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Establish Harmony in a Multi-Religious Society April 4, 2009 Maulana Wahiduddin Khan</w:t>
      </w:r>
    </w:p>
    <w:p>
      <w:r>
        <w:t>https://www.youtube.com/watch?v=21fE3OxNqV8</w:t>
      </w:r>
    </w:p>
    <w:p>
      <w:r>
        <w:rPr>
          <w:b/>
        </w:rPr>
        <w:t xml:space="preserve">[00:11] </w:t>
      </w:r>
      <w:r>
        <w:t>bismillah rahman rahim.</w:t>
      </w:r>
    </w:p>
    <w:p>
      <w:pPr>
        <w:jc w:val="right"/>
      </w:pPr>
      <w:r>
        <w:t>بسم اللہ الرحمن الرحیم۔</w:t>
      </w:r>
    </w:p>
    <w:p>
      <w:r>
        <w:rPr>
          <w:b/>
        </w:rPr>
        <w:t xml:space="preserve">[00:19] </w:t>
      </w:r>
      <w:r>
        <w:t>today we have a french brother with us.</w:t>
      </w:r>
    </w:p>
    <w:p>
      <w:pPr>
        <w:jc w:val="right"/>
      </w:pPr>
      <w:r>
        <w:t>ٹوڈے وی ہیو ا فرنچ برادر ود اس۔</w:t>
      </w:r>
    </w:p>
    <w:p>
      <w:r>
        <w:rPr>
          <w:b/>
        </w:rPr>
        <w:t xml:space="preserve">[00:27] </w:t>
      </w:r>
      <w:r>
        <w:t>he is a research scholar,</w:t>
      </w:r>
    </w:p>
    <w:p>
      <w:pPr>
        <w:jc w:val="right"/>
      </w:pPr>
      <w:r>
        <w:t>ہی از ا ریسرچ اسکالر،</w:t>
      </w:r>
    </w:p>
    <w:p>
      <w:r>
        <w:rPr>
          <w:b/>
        </w:rPr>
        <w:t xml:space="preserve">[00:30] </w:t>
      </w:r>
      <w:r>
        <w:t>and he is doing his research</w:t>
      </w:r>
    </w:p>
    <w:p>
      <w:pPr>
        <w:jc w:val="right"/>
      </w:pPr>
      <w:r>
        <w:t>اینڈ ہی از ڈوئنگ ہز ریسرچ</w:t>
      </w:r>
    </w:p>
    <w:p>
      <w:r>
        <w:rPr>
          <w:b/>
        </w:rPr>
        <w:t xml:space="preserve">[00:33] </w:t>
      </w:r>
      <w:r>
        <w:t>in the field of—of—very</w:t>
      </w:r>
    </w:p>
    <w:p>
      <w:pPr>
        <w:jc w:val="right"/>
      </w:pPr>
      <w:r>
        <w:t>ان دا فیلڈ اف—of—ویری</w:t>
      </w:r>
    </w:p>
    <w:p>
      <w:r>
        <w:rPr>
          <w:b/>
        </w:rPr>
        <w:t xml:space="preserve">[00:39] </w:t>
      </w:r>
      <w:r>
        <w:t>related to our</w:t>
      </w:r>
    </w:p>
    <w:p>
      <w:pPr>
        <w:jc w:val="right"/>
      </w:pPr>
      <w:r>
        <w:t>ریلیٹڈ ٹو اور</w:t>
      </w:r>
    </w:p>
    <w:p>
      <w:r>
        <w:rPr>
          <w:b/>
        </w:rPr>
        <w:t xml:space="preserve">[00:42] </w:t>
      </w:r>
      <w:r>
        <w:t>our mission or our subject, that is</w:t>
      </w:r>
    </w:p>
    <w:p>
      <w:pPr>
        <w:jc w:val="right"/>
      </w:pPr>
      <w:r>
        <w:t>اور مشن اور اور سبجیکٹ، دیٹ از</w:t>
      </w:r>
    </w:p>
    <w:p>
      <w:r>
        <w:rPr>
          <w:b/>
        </w:rPr>
        <w:t xml:space="preserve">[00:48] </w:t>
      </w:r>
      <w:r>
        <w:t>how to establish</w:t>
      </w:r>
    </w:p>
    <w:p>
      <w:pPr>
        <w:jc w:val="right"/>
      </w:pPr>
      <w:r>
        <w:t>ہاؤ ٹو اسٹیبلش</w:t>
      </w:r>
    </w:p>
    <w:p>
      <w:r>
        <w:rPr>
          <w:b/>
        </w:rPr>
        <w:t xml:space="preserve">[00:52] </w:t>
      </w:r>
      <w:r>
        <w:t>harmony in a multi religious society.</w:t>
      </w:r>
    </w:p>
    <w:p>
      <w:pPr>
        <w:jc w:val="right"/>
      </w:pPr>
      <w:r>
        <w:t>ہارمونی ان ا ملٹی ریلیجس سوسائٹی۔</w:t>
      </w:r>
    </w:p>
    <w:p>
      <w:r>
        <w:rPr>
          <w:b/>
        </w:rPr>
        <w:t xml:space="preserve">[00:58] </w:t>
      </w:r>
      <w:r>
        <w:t>so, i would like to say a few words about this subject.</w:t>
      </w:r>
    </w:p>
    <w:p>
      <w:pPr>
        <w:jc w:val="right"/>
      </w:pPr>
      <w:r>
        <w:t>سو، ائی وڈ لائک ٹو سے ا فیو ورڈز اباؤٹ دس سبجیکٹ۔</w:t>
      </w:r>
    </w:p>
    <w:p>
      <w:r>
        <w:rPr>
          <w:b/>
        </w:rPr>
        <w:t xml:space="preserve">[01:11] </w:t>
      </w:r>
      <w:r>
        <w:t>according to my study, this subject is very wide subject.</w:t>
      </w:r>
    </w:p>
    <w:p>
      <w:pPr>
        <w:jc w:val="right"/>
      </w:pPr>
      <w:r>
        <w:t>اکارڈنگ ٹو مائی سٹڈی، دس سبجیکٹ از ویری وڈ سبجیکٹ۔</w:t>
      </w:r>
    </w:p>
    <w:p>
      <w:r>
        <w:rPr>
          <w:b/>
        </w:rPr>
        <w:t xml:space="preserve">[01:19] </w:t>
      </w:r>
      <w:r>
        <w:t>almost in every country, there are people of different dominations, different</w:t>
      </w:r>
    </w:p>
    <w:p>
      <w:pPr>
        <w:jc w:val="right"/>
      </w:pPr>
      <w:r>
        <w:t>الموسٹ ان ایوری کنٹری، دیر ار پیپل اف ڈفرنٹ ڈومینیشنز، ڈفرنٹ</w:t>
      </w:r>
    </w:p>
    <w:p>
      <w:r>
        <w:rPr>
          <w:b/>
        </w:rPr>
        <w:t xml:space="preserve">[01:33] </w:t>
      </w:r>
      <w:r>
        <w:t>believing in different religion.</w:t>
      </w:r>
    </w:p>
    <w:p>
      <w:pPr>
        <w:jc w:val="right"/>
      </w:pPr>
      <w:r>
        <w:t>بیلیونگ ان ڈفرنٹ ریلیجن۔</w:t>
      </w:r>
    </w:p>
    <w:p>
      <w:r>
        <w:rPr>
          <w:b/>
        </w:rPr>
        <w:t xml:space="preserve">[01:38] </w:t>
      </w:r>
      <w:r>
        <w:t>and</w:t>
      </w:r>
    </w:p>
    <w:p>
      <w:pPr>
        <w:jc w:val="right"/>
      </w:pPr>
      <w:r>
        <w:t>اینڈ</w:t>
      </w:r>
    </w:p>
    <w:p>
      <w:r>
        <w:rPr>
          <w:b/>
        </w:rPr>
        <w:t xml:space="preserve">[01:39] </w:t>
      </w:r>
      <w:r>
        <w:t>as there are differences in in religious belief, so always there is question how to bring about harmony among these people.</w:t>
      </w:r>
    </w:p>
    <w:p>
      <w:pPr>
        <w:jc w:val="right"/>
      </w:pPr>
      <w:r>
        <w:t>ایز دیر ار ڈیفرنسز ان ان ریلیجس بیلیف، سو الویز دیر از کوئسچن ہاؤ ٹو برنگ اباؤٹ ہارمونی امنگ دیز پیپل۔</w:t>
      </w:r>
    </w:p>
    <w:p>
      <w:r>
        <w:rPr>
          <w:b/>
        </w:rPr>
        <w:t xml:space="preserve">[01:55] </w:t>
      </w:r>
      <w:r>
        <w:t>i would like to refer the experiences of canada and and us a.</w:t>
      </w:r>
    </w:p>
    <w:p>
      <w:pPr>
        <w:jc w:val="right"/>
      </w:pPr>
      <w:r>
        <w:t>ائی وڈ لائک ٹو ریفر دا ایکسپیرینسز اف کینیڈا اینڈ اینڈ یو ایس اے۔</w:t>
      </w:r>
    </w:p>
    <w:p>
      <w:r>
        <w:rPr>
          <w:b/>
        </w:rPr>
        <w:t xml:space="preserve">[02:06] </w:t>
      </w:r>
      <w:r>
        <w:t>you know, in canada and usa, in both the countries, they adopted a formula that was called</w:t>
      </w:r>
    </w:p>
    <w:p>
      <w:pPr>
        <w:jc w:val="right"/>
      </w:pPr>
      <w:r>
        <w:t>یو نو، ان کینیڈا اینڈ یو ایس اے، ان بوتھ دا کنٹریز، دے اڈاپٹڈ ا فارمولا دیٹ واز کالڈ</w:t>
      </w:r>
    </w:p>
    <w:p>
      <w:r>
        <w:rPr>
          <w:b/>
        </w:rPr>
        <w:t xml:space="preserve">[02:22] </w:t>
      </w:r>
      <w:r>
        <w:t>uni culturalism. they wanted to establish a uni cultural society</w:t>
      </w:r>
    </w:p>
    <w:p>
      <w:pPr>
        <w:jc w:val="right"/>
      </w:pPr>
      <w:r>
        <w:t>یونی کلچرلزم۔ دے وانٹڈ ٹو اسٹیبلش ا یونی کلچرل سوسائٹی</w:t>
      </w:r>
    </w:p>
    <w:p>
      <w:r>
        <w:rPr>
          <w:b/>
        </w:rPr>
        <w:t xml:space="preserve">[02:30] </w:t>
      </w:r>
      <w:r>
        <w:t>in canada, canadian culture, and usa, and american culture. they after long struggle, long effort, they failed in the both countries.</w:t>
      </w:r>
    </w:p>
    <w:p>
      <w:pPr>
        <w:jc w:val="right"/>
      </w:pPr>
      <w:r>
        <w:t>ان کینیڈا، کینیڈین کلچر، اینڈ یو ایس اے، اینڈ امریکن کلچر۔ دے افٹر لانگ سٹرگل، لانگ ایفرٹ، دے فیلڈ ان دا بوتھ کنٹریز۔</w:t>
      </w:r>
    </w:p>
    <w:p>
      <w:r>
        <w:rPr>
          <w:b/>
        </w:rPr>
        <w:t xml:space="preserve">[02:47] </w:t>
      </w:r>
      <w:r>
        <w:t>uni cultural formula failed. then they revised,</w:t>
      </w:r>
    </w:p>
    <w:p>
      <w:pPr>
        <w:jc w:val="right"/>
      </w:pPr>
      <w:r>
        <w:t>یونی کلچرلز فارمولا فیلڈ۔ دین دے ریوائزڈ،</w:t>
      </w:r>
    </w:p>
    <w:p>
      <w:r>
        <w:rPr>
          <w:b/>
        </w:rPr>
        <w:t xml:space="preserve">[02:54] </w:t>
      </w:r>
      <w:r>
        <w:t>they reassess, and then they abandon this formula.</w:t>
      </w:r>
    </w:p>
    <w:p>
      <w:pPr>
        <w:jc w:val="right"/>
      </w:pPr>
      <w:r>
        <w:t>دے ری اسس، اینڈ دین دے ابینڈن دس فارمولا۔</w:t>
      </w:r>
    </w:p>
    <w:p>
      <w:r>
        <w:rPr>
          <w:b/>
        </w:rPr>
        <w:t xml:space="preserve">[03:02] </w:t>
      </w:r>
      <w:r>
        <w:t>they adopted another formula that was based on multiculturalism.</w:t>
      </w:r>
    </w:p>
    <w:p>
      <w:pPr>
        <w:jc w:val="right"/>
      </w:pPr>
      <w:r>
        <w:t>دے اڈاپٹڈ انادر فارمولا دیٹ واز بیسڈ ان ملٹی کلچرلزم۔</w:t>
      </w:r>
    </w:p>
    <w:p>
      <w:r>
        <w:rPr>
          <w:b/>
        </w:rPr>
        <w:t xml:space="preserve">[03:15] </w:t>
      </w:r>
      <w:r>
        <w:t>so, multiculturalism was successful, and now they are living with this formula</w:t>
      </w:r>
    </w:p>
    <w:p>
      <w:pPr>
        <w:jc w:val="right"/>
      </w:pPr>
      <w:r>
        <w:t>سو، ملٹی کلچرلزم واز سکسیس فل، اینڈ ناو دے ار لیونگ ود دس فارمولا</w:t>
      </w:r>
    </w:p>
    <w:p>
      <w:r>
        <w:rPr>
          <w:b/>
        </w:rPr>
        <w:t xml:space="preserve">[03:28] </w:t>
      </w:r>
      <w:r>
        <w:t>. in india, there is a long debate in this subject, and even today, the matter is under discussion.</w:t>
      </w:r>
    </w:p>
    <w:p>
      <w:pPr>
        <w:jc w:val="right"/>
      </w:pPr>
      <w:r>
        <w:t>۔ ان انڈیا، دیر از ا لانگ ڈیبیٹ ان دس سبجیکٹ، اینڈ ایون ٹوڈے، دا میٹر از انڈر ڈسکشن۔</w:t>
      </w:r>
    </w:p>
    <w:p>
      <w:r>
        <w:rPr>
          <w:b/>
        </w:rPr>
        <w:t xml:space="preserve">[03:39] </w:t>
      </w:r>
      <w:r>
        <w:t>you know, this concept was first adopted by emperor akbar.</w:t>
      </w:r>
    </w:p>
    <w:p>
      <w:pPr>
        <w:jc w:val="right"/>
      </w:pPr>
      <w:r>
        <w:t>یو نو، دس کانسپٹ واز فرسٹ اڈاپٹڈ بائی ایمپرر اکبر۔</w:t>
      </w:r>
    </w:p>
    <w:p>
      <w:r>
        <w:rPr>
          <w:b/>
        </w:rPr>
        <w:t xml:space="preserve">[03:50] </w:t>
      </w:r>
      <w:r>
        <w:t>emperor akbar was a believer of this formula that every religion is true.</w:t>
      </w:r>
    </w:p>
    <w:p>
      <w:pPr>
        <w:jc w:val="right"/>
      </w:pPr>
      <w:r>
        <w:t>ایمپرر اکبر واز ا بیلیور اف دس فارمولا دیٹ ایوری ریلیجن از ٹرو۔</w:t>
      </w:r>
    </w:p>
    <w:p>
      <w:r>
        <w:rPr>
          <w:b/>
        </w:rPr>
        <w:t xml:space="preserve">[04:02] </w:t>
      </w:r>
      <w:r>
        <w:t>every religion is true, but it failed. it failed completely.</w:t>
      </w:r>
    </w:p>
    <w:p>
      <w:pPr>
        <w:jc w:val="right"/>
      </w:pPr>
      <w:r>
        <w:t>ایوری ریلیجن از ٹرو، بٹ اٹ فیلڈ۔ اٹ فیلڈ کمپلیٹلی۔</w:t>
      </w:r>
    </w:p>
    <w:p>
      <w:r>
        <w:rPr>
          <w:b/>
        </w:rPr>
        <w:t xml:space="preserve">[04:11] </w:t>
      </w:r>
      <w:r>
        <w:t>that was not adopted by either the religious community. then you know, doctor bhagwan das was a great scholar.</w:t>
      </w:r>
    </w:p>
    <w:p>
      <w:pPr>
        <w:jc w:val="right"/>
      </w:pPr>
      <w:r>
        <w:t>دیٹ واز ناٹ اڈاپٹڈ بائی ائیدر دا ریلیجس کمیونٹی۔ دین یو نو، ڈاکٹر بھگوان داس واز ا گریٹ اسکالر۔</w:t>
      </w:r>
    </w:p>
    <w:p>
      <w:r>
        <w:rPr>
          <w:b/>
        </w:rPr>
        <w:t xml:space="preserve">[04:23] </w:t>
      </w:r>
      <w:r>
        <w:t>he he was he he is encyclopedic knowledge of religion.</w:t>
      </w:r>
    </w:p>
    <w:p>
      <w:pPr>
        <w:jc w:val="right"/>
      </w:pPr>
      <w:r>
        <w:t>ہی ہی واز ہی ہی از انسائیکلوپیڈک نالج اف ریلیجن۔</w:t>
      </w:r>
    </w:p>
    <w:p>
      <w:r>
        <w:rPr>
          <w:b/>
        </w:rPr>
        <w:t xml:space="preserve">[04:32] </w:t>
      </w:r>
      <w:r>
        <w:t>so, he prepared a book. essential unity of all all religions.</w:t>
      </w:r>
    </w:p>
    <w:p>
      <w:pPr>
        <w:jc w:val="right"/>
      </w:pPr>
      <w:r>
        <w:t>سو، ہی پریپیئرڈ ا بک۔ ایسینشل یونٹی اف ال ال ریلیجن۔</w:t>
      </w:r>
    </w:p>
    <w:p>
      <w:r>
        <w:rPr>
          <w:b/>
        </w:rPr>
        <w:t xml:space="preserve">[04:42] </w:t>
      </w:r>
      <w:r>
        <w:t>he tried to establish his theory that all the religions are essentially one,</w:t>
      </w:r>
    </w:p>
    <w:p>
      <w:pPr>
        <w:jc w:val="right"/>
      </w:pPr>
      <w:r>
        <w:t>ہی ٹرائی ٹو اسٹیبلش ہز تھیوری دیٹ ال دا ریلیجنز ار ایسینشلی ون،</w:t>
      </w:r>
    </w:p>
    <w:p>
      <w:r>
        <w:rPr>
          <w:b/>
        </w:rPr>
        <w:t xml:space="preserve">[04:51] </w:t>
      </w:r>
      <w:r>
        <w:t>but</w:t>
      </w:r>
    </w:p>
    <w:p>
      <w:pPr>
        <w:jc w:val="right"/>
      </w:pPr>
      <w:r>
        <w:t>بٹ</w:t>
      </w:r>
    </w:p>
    <w:p>
      <w:r>
        <w:rPr>
          <w:b/>
        </w:rPr>
        <w:t xml:space="preserve">[04:56] </w:t>
      </w:r>
      <w:r>
        <w:t>this</w:t>
      </w:r>
    </w:p>
    <w:p>
      <w:pPr>
        <w:jc w:val="right"/>
      </w:pPr>
      <w:r>
        <w:t>دس</w:t>
      </w:r>
    </w:p>
    <w:p>
      <w:r>
        <w:rPr>
          <w:b/>
        </w:rPr>
        <w:t xml:space="preserve">[04:59] </w:t>
      </w:r>
      <w:r>
        <w:t>that this book. all to i have a copy of this book in my library, but you know, this book was also completely failed.</w:t>
      </w:r>
    </w:p>
    <w:p>
      <w:pPr>
        <w:jc w:val="right"/>
      </w:pPr>
      <w:r>
        <w:t>دیٹ دس بک۔ ال ٹو ائی ہیو ا کاپی اف دس بک ان مائی لائبریری، بٹ یو نو، دس بک واز السو کمپلیٹلی فیلڈ۔</w:t>
      </w:r>
    </w:p>
    <w:p>
      <w:r>
        <w:rPr>
          <w:b/>
        </w:rPr>
        <w:t xml:space="preserve">[05:11] </w:t>
      </w:r>
      <w:r>
        <w:t>this full this book failed to failed to</w:t>
      </w:r>
    </w:p>
    <w:p>
      <w:pPr>
        <w:jc w:val="right"/>
      </w:pPr>
      <w:r>
        <w:t>دس فل دس بک فیلڈ ٹو فیلڈ ٹو</w:t>
      </w:r>
    </w:p>
    <w:p>
      <w:r>
        <w:rPr>
          <w:b/>
        </w:rPr>
        <w:t xml:space="preserve">[05:18] </w:t>
      </w:r>
      <w:r>
        <w:t>launch any momentum.</w:t>
      </w:r>
    </w:p>
    <w:p>
      <w:pPr>
        <w:jc w:val="right"/>
      </w:pPr>
      <w:r>
        <w:t>لانچ اینی مومنٹم۔</w:t>
      </w:r>
    </w:p>
    <w:p>
      <w:r>
        <w:rPr>
          <w:b/>
        </w:rPr>
        <w:t xml:space="preserve">[05:21] </w:t>
      </w:r>
      <w:r>
        <w:t>then you know, mahatma gandhi. this was the thinking of mahatma gandhi also, but mahatma gandhi also failed.</w:t>
      </w:r>
    </w:p>
    <w:p>
      <w:pPr>
        <w:jc w:val="right"/>
      </w:pPr>
      <w:r>
        <w:t>دین یو نو، مہاتما گاندھی۔ دس واز دا تھنکنگ اف مہاتما گاندھی السو، بٹ مہاتما گاندھی السو فیلڈ۔</w:t>
      </w:r>
    </w:p>
    <w:p>
      <w:r>
        <w:rPr>
          <w:b/>
        </w:rPr>
        <w:t xml:space="preserve">[05:33] </w:t>
      </w:r>
      <w:r>
        <w:t>so, i think that this formula that every true is simply a philosophical formula, a romantic formula,</w:t>
      </w:r>
    </w:p>
    <w:p>
      <w:pPr>
        <w:jc w:val="right"/>
      </w:pPr>
      <w:r>
        <w:t>سو، ائی تھنک دیٹ دس فارمولا دیٹ ایری ٹرو از سمپلی ا فلاسفیکل فارمولا، ا رومینٹک فارمولا،</w:t>
      </w:r>
    </w:p>
    <w:p>
      <w:r>
        <w:rPr>
          <w:b/>
        </w:rPr>
        <w:t xml:space="preserve">[05:46] </w:t>
      </w:r>
      <w:r>
        <w:t>or imaginary formula. it is a practical formula.</w:t>
      </w:r>
    </w:p>
    <w:p>
      <w:pPr>
        <w:jc w:val="right"/>
      </w:pPr>
      <w:r>
        <w:t>اور امیجنری فارمولا۔ اٹ از ا پریکٹیکل فارمولا۔</w:t>
      </w:r>
    </w:p>
    <w:p>
      <w:r>
        <w:rPr>
          <w:b/>
        </w:rPr>
        <w:t xml:space="preserve">[05:52] </w:t>
      </w:r>
      <w:r>
        <w:t>in such a situation, you have to adopt practical formula, because it required to change the mind of all the peoples.</w:t>
      </w:r>
    </w:p>
    <w:p>
      <w:pPr>
        <w:jc w:val="right"/>
      </w:pPr>
      <w:r>
        <w:t>ان سچ ا سچویشن، یو ہیو ٹو اڈاپٹ پریکٹیکل فارمولا، بیکاز اٹ ریکوائرڈ ٹو چینج دا مائنڈ اف ال دا پیپلز۔</w:t>
      </w:r>
    </w:p>
    <w:p>
      <w:r>
        <w:rPr>
          <w:b/>
        </w:rPr>
        <w:t xml:space="preserve">[06:06] </w:t>
      </w:r>
      <w:r>
        <w:t>it is impossible.</w:t>
      </w:r>
    </w:p>
    <w:p>
      <w:pPr>
        <w:jc w:val="right"/>
      </w:pPr>
      <w:r>
        <w:t>اٹ از امپاسیبل۔</w:t>
      </w:r>
    </w:p>
    <w:p>
      <w:r>
        <w:rPr>
          <w:b/>
        </w:rPr>
        <w:t xml:space="preserve">[06:10] </w:t>
      </w:r>
      <w:r>
        <w:t>this simply a i i i i i i i i i i i i i i i i i i i admit that is a very beautiful formula that all the religions are true, b</w:t>
      </w:r>
    </w:p>
    <w:p>
      <w:pPr>
        <w:jc w:val="right"/>
      </w:pPr>
      <w:r>
        <w:t>دس سمپلی ا ائی ائی ائی ائی ائی ائی ائی ائی ائی ائی ایڈمٹ دیٹ از ا ویری بیوٹیفل فارمولا دیٹ ال دا ریلیجنز ار ٹرو، ب</w:t>
      </w:r>
    </w:p>
    <w:p>
      <w:r>
        <w:rPr>
          <w:b/>
        </w:rPr>
        <w:t xml:space="preserve">[06:21] </w:t>
      </w:r>
      <w:r>
        <w:t>t</w:t>
      </w:r>
    </w:p>
    <w:p>
      <w:pPr>
        <w:jc w:val="right"/>
      </w:pPr>
      <w:r>
        <w:t>ٹ</w:t>
      </w:r>
    </w:p>
    <w:p>
      <w:r>
        <w:rPr>
          <w:b/>
        </w:rPr>
        <w:t xml:space="preserve">[06:24] </w:t>
      </w:r>
      <w:r>
        <w:t>this formula is out of our tradition. it is not part of our tradition. so, it required thousand and thousand years to to believe people in this formula that every religion is true.</w:t>
      </w:r>
    </w:p>
    <w:p>
      <w:pPr>
        <w:jc w:val="right"/>
      </w:pPr>
      <w:r>
        <w:t>دس فارمولا از اؤٹ اف اور ٹریڈیشن۔ اٹ از ناٹ پارٹ اف اور ٹریڈیشن۔ سو، اٹ ریکوائرڈ تھاؤزنڈ اینڈ تھاؤزنڈ ایئرز ٹو ٹو بیلیو پیپل ان دس فارمولا دیٹ ایوری ریلیجن از ٹرو۔</w:t>
      </w:r>
    </w:p>
    <w:p>
      <w:r>
        <w:rPr>
          <w:b/>
        </w:rPr>
        <w:t xml:space="preserve">[06:46] </w:t>
      </w:r>
      <w:r>
        <w:t>so, i would look i would like to suggest that the best formula is that which is practical formula, and this formula is based on this principle that follow one and respect all.</w:t>
      </w:r>
    </w:p>
    <w:p>
      <w:pPr>
        <w:jc w:val="right"/>
      </w:pPr>
      <w:r>
        <w:t>سو، ائی وڈ لوک ائی وڈ لائک ٹو سجیسٹ دیٹ دا بیسٹ فارمولا از دیٹ وچ از پریکٹیکل فارمولا، اینڈ دس فارمولا از بیسڈ ان دس پرنسپل دیٹ فالو ون اینڈ ریسپیکٹ ال۔</w:t>
      </w:r>
    </w:p>
    <w:p>
      <w:r>
        <w:rPr>
          <w:b/>
        </w:rPr>
        <w:t xml:space="preserve">[07:05] </w:t>
      </w:r>
      <w:r>
        <w:t>this formula was given by islam in seventh century a.d. there is a well known verse in the quran:</w:t>
      </w:r>
    </w:p>
    <w:p>
      <w:pPr>
        <w:jc w:val="right"/>
      </w:pPr>
      <w:r>
        <w:t>دس فارمولا واز گیون بائی اسلام ان سیون سینچری اے ڈی۔ دیر از ا ویل نون ورس ان دا قران:</w:t>
      </w:r>
    </w:p>
    <w:p>
      <w:r>
        <w:rPr>
          <w:b/>
        </w:rPr>
        <w:t xml:space="preserve">[07:19] </w:t>
      </w:r>
      <w:r>
        <w:t>"lakum deenukum waliya deen". for you your religion, for me mine.</w:t>
      </w:r>
    </w:p>
    <w:p>
      <w:pPr>
        <w:jc w:val="right"/>
      </w:pPr>
      <w:r>
        <w:t>"لکم دینکم ولیا دین"۔ فار یو یور ریلیجن، فار می مائن۔</w:t>
      </w:r>
    </w:p>
    <w:p>
      <w:r>
        <w:rPr>
          <w:b/>
        </w:rPr>
        <w:t xml:space="preserve">[07:30] </w:t>
      </w:r>
      <w:r>
        <w:t>for you your religion, for me mine. this is practical formula. in other words, it means follow one and respect all.</w:t>
      </w:r>
    </w:p>
    <w:p>
      <w:pPr>
        <w:jc w:val="right"/>
      </w:pPr>
      <w:r>
        <w:t>فار یو یور ریلیجن، فار می مائن۔ دس از پریکٹیکل فارمولا۔ ان ادر ورڈز، اٹ مینز فالو ون اینڈ ریسپیکٹ ال۔</w:t>
      </w:r>
    </w:p>
    <w:p>
      <w:r>
        <w:rPr>
          <w:b/>
        </w:rPr>
        <w:t xml:space="preserve">[07:43] </w:t>
      </w:r>
      <w:r>
        <w:t>this is the only practical formula that is feasible.</w:t>
      </w:r>
    </w:p>
    <w:p>
      <w:pPr>
        <w:jc w:val="right"/>
      </w:pPr>
      <w:r>
        <w:t>دس از دا اونلی پریکٹیکل فارمولا دیٹ از فیزیبل۔</w:t>
      </w:r>
    </w:p>
    <w:p>
      <w:r>
        <w:rPr>
          <w:b/>
        </w:rPr>
        <w:t xml:space="preserve">[07:50] </w:t>
      </w:r>
      <w:r>
        <w:t>so, why we why we waste our time? we have to adopt this formula, and this formula is already has been adopted already by everyone in the world.</w:t>
      </w:r>
    </w:p>
    <w:p>
      <w:pPr>
        <w:jc w:val="right"/>
      </w:pPr>
      <w:r>
        <w:t>سو، وائی وی وائی وی ویسٹ اور ٹائم؟ وی ہیو ٹو اڈاپٹ دس فارمولا، اینڈ دس فارمولا از الریڈی ہیز بین اڈاپٹڈ الریڈی بائی ایوری ون ان دا ورلڈ۔</w:t>
      </w:r>
    </w:p>
    <w:p>
      <w:r>
        <w:rPr>
          <w:b/>
        </w:rPr>
        <w:t xml:space="preserve">[08:07] </w:t>
      </w:r>
      <w:r>
        <w:t>you know, every where people say: "let us agree to disagree". what is this? this is a practical formula.</w:t>
      </w:r>
    </w:p>
    <w:p>
      <w:pPr>
        <w:jc w:val="right"/>
      </w:pPr>
      <w:r>
        <w:t>یو نو، ایوری ویر پیپل سے: "لیٹ اس ایگری ٹو ڈس ایگری"۔ واٹ از دس؟ دس از ا پریکٹیکل فارمولا۔</w:t>
      </w:r>
    </w:p>
    <w:p>
      <w:r>
        <w:rPr>
          <w:b/>
        </w:rPr>
        <w:t xml:space="preserve">[08:18] </w:t>
      </w:r>
      <w:r>
        <w:t>we all are familiar with this formula. let us agree to disagree. this is the same practical formula.</w:t>
      </w:r>
    </w:p>
    <w:p>
      <w:pPr>
        <w:jc w:val="right"/>
      </w:pPr>
      <w:r>
        <w:t>وی ال ار فیمیلیئر ود دس فارمولا۔ لیٹ اس ایگری ٹو ڈس ایگری۔ دس از دا سیم پریکٹیکل فارمولا۔</w:t>
      </w:r>
    </w:p>
    <w:p>
      <w:r>
        <w:rPr>
          <w:b/>
        </w:rPr>
        <w:t xml:space="preserve">[08:28] </w:t>
      </w:r>
      <w:r>
        <w:t>then in political field, countries have adopted the well known formula: "peaceful co existence" or "mutual co existence".</w:t>
      </w:r>
    </w:p>
    <w:p>
      <w:pPr>
        <w:jc w:val="right"/>
      </w:pPr>
      <w:r>
        <w:t>دین ان پولیٹیکل فیلڈ، کنٹریز ہیو اڈاپٹڈ دا ویل نون فارمولا: "پیس فل کو ایگزسٹنس" اور "میوچول کو ایگزسٹنس"۔</w:t>
      </w:r>
    </w:p>
    <w:p>
      <w:r>
        <w:rPr>
          <w:b/>
        </w:rPr>
        <w:t xml:space="preserve">[08:39] </w:t>
      </w:r>
      <w:r>
        <w:t>this is the same formula.</w:t>
      </w:r>
    </w:p>
    <w:p>
      <w:pPr>
        <w:jc w:val="right"/>
      </w:pPr>
      <w:r>
        <w:t>دس از دا سیم فارمولا۔</w:t>
      </w:r>
    </w:p>
    <w:p>
      <w:r>
        <w:rPr>
          <w:b/>
        </w:rPr>
        <w:t xml:space="preserve">[08:42] </w:t>
      </w:r>
      <w:r>
        <w:t>so, we have adopted this practical formula in in our daily life, also in our international life.</w:t>
      </w:r>
    </w:p>
    <w:p>
      <w:pPr>
        <w:jc w:val="right"/>
      </w:pPr>
      <w:r>
        <w:t>سو، وی ہیو اڈاپٹڈ دس پریکٹیکل فارمولا ان ان اور ڈیلی لائف، السو ان اور انٹرنیشنل لائف۔</w:t>
      </w:r>
    </w:p>
    <w:p>
      <w:r>
        <w:rPr>
          <w:b/>
        </w:rPr>
        <w:t xml:space="preserve">[08:52] </w:t>
      </w:r>
      <w:r>
        <w:t>so, religion is not an exception. we must adopt the same formula in religion also.</w:t>
      </w:r>
    </w:p>
    <w:p>
      <w:pPr>
        <w:jc w:val="right"/>
      </w:pPr>
      <w:r>
        <w:t>سو، ریلیجن از ناٹ این ایکسیپشن۔ وی مسٹ اڈاپٹ دا سیم فارمولا ان ریلیجن السو۔</w:t>
      </w:r>
    </w:p>
    <w:p>
      <w:r>
        <w:rPr>
          <w:b/>
        </w:rPr>
        <w:t xml:space="preserve">[09:05] </w:t>
      </w:r>
      <w:r>
        <w:t>here, i would like to refer one more.</w:t>
      </w:r>
    </w:p>
    <w:p>
      <w:pPr>
        <w:jc w:val="right"/>
      </w:pPr>
      <w:r>
        <w:t>ہیر، ائی وڈ لائک ٹو ریفر ون مور۔</w:t>
      </w:r>
    </w:p>
    <w:p>
      <w:r>
        <w:rPr>
          <w:b/>
        </w:rPr>
        <w:t xml:space="preserve">[09:12] </w:t>
      </w:r>
      <w:r>
        <w:t>here, i would like to mention one more reference from the from the islamic history. you know, prophet of islam was born in makkah, then he migrate to madinah.</w:t>
      </w:r>
    </w:p>
    <w:p>
      <w:pPr>
        <w:jc w:val="right"/>
      </w:pPr>
      <w:r>
        <w:t>ہیر، ائی وڈ لائک ٹو مینشن ون مور ریفرنس فرام دا فرام دی اسلامک ہسٹری۔ یو نو، پرافٹ اف اسلام واز بورن ان مکہ، دین ہی مائیگریٹ ٹو مدینہ۔</w:t>
      </w:r>
    </w:p>
    <w:p>
      <w:r>
        <w:rPr>
          <w:b/>
        </w:rPr>
        <w:t xml:space="preserve">[09:27] </w:t>
      </w:r>
      <w:r>
        <w:t>that verse which i decided early was revealed in makkah, when he the prophet was in makkah.</w:t>
      </w:r>
    </w:p>
    <w:p>
      <w:pPr>
        <w:jc w:val="right"/>
      </w:pPr>
      <w:r>
        <w:t>دیٹ ورس وچ ائی ڈیسائیڈڈ ارلی واز ریویلڈ ان مکہ، وین ہی دا پرافٹ واز ان مکہ۔</w:t>
      </w:r>
    </w:p>
    <w:p>
      <w:r>
        <w:rPr>
          <w:b/>
        </w:rPr>
        <w:t xml:space="preserve">[09:38] </w:t>
      </w:r>
      <w:r>
        <w:t>then when prophet migrate to madinah, and he was able to establish a state state for there.</w:t>
      </w:r>
    </w:p>
    <w:p>
      <w:pPr>
        <w:jc w:val="right"/>
      </w:pPr>
      <w:r>
        <w:t>دین وین پرافٹ مائیگریٹ ٹو مدینہ، اینڈ ہی واز ایبل ٹو اسٹیبلش ا سٹی اسٹیٹ فور دیر۔</w:t>
      </w:r>
    </w:p>
    <w:p>
      <w:r>
        <w:rPr>
          <w:b/>
        </w:rPr>
        <w:t xml:space="preserve">[09:49] </w:t>
      </w:r>
      <w:r>
        <w:t>in this stage, he again adopted the same formula.</w:t>
      </w:r>
    </w:p>
    <w:p>
      <w:pPr>
        <w:jc w:val="right"/>
      </w:pPr>
      <w:r>
        <w:t>ان دس سٹیج، ہی اگین اڈاپٹڈ دا سیم فارمولا۔</w:t>
      </w:r>
    </w:p>
    <w:p>
      <w:r>
        <w:rPr>
          <w:b/>
        </w:rPr>
        <w:t xml:space="preserve">[09:57] </w:t>
      </w:r>
      <w:r>
        <w:t>you know, the prophet of islam was head of that state. he was head the he was head of that that state state.</w:t>
      </w:r>
    </w:p>
    <w:p>
      <w:pPr>
        <w:jc w:val="right"/>
      </w:pPr>
      <w:r>
        <w:t>یو نو، دا پرافٹ اف اسلام واز ہیڈ اف دیٹ اسٹیٹ۔ ہی واز ہیڈ دا ہی واز ہیڈ اف دیٹ دیٹ سٹی اسٹیٹ۔</w:t>
      </w:r>
    </w:p>
    <w:p>
      <w:r>
        <w:rPr>
          <w:b/>
        </w:rPr>
        <w:t xml:space="preserve">[10:10] </w:t>
      </w:r>
      <w:r>
        <w:t>so, as the head of state, he he issued a declaration.</w:t>
      </w:r>
    </w:p>
    <w:p>
      <w:pPr>
        <w:jc w:val="right"/>
      </w:pPr>
      <w:r>
        <w:t>سو، ایز دی ہیڈ اف اسٹیٹ، ہی ہی ایشوڈ ا ڈیکلریشن۔</w:t>
      </w:r>
    </w:p>
    <w:p>
      <w:r>
        <w:rPr>
          <w:b/>
        </w:rPr>
        <w:t xml:space="preserve">[10:24] </w:t>
      </w:r>
      <w:r>
        <w:t>it is mentioned in our history as Sahifat al-Madinah.</w:t>
      </w:r>
    </w:p>
    <w:p>
      <w:pPr>
        <w:jc w:val="right"/>
      </w:pPr>
      <w:r>
        <w:t>اٹ از مینشن ان اور ہسٹری ایز صحیفۃ المدینہ۔</w:t>
      </w:r>
    </w:p>
    <w:p>
      <w:r>
        <w:rPr>
          <w:b/>
        </w:rPr>
        <w:t xml:space="preserve">[10:34] </w:t>
      </w:r>
      <w:r>
        <w:t>Sahifat al-Madinah, it means Madinah declaration.</w:t>
      </w:r>
    </w:p>
    <w:p>
      <w:pPr>
        <w:jc w:val="right"/>
      </w:pPr>
      <w:r>
        <w:t>صحیفۃ المدینہ، اٹ مینز مدینہ ڈیکلریشن۔</w:t>
      </w:r>
    </w:p>
    <w:p>
      <w:r>
        <w:rPr>
          <w:b/>
        </w:rPr>
        <w:t xml:space="preserve">[10:40] </w:t>
      </w:r>
      <w:r>
        <w:t>so, one provision in this Madinah declaration was: "lil-Yahud dinuhum, lil-Muslimin dinuhum".</w:t>
      </w:r>
    </w:p>
    <w:p>
      <w:pPr>
        <w:jc w:val="right"/>
      </w:pPr>
      <w:r>
        <w:t>سو، ون پروویژن ان دس مدینہ ڈیکلریشن واز: "للیہود دینہم، المسلمین دینہم"۔</w:t>
      </w:r>
    </w:p>
    <w:p>
      <w:r>
        <w:rPr>
          <w:b/>
        </w:rPr>
        <w:t xml:space="preserve">[10:51] </w:t>
      </w:r>
      <w:r>
        <w:t>again, it means that for you their religion, for muslim their religion.</w:t>
      </w:r>
    </w:p>
    <w:p>
      <w:pPr>
        <w:jc w:val="right"/>
      </w:pPr>
      <w:r>
        <w:t>اگین، اٹ مینز دیٹ فار یو دیر ریلیجن، فار مسلم دیر ریلیجن۔</w:t>
      </w:r>
    </w:p>
    <w:p>
      <w:r>
        <w:rPr>
          <w:b/>
        </w:rPr>
        <w:t xml:space="preserve">[10:59] </w:t>
      </w:r>
      <w:r>
        <w:t>so, this is this was the practical formula adopted by by islam,</w:t>
      </w:r>
    </w:p>
    <w:p>
      <w:pPr>
        <w:jc w:val="right"/>
      </w:pPr>
      <w:r>
        <w:t>سو، دس از دس واز دا پریکٹیکل فارمولا اڈاپٹڈ بائی بائی اسلام،</w:t>
      </w:r>
    </w:p>
    <w:p>
      <w:r>
        <w:rPr>
          <w:b/>
        </w:rPr>
        <w:t xml:space="preserve">[11:08] </w:t>
      </w:r>
      <w:r>
        <w:t>and it was it was based on this principle that follow one and respect all. and then, so, if you want to establish religious harmony or commercial harmony or social harmony,</w:t>
      </w:r>
    </w:p>
    <w:p>
      <w:pPr>
        <w:jc w:val="right"/>
      </w:pPr>
      <w:r>
        <w:t>اینڈ اٹ واز اٹ واز بیسڈ ان دس پرنسپل دیٹ فالو ون اینڈ ریسپیکٹ ال۔ اینڈ دین، سو، اف یو وانٹ ٹو اسٹیبلش ریلیجس ہارمونی اور کمرل ہارمونی اور سوشل ہارمونی،</w:t>
      </w:r>
    </w:p>
    <w:p>
      <w:r>
        <w:rPr>
          <w:b/>
        </w:rPr>
        <w:t xml:space="preserve">[11:26] </w:t>
      </w:r>
      <w:r>
        <w:t>you have to you have to find a and instant formula. we are, we cannot we wait.</w:t>
      </w:r>
    </w:p>
    <w:p>
      <w:pPr>
        <w:jc w:val="right"/>
      </w:pPr>
      <w:r>
        <w:t>یو ہیو ٹو یو ہیو ٹو فائنڈ ا اینڈ انسٹنٹ فارمولا۔ وی ار، وی کاناٹ ویٹ۔</w:t>
      </w:r>
    </w:p>
    <w:p>
      <w:r>
        <w:rPr>
          <w:b/>
        </w:rPr>
        <w:t xml:space="preserve">[11:37] </w:t>
      </w:r>
      <w:r>
        <w:t>cannot we we are, we cannot afford this luxury to wait centuries and centuries. no, if you adopt that formula which i call plus philosophical formula that every religion is true, it is philosophical formula.</w:t>
      </w:r>
    </w:p>
    <w:p>
      <w:pPr>
        <w:jc w:val="right"/>
      </w:pPr>
      <w:r>
        <w:t>کاناٹ وی وی ار، وی کاناٹ افورڈ دس لگزری ٹو ویٹ سینچریز اینڈ سینچریز۔ نو، اف یو اڈاپٹ دیٹ فارمولا وچ ائی کال پلس فلاسفیکل فارمولا دیٹ ایوری ریلیجن از ٹرو، اٹ از فلاسفیکل فارمولا۔</w:t>
      </w:r>
    </w:p>
    <w:p>
      <w:r>
        <w:rPr>
          <w:b/>
        </w:rPr>
        <w:t xml:space="preserve">[11:59] </w:t>
      </w:r>
      <w:r>
        <w:t>it is neither religious formula, nor practical formula.</w:t>
      </w:r>
    </w:p>
    <w:p>
      <w:pPr>
        <w:jc w:val="right"/>
      </w:pPr>
      <w:r>
        <w:t>اٹ از نائدر ریلیجس فارمولا، نہ پریکٹیکل فارمولا۔</w:t>
      </w:r>
    </w:p>
    <w:p>
      <w:r>
        <w:rPr>
          <w:b/>
        </w:rPr>
        <w:t xml:space="preserve">[12:03] </w:t>
      </w:r>
      <w:r>
        <w:t>simply a philosophical thought. so, we cannot afford to adopt this formula, because it it may take centuries and centuries to translate it into a society.</w:t>
      </w:r>
    </w:p>
    <w:p>
      <w:pPr>
        <w:jc w:val="right"/>
      </w:pPr>
      <w:r>
        <w:t>سمپلی ا فلاسفیکل تھاٹ۔ سو، وی کاناٹ افورڈ ٹو اڈاپٹ دس فارمولا، بیکاز اٹ اٹ می ٹیک سینچریز اینڈ سینچریز ٹو ٹرانسلیٹ اٹ انٹو ا سوسائٹی۔</w:t>
      </w:r>
    </w:p>
    <w:p>
      <w:r>
        <w:rPr>
          <w:b/>
        </w:rPr>
        <w:t xml:space="preserve">[12:23] </w:t>
      </w:r>
      <w:r>
        <w:t>we it is it is in our urgent need to to bring about harmony in our society.</w:t>
      </w:r>
    </w:p>
    <w:p>
      <w:pPr>
        <w:jc w:val="right"/>
      </w:pPr>
      <w:r>
        <w:t>وی اٹ از اٹ از ان اور ارجنٹ نیڈ ٹو ٹو برنگ اباؤٹ ہارمونی ان اور سوسائٹی۔</w:t>
      </w:r>
    </w:p>
    <w:p>
      <w:r>
        <w:rPr>
          <w:b/>
        </w:rPr>
        <w:t xml:space="preserve">[12:33] </w:t>
      </w:r>
      <w:r>
        <w:t>so, we cannot afford to. this luxury to wait of to wait for this philosophical formula of centuries and centuries.</w:t>
      </w:r>
    </w:p>
    <w:p>
      <w:pPr>
        <w:jc w:val="right"/>
      </w:pPr>
      <w:r>
        <w:t>سو، وی کاناٹ افورڈ ٹو۔ دس لگزری ٹو ویٹ اف ٹو ویٹ فار دس فلاسفیکل فارمولا اف سینچریز اینڈ سینچریز۔</w:t>
      </w:r>
    </w:p>
    <w:p>
      <w:r>
        <w:rPr>
          <w:b/>
        </w:rPr>
        <w:t xml:space="preserve">[12:45] </w:t>
      </w:r>
      <w:r>
        <w:t>so, i am i am great advocate of this practical formula.</w:t>
      </w:r>
    </w:p>
    <w:p>
      <w:pPr>
        <w:jc w:val="right"/>
      </w:pPr>
      <w:r>
        <w:t>سو، ائی ایم ائی ایم گریٹ ایڈوکیٹ اف دس پریکٹیکل فارمولا۔</w:t>
      </w:r>
    </w:p>
    <w:p>
      <w:r>
        <w:rPr>
          <w:b/>
        </w:rPr>
        <w:t xml:space="preserve">[12:53] </w:t>
      </w:r>
      <w:r>
        <w:t>now, in other words, i would like to say that that to that only two formula.</w:t>
      </w:r>
    </w:p>
    <w:p>
      <w:pPr>
        <w:jc w:val="right"/>
      </w:pPr>
      <w:r>
        <w:t>ناو، ان ادر ورڈز، ائی وڈ لائک ٹو سے دیٹ دیٹ ٹو دیٹ اونلی ٹو فارمولا۔</w:t>
      </w:r>
    </w:p>
    <w:p>
      <w:r>
        <w:rPr>
          <w:b/>
        </w:rPr>
        <w:t xml:space="preserve">[13:02] </w:t>
      </w:r>
      <w:r>
        <w:t>two two formula.</w:t>
      </w:r>
    </w:p>
    <w:p>
      <w:pPr>
        <w:jc w:val="right"/>
      </w:pPr>
      <w:r>
        <w:t>دو ٹو فارمولا۔</w:t>
      </w:r>
    </w:p>
    <w:p>
      <w:r>
        <w:rPr>
          <w:b/>
        </w:rPr>
        <w:t xml:space="preserve">[13:06] </w:t>
      </w:r>
      <w:r>
        <w:t>the first formula is based on mutual recognition. the first formula that was given by Akbar and Doc</w:t>
      </w:r>
    </w:p>
    <w:p>
      <w:pPr>
        <w:jc w:val="right"/>
      </w:pPr>
      <w:r>
        <w:t>دا فرسٹ فارمولا از بیسڈ ان میوچول ریکگنیشن۔ دا فرسٹ فارمولا دیٹ واز گیون بائی اکبر اینڈ ڈاک</w:t>
      </w:r>
    </w:p>
    <w:p>
      <w:r>
        <w:rPr>
          <w:b/>
        </w:rPr>
        <w:t xml:space="preserve">[13:17] </w:t>
      </w:r>
      <w:r>
        <w:t>tr bhagvan das and mahatma gandhi and swami kundah, that is based on mutual recognition. recognition, i am true, we are also true, both are true.</w:t>
      </w:r>
    </w:p>
    <w:p>
      <w:pPr>
        <w:jc w:val="right"/>
      </w:pPr>
      <w:r>
        <w:t>ٹر بھگوان داس اینڈ مہاتما گاندھی اینڈ سوامی کنندہ، دیٹ از بیسڈ ان میوچول ریکگنیشن۔ ریکگنیشن، ائی ایم ٹرو، وی ار السو ٹرو، بوتھ ار ٹرو۔</w:t>
      </w:r>
    </w:p>
    <w:p>
      <w:r>
        <w:rPr>
          <w:b/>
        </w:rPr>
        <w:t xml:space="preserve">[13:31] </w:t>
      </w:r>
      <w:r>
        <w:t>it means that is based on mutual recognition. it is very good idea, it is a very beautiful idea, but not practicable</w:t>
      </w:r>
    </w:p>
    <w:p>
      <w:pPr>
        <w:jc w:val="right"/>
      </w:pPr>
      <w:r>
        <w:t>اٹ مینز دیٹ از بیسڈ ان میوچول ریکگنیشن۔ اٹ از ویری گڈ ائیڈیا، اٹ از ا ویری بیوٹیفل ائیڈیا، بٹ ناٹ پریکٹیکیبل</w:t>
      </w:r>
    </w:p>
    <w:p>
      <w:r>
        <w:rPr>
          <w:b/>
        </w:rPr>
        <w:t xml:space="preserve">[13:43] </w:t>
      </w:r>
      <w:r>
        <w:t>in religious matters. you know, people are very sensitive. religion is a very sensitive issue, but over sensitive issue.</w:t>
      </w:r>
    </w:p>
    <w:p>
      <w:pPr>
        <w:jc w:val="right"/>
      </w:pPr>
      <w:r>
        <w:t>ان ریلیجس میٹرز۔ یو نو، پیپل ار ویری سینسٹیو۔ ریلیجن از ا ویری سینسٹیو ایشو، بٹ اوور سینسٹیو ایشو۔</w:t>
      </w:r>
    </w:p>
    <w:p>
      <w:r>
        <w:rPr>
          <w:b/>
        </w:rPr>
        <w:t xml:space="preserve">[13:54] </w:t>
      </w:r>
      <w:r>
        <w:t>so, it is not possible to translate this kind of formula in real life. sensitivity is an obstacle.</w:t>
      </w:r>
    </w:p>
    <w:p>
      <w:pPr>
        <w:jc w:val="right"/>
      </w:pPr>
      <w:r>
        <w:t>سو، اٹ از ناٹ پوسیبل ٹو ٹرانسلیٹ دس کائنڈ اف فارمولا ان ریل لائف۔ سینسٹیوٹی از این ابسٹیکل۔</w:t>
      </w:r>
    </w:p>
    <w:p>
      <w:r>
        <w:rPr>
          <w:b/>
        </w:rPr>
        <w:t xml:space="preserve">[14:06] </w:t>
      </w:r>
      <w:r>
        <w:t>people's sensitivity is an obstacle. so, we cannot wait</w:t>
      </w:r>
    </w:p>
    <w:p>
      <w:pPr>
        <w:jc w:val="right"/>
      </w:pPr>
      <w:r>
        <w:t>پیپلز سینسٹیوٹی از این ابسٹیکل۔ سو، وی کاناٹ ویٹ</w:t>
      </w:r>
    </w:p>
    <w:p>
      <w:r>
        <w:rPr>
          <w:b/>
        </w:rPr>
        <w:t xml:space="preserve">[14:12] </w:t>
      </w:r>
      <w:r>
        <w:t>. we have no time. it is our urgent need to establish harmony. even today.</w:t>
      </w:r>
    </w:p>
    <w:p>
      <w:pPr>
        <w:jc w:val="right"/>
      </w:pPr>
      <w:r>
        <w:t>۔ وی ہیو نو ٹائم۔ اٹ از اور ارجنٹ نیڈ ٹو اسٹیبلش ہارمونی۔ ایونٹ ٹوڈے۔</w:t>
      </w:r>
    </w:p>
    <w:p>
      <w:r>
        <w:rPr>
          <w:b/>
        </w:rPr>
        <w:t xml:space="preserve">[14:24] </w:t>
      </w:r>
      <w:r>
        <w:t>so, if a formula is already a trusted formula in our daily life, in our international life.</w:t>
      </w:r>
    </w:p>
    <w:p>
      <w:pPr>
        <w:jc w:val="right"/>
      </w:pPr>
      <w:r>
        <w:t>سو، اف ا فارمولا از الریڈی ا ٹرسٹڈ فارمولا ان اور ڈیلی لائف، ان اور انٹرنیشنل لائف۔</w:t>
      </w:r>
    </w:p>
    <w:p>
      <w:r>
        <w:rPr>
          <w:b/>
        </w:rPr>
        <w:t xml:space="preserve">[14:34] </w:t>
      </w:r>
      <w:r>
        <w:t>so, we have to adopt the same formula in religious life also.</w:t>
      </w:r>
    </w:p>
    <w:p>
      <w:pPr>
        <w:jc w:val="right"/>
      </w:pPr>
      <w:r>
        <w:t>سو، وی ہیو ٹو اڈاپٹ دا سیم فارمولا ان ریلیجس لائف السو۔</w:t>
      </w:r>
    </w:p>
    <w:p>
      <w:r>
        <w:rPr>
          <w:b/>
        </w:rPr>
        <w:t xml:space="preserve">[14:39] </w:t>
      </w:r>
      <w:r>
        <w:t>so, this formula that is based on mutual recognition is not feasible, is not workable. the first formula is based on this notion that is mutual recognition.</w:t>
      </w:r>
    </w:p>
    <w:p>
      <w:pPr>
        <w:jc w:val="right"/>
      </w:pPr>
      <w:r>
        <w:t>سو، دس فارمولا دیٹ از بیسڈ ان میوچول ریکگنیشن از ناٹ فیزیبل، از ناٹ ورکیبل۔ دا فرسٹ فارمولا از بیسڈ ان دس نوشن دیٹ از میوچول ریکگنیشن۔</w:t>
      </w:r>
    </w:p>
    <w:p>
      <w:r>
        <w:rPr>
          <w:b/>
        </w:rPr>
        <w:t xml:space="preserve">[14:56] </w:t>
      </w:r>
      <w:r>
        <w:t>i am true, you are also true. so, as this formula</w:t>
      </w:r>
    </w:p>
    <w:p>
      <w:pPr>
        <w:jc w:val="right"/>
      </w:pPr>
      <w:r>
        <w:t>ائی ایم ٹرو، یو ار السو ٹرو۔ سو، ایز دس فارمولا</w:t>
      </w:r>
    </w:p>
    <w:p>
      <w:r>
        <w:rPr>
          <w:b/>
        </w:rPr>
        <w:t xml:space="preserve">[15:04] </w:t>
      </w:r>
      <w:r>
        <w:t>inspired of all those beauties is not practicable</w:t>
      </w:r>
    </w:p>
    <w:p>
      <w:pPr>
        <w:jc w:val="right"/>
      </w:pPr>
      <w:r>
        <w:t>انسپائرڈ اف ال دو بیوٹیز از ناٹ پریکٹیکیبل</w:t>
      </w:r>
    </w:p>
    <w:p>
      <w:r>
        <w:rPr>
          <w:b/>
        </w:rPr>
        <w:t xml:space="preserve">[15:08] </w:t>
      </w:r>
      <w:r>
        <w:t>. so, we have no option other than to adopt the practical formula. we have no option other than to adopt the practical formula.</w:t>
      </w:r>
    </w:p>
    <w:p>
      <w:pPr>
        <w:jc w:val="right"/>
      </w:pPr>
      <w:r>
        <w:t>۔ سو، وی ہیو نو اپشن ادر دین ٹو اڈاپٹ دا پریکٹیکل فارمولا۔ وی ہیو نو اپشن ادر دین ٹو اڈاپٹ دا پریکٹیکل فارمولا۔</w:t>
      </w:r>
    </w:p>
    <w:p>
      <w:r>
        <w:rPr>
          <w:b/>
        </w:rPr>
        <w:t xml:space="preserve">[15:20] </w:t>
      </w:r>
      <w:r>
        <w:t>and practical formula is mutual respect. mutual recognition is not feasible, but mutual respect is completely feasible, completely workable.</w:t>
      </w:r>
    </w:p>
    <w:p>
      <w:pPr>
        <w:jc w:val="right"/>
      </w:pPr>
      <w:r>
        <w:t>اینڈ پریکٹیکل فارمولا از میوچول ریسپیکٹ۔ میوچول ریکگنیشن از ناٹ فیزیبل، بٹ میوچول ریسپیکٹ از کمپلیٹلی فیزیبل، کمپلیٹلی ورکیبل۔</w:t>
      </w:r>
    </w:p>
    <w:p>
      <w:r>
        <w:rPr>
          <w:b/>
        </w:rPr>
        <w:t xml:space="preserve">[15:39] </w:t>
      </w:r>
      <w:r>
        <w:t>so, we we cannot afford this kind of luxury to live with this formula, mutual recognition formula.</w:t>
      </w:r>
    </w:p>
    <w:p>
      <w:pPr>
        <w:jc w:val="right"/>
      </w:pPr>
      <w:r>
        <w:t>سو، وی وی کاناٹ افورڈ دس کائنڈ اف لگزری ٹو لیو ود دس فارمولا، میوچول ریکگنیشن فارمولا۔</w:t>
      </w:r>
    </w:p>
    <w:p>
      <w:r>
        <w:rPr>
          <w:b/>
        </w:rPr>
        <w:t xml:space="preserve">[15:50] </w:t>
      </w:r>
      <w:r>
        <w:t>that is not feasible, not not practicable.</w:t>
      </w:r>
    </w:p>
    <w:p>
      <w:pPr>
        <w:jc w:val="right"/>
      </w:pPr>
      <w:r>
        <w:t>دیٹ از ناٹ فیزیبل، ناٹ ناٹ پریکٹیکیبل۔</w:t>
      </w:r>
    </w:p>
    <w:p>
      <w:r>
        <w:rPr>
          <w:b/>
        </w:rPr>
        <w:t xml:space="preserve">[15:56] </w:t>
      </w:r>
      <w:r>
        <w:t>after centuries and centuries, we fail right from emperor akbar up to mahatma gandhi. this formula has been fail.</w:t>
      </w:r>
    </w:p>
    <w:p>
      <w:pPr>
        <w:jc w:val="right"/>
      </w:pPr>
      <w:r>
        <w:t>افٹر سینچریز اینڈ سینچریز، وی فیل رائٹ فرام ایمپرر اکبر اپ ٹو مہاتما گاندھی۔ دس فارمولا ہیز بین فیل۔</w:t>
      </w:r>
    </w:p>
    <w:p>
      <w:r>
        <w:rPr>
          <w:b/>
        </w:rPr>
        <w:t xml:space="preserve">[16:08] </w:t>
      </w:r>
      <w:r>
        <w:t>no one was able. akbar's political power, dr bhagvan das scholarship and mahatma gandhi leadership, all fail, fail completely fail.</w:t>
      </w:r>
    </w:p>
    <w:p>
      <w:pPr>
        <w:jc w:val="right"/>
      </w:pPr>
      <w:r>
        <w:t>نو ون واز ایبل ٹو۔ اکبرز پولیٹیکل پاور، ڈاکٹر بھگوان داس سکالرشپ اینڈ مہاتما گاندھی لیڈرشپ، ال فیل، فیل کمپلیٹلی فیل۔</w:t>
      </w:r>
    </w:p>
    <w:p>
      <w:r>
        <w:rPr>
          <w:b/>
        </w:rPr>
        <w:t xml:space="preserve">[16:25] </w:t>
      </w:r>
      <w:r>
        <w:t>so, mutual recognition. so, formula that is based on mutual recognition is simply not feasible. we are, we are not in position to to owe.</w:t>
      </w:r>
    </w:p>
    <w:p>
      <w:pPr>
        <w:jc w:val="right"/>
      </w:pPr>
      <w:r>
        <w:t>سو، میوچول ریکگنیشن۔ سو، فارمولا دیٹ از بیسڈ ان میوچول ریکگنیشن از سمپلی ناٹ فیزیبل۔ وی ار، وی ار ناٹ ان پوزیشن ٹو ٹو اوے۔</w:t>
      </w:r>
    </w:p>
    <w:p>
      <w:r>
        <w:rPr>
          <w:b/>
        </w:rPr>
        <w:t xml:space="preserve">[16:40] </w:t>
      </w:r>
      <w:r>
        <w:t>we need and urgent formula. we need to establish harmony even today.</w:t>
      </w:r>
    </w:p>
    <w:p>
      <w:pPr>
        <w:jc w:val="right"/>
      </w:pPr>
      <w:r>
        <w:t>وی نیڈ اینڈ ارجنٹ فارمولا۔ وی نیڈ ٹو اسٹیبلش ہارمونی ایون ٹوڈے۔</w:t>
      </w:r>
    </w:p>
    <w:p>
      <w:r>
        <w:rPr>
          <w:b/>
        </w:rPr>
        <w:t xml:space="preserve">[16:49] </w:t>
      </w:r>
      <w:r>
        <w:t>so, i would like to say that only feasible formula, only practicable formula is that which is based on mutual respect.</w:t>
      </w:r>
    </w:p>
    <w:p>
      <w:pPr>
        <w:jc w:val="right"/>
      </w:pPr>
      <w:r>
        <w:t>سو، ائی وڈ لائک ٹو سے دیٹ اونلی فیزیبل فارمولا، اونلی پریکٹیکیبل فارمولا از دیٹ وچ از بیسڈ ان میوچول ریسپیکٹ۔</w:t>
      </w:r>
    </w:p>
    <w:p>
      <w:r>
        <w:rPr>
          <w:b/>
        </w:rPr>
        <w:t xml:space="preserve">[17:01] </w:t>
      </w:r>
      <w:r>
        <w:t>and this was the formula given in the quran and hadith and from and and son of the prophet of islam. so, after after extensive study of history,</w:t>
      </w:r>
    </w:p>
    <w:p>
      <w:pPr>
        <w:jc w:val="right"/>
      </w:pPr>
      <w:r>
        <w:t>اینڈ دس واز دا فارمولا گیون ان دا قران اینڈ حدیث اینڈ فرام اینڈ اینڈ سن اف دا پرافٹ اف اسلام۔ سو، افٹر افٹر ایکسٹینسو سٹڈی اف ہسٹری،</w:t>
      </w:r>
    </w:p>
    <w:p>
      <w:r>
        <w:rPr>
          <w:b/>
        </w:rPr>
        <w:t xml:space="preserve">[17:18] </w:t>
      </w:r>
      <w:r>
        <w:t>i would like to say that this formula was never translated into practical life.</w:t>
      </w:r>
    </w:p>
    <w:p>
      <w:pPr>
        <w:jc w:val="right"/>
      </w:pPr>
      <w:r>
        <w:t>ائی وڈ لائک ٹو سے دیٹ دس فارمولا واز نیور ٹرانسلیٹڈ انٹو پریکٹیکل لائف۔</w:t>
      </w:r>
    </w:p>
    <w:p>
      <w:r>
        <w:rPr>
          <w:b/>
        </w:rPr>
        <w:t xml:space="preserve">[17:27] </w:t>
      </w:r>
      <w:r>
        <w:t>it buried in some minds, minds of philosophers, minds of some thinkers. this formula that was based on the mutual recognition never translated into life.</w:t>
      </w:r>
    </w:p>
    <w:p>
      <w:pPr>
        <w:jc w:val="right"/>
      </w:pPr>
      <w:r>
        <w:t>اٹ اے بیری ان سم مائنڈز، مائنڈز اف فلاسفرز، مائنڈز اف سم تھنکرز۔ دس فارمولا دیٹ واز بیسڈ ان دی میوچول ریکگنیشن نیور ٹرانسلیٹڈ انٹو لائف۔</w:t>
      </w:r>
    </w:p>
    <w:p>
      <w:r>
        <w:rPr>
          <w:b/>
        </w:rPr>
        <w:t xml:space="preserve">[17:47] </w:t>
      </w:r>
      <w:r>
        <w:t>but but the other formula is based on mutual respect. every day, it is it is it is</w:t>
      </w:r>
    </w:p>
    <w:p>
      <w:pPr>
        <w:jc w:val="right"/>
      </w:pPr>
      <w:r>
        <w:t>بٹ بٹ دا ادر فارمولا از بیسڈ ان میوچول ریسپیکٹ۔ ایوری ڈے، اٹ از اٹ از اٹ از</w:t>
      </w:r>
    </w:p>
    <w:p>
      <w:r>
        <w:rPr>
          <w:b/>
        </w:rPr>
        <w:t xml:space="preserve">[17:56] </w:t>
      </w:r>
      <w:r>
        <w:t>practicable. every day, you can adopt this formula. and the whole human life based on this formula. you know, life is a life is full of differences.</w:t>
      </w:r>
    </w:p>
    <w:p>
      <w:pPr>
        <w:jc w:val="right"/>
      </w:pPr>
      <w:r>
        <w:t>پریکٹیکیبل۔ ایوری ڈے، یو کین اڈاپٹ دس فارمولا۔ اینڈ دا ہول ہیومن لائف بیسڈ ان دس فارمولا۔ یو نو، لائف از ا لائف از فل اف ڈیفرنسز۔</w:t>
      </w:r>
    </w:p>
    <w:p>
      <w:r>
        <w:rPr>
          <w:b/>
        </w:rPr>
        <w:t xml:space="preserve">[18:12] </w:t>
      </w:r>
      <w:r>
        <w:t>human life is full of differences in every aspect. that are differences</w:t>
      </w:r>
    </w:p>
    <w:p>
      <w:pPr>
        <w:jc w:val="right"/>
      </w:pPr>
      <w:r>
        <w:t>ہیومن لائف از فل اف ڈیفرنسز ان ایوری اسپیکٹ۔ دیٹ ار ڈیفرنسز</w:t>
      </w:r>
    </w:p>
    <w:p>
      <w:r>
        <w:rPr>
          <w:b/>
        </w:rPr>
        <w:t xml:space="preserve">[18:19] </w:t>
      </w:r>
      <w:r>
        <w:t>in in politics, in society, in in different disciplines. every where, that are differences, differences, differences.</w:t>
      </w:r>
    </w:p>
    <w:p>
      <w:pPr>
        <w:jc w:val="right"/>
      </w:pPr>
      <w:r>
        <w:t>ان ان پولیٹکس، ان سوسائٹی، ان ان ڈفرنٹ ڈسپلنز۔ ایوری ویر، دیٹ ار ڈیفرنسز، ڈیفرنسز، ڈیفرنسز۔</w:t>
      </w:r>
    </w:p>
    <w:p>
      <w:r>
        <w:rPr>
          <w:b/>
        </w:rPr>
        <w:t xml:space="preserve">[18:32] </w:t>
      </w:r>
      <w:r>
        <w:t>so, we always solve these differences by adopting this formula.</w:t>
      </w:r>
    </w:p>
    <w:p>
      <w:pPr>
        <w:jc w:val="right"/>
      </w:pPr>
      <w:r>
        <w:t>سو، وی الویز سالو دیز ڈیفرنسز بائی اڈاپٹنگ دس فارمولا۔</w:t>
      </w:r>
    </w:p>
    <w:p>
      <w:r>
        <w:rPr>
          <w:b/>
        </w:rPr>
        <w:t xml:space="preserve">[18:42] </w:t>
      </w:r>
      <w:r>
        <w:t>let us agree to disagree.</w:t>
      </w:r>
    </w:p>
    <w:p>
      <w:pPr>
        <w:jc w:val="right"/>
      </w:pPr>
      <w:r>
        <w:t>لیٹ اس ایگری ٹو ڈس ایگری۔</w:t>
      </w:r>
    </w:p>
    <w:p>
      <w:r>
        <w:rPr>
          <w:b/>
        </w:rPr>
        <w:t xml:space="preserve">[18:46] </w:t>
      </w:r>
      <w:r>
        <w:t>so, i only say that religion is not an exception. we have to adopt the same formula and religion also.</w:t>
      </w:r>
    </w:p>
    <w:p>
      <w:pPr>
        <w:jc w:val="right"/>
      </w:pPr>
      <w:r>
        <w:t>سو، ائی اونلی سے دیٹ ریلیجن از ناٹ این ایکسیپشن۔ وی ہیو ٹو اڈاپٹ دا سیم فارمولا اینڈ ریلیجن السو۔</w:t>
      </w:r>
    </w:p>
    <w:p>
      <w:r>
        <w:rPr>
          <w:b/>
        </w:rPr>
        <w:t xml:space="preserve">[18:57] </w:t>
      </w:r>
      <w:r>
        <w:t>this is my, this is my experience.</w:t>
      </w:r>
    </w:p>
    <w:p>
      <w:pPr>
        <w:jc w:val="right"/>
      </w:pPr>
      <w:r>
        <w:t>دس از مائی، دس از مائی ایکسپیرینس۔</w:t>
      </w:r>
    </w:p>
    <w:p>
      <w:r>
        <w:rPr>
          <w:b/>
        </w:rPr>
        <w:t xml:space="preserve">[19:16] </w:t>
      </w:r>
      <w:r>
        <w:t>maulana, i find that ya i do find example where prophet did apply this formula and other prophet and at many places in quran.</w:t>
      </w:r>
    </w:p>
    <w:p>
      <w:pPr>
        <w:jc w:val="right"/>
      </w:pPr>
      <w:r>
        <w:t>مولانا، ائی فائنڈ دیٹ یا ائی ڈو فائنڈ ایگزیمپل ویر پرافٹ ڈیڈ اپلائی دس فارمولا اینڈ ادر پرافٹ اینڈ ایٹ مینی پلیسز ان قران۔</w:t>
      </w:r>
    </w:p>
    <w:p>
      <w:r>
        <w:rPr>
          <w:b/>
        </w:rPr>
        <w:t xml:space="preserve">[19:26] </w:t>
      </w:r>
      <w:r>
        <w:t>this formula is given. maulana, ah but what about abraham who? argued with his father and the things he did.</w:t>
      </w:r>
    </w:p>
    <w:p>
      <w:pPr>
        <w:jc w:val="right"/>
      </w:pPr>
      <w:r>
        <w:t>دس فارمولا از گیون۔ مولانا، اہ بٹ واٹ اباؤٹ ابراہم ہو؟ ارگیو ود ہز فادر اینڈ دا تھنگز ہی ڈیڈ۔</w:t>
      </w:r>
    </w:p>
    <w:p>
      <w:r>
        <w:rPr>
          <w:b/>
        </w:rPr>
        <w:t xml:space="preserve">[19:37] </w:t>
      </w:r>
      <w:r>
        <w:t>so, maulana, how does that fit into this practical formula?</w:t>
      </w:r>
    </w:p>
    <w:p>
      <w:pPr>
        <w:jc w:val="right"/>
      </w:pPr>
      <w:r>
        <w:t>سو، مولانا، ہاؤ ڈز دیٹ فٹ انٹو دس پریکٹیکل فارمولا؟</w:t>
      </w:r>
    </w:p>
    <w:p>
      <w:r>
        <w:rPr>
          <w:b/>
        </w:rPr>
        <w:t xml:space="preserve">[19:46] </w:t>
      </w:r>
      <w:r>
        <w:t>no, this example is not, is not contract. example what happened with abraham?</w:t>
      </w:r>
    </w:p>
    <w:p>
      <w:pPr>
        <w:jc w:val="right"/>
      </w:pPr>
      <w:r>
        <w:t>نو، دس ایگزیمپل از ناٹ، از ناٹ کنٹریکٹ۔ ایکسیمپل واٹ ہیپنڈ ود ابراہم؟</w:t>
      </w:r>
    </w:p>
    <w:p>
      <w:r>
        <w:rPr>
          <w:b/>
        </w:rPr>
        <w:t xml:space="preserve">[19:55] </w:t>
      </w:r>
      <w:r>
        <w:t>he was living with completely, with complete adjustment with his father.</w:t>
      </w:r>
    </w:p>
    <w:p>
      <w:pPr>
        <w:jc w:val="right"/>
      </w:pPr>
      <w:r>
        <w:t>ہی واز لیونگ ود کمپلیٹلی، ود کمپلیٹ ایڈجسٹمنٹ ود ہز فادر۔</w:t>
      </w:r>
    </w:p>
    <w:p>
      <w:r>
        <w:rPr>
          <w:b/>
        </w:rPr>
        <w:t xml:space="preserve">[20:04] </w:t>
      </w:r>
      <w:r>
        <w:t>you see the history. prophet abraham was a peaceful person. he tried to live with his father.</w:t>
      </w:r>
    </w:p>
    <w:p>
      <w:pPr>
        <w:jc w:val="right"/>
      </w:pPr>
      <w:r>
        <w:t>یو سی دا ہسٹری۔ پرافٹ ابراہم واز ا پیس فل پرسن۔ ہی ٹرائیڈ ٹو لیو ود ہز فادر۔</w:t>
      </w:r>
    </w:p>
    <w:p>
      <w:r>
        <w:rPr>
          <w:b/>
        </w:rPr>
        <w:t xml:space="preserve">[20:12] </w:t>
      </w:r>
      <w:r>
        <w:t>then father gave him a very strong challenge. either you leave this city or we will kill you.</w:t>
      </w:r>
    </w:p>
    <w:p>
      <w:pPr>
        <w:jc w:val="right"/>
      </w:pPr>
      <w:r>
        <w:t>دین فادر گیو ہم ا ویری سٹرونگ چیلنج۔ ایدر یو لیو دس سٹی اور وی ویل کل یو۔</w:t>
      </w:r>
    </w:p>
    <w:p>
      <w:r>
        <w:rPr>
          <w:b/>
        </w:rPr>
        <w:t xml:space="preserve">[20:26] </w:t>
      </w:r>
      <w:r>
        <w:t>his father was a, was a head of of his tribe.</w:t>
      </w:r>
    </w:p>
    <w:p>
      <w:pPr>
        <w:jc w:val="right"/>
      </w:pPr>
      <w:r>
        <w:t>ہز فادر واز ا، واز ا ہیڈ اف اف ہز ٹرائب۔</w:t>
      </w:r>
    </w:p>
    <w:p>
      <w:r>
        <w:rPr>
          <w:b/>
        </w:rPr>
        <w:t xml:space="preserve">[20:33] </w:t>
      </w:r>
      <w:r>
        <w:t>so, it was matter option. so, if there is such situation, then then again, i would try to say that prophet abraham never opted for violence, fighting.</w:t>
      </w:r>
    </w:p>
    <w:p>
      <w:pPr>
        <w:jc w:val="right"/>
      </w:pPr>
      <w:r>
        <w:t>سو، اٹ واز میٹر اپشن۔ سو، اف دیر از سچ سچویشن، دین دین اگین، ائی وڈ ٹرائی ٹو سے دیٹ پرافٹ ابراہم نیور اپٹڈ فار وائیلنس، فائٹنگ۔</w:t>
      </w:r>
    </w:p>
    <w:p>
      <w:r>
        <w:rPr>
          <w:b/>
        </w:rPr>
        <w:t xml:space="preserve">[20:47] </w:t>
      </w:r>
      <w:r>
        <w:t>no, he simply migrated from city urf. the name of city was urf. so, its very, very supportive example in this record.</w:t>
      </w:r>
    </w:p>
    <w:p>
      <w:pPr>
        <w:jc w:val="right"/>
      </w:pPr>
      <w:r>
        <w:t>نو، ہی سمپلی مائیگریٹڈ فرام سٹی عرف۔ دا نیم اف سٹی واز عرف۔ سو، اٹس ویری، ویری سپورٹیو ایگزیمپل ان دس ریکارڈ۔</w:t>
      </w:r>
    </w:p>
    <w:p>
      <w:r>
        <w:rPr>
          <w:b/>
        </w:rPr>
        <w:t xml:space="preserve">[21:00] </w:t>
      </w:r>
      <w:r>
        <w:t>so, maulana, in other words, one can say if one get convinced by your way, the truth you are showing.</w:t>
      </w:r>
    </w:p>
    <w:p>
      <w:pPr>
        <w:jc w:val="right"/>
      </w:pPr>
      <w:r>
        <w:t>سو، مولانا، ان ادر ورڈز، ون کین سے اف ون گیٹ کنونسڈ بائی یور وے، دا ٹرتھ یو ار شوئنگ۔</w:t>
      </w:r>
    </w:p>
    <w:p>
      <w:r>
        <w:rPr>
          <w:b/>
        </w:rPr>
        <w:t xml:space="preserve">[21:13] </w:t>
      </w:r>
      <w:r>
        <w:t>if they get convinced, that's fine. and if they are not, then your way and my sentence, then you accept the. you are right, you are right.</w:t>
      </w:r>
    </w:p>
    <w:p>
      <w:pPr>
        <w:jc w:val="right"/>
      </w:pPr>
      <w:r>
        <w:t>اف دے گیٹ کنونسڈ، دیٹس فائن۔ اینڈ اف دے ار ناٹ، دین یور وے اینڈ مائی سینٹنس، دین یو ایکسیپٹ دا۔ یو ار رائٹ، یو ار رائٹ۔</w:t>
      </w:r>
    </w:p>
    <w:p>
      <w:r>
        <w:rPr>
          <w:b/>
        </w:rPr>
        <w:t xml:space="preserve">[21:24] </w:t>
      </w:r>
      <w:r>
        <w:t>maulana patel, one</w:t>
      </w:r>
    </w:p>
    <w:p>
      <w:pPr>
        <w:jc w:val="right"/>
      </w:pPr>
      <w:r>
        <w:t>مولانا پٹیل، ون</w:t>
      </w:r>
    </w:p>
    <w:p>
      <w:r>
        <w:rPr>
          <w:b/>
        </w:rPr>
        <w:t xml:space="preserve">[21:25] </w:t>
      </w:r>
      <w:r>
        <w:t>if the instance from the life of prophet abraham, ah where he had broken all the idols, ah was it not tantamount to hurting the sentiments of the idol worker?</w:t>
      </w:r>
    </w:p>
    <w:p>
      <w:pPr>
        <w:jc w:val="right"/>
      </w:pPr>
      <w:r>
        <w:t>اف دی انسٹنس فرام دی لائف اف پرافٹ ابراہم، اہ ویر ہی ہیڈ بروکن ال دی ائیڈلز، اہ واز اٹ ناٹ ٹینٹ اماؤنٹ ٹو ہرٹنگ دی سینٹیمنٹس اف دی ائیڈل ورکر؟</w:t>
      </w:r>
    </w:p>
    <w:p>
      <w:r>
        <w:rPr>
          <w:b/>
        </w:rPr>
        <w:t xml:space="preserve">[21:39] </w:t>
      </w:r>
      <w:r>
        <w:t>so, how do we rationalize that? no, he never broken all idols, simply injured.</w:t>
      </w:r>
    </w:p>
    <w:p>
      <w:pPr>
        <w:jc w:val="right"/>
      </w:pPr>
      <w:r>
        <w:t>سو، ہاؤ ڈو وی ریشنلائز دیٹ؟ نو، ہی نیور بروکن ال ائیڈلز، سمپلی انجرڈ۔</w:t>
      </w:r>
    </w:p>
    <w:p>
      <w:r>
        <w:rPr>
          <w:b/>
        </w:rPr>
        <w:t xml:space="preserve">[21:52] </w:t>
      </w:r>
      <w:r>
        <w:t>and then he put the the axe, axe, axe, axe on the shoulder of the bigger one.</w:t>
      </w:r>
    </w:p>
    <w:p>
      <w:pPr>
        <w:jc w:val="right"/>
      </w:pPr>
      <w:r>
        <w:t>اینڈ دین ہی پٹ دا دا اکس، اکس، اکس، اکس ان دا شولڈر اف دا بیگر ون۔</w:t>
      </w:r>
    </w:p>
    <w:p>
      <w:r>
        <w:rPr>
          <w:b/>
        </w:rPr>
        <w:t xml:space="preserve">[22:02] </w:t>
      </w:r>
      <w:r>
        <w:t>he never break the idols. he only tried to give a practical lesson. this formula applies to our social behavior and not to our belief system</w:t>
      </w:r>
    </w:p>
    <w:p>
      <w:pPr>
        <w:jc w:val="right"/>
      </w:pPr>
      <w:r>
        <w:t>ہی نیور بریک دا ائیڈلز۔ ہی اونلی ٹرائیڈ ٹو گیو ا پریکٹیکل لیسن۔ دس فارمولا اپلائیز ٹو اور سوشل بیہیویئر اینڈ ناٹ ٹو اور بیلیف سسٹم</w:t>
      </w:r>
    </w:p>
    <w:p>
      <w:r>
        <w:rPr>
          <w:b/>
        </w:rPr>
        <w:t xml:space="preserve">[22:15] </w:t>
      </w:r>
      <w:r>
        <w:t>. if same one wants us to work, work to gods, then we can't apply this formula.</w:t>
      </w:r>
    </w:p>
    <w:p>
      <w:pPr>
        <w:jc w:val="right"/>
      </w:pPr>
      <w:r>
        <w:t>۔ اف سیم ون وانٹس اس ٹو ورک، ورک ٹو گاڈز، دین وی کانٹ اپلائی دس فارمولا۔</w:t>
      </w:r>
    </w:p>
    <w:p>
      <w:r>
        <w:rPr>
          <w:b/>
        </w:rPr>
        <w:t xml:space="preserve">[22:25] </w:t>
      </w:r>
      <w:r>
        <w:t>we can apply this formula in our social behavior. i am saying that if there is no compulsion, then we have to adjust other.</w:t>
      </w:r>
    </w:p>
    <w:p>
      <w:pPr>
        <w:jc w:val="right"/>
      </w:pPr>
      <w:r>
        <w:t>وی کین اپلائی دس فارمولا ان اور سوشل بیہیویئر۔ ائی ایم سینگ دیٹ اف دیر از نو کمپلسن، دین وی ہیو ٹو ایڈجسٹ ادر۔</w:t>
      </w:r>
    </w:p>
    <w:p>
      <w:r>
        <w:rPr>
          <w:b/>
        </w:rPr>
        <w:t xml:space="preserve">[22:38] </w:t>
      </w:r>
      <w:r>
        <w:t>and if there is compulsion, then we have to rethink.</w:t>
      </w:r>
    </w:p>
    <w:p>
      <w:pPr>
        <w:jc w:val="right"/>
      </w:pPr>
      <w:r>
        <w:t>اینڈ اف دیر از کمپلسن، دین وی ہیو ٹو ری تھنک۔</w:t>
      </w:r>
    </w:p>
    <w:p>
      <w:r>
        <w:rPr>
          <w:b/>
        </w:rPr>
        <w:t xml:space="preserve">[22:43] </w:t>
      </w:r>
      <w:r>
        <w:t>i am trying in that situation where there is no compulsion. for example, in india, there is no compulsion. in india, we enjoy religious freedom.</w:t>
      </w:r>
    </w:p>
    <w:p>
      <w:pPr>
        <w:jc w:val="right"/>
      </w:pPr>
      <w:r>
        <w:t>ائی ایم ٹرائنگ ان دیٹ سچویشن ویر دیر از نو کمپلسن۔ فار ایگزیمپل، ان انڈیا، دیر از نو کمپلسن۔ ان انڈیا، وی انجوائے ریلیجس فریڈم۔</w:t>
      </w:r>
    </w:p>
    <w:p>
      <w:r>
        <w:rPr>
          <w:b/>
        </w:rPr>
        <w:t xml:space="preserve">[22:53] </w:t>
      </w:r>
      <w:r>
        <w:t>so, we have to enjoy religious freedom. here, we have yani complete freedom to follow one and respect all for formula, to adopt this formula.</w:t>
      </w:r>
    </w:p>
    <w:p>
      <w:pPr>
        <w:jc w:val="right"/>
      </w:pPr>
      <w:r>
        <w:t>سو، وی ہیو ٹو انجوائے ریلیجس فریڈم۔ ہیر، وی ہیو یعنی کمپلیٹ فریڈم ٹو فالو ون اینڈ ریسپیکٹ ال فار فارمولا، ٹو اڈاپٹ دس فارمولا۔</w:t>
      </w:r>
    </w:p>
    <w:p>
      <w:r>
        <w:rPr>
          <w:b/>
        </w:rPr>
        <w:t xml:space="preserve">[23:06] </w:t>
      </w:r>
      <w:r>
        <w:t>so, in such country like canada and usa and india, where there is religious freedom, this formula is completely practicable.</w:t>
      </w:r>
    </w:p>
    <w:p>
      <w:pPr>
        <w:jc w:val="right"/>
      </w:pPr>
      <w:r>
        <w:t>سو، ان سچ کنٹری لائک کینیڈا اینڈ یو ایس اے اینڈ انڈیا، ویر دیر از ریلیجس فریڈم، دس فارمولا از کمپلیٹلی پریکٹیکیبل۔</w:t>
      </w:r>
    </w:p>
    <w:p>
      <w:r>
        <w:rPr>
          <w:b/>
        </w:rPr>
        <w:t xml:space="preserve">[23:15] </w:t>
      </w:r>
      <w:r>
        <w:t>but in such country where there is no religious freedom, then we reconsider, reconsider the whole matter.</w:t>
      </w:r>
    </w:p>
    <w:p>
      <w:pPr>
        <w:jc w:val="right"/>
      </w:pPr>
      <w:r>
        <w:t>بٹ ان سچ کنٹری ویر دیر از نو ریلیجس فریڈم، دین وی ری کنسیڈر، ریکنسڈر دا ہول میٹر۔</w:t>
      </w:r>
    </w:p>
    <w:p>
      <w:r>
        <w:rPr>
          <w:b/>
        </w:rPr>
        <w:t xml:space="preserve">[23:25] </w:t>
      </w:r>
      <w:r>
        <w:t>then we find some other solution under compulsion. if there is no compulsion, that is the best formula.</w:t>
      </w:r>
    </w:p>
    <w:p>
      <w:pPr>
        <w:jc w:val="right"/>
      </w:pPr>
      <w:r>
        <w:t>دین وی فائنڈ سم ادر سولیوشن انڈر کمپلسن۔ اف دیر از نو کمپلسن، دیٹ از دا بیسٹ فارمولا۔</w:t>
      </w:r>
    </w:p>
    <w:p>
      <w:r>
        <w:rPr>
          <w:b/>
        </w:rPr>
        <w:t xml:space="preserve">[23:33] </w:t>
      </w:r>
      <w:r>
        <w:t>maulana, like many a time, it happens that when you are talking about any subject, you give references from the quran.</w:t>
      </w:r>
    </w:p>
    <w:p>
      <w:pPr>
        <w:jc w:val="right"/>
      </w:pPr>
      <w:r>
        <w:t>مولانا، لائک مینی ا ٹائمز، اٹ ہیپنز دیٹ وین یو ار ٹاکنگ اباؤٹ اینی سبجیکٹ، یو گیو ریفرنسز فرام دی قران۔</w:t>
      </w:r>
    </w:p>
    <w:p>
      <w:r>
        <w:rPr>
          <w:b/>
        </w:rPr>
        <w:t xml:space="preserve">[23:43] </w:t>
      </w:r>
      <w:r>
        <w:t>so, that makes your talk very fact driven talk. but it happens a lot of time to many cps member that when they are talking to somebody, we might not remember the same verses as you do.</w:t>
      </w:r>
    </w:p>
    <w:p>
      <w:pPr>
        <w:jc w:val="right"/>
      </w:pPr>
      <w:r>
        <w:t>سو، دیٹ میکس یور ٹاک ویری فیکٹ ڈریون ٹاک۔ بٹ اٹ ہیپنز لاٹ اف ٹائمز ٹو مینی سی پی ایس ممبر دیٹ وین دے ار ٹاکنگ ٹو سم بڈی، وی مائٹ ناٹ ریممبر دی سیم ورسز ایز یو ڈو۔</w:t>
      </w:r>
    </w:p>
    <w:p>
      <w:r>
        <w:rPr>
          <w:b/>
        </w:rPr>
        <w:t xml:space="preserve">[23:59] </w:t>
      </w:r>
      <w:r>
        <w:t>so</w:t>
      </w:r>
    </w:p>
    <w:p>
      <w:pPr>
        <w:jc w:val="right"/>
      </w:pPr>
      <w:r>
        <w:t>سو</w:t>
      </w:r>
    </w:p>
    <w:p>
      <w:r>
        <w:rPr>
          <w:b/>
        </w:rPr>
        <w:t xml:space="preserve">[24:00] </w:t>
      </w:r>
      <w:r>
        <w:t>, if somebody ask that, give us reference, then we are not able to give that reference. so, what would be your advice? note down other type of his speech.</w:t>
      </w:r>
    </w:p>
    <w:p>
      <w:pPr>
        <w:jc w:val="right"/>
      </w:pPr>
      <w:r>
        <w:t>، اف سم بڈی اسک دیٹ، گیو اس ریفرنس، دین وی ار ناٹ ایبل ٹو گیو دیٹ ریفرنس۔ سو، واٹ وڈ بی یور ایڈوائس؟ نوٹ ڈاؤن ادر ٹائپ اف ہز سپیچ۔</w:t>
      </w:r>
    </w:p>
    <w:p>
      <w:r>
        <w:rPr>
          <w:b/>
        </w:rPr>
        <w:t xml:space="preserve">[24:10] </w:t>
      </w:r>
      <w:r>
        <w:t>why, why? or so, we listening. note down the example here and your diary. hain, simply solution.</w:t>
      </w:r>
    </w:p>
    <w:p>
      <w:pPr>
        <w:jc w:val="right"/>
      </w:pPr>
      <w:r>
        <w:t>وائی، وائی؟ اور سو، وی لسننگ۔ نوٹ ڈاؤن دا ایگزیمپل ہیر اینڈ یور ڈائری۔ ہیں، سمپلی سولیوشن۔</w:t>
      </w:r>
    </w:p>
    <w:p>
      <w:r>
        <w:rPr>
          <w:b/>
        </w:rPr>
        <w:t xml:space="preserve">[24:22] </w:t>
      </w:r>
      <w:r>
        <w:t>maulana,</w:t>
      </w:r>
    </w:p>
    <w:p>
      <w:pPr>
        <w:jc w:val="right"/>
      </w:pPr>
      <w:r>
        <w:t>مولانا،</w:t>
      </w:r>
    </w:p>
    <w:p>
      <w:r>
        <w:rPr>
          <w:b/>
        </w:rPr>
        <w:t xml:space="preserve">[24:23] </w:t>
      </w:r>
      <w:r>
        <w:t>at times, we discuss with people regarding harmony and point out that what the way you are, you are walking on is wrong.</w:t>
      </w:r>
    </w:p>
    <w:p>
      <w:pPr>
        <w:jc w:val="right"/>
      </w:pPr>
      <w:r>
        <w:t>ایٹ ٹائمز، وی ڈسکس ود پیپل ریگارڈنگ ہارمونی اینڈ پوائنٹ آؤٹ دیٹ واٹ دا وے یو ار، یو ار واکنگ ان از رونگ۔</w:t>
      </w:r>
    </w:p>
    <w:p>
      <w:r>
        <w:rPr>
          <w:b/>
        </w:rPr>
        <w:t xml:space="preserve">[24:35] </w:t>
      </w:r>
      <w:r>
        <w:t>their formula you are using are wrong. maulana, they generally argue back and they are not willing to accept our or our seeing things logically.</w:t>
      </w:r>
    </w:p>
    <w:p>
      <w:pPr>
        <w:jc w:val="right"/>
      </w:pPr>
      <w:r>
        <w:t>دیر فارمولا یو ار یوزنگ ار رونگ۔ مولانا، دے جنرلی ارگیو بیک اینڈ دے ار ناٹ ویلنگ ٹو ایکسیپٹ اور اور سی تھنگز لوجیکلی۔</w:t>
      </w:r>
    </w:p>
    <w:p>
      <w:r>
        <w:rPr>
          <w:b/>
        </w:rPr>
        <w:t xml:space="preserve">[24:46] </w:t>
      </w:r>
      <w:r>
        <w:t>maulana, what should we do</w:t>
      </w:r>
    </w:p>
    <w:p>
      <w:pPr>
        <w:jc w:val="right"/>
      </w:pPr>
      <w:r>
        <w:t>مولانا، واٹ شوڈ وی ڈو</w:t>
      </w:r>
    </w:p>
    <w:p>
      <w:r>
        <w:rPr>
          <w:b/>
        </w:rPr>
        <w:t xml:space="preserve">[24:49] </w:t>
      </w:r>
      <w:r>
        <w:t>with such people? their argument is because everybody is doing that, so they must be right. more more people are doing that, so they must be right. and you are the first person saying that they use this logic.</w:t>
      </w:r>
    </w:p>
    <w:p>
      <w:pPr>
        <w:jc w:val="right"/>
      </w:pPr>
      <w:r>
        <w:t>ود سچ پیپل؟ دیر ارگیومنٹ از بیکاز ایوری بڈی از ڈوئنگ دیٹ، سو دے مسٹ بی رائٹ۔ مور مور پیپل ار ڈوئنگ دیٹ، سو دے مسٹ بی رائٹ۔ اینڈ یو ار دا فرسٹ پرسن سینگ دیٹ دے یوز دس لاجک۔</w:t>
      </w:r>
    </w:p>
    <w:p>
      <w:r>
        <w:rPr>
          <w:b/>
        </w:rPr>
        <w:t xml:space="preserve">[25:00] </w:t>
      </w:r>
      <w:r>
        <w:t>so, maulana, how, how to deal with such people? are</w:t>
      </w:r>
    </w:p>
    <w:p>
      <w:pPr>
        <w:jc w:val="right"/>
      </w:pPr>
      <w:r>
        <w:t>سو، مولانا، ہاؤ، ہاؤ ٹو ڈیو ود سچ پیپل؟ ار</w:t>
      </w:r>
    </w:p>
    <w:p>
      <w:r>
        <w:rPr>
          <w:b/>
        </w:rPr>
        <w:t xml:space="preserve">[25:05] </w:t>
      </w:r>
      <w:r>
        <w:t>they, arey, arey! saying that when he is talking to people about communal harmony, they argue back and they say that since there are more in number in terms of people doing that, and you are the only one person who is talking about it.</w:t>
      </w:r>
    </w:p>
    <w:p>
      <w:pPr>
        <w:jc w:val="right"/>
      </w:pPr>
      <w:r>
        <w:t>ے، ارے، ارے! سینگ دیٹ وین ہی از ٹاکنگ ٹو پیپل اباؤٹ کمیونل ہارمونی، دے ارگیو بیک اینڈ دے سے دیٹ سنس دیر ار مور ان نمبر ان ٹرمز اف پیپل ڈوئنگ دیٹ، اینڈ یو ار دی اونلی ون پرسن ہو از ٹاکنگ اباؤٹ اٹ۔</w:t>
      </w:r>
    </w:p>
    <w:p>
      <w:r>
        <w:rPr>
          <w:b/>
        </w:rPr>
        <w:t xml:space="preserve">[25:21] </w:t>
      </w:r>
      <w:r>
        <w:t>so, they don't follow it. maulana, so he is saying that how should we tackle such such situations? maulana, can i rephrase the question?</w:t>
      </w:r>
    </w:p>
    <w:p>
      <w:pPr>
        <w:jc w:val="right"/>
      </w:pPr>
      <w:r>
        <w:t>سو، دے ڈونٹ فالو اٹ۔ مولانا، سو ہی سینگ دیٹ ہاؤ شوڈ وی ٹیکل سچ سچویشنز؟ مولانا، کین ائی ری فریز دا کو</w:t>
      </w:r>
    </w:p>
    <w:p>
      <w:r>
        <w:rPr>
          <w:b/>
        </w:rPr>
        <w:t xml:space="preserve">[25:27] </w:t>
      </w:r>
      <w:r>
        <w:t>question? ya maulana, when you ah tell people that you should give up this complaining attitude, you should ah become thankful and look at positive things?</w:t>
      </w:r>
    </w:p>
    <w:p>
      <w:pPr>
        <w:jc w:val="right"/>
      </w:pPr>
      <w:r>
        <w:t>ئسچن؟ یا مولانا، وین یو اہ ٹیل پیپل دیٹ یو شوڈ گیو اپ دس کمپلیننگ ایٹیٹیوڈ، یو شوڈ اہ بیکم تھینک فل اینڈ لوک ایٹ پوزیٹیو تھنگز؟</w:t>
      </w:r>
    </w:p>
    <w:p>
      <w:r>
        <w:rPr>
          <w:b/>
        </w:rPr>
        <w:t xml:space="preserve">[25:40] </w:t>
      </w:r>
      <w:r>
        <w:t>maulana, they argue back that no, we have been ah wrong. so, maulana, they say that we have been wrong.</w:t>
      </w:r>
    </w:p>
    <w:p>
      <w:pPr>
        <w:jc w:val="right"/>
      </w:pPr>
      <w:r>
        <w:t>مولانا، دے ارگیو بیک دیٹ نو، وی ہیو بین اہ رونگ۔ سو، مولانا، دے سے دیٹ وی ہیو بین رونگ۔</w:t>
      </w:r>
    </w:p>
    <w:p>
      <w:r>
        <w:rPr>
          <w:b/>
        </w:rPr>
        <w:t xml:space="preserve">[25:48] </w:t>
      </w:r>
      <w:r>
        <w:t>so, we cannot have that attitude, that positive attitude that you are ah talking</w:t>
      </w:r>
    </w:p>
    <w:p>
      <w:pPr>
        <w:jc w:val="right"/>
      </w:pPr>
      <w:r>
        <w:t>سو، وی کین ناٹ ہیو دیٹ ایٹیٹیوڈ، دیٹ پوزیٹیو ایٹیٹیوڈ دیٹ یو ار اہ ٹاک</w:t>
      </w:r>
    </w:p>
    <w:p>
      <w:r>
        <w:rPr>
          <w:b/>
        </w:rPr>
        <w:t xml:space="preserve">[25:54] </w:t>
      </w:r>
      <w:r>
        <w:t>about. so, maulana, and they say that because most of the people have that negative attitude, they say that because majority have it, then they must be right.</w:t>
      </w:r>
    </w:p>
    <w:p>
      <w:pPr>
        <w:jc w:val="right"/>
      </w:pPr>
      <w:r>
        <w:t>نگ اباؤٹ۔ سو، مولانا، اینڈ دے سے دیٹ بیکاز موسٹ اف دا پیپل ہیو دیٹ نیگیٹیو ایٹیٹیوڈ، دے سے دیٹ بیکاز میجورٹی ہیو اٹ، دین دے مسٹ بی رائٹ۔</w:t>
      </w:r>
    </w:p>
    <w:p>
      <w:r>
        <w:rPr>
          <w:b/>
        </w:rPr>
        <w:t xml:space="preserve">[26:07] </w:t>
      </w:r>
      <w:r>
        <w:t>the question is about result. we have to take thing in terms of result. yani there is a hadith that man hasan islam al mar taraka ma la yani</w:t>
      </w:r>
    </w:p>
    <w:p>
      <w:pPr>
        <w:jc w:val="right"/>
      </w:pPr>
      <w:r>
        <w:t>دا کوئسچن از اباؤٹ رزلٹ۔ وی ہیو ٹو ٹیک تھنگ ان ٹرم اف رزلٹ۔ یعنی دیر از ا حدیث دیٹ من حسن اسلام المر ترکہ معنی مالا یعنی</w:t>
      </w:r>
    </w:p>
    <w:p>
      <w:r>
        <w:rPr>
          <w:b/>
        </w:rPr>
        <w:t xml:space="preserve">[26:22] </w:t>
      </w:r>
      <w:r>
        <w:t>it means that your action must be result oriented action. so, it is very easy to be negative, but you cannot positive result by negative attitude.</w:t>
      </w:r>
    </w:p>
    <w:p>
      <w:pPr>
        <w:jc w:val="right"/>
      </w:pPr>
      <w:r>
        <w:t>اٹ مینز دیٹ یور ایکشن مسٹ بی رزلٹ اورینٹڈ ایکشن۔ سو، اٹ از ویری ایزی ٹو بی نیگیٹیو، بٹ یو کینٹ پازیٹیو رزلٹ بائے نیگیٹیو ایٹیٹیوڈ۔</w:t>
      </w:r>
    </w:p>
    <w:p>
      <w:r>
        <w:rPr>
          <w:b/>
        </w:rPr>
        <w:t xml:space="preserve">[26:36] </w:t>
      </w:r>
      <w:r>
        <w:t>to basic thing is ar, do you want to live in negativity for the sake of negativity? is it your goal to live in negativity for the sake of negativity?</w:t>
      </w:r>
    </w:p>
    <w:p>
      <w:pPr>
        <w:jc w:val="right"/>
      </w:pPr>
      <w:r>
        <w:t>تو بیسک تھنگ از ار، ڈو یو وانٹ ٹو لیو ان نیگیٹیوٹی فار دا سیک اف نیگیٹیوٹی؟ از اٹ یور گول ٹو لیو ان نیگیٹیوٹی فار دا سیک اف نیگیٹیوٹی؟</w:t>
      </w:r>
    </w:p>
    <w:p>
      <w:r>
        <w:rPr>
          <w:b/>
        </w:rPr>
        <w:t xml:space="preserve">[26:48] </w:t>
      </w:r>
      <w:r>
        <w:t>absurd!</w:t>
      </w:r>
    </w:p>
    <w:p>
      <w:pPr>
        <w:jc w:val="right"/>
      </w:pPr>
      <w:r>
        <w:t>ابسڈ!</w:t>
      </w:r>
    </w:p>
    <w:p>
      <w:r>
        <w:rPr>
          <w:b/>
        </w:rPr>
        <w:t xml:space="preserve">[26:52] </w:t>
      </w:r>
      <w:r>
        <w:t>so, first of all,</w:t>
      </w:r>
    </w:p>
    <w:p>
      <w:pPr>
        <w:jc w:val="right"/>
      </w:pPr>
      <w:r>
        <w:t>سو، فرسٹ اف ال،</w:t>
      </w:r>
    </w:p>
    <w:p>
      <w:r>
        <w:rPr>
          <w:b/>
        </w:rPr>
        <w:t xml:space="preserve">[26:56] </w:t>
      </w:r>
      <w:r>
        <w:t>we have to be clear that we have, we want to establish a better situation.</w:t>
      </w:r>
    </w:p>
    <w:p>
      <w:pPr>
        <w:jc w:val="right"/>
      </w:pPr>
      <w:r>
        <w:t>وی ہیو ٹو بی کلیئر دیٹ وی ہیو، وی وانٹ ٹو اسٹیبلش ا بیٹر سچویشن۔</w:t>
      </w:r>
    </w:p>
    <w:p>
      <w:r>
        <w:rPr>
          <w:b/>
        </w:rPr>
        <w:t xml:space="preserve">[27:09] </w:t>
      </w:r>
      <w:r>
        <w:t>to negativity for the sake of duty, duty is nothing.</w:t>
      </w:r>
    </w:p>
    <w:p>
      <w:pPr>
        <w:jc w:val="right"/>
      </w:pPr>
      <w:r>
        <w:t>تو نیگیٹیوٹی فار دا سیک اف ڈیوٹی، ڈیوٹی از نتھنگ۔</w:t>
      </w:r>
    </w:p>
    <w:p>
      <w:r>
        <w:rPr>
          <w:b/>
        </w:rPr>
        <w:t xml:space="preserve">[27:14] </w:t>
      </w:r>
      <w:r>
        <w:t>we have to adopt, we have to discover a formula which which may lead to positive result.</w:t>
      </w:r>
    </w:p>
    <w:p>
      <w:pPr>
        <w:jc w:val="right"/>
      </w:pPr>
      <w:r>
        <w:t>وی ہیو ٹو اڈاپٹ، وی ہیو ٹو ڈسکور ا فارمولا وچ وچ می لیڈ ٹو پازیٹیو رزلٹ۔</w:t>
      </w:r>
    </w:p>
    <w:p>
      <w:r>
        <w:rPr>
          <w:b/>
        </w:rPr>
        <w:t xml:space="preserve">[27:24] </w:t>
      </w:r>
      <w:r>
        <w:t>and there is no other formula. negative formula simply will not work. there is impossible.</w:t>
      </w:r>
    </w:p>
    <w:p>
      <w:pPr>
        <w:jc w:val="right"/>
      </w:pPr>
      <w:r>
        <w:t>اینڈ دیر از نو ادر فارمولا۔ نیگیٹیو فارمولا سمپلی ول ناٹ ورک۔ دیر از امپوسیبل۔</w:t>
      </w:r>
    </w:p>
    <w:p>
      <w:r>
        <w:rPr>
          <w:b/>
        </w:rPr>
        <w:t xml:space="preserve">[27:33] </w:t>
      </w:r>
      <w:r>
        <w:t>you can live in negativity, but you, you, you cannot held any positive result by your negative thinking.</w:t>
      </w:r>
    </w:p>
    <w:p>
      <w:pPr>
        <w:jc w:val="right"/>
      </w:pPr>
      <w:r>
        <w:t>یو کین لیو ان نیگیٹیوٹی، بٹ یو، یو، یو کین ناٹ ہیلڈ اینی پازیٹیو رزلٹ بائے یور نیگیٹیو تھنکنگ۔</w:t>
      </w:r>
    </w:p>
    <w:p>
      <w:r>
        <w:rPr>
          <w:b/>
        </w:rPr>
        <w:t xml:space="preserve">[27:45] </w:t>
      </w:r>
      <w:r>
        <w:t>so, basic thing is that you have to make people, yani you have to, you have to convince people that we have to be result oriented.</w:t>
      </w:r>
    </w:p>
    <w:p>
      <w:pPr>
        <w:jc w:val="right"/>
      </w:pPr>
      <w:r>
        <w:t>سو، بیسک تھنگ از دیٹ یو ہیو ٹو میک پیپل، یعنی یو ہیو ٹو، یو ہیو ٹو کنونس پیپل دیٹ وی ہیو ٹو بی رزلٹ اورینٹڈ۔</w:t>
      </w:r>
    </w:p>
    <w:p>
      <w:r>
        <w:rPr>
          <w:b/>
        </w:rPr>
        <w:t xml:space="preserve">[28:00] </w:t>
      </w:r>
      <w:r>
        <w:t>or speech or action must be result oriented. otherwise, it is madness, it is nothing.</w:t>
      </w:r>
    </w:p>
    <w:p>
      <w:pPr>
        <w:jc w:val="right"/>
      </w:pPr>
      <w:r>
        <w:t>اور سپیچ اور ایکشن مسٹ بی رزلٹ اورینٹڈ۔ ادروائز، اٹ از میڈنس، اٹ از نتھنگ۔</w:t>
      </w:r>
    </w:p>
    <w:p>
      <w:r>
        <w:rPr>
          <w:b/>
        </w:rPr>
        <w:t xml:space="preserve">[28:10] </w:t>
      </w:r>
      <w:r>
        <w:t>molana, this point is clear.</w:t>
      </w:r>
    </w:p>
    <w:p>
      <w:pPr>
        <w:jc w:val="right"/>
      </w:pPr>
      <w:r>
        <w:t>مولانا، دس پوائنٹ از کلیئر۔</w:t>
      </w:r>
    </w:p>
    <w:p>
      <w:r>
        <w:rPr>
          <w:b/>
        </w:rPr>
        <w:t xml:space="preserve">[28:13] </w:t>
      </w:r>
      <w:r>
        <w:t>molana, for example, today morning, this crying, there was a common discussion going on between relatives. molana, one person said that they, the hindu are not rising up against muslims because they are afraid of our terrorist activities of the terrorism that taliban and all these people are doing.</w:t>
      </w:r>
    </w:p>
    <w:p>
      <w:pPr>
        <w:jc w:val="right"/>
      </w:pPr>
      <w:r>
        <w:t>مولانا، فار ایگزیمپل، ٹوڈے مارننگ، دس کرنگ، دیر واز ا کامن ڈسکشن گوئنگ ان بٹوین ریلیٹوز۔ مولانا، ون پرسن سیڈ دیٹ دی، دا ہندو ار ناٹ رائزنگ اپ اگینسٹ مسلمز بیکاز دے ار افریڈ اف اور ٹیررسٹ ایکٹیویٹیز اف دا ٹیررزم دیٹ طالبان اینڈ ال دیز پیپل ار ڈوئنگ۔</w:t>
      </w:r>
    </w:p>
    <w:p>
      <w:r>
        <w:rPr>
          <w:b/>
        </w:rPr>
        <w:t xml:space="preserve">[28:36] </w:t>
      </w:r>
      <w:r>
        <w:t>so, they are afraid and that they fear that what if muslims rise up against</w:t>
      </w:r>
    </w:p>
    <w:p>
      <w:pPr>
        <w:jc w:val="right"/>
      </w:pPr>
      <w:r>
        <w:t>سو، دے ار افریڈ اینڈ دیٹ دے فیئر دیٹ واٹ اف مسلمز رائز اپ اگینسٹ</w:t>
      </w:r>
    </w:p>
    <w:p>
      <w:r>
        <w:rPr>
          <w:b/>
        </w:rPr>
        <w:t xml:space="preserve">[28:40] </w:t>
      </w:r>
      <w:r>
        <w:t>us. molana, in that also, they see that even in such negative activities, they see a positive thing ke this is why we are living because some people are doing that.</w:t>
      </w:r>
    </w:p>
    <w:p>
      <w:pPr>
        <w:jc w:val="right"/>
      </w:pPr>
      <w:r>
        <w:t>اس۔ مولانا، ان دیٹ السو، دے سی دیٹ ایون ان سچ نیگیٹیو ایکٹیویٹیز، دے سی ا پوزیٹیو تھنگ کہ دس از وائی وی ار لیونگ بیکاز سم پیپل ار ڈوئنگ دیٹ۔</w:t>
      </w:r>
    </w:p>
    <w:p>
      <w:r>
        <w:rPr>
          <w:b/>
        </w:rPr>
        <w:t xml:space="preserve">[28:51] </w:t>
      </w:r>
      <w:r>
        <w:t>to molana, what can you, what can we say to such people? point, molana, he is giving an ex</w:t>
      </w:r>
    </w:p>
    <w:p>
      <w:pPr>
        <w:jc w:val="right"/>
      </w:pPr>
      <w:r>
        <w:t>تو مولانا، واٹ کین یو، واٹ کین وی سے ٹو سچ پیپل؟ پوائنٹ، مولانا، ہی از گیونگ این ایگز</w:t>
      </w:r>
    </w:p>
    <w:p>
      <w:r>
        <w:rPr>
          <w:b/>
        </w:rPr>
        <w:t xml:space="preserve">[29:00] </w:t>
      </w:r>
      <w:r>
        <w:t>ample. he saying in the morning, there were relatives discussing at his home that hindu in india are not rising against muslims because they are afraid of them.</w:t>
      </w:r>
    </w:p>
    <w:p>
      <w:pPr>
        <w:jc w:val="right"/>
      </w:pPr>
      <w:r>
        <w:t>یمپل۔ ہی سینگ ان دا مارننگ، دیر وار ریلیٹوز ڈسکسنگ ایٹ ہز ہوم دیٹ ہندو ان انڈیا ار ناٹ رائزنگ اگینسٹ مسلمز بیکاز دے ار افریڈ اف دیم۔</w:t>
      </w:r>
    </w:p>
    <w:p>
      <w:r>
        <w:rPr>
          <w:b/>
        </w:rPr>
        <w:t xml:space="preserve">[29:10] </w:t>
      </w:r>
      <w:r>
        <w:t>and they said the examples of terrorist activities. so, they are saying that because of all this terrorism, the hindu are afraid that they might, you know, taliban might attack them.</w:t>
      </w:r>
    </w:p>
    <w:p>
      <w:pPr>
        <w:jc w:val="right"/>
      </w:pPr>
      <w:r>
        <w:t>اینڈ دے سائیڈ دی ایگزیمپلز اف ٹیررسٹ ایکٹیویٹیز۔ سو، دے ار سینگ دیٹ بیکاز اف ال دس ٹیررزم، دا ہندو ار افریڈ دیٹ دے مائٹ، یو نو، طالبان مائٹ اٹیک دیم۔</w:t>
      </w:r>
    </w:p>
    <w:p>
      <w:r>
        <w:rPr>
          <w:b/>
        </w:rPr>
        <w:t xml:space="preserve">[29:24] </w:t>
      </w:r>
      <w:r>
        <w:t>so, they have taken a positive, so much positive. wishful think</w:t>
      </w:r>
    </w:p>
    <w:p>
      <w:pPr>
        <w:jc w:val="right"/>
      </w:pPr>
      <w:r>
        <w:t>سو، دے ہیو ٹیکن ا پوزیٹیو، سو مچ پوزیٹیو۔ وش فل تھنک</w:t>
      </w:r>
    </w:p>
    <w:p>
      <w:r>
        <w:rPr>
          <w:b/>
        </w:rPr>
        <w:t xml:space="preserve">[29:29] </w:t>
      </w:r>
      <w:r>
        <w:t>ing! all these things are wishful thinking. every positive can become into negative. yani wishful thinking. then why they complaint at the same time?</w:t>
      </w:r>
    </w:p>
    <w:p>
      <w:pPr>
        <w:jc w:val="right"/>
      </w:pPr>
      <w:r>
        <w:t>نگ! ال دیز تھنگز ار وش فل تھنکنگ۔ ایوری پازیٹیو کین بیکم انٹو نیگیٹیو۔ یعنی وش فل تھنکنگ۔ دین وائی دے کمپلینٹ ایٹ دا سیم ٹائم؟</w:t>
      </w:r>
    </w:p>
    <w:p>
      <w:r>
        <w:rPr>
          <w:b/>
        </w:rPr>
        <w:t xml:space="preserve">[29:38] </w:t>
      </w:r>
      <w:r>
        <w:t>molana, why they complaint? there is no point of discussion where there is not a prepared mind. first, you have to prepare that person mind to to work positivity, then only you can get result.</w:t>
      </w:r>
    </w:p>
    <w:p>
      <w:pPr>
        <w:jc w:val="right"/>
      </w:pPr>
      <w:r>
        <w:t>مولانا، وائی دے کمپلینٹ؟ دیر از نو پوائنٹ اف ڈسکشن ویر دیر از ناٹ ا پریپیرڈ مائنڈ۔ فرسٹ، یو ہیو ٹو پریپیر دیٹ پرسن مائنڈ ٹو ٹو ورک پوزیٹیوٹی، دین اونلی یو کین گیٹ رزلٹ۔</w:t>
      </w:r>
    </w:p>
    <w:p>
      <w:r>
        <w:rPr>
          <w:b/>
        </w:rPr>
        <w:t xml:space="preserve">[29:50] </w:t>
      </w:r>
      <w:r>
        <w:t>right, right! otherwise, you, you, you, you can keep on arguing your point. he will not listen to you. you are right!</w:t>
      </w:r>
    </w:p>
    <w:p>
      <w:pPr>
        <w:jc w:val="right"/>
      </w:pPr>
      <w:r>
        <w:t>رائٹ، رائٹ! ادروائز، یو، یو، یو، یو کین کیپ ان ارگیونگ یور پوائنٹ۔ ہی ویل ناٹ لسن ٹو یو۔ یو ار رائٹ!</w:t>
      </w:r>
    </w:p>
    <w:p>
      <w:r>
        <w:rPr>
          <w:b/>
        </w:rPr>
        <w:t xml:space="preserve">[29:57] </w:t>
      </w:r>
      <w:r>
        <w:t>so, your, your, your starting point should be to make that person positive first, rather than telling him that you are wrong. you are right! starting point should be that.</w:t>
      </w:r>
    </w:p>
    <w:p>
      <w:pPr>
        <w:jc w:val="right"/>
      </w:pPr>
      <w:r>
        <w:t>سو، یور، یور، یور سٹارٹنگ پوائنٹ شوڈ بی ٹو میک دیٹ پرسن پوزیٹیو فرسٹ، رادر دین ٹیلنگ ہم دیٹ یو ار رونگ۔ یو ار رائٹ! سٹارٹنگ پوائنٹ شوڈ بی دیٹ۔</w:t>
      </w:r>
    </w:p>
    <w:p>
      <w:r>
        <w:rPr>
          <w:b/>
        </w:rPr>
        <w:t xml:space="preserve">[30:06] </w:t>
      </w:r>
      <w:r>
        <w:t>you are right! how, how have taliban become so ruthless?</w:t>
      </w:r>
    </w:p>
    <w:p>
      <w:pPr>
        <w:jc w:val="right"/>
      </w:pPr>
      <w:r>
        <w:t>یو ار رائٹ! ہاؤ، ہاؤ ہیو طالبان بیکم سو روتھ لیس؟</w:t>
      </w:r>
    </w:p>
    <w:p>
      <w:r>
        <w:rPr>
          <w:b/>
        </w:rPr>
        <w:t xml:space="preserve">[30:15] </w:t>
      </w:r>
      <w:r>
        <w:t>molana, there was a news clipping yesterday where they showed and one lady, a sixteen year old girl, was being beaten by the taliban.</w:t>
      </w:r>
    </w:p>
    <w:p>
      <w:pPr>
        <w:jc w:val="right"/>
      </w:pPr>
      <w:r>
        <w:t>مولانا، دیر واز ا نیوز کلپنگ یسٹرڈے ویر دے شوڈ اینڈ ون لیڈی، ا سکسٹین ایئر اولڈ گرل، واز بینگ بیٹن بائے دا طالبان۔</w:t>
      </w:r>
    </w:p>
    <w:p>
      <w:r>
        <w:rPr>
          <w:b/>
        </w:rPr>
        <w:t xml:space="preserve">[30:27] </w:t>
      </w:r>
      <w:r>
        <w:t>37 or 38 kora jise kehte hain, lashes war just because she refused to marry him. now, how, how, where does this come from?</w:t>
      </w:r>
    </w:p>
    <w:p>
      <w:pPr>
        <w:jc w:val="right"/>
      </w:pPr>
      <w:r>
        <w:t>37 اور 38 کوڑا جسے کہتے ہیں، لیشز وار جسٹ بیکاز شی ریفیوز ٹو میری ہم۔ ناو، ہاؤ، ہاؤ، ویر ڈز دس کم فرام؟</w:t>
      </w:r>
    </w:p>
    <w:p>
      <w:r>
        <w:rPr>
          <w:b/>
        </w:rPr>
        <w:t xml:space="preserve">[30:39] </w:t>
      </w:r>
      <w:r>
        <w:t>As there any in the Quran which says that the woman has no right to refuse a marriage?</w:t>
      </w:r>
    </w:p>
    <w:p>
      <w:pPr>
        <w:jc w:val="right"/>
      </w:pPr>
      <w:r>
        <w:t>از دیر اینی ویر ان دا قران وچ سے دیٹ دا وومن ہیز نو رائٹ ٹو ریفیوز ا میرج؟</w:t>
      </w:r>
    </w:p>
    <w:p>
      <w:r>
        <w:rPr>
          <w:b/>
        </w:rPr>
        <w:t xml:space="preserve">[30:44] </w:t>
      </w:r>
      <w:r>
        <w:t>because in nikah, it is given that she can refuse. It is their tribal culture and very old.</w:t>
      </w:r>
    </w:p>
    <w:p>
      <w:pPr>
        <w:jc w:val="right"/>
      </w:pPr>
      <w:r>
        <w:t>بیکاز ان نکاح، اٹ از گیون دیٹ شی کین ریفیوز۔ اٹ از دیر ٹرائبل کلچر اینڈ ویری اولڈ۔</w:t>
      </w:r>
    </w:p>
    <w:p>
      <w:r>
        <w:rPr>
          <w:b/>
        </w:rPr>
        <w:t xml:space="preserve">[30:53] </w:t>
      </w:r>
      <w:r>
        <w:t>Afghan, an Afghan, there is no Islamic culture. Tribal culture! I visited Afghan. I don't, I know, I myself is an Afghan.</w:t>
      </w:r>
    </w:p>
    <w:p>
      <w:pPr>
        <w:jc w:val="right"/>
      </w:pPr>
      <w:r>
        <w:t>اف ون، ان اف ون، دیر از نو اسلامک کلچر۔ ٹرائبل کلچر! ائی وزٹڈ اف ون۔ ائی ڈونٹ، ائی نو، ائی مائی سیلف از ان اف ون۔</w:t>
      </w:r>
    </w:p>
    <w:p>
      <w:r>
        <w:rPr>
          <w:b/>
        </w:rPr>
        <w:t xml:space="preserve">[31:03] </w:t>
      </w:r>
      <w:r>
        <w:t>I know their culture. So, Afghani people are living in the tribal culture.</w:t>
      </w:r>
    </w:p>
    <w:p>
      <w:pPr>
        <w:jc w:val="right"/>
      </w:pPr>
      <w:r>
        <w:t>ائی نو دیر کلچر۔ سو، افوانی پیپل ار لیونگ ان دا ٹرائبل کلچر۔</w:t>
      </w:r>
    </w:p>
    <w:p>
      <w:r>
        <w:rPr>
          <w:b/>
        </w:rPr>
        <w:t xml:space="preserve">[31:11] </w:t>
      </w:r>
      <w:r>
        <w:t>They are only exploiting the name of Islam. Otherwise, their religion is tribal religion, giving the name of the Sharia.</w:t>
      </w:r>
    </w:p>
    <w:p>
      <w:pPr>
        <w:jc w:val="right"/>
      </w:pPr>
      <w:r>
        <w:t>دے اونلی ایکسپلائٹنگ دا نیم اف اسلام۔ ادروائز، دیر ریلیجن از ٹرائبل ریلیجن۔ گیونگ دا نیم اف دا شریعت۔</w:t>
      </w:r>
    </w:p>
    <w:p>
      <w:r>
        <w:rPr>
          <w:b/>
        </w:rPr>
        <w:t xml:space="preserve">[31:20] </w:t>
      </w:r>
      <w:r>
        <w:t>han, this happened in Pakistan, Pakistan say, Swat Valley. Swat Valley! I had heard that news. They said that first she refused to marry him, then he put a some blame on her that she is a bad pr</w:t>
      </w:r>
    </w:p>
    <w:p>
      <w:pPr>
        <w:jc w:val="right"/>
      </w:pPr>
      <w:r>
        <w:t>ہاں، دس ہیپنڈ ان پاکستان، پاکستان سائیڈ، سوات ویلی۔ سوات ویلی! ائی ہیڈ ہرڈ دیٹ نیوز۔ دے سیڈ دیٹ فرسٹ شی ریفیوز ٹو میری ہم، دین ہی پٹ ا سم بلیم ان ہر دیٹ شی از ا بیڈ پر</w:t>
      </w:r>
    </w:p>
    <w:p>
      <w:r>
        <w:rPr>
          <w:b/>
        </w:rPr>
        <w:t xml:space="preserve">[31:37] </w:t>
      </w:r>
      <w:r>
        <w:t>sin. Based on date, they did the flaying, not based on, not on this thing. She her nature, she has low morals based on date.</w:t>
      </w:r>
    </w:p>
    <w:p>
      <w:pPr>
        <w:jc w:val="right"/>
      </w:pPr>
      <w:r>
        <w:t>سن۔ بیسڈ ان دیٹ، دے ڈڈ دا فلاگنگ، ناٹ بیسڈ ان، ناٹ ان دس تھنگ۔ شی ہر نیچر، شی ہیز لوز مورلز بیسڈ ان دیٹ۔</w:t>
      </w:r>
    </w:p>
    <w:p>
      <w:r>
        <w:rPr>
          <w:b/>
        </w:rPr>
        <w:t xml:space="preserve">[31:49] </w:t>
      </w:r>
      <w:r>
        <w:t>The flaying was done. Actually, they had to blame her first. Only then they could flay her because according to Shariat, she has the right to refuse.</w:t>
      </w:r>
    </w:p>
    <w:p>
      <w:pPr>
        <w:jc w:val="right"/>
      </w:pPr>
      <w:r>
        <w:t>دا فلاگنگ واز ڈن۔ ایکچولی، دے ہیڈ ٹو بلیم ہر فرسٹ۔ اونلی دین دے کڈ فلاگ ہر بیکاز اکارڈنگ ٹو شریعت، شی ہیز دا رائٹ ٹو ریفیوز۔</w:t>
      </w:r>
    </w:p>
    <w:p>
      <w:r>
        <w:rPr>
          <w:b/>
        </w:rPr>
        <w:t xml:space="preserve">[31:59] </w:t>
      </w:r>
      <w:r>
        <w:t>refuse! So, they could not have flagged her because of date. So, they must have said she is a loose character. Af</w:t>
      </w:r>
    </w:p>
    <w:p>
      <w:pPr>
        <w:jc w:val="right"/>
      </w:pPr>
      <w:r>
        <w:t>ریفیوز! سو، دے کڈ ناٹ ہیو فلاگڈ ہر بیکاز اف دیٹ۔ سو، دے مسٹ ہیو سیڈ شی از ا لوز کریکٹر۔ اف</w:t>
      </w:r>
    </w:p>
    <w:p>
      <w:r>
        <w:rPr>
          <w:b/>
        </w:rPr>
        <w:t xml:space="preserve">[32:08] </w:t>
      </w:r>
      <w:r>
        <w:t>When a lady or a girl refuses to marry someone, she is all right. She is not doing anything, nothing wrong.</w:t>
      </w:r>
    </w:p>
    <w:p>
      <w:pPr>
        <w:jc w:val="right"/>
      </w:pPr>
      <w:r>
        <w:t>ون لیڈی اور ون گرل ریفیوز ٹو میری سم ون، شی از ال رائٹ۔ شی از ناٹ ڈوئنگ اینی، نتھنگ رونگ۔</w:t>
      </w:r>
    </w:p>
    <w:p>
      <w:r>
        <w:rPr>
          <w:b/>
        </w:rPr>
        <w:t xml:space="preserve">[32:22] </w:t>
      </w:r>
      <w:r>
        <w:t>Islam gives you complete freedom. Even prophet never said that you have to obey by commandment.</w:t>
      </w:r>
    </w:p>
    <w:p>
      <w:pPr>
        <w:jc w:val="right"/>
      </w:pPr>
      <w:r>
        <w:t>اسلام گیوز یو کمپلیٹ فریڈم۔ ایون پرافٹ نیور سیڈ دیٹ یو ہیو ٹو اوبے بائی کمانڈمنٹ۔</w:t>
      </w:r>
    </w:p>
    <w:p>
      <w:r>
        <w:rPr>
          <w:b/>
        </w:rPr>
        <w:t xml:space="preserve">[32:34] </w:t>
      </w:r>
      <w:r>
        <w:t>Prophet gave freedom, complete freedom to some ladies. You can see this in books. So, in Islam ladies have complete freedom.</w:t>
      </w:r>
    </w:p>
    <w:p>
      <w:pPr>
        <w:jc w:val="right"/>
      </w:pPr>
      <w:r>
        <w:t>پرافٹ گیو فریڈم، کمپلیٹ فریڈم ٹو سم لیڈیز۔ یو کین سی دس ان بکس۔ سو، ان اسلام لیڈیز ہیو کمپلیٹ فریڈم۔</w:t>
      </w:r>
    </w:p>
    <w:p>
      <w:r>
        <w:rPr>
          <w:b/>
        </w:rPr>
        <w:t xml:space="preserve">[32:47] </w:t>
      </w:r>
      <w:r>
        <w:t>Maulana, have Afghans accepted Islam? Is there any history? Have, have Afghanistan accepted Islam?</w:t>
      </w:r>
    </w:p>
    <w:p>
      <w:pPr>
        <w:jc w:val="right"/>
      </w:pPr>
      <w:r>
        <w:t>مولانا، ہاؤ افغان ایکسیپٹڈ اسلام؟ از دیر اینی ہسٹری؟ ہاؤ، ہاؤ افغانستان ایکسیپٹڈ اسلام؟</w:t>
      </w:r>
    </w:p>
    <w:p>
      <w:r>
        <w:rPr>
          <w:b/>
        </w:rPr>
        <w:t xml:space="preserve">[32:56] </w:t>
      </w:r>
      <w:r>
        <w:t>iz der ani histri to it? yes, yes!</w:t>
      </w:r>
    </w:p>
    <w:p>
      <w:pPr>
        <w:jc w:val="right"/>
      </w:pPr>
      <w:r>
        <w:t>از دیر اینی ہسٹری ٹو اٹ؟ یس، یس!</w:t>
      </w:r>
    </w:p>
    <w:p>
      <w:r>
        <w:rPr>
          <w:b/>
        </w:rPr>
        <w:t xml:space="preserve">[33:02] </w:t>
      </w:r>
      <w:r>
        <w:t>it bigan deit fram sahaba, din tabein.</w:t>
      </w:r>
    </w:p>
    <w:p>
      <w:pPr>
        <w:jc w:val="right"/>
      </w:pPr>
      <w:r>
        <w:t>اٹ بیگن دیٹ فرام صحابہ، دین تابعین۔</w:t>
      </w:r>
    </w:p>
    <w:p>
      <w:r>
        <w:rPr>
          <w:b/>
        </w:rPr>
        <w:t xml:space="preserve">[33:10] </w:t>
      </w:r>
      <w:r>
        <w:t>There was a worthwhile. Worthwhile was a tribal chief.</w:t>
      </w:r>
    </w:p>
    <w:p>
      <w:pPr>
        <w:jc w:val="right"/>
      </w:pPr>
      <w:r>
        <w:t>دیر واز ا رتھویل۔ رتھویل واز ا ٹرائبل چیف۔</w:t>
      </w:r>
    </w:p>
    <w:p>
      <w:r>
        <w:rPr>
          <w:b/>
        </w:rPr>
        <w:t xml:space="preserve">[33:18] </w:t>
      </w:r>
      <w:r>
        <w:t>First, he accepted Islam. Then other people accepted Islam. But what happened after Islam? I see, there is no education.</w:t>
      </w:r>
    </w:p>
    <w:p>
      <w:pPr>
        <w:jc w:val="right"/>
      </w:pPr>
      <w:r>
        <w:t>فرسٹ، ہی ایکسیپٹڈ اسلام۔ دین ادر پیپل ایکسیپٹ اسلام۔ بٹ واٹ ہیپنڈ افٹر اسلام؟ ائی سی، دیر از نو ایجوکیشن۔</w:t>
      </w:r>
    </w:p>
    <w:p>
      <w:r>
        <w:rPr>
          <w:b/>
        </w:rPr>
        <w:t xml:space="preserve">[33:27] </w:t>
      </w:r>
      <w:r>
        <w:t>it need education. so, although they decided climate. previously, they were Buddhist.</w:t>
      </w:r>
    </w:p>
    <w:p>
      <w:pPr>
        <w:jc w:val="right"/>
      </w:pPr>
      <w:r>
        <w:t>اٹ نیڈ ایجوکیشن۔ سو، الدو دے ڈیسائیڈڈ کلمہ۔ پریویسلی، دے وار بدھسٹ۔</w:t>
      </w:r>
    </w:p>
    <w:p>
      <w:r>
        <w:rPr>
          <w:b/>
        </w:rPr>
        <w:t xml:space="preserve">[33:38] </w:t>
      </w:r>
      <w:r>
        <w:t>These people were Buddhist. They decided Kalima. But there was no education. So, they remained in their cultural, in their cultural traditions.</w:t>
      </w:r>
    </w:p>
    <w:p>
      <w:pPr>
        <w:jc w:val="right"/>
      </w:pPr>
      <w:r>
        <w:t>دیز پیپل وار بدھسٹ۔ دے ڈیسائیڈڈ کلمہ۔ بٹ دیر واز نو ایجوکیشن۔ سو، دے ریمین ان دیر کلچرل، ان دیر کلچرل ٹریڈیشنز۔</w:t>
      </w:r>
    </w:p>
    <w:p>
      <w:r>
        <w:rPr>
          <w:b/>
        </w:rPr>
        <w:t xml:space="preserve">[33:52] </w:t>
      </w:r>
      <w:r>
        <w:t>in spite of decided kalma, they remain in their, and the tribal culture.</w:t>
      </w:r>
    </w:p>
    <w:p>
      <w:pPr>
        <w:jc w:val="right"/>
      </w:pPr>
      <w:r>
        <w:t>انسپائٹ اف ڈیسائیڈنگ کلمہ، دے ریمین ان دیر، ان دا ٹرائبل کلچر۔</w:t>
      </w:r>
    </w:p>
    <w:p>
      <w:r>
        <w:rPr>
          <w:b/>
        </w:rPr>
        <w:t xml:space="preserve">[34:02] </w:t>
      </w:r>
      <w:r>
        <w:t>and it continues up to this day. You cannot find any educational system in Afghanistan.</w:t>
      </w:r>
    </w:p>
    <w:p>
      <w:pPr>
        <w:jc w:val="right"/>
      </w:pPr>
      <w:r>
        <w:t>اینڈ اٹ کنٹینیوز اپ ٹو دس ڈے۔ یو کین ناٹ فائنڈ اینی ایجوکیشنل سسٹم ان افغانستان۔</w:t>
      </w:r>
    </w:p>
    <w:p>
      <w:r>
        <w:rPr>
          <w:b/>
        </w:rPr>
        <w:t xml:space="preserve">[34:12] </w:t>
      </w:r>
      <w:r>
        <w:t>This is the basic reason of their bias, bias.</w:t>
      </w:r>
    </w:p>
    <w:p>
      <w:pPr>
        <w:jc w:val="right"/>
      </w:pPr>
      <w:r>
        <w:t>دس از دا بیسک ریزن اف دیر بائبرز، باربریز۔</w:t>
      </w:r>
    </w:p>
    <w:p>
      <w:r>
        <w:rPr>
          <w:b/>
        </w:rPr>
        <w:t xml:space="preserve">[34:20] </w:t>
      </w:r>
      <w:r>
        <w:t>an an ancient age, of the tribal chief converted all the members of the tribe, converted in their own.</w:t>
      </w:r>
    </w:p>
    <w:p>
      <w:pPr>
        <w:jc w:val="right"/>
      </w:pPr>
      <w:r>
        <w:t>ان ان انشینٹ ایج، اف دا ٹرائبل چیف کنورٹڈ ال دا ممبرز اف دا ٹرائب، کنورٹڈ ان دیر اون۔</w:t>
      </w:r>
    </w:p>
    <w:p>
      <w:r>
        <w:rPr>
          <w:b/>
        </w:rPr>
        <w:t xml:space="preserve">[34:30] </w:t>
      </w:r>
      <w:r>
        <w:t>So, not because they were Muslims, but because their chief converted. So, they also converted because they did not have any independent religion in those days.</w:t>
      </w:r>
    </w:p>
    <w:p>
      <w:pPr>
        <w:jc w:val="right"/>
      </w:pPr>
      <w:r>
        <w:t>سو، ناٹ بیکاز دے ویر اسلامائز، بٹ بیکاز دیر چیف کنورٹڈ۔ سو، دے السو کنورٹڈ بیکاز دے ڈیڈ ناٹ ہیو اینی انڈیپینڈنٹ ریلیجن ان دوز ڈیز۔</w:t>
      </w:r>
    </w:p>
    <w:p>
      <w:r>
        <w:rPr>
          <w:b/>
        </w:rPr>
        <w:t xml:space="preserve">[34:39] </w:t>
      </w:r>
      <w:r>
        <w:t>han, yu ar rait! yu ar rait!</w:t>
      </w:r>
    </w:p>
    <w:p>
      <w:pPr>
        <w:jc w:val="right"/>
      </w:pPr>
      <w:r>
        <w:t>ہاں، یو ار رائٹ! یو ار رائٹ!</w:t>
      </w:r>
    </w:p>
    <w:p>
      <w:r>
        <w:rPr>
          <w:b/>
        </w:rPr>
        <w:t xml:space="preserve">[34:46] </w:t>
      </w:r>
      <w:r>
        <w:t>af without proper da'wa work, they accepted Islam simply because they had become Muslim.</w:t>
      </w:r>
    </w:p>
    <w:p>
      <w:pPr>
        <w:jc w:val="right"/>
      </w:pPr>
      <w:r>
        <w:t>اف وداؤٹ پراپر دعوی ورک، دے ایکسیپٹڈ اسلام سمپلی بیکاز دیر ہیڈ بیکم مسلم۔</w:t>
      </w:r>
    </w:p>
    <w:p>
      <w:r>
        <w:rPr>
          <w:b/>
        </w:rPr>
        <w:t xml:space="preserve">[34:59] </w:t>
      </w:r>
      <w:r>
        <w:t>Same happened in India also. They converted people converted and they were not Islamized. And now, they are going to dargah.</w:t>
      </w:r>
    </w:p>
    <w:p>
      <w:pPr>
        <w:jc w:val="right"/>
      </w:pPr>
      <w:r>
        <w:t>سیم ہیپن ان انڈیا السو۔ دے کنورٹڈ پیپل کنورٹڈ اینڈ دے وار ناٹ اسلامائزڈ۔ اینڈ ناؤ، دے ار گوئنگ ٹو درگہ۔</w:t>
      </w:r>
    </w:p>
    <w:p>
      <w:r>
        <w:rPr>
          <w:b/>
        </w:rPr>
        <w:t xml:space="preserve">[35:08] </w:t>
      </w:r>
      <w:r>
        <w:t>The majority of they were going to dargah. Yes, this happen here.</w:t>
      </w:r>
    </w:p>
    <w:p>
      <w:pPr>
        <w:jc w:val="right"/>
      </w:pPr>
      <w:r>
        <w:t>دا میجورٹی اف دے وار گوئنگ ٹو درگہ۔ یس، دس ہیپن ہیر۔</w:t>
      </w:r>
    </w:p>
    <w:p>
      <w:r>
        <w:rPr>
          <w:b/>
        </w:rPr>
        <w:t xml:space="preserve">[35:20] </w:t>
      </w:r>
      <w:r>
        <w:t>Maulana, how does one learn the art of time management? Learn the art of time management and you will be a manager of time management.</w:t>
      </w:r>
    </w:p>
    <w:p>
      <w:pPr>
        <w:jc w:val="right"/>
      </w:pPr>
      <w:r>
        <w:t>مولانا، ہاؤ ڈز ون لرن دی ارٹ اف ٹائم مینجمنٹ؟ لرن دی ارٹ اف ٹائم مینجمنٹ اینڈ یو ویل بی ا مینیجر اف ٹائم مینجمنٹ۔</w:t>
      </w:r>
    </w:p>
    <w:p>
      <w:r>
        <w:rPr>
          <w:b/>
        </w:rPr>
        <w:t xml:space="preserve">[35:31] </w:t>
      </w:r>
      <w:r>
        <w:t>Master of time management. It is a, it all depends upon your, your conscious effort.</w:t>
      </w:r>
    </w:p>
    <w:p>
      <w:pPr>
        <w:jc w:val="right"/>
      </w:pPr>
      <w:r>
        <w:t>ماسٹر اف ٹائم مینجمنٹ۔ اٹ از ا، اٹ ال ڈیپینڈز اپون یور، یور کانشیس ایفرٹ۔</w:t>
      </w:r>
    </w:p>
    <w:p>
      <w:r>
        <w:rPr>
          <w:b/>
        </w:rPr>
        <w:t xml:space="preserve">[35:43] </w:t>
      </w:r>
      <w:r>
        <w:t>When you are alert, when you are conscious, when you use your determination, your then it is very easy.</w:t>
      </w:r>
    </w:p>
    <w:p>
      <w:pPr>
        <w:jc w:val="right"/>
      </w:pPr>
      <w:r>
        <w:t>وین یو ار الرٹ، وین یو ار کانشیس، وین یو یوز یور ڈیٹرمینیشن، یور دین اٹ از ویری ایزی۔</w:t>
      </w:r>
    </w:p>
    <w:p>
      <w:r>
        <w:rPr>
          <w:b/>
        </w:rPr>
        <w:t xml:space="preserve">[35:58] </w:t>
      </w:r>
      <w:r>
        <w:t>Everyone knows,</w:t>
      </w:r>
    </w:p>
    <w:p>
      <w:pPr>
        <w:jc w:val="right"/>
      </w:pPr>
      <w:r>
        <w:t>ایوری ون نوز،</w:t>
      </w:r>
    </w:p>
    <w:p>
      <w:r>
        <w:rPr>
          <w:b/>
        </w:rPr>
        <w:t xml:space="preserve">[36:03] </w:t>
      </w:r>
      <w:r>
        <w:t>It is not a very, it is not a mathematical formula that involve higher mathematics.</w:t>
      </w:r>
    </w:p>
    <w:p>
      <w:pPr>
        <w:jc w:val="right"/>
      </w:pPr>
      <w:r>
        <w:t>اٹ از ناٹ ا ویری، اٹ از ناٹ ا میتھمیٹیکل فارمولا دیٹ انوالو ہائر میتھمیٹکس۔</w:t>
      </w:r>
    </w:p>
    <w:p>
      <w:r>
        <w:rPr>
          <w:b/>
        </w:rPr>
        <w:t xml:space="preserve">[36:12] </w:t>
      </w:r>
      <w:r>
        <w:t>It is easy to understand and simply by common sense. So what is required is, is, is, is a determination.</w:t>
      </w:r>
    </w:p>
    <w:p>
      <w:pPr>
        <w:jc w:val="right"/>
      </w:pPr>
      <w:r>
        <w:t>اٹ از ایزی ٹو انڈرسٹینڈ اینڈ سمپلی بائے کامن سینس۔ تو واٹ از ریکوائرڈ از، از، از، از ا ڈیٹرمینیشن۔</w:t>
      </w:r>
    </w:p>
    <w:p>
      <w:r>
        <w:rPr>
          <w:b/>
        </w:rPr>
        <w:t xml:space="preserve">[36:27] </w:t>
      </w:r>
      <w:r>
        <w:t>Maulana, one thing that I have observe while doing da'wa work is that one is of course like to mention softening of the heart, which is you do something which is part of the culture or you say something which soften of a person heart.</w:t>
      </w:r>
    </w:p>
    <w:p>
      <w:pPr>
        <w:jc w:val="right"/>
      </w:pPr>
      <w:r>
        <w:t>مولانا، ون تھنگ دیٹ ائی ہیو ابزرو وائل ڈوئنگ دعوی ورک از دیٹ ون از اف کورس لائک ٹو مینشن سافٹننگ اف دی ہارٹ، وچ از یو ڈو سم تھنگ وچ از پارٹ اف دی کلچر اور یو سے سم تھنگ وچ سافٹن اف ا پرسن ہارٹ۔</w:t>
      </w:r>
    </w:p>
    <w:p>
      <w:r>
        <w:rPr>
          <w:b/>
        </w:rPr>
        <w:t xml:space="preserve">[36:44] </w:t>
      </w:r>
      <w:r>
        <w:t>But Maulana, I have lately observe that just by giving a book, that act itself soften the other person heart.</w:t>
      </w:r>
    </w:p>
    <w:p>
      <w:pPr>
        <w:jc w:val="right"/>
      </w:pPr>
      <w:r>
        <w:t>بٹ مولانا، ائی ہیو لیٹلی ابزرو دیٹ جسٹ بائے گیونگ ا بک، دیٹ ایکٹ اٹ سیلف سافٹن دی ادر پرسن ہارٹ۔</w:t>
      </w:r>
    </w:p>
    <w:p>
      <w:r>
        <w:rPr>
          <w:b/>
        </w:rPr>
        <w:t xml:space="preserve">[36:52] </w:t>
      </w:r>
      <w:r>
        <w:t>That person feels very good that something is being given to him or her. Like recently, I give booklet to, you know, doctors and nurse when Sati was admitted.</w:t>
      </w:r>
    </w:p>
    <w:p>
      <w:pPr>
        <w:jc w:val="right"/>
      </w:pPr>
      <w:r>
        <w:t>دیٹ پرسن فیلز ویری گڈ دیٹ سم تھنگ از بین گیون ٹو ہم اور ہر۔ لائک ریسنٹلی، ائی گیو بکلیٹ ٹو، یو نو، ڈاکٹرز اینڈ نرس وین ستی واز ایڈمیٹڈ۔</w:t>
      </w:r>
    </w:p>
    <w:p>
      <w:r>
        <w:rPr>
          <w:b/>
        </w:rPr>
        <w:t xml:space="preserve">[37:06] </w:t>
      </w:r>
      <w:r>
        <w:t>So, a nurse, when I give the booklet to her, she was going on and she came back and she had some spare medicine. So, she immediately took that out from a drawer and gave it to me.</w:t>
      </w:r>
    </w:p>
    <w:p>
      <w:pPr>
        <w:jc w:val="right"/>
      </w:pPr>
      <w:r>
        <w:t>سو، ا نرس، وین ائی گیو دی بکلیٹ ٹو ہر، شی واز گوئنگ ان اینڈ شی کیم بیک اینڈ شی ہیڈ سم سپیئر میڈیسن۔ سو، شی امیڈیٹلی ٹک دیٹ اؤٹ فرام ا ڈراور اینڈ گیو اٹ ٹو می۔</w:t>
      </w:r>
    </w:p>
    <w:p>
      <w:r>
        <w:rPr>
          <w:b/>
        </w:rPr>
        <w:t xml:space="preserve">[37:17] </w:t>
      </w:r>
      <w:r>
        <w:t>Although those medicine, we were suppose to buy it from the chemist sh</w:t>
      </w:r>
    </w:p>
    <w:p>
      <w:pPr>
        <w:jc w:val="right"/>
      </w:pPr>
      <w:r>
        <w:t>الدو دوز میڈیسن، وی وار سپوز ٹو بائے اٹ فرام دا کیمسٹ ش</w:t>
      </w:r>
    </w:p>
    <w:p>
      <w:r>
        <w:rPr>
          <w:b/>
        </w:rPr>
        <w:t xml:space="preserve">[37:20] </w:t>
      </w:r>
      <w:r>
        <w:t>up. But just because we give a booklet to her, so she remembered, you know, that okay, there is some capsule strip that is there and she gave it to us.</w:t>
      </w:r>
    </w:p>
    <w:p>
      <w:pPr>
        <w:jc w:val="right"/>
      </w:pPr>
      <w:r>
        <w:t>اپ۔ بٹ جسٹ بیکاز وی گیو ا بکلیٹ ٹو ہر، سو شی ریممبرڈ، یو نو، دیٹ اوکے، دیر از سم کیپسول سٹرپ دیٹ از دیر اینڈ شی گیو اٹ ٹو اس۔</w:t>
      </w:r>
    </w:p>
    <w:p>
      <w:r>
        <w:rPr>
          <w:b/>
        </w:rPr>
        <w:t xml:space="preserve">[37:30] </w:t>
      </w:r>
      <w:r>
        <w:t>And like this, many times I have seen, just because, you know, that act itself soften up a person. Maulana, so that's a good example.</w:t>
      </w:r>
    </w:p>
    <w:p>
      <w:pPr>
        <w:jc w:val="right"/>
      </w:pPr>
      <w:r>
        <w:t>اینڈ لائک دس، مینی ٹائمز ائی ہیو سین، جسٹ بیکاز، یو نو، دیٹ ایکٹ اٹ سیلف سافٹن اپ ا پرسن۔ مولانا، سو دیٹس ا گڈ ایگزیمپل۔</w:t>
      </w:r>
    </w:p>
    <w:p>
      <w:r>
        <w:rPr>
          <w:b/>
        </w:rPr>
        <w:t xml:space="preserve">[37:40] </w:t>
      </w:r>
      <w:r>
        <w:t>Hain, ya a good example. Maulana, we know how Quran was</w:t>
      </w:r>
    </w:p>
    <w:p>
      <w:pPr>
        <w:jc w:val="right"/>
      </w:pPr>
      <w:r>
        <w:t>ہیں، یا ا گڈ ایگزیمپل۔ مولانا، وی نو ہاؤ قران واز</w:t>
      </w:r>
    </w:p>
    <w:p>
      <w:r>
        <w:rPr>
          <w:b/>
        </w:rPr>
        <w:t xml:space="preserve">[37:45] </w:t>
      </w:r>
      <w:r>
        <w:t>revealed. Can you tell us about how Bible and Torah were revealed and how long did they take to be?</w:t>
      </w:r>
    </w:p>
    <w:p>
      <w:pPr>
        <w:jc w:val="right"/>
      </w:pPr>
      <w:r>
        <w:t>ریویلڈ۔ کین یو ٹیل اس اباؤٹ ہاؤ بائبل اینڈ تورات وار ریویلڈ اینڈ ہاؤ لانگ ڈیڈ دے ٹیک ٹو بی؟</w:t>
      </w:r>
    </w:p>
    <w:p>
      <w:r>
        <w:rPr>
          <w:b/>
        </w:rPr>
        <w:t xml:space="preserve">[37:55] </w:t>
      </w:r>
      <w:r>
        <w:t>Maulana, she is saying that like we all know Quran, how Quran was revealed. So, can you throw some light on how Bible and Torah were revealed and how many years it took?</w:t>
      </w:r>
    </w:p>
    <w:p>
      <w:pPr>
        <w:jc w:val="right"/>
      </w:pPr>
      <w:r>
        <w:t>مولانا، شی از سینگ دیٹ لائک وی ال نو قران، ہاؤ قران واز ریویلڈ۔ سو، کین یو تھرو سم لائٹ ان ہاؤ بائبل اینڈ تورات وار ریویلڈ اینڈ ہاؤ مینی ایئرز اٹ ٹوک؟</w:t>
      </w:r>
    </w:p>
    <w:p>
      <w:r>
        <w:rPr>
          <w:b/>
        </w:rPr>
        <w:t xml:space="preserve">[38:08] </w:t>
      </w:r>
      <w:r>
        <w:t>Little bit about it. Authentic history about those books,</w:t>
      </w:r>
    </w:p>
    <w:p>
      <w:pPr>
        <w:jc w:val="right"/>
      </w:pPr>
      <w:r>
        <w:t>لٹل بٹ اباؤٹ اٹ۔ اتھینٹک ہسٹری اباؤٹ دوز بکس،</w:t>
      </w:r>
    </w:p>
    <w:p>
      <w:r>
        <w:rPr>
          <w:b/>
        </w:rPr>
        <w:t xml:space="preserve">[38:15] </w:t>
      </w:r>
      <w:r>
        <w:t>No ethical history, no authentic history. But</w:t>
      </w:r>
    </w:p>
    <w:p>
      <w:pPr>
        <w:jc w:val="right"/>
      </w:pPr>
      <w:r>
        <w:t>نو اتھیکل ہسٹری، نو اتھینٹک ہسٹری۔ بٹ</w:t>
      </w:r>
    </w:p>
    <w:p>
      <w:r>
        <w:rPr>
          <w:b/>
        </w:rPr>
        <w:t xml:space="preserve">[38:20] </w:t>
      </w:r>
      <w:r>
        <w:t>according to the present account, according to the present account, I can say that there were different method.</w:t>
      </w:r>
    </w:p>
    <w:p>
      <w:pPr>
        <w:jc w:val="right"/>
      </w:pPr>
      <w:r>
        <w:t>اکارڈنگ ٹو دا پریزنٹ اکاؤنٹ، اکارڈنگ ٹو دا پریزنٹ اکاؤنٹ، ائی کین سے دیٹ دیٹ دیر وار ڈفرنٹ میتھڈ۔</w:t>
      </w:r>
    </w:p>
    <w:p>
      <w:r>
        <w:rPr>
          <w:b/>
        </w:rPr>
        <w:t xml:space="preserve">[38:35] </w:t>
      </w:r>
      <w:r>
        <w:t>Some time, it was given in the form of writing slab like Musa, Alwaah.</w:t>
      </w:r>
    </w:p>
    <w:p>
      <w:pPr>
        <w:jc w:val="right"/>
      </w:pPr>
      <w:r>
        <w:t>سم ٹائم، اٹ واز گیون ان دا فارم اف رائٹنگ سلیب لائک موسی، اخذ الواح۔</w:t>
      </w:r>
    </w:p>
    <w:p>
      <w:r>
        <w:rPr>
          <w:b/>
        </w:rPr>
        <w:t xml:space="preserve">[38:45] </w:t>
      </w:r>
      <w:r>
        <w:t>So, Musa were given some sla</w:t>
      </w:r>
    </w:p>
    <w:p>
      <w:pPr>
        <w:jc w:val="right"/>
      </w:pPr>
      <w:r>
        <w:t>تو، موسی وار گیون سم سلی</w:t>
      </w:r>
    </w:p>
    <w:p>
      <w:r>
        <w:rPr>
          <w:b/>
        </w:rPr>
        <w:t xml:space="preserve">[38:48] </w:t>
      </w:r>
      <w:r>
        <w:t>b. On this slab, it was written 10 command, 10 commandments. But is not very clear that these slabs were, were, were given by, by,</w:t>
      </w:r>
    </w:p>
    <w:p>
      <w:pPr>
        <w:jc w:val="right"/>
      </w:pPr>
      <w:r>
        <w:t>ب۔ ان دس سلیب، اٹ واز رٹن 10 کمانڈ، 10 کمانڈمنٹس۔ بٹ از ناٹ ویری کلیئر دیٹ دیز سلیبس ویر، ویر، ویر گیون بائے، بائے،</w:t>
      </w:r>
    </w:p>
    <w:p>
      <w:r>
        <w:rPr>
          <w:b/>
        </w:rPr>
        <w:t xml:space="preserve">[39:02] </w:t>
      </w:r>
      <w:r>
        <w:t>by angel and he himself write there those commandments. As not very clear history is silent that two different cases</w:t>
      </w:r>
    </w:p>
    <w:p>
      <w:pPr>
        <w:jc w:val="right"/>
      </w:pPr>
      <w:r>
        <w:t>بائے اینجل اور ہی ہم سیلف رائٹ دیر دوز کمانڈمنٹس۔ از ناٹ ویری کلیئر ہسٹری از سائلنٹ دیٹ ٹو ڈفرنٹ کیسز</w:t>
      </w:r>
    </w:p>
    <w:p>
      <w:r>
        <w:rPr>
          <w:b/>
        </w:rPr>
        <w:t xml:space="preserve">[39:14] </w:t>
      </w:r>
      <w:r>
        <w:t>, either these syllabus which are mentioned in the Quran and Bible, both were presented to Musa in, in, in this form that those commandments were inscribed by angel or he himself inscribed those in those slab.</w:t>
      </w:r>
    </w:p>
    <w:p>
      <w:pPr>
        <w:jc w:val="right"/>
      </w:pPr>
      <w:r>
        <w:t>، ائیدر دیز سلیبس وچ ار مینشن ان دا قران اینڈ بائبل، بوتھ ویر پریزنٹڈ ٹو موسی ان، ان، ان دس فارم دیٹ دوز کمانڈمنٹس ویر انسکرائب بائے اینجل اور ہی ہم سیلف انسکرائب دوز ان دوز سلیب۔</w:t>
      </w:r>
    </w:p>
    <w:p>
      <w:r>
        <w:rPr>
          <w:b/>
        </w:rPr>
        <w:t xml:space="preserve">[39:37] </w:t>
      </w:r>
      <w:r>
        <w:t>az not very clear.</w:t>
      </w:r>
    </w:p>
    <w:p>
      <w:pPr>
        <w:jc w:val="right"/>
      </w:pPr>
      <w:r>
        <w:t>از ناٹ ویری کلیئر۔</w:t>
      </w:r>
    </w:p>
    <w:p>
      <w:r>
        <w:rPr>
          <w:b/>
        </w:rPr>
        <w:t xml:space="preserve">[39:45] </w:t>
      </w:r>
      <w:r>
        <w:t>Musa aur Bible, haan, Musa simply in, in Bible aur Quran, both, it is mention that when Musa return from</w:t>
      </w:r>
    </w:p>
    <w:p>
      <w:pPr>
        <w:jc w:val="right"/>
      </w:pPr>
      <w:r>
        <w:t>موسی اور بائبل، ہاں، موسی سمپلی ان، ان بائبل اور قران، بوتھ، اٹ از مینشن دیٹ وین موسی ریٹرن فرام</w:t>
      </w:r>
    </w:p>
    <w:p>
      <w:r>
        <w:rPr>
          <w:b/>
        </w:rPr>
        <w:t xml:space="preserve">[39:53] </w:t>
      </w:r>
      <w:r>
        <w:t>mountain too, yes, he was. Any, he he he had the 10 commandments, 10 inscribed in, in, in slab, ya slab, or slab.</w:t>
      </w:r>
    </w:p>
    <w:p>
      <w:pPr>
        <w:jc w:val="right"/>
      </w:pPr>
      <w:r>
        <w:t>ماؤنٹن ٹو، یس، ہی واز۔ اینی، ہی ہی ہیڈ دا 10 کمانڈمنٹس، 10 انسکرائب ان، ان، ان سلیب، یا سلیب، اور سلیب۔</w:t>
      </w:r>
    </w:p>
    <w:p>
      <w:r>
        <w:rPr>
          <w:b/>
        </w:rPr>
        <w:t xml:space="preserve">[40:07] </w:t>
      </w:r>
      <w:r>
        <w:t>but it is not clear who gave it to hum. haan, is not very clear whether he right it hum self or it was given to hum by angel. no historical account is available in this regard.</w:t>
      </w:r>
    </w:p>
    <w:p>
      <w:pPr>
        <w:jc w:val="right"/>
      </w:pPr>
      <w:r>
        <w:t>بٹ اٹ از ناٹ کلیئر ہو گیو اٹ ٹو ہم۔ ہاں، از ناٹ ویری کلیئر ویدر ہی رائٹ اٹ ہم سیلف اور اٹ واز گیون ٹو ہم بائے اینجل۔ نو ہسٹوریکل اکاؤنٹ از اویلیبل ان دس ریگارڈ۔</w:t>
      </w:r>
    </w:p>
    <w:p>
      <w:r>
        <w:rPr>
          <w:b/>
        </w:rPr>
        <w:t xml:space="preserve">[40:17] </w:t>
      </w:r>
      <w:r>
        <w:t>no historical account. molana, almost all the prophets</w:t>
      </w:r>
    </w:p>
    <w:p>
      <w:pPr>
        <w:jc w:val="right"/>
      </w:pPr>
      <w:r>
        <w:t>نو ہسٹوریکل اکاؤنٹ۔ مولانا، الموسٹ ال دی پرافٹس</w:t>
      </w:r>
    </w:p>
    <w:p>
      <w:r>
        <w:rPr>
          <w:b/>
        </w:rPr>
        <w:t xml:space="preserve">[40:22] </w:t>
      </w:r>
      <w:r>
        <w:t>in the case of all the prophets, then some other cases, the revelation was given to them by the way of mouth and he himself wrote it.</w:t>
      </w:r>
    </w:p>
    <w:p>
      <w:pPr>
        <w:jc w:val="right"/>
      </w:pPr>
      <w:r>
        <w:t>ان دی کیس اف ال دی پرافٹس، دین سم ادر کیسز، دا ریولیشن واز گیون ٹو دیم بائی دا وے اف ماؤتھ اینڈ ہی ہم سیلف رائٹ اٹ۔</w:t>
      </w:r>
    </w:p>
    <w:p>
      <w:r>
        <w:rPr>
          <w:b/>
        </w:rPr>
        <w:t xml:space="preserve">[40:33] </w:t>
      </w:r>
      <w:r>
        <w:t>so, there was no written account of the revelation. angel gave the, yes, angel, angel.</w:t>
      </w:r>
    </w:p>
    <w:p>
      <w:pPr>
        <w:jc w:val="right"/>
      </w:pPr>
      <w:r>
        <w:t>سو، دیر واز نو ریٹن اکاؤنٹ اف دی ریولیشن۔ اینجل گیو دا، یس، اینجل، اینجل۔</w:t>
      </w:r>
    </w:p>
    <w:p>
      <w:r>
        <w:rPr>
          <w:b/>
        </w:rPr>
        <w:t xml:space="preserve">[40:44] </w:t>
      </w:r>
      <w:r>
        <w:t>there only one example throughout the history that god directly address to musa.</w:t>
      </w:r>
    </w:p>
    <w:p>
      <w:pPr>
        <w:jc w:val="right"/>
      </w:pPr>
      <w:r>
        <w:t>دیر اونلی ون ایگزیمپل تھروؤٹ دا ہسٹری دیٹ گاڈ ڈائریکٹلی ایڈریس ٹو موسی۔</w:t>
      </w:r>
    </w:p>
    <w:p>
      <w:r>
        <w:rPr>
          <w:b/>
        </w:rPr>
        <w:t xml:space="preserve">[40:51] </w:t>
      </w:r>
      <w:r>
        <w:t>there is no other instance like this. only one exceptional event that god address directly o musa.</w:t>
      </w:r>
    </w:p>
    <w:p>
      <w:pPr>
        <w:jc w:val="right"/>
      </w:pPr>
      <w:r>
        <w:t>دیر از نو ادر انسٹنس لائک دس۔ اونلی ون ایکسیپشنل ایونٹ دیٹ گاڈ ایڈریس ڈائریکٹلی او موسی۔</w:t>
      </w:r>
    </w:p>
    <w:p>
      <w:r>
        <w:rPr>
          <w:b/>
        </w:rPr>
        <w:t xml:space="preserve">[41:03] </w:t>
      </w:r>
      <w:r>
        <w:t>so, musa listen that and he describe in, in, in slab or slab.</w:t>
      </w:r>
    </w:p>
    <w:p>
      <w:pPr>
        <w:jc w:val="right"/>
      </w:pPr>
      <w:r>
        <w:t>سو، موسی لسن دیٹ اینڈ ہی ڈسکرائب ان، ان، ان سلیب اور سلیب۔</w:t>
      </w:r>
    </w:p>
    <w:p>
      <w:r>
        <w:rPr>
          <w:b/>
        </w:rPr>
        <w:t xml:space="preserve">[41:14] </w:t>
      </w:r>
      <w:r>
        <w:t>mol</w:t>
      </w:r>
    </w:p>
    <w:p>
      <w:pPr>
        <w:jc w:val="right"/>
      </w:pPr>
      <w:r>
        <w:t>مول</w:t>
      </w:r>
    </w:p>
    <w:p>
      <w:r>
        <w:rPr>
          <w:b/>
        </w:rPr>
        <w:t xml:space="preserve">[41:15] </w:t>
      </w:r>
      <w:r>
        <w:t>ana, but in most cases, the revelation was given by their mouth and prophet memorized it and and he again decided it to his followers.</w:t>
      </w:r>
    </w:p>
    <w:p>
      <w:pPr>
        <w:jc w:val="right"/>
      </w:pPr>
      <w:r>
        <w:t>انا، بٹ ان موسٹ کیسز، دا ریولیشن واز گیون بائے دیر باؤتھ اینڈ پرافٹ میمرائزڈ اٹ اینڈ اینڈ ہی اگین ڈیسائیڈڈ اٹ ٹو ہز فالوورز۔</w:t>
      </w:r>
    </w:p>
    <w:p>
      <w:r>
        <w:rPr>
          <w:b/>
        </w:rPr>
        <w:t xml:space="preserve">[41:29] </w:t>
      </w:r>
      <w:r>
        <w:t>so, this kind of arrangement was never occurred in previous books. here we see that prophet order to write all doze events at the moment it was revealed.</w:t>
      </w:r>
    </w:p>
    <w:p>
      <w:pPr>
        <w:jc w:val="right"/>
      </w:pPr>
      <w:r>
        <w:t>سو، دس کائنڈ اف ارینجمنٹ واز نیور اکرڈ ان پریویس بکس۔ ہیر وی سی دیٹ پرافٹ ارڈر ٹو رائٹ ال دوز ایونٹس ایٹ دا مومنٹ اٹ واز ریویلڈ۔</w:t>
      </w:r>
    </w:p>
    <w:p>
      <w:r>
        <w:rPr>
          <w:b/>
        </w:rPr>
        <w:t xml:space="preserve">[41:46] </w:t>
      </w:r>
      <w:r>
        <w:t>so, every thing, every the whole quran was in written form when prophet left this world. in written form and and these and these war written by the, by the, by the, by the order of prophet.</w:t>
      </w:r>
    </w:p>
    <w:p>
      <w:pPr>
        <w:jc w:val="right"/>
      </w:pPr>
      <w:r>
        <w:t>سو، ایوری تھنگ، ایوری دا ہول قران واز ان ریٹن فارم وین پرافٹ لیفٹ دس ورلڈ۔ ان ریٹن فارم اینڈ اینڈ دیز اینڈ دیز وار ریٹن بائی دا، بائی دا، بائی دا، بائی دا ارڈر اف پرافٹ۔</w:t>
      </w:r>
    </w:p>
    <w:p>
      <w:r>
        <w:rPr>
          <w:b/>
        </w:rPr>
        <w:t xml:space="preserve">[42:04] </w:t>
      </w:r>
      <w:r>
        <w:t>so, this kind of, this kind of arrangement is available only about the quran.</w:t>
      </w:r>
    </w:p>
    <w:p>
      <w:pPr>
        <w:jc w:val="right"/>
      </w:pPr>
      <w:r>
        <w:t>سو، دس کائنڈ اف، دس کائنڈ اف ارینجمنٹ از اویلیبل اونلی اباؤٹ دا قران۔</w:t>
      </w:r>
    </w:p>
    <w:p>
      <w:r>
        <w:rPr>
          <w:b/>
        </w:rPr>
        <w:t xml:space="preserve">[42:15] </w:t>
      </w:r>
      <w:r>
        <w:t>Maulana, does that mean that Musa knew how to read and write or he was like Prophet Muhammad? Historically, it is not established, but maybe he was living in Firaun's palace and during those days,</w:t>
      </w:r>
    </w:p>
    <w:p>
      <w:pPr>
        <w:jc w:val="right"/>
      </w:pPr>
      <w:r>
        <w:t>مولانا، ڈز دیٹ مین دیٹ موسی نیو ہاؤ ٹو ریڈ اینڈ رائٹ اور ہی واز لائک پرافٹ محمد؟ ہسٹوریکلی، اٹ از ناٹ اسٹیبلش، بٹ میبل ہی ہی واز لیونگ ان پیرس اینڈ ڈیورنگ، ڈیورنگ دوز ڈیز،</w:t>
      </w:r>
    </w:p>
    <w:p>
      <w:r>
        <w:rPr>
          <w:b/>
        </w:rPr>
        <w:t xml:space="preserve">[42:34] </w:t>
      </w:r>
      <w:r>
        <w:t>all the members of Paris were knowing reading writing. it was the treasure of that time.</w:t>
      </w:r>
    </w:p>
    <w:p>
      <w:pPr>
        <w:jc w:val="right"/>
      </w:pPr>
      <w:r>
        <w:t>ال دا ممبرز اف پیرس ویر نوئنگ ریڈنگ رائٹنگ۔ اٹ واز دا ٹریژر اف دیٹ ٹائم۔</w:t>
      </w:r>
    </w:p>
    <w:p>
      <w:r>
        <w:rPr>
          <w:b/>
        </w:rPr>
        <w:t xml:space="preserve">[42:43] </w:t>
      </w:r>
      <w:r>
        <w:t>so, we can safely inform that he was knowing reading right. molana, in a similar topic, how would you, how would you rank budha as an enlightened individual, as a prophet or as a, as a good human being?</w:t>
      </w:r>
    </w:p>
    <w:p>
      <w:pPr>
        <w:jc w:val="right"/>
      </w:pPr>
      <w:r>
        <w:t>سو، وی کین سیفلی انفرم دیٹ ہی واز نوئنگ ریڈنگ رائٹ۔ مولانا، ان ا سیمیلر ٹاپک، ہاؤ وڈ یو، ہاؤ وڈ یو رینک بدھا ایز این انلائٹن انڈیویجول، ایز ا پرافٹ اور ایز ا، ایز ا گڈ ہیومن بینگ؟</w:t>
      </w:r>
    </w:p>
    <w:p>
      <w:r>
        <w:rPr>
          <w:b/>
        </w:rPr>
        <w:t xml:space="preserve">[43:04] </w:t>
      </w:r>
      <w:r>
        <w:t>how would you rank him? kya karein? molana, he is asking, how would you rank budha?</w:t>
      </w:r>
    </w:p>
    <w:p>
      <w:pPr>
        <w:jc w:val="right"/>
      </w:pPr>
      <w:r>
        <w:t>ہاؤ وڈ یو رینک ہم؟ کیا کریں؟ مولانا، ہی از اسکنگ، ہاؤ وڈ یو رینک بدھا؟</w:t>
      </w:r>
    </w:p>
    <w:p>
      <w:r>
        <w:rPr>
          <w:b/>
        </w:rPr>
        <w:t xml:space="preserve">[43:11] </w:t>
      </w:r>
      <w:r>
        <w:t>would you term him? would you put him in the category of a prophet or a good person or a enlightened person?</w:t>
      </w:r>
    </w:p>
    <w:p>
      <w:pPr>
        <w:jc w:val="right"/>
      </w:pPr>
      <w:r>
        <w:t>وڈ یو ٹرم ہم؟ وڈ یو پٹ ہم ان دا کیٹگری اف ا پرافٹ اور ا گڈ پرسن اور ا انلائٹڈ پرسن؟</w:t>
      </w:r>
    </w:p>
    <w:p>
      <w:r>
        <w:rPr>
          <w:b/>
        </w:rPr>
        <w:t xml:space="preserve">[43:20] </w:t>
      </w:r>
      <w:r>
        <w:t>the word prophet is not applicable in this case. prophet means appointed by god. and you know, budha's was a god less religion.</w:t>
      </w:r>
    </w:p>
    <w:p>
      <w:pPr>
        <w:jc w:val="right"/>
      </w:pPr>
      <w:r>
        <w:t>دی ورڈ پرافٹ از ناٹ ایپلیکیبل ان دس کیس۔ پرافٹ مینز اپوائنٹڈ بائے گاڈ۔ اینڈ یو نو، بدھز واز ا گاڈ لیس ریلیجن۔</w:t>
      </w:r>
    </w:p>
    <w:p>
      <w:r>
        <w:rPr>
          <w:b/>
        </w:rPr>
        <w:t xml:space="preserve">[43:33] </w:t>
      </w:r>
      <w:r>
        <w:t>so, when there is no concept of god, then claiming that he was a prophet of god is irrelevant.</w:t>
      </w:r>
    </w:p>
    <w:p>
      <w:pPr>
        <w:jc w:val="right"/>
      </w:pPr>
      <w:r>
        <w:t>سو، وین دیر از نو کانسیپٹ اف گاڈ، دین کلیمنگ دیٹ ہی واز ا پرافٹ اف گاڈ از ایریلیونٹ۔</w:t>
      </w:r>
    </w:p>
    <w:p>
      <w:r>
        <w:rPr>
          <w:b/>
        </w:rPr>
        <w:t xml:space="preserve">[43:41] </w:t>
      </w:r>
      <w:r>
        <w:t>so, i don't think that he was a prophet of god. then the other question: was he an avatar?</w:t>
      </w:r>
    </w:p>
    <w:p>
      <w:pPr>
        <w:jc w:val="right"/>
      </w:pPr>
      <w:r>
        <w:t>سو، ائی ڈونٹ تھنک دیٹ ہی واز ا پرافٹ اف گاڈ۔ دین دا ادر کوئسچن: واز ہی ان اوتار؟</w:t>
      </w:r>
    </w:p>
    <w:p>
      <w:r>
        <w:rPr>
          <w:b/>
        </w:rPr>
        <w:t xml:space="preserve">[43:50] </w:t>
      </w:r>
      <w:r>
        <w:t>again, i can say, i would like say that he was not an avatar, because the hindu concept about avatar is also he required a god.</w:t>
      </w:r>
    </w:p>
    <w:p>
      <w:pPr>
        <w:jc w:val="right"/>
      </w:pPr>
      <w:r>
        <w:t>اگین، ائی کین سے، ائی وڈ لائک سے دیٹ ہی واز ناٹ ان اوتار، بیکاز دا ہندو کانسیپٹ اباؤٹ اوتار از السو ہی ریکوائرڈ ا گاڈ۔</w:t>
      </w:r>
    </w:p>
    <w:p>
      <w:r>
        <w:rPr>
          <w:b/>
        </w:rPr>
        <w:t xml:space="preserve">[44:01] </w:t>
      </w:r>
      <w:r>
        <w:t>it is a god that that comes down, comes down. to, avatar is embodiment.</w:t>
      </w:r>
    </w:p>
    <w:p>
      <w:pPr>
        <w:jc w:val="right"/>
      </w:pPr>
      <w:r>
        <w:t>اٹ از ا گاڈ دیٹ دیٹ کمز ڈاؤن، کمز ڈاؤن۔ تو، اوتار از ایمبارڈمنٹ۔</w:t>
      </w:r>
    </w:p>
    <w:p>
      <w:r>
        <w:rPr>
          <w:b/>
        </w:rPr>
        <w:t xml:space="preserve">[44:11] </w:t>
      </w:r>
      <w:r>
        <w:t>so, there is a bit of god. but there do god, then there embodiment. so, we can say that buddha was a former.</w:t>
      </w:r>
    </w:p>
    <w:p>
      <w:pPr>
        <w:jc w:val="right"/>
      </w:pPr>
      <w:r>
        <w:t>سو، دیر از ا بٹ اف گاڈ۔ بٹ دیر دو گاڈ، دین دیر ایمبارڈمنٹ۔ سو، وی کین سے دیٹ بدھا واز ا فارمر۔</w:t>
      </w:r>
    </w:p>
    <w:p>
      <w:r>
        <w:rPr>
          <w:b/>
        </w:rPr>
        <w:t xml:space="preserve">[44:20] </w:t>
      </w:r>
      <w:r>
        <w:t>thats all.</w:t>
      </w:r>
    </w:p>
    <w:p>
      <w:pPr>
        <w:jc w:val="right"/>
      </w:pPr>
      <w:r>
        <w:t>دیٹس ال۔</w:t>
      </w:r>
    </w:p>
    <w:p>
      <w:r>
        <w:rPr>
          <w:b/>
        </w:rPr>
        <w:t xml:space="preserve">[44:21] </w:t>
      </w:r>
      <w:r>
        <w:t>maulana, one more question in a related topic: within the muslims, there is also a sect called as the ismaili muslims.</w:t>
      </w:r>
    </w:p>
    <w:p>
      <w:pPr>
        <w:jc w:val="right"/>
      </w:pPr>
      <w:r>
        <w:t>مولانا، ون مور کوئسچن ان ا ریلیٹڈ ٹاپک: ود ان دی مسلمز، دیر از السو ا سیٹ کالڈ ایز دی اسماعیلی مسلمز۔</w:t>
      </w:r>
    </w:p>
    <w:p>
      <w:r>
        <w:rPr>
          <w:b/>
        </w:rPr>
        <w:t xml:space="preserve">[44:32] </w:t>
      </w:r>
      <w:r>
        <w:t>now, they do claim that their leader is the prophet and they also follow quran. so, if the quran says the last prophet was prophet muhammad, then how come this particular sect is claiming that their leader is a prophet?</w:t>
      </w:r>
    </w:p>
    <w:p>
      <w:pPr>
        <w:jc w:val="right"/>
      </w:pPr>
      <w:r>
        <w:t>ناو، دے ڈو کلیم دیٹ دیر لیڈر از دی پرافٹ اینڈ دے السو فالو قران۔ سو، اف دا قران سیز دا لاسٹ پرافٹ واز پرافٹ محمد، دین ہاؤ کم دس پرٹیکولر سیکٹ از کلیمنگ دیٹ دیر لیڈر از ا پرافٹ؟</w:t>
      </w:r>
    </w:p>
    <w:p>
      <w:r>
        <w:rPr>
          <w:b/>
        </w:rPr>
        <w:t xml:space="preserve">[44:51] </w:t>
      </w:r>
      <w:r>
        <w:t>maulana, i am saying that within the muslim community, there is a sect which is called ismaili. ismaili and the people of that sect claim that their leader is a prophet and they also follow quran.</w:t>
      </w:r>
    </w:p>
    <w:p>
      <w:pPr>
        <w:jc w:val="right"/>
      </w:pPr>
      <w:r>
        <w:t>مولانا، ائی از سینگ دیٹ ود ان دی مسلم کمیونٹی، دیر از ا سیکٹ وچ از کالڈ اسماعیلی۔ اسماعیلی اینڈ دا پیپل اف دیٹ سیکٹ کلیم دیٹ دیر لیڈر از ا پرافٹ اینڈ دے السو فالو قران۔</w:t>
      </w:r>
    </w:p>
    <w:p>
      <w:r>
        <w:rPr>
          <w:b/>
        </w:rPr>
        <w:t xml:space="preserve">[45:05] </w:t>
      </w:r>
      <w:r>
        <w:t>so, if in quran it is being said that prophet muhammad was the last prophet, how can they claim that their leader was also? no, it is not that claim that he is a prophet.</w:t>
      </w:r>
    </w:p>
    <w:p>
      <w:pPr>
        <w:jc w:val="right"/>
      </w:pPr>
      <w:r>
        <w:t>سو، اف ان قران اٹ از بین سیڈ دیٹ پرافٹ محمد واز دا لاسٹ پرافٹ، ہاؤ کین دے کلیم دیٹ دیر لیڈر واز السو؟ نو، اٹ از ناٹ دیٹ کلیم دیٹ ہی از ا پرافٹ۔</w:t>
      </w:r>
    </w:p>
    <w:p>
      <w:r>
        <w:rPr>
          <w:b/>
        </w:rPr>
        <w:t xml:space="preserve">[45:16] </w:t>
      </w:r>
      <w:r>
        <w:t>no, he is a, he is inspired person.</w:t>
      </w:r>
    </w:p>
    <w:p>
      <w:pPr>
        <w:jc w:val="right"/>
      </w:pPr>
      <w:r>
        <w:t>نو، ہی از ا، ہی از انسپائرڈ پرسن۔</w:t>
      </w:r>
    </w:p>
    <w:p>
      <w:r>
        <w:rPr>
          <w:b/>
        </w:rPr>
        <w:t xml:space="preserve">[45:21] </w:t>
      </w:r>
      <w:r>
        <w:t>that claims that our syedna is inspired person. so, in this sense, he is an authentic person.</w:t>
      </w:r>
    </w:p>
    <w:p>
      <w:pPr>
        <w:jc w:val="right"/>
      </w:pPr>
      <w:r>
        <w:t>دیٹ کلیمز دیٹ اور سیدنا از انسپائرڈ پرسن۔ سو، ان دس سینس، ہی از ان اتھینٹک پرسن۔</w:t>
      </w:r>
    </w:p>
    <w:p>
      <w:r>
        <w:rPr>
          <w:b/>
        </w:rPr>
        <w:t xml:space="preserve">[45:31] </w:t>
      </w:r>
      <w:r>
        <w:t>according to the, any what we call sunnatul jamaat, this kind of belief is not correct.</w:t>
      </w:r>
    </w:p>
    <w:p>
      <w:pPr>
        <w:jc w:val="right"/>
      </w:pPr>
      <w:r>
        <w:t>اکارڈنگ ٹو دا، اینی واٹ وی کال سنت والجماعت، دس کائنڈ اف بیلیف از ناٹ کریکٹ۔</w:t>
      </w:r>
    </w:p>
    <w:p>
      <w:r>
        <w:rPr>
          <w:b/>
        </w:rPr>
        <w:t xml:space="preserve">[45:41] </w:t>
      </w:r>
      <w:r>
        <w:t>but ulama has never issued a fatwa of kufr. no, although their belief is not just according to the sunni belief.</w:t>
      </w:r>
    </w:p>
    <w:p>
      <w:pPr>
        <w:jc w:val="right"/>
      </w:pPr>
      <w:r>
        <w:t>بٹ علماء ہیز نیور ایشوڈ ا فتوی اف کفر۔ نو، الدو دیر بیلیف از ناٹ جسٹ اکارڈنگ ٹو دا سنی بیلیف۔</w:t>
      </w:r>
    </w:p>
    <w:p>
      <w:r>
        <w:rPr>
          <w:b/>
        </w:rPr>
        <w:t xml:space="preserve">[45:53] </w:t>
      </w:r>
      <w:r>
        <w:t>it is, it is wrong belief like this.</w:t>
      </w:r>
    </w:p>
    <w:p>
      <w:pPr>
        <w:jc w:val="right"/>
      </w:pPr>
      <w:r>
        <w:t>اٹ از، اٹ از رونگ بیلیف لائک دس۔</w:t>
      </w:r>
    </w:p>
    <w:p>
      <w:r>
        <w:rPr>
          <w:b/>
        </w:rPr>
        <w:t xml:space="preserve">[45:58] </w:t>
      </w:r>
      <w:r>
        <w:t>but other fact is that, fact is that ulama never issued a fatwa of kufr. so, we, we, we yani he would say that he is a sect of muslims ya are sect of shia.</w:t>
      </w:r>
    </w:p>
    <w:p>
      <w:pPr>
        <w:jc w:val="right"/>
      </w:pPr>
      <w:r>
        <w:t>بٹ ادر فیکٹ از دیٹ، فیکٹ از دیٹ علماء نیور ایشوڈ ا فتوی اف کفر۔ سو، وی، وی، وی یعنی ہی وڈ سے دیٹ ہی از ا سیکٹ اف مسلمز یا ار سیکٹ اف شیعہ۔</w:t>
      </w:r>
    </w:p>
    <w:p>
      <w:r>
        <w:rPr>
          <w:b/>
        </w:rPr>
        <w:t xml:space="preserve">[46:18] </w:t>
      </w:r>
      <w:r>
        <w:t>thats sure sect, sect among shia. so, ismaili are affection of shia. there are not fisher of sunnah, sunni wal jamaat.</w:t>
      </w:r>
    </w:p>
    <w:p>
      <w:pPr>
        <w:jc w:val="right"/>
      </w:pPr>
      <w:r>
        <w:t>دیٹس سور سیکٹ، سیکٹ امنگ شیعہ۔ سو، اسماعیلی ار افیکشن اف شیعہ۔ دیر ار ناٹ فیشر اف سنہ، سنی والجماعت۔</w:t>
      </w:r>
    </w:p>
    <w:p>
      <w:r>
        <w:rPr>
          <w:b/>
        </w:rPr>
        <w:t xml:space="preserve">[46:31] </w:t>
      </w:r>
      <w:r>
        <w:t>that fisher of shia</w:t>
      </w:r>
    </w:p>
    <w:p>
      <w:pPr>
        <w:jc w:val="right"/>
      </w:pPr>
      <w:r>
        <w:t>دیٹ فیشر اف شیعہ</w:t>
      </w:r>
    </w:p>
    <w:p>
      <w:r>
        <w:rPr>
          <w:b/>
        </w:rPr>
        <w:t xml:space="preserve">[46:33] </w:t>
      </w:r>
      <w:r>
        <w:t>and their belief are, any according to my knowledge, tibbeted belief is not accepted in the islam.</w:t>
      </w:r>
    </w:p>
    <w:p>
      <w:pPr>
        <w:jc w:val="right"/>
      </w:pPr>
      <w:r>
        <w:t>اینڈ دیر بیلیف ار، اینی اکارڈنگ ٹو مائی نالج، ٹیبیٹڈ بیلیف از ناٹ ایکسیپٹڈ ان دا اسلام۔</w:t>
      </w:r>
    </w:p>
    <w:p>
      <w:r>
        <w:rPr>
          <w:b/>
        </w:rPr>
        <w:t xml:space="preserve">[46:45] </w:t>
      </w:r>
      <w:r>
        <w:t>no one can claim of, any accept god that i was inspired person. no one has right to claim like this.</w:t>
      </w:r>
    </w:p>
    <w:p>
      <w:pPr>
        <w:jc w:val="right"/>
      </w:pPr>
      <w:r>
        <w:t>نو ون کین کلیم اف، اینی ایکسیپٹ گاڈ دیٹ ائی واز انسپائرڈ پرسن۔ نو ون ہیز رائٹ ٹو کلیم لائک دس۔</w:t>
      </w:r>
    </w:p>
    <w:p>
      <w:r>
        <w:rPr>
          <w:b/>
        </w:rPr>
        <w:t xml:space="preserve">[46:59] </w:t>
      </w:r>
      <w:r>
        <w:t>maul</w:t>
      </w:r>
    </w:p>
    <w:p>
      <w:pPr>
        <w:jc w:val="right"/>
      </w:pPr>
      <w:r>
        <w:t>مول</w:t>
      </w:r>
    </w:p>
    <w:p>
      <w:r>
        <w:rPr>
          <w:b/>
        </w:rPr>
        <w:t xml:space="preserve">[47:00] </w:t>
      </w:r>
      <w:r>
        <w:t>ana, maulana, i was reading some literature in qadiani long time back. maulana, it said that the prophet had said that prophet, prophet would have ended as such in as in the sense of revelation, but god still communicates to man why reads.</w:t>
      </w:r>
    </w:p>
    <w:p>
      <w:pPr>
        <w:jc w:val="right"/>
      </w:pPr>
      <w:r>
        <w:t>انا، مولانا، ائی واز ریڈنگ سم لٹریچر ان قادیانی لانگ ٹائم بیک۔ مولانا، اٹ سیڈ دیٹ دا پرافٹ ہیڈ سیڈ دیٹ پرافٹ، پرافٹ وڈ ہیو اینڈڈ ایز سچ ان ایز ان دا سینس اف ریولیشن، بٹ گاڈ سٹل کمیونیکیٹس ٹو مین وائی ریڈز۔</w:t>
      </w:r>
    </w:p>
    <w:p>
      <w:r>
        <w:rPr>
          <w:b/>
        </w:rPr>
        <w:t xml:space="preserve">[47:19] </w:t>
      </w:r>
      <w:r>
        <w:t>maulana, they were using this logic. this logic wrong.</w:t>
      </w:r>
    </w:p>
    <w:p>
      <w:pPr>
        <w:jc w:val="right"/>
      </w:pPr>
      <w:r>
        <w:t>مولانا، دے وار یوزنگ دس لاجک۔ دس لاجک رونگ۔</w:t>
      </w:r>
    </w:p>
    <w:p>
      <w:r>
        <w:rPr>
          <w:b/>
        </w:rPr>
        <w:t xml:space="preserve">[47:28] </w:t>
      </w:r>
      <w:r>
        <w:t>there is no such hadith or quran. it is their invention. everyone can be guided by, by god almighty.</w:t>
      </w:r>
    </w:p>
    <w:p>
      <w:pPr>
        <w:jc w:val="right"/>
      </w:pPr>
      <w:r>
        <w:t>دیر از نو سچ حدیث اور قران۔ اٹ از دیر انویشن۔ ایوری ون کین بی گائیڈ بائے، بائے گاڈ المائٹی۔</w:t>
      </w:r>
    </w:p>
    <w:p>
      <w:r>
        <w:rPr>
          <w:b/>
        </w:rPr>
        <w:t xml:space="preserve">[47:40] </w:t>
      </w:r>
      <w:r>
        <w:t>but that god is not authentic. prophets guidance, authentic guidance. or guidance is not authentic.</w:t>
      </w:r>
    </w:p>
    <w:p>
      <w:pPr>
        <w:jc w:val="right"/>
      </w:pPr>
      <w:r>
        <w:t>بٹ دیٹ گاڈ از ناٹ اتھینٹک۔ پرافٹس گائیڈنس، اتھینٹک گائیڈنس۔ اور گائیڈنس از ناٹ اتھینٹک۔</w:t>
      </w:r>
    </w:p>
    <w:p>
      <w:r>
        <w:rPr>
          <w:b/>
        </w:rPr>
        <w:t xml:space="preserve">[47:50] </w:t>
      </w:r>
      <w:r>
        <w:t>maybe, we are true, are not true.</w:t>
      </w:r>
    </w:p>
    <w:p>
      <w:pPr>
        <w:jc w:val="right"/>
      </w:pPr>
      <w:r>
        <w:t>میبل، وی ار ٹرو، ار ناٹ ٹرو۔</w:t>
      </w:r>
    </w:p>
    <w:p>
      <w:r>
        <w:rPr>
          <w:b/>
        </w:rPr>
        <w:t xml:space="preserve">[47:53] </w:t>
      </w:r>
      <w:r>
        <w:t>so, always there is probability. our case is probable, case of probability. but god, but prophet is not a case of probability.</w:t>
      </w:r>
    </w:p>
    <w:p>
      <w:pPr>
        <w:jc w:val="right"/>
      </w:pPr>
      <w:r>
        <w:t>سو، الویز دیر از پروبیبلیٹی۔ اور کیس از پروبیبل، کیس اف پروبیبلیٹی۔ بٹ گاڈ، بٹ پرافٹ از ناٹ ا کیس اف پروبیبلیٹی۔</w:t>
      </w:r>
    </w:p>
    <w:p>
      <w:r>
        <w:rPr>
          <w:b/>
        </w:rPr>
        <w:t xml:space="preserve">[48:06] </w:t>
      </w:r>
      <w:r>
        <w:t>profit can say that authenticity that I was inspired person. I am a God, prophet of God.</w:t>
      </w:r>
    </w:p>
    <w:p>
      <w:pPr>
        <w:jc w:val="right"/>
      </w:pPr>
      <w:r>
        <w:t>پرافٹ کین سے ودا اتھینٹیسٹی دیٹ ائی واز انسپائرڈ پرسن۔ ائی ایم ا گاڈ، پرافٹ اف گاڈ۔</w:t>
      </w:r>
    </w:p>
    <w:p>
      <w:r>
        <w:rPr>
          <w:b/>
        </w:rPr>
        <w:t xml:space="preserve">[48:16] </w:t>
      </w:r>
      <w:r>
        <w:t>we can not say like this. Our case is case of probability</w:t>
      </w:r>
    </w:p>
    <w:p>
      <w:pPr>
        <w:jc w:val="right"/>
      </w:pPr>
      <w:r>
        <w:t>وی کین ناٹ سے لائک دس۔ اور کیس از کیس اف پروبیبلیٹی</w:t>
      </w:r>
    </w:p>
    <w:p>
      <w:r>
        <w:rPr>
          <w:b/>
        </w:rPr>
        <w:t xml:space="preserve">[48:21] </w:t>
      </w:r>
      <w:r>
        <w:t>Maulana, what was the language of Bible and Torah? What was the language of Bible and Torah? Hebrew, it is, is not, it is controversial, because at that time, there were three languages in Palestine,</w:t>
      </w:r>
    </w:p>
    <w:p>
      <w:pPr>
        <w:jc w:val="right"/>
      </w:pPr>
      <w:r>
        <w:t>۔ مولانا، واٹ واز دا لینگویج اف بائبل اینڈ تورات؟ واٹ واز دی لینگویج اف بائبل اینڈ تورات؟ ہبرو، اٹ از، از ناٹ، اٹ از کنٹروورشل، بیکاز ایٹ دیٹ ٹائم، دیر وار تھری لینگویجز ان فلسطین،</w:t>
      </w:r>
    </w:p>
    <w:p>
      <w:r>
        <w:rPr>
          <w:b/>
        </w:rPr>
        <w:t xml:space="preserve">[48:40] </w:t>
      </w:r>
      <w:r>
        <w:t>Syriac and Aramaic and Hebrew. And also, ha, four Greek.</w:t>
      </w:r>
    </w:p>
    <w:p>
      <w:pPr>
        <w:jc w:val="right"/>
      </w:pPr>
      <w:r>
        <w:t>اینی سرائیک اینڈ ارامائک اینڈ ہیبرو۔ اینڈ السو، ہاں، فور گریکال۔</w:t>
      </w:r>
    </w:p>
    <w:p>
      <w:r>
        <w:rPr>
          <w:b/>
        </w:rPr>
        <w:t xml:space="preserve">[48:49] </w:t>
      </w:r>
      <w:r>
        <w:t>So, it's not established what language was spoken by Jesus Christ. There is only two words preserved in,</w:t>
      </w:r>
    </w:p>
    <w:p>
      <w:pPr>
        <w:jc w:val="right"/>
      </w:pPr>
      <w:r>
        <w:t>سو، اٹس ناٹ اسٹیبلش واٹ لینگویج واز اسپوکن بائے جیس کرائسٹ۔ دیر از اونلی ٹو ورڈز پریزرو ان،</w:t>
      </w:r>
    </w:p>
    <w:p>
      <w:r>
        <w:rPr>
          <w:b/>
        </w:rPr>
        <w:t xml:space="preserve">[49:04] </w:t>
      </w:r>
      <w:r>
        <w:t>in the history. Only two words by Christ. Jesus Christ, one is Bible and one in, in, in Islamic account.</w:t>
      </w:r>
    </w:p>
    <w:p>
      <w:pPr>
        <w:jc w:val="right"/>
      </w:pPr>
      <w:r>
        <w:t>ان دی ہسٹری۔ اونلی ٹو ورڈز بائے کرائسٹ۔ جیس کرائسٹ، ون از بائبل اینڈ ون ان، ان، ان اسلامک اکاؤنٹ۔</w:t>
      </w:r>
    </w:p>
    <w:p>
      <w:r>
        <w:rPr>
          <w:b/>
        </w:rPr>
        <w:t xml:space="preserve">[49:15] </w:t>
      </w:r>
      <w:r>
        <w:t>this Sirah Ibn</w:t>
      </w:r>
    </w:p>
    <w:p>
      <w:pPr>
        <w:jc w:val="right"/>
      </w:pPr>
      <w:r>
        <w:t>دس انسیرا ابن</w:t>
      </w:r>
    </w:p>
    <w:p>
      <w:r>
        <w:rPr>
          <w:b/>
        </w:rPr>
        <w:t xml:space="preserve">[49:16] </w:t>
      </w:r>
      <w:r>
        <w:t>Shyam. In Bible, there is word and that is supposed to be the exact word which was spoken by Jesus Christ.</w:t>
      </w:r>
    </w:p>
    <w:p>
      <w:pPr>
        <w:jc w:val="right"/>
      </w:pPr>
      <w:r>
        <w:t>شام۔ ان بائبل، دیر از ورڈ اینڈ دیٹ از سپوز ٹو بی دا ایگزیکٹ ورڈ وچ واز اسپوکن بائے جیس کرائسٹ۔</w:t>
      </w:r>
    </w:p>
    <w:p>
      <w:r>
        <w:rPr>
          <w:b/>
        </w:rPr>
        <w:t xml:space="preserve">[49:27] </w:t>
      </w:r>
      <w:r>
        <w:t>Eli, Eli, lama sabachthani. Eli, Eli, lama sabachthani. It is Hebrew word. Then in the Quran, in the Sirah Ibn Shyam, there is a word Rahmana.</w:t>
      </w:r>
    </w:p>
    <w:p>
      <w:pPr>
        <w:jc w:val="right"/>
      </w:pPr>
      <w:r>
        <w:t>علی، علی، لما شبقتنی۔ علی، علی، لما شبقتنی۔ اٹ از ہیبرو ورڈ۔ دین ان دا قران، ان دا سیرہ ابن شام، دیر از ا ورڈ مرحمنا۔</w:t>
      </w:r>
    </w:p>
    <w:p>
      <w:r>
        <w:rPr>
          <w:b/>
        </w:rPr>
        <w:t xml:space="preserve">[49:40] </w:t>
      </w:r>
      <w:r>
        <w:t>Except these two words, there is no other word preserved in the history that was spoken by Jesus Christ.</w:t>
      </w:r>
    </w:p>
    <w:p>
      <w:pPr>
        <w:jc w:val="right"/>
      </w:pPr>
      <w:r>
        <w:t>ایکسیپٹ دس ٹو ورڈز، دیر از نو ادر ورڈ پریزرو ان دا ہسٹری دیٹ واز اسپوکن بائے جیس کرائسٹ۔</w:t>
      </w:r>
    </w:p>
    <w:p>
      <w:r>
        <w:rPr>
          <w:b/>
        </w:rPr>
        <w:t xml:space="preserve">[49:50] </w:t>
      </w:r>
      <w:r>
        <w:t>But both are, meaning controversial. Maulana, what did it mean? These two words, what is the meaning of these two words which is preserved?</w:t>
      </w:r>
    </w:p>
    <w:p>
      <w:pPr>
        <w:jc w:val="right"/>
      </w:pPr>
      <w:r>
        <w:t>بٹ بوتھ ار، یعنی کنٹروورشل۔ مولانا، واٹ ڈیڈ اٹ مین؟ دس ٹو ورڈز، واٹ از دا میننگ اف دس ٹو ورڈز وچ از پریزرو؟</w:t>
      </w:r>
    </w:p>
    <w:p>
      <w:r>
        <w:rPr>
          <w:b/>
        </w:rPr>
        <w:t xml:space="preserve">[50:00] </w:t>
      </w:r>
      <w:r>
        <w:t>Eli, Eli, lama sabachthani means O God, O God. Why you, why you left me?</w:t>
      </w:r>
    </w:p>
    <w:p>
      <w:pPr>
        <w:jc w:val="right"/>
      </w:pPr>
      <w:r>
        <w:t>علی، علی، لما شبقتنی مینز او گاڈ، او گاڈ۔ وائی یو، وائی یو لیفٹ می؟</w:t>
      </w:r>
    </w:p>
    <w:p>
      <w:r>
        <w:rPr>
          <w:b/>
        </w:rPr>
        <w:t xml:space="preserve">[50:09] </w:t>
      </w:r>
      <w:r>
        <w:t>left me? Desert</w:t>
      </w:r>
    </w:p>
    <w:p>
      <w:pPr>
        <w:jc w:val="right"/>
      </w:pPr>
      <w:r>
        <w:t>لیفٹ می؟ ڈیزر</w:t>
      </w:r>
    </w:p>
    <w:p>
      <w:r>
        <w:rPr>
          <w:b/>
        </w:rPr>
        <w:t xml:space="preserve">[50:10] </w:t>
      </w:r>
      <w:r>
        <w:t>ted me? Chhod diya? Khuda ne mujhe kuch chhod diya? Abandon? Eli, Eli, lama sabachthani? It is supposed that Jesus Christ said this when he was on the cross.</w:t>
      </w:r>
    </w:p>
    <w:p>
      <w:pPr>
        <w:jc w:val="right"/>
      </w:pPr>
      <w:r>
        <w:t>ٹڈ می؟ چھوڑ دیا؟ خدا نے مجھے کچھ چھوڑ دیا؟ ابینڈن؟ علی، علی، لما شبقتنی؟ اٹ از سپوز دیٹ جیس کرائسٹ سیڈ دس وین ہی واز ان دا کراس۔</w:t>
      </w:r>
    </w:p>
    <w:p>
      <w:r>
        <w:rPr>
          <w:b/>
        </w:rPr>
        <w:t xml:space="preserve">[50:22] </w:t>
      </w:r>
      <w:r>
        <w:t>I don't believe that this was the Jesus Christ word, but it is mentioned in the Bible.</w:t>
      </w:r>
    </w:p>
    <w:p>
      <w:pPr>
        <w:jc w:val="right"/>
      </w:pPr>
      <w:r>
        <w:t>ائی ڈونٹ بیلیو دیٹ دس واز دا جیس کرائسٹ ورڈ، بٹ اٹ از مینشن ان دا بائبل۔</w:t>
      </w:r>
    </w:p>
    <w:p>
      <w:r>
        <w:rPr>
          <w:b/>
        </w:rPr>
        <w:t xml:space="preserve">[50:30] </w:t>
      </w:r>
      <w:r>
        <w:t>and that is in Hebrew.</w:t>
      </w:r>
    </w:p>
    <w:p>
      <w:pPr>
        <w:jc w:val="right"/>
      </w:pPr>
      <w:r>
        <w:t>اینڈ دیٹ از ان ہیبرو۔</w:t>
      </w:r>
    </w:p>
    <w:p>
      <w:r>
        <w:rPr>
          <w:b/>
        </w:rPr>
        <w:t xml:space="preserve">[50:35] </w:t>
      </w:r>
      <w:r>
        <w:t>It is Hebrew. It is Hebrew. It is Hebrew language. Eli means Allah.</w:t>
      </w:r>
    </w:p>
    <w:p>
      <w:pPr>
        <w:jc w:val="right"/>
      </w:pPr>
      <w:r>
        <w:t>اٹ از ہیبرو۔ اٹ از ہیبرو۔ اٹ از ہیبرو لینگویج۔ ایلی مینز اللہ۔</w:t>
      </w:r>
    </w:p>
    <w:p>
      <w:r>
        <w:rPr>
          <w:b/>
        </w:rPr>
        <w:t xml:space="preserve">[50:44] </w:t>
      </w:r>
      <w:r>
        <w:t>Allah is, meaning, meaning, Eli, Eli, Eli is equivalent of Allah. Eli, Eli, Eli.</w:t>
      </w:r>
    </w:p>
    <w:p>
      <w:pPr>
        <w:jc w:val="right"/>
      </w:pPr>
      <w:r>
        <w:t>اللہ از، یعنی، یعنی، ایلی، ایلی، ایلی از ایکولنٹ اف اللہ۔ ایلی، ایلی، ایلی۔</w:t>
      </w:r>
    </w:p>
    <w:p>
      <w:r>
        <w:rPr>
          <w:b/>
        </w:rPr>
        <w:t xml:space="preserve">[50:54] </w:t>
      </w:r>
      <w:r>
        <w:t>My God, lama sabachthani. Kyun chhod diya? Kyun tu ne mujhe chhod diya? So, I, I, I don't believe that this word was spoken by Jesus Christ.</w:t>
      </w:r>
    </w:p>
    <w:p>
      <w:pPr>
        <w:jc w:val="right"/>
      </w:pPr>
      <w:r>
        <w:t>مائی گاڈ، لما شبقتنی۔ کیوں چھوڑ دیا؟ کیوں تو نے مجھے چھوڑ دیا؟ سو، ائی، ائی، ائی ڈونٹ بیلیو دیٹ دس ورڈ واز سپوکن بائے جیس کرائسٹ۔</w:t>
      </w:r>
    </w:p>
    <w:p>
      <w:r>
        <w:rPr>
          <w:b/>
        </w:rPr>
        <w:t xml:space="preserve">[51:07] </w:t>
      </w:r>
      <w:r>
        <w:t>Maulana, what was the religion of Hazrat Amina?</w:t>
      </w:r>
    </w:p>
    <w:p>
      <w:pPr>
        <w:jc w:val="right"/>
      </w:pPr>
      <w:r>
        <w:t>مولانا، واٹ واز دا ریلیجن اف حضرت امنہ؟</w:t>
      </w:r>
    </w:p>
    <w:p>
      <w:r>
        <w:rPr>
          <w:b/>
        </w:rPr>
        <w:t xml:space="preserve">[51:10] </w:t>
      </w:r>
      <w:r>
        <w:t>No religion other than, meaning, it is believed that she was like Hanifa. She was not Mushrika, but she was not Momina.</w:t>
      </w:r>
    </w:p>
    <w:p>
      <w:pPr>
        <w:jc w:val="right"/>
      </w:pPr>
      <w:r>
        <w:t>نو ریلیجن ادر دین، یعنی، اٹ از بیلیو دیٹ شی واز لائک حنفہ۔ شی واز ناٹ مشرکہ، بٹ شی واز ناٹ مومنہ۔</w:t>
      </w:r>
    </w:p>
    <w:p>
      <w:r>
        <w:rPr>
          <w:b/>
        </w:rPr>
        <w:t xml:space="preserve">[51:22] </w:t>
      </w:r>
      <w:r>
        <w:t>She was, meaning, among Hanifa. It not proved that she was Mushrika.</w:t>
      </w:r>
    </w:p>
    <w:p>
      <w:pPr>
        <w:jc w:val="right"/>
      </w:pPr>
      <w:r>
        <w:t>شی واز، یعنی، امنگ حنفہ۔ اٹ ناٹ پروف دیٹ شی واز مشرکہ۔</w:t>
      </w:r>
    </w:p>
    <w:p>
      <w:r>
        <w:rPr>
          <w:b/>
        </w:rPr>
        <w:t xml:space="preserve">[51:31] </w:t>
      </w:r>
      <w:r>
        <w:t>She was worshipper of, of, of idol. So, if it is correct, then we will believe that she was a true s</w:t>
      </w:r>
    </w:p>
    <w:p>
      <w:pPr>
        <w:jc w:val="right"/>
      </w:pPr>
      <w:r>
        <w:t>شی واز ورسپر اف، اف، اف ائڈل۔ سو، اف اٹ از کریکٹ، دین وی ویل بیلیو دیٹ شی واز ا ٹرو س</w:t>
      </w:r>
    </w:p>
    <w:p>
      <w:r>
        <w:rPr>
          <w:b/>
        </w:rPr>
        <w:t xml:space="preserve">[51:43] </w:t>
      </w:r>
      <w:r>
        <w:t>ecret. Hanifa means true secret.</w:t>
      </w:r>
    </w:p>
    <w:p>
      <w:pPr>
        <w:jc w:val="right"/>
      </w:pPr>
      <w:r>
        <w:t>یکرٹ۔ حنفہ مینز ٹرو سیکرٹ۔</w:t>
      </w:r>
    </w:p>
    <w:p>
      <w:r>
        <w:rPr>
          <w:b/>
        </w:rPr>
        <w:t xml:space="preserve">[51:48] </w:t>
      </w:r>
      <w:r>
        <w:t>It is not proved that she ever worship idol. Maulana, almost in all the cases of prophet, it was Gabriel who brought the message from God to the prophet,</w:t>
      </w:r>
    </w:p>
    <w:p>
      <w:pPr>
        <w:jc w:val="right"/>
      </w:pPr>
      <w:r>
        <w:t>اٹ از ناٹ پروف دیٹ شی ایور ورسپ ائڈل۔ مولانا، الموسٹ ان ال دی کیسز اف پرافٹ، اٹ واز جبرائیل ہو براٹ دا میسج فرام گاڈ ٹو دا پرافٹ،</w:t>
      </w:r>
    </w:p>
    <w:p>
      <w:r>
        <w:rPr>
          <w:b/>
        </w:rPr>
        <w:t xml:space="preserve">[52:04] </w:t>
      </w:r>
      <w:r>
        <w:t>bat only with the exception of Moses, which was that God spoke with him, spoke with Moses.</w:t>
      </w:r>
    </w:p>
    <w:p>
      <w:pPr>
        <w:jc w:val="right"/>
      </w:pPr>
      <w:r>
        <w:t>بٹ اونلی ود دی ایکسیپشن اف موزیس، وچ واز دیٹ گاڈ سپوک ود ہم، سپوک ود موزیس۔</w:t>
      </w:r>
    </w:p>
    <w:p>
      <w:r>
        <w:rPr>
          <w:b/>
        </w:rPr>
        <w:t xml:space="preserve">[52:12] </w:t>
      </w:r>
      <w:r>
        <w:t>only once, only once, not every time. Okay, no, only once. Other this, was it for?</w:t>
      </w:r>
    </w:p>
    <w:p>
      <w:pPr>
        <w:jc w:val="right"/>
      </w:pPr>
      <w:r>
        <w:t>اونلی ونس، اونلی ونس، ناٹ ایوری ٹائم۔ اوکے، نو، اونلی ونس۔ ادر دس، واز اٹ فار؟</w:t>
      </w:r>
    </w:p>
    <w:p>
      <w:r>
        <w:rPr>
          <w:b/>
        </w:rPr>
        <w:t xml:space="preserve">[52:22] </w:t>
      </w:r>
      <w:r>
        <w:t>ya again, receive division from Gabriel? But Maulana, was it for a specific reason that God spoke to him directly, or was it just like that?</w:t>
      </w:r>
    </w:p>
    <w:p>
      <w:pPr>
        <w:jc w:val="right"/>
      </w:pPr>
      <w:r>
        <w:t>یا اگین، ریسیو ڈیویژن فرام جبرائیل؟ بٹ مولانا، واز اٹ فار ا سپیسیفک ریزن دیٹ گاڈ سپوک ٹو ہم ڈائریکٹلی، اور واز اٹ جسٹ لائک دیٹ؟</w:t>
      </w:r>
    </w:p>
    <w:p>
      <w:r>
        <w:rPr>
          <w:b/>
        </w:rPr>
        <w:t xml:space="preserve">[52:32] </w:t>
      </w:r>
      <w:r>
        <w:t>no reason is mentioned. No, no reason is mentioned. Maulana, I have one more que</w:t>
      </w:r>
    </w:p>
    <w:p>
      <w:pPr>
        <w:jc w:val="right"/>
      </w:pPr>
      <w:r>
        <w:t>نو ریزن از مینشن۔ نو، نو ریزن از مینشن۔ مولانا، ائی ہیو ون مور کوئ</w:t>
      </w:r>
    </w:p>
    <w:p>
      <w:r>
        <w:rPr>
          <w:b/>
        </w:rPr>
        <w:t xml:space="preserve">[52:40] </w:t>
      </w:r>
      <w:r>
        <w:t>stion. When, according to my understanding, when Gabriel came to Prophet Muhammad, and he said read, and he said I can't read, is it right?</w:t>
      </w:r>
    </w:p>
    <w:p>
      <w:pPr>
        <w:jc w:val="right"/>
      </w:pPr>
      <w:r>
        <w:t>سچن۔ وین، اکارڈنگ ٹو مائی انڈرسٹینڈنگ، وین جبرائیل کیم ٹو پرافٹ محمد، اینڈ ہی سیڈ ریڈ، اینڈ ہی سیڈ ائی کانٹ ریڈ، از اٹ رائٹ؟</w:t>
      </w:r>
    </w:p>
    <w:p>
      <w:r>
        <w:rPr>
          <w:b/>
        </w:rPr>
        <w:t xml:space="preserve">[52:51] </w:t>
      </w:r>
      <w:r>
        <w:t>so, what did he bring which he wanted him to read? Or was he saying some? It is controversial.</w:t>
      </w:r>
    </w:p>
    <w:p>
      <w:pPr>
        <w:jc w:val="right"/>
      </w:pPr>
      <w:r>
        <w:t>سو، واٹ ڈیڈ ہی برنگ وچ ہی وانٹڈ ہم ٹو ریڈ؟ اور واز ہی سینگ سم؟ اٹ از کنٹروورشل۔</w:t>
      </w:r>
    </w:p>
    <w:p>
      <w:r>
        <w:rPr>
          <w:b/>
        </w:rPr>
        <w:t xml:space="preserve">[53:01] </w:t>
      </w:r>
      <w:r>
        <w:t>some ulema believe that there was a some like something like paper, but I don't believe that it is correct.</w:t>
      </w:r>
    </w:p>
    <w:p>
      <w:pPr>
        <w:jc w:val="right"/>
      </w:pPr>
      <w:r>
        <w:t>سم علماء بیلیو دیٹ دیر واز ا سم لائک سمتھنگ لائک پیپر، بٹ ائی ڈونٹ بیلیو دیٹ اٹ از کریکٹ۔</w:t>
      </w:r>
    </w:p>
    <w:p>
      <w:r>
        <w:rPr>
          <w:b/>
        </w:rPr>
        <w:t xml:space="preserve">[53:11] </w:t>
      </w:r>
      <w:r>
        <w:t>no, simply read means, yani, say repeat what I am saying. Here read means repeat what I am saying.</w:t>
      </w:r>
    </w:p>
    <w:p>
      <w:pPr>
        <w:jc w:val="right"/>
      </w:pPr>
      <w:r>
        <w:t>نو، سمپلی ریڈ مینز، یعنی، سے ریپیٹ واٹ ائی ایم سینگ۔ ہیر ریڈ مینز ریپیٹ واٹ ائی ایم سینگ۔</w:t>
      </w:r>
    </w:p>
    <w:p>
      <w:r>
        <w:rPr>
          <w:b/>
        </w:rPr>
        <w:t xml:space="preserve">[53:22] </w:t>
      </w:r>
      <w:r>
        <w:t>so, Gabriel, yani, said by the way of mouth, and he repeated this happened.</w:t>
      </w:r>
    </w:p>
    <w:p>
      <w:pPr>
        <w:jc w:val="right"/>
      </w:pPr>
      <w:r>
        <w:t>سو، جبرائیل، یعنی، سیڈ بائی دا وے اف ماؤتھ، اینڈ ہی ریپیٹڈ دس ہیپنڈ۔</w:t>
      </w:r>
    </w:p>
    <w:p>
      <w:r>
        <w:rPr>
          <w:b/>
        </w:rPr>
        <w:t xml:space="preserve">[53:31] </w:t>
      </w:r>
      <w:r>
        <w:t>but when why he said that I can't read? He can always say things, he can repeat things, but did he say that I can't? He replied the same word.</w:t>
      </w:r>
    </w:p>
    <w:p>
      <w:pPr>
        <w:jc w:val="right"/>
      </w:pPr>
      <w:r>
        <w:t>بٹ وین وائی ہی سیڈ دیٹ ائی کانٹ ریڈ؟ ہی کین الویز سے تھنگز، ہی کین ریپیٹ تھنگز، بٹ ڈیڈ ہی سے دیٹ ائی کانٹ؟ ہی ریپلائیڈ دا سیم ورڈ۔</w:t>
      </w:r>
    </w:p>
    <w:p>
      <w:r>
        <w:rPr>
          <w:b/>
        </w:rPr>
        <w:t xml:space="preserve">[53:41] </w:t>
      </w:r>
      <w:r>
        <w:t>it is, he replied the same word. No, Maulana, what she is asking is that, ah, why did he say that? Because he could speak. Then, where is this?</w:t>
      </w:r>
    </w:p>
    <w:p>
      <w:pPr>
        <w:jc w:val="right"/>
      </w:pPr>
      <w:r>
        <w:t>اٹ از، ہی ریپلائیڈ دا سیم ورڈ۔ نو، مولانا، واٹ شی از اسکنگ از دیٹ، اہ، وائی ڈیڈ ہی سے دیٹ؟ بیکاز ہی کڈ سپیک۔ دین، ویئر از دس؟</w:t>
      </w:r>
    </w:p>
    <w:p>
      <w:r>
        <w:rPr>
          <w:b/>
        </w:rPr>
        <w:t xml:space="preserve">[53:51] </w:t>
      </w:r>
      <w:r>
        <w:t>did he say that? Did he replied the same word? In the same word? He wanted to</w:t>
      </w:r>
    </w:p>
    <w:p>
      <w:pPr>
        <w:jc w:val="right"/>
      </w:pPr>
      <w:r>
        <w:t>ڈیڈ ہی سے دیٹ؟ ڈیڈ ہی ریپلائیڈ دا سیم ورڈ؟ ان دا سیم ورڈ؟ ہی وانٹڈ ٹو</w:t>
      </w:r>
    </w:p>
    <w:p>
      <w:r>
        <w:rPr>
          <w:b/>
        </w:rPr>
        <w:t xml:space="preserve">[53:58] </w:t>
      </w:r>
      <w:r>
        <w:t>say, he wanted to say that I cannot speak to same. I am not a, I am an unlettered person.</w:t>
      </w:r>
    </w:p>
    <w:p>
      <w:pPr>
        <w:jc w:val="right"/>
      </w:pPr>
      <w:r>
        <w:t>سی، ہی وانٹڈ ٹو سے دیٹ ائی کاناٹ سپیک ٹو سیم۔ ائی ایم ناٹ ا، ائی ایم ا ان لیٹرڈ پرسن۔</w:t>
      </w:r>
    </w:p>
    <w:p>
      <w:r>
        <w:rPr>
          <w:b/>
        </w:rPr>
        <w:t xml:space="preserve">[54:07] </w:t>
      </w:r>
      <w:r>
        <w:t>basically, he wanted to say that I am an unlettered person. But as Gabriel said read, then he said also cannot read. It was, he was, he used the same language.</w:t>
      </w:r>
    </w:p>
    <w:p>
      <w:pPr>
        <w:jc w:val="right"/>
      </w:pPr>
      <w:r>
        <w:t>بیسیکلی، ہی وانٹڈ ٹو سے دیٹ ائی ایم ان لیٹرڈ پرسن۔ بٹ ایز جبرائیل سیڈ ریڈ، دین ہی سیڈ السو کاناٹ ریڈ۔ اٹ واز، ہی واز، ہی یوز دا سیم لینگویج۔</w:t>
      </w:r>
    </w:p>
    <w:p>
      <w:r>
        <w:rPr>
          <w:b/>
        </w:rPr>
        <w:t xml:space="preserve">[54:19] </w:t>
      </w:r>
      <w:r>
        <w:t>otherwise, I don't believe that there was something like paper. Some ulema like say like this, but I don't believe they is correct.</w:t>
      </w:r>
    </w:p>
    <w:p>
      <w:pPr>
        <w:jc w:val="right"/>
      </w:pPr>
      <w:r>
        <w:t>ادروائز، ائی ڈونٹ بیلیو دیٹ دیر واز سمتھنگ لائک پیپر۔ سم علماء لائک سے لائک دس، بٹ ائی ڈونٹ بیلیو دے از کریکٹ۔</w:t>
      </w:r>
    </w:p>
    <w:p>
      <w:r>
        <w:rPr>
          <w:b/>
        </w:rPr>
        <w:t xml:space="preserve">[54:29] </w:t>
      </w:r>
      <w:r>
        <w:t>Maulana, what is wisdom? It very difficult to give some definition of wisdom. Even in dictionary, you cannot find any definition.</w:t>
      </w:r>
    </w:p>
    <w:p>
      <w:pPr>
        <w:jc w:val="right"/>
      </w:pPr>
      <w:r>
        <w:t>مولانا، واٹ از وزڈم؟ اٹ ویری ڈیفیکلٹ ٹو گیو سم ڈیفینیشن اف وزڈم۔ ایون ان ڈکشنری، یو کاناٹ فائنڈ اینی ڈیفینیشن۔</w:t>
      </w:r>
    </w:p>
    <w:p>
      <w:r>
        <w:rPr>
          <w:b/>
        </w:rPr>
        <w:t xml:space="preserve">[54:42] </w:t>
      </w:r>
      <w:r>
        <w:t>but according to my experience, wisdom means that kind of thinking which correspondent to, to, to scientific facts.</w:t>
      </w:r>
    </w:p>
    <w:p>
      <w:pPr>
        <w:jc w:val="right"/>
      </w:pPr>
      <w:r>
        <w:t>بٹ اکارڈنگ ٹو مائی ایکسپیرینس، وزڈم مینز دیٹ کائنڈ اف تھنکنگ وچ کرسپونڈنٹ ٹو، ٹو، ٹو سائنٹیفک فیکٹس۔</w:t>
      </w:r>
    </w:p>
    <w:p>
      <w:r>
        <w:rPr>
          <w:b/>
        </w:rPr>
        <w:t xml:space="preserve">[54:56] </w:t>
      </w:r>
      <w:r>
        <w:t>to wisdom, scientific facts.</w:t>
      </w:r>
    </w:p>
    <w:p>
      <w:pPr>
        <w:jc w:val="right"/>
      </w:pPr>
      <w:r>
        <w:t>ٹو وزڈم، سائنٹیفک فیکٹس۔</w:t>
      </w:r>
    </w:p>
    <w:p>
      <w:r>
        <w:rPr>
          <w:b/>
        </w:rPr>
        <w:t xml:space="preserve">[55:01] </w:t>
      </w:r>
      <w:r>
        <w:t>it correspondence to scientific facts, then it is wisdom. Otherwise, it is your wishful thinking. That's only two kind of thinking.</w:t>
      </w:r>
    </w:p>
    <w:p>
      <w:pPr>
        <w:jc w:val="right"/>
      </w:pPr>
      <w:r>
        <w:t>اٹ کرسپونڈنس ٹو سائنٹیفک فیکٹس، دین اٹ از وزڈم۔ ادروائز، اٹ از کرسپونڈ سائنٹیفک۔ ادروائز، اٹ از یور وش فل تھنکنگ۔ دیٹس اونلی ٹو کائنڈ اف تھنکنگ۔</w:t>
      </w:r>
    </w:p>
    <w:p>
      <w:r>
        <w:rPr>
          <w:b/>
        </w:rPr>
        <w:t xml:space="preserve">[55:12] </w:t>
      </w:r>
      <w:r>
        <w:t>wishful thinking, wise thinking. If you are, if you are speaking according your in your own subject to feelings, that is wishful thinking.</w:t>
      </w:r>
    </w:p>
    <w:p>
      <w:pPr>
        <w:jc w:val="right"/>
      </w:pPr>
      <w:r>
        <w:t>وش فل تھنکنگ، وائز تھنکنگ۔ اف یو ار، اف یو ار سپیکنگ اکارڈنگ یور ان یور اون سبجیکٹ ٹو فیلنگز، دیٹ از وش فل تھنکنگ۔</w:t>
      </w:r>
    </w:p>
    <w:p>
      <w:r>
        <w:rPr>
          <w:b/>
        </w:rPr>
        <w:t xml:space="preserve">[55:23] </w:t>
      </w:r>
      <w:r>
        <w:t>but you are speaking by, by studying all those accounts that is available in, any in the external world.</w:t>
      </w:r>
    </w:p>
    <w:p>
      <w:pPr>
        <w:jc w:val="right"/>
      </w:pPr>
      <w:r>
        <w:t>بٹ یو ار سپیکنگ بائی، بائی سٹڈنگ ال دوز اکاؤنٹس دیٹ از اویلیبل ان، اینی ان دا ایکسٹرنل ورلڈ۔</w:t>
      </w:r>
    </w:p>
    <w:p>
      <w:r>
        <w:rPr>
          <w:b/>
        </w:rPr>
        <w:t xml:space="preserve">[55:37] </w:t>
      </w:r>
      <w:r>
        <w:t>so, if, if your statement correspondence to those facts, established facts, that is wisdom. Is by definition, not taking things at face value, but going deep into it.</w:t>
      </w:r>
    </w:p>
    <w:p>
      <w:pPr>
        <w:jc w:val="right"/>
      </w:pPr>
      <w:r>
        <w:t>سو، اف، اف یور سٹیٹمنٹ کرسپونڈنس ٹو دوز فیکٹس، اسٹیبلش فیکٹس، دیٹ از وزڈم۔ از بائی ڈیفینیشن، ناٹ ٹیکنگ تھنگز ایٹ فیس ویلیو، بٹ گوئنگ ڈیپ انٹو اٹ۔</w:t>
      </w:r>
    </w:p>
    <w:p>
      <w:r>
        <w:rPr>
          <w:b/>
        </w:rPr>
        <w:t xml:space="preserve">[55:49] </w:t>
      </w:r>
      <w:r>
        <w:t>excellent, excellent.</w:t>
      </w:r>
    </w:p>
    <w:p>
      <w:pPr>
        <w:jc w:val="right"/>
      </w:pPr>
      <w:r>
        <w:t>ایکسیلنٹ، ایکسیلنٹ۔</w:t>
      </w:r>
    </w:p>
    <w:p>
      <w:r>
        <w:rPr>
          <w:b/>
        </w:rPr>
        <w:t xml:space="preserve">[55:51] </w:t>
      </w:r>
      <w:r>
        <w:t>sir, rational thinking record wise thinking. Both are synonyms.</w:t>
      </w:r>
    </w:p>
    <w:p>
      <w:pPr>
        <w:jc w:val="right"/>
      </w:pPr>
      <w:r>
        <w:t>سر، ریشنل تھنکنگ ریکارڈ وائز تھنکنگ۔ بوتھ ار سونیمس۔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