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Ramadan April 3, 2022 Prof. Farida Khanam</w:t>
      </w:r>
    </w:p>
    <w:p>
      <w:r>
        <w:t>https://www.youtube.com/watch?v=cj5T0Atpeu8</w:t>
      </w:r>
    </w:p>
    <w:p>
      <w:r>
        <w:rPr>
          <w:b/>
        </w:rPr>
        <w:t xml:space="preserve">[00:11] </w:t>
      </w:r>
      <w:r>
        <w:t>Assalam Alaikum. On behalf of CPS International, we wish you all Ramadan Mubarak. As you know that the sighting of the moon on the last evening of the month of Shaban, that is the eighth month of the lunar calendar, marks the commencement of the month of fasting, which is the ninth month of the lunar calendar.</w:t>
      </w:r>
    </w:p>
    <w:p>
      <w:pPr>
        <w:jc w:val="right"/>
      </w:pPr>
      <w:r>
        <w:t>अस्सलाम अलेकुम. On behalf of CPS International, we wish you all Ramadan Mubarak. As you know that the sighting of the moon on the last evening of the month of Shaban, that is the eighth month of the lunar calendar, marks the commencement of the month of fasting, which is the ninth month of the lunar calendar.</w:t>
      </w:r>
    </w:p>
    <w:p>
      <w:r>
        <w:rPr>
          <w:b/>
        </w:rPr>
        <w:t xml:space="preserve">[00:35] </w:t>
      </w:r>
      <w:r>
        <w:t>So, sighting of the moon helps a believer prepare psychologically for the month of fasting. It evokes a feeling that the time has come to revolutionize one's life. Fasting is a special training for every man and woman to lead a principal life.</w:t>
      </w:r>
    </w:p>
    <w:p>
      <w:pPr>
        <w:jc w:val="right"/>
      </w:pPr>
      <w:r>
        <w:t>So, sighting of the moon helps a believer prepare psychologically for the month of fasting. It evokes a feeling that the time has come to revolutionize one's life. Fasting is a special training for every man and woman to lead a principal life.</w:t>
      </w:r>
    </w:p>
    <w:p>
      <w:r>
        <w:rPr>
          <w:b/>
        </w:rPr>
        <w:t xml:space="preserve">[00:56] </w:t>
      </w:r>
      <w:r>
        <w:t>So today we will be talking about the spirit of ramzan with professor farida khanam whom we lovingly call as apa. To chaliye baatchit karte hain farida apa ke saath. Assalam walikum apa kaisi hain? Alaikum assalam. Apa sabse pehle to hum aapse yahi janana chahenge ki what is the significance of ramzan? Iske baare mein bataein.</w:t>
      </w:r>
    </w:p>
    <w:p>
      <w:pPr>
        <w:jc w:val="right"/>
      </w:pPr>
      <w:r>
        <w:t>So today we will be talking about the spirit of रमादान with professor फरीदा खानाम whom we lovingly call as आपा. तो चलिए बातचीत करते हैं फरीदा आपा के साथ. अस्सलाम वालिकुम आपा कैसी हैं? अलीब स्लाम. आपा सबसे पहले तो हम आपसे यही जानना चाहेंगे कि what is the significance of रमादान? इसके बारे में बताएं.</w:t>
      </w:r>
    </w:p>
    <w:p>
      <w:r>
        <w:rPr>
          <w:b/>
        </w:rPr>
        <w:t xml:space="preserve">[01:23] </w:t>
      </w:r>
      <w:r>
        <w:t>Ramzan roze ka jo arbi mein lafz hai saum. Saum se hi roze ki spirit maloom hoti hai. Saum ke maane hai rukna. Sayyam kehte hai rukne wala. To yeh matlab hai ki taqwah ki ek tarbiyat hai. Insan ko is duniya mein aazadi di gayi hai lekin woh ek limited freedom hai.</w:t>
      </w:r>
    </w:p>
    <w:p>
      <w:pPr>
        <w:jc w:val="right"/>
      </w:pPr>
      <w:r>
        <w:t>रमादान रोज़े का जो अरबी में लफ्ज़ है सौम. सौम से ही रोज़े की spirit मालूम होती है. सौम के माने है रुकना. सायम कहते है रुकने वाला. तो यह मतलब है कि तखवाह की एक तरबीयत है. इंसान को इस दुनिया में आज़ादी दी गई है लेकिन वह एक limited freedom है.</w:t>
      </w:r>
    </w:p>
    <w:p>
      <w:r>
        <w:rPr>
          <w:b/>
        </w:rPr>
        <w:t xml:space="preserve">[01:49] </w:t>
      </w:r>
      <w:r>
        <w:t>Lekin aksar aisa hota hai ki hum misled ho jaate hain aur freedom ko absolute sense mein samjhkar apne desire ke mutabik apni zindagi guzarnay lagte hain.</w:t>
      </w:r>
    </w:p>
    <w:p>
      <w:pPr>
        <w:jc w:val="right"/>
      </w:pPr>
      <w:r>
        <w:t>लेकिन अक्सर ऐसा होता है कि हम misled हो जाते हैं और freedom को absolute sense में समझकर अपने desire के मुताबिक अपनी ज़िंदगी गुज़ारने लगते हैं.</w:t>
      </w:r>
    </w:p>
    <w:p>
      <w:r>
        <w:rPr>
          <w:b/>
        </w:rPr>
        <w:t xml:space="preserve">[02:02] </w:t>
      </w:r>
      <w:r>
        <w:t>To isiliye har saal ek mahine ke liye ramzan aata hai taaki hamein yaad dilaye ki yeh hamari jo freedom hamein jo duniya mein di gayi hai woh ek limited freedom hai aur hamein apni khwahish ko rehnuma banane ki bajaye hamein khuda ki marzi ko rehnuma banana hai. To yahi ramzan, ek to ramzan ka ek form hai, roze ka ek form hai aur ek spirit hai.</w:t>
      </w:r>
    </w:p>
    <w:p>
      <w:pPr>
        <w:jc w:val="right"/>
      </w:pPr>
      <w:r>
        <w:t>तो इसीलिए हर साल एक महीने के लिए रमज़ान आता है ताकि हमें याद दिलाए कि यह हमारी जो freedom हमें जो दुनिया में दी गई है वह एक limited freedom है और हमें अपनी ख्वाहिश को रहनुमा बनाने की बजाय हमें कौधा की मर्ज़ी को रहनुमा बनाना है. तो यही रमज़ान, एक तो रमज़ान का एक farm है, रोज़े का एक farm है और एक spirit है.</w:t>
      </w:r>
    </w:p>
    <w:p>
      <w:r>
        <w:rPr>
          <w:b/>
        </w:rPr>
        <w:t xml:space="preserve">[02:30] </w:t>
      </w:r>
      <w:r>
        <w:t>To form to wahi hai, subah se shaam tak khana peena se ruk jaana aur iftar ke baad roza kholna yahi sab form hai, namaz padhna panch waqt tarabi ki namaz hoti hai. Lekin uski spirit mein bahut saari baatein hain jinka hamein lihaaz rakhna hota hai. To roza jo hai quran mein aaya hai ki har ummat par farz kiya gaya tha.</w:t>
      </w:r>
    </w:p>
    <w:p>
      <w:pPr>
        <w:jc w:val="right"/>
      </w:pPr>
      <w:r>
        <w:t>तो farm तो वही है, सुबह से शाम तक खाना पीना से रुक जाना और रिफ्तार के बाद रोज़ा खोलना यही सब farm है, नमाज़ पढ़ना पांचों बहुत तराबी की नमाज़ होती है. लेकिन उसकी spirit में बहुत सारी बातें हैं जिनका हमें लिहाज रखना होता है. तो रोज़ा जो है कुरान में आया है कि हर उम्मीद पर फर्ज किया गया था.</w:t>
      </w:r>
    </w:p>
    <w:p>
      <w:r>
        <w:rPr>
          <w:b/>
        </w:rPr>
        <w:t xml:space="preserve">[02:59] </w:t>
      </w:r>
      <w:r>
        <w:t>Lekin yeh nahi maloom ki poore mahine ka roza farz hua tha ya chand dino ka kyunki islam se pehle bhi sahaba mein teen din ke roze rakhte the. To chup ka bhi roza hota tha. Jaise hazrat maryam ne chup ka roza rakha tha jab hazrat isa alaihissalam paida hue the.</w:t>
      </w:r>
    </w:p>
    <w:p>
      <w:pPr>
        <w:jc w:val="right"/>
      </w:pPr>
      <w:r>
        <w:t>लेकिन यह नहीं मालूम कि पूरे महीने का रोज़ा फर्ज हुआ था या चंद दिनों का क्योंकि इस्लाम से पहले भी सहाबाज में तीन दिन के रोधे रखते थे. तो चुप का भी रोधा होता था. जैसे हजरत मरियम ने चुप का रोज़ा रखा था जब हज़रत इस आलिश्लाम पैदा हुए थे.</w:t>
      </w:r>
    </w:p>
    <w:p>
      <w:r>
        <w:rPr>
          <w:b/>
        </w:rPr>
        <w:t xml:space="preserve">[03:23] </w:t>
      </w:r>
      <w:r>
        <w:t>To islam mein jo ramzan ke roze farz hue hain, woh hijrat ke baad hue hain. Yeh second year of hijrat hai jab ramzan ke roze farz hue. To usmein roze ke bahut saare fawaid hain. Kabhi kaha gaya hai ki shahrul muwasat hai, kabhi sabr ka mahina hai, kabhi shukr ka mahina hai, kabhi allah taala ko yaad karne ka mahina hai.</w:t>
      </w:r>
    </w:p>
    <w:p>
      <w:pPr>
        <w:jc w:val="right"/>
      </w:pPr>
      <w:r>
        <w:t>तो इस्लाम में जो रमज़ान के रोज़े फर्ज हुए हैं, वो हिजरात के बाद हुए हैं. ये second year of हिजरात है जब रमज़ान के रोज़े फर्ज हुए. तो उसमें रोज़े के बहुत सारे फवायद हैं. कभी कहा गया है कि शारुल मौआसात है, कभी सब्र का महीना है, कभी शुक्र का महीना है, कभी अल्लाह तालक याद करने का महीना है.</w:t>
      </w:r>
    </w:p>
    <w:p>
      <w:r>
        <w:rPr>
          <w:b/>
        </w:rPr>
        <w:t xml:space="preserve">[03:48] </w:t>
      </w:r>
      <w:r>
        <w:t>To iske bahut saare naam hain aur iske bahut saare fawaid hain. To poora ek mahina hamein mil jaata hai. Iske liye ki humko yeh faayde haasil hon ismein zyada se zyada log quran padhte hain aur zyada se zyada nafil namaze padhte hain, allah ko zyada se zyada yaad karte hain.</w:t>
      </w:r>
    </w:p>
    <w:p>
      <w:pPr>
        <w:jc w:val="right"/>
      </w:pPr>
      <w:r>
        <w:t>तो इसके बहुत सारे नाम है और इसके बहुत सारे फवायद हैं. तो पूरा एक महीना हमें मिल जाता है. इसके लिए कि हमको यह फ़ायदे हासिल हों इसमें ज़्यादा से ज़्यादा लोग कुरान पढ़ते हैं और ज़्यादा से ज़्यादा नफिल नमाज़े पढ़ते हैं, अल्लाह को ज़्यादा से ज़्यादा याद करते हैं.</w:t>
      </w:r>
    </w:p>
    <w:p>
      <w:r>
        <w:rPr>
          <w:b/>
        </w:rPr>
        <w:t xml:space="preserve">[04:10] </w:t>
      </w:r>
      <w:r>
        <w:t>To yeh ek mahina hai jismein humko do's and don'ts yaani jo bhi forbidden cheezein hain, uske baare mein bahut zyada mohtat hona padta hai jisko taqwah kaha gaya hai. To yeh hai spirit of ramzan ke baare mein hum abhi kuch aur detail mein baat karenge. Ji, jaza kalla apa.</w:t>
      </w:r>
    </w:p>
    <w:p>
      <w:pPr>
        <w:jc w:val="right"/>
      </w:pPr>
      <w:r>
        <w:t>तो यह एक महीना है जिसमें हम को do's and don'ts यानी जो भी forbidden चीज़ें हैं, उसके बारे में बहुत ज़्यादा मोहतात होना पड़ता है जिसको तक़वाह कहा गया है. तो यह है spirit of रमज़ान के बारे में हम अभी कुछ और detail में बात करेंगे. जी, जज़ा गल्ला आपत.</w:t>
      </w:r>
    </w:p>
    <w:p>
      <w:r>
        <w:rPr>
          <w:b/>
        </w:rPr>
        <w:t xml:space="preserve">[04:33] </w:t>
      </w:r>
      <w:r>
        <w:t>The true fast is that form from which we learn the lesson of self discipline aur self discipline jo hai woh bahut ahim cheez hai. Agar hum self discipline ko apni zindagi mein ikhtiyar karein to it also gets converted into big reward. Haan par there is a hadith where prophet of islam had said that there are people who keep fast but they don't get anything in return except hunger and thirst.</w:t>
      </w:r>
    </w:p>
    <w:p>
      <w:pPr>
        <w:jc w:val="right"/>
      </w:pPr>
      <w:r>
        <w:t>The true fast is that form from which we learn the lesson of self discipline और self discipline जो है वह बहुत अहम् चीज़ है. अगर हम self discipline को अपनी ज़िंदगी में इख्तैयार करें तो it also gets converted into big reward. हाँ पर there is a hadith where prophet of islam had said that there are people who keep fast but they don't get anything in return except hunger and thirst.</w:t>
      </w:r>
    </w:p>
    <w:p>
      <w:r>
        <w:rPr>
          <w:b/>
        </w:rPr>
        <w:t xml:space="preserve">[05:03] </w:t>
      </w:r>
      <w:r>
        <w:t>To why did prophet of islam say that? Isko bhi zara wazeh karein. Yeh ibadat mein sab har ibadat ka ek form hota hai aur ek spirit hoti hai. To jab tak spirit na ho to sirf form jo hai uski koi value nahi hai. Form ki value jab hai jab uske saath spirit shamil ho to isi tarike se roze mein bhi hai. To uska form to yahi hai khana peene se ruk jaana.</w:t>
      </w:r>
    </w:p>
    <w:p>
      <w:pPr>
        <w:jc w:val="right"/>
      </w:pPr>
      <w:r>
        <w:t>तो why did prophet of islam say that? इसको भी जरा वाज़े करें. यह इबादात में सब हर इबादत का एक form होता है और एक spirit होती है. तो जब तक spirit ना हो तो सिर्फ form जो है उसकी कोई value नहीं है. Form की value जब है जब उसके साथ spirit शामिल हो तो इसी तरीके से रोज़े में भी है. तो उसका farm तो यही है खाना पीने से रुक जाना.</w:t>
      </w:r>
    </w:p>
    <w:p>
      <w:r>
        <w:rPr>
          <w:b/>
        </w:rPr>
        <w:t xml:space="preserve">[05:30] </w:t>
      </w:r>
      <w:r>
        <w:t>To yeh form hai uska, lekin spirit hai ki usko poore tareeke se hum allah ki yaad mein apna poora waqt guzarein aur uski poori spirit ke saath roza rakhein. Spirit mein sabse zyada yeh hai ki hum har tarah ke moral evil se bachne ki poori koshish karein, taqwah tayyar karein, aur har tarah se jo hai, apne desire ko control karein, jisko self control kehte hain.</w:t>
      </w:r>
    </w:p>
    <w:p>
      <w:pPr>
        <w:jc w:val="right"/>
      </w:pPr>
      <w:r>
        <w:t>तो यह farm है उसका, लेकिन spirit है कि उसको पूरे तरीके से हम अल्लाह की याद में अपना पूरा वक्त गुज़ारे और उसकी पूरी spirit के साथ रोज़ा रखें. Spirit में सबसे ज़्यादा यह है कि हम हर तरह के moral evil से बचने की पूरी कोशिश करें, तक़वाहिक तैयार करें, और हर तरह से जो है, अपने desire को control करें, जिसको self control कहते हैं.</w:t>
      </w:r>
    </w:p>
    <w:p>
      <w:r>
        <w:rPr>
          <w:b/>
        </w:rPr>
        <w:t xml:space="preserve">[06:00] </w:t>
      </w:r>
      <w:r>
        <w:t>Apne desires se bachein ki sirf woh raasta ikhtiyar karein, jiska allah taala ne hamein ijazat di hai. To roza jo hai sirf khana aur peena chhodne ka naam nahi hai balki un tamam cheezon se ruk jaana hai jisko rukne ke liye khuda ne hukum diya hai. To doosra sabse badi cheez hai shukr ilahi.</w:t>
      </w:r>
    </w:p>
    <w:p>
      <w:pPr>
        <w:jc w:val="right"/>
      </w:pPr>
      <w:r>
        <w:t>अपने desires से बचे हैं कि सिर्फ वह रास्ता इख्तैयार करें, जिसका अल्लाह तालाह ने हमें इजाज़त दी है. तो रोज़ा जो है सिर्फ खाना और पीना छोड़ने का नाम नहीं है बल्कि उन तमाम चीज़ों से रुक जाना है जिसको रुकने के लिए खुदा ने हुक्म दिया है. तो दूसरा सबसे बड़ी चीज़ है शुक्र इलाही.</w:t>
      </w:r>
    </w:p>
    <w:p>
      <w:r>
        <w:rPr>
          <w:b/>
        </w:rPr>
        <w:t xml:space="preserve">[06:26] </w:t>
      </w:r>
      <w:r>
        <w:t>Asal mein roze mein kya hai ki shukr ka jo hai bahut zyada ehsaas hota hai kyunki insan ko sabse zyada insan ke liye jo cheez zaroori hai, woh hai khana peena aur usi se aadmi ko rukna padta hai, aur khaas taur par garmi ke roze mein paani ki wajah se bahut zyada ehsaas hota hai ki paani kitni badi nemat hai allah taala ki.</w:t>
      </w:r>
    </w:p>
    <w:p>
      <w:pPr>
        <w:jc w:val="right"/>
      </w:pPr>
      <w:r>
        <w:t>असल में रोज़े में क्या है कि शुक्र का जो है बहुत ज़्यादा एहसास होता है क्योंकि इंसान को सबसे ज़्यादा इंसान के लिए जो चीज़ ज़रूरी है, वह है खाना पीना और उसी से आदमी को रुकना पड़ता है, और खास तौर पर गर्मी के रोज़े में पानी की वजह से बहुत ज़्यादा एहसास होता है कि पानी कितनी बड़ी नेमत है अल्लाह ताला की.</w:t>
      </w:r>
    </w:p>
    <w:p>
      <w:r>
        <w:rPr>
          <w:b/>
        </w:rPr>
        <w:t xml:space="preserve">[06:51] </w:t>
      </w:r>
      <w:r>
        <w:t>To yeh sab shukr jab bhi paida hota hai, jab hum un kaifiyat se guzarein, jab humko har bahut har cheez milti rehti hai, to phir hamein ehsaas hi nahi hota ki yeh sab cheezein khuda ki kitni badi nemat hain. To us nemat ka ehsaas karane ke liye roza allah taala ne farz kiya hai.</w:t>
      </w:r>
    </w:p>
    <w:p>
      <w:pPr>
        <w:jc w:val="right"/>
      </w:pPr>
      <w:r>
        <w:t>तो यह सब शुक्र जब भी पैदा होता है, जब हम उन कैफियाद से गुज़रें, जब हमको हर बहुत हर चीज़ मिलती रहती है, तो फिर हमें एहसास ही नहीं होता कि यह सब चीज़ें खुदा की कितनी बड़ी नेमत हैं. तो उस नेमत का एहसास कराने के लिए रोज़ा अल्लाह तालाह ने फर्ज किया है.</w:t>
      </w:r>
    </w:p>
    <w:p>
      <w:r>
        <w:rPr>
          <w:b/>
        </w:rPr>
        <w:t xml:space="preserve">[07:13] </w:t>
      </w:r>
      <w:r>
        <w:t>Nahi to allah taala woh kisi bando se, bando ko koi takleef mein daalne ka koi allah taala ka maqsad nahi hai, balki woh bahut saari aisi cheezein hoti hain jab aadmi kuch kaifiyat se guzarta hai, tabhi usko baatein samajh mein aati hain. To jab tak hum un kaifiyat se na guzarein bhookh aur pyaas ki tab tak hum uski qadr qeemat nahi samajh sakte.</w:t>
      </w:r>
    </w:p>
    <w:p>
      <w:pPr>
        <w:jc w:val="right"/>
      </w:pPr>
      <w:r>
        <w:t>नहीं तो अल्लाह तालाह वह किसी बंदों से, बंदों को कोई तकलीफ में डालने का कोई अल्लाह तालाह का मकसद नहीं है, बल्कि वो बहुत सारी ऐसी चीज़ें होती हैं जब आदमी कुछ कैफियाद से गुज़रता है, तभी उसको बातें समझ में आती हैं. तो जब तक हम उनके एफियाज से न गुज़रें भूख और प्याज की तब तक हम उसकी कद्र कीमत नहीं समझ सकते.</w:t>
      </w:r>
    </w:p>
    <w:p>
      <w:r>
        <w:rPr>
          <w:b/>
        </w:rPr>
        <w:t xml:space="preserve">[07:40] </w:t>
      </w:r>
      <w:r>
        <w:t>Main yahan ek misaal aapko deti hoon ki ek, ek billionaire ki daughter thi, chhoti daughter. Ab Europe America mein to bachchon se bhi chhote chhote likhwate hain ki kuch bhi apne pet par, apne ghar par, is tarah se kuch likho. To ek billionaires ki daughter ko kaha gaya ki tum ek gareeb aadmi par ek kuch likh kar le aao. Ab woh billionaire ki daughter ne gareebi dekhi nahi thi.</w:t>
      </w:r>
    </w:p>
    <w:p>
      <w:pPr>
        <w:jc w:val="right"/>
      </w:pPr>
      <w:r>
        <w:t>मैं यहाँ एक मिसाल आपको देती हूँ कि एक, एक billionaire की daughter थी, छोटी daughter. अब Europe America में तो बच्चों से भी छोटे छोटे लिखवाते हैं कि कुछ भी अपने pet पर, अपने घर पर, इस तरह से कुछ लिखो. तो एक billionaires की daughter को कहा गया कि तुम एक गरीब आदमी पर एक कुछ लिख कर ले आओ. अब वो billionaire की daughter ने गरीबी देखी नहीं थी.</w:t>
      </w:r>
    </w:p>
    <w:p>
      <w:r>
        <w:rPr>
          <w:b/>
        </w:rPr>
        <w:t xml:space="preserve">[08:09] </w:t>
      </w:r>
      <w:r>
        <w:t>To woh likh kar le aayi ki ek, ek gareeb aadmi tha. Uska shauhar bhi gareeb tha. Uska cook bhi gareeb tha. Uska guard bhi gareeb tha. Uske, uske har cheez thi lekin sab gareeb the. To woh billionaires ke daughter ne kabhi gareebi dekha hi nahi tha.</w:t>
      </w:r>
    </w:p>
    <w:p>
      <w:pPr>
        <w:jc w:val="right"/>
      </w:pPr>
      <w:r>
        <w:t>तो वो लिख कर ले आई कि एक, एक गरीब आदमी था. उसका शाफर भी गरीब था. उसका cook भी गरीब था. उसका guard भी गरीब था. उसके, उसके हर चीज़ थी लेकिन सब गरीब थे. तो वो billionaires के daughter ने कभी गरीबी देखा ही नहीं था.</w:t>
      </w:r>
    </w:p>
    <w:p>
      <w:r>
        <w:rPr>
          <w:b/>
        </w:rPr>
        <w:t xml:space="preserve">[08:29] </w:t>
      </w:r>
      <w:r>
        <w:t>To aise hi haal ho raha hai ki insan ko jab din raat usko har cheez apni zaroorat ke mutabik usko milti rehti hai, to usko ehsaas nahi hota. To yeh roza jo hai is, iska ehsaas dilane ke liye hai ki hamein yeh jo saari cheezein mili hain, yeh khuda ki taraf se mili hui hain aur iska hamein shukr karna hai aur shukr hi jo hai uski price hai.</w:t>
      </w:r>
    </w:p>
    <w:p>
      <w:pPr>
        <w:jc w:val="right"/>
      </w:pPr>
      <w:r>
        <w:t>तो ऐसे ही हाल हो रहा है कि इंसान को जब दिन रात उसको हर चीज़ अपनी ज़रूरत के मुताबिक उसको मिलती रहती है, तो उसको एहसास नहीं होता. तो यह रोज़ा जो है इस, इसका एहसास दिलाने के लिए है कि हमें यह जो सारी चीज़ें मिली हैं, यह खुदा की तरफ से मिली हुई हैं और इसका हमें शुक्र करना है और शुक्र ही जो है उसकी price है.</w:t>
      </w:r>
    </w:p>
    <w:p>
      <w:r>
        <w:rPr>
          <w:b/>
        </w:rPr>
        <w:t xml:space="preserve">[08:56] </w:t>
      </w:r>
      <w:r>
        <w:t>Jaise ki moron ne bataya hai ki yeh shukr jo hai wahi price hai. La in shakkartum la azeedannakum. Agar tum shukr karoge to main tumko aur zyada dunga. Kyunki allah taala hum kisi aur cheez ka return to de nahi sakte hain. Allah ke paas kisi cheez ki koi kami nahi hai. Allah dene wala hai, hum lene wale hain. To yahi shukr hai jisko acknowledgement hai, jo hamein khuda ko wapas lautana hai.</w:t>
      </w:r>
    </w:p>
    <w:p>
      <w:pPr>
        <w:jc w:val="right"/>
      </w:pPr>
      <w:r>
        <w:t>जैसे कि moron ने बताया है कि यह शुक्र जो है वही price है. लाइन शकर तुम लाजी धन नकुम. अगर तुम शुक्र करोगे तो मैं तुमको और ज़्यादा दूंगा. क्योंकि अल्लाह तालक हम किसी और चीज़ का return तो दे नहीं सकते हैं. अल्लाह के पास किसी चीज़ की कोई कमी नहीं है. अल्लाह देने वाला है, हम लेने वाले हैं. तो यही शुक्र है जिसको acknowledgement है, जो हमें खुदा को वापस लौटाना है.</w:t>
      </w:r>
    </w:p>
    <w:p>
      <w:r>
        <w:rPr>
          <w:b/>
        </w:rPr>
        <w:t xml:space="preserve">[09:24] </w:t>
      </w:r>
      <w:r>
        <w:t>To yeh shukr ka ehsaas jab bhi hota hai, jab hum in in tamam kaifiyat se hum guzarein aur doosri baat yeh hai ki roze mein quran ka bahut zyada ihtimam hota hai. Log individually bhi quran padhte hain aur tarabi mein yeh ihtimam hota hai ki poora quran jo hai woh namaz ki haalat mein padha jaaye.</w:t>
      </w:r>
    </w:p>
    <w:p>
      <w:pPr>
        <w:jc w:val="right"/>
      </w:pPr>
      <w:r>
        <w:t>तो यह शुक्र का एहसास जब भी होता है, जब हम इन इन तमाम कैफियाद से हम गुज़रें और दूसरी बात यह है कि रोज़े में कुरान का बहुत ज़्यादा हित्माम होता है. लोग individually भी कुरान पढ़ते हैं और तराबी में यह हित्माम होता है कि पूरा कुरान जो है वो नमाज़ की हालत में पढ़ा जाए.</w:t>
      </w:r>
    </w:p>
    <w:p>
      <w:r>
        <w:rPr>
          <w:b/>
        </w:rPr>
        <w:t xml:space="preserve">[09:48] </w:t>
      </w:r>
      <w:r>
        <w:t>To usse bahut zyada uski spirit jo hai woh imbibe ho sakti hai. Lekin yeh hai ki aajkal bahut farfar farfar quran padhte hain. Usse koi fayda nahi hoga. Woh bhi wahi form hai. Woh tarabi ki form hai aur tadabbur aur tafakkur ke saath quran padhna woh spirit hai. To spirit zaroori hai warna uska koi jawab nahi.</w:t>
      </w:r>
    </w:p>
    <w:p>
      <w:pPr>
        <w:jc w:val="right"/>
      </w:pPr>
      <w:r>
        <w:t>तो उससे बहुत ज़्यादा उसकी spirit जो है वो इंभाईब हो सकती है. लेकिन यह है कि आजकल बहुत फ़रफ़र फ़रफ़र कुरान पढ़ते हैं. उससे कोई फ़ायदा नहीं होगा. वह भी वही farm है. वह तराबी की farm है और तदब्बर और तफखुर के साथ कुरान पढ़ना वह spirit है. तो spirit ज़रूरी है वरना उसका कोई जवाब नहीं.</w:t>
      </w:r>
    </w:p>
    <w:p>
      <w:r>
        <w:rPr>
          <w:b/>
        </w:rPr>
        <w:t xml:space="preserve">[10:12] </w:t>
      </w:r>
      <w:r>
        <w:t>Kyunki ek baar hazrat aisha se kisi ne kaha ki kuch log hain woh ek hi sitting mein poora quran padh daalte hain. To hazrat aisha ne kaha ki karo walum yaqra. Unhone padha magar nahi padha. Yaani unhone usko tadabbur ke saath nahi padha. Quran tadabbur, tadabbur ki kitab hai. Maulana nami naseem isai ki jo tafsir hai uska naam hi hai tadabbur hai quran.</w:t>
      </w:r>
    </w:p>
    <w:p>
      <w:pPr>
        <w:jc w:val="right"/>
      </w:pPr>
      <w:r>
        <w:t>क्योंकि एक बार हजरत आशा से किसी ने कहा कि कुछ लोग हैं वह एक ही sitting में पूरा कुरान पढ़ डालते हैं. तो हजरत अयशा ने कहा कि करो वलम या करो. उन्होंने पढ़ा मगर नहीं पढ़ा. यानी उन्होंने उसको तदब्बूर के साथ नहीं पढ़ा. कुरान तदब्बूर, तदब्बूर की किताब है. मौरानामीय नसन इस्लाई की जो तफ्सीर है उसका नाम ही है तदब्बूर है कुरान.</w:t>
      </w:r>
    </w:p>
    <w:p>
      <w:r>
        <w:rPr>
          <w:b/>
        </w:rPr>
        <w:t xml:space="preserve">[10:40] </w:t>
      </w:r>
      <w:r>
        <w:t>To quran tadabbur aur tafakkur ki kitab hai na ki farfar farfar padhne ki. To humko har amal jo yeh baat hai amal hamein karna hai, woh poori spirit ke saath karna hai. Warna hamara roza wahi ho jayega ki bhookh pyaas ke samay hamein kuch nahi milega. Ji, aap aap har rozedaar roza shuru karne se pehle sehri leta hai.</w:t>
      </w:r>
    </w:p>
    <w:p>
      <w:pPr>
        <w:jc w:val="right"/>
      </w:pPr>
      <w:r>
        <w:t>तो कुरान तदब्बूर और तफकुर की किताब है ना कि फ़रफ़र फ़रफ़र पढ़ने की. तो हमको हर अमल जो यह बात है अमल हमें करना है, वह पूरी spirit के साथ करना है. वरना हमारा रोज़ा वही हो जाएगा कि भूख प्याज के समय हमें कुछ नहीं मिलेगा. जी, आप आप हर रोज़ेदार रोज़ा शुरू करने से पहले सहरी लेता है.</w:t>
      </w:r>
    </w:p>
    <w:p>
      <w:r>
        <w:rPr>
          <w:b/>
        </w:rPr>
        <w:t xml:space="preserve">[11:08] </w:t>
      </w:r>
      <w:r>
        <w:t>achha, aksar yeh bhi aap dekha gaya hai khasoosan aajkal ke jo youths hain naujawan ke sehri ko</w:t>
      </w:r>
    </w:p>
    <w:p>
      <w:pPr>
        <w:jc w:val="right"/>
      </w:pPr>
      <w:r>
        <w:t>अच्छा, अक्सर यह भी आप देखा गया है खासकर आजकल के जो youths हैं नौजवान कि सहरी को</w:t>
      </w:r>
    </w:p>
    <w:p>
      <w:r>
        <w:rPr>
          <w:b/>
        </w:rPr>
        <w:t xml:space="preserve">[11:23] </w:t>
      </w:r>
      <w:r>
        <w:t>miss kar dete hain.</w:t>
      </w:r>
    </w:p>
    <w:p>
      <w:pPr>
        <w:jc w:val="right"/>
      </w:pPr>
      <w:r>
        <w:t>miss कर देते हैं.</w:t>
      </w:r>
    </w:p>
    <w:p>
      <w:r>
        <w:rPr>
          <w:b/>
        </w:rPr>
        <w:t xml:space="preserve">[11:39] </w:t>
      </w:r>
      <w:r>
        <w:t>halanki prophet said to his companions that eat sehri because sehri is a blessing.</w:t>
      </w:r>
    </w:p>
    <w:p>
      <w:pPr>
        <w:jc w:val="right"/>
      </w:pPr>
      <w:r>
        <w:t>हालांकि prophet said to his companions that eat सहरी because सहरी is a blessing.</w:t>
      </w:r>
    </w:p>
    <w:p>
      <w:r>
        <w:rPr>
          <w:b/>
        </w:rPr>
        <w:t xml:space="preserve">[11:55] </w:t>
      </w:r>
      <w:r>
        <w:t>to sehri ke kya significance hai iske baare mein bhi aap hum sabko bataein?</w:t>
      </w:r>
    </w:p>
    <w:p>
      <w:pPr>
        <w:jc w:val="right"/>
      </w:pPr>
      <w:r>
        <w:t>तो सहरी के क्या significance है इसके बारे में भी आप हम सबको बताएं?</w:t>
      </w:r>
    </w:p>
    <w:p>
      <w:r>
        <w:rPr>
          <w:b/>
        </w:rPr>
        <w:t xml:space="preserve">[12:11] </w:t>
      </w:r>
      <w:r>
        <w:t>tumko di hai to usko mat chhodo. matlab allah taala ne jo aasaniyan hamein di hain, us, us aasani ko mat chhodo. kyunki woh allah ki di hui hain. to shehri hamein khuda ki rehmat ko yaad dilate hi hain. to har mushkil ke saath aasani hai. to jo hum, hamein allah ke hukum ko follow karna hai. yeh nahi ki sirf bhookhe pyase rehna hai. agar allah taala khane ko keh raha hai to hum khaein.</w:t>
      </w:r>
    </w:p>
    <w:p>
      <w:pPr>
        <w:jc w:val="right"/>
      </w:pPr>
      <w:r>
        <w:t>तुमको दी है तो उसको मत छोड़ो. मतलब अल्लाह ताला ने जो आसानियाँ हमें दी हैं, उस, उस आसानी को मत छोड़ो. क्योंकि वह अल्लाह की दी हुई हैं. तो शेरी हमें खुदा की रहमत को याद दिलाते ही हैं. तो हर मुश्किल के साथ आसानी है. तो जो हम, हमें अल्लाह के हुक्म को follow करना है. यह नहीं कि सिर्फ भूखे प्यासे रहना है. अगर अल्लाह तालाह खाने को कह रहा है तो हम खाएं.</w:t>
      </w:r>
    </w:p>
    <w:p>
      <w:r>
        <w:rPr>
          <w:b/>
        </w:rPr>
        <w:t xml:space="preserve">[12:39] </w:t>
      </w:r>
      <w:r>
        <w:t>allah taala khana se rokne ko keh raha hai to khana se apne aap ko rokein. allah ke hukum ko hamein follow karna hai. isi mein hamein saara reward jo hai woh isi mein, isi mein hai. to hamein shehri khani chahiye. bahut saare log shehri nahi khate hain. ji ji. to woh sahi nahi karte hain. ji.</w:t>
      </w:r>
    </w:p>
    <w:p>
      <w:pPr>
        <w:jc w:val="right"/>
      </w:pPr>
      <w:r>
        <w:t>अल्लाह तालाख खाना से रोकने को कह रहा है तो खाना से अपने आप को रोकें. अल्लाह के हुक्म को हमें follow करना है. इसी में हमें सारा reward जो है वह इसी में, इसी में है. तो हमें शेरी खानी चाहिए. बहुत सारे लोग शेरी नहीं खाते हैं. जी जी. तो वह सही नहीं करते हैं. जी.</w:t>
      </w:r>
    </w:p>
    <w:p>
      <w:r>
        <w:rPr>
          <w:b/>
        </w:rPr>
        <w:t xml:space="preserve">[13:01] </w:t>
      </w:r>
      <w:r>
        <w:t>aapa jaise aapne abhi zikr bhi kiya quran ka ki quran padha jata hai and as we know that quran was revealed in the month of ramadan and over a period of twenty three years then entire quran was revealed to prophet mohammad. aapka ek sawal yeh bhi aata hai ki jaise ki hum jaante hain ki quran is one of the biggest reward for entire humanity. so how does quran become a guiding force?</w:t>
      </w:r>
    </w:p>
    <w:p>
      <w:pPr>
        <w:jc w:val="right"/>
      </w:pPr>
      <w:r>
        <w:t>आपा जैसे आपने अभी ज़िक्र भी किया कुरान का कि कुरान पढ़ा जाता है and as we know that कुरान was revealed in the month of रमादान and over a period of twenty three years then entire कुरान was revealed to prophet मोहम्मद. आपका एक सवाल यह भी आता है कि जैसे कि हम जानते हैं कि कुरान is one of the biggest reward for entire humanity. So how does कुरान become a guiding force?</w:t>
      </w:r>
    </w:p>
    <w:p>
      <w:r>
        <w:rPr>
          <w:b/>
        </w:rPr>
        <w:t xml:space="preserve">[13:29] </w:t>
      </w:r>
      <w:r>
        <w:t>aur how does it increases the marifa of a person? iske baare mein bataein. asal mein allah taala ne bando ki hidayat ke liye shuru se hi paigambar bheji. hazrat adam pehle paigambar thi. lekin log jo hain allah taala ki hidayat ko ya to bhula dete the ya usmein changes kar dete the, distort kar dete the.</w:t>
      </w:r>
    </w:p>
    <w:p>
      <w:pPr>
        <w:jc w:val="right"/>
      </w:pPr>
      <w:r>
        <w:t>और how does it increases the मारिफा of a person? इसके बारे में बताएं. असल में अल्लाह तालाह ने बंदों की हैदायत के लिए शुरू से ही पैगंबर भेजी. हजरत आदम पहले पैगंबर थी. लेकिन लोग जो हैं अल्लाह तालाह की हैदायत को या तो भुला देते थे या उसमें changes कर देते थे, distort कर देते थे.</w:t>
      </w:r>
    </w:p>
    <w:p>
      <w:r>
        <w:rPr>
          <w:b/>
        </w:rPr>
        <w:t xml:space="preserve">[13:55] </w:t>
      </w:r>
      <w:r>
        <w:t>to allah taala ne bar bar pagambar bheje, bar bar pagambar bheje, lekin woh log bande jo hain, jo followers pragambar ke hote the, bahut thode se hote the aur woh usko mehfooz nahi kar paate the. woh na woh press ka daur tha. koi technology nahi thi ki woh mehfooz ho jati.</w:t>
      </w:r>
    </w:p>
    <w:p>
      <w:pPr>
        <w:jc w:val="right"/>
      </w:pPr>
      <w:r>
        <w:t>तो अल्लाह तालाह ने बार बार पगंबर भेजे, बार बार पगंबर भेजे, लेकिन वो लोग बंदे जो हैं, जो followers प्रागंबर के होते थे, बहुत थोड़े से होते थे और वह उसको महफूज नहीं कर पाते थे. वह ना वह press का दौर था. कोई technology नहीं थी कि वह महफूज हो जाती.</w:t>
      </w:r>
    </w:p>
    <w:p>
      <w:r>
        <w:rPr>
          <w:b/>
        </w:rPr>
        <w:t xml:space="preserve">[14:15] </w:t>
      </w:r>
      <w:r>
        <w:t>to is wajah se allah taala ne faisla kiya ek aakhri kitab bhejane ka aur uski hifazat ka zimma allah taala ne khud le liya.</w:t>
      </w:r>
    </w:p>
    <w:p>
      <w:pPr>
        <w:jc w:val="right"/>
      </w:pPr>
      <w:r>
        <w:t>तो इस वजह से अल्लाह तालाह ने फ़ैसला किया एक आखिरी किताब भेजने का और उसकी हिफाज़त का ज़िम्मा अल्लाह तालाह ने खुद ले लिया.</w:t>
      </w:r>
    </w:p>
    <w:p>
      <w:r>
        <w:rPr>
          <w:b/>
        </w:rPr>
        <w:t xml:space="preserve">[14:42] </w:t>
      </w:r>
      <w:r>
        <w:t>ki usmein ek kaam of full stop kabhi usmein koi fark nahi hai. to sabse pehle to logon ne usko hifz kiya aur bahut saare log sab hifz karte the quran mein. namaz mein padhi jati thi. tirabi mein poora quran padha jata hai aur phir uske baad haath se bhi likh ke mehfooz kiya gaya. to yeh double double preservation hua.</w:t>
      </w:r>
    </w:p>
    <w:p>
      <w:pPr>
        <w:jc w:val="right"/>
      </w:pPr>
      <w:r>
        <w:t>कि उसमें एक काम of full stop कभी उसमें कोई फ़र्क नहीं है. तो सबसे पहले तो लोगों ने उसको हिव्ज़ किया और बहुत सारे लोग सब हिव्ज़ करते थे कुरान में. नमाज़ में पढ़ी जाती थी. तिराबी में पूरा कुरान पढ़ा जाता है और फिर उसके बाद हाथ से भी लिख के महफूज किया गया. तो यह double double preservation हुआ.</w:t>
      </w:r>
    </w:p>
    <w:p>
      <w:r>
        <w:rPr>
          <w:b/>
        </w:rPr>
        <w:t xml:space="preserve">[15:08] </w:t>
      </w:r>
      <w:r>
        <w:t>to yeh bahut hi bada allah taala ki rahmat hai, bahut badi allah taala ke inaam hai kya hone wala hai? to yeh sab humko quran se milta hai.</w:t>
      </w:r>
    </w:p>
    <w:p>
      <w:pPr>
        <w:jc w:val="right"/>
      </w:pPr>
      <w:r>
        <w:t>तो यह बहुत ही बड़ा अल्लाह तालाह की राहमत है, बहुत बड़ी अल्लाह तालाह के इनाम है क्या होने वाला है? तो यह सब हमको कुरान से मिलता है.</w:t>
      </w:r>
    </w:p>
    <w:p>
      <w:r>
        <w:rPr>
          <w:b/>
        </w:rPr>
        <w:t xml:space="preserve">[15:33] </w:t>
      </w:r>
      <w:r>
        <w:t>lekin quran ko hamein bahut zyada samajh samajhkar padhna padega. us par tadabbur karna padega. kyunki koi bhi cheez aise ek baar padh lene se sarsar, sarsari taur par padh lene se usko uski ahmiyat samajh mein nahi aati, uski baatein jo hain, internalize nahi hoti hain.</w:t>
      </w:r>
    </w:p>
    <w:p>
      <w:pPr>
        <w:jc w:val="right"/>
      </w:pPr>
      <w:r>
        <w:t>लेकिन कुरान को हमें बहुत ज़्यादा समझ समझकर पढ़ना पड़ेगा. उस पर तदब्बुर करना पड़ेगा. क्योंकि कोई भी चीज़ ऐसे एक बार पढ़ लेने से सरसर, सरसरी तौर पर पढ़ लेने से उसको उसकी अहमियत समझ में नहीं आती, उसकी बातें जो हैं, internalize नहीं होती हैं.</w:t>
      </w:r>
    </w:p>
    <w:p>
      <w:r>
        <w:rPr>
          <w:b/>
        </w:rPr>
        <w:t xml:space="preserve">[15:55] </w:t>
      </w:r>
      <w:r>
        <w:t>to humko uske, us par tadabbur karna padega na ki sirf uska, uski tilawat musalmano mein aam ho gaya hai tilawat. to tilawat sirf karna kafi nahi hai, balki uske saath wo quran ko tarjame ke saath padhe, tafsir ke saath padhe, tabhi uska unko poora fayda hoga.</w:t>
      </w:r>
    </w:p>
    <w:p>
      <w:pPr>
        <w:jc w:val="right"/>
      </w:pPr>
      <w:r>
        <w:t>तो हमको उसके, उस पर तदब्बूर करना पड़ेगा ना कि सिर्फ उसका, उसकी तिलावत मुसलमानों में आम हो गया है तिलावत. तो तिलावत सिर्फ करना काफी नहीं है, बल्कि उसके साथ वो कुरान को तर्ज़मे के साथ पढ़े, तफ्सीर के साथ पढ़े, तभी उसका उनको पूरा फ़ायदा होगा.</w:t>
      </w:r>
    </w:p>
    <w:p>
      <w:r>
        <w:rPr>
          <w:b/>
        </w:rPr>
        <w:t xml:space="preserve">[16:18] </w:t>
      </w:r>
      <w:r>
        <w:t>to is wajah se hamein chahiye ki hum bahut zyada quran, poora mahina hum, quran ka mahina bana dein. aur quran ki baat karein, quran par discussion karein, aur quran ko apne upar apply karein.</w:t>
      </w:r>
    </w:p>
    <w:p>
      <w:pPr>
        <w:jc w:val="right"/>
      </w:pPr>
      <w:r>
        <w:t>तो इस वजह से हमें चाहिए कि हम बहुत ज़्यादा कुरान, पूरा महीना हम, कुरान का महीना बना दें. और कुरान की बात करें, कुरान पर discussion करें, और कुरान को अपने ऊपर apply करें.</w:t>
      </w:r>
    </w:p>
    <w:p>
      <w:r>
        <w:rPr>
          <w:b/>
        </w:rPr>
        <w:t xml:space="preserve">[16:38] </w:t>
      </w:r>
      <w:r>
        <w:t>to is tarike se hum koshish karein to hum kyunki ek qunu rabbaniyin aaya hai ki ek rabbani shakhsiyat banani hai hamein. ek spiritual personality banani hai. to agar hum spiritual personality nahi bana payein, to hamein aakhirat mein jannat mein jagah nahi milegi kyunki jannat mein spiritual jo personality hai, usi ko dakhla milega.</w:t>
      </w:r>
    </w:p>
    <w:p>
      <w:pPr>
        <w:jc w:val="right"/>
      </w:pPr>
      <w:r>
        <w:t>तो इस तरीके से हम कोशिश करें तो हम क्योंकि एक कूनू रब्बानीयीन आया है कि एक रब्बानी शख्सियत बनानी है हमें. एक spiritual personality बनानी है. तो अगर हम spiritual personality नहीं बना पाएं, तो हमें आख़िरत में जन्नत में जगह नहीं मिलेगी क्योंकि जन्नत में spiritual जो personality है, उसी को दाखला मिलेगा.</w:t>
      </w:r>
    </w:p>
    <w:p>
      <w:r>
        <w:rPr>
          <w:b/>
        </w:rPr>
        <w:t xml:space="preserve">[17:05] </w:t>
      </w:r>
      <w:r>
        <w:t>aur yeh hamein is quran ko gaurkhos ke saath padhne se hi hamein yeh cheezein milti hain. to isi wajah se tarabi ramzan mein padhi jati hai. to kyunki tarabi mein poora poora quran istemal nizam ke tehat padha jata hai. to usse bahut zyada fayda hota hai.</w:t>
      </w:r>
    </w:p>
    <w:p>
      <w:pPr>
        <w:jc w:val="right"/>
      </w:pPr>
      <w:r>
        <w:t>और यह हमें इस कुरान को गौरखौस के साथ पढ़ने से ही हमें यह चीज़ें मिलती हैं. तो इसी वजह से तराबी रमज़ान में पढ़ी जाती है. तो क्योंकि तराबी में पूरा पूरा कुरान इस्तेमाल निज़ाम के तहत पढ़ा जाता है. तो उससे बहुत ज़्यादा फ़ायदा होता है.</w:t>
      </w:r>
    </w:p>
    <w:p>
      <w:r>
        <w:rPr>
          <w:b/>
        </w:rPr>
        <w:t xml:space="preserve">[17:27] </w:t>
      </w:r>
      <w:r>
        <w:t>to logon ko chahiye ki usko usse poora fayda quran se uthaein, kyunki quran ek aisi kitab hai jismein har, har waqt hamein guidance mil sakti hai. aapko koi bhi masla ho to aap usko quran ko padhiye wahan se aapko guidance mil jayegi. aur namaz jaise hamein pachas waqt mein farz hui thi.</w:t>
      </w:r>
    </w:p>
    <w:p>
      <w:pPr>
        <w:jc w:val="right"/>
      </w:pPr>
      <w:r>
        <w:t>तो लोगों को चाहिए कि उसको उससे पूरा फ़ायदा कुरान से उठाएं, क्योंकि कुरान एक ऐसी किताब है जिसमें हर, हर वक्त हमें guidance मिल सकती है. आपको कोई भी मसला हो तो आप उसको कुरान को पढ़िए वहां से आपको guidance मिल जाएगी. और नमाज़ जैसे हमें पचास वक्त में फर्ज हुई थी.</w:t>
      </w:r>
    </w:p>
    <w:p>
      <w:r>
        <w:rPr>
          <w:b/>
        </w:rPr>
        <w:t xml:space="preserve">[17:51] </w:t>
      </w:r>
      <w:r>
        <w:t>pachas waqt mein farz hone ka matlab yeh tha ki har hum halaton namaz mein rahein. har waqt hum khuda ki yaad mein rahein. lekin choonki insaan ko aur bhi bahut saare kaam hote hain to usko panch waqt kar diya gaya. to panch waqt to formal namaz hai, baqi informal namaz. aur jo quran hai, jo aur sari yeh ibadat hain, to woh usi ke jail mein aayengi.</w:t>
      </w:r>
    </w:p>
    <w:p>
      <w:pPr>
        <w:jc w:val="right"/>
      </w:pPr>
      <w:r>
        <w:t>पचास वक्त में फर्ज होने का मतलब यह था कि हर हम हालतें नमाज़ में रहें. हर वक्त हम खुदा की याद में रहें. लेकिन चूँकि इंसान को और भी बहुत सारे काम होते हैं तो उसको पांच वक्त कर दिया गया. तो पांच वक्त तो formal नमाज़ है, बाकी informal नमाज़. और जो कुरान है, जो और सारी यह बादात हैं, तो वह उसी के जैल में आएंगी.</w:t>
      </w:r>
    </w:p>
    <w:p>
      <w:r>
        <w:rPr>
          <w:b/>
        </w:rPr>
        <w:t xml:space="preserve">[18:19] </w:t>
      </w:r>
      <w:r>
        <w:t>to hum jab namaz padhte hain, hum nafil namazein bahut padhi jati hain. ramzan mein quran padhte hain, to sab isi liye padhte hain gamma.</w:t>
      </w:r>
    </w:p>
    <w:p>
      <w:pPr>
        <w:jc w:val="right"/>
      </w:pPr>
      <w:r>
        <w:t>तो हम जब नमाज़ पढ़ते हैं, हम नफिल नमाज़ें बहुत पढ़ी जाती हैं. रमज़ान में कुरान पढ़ते हैं, तो सब इसीलिए पढ़ते हैं गम्मा.</w:t>
      </w:r>
    </w:p>
    <w:p>
      <w:r>
        <w:rPr>
          <w:b/>
        </w:rPr>
        <w:t xml:space="preserve">[18:30] </w:t>
      </w:r>
      <w:r>
        <w:t>hamara talluq khuda se bane hamare andar marifat jisko kaha gaya hai zikr, zikr khudabandi kaha gaya hai.</w:t>
      </w:r>
    </w:p>
    <w:p>
      <w:pPr>
        <w:jc w:val="right"/>
      </w:pPr>
      <w:r>
        <w:t>हमारा ताल्लुख खोदा से बने हमारे अंदर मारफत जिसको कहा गया है ज़िक्र, ज़िक्र खुदाबंदी कहा गया है.</w:t>
      </w:r>
    </w:p>
    <w:p>
      <w:r>
        <w:rPr>
          <w:b/>
        </w:rPr>
        <w:t xml:space="preserve">[19:10] </w:t>
      </w:r>
      <w:r>
        <w:t>to woh hamein khuda ki marifat hasil karni hai. khuda ki marifat se hi hamari woh labbani shakhsiyat banegi, jisko allah talak yahan, jiske liye bakhshish hai aur iske liye hamein apni deconditioning karni padegi kyunki hamare upar hum ek society mein rehte hain, ek material world mein rehte hain.</w:t>
      </w:r>
    </w:p>
    <w:p>
      <w:pPr>
        <w:jc w:val="right"/>
      </w:pPr>
      <w:r>
        <w:t>तो वो हमें खुदा की मार्फत हासिल करनी है. खुदा की मार्फत से ही हमारी वो लब्बानी शख्सियत बनेगी, जिसको अल्लाह तालक यहाँ, जिसके लिए बक्शिश है और इसके लिए हमें अपनी deconditioning करनी पड़ेगी क्योंकि हमारे ऊपर हम एक society में रहते हैं, एक material world में रहते हैं.</w:t>
      </w:r>
    </w:p>
    <w:p>
      <w:r>
        <w:rPr>
          <w:b/>
        </w:rPr>
        <w:t xml:space="preserve">[19:35] </w:t>
      </w:r>
      <w:r>
        <w:t>to hamare andar jo spiritual self jo hai, woh to potentially hai hamare andar, lekin actual usko banana hai hamein.</w:t>
      </w:r>
    </w:p>
    <w:p>
      <w:pPr>
        <w:jc w:val="right"/>
      </w:pPr>
      <w:r>
        <w:t>तो हमारे अंदर जो spiritual self जो है, वह तो potentially है हमारे अंदर, लेकिन actual उसको बनाना है हमें.</w:t>
      </w:r>
    </w:p>
    <w:p>
      <w:r>
        <w:rPr>
          <w:b/>
        </w:rPr>
        <w:t xml:space="preserve">[19:44] </w:t>
      </w:r>
      <w:r>
        <w:t>to actual hum banayenge jab hum apne deconditioning karenge jo hamare upar raddde par radda chadh jata hai</w:t>
      </w:r>
    </w:p>
    <w:p>
      <w:pPr>
        <w:jc w:val="right"/>
      </w:pPr>
      <w:r>
        <w:t>तो actual हम बनाएंगे जब हम अपने deconditioning करेंगे जो हमारे ऊपर रद्दे पर रद्दा चढ़ जाता है</w:t>
      </w:r>
    </w:p>
    <w:p>
      <w:r>
        <w:rPr>
          <w:b/>
        </w:rPr>
        <w:t xml:space="preserve">[19:51] </w:t>
      </w:r>
      <w:r>
        <w:t>materialism ka, usko hum gaurfikr karke uski deconditioning karke usko hum khatm kar sakte hain aur uske liye</w:t>
      </w:r>
    </w:p>
    <w:p>
      <w:pPr>
        <w:jc w:val="right"/>
      </w:pPr>
      <w:r>
        <w:t>materialism का, उसको हम गौरफिक्र करके उसकी deconditioning करके उसको हम खत्म कर सकते हैं और उसके लिए</w:t>
      </w:r>
    </w:p>
    <w:p>
      <w:r>
        <w:rPr>
          <w:b/>
        </w:rPr>
        <w:t xml:space="preserve">[19:58] </w:t>
      </w:r>
      <w:r>
        <w:t>humein bahut zyada chahiye ke hum apna distraction khatm karein aur bahut zyada concentration karein, khuda ki yaad</w:t>
      </w:r>
    </w:p>
    <w:p>
      <w:pPr>
        <w:jc w:val="right"/>
      </w:pPr>
      <w:r>
        <w:t>हमें बहुत ज़्यादा चाहिए कि हम अपना distraction खत्म करें और बहुत ज़्यादा concentration करें, खुदा की याद</w:t>
      </w:r>
    </w:p>
    <w:p>
      <w:r>
        <w:rPr>
          <w:b/>
        </w:rPr>
        <w:t xml:space="preserve">[20:05] </w:t>
      </w:r>
      <w:r>
        <w:t>karen, khuda se doaein karen, tab hamare andar yeh sari jo spiritual personality hai, woh paida hogi aur</w:t>
      </w:r>
    </w:p>
    <w:p>
      <w:pPr>
        <w:jc w:val="right"/>
      </w:pPr>
      <w:r>
        <w:t>करें, खुदा से दोआएं करें, तब हमारे अंदर यह सारी जो spiritual personality है, वह पैदा होगी और</w:t>
      </w:r>
    </w:p>
    <w:p>
      <w:r>
        <w:rPr>
          <w:b/>
        </w:rPr>
        <w:t xml:space="preserve">[20:12] </w:t>
      </w:r>
      <w:r>
        <w:t>usi ka hum behisab aj rahe jo kaha gaya hai na yeh.</w:t>
      </w:r>
    </w:p>
    <w:p>
      <w:pPr>
        <w:jc w:val="right"/>
      </w:pPr>
      <w:r>
        <w:t>उसी का हम बेहिसाब अज रहे जो कहा गया है ना यह.</w:t>
      </w:r>
    </w:p>
    <w:p>
      <w:r>
        <w:rPr>
          <w:b/>
        </w:rPr>
        <w:t xml:space="preserve">[20:20] </w:t>
      </w:r>
      <w:r>
        <w:t>ji. roze ka azrre behisab hai. ji. to wahi azrre jab hum poore tarike se uska jo hai spirit ke saath roza rakhein. ji.</w:t>
      </w:r>
    </w:p>
    <w:p>
      <w:pPr>
        <w:jc w:val="right"/>
      </w:pPr>
      <w:r>
        <w:t>जी. रोज़े का अज रहे बेहिसाब है. जी. तो वही अज रहे जब हम पूरे तरीके से उसका जो है spirit के साथ रोज़ा रखें. जी.</w:t>
      </w:r>
    </w:p>
    <w:p>
      <w:r>
        <w:rPr>
          <w:b/>
        </w:rPr>
        <w:t xml:space="preserve">[20:32] </w:t>
      </w:r>
      <w:r>
        <w:t>ab agla sawal poochne se pehle ek riwayat ka zikr karna chahunga jo hazrat tubada bin sawmit ke hawale se hai ki jab ramadan shuru hota to rasul ullah hum logon ko bulate aur dua ke yeh kalemat sikhate hain ki ae allah tum mujhe, ae allah ki tum mujhe ramadan ke liye sahi salim rakh aur ramadan ko mere liye sahi salim rakh.</w:t>
      </w:r>
    </w:p>
    <w:p>
      <w:pPr>
        <w:jc w:val="right"/>
      </w:pPr>
      <w:r>
        <w:t>अब अगला सवाल पूछने से पहले एक रवायत का ज़िक्र करना चाहूंगा जो हज़रत तुबादाबिन सौमित के हवाले से है कि जब रमादान शुरू होता तो रसुल उल्लाह हम लोगों को बुलाते और दुआ के यह कलेमात सिखाते हैं कि ए अल्लाह तुम मुझे, ए अल्लाह कि तुम मुझे रमादान के लिए सही सालिम रख और रमादान को मेरे लिए सही सालिम रख.</w:t>
      </w:r>
    </w:p>
    <w:p>
      <w:r>
        <w:rPr>
          <w:b/>
        </w:rPr>
        <w:t xml:space="preserve">[20:59] </w:t>
      </w:r>
      <w:r>
        <w:t>yaani chand waqt par nazar aaye aur badal wagera na ho aur use phir qabool farma. to aap mera sawal yahan hai ki bahut se log, sabhi log bahut duaen karte hain ramadan ke mahine mein. to dua ki ahmiyat kya hai? dua ki kya importance hai? iske baare mein aap hamein bataein. rasullah sallahu rahesalam bahut dua karte the. har mauke par dua karte the.</w:t>
      </w:r>
    </w:p>
    <w:p>
      <w:pPr>
        <w:jc w:val="right"/>
      </w:pPr>
      <w:r>
        <w:t>यानी चांद वक्त पर नज़र आए और बादल वगैरह ना हो और उसे फिर कबूल फरमा. तो आप मेरा सवाल यहाँ है कि बहुत से लोग, सभी लोग बहुत दुआएं करते हैं रमादान के महीने में. तो दुआ की अहमियत क्या है? दुआ की क्या importance है? इसके बारे में आप हमें बताएं. रसूल्लाह सल्लाह रहस्लाम बहुत दुआ करते थे. हर मौके पर दुआ करते थे.</w:t>
      </w:r>
    </w:p>
    <w:p>
      <w:r>
        <w:rPr>
          <w:b/>
        </w:rPr>
        <w:t xml:space="preserve">[21:26] </w:t>
      </w:r>
      <w:r>
        <w:t>dua se hum khuda se connection kayam karte hain. to isliye dua bahut zyada important hai aur allah taala pasand farmata hai ki banda jo hai allah se dua kare phir dua aur bahut zyada jab khushu khuzu se dua karte hain, poore dili dil se dua karte hain tab allah taala usko qubool karta hai. to woh asal mein wahi point hai jaha hum khuda se talog kayam karte hain.</w:t>
      </w:r>
    </w:p>
    <w:p>
      <w:pPr>
        <w:jc w:val="right"/>
      </w:pPr>
      <w:r>
        <w:t>दुआ से हम खुदा से connection कायम करते हैं. तो इसलिए दुआ बहुत ज़्यादा important है और अल्लाह तालाह पसंद फरमाता है कि बंदा जो है अल्लाह से दुआ करे फिर दुआ और बहुत ज़्यादा जब खुशु खुजू से दुआ करते हैं, पूरे दिल्ली दिल से दुआ करते हैं तब अल्लाह तालाह उसको कुबूल करता है. तो वह असल में वही point है जहा हम खुदा से ताल लोग कायम करते हैं.</w:t>
      </w:r>
    </w:p>
    <w:p>
      <w:r>
        <w:rPr>
          <w:b/>
        </w:rPr>
        <w:t xml:space="preserve">[21:56] </w:t>
      </w:r>
      <w:r>
        <w:t>to woh jo aajkal jo chali hui hai masnoon duaen, to woh log usko padhte rehte hain, usko yaad rakh lete hain, rat lete hain, usko padhte rehte hain. Asal mein woh dua nahi hai balkeh woh jo kaifiyat ko jo sari duaen hain sahaba ki aur prophets ki, to woh kaifiyat se woh guzarte the. Us waqt unke dil se, dimagh se kuch alfaaz nikalte the. To woh hota tha.</w:t>
      </w:r>
    </w:p>
    <w:p>
      <w:pPr>
        <w:jc w:val="right"/>
      </w:pPr>
      <w:r>
        <w:t>तो वह जो आजकल जो चली हुई है मस्नून दुआएं, तो वह लोग उसको पढ़ते रहते हैं, उसको याद रख लेते हैं, रट लेते हैं, उसको पढ़ते रहते हैं. असल में वह दुआ नहीं है बल्कि वह जो कैफियाद को जो सारी दुआएं हैं साहबा की और prophets की, तो वह कैफियाद से वह गुजरते थे. उस वक्त उनके दिल से, दिमाग से कुछ अल्फाज़ निकलते थे. तो वो होता था.</w:t>
      </w:r>
    </w:p>
    <w:p>
      <w:r>
        <w:rPr>
          <w:b/>
        </w:rPr>
        <w:t xml:space="preserve">[22:21] </w:t>
      </w:r>
      <w:r>
        <w:t>To hamein un kaifiyat se guzarte hue kuch alfaaz nikal aate hain. Woh hamare toote hue dil se woh alfaaz nikalte hain, izz ke saath nikalte hain. To woh jo hoti hai helplessness ki kaifiyat, to tab Khuda ke yahan us un alfaaz ko qubooliyat hoti hai. Rate hue alfaaz ki qubooliyat nahi hai.</w:t>
      </w:r>
    </w:p>
    <w:p>
      <w:pPr>
        <w:jc w:val="right"/>
      </w:pPr>
      <w:r>
        <w:t>तो हमें उन कैफियाद से गुजरते हुए कुछ अल्फाज़ निकल आते हैं. वो हमारे टूटे हुए दिल से वह अल्फाज़ निकलते हैं, ईज़्ज़ के साथ निकलते हैं. तो वह जो होती है helplessness की कैफियत, तो तब खुदा के यहाँ उस उन अल्फाज़ को कुबूलियत होती है. रटे हुए अल्फाज़ की कुबूलियत नहीं है.</w:t>
      </w:r>
    </w:p>
    <w:p>
      <w:r>
        <w:rPr>
          <w:b/>
        </w:rPr>
        <w:t xml:space="preserve">[22:45] </w:t>
      </w:r>
      <w:r>
        <w:t>Rate hue alfaaz ke saath jab tak spirit na shamil ho, tab tak woh Khuda ke yahan qubool nahi hoga. Kyunkeh yeh kaifiyat itni zyada important hai keh Rasoolullah sallallahu alaihi wasallam paighambar hote hue ek baar aap ke paas hazar Jibraeel aaye keh yeh wahan halaat bohat sakht hain.</w:t>
      </w:r>
    </w:p>
    <w:p>
      <w:pPr>
        <w:jc w:val="right"/>
      </w:pPr>
      <w:r>
        <w:t>रटे हुए अल्फाज़ के साथ जब तक spirit न शामिल हो, तब तक वह खुदा के यहां कुबूल नहीं होगा. क्योंकि यह कैफियत इतनी ज़्यादा important है कि रसूल्लाह सल्लाह सल्लाह सल्लाह प्यगंबर होते हुए एक बार आपके पास हज़ार जिबरेहल आए कि यह वहां हालात बहुत सख़्त है.</w:t>
      </w:r>
    </w:p>
    <w:p>
      <w:r>
        <w:rPr>
          <w:b/>
        </w:rPr>
        <w:t xml:space="preserve">[23:05] </w:t>
      </w:r>
      <w:r>
        <w:t>to hazar jibrehel aaye ki yeh makka ki poori wadi ko aap ke liye qubool ho rahi hai ki</w:t>
      </w:r>
    </w:p>
    <w:p>
      <w:pPr>
        <w:jc w:val="right"/>
      </w:pPr>
      <w:r>
        <w:t>तो हज़ार जिबरेहल आए कि यह मक्का की पूरी वादी को आपके लिए कुबूल हो रही है कि</w:t>
      </w:r>
    </w:p>
    <w:p>
      <w:r>
        <w:rPr>
          <w:b/>
        </w:rPr>
        <w:t xml:space="preserve">[23:23] </w:t>
      </w:r>
      <w:r>
        <w:t>nahi ho rahi hai.</w:t>
      </w:r>
    </w:p>
    <w:p>
      <w:pPr>
        <w:jc w:val="right"/>
      </w:pPr>
      <w:r>
        <w:t>नहीं हो रही है.</w:t>
      </w:r>
    </w:p>
    <w:p>
      <w:r>
        <w:rPr>
          <w:b/>
        </w:rPr>
        <w:t xml:space="preserve">[23:41] </w:t>
      </w:r>
      <w:r>
        <w:t>Warna aisi namazen hain, aisi duaen hain jo Khuda ke yahan se wapas kar di jati hain. To dua jo hai woh ek ibadat hai. Dua sirf kuch chand alfaaz ko dohrana nahi hai kyunkeh dua jo hai hum apni modesty ko Khuda ke aage establish karte hain keh hum bande hain, Khuda mabood hai, hum taker hain, Khuda giver hai, hum recipient hain, Khuda munim hai.</w:t>
      </w:r>
    </w:p>
    <w:p>
      <w:pPr>
        <w:jc w:val="right"/>
      </w:pPr>
      <w:r>
        <w:t>वरना ऐसी नमाज़ें हैं, ऐसी दुआएं हैं जो खोदा के यहां से वापस कर दी जाती हैं. तो दुआ जो है वह एक इबादत है. दुआ सिर्फ कुछ चंद अल्फास को दोहराना नहीं है क्योंकि दुआ जो है हम अपनी modesty को खुदा के आगे establish करते हैं कि हम बंदे हैं, खुदा माबूद है, हम taker हैं, खुदा giver है, हम recipient हैं, खुदा मुनिम है.</w:t>
      </w:r>
    </w:p>
    <w:p>
      <w:r>
        <w:rPr>
          <w:b/>
        </w:rPr>
        <w:t xml:space="preserve">[24:10] </w:t>
      </w:r>
      <w:r>
        <w:t>To yeh sari cheezen jo un us ehsas ke saath jab hum apne dimagh mein yeh sari baaten rakhte hain aur woh ehsas ke saath jab hamara dil ke saath hamari duaen nikalti hain, aansuon ke saath jab woh duaen nikalti hain tab woh Khuda ke yahan woh qubool hoti hain. To dua bohat zyada zaroori hai. Dua jo hai rehmat e ilahi ko kheenchne ka unko hasil karne ka dua zariya hai. Ji.</w:t>
      </w:r>
    </w:p>
    <w:p>
      <w:pPr>
        <w:jc w:val="right"/>
      </w:pPr>
      <w:r>
        <w:t>तो ये सारी चीज़ें जो उन उस एहसास के साथ जब हम अपने दिमाग में ये सारी बातें रखते हैं और वो एहसास के साथ जब हमारा दिल के साथ हमारी दुआएं निकलती हैं, आंसुओं के साथ जब वो दुआएं निकलती हैं तब वो पुदा के यहाँ वो कुबूल होती हैं. तो दुआ बहुत ज़्यादा ज़रूरी है. दुआ जो है रहमत ए इलाही को खींचने का उनको हासिल करने का दुआ ज़रिया है. जी.</w:t>
      </w:r>
    </w:p>
    <w:p>
      <w:r>
        <w:rPr>
          <w:b/>
        </w:rPr>
        <w:t xml:space="preserve">[24:40] </w:t>
      </w:r>
      <w:r>
        <w:t>Ab agla sawal taqwa ke hawale se hai. Jaisa keh hum jante hain keh taqwa means that we abstain from all those things which are forbidden by god and we take those things which god has allowed us to do. Yahan par aap hamein yeh bhi is cheez ka bhi zikr karna chahunga keh har ek insan ke andar agar desires hain to reason bhi hai.</w:t>
      </w:r>
    </w:p>
    <w:p>
      <w:pPr>
        <w:jc w:val="right"/>
      </w:pPr>
      <w:r>
        <w:t>अब अगला सवाल तकवाह के हवाले से है. जैसा कि हम जानते हैं कि तकवाह means that we abstain from all those things which are forbidden by god and we take those things which god has allowed us to do. यहाँ पर आप हमें यह भी इस चीज़ का भी ज़िक्र करना चाहूंगा कि हर एक इंसान के अंदर अगर desires हैं तो reason भी है.</w:t>
      </w:r>
    </w:p>
    <w:p>
      <w:r>
        <w:rPr>
          <w:b/>
        </w:rPr>
        <w:t xml:space="preserve">[25:05] </w:t>
      </w:r>
      <w:r>
        <w:t>Natural, natural baat hai keh hamein desires ko chhod ke reason ko adopt karna chahiye. To sawal yeh hai apa keh how does fasting help in, in self control aur taqwa? Iske bare mein bataen. Sari jo ibadat hain woh reason based hi hain kyunkeh insan jo hai ek material self hai bazahir aur uska jo spiritual self hai woh to potential mein hai.</w:t>
      </w:r>
    </w:p>
    <w:p>
      <w:pPr>
        <w:jc w:val="right"/>
      </w:pPr>
      <w:r>
        <w:t>Natural, natural बात है कि हमें desires को छोड़ के reason को adopt करना चाहिए. तो सवाल यह है आपा कि how does fasting help in, in self control और तकवाह? इसके बारे में बताएं. सारी जो बादात हैं वो reason based ही हैं क्योंकि इंसान जो है एक material self है बज़ाहिर और उसका जो spiritual self है वो तो potential में है.</w:t>
      </w:r>
    </w:p>
    <w:p>
      <w:r>
        <w:rPr>
          <w:b/>
        </w:rPr>
        <w:t xml:space="preserve">[25:35] </w:t>
      </w:r>
      <w:r>
        <w:t>To jab tak keh hum un, un, un kaifiyat se nahi guzarenge, tab tak hamare andar taqwa bhi nahi paida hoga. Kyunkeh taqwa jo hai woh ek dunya ki zindagi mein Khuda ki mana ki hui cheezon se hum kaise bachein? Yeh hai jo hai tarbiyat jo hum taqwa ki jo Ramzan mein hum hamein hasil karni hoti hai woh yeh hai.</w:t>
      </w:r>
    </w:p>
    <w:p>
      <w:pPr>
        <w:jc w:val="right"/>
      </w:pPr>
      <w:r>
        <w:t>तो जब तक के हम उन, उन, उन कैफियाद से नहीं गुज़रेंगे, तब तक हमारे अंदर तक़वाह भी नहीं पैदा होगा. क्योंकि तक़वाह जो है वह एक दुनिया की ज़िंदगी में खुदा की मना की हुई चीज़ों से हम कैसे बचें? यह है जो है तरबीयत जो हम तक़वाह की जो रमज़ान में हम हमें हासिल करनी होती है वह यह है.</w:t>
      </w:r>
    </w:p>
    <w:p>
      <w:r>
        <w:rPr>
          <w:b/>
        </w:rPr>
        <w:t xml:space="preserve">[26:00] </w:t>
      </w:r>
      <w:r>
        <w:t>Yaani is dunya mein hamein aisa lagta hai keh hum bilkul aazad hain jo chahe karein. To yahi ek speed breaker ka kaam deta hai Ramzan jo hai. To hum jo hai apni un cheezon se bachna shuru kar dete hain jo cheezon ke Allah taala ne pasand nahi ki. Kuch to aisi cheezen hain jo keh jaiz hain lekin unko bhi chhodna chahiye kyunkeh woh waste of time hoti hain.</w:t>
      </w:r>
    </w:p>
    <w:p>
      <w:pPr>
        <w:jc w:val="right"/>
      </w:pPr>
      <w:r>
        <w:t>यानी इस दुनिया में हमें ऐसा लगता है कि हम बिल्कुल आज़ाद हैं जो चाहे करें. तो यही एक speed breaker का काम देता है रमज़ान जो है. तो हम जो है अपनी उन चीज़ों से बचना शुरू कर देते हैं जो चीज़ों के अल्लाह ताला ने पसंद नहीं की. कुछ तो ऐसी चीज़ें हैं जो कि जायज हैं लेकिन उनको भी छोड़ना चाहिए क्योंकि वह waste of time होती हैं.</w:t>
      </w:r>
    </w:p>
    <w:p>
      <w:r>
        <w:rPr>
          <w:b/>
        </w:rPr>
        <w:t xml:space="preserve">[26:29] </w:t>
      </w:r>
      <w:r>
        <w:t>Misal ke taur par shopping, koi shopping haram nahi hai lekin waste of time hai. To baaten karna bohat der der tak log baaten karte rehte hain. To woh sab jaiz hain, lekin waste of time hai. To yahan aadmi bohat zyada mohtat ho jata hai keh kya cheez Khuda ko pasand hai, kya cheez Khuda ko pasand nahi hai. Kyunkeh hamein chahiye keh hum har cheez mein yeh sochein keh haan, Khuda hum se kya chahta hai?</w:t>
      </w:r>
    </w:p>
    <w:p>
      <w:pPr>
        <w:jc w:val="right"/>
      </w:pPr>
      <w:r>
        <w:t>मिसाल के तौर पर shopping, कोई shopping हराम नहीं है लेकिन waste of time है. तो बातें करना बहुत देर देर तक लोग बातें करते रहते हैं. तो वो सब जायद हैं, लेकिन waste of time है. तो यहाँ आदमी बहुत ज़्यादा मोहतात हो जाता है कि क्या चीज़ खुदा को पसंद है, क्या चीज़ खुदा को पसंद नहीं है. क्योंकि हमें चाहिए कि हम हर चीज़ में यह सोचें कि हाँ, खुदा हमसे क्या चाहता है?</w:t>
      </w:r>
    </w:p>
    <w:p>
      <w:r>
        <w:rPr>
          <w:b/>
        </w:rPr>
        <w:t xml:space="preserve">[26:55] </w:t>
      </w:r>
      <w:r>
        <w:t>Ke hum jab baithe kuch log milkar woh kehte hain keh hum doosron ko bulate hain kyunkeh hum yahi to talash kar rahe the keh yeh halqa mil gaya jo Khuda ka zikr kar raha hai.</w:t>
      </w:r>
    </w:p>
    <w:p>
      <w:pPr>
        <w:jc w:val="right"/>
      </w:pPr>
      <w:r>
        <w:t>कि हम जब बैठे कुछ लोग मिलकर वो कहते हैं कि हम दूसरों को बुलाते हैं क्योंकि हम यही तो तलाश कर रहे थे कि यह हल्का मिल गया जो खुदा का ज़िक्र कर रहा है.</w:t>
      </w:r>
    </w:p>
    <w:p>
      <w:r>
        <w:rPr>
          <w:b/>
        </w:rPr>
        <w:t xml:space="preserve">[27:22] </w:t>
      </w:r>
      <w:r>
        <w:t>To yeh hamein jab apna ek ek minute ko hamein zaya nahi karna hai. Hamein kuch pata nahi keh hum is dunya mein kitne dinon ke liye aaye hain hamein, kal ka bhi pata nahi. To apna time ka zaya nahi karna hai balkeh apni jo hai har tarah ki distraction ko khatam kar dena hai. Bohat sari distraction aisi hain jo sin nahi hain, lekin hamein usko bhi khatam kar dena hai.</w:t>
      </w:r>
    </w:p>
    <w:p>
      <w:pPr>
        <w:jc w:val="right"/>
      </w:pPr>
      <w:r>
        <w:t>तो यह हमें जब अपना एक एक minute को हमें जाय नहीं करना है. हमें कुछ पता नहीं कि हम इस दुनिया में कितने दिनों के लिए आए हैं हमें, कल का भी पता नहीं. तो अपना time का ज़्यादा नहीं करना है बल्कि अपनी जो है हर तरह की distraction को खत्म कर देना है. बहुत सारी distraction ऐसी हैं जो sin नहीं है, लेकिन हमें उसको भी खत्म कर देना है.</w:t>
      </w:r>
    </w:p>
    <w:p>
      <w:r>
        <w:rPr>
          <w:b/>
        </w:rPr>
        <w:t xml:space="preserve">[27:48] </w:t>
      </w:r>
      <w:r>
        <w:t>Kyunkeh uski wajah se hum apna time jo hai woh devote nahi kar payenge. Apna jo spiritual self hamein banani hai, usmein devote nahi kar payenge aur hum jo hai usmein aa jayenge. Agar hum, hum apni personality ko develop nahi kar paye, maturity apne andar nahi paida kar paye, to shaitan hamein aasani se behkalega.</w:t>
      </w:r>
    </w:p>
    <w:p>
      <w:pPr>
        <w:jc w:val="right"/>
      </w:pPr>
      <w:r>
        <w:t>क्योंकि उसकी वजह से हम अपना time जो है वह devote नहीं कर पाएंगे. अपना जो spiritual self हमें बनानी है, उसमें devote नहीं कर पाएंगे और हम जो है उसमें आ जाएंगे. अगर हम, हम अपनी personality को develop नहीं कर पाए, maturity अपने अंदर नहीं पैदा कर पाए, तो शैतान हमें आसानी से बहकालेगा.</w:t>
      </w:r>
    </w:p>
    <w:p>
      <w:r>
        <w:rPr>
          <w:b/>
        </w:rPr>
        <w:t xml:space="preserve">[28:13] </w:t>
      </w:r>
      <w:r>
        <w:t>To hamein bohat zyada apne aap ko apni personality ko develop karna hai aur shaitan ke behkawe se bachna hai woh. Kyunkeh shaitan janta hai keh yeh insan jo hai itna zyada iske andar desires hain, to usi desire ki rah se woh hamein behkata hai.</w:t>
      </w:r>
    </w:p>
    <w:p>
      <w:pPr>
        <w:jc w:val="right"/>
      </w:pPr>
      <w:r>
        <w:t>तो हमें बहुत ज़्यादा अपने आप को अपनी personality को develop करना है और शैतान के बहकावे से बचना है वह. क्योंकि शैतान जानता है कि यह इंसान जो है इतना ज़्यादा इसके अंदर desires हैं, तो उसी desire की राह से वह हमें बहकाता है.</w:t>
      </w:r>
    </w:p>
    <w:p>
      <w:r>
        <w:rPr>
          <w:b/>
        </w:rPr>
        <w:t xml:space="preserve">[28:32] </w:t>
      </w:r>
      <w:r>
        <w:t>Ab jaise Hazrat Adam ko behkaya keh shayad insan chahta hai keh hamein ek eternal life mile, to woh usi rah se woh shaitan ne Hazrat Adam ko behka liya. To har aadmi ki kuch aisi obsessions hote hain, aise desires hote hain keh unke zariye se shaitan ne behkata hai.</w:t>
      </w:r>
    </w:p>
    <w:p>
      <w:pPr>
        <w:jc w:val="right"/>
      </w:pPr>
      <w:r>
        <w:t>अब जैसे हजरत आदम को बहकाया कि शायद इंसान चाहता है कि हमें एक eternal life मिले, तो वह उसी राह से वह शैतान ने हजरत आदम को बहका लिया. तो हर आदमी की कुछ ऐसी obsessions होते हैं, ऐसे desires होते हैं कि उनके ज़रिए से शैतान ने बहकाता है.</w:t>
      </w:r>
    </w:p>
    <w:p>
      <w:r>
        <w:rPr>
          <w:b/>
        </w:rPr>
        <w:t xml:space="preserve">[28:51] </w:t>
      </w:r>
      <w:r>
        <w:t>To hamein bohat zyada apne soch samajhkar ek zindagi guzarni hai aur har waqt in apna introspection karte rehna hai kyunkeh jab Rasoolullah sallallahu alaihi wasallam sattar bar istighfar karte the to hamara to hum to har waqt karte rahe to woh, tab bhi woh kam hue hoga. To har waqt hum istighfar karein, har waqt hum apne ko dekhein keh hum humse koi galti to nahi ho rahi hai.</w:t>
      </w:r>
    </w:p>
    <w:p>
      <w:pPr>
        <w:jc w:val="right"/>
      </w:pPr>
      <w:r>
        <w:t>तो हमें बहुत ज़्यादा अपने सोच समझकर एक ज़िंदगी गुज़ारनी है और हर वक्त इन अपना introspection करते रहना है क्योंकि जब रसूल्लाह सल्लाह सल्लाह सल्लाह सत्तर बार इस्तेख्वार करते थे तो हमारा तो हम तो हर वक्त करते रहे तो वह, तब भी वह कम हुए होगा. तो हर वक्त हम इस्तेफ़ार करें, हर वक्त हम अपने को देखें कि हम हमसे कोई गलती तो नहीं हो रही है.</w:t>
      </w:r>
    </w:p>
    <w:p>
      <w:r>
        <w:rPr>
          <w:b/>
        </w:rPr>
        <w:t xml:space="preserve">[29:18] </w:t>
      </w:r>
      <w:r>
        <w:t>Agar koi hamari galti ko point out kare to hum usko foran usko maan lein. Jaise Maulana Sahab foran tayyar rehte the kehne ke liye keh I was wrong. Keh dete keh chahe main galti mujhe na bhi lag rahi ho mujhe tab bhi main I was wrong kehta hoon kyunkeh main farishton ke aage apni modesty ko, apni humility ko establish karna chahta hoon.</w:t>
      </w:r>
    </w:p>
    <w:p>
      <w:pPr>
        <w:jc w:val="right"/>
      </w:pPr>
      <w:r>
        <w:t>अगर कोई हमारी गलती को point out करें तो हम उसको फ़ौरन उसको मान लें. जैसे मोहराना साहब फ़ौरन तैयार रहते थे कहने के लिए कि I was wrong. कह देते कि चाहे मैं गलती मुझे ना भी लग रही हो मुझे तब भी मैं I was wrong कहता हूं क्योंकि मैं फरिश्तों के आगे अपनी modesty को, अपनी humility को establish करना चाहता हूँ.</w:t>
      </w:r>
    </w:p>
    <w:p>
      <w:r>
        <w:rPr>
          <w:b/>
        </w:rPr>
        <w:t xml:space="preserve">[29:43] </w:t>
      </w:r>
      <w:r>
        <w:t>to hamein har waqt is ke liye tayyar rehna hai ki hum ek takhba wali zindagi ek tayyar karen.</w:t>
      </w:r>
    </w:p>
    <w:p>
      <w:pPr>
        <w:jc w:val="right"/>
      </w:pPr>
      <w:r>
        <w:t>तो हमें हर वक्त इसके लिए तैयार रहना है कि हम एक तखबा वाली ज़िंदगी एक तैयार करें.</w:t>
      </w:r>
    </w:p>
    <w:p>
      <w:r>
        <w:rPr>
          <w:b/>
        </w:rPr>
        <w:t xml:space="preserve">[29:50] </w:t>
      </w:r>
      <w:r>
        <w:t>bachte bata bachte jaise hazrat umar ne ho gayi hai apne kaab se puchha ki tum taqba kya hai?</w:t>
      </w:r>
    </w:p>
    <w:p>
      <w:pPr>
        <w:jc w:val="right"/>
      </w:pPr>
      <w:r>
        <w:t>बचते बता बचाते जैसे हजरत उमर ने हो गई है अपने काब से पुछा कि तुम तक़बा क्या है?</w:t>
      </w:r>
    </w:p>
    <w:p>
      <w:r>
        <w:rPr>
          <w:b/>
        </w:rPr>
        <w:t xml:space="preserve">[29:58] </w:t>
      </w:r>
      <w:r>
        <w:t>to unhone kaha ki kya, kya aap kabhi ek khardar jhaadi se guzre hain?</w:t>
      </w:r>
    </w:p>
    <w:p>
      <w:pPr>
        <w:jc w:val="right"/>
      </w:pPr>
      <w:r>
        <w:t>तो उन्होंने कहा कि क्या, क्या आप कभी एक खारदार झाड़ी से गुज़रे हैं?</w:t>
      </w:r>
    </w:p>
    <w:p>
      <w:r>
        <w:rPr>
          <w:b/>
        </w:rPr>
        <w:t xml:space="preserve">[30:06] </w:t>
      </w:r>
      <w:r>
        <w:t>to hazrat umar ne kaha haan, guzre hain?</w:t>
      </w:r>
    </w:p>
    <w:p>
      <w:pPr>
        <w:jc w:val="right"/>
      </w:pPr>
      <w:r>
        <w:t>तो हजरत उमर ने कहा हां, गुज़रे हैं?</w:t>
      </w:r>
    </w:p>
    <w:p>
      <w:r>
        <w:rPr>
          <w:b/>
        </w:rPr>
        <w:t xml:space="preserve">[30:14] </w:t>
      </w:r>
      <w:r>
        <w:t>to puchha ki aap ne phir kya kiya?</w:t>
      </w:r>
    </w:p>
    <w:p>
      <w:pPr>
        <w:jc w:val="right"/>
      </w:pPr>
      <w:r>
        <w:t>तो पुछा कि आपने फिर क्या किया?</w:t>
      </w:r>
    </w:p>
    <w:p>
      <w:r>
        <w:rPr>
          <w:b/>
        </w:rPr>
        <w:t xml:space="preserve">[30:22] </w:t>
      </w:r>
      <w:r>
        <w:t>to un sab cheezon se hamein bachte bachte apna waqt guzarna hai, yahi tak hua hai.</w:t>
      </w:r>
    </w:p>
    <w:p>
      <w:pPr>
        <w:jc w:val="right"/>
      </w:pPr>
      <w:r>
        <w:t>तो उन सब चीज़ों से हमें बचते बचाते अपना वक्त गुज़ारना है, यही तक हुआ है.</w:t>
      </w:r>
    </w:p>
    <w:p>
      <w:r>
        <w:rPr>
          <w:b/>
        </w:rPr>
        <w:t xml:space="preserve">[30:28] </w:t>
      </w:r>
      <w:r>
        <w:t>ji, aap aap ki baat se modesty ke hawale se mujhe yeh bhi yaad aa gaya ki Maulana</w:t>
      </w:r>
    </w:p>
    <w:p>
      <w:pPr>
        <w:jc w:val="right"/>
      </w:pPr>
      <w:r>
        <w:t>जी, आप आप की बात से modesty के हवाले से मुझे यह भी याद आ गया कि मुलाना</w:t>
      </w:r>
    </w:p>
    <w:p>
      <w:r>
        <w:rPr>
          <w:b/>
        </w:rPr>
        <w:t xml:space="preserve">[30:34] </w:t>
      </w:r>
      <w:r>
        <w:t>sahab, Maulana Vaiduddin Khan sahab itna emphasize karte the ki unke bare mein bhi yeh mashhoor ho gaya</w:t>
      </w:r>
    </w:p>
    <w:p>
      <w:pPr>
        <w:jc w:val="right"/>
      </w:pPr>
      <w:r>
        <w:t>साहब, मुलाना वैदुद्दीन खान साहब इतना emphasize करते थे कि उनके बारे में भी यह मशहूर हो गया</w:t>
      </w:r>
    </w:p>
    <w:p>
      <w:r>
        <w:rPr>
          <w:b/>
        </w:rPr>
        <w:t xml:space="preserve">[30:41] </w:t>
      </w:r>
      <w:r>
        <w:t>tha ki agar koi aadhi raat ko ghanti bajaye aap ke ghar ki aur maafi mangne aaye to samajh</w:t>
      </w:r>
    </w:p>
    <w:p>
      <w:pPr>
        <w:jc w:val="right"/>
      </w:pPr>
      <w:r>
        <w:t>था कि अगर कोई आधी रात को घंटी बजाए आपके घर की और माफी मांगने आए तो समझ</w:t>
      </w:r>
    </w:p>
    <w:p>
      <w:r>
        <w:rPr>
          <w:b/>
        </w:rPr>
        <w:t xml:space="preserve">[30:47] </w:t>
      </w:r>
      <w:r>
        <w:t>lijiye ki woh Maulana Veduddin Khan sahab hai.</w:t>
      </w:r>
    </w:p>
    <w:p>
      <w:pPr>
        <w:jc w:val="right"/>
      </w:pPr>
      <w:r>
        <w:t>लीजिए कि वह मुलाना वेदुद्दीन खान साहब है.</w:t>
      </w:r>
    </w:p>
    <w:p>
      <w:r>
        <w:rPr>
          <w:b/>
        </w:rPr>
        <w:t xml:space="preserve">[30:54] </w:t>
      </w:r>
      <w:r>
        <w:t>To itne zyada modest the aur itna zyada emphasize karte the keh agar aap ki galti hai to aap jhat se boliye keh I was wrong aur ismein bilkul hesitation mat kijiye kyunkeh isi se aap ki personality develop hoti hai aur aap ka purification hota hai. Aap isi liye mera agla sawal bhi taskiya yani self purification par hai keh one of the aim of Ramadan is purification of one's inner self.</w:t>
      </w:r>
    </w:p>
    <w:p>
      <w:pPr>
        <w:jc w:val="right"/>
      </w:pPr>
      <w:r>
        <w:t>तो इतने ज़्यादा modest थे और इतना ज़्यादा emphasize करते थे कि अगर आपकी गलती है तो आप झट से बोलिए कि I was wrong और इसमें बिल्कुल hesitation मत कीजिए क्योंकि इसी से आपकी personality develop होती है और आपका purification होता है. आप इसीलिए मेरा अगला सवाल भी तस्किया यानी self purification पर है कि one of the aim of रमादान is purification of one's inner self.</w:t>
      </w:r>
    </w:p>
    <w:p>
      <w:r>
        <w:rPr>
          <w:b/>
        </w:rPr>
        <w:t xml:space="preserve">[31:21] </w:t>
      </w:r>
      <w:r>
        <w:t>Lekin jo purification hai yeh continuous process hai aur Ramadan mein jo hai hum keh sakte hain keh yeh purification process bohat zyada intensify ho jata hai. Lekin aap is baat ko wazeh karein keh how does fasting help in taskiya? Iske bare mein bataiye.</w:t>
      </w:r>
    </w:p>
    <w:p>
      <w:pPr>
        <w:jc w:val="right"/>
      </w:pPr>
      <w:r>
        <w:t>लेकिन जो purification है यह continuous process है और रमादान में जो है हम कह सकते हैं कि यह purification process बहुत ज़्यादा intensify हो जाता है. लेकिन आप इस बात को वाज़े करें कि how does fasting help in तस्किया? इसके बारे में बताइए.</w:t>
      </w:r>
    </w:p>
    <w:p>
      <w:r>
        <w:rPr>
          <w:b/>
        </w:rPr>
        <w:t xml:space="preserve">[31:41] </w:t>
      </w:r>
      <w:r>
        <w:t>Asal mein fasting mein insan jab aisi zaroori cheezon se bachta hai khana, pani, to phir uske andar yeh bohat zyada ehsas ubharta hai keh jab hum in cheezon se bach sakte hain to baqi cheezen to usko halki lagti hain keh baqi jo gunah ke kaam hain chhote chhote, woh to sab halka lagta hai.</w:t>
      </w:r>
    </w:p>
    <w:p>
      <w:pPr>
        <w:jc w:val="right"/>
      </w:pPr>
      <w:r>
        <w:t>असल में fasting में इंसान जब ऐसी ज़रूरी चीज़ों से बचता है खाना, पानी, तो फिर उसके अंदर यह बहुत ज़्यादा एहसास उभरता है कि जब हम इन चीज़ों से बच सकते हैं तो बाकी चीज़ें तो उसको हल्की लगती हैं कि बाकी जो गुना के काम है छोटे छोटे, वह तो सब हल्का लगता है.</w:t>
      </w:r>
    </w:p>
    <w:p>
      <w:r>
        <w:rPr>
          <w:b/>
        </w:rPr>
        <w:t xml:space="preserve">[32:04] </w:t>
      </w:r>
      <w:r>
        <w:t>Aur doosri yeh hai keh hum bohat zyada poora mahina jo hai, Khuda ki yaad mein guzarte hain, Quran ke ki study mein guzarte hain, to uski wajah se hamara jo hai spiritual development hota rehta hai. To wahi hai jisko kaha hai ek hadith mein keh insan ke jisme ek, insan ke jisme ek hissa hai, jisme jang lag jata hai yani woh dil hai.</w:t>
      </w:r>
    </w:p>
    <w:p>
      <w:pPr>
        <w:jc w:val="right"/>
      </w:pPr>
      <w:r>
        <w:t>और दूसरी यह है कि हम बहुत ज़्यादा पूरा महीना जो है, खौदा की याद में गुजारते हैं, कुरान के की study में गुजारते हैं, तो उसकी वजह से हमारा जो है spiritual development होता रहता है. तो वही है जिसको कहा है एक हदीश में कि इंसान के जिसमें एक, इंसान के जिसमें एक हिस्सा है, जिसमें जंग लग जाता है यानी वो दिल है.</w:t>
      </w:r>
    </w:p>
    <w:p>
      <w:r>
        <w:rPr>
          <w:b/>
        </w:rPr>
        <w:t xml:space="preserve">[32:31] </w:t>
      </w:r>
      <w:r>
        <w:t>To jab jang lagne ka matlab hai keh jo dunya ke jo asraat hain maddi dunya ke woh us par pad jate hain. Phir woh hai keh phir dheere dheere woh poora kala ho jata hai. To humko chahiye keh jaise usmein uska jab hum, jaise hum maddi asraat ko bhool karein to hamein iska ehsas ho jaye. Uska poora kala hone se pehle hi hum, uska uska hamein ehsas ho jaye aur hum uske liye kaam karein.</w:t>
      </w:r>
    </w:p>
    <w:p>
      <w:pPr>
        <w:jc w:val="right"/>
      </w:pPr>
      <w:r>
        <w:t>तो जब जंग लगने का मतलब है कि जो दुनिया के जो असरात है माद्दी दुनिया के वो उस पर पड़ जाते हैं. फिर वो है कि फिर धीरे धीरे वो पूरा काला हो जाता है. तो हमको चाहिए कि जैसे उसमें उसका जब हम, जैसे हम माध्यी असरात को भूल करें तो हमें इसका एहसास हो जाए. उसका पूरा काला होने से पहले ही हम, उसका उसका हमें एहसास हो जाए और हम उसके लिए काम करें.</w:t>
      </w:r>
    </w:p>
    <w:p>
      <w:r>
        <w:rPr>
          <w:b/>
        </w:rPr>
        <w:t xml:space="preserve">[33:00] </w:t>
      </w:r>
      <w:r>
        <w:t>to uske liye kaha gaya hadis mein ki bahut zyada Allah ko yaad karna aur maut ko yaad karna ki maut jo hai woh hadim ulzaad hai, sari desires ki ko khatm kar deti hai. matlab insaan jab agar soche ki kal hum marne wale hain, to phir duniya mein usko, duniya mein koi attraction nahi reh jayega.</w:t>
      </w:r>
    </w:p>
    <w:p>
      <w:pPr>
        <w:jc w:val="right"/>
      </w:pPr>
      <w:r>
        <w:t>तो उसके लिए कहा गया हदीस में कि बहुत ज़्यादा अल्लाह को याद करना और मौत को याद करना कि मौत जो है वह हादिम उलझाद है, सारी desires की को खात्म कर देती है. मतलब इंसान जब अगर सोचे कि कल हम मरने वाले हैं, तो फिर दुनिया में उसको, दुनिया में कोई attraction नहीं रह जाएगा.</w:t>
      </w:r>
    </w:p>
    <w:p>
      <w:r>
        <w:rPr>
          <w:b/>
        </w:rPr>
        <w:t xml:space="preserve">[33:22] </w:t>
      </w:r>
      <w:r>
        <w:t>to isi tarike se jab hum Khuda ko yaad karenge to Khuda ko yaad karne ka matlab yeh hai ki ek taraf is duniya mein shaitan hai jo hame musalsal bairkara hai aur doosri taraf farishte hain.</w:t>
      </w:r>
    </w:p>
    <w:p>
      <w:pPr>
        <w:jc w:val="right"/>
      </w:pPr>
      <w:r>
        <w:t>तो इसी तरीके से जब हम खुदा को याद करेंगे तो खुदा को याद करने का मतलब यह है कि एक तरफ इस दुनिया में शैतान है जो हमें मुसलसल बैकारा है और दूसरी तरफ फरिश्ते हैं.</w:t>
      </w:r>
    </w:p>
    <w:p>
      <w:r>
        <w:rPr>
          <w:b/>
        </w:rPr>
        <w:t xml:space="preserve">[33:34] </w:t>
      </w:r>
      <w:r>
        <w:t>to jab hum khuda ko yaad karte hain ek, ek spiritual life guzarnay ki koshish karte hain, to</w:t>
      </w:r>
    </w:p>
    <w:p>
      <w:pPr>
        <w:jc w:val="right"/>
      </w:pPr>
      <w:r>
        <w:t>तो जब हम खुदा को याद करते हैं एक, एक spiritual life गुज़ारने की कोशिश करते हैं, तो</w:t>
      </w:r>
    </w:p>
    <w:p>
      <w:r>
        <w:rPr>
          <w:b/>
        </w:rPr>
        <w:t xml:space="preserve">[33:40] </w:t>
      </w:r>
      <w:r>
        <w:t>hamari madad par farishte aa jate hain aur farishte hamein hamari spirituality mein izafa karte hain, hamein inspire</w:t>
      </w:r>
    </w:p>
    <w:p>
      <w:pPr>
        <w:jc w:val="right"/>
      </w:pPr>
      <w:r>
        <w:t>हमारी मदद पर फरिश्ते आ जाते हैं और फरिश्ते हमें हमारी spirituality में इज़ाफा करते हैं, हमें inspire</w:t>
      </w:r>
    </w:p>
    <w:p>
      <w:r>
        <w:rPr>
          <w:b/>
        </w:rPr>
        <w:t xml:space="preserve">[33:46] </w:t>
      </w:r>
      <w:r>
        <w:t>karte hain, nek kaam ki targheeb dete hain.</w:t>
      </w:r>
    </w:p>
    <w:p>
      <w:pPr>
        <w:jc w:val="right"/>
      </w:pPr>
      <w:r>
        <w:t>करते हैं, नेक काम की तरगीब देते हैं.</w:t>
      </w:r>
    </w:p>
    <w:p>
      <w:r>
        <w:rPr>
          <w:b/>
        </w:rPr>
        <w:t xml:space="preserve">[33:52] </w:t>
      </w:r>
      <w:r>
        <w:t>to hamein is tarike se hamesha hamein aisa, aisi zindagi guzarni chahiye ki hum farishton ke asar mein</w:t>
      </w:r>
    </w:p>
    <w:p>
      <w:pPr>
        <w:jc w:val="right"/>
      </w:pPr>
      <w:r>
        <w:t>तो हमें इस तरीके से हमेशा हमें ऐसा, ऐसी ज़िंदगी गुज़ारनी चाहिए कि हम फरिश्तों के असर में</w:t>
      </w:r>
    </w:p>
    <w:p>
      <w:r>
        <w:rPr>
          <w:b/>
        </w:rPr>
        <w:t xml:space="preserve">[33:58] </w:t>
      </w:r>
      <w:r>
        <w:t>rahen, na ki shaitan ke asar mein rahen.</w:t>
      </w:r>
    </w:p>
    <w:p>
      <w:pPr>
        <w:jc w:val="right"/>
      </w:pPr>
      <w:r>
        <w:t>रहें, ना कि शैतान के असर में रहें.</w:t>
      </w:r>
    </w:p>
    <w:p>
      <w:r>
        <w:rPr>
          <w:b/>
        </w:rPr>
        <w:t xml:space="preserve">[34:05] </w:t>
      </w:r>
      <w:r>
        <w:t>to ek sahab the, Maulana ne ek video bhi banaya tha is par. ek sahab the, wo Lucknow mein aya karte the. to wo kehte the ki main har hafte ya har mahine ek khabar mein jata hoon aur khali khudi hui jo khabar hoti hai aur jaake us par let jata hoon. aur yaad karta hoon ki kal main isi isi tarah mein yahan aanay wala hoon. to wo unki koi baat sunta nahi to log unko haftee samajhte the.</w:t>
      </w:r>
    </w:p>
    <w:p>
      <w:pPr>
        <w:jc w:val="right"/>
      </w:pPr>
      <w:r>
        <w:t>तो एक साहब थे, माराना ने एक video भी बनाया था इस पर. एक साहब थे, वो लखनऊ में आया करते थे. तो वो कहते थे कि मैं हर हफ्ते या हर महीने एक खबर में जाता हूँ और खाली खुदी हुई जो खबर होती है और जाके उस पर लेट जाता हूँ. और याद करता हूँ कि कल मैं इसी इसी तरह में यहाँ आने वाला हूँ. तो वो उनकी कोई बात सुनता नहीं तो लोग उनको हफ्ती समझते थे.</w:t>
      </w:r>
    </w:p>
    <w:p>
      <w:r>
        <w:rPr>
          <w:b/>
        </w:rPr>
        <w:t xml:space="preserve">[34:33] </w:t>
      </w:r>
      <w:r>
        <w:t>lekin abba jo hai Maulana sahab wo uski, usko baqayda uski baat sunte the, us se baat karte the. to kehte hain is wajah se mere andar bahut hi zyada ehsas ho gaya ki iska maut ka, bahut unhone maut par bahut likha hai. to maut ek aisi cheez hai jo hamari tamam khayashat ko dha deti hai. to hum Khuda se darne lagte hain, Khuda se jo mohabbat karna, Khuda ki khashiyat, yeh sab hamare andar aata hai.</w:t>
      </w:r>
    </w:p>
    <w:p>
      <w:pPr>
        <w:jc w:val="right"/>
      </w:pPr>
      <w:r>
        <w:t>लेकिन अब्बा जो है मौराना साहब वो उसकी, उसको बाकायदा उसकी बात सुनते थे, उससे बात करते थे. तो कहते हैं इस वजह से मेरे अंदर बहुत ही ज़्यादा एहसास हो गया कि इसका मौत का, बहुत उन्होंने मौत पर बहुत लिखा है. तो मौत एक ऐसी चीज़ है जो हमारी तमाम खायशात को ढा देती है. तो हम खुदा से डरने लगते हैं, खुदा से जो मोहब्बत करना, खुदा की खशीयत, ये सब हमारे अंदर आता है.</w:t>
      </w:r>
    </w:p>
    <w:p>
      <w:r>
        <w:rPr>
          <w:b/>
        </w:rPr>
        <w:t xml:space="preserve">[35:01] </w:t>
      </w:r>
      <w:r>
        <w:t>to hame ab bahut zyada Khuda ko yaad karna hai aur is tarike se hamare andar jo spiritual potential hai wo hamare andar awakened hoga aur wo hamari poori ek shakhsiyat ban jayegi, spiritual shakhsiyat. to iska main ek misaal ek deti hoon ek Canada ka ek bashinda tha. to wo hippie ek zamana tha jo bahut sare log hippie ban gaye the.</w:t>
      </w:r>
    </w:p>
    <w:p>
      <w:pPr>
        <w:jc w:val="right"/>
      </w:pPr>
      <w:r>
        <w:t>तो हमें अब बहुत ज़्यादा खुदा को याद करना है और इस तरीके से हमारे अंदर जो spiritual potential है वो हमारे अंदर awakened होगा और वो हमारी पूरी एक शख्सियत वन जाएगी, spiritual शख्सियत. तो इसका मैं एक मिसाल एक देती हूँ एक Canada का एक बासिंदा था. तो वह hippie एक जमाना था जो बहुत सारे लोग hippie वन गए थे.</w:t>
      </w:r>
    </w:p>
    <w:p>
      <w:r>
        <w:rPr>
          <w:b/>
        </w:rPr>
        <w:t xml:space="preserve">[35:30] </w:t>
      </w:r>
      <w:r>
        <w:t>to wo India aaya aur Himalayas mein uski Himalaya ki tarah hi mein wo ghoom raha tha. to bilkul hippie bana hua. to ek hum ek teacher the english ke, professor Ozair. to unko wah mila tha. unhone un se poocha ki yahan Canada ka ek bashinda Canada ek developed country hai. yahan kya kar raha hai? to usne jo jumla kaha tha, wo bahut hi important hai. usne kaha tha ki mere paas wahan sab kuch tha.</w:t>
      </w:r>
    </w:p>
    <w:p>
      <w:pPr>
        <w:jc w:val="right"/>
      </w:pPr>
      <w:r>
        <w:t>तो वो India आया और हिमालियाज में उसकी हिमालिया की तरह ही में वो घूम रहा था. तो बिल्कुल hippie बना हुआ. तो एक हम एक teacher थे english के, professor ओज़ैर. तो उनको वह मिला था. उन्होंने उनसे पुछा कि यहाँ Canada का एक बाचन दा Canada एक developed country है. यहाँ क्या कर रहा है? तो उसने जो जुमला कहा था, वह बहुत ही important है. उसने कहा था कि मेरे पास वहां सब कुछ था.</w:t>
      </w:r>
    </w:p>
    <w:p>
      <w:r>
        <w:rPr>
          <w:b/>
        </w:rPr>
        <w:t xml:space="preserve">[35:57] </w:t>
      </w:r>
      <w:r>
        <w:t>behtareen ghar tha, car tha, biwi bachche the. lekin I was comfortable there physically. I am comfortable here spiritually. to hum apna taskhiya karke Khuda parastana zindagi ek tayyar karke hum yahan par ek, ek spiritual comfort milega, solace milega. Khuda ki yaad se hame bahut zyada sukoon milta hai.</w:t>
      </w:r>
    </w:p>
    <w:p>
      <w:pPr>
        <w:jc w:val="right"/>
      </w:pPr>
      <w:r>
        <w:t>बेहतरीन घर था, car था, बीवी बच्चे थे. लेकिन I was comfortable there physically. I am comfortable here spiritually. तो हम अपना तस्खिया करके खुदा परिस्थाना ज़िंदगी एक तैयार करके हम यहाँ पर एक, एक spiritual comfort मिलेगा, solace मिलेगा. खुदा की याद से हमें बहुत ज़्यादा सुकून मिलता है.</w:t>
      </w:r>
    </w:p>
    <w:p>
      <w:r>
        <w:rPr>
          <w:b/>
        </w:rPr>
        <w:t xml:space="preserve">[36:26] </w:t>
      </w:r>
      <w:r>
        <w:t>hamari duaen qubool hongi. to hame apna taskhiya karna hai. taskhiye ke liye deconditioning par Maulana ne bahut zyada zor diya hai ki hame apni deconditioning karni hai. Deconditioning hoti hai introspection se. to hame introspection karna hai, apna muhasaba karna hai. kyunki hame hame khud hi hame pata hai ki hamare andar kya kamiyan hain, kahan hum serious nahi hain. Khuda ke din ko lekar ke wo hum khud jaan sakte hain.</w:t>
      </w:r>
    </w:p>
    <w:p>
      <w:pPr>
        <w:jc w:val="right"/>
      </w:pPr>
      <w:r>
        <w:t>हमारी दुआएं कुबूल होंगी. तो हमें अपना तस्किया करना है. तस्किये के लिए deconditioning पर मोराना ने बहुत ज़्यादा ज़ोर दिया है कि हमें अपनी deconditioning करनी है. Deconditioning होती है introspection से. तो हमें introspection करना है, अपना मोहासबा करना है. क्योंकि हमें हमें खुद ही हमें पता है कि हमारे अंदर क्या कमियां हैं, कहां हम serious नहीं हैं. खुदा के दिन को लेकर के वह हम खुद जान सकते हैं.</w:t>
      </w:r>
    </w:p>
    <w:p>
      <w:r>
        <w:rPr>
          <w:b/>
        </w:rPr>
        <w:t xml:space="preserve">[36:55] </w:t>
      </w:r>
      <w:r>
        <w:t>to hame jab tak hum is par zyada ehsas hame nahi hoga aur hum is par gaur fikr nahi karenge tab tak hum doosra hame yahan madad nahi kar payega. hame khud apni madad aap karni hai aur hame apni spiritual health ke bare mein bahut zyada dhyan dena hai kyunki yahi hamare aakhirat mein yahi spiritual self jaye, yahi hamare kaam aayegi. Jaza kar la aap.</w:t>
      </w:r>
    </w:p>
    <w:p>
      <w:pPr>
        <w:jc w:val="right"/>
      </w:pPr>
      <w:r>
        <w:t>तो हमें जब तक हम इस पर ज़्यादा एहसास हमें नहीं होगा और हम इस पर गौर फ़िक्र नहीं करेंगे तब तक हम दूसरा हमें यहां मदद नहीं कर पाएगा. हमें खुद अपनी मदद आप करनी है और हमें अपनी spiritual health के बारे में बहुत ज़्यादा ध्यान देना है क्योंकि यही हमारे आख़िरत में यही spiritual self जाए, यही हमारे काम आएगी. जज़ा कर ला आप.</w:t>
      </w:r>
    </w:p>
    <w:p>
      <w:r>
        <w:rPr>
          <w:b/>
        </w:rPr>
        <w:t xml:space="preserve">[37:23] </w:t>
      </w:r>
      <w:r>
        <w:t>aap jaise aapne starting mein bhi iska zikr kiya tha ki har cheez ka jaise action bhi hota hai aur form bhi hota hai. jaise hum log namaz ada karte hain to namaz ada karne ka ek form hai, lekin uski jo spirit hai, wo hai tawazu, humility.</w:t>
      </w:r>
    </w:p>
    <w:p>
      <w:pPr>
        <w:jc w:val="right"/>
      </w:pPr>
      <w:r>
        <w:t>आप जैसे आपने starting में भी इसका ज़िक्र किया था कि हर चीज़ का जैसे action भी होता है और form भी होता है. जैसे हम लोग नमाज़ अदा करते हैं तो नमाज़ अदा करने का एक form है, लेकिन उसकी जो spirit है, वह है तवाज़ों, humility.</w:t>
      </w:r>
    </w:p>
    <w:p>
      <w:r>
        <w:rPr>
          <w:b/>
        </w:rPr>
        <w:t xml:space="preserve">[37:41] </w:t>
      </w:r>
      <w:r>
        <w:t>to usi tarike se Ramadan ka bhi jo spirit hai, wo hai sabr aur Rasool Allah ne ek mauke par farmaya ki yeh sabr ka mahina hai aur sabr ka badla jannat hai. to aap aap iske bare mein bhi batayein ki how is sabr linked to Ramadan? iske bare mein batayein.</w:t>
      </w:r>
    </w:p>
    <w:p>
      <w:pPr>
        <w:jc w:val="right"/>
      </w:pPr>
      <w:r>
        <w:t>तो उसी तरीके से रमादान का भी जो spirit है, वह है सब्र और रसोल उल्लाह ने एक मौके पर फरमाया कि यह सब्र का महीना है और सब्र का बदला जन्नत है. तो आप आप इसके बारे में भी बताएं कि how is सब्र linked to रमादान? इसके बारे में बताएं.</w:t>
      </w:r>
    </w:p>
    <w:p>
      <w:r>
        <w:rPr>
          <w:b/>
        </w:rPr>
        <w:t xml:space="preserve">[38:07] </w:t>
      </w:r>
      <w:r>
        <w:t>sabr to dekhiye poori zindagi mein iski zaroorat hai sabr ki, lekin Ramzan mein yeh saare jo feelings hain, aur zyada badh jati hain kyunki jab aadmi din bhar bhookha pyasa rehta hai, to uski jo spiritual sensitivity jo hai, wo bahut badh jati hai.</w:t>
      </w:r>
    </w:p>
    <w:p>
      <w:pPr>
        <w:jc w:val="right"/>
      </w:pPr>
      <w:r>
        <w:t>सब्र तो देखिए पूरी ज़िंदगी में इसकी ज़रूरत है सब्र की, लेकिन रमज़ान में ये सारे जो feelings हैं, और ज़्यादा बढ़ जाती हैं क्योंकि जब आदमी दिन भर भूखा प्यासा रहता है, तो उसकी जो spiritual sensitivity जो है, वह बहुत बढ़ जाती है.</w:t>
      </w:r>
    </w:p>
    <w:p>
      <w:r>
        <w:rPr>
          <w:b/>
        </w:rPr>
        <w:t xml:space="preserve">[38:26] </w:t>
      </w:r>
      <w:r>
        <w:t>to uski wajah se aur jo Quran padhta hai, baar baar duaen karta hai, jo kaifiyat se wo guzarta hai, uski wajah se usko andar sabr ki jo spirit paida hoti hai. to ab duniya mein dekhiye, duniya mein to har aadmi ko Allah Taala ne aazadi di hai. aazadi ka kabhi use proper karta hai, kabhi misuse karta hai.</w:t>
      </w:r>
    </w:p>
    <w:p>
      <w:pPr>
        <w:jc w:val="right"/>
      </w:pPr>
      <w:r>
        <w:t>तो उसकी वजह से और जो कुरान पढ़ता है, बार बार दवाएं करता है, जो कैफियाद से वह गुजरता है, उसकी वजह से उसको अंदर सब्र की जो spirit पैदा होती है. तो अब दुनिया में देखिए, दुनिया में तो हर आदमी को अल्लाह तालाने आज़ादी दिए. आज़ादी का कभी use proper करता है, कभी misuse करता है.</w:t>
      </w:r>
    </w:p>
    <w:p>
      <w:r>
        <w:rPr>
          <w:b/>
        </w:rPr>
        <w:t xml:space="preserve">[38:51] </w:t>
      </w:r>
      <w:r>
        <w:t>to uski wajah se musalsal hame kuch na kuch naakush gawari, unpleasant experiences hame hote rehte hain. to in experiences ko hum retaliate karein ya sabr ka tareeka ikhtiyar karein. to yahi humko Quran se bhi samajh mein aata hai aur yahi Rasool Allah sallallahu alaihi wasallam ki zindagi se bhi hame samajh mein aata hai ki hame sabr ka tareeka ek tayyar karna hai.</w:t>
      </w:r>
    </w:p>
    <w:p>
      <w:pPr>
        <w:jc w:val="right"/>
      </w:pPr>
      <w:r>
        <w:t>तो उसकी वजह से मुसलसल हमें कुछ ना कुछ नाकुछ नाकुश गवार, unpleasant experiences हमें होते रहते हैं. तो इन experiences को हम retaliate करें या सब्र का तरीका इख्तैर करें. तो यही हमको कुरान से भी समझ में आता है और यही रसूल्लाह सल्लाह सल्लाह सल्लाह की ज़िंदगी से भी हमें समझ में आता है कि हमें सब्र का तरीका एक तैयार करना है.</w:t>
      </w:r>
    </w:p>
    <w:p>
      <w:r>
        <w:rPr>
          <w:b/>
        </w:rPr>
        <w:t xml:space="preserve">[39:16] </w:t>
      </w:r>
      <w:r>
        <w:t>yahi Allah Taala ka hukum hai kyunki bagair sabr ke hum kuch bhi kaam nahi kar sakte is duniya mein. kyunki tarah tarah se hame lukawatein pesh aati hain aur un lukawaton par agar hum ladne lagenge to hamara jo hai rasta jo hai khandit ho jayega. to kuch logon ne kaha ki hum kab tak sabr karein? to Maulana samne kaha ki kab tak sabr karein?</w:t>
      </w:r>
    </w:p>
    <w:p>
      <w:pPr>
        <w:jc w:val="right"/>
      </w:pPr>
      <w:r>
        <w:t>यही अल्लाह तालाह का हुक्म है क्योंकि बगैर सब्र के हम कुछ भी काम नहीं कर सकते इस दुनिया में. क्योंकि तरह तरह से हमें लुकावटें पेश आती हैं और उन लुकावटों पर अगर हम लड़ने लगेंगे तो हमारा जो है रास्ता जो है खंडित हो जाएगा. तो कुछ लोगों ने कहा कि हम कब तक सब्र करें? तो मौलाना सामने कहा कि कब तक सब्र करें?</w:t>
      </w:r>
    </w:p>
    <w:p>
      <w:r>
        <w:rPr>
          <w:b/>
        </w:rPr>
        <w:t xml:space="preserve">[39:40] </w:t>
      </w:r>
      <w:r>
        <w:t>yeh sabr to ek ibaadat hai aur ek aisi ibaadat jisko aaj rom bagair hisab, jo ki behisab aaj rahe usmein. to aapko jitna sabr karne ka mauka mile, aap samjhiye ki Allah Taala ne aapko ek mauka diya hai. behisab ajr kamane ka. to hame zyada se zyada sabr karna hai. kyunki yeh Ramzan ka mahina jo hai, yeh training ka zamana hai.</w:t>
      </w:r>
    </w:p>
    <w:p>
      <w:pPr>
        <w:jc w:val="right"/>
      </w:pPr>
      <w:r>
        <w:t>यह सब्र तो एक ऐबादत है और एक ऐसी ऐबादत जिसको आज रोम बगैर हिसाब, जो कि बेहिसाब आज रहे उसमें. तो आपको जितना सब्र करने का मौका मिले, आप समझिए कि अल्लाह ताला ने आपको एक मौका दिया है. बेहिसाब अज़र कमाने का. तो हमें ज़्यादा से ज़्यादा सब्र करना है. क्योंकि यह रमज़ान का महीना जो है, यह training का जमाना है.</w:t>
      </w:r>
    </w:p>
    <w:p>
      <w:r>
        <w:rPr>
          <w:b/>
        </w:rPr>
        <w:t xml:space="preserve">[40:05] </w:t>
      </w:r>
      <w:r>
        <w:t>agar hum ek mahine ke liye hum trained ho jayenge to yeh training hamari gyarah mahine tak inshallah chalti rahegi aur phir doosra mauka milega to phir hum usko refresh karenge. to hame poore tarike se apne aap ko train karna hai kyunki bahut sari aisi hadise hain ki agar koi tumko gaali de, koi bura bhala kahe, to tum bas yeh keh do main rozedaar hoon, main rozedaar hoon.</w:t>
      </w:r>
    </w:p>
    <w:p>
      <w:pPr>
        <w:jc w:val="right"/>
      </w:pPr>
      <w:r>
        <w:t>अगर हम एक महीने के लिए हम trained हो जाएंगे तो यह training हमारी ग्यारह महीने तक इंशाह अल्लाह चलती रहेगी और फिर दूसरा मौका मिलेगा तो फिर हम उसको refresh करेंगे. तो हमें पूरे तरीके से अपने आप को train करना है क्योंकि बहुत सारी ऐसी हदीसे हैं कि अगर कोई तुमको गाली दे, कोई बुरा भला कहे, तो तुम बस यह कह दो मैं रोज़ेदार हूँ, मैं रोज़ेदार हूँ.</w:t>
      </w:r>
    </w:p>
    <w:p>
      <w:r>
        <w:rPr>
          <w:b/>
        </w:rPr>
        <w:t xml:space="preserve">[40:32] </w:t>
      </w:r>
      <w:r>
        <w:t>to yeh sari cheezein training hain ki jab ek mahine tak aisa psychology mein bhi yeh hai ki agar hum bees pachees tees din taye kaam karte rahenge to wo hamari aadat mein ek hamari aadat develop ho jati hai. to jab hamari yeh sari cheezein aadat hamari develop ho jayengi to hum aindah bhi poore matlab hame saal bhar hame sabr ka tareeka ikhtiyar karna hai.</w:t>
      </w:r>
    </w:p>
    <w:p>
      <w:pPr>
        <w:jc w:val="right"/>
      </w:pPr>
      <w:r>
        <w:t>तो यह सारी चीज़ें training हैं कि जब एक महीने तक ऐसा psychology में भी यह है कि अगर हम बीस पच्चीस तीस दिन तैये काम करते रहेंगे तो वह हमारी आदत में एक हमारी आदत develop हो जाती है. तो जब हमारी यह सारी चीज़ें आदत हमारी develop हो जाएंगी तो हम आइंदा भी पूरे मतलब हमें साल भर हमें सब्र का तरीका इख्तैयार करना है.</w:t>
      </w:r>
    </w:p>
    <w:p>
      <w:r>
        <w:rPr>
          <w:b/>
        </w:rPr>
        <w:t xml:space="preserve">[40:58] </w:t>
      </w:r>
      <w:r>
        <w:t>yeh jo ek mahine mein jo is emphasis di gayi hai taaki hamare andar aadat develop ho jaye.</w:t>
      </w:r>
    </w:p>
    <w:p>
      <w:pPr>
        <w:jc w:val="right"/>
      </w:pPr>
      <w:r>
        <w:t>यह जो एक महीने में जो इस emphasis दी गई है ताकि हमारे अंदर आदत develop हो जाए.</w:t>
      </w:r>
    </w:p>
    <w:p>
      <w:r>
        <w:rPr>
          <w:b/>
        </w:rPr>
        <w:t xml:space="preserve">[41:09] </w:t>
      </w:r>
      <w:r>
        <w:t>to sabr ek mustaqil amal hai, koi aisa nahi hai ki woh roze ke sath maqsoos hai. Ji.</w:t>
      </w:r>
    </w:p>
    <w:p>
      <w:pPr>
        <w:jc w:val="right"/>
      </w:pPr>
      <w:r>
        <w:t>तो सब्र एक मुस्तकिल अमल है, कोई ऐसा नहीं है कि वह रोज़े के साथ मकसूस है. जी.</w:t>
      </w:r>
    </w:p>
    <w:p>
      <w:r>
        <w:rPr>
          <w:b/>
        </w:rPr>
        <w:t xml:space="preserve">[41:21] </w:t>
      </w:r>
      <w:r>
        <w:t>apa to aap ne jaise abhi sabr ke bare mein bataya to yeh bhi bataiye ki Ramadan shukr ke</w:t>
      </w:r>
    </w:p>
    <w:p>
      <w:pPr>
        <w:jc w:val="right"/>
      </w:pPr>
      <w:r>
        <w:t>आपा तो आपने जैसे अभी सब्र के बारे में बताया तो यह भी बताइए कि रमादान शुक्र के</w:t>
      </w:r>
    </w:p>
    <w:p>
      <w:r>
        <w:rPr>
          <w:b/>
        </w:rPr>
        <w:t xml:space="preserve">[41:32] </w:t>
      </w:r>
      <w:r>
        <w:t>jazbe ko kaise badhata hai?</w:t>
      </w:r>
    </w:p>
    <w:p>
      <w:pPr>
        <w:jc w:val="right"/>
      </w:pPr>
      <w:r>
        <w:t>जज़्बे को कैसे बढ़ाता है?</w:t>
      </w:r>
    </w:p>
    <w:p>
      <w:r>
        <w:rPr>
          <w:b/>
        </w:rPr>
        <w:t xml:space="preserve">[41:44] </w:t>
      </w:r>
      <w:r>
        <w:t>isko bhi wazeh karen.</w:t>
      </w:r>
    </w:p>
    <w:p>
      <w:pPr>
        <w:jc w:val="right"/>
      </w:pPr>
      <w:r>
        <w:t>इसको भी वाज़े करें.</w:t>
      </w:r>
    </w:p>
    <w:p>
      <w:r>
        <w:rPr>
          <w:b/>
        </w:rPr>
        <w:t xml:space="preserve">[41:56] </w:t>
      </w:r>
      <w:r>
        <w:t>to yeh ehsas dilane ke liye ki yeh sab bahut badi nematein hain aur isi tarike se tamam nematein hain. yeh to sirf thodi si cheezein hain.</w:t>
      </w:r>
    </w:p>
    <w:p>
      <w:pPr>
        <w:jc w:val="right"/>
      </w:pPr>
      <w:r>
        <w:t>तो यह एहसास दिलाने के लिए कि यह सब बहुत बड़ी नेहमतें हैं और इसी तरीके से तमाम नेहमतें हैं. यह तो सिर्फ थोड़ी सी चीज़ें हैं.</w:t>
      </w:r>
    </w:p>
    <w:p>
      <w:r>
        <w:rPr>
          <w:b/>
        </w:rPr>
        <w:t xml:space="preserve">[42:07] </w:t>
      </w:r>
      <w:r>
        <w:t>isi tarike se tamam nematein kyunki insaan ke andar jabki Allah ne kaha hai ki la in shukri tum lazi dhan nakum. tum shukr karoge to hum aur zyada tumko denge.</w:t>
      </w:r>
    </w:p>
    <w:p>
      <w:pPr>
        <w:jc w:val="right"/>
      </w:pPr>
      <w:r>
        <w:t>इसी तरीके से तमाम नेहमतें क्योंकि इंसान के अंदर जब जबकि अल्लाह ने कहा है कि लाइन शकर तुम लाजी धन नकुम. तुम शुक्र करोगे तो हम और ज़्यादा तुमको देंगे.</w:t>
      </w:r>
    </w:p>
    <w:p>
      <w:r>
        <w:rPr>
          <w:b/>
        </w:rPr>
        <w:t xml:space="preserve">[42:34] </w:t>
      </w:r>
      <w:r>
        <w:t>lekin logon ne kya kiya hai ki har cheez ko ek form bana liya hai.</w:t>
      </w:r>
    </w:p>
    <w:p>
      <w:pPr>
        <w:jc w:val="right"/>
      </w:pPr>
      <w:r>
        <w:t>लेकिन लोगों ने क्या किया है कि हर चीज़ को एक form बना लिया है.</w:t>
      </w:r>
    </w:p>
    <w:p>
      <w:r>
        <w:rPr>
          <w:b/>
        </w:rPr>
        <w:t xml:space="preserve">[42:40] </w:t>
      </w:r>
      <w:r>
        <w:t>ab wo tasbi padhte hain, baatein karte rehte hain, haath ghumaate rehte hain.</w:t>
      </w:r>
    </w:p>
    <w:p>
      <w:pPr>
        <w:jc w:val="right"/>
      </w:pPr>
      <w:r>
        <w:t>अब वो तस्वी पढ़ते हैं, बातें करते रहते हैं, हाथ घुमाते रहते हैं.</w:t>
      </w:r>
    </w:p>
    <w:p>
      <w:r>
        <w:rPr>
          <w:b/>
        </w:rPr>
        <w:t xml:space="preserve">[42:46] </w:t>
      </w:r>
      <w:r>
        <w:t>yeh, yeh to form hai.</w:t>
      </w:r>
    </w:p>
    <w:p>
      <w:pPr>
        <w:jc w:val="right"/>
      </w:pPr>
      <w:r>
        <w:t>यह, यह तो form है.</w:t>
      </w:r>
    </w:p>
    <w:p>
      <w:r>
        <w:rPr>
          <w:b/>
        </w:rPr>
        <w:t xml:space="preserve">[42:53] </w:t>
      </w:r>
      <w:r>
        <w:t>Form without spirit is valueless.</w:t>
      </w:r>
    </w:p>
    <w:p>
      <w:pPr>
        <w:jc w:val="right"/>
      </w:pPr>
      <w:r>
        <w:t>Form without spirit is valueless.</w:t>
      </w:r>
    </w:p>
    <w:p>
      <w:r>
        <w:rPr>
          <w:b/>
        </w:rPr>
        <w:t xml:space="preserve">[42:59] </w:t>
      </w:r>
      <w:r>
        <w:t>to jab hum tasbi bhi padhein to huda ko yaad karte hue padhein.</w:t>
      </w:r>
    </w:p>
    <w:p>
      <w:pPr>
        <w:jc w:val="right"/>
      </w:pPr>
      <w:r>
        <w:t>तो जब हम तस्वी भी पढ़ें तो हुदा को याद करते हुए पढ़ें.</w:t>
      </w:r>
    </w:p>
    <w:p>
      <w:r>
        <w:rPr>
          <w:b/>
        </w:rPr>
        <w:t xml:space="preserve">[43:06] </w:t>
      </w:r>
      <w:r>
        <w:t>jaise subhan allah wa behamdi, subhan allah ilzeem ki tasbi hum padh rahe hain.</w:t>
      </w:r>
    </w:p>
    <w:p>
      <w:pPr>
        <w:jc w:val="right"/>
      </w:pPr>
      <w:r>
        <w:t>जैसे सुभान अल्लाह व बेहमदी, सुभान अल्लाह इलज़ीम की तस्बी हम पढ़ रहे हैं.</w:t>
      </w:r>
    </w:p>
    <w:p>
      <w:r>
        <w:rPr>
          <w:b/>
        </w:rPr>
        <w:t xml:space="preserve">[43:12] </w:t>
      </w:r>
      <w:r>
        <w:t>to hum sochenge aye allah taala teri azmatein kitni zyada hain.</w:t>
      </w:r>
    </w:p>
    <w:p>
      <w:pPr>
        <w:jc w:val="right"/>
      </w:pPr>
      <w:r>
        <w:t>तो हम सोचेंगे ए अल्लाह ताला तेरी अज़मतें कितनी ज़्यादा हैं.</w:t>
      </w:r>
    </w:p>
    <w:p>
      <w:r>
        <w:rPr>
          <w:b/>
        </w:rPr>
        <w:t xml:space="preserve">[43:19] </w:t>
      </w:r>
      <w:r>
        <w:t>to uska sawab milega. to yahi saccha shukr hai ki hum kuch Khuda ki kisi nemat ko discover karein aur discover karne ke baad jo hamare dil se shukr niklega, wahi saccha shukr hoga aur wahi Khuda ke yahan wo acceptable hai. to yeh nemat ka jo gehra ehsas hoga isi ko hum Allah Taala ne zikr kaseer kaha hai. zikr kaseer yani bahut zyada Khuda ko yaad karna.</w:t>
      </w:r>
    </w:p>
    <w:p>
      <w:pPr>
        <w:jc w:val="right"/>
      </w:pPr>
      <w:r>
        <w:t>तो उसका सवाल मिलेगा. तो यही सच्चा शुक्र है कि हम कुछ खुदा की किसी नेमत को discover करें और discover करने के बाद जो हमारे दिल से शुक्र निकलेगा, वही सच्चा शुक्र होगा और वही खुदा के यहां वह acceptable है. तो यह नेमत का जो गहरा एहसास होगा इसी को हम अल्लाह ताला ने ज़िक्र कशीर कहा है. ज़िक्र कशीर यानी बहुत ज़्यादा खुदा को याद करना.</w:t>
      </w:r>
    </w:p>
    <w:p>
      <w:r>
        <w:rPr>
          <w:b/>
        </w:rPr>
        <w:t xml:space="preserve">[43:47] </w:t>
      </w:r>
      <w:r>
        <w:t>log apne aaba o ajdad ka charcha karte hain. apni family ke logon ka charcha karte hain. apne, apne jo bhi dost azaab hain, unki badhaiyon ka zikr karte hain.</w:t>
      </w:r>
    </w:p>
    <w:p>
      <w:pPr>
        <w:jc w:val="right"/>
      </w:pPr>
      <w:r>
        <w:t>लोग अपने आबाव आजदात का चर्चा करते हैं. अपनी family के लोगों का चर्चा करते हैं. अपने, अपने जो भी दोस्त अबाब हैं, उनकी बड़ाइयों का ज़िक्र करते हैं.</w:t>
      </w:r>
    </w:p>
    <w:p>
      <w:r>
        <w:rPr>
          <w:b/>
        </w:rPr>
        <w:t xml:space="preserve">[43:58] </w:t>
      </w:r>
      <w:r>
        <w:t>humein khuda ka zikr karna hai, khuda ka charcha karna hai, khuda ki unke host. to wahan par gaye to dekha ki wahan par poori building mein bandar bhare hue hain. to wo bandar bhare hue hain aur building wo dekh bhi nahi paaye.</w:t>
      </w:r>
    </w:p>
    <w:p>
      <w:pPr>
        <w:jc w:val="right"/>
      </w:pPr>
      <w:r>
        <w:t>हमें खुदा का ज़िक्र करना है, खुदा का चर्चा करना है, खुदा की उनके host. तो वहाँ पर गए तो देखा कि वहाँ पर पूरी building में बंदर भरे हुए हैं. तो वो बंदर भरे हुए हैं और building वो देख भी नहीं पाए.</w:t>
      </w:r>
    </w:p>
    <w:p>
      <w:r>
        <w:rPr>
          <w:b/>
        </w:rPr>
        <w:t xml:space="preserve">[44:28] </w:t>
      </w:r>
      <w:r>
        <w:t>to unhone likha hai ki yahi hamara haal hoga ki hum bandaron ki tareeqe se humne duniya par qabza kar rakha hai aur uski jo price hai khuda ka shukr khuda ke hum khuda ko acknowledge karna woh hum de nahi rahe hain. to yahi price hai warna hum user par ho jayenge. to abhi mere saath abhi naya do teen din hua mere saath ek tazarfa guzra.</w:t>
      </w:r>
    </w:p>
    <w:p>
      <w:pPr>
        <w:jc w:val="right"/>
      </w:pPr>
      <w:r>
        <w:t>तो उन्होंने लिखा है कि यही हमारा हाल होगा कि हम बंदरों की तरीके से हमने दुनिया पर क़ब्ज़ा कर रखा है और उसकी जो price है खुदा का शुक्र खुदा के हम खुदा को acknowledge करना वह हम दे नहीं रहे हैं. तो यही price है वरना हम user पर हो जाएंगे. तो अभी मेरे साथ अभी नया दो तीन दिन हुआ मेरे साथ एक तज़रफा गुज़रा.</w:t>
      </w:r>
    </w:p>
    <w:p>
      <w:r>
        <w:rPr>
          <w:b/>
        </w:rPr>
        <w:t xml:space="preserve">[44:53] </w:t>
      </w:r>
      <w:r>
        <w:t>to matlab kis tareeqe se hum log ne'maton ko for granted liye hue hain ki main hospital gayi to wahan par kuch problem ho gaya aur wahan par line wain thi kaafi. to main apne driver ko phone karne lagi mobile par magar wo contact nahi hua. taqreeban aath das phone call kiya contact nahi hua. to phir main bahut zyada thak gayi thi. phir main ek three wheeler lekar ghar wapas aa gayi.</w:t>
      </w:r>
    </w:p>
    <w:p>
      <w:pPr>
        <w:jc w:val="right"/>
      </w:pPr>
      <w:r>
        <w:t>तो मतलब किस तरीके से हम लोग नेमतों को for granted लिए हुए हैं कि मैं hospital गई तो वहाँ पर कुछ problem हो गया और वहाँ पर line वाइन थी काफी. तो मैं अपने driver को phone करने लगी mobile पर मगर वो contact नहीं हुआ. तकरीबन आठ दस phone call किया contact नहीं हुआ. तो फिर मैं बहुत ज़्यादा थक गई थी. फिर मैं एक three wheeler लेकर घर वापस आ गई.</w:t>
      </w:r>
    </w:p>
    <w:p>
      <w:r>
        <w:rPr>
          <w:b/>
        </w:rPr>
        <w:t xml:space="preserve">[45:21] </w:t>
      </w:r>
      <w:r>
        <w:t>doctor ko bhi nahi dikhaya. to us waqt mujhe ehsaas hua ki dekho, har waqt hum mobile se logon ko contact karte rehte hain. hamare kaam bante rehte hain. hum khud aakar shukr nahi ada karte. to us waqt bahut gehra ehsaas hua ki dekho mobile kitni badi ne'mat hai. to isi tareeqe se jab tak yeh saare jo in kafiyad se jo hum under nahi guzarenge, tab tak hamein saccha shukr hamein unka ehsaas nahi hoga.</w:t>
      </w:r>
    </w:p>
    <w:p>
      <w:pPr>
        <w:jc w:val="right"/>
      </w:pPr>
      <w:r>
        <w:t>Doctor को भी नहीं दिखाया. तो उस वक्त मुझे एहसास हुआ कि देखो, हर वक्त हम mobile से लोगों को contact करते रहते हैं. हमारे काम बनते रहते हैं. हम खुद आकर शुक्र नहीं अदा करते. तो उस वक्त बहुत गहरा एहसास हुआ कि देखो mobile कितनी बड़ी नेमत है. तो इसी तरीके से जब तक यह सारे जो इन कैफियाद से जो हम under नहीं घुज़रेंगे, तब तक हमें सच्चा शुक्र हमें उनका एहसास नहीं होगा.</w:t>
      </w:r>
    </w:p>
    <w:p>
      <w:r>
        <w:rPr>
          <w:b/>
        </w:rPr>
        <w:t xml:space="preserve">[45:51] </w:t>
      </w:r>
      <w:r>
        <w:t>to saccha shukr ke ehsaas karne ke liye allah ta'alan ne roza farz kiya warna hum har baat khate peete rehte hain aur hamein kuch bhi ehsaas nahi hota ki hamein kis tareeqe se har cheez mil rahi hai. phir hum jab wahan se aaye pareshan ho gaye hospital se to hamein ghar laga ke kitni badi ne'bat hai. har cheez hamein yahan available hai aur wahan to hamein driver bhi nahi available tha, gaadi bhi nahi available thi, seat bhi nahi mil rahi thi.</w:t>
      </w:r>
    </w:p>
    <w:p>
      <w:pPr>
        <w:jc w:val="right"/>
      </w:pPr>
      <w:r>
        <w:t>तो सच्चा शुक्र के एहसास करने के लिए अल्लाह तालन ने रोज़ा फर्ज किया वरना हम हर बात खाते पीते रहते हैं और हमें कुछ भी एहसास नहीं होता कि हमें किस तरीके से हर चीज़ मिल रही है. फिर हम जब वहां से आए परेशान हो गए hospital से तो हमें घर लगा के कितनी बड़ी नेबत है. हर चीज़ हमें यहां available है और वहां तो हमें driver भी नहीं available था, गाड़ी भी नहीं available थी, seat भी नहीं मिल रही थी.</w:t>
      </w:r>
    </w:p>
    <w:p>
      <w:r>
        <w:rPr>
          <w:b/>
        </w:rPr>
        <w:t xml:space="preserve">[46:18] </w:t>
      </w:r>
      <w:r>
        <w:t>to yeh hai saccha shukr ki humko in kafiyad se, in tajarwaat se hamein yeh, yeh, yeh shukr hamare dil ki gehraiyon se nikle, to wahi iski price hai jo hum is duniya mein khuda ki di hui tamam cheezon ko istemal kar rahe hain, to uski price hamein dena hai. ji, masha'allah aap aapne bahut acche se is sawal ka jawab diya.</w:t>
      </w:r>
    </w:p>
    <w:p>
      <w:pPr>
        <w:jc w:val="right"/>
      </w:pPr>
      <w:r>
        <w:t>तो यह है सच्चा शुक्र कि हमको इन कैफियाद से, इन तजर्वात से हमें यह, यह, यह शुक्र हमारे दिल की गहराइयों से निकले, तो वही इसकी price है जो हम इस दुनिया में खोदा की दी हुई तमाम चीज़ों को इस्तेमाल कर रहे हैं, तो उसकी price हमें देना है. जी, माशाल्लाह आप आपने बहुत अच्छे से इस सवाल का जवाब दिया.</w:t>
      </w:r>
    </w:p>
    <w:p>
      <w:r>
        <w:rPr>
          <w:b/>
        </w:rPr>
        <w:t xml:space="preserve">[46:46] </w:t>
      </w:r>
      <w:r>
        <w:t>apa ek riwayat hai hazrat ibn abbas se ki rasul ullah ramadan mein bahut zyada generous hote the aur ek riwayat mein yeh bhi aata hai ki woh kisi bhi mangne wale ko inkaar nahi karte the aur tez hawa se bhi zyada logon ko diya karte the. to ramadan ke mahine ko shahrool mawsat ka mahina bhi kaha gaya hai. aisa kyun isko bhi aap waze karein?</w:t>
      </w:r>
    </w:p>
    <w:p>
      <w:pPr>
        <w:jc w:val="right"/>
      </w:pPr>
      <w:r>
        <w:t>आपा एक रिवायत है हजरत Ibn Abbas से कि रसुल उल्लाह रमादान में बहुत ज़्यादा generous होते थे और एक रवायत में यह भी आता है कि वह किसी भी मांगने वाले को इंकार नहीं करते थे और तेज़ हवा से भी ज़्यादा लोगों को दिया करते थे. तो रमाधान के महीने को शहरोल मौसात का महीना भी कहा गया है. ऐसा क्यों इसको भी आप वाज़े करें?</w:t>
      </w:r>
    </w:p>
    <w:p>
      <w:r>
        <w:rPr>
          <w:b/>
        </w:rPr>
        <w:t xml:space="preserve">[47:16] </w:t>
      </w:r>
      <w:r>
        <w:t>asal mein yeh bhi usi se judta hai ki jab hum khana pani chhodte hain na, to hamein woh ehsaas hota hai. kyunki jo log afford kar sakte hain, unko to yeh kabhi ehsaas hi nahi hota mahrroomi ka, ki har bahut khana pani unko milta rehta hai. to woh ehsaas dilane ke liye unko spiritually sensitive banane ke liye yeh roza farz kiya gaya hai.</w:t>
      </w:r>
    </w:p>
    <w:p>
      <w:pPr>
        <w:jc w:val="right"/>
      </w:pPr>
      <w:r>
        <w:t>असल में यह भी उसी से जुड़ता है कि जब हम खाना पानी छोड़ते हैं ना, तो हमें वो एहसास होता है. क्योंकि जो लोग afford कर सकते हैं, उनको तो यह कभी एहसास ही नहीं होता महरूनी का, कि हर बहुत खाना पानी उनको मिलता रहता है. तो वह एहसास दिलाने के लिए उनको spiritually sensitive बनाने के लिए यह रोज़ा फर्ज किया गया है.</w:t>
      </w:r>
    </w:p>
    <w:p>
      <w:r>
        <w:rPr>
          <w:b/>
        </w:rPr>
        <w:t xml:space="preserve">[47:43] </w:t>
      </w:r>
      <w:r>
        <w:t>to aadmi ko woh ehsasi nahi hota woh jaise billionaire's daughter ko.</w:t>
      </w:r>
    </w:p>
    <w:p>
      <w:pPr>
        <w:jc w:val="right"/>
      </w:pPr>
      <w:r>
        <w:t>तो आदमी को वह एहसासी नहीं होता वह जैसे billionaire's daughter को.</w:t>
      </w:r>
    </w:p>
    <w:p>
      <w:r>
        <w:rPr>
          <w:b/>
        </w:rPr>
        <w:t xml:space="preserve">[47:50] </w:t>
      </w:r>
      <w:r>
        <w:t>kyunki yeh itna zyada zaroori hai logon ki madad karna ki aapke aamat mein allah taala kuch logon</w:t>
      </w:r>
    </w:p>
    <w:p>
      <w:pPr>
        <w:jc w:val="right"/>
      </w:pPr>
      <w:r>
        <w:t>क्योंकि यह इतना ज़्यादा ज़रूरी है लोगों की मदद करना कि आपके आमत में अल्लाह तालाह कुछ लोगों</w:t>
      </w:r>
    </w:p>
    <w:p>
      <w:r>
        <w:rPr>
          <w:b/>
        </w:rPr>
        <w:t xml:space="preserve">[47:57] </w:t>
      </w:r>
      <w:r>
        <w:t>se farmaega ki main tumhare paas bhookha aaya tha, tumne khana nahi khilaya.</w:t>
      </w:r>
    </w:p>
    <w:p>
      <w:pPr>
        <w:jc w:val="right"/>
      </w:pPr>
      <w:r>
        <w:t>से फरमाएगा कि मैं तुम्हारे पास भूखा आया था, तुमने खाना नहीं खिलाया.</w:t>
      </w:r>
    </w:p>
    <w:p>
      <w:r>
        <w:rPr>
          <w:b/>
        </w:rPr>
        <w:t xml:space="preserve">[48:04] </w:t>
      </w:r>
      <w:r>
        <w:t>main tumhare paas pyasa aaya tha, tumne pani nahi pilaya.</w:t>
      </w:r>
    </w:p>
    <w:p>
      <w:pPr>
        <w:jc w:val="right"/>
      </w:pPr>
      <w:r>
        <w:t>मैं तुम्हारे पास प्यासा आया था, तुमने पानी नहीं पिलाया.</w:t>
      </w:r>
    </w:p>
    <w:p>
      <w:r>
        <w:rPr>
          <w:b/>
        </w:rPr>
        <w:t xml:space="preserve">[48:11] </w:t>
      </w:r>
      <w:r>
        <w:t>main bimar tha, tumne meri ayadat nahi ki.</w:t>
      </w:r>
    </w:p>
    <w:p>
      <w:pPr>
        <w:jc w:val="right"/>
      </w:pPr>
      <w:r>
        <w:t>मैं बीमार था, तुमने मेरी आयादत नहीं की.</w:t>
      </w:r>
    </w:p>
    <w:p>
      <w:r>
        <w:rPr>
          <w:b/>
        </w:rPr>
        <w:t xml:space="preserve">[48:18] </w:t>
      </w:r>
      <w:r>
        <w:t>to wo log kahenge, ya allah, aapke, aap to almighty hain, all powerful hain.</w:t>
      </w:r>
    </w:p>
    <w:p>
      <w:pPr>
        <w:jc w:val="right"/>
      </w:pPr>
      <w:r>
        <w:t>तो वो लोग कहेंगे, या अल्लाह, आपके, आप तो almighty हैं, all powerful हैं.</w:t>
      </w:r>
    </w:p>
    <w:p>
      <w:r>
        <w:rPr>
          <w:b/>
        </w:rPr>
        <w:t xml:space="preserve">[48:25] </w:t>
      </w:r>
      <w:r>
        <w:t>aap aise kaisa ho sakta hai?</w:t>
      </w:r>
    </w:p>
    <w:p>
      <w:pPr>
        <w:jc w:val="right"/>
      </w:pPr>
      <w:r>
        <w:t>आप ऐसे कैसा हो सकता है?</w:t>
      </w:r>
    </w:p>
    <w:p>
      <w:r>
        <w:rPr>
          <w:b/>
        </w:rPr>
        <w:t xml:space="preserve">[48:33] </w:t>
      </w:r>
      <w:r>
        <w:t>tab allah daal afr maenge ki woh shakhs jo tumhare paas bhookha aaya tha, pyasa aaya tha, beemar tha, usko agar tum karte uske liye to tum wahan mujhe paate. to kitna zyada important hai ki isi se hamari bakhshish hogi. wahin woh rok diya gaya ki tum, kyunki dekhiye hum khuda se lene wale hain.</w:t>
      </w:r>
    </w:p>
    <w:p>
      <w:pPr>
        <w:jc w:val="right"/>
      </w:pPr>
      <w:r>
        <w:t>तब अल्लाह दाल अफर माएंगे कि वह शख्स जो तुम्हारे पास भूखा आया था, प्यासा आया था, बीमार था, उसको अगर तुम करते उसके लिए तो तुम वहाँ मुझे पाते. तो कितना ज़्यादा important है कि इसी से हमारी बक्शीश होगी. वहीं वह रोक दिया गया कि तुम, क्योंकि देखिए हम खुदा से लेने वाले हैं.</w:t>
      </w:r>
    </w:p>
    <w:p>
      <w:r>
        <w:rPr>
          <w:b/>
        </w:rPr>
        <w:t xml:space="preserve">[48:56] </w:t>
      </w:r>
      <w:r>
        <w:t>to jab hum allah ke paas jayenge, to allah kahega ki tumne to yeh kaam kiya nahi ki</w:t>
      </w:r>
    </w:p>
    <w:p>
      <w:pPr>
        <w:jc w:val="right"/>
      </w:pPr>
      <w:r>
        <w:t>तो जब हम अल्लाह के पास जाएंगे, तो अल्लाह कहेगा कि तुमने तो यह काम किया नहीं कि</w:t>
      </w:r>
    </w:p>
    <w:p>
      <w:r>
        <w:rPr>
          <w:b/>
        </w:rPr>
        <w:t xml:space="preserve">[49:04] </w:t>
      </w:r>
      <w:r>
        <w:t>jab, jab tumhare paas koi aaya tha tumse lene ke liye, to tumne usko nahi diya.</w:t>
      </w:r>
    </w:p>
    <w:p>
      <w:pPr>
        <w:jc w:val="right"/>
      </w:pPr>
      <w:r>
        <w:t>जब, जब तुम्हारे पास कोई आया था तुमसे लेने के लिए, तो तुमने उसको नहीं दिया.</w:t>
      </w:r>
    </w:p>
    <w:p>
      <w:r>
        <w:rPr>
          <w:b/>
        </w:rPr>
        <w:t xml:space="preserve">[49:13] </w:t>
      </w:r>
      <w:r>
        <w:t>ab kaise tum yeh expect kar sakte ho ki main tumko dunga?</w:t>
      </w:r>
    </w:p>
    <w:p>
      <w:pPr>
        <w:jc w:val="right"/>
      </w:pPr>
      <w:r>
        <w:t>अब कैसे तुम यह expect कर सकते हो कि मैं तुमको दूंगा?</w:t>
      </w:r>
    </w:p>
    <w:p>
      <w:r>
        <w:rPr>
          <w:b/>
        </w:rPr>
        <w:t xml:space="preserve">[49:21] </w:t>
      </w:r>
      <w:r>
        <w:t>jab tumne kisi ko nahi diya to.</w:t>
      </w:r>
    </w:p>
    <w:p>
      <w:pPr>
        <w:jc w:val="right"/>
      </w:pPr>
      <w:r>
        <w:t>जब तुमने किसी को नहीं दिया तो.</w:t>
      </w:r>
    </w:p>
    <w:p>
      <w:r>
        <w:rPr>
          <w:b/>
        </w:rPr>
        <w:t xml:space="preserve">[49:30] </w:t>
      </w:r>
      <w:r>
        <w:t>bahut zyada ek baar madine mein ek qahd pada. to hazrat usman chunki bahut bade businessman the unka us waqt ek hazar oont gaye hue the jo gallo, gallo se lade hue woh madine aane wale the kyunki pehle zamane mein trading hoti thi. kahin ek jagah ka saman doosri jagah jata tha, doosri jagah saman doosri jagah aata tha. to yeh unke aaye oont gallo se lade hue madine mein.</w:t>
      </w:r>
    </w:p>
    <w:p>
      <w:pPr>
        <w:jc w:val="right"/>
      </w:pPr>
      <w:r>
        <w:t>बहुत ज़्यादा एक बार मदीने में एक कहद पड़ा. तो हजरत उस्मान चूँकि बहुत बड़े businessman थे उनका उस वक्त एक हज़ार ऊँट गए हुए थे जो गल्लों, गल्लों से लदे हुए वो मदीना आने वाले थे क्योंकि पहले ज़माने में trading होती थी. कहीं एक जगह का सामान दूसरी जगह जाता था, दूसरी जगह सामान दूसरी जगह आता था. तो यह उनके आए ऊँट गल्लों से लदे हुए मदीने में.</w:t>
      </w:r>
    </w:p>
    <w:p>
      <w:r>
        <w:rPr>
          <w:b/>
        </w:rPr>
        <w:t xml:space="preserve">[50:00] </w:t>
      </w:r>
      <w:r>
        <w:t>to zaman, jitne bhi chhote chhote tazeer the, sab unke paas aaye ki inse kuch saman khareed ke hum logon mein taqseem karein. to tusman se uska daam lagane lage. woh kehta itna hum denge, itna denge, itna denge. bahut daam lag gaya. to hazar tusman hamesha hi kehte rahe ki mujhe isse bhi zyada mil raha hai.</w:t>
      </w:r>
    </w:p>
    <w:p>
      <w:pPr>
        <w:jc w:val="right"/>
      </w:pPr>
      <w:r>
        <w:t>तो जमान, जितने भी छोटे छोटे ताज़िर थे, सब उनके पास आए कि इनसे कुछ सामान खरीद के हम लोगों में तक़सीम करें. तो तुस्मान से उसका दाम लगाने लगे. वह कहता इतना हम देंगे, इतना देंगे, इतना देंगे. बहुत दाम लग गया. तो हज़र तुस्मान हमेशा ही कहते रहे कि मुझे इससे भी ज़्यादा मिल रहा है.</w:t>
      </w:r>
    </w:p>
    <w:p>
      <w:r>
        <w:rPr>
          <w:b/>
        </w:rPr>
        <w:t xml:space="preserve">[50:24] </w:t>
      </w:r>
      <w:r>
        <w:t>to tamam tazeeron ne kaha ki saare tazeer to aapke paas baithe hain, kaun aapko isse zyada de raha hai? to unhone kaha, maine yeh sara jo hai, yeh jo, jo, jo qahat se mutasir log hain, main inko yeh sab maine waqt kar diya hai aur mujhe iska aaj rakhoda ke yahan milega. to is tareeqe se bahut zyada logon ki madad karni chahiye aur aage aage hona chahiye. ramzan hamein yaad dilane ke liye hai.</w:t>
      </w:r>
    </w:p>
    <w:p>
      <w:pPr>
        <w:jc w:val="right"/>
      </w:pPr>
      <w:r>
        <w:t>तो तमाम ताज़िरों ने कहा कि सारे ताज़िर तो आपके पास बैठे हैं, कौन आपको इससे ज़्यादा दे रहा है? तो उन्होंने कहा, मैंने यह सारा जो है, यह जो, जो, जो कहत से मुतास्य लोग हैं, मैं इनको यह सब मैंने वक्त कर दिया है और मुझे इसका आज रखौदा के यहाँ मिलेगा. तो इस तरीके से बहुत ज़्यादा लोगों की मदद करनी चाहिए और आगे आगे होना चाहिए. रमज़ान हमें याद दिलाने के लिए है.</w:t>
      </w:r>
    </w:p>
    <w:p>
      <w:r>
        <w:rPr>
          <w:b/>
        </w:rPr>
        <w:t xml:space="preserve">[50:54] </w:t>
      </w:r>
      <w:r>
        <w:t>madad ka kaam do hai isko kyunki ramzan ko shaharul mohasat kaha gaya hai. hamein sari zindagi karna hai kyunki khairkhwahi jo hai hamein bando ki khairkhwahi bahut zyada zaroori hai. is par khoda khush hota hai kyunki tamam bande jo hain alkhul ko ya ayal ullah kaha gaya hai. khoda ki family hai.</w:t>
      </w:r>
    </w:p>
    <w:p>
      <w:pPr>
        <w:jc w:val="right"/>
      </w:pPr>
      <w:r>
        <w:t>मदद का काम दो है इसको क्योंकि रमज़ान को शाहरुल मोहासात कहा गया है. हमें सारी ज़िंदगी करना है क्योंकि खैरख्वाही जो है हमें बंदों की खैरख्वाही बहुत ज़्यादा ज़रूरी है. इस पर खोदा खुश होता है क्योंकि तमाम बंदे जो हैं अलखल को या आयाल उल्लाह कहा गया है. खोदा की family है.</w:t>
      </w:r>
    </w:p>
    <w:p>
      <w:r>
        <w:rPr>
          <w:b/>
        </w:rPr>
        <w:t xml:space="preserve">[51:17] </w:t>
      </w:r>
      <w:r>
        <w:t>to yeh jo hai roza jo hai isi isi halaki zimmedari ko ek jaati tazurba bata de, bana deta hai.</w:t>
      </w:r>
    </w:p>
    <w:p>
      <w:pPr>
        <w:jc w:val="right"/>
      </w:pPr>
      <w:r>
        <w:t>तो यह जो है रोज़ा जो है इसी इसी हलाकी ज़िम्मेदारी को एक जाती तज़र्बा बता दे, बना देता है.</w:t>
      </w:r>
    </w:p>
    <w:p>
      <w:r>
        <w:rPr>
          <w:b/>
        </w:rPr>
        <w:t xml:space="preserve">[51:23] </w:t>
      </w:r>
      <w:r>
        <w:t>kyunki agar hamein jaati tazurba na ho, to phir hum ehsaas nahi kar paenge ki hamare paas cheezein</w:t>
      </w:r>
    </w:p>
    <w:p>
      <w:pPr>
        <w:jc w:val="right"/>
      </w:pPr>
      <w:r>
        <w:t>क्योंकि अगर हमें जाती तज़र्बा ना हो, तो फिर हम एहसास नहीं कर पाएंगे कि हमारे पास चीज़ें</w:t>
      </w:r>
    </w:p>
    <w:p>
      <w:r>
        <w:rPr>
          <w:b/>
        </w:rPr>
        <w:t xml:space="preserve">[51:29] </w:t>
      </w:r>
      <w:r>
        <w:t>na hon, to phir uska kaisa lagta hai?</w:t>
      </w:r>
    </w:p>
    <w:p>
      <w:pPr>
        <w:jc w:val="right"/>
      </w:pPr>
      <w:r>
        <w:t>ना हों, तो फिर उसका कैसा लगता है?</w:t>
      </w:r>
    </w:p>
    <w:p>
      <w:r>
        <w:rPr>
          <w:b/>
        </w:rPr>
        <w:t xml:space="preserve">[51:35] </w:t>
      </w:r>
      <w:r>
        <w:t>phir hamein kaisa mehsoos hota hai?</w:t>
      </w:r>
    </w:p>
    <w:p>
      <w:pPr>
        <w:jc w:val="right"/>
      </w:pPr>
      <w:r>
        <w:t>फिर हमें कैसा महसूस होता है?</w:t>
      </w:r>
    </w:p>
    <w:p>
      <w:r>
        <w:rPr>
          <w:b/>
        </w:rPr>
        <w:t xml:space="preserve">[51:41] </w:t>
      </w:r>
      <w:r>
        <w:t>to hum jab khuda se madad chahte hain to humko chahiye ki hum bando ki madad karein.</w:t>
      </w:r>
    </w:p>
    <w:p>
      <w:pPr>
        <w:jc w:val="right"/>
      </w:pPr>
      <w:r>
        <w:t>तो हम जब खोदा से मदद चाहते हैं तो हमको चाहिए कि हम बंदों की मदद करें.</w:t>
      </w:r>
    </w:p>
    <w:p>
      <w:r>
        <w:rPr>
          <w:b/>
        </w:rPr>
        <w:t xml:space="preserve">[51:48] </w:t>
      </w:r>
      <w:r>
        <w:t>to is tareeqe se roza jo hai yeh bahut zyada iski tarbiyat karta hai. kehte hain ki dene wala hath jo hai ji. woh lene wala hath se behtar hai. behtar hai. ji. aap i want to come to the question of aitika.</w:t>
      </w:r>
    </w:p>
    <w:p>
      <w:pPr>
        <w:jc w:val="right"/>
      </w:pPr>
      <w:r>
        <w:t>तो इस तरीके से रोज़ा जो है यह बहुत ज़्यादा इसकी तरबीयत करता है. कहते हैं कि देने वाला हाथ जो है जी. वह लेने वाला हाथ से बेहतर है. बेहतर है. जी. आप I want to come to the question of ऐतिका.</w:t>
      </w:r>
    </w:p>
    <w:p>
      <w:r>
        <w:rPr>
          <w:b/>
        </w:rPr>
        <w:t xml:space="preserve">[52:04] </w:t>
      </w:r>
      <w:r>
        <w:t>we know that it's a very special practice and it is, it marks the closure of the blessed month of ramadan aur hazrat abu hurera se bhi riwayat hai ki unhone bataya ki har ramadan mein rasul ullah das din ke liye aitikaf kiya karte the, lekin unka jo aakhri saal tha, us saal unhone bees din ka aitikaf kiya.</w:t>
      </w:r>
    </w:p>
    <w:p>
      <w:pPr>
        <w:jc w:val="right"/>
      </w:pPr>
      <w:r>
        <w:t>We know that it's a very special practice and it is, it marks the closure of the blessed month of रामदान और हज़रत अबू हुरेरा से भी रिवायत है कि उन्होंने बताया कि हर रामदान में रसुल उल्ला दस दिन के लिए ऐतिकाफ किया करते थे, लेकिन उनका जो आखिरी साल था, उस साल उन्होंने बीस दिन का ऐतिकाफ किया.</w:t>
      </w:r>
    </w:p>
    <w:p>
      <w:r>
        <w:rPr>
          <w:b/>
        </w:rPr>
        <w:t xml:space="preserve">[52:31] </w:t>
      </w:r>
      <w:r>
        <w:t>to apa aitikaf kya hai aur uske kya benefits hain, isko detail mein hum sabko bataiye. aitikaf kehte hain seclusion ko, matlab ek alag jagah banakar wahan par ibadat karna, ibadat mein formal, informal sab shamil hai. quran padhna, nafil na maze padhna, khuda ko yaad karna.</w:t>
      </w:r>
    </w:p>
    <w:p>
      <w:pPr>
        <w:jc w:val="right"/>
      </w:pPr>
      <w:r>
        <w:t>तो आपा ऐतिकाफ क्या है और उसके क्या benefits हैं, इसको detail में हम सबको बताइए. ऐतिकाफ कहते हैं seclusion को, मतलब एक अलग जगह बनाकर वहां पर इबादत करना, इबादत में formal, informal सब शामिल है. कुरान पढ़ना, नफिलना माज़े पढ़ना, खुदा को याद करना.</w:t>
      </w:r>
    </w:p>
    <w:p>
      <w:r>
        <w:rPr>
          <w:b/>
        </w:rPr>
        <w:t xml:space="preserve">[52:56] </w:t>
      </w:r>
      <w:r>
        <w:t>to jitna zyada hum concentrate karenge, jaise magnifying glass hota hai usko aap suraj dhoop mein rakhein aap usko, to woh concentrate kar deta hai ek point par usko suraj ke kirnon ko to kagaz jal jata hai. to jitna zyada hum concentrate karenge duniya mein itna zyada distraction hai ki jaha hum zara se koi kaam karna shuru karte hain, koi distraction samne aa jata hai.</w:t>
      </w:r>
    </w:p>
    <w:p>
      <w:pPr>
        <w:jc w:val="right"/>
      </w:pPr>
      <w:r>
        <w:t>तो जितना ज़्यादा हम concentrate करेंगे, जैसे magnifying glass होता है उसको आप सूरज धूप में रखें आप उसको, तो वह concentrate कर देता है एक point पर उसको सूरज के किरणों को तो काग़ज़ जल जाता है. तो जितना ज़्यादा हम concentrate करेंगे दुनिया में इतना ज़्यादा distraction है कि जहा हम जरा से कोई काम करना शुरू करते हैं, कोई distraction सामने आ जाता है.</w:t>
      </w:r>
    </w:p>
    <w:p>
      <w:r>
        <w:rPr>
          <w:b/>
        </w:rPr>
        <w:t xml:space="preserve">[53:24] </w:t>
      </w:r>
      <w:r>
        <w:t>to isliye aitikaf karte hain ki ek, ek, ek alag ladies bhi aitikaf karti hain. alag ek jagah kamre mein, ghar mein, ek kone mein baith jati hain. minimum to aadhe din ka bhi ho sakta hai aur zyada tar log das din ka karte hain aur koi aur zyada karna chahe to aur zyada karne mein koi harz nahi bahut accha hai kyunki usmein aur zyada uska asar badh jata hai.</w:t>
      </w:r>
    </w:p>
    <w:p>
      <w:pPr>
        <w:jc w:val="right"/>
      </w:pPr>
      <w:r>
        <w:t>तो इसलिए ऐतिकाफ करते हैं कि एक, एक, एक अलग ladies भी ऐतिकाफ करती हैं. अलग एक जगह कमरे में, घर में, एक कोने में बैठ जाती हैं. Minimum तो आधे दिन का भी हो सकता है और ज़्यादातर लोग दस दिन का करते हैं और कोई और ज़्यादा करना चाहे तो और ज़्यादा करने में कोई हर्ज़ नहीं बहुत अच्छा है क्योंकि उसमें और ज़्यादा उसका असर बढ़ जाता है.</w:t>
      </w:r>
    </w:p>
    <w:p>
      <w:r>
        <w:rPr>
          <w:b/>
        </w:rPr>
        <w:t xml:space="preserve">[53:52] </w:t>
      </w:r>
      <w:r>
        <w:t>jab hum tanhai mein khuda ko yaad karte hain, duaen karte hain khuda se, to uska asar usse bahut badh jata hai jitna hum sabke saath baith ke padhte hain aur destruction ke saath. to tamam sahaba jo hai woh aitkaf karte the. yeh log masjid mein aitkaf karte hain zyada tar. masjid mein ek ghosha bana lete hain, to wahan par aitkaf karte hain.</w:t>
      </w:r>
    </w:p>
    <w:p>
      <w:pPr>
        <w:jc w:val="right"/>
      </w:pPr>
      <w:r>
        <w:t>जब हम तन्हाई में खुदा को याद करते हैं, दुआएं करते हैं खुदा से, तो उसका असर उससे बहुत बढ़ जाता है जितना हम सबके साथ बैठ के पढ़ते हैं और destruction के साथ. तो तमाम सहाबा जो है वो ऐतकाफ करते थे. ये लोग मस्जिद में ऐतकाफ करते हैं ज़्यादातर. मस्जिद में एक घोषा बना लेते हैं, तो वहाँ पर ऐतकाफ करते हैं.</w:t>
      </w:r>
    </w:p>
    <w:p>
      <w:r>
        <w:rPr>
          <w:b/>
        </w:rPr>
        <w:t xml:space="preserve">[54:19] </w:t>
      </w:r>
      <w:r>
        <w:t>to is tareeqe se lekin yeh hai, log samajhte hain ki yeh takaf mein bilkul hi koi duniya ka kaam nahi kar sakte. to koi emergency mein hum yeh takaf mein bhi kar sakte hain, lekin apna waqt fazil kisi kaam mein na lagaye, jaise koi bahut zaroori kaam hai, usko kiya aur phir wapas aakar aitikaf mein baith gaye. to is tareeqe se kyunki insaan ko dekhiye, sirf ebaadaad maqsood nahi hai balki marfad maqsood hai.</w:t>
      </w:r>
    </w:p>
    <w:p>
      <w:pPr>
        <w:jc w:val="right"/>
      </w:pPr>
      <w:r>
        <w:t>तो इस तरीके से लेकिन यह है, लोग समझते हैं कि यह तकाफ में बिल्कुल ही कोई दुनिया का काम नहीं कर सकते. तो कोई emergency में हम यह तकाफ में भी कर सकते हैं, लेकिन अपना वक्त फ़ाज़िल किसी काम में न लगाएं, जैसे कोई बहुत ज़रूरी काम है, उसको किया और फिर वापस आकर ऐतिकाफ में बैठ गए. तो इस तरीके से क्योंकि इंसान को देखिए, सिर्फ एबादाद मकसूद नहीं है बल्कि मारफद मकसूद है.</w:t>
      </w:r>
    </w:p>
    <w:p>
      <w:r>
        <w:rPr>
          <w:b/>
        </w:rPr>
        <w:t xml:space="preserve">[54:48] </w:t>
      </w:r>
      <w:r>
        <w:t>to marfad to tabhi hasil hogi hamein jab hum bahut zyada gaurkhos se, bahut zyada tadabbur aur tafakkur se quran ki study karenge aur woh tabhi ho sakta hai jab hum poore concentration ke saath aisa kaam karein. to ek baar mujhe abhi yaad aaya ek bahut takreem aath das saal pehle ki baat hai.</w:t>
      </w:r>
    </w:p>
    <w:p>
      <w:pPr>
        <w:jc w:val="right"/>
      </w:pPr>
      <w:r>
        <w:t>तो मारफद तो तभी हासिल होगी हमें जब हम बहुत ज़्यादा गौरखौस से, बहुत ज़्यादा तदब्बुर और तफकुर से कुरान की study करेंगे और वह तभी हो सकता है जब हम पूरे concentration के साथ ऐसा काम करें. तो एक बार मुझे अभी याद आया एक बहुत तकरीम आठ दस साल पहले की बात है.</w:t>
      </w:r>
    </w:p>
    <w:p>
      <w:r>
        <w:rPr>
          <w:b/>
        </w:rPr>
        <w:t xml:space="preserve">[55:14] </w:t>
      </w:r>
      <w:r>
        <w:t>main khwab mein dekha ki main ek building mein hoon aur uski chhat par hoon. building bahut badi nahi hai lekin chhat par main chal rahi hoon, chal rahi hoon, chal rahi hoon aur maulana sahab ne bataya ki yeh jo jannat hai, woh bhi marfat ka hi safar hai.</w:t>
      </w:r>
    </w:p>
    <w:p>
      <w:pPr>
        <w:jc w:val="right"/>
      </w:pPr>
      <w:r>
        <w:t>मैं खाब में देखा कि मैं एक building में हूँ और उसकी छत पर हूँ. Building बहुत बड़ी नहीं है लेकिन छत पर मैं चल रही हूँ, चल रही हूँ, चल रही हूँ और मौलाना साहब ने बताया कि यह जो जन्नत है, वह भी मारफत का ही सफर है.</w:t>
      </w:r>
    </w:p>
    <w:p>
      <w:r>
        <w:rPr>
          <w:b/>
        </w:rPr>
        <w:t xml:space="preserve">[55:42] </w:t>
      </w:r>
      <w:r>
        <w:t>marfat kabhi khatam nahi hogi kyunki allah taala ki baatein kabhi khatam nahi hogi.</w:t>
      </w:r>
    </w:p>
    <w:p>
      <w:pPr>
        <w:jc w:val="right"/>
      </w:pPr>
      <w:r>
        <w:t>मारफत कभी खतम नहीं होगी क्योंकि अल्लाह तालाह की बातें कभी खतम नहीं होगी.</w:t>
      </w:r>
    </w:p>
    <w:p>
      <w:r>
        <w:rPr>
          <w:b/>
        </w:rPr>
        <w:t xml:space="preserve">[55:47] </w:t>
      </w:r>
      <w:r>
        <w:t>to hum musalsal marfat karte rahenge, karte rahenge.</w:t>
      </w:r>
    </w:p>
    <w:p>
      <w:pPr>
        <w:jc w:val="right"/>
      </w:pPr>
      <w:r>
        <w:t>तो हम मुसलसल मारफत करते रहेंगे, करते रहेंगे.</w:t>
      </w:r>
    </w:p>
    <w:p>
      <w:r>
        <w:rPr>
          <w:b/>
        </w:rPr>
        <w:t xml:space="preserve">[55:52] </w:t>
      </w:r>
      <w:r>
        <w:t>aur uska koi had nahi aega.</w:t>
      </w:r>
    </w:p>
    <w:p>
      <w:pPr>
        <w:jc w:val="right"/>
      </w:pPr>
      <w:r>
        <w:t>और उसका कोई हद नहीं आएगा.</w:t>
      </w:r>
    </w:p>
    <w:p>
      <w:r>
        <w:rPr>
          <w:b/>
        </w:rPr>
        <w:t xml:space="preserve">[55:58] </w:t>
      </w:r>
      <w:r>
        <w:t>to ek hamari spiritual personality mein izafa hota chala jayega, develop hoti chali jayegi.</w:t>
      </w:r>
    </w:p>
    <w:p>
      <w:pPr>
        <w:jc w:val="right"/>
      </w:pPr>
      <w:r>
        <w:t>तो एक हमारी spiritual personality में इज़ाफा होता चला जाएगा, develop होती चली जाएगी.</w:t>
      </w:r>
    </w:p>
    <w:p>
      <w:r>
        <w:rPr>
          <w:b/>
        </w:rPr>
        <w:t xml:space="preserve">[56:03] </w:t>
      </w:r>
      <w:r>
        <w:t>to uska jo hai tareeqa yahi hai ke hum zyada se zyada khuda ko yaad karein aur is</w:t>
      </w:r>
    </w:p>
    <w:p>
      <w:pPr>
        <w:jc w:val="right"/>
      </w:pPr>
      <w:r>
        <w:t>तो उसका जो है तरीका यही है कि हम ज़्यादा से ज़्यादा खोदा को याद करें और इस</w:t>
      </w:r>
    </w:p>
    <w:p>
      <w:r>
        <w:rPr>
          <w:b/>
        </w:rPr>
        <w:t xml:space="preserve">[56:08] </w:t>
      </w:r>
      <w:r>
        <w:t>ramzan ke mahine ko bohat bari jo hai apne liye khuda ki blessing samjhein.</w:t>
      </w:r>
    </w:p>
    <w:p>
      <w:pPr>
        <w:jc w:val="right"/>
      </w:pPr>
      <w:r>
        <w:t>रमगान के महीने को बहुत बड़ी जो है अपने लिए खोदा की blessing समझें.</w:t>
      </w:r>
    </w:p>
    <w:p>
      <w:r>
        <w:rPr>
          <w:b/>
        </w:rPr>
        <w:t xml:space="preserve">[56:14] </w:t>
      </w:r>
      <w:r>
        <w:t>ji, jzgalna apa. aap ek sawal main lailatul qadr ke bare mein bhi poochna chahunga. jaise ke hum jante hain ke lailatul qadr was the night on which quran was revealed to prophet mohammad. it is also called the night of decision because god takes a decision for the coming year for every person. to aap iske bare mein bhi thoda batayein.</w:t>
      </w:r>
    </w:p>
    <w:p>
      <w:pPr>
        <w:jc w:val="right"/>
      </w:pPr>
      <w:r>
        <w:t>जी, झज़गलना आपा. आप एक सवाल मैं लैलेतुल कदर के बारे में भी पूछना चाहूंगा. जैसे कि हम जानते हैं कि लैलेतुल कदर was the night on which कुरान was revealed to prophet मोहम्मद. It is also called the night of decision because god takes a decision for the coming year for every person. तो आप इसके बारे में भी थोड़ा बताएं.</w:t>
      </w:r>
    </w:p>
    <w:p>
      <w:r>
        <w:rPr>
          <w:b/>
        </w:rPr>
        <w:t xml:space="preserve">[56:43] </w:t>
      </w:r>
      <w:r>
        <w:t>ramzan ki ek khaas blessing jo hai wo hai shab qadr. yeh ramzan ki aakhri raaton mein aur kaha jata hai ke taakh raaton mein yeh aati hai. to yeh ek khaas raat hai jiske bare mein quran mein zikr aaya hai ke ek hazaar mahinon ki yeh ibadat ke barabar hai yeh. to wahi hai ke poori uske saath, uski yeh ibadat jo hai na poori spirit ke saath.</w:t>
      </w:r>
    </w:p>
    <w:p>
      <w:pPr>
        <w:jc w:val="right"/>
      </w:pPr>
      <w:r>
        <w:t>रमज़ान की एक खास blessing जो है वो है शहब कद्र. यह रमज़ान की आखिरी रातों में और कहा जाता है कि ताख़ रातों में यह आती है. तो यह एक खास रात है जिसके बारे में कुरान में ज़िक्र आया है कि एक हज़ार महीनों की यह बादत के बराबर है यह. तो वही है कि पूरी उसके साथ, उसकी यह बादत जो है ना पूरी spirit के साथ.</w:t>
      </w:r>
    </w:p>
    <w:p>
      <w:r>
        <w:rPr>
          <w:b/>
        </w:rPr>
        <w:t xml:space="preserve">[57:10] </w:t>
      </w:r>
      <w:r>
        <w:t>ek baar aisa hua ke meri ek janne wali thi. unhone kaha aap sattais ramzan ko hum log apne ghar mein ek maulana aayenge, wo address karenge aur sari ladies jama hongi. to aap wahan aap bhi aaiye. mujhe itna zyada maloomat nahi thi. main bhi wahan chali gayi. to wahan dekha to log kha rahe hain, pee rahe hain, baatein kar rahe hain. aur wo jo hai wo poori hamari shab qadr kharab hogi.</w:t>
      </w:r>
    </w:p>
    <w:p>
      <w:pPr>
        <w:jc w:val="right"/>
      </w:pPr>
      <w:r>
        <w:t>एक बार ऐसा हुआ कि मेरी एक जानने वाली थी. उन्होंने कहा आप सत्ताईस रमज़ान को हम लोग अपने घर में एक मौलाना आऐंगे, वो address करेंगे और सारी ladies जमा होंगी. तो आप वहाँ आप भी आइए. मुझे इतना ज़्यादा मालूमात नहीं थी. मैं भी वहाँ चली गई. तो वहाँ देखा तो लोग खा रहे हैं, पी रहे हैं, बातें कर रहे हैं. और वो जो है वो पूरी हमारी शवेकद्र खराब होगी.</w:t>
      </w:r>
    </w:p>
    <w:p>
      <w:r>
        <w:rPr>
          <w:b/>
        </w:rPr>
        <w:t xml:space="preserve">[57:37] </w:t>
      </w:r>
      <w:r>
        <w:t>kyunke usmein shabe qadr mein chahiye ke hum bohat hi tanhai mein khuda ki ibadat karein.</w:t>
      </w:r>
    </w:p>
    <w:p>
      <w:pPr>
        <w:jc w:val="right"/>
      </w:pPr>
      <w:r>
        <w:t>क्योंकि उसमें शवेकद्र में चाहिए कि हम बहुत ही तन्हाई में होदा की इबादत करें.</w:t>
      </w:r>
    </w:p>
    <w:p>
      <w:r>
        <w:rPr>
          <w:b/>
        </w:rPr>
        <w:t xml:space="preserve">[57:42] </w:t>
      </w:r>
      <w:r>
        <w:t>aise mahol mein jahan bohat sare log hon aur log sab baatein kar rahe hon, thoda sa quran</w:t>
      </w:r>
    </w:p>
    <w:p>
      <w:pPr>
        <w:jc w:val="right"/>
      </w:pPr>
      <w:r>
        <w:t>ऐसे माहौल में जहा बहुत सारे लोग हों और लोग सब बातें कर रहे हों, थोड़ा सा कुरान</w:t>
      </w:r>
    </w:p>
    <w:p>
      <w:r>
        <w:rPr>
          <w:b/>
        </w:rPr>
        <w:t xml:space="preserve">[57:47] </w:t>
      </w:r>
      <w:r>
        <w:t>bhi padh liya, thodi si namaz padh liya.</w:t>
      </w:r>
    </w:p>
    <w:p>
      <w:pPr>
        <w:jc w:val="right"/>
      </w:pPr>
      <w:r>
        <w:t>भी पढ़ लिया, थोड़ी सी नमाज़ पढ़ लिया.</w:t>
      </w:r>
    </w:p>
    <w:p>
      <w:r>
        <w:rPr>
          <w:b/>
        </w:rPr>
        <w:t xml:space="preserve">[57:53] </w:t>
      </w:r>
      <w:r>
        <w:t>isse woh spirituality hamare andar awakened nahi hoti hai.</w:t>
      </w:r>
    </w:p>
    <w:p>
      <w:pPr>
        <w:jc w:val="right"/>
      </w:pPr>
      <w:r>
        <w:t>इससे वह spirituality हमारे अंदर awakened नहीं होती है.</w:t>
      </w:r>
    </w:p>
    <w:p>
      <w:r>
        <w:rPr>
          <w:b/>
        </w:rPr>
        <w:t xml:space="preserve">[57:58] </w:t>
      </w:r>
      <w:r>
        <w:t>to hamein chahiye ke hum bohat zyada iska khayal rakhein balkeh jo log saal poore mahine roza rakhenge</w:t>
      </w:r>
    </w:p>
    <w:p>
      <w:pPr>
        <w:jc w:val="right"/>
      </w:pPr>
      <w:r>
        <w:t>तो हमें चाहिए कि हम बहुत ज़्यादा इसका ख्याल रखें बल्कि जो लोग साल पूरे महीने रोज़ा रखेंगे</w:t>
      </w:r>
    </w:p>
    <w:p>
      <w:r>
        <w:rPr>
          <w:b/>
        </w:rPr>
        <w:t xml:space="preserve">[58:03] </w:t>
      </w:r>
      <w:r>
        <w:t>spirit ke saath unhin ko shabe qadr milti hai.</w:t>
      </w:r>
    </w:p>
    <w:p>
      <w:pPr>
        <w:jc w:val="right"/>
      </w:pPr>
      <w:r>
        <w:t>spirit के साथ उन्हीं को शविकादर मिलती है.</w:t>
      </w:r>
    </w:p>
    <w:p>
      <w:r>
        <w:rPr>
          <w:b/>
        </w:rPr>
        <w:t xml:space="preserve">[58:09] </w:t>
      </w:r>
      <w:r>
        <w:t>shab qadr aisa nahi hai ke sabko mil jaye. kyunke ek baar rasoolullah masjid nabbi se bahar nikle. to wahan par yeh batane ke liye ke shab qadr ki raat kaun hai? to wahan par dekha ke do musalman aapas mein jhagra rahe the. to aapne kaha ke wo ilm jo mujhe diya gaya tha wo utha liya gaya.</w:t>
      </w:r>
    </w:p>
    <w:p>
      <w:pPr>
        <w:jc w:val="right"/>
      </w:pPr>
      <w:r>
        <w:t>शभकादर ऐसा नहीं है कि सबको मिल जाए. क्योंकि एक बार रसूल्लाह मस्जिद नब्बी से बाहर निकले. तो वहां पर यह बताने के लिए कि शभकादर की रात कौन है? तो वहां पर देखा कि दो मुसलमान आपस में झगड़ रहे थे. तो आपने कहा कि वह इल्म जो मुझे दिया गया था वह उठा लिया गया.</w:t>
      </w:r>
    </w:p>
    <w:p>
      <w:r>
        <w:rPr>
          <w:b/>
        </w:rPr>
        <w:t xml:space="preserve">[58:34] </w:t>
      </w:r>
      <w:r>
        <w:t>is se pata chalta hai ke jhagra ladai jo hai yeh kitna zyada buri baat hai. to hamein isko shab qadr ko peace ki raat kaha gaya night of peace. to yahan par poora tareeqe se hamein peaceful rehna hai aur apni poori zindagi peace ke mutabiq zindagi guzarni hai aur tabhi hamein yeh raat milegi.</w:t>
      </w:r>
    </w:p>
    <w:p>
      <w:pPr>
        <w:jc w:val="right"/>
      </w:pPr>
      <w:r>
        <w:t>इससे पता चलता है कि झगड़ा लड़ाई जो है यह कितना ज़्यादा बुरी बात है. तो हमें इसको शब्द कदर को peace की रात कहा गया night of peace. तो यहाँ पर पूरा तरीके से हमें peaceful रहना है और अपनी पूरी ज़िंदगी peace के मुताबिक ज़िंदगी गुज़ारनी है और तभी हमें यह रात मिलेगी.</w:t>
      </w:r>
    </w:p>
    <w:p>
      <w:r>
        <w:rPr>
          <w:b/>
        </w:rPr>
        <w:t xml:space="preserve">[59:01] </w:t>
      </w:r>
      <w:r>
        <w:t>to yeh raat ko log karte hain, aam taur par log raat bhar jagte hain. asal mein log kehte hain ke bhai hum so jayenge to phir shayad neend na khule isliye wo raat bhar jaag lete hain. lekin maulana sahib kehte the ke aakhri usmein hisse mein raat ke jaagna chahiye. jaise do baje yeh samajh lijiye. to do baje dhai baje aise jaagna chahiye aur yeh baat karna chahiye.</w:t>
      </w:r>
    </w:p>
    <w:p>
      <w:pPr>
        <w:jc w:val="right"/>
      </w:pPr>
      <w:r>
        <w:t>तो यह रात को लोग करते हैं, आमतौर पर लोग रात भर जागते हैं. असल में लोग कहते हैं कि भई हम सो जाएंगे तो फिर शायद नींद ना खुले इसलिए वह रात भर जाग लेते हैं. लेकिन मोराणा साहब कहते थे कि आखिरी उसमें हिस्से में रात के जागना चाहिए. जैसे दो बजे यह समझ लीजिए. तो दो बजे ढाई बजे ऐसे जागना चाहिए और यह बात करना चाहिए.</w:t>
      </w:r>
    </w:p>
    <w:p>
      <w:r>
        <w:rPr>
          <w:b/>
        </w:rPr>
        <w:t xml:space="preserve">[59:24] </w:t>
      </w:r>
      <w:r>
        <w:t>aur doosri baat yeh hai ke hum log jo hai jo riwaj hai ke sirf apni apni zarooraton ki duaen mangte hain. koi health ki dua mangta hai. yahi sab dua mangte hain. duniya ke bare mein dua mangte hain. to lekin hazrat ayesha ne ek baar poocha rasoolullah se ke mujhe shab qadr mile to main kya dua karoon?</w:t>
      </w:r>
    </w:p>
    <w:p>
      <w:pPr>
        <w:jc w:val="right"/>
      </w:pPr>
      <w:r>
        <w:t>और दूसरी बात यह है कि हम लोग जो है जो रवाज है कि सिर्फ अपनी अपनी ज़रूरतों की दुआएं मांगते हैं. कोई health की दुआ मांगता है. यही सब दुआ मांगते हैं. दुनिया के बारे में दुआ मांगते हैं. तो लेकिन हजरत आयशा ने एक बार पुछा रसूल्लाह से कि मुझे शविकाद्र मिले तो मैं क्या दुआ करूं?</w:t>
      </w:r>
    </w:p>
    <w:p>
      <w:r>
        <w:rPr>
          <w:b/>
        </w:rPr>
        <w:t xml:space="preserve">[59:46] </w:t>
      </w:r>
      <w:r>
        <w:t>to rasoolullah shab qadr shab qadr mein mangne mangne ki ki hai hai wo wo istighfar. istighfar. to to istighfar istighfar yani bakhshish ki dua mangni hai. ji, aap ab aakhri sawal ki taraf rukh karte hain.</w:t>
      </w:r>
    </w:p>
    <w:p>
      <w:pPr>
        <w:jc w:val="right"/>
      </w:pPr>
      <w:r>
        <w:t>तो रसूल्लाह श्रब्य कदर शब्द कदर में मांगने मांगने की की है है वह वह इस्तेख्वार. इस्तख्वार. तो तो इस्तेख्वार इस्तख्वार यानी बक्शिश की दुआ मांगनी है. जी, आप अब आखिरी सवाल की तरफ रुक करते हैं.</w:t>
      </w:r>
    </w:p>
    <w:p>
      <w:r>
        <w:rPr>
          <w:b/>
        </w:rPr>
        <w:t xml:space="preserve">[1:00:13] </w:t>
      </w:r>
      <w:r>
        <w:t>main chahunga ke maulana wahiduddin khan sahib ki diary se bhi aap koi ramzan ke talluq se koi baat batayein hamein. maulana sahib diary likhte the bohat sari diaryyan hain jo abhi publish bhi nahi hui hain. to usmein ramzan ke mahine mein bohat sare aise articles hai to wo main dekh rahi thi. to usmein thoda sa main aapko batati hoon. aaj yeh bees may unnis sau chiyasi hai.</w:t>
      </w:r>
    </w:p>
    <w:p>
      <w:pPr>
        <w:jc w:val="right"/>
      </w:pPr>
      <w:r>
        <w:t>मैं चाहूंगा कि मौलाना वैदुद्दीन खान साहब की diary से भी आप कोई रमादान के ताल्लुक से कोई बात बताएं हमें. मौलान साहब diary लिखते थे बहुत सारी diaryयां हैं जो अभी publish भी नहीं हुई हैं. तो उसमें रमज़ान के महीने में बहुत सारे ऐसे articles है तो वो मैं देख रही थी. तो उसमें थोड़ा सा मैं आपको बताती हूं. आज यह बीस मई उन्नीस सौ छियासी है.</w:t>
      </w:r>
    </w:p>
    <w:p>
      <w:r>
        <w:rPr>
          <w:b/>
        </w:rPr>
        <w:t xml:space="preserve">[1:00:41] </w:t>
      </w:r>
      <w:r>
        <w:t>aaj daswan roza hai is saal ramzan ka mahina and may june mein pada hai. mahina shuru hone se pehle mujhe sakht taraddud tha ke sakht garmiyon ke mausam mein is saal ka roza kaise guzrega? magar das roze is tarah khatam ho gaye ke yeh mehsoos hi nahi hua ke zindagi mein koi bohat ghair mamooli baat pesh aayi hai.</w:t>
      </w:r>
    </w:p>
    <w:p>
      <w:pPr>
        <w:jc w:val="right"/>
      </w:pPr>
      <w:r>
        <w:t>आज दसवां रोज़ा है इस साल रमज़ान का महीना and मई जून में पड़ा है. महीना शुरू होने से पहले मुझे सख़्त तरद्दुद्ध था कि सख़्त गर्मियों के मौसम में इस साल का रोज़ा कैसे गुज़रेगा? मगर दस रोज़े इस तरह खत्म हो गए कि यह महसूस ही नहीं हुआ कि ज़िंदगी में कोई बहुत गैर मामूली बात पेश आई है.</w:t>
      </w:r>
    </w:p>
    <w:p>
      <w:r>
        <w:rPr>
          <w:b/>
        </w:rPr>
        <w:t xml:space="preserve">[1:01:06] </w:t>
      </w:r>
      <w:r>
        <w:t>aam dinon mein agar subh se shaam tak bhooka rehna ho to wo bohat hi sakht maloom hota hai. hatta ke naqable bardasht ho jata hai. magar yahi faqe ke din roze ke mahine mein is tarah guzar jate hain ke mehsoos hi nahi hota ke roza ka mahina kab aaya aur kab chala gaya. doosri jo hai usmein entry yeh thi. roze ke bohat se deeni aur rohani faayde hain.</w:t>
      </w:r>
    </w:p>
    <w:p>
      <w:pPr>
        <w:jc w:val="right"/>
      </w:pPr>
      <w:r>
        <w:t>आम दिनों में अगर शुभ से शाम तक भूखा रहना हो तो वह बहुत ही सख़्त मालूम होता है. हत्ता के नाकाबले बर्दाश्त हो जाता है. मगर यही फाके के दिन रोज़े के महीने में इस तरह गुज़र जाते हैं कि महसूस ही नहीं होता कि रोज़ा का महीना कब आया और कब चला गया. दूसरी जो है उसमें entry यह थी. रोज़े के बहुत से दीनी और रोहानी फ़ायदे हैं.</w:t>
      </w:r>
    </w:p>
    <w:p>
      <w:r>
        <w:rPr>
          <w:b/>
        </w:rPr>
        <w:t xml:space="preserve">[1:01:36] </w:t>
      </w:r>
      <w:r>
        <w:t>inmein se galiban ek faayda yeh hai ke roza deeni hausla badhane ka ek sabak hai. roze ke zariye har saal aadmi ko yeh tazurba karaya jata hai ke khuda ke raaste ki mushkilon ko mushkilein na samjho. khuda ke raaste ka koi kaam bazahir kitna hi mushkil kyun na ho.</w:t>
      </w:r>
    </w:p>
    <w:p>
      <w:pPr>
        <w:jc w:val="right"/>
      </w:pPr>
      <w:r>
        <w:t>इनमें से गालेबन एक फ़ायदा यह है कि रोज़ा दीनी हौसला बढ़ाने का एक सबक है. रोज़े के जरिए हर साल आदमी को यह तज़रबा कराया जाता है कि खुदा के रास्ते की मुश्किलों को मुश्किलें न समझो. खुदा के रास्ते का कोई काम बज़ाहिर कितना ही मुश्किल क्यों ना हो.</w:t>
      </w:r>
    </w:p>
    <w:p>
      <w:r>
        <w:rPr>
          <w:b/>
        </w:rPr>
        <w:t xml:space="preserve">[1:01:59] </w:t>
      </w:r>
      <w:r>
        <w:t>agar tum khuda ke bharose par is kaam ko shuru kar do to khuda ki madad tumhare saath ho jayegi aur wo kaam is tarah poora ho jayega ke aakhirkar tumhein yeh mehsoos bhi na hoga ke yeh koi mushkil ya dushwar guzar kaam tha. meri zindagi behad saada hai. khane peene ke mamle mein mera koi shauk nahi.</w:t>
      </w:r>
    </w:p>
    <w:p>
      <w:pPr>
        <w:jc w:val="right"/>
      </w:pPr>
      <w:r>
        <w:t>अगर तुम खुदा के भरोसे पर इस काम को शुरू कर दो तो खुदा की मदद तुम्हारे साथ हो जाएगी और वह काम इस तरह पूरा हो जाएगा कि आखिरकार तुम्हें यह महसूस भी ना होगा कि यह कोई मुश्किल या दुश्वार गुज़ार काम था. मेरी ज़िंदगी बेहद साधा है. खाने पीने के मामले में मेरा कोई शौक नहीं.</w:t>
      </w:r>
    </w:p>
    <w:p>
      <w:r>
        <w:rPr>
          <w:b/>
        </w:rPr>
        <w:t xml:space="preserve">[1:02:25] </w:t>
      </w:r>
      <w:r>
        <w:t>mamooli se mamooli cheez ko bhi main is tarah khata hoon jaise ke wo koi allah ki bohat bari nemat ho. magar apni jismani kamzori ki wajah se mera yeh haal hai ke bhook pyas mujhe bardasht nahi hoti. chunache har saal roze se pehle yeh ehsas hone lagta hai ke is saal ka roza kaise guzrega?</w:t>
      </w:r>
    </w:p>
    <w:p>
      <w:pPr>
        <w:jc w:val="right"/>
      </w:pPr>
      <w:r>
        <w:t>मामूली से मामूली चीज़ को भी मैं इस तरह खाता हूं जैसे कि वह कोई अल्लाह की बहुत बड़ी नेमत हो. मगर अपनी जिस्मानी कमज़ोरी की वजह से मेरा यह हाल है कि भूख प्यास मुझे बर्दाश्त नहीं होती. चुनाचे हर साल रोज़े से पहले यह एहसास होने लगता है कि इस साल का रोज़ा कैसे गुज़रेगा?</w:t>
      </w:r>
    </w:p>
    <w:p>
      <w:r>
        <w:rPr>
          <w:b/>
        </w:rPr>
        <w:t xml:space="preserve">[1:02:49] </w:t>
      </w:r>
      <w:r>
        <w:t>magar jab roze ka mahina aata hai to wo kitni tezi se guzar jata hai jaise ke pehli tareekh ke baad hi iski tees tareekh aa gayi ho. main samajhta hoon ke yeh baat khalis khuda ki madad se hoti hai. roze ke zariye rozedar ko yeh namoona dikhaya jata hai ke khuda ki madad har mushkil kaam ko aasan kar deti hai.</w:t>
      </w:r>
    </w:p>
    <w:p>
      <w:pPr>
        <w:jc w:val="right"/>
      </w:pPr>
      <w:r>
        <w:t>मगर जब रोज़े का महीना आता है तो वह कितनी तेजी से गुज़र जाता है जैसे कि पहली तारीख के बाद ही इसकी तीस तारीख आ गई हो. मैं समझता हूं कि यह बात खालिश खुदा की मदद से होती है. रोज़े के ज़रिए रोज़ेदार को यह नमूना दिखाया जाता है कि खुदा की मदद हर मुश्किल काम को आसान कर देती है.</w:t>
      </w:r>
    </w:p>
    <w:p>
      <w:r>
        <w:rPr>
          <w:b/>
        </w:rPr>
        <w:t xml:space="preserve">[1:03:14] </w:t>
      </w:r>
      <w:r>
        <w:t>shart sirf yeh hai ke aadmi allah ke bharose par kaam ka aaghaz karein. jismein hamare liye bohat inspiration ji main shayad. ke hamein allah ka kaam, allah ke din, dawat ka kaam. kitni bhi mushkilat hamare samne ho. hamein kabhi bhi us himmat nahi harna chahiye. ji. Thank you, apa for doing this session right at the start of ramadan.</w:t>
      </w:r>
    </w:p>
    <w:p>
      <w:pPr>
        <w:jc w:val="right"/>
      </w:pPr>
      <w:r>
        <w:t>शर्त सिर्फ यह है कि आदमी अल्लाह के भरोसे पर काम का आहास करें. जिसमें हमारे लिए बहुत inspiration जी मैं शायद. कि हमें अल्लाह का काम, अल्लाह के दिन, दावत का काम. कितनी भी मुश्किलात हमारे सामने हो. हमें कभी भी उस हिम्मत नहीं हारना चाहिए. जी. Thank you, आपा for doing this session right at the start of रामादान.</w:t>
      </w:r>
    </w:p>
    <w:p>
      <w:r>
        <w:rPr>
          <w:b/>
        </w:rPr>
        <w:t xml:space="preserve">[1:03:41] </w:t>
      </w:r>
      <w:r>
        <w:t>so we learned today that ramadan is a special training for every man and woman to prepare them to lead a spiritual life, not just during the month of ramadan, but in fact for the whole year round. so we hope and pray that this ramadan brings you with spiritual development and best of everything. before we end this session, there is one important announcement.</w:t>
      </w:r>
    </w:p>
    <w:p>
      <w:pPr>
        <w:jc w:val="right"/>
      </w:pPr>
      <w:r>
        <w:t>So we learned today that रामादान is a special training for every man and woman to prepare them to lead a spiritual life, not just during the month of रामादान, but in fact for the whole year round. So we hope and pray that this रामादान brings you with spiritual development and best of everything. Before we end this session, there is one important announcement.</w:t>
      </w:r>
    </w:p>
    <w:p>
      <w:r>
        <w:rPr>
          <w:b/>
        </w:rPr>
        <w:t xml:space="preserve">[1:04:05] </w:t>
      </w:r>
      <w:r>
        <w:t>you are very happy to share with you all that a new edition of tadhkir ul quran of maulana wahiduddin khan sahib is being launched today. to talk more about it, i will request doctor saniya sten khan sahib to come here and launch the quran and also talk about the new edition of tadhkirol quran.</w:t>
      </w:r>
    </w:p>
    <w:p>
      <w:pPr>
        <w:jc w:val="right"/>
      </w:pPr>
      <w:r>
        <w:t>You are very happy to share with you all that a new edition of तस्किर उल कुरान of मुलाना वैदुद्दीन खान साहब is being launched today. To talk more about it, I will request doctor सानिया स्तेन खान साहब to come here and launch the कुरान and also talk about the new edition of तस्किरोल कुरान.</w:t>
      </w:r>
    </w:p>
    <w:p>
      <w:r>
        <w:rPr>
          <w:b/>
        </w:rPr>
        <w:t xml:space="preserve">[1:04:28] </w:t>
      </w:r>
      <w:r>
        <w:t>bismillahir rahmanir rahim, tadhkir ul quran ke bare mein kuch baatein arz karne ki koshish karunga. maulana ne early eighties mein ya late late seventies mein tadhkir ul quran likhna shuru ki. phir jab das ya pandrah pare ho gaye to mujhse kaha ke ab isko chhapwa do.</w:t>
      </w:r>
    </w:p>
    <w:p>
      <w:pPr>
        <w:jc w:val="right"/>
      </w:pPr>
      <w:r>
        <w:t>जिस्मिल्लाही रमानी रहीम, तस्किरोल कुरान के बारे में कुछ बातें अर्ज करने की कोशिश करूंगा. ओलाना ने early eighties में या late late seventies में तस्किरुल कुरान लिखना शुरू की. फिर जब दस या पंद्रह पारे हो गए तो मुझसे कहा कि अब इसको छप्पा दो.</w:t>
      </w:r>
    </w:p>
    <w:p>
      <w:r>
        <w:rPr>
          <w:b/>
        </w:rPr>
        <w:t xml:space="preserve">[1:04:56] </w:t>
      </w:r>
      <w:r>
        <w:t>yeh baat hai galiban 85 ya 84 ki. to us waqt humne tadhkir ul quran ko do volume, pehla volume chhapaya jo ke yeh hai. yeh nineteen eighty five ka edition hai aur yeh 15 pare the ismein yani aadha tadhkir ul quran tha.</w:t>
      </w:r>
    </w:p>
    <w:p>
      <w:pPr>
        <w:jc w:val="right"/>
      </w:pPr>
      <w:r>
        <w:t>यह बात है गालेबन 85 या 84 की. तो उस वक्त हमने तस्कीरों और कुरान को दो volume, पहला volume छपाया जो कि यह है. यह nineteen eighty five का edition है और यह 15 पारे थे इसमें यानी आधा तस्कीरों को कुरान था.</w:t>
      </w:r>
    </w:p>
    <w:p>
      <w:r>
        <w:rPr>
          <w:b/>
        </w:rPr>
        <w:t xml:space="preserve">[1:05:22] </w:t>
      </w:r>
      <w:r>
        <w:t>phir yeh shayad hota raha aur chunke wo jo us waqt ki calligraphy thi, haath se likha jata tha, katib likhte the. to wo logon ke liye padhna usko bohat mushkil hota tha. ab aadi nahi the log.</w:t>
      </w:r>
    </w:p>
    <w:p>
      <w:pPr>
        <w:jc w:val="right"/>
      </w:pPr>
      <w:r>
        <w:t>फिर यह शायद होता रहा और चूंकि वह जो उस वक्त की calligraphy थी, हाथ से लिखा जाता था, कातिब लिखते थे. तो वो लोगों के लिए पढ़ना उसको बहुत मुश्किल होता था. अब आधी नहीं थे लोग.</w:t>
      </w:r>
    </w:p>
    <w:p>
      <w:r>
        <w:rPr>
          <w:b/>
        </w:rPr>
        <w:t xml:space="preserve">[1:05:42] </w:t>
      </w:r>
      <w:r>
        <w:t>to alhamdulillah, ab yeh ek naya edition aa gaya hai jo ke type shuda hai yani jo aajkal jo computer se type hota hai wo hai aur bohat hi achhe andaaz mein isko set kiya gaya hai aur bohat hi mehri iski chhapayi hai, bohat hi aala quseem ki printing hai.</w:t>
      </w:r>
    </w:p>
    <w:p>
      <w:pPr>
        <w:jc w:val="right"/>
      </w:pPr>
      <w:r>
        <w:t>तो अलम्दिल्लाह, अब यह एक नया edition आ गया है जो कि type शुदा है यानी जो आजकल जो computer से type होता है वह है और बहुत ही अच्छे अंदाज़ में इसको set किया गया है और बहुत ही मेहरी इसकी छपाई है, बहुत ही आला कुसीम की printing है.</w:t>
      </w:r>
    </w:p>
    <w:p>
      <w:r>
        <w:rPr>
          <w:b/>
        </w:rPr>
        <w:t xml:space="preserve">[1:06:11] </w:t>
      </w:r>
      <w:r>
        <w:t>to ismein jin logon ne khaas taawun kiya hai, iski type setting mein, iski proofreading mein aur iski aur doosre kamon mein unka main naam lena chahunga. sabse pehla naam hai mohammad muin bhai jo hyderabad ke hain.</w:t>
      </w:r>
    </w:p>
    <w:p>
      <w:pPr>
        <w:jc w:val="right"/>
      </w:pPr>
      <w:r>
        <w:t>तो इसमें जिन लोगों ने खास तागुन किया है, इसकी type setting में, इसकी proofreading में और इसकी और दूसरे कामों में उनका मैं नाम लेना चाहूंगा. सबसे पहला नाम है मोहम्मद मुईन भाई जो हैदराबाद के हैं.</w:t>
      </w:r>
    </w:p>
    <w:p>
      <w:r>
        <w:rPr>
          <w:b/>
        </w:rPr>
        <w:t xml:space="preserve">[1:06:36] </w:t>
      </w:r>
      <w:r>
        <w:t>kyunki pehli baar unhone yeh socha ki taskhir-e-quran ko type kiya jaaye. Jo urdu hai uski purani wali woh ab itna relevant nahi rahi log usko padh nahi paate aur iske alawa Maulana Farhad sahab ne isme bahut kaam, bahut hissa liya aur coordinate kiya.</w:t>
      </w:r>
    </w:p>
    <w:p>
      <w:pPr>
        <w:jc w:val="right"/>
      </w:pPr>
      <w:r>
        <w:t>क्योंकि पहली बार उन्होंने यह सोचा कि तस्कृत कुरान को type किया जाए. जो उर्दू है उसकी पुरानी वाली वह अब इतना relevant नहीं रही लोग उसको पढ़ नहीं पाते और इसके अलावा मुराना फराद साहब ने इसमें बहुत काम, बहुत हिस्सा लिया और coordinate किया.</w:t>
      </w:r>
    </w:p>
    <w:p>
      <w:r>
        <w:rPr>
          <w:b/>
        </w:rPr>
        <w:t xml:space="preserve">[1:07:02] </w:t>
      </w:r>
      <w:r>
        <w:t>Professor Zehra Uddin Khaja sahab Raichur par inhone bhi bahut help ki aur iski checking wagera ki. Apa ne Doctor Farida Khanam ne bhi isme bahut hissa liya khaas taur se usko check karne ke liye aur CPS ki team.</w:t>
      </w:r>
    </w:p>
    <w:p>
      <w:pPr>
        <w:jc w:val="right"/>
      </w:pPr>
      <w:r>
        <w:t>Professor ज़हर उज्दीन खाजा साहब रायचूर पर इन्होंने भी बहुत help की और इसकी checking वगैरह की. आपा ने doctor फरीदा खानब ने भी इसमें बहुत हिस्सा लिया खास तौर से उसको check करने के लिए और cps की team.</w:t>
      </w:r>
    </w:p>
    <w:p>
      <w:r>
        <w:rPr>
          <w:b/>
        </w:rPr>
        <w:t xml:space="preserve">[1:07:20] </w:t>
      </w:r>
      <w:r>
        <w:t>iske alawa Hafiz Iqbal Ahmed Umri sahab ne bhi bahut isme kaam kiya aur iski checking aur proper jo iska setting thi woh sab dekha. Maulana Asrar Umri Chennai inhone bhi taawun kiya. Maulana Anayat Umri Bangalore inhone bhi iski proofreading aur checking ki.</w:t>
      </w:r>
    </w:p>
    <w:p>
      <w:pPr>
        <w:jc w:val="right"/>
      </w:pPr>
      <w:r>
        <w:t>इसके अलावा हाफिज़ अखबाल अहमद उम्री साहब ने भी बहुत इसमें काम किया और इसकी checking और proper जो इसका setting थी वह सब देखा. मौलाना असरार उम्री चेन्नई इन्होंने भी ताबुन किया. मौलाना अनायत उम्री बैंगलोर इन्होंने भी इसकी proofreading और checking की.</w:t>
      </w:r>
    </w:p>
    <w:p>
      <w:r>
        <w:rPr>
          <w:b/>
        </w:rPr>
        <w:t xml:space="preserve">[1:07:46] </w:t>
      </w:r>
      <w:r>
        <w:t>Maulana Imran Islami jo CPS Delhi ke hain, unhone iski typing ki. Unka bahut bada role hai. Isi ke saath saath Maulana Abdus Samad Mohammad hi jud ke CPS ke log hain.</w:t>
      </w:r>
    </w:p>
    <w:p>
      <w:pPr>
        <w:jc w:val="right"/>
      </w:pPr>
      <w:r>
        <w:t>मौलाना इमरान इस्लाई जो CPS Delhi के हैं, उन्होंने इसकी typing की. उनका बहुत बड़ा role है. इसी के साथ साथ मौलाना अब्दुस्मद मोहम्मद ही जुड़ के CPS के लोग हैं.</w:t>
      </w:r>
    </w:p>
    <w:p>
      <w:r>
        <w:rPr>
          <w:b/>
        </w:rPr>
        <w:t xml:space="preserve">[1:07:59] </w:t>
      </w:r>
      <w:r>
        <w:t>inhone bhi is par taawun kiya aur Miss Saida Sadia Iqbal aur Miss Miss Farhat Ansari aur Miss Yasmeen Sheikh inhone bhi isme taawun kiya aur Hafiz Abdul Latif sahab Karachi inke bhi iske andar taawun shamil hai.</w:t>
      </w:r>
    </w:p>
    <w:p>
      <w:pPr>
        <w:jc w:val="right"/>
      </w:pPr>
      <w:r>
        <w:t>इन्होंने भी इस पर तागुन किया और miss सईदा सादिया इकबाल और miss miss फरहत अंसारी और miss यास्मीन शेख इन्होंने भी इसमें ताबुन किया और हाफिज़ अब्दुल लतीफ साहब क्राची इनके भी इसके अंदर ताबुन शामिल है.</w:t>
      </w:r>
    </w:p>
    <w:p>
      <w:r>
        <w:rPr>
          <w:b/>
        </w:rPr>
        <w:t xml:space="preserve">[1:08:23] </w:t>
      </w:r>
      <w:r>
        <w:t>toh ahmedullah yeh ab bahut hi achhe andaaz mein chhap ke aa gayi hai aur available hai aur Ramzan ke mahine mein zaahir hai ke isse logon ko bahut faayda hoga. Chuki taskhir-ul-quran ek bahut hi alag nauiyat ki tafsir hai. Aam taur se jo tafsir hoti hain, jo commentaries hain, woh bahut hi fanni andaaz ki hoti hain.</w:t>
      </w:r>
    </w:p>
    <w:p>
      <w:pPr>
        <w:jc w:val="right"/>
      </w:pPr>
      <w:r>
        <w:t>तो अहमद उल्लाह यह अब बहुत ही अच्छे अंदाज़ में छप के आ गई है और available है और रमज़ान के महीने में जाहिर है के इससे लोगों को बहुत फ़ायदा होगा. चूंकि तस्कीर उल्कुरान एक बहुत ही अलग नौयियत की तफसीर है. आमतौर से जो तफसीर होती हैं, जो commentaries हैं, वो बहुत ही फन्नी अंदाज़ की होती हैं.</w:t>
      </w:r>
    </w:p>
    <w:p>
      <w:r>
        <w:rPr>
          <w:b/>
        </w:rPr>
        <w:t xml:space="preserve">[1:08:50] </w:t>
      </w:r>
      <w:r>
        <w:t>fanni yaani technical ki usmein koi hadith lenge ya kisi ka call lenge woh batayenge ki inhone yeh is baat is iska matlab samjha, unhone yeh matlab samjha aur jo grammatical baatein hongi lughvi woh uski bahas hogi ki yeh jo lafz hai, iske dasmane hain aur yeh hai aur woh hai.</w:t>
      </w:r>
    </w:p>
    <w:p>
      <w:pPr>
        <w:jc w:val="right"/>
      </w:pPr>
      <w:r>
        <w:t>फन्नी यानी technical कि उसमें कोई हदीश लेंगे या किसी का call लेंगे वो बताएंगे कि इन्होंने यह इस बात इस इसका मतलब समझा, उन्होंने यह मतलब समझा और जो grammatical बातें होंगी लुग्वी वो उसकी बहस होगी कि यह जो लब्ज है, इसके दस्माने हैं और यह है और वह है.</w:t>
      </w:r>
    </w:p>
    <w:p>
      <w:r>
        <w:rPr>
          <w:b/>
        </w:rPr>
        <w:t xml:space="preserve">[1:09:14] </w:t>
      </w:r>
      <w:r>
        <w:t>wo sari cheezein jo hain wo ek achha kaam hai lekin wo ek aam kary ke liye bara</w:t>
      </w:r>
    </w:p>
    <w:p>
      <w:pPr>
        <w:jc w:val="right"/>
      </w:pPr>
      <w:r>
        <w:t>वो सारी चीज़ें जो हैं वो एक अच्छा काम है लेकिन वो एक आम कार्य के लिए बड़ा</w:t>
      </w:r>
    </w:p>
    <w:p>
      <w:r>
        <w:rPr>
          <w:b/>
        </w:rPr>
        <w:t xml:space="preserve">[1:09:20] </w:t>
      </w:r>
      <w:r>
        <w:t>khush khush si tafseel ban jati hai kyunke wo ek scholar ke liye ho sakti hai lekin wo ek</w:t>
      </w:r>
    </w:p>
    <w:p>
      <w:pPr>
        <w:jc w:val="right"/>
      </w:pPr>
      <w:r>
        <w:t>खुश खुश सीततफ़सील वन जाती है क्योंकि वह एक scholar के लिए धो सकती है लेकिन वह एक</w:t>
      </w:r>
    </w:p>
    <w:p>
      <w:r>
        <w:rPr>
          <w:b/>
        </w:rPr>
        <w:t xml:space="preserve">[1:09:26] </w:t>
      </w:r>
      <w:r>
        <w:t>aam kary jo quran se kuch hasil karna chahta hai uske liye wo usmein ko khaas khaas attraction</w:t>
      </w:r>
    </w:p>
    <w:p>
      <w:pPr>
        <w:jc w:val="right"/>
      </w:pPr>
      <w:r>
        <w:t>आम कार्य जो कुरान से कुछ हासिल करना चाहता है उसके लिए वह उसमें को खास खास attraction</w:t>
      </w:r>
    </w:p>
    <w:p>
      <w:r>
        <w:rPr>
          <w:b/>
        </w:rPr>
        <w:t xml:space="preserve">[1:09:33] </w:t>
      </w:r>
      <w:r>
        <w:t>nahi hoti aur aise isi ke alawa isi ke sath sath logon ne siyasi tafseer bhi likhi hai</w:t>
      </w:r>
    </w:p>
    <w:p>
      <w:pPr>
        <w:jc w:val="right"/>
      </w:pPr>
      <w:r>
        <w:t>नहीं होती और ऐसी इसी के अलावा इसी के साथ साथ लोगों ने सियासी तफ्सीर भी लिखी है</w:t>
      </w:r>
    </w:p>
    <w:p>
      <w:r>
        <w:rPr>
          <w:b/>
        </w:rPr>
        <w:t xml:space="preserve">[1:09:39] </w:t>
      </w:r>
      <w:r>
        <w:t>jo ke bohat meaningless baat hai.</w:t>
      </w:r>
    </w:p>
    <w:p>
      <w:pPr>
        <w:jc w:val="right"/>
      </w:pPr>
      <w:r>
        <w:t>जो कि बहुत meaningless बात है.</w:t>
      </w:r>
    </w:p>
    <w:p>
      <w:r>
        <w:rPr>
          <w:b/>
        </w:rPr>
        <w:t xml:space="preserve">[1:09:46] </w:t>
      </w:r>
      <w:r>
        <w:t>to tasfeer ul quran ka jo pehlu hai wo yeh hai ke wo ek dawati tafseer hai aur tasheeri</w:t>
      </w:r>
    </w:p>
    <w:p>
      <w:pPr>
        <w:jc w:val="right"/>
      </w:pPr>
      <w:r>
        <w:t>तो तस्किर उल्कुरान का जो पहलू है वह यह है कि वह एक दावती तफ्सीर है और तस्कीरी</w:t>
      </w:r>
    </w:p>
    <w:p>
      <w:r>
        <w:rPr>
          <w:b/>
        </w:rPr>
        <w:t xml:space="preserve">[1:09:52] </w:t>
      </w:r>
      <w:r>
        <w:t>pehlu yani quran ke jo deeper meaning hai usko Maulana ne uagar kiya hai aur agar koi shakhs</w:t>
      </w:r>
    </w:p>
    <w:p>
      <w:pPr>
        <w:jc w:val="right"/>
      </w:pPr>
      <w:r>
        <w:t>पहलू यानी कुरान के जो deeper meaning है उसको मौलाना ने उजागर किया है और अगर कोई शख्स</w:t>
      </w:r>
    </w:p>
    <w:p>
      <w:r>
        <w:rPr>
          <w:b/>
        </w:rPr>
        <w:t xml:space="preserve">[1:09:58] </w:t>
      </w:r>
      <w:r>
        <w:t>kahin se bhi isko padhe, koi page bhi khol ke padhe to usko koi na koi baat mil</w:t>
      </w:r>
    </w:p>
    <w:p>
      <w:pPr>
        <w:jc w:val="right"/>
      </w:pPr>
      <w:r>
        <w:t>कहीं से भी इसको पढ़े, कोई page भी खोल के पढ़े तो उसको कोई ना कोई बात मिल</w:t>
      </w:r>
    </w:p>
    <w:p>
      <w:r>
        <w:rPr>
          <w:b/>
        </w:rPr>
        <w:t xml:space="preserve">[1:10:04] </w:t>
      </w:r>
      <w:r>
        <w:t>jati hai kyunke Maulana ne kaha tha ke quran ka jo andaaz hai us lub hai wo ek</w:t>
      </w:r>
    </w:p>
    <w:p>
      <w:pPr>
        <w:jc w:val="right"/>
      </w:pPr>
      <w:r>
        <w:t>जाती है क्योंकि मौलाना ने कहा था कि कुरान का जो अंदाज़ है उस लूब है वो एक</w:t>
      </w:r>
    </w:p>
    <w:p>
      <w:r>
        <w:rPr>
          <w:b/>
        </w:rPr>
        <w:t xml:space="preserve">[1:10:10] </w:t>
      </w:r>
      <w:r>
        <w:t>fragmentary andaaz hai yani usmein tukde tukde hain.</w:t>
      </w:r>
    </w:p>
    <w:p>
      <w:pPr>
        <w:jc w:val="right"/>
      </w:pPr>
      <w:r>
        <w:t>fragmentary अंदाज़ है यानी उसमें टुकड़े टुकड़े हैं.</w:t>
      </w:r>
    </w:p>
    <w:p>
      <w:r>
        <w:rPr>
          <w:b/>
        </w:rPr>
        <w:t xml:space="preserve">[1:10:17] </w:t>
      </w:r>
      <w:r>
        <w:t>koi agar naya kary usko padhta hai quran ko toh woh kehta hai yeh kaisi kitaab hai? Usmein toh koi sequence nahi hai. Ek baat aati hai phir doosri baat aa jaati hai. Lekin yeh bahut hi wisdom hai usmein ki koi vish kahin se bhi koi hissa pade toh use koi wisdom ki baat mil jaaye.</w:t>
      </w:r>
    </w:p>
    <w:p>
      <w:pPr>
        <w:jc w:val="right"/>
      </w:pPr>
      <w:r>
        <w:t>कोई अगर नया कार्य उसको पढ़ता है कुरान को तो वह कहता है यह कैसी किताब है? इसमें तो कोई sequence नहीं है. एक बात आती है फिर दूसरी बात आ जाती है. लेकिन यह बहुत ही wisdom है इसमें कि कोई विश्व कहीं से भी कोई हिस्सा पड़े तो उसे कोई wisdom की बात मिल जाए.</w:t>
      </w:r>
    </w:p>
    <w:p>
      <w:r>
        <w:rPr>
          <w:b/>
        </w:rPr>
        <w:t xml:space="preserve">[1:10:34] </w:t>
      </w:r>
      <w:r>
        <w:t>toh us hisse ko Maulana ne dekha aur usko samjha aur us woh jo hisse the jisko Maulana ne paragraph ka aaya ya juice ka aaya ki woh hissa liya aur us hisse ke jo gehri tafsir thi deeper meaning the jo taskiri pehlu tha woh usko waazeh kiya.</w:t>
      </w:r>
    </w:p>
    <w:p>
      <w:pPr>
        <w:jc w:val="right"/>
      </w:pPr>
      <w:r>
        <w:t>तो उस हिस्से को मौलाना ने देखा और उसको समझा और उस वो जो हिस्से थे जिसको मौलाना ने paragraph का आया या juice का आया कि वो हिस्सा लिया और उस हिस्से के जो गहरी तफ्सीर थी deeper meaning थे जो तस्कीरी पहलू था वो उसको वाज़े किया.</w:t>
      </w:r>
    </w:p>
    <w:p>
      <w:r>
        <w:rPr>
          <w:b/>
        </w:rPr>
        <w:t xml:space="preserve">[1:10:56] </w:t>
      </w:r>
      <w:r>
        <w:t>toh is tarike se taskhir-e-quran bahut hi ek alag tarah ki tafsir hai aur quran ke jo deeper meaning hai jaise quran hadith mein aata hai likulli aayat minhazahrum wabatan ki har aayat ka ek zahiri meaning hota hai, ek zahiri mafhoom aur ek inner meaning hota hai. Toh woh jo inner meaning hai wahi real meaning hai quran ka.</w:t>
      </w:r>
    </w:p>
    <w:p>
      <w:pPr>
        <w:jc w:val="right"/>
      </w:pPr>
      <w:r>
        <w:t>तो इस तरीके से तस्कीर और कुरान बहुत ही एक अलग तरह की तफ्सीर है और कुरान के जो deeper meaning है जैसे कुरा हदीश में आता है लिकुल्ली आयत मिन्हा जहरुम वबतन कि हर आयत का एक ज़ाहिरी meaning होता है, एक ज़ाहिरी मफूम और एक inner meaning होता है. तो वह जो inner meaning है वही real meaning है कुरान का.</w:t>
      </w:r>
    </w:p>
    <w:p>
      <w:r>
        <w:rPr>
          <w:b/>
        </w:rPr>
        <w:t xml:space="preserve">[1:11:22] </w:t>
      </w:r>
      <w:r>
        <w:t>woh jab aap sochenge us par gehrai se aur us par gaur fikr karenge, tadabbur karenge, tasawwur karenge, contemplate karenge toh woh khuda ki madad se inspirations aayenge aur aap gehre meaning tak pahunchenge. Iska koi end nahi hai. Layer upon layer woh meaning khulte chale jayenge.</w:t>
      </w:r>
    </w:p>
    <w:p>
      <w:pPr>
        <w:jc w:val="right"/>
      </w:pPr>
      <w:r>
        <w:t>वह जब आप सोचेंगे उस पर गहराई से और उस पर गौर फ़िक्र करेंगे, तदब्बर करेंगे, तवसुम करेंगे, contemplate करेंगे तो वह खुदा की मदद से inspirations आऐंगे और आप गहरे meaning तक पहुंचेंगे. इसका कोई end नहीं है. Layer upon layer वह meaning खुलते चले जाएंगे.</w:t>
      </w:r>
    </w:p>
    <w:p>
      <w:r>
        <w:rPr>
          <w:b/>
        </w:rPr>
        <w:t xml:space="preserve">[1:11:40] </w:t>
      </w:r>
      <w:r>
        <w:t>toh yahi taskhir-e-quran ki khusoosiyat hai aur iski wajah se yeh bahut hi mufid hai toh main sab logon se yeh guzarish karunga ki Ramzan mein isko aap zaroor padhein aur aap isko download kar sakte hain cpsglobal.org se ya good word books se isko haasil kar sakte hain iska iska uska toh aap khud bhi padhein aur apne saathiyon ko apne doston ko isko dofatan pesh karein.</w:t>
      </w:r>
    </w:p>
    <w:p>
      <w:pPr>
        <w:jc w:val="right"/>
      </w:pPr>
      <w:r>
        <w:t>तो यही तस्कीर को कुरान की खुसूसियत है और इसकी वजह से यह बहुत ही मुफीद है तो मैं सब लोगों से यह गुज़ारिश करूंगा कि रमज़ान में इसको आप ज़रूर पढ़ें और आप इसको download कर सकते हैं cpsglobal.org से या good word books से इसको हासिल कर सकते हैं इसका इसका उसका तो आप खुद भी पढ़ें और अपने साथियों को अपने दोस्तों को इसको दोफतन पेश करें.</w:t>
      </w:r>
    </w:p>
    <w:p>
      <w:r>
        <w:rPr>
          <w:b/>
        </w:rPr>
        <w:t xml:space="preserve">[1:12:08] </w:t>
      </w:r>
      <w:r>
        <w:t>waakhir da'wana alhamdu lillahi rabbil aalameen. Toh hum aaj ka program inshallah khatm karte hain.</w:t>
      </w:r>
    </w:p>
    <w:p>
      <w:pPr>
        <w:jc w:val="right"/>
      </w:pPr>
      <w:r>
        <w:t>वाख्र दावाना अलहमदुरी इल्दाहिरब बिलाल में. तो हम आज का program इंशालाह खत्म करते 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