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Ramadan Q and A Session with Prof. Farida Khanam 27th March' 2022</w:t>
      </w:r>
    </w:p>
    <w:p>
      <w:r>
        <w:t>https://www.youtube.com/watch?v=M_pJVGZWKIM</w:t>
      </w:r>
    </w:p>
    <w:p>
      <w:r>
        <w:rPr>
          <w:b/>
        </w:rPr>
        <w:t xml:space="preserve">[00:14] </w:t>
      </w:r>
      <w:r>
        <w:t>So we are back again here in the next session of ladies WhatsApp group. And this month has again been a learning period for all of us. Like, the last three months, in January, we had started this session. And today, Marshalla, is the third month that we are continuing with this session again. Alhamdulillah, Allah has given us again an opportunity to continue with this session.</w:t>
      </w:r>
    </w:p>
    <w:p>
      <w:pPr>
        <w:jc w:val="right"/>
      </w:pPr>
      <w:r>
        <w:t>So we are back again here in the next session of ladies WhatsApp group. And this month has again been a learning period for all of us. Like, the last three months, in January, we had started this session. And today, Marshalla, is the third month that we are continuing with this session again. Alhamdulillah, Allah has given us again an opportunity to continue with this session.</w:t>
      </w:r>
    </w:p>
    <w:p>
      <w:r>
        <w:rPr>
          <w:b/>
        </w:rPr>
        <w:t xml:space="preserve">[00:39] </w:t>
      </w:r>
      <w:r>
        <w:t>And but there is a little bit of change today since we have very little time today as Faridapa is very much engaged. And on our sincere request, she has just listened to our request. And today, we will not be doing the initial thing that we were doing, learning on the topics.</w:t>
      </w:r>
    </w:p>
    <w:p>
      <w:pPr>
        <w:jc w:val="right"/>
      </w:pPr>
      <w:r>
        <w:t>And but there is a little bit of change today since we have very little time today as Faridapa is very much engaged. And on our sincere request, she has just listened to our request. And today, we will not be doing the initial thing that we were doing, learning on the topics.</w:t>
      </w:r>
    </w:p>
    <w:p>
      <w:r>
        <w:rPr>
          <w:b/>
        </w:rPr>
        <w:t xml:space="preserve">[01:02] </w:t>
      </w:r>
      <w:r>
        <w:t>But today, there will only be a question and answer session, which will be addressed by doctor Farida Khanam, the chairperson of CPS International. So before continuing any more and saying any further, I would request all the ladies who have joined here to, place the question regarding any other topic or Ramzan, which is, just a week away from us.</w:t>
      </w:r>
    </w:p>
    <w:p>
      <w:pPr>
        <w:jc w:val="right"/>
      </w:pPr>
      <w:r>
        <w:t>But today, there will only be a question and answer session, which will be addressed by doctor Farida Khanam, the chairperson of CPS International. So before continuing any more and saying any further, I would request all the ladies who have joined here to, place the question regarding any other topic or Ramzan, which is, just a week away from us.</w:t>
      </w:r>
    </w:p>
    <w:p>
      <w:r>
        <w:rPr>
          <w:b/>
        </w:rPr>
        <w:t xml:space="preserve">[01:24] </w:t>
      </w:r>
      <w:r>
        <w:t>So please make your question whatever it is is precise and to the point so that most of the ladies get the time and they can ask the question. So over on to you to the ladies who would like to ask any question from Parida upper. So I Roma Vani has raised her hand. Please Roma you can continue with your question. Assalamualikum, doctor Saiba.</w:t>
      </w:r>
    </w:p>
    <w:p>
      <w:pPr>
        <w:jc w:val="right"/>
      </w:pPr>
      <w:r>
        <w:t>So please make your question whatever it is is precise and to the point so that most of the ladies get the time and they can ask the question. So over on to you to the ladies who would like to ask any question from परिदा upper. So I रोमा वाणी has raised her hand. Please रोमा you can continue with your question. अस्सलामालिकुम, doctor सैवा.</w:t>
      </w:r>
    </w:p>
    <w:p>
      <w:r>
        <w:rPr>
          <w:b/>
        </w:rPr>
        <w:t xml:space="preserve">[01:51] </w:t>
      </w:r>
      <w:r>
        <w:t>pichhle pichhle saal aap jaanti hain jab mujhe COVID hua to main roze nahi rakh pa rahi thi.</w:t>
      </w:r>
    </w:p>
    <w:p>
      <w:pPr>
        <w:jc w:val="right"/>
      </w:pPr>
      <w:r>
        <w:t>पिछले पिछले साल आप जानती हैं जब मुझे COVID हुआ तो मैं रोज़े नहीं रख पा रही थी.</w:t>
      </w:r>
    </w:p>
    <w:p>
      <w:r>
        <w:rPr>
          <w:b/>
        </w:rPr>
        <w:t xml:space="preserve">[01:57] </w:t>
      </w:r>
      <w:r>
        <w:t>is saal lekin poori niyat hai ke main rakhoon lekin ghar wale mante nahi hain nervous se bohat</w:t>
      </w:r>
    </w:p>
    <w:p>
      <w:pPr>
        <w:jc w:val="right"/>
      </w:pPr>
      <w:r>
        <w:t>इस साल लेकिन पूरी नियत है कि मैं रखूं लेकिन घर वाले मानते नहीं हैं nervous से बहुत</w:t>
      </w:r>
    </w:p>
    <w:p>
      <w:r>
        <w:rPr>
          <w:b/>
        </w:rPr>
        <w:t xml:space="preserve">[02:03] </w:t>
      </w:r>
      <w:r>
        <w:t>to kya kiya jaye?</w:t>
      </w:r>
    </w:p>
    <w:p>
      <w:pPr>
        <w:jc w:val="right"/>
      </w:pPr>
      <w:r>
        <w:t>तो क्या किया जाए?</w:t>
      </w:r>
    </w:p>
    <w:p>
      <w:r>
        <w:rPr>
          <w:b/>
        </w:rPr>
        <w:t xml:space="preserve">[02:09] </w:t>
      </w:r>
      <w:r>
        <w:t>wo nahi chahte hain ke main rakhoon lekin aap batayein main kaise handle karoon is situation ko?</w:t>
      </w:r>
    </w:p>
    <w:p>
      <w:pPr>
        <w:jc w:val="right"/>
      </w:pPr>
      <w:r>
        <w:t>वह नहीं चाहते हैं कि मैं रखूं लेकिन आप बताएं मैं कैसे handle करूं इस situation को?</w:t>
      </w:r>
    </w:p>
    <w:p>
      <w:r>
        <w:rPr>
          <w:b/>
        </w:rPr>
        <w:t xml:space="preserve">[02:15] </w:t>
      </w:r>
      <w:r>
        <w:t>ek minute sir.</w:t>
      </w:r>
    </w:p>
    <w:p>
      <w:pPr>
        <w:jc w:val="right"/>
      </w:pPr>
      <w:r>
        <w:t>एक minute sir.</w:t>
      </w:r>
    </w:p>
    <w:p>
      <w:r>
        <w:rPr>
          <w:b/>
        </w:rPr>
        <w:t xml:space="preserve">[02:22] </w:t>
      </w:r>
      <w:r>
        <w:t>achha mujhse puchh rahi hai sawal? Ji ji yeh agar toh aap nahi rakh sakte sachmochap ko tabiyat kharab ho jayegi toh phir aap ek miskeen ko do time khane ke barabar aapko de dena chahiye. Ek miskeen ko itna khana jitna do time woh kha lein. Ji.</w:t>
      </w:r>
    </w:p>
    <w:p>
      <w:pPr>
        <w:jc w:val="right"/>
      </w:pPr>
      <w:r>
        <w:t>अच्छा मुझसे पुछ रही है सवाल? जी जी यह अगर तो आप नहीं रख सकते सचमोचाप को तबीयत खराब हो जाएगी तो फिर आप एक मिस्कीन को दो time खाने के बराबर आपको दे देना चाहिए. एक मिस्कीन को इतना खाना जितना दो time वह खा लें. जी.</w:t>
      </w:r>
    </w:p>
    <w:p>
      <w:r>
        <w:rPr>
          <w:b/>
        </w:rPr>
        <w:t xml:space="preserve">[02:49] </w:t>
      </w:r>
      <w:r>
        <w:t>to yahi tareeqa hai agar aapko lag raha hai ke aapki tabiyat theek ho jayegi aap rakh payenge</w:t>
      </w:r>
    </w:p>
    <w:p>
      <w:pPr>
        <w:jc w:val="right"/>
      </w:pPr>
      <w:r>
        <w:t>तो यही तरीका है अगर आपको लग रहा है कि आपकी तबीयत ठीक हो जाएगी आप रख पाएंगे</w:t>
      </w:r>
    </w:p>
    <w:p>
      <w:r>
        <w:rPr>
          <w:b/>
        </w:rPr>
        <w:t xml:space="preserve">[02:54] </w:t>
      </w:r>
      <w:r>
        <w:t>to rakh lijiyega.</w:t>
      </w:r>
    </w:p>
    <w:p>
      <w:pPr>
        <w:jc w:val="right"/>
      </w:pPr>
      <w:r>
        <w:t>तो रख लीजिएगा.</w:t>
      </w:r>
    </w:p>
    <w:p>
      <w:r>
        <w:rPr>
          <w:b/>
        </w:rPr>
        <w:t xml:space="preserve">[03:00] </w:t>
      </w:r>
      <w:r>
        <w:t>nahin aapko lag raha hai to aap yah kaam kar sakti hain.</w:t>
      </w:r>
    </w:p>
    <w:p>
      <w:pPr>
        <w:jc w:val="right"/>
      </w:pPr>
      <w:r>
        <w:t>नहीं आपको लग रहा है तो आप यह काम कर सकती हैं.</w:t>
      </w:r>
    </w:p>
    <w:p>
      <w:r>
        <w:rPr>
          <w:b/>
        </w:rPr>
        <w:t xml:space="preserve">[03:06] </w:t>
      </w:r>
      <w:r>
        <w:t>baqayda quran mein hai iska zikr.</w:t>
      </w:r>
    </w:p>
    <w:p>
      <w:pPr>
        <w:jc w:val="right"/>
      </w:pPr>
      <w:r>
        <w:t>बाकायदा कुरान में है इसका ज़िक्र.</w:t>
      </w:r>
    </w:p>
    <w:p>
      <w:r>
        <w:rPr>
          <w:b/>
        </w:rPr>
        <w:t xml:space="preserve">[03:12] </w:t>
      </w:r>
      <w:r>
        <w:t>inshallah nahin main chahti hoon lekin gharwale samajh nahin rahe to main thoda distress mein hoon aajkal main</w:t>
      </w:r>
    </w:p>
    <w:p>
      <w:pPr>
        <w:jc w:val="right"/>
      </w:pPr>
      <w:r>
        <w:t>इंशाल नहीं मैं चाहती हूं लेकिन घरवाले समझ नहीं रहे तो मैं थोड़ा distress में हूं आजकल मैं</w:t>
      </w:r>
    </w:p>
    <w:p>
      <w:r>
        <w:rPr>
          <w:b/>
        </w:rPr>
        <w:t xml:space="preserve">[03:18] </w:t>
      </w:r>
      <w:r>
        <w:t>ki kaise unko samjhaun?</w:t>
      </w:r>
    </w:p>
    <w:p>
      <w:pPr>
        <w:jc w:val="right"/>
      </w:pPr>
      <w:r>
        <w:t>कि कैसे उनको समझाऊं?</w:t>
      </w:r>
    </w:p>
    <w:p>
      <w:r>
        <w:rPr>
          <w:b/>
        </w:rPr>
        <w:t xml:space="preserve">[03:24] </w:t>
      </w:r>
      <w:r>
        <w:t>ab doctor ke mashware par chaliye.</w:t>
      </w:r>
    </w:p>
    <w:p>
      <w:pPr>
        <w:jc w:val="right"/>
      </w:pPr>
      <w:r>
        <w:t>अब doctor के मशवरे पर चलिए.</w:t>
      </w:r>
    </w:p>
    <w:p>
      <w:r>
        <w:rPr>
          <w:b/>
        </w:rPr>
        <w:t xml:space="preserve">[03:30] </w:t>
      </w:r>
      <w:r>
        <w:t>We have 17 ladies here joined. Any other question from any any person? And please kindly tell your name and the place that you're speaking from. Haan Papa? Papa mera ek question hai. Meri awaaz aa rahi hai aapka aapke paas?</w:t>
      </w:r>
    </w:p>
    <w:p>
      <w:pPr>
        <w:jc w:val="right"/>
      </w:pPr>
      <w:r>
        <w:t>We have 17 ladies here joined. Any other question from any any person? And please kindly tell your name and the place that you're speaking from. हां papa? Papa मेरा एक question है. मेरी आवाज़ आ रही है आपका आपके पास?</w:t>
      </w:r>
    </w:p>
    <w:p>
      <w:r>
        <w:rPr>
          <w:b/>
        </w:rPr>
        <w:t xml:space="preserve">[04:00] </w:t>
      </w:r>
      <w:r>
        <w:t>Yes, you are very clear apa. Achha. Ramzan ka mahina hamare liye kis tarah se personality development ka kaam kar sakta hai? Aap isko aap answer kariye. Aaj thoda zor se bolein. Ramzan ka mahina hamare liye kis tarah personality development ka kaam kar sakta hai?</w:t>
      </w:r>
    </w:p>
    <w:p>
      <w:pPr>
        <w:jc w:val="right"/>
      </w:pPr>
      <w:r>
        <w:t>Yes, you are very clear आपा. अच्छा. रमज़ान का महीना हमारे लिए किस तरह से personality development का काम कर सकता है? आप इसको आप answer करिए. आज थोड़ा ज़ोर से बोलें. रमज़ान का महीना हमारे लिए किस तरह personality development का काम कर सकता है?</w:t>
      </w:r>
    </w:p>
    <w:p>
      <w:r>
        <w:rPr>
          <w:b/>
        </w:rPr>
        <w:t xml:space="preserve">[04:23] </w:t>
      </w:r>
      <w:r>
        <w:t>Ramzan ke mahine mein hamein apne jo ibaadat ki mashgooliyat hoti hai usi ko badhana hoga. Zyada quran padhna, zyada namaze padhna, nafil namaze padhna, zyada gaur fikr karna. Aap samajh lijiye ki quran jo hai usko sorry roza jo hai tab tarbiyat ka roz mahina hai.</w:t>
      </w:r>
    </w:p>
    <w:p>
      <w:pPr>
        <w:jc w:val="right"/>
      </w:pPr>
      <w:r>
        <w:t>रमज़ान के महीने में हमें अपने जो एबादात की मशगूलियत होती है उसी को बढ़ाना होगा. ज़्यादा कुरान पढ़ना, ज़्यादा नमाज़े पढ़ना, नफिल नमाज़े पढ़ना, ज़्यादा गौर फ़िक्र करना. आप समझ लीजिए कि कुरान जो है उसको sorry रोज़ा जो है तब तरबीयत का रोज़ महीना है.</w:t>
      </w:r>
    </w:p>
    <w:p>
      <w:r>
        <w:rPr>
          <w:b/>
        </w:rPr>
        <w:t xml:space="preserve">[04:49] </w:t>
      </w:r>
      <w:r>
        <w:t>to is mahine ko aap khaas kar lijiye ke aap zyada se zyada ibadat karenge hota ki yaad karengi aur usi mein aur ek alag se agar aap ek jagah bana lein to wah zyada achha hai ek spiritual corner apna bana lein.</w:t>
      </w:r>
    </w:p>
    <w:p>
      <w:pPr>
        <w:jc w:val="right"/>
      </w:pPr>
      <w:r>
        <w:t>तो इस महीने को आप खास कर लीजिए कि आप ज़्यादा से ज़्यादा इबादत करेंगे होता की याद करेंगी और उसी में और एक अलग से अगर आप एक जगह बना लें तो वह ज़्यादा अच्छा है एक spiritual corner अपना बना लें.</w:t>
      </w:r>
    </w:p>
    <w:p>
      <w:r>
        <w:rPr>
          <w:b/>
        </w:rPr>
        <w:t xml:space="preserve">[05:05] </w:t>
      </w:r>
      <w:r>
        <w:t>to wahin par ibadat karein aur khane peene mein shopping mein kam se kam time guzane aap mujhe maloom hai aap to nahi guzanti hain lekin sari bahano ko bata rahi hoon kam se kam time guzane taki focused rahe mind aapka kyunke agar aap ek baar bazaar gaye na to mind ka focus khatm ho jata hai.</w:t>
      </w:r>
    </w:p>
    <w:p>
      <w:pPr>
        <w:jc w:val="right"/>
      </w:pPr>
      <w:r>
        <w:t>तो वहीं पर इबादत करें और खाने पीने में shopping में कम से कम time गुज़ाने आप मुझे मालूम है आप तो नहीं गुज़ानती हैं लेकिन सारी बहनों को बता रही हूं कम से कम time गुज़ाने ताकि focused रहे mind आपका क्योंकि अगर आप एक बार बाज़ार गए ना तो mind का focus खत्म हो जाता है.</w:t>
      </w:r>
    </w:p>
    <w:p>
      <w:r>
        <w:rPr>
          <w:b/>
        </w:rPr>
        <w:t xml:space="preserve">[05:28] </w:t>
      </w:r>
      <w:r>
        <w:t>mind ko focused hona chahiye jaise magnifying glass hota hai na to usko jab aap dhoop mein rakhein to sari rays ko wah ek focus par kar deta hai. phir itna focused wah raise ho jati hain ke wah jal jata hai. kaagaz jal jata hai. mujhe lagta hai yeh gaalepan chaala jhaan nahi bataya tha yeh baat.</w:t>
      </w:r>
    </w:p>
    <w:p>
      <w:pPr>
        <w:jc w:val="right"/>
      </w:pPr>
      <w:r>
        <w:t>Mind को focused होना चाहिए जैसे magnifying glass होता है ना तो उसको जब आप धूप में रखें तो सारी rays को वह एक focus पर कर देता है. फिर इतना focused वह raise हो जाती हैं कि वह जल जाता है. काग़ज़ जल जाता है. मुझे लगता है यह गालेपन चाला झान नहीं बताया था यह बात.</w:t>
      </w:r>
    </w:p>
    <w:p>
      <w:r>
        <w:rPr>
          <w:b/>
        </w:rPr>
        <w:t xml:space="preserve">[05:51] </w:t>
      </w:r>
      <w:r>
        <w:t>to to is tarike se jab tak hum apne mind ko focus nahi karenge wah jo spiritual ek development hota hai personality ka wah nahi kar payenge. wah khali talawat karte rahenge khali talawat se kuch nahi hoga kyunke hamein chahiye ke quran mein tadabbur karein, tafakkur karein. jaise sahaba karte the. hum koi nayi baat nahi keh rahe hain. sahaba aise hi na quran padhte the. sirf tulabat nahi karte the.</w:t>
      </w:r>
    </w:p>
    <w:p>
      <w:pPr>
        <w:jc w:val="right"/>
      </w:pPr>
      <w:r>
        <w:t>तो तो इस तरीके से जब तक हम अपने mind को focus नहीं करेंगे वह जो spiritual एक development होता है personality का वह नहीं कर पाएंगे. वह खाली तलावत करते रहेंगे खाली तलावत से कुछ नहीं होगा क्योंकि हमें चाहिए कि कुरान में तधप्कुर करें, तफकुर करें. जैसे सहाबा करते थे. हम कोई नई बात नहीं कह रहे हैं. सहाबा ऐसे ही ना कुरान पढ़ते थे. सिर्फ तुलाबत नहीं करते थे.</w:t>
      </w:r>
    </w:p>
    <w:p>
      <w:r>
        <w:rPr>
          <w:b/>
        </w:rPr>
        <w:t xml:space="preserve">[06:20] </w:t>
      </w:r>
      <w:r>
        <w:t>balki us par tafakkur karte the, tafakkur karte the.</w:t>
      </w:r>
    </w:p>
    <w:p>
      <w:pPr>
        <w:jc w:val="right"/>
      </w:pPr>
      <w:r>
        <w:t>बल्कि उस पर तफकुर करते थे, तफकुर करते थे.</w:t>
      </w:r>
    </w:p>
    <w:p>
      <w:r>
        <w:rPr>
          <w:b/>
        </w:rPr>
        <w:t xml:space="preserve">[06:25] </w:t>
      </w:r>
      <w:r>
        <w:t>usko apne apne upar apply karte the.</w:t>
      </w:r>
    </w:p>
    <w:p>
      <w:pPr>
        <w:jc w:val="right"/>
      </w:pPr>
      <w:r>
        <w:t>उसको अपने अपने ऊपर apply करते थे.</w:t>
      </w:r>
    </w:p>
    <w:p>
      <w:r>
        <w:rPr>
          <w:b/>
        </w:rPr>
        <w:t xml:space="preserve">[06:30] </w:t>
      </w:r>
      <w:r>
        <w:t>yahan tak ek ek do varsh ghanta ghanta par vah sochte rehte the.</w:t>
      </w:r>
    </w:p>
    <w:p>
      <w:pPr>
        <w:jc w:val="right"/>
      </w:pPr>
      <w:r>
        <w:t>यहां तक एक एक दो दो वर्ष घंटा घंटा पर वह सोचते रहते थे.</w:t>
      </w:r>
    </w:p>
    <w:p>
      <w:r>
        <w:rPr>
          <w:b/>
        </w:rPr>
        <w:t xml:space="preserve">[06:36] </w:t>
      </w:r>
      <w:r>
        <w:t>to isi tarike se aap logon ko quran ki translation padhna hai aur kahin bhi aapko lage ki</w:t>
      </w:r>
    </w:p>
    <w:p>
      <w:pPr>
        <w:jc w:val="right"/>
      </w:pPr>
      <w:r>
        <w:t>तो इसी तरीके से आप लोगों को कुरान की translation पढ़ना है और कहीं भी आपको लगे कि</w:t>
      </w:r>
    </w:p>
    <w:p>
      <w:r>
        <w:rPr>
          <w:b/>
        </w:rPr>
        <w:t xml:space="preserve">[06:41] </w:t>
      </w:r>
      <w:r>
        <w:t>iski tafsir padhni chahiye to tafsir padhen aur ghar mein bhi bhai mahaul banayen discussion karen apne ghar</w:t>
      </w:r>
    </w:p>
    <w:p>
      <w:pPr>
        <w:jc w:val="right"/>
      </w:pPr>
      <w:r>
        <w:t>इसकी तफ़्सीर पढ़नी चाहिए तो तफ़्सीर पढ़ें और घर में भी भाई माहौल बनाएं discussion करें अपने घर</w:t>
      </w:r>
    </w:p>
    <w:p>
      <w:r>
        <w:rPr>
          <w:b/>
        </w:rPr>
        <w:t xml:space="preserve">[06:46] </w:t>
      </w:r>
      <w:r>
        <w:t>walon se to isse spiritual development hoga.</w:t>
      </w:r>
    </w:p>
    <w:p>
      <w:pPr>
        <w:jc w:val="right"/>
      </w:pPr>
      <w:r>
        <w:t>वालों से तो इससे spiritual development होगा.</w:t>
      </w:r>
    </w:p>
    <w:p>
      <w:r>
        <w:rPr>
          <w:b/>
        </w:rPr>
        <w:t xml:space="preserve">[06:52] </w:t>
      </w:r>
      <w:r>
        <w:t>bahut hi achhe hain behtareen tarike se aapne bataya.</w:t>
      </w:r>
    </w:p>
    <w:p>
      <w:pPr>
        <w:jc w:val="right"/>
      </w:pPr>
      <w:r>
        <w:t>बहुत ही अच्छे हैं बेहतरीन तरीके से आपने बताया.</w:t>
      </w:r>
    </w:p>
    <w:p>
      <w:r>
        <w:rPr>
          <w:b/>
        </w:rPr>
        <w:t xml:space="preserve">[06:56] </w:t>
      </w:r>
      <w:r>
        <w:t>do hazar pillap mein.</w:t>
      </w:r>
    </w:p>
    <w:p>
      <w:pPr>
        <w:jc w:val="right"/>
      </w:pPr>
      <w:r>
        <w:t>दो हज़ार पिल्लाप में.</w:t>
      </w:r>
    </w:p>
    <w:p>
      <w:r>
        <w:rPr>
          <w:b/>
        </w:rPr>
        <w:t xml:space="preserve">[07:00] </w:t>
      </w:r>
      <w:r>
        <w:t>That was a question from miss Fahmida Khan from Saharanpur CPS.</w:t>
      </w:r>
    </w:p>
    <w:p>
      <w:pPr>
        <w:jc w:val="right"/>
      </w:pPr>
      <w:r>
        <w:t>That was a question from miss फैमीदा खान from सहारनपुर CPS.</w:t>
      </w:r>
    </w:p>
    <w:p>
      <w:r>
        <w:rPr>
          <w:b/>
        </w:rPr>
        <w:t xml:space="preserve">[07:05] </w:t>
      </w:r>
      <w:r>
        <w:t>Any question from any other ladies?</w:t>
      </w:r>
    </w:p>
    <w:p>
      <w:pPr>
        <w:jc w:val="right"/>
      </w:pPr>
      <w:r>
        <w:t>Any question from any other ladies?</w:t>
      </w:r>
    </w:p>
    <w:p>
      <w:r>
        <w:rPr>
          <w:b/>
        </w:rPr>
        <w:t xml:space="preserve">[07:09] </w:t>
      </w:r>
      <w:r>
        <w:t>We have very short time, so please come up and ask question.</w:t>
      </w:r>
    </w:p>
    <w:p>
      <w:pPr>
        <w:jc w:val="right"/>
      </w:pPr>
      <w:r>
        <w:t>We have very short time, so please come up and ask question.</w:t>
      </w:r>
    </w:p>
    <w:p>
      <w:r>
        <w:rPr>
          <w:b/>
        </w:rPr>
        <w:t xml:space="preserve">[07:14] </w:t>
      </w:r>
      <w:r>
        <w:t>Ayesha Yusra wants to ask the question.</w:t>
      </w:r>
    </w:p>
    <w:p>
      <w:pPr>
        <w:jc w:val="right"/>
      </w:pPr>
      <w:r>
        <w:t>आयशा युसरा wants to ask the question.</w:t>
      </w:r>
    </w:p>
    <w:p>
      <w:r>
        <w:rPr>
          <w:b/>
        </w:rPr>
        <w:t xml:space="preserve">[07:18] </w:t>
      </w:r>
      <w:r>
        <w:t>She's from Visakhapatnam.</w:t>
      </w:r>
    </w:p>
    <w:p>
      <w:pPr>
        <w:jc w:val="right"/>
      </w:pPr>
      <w:r>
        <w:t>She's from विशाखा पटनम.</w:t>
      </w:r>
    </w:p>
    <w:p>
      <w:r>
        <w:rPr>
          <w:b/>
        </w:rPr>
        <w:t xml:space="preserve">[07:23] </w:t>
      </w:r>
      <w:r>
        <w:t>yes. you can go ahead, ayesha. asslam likho ma'am. main gaalik hussam. my name is ayesha vaishra. i'm from vishaka patnam. and my question is, how should we maintain the spirit of learning all the time? this is my question. spirit of? spirit of learning. asal mein hum log dekhiye physically busy rehte hain.</w:t>
      </w:r>
    </w:p>
    <w:p>
      <w:pPr>
        <w:jc w:val="right"/>
      </w:pPr>
      <w:r>
        <w:t>Yes. You can go ahead, आयशा. अस्लाम लिखो ma'am. मैं गालिक हुस्साम. My name is आयश वैश्रा. I'm from विशाका पटना. And my question is, how should we maintain the spirit of learning all the time? This is my question. Spirit of? Spirit of learning. असल में हम लोग देखिए physically busy रहते हैं.</w:t>
      </w:r>
    </w:p>
    <w:p>
      <w:r>
        <w:rPr>
          <w:b/>
        </w:rPr>
        <w:t xml:space="preserve">[07:52] </w:t>
      </w:r>
      <w:r>
        <w:t>kai kaam hote hain aadmi busy rehta hai lekin mentally jo hai vah aap usko bar bar us</w:t>
      </w:r>
    </w:p>
    <w:p>
      <w:pPr>
        <w:jc w:val="right"/>
      </w:pPr>
      <w:r>
        <w:t>कई काम होते हैं आदमी busy रहता है लेकिन mentally जो है वह आप उसको बार बार उस</w:t>
      </w:r>
    </w:p>
    <w:p>
      <w:r>
        <w:rPr>
          <w:b/>
        </w:rPr>
        <w:t xml:space="preserve">[07:58] </w:t>
      </w:r>
      <w:r>
        <w:t>par usko revise karen, bar bar usko tarah tarah se usko different aspects usko samajhne ki koshish karen.</w:t>
      </w:r>
    </w:p>
    <w:p>
      <w:pPr>
        <w:jc w:val="right"/>
      </w:pPr>
      <w:r>
        <w:t>पर उसको revise करें, बार बार उसको तरह तरह से उसको different aspects उसको समझने की कोशिश करें.</w:t>
      </w:r>
    </w:p>
    <w:p>
      <w:r>
        <w:rPr>
          <w:b/>
        </w:rPr>
        <w:t xml:space="preserve">[08:04] </w:t>
      </w:r>
      <w:r>
        <w:t>jaise Maulana sahab karte the to vah kehte the meri selective memory hai.</w:t>
      </w:r>
    </w:p>
    <w:p>
      <w:pPr>
        <w:jc w:val="right"/>
      </w:pPr>
      <w:r>
        <w:t>जैसे मोलाना साहब करते थे तो वह कहते थे मेरी selective memory है.</w:t>
      </w:r>
    </w:p>
    <w:p>
      <w:r>
        <w:rPr>
          <w:b/>
        </w:rPr>
        <w:t xml:space="preserve">[08:11] </w:t>
      </w:r>
      <w:r>
        <w:t>to vah jo cheez yaad rakhna chahte the bas usko yaad rakhte the usko discuss karte the.</w:t>
      </w:r>
    </w:p>
    <w:p>
      <w:pPr>
        <w:jc w:val="right"/>
      </w:pPr>
      <w:r>
        <w:t>तो वह जो चीज़ याद रखना चाहते थे बस उसको याद रखते थे उसको discuss करते थे.</w:t>
      </w:r>
    </w:p>
    <w:p>
      <w:r>
        <w:rPr>
          <w:b/>
        </w:rPr>
        <w:t xml:space="preserve">[08:17] </w:t>
      </w:r>
      <w:r>
        <w:t>koi bhi yaad aata tha usi ko discuss karte the.</w:t>
      </w:r>
    </w:p>
    <w:p>
      <w:pPr>
        <w:jc w:val="right"/>
      </w:pPr>
      <w:r>
        <w:t>कोई भी याद आता था उसी को discuss करते थे.</w:t>
      </w:r>
    </w:p>
    <w:p>
      <w:r>
        <w:rPr>
          <w:b/>
        </w:rPr>
        <w:t xml:space="preserve">[08:24] </w:t>
      </w:r>
      <w:r>
        <w:t>usi ko likhte the usi par references dekhte the to is tarike se wah mind mein wah point bilkul baith jata hai. to hum log apna distraction agar hum nahi karenge na distraction hota hai iski wajah se hum khastar par auraton ko distraction zyada hota hai unke kaam hi aise hain karke to distraction ki wajah se wah learning hum kam kar pate hain.</w:t>
      </w:r>
    </w:p>
    <w:p>
      <w:pPr>
        <w:jc w:val="right"/>
      </w:pPr>
      <w:r>
        <w:t>उसी को लिखते थे उसी पर references देखते थे तो इस तरीके से वह mind में वह point बिल्कुल बैठ जाता है. तो हम लोग अपना distraction अगर हम नहीं करेंगे ना distraction होता है इसकी वजह से हम खास्तर पर औरतों को distraction ज़्यादा होता है उनके काम ही ऐसे हैं करके तो distraction की वजह से वह learning हम कम कर पाते हैं.</w:t>
      </w:r>
    </w:p>
    <w:p>
      <w:r>
        <w:rPr>
          <w:b/>
        </w:rPr>
        <w:t xml:space="preserve">[08:49] </w:t>
      </w:r>
      <w:r>
        <w:t>to koshish karein kam se kam ramzan ke mahine mein ke distraction kam se kam ho aur ghar mein zyada zindagi ikhtiyar karein zyada kyunke ramzan mein khana bahut zyada pakate hain tarah tarah ki dishes hoti hain. to dimagh to wahan laga rahega kaise learning hogi.</w:t>
      </w:r>
    </w:p>
    <w:p>
      <w:pPr>
        <w:jc w:val="right"/>
      </w:pPr>
      <w:r>
        <w:t>तो कोशिश करें कम से कम रमज़ान के महीने में कि distraction कम से कम हो और घर में ज़्यादा ज़िंदगी इख्तैर करें ज़्यादा क्योंकि रमज़ान में खाना बहुत ज़्यादा पकाते हैं तरह तरह की dishes होती हैं. तो दिमाग तो वहां लगा रहेगा कैसे learning होगी.</w:t>
      </w:r>
    </w:p>
    <w:p>
      <w:r>
        <w:rPr>
          <w:b/>
        </w:rPr>
        <w:t xml:space="preserve">[09:07] </w:t>
      </w:r>
      <w:r>
        <w:t>saath bhi iftaar karein, distraction na karein aur jo kuch padhein us par us par introspection karein, us par sochein, gaur fikr karein, quran padhein us par gaur fikr karein. usko tarah tarah se different level par different aspects uske usko discuss karein jo bhi aapke paas ho to is tarike se wah aapke mind mein wah baat baith jayegi.</w:t>
      </w:r>
    </w:p>
    <w:p>
      <w:pPr>
        <w:jc w:val="right"/>
      </w:pPr>
      <w:r>
        <w:t>साथ भी इफ़्तैर करें, distraction ना करें और जो कुछ पढ़ें उस पर उस पर introspection करें, उस पर सोचें, गौर फ़िक्र करें, कुरान पढ़ें उस पर गौर फ़िक्र करें. उसको तरह तरह से different level पर different aspects उसके उसको discuss करें जो भी आपके पास हो तो इस तरीके से वह आपके mind में वह बात बैठ जाएगी.</w:t>
      </w:r>
    </w:p>
    <w:p>
      <w:r>
        <w:rPr>
          <w:b/>
        </w:rPr>
        <w:t xml:space="preserve">[09:37] </w:t>
      </w:r>
      <w:r>
        <w:t>thank you so much. any other question? doctor kapina tabisum wants to ask. salam likh kumar baat. doctor kapin. ji. papa main yeh janna chahti hoon ke kya hum, kya</w:t>
      </w:r>
    </w:p>
    <w:p>
      <w:pPr>
        <w:jc w:val="right"/>
      </w:pPr>
      <w:r>
        <w:t>Thank you so much. Any other question? Doctor कपीना तबिसुम wants to ask. सलाम लिख कुमार बात. Doctor कपीन. जी. Papa मैं यह जानना चाहती हूं कि क्या हम, क्या</w:t>
      </w:r>
    </w:p>
    <w:p>
      <w:r>
        <w:rPr>
          <w:b/>
        </w:rPr>
        <w:t xml:space="preserve">[10:05] </w:t>
      </w:r>
      <w:r>
        <w:t>hum jaan sakte hain ke hamari soch, shaitani soch ho rahi hai koi tareeka ke hum usko check kar sakein apne mahaswa karne ke liye hamein aasani ho sake? dekhiye shaitan to har waqt behkata hai. usse aap asar na lein. kyunke aisa hota hai ke hamein jaise jo log achhe se ibadat karte hain, yoda rakhenge, ibadat karenge to unko lagta hai ke ek spiritual mahaul mein hai.</w:t>
      </w:r>
    </w:p>
    <w:p>
      <w:pPr>
        <w:jc w:val="right"/>
      </w:pPr>
      <w:r>
        <w:t>हम जान सकते हैं कि हमारी सोच, शैतानी सोच हो रही है कोई तरीका कि हम उसको check कर सकें अपने महास्वा करने के लिए हमें आसानी हो सके? देखिए शैतान तो हर वक्त बहकाता है. उससे आप असर ना लें. क्योंकि ऐसा होता है कि हमें जैसे जो लोग अच्छे से इबादत करते हैं, योदा रखेंगे, इबादत करेंगे तो उनको लगता है कि एक spiritual माहौल में है.</w:t>
      </w:r>
    </w:p>
    <w:p>
      <w:r>
        <w:rPr>
          <w:b/>
        </w:rPr>
        <w:t xml:space="preserve">[10:33] </w:t>
      </w:r>
      <w:r>
        <w:t>aisa andar se feeling hoti hai. to jab aapko feeling na ho to aap fauran sochne lagie ke aapne koi galat kaam to nahi kiya hai? koi baat se khuda laraaz to nahi ho gaya hai? to yeh aap fauran sochne lagie to aap khud pakad lijiye.</w:t>
      </w:r>
    </w:p>
    <w:p>
      <w:pPr>
        <w:jc w:val="right"/>
      </w:pPr>
      <w:r>
        <w:t>ऐसा अंदर से feeling होती है. तो जब आपको feeling ना हो तो आप फ़ौरन सोचने लगिए कि आपने कोई गलत काम तो नहीं किया है? कोई बात से खुदा लाराज़ तो नहीं हो गया है? तो यह आप फ़ौरन सोचने लगिए तो आप खुद पकड़ लीजिए.</w:t>
      </w:r>
    </w:p>
    <w:p>
      <w:r>
        <w:rPr>
          <w:b/>
        </w:rPr>
        <w:t xml:space="preserve">[10:48] </w:t>
      </w:r>
      <w:r>
        <w:t>aapki personality itna develop ho jaye jaise hadrat umar ki thi ke wah hadrat umar unke bare mein ne kaha tha ke inke saaye se shaitan bhagta hai to saaye se shaitan kyun bhagta hai? wah itna mentally itna developed the wah ke wah fauran unko pata chal jata tha ke yahan shaitan bharkara hai.</w:t>
      </w:r>
    </w:p>
    <w:p>
      <w:pPr>
        <w:jc w:val="right"/>
      </w:pPr>
      <w:r>
        <w:t>आपकी personality इतना develop हो जाए जैसे हदरत उमर की थी कि वह हदरत उमर उनके बारे में ने कहा था कि इनके साएं से शैतान भागता है तो साएं से शैतान क्यों भागता है? वह इतना mentally इतना developed थे वह कि वह फ़ौरन उनको पता चल जाता था कि यहां शैतान भरकारा है.</w:t>
      </w:r>
    </w:p>
    <w:p>
      <w:r>
        <w:rPr>
          <w:b/>
        </w:rPr>
        <w:t xml:space="preserve">[11:14] </w:t>
      </w:r>
      <w:r>
        <w:t>to agar aapko jaise tension sabhi ko hota hai to aap darasal kuch doosra kaam kar lijiye, walk kar lijiye, kisi apne aap ko kisi doosre zaroori kaam mein busy kar lijiye to tension sahi ho jata hai wah aapko internal feeling hogi ke aapko jo hai spiritual feelings ab nahi ho rahi hain to aapko ehsaas ho jayega. phir aap sochne lage introspection karein ke maine kaun si aisi kaam kiya hai ke mujhe wah feelings nahi aa rahi hain.</w:t>
      </w:r>
    </w:p>
    <w:p>
      <w:pPr>
        <w:jc w:val="right"/>
      </w:pPr>
      <w:r>
        <w:t>तो अगर आपको जैसे tension सभी को होता है तो आप दरअसल कुछ दूसरा काम कर लीजिए, walk कर लीजिए, किसी अपने आप को किसी दूसरे ज़रूरी काम में busy कर लीजिए तो tension सही हो जाता है वह आपको internal feeling होगी कि आपको जो है spiritual feelings अब नहीं हो रही हैं तो आपको एहसास हो जाएगा. फिर आप सोचने लगे introspection करें कि मैंने कौन सी ऐसी काम किया है कि मुझे वह feelings नहीं आ रही है.</w:t>
      </w:r>
    </w:p>
    <w:p>
      <w:r>
        <w:rPr>
          <w:b/>
        </w:rPr>
        <w:t xml:space="preserve">[11:43] </w:t>
      </w:r>
      <w:r>
        <w:t>to main aajkal aise hi karti hoon. sochne lagti hoon ke maine kya galat kaam kiya hai? to phir wah samajh mein aa jata hai. shukriya asar. today is the media age, and we often, like, we do contemplate, we do read quran in our twenty four hours life, daily life.</w:t>
      </w:r>
    </w:p>
    <w:p>
      <w:pPr>
        <w:jc w:val="right"/>
      </w:pPr>
      <w:r>
        <w:t>तो मैं आजकल ऐसे ही करती हूं. सोचने लगती हूं कि मैंने क्या गलत काम किया है? तो फिर वह समझ में आ जाता है. शुक्रिया असर. Today is the media age, and we often, like, we do contemplate, we do read Quran in our twenty four hours life, daily life.</w:t>
      </w:r>
    </w:p>
    <w:p>
      <w:r>
        <w:rPr>
          <w:b/>
        </w:rPr>
        <w:t xml:space="preserve">[12:04] </w:t>
      </w:r>
      <w:r>
        <w:t>and some of the time we do surf the internet, go through the social media where a lot of the besides this there are certain sites of learning, and there are certain sites of entertainment. so as you're saying, during ramzan, we should abstain ourselves from these kind of distractions. i would like to ask you one question regarding these distractions during the month of ramzan.</w:t>
      </w:r>
    </w:p>
    <w:p>
      <w:pPr>
        <w:jc w:val="right"/>
      </w:pPr>
      <w:r>
        <w:t>And some of the time we do surf the Internet, go through the social media where a lot of the besides this there are certain sites of learning, and there are certain sites of entertainment. So as you're saying, during Ramzan, we should abstain ourselves from these kind of distractions. I would like to ask you one question regarding these distractions during the month of Ramzan.</w:t>
      </w:r>
    </w:p>
    <w:p>
      <w:r>
        <w:rPr>
          <w:b/>
        </w:rPr>
        <w:t xml:space="preserve">[12:31] </w:t>
      </w:r>
      <w:r>
        <w:t>like, those sites which we do cross and serve for some kind of entertainment. it right to do during the month of ramzan or you should completely abstain yourself from any kind of entertainment? bilkul, waqti taur par koi cheez nazar aa gayi usse kuch nahi hoga agar aap der tak dekhenge na tab aapka mind divert ho jata hai mind ko divert mat hone dijiye.</w:t>
      </w:r>
    </w:p>
    <w:p>
      <w:pPr>
        <w:jc w:val="right"/>
      </w:pPr>
      <w:r>
        <w:t>Like, those sites which we do cross and serve for some kind of entertainment. It right to do during the month of रमज़ान or you should completely abstain yourself from any kind of entertainment? बिल्कुल, वक्ती तौर पर कोई चीज़ नज़र आ गई उससे कुछ नहीं होगा अगर आप देर तक देखेंगे ना तब आपका mind divert हो जाता है mind को divert मत होने दीजिए.</w:t>
      </w:r>
    </w:p>
    <w:p>
      <w:r>
        <w:rPr>
          <w:b/>
        </w:rPr>
        <w:t xml:space="preserve">[12:59] </w:t>
      </w:r>
      <w:r>
        <w:t>waqti taur par darasal ek do minute ke liye ho gaya do char minute ke liye ho gaya do char panch minute se nahi aapka koi problem hoga lekin agar aap der der tak usmein lag hi rahenge na tab aapka mind divert ho jayega distraction ho jayega aur wah jo aapne itne dinon ibadat ki hai uska jo spiritual effect hota hai wah khatm ho jayega to yeh habit nahi banani uski.</w:t>
      </w:r>
    </w:p>
    <w:p>
      <w:pPr>
        <w:jc w:val="right"/>
      </w:pPr>
      <w:r>
        <w:t>वक्ती तौर पर दरअसल एक दो minute के लिए हो गया दो चार minute के लिए हो गया दो चार पांच minute से नहीं आपका कोई problem होगा लेकिन अगर आप देर देर तक उसमें लग ही रहेंगे ना तब आपका mind divert हो जाएगा distraction हो जाएगा और वह जो आपने इतने दिनों इबादत की है उसका जो spiritual effect होता है वह खत्म हो जाएगा तो यह habit नहीं बनानी उसकी.</w:t>
      </w:r>
    </w:p>
    <w:p>
      <w:r>
        <w:rPr>
          <w:b/>
        </w:rPr>
        <w:t xml:space="preserve">[13:24] </w:t>
      </w:r>
      <w:r>
        <w:t>habit nahi banani hai waqtitoor par to ab bachche hote hain aaj mein bachchon se baat kar leta hai wah koi deeni aisi baat nahi hoti hai koi bhi baat kar leta hai usse bhi tension door hota hai to lekin waqti hona chahiye der der tak usi mein laga rahe hain jaise sharpen karne jate hain bahut der der tak usi mein lage rehte hain der der tak lage rehne se wah spiritual effect chala jata hai matlab mera aisa tazurba hai muktikol par nahi hota.</w:t>
      </w:r>
    </w:p>
    <w:p>
      <w:pPr>
        <w:jc w:val="right"/>
      </w:pPr>
      <w:r>
        <w:t>Habit नहीं बनानी है वक्तितौर पर तो अब बच्चे होते हैं आज में बच्चों से बात कर लेता है वह कोई दिनी ऐसी बात नहीं होती है कोई भी बात कर लेता है उससे भी tension दूर होता है तो लेकिन व्यक्ति होना चाहिए देर देर तक उसी में लगा रहे हैं जैसे sharpen करने जाते हैं बहुत देर देर तक उसी में लगे रहते हैं देर देर तक लगे रहने से वह spiritual effect चला जाता है मतलब मेरा ऐसा तज़र्बा है मुक्तिकोल पर नहीं होता.</w:t>
      </w:r>
    </w:p>
    <w:p>
      <w:r>
        <w:rPr>
          <w:b/>
        </w:rPr>
        <w:t xml:space="preserve">[13:53] </w:t>
      </w:r>
      <w:r>
        <w:t>yes, aap thank you so much. i got my answer. any ladies want to come and ask any question? shavina i have a question. i'm sorry i joined late. abhi bhi inka case mein hai. mera sawal yeh hai ke i want to do an academic study of the quran. like i used to study in my college underlining, taking notes, doing reference us tarah se hum padhna chahte hain quran.</w:t>
      </w:r>
    </w:p>
    <w:p>
      <w:pPr>
        <w:jc w:val="right"/>
      </w:pPr>
      <w:r>
        <w:t>Yes, आप thank you so much. I got my answer. Any ladies want to come and ask any question? शविना I have a question. I'm sorry I joined late. अभी भी इनका case में है. मेरा सवाल यह है कि I want to do an academic study of the कुरान. Like I used to study in my college underlining, taking notes, doing reference उस तरह से हम पढ़ना चाहते हैं कुरान.</w:t>
      </w:r>
    </w:p>
    <w:p>
      <w:r>
        <w:rPr>
          <w:b/>
        </w:rPr>
        <w:t xml:space="preserve">[14:22] </w:t>
      </w:r>
      <w:r>
        <w:t>aap humko tareeka bataiye. quran ki bahut si tafsiren hain. to aap dekhiye jo aapko pasand aaye jo aapko theek lage aap usko padhiye kyunke ab aap kya chahti hain tadabbure quran hain aur kashir. kashir kashir. kashir, kashir to bahut loti hai.</w:t>
      </w:r>
    </w:p>
    <w:p>
      <w:pPr>
        <w:jc w:val="right"/>
      </w:pPr>
      <w:r>
        <w:t>आप हमको तरीका बताइए. कुरान की बहुत सी तपसीरें हैं. तो आप देखिए जो आपको पसंद आए जो आपको ठीक लगे आप उसको पढ़िए क्योंकि अब आप क्या चाहती हैं तादब्बूरे कुरान हैं और कशीर. कशीर कशीर. कशीर, कशीर तो बहुत लोटी है.</w:t>
      </w:r>
    </w:p>
    <w:p>
      <w:r>
        <w:rPr>
          <w:b/>
        </w:rPr>
        <w:t xml:space="preserve">[14:48] </w:t>
      </w:r>
      <w:r>
        <w:t>kaddabure quran hai urdu mein padhna chahti hain english mein. dono hi sahi hai lekin humko lagta hai ke urdu agar simple hai to zyada dil ko dil par asar karti hai kyunke yeh hamari madhri zuban hai lekin kabhi kabhi urdu itni difficult ho jati hai jo uska sense puri tarah internalize nahi ho pata hai. to aapne maurana ki tafsir dekhi hai? wah spiritual aspect se hai wah.</w:t>
      </w:r>
    </w:p>
    <w:p>
      <w:pPr>
        <w:jc w:val="right"/>
      </w:pPr>
      <w:r>
        <w:t>कद्दबुरे कुरान है उर्दू में पढ़ना चाहते हैं English में. दोनों ही सही है लेकिन हमको लगता है कि उर्दू अगर simple है तो ज़्यादा दिल को दिल पर असर करती है क्योंकि यह हमारी माध्री जुबान है लेकिन कभी कभी उर्दू इतनी difficult हो जाती है जो उसका sense पूरी तरह internalize नहीं हो पाता है. तो आपने मौराना की तपसीर देखी है? वह spiritual aspect से है वह.</w:t>
      </w:r>
    </w:p>
    <w:p>
      <w:r>
        <w:rPr>
          <w:b/>
        </w:rPr>
        <w:t xml:space="preserve">[15:17] </w:t>
      </w:r>
      <w:r>
        <w:t>nahi, humne jo hamari friend humne share karti thi wah humko lagta tha it is just it is a very simple translation for everyone but i want to go a little deeper from vaisa aapne kaha from a spiritual point of view. english mein to mujhe mohammad asad ki tafsil hai usmein thoda sa detail rehta hai background vagairah ka. achha ab maine kaha maudasy ko dekh lijiye aur abdullah yusuf ali mein to kuch detail nahi hota hai.</w:t>
      </w:r>
    </w:p>
    <w:p>
      <w:pPr>
        <w:jc w:val="right"/>
      </w:pPr>
      <w:r>
        <w:t>नहीं, हमने जो हमारी friend हमने share करती थी वह हमको लगता था it is just it is a very simple translation for everyone but I want to go a little deeper from वैसा आपने कहा from a spiritual point of view. English में तो मुझे मोहम्मद आसिद की तफ़सील है उसमें थोड़ा सा detail रहता है background वगैरह का. अच्छा अब मैंने कहा मौदस्य को देख लीजिए और अब्दुल्लाह युसूफ अली में तो कुछ detail नहीं होता है.</w:t>
      </w:r>
    </w:p>
    <w:p>
      <w:r>
        <w:rPr>
          <w:b/>
        </w:rPr>
        <w:t xml:space="preserve">[15:47] </w:t>
      </w:r>
      <w:r>
        <w:t>ab asal mein aap ko dekhna padega. abdul majid daryabadi ki tafseer hai bhi tafseeren honge aap khud dekhiye ke aap kya chahti hain? phir uske mutabiq aap apni study padhaiye. ji thank you. main main aap ko suggest karungi aap rolaana main jo dil khan sahab ka taseer quran padhiye.</w:t>
      </w:r>
    </w:p>
    <w:p>
      <w:pPr>
        <w:jc w:val="right"/>
      </w:pPr>
      <w:r>
        <w:t>अब असल में आपको देखना पड़ेगा. अब्दुल माजिद दरियाबादी की तपसीर है भी तपसीरें होंगे आप खुद देखिए कि आप क्या चाहती हैं? फिर उसके मुताबिक आप अपनी study पढ़ाइए. जी thank you. मैं मैं आपको suggest करूंगी आप रोलाना मैं जो दिल खान साहब का तस्कीर कुरान पढ़िए.</w:t>
      </w:r>
    </w:p>
    <w:p>
      <w:r>
        <w:rPr>
          <w:b/>
        </w:rPr>
        <w:t xml:space="preserve">[16:12] </w:t>
      </w:r>
      <w:r>
        <w:t>mera jo experience hai wah itna zyada is cheez par hai ke maine bahut saare quran padhe bahut logon ke lekin jo mujhe samajh aaya jo taseer quran se jo ke aisa laga ke khuda direct mujhse baat kar raha hai to mujhe bahut hi achha laga tha meri zindagi wahin se badli. to aap ko main suggest karungi apni taraf se ke aap taseeron quran zaroor kariye.</w:t>
      </w:r>
    </w:p>
    <w:p>
      <w:pPr>
        <w:jc w:val="right"/>
      </w:pPr>
      <w:r>
        <w:t>मेरा जो experience है वह इतना ज़्यादा इस चीज़ पर है कि मैंने बहुत सारे कुरान पढ़े बहुत लोगों के लेकिन जो मुझे समझ आया जो तस्कीर कुरान से जो कि ऐसा लगा कि खुदा direct मुझसे बात कर रहा है तो मुझे बहुत ही अच्छा लगा था मेरी ज़िंदगी वहीं से बदली. तो आपको मैं suggest करूंगी अपनी तरफ से कि आप तस्कीरों कुरान ज़रूर करिए.</w:t>
      </w:r>
    </w:p>
    <w:p>
      <w:r>
        <w:rPr>
          <w:b/>
        </w:rPr>
        <w:t xml:space="preserve">[16:41] </w:t>
      </w:r>
      <w:r>
        <w:t>aslam alaikul. walik mislam. please tell your name and the place you are speaking from. ji main sripya akhtar bihar se bol rahi hoon. ok. main aisa cps ladies interaction mein mehsoos karti hoon phir mujhe dawa work karne ke liye kaafi kuch usmein samjhaya jata hai.</w:t>
      </w:r>
    </w:p>
    <w:p>
      <w:pPr>
        <w:jc w:val="right"/>
      </w:pPr>
      <w:r>
        <w:t>अस्लाम अलैकुल. वालिक मिस्लाम. Please tell your name and the place you are speaking from. जी मैं सृप्या अख्तर बिहार से बोल रही हूं. Ok. मैं ऐसा CPS ladies interaction में महसूस करती हूं फिर मुझे दावा work करने के लिए काफी कुछ उसमें समझाया जाता है.</w:t>
      </w:r>
    </w:p>
    <w:p>
      <w:r>
        <w:rPr>
          <w:b/>
        </w:rPr>
        <w:t xml:space="preserve">[17:02] </w:t>
      </w:r>
      <w:r>
        <w:t>main thoda samajhna chahti hoon ke agar main ek dai hoti hoon to meri zindagi kaisi hogi aur mujhe in baaton par zyada focus karna chahiye aur ek dai banne ke liye mujhe kis kis tarah ke cheezon ka aitiapti karna chahiye. please tag us. samajh mein nahi aaya koi repeat kar dega?</w:t>
      </w:r>
    </w:p>
    <w:p>
      <w:pPr>
        <w:jc w:val="right"/>
      </w:pPr>
      <w:r>
        <w:t>मैं थोड़ा समझना चाहती हूं कि अगर मैं एक दाई होती हूं तो मेरी ज़िंदगी कैसी होगी और मुझे इन बातों पर ज़्यादा focus करना चाहिए और एक दाई बनने के लिए मुझे किस किस तरह के चीज़ों का ऐत्याप्ति करना चाहिए. Please tag us. समझ में नहीं आया कोई repeat कर देगा?</w:t>
      </w:r>
    </w:p>
    <w:p>
      <w:r>
        <w:rPr>
          <w:b/>
        </w:rPr>
        <w:t xml:space="preserve">[17:29] </w:t>
      </w:r>
      <w:r>
        <w:t>apa she is saying if she becomes dai, she is very much influenced with what you know, cps ladies work is been going on regarding the dawa. so she wants to develop herself as a dai and she is asking how she can develop herself being a and, also, how her life will be influenced. this is one question that i understand.</w:t>
      </w:r>
    </w:p>
    <w:p>
      <w:pPr>
        <w:jc w:val="right"/>
      </w:pPr>
      <w:r>
        <w:t>आपा she is saying if she becomes दाई, she is very much influenced with what you know, CPS ladies work is been going on regarding the दावा. So she wants to develop herself as a दाई and she is asking how she can develop herself being a and, also, how her life will be influenced. This is one question that I understand.</w:t>
      </w:r>
    </w:p>
    <w:p>
      <w:r>
        <w:rPr>
          <w:b/>
        </w:rPr>
        <w:t xml:space="preserve">[17:53] </w:t>
      </w:r>
      <w:r>
        <w:t>and, please, this is this can you repeat your question please? you have asked three four questions at one go. ji aap ne bilkul sahi explain kiya hai. main is baare mein zyada jaanna chahti hoon ke agar main diet banu to mujhe kis tarah se apni life ko manage karna chahiye? kin baaton par mujhe focus karna hai aur kin baaton se mujhe parhesh karte hue aage jaana hai.</w:t>
      </w:r>
    </w:p>
    <w:p>
      <w:pPr>
        <w:jc w:val="right"/>
      </w:pPr>
      <w:r>
        <w:t>And, please, this is this can you repeat your question please? You have asked three four questions at one go. जी आपने बिल्कुल सही explain किया है. मैं इस बारे में ज़्यादा जानना चाहती हूं कि अगर मैं diet बनूं तो मुझे किस तरह से अपनी life को manage करना चाहिए? किन बातों पर मुझे focus करना है और किन बातों से मुझे परहेश करते हुए आगे जाना है.</w:t>
      </w:r>
    </w:p>
    <w:p>
      <w:r>
        <w:rPr>
          <w:b/>
        </w:rPr>
        <w:t xml:space="preserve">[18:21] </w:t>
      </w:r>
      <w:r>
        <w:t>to mujhe iske baare mein aur zyada cat kiya jaye. thank you. ok. aap i you've got it? ji ji. asal mein mohraala sahab ki to kai kitabein hain dawat e haq, dawat e islam aur islami dawat. yeh sab kai kitabein hain. usko padhein sabse pehle aur phir dekhein ke unko kya problem kya ho raha hai?</w:t>
      </w:r>
    </w:p>
    <w:p>
      <w:pPr>
        <w:jc w:val="right"/>
      </w:pPr>
      <w:r>
        <w:t>तो मुझे इसके बारे में और ज़्यादा cat किया जाए. Thank you. Ok. आप आई you've got it? जी जी. असल में मोहराला साहब की तो कई किताबें हैं दावत ए हक, दावत ए इस्लाम और इस्लामी दावत. यह सब कई किताबें हैं. उसको पढ़ें सबसे पहले और फिर देखें कि उनको क्या problem क्या हो रहा है?</w:t>
      </w:r>
    </w:p>
    <w:p>
      <w:r>
        <w:rPr>
          <w:b/>
        </w:rPr>
        <w:t xml:space="preserve">[18:43] </w:t>
      </w:r>
      <w:r>
        <w:t>to wah bataein agar unko madhu se mohabbat hai ke nahi hai, madhu se nafrat karti hain, madhu use bahut hi friendly taalukaat hone chahiye unke dil se dua niklni chahiye tab allah taala mauke unke liye kholega. sabse badi baat yahi hai na ke hum madhu se hamare hum hum wah feel nahi kar paate ke inko humein pata ke hadayaad deni hai.</w:t>
      </w:r>
    </w:p>
    <w:p>
      <w:pPr>
        <w:jc w:val="right"/>
      </w:pPr>
      <w:r>
        <w:t>तो वह बताएं अगर उनको मधु से मोहब्बत है कि नहीं है, मधु से नफरत करती हैं, मधु उसे बहुत ही friendly ताल्लुकात होने चाहिए उनके दिल से दुआ निकलनी चाहिए तब अल्लाह तालाह मौके उनके लिए खोलेगा. सबसे बड़ी बात यही है ना कि हम मधू से हमारे हम हम वह feel नहीं कर पाते कि इनको हमें पता कि हदायाद देनी है.</w:t>
      </w:r>
    </w:p>
    <w:p>
      <w:r>
        <w:rPr>
          <w:b/>
        </w:rPr>
        <w:t xml:space="preserve">[19:10] </w:t>
      </w:r>
      <w:r>
        <w:t>wah feel nahi kar paate to wah hamare liye rasta bhi nahi khulte. to madhu se atyalukaat achhe banayein. dil se unke liye duaayein karein aur allah se dua karein ke humein mauka mile kaam karne ka.</w:t>
      </w:r>
    </w:p>
    <w:p>
      <w:pPr>
        <w:jc w:val="right"/>
      </w:pPr>
      <w:r>
        <w:t>वह feel नहीं कर पाते तो वह हमारे लिए रास्ता भी नहीं खुलते. तो मधु से अत्यालुकात अच्छे बनाएं. दिल से उनके लिए दुआएं करें और अल्लाह से दुआ करें कि हमें मौका मिले काम करने का.</w:t>
      </w:r>
    </w:p>
    <w:p>
      <w:r>
        <w:rPr>
          <w:b/>
        </w:rPr>
        <w:t xml:space="preserve">[19:24] </w:t>
      </w:r>
      <w:r>
        <w:t>to mujhe to lagta hai ke koi problem nahi hai agar koi problem hai to usko discuss karein kyunke jab mohrana sahab ka literature padhengi to khud hi unko samajh mein aa jayega ke humein karna kya hai aur uske baad unko koi problem hai tab usko discuss karein. hello assalam vilaiqum aapka. walekum assalam. naam bataein jagah bataein. mera naam shamshad hai aapka. main karnataka se vijaypur se baat kar rahi hoon. ji boliye.</w:t>
      </w:r>
    </w:p>
    <w:p>
      <w:pPr>
        <w:jc w:val="right"/>
      </w:pPr>
      <w:r>
        <w:t>तो मुझे तो लगता है कि कोई problem नहीं है अगर कोई problem है तो उसको discuss करें क्योंकि जब मोहराना साहब का literature पढ़ेंगी तो खुद ही उनको समझ में आ जाएगा कि हमें करना क्या है और उसके बाद उनको कोई problem है तब उसको discuss करें. Hello अस्सलाम विलेकुम आपका. वालेकीम अस्सलाम. नाम बताएं जगह बताएं. मेरा नाम शमशाद है आपका. मैं कर्नाटक से विजयपुर से बात कर रही हूं. जी बोलिए.</w:t>
      </w:r>
    </w:p>
    <w:p>
      <w:r>
        <w:rPr>
          <w:b/>
        </w:rPr>
        <w:t xml:space="preserve">[19:54] </w:t>
      </w:r>
      <w:r>
        <w:t>mera sawal yeh hai kya aap? mere dimagh mein jald hi negativity aati hai aur main isko kis tarah door karu? negativity ko kaise door karu?</w:t>
      </w:r>
    </w:p>
    <w:p>
      <w:pPr>
        <w:jc w:val="right"/>
      </w:pPr>
      <w:r>
        <w:t>मेरा सवाल यह है क्या आप? मेरे दिमाग में जल्द ही negativity आती है और मैं इसको किस तरह दूर करूं? Negativity को कैसे दूर करूं?</w:t>
      </w:r>
    </w:p>
    <w:p>
      <w:r>
        <w:rPr>
          <w:b/>
        </w:rPr>
        <w:t xml:space="preserve">[20:13] </w:t>
      </w:r>
      <w:r>
        <w:t>negativity to dekhiye insaan bahut tarah tarah se sochna padega sabse pehle to yeh ke insaan ek gvair ideal duniya mein jee raha hai aur wah wah ek ideal makhlok hai.</w:t>
      </w:r>
    </w:p>
    <w:p>
      <w:pPr>
        <w:jc w:val="right"/>
      </w:pPr>
      <w:r>
        <w:t>Negativity तो देखिए इंसान बहुत तरह तरह से सोचना पड़ेगा सबसे पहले तो यह कि इंसान एक ग्वैर ideal दुनिया में जी रहा है और वह वह एक ideal मखलोक है.</w:t>
      </w:r>
    </w:p>
    <w:p>
      <w:r>
        <w:rPr>
          <w:b/>
        </w:rPr>
        <w:t xml:space="preserve">[20:27] </w:t>
      </w:r>
      <w:r>
        <w:t>har waqt usko doosre logon se Allah taala ne hamen to yah baat bahut address hui Maulana sahab</w:t>
      </w:r>
    </w:p>
    <w:p>
      <w:pPr>
        <w:jc w:val="right"/>
      </w:pPr>
      <w:r>
        <w:t>हर वक्त उसको दूसरे लोगों से अल्लाह ताला ने हमें तो यह बात बहुत address हुई मालाना साहब</w:t>
      </w:r>
    </w:p>
    <w:p>
      <w:r>
        <w:rPr>
          <w:b/>
        </w:rPr>
        <w:t xml:space="preserve">[20:33] </w:t>
      </w:r>
      <w:r>
        <w:t>ki ki allah taalaah ne sabko aazaadi di hai ab koi aazaadi koi proper use kar raha hai</w:t>
      </w:r>
    </w:p>
    <w:p>
      <w:pPr>
        <w:jc w:val="right"/>
      </w:pPr>
      <w:r>
        <w:t>की कि अल्लाह तालाह ने सबको आज़ादी दी है अब कोई आज़ादी कोई proper use कर रहा है</w:t>
      </w:r>
    </w:p>
    <w:p>
      <w:r>
        <w:rPr>
          <w:b/>
        </w:rPr>
        <w:t xml:space="preserve">[20:39] </w:t>
      </w:r>
      <w:r>
        <w:t>koi misuse kar raha hai to uski wajah se hamein problem hote hain to hamein yeh sochna hai</w:t>
      </w:r>
    </w:p>
    <w:p>
      <w:pPr>
        <w:jc w:val="right"/>
      </w:pPr>
      <w:r>
        <w:t>कोई misuse कर रहा है तो उसकी वजह से हमें problem होते हैं तो हमें यह सोचना है</w:t>
      </w:r>
    </w:p>
    <w:p>
      <w:r>
        <w:rPr>
          <w:b/>
        </w:rPr>
        <w:t xml:space="preserve">[20:45] </w:t>
      </w:r>
      <w:r>
        <w:t>ki allah ki dhi hui aazaadi hai isliye hamein negative nahi hona hai bas soch samajhkar us problem</w:t>
      </w:r>
    </w:p>
    <w:p>
      <w:pPr>
        <w:jc w:val="right"/>
      </w:pPr>
      <w:r>
        <w:t>कि अल्लाह की धी हुई आज़ादी है इसलिए हमें negative नहीं होना है बस सोच समझकर उस problem</w:t>
      </w:r>
    </w:p>
    <w:p>
      <w:r>
        <w:rPr>
          <w:b/>
        </w:rPr>
        <w:t xml:space="preserve">[20:51] </w:t>
      </w:r>
      <w:r>
        <w:t>ko hal karna hai planning ke zariye, sabz ke zariye, bardasht ke zariye.</w:t>
      </w:r>
    </w:p>
    <w:p>
      <w:pPr>
        <w:jc w:val="right"/>
      </w:pPr>
      <w:r>
        <w:t>को हल करना है planning के जरिए, सब्ज़ के जरिए, बर्दाश्त के जरिए.</w:t>
      </w:r>
    </w:p>
    <w:p>
      <w:r>
        <w:rPr>
          <w:b/>
        </w:rPr>
        <w:t xml:space="preserve">[20:58] </w:t>
      </w:r>
      <w:r>
        <w:t>asal mein agar koi masla ho to bataein zyada sahi advice di ja sakti hai ke negativity kyun hai? agar aap hoda ka shukr, main har waqt shukr mein rahe aap.</w:t>
      </w:r>
    </w:p>
    <w:p>
      <w:pPr>
        <w:jc w:val="right"/>
      </w:pPr>
      <w:r>
        <w:t>असल में अगर कोई मसला हो तो बताएं ज़्यादा सही advice दी जा सकती है कि negativity क्यों है? अगर आप होदा का शुक्र, मैं हर वक्त शुक्र में रहे आप.</w:t>
      </w:r>
    </w:p>
    <w:p>
      <w:r>
        <w:rPr>
          <w:b/>
        </w:rPr>
        <w:t xml:space="preserve">[21:12] </w:t>
      </w:r>
      <w:r>
        <w:t>main aapko batati hoon ki mauran sahab ke aakhiri saal mein bahut bimar rahe hain phir saans lena</w:t>
      </w:r>
    </w:p>
    <w:p>
      <w:pPr>
        <w:jc w:val="right"/>
      </w:pPr>
      <w:r>
        <w:t>मैं आपको बताती हूं कि मौरान साहब के आखिरी साल में बहुत बीमार रहे हैं फिर सांस लेना</w:t>
      </w:r>
    </w:p>
    <w:p>
      <w:r>
        <w:rPr>
          <w:b/>
        </w:rPr>
        <w:t xml:space="preserve">[21:18] </w:t>
      </w:r>
      <w:r>
        <w:t>bhi unko mushkil ho raha tha lekin ek lafz bhi wo nahi bolte the ki mujhe pareshani hai</w:t>
      </w:r>
    </w:p>
    <w:p>
      <w:pPr>
        <w:jc w:val="right"/>
      </w:pPr>
      <w:r>
        <w:t>भी उनको मुश्किल हो रहा था लेकिन एक लफ्ज़ भी वो नहीं बोलते थे कि मुझे परेशानी है</w:t>
      </w:r>
    </w:p>
    <w:p>
      <w:r>
        <w:rPr>
          <w:b/>
        </w:rPr>
        <w:t xml:space="preserve">[21:24] </w:t>
      </w:r>
      <w:r>
        <w:t>main takleef mein hoon bolte hi nahi to kuch to phir hum hamari samajh mein bhi nahi aata</w:t>
      </w:r>
    </w:p>
    <w:p>
      <w:pPr>
        <w:jc w:val="right"/>
      </w:pPr>
      <w:r>
        <w:t>मैं तकलीफ में हूं बोलते ही नहीं तो कुछ तो फिर हम हमारी समझ में भी नहीं आता</w:t>
      </w:r>
    </w:p>
    <w:p>
      <w:r>
        <w:rPr>
          <w:b/>
        </w:rPr>
        <w:t xml:space="preserve">[21:30] </w:t>
      </w:r>
      <w:r>
        <w:t>tha ki wo itne bimar hain kyunki wo kuch bolte nahi the bilkul hi nahi bolte the kuch</w:t>
      </w:r>
    </w:p>
    <w:p>
      <w:pPr>
        <w:jc w:val="right"/>
      </w:pPr>
      <w:r>
        <w:t>था कि वह इतने बीमार हैं क्योंकि वह कुछ बोलते नहीं थे बिल्कुल ही नहीं बोलते थे कुछ</w:t>
      </w:r>
    </w:p>
    <w:p>
      <w:r>
        <w:rPr>
          <w:b/>
        </w:rPr>
        <w:t xml:space="preserve">[21:36] </w:t>
      </w:r>
      <w:r>
        <w:t>bhi aur aakhiri waqt tak bas positivity positivity ki baat karte rahe to maine kuch socha ki jo</w:t>
      </w:r>
    </w:p>
    <w:p>
      <w:pPr>
        <w:jc w:val="right"/>
      </w:pPr>
      <w:r>
        <w:t>भी और आखिरी वक्त तक बस positivity positivity की बात करते रहे तो मैंने कुछ सोचा कि जो</w:t>
      </w:r>
    </w:p>
    <w:p>
      <w:r>
        <w:rPr>
          <w:b/>
        </w:rPr>
        <w:t xml:space="preserve">[21:42] </w:t>
      </w:r>
      <w:r>
        <w:t>kuch natala ki taraf se hamein mila hua hai hazaron lakhon cheezein mili hui hain agar aap us</w:t>
      </w:r>
    </w:p>
    <w:p>
      <w:pPr>
        <w:jc w:val="right"/>
      </w:pPr>
      <w:r>
        <w:t>कुछ नताला की तरफ से हमें मिला हुआ है हज़ारों लाखों चीज़ें मिली हुई है अगर आप उस</w:t>
      </w:r>
    </w:p>
    <w:p>
      <w:r>
        <w:rPr>
          <w:b/>
        </w:rPr>
        <w:t xml:space="preserve">[21:48] </w:t>
      </w:r>
      <w:r>
        <w:t>par shukr ada karein to hamare shukr kabhi khatm hi nahi hoga ki hum jo cheez na mili</w:t>
      </w:r>
    </w:p>
    <w:p>
      <w:pPr>
        <w:jc w:val="right"/>
      </w:pPr>
      <w:r>
        <w:t>पर शुक्र अदा करें तो हमारे शुक्र कभी खत्म ही नहीं होगा कि हम जो चीज़ ना मिली</w:t>
      </w:r>
    </w:p>
    <w:p>
      <w:r>
        <w:rPr>
          <w:b/>
        </w:rPr>
        <w:t xml:space="preserve">[21:54] </w:t>
      </w:r>
      <w:r>
        <w:t>hui hai uski na shukri karein.</w:t>
      </w:r>
    </w:p>
    <w:p>
      <w:pPr>
        <w:jc w:val="right"/>
      </w:pPr>
      <w:r>
        <w:t>हुई है उसकी ना शुक्री करें.</w:t>
      </w:r>
    </w:p>
    <w:p>
      <w:r>
        <w:rPr>
          <w:b/>
        </w:rPr>
        <w:t xml:space="preserve">[22:01] </w:t>
      </w:r>
      <w:r>
        <w:t>ab farsh kariye ke hum hum health mili hui hai, humein pura life support system mila hua hai, humein ek aisi duniya mili hui hai jahan hamari saari zaroortein poori ho rahi hain.</w:t>
      </w:r>
    </w:p>
    <w:p>
      <w:pPr>
        <w:jc w:val="right"/>
      </w:pPr>
      <w:r>
        <w:t>अब फर्श करिए कि हमें हमें health मिली हुई है, हमें पूरा life support system मिला हुआ है, हमें एक ऐसी दुनिया मिली हुई है जहां हमारी सारी ज़रूरतें पूरी हो रही हैं.</w:t>
      </w:r>
    </w:p>
    <w:p>
      <w:r>
        <w:rPr>
          <w:b/>
        </w:rPr>
        <w:t xml:space="preserve">[22:28] </w:t>
      </w:r>
      <w:r>
        <w:t>zyada kitna bada hai kitna kitna majestic aur kitna matlab usmein kida ki creation usmein nazar aati thi. farz kariye ke koi healthy bachcha aata hai unke paas wah unka bachcha nahi kisi ka bachcha hai to usko dekhkar wah khuda ko yaad karte the. har cheez ko dekhkar khuda ko sukhi pattii ko bhi dekhkar khuda ko yaad karte the ke khuda aisa sukhi pattii ka bhi model isse behtar koi nahi bana sakta.</w:t>
      </w:r>
    </w:p>
    <w:p>
      <w:pPr>
        <w:jc w:val="right"/>
      </w:pPr>
      <w:r>
        <w:t>ज़्यादा कितना बड़ा है कितना कितना majestic और कितना मतलब उसमें किदा की creation उसमें नज़र आती थी. फर्ज करिए कि कोई healthy बच्चा आता है उनके पास वह उनका बच्चा नहीं किसी का बच्चा है तो उसको देखकर वह खुदा को याद करते थे. हर चीज़ को देखकर खुदा को सूखी पत्ती को भी देखकर खुदा को याद करते थे कि खुदा ऐसा सूखी पत्ती का भी model इससे बेहतर कोई नहीं बना सकता.</w:t>
      </w:r>
    </w:p>
    <w:p>
      <w:r>
        <w:rPr>
          <w:b/>
        </w:rPr>
        <w:t xml:space="preserve">[22:57] </w:t>
      </w:r>
      <w:r>
        <w:t>haas ki ek blade ka model isse behtar koi nahi bana sakta to agar aap bahut zyada khuda</w:t>
      </w:r>
    </w:p>
    <w:p>
      <w:pPr>
        <w:jc w:val="right"/>
      </w:pPr>
      <w:r>
        <w:t>हास की एक blade का model इससे बेहतर कोई नहीं बना सकता तो अगर आप बहुत ज़्यादा खुदा</w:t>
      </w:r>
    </w:p>
    <w:p>
      <w:r>
        <w:rPr>
          <w:b/>
        </w:rPr>
        <w:t xml:space="preserve">[23:03] </w:t>
      </w:r>
      <w:r>
        <w:t>mein shukr karne wale banenge to aapki negativity khud ba khud khatm ho jayegi kyunki hum hamein bas yahi</w:t>
      </w:r>
    </w:p>
    <w:p>
      <w:pPr>
        <w:jc w:val="right"/>
      </w:pPr>
      <w:r>
        <w:t>में शुक्र करने वाले बनेंगे तो आपकी negativity खुद बखुद खत्म हो जाएगी क्योंकि हम हमें बस यही</w:t>
      </w:r>
    </w:p>
    <w:p>
      <w:r>
        <w:rPr>
          <w:b/>
        </w:rPr>
        <w:t xml:space="preserve">[23:09] </w:t>
      </w:r>
      <w:r>
        <w:t>sochna chahiye ki aakhir mein hum jannat mein jagah paaye aur marana kehte the ki negative aadmi ko</w:t>
      </w:r>
    </w:p>
    <w:p>
      <w:pPr>
        <w:jc w:val="right"/>
      </w:pPr>
      <w:r>
        <w:t>सोचना चाहिए कि आखिर में हम जन्नत में जगह पाए और माराना कहते थे कि negative आदमी को</w:t>
      </w:r>
    </w:p>
    <w:p>
      <w:r>
        <w:rPr>
          <w:b/>
        </w:rPr>
        <w:t xml:space="preserve">[23:16] </w:t>
      </w:r>
      <w:r>
        <w:t>jagah jannat mein nahi milegi to yeh itna bada risk hai itna bada risk hai ki har haalat</w:t>
      </w:r>
    </w:p>
    <w:p>
      <w:pPr>
        <w:jc w:val="right"/>
      </w:pPr>
      <w:r>
        <w:t>जगह जन्नत में नहीं मिलेगी तो यह इतना बड़ा risk है इतना बड़ा risk है कि हर हालत</w:t>
      </w:r>
    </w:p>
    <w:p>
      <w:r>
        <w:rPr>
          <w:b/>
        </w:rPr>
        <w:t xml:space="preserve">[23:22] </w:t>
      </w:r>
      <w:r>
        <w:t>mein aapko apni negativity khatm kar deni hai.</w:t>
      </w:r>
    </w:p>
    <w:p>
      <w:pPr>
        <w:jc w:val="right"/>
      </w:pPr>
      <w:r>
        <w:t>में आपको अपनी negativity खत्म कर देनी है.</w:t>
      </w:r>
    </w:p>
    <w:p>
      <w:r>
        <w:rPr>
          <w:b/>
        </w:rPr>
        <w:t xml:space="preserve">[23:29] </w:t>
      </w:r>
      <w:r>
        <w:t>aur shabanu wants to ask a question. please go ahead shabanu. aslam likho mujhe sawal ramzan se related to nahi hai. hamari cps ki group ke discussion se related hai. mujhe doctor safeena ne ek explanation mein humein bataya ahia islam ki ka koi reference diya tha. i'm so sorry mujhe ayat yaad nahi hai.</w:t>
      </w:r>
    </w:p>
    <w:p>
      <w:pPr>
        <w:jc w:val="right"/>
      </w:pPr>
      <w:r>
        <w:t>और शाबानु wants to ask a question. Please go ahead शाबानु. अस्लाम लिखो मुझे सवाल रमज़ान से related तो नहीं है. हमारी CPS की group के discussion से related है. मुझे doctor सफ़ीना ने एक explanation में हमें बताया अहिया इस्लाम की का कोई reference दिया था. I'm so sorry मुझे आयत याद नहीं है.</w:t>
      </w:r>
    </w:p>
    <w:p>
      <w:r>
        <w:rPr>
          <w:b/>
        </w:rPr>
        <w:t xml:space="preserve">[23:58] </w:t>
      </w:r>
      <w:r>
        <w:t>agar aap mein se kisi ko yaad ho to please mere is question ke saath add kar lijiyega.</w:t>
      </w:r>
    </w:p>
    <w:p>
      <w:pPr>
        <w:jc w:val="right"/>
      </w:pPr>
      <w:r>
        <w:t>अगर आप में से किसी को याद हो तो please मेरे इस question के साथ add कर लीजिएगा.</w:t>
      </w:r>
    </w:p>
    <w:p>
      <w:r>
        <w:rPr>
          <w:b/>
        </w:rPr>
        <w:t xml:space="preserve">[24:03] </w:t>
      </w:r>
      <w:r>
        <w:t>lekin usmein jo mujhe baat kuch samajh aa rahi thi wah yeh ki allah taala ne shariyaton mein</w:t>
      </w:r>
    </w:p>
    <w:p>
      <w:pPr>
        <w:jc w:val="right"/>
      </w:pPr>
      <w:r>
        <w:t>लेकिन उसमें जो मुझे बात कुछ समझ आ रही थी वह यह कि अल्लाह ताला ने शरीयतों में</w:t>
      </w:r>
    </w:p>
    <w:p>
      <w:r>
        <w:rPr>
          <w:b/>
        </w:rPr>
        <w:t xml:space="preserve">[24:09] </w:t>
      </w:r>
      <w:r>
        <w:t>fark rakha hai aur usmein kuch jo mujhe samajh aa rahi hai agar main jo bhi galat samajh</w:t>
      </w:r>
    </w:p>
    <w:p>
      <w:pPr>
        <w:jc w:val="right"/>
      </w:pPr>
      <w:r>
        <w:t>फ़र्क रखा है और उसमें कुछ जो मुझे समझ आ रही है अगर मैं जो भी गलत समझ</w:t>
      </w:r>
    </w:p>
    <w:p>
      <w:r>
        <w:rPr>
          <w:b/>
        </w:rPr>
        <w:t xml:space="preserve">[24:15] </w:t>
      </w:r>
      <w:r>
        <w:t>aa rahi hoon to please mujhe guide kijiyega ki allah tara ne shariyaton mein fark isliye rakha ki</w:t>
      </w:r>
    </w:p>
    <w:p>
      <w:pPr>
        <w:jc w:val="right"/>
      </w:pPr>
      <w:r>
        <w:t>आ रही हूं तो please मुझे guide कीजिएगा कि अल्लाह तारा ने शरीयतों में फ़र्क़ इसलिए रखा कि</w:t>
      </w:r>
    </w:p>
    <w:p>
      <w:r>
        <w:rPr>
          <w:b/>
        </w:rPr>
        <w:t xml:space="preserve">[24:21] </w:t>
      </w:r>
      <w:r>
        <w:t>hum samajh paaye aur mujhe ismein yeh bhi samajh aa raha tha ki hum agar hum travel dekhte</w:t>
      </w:r>
    </w:p>
    <w:p>
      <w:pPr>
        <w:jc w:val="right"/>
      </w:pPr>
      <w:r>
        <w:t>हम समझ पाएं और मुझे इसमें यह भी समझ आ रहा था कि हम अगर हम travel देखते</w:t>
      </w:r>
    </w:p>
    <w:p>
      <w:r>
        <w:rPr>
          <w:b/>
        </w:rPr>
        <w:t xml:space="preserve">[24:26] </w:t>
      </w:r>
      <w:r>
        <w:t>hain journey hast adam se lekar yahan tak to ek jo difference aa raha hai wah time and</w:t>
      </w:r>
    </w:p>
    <w:p>
      <w:pPr>
        <w:jc w:val="right"/>
      </w:pPr>
      <w:r>
        <w:t>हैं journey हंसत आदम से लेकर यहां तक तो एक जो difference आ रहा है वह time and</w:t>
      </w:r>
    </w:p>
    <w:p>
      <w:r>
        <w:rPr>
          <w:b/>
        </w:rPr>
        <w:t xml:space="preserve">[24:32] </w:t>
      </w:r>
      <w:r>
        <w:t>space ka difference aa raha hai na ki civilizations badli hain, mahaul badla hai, environment badli hai us</w:t>
      </w:r>
    </w:p>
    <w:p>
      <w:pPr>
        <w:jc w:val="right"/>
      </w:pPr>
      <w:r>
        <w:t>space का difference आ रहा है ना कि civilizations बदली हैं, माहौल बदला है, environment बदली है उस</w:t>
      </w:r>
    </w:p>
    <w:p>
      <w:r>
        <w:rPr>
          <w:b/>
        </w:rPr>
        <w:t xml:space="preserve">[24:38] </w:t>
      </w:r>
      <w:r>
        <w:t>lihaza se aur generation badli hai, naslon ka irtqaah hua hai, irtqaah se murad ke environment ka irtqaah</w:t>
      </w:r>
    </w:p>
    <w:p>
      <w:pPr>
        <w:jc w:val="right"/>
      </w:pPr>
      <w:r>
        <w:t>लिहाज से और generation बदली है, नसलों का इर्तक़ाह हुआ है, इर्तक़ाह से मुरात के environment का इर्तक़ाह</w:t>
      </w:r>
    </w:p>
    <w:p>
      <w:r>
        <w:rPr>
          <w:b/>
        </w:rPr>
        <w:t xml:space="preserve">[24:44] </w:t>
      </w:r>
      <w:r>
        <w:t>hua hai, infrastructure ka irtqaah hua hai.</w:t>
      </w:r>
    </w:p>
    <w:p>
      <w:pPr>
        <w:jc w:val="right"/>
      </w:pPr>
      <w:r>
        <w:t>हुआ है, infrastructure का इर्तक़ाह हुआ है.</w:t>
      </w:r>
    </w:p>
    <w:p>
      <w:r>
        <w:rPr>
          <w:b/>
        </w:rPr>
        <w:t xml:space="preserve">[24:50] </w:t>
      </w:r>
      <w:r>
        <w:t>uske lihaz se profit to profit jo shariyat hai wah jo tareeke hain wah badle hain aur aur doctor safeena ne us message mein humein wah jo padhkar samjhane ki koshish ki thi ke alataala ne zamood ko toda hai aur shariyat jo hai wah is tarah se badli gayi hai.</w:t>
      </w:r>
    </w:p>
    <w:p>
      <w:pPr>
        <w:jc w:val="right"/>
      </w:pPr>
      <w:r>
        <w:t>उसके लिहाज से profit to profit जो शरीयत है वह जो तरीके हैं वह बदले हैं और और doctor सफ़ीना ने उस message में हमें वह जो पढ़कर समझाने की कोशिश की थी कि अलाताला ने ज़मूद को तोड़ा है और शरियत जो है वह इस तरह से बदली गई है.</w:t>
      </w:r>
    </w:p>
    <w:p>
      <w:r>
        <w:rPr>
          <w:b/>
        </w:rPr>
        <w:t xml:space="preserve">[25:08] </w:t>
      </w:r>
      <w:r>
        <w:t>agar is nazar se quran ko is aspect se dekhu to shariyat badalti hui nazar aa rahi hai aur jab hum latala se milne ka ki baat karte hain to usmein shariyat is not is not what is mattering. wah jo jo jiska sawal hoga wah aqide ka sawal ho raha hai aur aqida kya tha uska sawal ho raha hai.</w:t>
      </w:r>
    </w:p>
    <w:p>
      <w:pPr>
        <w:jc w:val="right"/>
      </w:pPr>
      <w:r>
        <w:t>अगर इस नज़र से कुरान को इस aspect से देखूं तो शरियत बदलती हुई नज़र आ रही है और जब हम लातला से मिलने का की बात करते हैं तो उसमें शरियत is not is not what is mattering. वह जो जो जिसका सवाल होगा वह अकीदे का सवाल हो रहा है और अकीदा क्या था उसका सवाल हो रहा है.</w:t>
      </w:r>
    </w:p>
    <w:p>
      <w:r>
        <w:rPr>
          <w:b/>
        </w:rPr>
        <w:t xml:space="preserve">[25:30] </w:t>
      </w:r>
      <w:r>
        <w:t>to mujhe aisa lag raha hai ke hamare din mein kuch constant factor hain aur kuch variable factor hain. jaise physics aur chemistry ke kuch laws hote hain usmein humne kab koi cheezein wah karan hota pakad mein nahi aa raha hai. to the point bataein. yeh question is kya yes. hum</w:t>
      </w:r>
    </w:p>
    <w:p>
      <w:pPr>
        <w:jc w:val="right"/>
      </w:pPr>
      <w:r>
        <w:t>तो मुझे ऐसा लग रहा है कि हमारे दिन में कुछ constant factor हैं और कुछ variable factor हैं. जैसे physics और chemistry के कुछ laws होते हैं उसमें हमने कब कोई चीज़ें वह कारण होता पकड़ में नहीं आ रहा है. To the point बताएं. यह question is क्या Yes. हम</w:t>
      </w:r>
    </w:p>
    <w:p>
      <w:r>
        <w:rPr>
          <w:b/>
        </w:rPr>
        <w:t xml:space="preserve">[25:52] </w:t>
      </w:r>
      <w:r>
        <w:t>kya hum keh sakte hain ke deen ke jo shariyat hai wah variable factor hai aur aqida jo hai wah constant factor hai. to to hamara focus aqide par rehna chahiye kyunke over the time hamari jo tareeke hain wah badalte jayenge to kyunke kya hum is tarah se bol sakte hain? zija kalam.</w:t>
      </w:r>
    </w:p>
    <w:p>
      <w:pPr>
        <w:jc w:val="right"/>
      </w:pPr>
      <w:r>
        <w:t>क्या हम कह सकते हैं कि दीन के जो शरीयत है वह variable factor है और अकीदा जो है वह constant factor है. तो तो हमारा focus अकीदे पर रहना चाहिए क्योंकि over the time हमारी जो तरीके हैं वह बदलते जाएंगे तो क्योंकि क्या हम इस तरह से बोल सकते हैं? ज़िजा कलम.</w:t>
      </w:r>
    </w:p>
    <w:p>
      <w:r>
        <w:rPr>
          <w:b/>
        </w:rPr>
        <w:t xml:space="preserve">[26:17] </w:t>
      </w:r>
      <w:r>
        <w:t>akeeda to permanent part hai aur shariyat mein to tabdeeli hoti hai halaat ke lihaz se tabdeeli hoti hai aur mulk mein logon ki jo shariyat hai dress hai unka jo pehnawa hai unke jo rusu hain rawaj hai to wah to fark hota hi hai ab jo sard mausam hai to wahan ka doosra dress hoga to garam mausam doosra dress hoga.</w:t>
      </w:r>
    </w:p>
    <w:p>
      <w:pPr>
        <w:jc w:val="right"/>
      </w:pPr>
      <w:r>
        <w:t>अकेदा तो permanent part है और शरीयत में तो तब्दीली होती है हालात के लिहाज से तब्दीली होती है और मुल्क में लोगों की जो शरीयत है dress है उनका जो पहनावा है उनके जो रुसू हैं रवाज है तो वह तो फ़र्क होता ही है अब जो सर्द मौसम है तो वहां का दूसरा dress होगा तो गर्म मौसम दूसरा dress होगा.</w:t>
      </w:r>
    </w:p>
    <w:p>
      <w:r>
        <w:rPr>
          <w:b/>
        </w:rPr>
        <w:t xml:space="preserve">[26:42] </w:t>
      </w:r>
      <w:r>
        <w:t>ab isi mein mere khyal mein yeh yeh iska bhi aata hai ki yeh parde wala hum fasla bhi isi mein aata hai ki pehle zamane mein school nahi hote the unka uniform nahi hota tha. ab uniform hota hai to school woh ismein hum sochenge ki bhai ab ya to saare bachchon ko jahil rakho ya bachchon ko padhao to school ka uniform accept karo.</w:t>
      </w:r>
    </w:p>
    <w:p>
      <w:pPr>
        <w:jc w:val="right"/>
      </w:pPr>
      <w:r>
        <w:t>अब इसी में मेरे ख्याल में यह यह इसका भी आता है कि यह पर्दे वाला हम फ़सला भी इसी में आता है कि पहले जमाने में school नहीं होते थे उनका uniform नहीं होता था. अब uniform होता है तो school वह इसमें हम सोचेंगे कि भई अब या तो सारे बच्चों को जाहिल रखो या बच्चों को पढ़ाओ तो school का uniform accept करो.</w:t>
      </w:r>
    </w:p>
    <w:p>
      <w:r>
        <w:rPr>
          <w:b/>
        </w:rPr>
        <w:t xml:space="preserve">[27:10] </w:t>
      </w:r>
      <w:r>
        <w:t>to yeh sab baatein hain jo Maulana ko milkar usko istehad karna chahiye kyunki hamare khaas ismein bahut zyada intezam kiya gaya ruxsat ka bunjaish hai ruxsat hai.</w:t>
      </w:r>
    </w:p>
    <w:p>
      <w:pPr>
        <w:jc w:val="right"/>
      </w:pPr>
      <w:r>
        <w:t>तो यह सब बातें हैं जो मौलामा को मिलकर उसको इस्तेहाद करना चाहिए क्योंकि हमारे खास इसमें बहुत ज़्यादा इंतज़ाम किया गया रुक्सत का बुंजाइश है रुक्सत है.</w:t>
      </w:r>
    </w:p>
    <w:p>
      <w:r>
        <w:rPr>
          <w:b/>
        </w:rPr>
        <w:t xml:space="preserve">[27:23] </w:t>
      </w:r>
      <w:r>
        <w:t>misal ke daur par main batati hoon ki agar hum wazu nahi kar sakte hain hum kisi bimari hai, thanda hai mausam hai to hum tayammum kar sakte hain hum khade hokar namaz nahi padh sakte hain to baithkar namaz padh sakte hain to Islam itna beautiful religion hai usmein taayamat tak ke hisab se usmein saare intezammat kar diye gaye hain logon ki rigidity se problem ho raha hai.</w:t>
      </w:r>
    </w:p>
    <w:p>
      <w:pPr>
        <w:jc w:val="right"/>
      </w:pPr>
      <w:r>
        <w:t>मिसान के दौर पर मैं बताती हूं कि अगर हम वज़ू नहीं कर सकते हैं हम किसी बीमारी है, ठंडा है मौसम है तो हम तैमुम कर सकते हैं हम खड़े होकर नमाज़ नहीं पढ़ सकते हैं तो बैठकर नमाज़ पढ़ सकते हैं तो इस्लाम इतना beautiful religion है उसमें तैयामत तक के हिसाब से उसमें सारे इंतज़ामात कर दिए गए हैं लोगों की rigidity से problem हो रहा है.</w:t>
      </w:r>
    </w:p>
    <w:p>
      <w:r>
        <w:rPr>
          <w:b/>
        </w:rPr>
        <w:t xml:space="preserve">[27:48] </w:t>
      </w:r>
      <w:r>
        <w:t>to yeh rigidity hai uski wajah se problem ho raha hai Islam mein koi problem nahi hai. akela to permanent hai hota ek hai permanent hai namaz roza aaj zakat.</w:t>
      </w:r>
    </w:p>
    <w:p>
      <w:pPr>
        <w:jc w:val="right"/>
      </w:pPr>
      <w:r>
        <w:t>तो यह rigidity है उसकी वजह से problem हो रहा है इस्लाम में कोई problem नहीं है. अकेला तो permanent है होता एक है permanent है नामाग रोज़ा आज ज़क़ात.</w:t>
      </w:r>
    </w:p>
    <w:p>
      <w:r>
        <w:rPr>
          <w:b/>
        </w:rPr>
        <w:t xml:space="preserve">[27:58] </w:t>
      </w:r>
      <w:r>
        <w:t>yeh sab permanent hai lekin jo taur tareeqe hain usmein koi gunjaish hai islam mein change karne ki</w:t>
      </w:r>
    </w:p>
    <w:p>
      <w:pPr>
        <w:jc w:val="right"/>
      </w:pPr>
      <w:r>
        <w:t>यह सब permanent है लेकिन जो तौर तरीके हैं उसमें कोई गुंजाइश है इस्लाम में change करने की</w:t>
      </w:r>
    </w:p>
    <w:p>
      <w:r>
        <w:rPr>
          <w:b/>
        </w:rPr>
        <w:t xml:space="preserve">[28:04] </w:t>
      </w:r>
      <w:r>
        <w:t>toh hum us hum jaise main yeh odhe hoon yeh yeh khimar hai yeh khimar hai aur isi</w:t>
      </w:r>
    </w:p>
    <w:p>
      <w:pPr>
        <w:jc w:val="right"/>
      </w:pPr>
      <w:r>
        <w:t>तो हम उस हम जैसे मैं यह ओढ़े हूं यह यह खिमार है यह खिमार है और इसी</w:t>
      </w:r>
    </w:p>
    <w:p>
      <w:r>
        <w:rPr>
          <w:b/>
        </w:rPr>
        <w:t xml:space="preserve">[28:10] </w:t>
      </w:r>
      <w:r>
        <w:t>tareeqe se jilbag hota tha woh yahan daal diya jata tha lekin woh school mein jilbag vilbag daalkar</w:t>
      </w:r>
    </w:p>
    <w:p>
      <w:pPr>
        <w:jc w:val="right"/>
      </w:pPr>
      <w:r>
        <w:t>तरीके से जिलबाग होता था वह यहां डाल दिया जाता था लेकिन वह school में जिलबाग विलबाग डालकर</w:t>
      </w:r>
    </w:p>
    <w:p>
      <w:r>
        <w:rPr>
          <w:b/>
        </w:rPr>
        <w:t xml:space="preserve">[28:16] </w:t>
      </w:r>
      <w:r>
        <w:t>jayenge toh woh school mein bachchon ko padhne nahi denge tamam duniya mein apne bachchon ko school mein</w:t>
      </w:r>
    </w:p>
    <w:p>
      <w:pPr>
        <w:jc w:val="right"/>
      </w:pPr>
      <w:r>
        <w:t>जाएंगे तो वह school में बच्चों को पढ़ने नहीं देंगे तमाम दुनिया में अपने बच्चों को school में</w:t>
      </w:r>
    </w:p>
    <w:p>
      <w:r>
        <w:rPr>
          <w:b/>
        </w:rPr>
        <w:t xml:space="preserve">[28:22] </w:t>
      </w:r>
      <w:r>
        <w:t>uniform ke mutabiq padha rahi hai toh yahi sab baatein hain jo unko samajhna chahiye ki hamein is</w:t>
      </w:r>
    </w:p>
    <w:p>
      <w:pPr>
        <w:jc w:val="right"/>
      </w:pPr>
      <w:r>
        <w:t>uniform के मुताबिक पढ़ा रही है तो यही सब बातें हैं जो उनको समझना चाहिए कि हमें इस</w:t>
      </w:r>
    </w:p>
    <w:p>
      <w:r>
        <w:rPr>
          <w:b/>
        </w:rPr>
        <w:t xml:space="preserve">[28:28] </w:t>
      </w:r>
      <w:r>
        <w:t>duniya mein uske rawaj ke mutabiq jo ki quran hadish ki spirit se na takrayein usmein hum kis</w:t>
      </w:r>
    </w:p>
    <w:p>
      <w:pPr>
        <w:jc w:val="right"/>
      </w:pPr>
      <w:r>
        <w:t>दुनिया में उसके रवाज के मुताबिक जो कि कुरान हदीश की spirit से ना टकराएं उसमें हम किस</w:t>
      </w:r>
    </w:p>
    <w:p>
      <w:r>
        <w:rPr>
          <w:b/>
        </w:rPr>
        <w:t xml:space="preserve">[28:34] </w:t>
      </w:r>
      <w:r>
        <w:t>tarah rahe hain?</w:t>
      </w:r>
    </w:p>
    <w:p>
      <w:pPr>
        <w:jc w:val="right"/>
      </w:pPr>
      <w:r>
        <w:t>तरह रहे हैं?</w:t>
      </w:r>
    </w:p>
    <w:p>
      <w:r>
        <w:rPr>
          <w:b/>
        </w:rPr>
        <w:t xml:space="preserve">[28:41] </w:t>
      </w:r>
      <w:r>
        <w:t>to yeh samajhna padega. izhaar kar lo is saath mein. Apa Apa ek question mera tha hai na Islam mein sar ko dhakna hai. haan uska band shayad timing ke paas pura hai.</w:t>
      </w:r>
    </w:p>
    <w:p>
      <w:pPr>
        <w:jc w:val="right"/>
      </w:pPr>
      <w:r>
        <w:t>तो यह समझना पड़ेगा. इज़्ज़ार कर लो इस साथ में. आपा आपा एक question मेरा था है ना इस्लाम में सर को ठगना है. हां उसका बंद शायद timing के पास पुरा है.</w:t>
      </w:r>
    </w:p>
    <w:p>
      <w:r>
        <w:rPr>
          <w:b/>
        </w:rPr>
        <w:t xml:space="preserve">[29:08] </w:t>
      </w:r>
      <w:r>
        <w:t>maine baar baar puran ki ayat ko dekha hai main aapko bhej bhi doongi asal mein kya hai</w:t>
      </w:r>
    </w:p>
    <w:p>
      <w:pPr>
        <w:jc w:val="right"/>
      </w:pPr>
      <w:r>
        <w:t>मैंने बार बार पुरान की आयात को देखा है मैं आपको भेज भी दूंगी असल में क्या है</w:t>
      </w:r>
    </w:p>
    <w:p>
      <w:r>
        <w:rPr>
          <w:b/>
        </w:rPr>
        <w:t xml:space="preserve">[29:13] </w:t>
      </w:r>
      <w:r>
        <w:t>ki arab mein auratein jo hain sar par ek kasawa likha hua hai sar par kuch samajh lijiye</w:t>
      </w:r>
    </w:p>
    <w:p>
      <w:pPr>
        <w:jc w:val="right"/>
      </w:pPr>
      <w:r>
        <w:t>कि अरब में औरतें जो हैं सर पर एक कसावा लिखा हुआ है सर पर कुछ समझ लीजिए</w:t>
      </w:r>
    </w:p>
    <w:p>
      <w:r>
        <w:rPr>
          <w:b/>
        </w:rPr>
        <w:t xml:space="preserve">[29:19] </w:t>
      </w:r>
      <w:r>
        <w:t>pagdi type kuch sar par rakhti thi wahan garmi bahut hai na toh woh sar par lagti thi</w:t>
      </w:r>
    </w:p>
    <w:p>
      <w:pPr>
        <w:jc w:val="right"/>
      </w:pPr>
      <w:r>
        <w:t>पगड़ी type कुछ सर पर रखती थी वहां गर्मी बहुत है ना तो वह सर पर लगती थी</w:t>
      </w:r>
    </w:p>
    <w:p>
      <w:r>
        <w:rPr>
          <w:b/>
        </w:rPr>
        <w:t xml:space="preserve">[29:25] </w:t>
      </w:r>
      <w:r>
        <w:t>maine aapko pehle bhi bataya tha toh woh sar par rakha hua hai aur toh bahut sari auratein</w:t>
      </w:r>
    </w:p>
    <w:p>
      <w:pPr>
        <w:jc w:val="right"/>
      </w:pPr>
      <w:r>
        <w:t>मैंने आपको पहले भी बताया था तो वह सर पर रखा हुआ है और तो बहुत सारी औरतें</w:t>
      </w:r>
    </w:p>
    <w:p>
      <w:r>
        <w:rPr>
          <w:b/>
        </w:rPr>
        <w:t xml:space="preserve">[29:30] </w:t>
      </w:r>
      <w:r>
        <w:t>hain na main ab bata deti hoon karke dobara se yeh unke sar par kuch rakha hua hai</w:t>
      </w:r>
    </w:p>
    <w:p>
      <w:pPr>
        <w:jc w:val="right"/>
      </w:pPr>
      <w:r>
        <w:t>है ना मैं अब बता देती हूं करके दोबारा से यह उनके सर पर कुछ रखा हुआ है</w:t>
      </w:r>
    </w:p>
    <w:p>
      <w:r>
        <w:rPr>
          <w:b/>
        </w:rPr>
        <w:t xml:space="preserve">[29:36] </w:t>
      </w:r>
      <w:r>
        <w:t>samajh lijiye pagdi rakhi hui.</w:t>
      </w:r>
    </w:p>
    <w:p>
      <w:pPr>
        <w:jc w:val="right"/>
      </w:pPr>
      <w:r>
        <w:t>समझ लीजिए पगड़ी रखी हुई.</w:t>
      </w:r>
    </w:p>
    <w:p>
      <w:r>
        <w:rPr>
          <w:b/>
        </w:rPr>
        <w:t xml:space="preserve">[29:42] </w:t>
      </w:r>
      <w:r>
        <w:t>toh yeh isko yeh jo hai na yeh peeche kar liya rehti hai toh unka seena poora khula rehta tha.</w:t>
      </w:r>
    </w:p>
    <w:p>
      <w:pPr>
        <w:jc w:val="right"/>
      </w:pPr>
      <w:r>
        <w:t>तो यह इसको यह जो है ना यह पीछे कर लिया रहती है तो उनका सेना पूरा खुला रहता था.</w:t>
      </w:r>
    </w:p>
    <w:p>
      <w:r>
        <w:rPr>
          <w:b/>
        </w:rPr>
        <w:t xml:space="preserve">[29:48] </w:t>
      </w:r>
      <w:r>
        <w:t>toh iski wajah se bahar kuch log unko chhed diya karte the toh yeh kaha gaya ki yeh</w:t>
      </w:r>
    </w:p>
    <w:p>
      <w:pPr>
        <w:jc w:val="right"/>
      </w:pPr>
      <w:r>
        <w:t>तो इसकी वजह से बाहर कुछ लोग उनको छेड़ दिया करते थे तो यह कहा गया कि यह</w:t>
      </w:r>
    </w:p>
    <w:p>
      <w:r>
        <w:rPr>
          <w:b/>
        </w:rPr>
        <w:t xml:space="preserve">[29:54] </w:t>
      </w:r>
      <w:r>
        <w:t>jab bahar jao toh seena dhak lo aise kar lo yeh taaki tum pehchan hi jao yaani tumhare</w:t>
      </w:r>
    </w:p>
    <w:p>
      <w:pPr>
        <w:jc w:val="right"/>
      </w:pPr>
      <w:r>
        <w:t>जब बाहर जाओ तो सीना ढक लो ऐसे कर लो यह ताकि तुम पहचान ही जाओ यानी तुम्हारे</w:t>
      </w:r>
    </w:p>
    <w:p>
      <w:r>
        <w:rPr>
          <w:b/>
        </w:rPr>
        <w:t xml:space="preserve">[30:00] </w:t>
      </w:r>
      <w:r>
        <w:t>saath chhed shayad na kare tum ba-izot sharif gharane ki aurat ho toh yeh tha yeh tha toh</w:t>
      </w:r>
    </w:p>
    <w:p>
      <w:pPr>
        <w:jc w:val="right"/>
      </w:pPr>
      <w:r>
        <w:t>साथ छेड़ शायद ना करे तुम बाईजोत शरीफ घराने की औरत हो तो यह था यह था तो</w:t>
      </w:r>
    </w:p>
    <w:p>
      <w:r>
        <w:rPr>
          <w:b/>
        </w:rPr>
        <w:t xml:space="preserve">[30:06] </w:t>
      </w:r>
      <w:r>
        <w:t>sar wahan understood hai ki sar dhaka rehta tha wahan toh madad bhi sar dakte the toh lekin</w:t>
      </w:r>
    </w:p>
    <w:p>
      <w:pPr>
        <w:jc w:val="right"/>
      </w:pPr>
      <w:r>
        <w:t>सर वहां understood है कि सर धका रहता था वहां तो मदद भी सर डकते थे तो लेकिन</w:t>
      </w:r>
    </w:p>
    <w:p>
      <w:r>
        <w:rPr>
          <w:b/>
        </w:rPr>
        <w:t xml:space="preserve">[30:12] </w:t>
      </w:r>
      <w:r>
        <w:t>aajkal jo mahaul hai usmein bas yeh yeh hijab yahan kar lete hain aur poora seena dhaka rehta</w:t>
      </w:r>
    </w:p>
    <w:p>
      <w:pPr>
        <w:jc w:val="right"/>
      </w:pPr>
      <w:r>
        <w:t>आजकल जो माहौल है उसमें बस यह यह हिजाब यहां कर लेते हैं और पूरा सीना ढका रहता</w:t>
      </w:r>
    </w:p>
    <w:p>
      <w:r>
        <w:rPr>
          <w:b/>
        </w:rPr>
        <w:t xml:space="preserve">[30:18] </w:t>
      </w:r>
      <w:r>
        <w:t>hai chust kapde pehne rehte hain, paishni kapde pehne rehte hain jo kuch mana kiya gaya hai puran</w:t>
      </w:r>
    </w:p>
    <w:p>
      <w:pPr>
        <w:jc w:val="right"/>
      </w:pPr>
      <w:r>
        <w:t>है चुस्त कपड़े पहने रहते हैं, पैशनी कपड़े पहने रहते हैं जो कुछ मना किया गया है पुरान</w:t>
      </w:r>
    </w:p>
    <w:p>
      <w:r>
        <w:rPr>
          <w:b/>
        </w:rPr>
        <w:t xml:space="preserve">[30:24] </w:t>
      </w:r>
      <w:r>
        <w:t>mein wahi karte hain.</w:t>
      </w:r>
    </w:p>
    <w:p>
      <w:pPr>
        <w:jc w:val="right"/>
      </w:pPr>
      <w:r>
        <w:t>में वही करते हैं.</w:t>
      </w:r>
    </w:p>
    <w:p>
      <w:r>
        <w:rPr>
          <w:b/>
        </w:rPr>
        <w:t xml:space="preserve">[30:31] </w:t>
      </w:r>
      <w:r>
        <w:t>Hadees mein jo kuch mana kiya gaya wahi karte hain aur Islam ka naam par sirf unhone itna sar dhak nikal kar liya hai. to jo kuch clearly mentioned hai ki seena dhako hum to khud sar dhakte hain. pata nahi misunderstanding kaisi hui hum to khud sar dhakte hain.</w:t>
      </w:r>
    </w:p>
    <w:p>
      <w:pPr>
        <w:jc w:val="right"/>
      </w:pPr>
      <w:r>
        <w:t>हदीश में जो कुछ मना किया गया वही करते हैं और इस्लाम का नाम पर सिर्फ उन्होंने इतना सर ढक निकल कर लिया है. तो जो कुछ clearly mentioned है कि सीना ढको हम तो खुद सर ढकते हैं. पता नहीं misunderstanding कैसी हुई हम तो खुद सर ढकते हैं.</w:t>
      </w:r>
    </w:p>
    <w:p>
      <w:r>
        <w:rPr>
          <w:b/>
        </w:rPr>
        <w:t xml:space="preserve">[30:48] </w:t>
      </w:r>
      <w:r>
        <w:t>lekin ab school ka uniform hota hai chahe woh Muslim school ho chahe non Muslim school ho agar aapko bachchon ko wahan bhejna hai to uniform se ladai to karke nahi bhej sakti na Rasool Allah sallam ne kabhi bhi protest nahi kiya agar unke aapko hazare mein padhana hai to unka uniform bhi lena hoga nahi to aap mat padhaiye koi zabardasti to hai nahi aap apne ghar mein bachchon ko rakhiye ghar mein padhai kare woh kariye unki.</w:t>
      </w:r>
    </w:p>
    <w:p>
      <w:pPr>
        <w:jc w:val="right"/>
      </w:pPr>
      <w:r>
        <w:t>लेकिन अब school का uniform होता है चाहे वह मुस्लिम school हो चाहे non मुस्लिम school हो अगर आपको बच्चों को वहां भेजना है तो uniform से लड़ाई तो करके नहीं भेज सकती ना रसूल्लाह सल्लाह ने कभी भी protest नहीं किया अगर उनके आपको हज़ारे में पढ़ाना है तो उनका uniform भी लेना होगा नहीं तो आप मत पढ़ाइए कोई जबरदस्ती तो है नहीं आप अपने घर में बच्चों को रखिए घर में पढ़ाई करे वह करिए उनकी.</w:t>
      </w:r>
    </w:p>
    <w:p>
      <w:r>
        <w:rPr>
          <w:b/>
        </w:rPr>
        <w:t xml:space="preserve">[31:17] </w:t>
      </w:r>
      <w:r>
        <w:t>aur koi ladies hai jo question puchna chahti hain? aap ab mera ek sawal hai aapne abhi kaha ki misuse of freedom har insan koi misuse karta hai, koi use karta hai apne freedom ko aur jaayaz tarike se usko attain karta hai. to mera yeh sawal hai ki kabhi hum kisi se interaction karte hain aur woh apna misuse karke freedom hamein kuch baat aisi keh deta hai jise hamein bahut hurt feeling hoti hai.</w:t>
      </w:r>
    </w:p>
    <w:p>
      <w:pPr>
        <w:jc w:val="right"/>
      </w:pPr>
      <w:r>
        <w:t>और कोई ladies है जो question पूछना चाहती हैं? आप अब मेरा एक सवाल है आपने अभी कहा कि misuse of freedom हर इंसान कोई misuse करता है, कोई use करता है अपने freedom को और जायज़ तरीके से उसको attain करता है. तो मेरा यह सवाल है कि कभी हम किसी से interaction करते हैं और वह अपना misuse करके freedom हमें कुछ बात ऐसी कह देता है जिसे हमें बहुत hurt feeling होती है.</w:t>
      </w:r>
    </w:p>
    <w:p>
      <w:r>
        <w:rPr>
          <w:b/>
        </w:rPr>
        <w:t xml:space="preserve">[31:47] </w:t>
      </w:r>
      <w:r>
        <w:t>jab hurt feeling hoti hai to hum samajh rahe ki woh insan galat hai aur usne yeh galat baat kahi hai. to I will try to avoid that person in further interaction. to yeh kya meri negativity hai?</w:t>
      </w:r>
    </w:p>
    <w:p>
      <w:pPr>
        <w:jc w:val="right"/>
      </w:pPr>
      <w:r>
        <w:t>जब hurt feeling होती है तो हम समझ रहे कि वह इंसान गलत है और उसने यह गलत बात कही है. तो I will try to avoid that person in further interaction. तो यह क्या मेरी negativity है?</w:t>
      </w:r>
    </w:p>
    <w:p>
      <w:r>
        <w:rPr>
          <w:b/>
        </w:rPr>
        <w:t xml:space="preserve">[32:03] </w:t>
      </w:r>
      <w:r>
        <w:t>kya main isko negativity khane mein ki main us uske towards us person ke towards main negative ho gayi hoon aur kabhi kabhi yeh to ek aspect hua question ka mera pa aur maine kai bar ek quotes padha hai ki you should forgive that person. This is the second aspect of my question. Forgive that person. to forgiveness manne ki main kar de rahi hoon unko But how my forgiveness change that person?</w:t>
      </w:r>
    </w:p>
    <w:p>
      <w:pPr>
        <w:jc w:val="right"/>
      </w:pPr>
      <w:r>
        <w:t>क्या मैं इसको negativity खाने में कि मैं उस उसके towards उस person के towards मैं negative हो गई हूं और कभी कभी यह तो एक aspect हुआ question का मेरा पा और मैंने कई बार एक quotes पढ़ा है कि you should forgive that person. This is the second aspect of my question. Forgive that person. तो forgiveness मानने की मैं कर दे रही हूं उनको But how my forgiveness change that person?</w:t>
      </w:r>
    </w:p>
    <w:p>
      <w:r>
        <w:rPr>
          <w:b/>
        </w:rPr>
        <w:t xml:space="preserve">[32:30] </w:t>
      </w:r>
      <w:r>
        <w:t>Because each time when you interact with that person it will be the same episode repeated again and again. So what is the best way to handle these kind of situations? lekin negativity itni zyada kharab hai ki Hazrat Yunus allam ne samjha ki unki qaum ab iman nahi layegi. unhone unko chhod diya.</w:t>
      </w:r>
    </w:p>
    <w:p>
      <w:pPr>
        <w:jc w:val="right"/>
      </w:pPr>
      <w:r>
        <w:t>Because each time when you interact with that person it will be the same episode repeated again and again. So what is the best way to handle these kind of situations? लेकिन negativity इतनी ज़्यादा खराब है कि हज़रत जीवनूश अल्लाम ने समझा कि उनकी कौम अब ईमान नहीं लाएगी. उन्होंने उनको छोड़ दिया.</w:t>
      </w:r>
    </w:p>
    <w:p>
      <w:r>
        <w:rPr>
          <w:b/>
        </w:rPr>
        <w:t xml:space="preserve">[32:53] </w:t>
      </w:r>
      <w:r>
        <w:t>to kya hua unko machhli ne nikal liya unko machhli ke pet mein chale gaye to phir uske baad unko kuch lamba kahani hai uske baad unko realize ho gaya ki unhone galti ki hai dobara us qaum ke paas gaye. to aap jante hain dobara jab us qaum ke paas gaye to woh qaum unka intezar kar rahi thi. itna buzurg aadmi itna achha aadmi tha. hum logon ne uski baat nahi maani to woh chala gaya wapas.</w:t>
      </w:r>
    </w:p>
    <w:p>
      <w:pPr>
        <w:jc w:val="right"/>
      </w:pPr>
      <w:r>
        <w:t>तो क्या हुआ उनको मछली ने निकल लिया उनको मछली के पेट में चले गए तो फिर उसके बाद उनको कुछ लंबा कहानी है उसके बाद उनको realize हो गया कि उन्होंने गलती की है दोबारा उस कौम के पास गए. तो आप जानते हैं दोबारा जब उस कौम के पास गए तो वह कौम उनका इंतज़ार कर रही थी. इतना बुज़ुर्ग आदमी इतना अच्छा आदमी था. हम लोगों ने उसकी बात नहीं मानी तो वह चला गया वापस.</w:t>
      </w:r>
    </w:p>
    <w:p>
      <w:r>
        <w:rPr>
          <w:b/>
        </w:rPr>
        <w:t xml:space="preserve">[33:21] </w:t>
      </w:r>
      <w:r>
        <w:t>intezar kar rahi thi jab woh wapas gaye na to sabne unke deen ko qubool kar liya. to ek yeh misal hai aur ek Tufail apna Amr Addosi ki misal hai. woh gaye apne qaum mein aur wahan unhone Islam ka paigham diya woh kisi ne mana nahi to woh aaye Rasool Allah sallam ke paas aur kaha ki aap jo hai dua baddua kariye to aapne kaha Allah kya tha kaha do? Allahumma de dost.</w:t>
      </w:r>
    </w:p>
    <w:p>
      <w:pPr>
        <w:jc w:val="right"/>
      </w:pPr>
      <w:r>
        <w:t>इंतज़ार कर रही थी जब वह वापस गए ना तो सबने उनके दिन को कुबूल कर लिया. तो एक यह मिसाल है और एक तूफैल अपना अम्र अद्दोसी की मिसाल है. वह गए अपने कौम में और वहां उन्होंने इस्लाम का प्रकाम दिया वह किसी ने माना नहीं तो वह आए रसूल्लाह सलाह सलाह के पास और कहा कि आप जो है दुआ बद्दुआ करिए तो आपने कहा अल्लाह क्या था कहा दो? अल्लाहुम्मा दे दौस्त.</w:t>
      </w:r>
    </w:p>
    <w:p>
      <w:r>
        <w:rPr>
          <w:b/>
        </w:rPr>
        <w:t xml:space="preserve">[33:50] </w:t>
      </w:r>
      <w:r>
        <w:t>Allahumma de dost. Allah Allah dost qabile ko hidayat de. Allahumma de dost to phir uske baad woh gaye aur sara dost qabila gaye unke usmein fold mein aa gaya.</w:t>
      </w:r>
    </w:p>
    <w:p>
      <w:pPr>
        <w:jc w:val="right"/>
      </w:pPr>
      <w:r>
        <w:t>अल्लाहुम्मा दे दौस्त. अल्लाह अल्लाह दौस्त कबीले को हिदाद दे. अल्लाहुम्मा दे दौस्त तो फिर उसके बाद वह गए और सारा दोस्त तविला गए उनके उसमें fold में आ गया.</w:t>
      </w:r>
    </w:p>
    <w:p>
      <w:r>
        <w:rPr>
          <w:b/>
        </w:rPr>
        <w:t xml:space="preserve">[34:09] </w:t>
      </w:r>
      <w:r>
        <w:t>toh yeh dekhiye yeh murana sahab kehte the ki insaan ke andar bahut zyada jo hai na woh</w:t>
      </w:r>
    </w:p>
    <w:p>
      <w:pPr>
        <w:jc w:val="right"/>
      </w:pPr>
      <w:r>
        <w:t>तो यह देखिए यह मुराना साहब कहते थे कि इंसान के अंदर बहुत ज़्यादा जो है ना वह</w:t>
      </w:r>
    </w:p>
    <w:p>
      <w:r>
        <w:rPr>
          <w:b/>
        </w:rPr>
        <w:t xml:space="preserve">[34:15] </w:t>
      </w:r>
      <w:r>
        <w:t>conscience hai lekin woh dormant state mein hota hai toh aapke achha ravaiya jo hai woh woh ek</w:t>
      </w:r>
    </w:p>
    <w:p>
      <w:pPr>
        <w:jc w:val="right"/>
      </w:pPr>
      <w:r>
        <w:t>conscience है लेकिन वह dormant state में होता है तो आपके अच्छा रवैया जो है वह वह एक</w:t>
      </w:r>
    </w:p>
    <w:p>
      <w:r>
        <w:rPr>
          <w:b/>
        </w:rPr>
        <w:t xml:space="preserve">[34:22] </w:t>
      </w:r>
      <w:r>
        <w:t>waqt sochne par majboor ho jayega ki dekho humne isko hurt kiya tha aur yeh phir bhi hamare</w:t>
      </w:r>
    </w:p>
    <w:p>
      <w:pPr>
        <w:jc w:val="right"/>
      </w:pPr>
      <w:r>
        <w:t>वक्त सोचने पर मजबूर हो जाएगा कि देखो हमने इसको हट किया था और यह फिर भी हमारे</w:t>
      </w:r>
    </w:p>
    <w:p>
      <w:r>
        <w:rPr>
          <w:b/>
        </w:rPr>
        <w:t xml:space="preserve">[34:29] </w:t>
      </w:r>
      <w:r>
        <w:t>liye nihdayat chah rahe hain to usko dobara uska conscience ko awaken aap jab bhi kar sakti hain</w:t>
      </w:r>
    </w:p>
    <w:p>
      <w:pPr>
        <w:jc w:val="right"/>
      </w:pPr>
      <w:r>
        <w:t>लिए निहदायत चाह रहे हैं तो उसको दोबारा उसका conscience को awaken आप जब भी कर सकती हैं</w:t>
      </w:r>
    </w:p>
    <w:p>
      <w:r>
        <w:rPr>
          <w:b/>
        </w:rPr>
        <w:t xml:space="preserve">[34:36] </w:t>
      </w:r>
      <w:r>
        <w:t>jab aap negative na ho to negativity to aapko rehni hi nahi hai aap to khuda ke liye</w:t>
      </w:r>
    </w:p>
    <w:p>
      <w:pPr>
        <w:jc w:val="right"/>
      </w:pPr>
      <w:r>
        <w:t>जब आप negative ना हो तो negativity तो आपको रहनी ही नहीं है आप तो खुदा के लिए</w:t>
      </w:r>
    </w:p>
    <w:p>
      <w:r>
        <w:rPr>
          <w:b/>
        </w:rPr>
        <w:t xml:space="preserve">[34:43] </w:t>
      </w:r>
      <w:r>
        <w:t>kaam kar rahe hain aur aapne aapne jo effort ki hai uska aapko jawab milega agar aap negative</w:t>
      </w:r>
    </w:p>
    <w:p>
      <w:pPr>
        <w:jc w:val="right"/>
      </w:pPr>
      <w:r>
        <w:t>काम कर रहे हैं और आपने आपने जो effort की है उसका आपको जवाब मिलेगा अगर आप negative</w:t>
      </w:r>
    </w:p>
    <w:p>
      <w:r>
        <w:rPr>
          <w:b/>
        </w:rPr>
        <w:t xml:space="preserve">[34:50] </w:t>
      </w:r>
      <w:r>
        <w:t>rahengi to aapko jawab bhi nahi milega aur koi faida bhi nahi hoga to aap negativity bilkul khatm kar dijiye.</w:t>
      </w:r>
    </w:p>
    <w:p>
      <w:pPr>
        <w:jc w:val="right"/>
      </w:pPr>
      <w:r>
        <w:t>रहेंगी तो आपको जवाब भी नहीं मिलेगा और कोई फ़ायदा भी नहीं होगा तो आप negativity बिल्कुल खत्म कर दीजिए.</w:t>
      </w:r>
    </w:p>
    <w:p>
      <w:r>
        <w:rPr>
          <w:b/>
        </w:rPr>
        <w:t xml:space="preserve">[34:57] </w:t>
      </w:r>
      <w:r>
        <w:t>aap usko bar bar bar bar us us par kaam kariye ho sakta hai ki koi na koi waqt aaye jab usko baat samajh mein aa jaye. Thank you, Appa. Romawani wants to ask question and there is another doctor Safina also would like to ask question. Please go ahead. Assalamualikum ko once again.</w:t>
      </w:r>
    </w:p>
    <w:p>
      <w:pPr>
        <w:jc w:val="right"/>
      </w:pPr>
      <w:r>
        <w:t>आप उसको बार बार बार बार उस उस पर काम करिए हो सकता है कि कोई ना कोई वक्त आए जब उसको बात समझ में आ जाए. Thank you, अप्पा. रोमावानी wants to ask question and there is another doctor सफ़ीना also would like to ask question. Please go ahead. अस्सलमालिक को once again.</w:t>
      </w:r>
    </w:p>
    <w:p>
      <w:r>
        <w:rPr>
          <w:b/>
        </w:rPr>
        <w:t xml:space="preserve">[35:23] </w:t>
      </w:r>
      <w:r>
        <w:t>Appa mera will power bahut weak ho gaya hai. to aisi koi ayat ya koi kuch hai jisko main padhoon ya koi aisi practice practically karoon jisse main matlab jante hue jo karti hoon woh na karoon. sahi hai. woh agar apne zamane mein bolte hain. dua hai Rabbi yassir, wala tu assir.</w:t>
      </w:r>
    </w:p>
    <w:p>
      <w:pPr>
        <w:jc w:val="right"/>
      </w:pPr>
      <w:r>
        <w:t>अप्पा मेरा will power बहुत weak हो गया है. तो ऐसी कोई आयात या कोई कुछ है जिसको मैं पढूं या कोई ऐसी practice practically करूं जिससे मैं मतलब जानते हुए जो करती हूं वह ना करूं. सही है. वह अगर अपने ज़माने में बोलते हैं. दुआ है रब्बे यसिर, वला तो अस्सिर.</w:t>
      </w:r>
    </w:p>
    <w:p>
      <w:r>
        <w:rPr>
          <w:b/>
        </w:rPr>
        <w:t xml:space="preserve">[35:51] </w:t>
      </w:r>
      <w:r>
        <w:t>to kabhi jab main pareshan hoti hoon to yeh dua karti hoon.</w:t>
      </w:r>
    </w:p>
    <w:p>
      <w:pPr>
        <w:jc w:val="right"/>
      </w:pPr>
      <w:r>
        <w:t>तो कभी जब मैं परेशान होती हूं तो यह दुआ करती हूं.</w:t>
      </w:r>
    </w:p>
    <w:p>
      <w:r>
        <w:rPr>
          <w:b/>
        </w:rPr>
        <w:t xml:space="preserve">[35:57] </w:t>
      </w:r>
      <w:r>
        <w:t>rabbe yassir, ae allah mere liye aasani kar de.</w:t>
      </w:r>
    </w:p>
    <w:p>
      <w:pPr>
        <w:jc w:val="right"/>
      </w:pPr>
      <w:r>
        <w:t>रब्बे यसिर, ऐ अल्लाह मेरे लिए आसानी कर दे.</w:t>
      </w:r>
    </w:p>
    <w:p>
      <w:r>
        <w:rPr>
          <w:b/>
        </w:rPr>
        <w:t xml:space="preserve">[36:04] </w:t>
      </w:r>
      <w:r>
        <w:t>wala tu assir mere liye mushkil na karo.</w:t>
      </w:r>
    </w:p>
    <w:p>
      <w:pPr>
        <w:jc w:val="right"/>
      </w:pPr>
      <w:r>
        <w:t>वला तो अस्सिर मेरे लिए मुश्किल ना करो.</w:t>
      </w:r>
    </w:p>
    <w:p>
      <w:r>
        <w:rPr>
          <w:b/>
        </w:rPr>
        <w:t xml:space="preserve">[36:10] </w:t>
      </w:r>
      <w:r>
        <w:t>to yeh dua kar sakti hain aur thoda sa kai aise kaam hote hain jisme aadmi lage jaise</w:t>
      </w:r>
    </w:p>
    <w:p>
      <w:pPr>
        <w:jc w:val="right"/>
      </w:pPr>
      <w:r>
        <w:t>तो यह धोआ कर सकती हैं और थोड़ा सा कई ऐसे काम होते हैं जिसमें आदमी लगे जैसे</w:t>
      </w:r>
    </w:p>
    <w:p>
      <w:r>
        <w:rPr>
          <w:b/>
        </w:rPr>
        <w:t xml:space="preserve">[36:17] </w:t>
      </w:r>
      <w:r>
        <w:t>ghar mein kai kaam hote hain lag jaye to uska thoda sa mind divert ho jata hai tension</w:t>
      </w:r>
    </w:p>
    <w:p>
      <w:pPr>
        <w:jc w:val="right"/>
      </w:pPr>
      <w:r>
        <w:t>घर में कई काम होते हैं लग जाए तो उसका थोड़ा सा mind divert हो जाता है tension</w:t>
      </w:r>
    </w:p>
    <w:p>
      <w:r>
        <w:rPr>
          <w:b/>
        </w:rPr>
        <w:t xml:space="preserve">[36:23] </w:t>
      </w:r>
      <w:r>
        <w:t>khatm ho jata hai</w:t>
      </w:r>
    </w:p>
    <w:p>
      <w:pPr>
        <w:jc w:val="right"/>
      </w:pPr>
      <w:r>
        <w:t>खत्म हो जाता है</w:t>
      </w:r>
    </w:p>
    <w:p>
      <w:r>
        <w:rPr>
          <w:b/>
        </w:rPr>
        <w:t xml:space="preserve">[36:30] </w:t>
      </w:r>
      <w:r>
        <w:t>ji. ji.</w:t>
      </w:r>
    </w:p>
    <w:p>
      <w:pPr>
        <w:jc w:val="right"/>
      </w:pPr>
      <w:r>
        <w:t>जी. जी.</w:t>
      </w:r>
    </w:p>
    <w:p>
      <w:r>
        <w:rPr>
          <w:b/>
        </w:rPr>
        <w:t xml:space="preserve">[36:33] </w:t>
      </w:r>
      <w:r>
        <w:t>Papa main aapse rabta qaim karti rehti hoon to aap mujhe yeh ayat mere whatsapp mein bata denge na?</w:t>
      </w:r>
    </w:p>
    <w:p>
      <w:pPr>
        <w:jc w:val="right"/>
      </w:pPr>
      <w:r>
        <w:t>Papa मैं आपसे राब्ता कायम करती रहती हूं तो आप मुझे यह आयात मेरे WhatsApp में बता देंगे ना?</w:t>
      </w:r>
    </w:p>
    <w:p>
      <w:r>
        <w:rPr>
          <w:b/>
        </w:rPr>
        <w:t xml:space="preserve">[36:37] </w:t>
      </w:r>
      <w:r>
        <w:t>theek hai, theek hai.</w:t>
      </w:r>
    </w:p>
    <w:p>
      <w:pPr>
        <w:jc w:val="right"/>
      </w:pPr>
      <w:r>
        <w:t>ठीक है, ठीक है.</w:t>
      </w:r>
    </w:p>
    <w:p>
      <w:r>
        <w:rPr>
          <w:b/>
        </w:rPr>
        <w:t xml:space="preserve">[36:41] </w:t>
      </w:r>
      <w:r>
        <w:t>shukriya aap hislaon nikkum.</w:t>
      </w:r>
    </w:p>
    <w:p>
      <w:pPr>
        <w:jc w:val="right"/>
      </w:pPr>
      <w:r>
        <w:t>शुक्रिया आप हिस्लाओं निक्कुम.</w:t>
      </w:r>
    </w:p>
    <w:p>
      <w:r>
        <w:rPr>
          <w:b/>
        </w:rPr>
        <w:t xml:space="preserve">[36:45] </w:t>
      </w:r>
      <w:r>
        <w:t>Doctor Supina Yuvarg. Ramu alikkum.</w:t>
      </w:r>
    </w:p>
    <w:p>
      <w:pPr>
        <w:jc w:val="right"/>
      </w:pPr>
      <w:r>
        <w:t>Doctor सुपीना युवर्ग. रामु आलिक्कुम.</w:t>
      </w:r>
    </w:p>
    <w:p>
      <w:r>
        <w:rPr>
          <w:b/>
        </w:rPr>
        <w:t xml:space="preserve">[36:49] </w:t>
      </w:r>
      <w:r>
        <w:t>achha Ramu alikkum.</w:t>
      </w:r>
    </w:p>
    <w:p>
      <w:pPr>
        <w:jc w:val="right"/>
      </w:pPr>
      <w:r>
        <w:t>अच्छा रामु आलिक्कुम.</w:t>
      </w:r>
    </w:p>
    <w:p>
      <w:r>
        <w:rPr>
          <w:b/>
        </w:rPr>
        <w:t xml:space="preserve">[36:53] </w:t>
      </w:r>
      <w:r>
        <w:t>nadka se baat kar rahi hoon.</w:t>
      </w:r>
    </w:p>
    <w:p>
      <w:pPr>
        <w:jc w:val="right"/>
      </w:pPr>
      <w:r>
        <w:t>नड़का से बात कर रही हूं.</w:t>
      </w:r>
    </w:p>
    <w:p>
      <w:r>
        <w:rPr>
          <w:b/>
        </w:rPr>
        <w:t xml:space="preserve">[36:57] </w:t>
      </w:r>
      <w:r>
        <w:t>Bangalore Bangalore se mera naam Rahul Singh ja hai.</w:t>
      </w:r>
    </w:p>
    <w:p>
      <w:pPr>
        <w:jc w:val="right"/>
      </w:pPr>
      <w:r>
        <w:t>बैंगलोर बैंगलोर से मेरा नाम राहुल सिंह जा है.</w:t>
      </w:r>
    </w:p>
    <w:p>
      <w:r>
        <w:rPr>
          <w:b/>
        </w:rPr>
        <w:t xml:space="preserve">[37:01] </w:t>
      </w:r>
      <w:r>
        <w:t>to main ek sawal kar sakti hoon? ji ji boliye. is jab maamla ek hum interaction ke ashray mein interaction ke rahe raha hi nahi de raha hoon. ji aapki awaaz cut rahi hai. awaaz cut rahi hai. break ho rahi hai.</w:t>
      </w:r>
    </w:p>
    <w:p>
      <w:pPr>
        <w:jc w:val="right"/>
      </w:pPr>
      <w:r>
        <w:t>तो मैं एक सवाल कर सकती हूं? जी जी बोलिए. इस जब मामला एक हम interaction के आश्रय में interaction के रहे रहा ही नहीं दे रहा हूं. जी आपकी आवाज़ cut रही है. आवाज़ cut रही है. Break हो रही है.</w:t>
      </w:r>
    </w:p>
    <w:p>
      <w:r>
        <w:rPr>
          <w:b/>
        </w:rPr>
        <w:t xml:space="preserve">[37:31] </w:t>
      </w:r>
      <w:r>
        <w:t>ab samjho koi relation mein hum ulajh gaye bilkul bhi nahi karta. hum uske paas dobara hamari iroq ko dabakar use rabita bhi karein.</w:t>
      </w:r>
    </w:p>
    <w:p>
      <w:pPr>
        <w:jc w:val="right"/>
      </w:pPr>
      <w:r>
        <w:t>अब समझो कोई relation में हम उलझ गए बिल्कुल भी नहीं करता. हम उसके पास दुबारा हमारी इरोक को दबाकर उसे राबिता भी करें.</w:t>
      </w:r>
    </w:p>
    <w:p>
      <w:r>
        <w:rPr>
          <w:b/>
        </w:rPr>
        <w:t xml:space="preserve">[37:59] </w:t>
      </w:r>
      <w:r>
        <w:t>rabita bhi kiya.</w:t>
      </w:r>
    </w:p>
    <w:p>
      <w:pPr>
        <w:jc w:val="right"/>
      </w:pPr>
      <w:r>
        <w:t>राबिता भी किया.</w:t>
      </w:r>
    </w:p>
    <w:p>
      <w:r>
        <w:rPr>
          <w:b/>
        </w:rPr>
        <w:t xml:space="preserve">[38:05] </w:t>
      </w:r>
      <w:r>
        <w:t>agar woh apni galti banwane to hum is rishte ko kaise bahal karen apa?</w:t>
      </w:r>
    </w:p>
    <w:p>
      <w:pPr>
        <w:jc w:val="right"/>
      </w:pPr>
      <w:r>
        <w:t>अगर वह अपनी गलती बनावाने तो हम इस रिश्ते को कैसे बहाल करें आपा?</w:t>
      </w:r>
    </w:p>
    <w:p>
      <w:r>
        <w:rPr>
          <w:b/>
        </w:rPr>
        <w:t xml:space="preserve">[38:11] </w:t>
      </w:r>
      <w:r>
        <w:t>aap inka sawal hai yeh keh rahi hain ki ek relationship ek relationship mein aapka kisi se kuch</w:t>
      </w:r>
    </w:p>
    <w:p>
      <w:pPr>
        <w:jc w:val="right"/>
      </w:pPr>
      <w:r>
        <w:t>आप इनका सवाल है यह कह रही हैं कि एक relationship एक relationship में आपका किसी से कुछ</w:t>
      </w:r>
    </w:p>
    <w:p>
      <w:r>
        <w:rPr>
          <w:b/>
        </w:rPr>
        <w:t xml:space="preserve">[38:17] </w:t>
      </w:r>
      <w:r>
        <w:t>issue ho gaya hai aur kuch negativity ho gayi hai aur inka kehne ka matlab hai ki woh</w:t>
      </w:r>
    </w:p>
    <w:p>
      <w:pPr>
        <w:jc w:val="right"/>
      </w:pPr>
      <w:r>
        <w:t>issue हो गया है और कुछ negativity हो गई है और इनका कहने का मतलब है कि वह</w:t>
      </w:r>
    </w:p>
    <w:p>
      <w:r>
        <w:rPr>
          <w:b/>
        </w:rPr>
        <w:t xml:space="preserve">[38:23] </w:t>
      </w:r>
      <w:r>
        <w:t>us se bar bar apni ego ko down karke phir unhone ek positive apni dikhai aur unse wapas rishta</w:t>
      </w:r>
    </w:p>
    <w:p>
      <w:pPr>
        <w:jc w:val="right"/>
      </w:pPr>
      <w:r>
        <w:t>उससे बार बार अपनी ego को down करके फिर उन्होंने एक positive अपनी दिखाई और उनसे वापस रिश्ता</w:t>
      </w:r>
    </w:p>
    <w:p>
      <w:r>
        <w:rPr>
          <w:b/>
        </w:rPr>
        <w:t xml:space="preserve">[38:29] </w:t>
      </w:r>
      <w:r>
        <w:t>kaam karne ki koshish ki lekin woh apni zid mein woh wahi rehna chah rahe hain to inko</w:t>
      </w:r>
    </w:p>
    <w:p>
      <w:pPr>
        <w:jc w:val="right"/>
      </w:pPr>
      <w:r>
        <w:t>काम करने की कोशिश की लेकिन वह अपनी ज़िद्द में वह वही रहना चाह रहे हैं तो इनको</w:t>
      </w:r>
    </w:p>
    <w:p>
      <w:r>
        <w:rPr>
          <w:b/>
        </w:rPr>
        <w:t xml:space="preserve">[38:35] </w:t>
      </w:r>
      <w:r>
        <w:t>kya karna chahiye aise situation par?</w:t>
      </w:r>
    </w:p>
    <w:p>
      <w:pPr>
        <w:jc w:val="right"/>
      </w:pPr>
      <w:r>
        <w:t>क्या करना चाहिए ऐसे situation पर?</w:t>
      </w:r>
    </w:p>
    <w:p>
      <w:r>
        <w:rPr>
          <w:b/>
        </w:rPr>
        <w:t xml:space="preserve">[38:41] </w:t>
      </w:r>
      <w:r>
        <w:t>Is it right what he said? ab unhon ne poori koshish kar li hai ab woh sirf dua karein aur Allah se umeed rakhein ke Allah unki madad karega unhon ne unki taraf se toh koi kami nahi hui hai na ab kisi ko koi zabardasti aise toh kasullah sarsawlam ke bare mein bhi kaha gaya tha ke tum jaroga nahi ho ke kisi ko hum zabardasti thodi samjha sakte hain.</w:t>
      </w:r>
    </w:p>
    <w:p>
      <w:pPr>
        <w:jc w:val="right"/>
      </w:pPr>
      <w:r>
        <w:t>Is it right what he said? अब उन्होंने पूरी कोशिश कर ली है अब वो सिर्फ दुआ करें और अल्लाह से उम्मीद रखें कि अल्लाह उनकी मदद करेगा उन्होंने उनकी तरफ से तो कोई कमी नहीं हुई है ना अब किसी को कोई ज़बरदस्ती ऐसे तो कासुल्लाह सरस्वलम के बारे में भी कहा गया था कि तुम जारोगा नहीं हो कि किसी को हम ज़बरदस्ती थोड़ी समझा सकते हैं.</w:t>
      </w:r>
    </w:p>
    <w:p>
      <w:r>
        <w:rPr>
          <w:b/>
        </w:rPr>
        <w:t xml:space="preserve">[39:11] </w:t>
      </w:r>
      <w:r>
        <w:t>bas koshish karein aur negativity na rahe aur dua karein Allah se ke Allah taala jo behtar hoga woh Allah taala karenge.</w:t>
      </w:r>
    </w:p>
    <w:p>
      <w:pPr>
        <w:jc w:val="right"/>
      </w:pPr>
      <w:r>
        <w:t>बस कोशिश करें और negativity ना रहे और दुआ करें अल्लाह से कि अल्लाह तालाह जो बेहतर होगा वह अल्लाह तालाह करेंगे.</w:t>
      </w:r>
    </w:p>
    <w:p>
      <w:r>
        <w:rPr>
          <w:b/>
        </w:rPr>
        <w:t xml:space="preserve">[39:19] </w:t>
      </w:r>
      <w:r>
        <w:t>Time hota hai agar kehte hain kya kehte hain der hain andher nahi toh agar Allah taala us kuch chahenge usmein se kuch behtareen behtareen hone wali hogi toh Allah dala ki madad aayegi aur lamba bas dua karein aur intezar karein intezar bhi kehte hain intezar farz. Opening ka intezar karna bhi ibadat hai.</w:t>
      </w:r>
    </w:p>
    <w:p>
      <w:pPr>
        <w:jc w:val="right"/>
      </w:pPr>
      <w:r>
        <w:t>Time होता है अगर कहते हैं क्या कहते हैं देर हैं अंधेर नहीं तो अगर अल्लाह तालाह उस कुछ चाहेंगे उसमें से कुछ बेहतरीन बेहतरीन होने वाली होगी तो अल्लाह दाला की मदद आएगी और लंबा बस दुआ करें और इंतज़ार करें इंतज़ार भी कहते हैं इंतज़ार फर्ज. Opening का इंतज़ार करना भी इबादत है.</w:t>
      </w:r>
    </w:p>
    <w:p>
      <w:r>
        <w:rPr>
          <w:b/>
        </w:rPr>
        <w:t xml:space="preserve">[39:48] </w:t>
      </w:r>
      <w:r>
        <w:t>toh iba intezar karein aur Allah se dua karein. Negativity nahi rakhi unke bare mein bas yeh kahungi. Ok, aapka. Doctor Sapina you can go ahead with your question. mere sawal ka jawab waise ho gaya lagbhag aap logon ki in baaton se abhi abhi.</w:t>
      </w:r>
    </w:p>
    <w:p>
      <w:pPr>
        <w:jc w:val="right"/>
      </w:pPr>
      <w:r>
        <w:t>तो इबाद इंतज़ार करें और अल्लाह से दुआ करें. Negativity नहीं रखी उनके बारे में बस यह कहूंगी. Ok, आपका. Doctor सापीना you can go ahead with your question. मेरे सवाल का जवाब वैसे हो गया लगभग आप लोगों की इन बातों से अभी अभी.</w:t>
      </w:r>
    </w:p>
    <w:p>
      <w:r>
        <w:rPr>
          <w:b/>
        </w:rPr>
        <w:t xml:space="preserve">[40:08] </w:t>
      </w:r>
      <w:r>
        <w:t>main sirf yeh kehna cha rahi thi ke ek bar arsala mein ek article padha ke jaise Shapina aapne bataya tha ke koi person hai woh lagatar aapki kisi baat ko refute kar raha hai, samajh nahi raha hai ya koi derogatory uska response de raha hai. toh Maulana sahab ne likha tha ke usko simply aap ek category se hatakar doosre category mein daal dein. us person ko aap jis jis category mein rakhe hue the uski tabdeel kar dein.</w:t>
      </w:r>
    </w:p>
    <w:p>
      <w:pPr>
        <w:jc w:val="right"/>
      </w:pPr>
      <w:r>
        <w:t>मैं सिर्फ़ यह कहना चाह रही थी कि एक बार अर्दसाला में एक article पढ़ा कि जैसे शपीना आपने बताया था कि कोई person है वह लगातार आपकी किसी बात को refute कर रहा है, समझ नहीं रहा है या कोई derogatory उसका response दे रहा है. तो मोलाना साहब ने लिखा था कि उसको simply आप एक category से हटाकर दूसरे category में डाल दें. उस person को आप जिस जिस category में रखे हुए थे उसकी तब्दील कर दें.</w:t>
      </w:r>
    </w:p>
    <w:p>
      <w:r>
        <w:rPr>
          <w:b/>
        </w:rPr>
        <w:t xml:space="preserve">[40:37] </w:t>
      </w:r>
      <w:r>
        <w:t>toh yeh cheez mujhe thodi si yahan kharidapa se samajhne ki ke isse kya matlab hua ke usko batana band kar dein ya phir usko ignore kar dein? yeh toh main bhi karti hoon ke humne kisi ko bahut high pedestal mein banta rakha hai aur woh hamari umeed par poora nahi utra toh hum usko bilkul aam aadmi ki hasiyat se treat karte hain. us high pedestal se utar dete hain phir humein koi pareshani bhi nahi hoti.</w:t>
      </w:r>
    </w:p>
    <w:p>
      <w:pPr>
        <w:jc w:val="right"/>
      </w:pPr>
      <w:r>
        <w:t>तो यह चीज़ मुझे थोड़ी सी यहां खरीदापा से समझने की कि इससे क्या मतलब हुआ कि उसको बताना बंद कर दें या फिर उसको ignore कर दें? यह तो मैं भी करती हूं कि हमने किसी को बहुत high pedestal में बंटा रखा है और वह हमारी उम्मीद पर पूरा नहीं उतरा तो हम उसको बिल्कुल आम आदमी की हसियत से treat करते हैं. उस high pedestal से उतार देते हैं फिर हमें कोई परेशानी भी नहीं होती.</w:t>
      </w:r>
    </w:p>
    <w:p>
      <w:r>
        <w:rPr>
          <w:b/>
        </w:rPr>
        <w:t xml:space="preserve">[41:04] </w:t>
      </w:r>
      <w:r>
        <w:t>ab saare sadak par log chal rahe hain kaun koi thodi ke hum jaisa chahte hain waisa woh karna hai lekin humein koi takleef nahi hoti toh hum us aadmi ko bhi jisko hum chahte the ke woh ek standard maintain kare woh nahi kar raha hai toh hum usko ek aam aadmi ki level par usko utar lete hain aur doosra yeh hai ke kuch logon ne aur doosre bhi sawal is tarah ke aaye the ke log kehte hain hum kab tak sabr karein?</w:t>
      </w:r>
    </w:p>
    <w:p>
      <w:pPr>
        <w:jc w:val="right"/>
      </w:pPr>
      <w:r>
        <w:t>अब सारे सड़क पर लोग चल रहे हैं कौन कोई थोड़ी कि हम जैसा चाहते हैं वैसा वह करना है लेकिन हमें कोई तकलीफ नहीं होती तो हम उस आदमी को भी जिसको हम चाहते थे कि वह एक standard maintain करे वह नहीं कर रहा है तो हम उसको एक आम आदमी की level पर उसको उतार लेते हैं और दूसरा यह है कि कुछ लोगों ने और दूसरे भी सवाल इस तरह के आए थे कि लोग कहते हैं हम कब तक सब्र करें?</w:t>
      </w:r>
    </w:p>
    <w:p>
      <w:r>
        <w:rPr>
          <w:b/>
        </w:rPr>
        <w:t xml:space="preserve">[41:32] </w:t>
      </w:r>
      <w:r>
        <w:t>to molana sahib ne kaha tha sabr to ek ibadat hai.</w:t>
      </w:r>
    </w:p>
    <w:p>
      <w:pPr>
        <w:jc w:val="right"/>
      </w:pPr>
      <w:r>
        <w:t>तो मोलाना साहब ने कहा था सब्र तो एक इबादत है.</w:t>
      </w:r>
    </w:p>
    <w:p>
      <w:r>
        <w:rPr>
          <w:b/>
        </w:rPr>
        <w:t xml:space="preserve">[41:38] </w:t>
      </w:r>
      <w:r>
        <w:t>तो क्या है you have sagaroon aaj roam bagair hisaab hum without measure hum sabr ka aaj roam dete</w:t>
      </w:r>
    </w:p>
    <w:p>
      <w:pPr>
        <w:jc w:val="right"/>
      </w:pPr>
      <w:r>
        <w:t>तो क्या है योफस सागरून आज रोम बगैर हिसाब हम without measure हम सब्र का आज रोम देते</w:t>
      </w:r>
    </w:p>
    <w:p>
      <w:r>
        <w:rPr>
          <w:b/>
        </w:rPr>
        <w:t xml:space="preserve">[41:44] </w:t>
      </w:r>
      <w:r>
        <w:t>hain to sabr to jitna karne ka mauka mile utni achha hai hamein to hamara to reward hi</w:t>
      </w:r>
    </w:p>
    <w:p>
      <w:pPr>
        <w:jc w:val="right"/>
      </w:pPr>
      <w:r>
        <w:t>हैं तो सब्र तो जितना करने का मौका मिले उतनी अच्छा है हमें तो हमारा तो reward ही</w:t>
      </w:r>
    </w:p>
    <w:p>
      <w:r>
        <w:rPr>
          <w:b/>
        </w:rPr>
        <w:t xml:space="preserve">[41:50] </w:t>
      </w:r>
      <w:r>
        <w:t>badh raha hai na isliye sabr se kabhi pareshan mat hui hai.</w:t>
      </w:r>
    </w:p>
    <w:p>
      <w:pPr>
        <w:jc w:val="right"/>
      </w:pPr>
      <w:r>
        <w:t>बढ़ रहा है ना इसलिए सब्र से कभी परेशान मत हुई है.</w:t>
      </w:r>
    </w:p>
    <w:p>
      <w:r>
        <w:rPr>
          <w:b/>
        </w:rPr>
        <w:t xml:space="preserve">[41:56] </w:t>
      </w:r>
      <w:r>
        <w:t>allah taala hamein mauka de raha hai reward dene ke liye.</w:t>
      </w:r>
    </w:p>
    <w:p>
      <w:pPr>
        <w:jc w:val="right"/>
      </w:pPr>
      <w:r>
        <w:t>अल्लाह तालाह हमें मौका दे रहा है reward देने के लिए.</w:t>
      </w:r>
    </w:p>
    <w:p>
      <w:r>
        <w:rPr>
          <w:b/>
        </w:rPr>
        <w:t xml:space="preserve">[42:03] </w:t>
      </w:r>
      <w:r>
        <w:t>Clear ho gaya apa. Shukriya. Thank you papa. achha ek sawal papa yeh Ramzan aur taravi se matlab hai ke achha kai log ek jagah ikatthe kisi building mein rehte hain aur yeh Ramzan ka mahina shuru ho raha hai aur taravi bhi shuru ho rahi hai. toh ek jaise ke ek jagah assign ho jata hai ke wahan par mard aurat ek partition ya kuch distance create karke auratein bhi imam ke peeche namaz padh sakti hain.</w:t>
      </w:r>
    </w:p>
    <w:p>
      <w:pPr>
        <w:jc w:val="right"/>
      </w:pPr>
      <w:r>
        <w:t>Clear हो गया आपा. शुक्रिया. Thank you papa. अच्छा एक सवाल papa यह रमज़ान और तरावी से मतलब है कि अच्छा कई लोग एक जगह इकट्ठे किसी building में रहते हैं और यह रमज़ान का महीना शुरू हो रहा है और तरावी भी शुरू हो रही है. तो एक जैसे कि एक जगह assign हो जाता है कि वहां पर मर्द औरत एक partition या कुछ distance create करके औरतें भी इमाम के पीछे नमाज़ पढ़ सकती हैं.</w:t>
      </w:r>
    </w:p>
    <w:p>
      <w:r>
        <w:rPr>
          <w:b/>
        </w:rPr>
        <w:t xml:space="preserve">[42:33] </w:t>
      </w:r>
      <w:r>
        <w:t>toh yeh kahan tak aap aap yeh sahi hai aur aisa kya karna chahiye? log milkar ke ek hi building, ek hi campus mein log mard aurat ek namaz aage peeche karke padhein.</w:t>
      </w:r>
    </w:p>
    <w:p>
      <w:pPr>
        <w:jc w:val="right"/>
      </w:pPr>
      <w:r>
        <w:t>तो यह कहां तक आप आप यह सही है और ऐसा क्या करना चाहिए? लोग मिलकर के एक ही building, एक ही campus में लोग मर्द औरत एक नमाज़ आगे पीछे करके पढ़ें.</w:t>
      </w:r>
    </w:p>
    <w:p>
      <w:r>
        <w:rPr>
          <w:b/>
        </w:rPr>
        <w:t xml:space="preserve">[42:48] </w:t>
      </w:r>
      <w:r>
        <w:t>to namaz to auratein saath mein padhti hi thi unki alag sab banti thi na alag sab ek</w:t>
      </w:r>
    </w:p>
    <w:p>
      <w:pPr>
        <w:jc w:val="right"/>
      </w:pPr>
      <w:r>
        <w:t>तो नमाज़ तो औरतें साथ में पढ़ती ही थी उनकी अलग सब बनती थी ना अलग सब एक</w:t>
      </w:r>
    </w:p>
    <w:p>
      <w:r>
        <w:rPr>
          <w:b/>
        </w:rPr>
        <w:t xml:space="preserve">[42:55] </w:t>
      </w:r>
      <w:r>
        <w:t>side mein namaz padhti thi lekin agar ghar mein aur nahin intezam hai to bahar jaakar padh sakti</w:t>
      </w:r>
    </w:p>
    <w:p>
      <w:pPr>
        <w:jc w:val="right"/>
      </w:pPr>
      <w:r>
        <w:t>side में नमाज़ पढ़ती थी लेकिन अगर घर में और नहीं इंतज़ाम है तो बाहर जाकर पड़ सकती</w:t>
      </w:r>
    </w:p>
    <w:p>
      <w:r>
        <w:rPr>
          <w:b/>
        </w:rPr>
        <w:t xml:space="preserve">[43:02] </w:t>
      </w:r>
      <w:r>
        <w:t>hain lekin wahi hai ki poori sanjidgi ke saath jaayen aur poore uda se tabajjoh qaaim rakhen koi</w:t>
      </w:r>
    </w:p>
    <w:p>
      <w:pPr>
        <w:jc w:val="right"/>
      </w:pPr>
      <w:r>
        <w:t>हैं लेकिन वही है कि पूरी संजीदगी के साथ जाएं और पूरे उदा से तबज्जो कायम रखें कोई</w:t>
      </w:r>
    </w:p>
    <w:p>
      <w:r>
        <w:rPr>
          <w:b/>
        </w:rPr>
        <w:t xml:space="preserve">[43:09] </w:t>
      </w:r>
      <w:r>
        <w:t>bhi idhar udhar ki faazil baat na karen jaayen jaise sahib sahib ya jo jaati thi namaz padhne</w:t>
      </w:r>
    </w:p>
    <w:p>
      <w:pPr>
        <w:jc w:val="right"/>
      </w:pPr>
      <w:r>
        <w:t>भी इधर उधर की फ़ाज़िल बात ना करें जाएं जैसे साहब साहब या जो जाती थी नामाज़ पढ़ने</w:t>
      </w:r>
    </w:p>
    <w:p>
      <w:r>
        <w:rPr>
          <w:b/>
        </w:rPr>
        <w:t xml:space="preserve">[43:16] </w:t>
      </w:r>
      <w:r>
        <w:t>wo namaz padhti thi chali jaati thi wahan se wapas to is tarike se aap mera khayal mein</w:t>
      </w:r>
    </w:p>
    <w:p>
      <w:pPr>
        <w:jc w:val="right"/>
      </w:pPr>
      <w:r>
        <w:t>वो नमाज़ पढ़ती थी चली जाती थी वहां से वापस तो इस तरीके से आप मेरा ख्याल में</w:t>
      </w:r>
    </w:p>
    <w:p>
      <w:r>
        <w:rPr>
          <w:b/>
        </w:rPr>
        <w:t xml:space="preserve">[43:23] </w:t>
      </w:r>
      <w:r>
        <w:t>padh sakte hain koi harsh to nahin hai.</w:t>
      </w:r>
    </w:p>
    <w:p>
      <w:pPr>
        <w:jc w:val="right"/>
      </w:pPr>
      <w:r>
        <w:t>पढ़ सकते हैं कोई हर्ष तो नहीं है.</w:t>
      </w:r>
    </w:p>
    <w:p>
      <w:r>
        <w:rPr>
          <w:b/>
        </w:rPr>
        <w:t xml:space="preserve">[43:30] </w:t>
      </w:r>
      <w:r>
        <w:t>harsh to nahin hai lekin ghar mein agar ghar mein arrangement hai chand auratein milkar padhne ka to</w:t>
      </w:r>
    </w:p>
    <w:p>
      <w:pPr>
        <w:jc w:val="right"/>
      </w:pPr>
      <w:r>
        <w:t>हर्ष तो नहीं है लेकिन घर में अगर घर में arrangement है चंद औरतें मिलकर पढ़ने का तो</w:t>
      </w:r>
    </w:p>
    <w:p>
      <w:r>
        <w:rPr>
          <w:b/>
        </w:rPr>
        <w:t xml:space="preserve">[43:37] </w:t>
      </w:r>
      <w:r>
        <w:t>ghar mein bhi padh sakte ho.</w:t>
      </w:r>
    </w:p>
    <w:p>
      <w:pPr>
        <w:jc w:val="right"/>
      </w:pPr>
      <w:r>
        <w:t>घर में भी पढ़ सकते हो.</w:t>
      </w:r>
    </w:p>
    <w:p>
      <w:r>
        <w:rPr>
          <w:b/>
        </w:rPr>
        <w:t xml:space="preserve">[43:45] </w:t>
      </w:r>
      <w:r>
        <w:t>puran khatm karna zaroori nahin hai padhna chahte quran aap bol dijiye.</w:t>
      </w:r>
    </w:p>
    <w:p>
      <w:pPr>
        <w:jc w:val="right"/>
      </w:pPr>
      <w:r>
        <w:t>पुरान खत्म करना ज़रूरी नहीं है पढ़ना चाहते कुरान आप बोल दीजिए.</w:t>
      </w:r>
    </w:p>
    <w:p>
      <w:r>
        <w:rPr>
          <w:b/>
        </w:rPr>
        <w:t xml:space="preserve">[43:52] </w:t>
      </w:r>
      <w:r>
        <w:t>quran, quran ke baare mam taur se yeh samajhte hain ki quran ek khatm hona chahiye traabhi mein</w:t>
      </w:r>
    </w:p>
    <w:p>
      <w:pPr>
        <w:jc w:val="right"/>
      </w:pPr>
      <w:r>
        <w:t>कुरान, कुरान के बारे माम तौर से यह समझते हैं कि कुरान एक खत्म होना चाहिए त्राभी में</w:t>
      </w:r>
    </w:p>
    <w:p>
      <w:r>
        <w:rPr>
          <w:b/>
        </w:rPr>
        <w:t xml:space="preserve">[44:00] </w:t>
      </w:r>
      <w:r>
        <w:t>yeh zaroori nahin hai.</w:t>
      </w:r>
    </w:p>
    <w:p>
      <w:pPr>
        <w:jc w:val="right"/>
      </w:pPr>
      <w:r>
        <w:t>यह ज़रूरी नहीं है.</w:t>
      </w:r>
    </w:p>
    <w:p>
      <w:r>
        <w:rPr>
          <w:b/>
        </w:rPr>
        <w:t xml:space="preserve">[44:08] </w:t>
      </w:r>
      <w:r>
        <w:t>toh agar ghar mein padhein toh yeh behtar hai aur agar kisi ko shauk ho ke woh ek jagah ikhataav kar padhein, masjid ho ya ek kisi building mein ho toh padh sakte hain. ismein toh mana nahi hai lekin behtar hai ke aadmi ghar mein hi padhein aur sabse achha waqt jo hai tarabi ka ya tajud ka jo hai woh aap sheri se ek ghanta pehle uthe padh lein us waqt. theek hai.</w:t>
      </w:r>
    </w:p>
    <w:p>
      <w:pPr>
        <w:jc w:val="right"/>
      </w:pPr>
      <w:r>
        <w:t>तो अगर घर में पढ़ें तो यह बेहतर है और अगर किसी को शौक हो कि वह एक जगह इकट्ठाव कर पढ़ें, मस्जिद हो या एक किसी building में हो तो पढ़ सकते हैं. इसमें तो मना नहीं है लेकिन बेहतर है कि आदमी घर में ही पढ़ें और सबसे अच्छा वक्त जो है तराबी का या ताजूद का जो है वह आप शेरी से एक घंटा पहले उठे पढ़ लें उस वक्त. ठीक है.</w:t>
      </w:r>
    </w:p>
    <w:p>
      <w:r>
        <w:rPr>
          <w:b/>
        </w:rPr>
        <w:t xml:space="preserve">[44:35] </w:t>
      </w:r>
      <w:r>
        <w:t>appa woh lailatul qadr ke jo shab qadr ki raat hoti hai uske bare mein thoda kuch brief mein bata dein. kaun si problem hai? woh kehte hain faisle ki raat hai bahut zyada farishte utarte hain aur Allah ke faisle us raat ko hote hain toh woh raat bahut hi zyada abzal maani jati hai.</w:t>
      </w:r>
    </w:p>
    <w:p>
      <w:pPr>
        <w:jc w:val="right"/>
      </w:pPr>
      <w:r>
        <w:t>अप्पा वह लैलेतुल कदर के जो शबे कदर की रात होती है उसके बारे में थोड़ा कुछ brief में बता दें. कौन सी problem है? वह कहते हैं फ़ैसले की रात है बहुत ज़्यादा फरिश्ते उतरते हैं और अल्लाह के फ़ैसले उस रात को होते हैं तो वह रात बहुत ही ज़्यादा अब्ज़ल मानी जाती है.</w:t>
      </w:r>
    </w:p>
    <w:p>
      <w:r>
        <w:rPr>
          <w:b/>
        </w:rPr>
        <w:t xml:space="preserve">[45:03] </w:t>
      </w:r>
      <w:r>
        <w:t>Quran mein aaya hai ke ek hazaar mahine ke barabar us raat ki yeh vaadat hai. toh muharan bataya tha ke ab jo farishte yahan hai kyunki duniya ka sara kaam farishte chala rahe hain toh phir uske baad upar se naye farishte utarte hain agle saal ke liye aur yeh farishte aa rahe hain jaa rahe hain toh bahut zyada spiritual mahol ho jata hai. toh spiritual mahol ki wajah se woh bahut hi spiritual effect aata hai hamari baalton mein.</w:t>
      </w:r>
    </w:p>
    <w:p>
      <w:pPr>
        <w:jc w:val="right"/>
      </w:pPr>
      <w:r>
        <w:t>पुरान में आया है कि एक हज़ार महीने के बराबर उस रात की यह वादत है. तो मुहारान बताया था कि अब जो फरिश्ते यहां है क्योंकि दुनिया का सारा काम फरिश्ते चला रहे हैं तो फिर उसके बाद ऊपर से नए फरिश्ते उतरते हैं अगले साल के लिए और यह फरिश्ते आ रहे हैं जा रहे हैं तो बहुत ज़्यादा spiritual माहौल हो जाता है. तो spiritual माहौल की वजह से वह बहुत ही spiritual effect आता है हमारी बालतों में.</w:t>
      </w:r>
    </w:p>
    <w:p>
      <w:r>
        <w:rPr>
          <w:b/>
        </w:rPr>
        <w:t xml:space="preserve">[45:33] </w:t>
      </w:r>
      <w:r>
        <w:t>to ek aadat der to wahi hoti hai jo hum logon ke baadat karte hain lekin uska spiritual</w:t>
      </w:r>
    </w:p>
    <w:p>
      <w:pPr>
        <w:jc w:val="right"/>
      </w:pPr>
      <w:r>
        <w:t>तो एक आदत देर तो वही होती है जो हम लोगों के बादत करते हैं लेकिन उसका spiritual</w:t>
      </w:r>
    </w:p>
    <w:p>
      <w:r>
        <w:rPr>
          <w:b/>
        </w:rPr>
        <w:t xml:space="preserve">[45:42] </w:t>
      </w:r>
      <w:r>
        <w:t>effect bahut zyada hota hai aur woh ek raat hoti hai woh poori usko talash karna hota hai.</w:t>
      </w:r>
    </w:p>
    <w:p>
      <w:pPr>
        <w:jc w:val="right"/>
      </w:pPr>
      <w:r>
        <w:t>effect बहुत ज़्यादा होता है और वह एक रात होती है वह पूरी उसको तलाश करना होता है.</w:t>
      </w:r>
    </w:p>
    <w:p>
      <w:r>
        <w:rPr>
          <w:b/>
        </w:rPr>
        <w:t xml:space="preserve">[45:52] </w:t>
      </w:r>
      <w:r>
        <w:t>kehte hain ki rasoolullah sallalah ek baar bahar nikle masjid hai nabbi se aapko ilm diya gaya tha</w:t>
      </w:r>
    </w:p>
    <w:p>
      <w:pPr>
        <w:jc w:val="right"/>
      </w:pPr>
      <w:r>
        <w:t>कहते हैं कि रसूल्लाह सल्लाह एक बार बाहर निकले मस्जिद है नब्बी से आपको इल्म दिया गया था</w:t>
      </w:r>
    </w:p>
    <w:p>
      <w:r>
        <w:rPr>
          <w:b/>
        </w:rPr>
        <w:t xml:space="preserve">[46:01] </w:t>
      </w:r>
      <w:r>
        <w:t>ki kaun si raat shabb qadr ki raat hai?</w:t>
      </w:r>
    </w:p>
    <w:p>
      <w:pPr>
        <w:jc w:val="right"/>
      </w:pPr>
      <w:r>
        <w:t>कि कौन सी रात शब्ब कदर की रात है?</w:t>
      </w:r>
    </w:p>
    <w:p>
      <w:r>
        <w:rPr>
          <w:b/>
        </w:rPr>
        <w:t xml:space="preserve">[46:11] </w:t>
      </w:r>
      <w:r>
        <w:t>phir aapne kaha ke yeh taak raaton mein isko dhoondho toh wahan khud hi dhoondhna padta hai woh spiritual effect itna zyada hota hai ke jo log sachmuch achhe se baadat karenge mahina bhar toh unko woh ka samajh mein aa jata hai kya shugqadar hai? tareeqa toh wahi baad mein uthne ka. mausam.</w:t>
      </w:r>
    </w:p>
    <w:p>
      <w:pPr>
        <w:jc w:val="right"/>
      </w:pPr>
      <w:r>
        <w:t>फिर आपने कहा कि यह ताक रातों में इसको ढूंढो तो वहां खुद ही ढूंढना पड़ता है वह spiritual effect इतना ज़्यादा होता है कि जो लोग सचमुच अच्छे से वादत करेंगे महीना भर तो उनको वह का समझ में आ जाता है क्या शगुकादर है? तरीका तो वही बाद में उठने का. मौसम.</w:t>
      </w:r>
    </w:p>
    <w:p>
      <w:r>
        <w:rPr>
          <w:b/>
        </w:rPr>
        <w:t xml:space="preserve">[46:35] </w:t>
      </w:r>
      <w:r>
        <w:t>tareeqa toh wahi hai baad mein uthne ka ke ek do ghanta pehle uth liya lekin hum log chuki hum log raat bhar uthte the kyunki hum log sochte the ke so jayenge toh phir neend khulegi nahi toh isi liye bahut saare log raat bhar uthte hain ke phir neend nahi khulegi. aur woh dua aap bata dijiye.</w:t>
      </w:r>
    </w:p>
    <w:p>
      <w:pPr>
        <w:jc w:val="right"/>
      </w:pPr>
      <w:r>
        <w:t>तरीका तो वही है बाद में उठने का कि एक दो घंटा पहले उठ लिया लेकिन हम लोग चूंकि हम लोग रात भर उठते थे क्योंकि हम लोग सोचते थे कि सो जाएंगे तो फिर नींद खुलेगी नहीं तो इसीलिए बहुत सारे लोग रात भर उठते हैं कि फिर नींद नहीं खुलेगी. और वह दुआ आप बता दीजिए.</w:t>
      </w:r>
    </w:p>
    <w:p>
      <w:r>
        <w:rPr>
          <w:b/>
        </w:rPr>
        <w:t xml:space="preserve">[46:58] </w:t>
      </w:r>
      <w:r>
        <w:t>शाबिक कदर की एक special dua Rasoolullah (SAW) ne batai hai main bhej dunga Samidapa ko. Adrit asha</w:t>
      </w:r>
    </w:p>
    <w:p>
      <w:pPr>
        <w:jc w:val="right"/>
      </w:pPr>
      <w:r>
        <w:t>शाबिक कदर की एक special दुआ रसूल्ला सलासन ने बताई है मैं भेज दूंगा सामिदापा को अद्रित आशा</w:t>
      </w:r>
    </w:p>
    <w:p>
      <w:r>
        <w:rPr>
          <w:b/>
        </w:rPr>
        <w:t xml:space="preserve">[47:09] </w:t>
      </w:r>
      <w:r>
        <w:t>نے رसूल्ला سے پوچھا تھا کہ مجھے شب قدر ملے تو میں کیا دعا کروں؟</w:t>
      </w:r>
    </w:p>
    <w:p>
      <w:pPr>
        <w:jc w:val="right"/>
      </w:pPr>
      <w:r>
        <w:t>ने रसूल्ला से पुछा था कि मुझे शप्रकादिर मिले तो मैं क्या दुआ करूं?</w:t>
      </w:r>
    </w:p>
    <w:p>
      <w:r>
        <w:rPr>
          <w:b/>
        </w:rPr>
        <w:t xml:space="preserve">[47:20] </w:t>
      </w:r>
      <w:r>
        <w:t>to rasoolullah sallalah ne yahi dua batai thi.</w:t>
      </w:r>
    </w:p>
    <w:p>
      <w:pPr>
        <w:jc w:val="right"/>
      </w:pPr>
      <w:r>
        <w:t>तो रसूल्ला से सल्ला ने यही दुआ बताई थी.</w:t>
      </w:r>
    </w:p>
    <w:p>
      <w:r>
        <w:rPr>
          <w:b/>
        </w:rPr>
        <w:t xml:space="preserve">[47:31] </w:t>
      </w:r>
      <w:r>
        <w:t>hum log to bas apni sait ke baare mein apni masahil ki dua karte hain aur wahan bataenge</w:t>
      </w:r>
    </w:p>
    <w:p>
      <w:pPr>
        <w:jc w:val="right"/>
      </w:pPr>
      <w:r>
        <w:t>हम लोग तो बस अपनी सैत के बारे में अपनी मसाहिल की दुआ करते हैं और वहां बताएंगे</w:t>
      </w:r>
    </w:p>
    <w:p>
      <w:r>
        <w:rPr>
          <w:b/>
        </w:rPr>
        <w:t xml:space="preserve">[47:42] </w:t>
      </w:r>
      <w:r>
        <w:t>maqrat ki dua karo kyunki sabse bada masla jo hamara hai woh maqrat ko masla hai.</w:t>
      </w:r>
    </w:p>
    <w:p>
      <w:pPr>
        <w:jc w:val="right"/>
      </w:pPr>
      <w:r>
        <w:t>मक़रत की दुआ करो क्योंकि सबसे बड़ा मसला जो हमारा है वह मक़रत को मसला है.</w:t>
      </w:r>
    </w:p>
    <w:p>
      <w:r>
        <w:rPr>
          <w:b/>
        </w:rPr>
        <w:t xml:space="preserve">[47:53] </w:t>
      </w:r>
      <w:r>
        <w:t>to ab hum kya karte hain pehle woh bachche se maqrat ki dua karke phir apni dua maangte hain.</w:t>
      </w:r>
    </w:p>
    <w:p>
      <w:pPr>
        <w:jc w:val="right"/>
      </w:pPr>
      <w:r>
        <w:t>तो अब हम क्या करते हैं पहले वह बच्चे से मक़रत की दुआ करके फिर अपनी दुआ मांगते हैं.</w:t>
      </w:r>
    </w:p>
    <w:p>
      <w:r>
        <w:rPr>
          <w:b/>
        </w:rPr>
        <w:t xml:space="preserve">[48:04] </w:t>
      </w:r>
      <w:r>
        <w:t>hum insan hain humse raha toh jata nahi ke aur bhi Allah se kuch mang le. mang sakte hain kuch bhi mang sakte hain. ji boliye. ji tiravi mein bees rikati namaz padhni zaroori hai? yeh bata dein. nahi sunai der mein mujhe. yeh puch rahi hain ke bees rekat namaz hi padhna zaroori hai tiravi ki namaz. nahi hai na?</w:t>
      </w:r>
    </w:p>
    <w:p>
      <w:pPr>
        <w:jc w:val="right"/>
      </w:pPr>
      <w:r>
        <w:t>हम इंसान हैं हमसे रहा तो जाता नहीं कि और भी अल्लाह से कुछ मांग ले. मांग सकते हैं कुछ भी मांग सकते हैं. जी बोलिए. जी तिरावी में बीस रिकाती नमाज़ पढ़नी ज़रूरी है? यह बता दें. नहीं सुनाई देर में मुझे. यह पुछ रही हैं कि बीस रिकत नमाज़ ही पढ़ना ज़रूरी है तिरावी की नमाज़. नहीं है ना?</w:t>
      </w:r>
    </w:p>
    <w:p>
      <w:r>
        <w:rPr>
          <w:b/>
        </w:rPr>
        <w:t xml:space="preserve">[48:34] </w:t>
      </w:r>
      <w:r>
        <w:t>humse kam kitne ho?</w:t>
      </w:r>
    </w:p>
    <w:p>
      <w:pPr>
        <w:jc w:val="right"/>
      </w:pPr>
      <w:r>
        <w:t>हमसे कम कितने हो?</w:t>
      </w:r>
    </w:p>
    <w:p>
      <w:r>
        <w:rPr>
          <w:b/>
        </w:rPr>
        <w:t xml:space="preserve">[48:37] </w:t>
      </w:r>
      <w:r>
        <w:t>apne upar hai barabar padhna kyunki ek baar.</w:t>
      </w:r>
    </w:p>
    <w:p>
      <w:pPr>
        <w:jc w:val="right"/>
      </w:pPr>
      <w:r>
        <w:t>अपने ऊपर है बराबर पढ़ना क्योंकि एक बार.</w:t>
      </w:r>
    </w:p>
    <w:p>
      <w:r>
        <w:rPr>
          <w:b/>
        </w:rPr>
        <w:t xml:space="preserve">[48:40] </w:t>
      </w:r>
      <w:r>
        <w:t>par aap sab keh rahe hain ke jitni bhi parhen chaar rakat parhen, aath rakat parhen, barah rakat</w:t>
      </w:r>
    </w:p>
    <w:p>
      <w:pPr>
        <w:jc w:val="right"/>
      </w:pPr>
      <w:r>
        <w:t>पर आप सब कह रहे हैं कि जितनी भी पढ़ें चार रकत पढ़ें, आठ रकत पढ़ें, बारह रकत</w:t>
      </w:r>
    </w:p>
    <w:p>
      <w:r>
        <w:rPr>
          <w:b/>
        </w:rPr>
        <w:t xml:space="preserve">[48:43] </w:t>
      </w:r>
      <w:r>
        <w:t>parhen, barabar parhen.</w:t>
      </w:r>
    </w:p>
    <w:p>
      <w:pPr>
        <w:jc w:val="right"/>
      </w:pPr>
      <w:r>
        <w:t>पढ़ें, बराबर पढ़ें.</w:t>
      </w:r>
    </w:p>
    <w:p>
      <w:r>
        <w:rPr>
          <w:b/>
        </w:rPr>
        <w:t xml:space="preserve">[48:46] </w:t>
      </w:r>
      <w:r>
        <w:t>yeh nahin ke kabhi kam kar liya, kabhi zyada kar liya.</w:t>
      </w:r>
    </w:p>
    <w:p>
      <w:pPr>
        <w:jc w:val="right"/>
      </w:pPr>
      <w:r>
        <w:t>यह नहीं कि कभी कम कर लिया, कभी ज़्यादा कर लिया.</w:t>
      </w:r>
    </w:p>
    <w:p>
      <w:r>
        <w:rPr>
          <w:b/>
        </w:rPr>
        <w:t xml:space="preserve">[48:49] </w:t>
      </w:r>
      <w:r>
        <w:t>to bees rakat to maximum hai lekin kam bhi padi ja sakti hai.</w:t>
      </w:r>
    </w:p>
    <w:p>
      <w:pPr>
        <w:jc w:val="right"/>
      </w:pPr>
      <w:r>
        <w:t>तो बीस राकत तो maximum है लेकिन कम भी पड़ी जा सकती है.</w:t>
      </w:r>
    </w:p>
    <w:p>
      <w:r>
        <w:rPr>
          <w:b/>
        </w:rPr>
        <w:t xml:space="preserve">[48:52] </w:t>
      </w:r>
      <w:r>
        <w:t>asal cheezen woh spirit ke saath parhen.</w:t>
      </w:r>
    </w:p>
    <w:p>
      <w:pPr>
        <w:jc w:val="right"/>
      </w:pPr>
      <w:r>
        <w:t>असल चीज़ें वह spirit के साथ पड़े.</w:t>
      </w:r>
    </w:p>
    <w:p>
      <w:r>
        <w:rPr>
          <w:b/>
        </w:rPr>
        <w:t xml:space="preserve">[48:55] </w:t>
      </w:r>
      <w:r>
        <w:t>tumhare karen, tumhare karen.</w:t>
      </w:r>
    </w:p>
    <w:p>
      <w:pPr>
        <w:jc w:val="right"/>
      </w:pPr>
      <w:r>
        <w:t>तुम्हारे करें, तुम्हारे करें.</w:t>
      </w:r>
    </w:p>
    <w:p>
      <w:r>
        <w:rPr>
          <w:b/>
        </w:rPr>
        <w:t xml:space="preserve">[48:58] </w:t>
      </w:r>
      <w:r>
        <w:t>woh spirit zyada important hai na ke rakat important hai.</w:t>
      </w:r>
    </w:p>
    <w:p>
      <w:pPr>
        <w:jc w:val="right"/>
      </w:pPr>
      <w:r>
        <w:t>वह spirit ज़्यादा important है ना कि रक्त important है.</w:t>
      </w:r>
    </w:p>
    <w:p>
      <w:r>
        <w:rPr>
          <w:b/>
        </w:rPr>
        <w:t xml:space="preserve">[49:01] </w:t>
      </w:r>
      <w:r>
        <w:t>sahi comment hai.</w:t>
      </w:r>
    </w:p>
    <w:p>
      <w:pPr>
        <w:jc w:val="right"/>
      </w:pPr>
      <w:r>
        <w:t>सही comment है.</w:t>
      </w:r>
    </w:p>
    <w:p>
      <w:r>
        <w:rPr>
          <w:b/>
        </w:rPr>
        <w:t xml:space="preserve">[49:05] </w:t>
      </w:r>
      <w:r>
        <w:t>achha aap yeh jo tarabi jo hum log padhte hain usmein toh wahi sura padhenge na jo hum namaz mein hum padhte hain jo humein yaad hai. ji haan, woh toh jab hum jamaat se padhte hain tab jo imam padhata hai Quran toh tab toh hum usi mein shamil rahenge nahi toh apne padhenge jo humein yaad hai wahi padhenge.</w:t>
      </w:r>
    </w:p>
    <w:p>
      <w:pPr>
        <w:jc w:val="right"/>
      </w:pPr>
      <w:r>
        <w:t>अच्छा आप यह जो तराबी जो हम लोग पढ़ते हैं उसमें तो वही सुरा पढ़ेंगे ना जो हमें नमाज़ में हम पढ़ते हैं जो हमें याद है. जी हां, वह तो जब हम जमात से पढ़ते हैं तब जो इमाम पढ़ाता है कुरान तो तब तो हम उसी में शामिल रहेंगे नहीं तो अपने पढ़ेंगे जो हमें याद है वही पढ़ेंगे.</w:t>
      </w:r>
    </w:p>
    <w:p>
      <w:r>
        <w:rPr>
          <w:b/>
        </w:rPr>
        <w:t xml:space="preserve">[49:27] </w:t>
      </w:r>
      <w:r>
        <w:t>ji aap aur kafi time hum logon ne aap kar liya bahut hi achha, bahut hi inspiring session raha. kafi learning hui hamari aur Allah hum bhi bahut hi yeh interaction bahut hi hum log await karte hain har mahina ke hamara yeh interaction ho aur kuch apna sawal hum poochein. jaza aap yeh session ko har mahina hamare liye laati hain.</w:t>
      </w:r>
    </w:p>
    <w:p>
      <w:pPr>
        <w:jc w:val="right"/>
      </w:pPr>
      <w:r>
        <w:t>जी आप और काफी time हम लोगों ने आप कर लिया बहुत ही अच्छा, बहुत ही inspiring session रहा. काफी learning हुई हमारी और अल्लाह हम भी बहुत ही यह interaction बहुत ही हम लोग await करते हैं हर महीना कि हमारा यह interaction हो और कुछ अपना सवाल हम पूछें. जज़ा आप यह session को हर महीना हमारे लिए लाती हैं.</w:t>
      </w:r>
    </w:p>
    <w:p>
      <w:r>
        <w:rPr>
          <w:b/>
        </w:rPr>
        <w:t xml:space="preserve">[49:55] </w:t>
      </w:r>
      <w:r>
        <w:t>toh aapka aur time na lete hue main is session ko close karti hoon with the dua from the farad bhai. farad bhai dua haan ke haan. ek ek bar se ram. ji, main Nori Moda bol rahi hoon Delhi se. ek question tha mera, sorry. ji ji, boliye. mujhe yeh Ramzan mein aitkaf karna hota hai.</w:t>
      </w:r>
    </w:p>
    <w:p>
      <w:pPr>
        <w:jc w:val="right"/>
      </w:pPr>
      <w:r>
        <w:t>तो आपका और time ना लेते हुए मैं इस session को close करती हूं with the दुआ from the फ़राद भाई. फराद भाई दुआ हां के हां. एक एक बार से राम. जी, मैं नोरी मोदा बोल रही हूं Delhi से. एक question था मेरा, sorry. जी जी, बोलिए. मुझे यह रमज़ान में ऐतिकाफ करना होता है.</w:t>
      </w:r>
    </w:p>
    <w:p>
      <w:r>
        <w:rPr>
          <w:b/>
        </w:rPr>
        <w:t xml:space="preserve">[50:17] </w:t>
      </w:r>
      <w:r>
        <w:t>matlab compulsory toh nahi hai lekin iske bare mein kuch batayenge yahan paritapa aur agar jaise ladies masjid nahi ja sakti toh ghar mein kar sakti hain. ghar mein kya kahein? aitkaf. haan aitkaf toh ladies ghar mein karti hain. ladies ghar mein kar sakti hain. ji uske bare mein thoda explain kar denge matlab kis tarah se karna hota hai.</w:t>
      </w:r>
    </w:p>
    <w:p>
      <w:pPr>
        <w:jc w:val="right"/>
      </w:pPr>
      <w:r>
        <w:t>मतलब compulsory तो नहीं है लेकिन इसके बारे में कुछ बताएंगे यहां परितापा और अगर जैसे ladies मस्जिद नहीं जा सकती तो घर में कर सकती हैं. घर में क्या कहें? ऐतिकाफ़. हां ऐतिकाफ़ तो ladies घर में करती हैं. Ladies घर में कर सकती हैं. जी उसके बारे में थोड़ा explain कर देंगे मतलब किस तरह से करना होता है.</w:t>
      </w:r>
    </w:p>
    <w:p>
      <w:r>
        <w:rPr>
          <w:b/>
        </w:rPr>
        <w:t xml:space="preserve">[50:45] </w:t>
      </w:r>
      <w:r>
        <w:t>koi time fix nahi hota matlab do teen ghante ke liye bhi kar sakte hain. haan, sahi baat hai na aadhe aadhe din keep karte hain lekin ramzan ka jo tha na ramzan ke naam se karein to karte hain. waise to woh ramzan ka respation nahi hoga. das din behtar hai lekin agar hamare paas kam time hai aur ladies ki bahut zimmedariyan hoti hain to hum kam time ke liye bhi aitikaf kar sakte hain.</w:t>
      </w:r>
    </w:p>
    <w:p>
      <w:pPr>
        <w:jc w:val="right"/>
      </w:pPr>
      <w:r>
        <w:t>कोई time fix नहीं होता मतलब दो तीन घंटे के लिए भी कर सकते हैं. हां, सही बात है ना आधे आधे दिन keep करते हैं लेकिन रमज़ान का जो था ना रमज़ान के नाम से करें तो करते हैं. वैसे तो वह रमज़ान का respation नहीं होगा. दस दिन बेहतर है लेकिन अगर हमारे पास कम time है और ladies की बहुत ज़िम्मेदारियां होती हैं तो हम कम time के लिए भी ऐतिकाप कर सकते हैं.</w:t>
      </w:r>
    </w:p>
    <w:p>
      <w:r>
        <w:rPr>
          <w:b/>
        </w:rPr>
        <w:t xml:space="preserve">[51:11] </w:t>
      </w:r>
      <w:r>
        <w:t>wahi hota hai wahi nafil namaden, wahi quran, wahi duaen yahi sab hota hai alag se nahi kuch hota hai. quran ka matlab karju mein se karna? puran kuch samajhkar padhna, usko tadabur karna to woh hai thodi do uski thodi translation jisko aadmi na aati hoon translation ke saath padhna to yeh sab hai.</w:t>
      </w:r>
    </w:p>
    <w:p>
      <w:pPr>
        <w:jc w:val="right"/>
      </w:pPr>
      <w:r>
        <w:t>वही होता है वही नफिल नामादें, वही कुरान, वही दुआएं यही सब होता है अलग से नहीं कुछ होता है. कुरान का मतलब कर्जू में से करना? पुरान कुछ समझकर पढ़ना, उसको तदबूर करना तो वह है थोड़ी दो उसकी थोड़ी translation जिसको आदमी ना आती हूं translation के साथ पढ़ना तो यह सब है.</w:t>
      </w:r>
    </w:p>
    <w:p>
      <w:r>
        <w:rPr>
          <w:b/>
        </w:rPr>
        <w:t xml:space="preserve">[51:35] </w:t>
      </w:r>
      <w:r>
        <w:t>abba aitikaf ke bare mein humne yeh suna hai ki ek ghar ka ek kona apne liye woh kar lein aur shayad family members ko bata dein ki woh aitikaf mein baithi hain unko koi disturb na karein. aisa kuch hai aapka? suna aam halat mein koi disturb na karein lekin agar koi bahut emergency situation aa gayi hai to uth bhi sakte hain.</w:t>
      </w:r>
    </w:p>
    <w:p>
      <w:pPr>
        <w:jc w:val="right"/>
      </w:pPr>
      <w:r>
        <w:t>अब्बा ऐतिकाफ के बारे में हमने यह सुना है कि एक घर का एक कोना अपने लिए वह कर लें और शायद family members को बता दें कि वह ऐतिकाफ में बैठी हैं उनको कोई disturb ना करें. ऐसा कुछ है आपका? सुना आम हालत में कोई disturb ना करें लेकिन अगर कोई बहुत emergency situation आ गई है तो उठ भी सकते हैं.</w:t>
      </w:r>
    </w:p>
    <w:p>
      <w:r>
        <w:rPr>
          <w:b/>
        </w:rPr>
        <w:t xml:space="preserve">[51:58] </w:t>
      </w:r>
      <w:r>
        <w:t>ek baar abdullah ibn e abbas yeh the kaf mein the mazdir nabbir mein koi aa gaya uski koi sab zaroorat ke liye to abdullah ibn e abbas uthkar gaye uska kaam kiya phir khamoshi se kaam karke phir aakar itne kaf mein baith gaye. to emergency ke liye uthe. aam halat mein nahi uthae. ok, doctor najma siddiqui hai. she wants to ask one question. aap aap mute unmute karein apne. awaaz nahi aa</w:t>
      </w:r>
    </w:p>
    <w:p>
      <w:pPr>
        <w:jc w:val="right"/>
      </w:pPr>
      <w:r>
        <w:t>एक बार अब्दुल्लाह इब्नाहब्बास यह थे काफ में थे मज़दीर नब्बीर में कोई आ गया उसकी कोई सब ज़रूरत के लिए तो अब्दुल्लाहिब नब्बास उठकर गए उसका काम किया फिर खामोशी से काम करके फिर आकर इतने काफ़ में बैठ गए. तो emergency के लिए उठे. आम हालत में नहीं उठाए. Ok, doctor नजमा सिद्दीकी है. She wants to ask one question. आप आप mute unmute करें अपने. आवाज़ नहीं आ</w:t>
      </w:r>
    </w:p>
    <w:p>
      <w:r>
        <w:rPr>
          <w:b/>
        </w:rPr>
        <w:t xml:space="preserve">[52:28] </w:t>
      </w:r>
      <w:r>
        <w:t>rahi hai? theek hai. assalamualikum. maine abhi Maulana ka ek video dekha tha to Maulana ne kaha ki yeh jo last ke din hai yeh ek tarah se hamara physical aitikaf hai. lekin otherwise spiritual, spiritual ek aitikaf to pure ramzan hai aur iske alawa bhi agar hum har waqt Allah ke bare mein sochte hain to woh bhi hamara aitikaf hai.</w:t>
      </w:r>
    </w:p>
    <w:p>
      <w:pPr>
        <w:jc w:val="right"/>
      </w:pPr>
      <w:r>
        <w:t>रही है? ठीक है. असालामालिकुम. मैंने अभी मौलाना का एक video देखा था तो मौलाना ने कहा कि यह जो last के दिन है यह एक तरह से हमारा physical ऐतिकाफ है. लेकिन otherwise spiritual, spiritual एक ऐतिकाफ तो पूरे रमज़ानी है और इसके अलावा भी अगर हम हर वक्त अल्लाह के बारे में सोचते हैं तो वह भी हमारा ऐतिकाफ है.</w:t>
      </w:r>
    </w:p>
    <w:p>
      <w:r>
        <w:rPr>
          <w:b/>
        </w:rPr>
        <w:t xml:space="preserve">[52:56] </w:t>
      </w:r>
      <w:r>
        <w:t>to main doctor farida khanam se kahungi zara is baat ko elaborate kar doon. jo unhone Maulana ne yeh baat kari hai. aitikaf ka literal meaning hai seclusion ghosha nasheeni. haan. to asal mein kya hai ki is duniya mein jab aadmi hai to bahut sari uski madhya zarooraten hoti hain to uski wajah se bahut zyada woh spiritual uska development jitna hona chahiye nahi ho ho pata.</w:t>
      </w:r>
    </w:p>
    <w:p>
      <w:pPr>
        <w:jc w:val="right"/>
      </w:pPr>
      <w:r>
        <w:t>तो मैं doctor फरीदा खानम से कहूंगी ज़रा इस बात को elaborate कर दूं. जो उन्होंने मौलाना ने यह बात करी है. ऐतिकाफ का literal meaning है seclusion घोषा नसीनी. हां. तो असल में क्या है कि इस दुनिया में जब आदमी है तो बहुत सारी उसकी माध्य ज़रूरतें होती हैं तो उसकी वजह से बहुत ज़्यादा वह spiritual उसका development जितना होना चाहिए नहीं हो हो पाता.</w:t>
      </w:r>
    </w:p>
    <w:p>
      <w:r>
        <w:rPr>
          <w:b/>
        </w:rPr>
        <w:t xml:space="preserve">[53:23] </w:t>
      </w:r>
      <w:r>
        <w:t>yeh madhya cheezen jo hain na woh ek whale ban jati hain. to isliye hum ek tikaf mein log jaate hain taaki bilkul total sense mein woh Khuda se matlab aj ho sake.</w:t>
      </w:r>
    </w:p>
    <w:p>
      <w:pPr>
        <w:jc w:val="right"/>
      </w:pPr>
      <w:r>
        <w:t>यह माध्य चीज़ें जो है ना वह एक whale वन जाती हैं. तो इसलिए हम एक तिकाफ में लोग जाते हैं ताकि बिल्कुल total sense में वह खुदा से मतलब अजय हो सके.</w:t>
      </w:r>
    </w:p>
    <w:p>
      <w:r>
        <w:rPr>
          <w:b/>
        </w:rPr>
        <w:t xml:space="preserve">[53:37] </w:t>
      </w:r>
      <w:r>
        <w:t>to yeh jo hai ehtikaf ka yahi matlab hai aur woh hai to woh physical to physical hum</w:t>
      </w:r>
    </w:p>
    <w:p>
      <w:pPr>
        <w:jc w:val="right"/>
      </w:pPr>
      <w:r>
        <w:t>तो यह जो है एहतकाफ का यही मतलब है और वह है तो वह physical तो physical हम</w:t>
      </w:r>
    </w:p>
    <w:p>
      <w:r>
        <w:rPr>
          <w:b/>
        </w:rPr>
        <w:t xml:space="preserve">[53:43] </w:t>
      </w:r>
      <w:r>
        <w:t>namaz aise kar rahe hain yeh physical hai lekin hum kin kin jazbaad ke saath namaz padh rahe</w:t>
      </w:r>
    </w:p>
    <w:p>
      <w:pPr>
        <w:jc w:val="right"/>
      </w:pPr>
      <w:r>
        <w:t>नमाज़ ऐसे कर रहे हैं यह physical है लेकिन हम किन किन जज़्बाद के साथ नमाज़ पढ़ रहे</w:t>
      </w:r>
    </w:p>
    <w:p>
      <w:r>
        <w:rPr>
          <w:b/>
        </w:rPr>
        <w:t xml:space="preserve">[53:50] </w:t>
      </w:r>
      <w:r>
        <w:t>hain kitna humne khuda mein dil lagaya hua hai khuda se hamare kitna talluq hai to woh sab</w:t>
      </w:r>
    </w:p>
    <w:p>
      <w:pPr>
        <w:jc w:val="right"/>
      </w:pPr>
      <w:r>
        <w:t>हैं कितना हमने खुदा में दिल लगाया हुआ है खुदा से हमारे कितना ताल्लुक है तो वह सब</w:t>
      </w:r>
    </w:p>
    <w:p>
      <w:r>
        <w:rPr>
          <w:b/>
        </w:rPr>
        <w:t xml:space="preserve">[53:57] </w:t>
      </w:r>
      <w:r>
        <w:t>spiritual lete hain kaafi to sab poori saari ibaadaat hi asal mein uska ibaadaat jo wahi hai</w:t>
      </w:r>
    </w:p>
    <w:p>
      <w:pPr>
        <w:jc w:val="right"/>
      </w:pPr>
      <w:r>
        <w:t>spiritual लेते हैं काफी तो सब पूरी सारी अबादात ही इस असल में उसका अबादात जो वही है</w:t>
      </w:r>
    </w:p>
    <w:p>
      <w:r>
        <w:rPr>
          <w:b/>
        </w:rPr>
        <w:t xml:space="preserve">[54:04] </w:t>
      </w:r>
      <w:r>
        <w:t>jo spiritual ho jo hamare dil aur dimaag ke saath poore tareeqe se woh nikle aur khali jo</w:t>
      </w:r>
    </w:p>
    <w:p>
      <w:pPr>
        <w:jc w:val="right"/>
      </w:pPr>
      <w:r>
        <w:t>जो spiritual हो जो हमारे दिल और दिमाग के साथ पूरे तरीके से वह निकले और खाली जो</w:t>
      </w:r>
    </w:p>
    <w:p>
      <w:r>
        <w:rPr>
          <w:b/>
        </w:rPr>
        <w:t xml:space="preserve">[54:10] </w:t>
      </w:r>
      <w:r>
        <w:t>log main ek pissa aapko batati hoon ke masjid nabbe mein ek shahi aaye namaz padhi unhone rasoolullah</w:t>
      </w:r>
    </w:p>
    <w:p>
      <w:pPr>
        <w:jc w:val="right"/>
      </w:pPr>
      <w:r>
        <w:t>लोग मैं एक पिस्सा आपको बताती हूं कि मस्जिद नब्बे में एक शाही आए नमाज़ पढ़ी उन्होंने रसूल्लाह</w:t>
      </w:r>
    </w:p>
    <w:p>
      <w:r>
        <w:rPr>
          <w:b/>
        </w:rPr>
        <w:t xml:space="preserve">[54:17] </w:t>
      </w:r>
      <w:r>
        <w:t>masjid mein baithe hue the namaz padhi to aapne kaha ke jab namaz padhkar aaye to aapne kaha</w:t>
      </w:r>
    </w:p>
    <w:p>
      <w:pPr>
        <w:jc w:val="right"/>
      </w:pPr>
      <w:r>
        <w:t>मस्जिद में बैठे हुए थे नमाज़ पढ़ी तो आपने कहा कि जब नमाज़ पड़कर आए तो आपने कहा</w:t>
      </w:r>
    </w:p>
    <w:p>
      <w:r>
        <w:rPr>
          <w:b/>
        </w:rPr>
        <w:t xml:space="preserve">[54:24] </w:t>
      </w:r>
      <w:r>
        <w:t>jao dobara namaz padhoge kyunke tumne namaz nahin padhi.</w:t>
      </w:r>
    </w:p>
    <w:p>
      <w:pPr>
        <w:jc w:val="right"/>
      </w:pPr>
      <w:r>
        <w:t>जाओ दोबारा नमाज़ पड़ोगे क्योंकि तुमने नमाज़ नहीं पड़ी.</w:t>
      </w:r>
    </w:p>
    <w:p>
      <w:r>
        <w:rPr>
          <w:b/>
        </w:rPr>
        <w:t xml:space="preserve">[54:31] </w:t>
      </w:r>
      <w:r>
        <w:t>iska matlab hai unhone yeh sara to pura kiya hoga na farm wali namaz lekin woh work nahi hui jab tak hum pure dilo dimagh ke saath spirit ke saath namaz nahi padhenge to ya namaz ya koi bhi ibadat to woh pura ke haan acceptable nahi hogi. wahi wahi wahi spiritual namaz hai wahi spiritual ho jaye. I think we should end this session now. We are getting a seat.</w:t>
      </w:r>
    </w:p>
    <w:p>
      <w:pPr>
        <w:jc w:val="right"/>
      </w:pPr>
      <w:r>
        <w:t>इसका मतलब है उन्होंने यह सारा तो पूरा किया होगा ना farm वाली नमाज़ लेकिन वह work नहीं हुई जब तक हम पूरे दिलों दिमाग के साथ spirit के साथ नमाज़ नहीं पड़ेंगे तो या नमाज़ या कोई भी इबादत तो वह पूरा के हां acceptable नहीं होगी. वही वही वही spiritual नमाज़ है वही spiritual हो जाए. I think we should end this session now. We are getting a seat.</w:t>
      </w:r>
    </w:p>
    <w:p>
      <w:r>
        <w:rPr>
          <w:b/>
        </w:rPr>
        <w:t xml:space="preserve">[55:00] </w:t>
      </w:r>
      <w:r>
        <w:t>chalo chalo mera ek program hai.</w:t>
      </w:r>
    </w:p>
    <w:p>
      <w:pPr>
        <w:jc w:val="right"/>
      </w:pPr>
      <w:r>
        <w:t>चलो चलो मेरा एक program है.</w:t>
      </w:r>
    </w:p>
    <w:p>
      <w:r>
        <w:rPr>
          <w:b/>
        </w:rPr>
        <w:t xml:space="preserve">[55:10] </w:t>
      </w:r>
      <w:r>
        <w:t>Ok, So I think we should end this session giving aap a time to prepare for tomorrow.</w:t>
      </w:r>
    </w:p>
    <w:p>
      <w:pPr>
        <w:jc w:val="right"/>
      </w:pPr>
      <w:r>
        <w:t>Ok, So I think we should end this session giving आप a time to prepare for tomorrow.</w:t>
      </w:r>
    </w:p>
    <w:p>
      <w:r>
        <w:rPr>
          <w:b/>
        </w:rPr>
        <w:t xml:space="preserve">[55:20] </w:t>
      </w:r>
      <w:r>
        <w:t>So farad bhai ek chhoti si dua kar dein session ko end kar dein.</w:t>
      </w:r>
    </w:p>
    <w:p>
      <w:pPr>
        <w:jc w:val="right"/>
      </w:pPr>
      <w:r>
        <w:t>So फ़राद भाई एक छोटी सी दुआ कर दें session को end कर दें.</w:t>
      </w:r>
    </w:p>
    <w:p>
      <w:r>
        <w:rPr>
          <w:b/>
        </w:rPr>
        <w:t xml:space="preserve">[55:30] </w:t>
      </w:r>
      <w:r>
        <w:t>hum dua mein abhi aaj woh dua padhenge jo rasoolullah sallallahu sallallahu chand dekhne ke liye padhte the.</w:t>
      </w:r>
    </w:p>
    <w:p>
      <w:pPr>
        <w:jc w:val="right"/>
      </w:pPr>
      <w:r>
        <w:t>हम दुआ में अभी आज वह दुआ पढ़ेंगे जो रसुल्लाह सलाह सलाह चांद देखने के लिए पढ़ते थे.</w:t>
      </w:r>
    </w:p>
    <w:p>
      <w:r>
        <w:rPr>
          <w:b/>
        </w:rPr>
        <w:t xml:space="preserve">[55:40] </w:t>
      </w:r>
      <w:r>
        <w:t>Islam, aur abdi aur abdullah, hilalu rusting waqair. kya Allah hamare upar is ramzan ko amn aur iman ke saath lah, salamati aur Islam ke saath rah. mera rab Allah hai ab ramzan kab hi rab Allah hai. Allah is ramzan ko purust aur khair wala ramzan banao. amin. amin. summa amin.</w:t>
      </w:r>
    </w:p>
    <w:p>
      <w:pPr>
        <w:jc w:val="right"/>
      </w:pPr>
      <w:r>
        <w:t>इस्लाम, और अब्दी और अब्दुल्लाहु, हिलालू रुष्टिंग वक़ैर. क्या अल्लाह हमारे ऊपर इस रमज़ान को अम्न और ईमान के साथ लाह, सलामती और इस्लाम के साथ राह. मेरा रब अल्लाह है अब रमज़ान कब ही रब अल्लाह है. अल्लाह इस रमज़ान को पुरुष्ट और खैर वाला रमज़ान बनाओ. आमिन. आमिन. सुम्मा आमिन.</w:t>
      </w:r>
    </w:p>
    <w:p>
      <w:r>
        <w:rPr>
          <w:b/>
        </w:rPr>
        <w:t xml:space="preserve">[56:07] </w:t>
      </w:r>
      <w:r>
        <w:t>to hum log is session ko ab khatm karte hain aur inshallah phir aage mahine end of the month we will inshallah meet again in April. aapka bahut shukriya apa.</w:t>
      </w:r>
    </w:p>
    <w:p>
      <w:pPr>
        <w:jc w:val="right"/>
      </w:pPr>
      <w:r>
        <w:t>तो हम लोग इस session को अब खत्म करते हैं और इंशालाह फिर आगे महीने end of the month we will इंशालाह meet again in April. आपका बहुत शुक्रिया आपा.</w:t>
      </w:r>
    </w:p>
    <w:p>
      <w:r>
        <w:rPr>
          <w:b/>
        </w:rPr>
        <w:t xml:space="preserve">[56:19] </w:t>
      </w:r>
      <w:r>
        <w:t>aapne itna time diya aur intasab ne itni achhi dauv karai aur batana aap logon ko sehat de aur batana sirmazan hum logon ko yeh jo thirty golden days hain hamare physical food ko kam karke spiritual food ko badhane wale bane aur hamari soch ko har kaam karne wale. kalla aap sabhi logon ka. jaisa kalla ho gaya hai. humein.</w:t>
      </w:r>
    </w:p>
    <w:p>
      <w:pPr>
        <w:jc w:val="right"/>
      </w:pPr>
      <w:r>
        <w:t>आपने इतना time दिया और इंतासाब ने इतनी अच्छी दौव कराई और बताना आप लोगों को सेहत दे और बताना सिर्मज़ान हम लोगों को यह जो thirty golden days हैं हमारे physical food को कम करके spiritual food को बढ़ाने वाले बने और हमारी सोच को हर काम करने वाले. कल्ला आप सभी लोगों का. जैसा कल्ला हो गया है. हमें.</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