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January 29, 2012</w:t>
      </w:r>
    </w:p>
    <w:p>
      <w:r>
        <w:t>https://youtu.be/8wJ01OnXHQE</w:t>
      </w:r>
    </w:p>
    <w:p>
      <w:r>
        <w:rPr>
          <w:b/>
        </w:rPr>
        <w:t xml:space="preserve">[00:13] </w:t>
      </w:r>
      <w:r>
        <w:t>bismillah hir rahman nir rahim, wa salla Allahu ala nabiyyil karim. rab ishrah li sadri, wa yassir li amri,</w:t>
      </w:r>
    </w:p>
    <w:p>
      <w:pPr>
        <w:jc w:val="right"/>
      </w:pPr>
      <w:r>
        <w:t>بسم اللہ الرحمن الرحیم، وصلیاللہ علی النبی الکریم۔ رب اشرحلی صدری، و یسرلی ام ری،</w:t>
      </w:r>
    </w:p>
    <w:p>
      <w:r>
        <w:rPr>
          <w:b/>
        </w:rPr>
        <w:t xml:space="preserve">[00:29] </w:t>
      </w:r>
      <w:r>
        <w:t>wahlul uqdatan min lisani, yafqahu qawli.</w:t>
      </w:r>
    </w:p>
    <w:p>
      <w:pPr>
        <w:jc w:val="right"/>
      </w:pPr>
      <w:r>
        <w:t>واحل العقد ۃمن لسانی ،یفقہ قولی۔</w:t>
      </w:r>
    </w:p>
    <w:p>
      <w:r>
        <w:rPr>
          <w:b/>
        </w:rPr>
        <w:t xml:space="preserve">[00:38] </w:t>
      </w:r>
      <w:r>
        <w:t>aaj ka topic hai "love of god", yani Allah se mohabbat.</w:t>
      </w:r>
    </w:p>
    <w:p>
      <w:pPr>
        <w:jc w:val="right"/>
      </w:pPr>
      <w:r>
        <w:t>آجکا ٹاپکہے "لو آف گاڈ" ،یعنی اللہ سے مح بت۔</w:t>
      </w:r>
    </w:p>
    <w:p>
      <w:r>
        <w:rPr>
          <w:b/>
        </w:rPr>
        <w:t xml:space="preserve">[00:50] </w:t>
      </w:r>
      <w:r>
        <w:t>Allah se mohabbat bilashubah sabse bada subject hai, sabse bada mauzu hai.</w:t>
      </w:r>
    </w:p>
    <w:p>
      <w:pPr>
        <w:jc w:val="right"/>
      </w:pPr>
      <w:r>
        <w:t>اللہ سے محبت بلاشبہ سبسے بڑا سبجیکٹہے، سبسےبڑا موضوعہے۔</w:t>
      </w:r>
    </w:p>
    <w:p>
      <w:r>
        <w:rPr>
          <w:b/>
        </w:rPr>
        <w:t xml:space="preserve">[01:00] </w:t>
      </w:r>
      <w:r>
        <w:t>zahira hai ke jis hasti ne saari kainat ko paida kiya, insaan ko paida kiya,</w:t>
      </w:r>
    </w:p>
    <w:p>
      <w:pPr>
        <w:jc w:val="right"/>
      </w:pPr>
      <w:r>
        <w:t>ظاہرہےکہ جس ہستینے ساری کائناتکو پیدا کیا،انسانکو پیدا کیا،</w:t>
      </w:r>
    </w:p>
    <w:p>
      <w:r>
        <w:rPr>
          <w:b/>
        </w:rPr>
        <w:t xml:space="preserve">[01:10] </w:t>
      </w:r>
      <w:r>
        <w:t>to uske tazkire se bada tazkira kiska ho sakta hai? aur uski mohabbat se badi mohabbat kisse ho sakti hai?</w:t>
      </w:r>
    </w:p>
    <w:p>
      <w:pPr>
        <w:jc w:val="right"/>
      </w:pPr>
      <w:r>
        <w:t>تو اس کے تذکرےسے بڑا تذکرہ کسکاہوسکتاہے؟ اوراسکی محبتسےبڑی مح بت کسسےہوسکتیہے؟</w:t>
      </w:r>
    </w:p>
    <w:p>
      <w:r>
        <w:rPr>
          <w:b/>
        </w:rPr>
        <w:t xml:space="preserve">[01:24] </w:t>
      </w:r>
      <w:r>
        <w:t>isi liye quran mein hai ke "allatheena amanoo ashadd huballillah"</w:t>
      </w:r>
    </w:p>
    <w:p>
      <w:pPr>
        <w:jc w:val="right"/>
      </w:pPr>
      <w:r>
        <w:t>اسیلیے قرآنمیںہےکہ" الذینآمنوا أشد حبالله"</w:t>
      </w:r>
    </w:p>
    <w:p>
      <w:r>
        <w:rPr>
          <w:b/>
        </w:rPr>
        <w:t xml:space="preserve">[01:32] </w:t>
      </w:r>
      <w:r>
        <w:t>, yani imaan wale sabse zyada mohabbat karte hain Allah se.</w:t>
      </w:r>
    </w:p>
    <w:p>
      <w:pPr>
        <w:jc w:val="right"/>
      </w:pPr>
      <w:r>
        <w:t>، یعنیایمانوالے سبسےزیادہ محبتکرتے ہیں اللہ سے ۔</w:t>
      </w:r>
    </w:p>
    <w:p>
      <w:r>
        <w:rPr>
          <w:b/>
        </w:rPr>
        <w:t xml:space="preserve">[01:41] </w:t>
      </w:r>
      <w:r>
        <w:t>bible mein bhi yahi baat kahi gayi hai, new testament mein, chapter matthew. "love god with all your soul, with your heart, with all your mind".</w:t>
      </w:r>
    </w:p>
    <w:p>
      <w:pPr>
        <w:jc w:val="right"/>
      </w:pPr>
      <w:r>
        <w:t>بائبلمیںبھی یہیباتکہیگئیہے، نیوٹیسٹ منٹمیں، چیپٹر میتھیمیں۔ "لو گاڈ ودآل یور سول، ودیور ہارٹ، ودآلیور مائنڈ"۔</w:t>
      </w:r>
    </w:p>
    <w:p>
      <w:r>
        <w:rPr>
          <w:b/>
        </w:rPr>
        <w:t xml:space="preserve">[01:56] </w:t>
      </w:r>
      <w:r>
        <w:t>Allah se mohabbat karo apne poore dil, apne poore jaan, apne poore dimagh ke saath.</w:t>
      </w:r>
    </w:p>
    <w:p>
      <w:pPr>
        <w:jc w:val="right"/>
      </w:pPr>
      <w:r>
        <w:t>اللہ سے محبتکرو اپنے پورےدل ،اپنے پورےجان ،اپنے پورےدماغکےساتھ ۔</w:t>
      </w:r>
    </w:p>
    <w:p>
      <w:r>
        <w:rPr>
          <w:b/>
        </w:rPr>
        <w:t xml:space="preserve">[02:08] </w:t>
      </w:r>
      <w:r>
        <w:t>dekhen, yeh</w:t>
      </w:r>
    </w:p>
    <w:p>
      <w:pPr>
        <w:jc w:val="right"/>
      </w:pPr>
      <w:r>
        <w:t>دیکھیں،یہ</w:t>
      </w:r>
    </w:p>
    <w:p>
      <w:r>
        <w:rPr>
          <w:b/>
        </w:rPr>
        <w:t xml:space="preserve">[02:12] </w:t>
      </w:r>
      <w:r>
        <w:t>khuda se mohabbat karo, yeh kya cheez hai? iske peeche bahut badi nafsiati haqeeqat hai.</w:t>
      </w:r>
    </w:p>
    <w:p>
      <w:pPr>
        <w:jc w:val="right"/>
      </w:pPr>
      <w:r>
        <w:t>خداسے محبت کرو، یہ کیا چیزہے؟ اسکے پیچھےبہت بڑی نفسی اتی حقیقتہے۔</w:t>
      </w:r>
    </w:p>
    <w:p>
      <w:r>
        <w:rPr>
          <w:b/>
        </w:rPr>
        <w:t xml:space="preserve">[02:25] </w:t>
      </w:r>
      <w:r>
        <w:t>insan ka mutala'ah batata hai ke is ke andar sab se ziyadah taqatwar jazbah mohabbat ka jazbah hai. mohabbat ka matlab hota hai "strong affection".</w:t>
      </w:r>
    </w:p>
    <w:p>
      <w:pPr>
        <w:jc w:val="right"/>
      </w:pPr>
      <w:r>
        <w:t>انسان کا مطالعہبتاتاہےکہ اس کے اندرسبسےزیادہ طاقت ور جذبہ محبتکاجذبہہے۔ محبتکامطلبہوتاہے "اسٹرانگ افیکشن"۔</w:t>
      </w:r>
    </w:p>
    <w:p>
      <w:r>
        <w:rPr>
          <w:b/>
        </w:rPr>
        <w:t xml:space="preserve">[02:38] </w:t>
      </w:r>
      <w:r>
        <w:t>love ka matlab hai "strong affection". yeh jazbah insan ke andar interwown hai. koi bhi mard ya aurat is se khali nahin.</w:t>
      </w:r>
    </w:p>
    <w:p>
      <w:pPr>
        <w:jc w:val="right"/>
      </w:pPr>
      <w:r>
        <w:t>لو کامطلبہے "اسٹرانگ افیکشن"۔ یہ جذبہ انسان کےاندر انٹروون ہے۔ کوئیبھی مرد یاعورت اسسےخالینہیں۔</w:t>
      </w:r>
    </w:p>
    <w:p>
      <w:r>
        <w:rPr>
          <w:b/>
        </w:rPr>
        <w:t xml:space="preserve">[02:51] </w:t>
      </w:r>
      <w:r>
        <w:t>to mas'alah sirf yeh hai ke to aadmi apne is jazbe ko kisse associate karta hai?</w:t>
      </w:r>
    </w:p>
    <w:p>
      <w:pPr>
        <w:jc w:val="right"/>
      </w:pPr>
      <w:r>
        <w:t>تو مسئلہصرفیہہےکہ تو آدمی اپنےاسجذبےکو کسسے ایسوسیٹکرتاہے؟</w:t>
      </w:r>
    </w:p>
    <w:p>
      <w:r>
        <w:rPr>
          <w:b/>
        </w:rPr>
        <w:t xml:space="preserve">[03:00] </w:t>
      </w:r>
      <w:r>
        <w:t>yani aesa nahin ke koi aadmi mohabbat ke jazbe ke baghair ho. woh to us ki hasti mein interwown hai.</w:t>
      </w:r>
    </w:p>
    <w:p>
      <w:pPr>
        <w:jc w:val="right"/>
      </w:pPr>
      <w:r>
        <w:t>یعنیایسانہیںکہکوئیآدمی مح بتکے جذبےکےبغیرہو ۔ وہ تو اسکی ہستیمیں انٹروون ہے۔</w:t>
      </w:r>
    </w:p>
    <w:p>
      <w:r>
        <w:rPr>
          <w:b/>
        </w:rPr>
        <w:t xml:space="preserve">[03:12] </w:t>
      </w:r>
      <w:r>
        <w:t>to mas'alah sirf yeh hai ke aadmi associate kis se karta hai is ko?</w:t>
      </w:r>
    </w:p>
    <w:p>
      <w:pPr>
        <w:jc w:val="right"/>
      </w:pPr>
      <w:r>
        <w:t>تو مسئلہصرفیہہےکہ آدمی ایسوسیٹکسسےکرتاہےاسکو ؟</w:t>
      </w:r>
    </w:p>
    <w:p>
      <w:r>
        <w:rPr>
          <w:b/>
        </w:rPr>
        <w:t xml:space="preserve">[03:18] </w:t>
      </w:r>
      <w:r>
        <w:t>to agar aap is jazbe ko, is fitri jazbe ko associate karen Allah se, to "that is tauheed".</w:t>
      </w:r>
    </w:p>
    <w:p>
      <w:pPr>
        <w:jc w:val="right"/>
      </w:pPr>
      <w:r>
        <w:t>تواگر آپ اس جذبےکو ،اس فطریجذبےکو ای سوسیٹکریںاللہ سے، تو "دیٹاز توحید"۔</w:t>
      </w:r>
    </w:p>
    <w:p>
      <w:r>
        <w:rPr>
          <w:b/>
        </w:rPr>
        <w:t xml:space="preserve">[03:28] </w:t>
      </w:r>
      <w:r>
        <w:t>agar is ko aap associate karen kisi aur se, to "that is shirk".</w:t>
      </w:r>
    </w:p>
    <w:p>
      <w:pPr>
        <w:jc w:val="right"/>
      </w:pPr>
      <w:r>
        <w:t>اگر اسکوآپ ایسوسیٹکریں کسی اور سے، تو"دیٹاز شرک"۔</w:t>
      </w:r>
    </w:p>
    <w:p>
      <w:r>
        <w:rPr>
          <w:b/>
        </w:rPr>
        <w:t xml:space="preserve">[03:36] </w:t>
      </w:r>
      <w:r>
        <w:t>sach poochhen to yeh criterion hai shirk ka aur tauheed ka</w:t>
      </w:r>
    </w:p>
    <w:p>
      <w:pPr>
        <w:jc w:val="right"/>
      </w:pPr>
      <w:r>
        <w:t>سچپوچھیںتویہ یکرائٹیریاہے شرککااورتوحیدکا</w:t>
      </w:r>
    </w:p>
    <w:p>
      <w:r>
        <w:rPr>
          <w:b/>
        </w:rPr>
        <w:t xml:space="preserve">[03:42] </w:t>
      </w:r>
      <w:r>
        <w:t>ke aadmi apni mohabbat ke jazbe ko, love ko, strong affection ko kisse associate karta hai?</w:t>
      </w:r>
    </w:p>
    <w:p>
      <w:pPr>
        <w:jc w:val="right"/>
      </w:pPr>
      <w:r>
        <w:t>کہآدمی اپنی محبتکےجذبےکو ،لو کو، اسٹرانگافیکشنکو کسسےایسوسیٹکرتاہے؟</w:t>
      </w:r>
    </w:p>
    <w:p>
      <w:r>
        <w:rPr>
          <w:b/>
        </w:rPr>
        <w:t xml:space="preserve">[03:52] </w:t>
      </w:r>
      <w:r>
        <w:t>aap mutala'ah kijiye, poori tareekh mein aap ko kya milega?</w:t>
      </w:r>
    </w:p>
    <w:p>
      <w:pPr>
        <w:jc w:val="right"/>
      </w:pPr>
      <w:r>
        <w:t>آپ مطالعہکیجئے، پوریتاریخ میںآپکوکیاملےگا؟</w:t>
      </w:r>
    </w:p>
    <w:p>
      <w:r>
        <w:rPr>
          <w:b/>
        </w:rPr>
        <w:t xml:space="preserve">[03:56] </w:t>
      </w:r>
      <w:r>
        <w:t>koi sab se ziyadah mohabbat kar raha hai kis se? koi sab se ziyadah mohabbat karta hai apne bete se, apni aulad se? koi sab se ziyadah mohabbat kar raha hai apni fame, shohrat, power, iqtidaar?</w:t>
      </w:r>
    </w:p>
    <w:p>
      <w:pPr>
        <w:jc w:val="right"/>
      </w:pPr>
      <w:r>
        <w:t>کوئی سبسےزیادہ محبتکررہاہے منیسے ؟کوئی سبسےزیادہمحبتکرتاہے اپنے بیٹےسے ،اپنی اولادسے ؟کوئی سبسےزیادہمحبتکررہاہے اپنی فیم،شہ رت،پاور،اقت دار؟</w:t>
      </w:r>
    </w:p>
    <w:p>
      <w:r>
        <w:rPr>
          <w:b/>
        </w:rPr>
        <w:t xml:space="preserve">[04:14] </w:t>
      </w:r>
      <w:r>
        <w:t>yani kisi na kisi other god se woh apne is jazbe ko associate kiye hue hain. yeh shirk hai.</w:t>
      </w:r>
    </w:p>
    <w:p>
      <w:pPr>
        <w:jc w:val="right"/>
      </w:pPr>
      <w:r>
        <w:t>یعنی کسی نہکسی ادردھرگاڈسے وہ اپنے اس جذبےکو ایسوسیٹکیےہوئےہیں۔ یہیشرکہے۔</w:t>
      </w:r>
    </w:p>
    <w:p>
      <w:r>
        <w:rPr>
          <w:b/>
        </w:rPr>
        <w:t xml:space="preserve">[04:24] </w:t>
      </w:r>
      <w:r>
        <w:t>yaad rakhiye, kuch rituals ka naam shirk logon ne samajh liya hai ke pathar ka but pooja to shirk hai, na pooja to shirk nahin hai. yeh galat hai bilkul.</w:t>
      </w:r>
    </w:p>
    <w:p>
      <w:pPr>
        <w:jc w:val="right"/>
      </w:pPr>
      <w:r>
        <w:t>یادرکھیے،کچھ ریچ ولزکانام شرکلوگوںنےسمجھلیاہے کہ پتھرکابت پوجاتوشرکہے،نہپوجاتو شرکنہیںہے۔یہغلطہےبالکل ۔</w:t>
      </w:r>
    </w:p>
    <w:p>
      <w:r>
        <w:rPr>
          <w:b/>
        </w:rPr>
        <w:t xml:space="preserve">[04:34] </w:t>
      </w:r>
      <w:r>
        <w:t>woh to form hai. asal cheez jo hai woh in terms of spirit hoti hai. in terms of form kabhi bhi nahin hoti koi bhi cheez.</w:t>
      </w:r>
    </w:p>
    <w:p>
      <w:pPr>
        <w:jc w:val="right"/>
      </w:pPr>
      <w:r>
        <w:t>وہتو فار مہے۔ اصلچیزجوہے وہ انٹرمزآف اسپرٹہوتیہے۔ انٹرمزآففارمکبھیبھینہیںہوتیکوئیبھیچیز۔</w:t>
      </w:r>
    </w:p>
    <w:p>
      <w:r>
        <w:rPr>
          <w:b/>
        </w:rPr>
        <w:t xml:space="preserve">[04:49] </w:t>
      </w:r>
      <w:r>
        <w:t>to sara jo test hai is duniya mein woh yeh hai ke is fitrat ke andar is jazbe ko, strong affection ko, love ko aap associate karte hain kisse?</w:t>
      </w:r>
    </w:p>
    <w:p>
      <w:pPr>
        <w:jc w:val="right"/>
      </w:pPr>
      <w:r>
        <w:t>تو سارا جو ٹیسٹ ہے اسدنیا میں وہیہہے کہ اس فطرت کے اند ر اس جذبےکو ،اسٹرانگافیکشنکو، لو کو آپ ایسوسیٹکرتےہیں کسسے؟</w:t>
      </w:r>
    </w:p>
    <w:p>
      <w:r>
        <w:rPr>
          <w:b/>
        </w:rPr>
        <w:t xml:space="preserve">[05:10] </w:t>
      </w:r>
      <w:r>
        <w:t>Khuda se ya kisi aur se?</w:t>
      </w:r>
    </w:p>
    <w:p>
      <w:pPr>
        <w:jc w:val="right"/>
      </w:pPr>
      <w:r>
        <w:t>خداسےیاکسی اورسے ؟</w:t>
      </w:r>
    </w:p>
    <w:p>
      <w:r>
        <w:rPr>
          <w:b/>
        </w:rPr>
        <w:t xml:space="preserve">[05:15] </w:t>
      </w:r>
      <w:r>
        <w:t>yani yahan ke aap ko bete se mohabbat hai, family se mohabbat hai, paise se mohabbat hai, apni shohrat se, apne power se mohabbat hai, kisi bhi cheez se other than god. aur Khuda se mohabbat nahin hai?</w:t>
      </w:r>
    </w:p>
    <w:p>
      <w:pPr>
        <w:jc w:val="right"/>
      </w:pPr>
      <w:r>
        <w:t>یعنییہاں کہ آپکو بیٹےسےمحبتہے، فیملیسےمحبتہے، پیسےسےمحبتہے، اپنی شہرتسے،اپنے پاورسےمحبتہے، کسی بھیچیزسے ادردینگاڈ۔اور خداسےمحبتنہیںہے؟</w:t>
      </w:r>
    </w:p>
    <w:p>
      <w:r>
        <w:rPr>
          <w:b/>
        </w:rPr>
        <w:t xml:space="preserve">[05:30] </w:t>
      </w:r>
      <w:r>
        <w:t>Khuda se aap sirf lip service karte hain? yani dilli ta'alluq to kahin aur se hai</w:t>
      </w:r>
    </w:p>
    <w:p>
      <w:pPr>
        <w:jc w:val="right"/>
      </w:pPr>
      <w:r>
        <w:t>خداسےآپ صرف لپسروسکرتے ہیں؟ یعنیدلیتعلقتوکہیںاورسےہے</w:t>
      </w:r>
    </w:p>
    <w:p>
      <w:r>
        <w:rPr>
          <w:b/>
        </w:rPr>
        <w:t xml:space="preserve">[05:40] </w:t>
      </w:r>
      <w:r>
        <w:t>aur lip service ke taur par Khuda se hai.</w:t>
      </w:r>
    </w:p>
    <w:p>
      <w:pPr>
        <w:jc w:val="right"/>
      </w:pPr>
      <w:r>
        <w:t>اور لپسروسکےطورپرخداسےہے۔</w:t>
      </w:r>
    </w:p>
    <w:p>
      <w:r>
        <w:rPr>
          <w:b/>
        </w:rPr>
        <w:t xml:space="preserve">[05:43] </w:t>
      </w:r>
      <w:r>
        <w:t>to har giz woh tauheed nahin hai. aajkal aik culture chala hua hai musalmanon mein, baat baat pe kahin Alhamdulillah, Alhamdulillah aesa ho gaya, Alhamdulillah wesa ho gaya.</w:t>
      </w:r>
    </w:p>
    <w:p>
      <w:pPr>
        <w:jc w:val="right"/>
      </w:pPr>
      <w:r>
        <w:t>تو ہرگزوہ توحیدنہیںہے۔ آجکلایککلچرچلاہواہےمسلمانوںمیں،باتباتپہکہیںالحمدللہ، الحمدللہایساہوگیا،الحمدللہویساہوگیا۔</w:t>
      </w:r>
    </w:p>
    <w:p>
      <w:r>
        <w:rPr>
          <w:b/>
        </w:rPr>
        <w:t xml:space="preserve">[05:56] </w:t>
      </w:r>
      <w:r>
        <w:t>to Quran mein hai ke "ta'rafoon fi lahn al-qawl".</w:t>
      </w:r>
    </w:p>
    <w:p>
      <w:pPr>
        <w:jc w:val="right"/>
      </w:pPr>
      <w:r>
        <w:t>تو قرآنمیںہےکہ "تعرفون فی لحن القول"۔</w:t>
      </w:r>
    </w:p>
    <w:p>
      <w:r>
        <w:rPr>
          <w:b/>
        </w:rPr>
        <w:t xml:space="preserve">[06:05] </w:t>
      </w:r>
      <w:r>
        <w:t>yani lahn al-qawl batayega ke woh kya hai.</w:t>
      </w:r>
    </w:p>
    <w:p>
      <w:pPr>
        <w:jc w:val="right"/>
      </w:pPr>
      <w:r>
        <w:t>یعنی لحنقولبتائےگاکہوہ کیا ہے۔</w:t>
      </w:r>
    </w:p>
    <w:p>
      <w:r>
        <w:rPr>
          <w:b/>
        </w:rPr>
        <w:t xml:space="preserve">[06:09] </w:t>
      </w:r>
      <w:r>
        <w:t>to yaqeen kijiye ke jab main sunta hoon to mujhe lagta hai ke dil mein to hai alhamdulillah ghair Allah. zuban par kya hai?</w:t>
      </w:r>
    </w:p>
    <w:p>
      <w:pPr>
        <w:jc w:val="right"/>
      </w:pPr>
      <w:r>
        <w:t>تویقینکیجئےکہجبمیںسنتاہوں تومجھےلگتاہےکہدل میںتوہے الحمد لغیر اللہ۔ زبان پرکیاہے؟</w:t>
      </w:r>
    </w:p>
    <w:p>
      <w:r>
        <w:rPr>
          <w:b/>
        </w:rPr>
        <w:t xml:space="preserve">[06:18] </w:t>
      </w:r>
      <w:r>
        <w:t>Alhamdulillah. jitne bhi Alhamdulillah kehne wale hain, sab din duniya mein dekha hai maine, baat baat mein Alhamdulillah ya Alhamdulillah yeh ho gaya, Alhamdulillah woh ho gaya.</w:t>
      </w:r>
    </w:p>
    <w:p>
      <w:pPr>
        <w:jc w:val="right"/>
      </w:pPr>
      <w:r>
        <w:t>الحمد للہ۔ جتنےبھی الحمدللہ کہنےوالے ہیں، ساریدنیا میں دیکھاہےمیںنے، باتباتمیں الحمدللہ یا الحمدللہیہہوگیا،الحمدللہوہہوگیا۔</w:t>
      </w:r>
    </w:p>
    <w:p>
      <w:r>
        <w:rPr>
          <w:b/>
        </w:rPr>
        <w:t xml:space="preserve">[06:33] </w:t>
      </w:r>
      <w:r>
        <w:t>sab ka haal yeh hai ke dil mein hai to Alhamdulillah ghair Allah aur zuban par kya hai?</w:t>
      </w:r>
    </w:p>
    <w:p>
      <w:pPr>
        <w:jc w:val="right"/>
      </w:pPr>
      <w:r>
        <w:t>سب کاحال یہیہے کہ دل میںہےتو الحمدللہغیر اللہ اور زبان پرکیاہے؟</w:t>
      </w:r>
    </w:p>
    <w:p>
      <w:r>
        <w:rPr>
          <w:b/>
        </w:rPr>
        <w:t xml:space="preserve">[06:42] </w:t>
      </w:r>
      <w:r>
        <w:t>alhamdulillah, alhamdulillah. aisa alhamdulillah Allah ko hargiz matloob nahi hai.</w:t>
      </w:r>
    </w:p>
    <w:p>
      <w:pPr>
        <w:jc w:val="right"/>
      </w:pPr>
      <w:r>
        <w:t>الحمدللہ،الحمدللہ۔ ایسا الحمدللہ اللہ کو ہرگز مطلوبنہیںہے۔</w:t>
      </w:r>
    </w:p>
    <w:p>
      <w:r>
        <w:rPr>
          <w:b/>
        </w:rPr>
        <w:t xml:space="preserve">[06:52] </w:t>
      </w:r>
      <w:r>
        <w:t>ab dekhiye, yeh yeh baat sochiye ke kya wajah hai ke bible mein bhi aaya hai ke sab se zyada mohabbat Allah se karo.</w:t>
      </w:r>
    </w:p>
    <w:p>
      <w:pPr>
        <w:jc w:val="right"/>
      </w:pPr>
      <w:r>
        <w:t>ابدیکھیے، یہ یہبات سوچیے کہکیا وجہ ہے کہ بائبلمیں بھی آیاہےکہسبسےزیادہ محبتاللہ سےکرو۔</w:t>
      </w:r>
    </w:p>
    <w:p>
      <w:r>
        <w:rPr>
          <w:b/>
        </w:rPr>
        <w:t xml:space="preserve">[07:06] </w:t>
      </w:r>
      <w:r>
        <w:t>quran mein bhi aaya hai ke sab se zyada mohabbat Allah se karo. lekin yeh baat na aap musalmanon mein paayenge, na is christian mein paayenge.</w:t>
      </w:r>
    </w:p>
    <w:p>
      <w:pPr>
        <w:jc w:val="right"/>
      </w:pPr>
      <w:r>
        <w:t>قرآن میںبھیآیاہے کہ سبسےزیادہ محبتاللہسےکرو۔ لیکن یہ بات نہ آپ مسلمانوںمیںپائیںگے،نہ اس کرسچنمیںپائیںگے۔</w:t>
      </w:r>
    </w:p>
    <w:p>
      <w:r>
        <w:rPr>
          <w:b/>
        </w:rPr>
        <w:t xml:space="preserve">[07:18] </w:t>
      </w:r>
      <w:r>
        <w:t>saare christian mein aap dhoond daaliye</w:t>
      </w:r>
    </w:p>
    <w:p>
      <w:pPr>
        <w:jc w:val="right"/>
      </w:pPr>
      <w:r>
        <w:t>سارے کرسچنمیںآپ ڈھونڈڈالیے</w:t>
      </w:r>
    </w:p>
    <w:p>
      <w:r>
        <w:rPr>
          <w:b/>
        </w:rPr>
        <w:t xml:space="preserve">[07:22] </w:t>
      </w:r>
      <w:r>
        <w:t>, koi nahi milega jo sach much sab se zyada mohabbat Allah se karta ho. Na musalmanon mein koi milega aapko jo sab se zyada mohabbat Allah se karta ho.</w:t>
      </w:r>
    </w:p>
    <w:p>
      <w:pPr>
        <w:jc w:val="right"/>
      </w:pPr>
      <w:r>
        <w:t>، کوئی نہیں ملےگا جو سچمچ سبسےزیادہ مح بت اللہ سے کرتاہو۔ نہ مسلمانوںمیںکوئیملےگاآپکو جو سبسےزیادہمحبت اللہ سے کرتاہو۔</w:t>
      </w:r>
    </w:p>
    <w:p>
      <w:r>
        <w:rPr>
          <w:b/>
        </w:rPr>
        <w:t xml:space="preserve">[07:37] </w:t>
      </w:r>
      <w:r>
        <w:t>kyun? donon ne apne is jazbe ko associate kar rakha hai kisi aur se.</w:t>
      </w:r>
    </w:p>
    <w:p>
      <w:pPr>
        <w:jc w:val="right"/>
      </w:pPr>
      <w:r>
        <w:t>کیوں ؟ دون وںہینے اپنےاس جذبےکو ایسوسیٹ کر رکھاہےکسی اور سے۔</w:t>
      </w:r>
    </w:p>
    <w:p>
      <w:r>
        <w:rPr>
          <w:b/>
        </w:rPr>
        <w:t xml:space="preserve">[07:50] </w:t>
      </w:r>
      <w:r>
        <w:t>jazba toh donon mein hai lekin associate kar rakha hai kisi aur se. Woh kis se? Apne yani mazhabi jo tabqa hai, usne kar rakha hai apne peghambar se.</w:t>
      </w:r>
    </w:p>
    <w:p>
      <w:pPr>
        <w:jc w:val="right"/>
      </w:pPr>
      <w:r>
        <w:t>جذبہتودونوںمیںہے لیکن ایسوسیٹکررکھاہےکسی اورسے ۔ وہ کسسے؟ اپنے یعنی مذہبیجوطبقہہے، اسنے کررکھاہے اپنے پیغمبرسے ۔</w:t>
      </w:r>
    </w:p>
    <w:p>
      <w:r>
        <w:rPr>
          <w:b/>
        </w:rPr>
        <w:t xml:space="preserve">[08:07] </w:t>
      </w:r>
      <w:r>
        <w:t>christian ne apne peghambar ko itna badhaya, itna badhaya, itna badhaya ke inko keh diya ke yeh toh Khuda ka beta hai, son of God. Badhate badhate inko son of God bana diya.</w:t>
      </w:r>
    </w:p>
    <w:p>
      <w:pPr>
        <w:jc w:val="right"/>
      </w:pPr>
      <w:r>
        <w:t>کرسچننےاپنے پیغمبرکواتنابڑھایا،اتنابڑھایا،اتنابڑھایاکہانکوکہادیا کہیہتوخداکابیٹاہے، سن آفگاڈ۔ بڑھاتےبڑھاتےانکو سن آفگاڈبنادیا۔</w:t>
      </w:r>
    </w:p>
    <w:p>
      <w:r>
        <w:rPr>
          <w:b/>
        </w:rPr>
        <w:t xml:space="preserve">[08:22] </w:t>
      </w:r>
      <w:r>
        <w:t>musalmanon ne badhate badhate kya kiya ke</w:t>
      </w:r>
    </w:p>
    <w:p>
      <w:pPr>
        <w:jc w:val="right"/>
      </w:pPr>
      <w:r>
        <w:t>مس لمانوںنےبڑھاتےبڑھاتےکیا کیاکہ</w:t>
      </w:r>
    </w:p>
    <w:p>
      <w:r>
        <w:rPr>
          <w:b/>
        </w:rPr>
        <w:t xml:space="preserve">[08:27] </w:t>
      </w:r>
      <w:r>
        <w:t>sab kuch apne peghambar ko bana diya.</w:t>
      </w:r>
    </w:p>
    <w:p>
      <w:pPr>
        <w:jc w:val="right"/>
      </w:pPr>
      <w:r>
        <w:t>سب کچھ اپنے پیغمبریکوبنادیا۔</w:t>
      </w:r>
    </w:p>
    <w:p>
      <w:r>
        <w:rPr>
          <w:b/>
        </w:rPr>
        <w:t xml:space="preserve">[08:34] </w:t>
      </w:r>
      <w:r>
        <w:t>main bachpan se is tarah ki baat sunta aaya hoon. Hamare apne khandan mein hamare bhai the, woh shayar the.</w:t>
      </w:r>
    </w:p>
    <w:p>
      <w:pPr>
        <w:jc w:val="right"/>
      </w:pPr>
      <w:r>
        <w:t>میں بچپنسےاسطرحکیبات سنتاآیاہوں۔ ہمارے اپنے خان دانمیں ہمارے بھائی تھے،وہشاعرتھے۔</w:t>
      </w:r>
    </w:p>
    <w:p>
      <w:r>
        <w:rPr>
          <w:b/>
        </w:rPr>
        <w:t xml:space="preserve">[08:46] </w:t>
      </w:r>
      <w:r>
        <w:t>toh unhone nazm likhi thi, bahut badi. Uska uska unwan tha "Sarwar Kainat". Sarwar Kainat.</w:t>
      </w:r>
    </w:p>
    <w:p>
      <w:pPr>
        <w:jc w:val="right"/>
      </w:pPr>
      <w:r>
        <w:t>تو انہوںنےنظملکھیتھی،بہت بڑی۔ اسکااسکا عنوانتھا "سر ور کائنات"۔ سرور کائنات۔</w:t>
      </w:r>
    </w:p>
    <w:p>
      <w:r>
        <w:rPr>
          <w:b/>
        </w:rPr>
        <w:t xml:space="preserve">[08:57] </w:t>
      </w:r>
      <w:r>
        <w:t>unka ek shair tha, Rasool Allah ne hijrat karke Madina aap gaye toh uske bare mein</w:t>
      </w:r>
    </w:p>
    <w:p>
      <w:pPr>
        <w:jc w:val="right"/>
      </w:pPr>
      <w:r>
        <w:t>انکاایکشعرتھا، رسولاللہنے ہجرتکرکےمدینہ آپگئے تواسکےبارےمیں</w:t>
      </w:r>
    </w:p>
    <w:p>
      <w:r>
        <w:rPr>
          <w:b/>
        </w:rPr>
        <w:t xml:space="preserve">[09:10] </w:t>
      </w:r>
      <w:r>
        <w:t>ke "Mubarak ho, mubarak hai Tayyaba mutahhar, teri zameen mehro mah se bartar ke mehfil e kulqafa ke sarwar diyaratiray basaar rahe hain".</w:t>
      </w:r>
    </w:p>
    <w:p>
      <w:pPr>
        <w:jc w:val="right"/>
      </w:pPr>
      <w:r>
        <w:t>کہ "مبارک ہو، مبارک ہے طیبہ مطہر، تیری زمین مہروماہسےبرتر کہ محفل کلفقاءکےسرور دیارتیرابسارہےہیں"۔</w:t>
      </w:r>
    </w:p>
    <w:p>
      <w:r>
        <w:rPr>
          <w:b/>
        </w:rPr>
        <w:t xml:space="preserve">[09:27] </w:t>
      </w:r>
      <w:r>
        <w:t>kulqafa yeh saara woh hai woh kulqafa hai, yani jo jo world hai, poora universe hai, woh sab ka sab iska sarwar Rasool Allah (SAW) hai.</w:t>
      </w:r>
    </w:p>
    <w:p>
      <w:pPr>
        <w:jc w:val="right"/>
      </w:pPr>
      <w:r>
        <w:t>ک لفقاءیہساراجوہےوہ ک لفقاءہے، یعنی جو جو ورلڈہے،پورا یونیورس ہے، وہ سب کاسباسکاسرور رسولاللہصلیاللہعلیہوسلمہے۔</w:t>
      </w:r>
    </w:p>
    <w:p>
      <w:r>
        <w:rPr>
          <w:b/>
        </w:rPr>
        <w:t xml:space="preserve">[09:37] </w:t>
      </w:r>
      <w:r>
        <w:t>Maulana Shibli ne kitaab likhi seerat par toh uska sarnameh likha unhone "Shehanshah Konain ke Darbar mein".</w:t>
      </w:r>
    </w:p>
    <w:p>
      <w:pPr>
        <w:jc w:val="right"/>
      </w:pPr>
      <w:r>
        <w:t>مولاناشبلینےکتاب لکھیسیرتپر تواسکا سرنامہلکھاانہوںنے "شہنشاہ کونینکےدربارمیں"۔</w:t>
      </w:r>
    </w:p>
    <w:p>
      <w:r>
        <w:rPr>
          <w:b/>
        </w:rPr>
        <w:t xml:space="preserve">[09:49] </w:t>
      </w:r>
      <w:r>
        <w:t>ab bataiye ke shehanshah e konain jab aapka peghambar hai toh Allah Ta'ala kahan hain? Kahin aapne isneect kar diya Allah Ta'ala ko.</w:t>
      </w:r>
    </w:p>
    <w:p>
      <w:pPr>
        <w:jc w:val="right"/>
      </w:pPr>
      <w:r>
        <w:t>اببتائیںکہشہ نشاہ کونینجبآپکاپیغمبرہےتواللہ تعالیکہاںہیں؟ گاکہ آپ نے انسیٹکردیا اللہ تعالیکو ۔</w:t>
      </w:r>
    </w:p>
    <w:p>
      <w:r>
        <w:rPr>
          <w:b/>
        </w:rPr>
        <w:t xml:space="preserve">[10:01] </w:t>
      </w:r>
      <w:r>
        <w:t>isi liye na'at khwan padhte hain aur bahut jhoom se padhte hain aur taliyan bajti hain.</w:t>
      </w:r>
    </w:p>
    <w:p>
      <w:pPr>
        <w:jc w:val="right"/>
      </w:pPr>
      <w:r>
        <w:t>اسیلیے نعت خواںپڑھتےہیں اور بہت جھومسے پڑھتےہیںاور تالیاںبجتیہیں۔</w:t>
      </w:r>
    </w:p>
    <w:p>
      <w:r>
        <w:rPr>
          <w:b/>
        </w:rPr>
        <w:t xml:space="preserve">[10:11] </w:t>
      </w:r>
      <w:r>
        <w:t>tauheed ke palle mein wahdat ke siwa kya hai? Jo kuch hamein lena hai, le lenge Muhammad se.</w:t>
      </w:r>
    </w:p>
    <w:p>
      <w:pPr>
        <w:jc w:val="right"/>
      </w:pPr>
      <w:r>
        <w:t>توحیدکے پلےمیں وحدتکےسواکیاہے ؟ جو کچھ ہمیںلیناہے،لےلیںگےمحمد سے۔</w:t>
      </w:r>
    </w:p>
    <w:p>
      <w:r>
        <w:rPr>
          <w:b/>
        </w:rPr>
        <w:t xml:space="preserve">[10:21] </w:t>
      </w:r>
      <w:r>
        <w:t>toh dekhein, christian mein bhi sab se badi kami yeh hai ke woh inki kitaab mein likha hua hai ke "Love God with all your soul, with all your heart, with all your mind". Lekin inki love kis se hai?</w:t>
      </w:r>
    </w:p>
    <w:p>
      <w:pPr>
        <w:jc w:val="right"/>
      </w:pPr>
      <w:r>
        <w:t>تودیکھیں، کرسچنمیںبھی سبسےبڑی کمییہہےکہوہ انکیکتاب میںلکھاہواہے کہ"لو گاڈ ودآل یور سول،ودآل یورہارٹ،ودآلیورمائنڈ" ۔لیکن انکیلو کسسےہے؟</w:t>
      </w:r>
    </w:p>
    <w:p>
      <w:r>
        <w:rPr>
          <w:b/>
        </w:rPr>
        <w:t xml:space="preserve">[10:40] </w:t>
      </w:r>
      <w:r>
        <w:t>apne peghambar se, jisko woh Khuda ka beta bana rakha hai. Unhone</w:t>
      </w:r>
    </w:p>
    <w:p>
      <w:pPr>
        <w:jc w:val="right"/>
      </w:pPr>
      <w:r>
        <w:t>اپنے پیغمبرسے،جسکووہخداکابیٹابنارکھاہے۔انہوںنے</w:t>
      </w:r>
    </w:p>
    <w:p>
      <w:r>
        <w:rPr>
          <w:b/>
        </w:rPr>
        <w:t xml:space="preserve">[10:46] </w:t>
      </w:r>
      <w:r>
        <w:t>quran mein likha hua hai ke "Wa lam yakhsha illal Allah". Lekin musalmanon ki mohabbat kis se hai? Apne peghambar se, kyunke unhone shehanshah bana rakha hai.</w:t>
      </w:r>
    </w:p>
    <w:p>
      <w:pPr>
        <w:jc w:val="right"/>
      </w:pPr>
      <w:r>
        <w:t>قرآنمیںلکھاہواہےکہ"ولمیخشالا اللہ" ۔لیکن مسلمانوںکیمحبتکسسےہے؟ اپنے پیغمبرسے ، کیونکہانہوںنے شہنشاہکونب نارکھاہے۔</w:t>
      </w:r>
    </w:p>
    <w:p>
      <w:r>
        <w:rPr>
          <w:b/>
        </w:rPr>
        <w:t xml:space="preserve">[11:04] </w:t>
      </w:r>
      <w:r>
        <w:t>yeh bahut zyada sochne ki baat hai.</w:t>
      </w:r>
    </w:p>
    <w:p>
      <w:pPr>
        <w:jc w:val="right"/>
      </w:pPr>
      <w:r>
        <w:t>یہ بہت زیادہ سوچنےکیباتہے۔</w:t>
      </w:r>
    </w:p>
    <w:p>
      <w:r>
        <w:rPr>
          <w:b/>
        </w:rPr>
        <w:t xml:space="preserve">[11:07] </w:t>
      </w:r>
      <w:r>
        <w:t>kyun? Jab Islam ke jitne bhi ahkam hain, chahe woh namaz, roza ho, chahe dawat e Allah ho, sab ka jo</w:t>
      </w:r>
    </w:p>
    <w:p>
      <w:pPr>
        <w:jc w:val="right"/>
      </w:pPr>
      <w:r>
        <w:t>کیوں؟ جب اسلام کےجتنےبھیاحکامہیں، چاہےوہنماز،روزہہو ، چاہےدعوت اللہ ہو، سب کاجو</w:t>
      </w:r>
    </w:p>
    <w:p>
      <w:r>
        <w:rPr>
          <w:b/>
        </w:rPr>
        <w:t xml:space="preserve">[11:22] </w:t>
      </w:r>
      <w:r>
        <w:t>center hai, markazi jo nuqta hai, woh hai tauheed.</w:t>
      </w:r>
    </w:p>
    <w:p>
      <w:pPr>
        <w:jc w:val="right"/>
      </w:pPr>
      <w:r>
        <w:t>سین ٹرہے، مرک زیجو نقطہہے، وہہے توحید۔</w:t>
      </w:r>
    </w:p>
    <w:p>
      <w:r>
        <w:rPr>
          <w:b/>
        </w:rPr>
        <w:t xml:space="preserve">[11:29] </w:t>
      </w:r>
      <w:r>
        <w:t>allah se aapko gehri mohabbat hogi, tabhi aap ki ibadat mein jaan aayegi, aap ki duaon mein jaan aayegi, aap ke zikr mein jaan aayegi, aur tabhi aap dawat-e-allah ka kaam karenge.</w:t>
      </w:r>
    </w:p>
    <w:p>
      <w:pPr>
        <w:jc w:val="right"/>
      </w:pPr>
      <w:r>
        <w:t>اللہ سےآپکو گہریمحبتہوگی، تبھیآپ کی عبادتمیںجان آئےگی، آپ کی دعاؤںمیںجانآئےگی، آپ کےذکرمیں جانآئےگی، اور تبھیآپ دعوت اللہ کامکریںگے۔</w:t>
      </w:r>
    </w:p>
    <w:p>
      <w:r>
        <w:rPr>
          <w:b/>
        </w:rPr>
        <w:t xml:space="preserve">[11:44] </w:t>
      </w:r>
      <w:r>
        <w:t>kyunki dawat-e-allah kya hai? woh toh ek divine goal hai, khudaai mission hai. toh khuda se aapko ta'alluq nahin, toh kis liye aap uske liye daud-dhoop karenge?</w:t>
      </w:r>
    </w:p>
    <w:p>
      <w:pPr>
        <w:jc w:val="right"/>
      </w:pPr>
      <w:r>
        <w:t>کیونکہدعوتاللہ کیاہے؟ وہتو ایک ڈیوائنگولہے، خدائیمشنہے۔ تو خداسےآپکو تعلقہینہیں، توکسلیےآپاسکےلیےدوڑدھوپکریںگے؟</w:t>
      </w:r>
    </w:p>
    <w:p>
      <w:r>
        <w:rPr>
          <w:b/>
        </w:rPr>
        <w:t xml:space="preserve">[12:01] </w:t>
      </w:r>
      <w:r>
        <w:t>toh yeh rasool allah (sallallahu alaihi wasallam) ne peshi taur par warning di thi ke tum aisa karoge"</w:t>
      </w:r>
    </w:p>
    <w:p>
      <w:pPr>
        <w:jc w:val="right"/>
      </w:pPr>
      <w:r>
        <w:t>تویہ رسولاللہصلیاللہعلیہوسلمنے پیشی طورپر وارننگدیتھی کہتم ایسا کروگے"</w:t>
      </w:r>
    </w:p>
    <w:p>
      <w:r>
        <w:rPr>
          <w:b/>
        </w:rPr>
        <w:t xml:space="preserve">[12:13] </w:t>
      </w:r>
      <w:r>
        <w:t>la tatrooni kama atrat an-nasara min qabl". kaisi ajeeb baat hai! ghaur kijiye, chaudah sau saal pehle</w:t>
      </w:r>
    </w:p>
    <w:p>
      <w:pPr>
        <w:jc w:val="right"/>
      </w:pPr>
      <w:r>
        <w:t>لا تتر ونی کما عطرت النصاری منقبل "۔ کیسیعجیبباتہے!غورکیجئے، چودہسو سال پہلے</w:t>
      </w:r>
    </w:p>
    <w:p>
      <w:r>
        <w:rPr>
          <w:b/>
        </w:rPr>
        <w:t xml:space="preserve">[12:26] </w:t>
      </w:r>
      <w:r>
        <w:t>aapne farmaya tha ke mujhko is tarah se mat badhao-chadhao jaisa ke nasara ne badhaya-chadhaya apne paighambar ko.</w:t>
      </w:r>
    </w:p>
    <w:p>
      <w:pPr>
        <w:jc w:val="right"/>
      </w:pPr>
      <w:r>
        <w:t>آپنےفرمایاتھا کہ مجھکو اسطرحسے متبڑھاؤچڑھاؤ جیساکہ نصارینےبڑھایاچڑھایا اپنے پیغمبرکو ۔</w:t>
      </w:r>
    </w:p>
    <w:p>
      <w:r>
        <w:rPr>
          <w:b/>
        </w:rPr>
        <w:t xml:space="preserve">[12:39] </w:t>
      </w:r>
      <w:r>
        <w:t>toh unhone badhate-badhate beta bana diya, musalmanon ne badhate-badhate shahanshah-e-kon bana diya.</w:t>
      </w:r>
    </w:p>
    <w:p>
      <w:pPr>
        <w:jc w:val="right"/>
      </w:pPr>
      <w:r>
        <w:t>تو انہوںنے بڑھاتےبڑھاتے بیٹابنادیا، مسلمانوںنےبڑھاتےبڑھاتےشہ نشاہکون بنادیا۔</w:t>
      </w:r>
    </w:p>
    <w:p>
      <w:r>
        <w:rPr>
          <w:b/>
        </w:rPr>
        <w:t xml:space="preserve">[12:48] </w:t>
      </w:r>
      <w:r>
        <w:t>kaisi ajeeb baat hai!</w:t>
      </w:r>
    </w:p>
    <w:p>
      <w:pPr>
        <w:jc w:val="right"/>
      </w:pPr>
      <w:r>
        <w:t>کیسیعجیبباتہے!</w:t>
      </w:r>
    </w:p>
    <w:p>
      <w:r>
        <w:rPr>
          <w:b/>
        </w:rPr>
        <w:t xml:space="preserve">[12:50] </w:t>
      </w:r>
      <w:r>
        <w:t>isi wajah se musalmanon ke saare mamlaat bigde hue hain. jab aapko khuda se mohabbat nahin hai toh khuda kyun aapke mamlaat durust karega?</w:t>
      </w:r>
    </w:p>
    <w:p>
      <w:pPr>
        <w:jc w:val="right"/>
      </w:pPr>
      <w:r>
        <w:t>اسیوجہ سے مسلمانوںکےسارےمعاملات بگڑےہوئےہیں۔ جبآپکو خداسےمحبتنہیںہے تو خدا کیوںآپکےمعاملاتدرستکرےگا؟</w:t>
      </w:r>
    </w:p>
    <w:p>
      <w:r>
        <w:rPr>
          <w:b/>
        </w:rPr>
        <w:t xml:space="preserve">[13:04] </w:t>
      </w:r>
      <w:r>
        <w:t>bataiye,</w:t>
      </w:r>
    </w:p>
    <w:p>
      <w:pPr>
        <w:jc w:val="right"/>
      </w:pPr>
      <w:r>
        <w:t>بتائیے،</w:t>
      </w:r>
    </w:p>
    <w:p>
      <w:r>
        <w:rPr>
          <w:b/>
        </w:rPr>
        <w:t xml:space="preserve">[13:08] </w:t>
      </w:r>
      <w:r>
        <w:t>kyun durust karega? aaj aap jaante hain ke January 2012 ki 29 tareekh hai.</w:t>
      </w:r>
    </w:p>
    <w:p>
      <w:pPr>
        <w:jc w:val="right"/>
      </w:pPr>
      <w:r>
        <w:t>کیوںدرستکرےگا؟ آجآپجانتےہیںکہ جن وری2 0 12 کی 29تاریخ ہے۔</w:t>
      </w:r>
    </w:p>
    <w:p>
      <w:r>
        <w:rPr>
          <w:b/>
        </w:rPr>
        <w:t xml:space="preserve">[13:16] </w:t>
      </w:r>
      <w:r>
        <w:t>chand din pehle ek seminar hua Jaipur mein, international seminar.</w:t>
      </w:r>
    </w:p>
    <w:p>
      <w:pPr>
        <w:jc w:val="right"/>
      </w:pPr>
      <w:r>
        <w:t>چند دن پہلے ایک سیمینارہوا جےپورمیں، انٹرنیشنلسیمینار۔</w:t>
      </w:r>
    </w:p>
    <w:p>
      <w:r>
        <w:rPr>
          <w:b/>
        </w:rPr>
        <w:t xml:space="preserve">[13:26] </w:t>
      </w:r>
      <w:r>
        <w:t>ismein duniya bhar ke top ke writers aaye the.</w:t>
      </w:r>
    </w:p>
    <w:p>
      <w:pPr>
        <w:jc w:val="right"/>
      </w:pPr>
      <w:r>
        <w:t>اسمیں دنیا بھرکے ٹاپ کےرائٹرز آئےتھے۔</w:t>
      </w:r>
    </w:p>
    <w:p>
      <w:r>
        <w:rPr>
          <w:b/>
        </w:rPr>
        <w:t xml:space="preserve">[13:34] </w:t>
      </w:r>
      <w:r>
        <w:t>ismein jin logon ko bulaya gaya tha, ismein do aadmi the:</w:t>
      </w:r>
    </w:p>
    <w:p>
      <w:pPr>
        <w:jc w:val="right"/>
      </w:pPr>
      <w:r>
        <w:t>اسمیں جنلوگوںکوبلایاگیاتھا،اسمیں دوآدمیوہتھے:</w:t>
      </w:r>
    </w:p>
    <w:p>
      <w:r>
        <w:rPr>
          <w:b/>
        </w:rPr>
        <w:t xml:space="preserve">[13:40] </w:t>
      </w:r>
      <w:r>
        <w:t>ek Salman Rushdie, jo rehte hain Britain mein, doosre</w:t>
      </w:r>
    </w:p>
    <w:p>
      <w:pPr>
        <w:jc w:val="right"/>
      </w:pPr>
      <w:r>
        <w:t>ایک سلمان رشدی،جو رہتےہیں برٹنمیں، دوسرے</w:t>
      </w:r>
    </w:p>
    <w:p>
      <w:r>
        <w:rPr>
          <w:b/>
        </w:rPr>
        <w:t xml:space="preserve">[13:54] </w:t>
      </w:r>
      <w:r>
        <w:t>Richard Dawkins, woh bhi UK mein rehte hain. toh saare India ke musalmanon ne shor machaya ke Salman Rushdie na aane pao.</w:t>
      </w:r>
    </w:p>
    <w:p>
      <w:pPr>
        <w:jc w:val="right"/>
      </w:pPr>
      <w:r>
        <w:t>ریچرڈٹاکنز، وہ بھی یوکےمیںرہتےہیں۔ تو سارے انڈیاکے مسلمانوںنےشور مچایاکہ سلمانرشدینہآنےپاوے۔</w:t>
      </w:r>
    </w:p>
    <w:p>
      <w:r>
        <w:rPr>
          <w:b/>
        </w:rPr>
        <w:t xml:space="preserve">[14:07] </w:t>
      </w:r>
      <w:r>
        <w:t>yahan tak ke Jaipur mein musalmanon ne poora tayyari kar rakhi thi ke agar aaye yahan Salman Rushdie toh unke khilaaf protest kiya jayega, sabak sikhaya jayega jo mumkin hai.</w:t>
      </w:r>
    </w:p>
    <w:p>
      <w:pPr>
        <w:jc w:val="right"/>
      </w:pPr>
      <w:r>
        <w:t>یہاںتککہ جےپورمیںمسلمانوںنےپورا تیاریکررکھیتھیکہاگر آئےیہاںسلمانرشدیتوانکےخلاف پروٹیسٹکیاجائےگا، سبکچھکیاجائےگاجو ممکنہے۔</w:t>
      </w:r>
    </w:p>
    <w:p>
      <w:r>
        <w:rPr>
          <w:b/>
        </w:rPr>
        <w:t xml:space="preserve">[14:22] </w:t>
      </w:r>
      <w:r>
        <w:t>lekin Dr. Richard Dawkins wahan aaye aur wahan speech di, unke saath kuch nahin hua.</w:t>
      </w:r>
    </w:p>
    <w:p>
      <w:pPr>
        <w:jc w:val="right"/>
      </w:pPr>
      <w:r>
        <w:t>لیکن ڈاکٹر ریچرڈڈاکنز وہاںآئے اوروہاں اسپیچدی،انکےساتھ کچھبھینہیںہوا۔</w:t>
      </w:r>
    </w:p>
    <w:p>
      <w:r>
        <w:rPr>
          <w:b/>
        </w:rPr>
        <w:t xml:space="preserve">[14:33] </w:t>
      </w:r>
      <w:r>
        <w:t>dekhiye, unka stall tha, wahan unki yeh kitaab bhi logon ko rakhi gayi stall par.</w:t>
      </w:r>
    </w:p>
    <w:p>
      <w:pPr>
        <w:jc w:val="right"/>
      </w:pPr>
      <w:r>
        <w:t>دیکھیے، انکا اسٹالتھا،وہاں انکی یہکتاب بھیلوگوںکو رکھیگئی اسٹالپر ۔</w:t>
      </w:r>
    </w:p>
    <w:p>
      <w:r>
        <w:rPr>
          <w:b/>
        </w:rPr>
        <w:t xml:space="preserve">[14:42] </w:t>
      </w:r>
      <w:r>
        <w:t>"God Delusion". Richard Dawkins kaun hain? dekhiye, yeh baqayda woh ek mission chala rahe hain atheism ka, jismein aap dekh rahe hain ke ek bus hai,</w:t>
      </w:r>
    </w:p>
    <w:p>
      <w:pPr>
        <w:jc w:val="right"/>
      </w:pPr>
      <w:r>
        <w:t>"گاڈ ڈیلیوژن" ۔ریچرڈڈاکنزکونہیں؟ دیکھیے،یہ باقاعدہوہایک مشنچلارہےہیں ایتھیزمکا، جسمیںآپدیکھرہےہیںکہایک بسہے،</w:t>
      </w:r>
    </w:p>
    <w:p>
      <w:r>
        <w:rPr>
          <w:b/>
        </w:rPr>
        <w:t xml:space="preserve">[14:57] </w:t>
      </w:r>
      <w:r>
        <w:t>bus pe likha hua hai "There is no God".</w:t>
      </w:r>
    </w:p>
    <w:p>
      <w:pPr>
        <w:jc w:val="right"/>
      </w:pPr>
      <w:r>
        <w:t>بسپہلکھاہواہے" دیرازنوگاڈ"۔</w:t>
      </w:r>
    </w:p>
    <w:p>
      <w:r>
        <w:rPr>
          <w:b/>
        </w:rPr>
        <w:t xml:space="preserve">[15:01] </w:t>
      </w:r>
      <w:r>
        <w:t>yaani mission chala rahe hain. woh bus mein literature hota hai, aadmi hote hain, jaa jaa ke parchar karte hain ke khuda nahin hai. toh atheism ke parcharak ban gaye hain woh.</w:t>
      </w:r>
    </w:p>
    <w:p>
      <w:pPr>
        <w:jc w:val="right"/>
      </w:pPr>
      <w:r>
        <w:t>یعنی م شن چلارہےہیں۔وہ بسمیں لٹریچرہوتاہے،آدمیہوتےہیں،جاجاکےپرچارکرتےہیںکہخدانہیںہے۔ تو ایتھیزمکےپرچارکبنےہوئےہیںوہ۔</w:t>
      </w:r>
    </w:p>
    <w:p>
      <w:r>
        <w:rPr>
          <w:b/>
        </w:rPr>
        <w:t xml:space="preserve">[15:18] </w:t>
      </w:r>
      <w:r>
        <w:t>lekin unko toh wahan jaane wale ek saahab ne bahut dard se kaha ke shaitab-e-rasool ke khilaaf toh musalmanon ne khoob hungama kiya wahan, lekin shaitab-e-khuda bhi wahan aaya, uske khilaaf koi hungama nahin, kuch nahin.</w:t>
      </w:r>
    </w:p>
    <w:p>
      <w:pPr>
        <w:jc w:val="right"/>
      </w:pPr>
      <w:r>
        <w:t>لیکن انکو تو وہاں جانےوالے ایک صاحبنے بہت دردسےکہا کہ شاطب رسول کےخلاف تو مسلمانوںنےخوبہنگامہکیاوہاں، لیکن شاطب خدابھیوہاںآیا،اسکےخلاف کوئی ہنگامہنہیں، کچھنہیں ۔</w:t>
      </w:r>
    </w:p>
    <w:p>
      <w:r>
        <w:rPr>
          <w:b/>
        </w:rPr>
        <w:t xml:space="preserve">[15:35] </w:t>
      </w:r>
      <w:r>
        <w:t>usko taaliyan baji, uski taqreeb. dekhein, yeh ek ek shakhs ki baat nahin hai, ek shakhs ki baat nahin hai.</w:t>
      </w:r>
    </w:p>
    <w:p>
      <w:pPr>
        <w:jc w:val="right"/>
      </w:pPr>
      <w:r>
        <w:t>اسکو تالیاںبجیں،اسکیتقریب ۔ دیکھیں،یہایک ایک شخص کیباتنہیںہے، ایک شخصکیباتنہیںہے۔</w:t>
      </w:r>
    </w:p>
    <w:p>
      <w:r>
        <w:rPr>
          <w:b/>
        </w:rPr>
        <w:t xml:space="preserve">[15:46] </w:t>
      </w:r>
      <w:r>
        <w:t>rasool allah ke khilaaf jo literature tayyar kiya gaya hai, woh toh kuch nahin hai. khuda ke khilaaf toh poori library tayyar kar di gayi hai. beshumaar kitaben hain.</w:t>
      </w:r>
    </w:p>
    <w:p>
      <w:pPr>
        <w:jc w:val="right"/>
      </w:pPr>
      <w:r>
        <w:t>رسولاللہ کےخلاف جو لٹریچرتیارکیاگیاہے، وہ توکچھبھینہیںہے۔ خداکےخلاف توپوریلائبریری تیارتیارکردیگئیہے۔ بےشمار کتاب یںہیں۔</w:t>
      </w:r>
    </w:p>
    <w:p>
      <w:r>
        <w:rPr>
          <w:b/>
        </w:rPr>
        <w:t xml:space="preserve">[16:00] </w:t>
      </w:r>
      <w:r>
        <w:t>"God Delusion" toh hazaron kitabon mein se ek kitaab hai.</w:t>
      </w:r>
    </w:p>
    <w:p>
      <w:pPr>
        <w:jc w:val="right"/>
      </w:pPr>
      <w:r>
        <w:t>"گاڈریلیجن"تو ہزاروںکتاب وںمیںسےایککتاب ہے۔</w:t>
      </w:r>
    </w:p>
    <w:p>
      <w:r>
        <w:rPr>
          <w:b/>
        </w:rPr>
        <w:t xml:space="preserve">[16:06] </w:t>
      </w:r>
      <w:r>
        <w:t>aur baqaida discipline, philosophy ka jo discipline hai, philosophy, saare philosopher woh hain, woh atheism ki baatein karte thay.</w:t>
      </w:r>
    </w:p>
    <w:p>
      <w:pPr>
        <w:jc w:val="right"/>
      </w:pPr>
      <w:r>
        <w:t>اورباقاعدہڈسپلن، ف لاسفیکاجوڈسپلنہے،فلاسفی،سارےفلاسفرجوہیں، وہ ایتھیزمکیباتیںکرتے تھے۔</w:t>
      </w:r>
    </w:p>
    <w:p>
      <w:r>
        <w:rPr>
          <w:b/>
        </w:rPr>
        <w:t xml:space="preserve">[16:17] </w:t>
      </w:r>
      <w:r>
        <w:t>koi philosopher aesa nahi hai jo believer raha ho, sab atheist. aur duniya mein philosopher woh hain, university ke professor hain, idaron ke chairman hain, seminar mein jaake sirf baithte hain badi badi kursi par.</w:t>
      </w:r>
    </w:p>
    <w:p>
      <w:pPr>
        <w:jc w:val="right"/>
      </w:pPr>
      <w:r>
        <w:t>کوئی فلاسفرایسانہیںہےجو بیلیوررہاہو،سب ایتھیسٹ۔ اوردنیا میں فلاسفرجوہیں،یونیورسٹیکےپروفیسرہیں، اداروںکےچیئرمین ہیں، سیمینار میںجاکےصرف بیٹھتےہیںبڑیبڑیکرسیوںپر۔</w:t>
      </w:r>
    </w:p>
    <w:p>
      <w:r>
        <w:rPr>
          <w:b/>
        </w:rPr>
        <w:t xml:space="preserve">[16:33] </w:t>
      </w:r>
      <w:r>
        <w:t>yeh saare philosopher woh hain, atheist. isi ke saath dekhiye, aese aese is zamane mein discipline paida hui, aesi movement paida hui, intellectual movement, jo direct ya indirect Khuda ke khilaf thi.</w:t>
      </w:r>
    </w:p>
    <w:p>
      <w:pPr>
        <w:jc w:val="right"/>
      </w:pPr>
      <w:r>
        <w:t>یہسارےفلاسفرجوہیں،ایتھیسٹ۔ اسیکےساتھ دیکھیے، ایسےایسے اسزمان ےمیں ڈسپلنپیدا ہوئی،ایسیموومنٹپیدا ہوئی،انٹلیکچولموومنٹ ،جو ڈائریکٹیاانڈائریکٹ خداکےخلاف تھی۔</w:t>
      </w:r>
    </w:p>
    <w:p>
      <w:r>
        <w:rPr>
          <w:b/>
        </w:rPr>
        <w:t xml:space="preserve">[16:49] </w:t>
      </w:r>
      <w:r>
        <w:t>misalan dekhiye, Marxism, Darwinism, Freudism, Existentialism, Logical Positivism, Atheism.</w:t>
      </w:r>
    </w:p>
    <w:p>
      <w:pPr>
        <w:jc w:val="right"/>
      </w:pPr>
      <w:r>
        <w:t>مثلاًدیکھیے، مار کس زم، ڈارون زم، فر ائیڈزم، ایگزسٹینشلزم، لاجیکلپازیٹیوز م، ایتھیزم۔</w:t>
      </w:r>
    </w:p>
    <w:p>
      <w:r>
        <w:rPr>
          <w:b/>
        </w:rPr>
        <w:t xml:space="preserve">[17:04] </w:t>
      </w:r>
      <w:r>
        <w:t>yeh jitne bhi hain, yeh sab direct ya indirect Khuda ke khilaf. hatta ke Marxism, democracy, woh bhi,</w:t>
      </w:r>
    </w:p>
    <w:p>
      <w:pPr>
        <w:jc w:val="right"/>
      </w:pPr>
      <w:r>
        <w:t>یہجتنےبھیہیں،یہسب ڈائریکٹیاانڈائریکٹخداکےخلاف ۔ حتیٰکہ مار کسزم،ڈیموکریسی،وہبھی،</w:t>
      </w:r>
    </w:p>
    <w:p>
      <w:r>
        <w:rPr>
          <w:b/>
        </w:rPr>
        <w:t xml:space="preserve">[17:14] </w:t>
      </w:r>
      <w:r>
        <w:t>liberalism, secularism, yeh sab. yaani science ke siwa jitne subject paida hue is zamane mein, woh sab ke sab direct ya indirect Khuda ko insult karne wale thay.</w:t>
      </w:r>
    </w:p>
    <w:p>
      <w:pPr>
        <w:jc w:val="right"/>
      </w:pPr>
      <w:r>
        <w:t>لبرلزم ،سیکولرزم،یہسب۔ یعنی سائنسکےسوا جتنےسبجیکٹپیدا ہوئے اسزمانےمیں، وہسب کےسب ڈائریکٹیاانڈائریکٹ خداکو انسیٹکرنےوالے تھے۔</w:t>
      </w:r>
    </w:p>
    <w:p>
      <w:r>
        <w:rPr>
          <w:b/>
        </w:rPr>
        <w:t xml:space="preserve">[17:32] </w:t>
      </w:r>
      <w:r>
        <w:t>Humanism khud ek ek poori ek nazariya hai, poori philosophy hai. Humanism ka matlab kya hai? Transfer of set from God to man.</w:t>
      </w:r>
    </w:p>
    <w:p>
      <w:pPr>
        <w:jc w:val="right"/>
      </w:pPr>
      <w:r>
        <w:t>ہیومنز مخود ایک ایک پوری ایک نظریہہے،پوریفلاسفیہے۔ ہیوم نزمکامطلبکیاہے ؟ ٹرانسفر آف سیٹفرامگاڈٹومین۔</w:t>
      </w:r>
    </w:p>
    <w:p>
      <w:r>
        <w:rPr>
          <w:b/>
        </w:rPr>
        <w:t xml:space="preserve">[17:43] </w:t>
      </w:r>
      <w:r>
        <w:t>yahi Humanism ka kalma hai. Transfer of set from God to man.</w:t>
      </w:r>
    </w:p>
    <w:p>
      <w:pPr>
        <w:jc w:val="right"/>
      </w:pPr>
      <w:r>
        <w:t>یہیہیومنزمکاکلمہہے۔ ٹرانسفرآفسیٹفرامگاڈٹومین۔</w:t>
      </w:r>
    </w:p>
    <w:p>
      <w:r>
        <w:rPr>
          <w:b/>
        </w:rPr>
        <w:t xml:space="preserve">[17:56] </w:t>
      </w:r>
      <w:r>
        <w:t>Jaipur mein bhi ek baqaida ek din isi par tha, ek mauzu isi par wahan par discussion taqreerein ki logon ne ke "Head Head Man Replaced God".</w:t>
      </w:r>
    </w:p>
    <w:p>
      <w:pPr>
        <w:jc w:val="right"/>
      </w:pPr>
      <w:r>
        <w:t>جےپورمیںبھیایک باقاعدہ ایک دن اسیپرتھا،ایک موضوع اسیپر وہاںپر ڈسکشن تقریریںکیلوگوںنے کہ"ہیڈ ہیڈ مین ری پلیسڈگاڈ"۔</w:t>
      </w:r>
    </w:p>
    <w:p>
      <w:r>
        <w:rPr>
          <w:b/>
        </w:rPr>
        <w:t xml:space="preserve">[18:13] </w:t>
      </w:r>
      <w:r>
        <w:t>"Head Man Replaced God". Kya insaan ne Khuda ke takht par, Khuda ko hatakar, Khuda ke takht par qabza kar liya hai?</w:t>
      </w:r>
    </w:p>
    <w:p>
      <w:pPr>
        <w:jc w:val="right"/>
      </w:pPr>
      <w:r>
        <w:t>"ہیڈ مین ریپلیسڈگاڈ"۔کیا انسان نے خداکےتختپر ،خداکوہٹاکر،خداکےتختپر قبضہکرلیاہے؟</w:t>
      </w:r>
    </w:p>
    <w:p>
      <w:r>
        <w:rPr>
          <w:b/>
        </w:rPr>
        <w:t xml:space="preserve">[18:23] </w:t>
      </w:r>
      <w:r>
        <w:t>to ek shakhs ne wahan khullam khulla kaha ke iska sawal hai kya hai? Khuda hai kahan ke uske takht par qabza kiya jaye? Khuda toh woh hai hi nahi.</w:t>
      </w:r>
    </w:p>
    <w:p>
      <w:pPr>
        <w:jc w:val="right"/>
      </w:pPr>
      <w:r>
        <w:t>توایک شخص نےوہاںکھلمکھلا کہا کہاسکاسوال ہیکیاہے؟ خداہےکہاںکہاس کےتختپرقبضہکیاجائے؟ خداتوہےہینہیں۔</w:t>
      </w:r>
    </w:p>
    <w:p>
      <w:r>
        <w:rPr>
          <w:b/>
        </w:rPr>
        <w:t xml:space="preserve">[18:34] </w:t>
      </w:r>
      <w:r>
        <w:t>is tarah ke hangame saari duniya mein,</w:t>
      </w:r>
    </w:p>
    <w:p>
      <w:pPr>
        <w:jc w:val="right"/>
      </w:pPr>
      <w:r>
        <w:t>اسطرحکےہنگامے ساریدنیا میں،</w:t>
      </w:r>
    </w:p>
    <w:p>
      <w:r>
        <w:rPr>
          <w:b/>
        </w:rPr>
        <w:t xml:space="preserve">[18:38] </w:t>
      </w:r>
      <w:r>
        <w:t>yaani jo ek cartoon chhapa jo ek kitaab chhapi Salman Rushdie ki, usse billion times zyada bade paimane par Khuda ke khilaf parchara ho raha hai.</w:t>
      </w:r>
    </w:p>
    <w:p>
      <w:pPr>
        <w:jc w:val="right"/>
      </w:pPr>
      <w:r>
        <w:t>یعنیجو ایک کارٹون چھپا یا جو ایککتاب چھپیسلمان رشدیکی، اسسے بل ینٹائمزیادہ بڑے پیمانےپرخداکےخلاف پرچارہورہاہے۔</w:t>
      </w:r>
    </w:p>
    <w:p>
      <w:r>
        <w:rPr>
          <w:b/>
        </w:rPr>
        <w:t xml:space="preserve">[18:54] </w:t>
      </w:r>
      <w:r>
        <w:t>ismein koi mubalgha nahi hai. Woh cartoon ki harkat kya hai? Satanic Verses ki harkat kya hai? Usse billion times zyada duniya ke tamam bade bade mind jo thay, woh philosopher ban gaye.</w:t>
      </w:r>
    </w:p>
    <w:p>
      <w:pPr>
        <w:jc w:val="right"/>
      </w:pPr>
      <w:r>
        <w:t>اسمیںکوئیمبالغہنہیںہے۔ وہ کارٹونکیحرکتکیاہے؟ سٹیٹکورسزکیحرکتکیاہے؟ اسسے بل ینٹائمزیادہ دنیا کےتمام بڑےبڑےمائنڈجوتھے،وہفلاسفربنگئے۔</w:t>
      </w:r>
    </w:p>
    <w:p>
      <w:r>
        <w:rPr>
          <w:b/>
        </w:rPr>
        <w:t xml:space="preserve">[19:06] </w:t>
      </w:r>
      <w:r>
        <w:t>woh sab atheist thay.</w:t>
      </w:r>
    </w:p>
    <w:p>
      <w:pPr>
        <w:jc w:val="right"/>
      </w:pPr>
      <w:r>
        <w:t>وہسب ایتھیسٹتھے۔</w:t>
      </w:r>
    </w:p>
    <w:p>
      <w:r>
        <w:rPr>
          <w:b/>
        </w:rPr>
        <w:t xml:space="preserve">[19:09] </w:t>
      </w:r>
      <w:r>
        <w:t>Libraries bhari hui hain anti-God literature se. Badi badi tehrikein, misal ke taur par evolution theory, saare mind pe chha gayi.</w:t>
      </w:r>
    </w:p>
    <w:p>
      <w:pPr>
        <w:jc w:val="right"/>
      </w:pPr>
      <w:r>
        <w:t>لائبریریاںبھریہوئیہیںاینٹیگاڈ لٹریچرسے۔ بڑی بڑیتحریکیں، مثالکےطورپرایولوشنتھیوری، سارے مائنڈپہچھاگئی۔</w:t>
      </w:r>
    </w:p>
    <w:p>
      <w:r>
        <w:rPr>
          <w:b/>
        </w:rPr>
        <w:t xml:space="preserve">[19:23] </w:t>
      </w:r>
      <w:r>
        <w:t>ek koi shayad, shayad mere siwa koi ek bhi nahi milega aapko jo evolution theory se mutasir na hua ho. Woh kya tha?</w:t>
      </w:r>
    </w:p>
    <w:p>
      <w:pPr>
        <w:jc w:val="right"/>
      </w:pPr>
      <w:r>
        <w:t>ایک کوئی شاید، شایدمیرےسواکوئیایکبھینہیںملےگاآپکو جو ایولوشنتھیوریسےمتاثرنہہواہو۔ وہ کیاتھا؟</w:t>
      </w:r>
    </w:p>
    <w:p>
      <w:r>
        <w:rPr>
          <w:b/>
        </w:rPr>
        <w:t xml:space="preserve">[19:33] </w:t>
      </w:r>
      <w:r>
        <w:t>woh God ko insult karne ki theory thi. Woh</w:t>
      </w:r>
    </w:p>
    <w:p>
      <w:pPr>
        <w:jc w:val="right"/>
      </w:pPr>
      <w:r>
        <w:t>وہگاڈکو انسیٹکرنے کیتھیوریتھی۔وہ</w:t>
      </w:r>
    </w:p>
    <w:p>
      <w:r>
        <w:rPr>
          <w:b/>
        </w:rPr>
        <w:t xml:space="preserve">[19:40] </w:t>
      </w:r>
      <w:r>
        <w:t>ek shakhs ne likha hai ke maujooda duniya mein Marx ne, jab Marx ko jitni property mili, Marx ko, Karl Marx ko, woh utni property Muhammad ko bhi nahi milti thi.</w:t>
      </w:r>
    </w:p>
    <w:p>
      <w:pPr>
        <w:jc w:val="right"/>
      </w:pPr>
      <w:r>
        <w:t>ایک شخصنےلکھاہےکہ موجود ہدنیا میں مارس نے ،جب مارس کوجتنیپراپرٹیملی، مارس کو،کارلمارس کو، وہاتنیپراپرٹیمحمد کوبھینہیںملیتھی۔</w:t>
      </w:r>
    </w:p>
    <w:p>
      <w:r>
        <w:rPr>
          <w:b/>
        </w:rPr>
        <w:t xml:space="preserve">[19:53] </w:t>
      </w:r>
      <w:r>
        <w:t>aur Marx kaun tha? Woh khula hua atheist tha, mazhab ko be-harkat samajhta tha.</w:t>
      </w:r>
    </w:p>
    <w:p>
      <w:pPr>
        <w:jc w:val="right"/>
      </w:pPr>
      <w:r>
        <w:t>اورمارس کونتھا ؟ وہکھلا ہواایتھیسٹتھا، مذہبکوبےحرکتسمجھتاتھا۔</w:t>
      </w:r>
    </w:p>
    <w:p>
      <w:r>
        <w:rPr>
          <w:b/>
        </w:rPr>
        <w:t xml:space="preserve">[20:03] </w:t>
      </w:r>
      <w:r>
        <w:t>to aap gaur kijiye ke yeh toh bahut chhoti si baat hai ke Denmark ke ek parche mein Rasool Allah ke khilaf ek cartoon chhap gaya ya ek shakhs ne ek kitaab likhi, uskan naam "Satanic Verses".</w:t>
      </w:r>
    </w:p>
    <w:p>
      <w:pPr>
        <w:jc w:val="right"/>
      </w:pPr>
      <w:r>
        <w:t>توآپ غورکیجئےکہ یہتوبہت چھوٹیسیباتیںہیں کہ ڈنمارککےایکپرچےمیںرسولاللہکےخلاف ایک کارٹونچھپگیا یا ایکشخصنےایککتاب لکھ ی،اسکانام "سیٹکورسز"۔</w:t>
      </w:r>
    </w:p>
    <w:p>
      <w:r>
        <w:rPr>
          <w:b/>
        </w:rPr>
        <w:t xml:space="preserve">[20:17] </w:t>
      </w:r>
      <w:r>
        <w:t>Usse billion times zyada bade paimane par Khuda ke khilaf parchara ho raha hai, promote ho raha hai. Musalmanon ko koi pareshan nahi hai. Main waahid shakhs hoon is poore daur mein jisne kitaab likhi is mauzu par,</w:t>
      </w:r>
    </w:p>
    <w:p>
      <w:pPr>
        <w:jc w:val="right"/>
      </w:pPr>
      <w:r>
        <w:t>اسسے بل ینٹائمزیادہ بڑے پیمانےپر خداکےخلاف پرچارہورہاہے، پروموٹ ہورہاہے۔ مسلمانوںکوکوئیپریشانینہیںہے۔ میں واحد شخص ہوںاسپورےدورمیں جسنے کتاب لکھیاسموضوعپر،</w:t>
      </w:r>
    </w:p>
    <w:p>
      <w:r>
        <w:rPr>
          <w:b/>
        </w:rPr>
        <w:t xml:space="preserve">[20:32] </w:t>
      </w:r>
      <w:r>
        <w:t>"God Is Dead" likhi, "Allah Akbar" likhi. Kuch kuch koi pareshan nahi hai.</w:t>
      </w:r>
    </w:p>
    <w:p>
      <w:pPr>
        <w:jc w:val="right"/>
      </w:pPr>
      <w:r>
        <w:t>"گاڈرائزڈ"لکھی، "اللہاکبر"لکھی۔ کچھ کچھ کوئیپریشانینہیںہے۔</w:t>
      </w:r>
    </w:p>
    <w:p>
      <w:r>
        <w:rPr>
          <w:b/>
        </w:rPr>
        <w:t xml:space="preserve">[20:42] </w:t>
      </w:r>
      <w:r>
        <w:t>to shaitaan-e-Rasool pe hungama barpa hai.</w:t>
      </w:r>
    </w:p>
    <w:p>
      <w:pPr>
        <w:jc w:val="right"/>
      </w:pPr>
      <w:r>
        <w:t>تو شطبرسول پہہنگامہبرپاہے۔</w:t>
      </w:r>
    </w:p>
    <w:p>
      <w:r>
        <w:rPr>
          <w:b/>
        </w:rPr>
        <w:t xml:space="preserve">[20:47] </w:t>
      </w:r>
      <w:r>
        <w:t>Hamare tareekh, poori Muslim tareekh ke jab se bade aalim maane jaate hain, topmost aalim woh thay Ibn Taymiyyah.</w:t>
      </w:r>
    </w:p>
    <w:p>
      <w:pPr>
        <w:jc w:val="right"/>
      </w:pPr>
      <w:r>
        <w:t>ہمارے تاریخ ،پوریمسلمتاریخ کےجب سے بڑے عالممانےجاتےہیں، ٹاپموسٹعالم وہتھےابن تیمیہ۔</w:t>
      </w:r>
    </w:p>
    <w:p>
      <w:r>
        <w:rPr>
          <w:b/>
        </w:rPr>
        <w:t xml:space="preserve">[20:56] </w:t>
      </w:r>
      <w:r>
        <w:t>unhonne kitab likhi hai " al-sarim al-maslul ala shatib al-rasul".</w:t>
      </w:r>
    </w:p>
    <w:p>
      <w:pPr>
        <w:jc w:val="right"/>
      </w:pPr>
      <w:r>
        <w:t>انہوںنےکتاب لکھیہے" الصارب المسلول علی شاطب الرسول"۔</w:t>
      </w:r>
    </w:p>
    <w:p>
      <w:r>
        <w:rPr>
          <w:b/>
        </w:rPr>
        <w:t xml:space="preserve">[21:02] </w:t>
      </w:r>
      <w:r>
        <w:t>kya kisi ne yeh bhi kitab likhi hai? " al-sarim al-maslul ala shatib allah"? bataiye, kisi aalim ne likhi hai?</w:t>
      </w:r>
    </w:p>
    <w:p>
      <w:pPr>
        <w:jc w:val="right"/>
      </w:pPr>
      <w:r>
        <w:t>کیا کسینےیہبھیکتاب لکھیہے؟ "الصارب المسلول علیشاطباللہ" ؟بتائیے، کسی عالمنےلکھیہے؟</w:t>
      </w:r>
    </w:p>
    <w:p>
      <w:r>
        <w:rPr>
          <w:b/>
        </w:rPr>
        <w:t xml:space="preserve">[21:13] </w:t>
      </w:r>
      <w:r>
        <w:t>" al-sarim al-maslul ala shatib al-rasul" likhi hai, lekin " al-sarim al-maslul ala shatib allah" kisi ne likhi? koi koi tadap naein.</w:t>
      </w:r>
    </w:p>
    <w:p>
      <w:pPr>
        <w:jc w:val="right"/>
      </w:pPr>
      <w:r>
        <w:t>"الصارب المسلولعلی شاطبالرسول" لکھ یہے، لیکن "الصاربالمسلول علیشاطباللہ"کسینےلکھی؟کوئیکوئیتڑپانہیں۔</w:t>
      </w:r>
    </w:p>
    <w:p>
      <w:r>
        <w:rPr>
          <w:b/>
        </w:rPr>
        <w:t xml:space="preserve">[21:25] </w:t>
      </w:r>
      <w:r>
        <w:t>aap ke bete ko koi agar gaali de de to aap tadapte hain.</w:t>
      </w:r>
    </w:p>
    <w:p>
      <w:pPr>
        <w:jc w:val="right"/>
      </w:pPr>
      <w:r>
        <w:t>آپ کےبیٹےکوکوئی اگر گالیدےدے تو آپ تڑپتےہیں۔</w:t>
      </w:r>
    </w:p>
    <w:p>
      <w:r>
        <w:rPr>
          <w:b/>
        </w:rPr>
        <w:t xml:space="preserve">[21:33] </w:t>
      </w:r>
      <w:r>
        <w:t>aur khuda ke khilaf itna hungama barpa hai, koi tadap nahin kisi ko. kyun? khuda se ta'alluq nahin kisi ko. woh jazba-e-mohabbat jo tha, us se aap associate kar rakha aap ne kisi aur se.</w:t>
      </w:r>
    </w:p>
    <w:p>
      <w:pPr>
        <w:jc w:val="right"/>
      </w:pPr>
      <w:r>
        <w:t>اورخداکےخلاف اتناہنگامہبرپاہے، کوئیتڑپنہیںکسی کو۔کیوں؟ خداسےتعلقہینہیںکسیکو ۔ وہ جذبہ محبتجوتھا،اسسے آپایسوسیٹکررکھاآپنےکسیاورسے۔</w:t>
      </w:r>
    </w:p>
    <w:p>
      <w:r>
        <w:rPr>
          <w:b/>
        </w:rPr>
        <w:t xml:space="preserve">[21:47] </w:t>
      </w:r>
      <w:r>
        <w:t>kisi ne apne bete se, kisi ne apni family se, kisi ne apne apne business se, kisi ne apne bank balance se. khuda se nahin hai.</w:t>
      </w:r>
    </w:p>
    <w:p>
      <w:pPr>
        <w:jc w:val="right"/>
      </w:pPr>
      <w:r>
        <w:t>کسی نےاپنےبیٹےسے،کسی نےاپنیفیملیسے،کسی نےاپنے اپنے بزنسسے،کسی نےاپنے بینکبیلنسسے۔ خداسےنہیں ہے۔</w:t>
      </w:r>
    </w:p>
    <w:p>
      <w:r>
        <w:rPr>
          <w:b/>
        </w:rPr>
        <w:t xml:space="preserve">[21:58] </w:t>
      </w:r>
      <w:r>
        <w:t>dekhiye, yeh saada baat nahin hai.</w:t>
      </w:r>
    </w:p>
    <w:p>
      <w:pPr>
        <w:jc w:val="right"/>
      </w:pPr>
      <w:r>
        <w:t>دیکھیے، یہ سادہبات نہیںہے۔</w:t>
      </w:r>
    </w:p>
    <w:p>
      <w:r>
        <w:rPr>
          <w:b/>
        </w:rPr>
        <w:t xml:space="preserve">[22:02] </w:t>
      </w:r>
      <w:r>
        <w:t>iske peeche bhi ek bahut gehra raaz hai. aap mohabbat kyun karen khuda se?</w:t>
      </w:r>
    </w:p>
    <w:p>
      <w:pPr>
        <w:jc w:val="right"/>
      </w:pPr>
      <w:r>
        <w:t>اسکےپیچھےبھی ایکبہت گہرارازہے۔ آپ محبتکیوںکریںخداسے ؟</w:t>
      </w:r>
    </w:p>
    <w:p>
      <w:r>
        <w:rPr>
          <w:b/>
        </w:rPr>
        <w:t xml:space="preserve">[22:13] </w:t>
      </w:r>
      <w:r>
        <w:t>aap bete se mohabbat karte hain to kyun? bete ko aap apna extension samajhte hain. main bahut din tak sochta tha ki log kyun beta beta karte hain, naam nahin lete.</w:t>
      </w:r>
    </w:p>
    <w:p>
      <w:pPr>
        <w:jc w:val="right"/>
      </w:pPr>
      <w:r>
        <w:t>آپ بیٹےسےمحبتکرتے ہیںتوکیوں ؟ بیٹےکو آپ اپناایکسٹینشنسمجھتےہیں۔ میں بہت دنتکسوچتاتھاکہلوگ کیوں بیٹا بیٹاکرتے ہیں،نامنہیںلیتے۔</w:t>
      </w:r>
    </w:p>
    <w:p>
      <w:r>
        <w:rPr>
          <w:b/>
        </w:rPr>
        <w:t xml:space="preserve">[22:26] </w:t>
      </w:r>
      <w:r>
        <w:t>ab se logon ka haal yeh hai ki woh beta beta kahenge, naam nahin lenge.</w:t>
      </w:r>
    </w:p>
    <w:p>
      <w:pPr>
        <w:jc w:val="right"/>
      </w:pPr>
      <w:r>
        <w:t>ابسےلوگوںکاحالیہہےکہوہ بیٹا بیٹاکہیںگے، نام نہیںلیںگے۔</w:t>
      </w:r>
    </w:p>
    <w:p>
      <w:r>
        <w:rPr>
          <w:b/>
        </w:rPr>
        <w:t xml:space="preserve">[22:32] </w:t>
      </w:r>
      <w:r>
        <w:t>to aakhirkar samajh mein aaya ki inko ek tazkeer milti hai ki beta bada extension hai.</w:t>
      </w:r>
    </w:p>
    <w:p>
      <w:pPr>
        <w:jc w:val="right"/>
      </w:pPr>
      <w:r>
        <w:t>تو آخرکار سمجھمیںآیاکہ انکوایکتذکیرملتیہےکہبیٹا بڑاایکسٹینشنہے۔</w:t>
      </w:r>
    </w:p>
    <w:p>
      <w:r>
        <w:rPr>
          <w:b/>
        </w:rPr>
        <w:t xml:space="preserve">[22:40] </w:t>
      </w:r>
      <w:r>
        <w:t>aur naam agar lein, abdul rehman, abdul rahim, to lagega ki woh to ghair hai, koi koi aur shakhs hai. itna gehra ta'alluq hai bete se ki kyunki aap ko is ko aap apna extension samajhte hain, is ko apna asset samajhte hain.</w:t>
      </w:r>
    </w:p>
    <w:p>
      <w:pPr>
        <w:jc w:val="right"/>
      </w:pPr>
      <w:r>
        <w:t>اور نام اگر لیں،عبدالرحمن،عبدالرحیم، تو لگاکہوہتوغیر ہے،کوئی کوئیاور شخص ہے۔ اتنا گہراتعلقہےبیٹےسے کہ کیونکہآپکو اسکو آپ اپ ناایکسٹینشنسمجھتےہیں، اسکواپناایسٹسمجھتےہیں۔</w:t>
      </w:r>
    </w:p>
    <w:p>
      <w:r>
        <w:rPr>
          <w:b/>
        </w:rPr>
        <w:t xml:space="preserve">[22:59] </w:t>
      </w:r>
      <w:r>
        <w:t>khuda se kuch nahin, aap ko</w:t>
      </w:r>
    </w:p>
    <w:p>
      <w:pPr>
        <w:jc w:val="right"/>
      </w:pPr>
      <w:r>
        <w:t>خداسےکچھبھینہیں،آپکو</w:t>
      </w:r>
    </w:p>
    <w:p>
      <w:r>
        <w:rPr>
          <w:b/>
        </w:rPr>
        <w:t xml:space="preserve">[23:01] </w:t>
      </w:r>
      <w:r>
        <w:t>khuda aap ka asset nahin hai.</w:t>
      </w:r>
    </w:p>
    <w:p>
      <w:pPr>
        <w:jc w:val="right"/>
      </w:pPr>
      <w:r>
        <w:t>خداآپکاایسٹنہیں ہے۔</w:t>
      </w:r>
    </w:p>
    <w:p>
      <w:r>
        <w:rPr>
          <w:b/>
        </w:rPr>
        <w:t xml:space="preserve">[23:06] </w:t>
      </w:r>
      <w:r>
        <w:t>to yeh kyun aisa hua? kyun aisa hua? jo aur dekhiye, ek ek bahut hi dara dene wali ayat hai Quran majeed mein, us ko al-baqarah mein.</w:t>
      </w:r>
    </w:p>
    <w:p>
      <w:pPr>
        <w:jc w:val="right"/>
      </w:pPr>
      <w:r>
        <w:t>تو یہ کیوں ایساہوا ؟کیوںایساہوا ؟ جو اوردیکھیے،ایک ایکبہت ہی ڈرادینےوالی آیتہےقرآنمجیدمیں،اسکو البقرہمیں۔</w:t>
      </w:r>
    </w:p>
    <w:p>
      <w:r>
        <w:rPr>
          <w:b/>
        </w:rPr>
        <w:t xml:space="preserve">[23:22] </w:t>
      </w:r>
      <w:r>
        <w:t>bahut hi zyada dara dene wali ayat hai,</w:t>
      </w:r>
    </w:p>
    <w:p>
      <w:pPr>
        <w:jc w:val="right"/>
      </w:pPr>
      <w:r>
        <w:t>بہت ہیزیادہ ڈرانےوالیآیتہے،</w:t>
      </w:r>
    </w:p>
    <w:p>
      <w:r>
        <w:rPr>
          <w:b/>
        </w:rPr>
        <w:t xml:space="preserve">[23:28] </w:t>
      </w:r>
      <w:r>
        <w:t>bahut zyada.</w:t>
      </w:r>
    </w:p>
    <w:p>
      <w:pPr>
        <w:jc w:val="right"/>
      </w:pPr>
      <w:r>
        <w:t>بہت زیادہ۔</w:t>
      </w:r>
    </w:p>
    <w:p>
      <w:r>
        <w:rPr>
          <w:b/>
        </w:rPr>
        <w:t xml:space="preserve">[23:31] </w:t>
      </w:r>
      <w:r>
        <w:t>wa min an-nasi man yattakhidhu min dunillahi andadan, yuhibbunahum ka hubbillah, wa alladhina amanu ashadd hubban lillah,</w:t>
      </w:r>
    </w:p>
    <w:p>
      <w:pPr>
        <w:jc w:val="right"/>
      </w:pPr>
      <w:r>
        <w:t>ومن الن اس من یتخذ من دون اللہ اند ادا، یحبون ہم ح ب اللہ، وال ذین آمنوااشدحب حباللہ،</w:t>
      </w:r>
    </w:p>
    <w:p>
      <w:r>
        <w:rPr>
          <w:b/>
        </w:rPr>
        <w:t xml:space="preserve">[23:45] </w:t>
      </w:r>
      <w:r>
        <w:t>alladhina zalamoo azaab.</w:t>
      </w:r>
    </w:p>
    <w:p>
      <w:pPr>
        <w:jc w:val="right"/>
      </w:pPr>
      <w:r>
        <w:t>الذ ین ظلموا عذاب ۔</w:t>
      </w:r>
    </w:p>
    <w:p>
      <w:r>
        <w:rPr>
          <w:b/>
        </w:rPr>
        <w:t xml:space="preserve">[23:55] </w:t>
      </w:r>
      <w:r>
        <w:t>yeh ayat Surah al-Baqarah mein hai.</w:t>
      </w:r>
    </w:p>
    <w:p>
      <w:pPr>
        <w:jc w:val="right"/>
      </w:pPr>
      <w:r>
        <w:t>یہآیتسورہ البقرہمیںہے۔</w:t>
      </w:r>
    </w:p>
    <w:p>
      <w:r>
        <w:rPr>
          <w:b/>
        </w:rPr>
        <w:t xml:space="preserve">[23:57] </w:t>
      </w:r>
      <w:r>
        <w:t>iska tarjuma yeh hai</w:t>
      </w:r>
    </w:p>
    <w:p>
      <w:pPr>
        <w:jc w:val="right"/>
      </w:pPr>
      <w:r>
        <w:t>اسکاترجمہیہہے</w:t>
      </w:r>
    </w:p>
    <w:p>
      <w:r>
        <w:rPr>
          <w:b/>
        </w:rPr>
        <w:t xml:space="preserve">[24:02] </w:t>
      </w:r>
      <w:r>
        <w:t>ki logon ka haal yeh hai ki woh khuda ke saath kisi aur ko apna nadb banate hain. nadb ma'ani ek wali, mad muqabil, khuda jaisa.</w:t>
      </w:r>
    </w:p>
    <w:p>
      <w:pPr>
        <w:jc w:val="right"/>
      </w:pPr>
      <w:r>
        <w:t>کہ لوگوںکاحالیہہے کہ وہخدا کےساتھ کسیاور کو اپناندبناتےہیں۔ ندمعنی ایک ول، مد مق ابل ،خداجیسا۔</w:t>
      </w:r>
    </w:p>
    <w:p>
      <w:r>
        <w:rPr>
          <w:b/>
        </w:rPr>
        <w:t xml:space="preserve">[24:17] </w:t>
      </w:r>
      <w:r>
        <w:t>is se woh mohabbat karte hain jo mohabbat khuda se karna chahiye.</w:t>
      </w:r>
    </w:p>
    <w:p>
      <w:pPr>
        <w:jc w:val="right"/>
      </w:pPr>
      <w:r>
        <w:t>اسسے وہ محبتکرتےہیںجو محبتخداسےکرناچاہیے۔</w:t>
      </w:r>
    </w:p>
    <w:p>
      <w:r>
        <w:rPr>
          <w:b/>
        </w:rPr>
        <w:t xml:space="preserve">[24:23] </w:t>
      </w:r>
      <w:r>
        <w:t>logon ka haal yeh hai ki woh khuda ke saath kisi aur ko apna nadb banate hain, ya'ni markaz-e-mohabbat banate hain. is se strong affection qaim karte hain,</w:t>
      </w:r>
    </w:p>
    <w:p>
      <w:pPr>
        <w:jc w:val="right"/>
      </w:pPr>
      <w:r>
        <w:t>لوگوںکاحالیہہےکہوہ خداکےساتھکسی اورکو اپنا ندبناتےہیں، یعنیمرک ز محبتبناتےہیں۔ اسسے اسٹرانگافیکشنقائمکرتے ہیں،</w:t>
      </w:r>
    </w:p>
    <w:p>
      <w:r>
        <w:rPr>
          <w:b/>
        </w:rPr>
        <w:t xml:space="preserve">[24:39] </w:t>
      </w:r>
      <w:r>
        <w:t>jab ke yeh strong affection khuda se hona chahiye. is ke baad kya hai? ayat mein ja raha hai, woh kap kapane wali ayatein hain</w:t>
      </w:r>
    </w:p>
    <w:p>
      <w:pPr>
        <w:jc w:val="right"/>
      </w:pPr>
      <w:r>
        <w:t>جب کہ یہ اسٹرانگافیکشن خداسےہوناچاہیے۔ اسکےبعد کیا ہے؟ آیتمیںجارہاہے، وہکپ کپادینےوالیآیتیںہیں</w:t>
      </w:r>
    </w:p>
    <w:p>
      <w:r>
        <w:rPr>
          <w:b/>
        </w:rPr>
        <w:t xml:space="preserve">[24:51] </w:t>
      </w:r>
      <w:r>
        <w:t>keh agar dekhen yeh log azab ko jo aakhirat mein saamne aaye ga,</w:t>
      </w:r>
    </w:p>
    <w:p>
      <w:pPr>
        <w:jc w:val="right"/>
      </w:pPr>
      <w:r>
        <w:t>کہاگر دیکھیںیہلوگ عذابکو جوآخرتمیںسامنےآئےگا،</w:t>
      </w:r>
    </w:p>
    <w:p>
      <w:r>
        <w:rPr>
          <w:b/>
        </w:rPr>
        <w:t xml:space="preserve">[25:05] </w:t>
      </w:r>
      <w:r>
        <w:t>yani is ayat ke baad azab ka tazkara kyun hai? Wala allazina zalamoo iz al azab in al quwwata lillahi jamee'an yani quwwat toh saari Allah ke liye thi aur unhon ne mohabbat kar liya kisi aur se.</w:t>
      </w:r>
    </w:p>
    <w:p>
      <w:pPr>
        <w:jc w:val="right"/>
      </w:pPr>
      <w:r>
        <w:t>یعنیاسآیتکےبعد عذابکاتذکرہکیوںہے ؟ ولا الذین ظلموا اذ الع ذاب ان القوۃ اللہ جمیعا یعنیقوتتوساریاللہ کےلیے تھی اورانہوںنےمحبتکرلیاکسی اورسے ۔</w:t>
      </w:r>
    </w:p>
    <w:p>
      <w:r>
        <w:rPr>
          <w:b/>
        </w:rPr>
        <w:t xml:space="preserve">[25:20] </w:t>
      </w:r>
      <w:r>
        <w:t>yahan par azab ka zikr kyun hai? Saaf baat hai ke jis ne Allah se mohabbat shadeed nahi ki, woh azab ka rizq le raha hai.</w:t>
      </w:r>
    </w:p>
    <w:p>
      <w:pPr>
        <w:jc w:val="right"/>
      </w:pPr>
      <w:r>
        <w:t>یہاں پرعذابکاذکرکیوںہے؟ صافباتہےکہ جس نےاللہ سے محبت شدیدنہیں کی، وہ عذابکارزقلےرہاہے۔</w:t>
      </w:r>
    </w:p>
    <w:p>
      <w:r>
        <w:rPr>
          <w:b/>
        </w:rPr>
        <w:t xml:space="preserve">[25:36] </w:t>
      </w:r>
      <w:r>
        <w:t>kaisi ajeeb baat hai yeh?</w:t>
      </w:r>
    </w:p>
    <w:p>
      <w:pPr>
        <w:jc w:val="right"/>
      </w:pPr>
      <w:r>
        <w:t>کیسیعجیبباتہےیہ؟</w:t>
      </w:r>
    </w:p>
    <w:p>
      <w:r>
        <w:rPr>
          <w:b/>
        </w:rPr>
        <w:t xml:space="preserve">[25:38] </w:t>
      </w:r>
      <w:r>
        <w:t>jahannum ka rizq, rizq le raha hai. Araai is ke</w:t>
      </w:r>
    </w:p>
    <w:p>
      <w:pPr>
        <w:jc w:val="right"/>
      </w:pPr>
      <w:r>
        <w:t>جہنمکارزق، رزقلےرہاہے۔ارائیایسکے</w:t>
      </w:r>
    </w:p>
    <w:p>
      <w:r>
        <w:rPr>
          <w:b/>
        </w:rPr>
        <w:t xml:space="preserve">[25:45] </w:t>
      </w:r>
      <w:r>
        <w:t>goya ke jannat ki qeemat hai Allah se mohabbat shadeed aur jahannum is ke liye hai jo koi Allah se mohabbat shadeed na ho.</w:t>
      </w:r>
    </w:p>
    <w:p>
      <w:pPr>
        <w:jc w:val="right"/>
      </w:pPr>
      <w:r>
        <w:t>گویاکہ جنت کیقیمتہے اللہ سے محبت شدید اور جہنماسکےلیے ہےجو کوئیاللہسے محبت شدید نہہو ۔</w:t>
      </w:r>
    </w:p>
    <w:p>
      <w:r>
        <w:rPr>
          <w:b/>
        </w:rPr>
        <w:t xml:space="preserve">[25:55] </w:t>
      </w:r>
      <w:r>
        <w:t>is ayat ko aap hazar baar parhiye ja kar Surah Al Baqarah mein.</w:t>
      </w:r>
    </w:p>
    <w:p>
      <w:pPr>
        <w:jc w:val="right"/>
      </w:pPr>
      <w:r>
        <w:t>اسآیتکوآپہزاربارپڑھیےجاکر سورہالبقرہمیں۔</w:t>
      </w:r>
    </w:p>
    <w:p>
      <w:r>
        <w:rPr>
          <w:b/>
        </w:rPr>
        <w:t xml:space="preserve">[26:03] </w:t>
      </w:r>
      <w:r>
        <w:t>kaisi ajeeb baat hai yeh</w:t>
      </w:r>
    </w:p>
    <w:p>
      <w:pPr>
        <w:jc w:val="right"/>
      </w:pPr>
      <w:r>
        <w:t>کیسیعجیبباتہےی</w:t>
      </w:r>
    </w:p>
    <w:p>
      <w:r>
        <w:rPr>
          <w:b/>
        </w:rPr>
        <w:t xml:space="preserve">[26:09] </w:t>
      </w:r>
      <w:r>
        <w:t>yani Allah se mohabbat shadeed jisko hai, usiko Allah ke haan jannat ke darwaze khule jayenge aur jisko Allah se mohabbat shadeed nahi hui,</w:t>
      </w:r>
    </w:p>
    <w:p>
      <w:pPr>
        <w:jc w:val="right"/>
      </w:pPr>
      <w:r>
        <w:t>عنی اللہ سے محبت شدیدجسکوہے، اسیکواللہ کےہاں جنت کےدروازےکھلےجائیںگے اور جسکواللہ سے محبت شدیدنہیںہوئی،</w:t>
      </w:r>
    </w:p>
    <w:p>
      <w:r>
        <w:rPr>
          <w:b/>
        </w:rPr>
        <w:t xml:space="preserve">[26:22] </w:t>
      </w:r>
      <w:r>
        <w:t>yani strong affection nahi hua, usko jahannum ka rasta dikhaya jayega.</w:t>
      </w:r>
    </w:p>
    <w:p>
      <w:pPr>
        <w:jc w:val="right"/>
      </w:pPr>
      <w:r>
        <w:t>یعنیسٹرانگافیکشننہیںہوا، اسکو جہنمکاراستہدکھایاجائےگا۔</w:t>
      </w:r>
    </w:p>
    <w:p>
      <w:r>
        <w:rPr>
          <w:b/>
        </w:rPr>
        <w:t xml:space="preserve">[26:37] </w:t>
      </w:r>
      <w:r>
        <w:t>ab dekhiye ke is ki jar kya hai? Kyun aisa hai?</w:t>
      </w:r>
    </w:p>
    <w:p>
      <w:pPr>
        <w:jc w:val="right"/>
      </w:pPr>
      <w:r>
        <w:t>ابدیکھیےکہ اسکی جڑکیاہے؟کیوںایساہے؟</w:t>
      </w:r>
    </w:p>
    <w:p>
      <w:r>
        <w:rPr>
          <w:b/>
        </w:rPr>
        <w:t xml:space="preserve">[26:46] </w:t>
      </w:r>
      <w:r>
        <w:t>mohabbat ki jo buniyad hai, woh kya hai?</w:t>
      </w:r>
    </w:p>
    <w:p>
      <w:pPr>
        <w:jc w:val="right"/>
      </w:pPr>
      <w:r>
        <w:t>محبت کی جو بنی ادہے، وہ کیاہے ؟</w:t>
      </w:r>
    </w:p>
    <w:p>
      <w:r>
        <w:rPr>
          <w:b/>
        </w:rPr>
        <w:t xml:space="preserve">[26:52] </w:t>
      </w:r>
      <w:r>
        <w:t>aap ko jisse sab se zyada milta hai, usise aap sab se zyada mohabbat karte hain. Yeh fitri baat hai jisse aap ko kuch na mile, us se aap mohabbat nahi kar sakte.</w:t>
      </w:r>
    </w:p>
    <w:p>
      <w:pPr>
        <w:jc w:val="right"/>
      </w:pPr>
      <w:r>
        <w:t>آپ کو جسسے سبسےزیادہ ملتاہے، اسیسےآپسبسےزیادہمحبتکرتے ہیں۔ یہفطریباتہے جسسےآپ کچھ نہملے، اسسےآپمحبتنہیںکرسکتے۔</w:t>
      </w:r>
    </w:p>
    <w:p>
      <w:r>
        <w:rPr>
          <w:b/>
        </w:rPr>
        <w:t xml:space="preserve">[27:11] </w:t>
      </w:r>
      <w:r>
        <w:t>jaise aap ko atiya milta hai, jo blessing milti hai,</w:t>
      </w:r>
    </w:p>
    <w:p>
      <w:pPr>
        <w:jc w:val="right"/>
      </w:pPr>
      <w:r>
        <w:t>جا گاجوآپکو عطیہملتاہے، جو بلیسنگملتیہے،</w:t>
      </w:r>
    </w:p>
    <w:p>
      <w:r>
        <w:rPr>
          <w:b/>
        </w:rPr>
        <w:t xml:space="preserve">[27:18] </w:t>
      </w:r>
      <w:r>
        <w:t>usika return hota hai mohabbat. Toh Allah se mohabbat shadeed kyun kare insaan? Is liye ke Allah ne aap ko paida kiya.</w:t>
      </w:r>
    </w:p>
    <w:p>
      <w:pPr>
        <w:jc w:val="right"/>
      </w:pPr>
      <w:r>
        <w:t>اسیکا ریٹرنہوتاہے محبت ۔ تو اللہ سے مح بت شدیدکیوںکرےانسان ؟اس لیے کہاللہ نےآپکوپیدا کیا۔</w:t>
      </w:r>
    </w:p>
    <w:p>
      <w:r>
        <w:rPr>
          <w:b/>
        </w:rPr>
        <w:t xml:space="preserve">[27:33] </w:t>
      </w:r>
      <w:r>
        <w:t>is liye ke Allah ne aap ko yeh zameen di jahan life support system hai.</w:t>
      </w:r>
    </w:p>
    <w:p>
      <w:pPr>
        <w:jc w:val="right"/>
      </w:pPr>
      <w:r>
        <w:t>اسلیے کہاللہنےآپ کو یہزمین دی جہاں لائفسپورٹسسٹمہے۔</w:t>
      </w:r>
    </w:p>
    <w:p>
      <w:r>
        <w:rPr>
          <w:b/>
        </w:rPr>
        <w:t xml:space="preserve">[27:39] </w:t>
      </w:r>
      <w:r>
        <w:t>Allah ne yeh yeh poora nizam-e-kayinat banaya hai.</w:t>
      </w:r>
    </w:p>
    <w:p>
      <w:pPr>
        <w:jc w:val="right"/>
      </w:pPr>
      <w:r>
        <w:t>اللہ نے یہ یہپورا نظام کائناتبن ایاہے۔</w:t>
      </w:r>
    </w:p>
    <w:p>
      <w:r>
        <w:rPr>
          <w:b/>
        </w:rPr>
        <w:t xml:space="preserve">[27:47] </w:t>
      </w:r>
      <w:r>
        <w:t>yani abhi ek scientist ne research ke baad likha hai ke "the universe is a custom made universe".</w:t>
      </w:r>
    </w:p>
    <w:p>
      <w:pPr>
        <w:jc w:val="right"/>
      </w:pPr>
      <w:r>
        <w:t>یعنی ابھی ایک سائنٹسٹنے ریسرچکےبعد لکھاہے کہ "دایونیورس از ا ےکسٹم میڈیونیورس"۔</w:t>
      </w:r>
    </w:p>
    <w:p>
      <w:r>
        <w:rPr>
          <w:b/>
        </w:rPr>
        <w:t xml:space="preserve">[27:58] </w:t>
      </w:r>
      <w:r>
        <w:t>yeh bohat ajeeb cheez daryaft hui hai jo pehle insaan nahi jaanta tha ke poori universe insaan ke lehaz se banayi gayi hai.</w:t>
      </w:r>
    </w:p>
    <w:p>
      <w:pPr>
        <w:jc w:val="right"/>
      </w:pPr>
      <w:r>
        <w:t>یہبہت عجیبچیزدریا فتہوئیہے جو پہلےانساننہیںجانتاتھا کہ پوری یونیورس انسان کےلحاظسےبنائی گئی ہے۔</w:t>
      </w:r>
    </w:p>
    <w:p>
      <w:r>
        <w:rPr>
          <w:b/>
        </w:rPr>
        <w:t xml:space="preserve">[28:07] </w:t>
      </w:r>
      <w:r>
        <w:t>aap jaante hain ke custom made ka matlab kya hai? Ek joota aap banwayein, special tareeqe se banate hain log, maanga toh bilkul aap ke paaon mein fit baith jata hai,</w:t>
      </w:r>
    </w:p>
    <w:p>
      <w:pPr>
        <w:jc w:val="right"/>
      </w:pPr>
      <w:r>
        <w:t>آپجانتےہیں کہ کسٹممیڈکامطلب کیاہے؟ ایک جوتاآپ بنوائیں، اسپیشلطریقےسے بناتےہیںلوگ ، مان گا توبالکل آپ کےپاؤںمیںفٹبیٹھجاتا ہے،</w:t>
      </w:r>
    </w:p>
    <w:p>
      <w:r>
        <w:rPr>
          <w:b/>
        </w:rPr>
        <w:t xml:space="preserve">[28:23] </w:t>
      </w:r>
      <w:r>
        <w:t>jaise moza fit baith jata hai. Toh bilkul aap ke paaon ke ek dam is ke hisab se jo jab joota banaya jaye toh woh ek custom made shoe hai.</w:t>
      </w:r>
    </w:p>
    <w:p>
      <w:pPr>
        <w:jc w:val="right"/>
      </w:pPr>
      <w:r>
        <w:t>جیسےموزہ فٹبیٹھجاتاہے۔ تو بالکل آپ کے پاؤںکے ایک دم اسکے حسابسے جو جبجوتابنایاجائے تو وہ ایککسٹممیڈ شوہے۔</w:t>
      </w:r>
    </w:p>
    <w:p>
      <w:r>
        <w:rPr>
          <w:b/>
        </w:rPr>
        <w:t xml:space="preserve">[28:37] </w:t>
      </w:r>
      <w:r>
        <w:t>toh is ne kaha ke yeh universe custom made universe hai, yani bilkul insaan ke hisab kitaab se banayi gayi hai.</w:t>
      </w:r>
    </w:p>
    <w:p>
      <w:pPr>
        <w:jc w:val="right"/>
      </w:pPr>
      <w:r>
        <w:t>تواسنےکہاکہ یہ یونیورس کسٹممیڈیونیورس ہے، یعنیبالکل انسان کےحسابکتاب سےبنائیگئیہے۔</w:t>
      </w:r>
    </w:p>
    <w:p>
      <w:r>
        <w:rPr>
          <w:b/>
        </w:rPr>
        <w:t xml:space="preserve">[28:49] </w:t>
      </w:r>
      <w:r>
        <w:t>ab yeh baat Quran mein ek aur lafzon mein kahi gayi hai, kai baar kahi gayi hai. Ek ayat mein arz karta hoon Surah Al Jathiyah ki was khurlakum ma fis samawati wa ma fil ardi jamee'an</w:t>
      </w:r>
    </w:p>
    <w:p>
      <w:pPr>
        <w:jc w:val="right"/>
      </w:pPr>
      <w:r>
        <w:t>ابیہبات قرآنمیںایکاورلفظوںمیںکہیگئیہے، کئیبار کہیگئیہے۔ ایک آیت میں عرضکرتاہوں سورہ الجاسیہکی وس خرلكممافيالسماوات ومافيالأرض جمیعا</w:t>
      </w:r>
    </w:p>
    <w:p>
      <w:r>
        <w:rPr>
          <w:b/>
        </w:rPr>
        <w:t xml:space="preserve">[29:05] </w:t>
      </w:r>
      <w:r>
        <w:t>Khuda ne musakhkhar kar diya</w:t>
      </w:r>
    </w:p>
    <w:p>
      <w:pPr>
        <w:jc w:val="right"/>
      </w:pPr>
      <w:r>
        <w:t>خدانے مس خرکردیا</w:t>
      </w:r>
    </w:p>
    <w:p>
      <w:r>
        <w:rPr>
          <w:b/>
        </w:rPr>
        <w:t xml:space="preserve">[29:07] </w:t>
      </w:r>
      <w:r>
        <w:t>tumhare liye zameen aur aasman ko, is ki tamam cheezon ko, sab ka sab jamee'an tumhare liye musakhkhar kar diya.</w:t>
      </w:r>
    </w:p>
    <w:p>
      <w:pPr>
        <w:jc w:val="right"/>
      </w:pPr>
      <w:r>
        <w:t>تمہارےلیے زمین اور آسمان کو،اسکیتمام چیزوںکو ،سب کاسب جمیعا تمہارےلیےمسخرکردیا۔</w:t>
      </w:r>
    </w:p>
    <w:p>
      <w:r>
        <w:rPr>
          <w:b/>
        </w:rPr>
        <w:t xml:space="preserve">[29:18] </w:t>
      </w:r>
      <w:r>
        <w:t>yani mis khar ka matlab hai tumhare kaam mein laga diya. Yani wahi baat hai ke custom made bana di tumhare liye.</w:t>
      </w:r>
    </w:p>
    <w:p>
      <w:pPr>
        <w:jc w:val="right"/>
      </w:pPr>
      <w:r>
        <w:t>یعنی مس خرکامطلبہےتمہارےکاممیںلگادیا۔ یعنی وہیباتہے کہ کسٹممیڈبنادیاتمہارےلیے۔</w:t>
      </w:r>
    </w:p>
    <w:p>
      <w:r>
        <w:rPr>
          <w:b/>
        </w:rPr>
        <w:t xml:space="preserve">[29:32] </w:t>
      </w:r>
      <w:r>
        <w:t>Aap ghor kijiye ke aap agar sochein ke sari kainat Khuda ne mere liye banai hai,</w:t>
      </w:r>
    </w:p>
    <w:p>
      <w:pPr>
        <w:jc w:val="right"/>
      </w:pPr>
      <w:r>
        <w:t>آپ غورکیجئے کہآپ اگرسوچیں کہساریکائناتخدانےمیرےلیےبنائیہے،</w:t>
      </w:r>
    </w:p>
    <w:p>
      <w:r>
        <w:rPr>
          <w:b/>
        </w:rPr>
        <w:t xml:space="preserve">[29:43] </w:t>
      </w:r>
      <w:r>
        <w:t>yeh sari kainat mere liye banai hai. Yani zameen mein fasal ugti hai mere liye, barish barish marti hai mere liye, suraj roshni o hararat bhej raha hai mere liye,</w:t>
      </w:r>
    </w:p>
    <w:p>
      <w:pPr>
        <w:jc w:val="right"/>
      </w:pPr>
      <w:r>
        <w:t>یہساریکائناتمیرےلیےبنائیہے۔ یعنیزمین میں فصل اگتیہےمیرےلیے، بارشبار ش بر ستیہےمیرےلیے، سورج روشنیو حرارتبھیجرہاہےمیرےلیے،</w:t>
      </w:r>
    </w:p>
    <w:p>
      <w:r>
        <w:rPr>
          <w:b/>
        </w:rPr>
        <w:t xml:space="preserve">[30:00] </w:t>
      </w:r>
      <w:r>
        <w:t>tare aray aur kashan gardish kar rahe hain mere liye.</w:t>
      </w:r>
    </w:p>
    <w:p>
      <w:pPr>
        <w:jc w:val="right"/>
      </w:pPr>
      <w:r>
        <w:t>تارست ارےاورکاکشاںگرد شکررہےہیںمیرےلیے۔</w:t>
      </w:r>
    </w:p>
    <w:p>
      <w:r>
        <w:rPr>
          <w:b/>
        </w:rPr>
        <w:t xml:space="preserve">[30:09] </w:t>
      </w:r>
      <w:r>
        <w:t>To bilashuba alfaz gum ho jayenge aapke.</w:t>
      </w:r>
    </w:p>
    <w:p>
      <w:pPr>
        <w:jc w:val="right"/>
      </w:pPr>
      <w:r>
        <w:t>توبلاشبہ الفاظگمہوجائیںگےآپکے ۔</w:t>
      </w:r>
    </w:p>
    <w:p>
      <w:r>
        <w:rPr>
          <w:b/>
        </w:rPr>
        <w:t xml:space="preserve">[30:17] </w:t>
      </w:r>
      <w:r>
        <w:t>Aap Khuda ki woh hamd karna chahenge jis hamd ke liye aapke paas alfaz nahi hon.</w:t>
      </w:r>
    </w:p>
    <w:p>
      <w:pPr>
        <w:jc w:val="right"/>
      </w:pPr>
      <w:r>
        <w:t>آپ خداکےوہحمدکرناچاہیںگے جس حمدکےلیےآپکےپاسالفاظنہیںہوں۔</w:t>
      </w:r>
    </w:p>
    <w:p>
      <w:r>
        <w:rPr>
          <w:b/>
        </w:rPr>
        <w:t xml:space="preserve">[30:25] </w:t>
      </w:r>
      <w:r>
        <w:t>Aapka seena phat kar kahega: "Khuda, main kahan se woh lafz laoon? " Aapka seena phat jayega ke "Khuda, main kahan se woh lafz laoon jis se main tujhe hamd kar sakoon?"</w:t>
      </w:r>
    </w:p>
    <w:p>
      <w:pPr>
        <w:jc w:val="right"/>
      </w:pPr>
      <w:r>
        <w:t>آپکا سین ہپھٹکر کہےگا:"خدا،میںکہاںسےوہلفظلاؤں؟ "آپکاسینہپھٹجائےگا کہ"خدا،میںکہاںسےوہ لفظلاؤں جسسے میںتجھےحمدکرسکوں؟"</w:t>
      </w:r>
    </w:p>
    <w:p>
      <w:r>
        <w:rPr>
          <w:b/>
        </w:rPr>
        <w:t xml:space="preserve">[30:42] </w:t>
      </w:r>
      <w:r>
        <w:t>To woh meri taraf se likh le</w:t>
      </w:r>
    </w:p>
    <w:p>
      <w:pPr>
        <w:jc w:val="right"/>
      </w:pPr>
      <w:r>
        <w:t>توہیمیریطرفسے لکھ لے</w:t>
      </w:r>
    </w:p>
    <w:p>
      <w:r>
        <w:rPr>
          <w:b/>
        </w:rPr>
        <w:t xml:space="preserve">[30:50] </w:t>
      </w:r>
      <w:r>
        <w:t>wo alfaz jo mere paas nahi hain.</w:t>
      </w:r>
    </w:p>
    <w:p>
      <w:pPr>
        <w:jc w:val="right"/>
      </w:pPr>
      <w:r>
        <w:t>وہ الفاظجومیرےپاس نہیں ہیں۔</w:t>
      </w:r>
    </w:p>
    <w:p>
      <w:r>
        <w:rPr>
          <w:b/>
        </w:rPr>
        <w:t xml:space="preserve">[30:55] </w:t>
      </w:r>
      <w:r>
        <w:t>Lekin hua kya?</w:t>
      </w:r>
    </w:p>
    <w:p>
      <w:pPr>
        <w:jc w:val="right"/>
      </w:pPr>
      <w:r>
        <w:t>لیکن ہوا کیا ؟</w:t>
      </w:r>
    </w:p>
    <w:p>
      <w:r>
        <w:rPr>
          <w:b/>
        </w:rPr>
        <w:t xml:space="preserve">[30:59] </w:t>
      </w:r>
      <w:r>
        <w:t>Musalamano ne khud saakhta nazariye banaye.</w:t>
      </w:r>
    </w:p>
    <w:p>
      <w:pPr>
        <w:jc w:val="right"/>
      </w:pPr>
      <w:r>
        <w:t>مس لمانوںنے خود ساخت ہنظریےبنائے۔</w:t>
      </w:r>
    </w:p>
    <w:p>
      <w:r>
        <w:rPr>
          <w:b/>
        </w:rPr>
        <w:t xml:space="preserve">[31:07] </w:t>
      </w:r>
      <w:r>
        <w:t>Ek hadith ghadi gayi: Laulaakaa ma khalaqtul aflaak yaani ae Muhammad, agar tum ko na paida karna hota to hum zameen o aasman na banate.</w:t>
      </w:r>
    </w:p>
    <w:p>
      <w:pPr>
        <w:jc w:val="right"/>
      </w:pPr>
      <w:r>
        <w:t>ایک حدیثگھڑیگئی: ل ولا ك لماخلقت الافلاق یعنیاےمحمد ،اگر تم کو نہپیدا کرناہوتاتوہمزمین وآسمانہینہبناتے۔</w:t>
      </w:r>
    </w:p>
    <w:p>
      <w:r>
        <w:rPr>
          <w:b/>
        </w:rPr>
        <w:t xml:space="preserve">[31:26] </w:t>
      </w:r>
      <w:r>
        <w:t>Ab ghor kijiye ke yeh jo hadith hai, ismein jo baat kahi gayi hai aur Quran mein kya baat kahi gayi hai?</w:t>
      </w:r>
    </w:p>
    <w:p>
      <w:pPr>
        <w:jc w:val="right"/>
      </w:pPr>
      <w:r>
        <w:t>ابغورکیجئےکہ یہجو حدیثہے، اسمیںجوباتکہیگئیہےاورقرآنمیںکیاباتکہیگئیہے؟</w:t>
      </w:r>
    </w:p>
    <w:p>
      <w:r>
        <w:rPr>
          <w:b/>
        </w:rPr>
        <w:t xml:space="preserve">[31:35] </w:t>
      </w:r>
      <w:r>
        <w:t>Quran mein baat kahi gayi hai ke Wasakhralakum maafis samawati wa maafil ardi yaani agar lafz badlein to aap kahein ke Laulaal insaan ma khalaqtul aflaak</w:t>
      </w:r>
    </w:p>
    <w:p>
      <w:pPr>
        <w:jc w:val="right"/>
      </w:pPr>
      <w:r>
        <w:t>قرآنمیںباتکہیگئیہےکہ وس خرلكممعافالس ماوات معافالجم يع یعنی اگر لفظبدلیں تو آپ کہیںکہل ولا الانسان لماخلقتالافلاق</w:t>
      </w:r>
    </w:p>
    <w:p>
      <w:r>
        <w:rPr>
          <w:b/>
        </w:rPr>
        <w:t xml:space="preserve">[31:50] </w:t>
      </w:r>
      <w:r>
        <w:t>Aap ne barah e raast kaha hai ke Laulaal rasool ma khalaqtul aflaak aur Quran kya keh raha hai? Laulaal insaan ma khalaqtul aflaak</w:t>
      </w:r>
    </w:p>
    <w:p>
      <w:pPr>
        <w:jc w:val="right"/>
      </w:pPr>
      <w:r>
        <w:t>آپ نےبراہراستکہاہےکہ ل ولاالرسول لماخلقت الافلاق اورقرآنکیا کہہرہاہے؟ لولا الانسان لماخلقت الافلاق</w:t>
      </w:r>
    </w:p>
    <w:p>
      <w:r>
        <w:rPr>
          <w:b/>
        </w:rPr>
        <w:t xml:space="preserve">[32:03] </w:t>
      </w:r>
      <w:r>
        <w:t>To aap ne sara de rakha hai apne rasool ke khane mein. To rasool ke liye mohabbat hai, rasool ke liye aap phadakte hain, rasool ke liye sab kuch aapke paas hota hai.</w:t>
      </w:r>
    </w:p>
    <w:p>
      <w:pPr>
        <w:jc w:val="right"/>
      </w:pPr>
      <w:r>
        <w:t>تو آپ نے سارا دےرکھاہے اپنےرسول کےخانےمیں۔ تو رسولکےلیے محبتہے،رسولکےلیےآپپھڑکتےہیں، رسولکےلیے سبکچھآپکےپاسہوتاہے۔</w:t>
      </w:r>
    </w:p>
    <w:p>
      <w:r>
        <w:rPr>
          <w:b/>
        </w:rPr>
        <w:t xml:space="preserve">[32:15] </w:t>
      </w:r>
      <w:r>
        <w:t>Yeh bas yeh hai ke jo ulama isko hadith ko mauzu' kehte hain, woh is se mustasna hain. Hargiz nahi, woh sab ka sab is mein shamil hai.</w:t>
      </w:r>
    </w:p>
    <w:p>
      <w:pPr>
        <w:jc w:val="right"/>
      </w:pPr>
      <w:r>
        <w:t>یہ بس یہہےکہجوعلم اءاسکو حدیثکوموضوعکہتےہیں،وہاسسے مست ثنیٰہیں۔ ہرگزنہیں، وہسب کاسباسمیںشامل ہے۔</w:t>
      </w:r>
    </w:p>
    <w:p>
      <w:r>
        <w:rPr>
          <w:b/>
        </w:rPr>
        <w:t xml:space="preserve">[32:28] </w:t>
      </w:r>
      <w:r>
        <w:t>Is hadith ko chahe woh mauzu' kahein ya zaeef kahein ya na maanein, lekin doosre aitbaar se theek isi satah par main apna ek ibtedai tajurba batata hoon aapko.</w:t>
      </w:r>
    </w:p>
    <w:p>
      <w:pPr>
        <w:jc w:val="right"/>
      </w:pPr>
      <w:r>
        <w:t>اس حدیثکو چاہےوہ موضوعکہیںیاضعیفکہیںیانہمانیں،لیکن دوسرے اعتبار سےٹھیک اسی سطح پرمیں اپناایک ابتدائیتجربہبتاتاہوںآپکو۔</w:t>
      </w:r>
    </w:p>
    <w:p>
      <w:r>
        <w:rPr>
          <w:b/>
        </w:rPr>
        <w:t xml:space="preserve">[32:40] </w:t>
      </w:r>
      <w:r>
        <w:t>Ibtidai tajurba bohat se tajurbaat mein jaati hai, is mein ek tajurba</w:t>
      </w:r>
    </w:p>
    <w:p>
      <w:pPr>
        <w:jc w:val="right"/>
      </w:pPr>
      <w:r>
        <w:t>ابتدائیتجربہ بہت سے تجرباتمیں جاتیہے،اسمیںایک تجربہ</w:t>
      </w:r>
    </w:p>
    <w:p>
      <w:r>
        <w:rPr>
          <w:b/>
        </w:rPr>
        <w:t xml:space="preserve">[32:48] </w:t>
      </w:r>
      <w:r>
        <w:t>Hadith mein aata hai ke Ta'abbad Allah ka'annaka tarah Allah ki ibadat is tarah karo jaise ke tum usko dekh rahe ho.</w:t>
      </w:r>
    </w:p>
    <w:p>
      <w:pPr>
        <w:jc w:val="right"/>
      </w:pPr>
      <w:r>
        <w:t>حدیث میںآتاہےکہ تعبد اللہ کان کترا اللہ کیعبادتاسطرح کرو جیسےکہتماسکودیکھرہےہو۔</w:t>
      </w:r>
    </w:p>
    <w:p>
      <w:r>
        <w:rPr>
          <w:b/>
        </w:rPr>
        <w:t xml:space="preserve">[33:03] </w:t>
      </w:r>
      <w:r>
        <w:t>Allah ki ibadat is tarah karo jaise ke tum usko dekh rahe ho. Is ki sharah karte hue maine likha ek baar ke maine bin dekhe Khuda ko dekha.</w:t>
      </w:r>
    </w:p>
    <w:p>
      <w:pPr>
        <w:jc w:val="right"/>
      </w:pPr>
      <w:r>
        <w:t>اللہ کیعبادتاسطرح کرو جیسےکہتم اسکودیکھرہےہو۔ اسیکیشرحکرتے ہوئےمیںنےلکھا ایک بار کہ میںنے بن دیکھےخداکودیکھا۔</w:t>
      </w:r>
    </w:p>
    <w:p>
      <w:r>
        <w:rPr>
          <w:b/>
        </w:rPr>
        <w:t xml:space="preserve">[33:16] </w:t>
      </w:r>
      <w:r>
        <w:t>Is</w:t>
      </w:r>
    </w:p>
    <w:p>
      <w:pPr>
        <w:jc w:val="right"/>
      </w:pPr>
      <w:r>
        <w:t>اس</w:t>
      </w:r>
    </w:p>
    <w:p>
      <w:r>
        <w:rPr>
          <w:b/>
        </w:rPr>
        <w:t xml:space="preserve">[33:17] </w:t>
      </w:r>
      <w:r>
        <w:t>Yeh hadith ka toh tarjuma tha: "</w:t>
      </w:r>
    </w:p>
    <w:p>
      <w:pPr>
        <w:jc w:val="right"/>
      </w:pPr>
      <w:r>
        <w:t>یحدیثکاتو ترجمہتھا:"</w:t>
      </w:r>
    </w:p>
    <w:p>
      <w:r>
        <w:rPr>
          <w:b/>
        </w:rPr>
        <w:t xml:space="preserve">[33:22] </w:t>
      </w:r>
      <w:r>
        <w:t>Aur maine bin dekhe Khuda ko dekha" to mere paas fatwa lag gaya. Yeh hulooli hai, yeh wahdatul wajood ko manta hai.</w:t>
      </w:r>
    </w:p>
    <w:p>
      <w:pPr>
        <w:jc w:val="right"/>
      </w:pPr>
      <w:r>
        <w:t>وہمیںنے بندیکھےخداکودیکھا" تو میرےپاسفتویٰلگگیا۔ یہحلولیہے، یہ وہیوجود کومانتاہے۔</w:t>
      </w:r>
    </w:p>
    <w:p>
      <w:r>
        <w:rPr>
          <w:b/>
        </w:rPr>
        <w:t xml:space="preserve">[33:33] </w:t>
      </w:r>
      <w:r>
        <w:t>Is ke khilaaf kharij Islam ka fatwa lagna chahiye. Ab doosra waqia suniye: Ek martaba main ek mushaire mein shareek hua, wahan ek nabina shayar aaye the.</w:t>
      </w:r>
    </w:p>
    <w:p>
      <w:pPr>
        <w:jc w:val="right"/>
      </w:pPr>
      <w:r>
        <w:t>اسکے خلاف خارج اسلام کافتویٰلگناچاہیے۔ اب دوسرا واقعہسنیے: ایک مرتبہمیںایکمشاعرےمیںشریکہوا، وہاںایک نابینہشاعرآئےتھے۔</w:t>
      </w:r>
    </w:p>
    <w:p>
      <w:r>
        <w:rPr>
          <w:b/>
        </w:rPr>
        <w:t xml:space="preserve">[33:48] </w:t>
      </w:r>
      <w:r>
        <w:t>nabinah the woh aur shair the. is sair-e-rasool ka jalsa tha, woh to unhein aik shair saare musha'ire mein yeh shair sab se ziyada pasand kiya gaya.</w:t>
      </w:r>
    </w:p>
    <w:p>
      <w:pPr>
        <w:jc w:val="right"/>
      </w:pPr>
      <w:r>
        <w:t>نابینہتھے وہ اور شاعرتھے۔ اس سیرترسول کاجلسہتھا،وہ توانہیںایکشعر سارے مشاعرےمیںیہشعرسبسےزیادہ پسندکیاگیا۔</w:t>
      </w:r>
    </w:p>
    <w:p>
      <w:r>
        <w:rPr>
          <w:b/>
        </w:rPr>
        <w:t xml:space="preserve">[34:03] </w:t>
      </w:r>
      <w:r>
        <w:t>woh shair tha: "basarat kho gayi to kiya basirat to salamat hai? madina hum ne dekha hai magar na-deeda na-deeda"</w:t>
      </w:r>
    </w:p>
    <w:p>
      <w:pPr>
        <w:jc w:val="right"/>
      </w:pPr>
      <w:r>
        <w:t>وہ شعرتھا: "بصارت کھوگئی تو کیاب صیرت توسلامتہے؟ مدینہہمنےدیکھاہے مگر نادیدہن ادیدہ"</w:t>
      </w:r>
    </w:p>
    <w:p>
      <w:r>
        <w:rPr>
          <w:b/>
        </w:rPr>
        <w:t xml:space="preserve">[34:16] </w:t>
      </w:r>
      <w:r>
        <w:t>yani madina mein ne dekha baghair dekhe hue to wah wah ho rahi hai. aur mein ne yeh keh diya ke mein Khuda ko dekha baghair dekhe hue to mujhe fatwa lag raha hai.</w:t>
      </w:r>
    </w:p>
    <w:p>
      <w:pPr>
        <w:jc w:val="right"/>
      </w:pPr>
      <w:r>
        <w:t>یعنی مدینہ میںنےدیکھا بغیردیکھےہوئے تو واہواہہورہیہے۔ اورمیںنےیہکہہدیا کہمیں خداکودیکھا بغیردیکھےہوئے تو مجھےفتویٰلگرہاہے۔</w:t>
      </w:r>
    </w:p>
    <w:p>
      <w:r>
        <w:rPr>
          <w:b/>
        </w:rPr>
        <w:t xml:space="preserve">[34:28] </w:t>
      </w:r>
      <w:r>
        <w:t>kyun? madina in ka markaz-e-mohabbat hai, Rasool in ka markaz-e-mohabbat hai, Khuda in ka markaz-e-mohabbat nahin.</w:t>
      </w:r>
    </w:p>
    <w:p>
      <w:pPr>
        <w:jc w:val="right"/>
      </w:pPr>
      <w:r>
        <w:t>کیوں ؟ مدینہانکا مرکز محبتہے، رسول انکامرکز محبتہے، خدا انکا مرکزمحبتنہیں۔</w:t>
      </w:r>
    </w:p>
    <w:p>
      <w:r>
        <w:rPr>
          <w:b/>
        </w:rPr>
        <w:t xml:space="preserve">[34:39] </w:t>
      </w:r>
      <w:r>
        <w:t>banda dekhe ma'ni Khuda ko dekha, yeh in ke nazdeek kufr hai. aur bin dekhe ma'ni madina ko dekha, yeh qabil-e-tareef baat hai.</w:t>
      </w:r>
    </w:p>
    <w:p>
      <w:pPr>
        <w:jc w:val="right"/>
      </w:pPr>
      <w:r>
        <w:t>بندیکھےمعنیخداکودیکھا، یہانکےنزدیککفرہے۔ اوربن دیکھےمعنی مدینہکودیکھا، یہ قابل تعریفباتہے۔</w:t>
      </w:r>
    </w:p>
    <w:p>
      <w:r>
        <w:rPr>
          <w:b/>
        </w:rPr>
        <w:t xml:space="preserve">[34:55] </w:t>
      </w:r>
      <w:r>
        <w:t>to jo sar-chashma-e-mohabbat tha, woh yeh tha. woh yeh baat thi ke aap daryaft karein ke Khuda ne mere jaisa insaan banaya hai jo bolta hai, jo dekhta hai.</w:t>
      </w:r>
    </w:p>
    <w:p>
      <w:pPr>
        <w:jc w:val="right"/>
      </w:pPr>
      <w:r>
        <w:t>تو جو سرچشمہ محبتتھا، وہ یہتھا۔ وہ یہباتتھی کہآپ دریافتکریںکہخدانےمیرےجیساانسان بن ایاہے جو بول تاہے، جو دیکھتاہے۔</w:t>
      </w:r>
    </w:p>
    <w:p>
      <w:r>
        <w:rPr>
          <w:b/>
        </w:rPr>
        <w:t xml:space="preserve">[35:09] </w:t>
      </w:r>
      <w:r>
        <w:t>kaun sochta hai is ko? meri itni lambi umar hai, koi is par ma'ni nahin lagata jo khud jis ko aik thrilling ehsas ho ke kaise mein bolta hoon, kaise mein sunta hoon, kaise mein dekhta hoon,</w:t>
      </w:r>
    </w:p>
    <w:p>
      <w:pPr>
        <w:jc w:val="right"/>
      </w:pPr>
      <w:r>
        <w:t>کون سو چتاہےاسکو ؟ میریاتنیلمبیعمر ہے،کوئیاسپر معنینہیںلگاجوخودجسکو ایک تھرلنگاحساسہو کہکیسےمیںبولتاہوں ،کیسےمیں سنتاہوں ، کیسےمیںدیکھتاہوں،</w:t>
      </w:r>
    </w:p>
    <w:p>
      <w:r>
        <w:rPr>
          <w:b/>
        </w:rPr>
        <w:t xml:space="preserve">[35:23] </w:t>
      </w:r>
      <w:r>
        <w:t>kaise mera j j j j jism kaam karta hai, kaise mein zameen pe chalta hoon,</w:t>
      </w:r>
    </w:p>
    <w:p>
      <w:pPr>
        <w:jc w:val="right"/>
      </w:pPr>
      <w:r>
        <w:t>کیسےمیرا ج ججج ججس سٹمکامکرتاہے، کیسےمیں زمین پہچلتاہوں،</w:t>
      </w:r>
    </w:p>
    <w:p>
      <w:r>
        <w:rPr>
          <w:b/>
        </w:rPr>
        <w:t xml:space="preserve">[35:33] </w:t>
      </w:r>
      <w:r>
        <w:t>kaise car-ein banin, kaise aeroplane ban gaye,</w:t>
      </w:r>
    </w:p>
    <w:p>
      <w:pPr>
        <w:jc w:val="right"/>
      </w:pPr>
      <w:r>
        <w:t>کیسے کاریںبنگئیں،کیسے ایروپلینبنگئے،</w:t>
      </w:r>
    </w:p>
    <w:p>
      <w:r>
        <w:rPr>
          <w:b/>
        </w:rPr>
        <w:t xml:space="preserve">[35:38] </w:t>
      </w:r>
      <w:r>
        <w:t>kaise samundaron mein hum jahaz le ke hum is ko teer rahe hain, kaise life support system hai.</w:t>
      </w:r>
    </w:p>
    <w:p>
      <w:pPr>
        <w:jc w:val="right"/>
      </w:pPr>
      <w:r>
        <w:t>کیسے سمندروںمیںہم جہازلےکےہماسکوتیررہےہیں، کیسے لائفسپورٹسسٹمہے۔</w:t>
      </w:r>
    </w:p>
    <w:p>
      <w:r>
        <w:rPr>
          <w:b/>
        </w:rPr>
        <w:t xml:space="preserve">[35:49] </w:t>
      </w:r>
      <w:r>
        <w:t>to is ko soch kar, is ka jo karne wala hai, is ka jo khalique hai, is ke liye mohabbat ke mohabbat ka samandar to ab lauh-o-haseen se hai.</w:t>
      </w:r>
    </w:p>
    <w:p>
      <w:pPr>
        <w:jc w:val="right"/>
      </w:pPr>
      <w:r>
        <w:t>تو اسکو سوچکر،اسکاجو کرنے والاہے،اسکاجوخالقہے، اسکےلیے محبت کے محبت کا سمندر تو اب لاہوسین ےسے۔</w:t>
      </w:r>
    </w:p>
    <w:p>
      <w:r>
        <w:rPr>
          <w:b/>
        </w:rPr>
        <w:t xml:space="preserve">[35:58] </w:t>
      </w:r>
      <w:r>
        <w:t>aahista aahista insaan kam kam mein ne to nahin dekha nahin, kyun ke har cheez ko attribute kisi aur se</w:t>
      </w:r>
    </w:p>
    <w:p>
      <w:pPr>
        <w:jc w:val="right"/>
      </w:pPr>
      <w:r>
        <w:t>آہستہآہستہانسانکمازکممیںنےتونہیںدیکھانہیں، کیونکہ ہرچیز کو ایٹریبیوٹ کسی اورسے</w:t>
      </w:r>
    </w:p>
    <w:p>
      <w:r>
        <w:rPr>
          <w:b/>
        </w:rPr>
        <w:t xml:space="preserve">[36:06] </w:t>
      </w:r>
      <w:r>
        <w:t>kiye hue hain, har cheez ko kisi aur se associate kiye hue hain, Khuda se nahin.</w:t>
      </w:r>
    </w:p>
    <w:p>
      <w:pPr>
        <w:jc w:val="right"/>
      </w:pPr>
      <w:r>
        <w:t>کیےہوئےہیں،ہرچیزکو کسی اورسےایسوسیٹکیےہوئےہیں، خداسےنہیں۔</w:t>
      </w:r>
    </w:p>
    <w:p>
      <w:r>
        <w:rPr>
          <w:b/>
        </w:rPr>
        <w:t xml:space="preserve">[36:15] </w:t>
      </w:r>
      <w:r>
        <w:t>mein to is nakhun ko bhi sochta hoon ke Khuda ne agar nakhun na deta, Khuda to meri ungliyan kaam nahin kartin. agar agar nakhun na ho ungliyon mein to kaam karna bohat mushkil ho jaye.</w:t>
      </w:r>
    </w:p>
    <w:p>
      <w:pPr>
        <w:jc w:val="right"/>
      </w:pPr>
      <w:r>
        <w:t>میںتواسناخنکوبھیسوچتاہوں کہ خدانےاگرناخننہ دیتا، خدا تومیریانگل یاںکامنہیںکرتیں۔ اگر اگر ناخننہہوانگلی وںمیں توکام کرنابہتہیمشکلہوجائے۔</w:t>
      </w:r>
    </w:p>
    <w:p>
      <w:r>
        <w:rPr>
          <w:b/>
        </w:rPr>
        <w:t xml:space="preserve">[36:31] </w:t>
      </w:r>
      <w:r>
        <w:t>agar yeh jor na ho haath mein aur paon mein to mein mera baadi tanaha baadi hoonga, kuch kaam nahin kar sakta.</w:t>
      </w:r>
    </w:p>
    <w:p>
      <w:pPr>
        <w:jc w:val="right"/>
      </w:pPr>
      <w:r>
        <w:t>اگر یہ جوڑنہہو ہاتھمیںاور پاؤںمیں تو میں میرا بادی تناہوا بادیہوگا،کچھکامنہیںکرسکتا۔</w:t>
      </w:r>
    </w:p>
    <w:p>
      <w:r>
        <w:rPr>
          <w:b/>
        </w:rPr>
        <w:t xml:space="preserve">[36:42] </w:t>
      </w:r>
      <w:r>
        <w:t>agar mere paas aankh ho lekin roshni na ho bahar to mein dekh nahin sakta. mere paas kaan ho magar hawa na ho beech mein to mein sun nahin sakta.</w:t>
      </w:r>
    </w:p>
    <w:p>
      <w:pPr>
        <w:jc w:val="right"/>
      </w:pPr>
      <w:r>
        <w:t>اگر میرےپاسآنکھہو لیکن روشنینہہوباہر تو میںدیکھنہیںسکتا۔ میرےپاس کان ہومگرہوا نہہوبیچمیں تو میںسننہیںسکتا۔</w:t>
      </w:r>
    </w:p>
    <w:p>
      <w:r>
        <w:rPr>
          <w:b/>
        </w:rPr>
        <w:t xml:space="preserve">[36:54] </w:t>
      </w:r>
      <w:r>
        <w:t>mere paas phephra ho lekin oxygen supply ka nizaam na ho to mein jee nahin sakta.</w:t>
      </w:r>
    </w:p>
    <w:p>
      <w:pPr>
        <w:jc w:val="right"/>
      </w:pPr>
      <w:r>
        <w:t>میرےپاس پھیپھڑاہو لیکن اکسیجنکیسپلائیکانظامنہہو تو میں جینہیںسکتا۔</w:t>
      </w:r>
    </w:p>
    <w:p>
      <w:r>
        <w:rPr>
          <w:b/>
        </w:rPr>
        <w:t xml:space="preserve">[37:06] </w:t>
      </w:r>
      <w:r>
        <w:t>to mera wajood sar ta pa rehmat-e-Khuda wandi ka aik</w:t>
      </w:r>
    </w:p>
    <w:p>
      <w:pPr>
        <w:jc w:val="right"/>
      </w:pPr>
      <w:r>
        <w:t>تو میرا وجود سر تاپا رحمت خداوندیکا ایک</w:t>
      </w:r>
    </w:p>
    <w:p>
      <w:r>
        <w:rPr>
          <w:b/>
        </w:rPr>
        <w:t xml:space="preserve">[37:16] </w:t>
      </w:r>
      <w:r>
        <w:t>aik zahir hai. yeh saari kainat mere muwafiq banayi gayi hai,</w:t>
      </w:r>
    </w:p>
    <w:p>
      <w:pPr>
        <w:jc w:val="right"/>
      </w:pPr>
      <w:r>
        <w:t>ایک ظاہرہہے۔ یہساری کائنات میرےموافقبنائیگئیہے،</w:t>
      </w:r>
    </w:p>
    <w:p>
      <w:r>
        <w:rPr>
          <w:b/>
        </w:rPr>
        <w:t xml:space="preserve">[37:23] </w:t>
      </w:r>
      <w:r>
        <w:t>custom made universe hai. yani zarra zarra mere khidmat talga, mere matlab insaan ki khidmat talga hua hai.</w:t>
      </w:r>
    </w:p>
    <w:p>
      <w:pPr>
        <w:jc w:val="right"/>
      </w:pPr>
      <w:r>
        <w:t>کسٹممیڈیونیورس ہے۔ یعنیذرہذرہمیرے خدم تلگا،میرےمطلب انسان کیخدم تلگاہواہے۔</w:t>
      </w:r>
    </w:p>
    <w:p>
      <w:r>
        <w:rPr>
          <w:b/>
        </w:rPr>
        <w:t xml:space="preserve">[37:34] </w:t>
      </w:r>
      <w:r>
        <w:t>aap yeh soch kar kitni aik thrilling hamd aata hai, thrilling shuru ka aata hai</w:t>
      </w:r>
    </w:p>
    <w:p>
      <w:pPr>
        <w:jc w:val="right"/>
      </w:pPr>
      <w:r>
        <w:t>آپ یہسوچکرکسقدر ایک تھرلنگحمدآتاہے، تھرلنگشروع کاآتاہے</w:t>
      </w:r>
    </w:p>
    <w:p>
      <w:r>
        <w:rPr>
          <w:b/>
        </w:rPr>
        <w:t xml:space="preserve">[37:43] </w:t>
      </w:r>
      <w:r>
        <w:t>ke Khuda ya to kitna raheem hai, to kitna kareem hai, to kitna apne bandon se tujh ko lagao hai.</w:t>
      </w:r>
    </w:p>
    <w:p>
      <w:pPr>
        <w:jc w:val="right"/>
      </w:pPr>
      <w:r>
        <w:t>کہخدایاتو کتنارحیمہے، تو کتناکریمہے، تو کتنااپنے بندوںسے تجھکو لگاؤہے۔</w:t>
      </w:r>
    </w:p>
    <w:p>
      <w:r>
        <w:rPr>
          <w:b/>
        </w:rPr>
        <w:t xml:space="preserve">[37:55] </w:t>
      </w:r>
      <w:r>
        <w:t>lekin jab in saari cheezon ko aap kisi aur se attach kiye hue hain, mein bohat baar dekha ke aik aik maa aur baap apne bete ke saath khush ho rahe hain, khoob khush ho rahe hain.</w:t>
      </w:r>
    </w:p>
    <w:p>
      <w:pPr>
        <w:jc w:val="right"/>
      </w:pPr>
      <w:r>
        <w:t>لیکن جب ان ساریچیزوںکوآپ کسیاورسےاٹیچکیےہوئےہیں، میں بہت بار دیکھاکہایکایک ماںاورباپ اپنےبیٹےکےساتھ خوشہورہےہیں،خوبخوشہورہےہیں۔</w:t>
      </w:r>
    </w:p>
    <w:p>
      <w:r>
        <w:rPr>
          <w:b/>
        </w:rPr>
        <w:t xml:space="preserve">[38:05] </w:t>
      </w:r>
      <w:r>
        <w:t>mein sochta hoon ke kitne zalim hain yeh maa baap,</w:t>
      </w:r>
    </w:p>
    <w:p>
      <w:pPr>
        <w:jc w:val="right"/>
      </w:pPr>
      <w:r>
        <w:t>میںسوچتاہوںکہ کتنے ظالم ہیںیہماںباپ،</w:t>
      </w:r>
    </w:p>
    <w:p>
      <w:r>
        <w:rPr>
          <w:b/>
        </w:rPr>
        <w:t xml:space="preserve">[38:10] </w:t>
      </w:r>
      <w:r>
        <w:t>jis ne tumhare bete ko banaya, us ko kyun nahin tazkira karte? yeh yeh tajurba mujhe baar baar hua hai ke maa baap dekhein ge apne bete ko, khoob khush ho rahe hain.</w:t>
      </w:r>
    </w:p>
    <w:p>
      <w:pPr>
        <w:jc w:val="right"/>
      </w:pPr>
      <w:r>
        <w:t>جس نےتمہارےبیٹےکوبنایا، اسکو کیوںنہیں تذکرہکرتے ؟ یہ یہتجربہمجھےباربارہواہے کہ ماںباپدیکھیںگےاپنےبیٹےکو،خوبخوشہورہےہیں۔</w:t>
      </w:r>
    </w:p>
    <w:p>
      <w:r>
        <w:rPr>
          <w:b/>
        </w:rPr>
        <w:t xml:space="preserve">[38:23] </w:t>
      </w:r>
      <w:r>
        <w:t>yeh maa baap zalim hain.</w:t>
      </w:r>
    </w:p>
    <w:p>
      <w:pPr>
        <w:jc w:val="right"/>
      </w:pPr>
      <w:r>
        <w:t>یہ ماںباپ ظالم ہیں۔</w:t>
      </w:r>
    </w:p>
    <w:p>
      <w:r>
        <w:rPr>
          <w:b/>
        </w:rPr>
        <w:t xml:space="preserve">[38:28] </w:t>
      </w:r>
      <w:r>
        <w:t>yani tumhare farzand ka jo khaliq hai, us ko is ko kyun nahi yaad karke Alhamdulillah kehte? Bas bete ko dekh kar khush ho rahe hain.</w:t>
      </w:r>
    </w:p>
    <w:p>
      <w:pPr>
        <w:jc w:val="right"/>
      </w:pPr>
      <w:r>
        <w:t>یعنیتمہارے فرزندکاجوخالقہے، اس کواسکوکیوںنہیں یادکرکے الحمدللہ کہتے؟ بسبیٹے کودیکھکرخوشہورہےہیں۔</w:t>
      </w:r>
    </w:p>
    <w:p>
      <w:r>
        <w:rPr>
          <w:b/>
        </w:rPr>
        <w:t xml:space="preserve">[38:39] </w:t>
      </w:r>
      <w:r>
        <w:t>ab bete ka jo khaliq hai, us ka kuch nahi, aap ehsaas hai.</w:t>
      </w:r>
    </w:p>
    <w:p>
      <w:pPr>
        <w:jc w:val="right"/>
      </w:pPr>
      <w:r>
        <w:t>اببیٹےکاجوخالقہے، اساسکاکچھنہیں،آپ احساسہے۔</w:t>
      </w:r>
    </w:p>
    <w:p>
      <w:r>
        <w:rPr>
          <w:b/>
        </w:rPr>
        <w:t xml:space="preserve">[38:48] </w:t>
      </w:r>
      <w:r>
        <w:t>to poori poori yeh zameen aise logon se bhari hui hai</w:t>
      </w:r>
    </w:p>
    <w:p>
      <w:pPr>
        <w:jc w:val="right"/>
      </w:pPr>
      <w:r>
        <w:t>تو پوری پوری یہزمین ایسےلوگوںسےبھریہوئیہے</w:t>
      </w:r>
    </w:p>
    <w:p>
      <w:r>
        <w:rPr>
          <w:b/>
        </w:rPr>
        <w:t xml:space="preserve">[38:55] </w:t>
      </w:r>
      <w:r>
        <w:t>jo har doosri cheez se mohabbat karte hain lekin Allah se mohabbat nahi karte.</w:t>
      </w:r>
    </w:p>
    <w:p>
      <w:pPr>
        <w:jc w:val="right"/>
      </w:pPr>
      <w:r>
        <w:t>جو ہر دوسریچیزسے محبتکرتے ہیں لیکن اللہ سےمحبتنہیںکرتے۔</w:t>
      </w:r>
    </w:p>
    <w:p>
      <w:r>
        <w:rPr>
          <w:b/>
        </w:rPr>
        <w:t xml:space="preserve">[39:08] </w:t>
      </w:r>
      <w:r>
        <w:t>iski wajah se kya hai ke hum aala marifat se mehroom hain?</w:t>
      </w:r>
    </w:p>
    <w:p>
      <w:pPr>
        <w:jc w:val="right"/>
      </w:pPr>
      <w:r>
        <w:t>اسکیوجہ سےکیاہےکہہم اعلیٰمعرفتسےمحرومہیں؟</w:t>
      </w:r>
    </w:p>
    <w:p>
      <w:r>
        <w:rPr>
          <w:b/>
        </w:rPr>
        <w:t xml:space="preserve">[39:13] </w:t>
      </w:r>
      <w:r>
        <w:t>hamari ibadaton mein woh atnain nahi jo jis ko khushu o khuzu aur ikhbat kaha gaya hai.</w:t>
      </w:r>
    </w:p>
    <w:p>
      <w:pPr>
        <w:jc w:val="right"/>
      </w:pPr>
      <w:r>
        <w:t>ہماری عبادتوںمیںوہ ات نینہیں جو جسکوخشوعاور خضوع اور اخبات کہاگیاہے۔</w:t>
      </w:r>
    </w:p>
    <w:p>
      <w:r>
        <w:rPr>
          <w:b/>
        </w:rPr>
        <w:t xml:space="preserve">[39:24] </w:t>
      </w:r>
      <w:r>
        <w:t>phir iski wajah hai ke dawat e Allah ke liye hum meherban nahi bante. Dawat e Allah kya hai? Yeh ek divine rule hai, yeh Khuda ka concern hai ke uske bando tak uska paigham pohnche.</w:t>
      </w:r>
    </w:p>
    <w:p>
      <w:pPr>
        <w:jc w:val="right"/>
      </w:pPr>
      <w:r>
        <w:t>پھراسیکیوجہ ہےکہ دعوت اللہکےلیےہمہیرونہیںبنتے۔ دعوت اللہ کیاہے ؟ یہ ایک ڈیوائنرولہے، یہ خداکا کنسرنہےکہاسکےبندوںتک اسکا پیغامپہنچے۔</w:t>
      </w:r>
    </w:p>
    <w:p>
      <w:r>
        <w:rPr>
          <w:b/>
        </w:rPr>
        <w:t xml:space="preserve">[39:43] </w:t>
      </w:r>
      <w:r>
        <w:t>yeh Khuda ka concern hai, isi liye Allah ta'ala ne is ko kaha hai jo kaam log karein, yeh kaam unko ansar, ansar, ansar e Allah kaha hai.</w:t>
      </w:r>
    </w:p>
    <w:p>
      <w:pPr>
        <w:jc w:val="right"/>
      </w:pPr>
      <w:r>
        <w:t>یہخداکاکنسرنہے،اسیلیےاللہتعالیٰنےاسکو کہاہے جو کام لوگ کریں،یہکام انکوانصار،انصار ،انصار اللہکہاہے۔</w:t>
      </w:r>
    </w:p>
    <w:p>
      <w:r>
        <w:rPr>
          <w:b/>
        </w:rPr>
        <w:t xml:space="preserve">[39:52] </w:t>
      </w:r>
      <w:r>
        <w:t>Allah ki madad karne wale, Allah ki madad karne wale.</w:t>
      </w:r>
    </w:p>
    <w:p>
      <w:pPr>
        <w:jc w:val="right"/>
      </w:pPr>
      <w:r>
        <w:t>اللہ کی مددکرنے والے، اللہ کیمددکرنے والے۔</w:t>
      </w:r>
    </w:p>
    <w:p>
      <w:r>
        <w:rPr>
          <w:b/>
        </w:rPr>
        <w:t xml:space="preserve">[40:02] </w:t>
      </w:r>
      <w:r>
        <w:t>Surah Nisa mein hai ke yusallim mubashireen wa munzireen lil lahi 'ala an la yakuna linnasi 'alal lahi hujjatum ba'dar rusul</w:t>
      </w:r>
    </w:p>
    <w:p>
      <w:pPr>
        <w:jc w:val="right"/>
      </w:pPr>
      <w:r>
        <w:t>سورہنساءمیںہےکہ یوسلم مبشرین ومن ظرین للہکون للناسعلی اللہحجت بعد الرسل</w:t>
      </w:r>
    </w:p>
    <w:p>
      <w:r>
        <w:rPr>
          <w:b/>
        </w:rPr>
        <w:t xml:space="preserve">[40:10] </w:t>
      </w:r>
      <w:r>
        <w:t>yani Allah ko yeh matlab hai ke uske kuch bande uthein aur insano ko bata dein ke what is the creation plan of God?</w:t>
      </w:r>
    </w:p>
    <w:p>
      <w:pPr>
        <w:jc w:val="right"/>
      </w:pPr>
      <w:r>
        <w:t>یعنیاللہ کو یہمطلوبہے کہ اسکے کچھ بندےاٹھیں اور انسانوںکوبتادیں کہ واٹازداکریشنپلانافگاڈ؟</w:t>
      </w:r>
    </w:p>
    <w:p>
      <w:r>
        <w:rPr>
          <w:b/>
        </w:rPr>
        <w:t xml:space="preserve">[40:24] </w:t>
      </w:r>
      <w:r>
        <w:t>yeh bata dein, yeh Allah ka concern hai. Isi liye mein kehta hoon ke yeh divine rule hai, yeh</w:t>
      </w:r>
    </w:p>
    <w:p>
      <w:pPr>
        <w:jc w:val="right"/>
      </w:pPr>
      <w:r>
        <w:t>یہبتادیں، یہاللہ کا کنسرنہے۔ اسیلیےمیںکہتاہوںکہیہڈیوائنرولہے،یہ</w:t>
      </w:r>
    </w:p>
    <w:p>
      <w:r>
        <w:rPr>
          <w:b/>
        </w:rPr>
        <w:t xml:space="preserve">[40:33] </w:t>
      </w:r>
      <w:r>
        <w:t>lekin aap dekhein sare kaam duniya mein ho rahe hain lekin dawat e Allah hi ka ek kaam hai jo nahi ho raha hai.</w:t>
      </w:r>
    </w:p>
    <w:p>
      <w:pPr>
        <w:jc w:val="right"/>
      </w:pPr>
      <w:r>
        <w:t>لیکن آپدیکھیںس ارے کام دنیا میںہورہےہیںلیکن دعوت اللہ ہی کاایککامہے جو نہیںہورہاہے۔</w:t>
      </w:r>
    </w:p>
    <w:p>
      <w:r>
        <w:rPr>
          <w:b/>
        </w:rPr>
        <w:t xml:space="preserve">[40:44] </w:t>
      </w:r>
      <w:r>
        <w:t>hatta ke Allah ta'ala ne iske liye yani samandari mawaqe khol diye hain. Yani age of communication kya hai?</w:t>
      </w:r>
    </w:p>
    <w:p>
      <w:pPr>
        <w:jc w:val="right"/>
      </w:pPr>
      <w:r>
        <w:t>حتیکہ اللہ تعالیٰنےاسکےلیے یعنی سم ندری مواقع کھولدیے۔ یعنیایجافکمیونیکیشنکیاہے؟</w:t>
      </w:r>
    </w:p>
    <w:p>
      <w:r>
        <w:rPr>
          <w:b/>
        </w:rPr>
        <w:t xml:space="preserve">[40:53] </w:t>
      </w:r>
      <w:r>
        <w:t>age of communication pro dawat age hai. Poora age of communication woh hai, yeh pro dawat age hai.</w:t>
      </w:r>
    </w:p>
    <w:p>
      <w:pPr>
        <w:jc w:val="right"/>
      </w:pPr>
      <w:r>
        <w:t>ایجاف کمیونیکیشن پرو دعوت ایجہے۔ پوراایجافکمیونیکیشنجوہے،یہ پرو دعوتایجہے۔</w:t>
      </w:r>
    </w:p>
    <w:p>
      <w:r>
        <w:rPr>
          <w:b/>
        </w:rPr>
        <w:t xml:space="preserve">[41:04] </w:t>
      </w:r>
      <w:r>
        <w:t>lekin is communication ko log istemal kar rahe hain kiske liye? Family ke liye, business ke liye, job ke liye, tafreeh ke liye, entertainment ke liye, dawat ke liye nahi.</w:t>
      </w:r>
    </w:p>
    <w:p>
      <w:pPr>
        <w:jc w:val="right"/>
      </w:pPr>
      <w:r>
        <w:t>لیکن اس کمیونیکیشنکو لوگاستعمال کررہےہیںکسکےلیے ؟ فیملیکےلیے،بزنسکےلیے،جابکےلیے، تفریحکےلیے،انٹرٹینمنٹکےلیے، دعوتکےلیےنہیں ۔</w:t>
      </w:r>
    </w:p>
    <w:p>
      <w:r>
        <w:rPr>
          <w:b/>
        </w:rPr>
        <w:t xml:space="preserve">[41:17] </w:t>
      </w:r>
      <w:r>
        <w:t>yeh is is age ko jo ageism mein hum gir rahe hain, is ko kaha jata hai age of communication.</w:t>
      </w:r>
    </w:p>
    <w:p>
      <w:pPr>
        <w:jc w:val="right"/>
      </w:pPr>
      <w:r>
        <w:t>یہاس اس ایجکوجو ایججسمیںہمجیرہےہیں، اسکوکہاجاتاہےایجافکمیونیکیشن۔</w:t>
      </w:r>
    </w:p>
    <w:p>
      <w:r>
        <w:rPr>
          <w:b/>
        </w:rPr>
        <w:t xml:space="preserve">[41:27] </w:t>
      </w:r>
      <w:r>
        <w:t>to age of communication kya hai?</w:t>
      </w:r>
    </w:p>
    <w:p>
      <w:pPr>
        <w:jc w:val="right"/>
      </w:pPr>
      <w:r>
        <w:t>تو ایجافکمیونیکیشنکیاہے؟</w:t>
      </w:r>
    </w:p>
    <w:p>
      <w:r>
        <w:rPr>
          <w:b/>
        </w:rPr>
        <w:t xml:space="preserve">[41:30] </w:t>
      </w:r>
      <w:r>
        <w:t>yeh to pro dawat age hai kyun ke dawat ka kaam kya hai? Dawat ka kaam hai baat ko phailana, disseminate karna, logon tak baat ko pohnchana.</w:t>
      </w:r>
    </w:p>
    <w:p>
      <w:pPr>
        <w:jc w:val="right"/>
      </w:pPr>
      <w:r>
        <w:t>یہتو پرودعوتایجہے کیونکہدعوتیکام کیاہے؟دعوتیکامہے باتکو پھیلانا، ڈسیمینیٹکرنا، لوگوںتکباتکوپہنچ انا۔</w:t>
      </w:r>
    </w:p>
    <w:p>
      <w:r>
        <w:rPr>
          <w:b/>
        </w:rPr>
        <w:t xml:space="preserve">[41:41] </w:t>
      </w:r>
      <w:r>
        <w:t>to pehle zamane mein aap is se logon tak baat pohncha sakte the. Ab communication ne mauqa de diya ke 'almi satah par aap kaam kar sakein,</w:t>
      </w:r>
    </w:p>
    <w:p>
      <w:pPr>
        <w:jc w:val="right"/>
      </w:pPr>
      <w:r>
        <w:t>تو پہلے زمان ےمیںآپ اسپاسکےلوگوںتک باتپہنچاسکتےتھے۔ ابکمیونیکیشننےموقعدےدیا کہ عالمی سطح پرآپکامکر سکیں،</w:t>
      </w:r>
    </w:p>
    <w:p>
      <w:r>
        <w:rPr>
          <w:b/>
        </w:rPr>
        <w:t xml:space="preserve">[41:53] </w:t>
      </w:r>
      <w:r>
        <w:t>global level par. Isi liye mein kehta hoon ke age of communication woh hai, woh pro dawat age hai.</w:t>
      </w:r>
    </w:p>
    <w:p>
      <w:pPr>
        <w:jc w:val="right"/>
      </w:pPr>
      <w:r>
        <w:t>گلوبللیولپر۔ اسیلیےمیںکہتاہوںکہایجافکمیونیکیشنجوہے،وہ پرو دعوتایجہے۔</w:t>
      </w:r>
    </w:p>
    <w:p>
      <w:r>
        <w:rPr>
          <w:b/>
        </w:rPr>
        <w:t xml:space="preserve">[42:03] </w:t>
      </w:r>
      <w:r>
        <w:t>bas kiske fikr hai?</w:t>
      </w:r>
    </w:p>
    <w:p>
      <w:pPr>
        <w:jc w:val="right"/>
      </w:pPr>
      <w:r>
        <w:t>بسکسکوفکرہے؟</w:t>
      </w:r>
    </w:p>
    <w:p>
      <w:r>
        <w:rPr>
          <w:b/>
        </w:rPr>
        <w:t xml:space="preserve">[42:09] </w:t>
      </w:r>
      <w:r>
        <w:t>aaj kal har aadmi ki jeb mein mobile, jisko dekhe, uski jeb mein mobile hai.</w:t>
      </w:r>
    </w:p>
    <w:p>
      <w:pPr>
        <w:jc w:val="right"/>
      </w:pPr>
      <w:r>
        <w:t>آجکل ہرآدمی کیجیبمیں موبائل، جسکودیکھے،اسکیجیبمیںموبائلہے۔</w:t>
      </w:r>
    </w:p>
    <w:p>
      <w:r>
        <w:rPr>
          <w:b/>
        </w:rPr>
        <w:t xml:space="preserve">[42:18] </w:t>
      </w:r>
      <w:r>
        <w:t>aur har waqt ghanti bajti rehti hai aur baatein karte hain.</w:t>
      </w:r>
    </w:p>
    <w:p>
      <w:pPr>
        <w:jc w:val="right"/>
      </w:pPr>
      <w:r>
        <w:t>اور ہر وقت گھنٹیبجتیرہتیہےاورباتیںکرتے ہیں۔</w:t>
      </w:r>
    </w:p>
    <w:p>
      <w:r>
        <w:rPr>
          <w:b/>
        </w:rPr>
        <w:t xml:space="preserve">[42:21] </w:t>
      </w:r>
      <w:r>
        <w:t>kai bar maine janna chaha ke aakhir kya baatein karte hain, kis se baatein karte hain? yeh to pata chala ke apni family se.</w:t>
      </w:r>
    </w:p>
    <w:p>
      <w:pPr>
        <w:jc w:val="right"/>
      </w:pPr>
      <w:r>
        <w:t>کئیبار میںنے جانناچاہاکہ آخرکیا باتیںکرتے ہیں،کسسےباتیںکرتے ہیں؟یہ تو پتہچلا کہ اپنی فیملیسے۔</w:t>
      </w:r>
    </w:p>
    <w:p>
      <w:r>
        <w:rPr>
          <w:b/>
        </w:rPr>
        <w:t xml:space="preserve">[42:31] </w:t>
      </w:r>
      <w:r>
        <w:t>beshtar callen jo hoti hain, woh apni family ke liye hoti hain.</w:t>
      </w:r>
    </w:p>
    <w:p>
      <w:pPr>
        <w:jc w:val="right"/>
      </w:pPr>
      <w:r>
        <w:t>بیشتر کالیںجوہوتیہیں،وہاپنیفیملیکےلیےہوتیہیں۔</w:t>
      </w:r>
    </w:p>
    <w:p>
      <w:r>
        <w:rPr>
          <w:b/>
        </w:rPr>
        <w:t xml:space="preserve">[42:37] </w:t>
      </w:r>
      <w:r>
        <w:t>misalan main Europe ke ek safar mein gaya, ek conference thi, ek dilchasp qissa arz karta hoon.</w:t>
      </w:r>
    </w:p>
    <w:p>
      <w:pPr>
        <w:jc w:val="right"/>
      </w:pPr>
      <w:r>
        <w:t>مثلاًمیں یورپکے ایک سفرمیںگیا،ایک کانفر نستھی،ایک دلچسپقصہعرضکرتاہوں۔</w:t>
      </w:r>
    </w:p>
    <w:p>
      <w:r>
        <w:rPr>
          <w:b/>
        </w:rPr>
        <w:t xml:space="preserve">[42:47] </w:t>
      </w:r>
      <w:r>
        <w:t>to wahan Arab ke ek sheikh aaye hue the, ek aalim.</w:t>
      </w:r>
    </w:p>
    <w:p>
      <w:pPr>
        <w:jc w:val="right"/>
      </w:pPr>
      <w:r>
        <w:t>تووہاں عرب کےایکشیخآئےہوئےتھے، ایک عالم۔</w:t>
      </w:r>
    </w:p>
    <w:p>
      <w:r>
        <w:rPr>
          <w:b/>
        </w:rPr>
        <w:t xml:space="preserve">[42:52] </w:t>
      </w:r>
      <w:r>
        <w:t>woh bar bar telephone par baat karte the. to maine kaha, yeh kya? yeh Arab yahan aaye hain conference mein, kya baatein karte hain? yeh to ek martaba I wanted over here his call.</w:t>
      </w:r>
    </w:p>
    <w:p>
      <w:pPr>
        <w:jc w:val="right"/>
      </w:pPr>
      <w:r>
        <w:t>وہ باربار ٹیلیفونپر بات کرتے تھے۔ تو میںنےکہا،یہکیا؟یہ عرب یہاں آئےہیںکانفرنسمیں،کیاباتیںکرتےہیں؟یہ توایک مرتبہ Iwanted over here ہزکال ۔</w:t>
      </w:r>
    </w:p>
    <w:p>
      <w:r>
        <w:rPr>
          <w:b/>
        </w:rPr>
        <w:t xml:space="preserve">[43:10] </w:t>
      </w:r>
      <w:r>
        <w:t>thoda sa main mutawajjah hua to mujhe ek jumla maine suna ke keh rahe the, wahan koi unki ladki no asiyo wagera shayad koi thi Arab mein</w:t>
      </w:r>
    </w:p>
    <w:p>
      <w:pPr>
        <w:jc w:val="right"/>
      </w:pPr>
      <w:r>
        <w:t>تھوڑاسا میں مت وجہہوا تو مجھےایکجملہمیںنےسنا کہہرہےتھے، وہاں کوئیانکیلڑکی نو اسیوغیرہشایدکوئیتھی عرب میں</w:t>
      </w:r>
    </w:p>
    <w:p>
      <w:r>
        <w:rPr>
          <w:b/>
        </w:rPr>
        <w:t xml:space="preserve">[43:22] </w:t>
      </w:r>
      <w:r>
        <w:t>. yahan se keh rahe hain, هل أبوك معك</w:t>
      </w:r>
    </w:p>
    <w:p>
      <w:pPr>
        <w:jc w:val="right"/>
      </w:pPr>
      <w:r>
        <w:t>۔ یہاںسے کہہرہےہیں، هل أبوك معك</w:t>
      </w:r>
    </w:p>
    <w:p>
      <w:r>
        <w:rPr>
          <w:b/>
        </w:rPr>
        <w:t xml:space="preserve">[43:29] </w:t>
      </w:r>
      <w:r>
        <w:t>maine yeh samjha ke ghaleban unki no asiyo ya potti koi thi. هل أبوك معك kya tumhara baap tumhare saath hai ?</w:t>
      </w:r>
    </w:p>
    <w:p>
      <w:pPr>
        <w:jc w:val="right"/>
      </w:pPr>
      <w:r>
        <w:t>میںنےیہسمجھاکہغالباً انکینو اسی یا پوتیکوئیتھی۔ هلأبوك مع ك کیا تمہاراباپتمہارےساتھ ہے ؟</w:t>
      </w:r>
    </w:p>
    <w:p>
      <w:r>
        <w:rPr>
          <w:b/>
        </w:rPr>
        <w:t xml:space="preserve">[43:41] </w:t>
      </w:r>
      <w:r>
        <w:t>aap yaqeen kijiye ke mujhe rona aa gaya. kaash woh kehte, kya tumhara Khuda tumhare saath hai? tumhara paida karne wala tumhare saath hai?</w:t>
      </w:r>
    </w:p>
    <w:p>
      <w:pPr>
        <w:jc w:val="right"/>
      </w:pPr>
      <w:r>
        <w:t>آپ یقینکیجیےکہمجھےروناآگیا۔ کاشوہکہتے،کیاتمہاراخداتمہارےساتھ ہے؟ تمہاراپیدا کرنے والاتمہارےساتھہے؟</w:t>
      </w:r>
    </w:p>
    <w:p>
      <w:r>
        <w:rPr>
          <w:b/>
        </w:rPr>
        <w:t xml:space="preserve">[43:49] </w:t>
      </w:r>
      <w:r>
        <w:t>tumhara khaliq tumhare saath hai? kya tumne aaj subah Khuda ko yaad kiya ?</w:t>
      </w:r>
    </w:p>
    <w:p>
      <w:pPr>
        <w:jc w:val="right"/>
      </w:pPr>
      <w:r>
        <w:t>تمہاراخالقتمہارےساتھ ہے؟ کیا تمنےآجصبحخداکویادکیا ؟</w:t>
      </w:r>
    </w:p>
    <w:p>
      <w:r>
        <w:rPr>
          <w:b/>
        </w:rPr>
        <w:t xml:space="preserve">[43:58] </w:t>
      </w:r>
      <w:r>
        <w:t>yani هل ربك معك kehna chahiye, هل أبوك معك woh koi bachi hogi.</w:t>
      </w:r>
    </w:p>
    <w:p>
      <w:pPr>
        <w:jc w:val="right"/>
      </w:pPr>
      <w:r>
        <w:t>یعنیهلرب كمعكکہناچاہیے، هلأبوكمع ك وہ کوئیبچیہوگی۔</w:t>
      </w:r>
    </w:p>
    <w:p>
      <w:r>
        <w:rPr>
          <w:b/>
        </w:rPr>
        <w:t xml:space="preserve">[44:07] </w:t>
      </w:r>
      <w:r>
        <w:t>yahan se keh rahe hain, ghaleban main qasir, maine samjha tha ke woh no asiyo hai, ghaleban unki. to kya tumhara baap tumhare saath hai ?</w:t>
      </w:r>
    </w:p>
    <w:p>
      <w:pPr>
        <w:jc w:val="right"/>
      </w:pPr>
      <w:r>
        <w:t>یہاںسے کہہرہےہیں، غالباً میں قاصر،میںنےسمجھاتھاکہوہ نو اسیہے،غالباًانکی۔ تو کیا تمہاراباپتمہارےساتھ ہے ؟</w:t>
      </w:r>
    </w:p>
    <w:p>
      <w:r>
        <w:rPr>
          <w:b/>
        </w:rPr>
        <w:t xml:space="preserve">[44:21] </w:t>
      </w:r>
      <w:r>
        <w:t>maine socha, kaash woh yeh kehte, kehte Rabb ke mu'aaz ke. kya tumne aaj subah ka, aaj tumne Khuda ko yaad kiya? kya aaj tumne Khuda ki kitab ki tilawat ki? kya aaj tumne Khuda ki ibadat ki ?</w:t>
      </w:r>
    </w:p>
    <w:p>
      <w:pPr>
        <w:jc w:val="right"/>
      </w:pPr>
      <w:r>
        <w:t>میںنےسوچا،کاشوہیہکہتے،کہہررب کےمعاذکے۔ کیا تمنےآج صبحکا، آجتمنےخداکویادکیا ؟کیاآجتمنے خدا کی کتاب کی تلاوتکی ؟کیاآجتمنے خداکیعبادتکی ؟</w:t>
      </w:r>
    </w:p>
    <w:p>
      <w:r>
        <w:rPr>
          <w:b/>
        </w:rPr>
        <w:t xml:space="preserve">[44:36] </w:t>
      </w:r>
      <w:r>
        <w:t>kya aaj tumne Khuda ka zikr kiya? kya aaj tumko Khuda ka koi rizq mila?</w:t>
      </w:r>
    </w:p>
    <w:p>
      <w:pPr>
        <w:jc w:val="right"/>
      </w:pPr>
      <w:r>
        <w:t>کیاآجتمنےخداکاذکرکیا ؟ کیاآجتمکوخداکاکوئیرزقملا؟</w:t>
      </w:r>
    </w:p>
    <w:p>
      <w:r>
        <w:rPr>
          <w:b/>
        </w:rPr>
        <w:t xml:space="preserve">[44:46] </w:t>
      </w:r>
      <w:r>
        <w:t>to communication jo tha, woh tha dawat Allah ke liye.</w:t>
      </w:r>
    </w:p>
    <w:p>
      <w:pPr>
        <w:jc w:val="right"/>
      </w:pPr>
      <w:r>
        <w:t>تو کمیونیکیشنجوتھا،وہتھا دعوت اللہ کےلیے۔</w:t>
      </w:r>
    </w:p>
    <w:p>
      <w:r>
        <w:rPr>
          <w:b/>
        </w:rPr>
        <w:t xml:space="preserve">[44:51] </w:t>
      </w:r>
      <w:r>
        <w:t>aap ne kya kar diya? isko sirf money ke liye, business ke liye, family ke liye. bas aur kuch nahin.</w:t>
      </w:r>
    </w:p>
    <w:p>
      <w:pPr>
        <w:jc w:val="right"/>
      </w:pPr>
      <w:r>
        <w:t>آپ نےکیاکردیا؟اسکوصرف منیکےلیے،بزنسکےلیے،فیملیکےلیے۔ بساورکچھبھینہیں۔</w:t>
      </w:r>
    </w:p>
    <w:p>
      <w:r>
        <w:rPr>
          <w:b/>
        </w:rPr>
        <w:t xml:space="preserve">[45:02] </w:t>
      </w:r>
      <w:r>
        <w:t>yaad rakhiye, jinna taka rizqanālahā. yeh jinna taka rizqanālahā. saada baat nahin hai.</w:t>
      </w:r>
    </w:p>
    <w:p>
      <w:pPr>
        <w:jc w:val="right"/>
      </w:pPr>
      <w:r>
        <w:t>یادرکھیے، جن ت کارزقلیناہے۔ یہجن تکارزقلیناہے۔ سادہباتنہیںہے۔</w:t>
      </w:r>
    </w:p>
    <w:p>
      <w:r>
        <w:rPr>
          <w:b/>
        </w:rPr>
        <w:t xml:space="preserve">[45:13] </w:t>
      </w:r>
      <w:r>
        <w:t>yaad rakhiye, jannat ki qeemat yeh hai ke Allah ko acknowledge karna.</w:t>
      </w:r>
    </w:p>
    <w:p>
      <w:pPr>
        <w:jc w:val="right"/>
      </w:pPr>
      <w:r>
        <w:t>یادرکھیے،جنتکیقیمتیہہےکہ اللہ کو acknowledgeکرنا۔</w:t>
      </w:r>
    </w:p>
    <w:p>
      <w:r>
        <w:rPr>
          <w:b/>
        </w:rPr>
        <w:t xml:space="preserve">[45:21] </w:t>
      </w:r>
      <w:r>
        <w:t>Allah ka shukr karna. Quran se sabit hai ke Allah ka shukr karne wale jin mein jayenge. to shukr kya hai ?</w:t>
      </w:r>
    </w:p>
    <w:p>
      <w:pPr>
        <w:jc w:val="right"/>
      </w:pPr>
      <w:r>
        <w:t>اللہ کاشکرکرنا ۔قرآنسےثابتہےکہ اللہ کاشکر کرنے والے جنتمیںجائیںگے۔ توشکرکیاہے ؟</w:t>
      </w:r>
    </w:p>
    <w:p>
      <w:r>
        <w:rPr>
          <w:b/>
        </w:rPr>
        <w:t xml:space="preserve">[45:32] </w:t>
      </w:r>
      <w:r>
        <w:t>acknowledgement hai.</w:t>
      </w:r>
    </w:p>
    <w:p>
      <w:pPr>
        <w:jc w:val="right"/>
      </w:pPr>
      <w:r>
        <w:t>acknowledgement ہے۔</w:t>
      </w:r>
    </w:p>
    <w:p>
      <w:r>
        <w:rPr>
          <w:b/>
        </w:rPr>
        <w:t xml:space="preserve">[45:38] </w:t>
      </w:r>
      <w:r>
        <w:t>maine ek qissa aapko bataya tha ek bar ke jab India mein Sanjay Gandhi ka bada zor tha. jab Maa Indira Gandhi Prime Minister thin aur Sanjay Gandhi chhaye hue the.</w:t>
      </w:r>
    </w:p>
    <w:p>
      <w:pPr>
        <w:jc w:val="right"/>
      </w:pPr>
      <w:r>
        <w:t>میںنےایکقصہآپکوبتایاتھاایکبار کہجب انڈیامیں سنجےگاندھیکابڑازورتھا۔ جب ماںاند راگاندھی Prime Minister تھیں اور سنجےگاندھی چھائےہوئےتھے۔</w:t>
      </w:r>
    </w:p>
    <w:p>
      <w:r>
        <w:rPr>
          <w:b/>
        </w:rPr>
        <w:t xml:space="preserve">[45:52] </w:t>
      </w:r>
      <w:r>
        <w:t>to hamare ilaqa ke ek sahib</w:t>
      </w:r>
    </w:p>
    <w:p>
      <w:pPr>
        <w:jc w:val="right"/>
      </w:pPr>
      <w:r>
        <w:t>توہمارےعلاق ےکے ایکصاحب</w:t>
      </w:r>
    </w:p>
    <w:p>
      <w:r>
        <w:rPr>
          <w:b/>
        </w:rPr>
        <w:t xml:space="preserve">[45:57] </w:t>
      </w:r>
      <w:r>
        <w:t>Sanjay Gandhi ki party mein shamil ho gaye. woh the mamooli gaon ke aadmi the. lekin bahut wafadari ki unhone Sanjay Gandhi ke saath. to wahan woh kachche makan rehte the.</w:t>
      </w:r>
    </w:p>
    <w:p>
      <w:pPr>
        <w:jc w:val="right"/>
      </w:pPr>
      <w:r>
        <w:t>سنجےگاندھیکیپارٹیمیںشامل ہوگئے۔ وہ تھے معمولیگاؤںکےآدمیتھے۔ لیکن بہت وفاداریکیانہوںنےسنجےگاندھیکےساتھ ۔تووہاں وہکچےمکانرہتےتھے۔</w:t>
      </w:r>
    </w:p>
    <w:p>
      <w:r>
        <w:rPr>
          <w:b/>
        </w:rPr>
        <w:t xml:space="preserve">[46:09] </w:t>
      </w:r>
      <w:r>
        <w:t>kheti baadi karte the. to unki wafadari ko dekhte hue Sanjay Gandhi ne unko Rajya Sabha ka member bana diya. Delhi mein.</w:t>
      </w:r>
    </w:p>
    <w:p>
      <w:pPr>
        <w:jc w:val="right"/>
      </w:pPr>
      <w:r>
        <w:t>کھیتیباڑیکرتے تھے۔ تو انکی وفاداریکودیکھتےہوئےسنجےگاندھینےانکو Raj yaSabhaکاممبربنادیا ۔دہلیمیں ۔</w:t>
      </w:r>
    </w:p>
    <w:p>
      <w:r>
        <w:rPr>
          <w:b/>
        </w:rPr>
        <w:t xml:space="preserve">[46:18] </w:t>
      </w:r>
      <w:r>
        <w:t>Delhi mein unko flat mil gaya.</w:t>
      </w:r>
    </w:p>
    <w:p>
      <w:pPr>
        <w:jc w:val="right"/>
      </w:pPr>
      <w:r>
        <w:t>دہلیمیںان کوفلیٹملگیا۔</w:t>
      </w:r>
    </w:p>
    <w:p>
      <w:r>
        <w:rPr>
          <w:b/>
        </w:rPr>
        <w:t xml:space="preserve">[46:21] </w:t>
      </w:r>
      <w:r>
        <w:t>flat hai, car hai, telephone hai waghera. paisa hai. jo ke inko maal hasil nahi tha. khwab bhi nahi dekha tha unhone.</w:t>
      </w:r>
    </w:p>
    <w:p>
      <w:pPr>
        <w:jc w:val="right"/>
      </w:pPr>
      <w:r>
        <w:t>فلیٹہے، کار ہے، ٹیلیفونہے وغیرہ۔پیسہہے۔ جو کہانکو مال حاصل نہیںتھا۔ خواببھینہیںدیکھا تھاانہوںنے۔</w:t>
      </w:r>
    </w:p>
    <w:p>
      <w:r>
        <w:rPr>
          <w:b/>
        </w:rPr>
        <w:t xml:space="preserve">[46:32] </w:t>
      </w:r>
      <w:r>
        <w:t>to mere ek saathi se milne gaya. wapas aakar usko report di ke woh aadmi jo tha bar bar kehta tha, yeh sab sunje babu ki dena hai.</w:t>
      </w:r>
    </w:p>
    <w:p>
      <w:pPr>
        <w:jc w:val="right"/>
      </w:pPr>
      <w:r>
        <w:t>تومیرےایکساتھیانسےملنےگئے۔ واپسآکر اسکو رپورٹدی کہ وہآدمیجوتھا باربار کہتاتھا، یہسبسنجےبابوکیدینہے۔</w:t>
      </w:r>
    </w:p>
    <w:p>
      <w:r>
        <w:rPr>
          <w:b/>
        </w:rPr>
        <w:t xml:space="preserve">[46:46] </w:t>
      </w:r>
      <w:r>
        <w:t>yeh sab sunje babu ki dena hai.</w:t>
      </w:r>
    </w:p>
    <w:p>
      <w:pPr>
        <w:jc w:val="right"/>
      </w:pPr>
      <w:r>
        <w:t>یہسبسنجےبابوکیدینہے۔</w:t>
      </w:r>
    </w:p>
    <w:p>
      <w:r>
        <w:rPr>
          <w:b/>
        </w:rPr>
        <w:t xml:space="preserve">[46:51] </w:t>
      </w:r>
      <w:r>
        <w:t>to yeh woh insaan mujhe nahi mila jo kahe, yeh sab mere khuda ki dena hai.</w:t>
      </w:r>
    </w:p>
    <w:p>
      <w:pPr>
        <w:jc w:val="right"/>
      </w:pPr>
      <w:r>
        <w:t>تو یہ وہ انسان مجھےنہیںملاجوکہے،یہسبمیرےخداکیدینہے۔</w:t>
      </w:r>
    </w:p>
    <w:p>
      <w:r>
        <w:rPr>
          <w:b/>
        </w:rPr>
        <w:t xml:space="preserve">[46:57] </w:t>
      </w:r>
      <w:r>
        <w:t>yeh zameen, yeh aasman, yeh suraj, yeh chand, yeh family, yeh mera wajood, yeh meri sehat. woh insaan mujhe nahi mila abhi tak jo kahe, yeh sab mere khuda ki dena hai.</w:t>
      </w:r>
    </w:p>
    <w:p>
      <w:pPr>
        <w:jc w:val="right"/>
      </w:pPr>
      <w:r>
        <w:t>یہ زمین ،یہ آسمان،یہسورج،یہ چاند، یہ فیملی، یہمیرا وجود ،یہمیری صحت۔ وہانسانمجھےنہیںملاابھیتکجوکہے، یہسبمیرےخداکیدینہے۔</w:t>
      </w:r>
    </w:p>
    <w:p>
      <w:r>
        <w:rPr>
          <w:b/>
        </w:rPr>
        <w:t xml:space="preserve">[47:11] </w:t>
      </w:r>
      <w:r>
        <w:t>yeh sab khawand e alam ki dena hai.</w:t>
      </w:r>
    </w:p>
    <w:p>
      <w:pPr>
        <w:jc w:val="right"/>
      </w:pPr>
      <w:r>
        <w:t>یہسبخداوند عالمکیدینہے۔</w:t>
      </w:r>
    </w:p>
    <w:p>
      <w:r>
        <w:rPr>
          <w:b/>
        </w:rPr>
        <w:t xml:space="preserve">[47:24] </w:t>
      </w:r>
      <w:r>
        <w:t>to yaad rakhiye,</w:t>
      </w:r>
    </w:p>
    <w:p>
      <w:pPr>
        <w:jc w:val="right"/>
      </w:pPr>
      <w:r>
        <w:t>تویادرکھیے،</w:t>
      </w:r>
    </w:p>
    <w:p>
      <w:r>
        <w:rPr>
          <w:b/>
        </w:rPr>
        <w:t xml:space="preserve">[47:27] </w:t>
      </w:r>
      <w:r>
        <w:t>Allah se mohabbat hi pehli qeemat. Allah se mohabbat hi wahid cheez hai jo aap Allah ko jo return de sakte hain.</w:t>
      </w:r>
    </w:p>
    <w:p>
      <w:pPr>
        <w:jc w:val="right"/>
      </w:pPr>
      <w:r>
        <w:t>اللہ سے مح بت ہی پہلی قیمت ۔اللہ سے محبتہی واحد چیزہے جو آپ اللہ کو جو return دےسکتےہیں۔</w:t>
      </w:r>
    </w:p>
    <w:p>
      <w:r>
        <w:rPr>
          <w:b/>
        </w:rPr>
        <w:t xml:space="preserve">[47:40] </w:t>
      </w:r>
      <w:r>
        <w:t>aap koi cheez len. farz kijiye, ek kitab aap khareeden. ya aap ek telephone khareeden. ek mobile khareeden.</w:t>
      </w:r>
    </w:p>
    <w:p>
      <w:pPr>
        <w:jc w:val="right"/>
      </w:pPr>
      <w:r>
        <w:t>آپ کوئیچیز لیں۔ فرضکیجیے،ایککتاب آپخریدیں۔ یاآپ ایک ٹیلیفونخریدیں۔ ایک موبائل خریدیں۔</w:t>
      </w:r>
    </w:p>
    <w:p>
      <w:r>
        <w:rPr>
          <w:b/>
        </w:rPr>
        <w:t xml:space="preserve">[47:50] </w:t>
      </w:r>
      <w:r>
        <w:t>ek mez khareeden. koi bhi cheez khareeden. to uska aap ab iski ek price dete hain. aap price tab woh cheez milti hai aapko.</w:t>
      </w:r>
    </w:p>
    <w:p>
      <w:pPr>
        <w:jc w:val="right"/>
      </w:pPr>
      <w:r>
        <w:t>ایک میزکردیں۔کوئیبھیچیزخریدیں۔ تو اسکا آپ اباسکیایک priceدیتےہیں۔آپprice تب وہ چیزملتیہےآپکو ۔</w:t>
      </w:r>
    </w:p>
    <w:p>
      <w:r>
        <w:rPr>
          <w:b/>
        </w:rPr>
        <w:t xml:space="preserve">[48:01] </w:t>
      </w:r>
      <w:r>
        <w:t>to yaad rakhiye, jannat ki price sirf ek hai.</w:t>
      </w:r>
    </w:p>
    <w:p>
      <w:pPr>
        <w:jc w:val="right"/>
      </w:pPr>
      <w:r>
        <w:t>تویادرکھیے،جنت کیpriceصرفایکہے۔</w:t>
      </w:r>
    </w:p>
    <w:p>
      <w:r>
        <w:rPr>
          <w:b/>
        </w:rPr>
        <w:t xml:space="preserve">[48:05] </w:t>
      </w:r>
      <w:r>
        <w:t>woh Allah se mohabbat shadeed. aur koi price nahi hai.</w:t>
      </w:r>
    </w:p>
    <w:p>
      <w:pPr>
        <w:jc w:val="right"/>
      </w:pPr>
      <w:r>
        <w:t>وہ اللہ سے محبت شدید۔ اور کوئی priceنہیںہے۔</w:t>
      </w:r>
    </w:p>
    <w:p>
      <w:r>
        <w:rPr>
          <w:b/>
        </w:rPr>
        <w:t xml:space="preserve">[48:16] </w:t>
      </w:r>
      <w:r>
        <w:t>isi mohabbat shadeed se sab cheezein nikalti hain.</w:t>
      </w:r>
    </w:p>
    <w:p>
      <w:pPr>
        <w:jc w:val="right"/>
      </w:pPr>
      <w:r>
        <w:t>اسی محبت شدیدسے سبچیزیںنکلتیہیں۔</w:t>
      </w:r>
    </w:p>
    <w:p>
      <w:r>
        <w:rPr>
          <w:b/>
        </w:rPr>
        <w:t xml:space="preserve">[48:21] </w:t>
      </w:r>
      <w:r>
        <w:t>chahe zikr ho, chahe dua ho, chahe ibadat ho, dawat e Allah ho, qurbaani ho, hajj ho, umrah ho.</w:t>
      </w:r>
    </w:p>
    <w:p>
      <w:pPr>
        <w:jc w:val="right"/>
      </w:pPr>
      <w:r>
        <w:t>چاہےذکرہو،چاہےدعاہو،چاہےعبادتہو،دعوت اللہ ہو ، قربانیہو ،حجہو،عمرہہو ۔</w:t>
      </w:r>
    </w:p>
    <w:p>
      <w:r>
        <w:rPr>
          <w:b/>
        </w:rPr>
        <w:t xml:space="preserve">[48:32] </w:t>
      </w:r>
      <w:r>
        <w:t>kuch bhi ho, isi se nikalta hai.</w:t>
      </w:r>
    </w:p>
    <w:p>
      <w:pPr>
        <w:jc w:val="right"/>
      </w:pPr>
      <w:r>
        <w:t>کچھبھیہو ،اسیسےنکلتاہے۔</w:t>
      </w:r>
    </w:p>
    <w:p>
      <w:r>
        <w:rPr>
          <w:b/>
        </w:rPr>
        <w:t xml:space="preserve">[48:38] </w:t>
      </w:r>
      <w:r>
        <w:t>warna jis mein mohabbat shadeed shamil nahi hai, woh kuch bhi nahi hai. woh na hajj hai, na umrah hai, na namaz hai, na dawat hai, na kuch bhi nahi hai.</w:t>
      </w:r>
    </w:p>
    <w:p>
      <w:pPr>
        <w:jc w:val="right"/>
      </w:pPr>
      <w:r>
        <w:t>ورنہ جس میں محبت شدیدشامل نہیںہے، وہکچھبھینہیں ہے۔ وہنہحجہے،نہعمرہہے،نہ نمازہے،نہ دعوتہے،نہکچھبھینہیں۔</w:t>
      </w:r>
    </w:p>
    <w:p>
      <w:r>
        <w:rPr>
          <w:b/>
        </w:rPr>
        <w:t xml:space="preserve">[48:49] </w:t>
      </w:r>
      <w:r>
        <w:t>jis tareeqe se</w:t>
      </w:r>
    </w:p>
    <w:p>
      <w:pPr>
        <w:jc w:val="right"/>
      </w:pPr>
      <w:r>
        <w:t>جس طریقےسے</w:t>
      </w:r>
    </w:p>
    <w:p>
      <w:r>
        <w:rPr>
          <w:b/>
        </w:rPr>
        <w:t xml:space="preserve">[48:54] </w:t>
      </w:r>
      <w:r>
        <w:t>kal maine ek dekha, ek anar, ek bachche ne usko toda, tod kar ke uska andar ka dana nikala aur chhilka phenk diya.</w:t>
      </w:r>
    </w:p>
    <w:p>
      <w:pPr>
        <w:jc w:val="right"/>
      </w:pPr>
      <w:r>
        <w:t>کل میںنے ایک دیکھا، ان ار ،ایک بچینےاسکوتوڑا، توڑکرکےاسکا اندرکادانہنکالااورچھلکاپھینکدیا۔</w:t>
      </w:r>
    </w:p>
    <w:p>
      <w:r>
        <w:rPr>
          <w:b/>
        </w:rPr>
        <w:t xml:space="preserve">[49:03] </w:t>
      </w:r>
      <w:r>
        <w:t>to maine kaha, maine dekha ke jo jo ibadat rooh se khali ho, wohi chhilka hai. to yeh insaan phenk deta hai, Khuda nahi phenkega kya?</w:t>
      </w:r>
    </w:p>
    <w:p>
      <w:pPr>
        <w:jc w:val="right"/>
      </w:pPr>
      <w:r>
        <w:t>تو میںنےکہا،میںنےدیکھاکہجو جو عبادت روحسےخالیہو،وہیچھلکاہے۔تو یہانسان پھینکدیتاہے،خدانہیںپھینکےگاکیا ؟</w:t>
      </w:r>
    </w:p>
    <w:p>
      <w:r>
        <w:rPr>
          <w:b/>
        </w:rPr>
        <w:t xml:space="preserve">[49:16] </w:t>
      </w:r>
      <w:r>
        <w:t>is bachche ne dana nikala anar ka aur chhilka phenk diya, kooday mein daal diya.</w:t>
      </w:r>
    </w:p>
    <w:p>
      <w:pPr>
        <w:jc w:val="right"/>
      </w:pPr>
      <w:r>
        <w:t>اسبچینے دانہنکالا انارکا اور چھلکاپھینکدیا، کوڑےمیںڈالدیا۔</w:t>
      </w:r>
    </w:p>
    <w:p>
      <w:r>
        <w:rPr>
          <w:b/>
        </w:rPr>
        <w:t xml:space="preserve">[49:22] </w:t>
      </w:r>
      <w:r>
        <w:t>to aap ka hajj, aap ka umrah, aap ki namaz, aap ki ibadat, hatta ke aap ki dawat e Allah bhi, aap ki dawat bhi agar ismein split nahi hai, to woh kooday mein phenk diya, woh chhilka hai, woh.</w:t>
      </w:r>
    </w:p>
    <w:p>
      <w:pPr>
        <w:jc w:val="right"/>
      </w:pPr>
      <w:r>
        <w:t>تو آپ کا حج،آپ کاعمر ہ،آپ کی نماز،آپکی عبادت ،حتیکہآپکیدعوت اللہبھی، آپکیدعوتبھیاگراسمیں sp litنہیںہے، تو وہکوڑےمیںپھینکدیا،وہچھلکاہے،وہ۔</w:t>
      </w:r>
    </w:p>
    <w:p>
      <w:r>
        <w:rPr>
          <w:b/>
        </w:rPr>
        <w:t xml:space="preserve">[49:37] </w:t>
      </w:r>
      <w:r>
        <w:t>aap ki dawat sirf announcement ho, sirf stage par baith kar ke aap taqreerein karte ho, ismein split maujood na ho, mohabbat e Khuda ki,</w:t>
      </w:r>
    </w:p>
    <w:p>
      <w:pPr>
        <w:jc w:val="right"/>
      </w:pPr>
      <w:r>
        <w:t>آپ کیدعوت صرف announc ement ہو، صرف sta ge پر بیٹھکرکےآپتقریریںکرتے ہو، اسمیں sp litموجود نہہو، محبت خدا کی،</w:t>
      </w:r>
    </w:p>
    <w:p>
      <w:r>
        <w:rPr>
          <w:b/>
        </w:rPr>
        <w:t xml:space="preserve">[49:52] </w:t>
      </w:r>
      <w:r>
        <w:t>to phir woh chhilka hai, kooday mein daal diya jayega woh.</w:t>
      </w:r>
    </w:p>
    <w:p>
      <w:pPr>
        <w:jc w:val="right"/>
      </w:pPr>
      <w:r>
        <w:t>تو پھروہچھلکاہے، کوڑےمیںڈالدیاجائےگاوہ ۔</w:t>
      </w:r>
    </w:p>
    <w:p>
      <w:r>
        <w:rPr>
          <w:b/>
        </w:rPr>
        <w:t xml:space="preserve">[50:02] </w:t>
      </w:r>
      <w:r>
        <w:t>to sab ki jad mein kya baat hai? aap ne Khuda se mohabbat ka jo sarchashma hai, isi ko daryaft nahi kiya.</w:t>
      </w:r>
    </w:p>
    <w:p>
      <w:pPr>
        <w:jc w:val="right"/>
      </w:pPr>
      <w:r>
        <w:t>تو سب کیجڑمیںکیا باتہے؟ آپ نے خدا سے محبتکاجو سر چشمہہے، اسیکو دریا فتنہیںکیا۔</w:t>
      </w:r>
    </w:p>
    <w:p>
      <w:r>
        <w:rPr>
          <w:b/>
        </w:rPr>
        <w:t xml:space="preserve">[50:16] </w:t>
      </w:r>
      <w:r>
        <w:t>ke Khuda woh Khuda hai jisne mujhe banaya,</w:t>
      </w:r>
    </w:p>
    <w:p>
      <w:pPr>
        <w:jc w:val="right"/>
      </w:pPr>
      <w:r>
        <w:t>کہخدا وہ خداہےجسنےمجھے بنایا،</w:t>
      </w:r>
    </w:p>
    <w:p>
      <w:r>
        <w:rPr>
          <w:b/>
        </w:rPr>
        <w:t xml:space="preserve">[50:20] </w:t>
      </w:r>
      <w:r>
        <w:t>woh khuda hai jisne yeh zameen banai, woh khuda hai jisne life support system qaim kiya, woh khuda hai jisne yeh poori kainat banai,</w:t>
      </w:r>
    </w:p>
    <w:p>
      <w:pPr>
        <w:jc w:val="right"/>
      </w:pPr>
      <w:r>
        <w:t>وہ خداہےجسنےیہزمین بنائی، وہخداہےجسنےlife support system قائمکیا ، وہ خداہےجسنےیہپوریکائناتبنائی،</w:t>
      </w:r>
    </w:p>
    <w:p>
      <w:r>
        <w:rPr>
          <w:b/>
        </w:rPr>
        <w:t xml:space="preserve">[50:29] </w:t>
      </w:r>
      <w:r>
        <w:t>aur yeh sab mujhko free mein sab kuch de diya. Is haqeeqat ko daryaft nahin kiya aapne.</w:t>
      </w:r>
    </w:p>
    <w:p>
      <w:pPr>
        <w:jc w:val="right"/>
      </w:pPr>
      <w:r>
        <w:t>اوریہسب مجھکو freeمیںسبکچھدےدیا ۔ اس حقیقتکو دریا فتنہیں کیاآپنے ۔</w:t>
      </w:r>
    </w:p>
    <w:p>
      <w:r>
        <w:rPr>
          <w:b/>
        </w:rPr>
        <w:t xml:space="preserve">[50:41] </w:t>
      </w:r>
      <w:r>
        <w:t>aur is haqeeqat ko daryaft na karna ke tu ba-razaq hai.</w:t>
      </w:r>
    </w:p>
    <w:p>
      <w:pPr>
        <w:jc w:val="right"/>
      </w:pPr>
      <w:r>
        <w:t>اوراسحقیقتکودریا فت نہکرنا کہ توبہرزقہے۔</w:t>
      </w:r>
    </w:p>
    <w:p>
      <w:r>
        <w:rPr>
          <w:b/>
        </w:rPr>
        <w:t xml:space="preserve">[50:45] </w:t>
      </w:r>
      <w:r>
        <w:t>Surah Baqarah ki woh ayat ko aap bar bar parhiye.</w:t>
      </w:r>
    </w:p>
    <w:p>
      <w:pPr>
        <w:jc w:val="right"/>
      </w:pPr>
      <w:r>
        <w:t>سورہبقرہکیوہآیتکوآپباربارپڑھیے۔</w:t>
      </w:r>
    </w:p>
    <w:p>
      <w:r>
        <w:rPr>
          <w:b/>
        </w:rPr>
        <w:t xml:space="preserve">[50:51] </w:t>
      </w:r>
      <w:r>
        <w:t>ke jisko Allah se mohabbat nahin, woh uska maqam kahan hai?</w:t>
      </w:r>
    </w:p>
    <w:p>
      <w:pPr>
        <w:jc w:val="right"/>
      </w:pPr>
      <w:r>
        <w:t>کہجسکواللہ سے محبت نہیں، وہ اسکا مقام کہاںہے ؟</w:t>
      </w:r>
    </w:p>
    <w:p>
      <w:r>
        <w:rPr>
          <w:b/>
        </w:rPr>
        <w:t xml:space="preserve">[51:06] </w:t>
      </w:r>
      <w:r>
        <w:t>Toh yeh sab baatein bahut zyada sochne ki hain. Muhasba karne ki hain. Introspection karne ki hain. Study karne ki hain.</w:t>
      </w:r>
    </w:p>
    <w:p>
      <w:pPr>
        <w:jc w:val="right"/>
      </w:pPr>
      <w:r>
        <w:t>تویہ سبباتیں بہت زیادہسوچنےکیہیں۔ محاسبہکرنے کیہیں۔ intr ospectionکرنے کیہیں۔ studyکرنے کیہیں۔</w:t>
      </w:r>
    </w:p>
    <w:p>
      <w:r>
        <w:rPr>
          <w:b/>
        </w:rPr>
        <w:t xml:space="preserve">[51:21] </w:t>
      </w:r>
      <w:r>
        <w:t>Aur phir us se pehle ke maut aaye, ek faisla lene ki hai. Dekhein, hum mein se har shakhs ko maut peecha kar rahi hai.</w:t>
      </w:r>
    </w:p>
    <w:p>
      <w:pPr>
        <w:jc w:val="right"/>
      </w:pPr>
      <w:r>
        <w:t>اور پھراسسےپہلے کہ موت آئے، ایک فیصلہلینےکیہے۔ دیکھیں،ہممیںسےہرشخص کو موت پیچھاکررہیہے۔</w:t>
      </w:r>
    </w:p>
    <w:p>
      <w:r>
        <w:rPr>
          <w:b/>
        </w:rPr>
        <w:t xml:space="preserve">[51:32] </w:t>
      </w:r>
      <w:r>
        <w:t>Hum mein se har shakhs ka countdown ho raha hai.</w:t>
      </w:r>
    </w:p>
    <w:p>
      <w:pPr>
        <w:jc w:val="right"/>
      </w:pPr>
      <w:r>
        <w:t>ہم میںسےہرشخص کا count downہورہاہے۔</w:t>
      </w:r>
    </w:p>
    <w:p>
      <w:r>
        <w:rPr>
          <w:b/>
        </w:rPr>
        <w:t xml:space="preserve">[51:38] </w:t>
      </w:r>
      <w:r>
        <w:t>Achanak hum mein se har shakhs ko marna hai.</w:t>
      </w:r>
    </w:p>
    <w:p>
      <w:pPr>
        <w:jc w:val="right"/>
      </w:pPr>
      <w:r>
        <w:t>اچانک ہممیںسےہرشخص کو مرناہے۔</w:t>
      </w:r>
    </w:p>
    <w:p>
      <w:r>
        <w:rPr>
          <w:b/>
        </w:rPr>
        <w:t xml:space="preserve">[51:46] </w:t>
      </w:r>
      <w:r>
        <w:t>Jab Malak ul Maut aata hai toh hum ko koi choice nahin deta. Maut ke baad achanak aap Allah ke saamne khade honge.</w:t>
      </w:r>
    </w:p>
    <w:p>
      <w:pPr>
        <w:jc w:val="right"/>
      </w:pPr>
      <w:r>
        <w:t>جب ملک الموتآتاہےتوہمکوکوئی choiceنہیںدیتا۔ موتکےبعداچانک آپ اللہ کےسامنےکھڑےہوںگے۔</w:t>
      </w:r>
    </w:p>
    <w:p>
      <w:r>
        <w:rPr>
          <w:b/>
        </w:rPr>
        <w:t xml:space="preserve">[51:58] </w:t>
      </w:r>
      <w:r>
        <w:t>Abhi aap apne aap ko, apni family, apni duniya, apne jo cheezein aap ke hain, us mein</w:t>
      </w:r>
    </w:p>
    <w:p>
      <w:pPr>
        <w:jc w:val="right"/>
      </w:pPr>
      <w:r>
        <w:t>ابھیآپ اپنےآپکو ،اپنی فیملی،اپنی دنیا ، اپنے جوچیزیںآپکےہیں،اسمیں</w:t>
      </w:r>
    </w:p>
    <w:p>
      <w:r>
        <w:rPr>
          <w:b/>
        </w:rPr>
        <w:t xml:space="preserve">[52:06] </w:t>
      </w:r>
      <w:r>
        <w:t>paate hain aap. Achanak aap Khuda aur farishton ke darmiyan apne aap ko paayenge.</w:t>
      </w:r>
    </w:p>
    <w:p>
      <w:pPr>
        <w:jc w:val="right"/>
      </w:pPr>
      <w:r>
        <w:t>پاتےہیںآپ۔اچانکآپ خدا اورفرشتوںکے درمیاناپنےآپکوپائیںگے۔</w:t>
      </w:r>
    </w:p>
    <w:p>
      <w:r>
        <w:rPr>
          <w:b/>
        </w:rPr>
        <w:t xml:space="preserve">[52:14] </w:t>
      </w:r>
      <w:r>
        <w:t>Toh main aksar kaha karta hoon ke yeh duniya Allah Ta'ala ne di thi hum ko ek bahut badi opportunity ke taur par. Golden opportunity balkeh diamond opportunity.</w:t>
      </w:r>
    </w:p>
    <w:p>
      <w:pPr>
        <w:jc w:val="right"/>
      </w:pPr>
      <w:r>
        <w:t>تو میںاکثرکہاکرتاہوں کہیہدنیا اللہ تعالیٰنےدیتھیہمکوایک بہت بڑی opportun ityکےطور پر۔ Golden opportunity بلکہdiamondopportun ity۔</w:t>
      </w:r>
    </w:p>
    <w:p>
      <w:r>
        <w:rPr>
          <w:b/>
        </w:rPr>
        <w:t xml:space="preserve">[52:27] </w:t>
      </w:r>
      <w:r>
        <w:t>Woh kya? Hum Allah se mohabbat ko discover karen. Allah se mohabbat ko</w:t>
      </w:r>
    </w:p>
    <w:p>
      <w:pPr>
        <w:jc w:val="right"/>
      </w:pPr>
      <w:r>
        <w:t>وہکیا ؟ہم اللہ سے محبت کو disc overکریں۔ اللہ سے محبتکو</w:t>
      </w:r>
    </w:p>
    <w:p>
      <w:r>
        <w:rPr>
          <w:b/>
        </w:rPr>
        <w:t xml:space="preserve">[52:36] </w:t>
      </w:r>
      <w:r>
        <w:t>apni jagah dein apne dil mein, apne dimagh mein. Haqeeqi maanon mein. Aur uske nateeje mein farishte humein likhein ke yeh insaan jannat ka mustahiq hai.</w:t>
      </w:r>
    </w:p>
    <w:p>
      <w:pPr>
        <w:jc w:val="right"/>
      </w:pPr>
      <w:r>
        <w:t>اپنا جگہ دیںاپنےدلمیں،اپنے دماغ میں۔ حقیقی معنوںمیں۔ اوراسکےنتیجےمیں فرشتےہمیں لکھ یںکہیہانسان جنتکا مستحقہے۔</w:t>
      </w:r>
    </w:p>
    <w:p>
      <w:r>
        <w:rPr>
          <w:b/>
        </w:rPr>
        <w:t xml:space="preserve">[52:50] </w:t>
      </w:r>
      <w:r>
        <w:t>Uske liye ek golden opportunity, ek diamond opportunity di gayi thi.</w:t>
      </w:r>
    </w:p>
    <w:p>
      <w:pPr>
        <w:jc w:val="right"/>
      </w:pPr>
      <w:r>
        <w:t>اسکےلیے ایک golden opportunity،ایکdiamond opportun ity دیگئیتھی۔</w:t>
      </w:r>
    </w:p>
    <w:p>
      <w:r>
        <w:rPr>
          <w:b/>
        </w:rPr>
        <w:t xml:space="preserve">[53:01] </w:t>
      </w:r>
      <w:r>
        <w:t>Yaani eternal world mein aap ko</w:t>
      </w:r>
    </w:p>
    <w:p>
      <w:pPr>
        <w:jc w:val="right"/>
      </w:pPr>
      <w:r>
        <w:t>یعنیetern alworld میں آپکو</w:t>
      </w:r>
    </w:p>
    <w:p>
      <w:r>
        <w:rPr>
          <w:b/>
        </w:rPr>
        <w:t xml:space="preserve">[53:07] </w:t>
      </w:r>
      <w:r>
        <w:t>ideal world, jannat kya hai? Jannat ideal world hai, perfect world hai, Khuda ka paros hai. Is duniya mein jagah mile.</w:t>
      </w:r>
    </w:p>
    <w:p>
      <w:pPr>
        <w:jc w:val="right"/>
      </w:pPr>
      <w:r>
        <w:t>ide al world ،جنتکیاہے؟جنت ide alworld ہے، perfectworld ہے، خداکا پڑوسہے۔ اس دنیا میںجگہملے۔</w:t>
      </w:r>
    </w:p>
    <w:p>
      <w:r>
        <w:rPr>
          <w:b/>
        </w:rPr>
        <w:t xml:space="preserve">[53:20] </w:t>
      </w:r>
      <w:r>
        <w:t>Lekin jisko dekhiye, usko is mauqe ko kho raha hai, kho raha hai. Toh Quran mein aakhirat ko kaha gaya Yawn al-Hasrah, aise logon ke liye.</w:t>
      </w:r>
    </w:p>
    <w:p>
      <w:pPr>
        <w:jc w:val="right"/>
      </w:pPr>
      <w:r>
        <w:t>لیکن جسکودیکھیے، اسکو اس موقع کھورہاہے، کھورہاہے۔توقرآنمیں آخرتکوکہاگیا یوم الحسرة،ایسےلوگوںکےلیے۔</w:t>
      </w:r>
    </w:p>
    <w:p>
      <w:r>
        <w:rPr>
          <w:b/>
        </w:rPr>
        <w:t xml:space="preserve">[53:32] </w:t>
      </w:r>
      <w:r>
        <w:t>Hasrat ka din. Bible mein ajeeb lafz hai ke jis ne is duniya mein</w:t>
      </w:r>
    </w:p>
    <w:p>
      <w:pPr>
        <w:jc w:val="right"/>
      </w:pPr>
      <w:r>
        <w:t>حسرتکادن ۔ بائبلمیں عجیبلفظہے کہجس نے اسدنیا میں</w:t>
      </w:r>
    </w:p>
    <w:p>
      <w:r>
        <w:rPr>
          <w:b/>
        </w:rPr>
        <w:t xml:space="preserve">[53:43] </w:t>
      </w:r>
      <w:r>
        <w:t>Allah ko raazi nahin kiya, toh kya hoga? Abad tak rona aur daant peesna hoga. Rona aur daant peesna, ma'ana afsos, afsos, afsos.</w:t>
      </w:r>
    </w:p>
    <w:p>
      <w:pPr>
        <w:jc w:val="right"/>
      </w:pPr>
      <w:r>
        <w:t>اللہ کو راضینہیں کیا، توکیاہوگا؟ ابد تک ر ونااور دانت پیسناہوگا۔ رونااوردانتپیسنا،معنیافسوس،افسوس،افسوس۔</w:t>
      </w:r>
    </w:p>
    <w:p>
      <w:r>
        <w:rPr>
          <w:b/>
        </w:rPr>
        <w:t xml:space="preserve">[53:58] </w:t>
      </w:r>
      <w:r>
        <w:t>Abad tak rona aur daant peesna hoga. Yaani abad tak afsos mein pade rehna hoga. Isi ko main kehta hoon ke marne ke baad har aadmi sochega, hasrat ke saath, afsos ke saath ke mine was a case of missed opportunity.</w:t>
      </w:r>
    </w:p>
    <w:p>
      <w:pPr>
        <w:jc w:val="right"/>
      </w:pPr>
      <w:r>
        <w:t>ابدتک ر ونااور دانت پیسناہوگا۔ یعنیابدتک افسوسمیںپڑےرہناہوگا۔ اسیکومیںکہتاہوںکہ مرنےکےبعدہرآدمی سوچےگا، حسرتکےساتھ ،افسوسکےساتھ کہ mine was acaseof missed opportun ity.</w:t>
      </w:r>
    </w:p>
    <w:p>
      <w:r>
        <w:rPr>
          <w:b/>
        </w:rPr>
        <w:t xml:space="preserve">[54:21] </w:t>
      </w:r>
      <w:r>
        <w:t>Mine was a case of missed opportunity.</w:t>
      </w:r>
    </w:p>
    <w:p>
      <w:pPr>
        <w:jc w:val="right"/>
      </w:pPr>
      <w:r>
        <w:t>Minewas acaseof missed opportun ity.</w:t>
      </w:r>
    </w:p>
    <w:p>
      <w:r>
        <w:rPr>
          <w:b/>
        </w:rPr>
        <w:t xml:space="preserve">[54:26] </w:t>
      </w:r>
      <w:r>
        <w:t>Mera case toh ek ek khoye hue mauqe case ban gaya. Ek mauqa mila tha, woh kho diya maine. Ab na woh dobara mauqa milne wala hai, na mujhe kuch aur haasil hone wala hai.</w:t>
      </w:r>
    </w:p>
    <w:p>
      <w:pPr>
        <w:jc w:val="right"/>
      </w:pPr>
      <w:r>
        <w:t>میرا caseتوایک ایک کھوئےہوئےم وقعc aseبنگیا۔ ایک موقع ملاتھا، وہکھودیا میںنے۔ ابنہوہدوبارہموقعملنےوالاہے، نہمجھےکچھاور حاصل ہونےوالاہے۔</w:t>
      </w:r>
    </w:p>
    <w:p>
      <w:r>
        <w:rPr>
          <w:b/>
        </w:rPr>
        <w:t xml:space="preserve">[54:47] </w:t>
      </w:r>
      <w:r>
        <w:t>Toh jitna zyada aap ke andar yeh shaoor paida hoga, Allah ka shaoor, Allah se mohabbat ka shaoor,</w:t>
      </w:r>
    </w:p>
    <w:p>
      <w:pPr>
        <w:jc w:val="right"/>
      </w:pPr>
      <w:r>
        <w:t>تو جتنازیادہ آپ کےاندر یہ شعورپیدا ہوگا، اللہ کاشعور ،اللہ سےمحبتکاشعور،</w:t>
      </w:r>
    </w:p>
    <w:p>
      <w:r>
        <w:rPr>
          <w:b/>
        </w:rPr>
        <w:t xml:space="preserve">[54:58] </w:t>
      </w:r>
      <w:r>
        <w:t>itni ziyada jaan aaye gi aap ke iman mein, aap ke ibadat mein, aap ke kirdaar mein, aap ki baat cheet mein, aap ki daawat mein, aap ki sargarmiyon mein.</w:t>
      </w:r>
    </w:p>
    <w:p>
      <w:pPr>
        <w:jc w:val="right"/>
      </w:pPr>
      <w:r>
        <w:t>اتنیزیادہ جان آئےگیآپکےایمانمیں ،آپ کے عبادتمیں ،آپ کے کردارمیں ،آپ کی باتچیتمیں ،آپ کی دعوتمیں ،آپ کی سرگرمیوںمیں۔</w:t>
      </w:r>
    </w:p>
    <w:p>
      <w:r>
        <w:rPr>
          <w:b/>
        </w:rPr>
        <w:t xml:space="preserve">[55:15] </w:t>
      </w:r>
      <w:r>
        <w:t>to har cheez ka jo central force hai, woh yeh hai: mohabbat-e-khuda. Central force.</w:t>
      </w:r>
    </w:p>
    <w:p>
      <w:pPr>
        <w:jc w:val="right"/>
      </w:pPr>
      <w:r>
        <w:t>توہرچیز کا جوcentral forceہے، وہ یہیہے: محبت خدا ۔ Central force۔</w:t>
      </w:r>
    </w:p>
    <w:p>
      <w:r>
        <w:rPr>
          <w:b/>
        </w:rPr>
        <w:t xml:space="preserve">[55:29] </w:t>
      </w:r>
      <w:r>
        <w:t>jis tarah aap ke jism mein, us ke andar jab tak rooh hai, tab tak aap chal rahe hain, bol rahe hain, dekh rahe hain, sab kuch ho raha hai. Rooh nikal jaye to bilkul body, bilkul kuch nahin.</w:t>
      </w:r>
    </w:p>
    <w:p>
      <w:pPr>
        <w:jc w:val="right"/>
      </w:pPr>
      <w:r>
        <w:t>جسطرحآپکے ج سمہے، اسکےاندرجبتکروحہے، تب تکآپ چلرہےہیں،بولرہےہیں،دیکھرہےہیں،سبکچھہورہاہے۔روحنکلجائےتوبالکلیہbody،بالکلکچھبھینہیں۔</w:t>
      </w:r>
    </w:p>
    <w:p>
      <w:r>
        <w:rPr>
          <w:b/>
        </w:rPr>
        <w:t xml:space="preserve">[55:39] </w:t>
      </w:r>
      <w:r>
        <w:t>rooh ke nikalte hi yeh body kuch nahin.</w:t>
      </w:r>
    </w:p>
    <w:p>
      <w:pPr>
        <w:jc w:val="right"/>
      </w:pPr>
      <w:r>
        <w:t>روحکےنکلتےہی یہbodyکچھبھینہیں ۔</w:t>
      </w:r>
    </w:p>
    <w:p>
      <w:r>
        <w:rPr>
          <w:b/>
        </w:rPr>
        <w:t xml:space="preserve">[55:42] </w:t>
      </w:r>
      <w:r>
        <w:t>yani poori body ko jo sargarmi karti hai, woh hai rooh. Isi tarah se aap ki zindagi mein mohabbat-e-khuda ki rooh jab tak rahe, tab tak poora aap ka Islam zinda hai.</w:t>
      </w:r>
    </w:p>
    <w:p>
      <w:pPr>
        <w:jc w:val="right"/>
      </w:pPr>
      <w:r>
        <w:t>یعنیپوری bodyکو جو سرگرمکرتیہے، وہ ہے روح۔ اسیطریقےسے آپ کیزندگی میں محبت خداکیروح جبتکہے، تب تک پوراآپکا اسلام زندہہے۔</w:t>
      </w:r>
    </w:p>
    <w:p>
      <w:r>
        <w:rPr>
          <w:b/>
        </w:rPr>
        <w:t xml:space="preserve">[56:00] </w:t>
      </w:r>
      <w:r>
        <w:t>aap</w:t>
      </w:r>
    </w:p>
    <w:p>
      <w:pPr>
        <w:jc w:val="right"/>
      </w:pPr>
      <w:r>
        <w:t>آپ</w:t>
      </w:r>
    </w:p>
    <w:p>
      <w:r>
        <w:rPr>
          <w:b/>
        </w:rPr>
        <w:t xml:space="preserve">[56:01] </w:t>
      </w:r>
      <w:r>
        <w:t>ke poore Islami jo jo muzahire hain, woh sab aap ki zindagi mein paaye jayenge. Agar mohabbat-e-khuda nahin hai to aap dead body ban jayenge. Dead body. Aap ka Islam dead body hoga.</w:t>
      </w:r>
    </w:p>
    <w:p>
      <w:pPr>
        <w:jc w:val="right"/>
      </w:pPr>
      <w:r>
        <w:t>کے پورے اسلامی جو جو مظاہرہیں،وہ سبآپکیزندگی میںپائےجائیںگے۔ اگر محبت خدانہرہے تو آپ deadbodyبنجائیںگے۔Deadbody۔آپکا اسلام deadbodyہوگا۔</w:t>
      </w:r>
    </w:p>
    <w:p>
      <w:r>
        <w:rPr>
          <w:b/>
        </w:rPr>
        <w:t xml:space="preserve">[56:21] </w:t>
      </w:r>
      <w:r>
        <w:t>aap ka Islam dead body ban jayega. Agar mohabbat-e-khuda nahin hai to.</w:t>
      </w:r>
    </w:p>
    <w:p>
      <w:pPr>
        <w:jc w:val="right"/>
      </w:pPr>
      <w:r>
        <w:t>آپ کا اسلام deadbodyبنجائےگا۔ اگر محبت خدانہرہےتو۔</w:t>
      </w:r>
    </w:p>
    <w:p>
      <w:r>
        <w:rPr>
          <w:b/>
        </w:rPr>
        <w:t xml:space="preserve">[56:31] </w:t>
      </w:r>
      <w:r>
        <w:t>to aap kya samajhte hain? Aap yani kal parson mein soch raha tha ke agar main mar jaaun to jis kamre mein rehta hoon, main ne socha ke agar mar jaaun to mera body yahan lataya hua hoga.</w:t>
      </w:r>
    </w:p>
    <w:p>
      <w:pPr>
        <w:jc w:val="right"/>
      </w:pPr>
      <w:r>
        <w:t>توآپکیا سمجھتےہیں؟آپ یعنی کل پرسوںمیںسوچرہاتھا کہاگر میںمرجاؤں تو جسکمرےمیں رہتاہوں،میں نےسوچا کہاگر مرجاؤںتومیراbodyیہاں لٹایاہواہوگا۔</w:t>
      </w:r>
    </w:p>
    <w:p>
      <w:r>
        <w:rPr>
          <w:b/>
        </w:rPr>
        <w:t xml:space="preserve">[56:48] </w:t>
      </w:r>
      <w:r>
        <w:t>woh kuch log aayenge, mujh ko nahlayenge, dhulayenge aur yahan qabr mein daal denge.</w:t>
      </w:r>
    </w:p>
    <w:p>
      <w:pPr>
        <w:jc w:val="right"/>
      </w:pPr>
      <w:r>
        <w:t>وہکچھلوگآئیںگے، مجھکو نہلائیں،دھلائیںگےاوریہاںقبرمیںڈالدیںگے۔</w:t>
      </w:r>
    </w:p>
    <w:p>
      <w:r>
        <w:rPr>
          <w:b/>
        </w:rPr>
        <w:t xml:space="preserve">[56:53] </w:t>
      </w:r>
      <w:r>
        <w:t>yani yehi body jis ko is waqt log ek zinda insaan ke taur par lete hain, woh milte hain, mere paas baithte hain, baat karte hain. Koi mere paas nahin baithega.</w:t>
      </w:r>
    </w:p>
    <w:p>
      <w:pPr>
        <w:jc w:val="right"/>
      </w:pPr>
      <w:r>
        <w:t>یعنییہیbodyجس کو اسوقت لوگ ایک زندہانسان کےطور پر لیتےہیں، وہملتےہیں، میرےپاس بیٹھتےہیں،باتکرتےہیں۔کوئیمیرےپاسنہیںبیٹھےگا۔</w:t>
      </w:r>
    </w:p>
    <w:p>
      <w:r>
        <w:rPr>
          <w:b/>
        </w:rPr>
        <w:t xml:space="preserve">[57:06] </w:t>
      </w:r>
      <w:r>
        <w:t>koi mujh se baat nahin karega. Agar che body aise hi dikhai dega.</w:t>
      </w:r>
    </w:p>
    <w:p>
      <w:pPr>
        <w:jc w:val="right"/>
      </w:pPr>
      <w:r>
        <w:t>کوئیمجھسےباتنہیںکرےگا۔ اگر چہ bodyایسےہیدکھائیدےگا۔</w:t>
      </w:r>
    </w:p>
    <w:p>
      <w:r>
        <w:rPr>
          <w:b/>
        </w:rPr>
        <w:t xml:space="preserve">[57:12] </w:t>
      </w:r>
      <w:r>
        <w:t>ja ke daal denge qabr ke andar.</w:t>
      </w:r>
    </w:p>
    <w:p>
      <w:pPr>
        <w:jc w:val="right"/>
      </w:pPr>
      <w:r>
        <w:t>جاکے ڈالدیںگےقبرکےاندر۔</w:t>
      </w:r>
    </w:p>
    <w:p>
      <w:r>
        <w:rPr>
          <w:b/>
        </w:rPr>
        <w:t xml:space="preserve">[57:16] </w:t>
      </w:r>
      <w:r>
        <w:t>aayi hai is Islam ka haal jis Islam se rooh nikal gayi ho. Jis Islam se rooh nikal gayi, woh rooh kya hai?</w:t>
      </w:r>
    </w:p>
    <w:p>
      <w:pPr>
        <w:jc w:val="right"/>
      </w:pPr>
      <w:r>
        <w:t>آئیہےاس اسلام کا حال جس اسلام سےروحنکلگئی ہو ۔ جس اسلام سےروحنکلگئی،وہروحکیاہے؟</w:t>
      </w:r>
    </w:p>
    <w:p>
      <w:r>
        <w:rPr>
          <w:b/>
        </w:rPr>
        <w:t xml:space="preserve">[57:25] </w:t>
      </w:r>
      <w:r>
        <w:t>mohabbat-e-khuda hai.</w:t>
      </w:r>
    </w:p>
    <w:p>
      <w:pPr>
        <w:jc w:val="right"/>
      </w:pPr>
      <w:r>
        <w:t>محبت خداہے۔</w:t>
      </w:r>
    </w:p>
    <w:p>
      <w:r>
        <w:rPr>
          <w:b/>
        </w:rPr>
        <w:t xml:space="preserve">[57:30] </w:t>
      </w:r>
      <w:r>
        <w:t>yaad rakhiye, mazhab-e-Islam ki rooh mohabbat-e-khuda hai. Mohabbat-e-khuda nahin to woh, woh jo hai, woh rituals hain, kuch rasmi cheezein hain, woh chhilka hai, chhilka.</w:t>
      </w:r>
    </w:p>
    <w:p>
      <w:pPr>
        <w:jc w:val="right"/>
      </w:pPr>
      <w:r>
        <w:t>یادرکھ یے، مذہب اسلام کیروح محبت خداہے۔ محبت خدانہیں تو وہ ،وہجوہے، وہ rituals ہیں، کچھ رسمیچیزیںہیں، وہ چھلکاہے،چھلکا۔</w:t>
      </w:r>
    </w:p>
    <w:p>
      <w:r>
        <w:rPr>
          <w:b/>
        </w:rPr>
        <w:t xml:space="preserve">[57:46] </w:t>
      </w:r>
      <w:r>
        <w:t>chhilke ko nahin jo chhilke ko le kar ke chhilkon ko har aadmi kooday mein daal deta hai? Chhilke ki koi value nahin hoti.</w:t>
      </w:r>
    </w:p>
    <w:p>
      <w:pPr>
        <w:jc w:val="right"/>
      </w:pPr>
      <w:r>
        <w:t>چھلکے کونہےجوچھلکےکولےکرکے چھلکوںکوہرآدمی کوڑےمیںڈالدیتاہے؟ چھلکےکیکوئیvalueنہیںہوتی۔</w:t>
      </w:r>
    </w:p>
    <w:p>
      <w:r>
        <w:rPr>
          <w:b/>
        </w:rPr>
        <w:t xml:space="preserve">[58:01] </w:t>
      </w:r>
      <w:r>
        <w:t>to ye baatein saadi nahin hain. Isi se hamari jannat jahannum wabasta hai. Yaad rakhiye, kabhi bhi khushnumaion mein nahin rehiye.</w:t>
      </w:r>
    </w:p>
    <w:p>
      <w:pPr>
        <w:jc w:val="right"/>
      </w:pPr>
      <w:r>
        <w:t>تویہباتیں سادہنہیںہیں۔ اسیسےہماریجنت جہنموابستہہے۔ یادرکھیے، کبھی بھی خوشبیماریوںمیںنہرہیے۔</w:t>
      </w:r>
    </w:p>
    <w:p>
      <w:r>
        <w:rPr>
          <w:b/>
        </w:rPr>
        <w:t xml:space="preserve">[58:14] </w:t>
      </w:r>
      <w:r>
        <w:t>Quran mein hai ke laisabam aniyakum wala maniyil kitabi man ya'mal yujza'i yani na tumhari visual thinking pe faisla hoga,</w:t>
      </w:r>
    </w:p>
    <w:p>
      <w:pPr>
        <w:jc w:val="right"/>
      </w:pPr>
      <w:r>
        <w:t>قرآنمیںہےکہ ل يس بام انی كم ولا م انی ال کتاب من یعمل ی جزبی یعنی نہتمہاریvis ual thinkingپرفیصلہہوگا،</w:t>
      </w:r>
    </w:p>
    <w:p>
      <w:r>
        <w:rPr>
          <w:b/>
        </w:rPr>
        <w:t xml:space="preserve">[58:28] </w:t>
      </w:r>
      <w:r>
        <w:t>na ahl-e-kitab ki visual thinking pe faisla hoga. Jo jaisa karega, woh sab paayega.</w:t>
      </w:r>
    </w:p>
    <w:p>
      <w:pPr>
        <w:jc w:val="right"/>
      </w:pPr>
      <w:r>
        <w:t>نہ اہلکتاب کیvisualthinkingپرفیصلہہوگا۔ جو جیساکرےگا،وہسبپائےگا۔</w:t>
      </w:r>
    </w:p>
    <w:p>
      <w:r>
        <w:rPr>
          <w:b/>
        </w:rPr>
        <w:t xml:space="preserve">[58:37] </w:t>
      </w:r>
      <w:r>
        <w:t>aap kahin ke kitna sangin maamla hai.</w:t>
      </w:r>
    </w:p>
    <w:p>
      <w:pPr>
        <w:jc w:val="right"/>
      </w:pPr>
      <w:r>
        <w:t>آپ کہیںکہکتناسنگینمعاملہہے۔</w:t>
      </w:r>
    </w:p>
    <w:p>
      <w:r>
        <w:rPr>
          <w:b/>
        </w:rPr>
        <w:t xml:space="preserve">[58:39] </w:t>
      </w:r>
      <w:r>
        <w:t>amaniyain pe, khushgawariyon pe, visual thinking pe, romantic ideas pe kuch faisla nahin hone wala hai. Kuch nahin is se banne wala hai.</w:t>
      </w:r>
    </w:p>
    <w:p>
      <w:pPr>
        <w:jc w:val="right"/>
      </w:pPr>
      <w:r>
        <w:t>ام انیپر،خوشگوانیپر ، vis ualthinkingپر ، روم ینٹکآئیڈیازپرکچھفیصلہنہیںہونےوالاہے۔ کچھبھینہیںاسسے بننےوالاہے۔</w:t>
      </w:r>
    </w:p>
    <w:p>
      <w:r>
        <w:rPr>
          <w:b/>
        </w:rPr>
        <w:t xml:space="preserve">[58:54] </w:t>
      </w:r>
      <w:r>
        <w:t>to ek lamha bhi aap zaya karne ko afford nahin kar sakte. Itna serious maamla hai, itna serious maamla hai</w:t>
      </w:r>
    </w:p>
    <w:p>
      <w:pPr>
        <w:jc w:val="right"/>
      </w:pPr>
      <w:r>
        <w:t>توایکلمحہبھیآپ ضائعکرنے کو affordنہیںکرسکتے۔ اتناseriousمعاملہہے،اتناseriousمعاملہہے</w:t>
      </w:r>
    </w:p>
    <w:p>
      <w:r>
        <w:rPr>
          <w:b/>
        </w:rPr>
        <w:t xml:space="preserve">[59:03] </w:t>
      </w:r>
      <w:r>
        <w:t>ke ek lamha ko afford karna, ek lamha ko waste karna bhi aap ke liye affordable nahin hai.</w:t>
      </w:r>
    </w:p>
    <w:p>
      <w:pPr>
        <w:jc w:val="right"/>
      </w:pPr>
      <w:r>
        <w:t>کہایکلمحہکوafford کرنا ،ایک لمحہکو wasteکرنابھی آپکےلیےafford ableنہیںہے۔</w:t>
      </w:r>
    </w:p>
    <w:p>
      <w:r>
        <w:rPr>
          <w:b/>
        </w:rPr>
        <w:t xml:space="preserve">[59:18] </w:t>
      </w:r>
      <w:r>
        <w:t>to har aadmi ko chahiye ke reassess kare, revise kare, phir se apne aap ko daryaft kare. Reset kare, apni priorities ko reset kare.</w:t>
      </w:r>
    </w:p>
    <w:p>
      <w:pPr>
        <w:jc w:val="right"/>
      </w:pPr>
      <w:r>
        <w:t>تو ہرآدمیکوچاہیےکہreassessکرے، rev iseکرے، پھر سے اپنےآپکو دریا فتکرے۔ ری سیٹکرے،اپنی priorities کوریسیٹکرے۔</w:t>
      </w:r>
    </w:p>
    <w:p>
      <w:r>
        <w:rPr>
          <w:b/>
        </w:rPr>
        <w:t xml:space="preserve">[59:35] </w:t>
      </w:r>
      <w:r>
        <w:t>har admi ko yeh karna hai ke woh apni priorities ko set kare.</w:t>
      </w:r>
    </w:p>
    <w:p>
      <w:pPr>
        <w:jc w:val="right"/>
      </w:pPr>
      <w:r>
        <w:t>ہرآدمیکویہکرناہےکہوہاپنی prioritiesکوریسیٹکرے۔</w:t>
      </w:r>
    </w:p>
    <w:p>
      <w:r>
        <w:rPr>
          <w:b/>
        </w:rPr>
        <w:t xml:space="preserve">[59:42] </w:t>
      </w:r>
      <w:r>
        <w:t>ismein humein koi option nahin hai. yaad rakhiye, mein dua karta hoon ke Allah taala mujhko aur aapko is maamle mein hidayat ki tofeeq de.</w:t>
      </w:r>
    </w:p>
    <w:p>
      <w:pPr>
        <w:jc w:val="right"/>
      </w:pPr>
      <w:r>
        <w:t>اسمیںہمیںکوئیoptionنہیںہے۔ یادرکھیے، میں دعاکرتاہوںکہاللہتعالیٰ مجھکواورآپکو اس معاملےمیں ہدایتکیتوفیق دے۔</w:t>
      </w:r>
    </w:p>
    <w:p>
      <w:r>
        <w:rPr>
          <w:b/>
        </w:rPr>
        <w:t xml:space="preserve">[59:53] </w:t>
      </w:r>
      <w:r>
        <w:t>humko jahannam se bachaye aur humko jannat mein dakhil farmaye. aqool qawli hadha wastaghfirullaha li walakum ajmaeen</w:t>
      </w:r>
    </w:p>
    <w:p>
      <w:pPr>
        <w:jc w:val="right"/>
      </w:pPr>
      <w:r>
        <w:t>ہمکو جہنمسےبچائے اور ہمکو جنتمیںداخلفرمائے۔ أقول قوليهذا واستغفرالله ليولكماجمعین</w:t>
      </w:r>
    </w:p>
    <w:p>
      <w:r>
        <w:rPr>
          <w:b/>
        </w:rPr>
        <w:t xml:space="preserve">[1:00:18] </w:t>
      </w:r>
      <w:r>
        <w:t>maulana, yeh sawal Karachi Pakistan se aaya hai, Mr Abdul Lateef ka. unhone likha hai: "jab kainat mein Allah ne insaan ki dunya aur akhirat ki kamyabi rakhi hai,</w:t>
      </w:r>
    </w:p>
    <w:p>
      <w:pPr>
        <w:jc w:val="right"/>
      </w:pPr>
      <w:r>
        <w:t>مولانا،یہسوال ک راچی پاکستانسے آیاہے، مسٹر عبد اللطیفکا ۔انہوںنےلکھاہے: "جب کائنات میں اللہ نے انسان کی دنیا اور آخرت کی کامیابیرکھیہے،</w:t>
      </w:r>
    </w:p>
    <w:p>
      <w:r>
        <w:rPr>
          <w:b/>
        </w:rPr>
        <w:t xml:space="preserve">[1:00:33] </w:t>
      </w:r>
      <w:r>
        <w:t>toh phir insaan hiras ki taraf kyun daudta hai ?"</w:t>
      </w:r>
    </w:p>
    <w:p>
      <w:pPr>
        <w:jc w:val="right"/>
      </w:pPr>
      <w:r>
        <w:t>تو پھر انسان حرصکیطرف کیوں دوڑتاہے ؟"</w:t>
      </w:r>
    </w:p>
    <w:p>
      <w:r>
        <w:rPr>
          <w:b/>
        </w:rPr>
        <w:t xml:space="preserve">[1:00:43] </w:t>
      </w:r>
      <w:r>
        <w:t>dekhiye, yeh</w:t>
      </w:r>
    </w:p>
    <w:p>
      <w:pPr>
        <w:jc w:val="right"/>
      </w:pPr>
      <w:r>
        <w:t>دیکھیے،یہ</w:t>
      </w:r>
    </w:p>
    <w:p>
      <w:r>
        <w:rPr>
          <w:b/>
        </w:rPr>
        <w:t xml:space="preserve">[1:00:47] </w:t>
      </w:r>
      <w:r>
        <w:t>aap jante hain ke Allah taala ne insaan ko rakha yahan bator test. test ka matlab hai ke do option iske liye hain.</w:t>
      </w:r>
    </w:p>
    <w:p>
      <w:pPr>
        <w:jc w:val="right"/>
      </w:pPr>
      <w:r>
        <w:t>آپجانتےہیں کہاللہ تعالیٰنے انسان کورکھا یہاں بطورtest ۔ test کامطلبہےکہ دوoption اسکےلیے ہیں۔</w:t>
      </w:r>
    </w:p>
    <w:p>
      <w:r>
        <w:rPr>
          <w:b/>
        </w:rPr>
        <w:t xml:space="preserve">[1:00:58] </w:t>
      </w:r>
      <w:r>
        <w:t>do option. do option kya hain? ek hai satan ke raste par chalna, ek hai angel ke raste par chalna.</w:t>
      </w:r>
    </w:p>
    <w:p>
      <w:pPr>
        <w:jc w:val="right"/>
      </w:pPr>
      <w:r>
        <w:t>دوop tion ۔دوoptionکیاہیں؟ ایکہے سی ٹنک کےراستےپرچلنا ، ایکہے اینجل کےراستےپرچلنا۔</w:t>
      </w:r>
    </w:p>
    <w:p>
      <w:r>
        <w:rPr>
          <w:b/>
        </w:rPr>
        <w:t xml:space="preserve">[1:01:09] </w:t>
      </w:r>
      <w:r>
        <w:t>har lamha, har waqt</w:t>
      </w:r>
    </w:p>
    <w:p>
      <w:pPr>
        <w:jc w:val="right"/>
      </w:pPr>
      <w:r>
        <w:t>ہر لمحہ،ہروقت</w:t>
      </w:r>
    </w:p>
    <w:p>
      <w:r>
        <w:rPr>
          <w:b/>
        </w:rPr>
        <w:t xml:space="preserve">[1:01:12] </w:t>
      </w:r>
      <w:r>
        <w:t>ab hamare paas do insaan taqatein hoti hain: ek shaitan ka, ek farishte ka. toh shaitan hit ke jazbat ko bhadkata hai aur farishte mohabbat ke jazbat ko ubharte hain.</w:t>
      </w:r>
    </w:p>
    <w:p>
      <w:pPr>
        <w:jc w:val="right"/>
      </w:pPr>
      <w:r>
        <w:t>ابہمارےپاس دو ان سین طاقتیںہوتیہیں: ایک شیطان کا ،ایک فرشتےکا۔ تو شیطان hit کے جذباتکوبھڑکاتاہے اورفرشتے محبتکےجذباتکو ابھارتےہیں۔</w:t>
      </w:r>
    </w:p>
    <w:p>
      <w:r>
        <w:rPr>
          <w:b/>
        </w:rPr>
        <w:t xml:space="preserve">[1:01:34] </w:t>
      </w:r>
      <w:r>
        <w:t>lekin insaan ka haal yeh hai ke us jo challenge kiya tha shaitan ne illa ahtannaka na zaruriyat hum billah qaleelan isne kaha tha ke wa la tazid akthar sh akireen yaani beshtar logon ko tum shukr karne wala na paoge.</w:t>
      </w:r>
    </w:p>
    <w:p>
      <w:pPr>
        <w:jc w:val="right"/>
      </w:pPr>
      <w:r>
        <w:t>لیکن انسان کاحالیہہے کہ اس جو چیلنج کیاتھا شیطاننے إلاأهتنك نا ضروریت همباللہقليلا اسنےکہاتھا کہ ولا تزيدأكثر ش اکرین یعنیبیشتر لوگوںکو تم شکرکرنےوالانہپاؤگے۔</w:t>
      </w:r>
    </w:p>
    <w:p>
      <w:r>
        <w:rPr>
          <w:b/>
        </w:rPr>
        <w:t xml:space="preserve">[1:01:55] </w:t>
      </w:r>
      <w:r>
        <w:t>yaani beshtar ko mein nafrat mein daal dunga. nafrat mein. yeh philosophy kyun? shaitan kyun kamyab hai?</w:t>
      </w:r>
    </w:p>
    <w:p>
      <w:pPr>
        <w:jc w:val="right"/>
      </w:pPr>
      <w:r>
        <w:t>یعنیبیشتر کو میںنفرتمیںڈاللوںگا۔نفرت میں۔ یہ فلس فہکیوں؟ شیطان کیوںکامیابہے؟</w:t>
      </w:r>
    </w:p>
    <w:p>
      <w:r>
        <w:rPr>
          <w:b/>
        </w:rPr>
        <w:t xml:space="preserve">[1:02:05] </w:t>
      </w:r>
      <w:r>
        <w:t>shaitan kyun kamyab hai? iski wajah dekhiye, yeh hai ke</w:t>
      </w:r>
    </w:p>
    <w:p>
      <w:pPr>
        <w:jc w:val="right"/>
      </w:pPr>
      <w:r>
        <w:t>شیطانکیوںکامیاب ہے؟ اسکیوجہ دیکھیے،یہہے کہ</w:t>
      </w:r>
    </w:p>
    <w:p>
      <w:r>
        <w:rPr>
          <w:b/>
        </w:rPr>
        <w:t xml:space="preserve">[1:02:14] </w:t>
      </w:r>
      <w:r>
        <w:t>shaitan ne logon ko yeh sikhaya ke</w:t>
      </w:r>
    </w:p>
    <w:p>
      <w:pPr>
        <w:jc w:val="right"/>
      </w:pPr>
      <w:r>
        <w:t>شیطان نےلوگوںکو یہسکھایا کہ</w:t>
      </w:r>
    </w:p>
    <w:p>
      <w:r>
        <w:rPr>
          <w:b/>
        </w:rPr>
        <w:t xml:space="preserve">[1:02:20] </w:t>
      </w:r>
      <w:r>
        <w:t>woh yaani reaction ki nafsiyat mein daal diya. kyunke dunya jab azadi di har ek ko Allah taala ne, toh zahir hai ke aap ke khilaf koi koi gaali de dega, aap ke peghamabr ko bura bhala keh dega, aap ko takleef de dega, aap ko satayega, kuch karega.</w:t>
      </w:r>
    </w:p>
    <w:p>
      <w:pPr>
        <w:jc w:val="right"/>
      </w:pPr>
      <w:r>
        <w:t>وہ یعنیریایکشنکینفسیاتمیںڈالدیا۔ کیونکہ دنیا جب آزادی دیہرایککواللہ تعالیٰنے ،تو ظاہرہےکہآپ کے خلاف کوئی کوئیگالیدےدےگا،آپکےپیغمبر کو برابھلاکہہدےگا، آپ کو تکلیف دےدےگا،آپکوستائےگا،کچھکرےگا۔</w:t>
      </w:r>
    </w:p>
    <w:p>
      <w:r>
        <w:rPr>
          <w:b/>
        </w:rPr>
        <w:t xml:space="preserve">[1:02:44] </w:t>
      </w:r>
      <w:r>
        <w:t>jab jab dunya test ke liye hai aur sab ko azadi di gayi thi, toh hona hi hona hai. toh iska matlab kya hua ?</w:t>
      </w:r>
    </w:p>
    <w:p>
      <w:pPr>
        <w:jc w:val="right"/>
      </w:pPr>
      <w:r>
        <w:t>جب جب دنیا ٹیسٹ کےلیےہے اورسبکوآزادیدیگئیتھی،توہوناہیہوناہے۔ تو اسکامطلبکیاہوا ؟</w:t>
      </w:r>
    </w:p>
    <w:p>
      <w:r>
        <w:rPr>
          <w:b/>
        </w:rPr>
        <w:t xml:space="preserve">[1:02:54] </w:t>
      </w:r>
      <w:r>
        <w:t>ke positive banne ke liye zaroori hai ke negative negativity ke asbab ke bawajood positive banna. yeh yeh shaitan bhula deta hai insaan ko.</w:t>
      </w:r>
    </w:p>
    <w:p>
      <w:pPr>
        <w:jc w:val="right"/>
      </w:pPr>
      <w:r>
        <w:t>کہ pos itive بننےکےلیےضروریہےکہ neg ative neg ativ ity کےاسبابکے باوجود positiveبننا۔ یہ یہ شیطان بھلادیتاہےانسانکو ۔</w:t>
      </w:r>
    </w:p>
    <w:p>
      <w:r>
        <w:rPr>
          <w:b/>
        </w:rPr>
        <w:t xml:space="preserve">[1:03:06] </w:t>
      </w:r>
      <w:r>
        <w:t>uska dimagh nikaal deta hai. goya ke woh woh sikhata hai ke sab log positive honge toh hum bhi positive honge.</w:t>
      </w:r>
    </w:p>
    <w:p>
      <w:pPr>
        <w:jc w:val="right"/>
      </w:pPr>
      <w:r>
        <w:t>اسکادماغنکالدیتاہے۔ گویاکہوہ وہ سکھاتاہے کہ سبلوگ positiveہوںگےتوہمبھیpositiveہوںگے۔</w:t>
      </w:r>
    </w:p>
    <w:p>
      <w:r>
        <w:rPr>
          <w:b/>
        </w:rPr>
        <w:t xml:space="preserve">[1:03:14] </w:t>
      </w:r>
      <w:r>
        <w:t>doosre negative ho jayenge toh hum bhi negative ho jayenge. haalanke hadith mein mana kiya gaya isse. la takoonu amwata aisa mat karo ke jo doosre log karein, wohi tum bhi karne lago.</w:t>
      </w:r>
    </w:p>
    <w:p>
      <w:pPr>
        <w:jc w:val="right"/>
      </w:pPr>
      <w:r>
        <w:t>دوسرےnegativeہوجائیںگےتوہمبھی negativeہوجائیںگے۔حالانکہ حدیثمیںمنعکیاگیااسسے۔ لا تكون وا موتا ایسا متکروکہ جو دوسرےلوگکریں،وہیتمبھیکرنے لگو۔</w:t>
      </w:r>
    </w:p>
    <w:p>
      <w:r>
        <w:rPr>
          <w:b/>
        </w:rPr>
        <w:t xml:space="preserve">[1:03:27] </w:t>
      </w:r>
      <w:r>
        <w:t>is nuqte ko insaan ke dimagh se shaitan hata deta hai ke humein bawajood ka philosophy ikhtiyar karna hai.</w:t>
      </w:r>
    </w:p>
    <w:p>
      <w:pPr>
        <w:jc w:val="right"/>
      </w:pPr>
      <w:r>
        <w:t>اس نقطےکوانسان کےدماغسے شیطان ہٹادیتاہے کہہمیں باوجود کا فلس فہاختیارکرناہے۔</w:t>
      </w:r>
    </w:p>
    <w:p>
      <w:r>
        <w:rPr>
          <w:b/>
        </w:rPr>
        <w:t xml:space="preserve">[1:03:38] </w:t>
      </w:r>
      <w:r>
        <w:t>yaani nafrat ke bawajood mohabbat, negative halaat ke bawajood positive, manfi asbab ke bawajood musbat.</w:t>
      </w:r>
    </w:p>
    <w:p>
      <w:pPr>
        <w:jc w:val="right"/>
      </w:pPr>
      <w:r>
        <w:t>یعنینفرتکے باوجود مح بت، negative حالاتکےباوجود pos itive، منفی اسبابکےباوجود مثبت۔</w:t>
      </w:r>
    </w:p>
    <w:p>
      <w:r>
        <w:rPr>
          <w:b/>
        </w:rPr>
        <w:t xml:space="preserve">[1:03:48] </w:t>
      </w:r>
      <w:r>
        <w:t>yeh philosophy bawajood jo hai, yeh nikaal deta hai shaitan.</w:t>
      </w:r>
    </w:p>
    <w:p>
      <w:pPr>
        <w:jc w:val="right"/>
      </w:pPr>
      <w:r>
        <w:t>یہفلس فہ باوجود جوہے،یہنکالدیتاہے شیطان۔</w:t>
      </w:r>
    </w:p>
    <w:p>
      <w:r>
        <w:rPr>
          <w:b/>
        </w:rPr>
        <w:t xml:space="preserve">[1:03:55] </w:t>
      </w:r>
      <w:r>
        <w:t>yahin par shaitan kamyab ho jata hai. yahan insaan ko ek test deta hai ke usko usko kahe ke tum tum jhoot bolte ho.</w:t>
      </w:r>
    </w:p>
    <w:p>
      <w:pPr>
        <w:jc w:val="right"/>
      </w:pPr>
      <w:r>
        <w:t>یہیں پرشیطان کامیابہوجاتاہے۔یہاں انسان کو ایکٹیسٹ دیتاہےکہاسکو اسکو کہےکہ تم تمجھوٹبولتےہو۔</w:t>
      </w:r>
    </w:p>
    <w:p>
      <w:r>
        <w:rPr>
          <w:b/>
        </w:rPr>
        <w:t xml:space="preserve">[1:04:02] </w:t>
      </w:r>
      <w:r>
        <w:t>shaitan se kahe tum jhoot bolte ho. yeh toh rahega, rahega. yeh toh rahega, rahega. matlab injustice rahegi, rahegi.</w:t>
      </w:r>
    </w:p>
    <w:p>
      <w:pPr>
        <w:jc w:val="right"/>
      </w:pPr>
      <w:r>
        <w:t>شیطان سےکہاتمجھوٹبولتےہو۔ یہتورہےگا،رہےگا۔ یہتورہےگا،رہےگا۔ مطلب in justiceرہےگی،رہےگی۔</w:t>
      </w:r>
    </w:p>
    <w:p>
      <w:r>
        <w:rPr>
          <w:b/>
        </w:rPr>
        <w:t xml:space="preserve">[1:04:13] </w:t>
      </w:r>
      <w:r>
        <w:t>toh injustice ke bawajood mujhe Allah ke raste par chalna hai. yeh yeh bawajood ki jo philosophy hai, yahin par shaitan ko mauqa mil jata hai logon ko dhoka dene ka.</w:t>
      </w:r>
    </w:p>
    <w:p>
      <w:pPr>
        <w:jc w:val="right"/>
      </w:pPr>
      <w:r>
        <w:t>تو in justiceکے باوجود مجھے اللہ کےراستےپرچلناہے۔ یہ یہ باوجود کیجو philosophyہے، یہیں پرشیطان کو موقعملجاتاہےلوگوںکودھوکہدینےکا ۔</w:t>
      </w:r>
    </w:p>
    <w:p>
      <w:r>
        <w:rPr>
          <w:b/>
        </w:rPr>
        <w:t xml:space="preserve">[1:04:29] </w:t>
      </w:r>
      <w:r>
        <w:t>to aap agar alert rahen,apne shaoor ko zindah rakhen, to aap is baat ko daryaft karenge ke woh to reha, reha. kyunke jab test hai to kisi ka hath bandha nahin hai Allah ta'ala ne.</w:t>
      </w:r>
    </w:p>
    <w:p>
      <w:pPr>
        <w:jc w:val="right"/>
      </w:pPr>
      <w:r>
        <w:t>تو آپ اگر alertرہیں،اپنے شعورکوزندہرکھیں، تو آپ اسباتکودریافتکریںگےکہوہتورہےگا،رہےگا۔ کیونکہ جب ٹیسٹ ہے تو کسی کاہاتھباندھانہیںہےاللہتعالیٰنے۔</w:t>
      </w:r>
    </w:p>
    <w:p>
      <w:r>
        <w:rPr>
          <w:b/>
        </w:rPr>
        <w:t xml:space="preserve">[1:04:44] </w:t>
      </w:r>
      <w:r>
        <w:t>to is raaz ko agar agar mind mein aap bithal len to aap shaitan ke shikar hone se bach sakte hain. Maulana, agla sawal bhi Karachi Pakistan se hai, Miss Saira Latif ka</w:t>
      </w:r>
    </w:p>
    <w:p>
      <w:pPr>
        <w:jc w:val="right"/>
      </w:pPr>
      <w:r>
        <w:t>تو اس رازکواگر اگر mind میںآپبٹھالیں تو آپ شیطان کے شکارہونےسےبچسکتےہیں۔ مولانا،اگلاسوال بھی کراچی پاکستانسے ہے، مس سائرہلطیفکا</w:t>
      </w:r>
    </w:p>
    <w:p>
      <w:r>
        <w:rPr>
          <w:b/>
        </w:rPr>
        <w:t xml:space="preserve">[1:04:59] </w:t>
      </w:r>
      <w:r>
        <w:t>. unhon ne likha hai: "aaj insan apna tamam waqt, tamam salahiyaten ko dunya ke husool mein lagaye hue hai aur dil ye deta hai ke biwi bachon ke liye halaal rozi kamana bhi ibadat hai." Maulana sahib, ye daleel kis had tak sahi hai?</w:t>
      </w:r>
    </w:p>
    <w:p>
      <w:pPr>
        <w:jc w:val="right"/>
      </w:pPr>
      <w:r>
        <w:t>۔انہوںنےلکھاہے: "آج انسان اپنا تمام وقت ،تمام صلاحیتیں کو دنیا کے حصولمیںلگائےہوئے ہے اور دل یلدیتاہے کہ بیویبچوںکےلیے حلال روزیکمانابھی عبادتہے۔" مول اناصاحب،یہدلیل کس حد تک صحیحہے؟</w:t>
      </w:r>
    </w:p>
    <w:p>
      <w:r>
        <w:rPr>
          <w:b/>
        </w:rPr>
        <w:t xml:space="preserve">[1:05:19] </w:t>
      </w:r>
      <w:r>
        <w:t>bilkul ye daleel jhooti daleel hai.</w:t>
      </w:r>
    </w:p>
    <w:p>
      <w:pPr>
        <w:jc w:val="right"/>
      </w:pPr>
      <w:r>
        <w:t>بالکل یہدلیلجھوٹیدلیلہے۔</w:t>
      </w:r>
    </w:p>
    <w:p>
      <w:r>
        <w:rPr>
          <w:b/>
        </w:rPr>
        <w:t xml:space="preserve">[1:05:22] </w:t>
      </w:r>
      <w:r>
        <w:t>aap dekhiye, Quran mein hai wa min dabbatin fil ardi illa allahi rizquha yani Allah ne jisko bhi paida kiya zameen par, to apne zime le liya ke mujhe iska rizq pahunchana hai.</w:t>
      </w:r>
    </w:p>
    <w:p>
      <w:pPr>
        <w:jc w:val="right"/>
      </w:pPr>
      <w:r>
        <w:t>آپدیکھیے، قرآنمیںہے وَمِنْدَابَةٍفِيالْأَرْضِإِلَّاعَلَىاللَّهِرِزْقُهَا یعنیاللہ نےجسکوبھیپیدا کیا زمین پر، تو اپنے ذمےلےلیا کہمجھےاسکارزقپہنچاناہے۔</w:t>
      </w:r>
    </w:p>
    <w:p>
      <w:r>
        <w:rPr>
          <w:b/>
        </w:rPr>
        <w:t xml:space="preserve">[1:05:41] </w:t>
      </w:r>
      <w:r>
        <w:t>to aap sari zindagi ko is par waqf karte hain ke Allah ke zime hai ke mujhe rizq pahunchaye. aur doosri baat ye hai ke main ek sahib ke yahan gaya jo bohat hi apne shaan o shaukat ke sath rehte the aur raat din bachon ke liye paisa kamane mein lage hue the.</w:t>
      </w:r>
    </w:p>
    <w:p>
      <w:pPr>
        <w:jc w:val="right"/>
      </w:pPr>
      <w:r>
        <w:t>توآپساریزندگی کواسپروقفکرتےہیں کہاللہ کےذمہہےکہمجھےرزقپہنچائے۔ اوردوسریباتیہہے کہ میںایکصاحبکےہاںگیا جو بہت ہی اپنے شانو شوکتکےساتھرہتےتھے اور راتدن بچوںکے لیے پیسہکمانےمیںلگےہوئےتھے۔</w:t>
      </w:r>
    </w:p>
    <w:p>
      <w:r>
        <w:rPr>
          <w:b/>
        </w:rPr>
        <w:t xml:space="preserve">[1:06:04] </w:t>
      </w:r>
      <w:r>
        <w:t>aur unhon ne khana khaya to dastarkhwan par tarah tarah ke khane the.</w:t>
      </w:r>
    </w:p>
    <w:p>
      <w:pPr>
        <w:jc w:val="right"/>
      </w:pPr>
      <w:r>
        <w:t>اور انہوںنے کھاناکھایاتو دست رخوانپر طرح طرح کے کھانےتھے۔</w:t>
      </w:r>
    </w:p>
    <w:p>
      <w:r>
        <w:rPr>
          <w:b/>
        </w:rPr>
        <w:t xml:space="preserve">[1:06:12] </w:t>
      </w:r>
      <w:r>
        <w:t>bohat zabardast ghar tha unka. to main ne poocha ke aakhir kyun aap sara waqt lagaye hue hain paisa kamane mein? to jante hain kya kaha unhon ne?</w:t>
      </w:r>
    </w:p>
    <w:p>
      <w:pPr>
        <w:jc w:val="right"/>
      </w:pPr>
      <w:r>
        <w:t>بہت زبرد ستگھرتھاانکا ۔ تومیںنےپوچھاکہآخرکیوںآپ سارا وقت لگائےہوئےہیں پیسہکمانےمیں ؟ تو جانتےہیںکیاکہاانہوںنے ؟</w:t>
      </w:r>
    </w:p>
    <w:p>
      <w:r>
        <w:rPr>
          <w:b/>
        </w:rPr>
        <w:t xml:space="preserve">[1:06:24] </w:t>
      </w:r>
      <w:r>
        <w:t>bhai bachon ki rozi roti ke liye kuch karna hi padega. yani bachon ke aish ke liye kar rahe hain, naam rakh rakha hai rozi roti.</w:t>
      </w:r>
    </w:p>
    <w:p>
      <w:pPr>
        <w:jc w:val="right"/>
      </w:pPr>
      <w:r>
        <w:t>بھئیبچوںکیروز یروٹیکےلیےکچھکرناہیپڑےگا۔ یعنیبچوںکےعیشکےلیےکررہےہیں، نام رکھرکھاہےروزیروٹی ۔</w:t>
      </w:r>
    </w:p>
    <w:p>
      <w:r>
        <w:rPr>
          <w:b/>
        </w:rPr>
        <w:t xml:space="preserve">[1:06:33] </w:t>
      </w:r>
      <w:r>
        <w:t>har aadmi jhoot bolta hai, yaad rakhiye.</w:t>
      </w:r>
    </w:p>
    <w:p>
      <w:pPr>
        <w:jc w:val="right"/>
      </w:pPr>
      <w:r>
        <w:t>ہرآدمیجھوٹبولتاہے،یادرکھیے۔</w:t>
      </w:r>
    </w:p>
    <w:p>
      <w:r>
        <w:rPr>
          <w:b/>
        </w:rPr>
        <w:t xml:space="preserve">[1:06:36] </w:t>
      </w:r>
      <w:r>
        <w:t>yani kar raha hai luxury ke liye, aish ke liye, farawani ke liye. aur bolta hai ke lafz keh rahe hain bhai bachon ki rozi roti ke liye kuch karna padega.</w:t>
      </w:r>
    </w:p>
    <w:p>
      <w:pPr>
        <w:jc w:val="right"/>
      </w:pPr>
      <w:r>
        <w:t>یعنی کررہاہے لگژریکےلیے، عیشکےلیے، فراوانیکےلیے۔ اوربول تاہےکہ لفظ کہہرہےہیںبھئیبچوںکیروزیروٹی کےلیےکچھکرناپڑےگا۔</w:t>
      </w:r>
    </w:p>
    <w:p>
      <w:r>
        <w:rPr>
          <w:b/>
        </w:rPr>
        <w:t xml:space="preserve">[1:06:54] </w:t>
      </w:r>
      <w:r>
        <w:t>sab aadmi jhoot bolte hain, main main main ne paya hai logon ko.</w:t>
      </w:r>
    </w:p>
    <w:p>
      <w:pPr>
        <w:jc w:val="right"/>
      </w:pPr>
      <w:r>
        <w:t>سب آدمیجھوٹبولتےہیں، میںمیںمیںنے پایاہےلوگوںکو۔</w:t>
      </w:r>
    </w:p>
    <w:p>
      <w:r>
        <w:rPr>
          <w:b/>
        </w:rPr>
        <w:t xml:space="preserve">[1:07:03] </w:t>
      </w:r>
      <w:r>
        <w:t>isi liye Quran mein hai ke</w:t>
      </w:r>
    </w:p>
    <w:p>
      <w:pPr>
        <w:jc w:val="right"/>
      </w:pPr>
      <w:r>
        <w:t>اسیلیے قرآنمیںہےکہ</w:t>
      </w:r>
    </w:p>
    <w:p>
      <w:r>
        <w:rPr>
          <w:b/>
        </w:rPr>
        <w:t xml:space="preserve">[1:07:07] </w:t>
      </w:r>
      <w:r>
        <w:t>fi maqadi sidqin inda malikin muqtadirin yani Allah ke samne, Allah ke paas wahi log jayenge jin ko sidq par poore utre hon, sachai par. woh sachai kaisi hogi.</w:t>
      </w:r>
    </w:p>
    <w:p>
      <w:pPr>
        <w:jc w:val="right"/>
      </w:pPr>
      <w:r>
        <w:t>فِيمَقَدِصِدْقٍعِنْدَمَلِكٍمُقْتَدِرٍ یعنیاللہ کےسامنے ،اللہ کے پاس وہیلوگ جائیںگے جن کو صدق پر پورےاترےہوں،سچائیپر ۔وہ سچائیکیسیٹہوگی۔</w:t>
      </w:r>
    </w:p>
    <w:p>
      <w:r>
        <w:rPr>
          <w:b/>
        </w:rPr>
        <w:t xml:space="preserve">[1:07:25] </w:t>
      </w:r>
      <w:r>
        <w:t>Allah ke qurbat jo hai, woh wahan par sirf sachche logon ko jagah milegi.</w:t>
      </w:r>
    </w:p>
    <w:p>
      <w:pPr>
        <w:jc w:val="right"/>
      </w:pPr>
      <w:r>
        <w:t>اللہ کے قربتجوہے،وہ وہاںپر صرفسچے لوگوںکوجگہملےگی۔</w:t>
      </w:r>
    </w:p>
    <w:p>
      <w:r>
        <w:rPr>
          <w:b/>
        </w:rPr>
        <w:t xml:space="preserve">[1:07:32] </w:t>
      </w:r>
      <w:r>
        <w:t>wo maqsad sidq hoga, woh. to dunya mein aap maqsad kis par khade hue hain? ameen rakhen ke wahan aap ko maqsad sidq par jagah milegi.</w:t>
      </w:r>
    </w:p>
    <w:p>
      <w:pPr>
        <w:jc w:val="right"/>
      </w:pPr>
      <w:r>
        <w:t>وہمقصدصدقہوگا،وہ۔ تودنیا میںآپ مقصد کسپرکھڑےہوئےہیں؟ ام یدرکھیںکہوہاںآپکو مقصدصدقپرجگہملےگی۔</w:t>
      </w:r>
    </w:p>
    <w:p>
      <w:r>
        <w:rPr>
          <w:b/>
        </w:rPr>
        <w:t xml:space="preserve">[1:07:41] </w:t>
      </w:r>
      <w:r>
        <w:t>ye khalis to ma'alas to junoon. dunya mein jhoot par khade hue hain aur aakhirat mein jaisa samajhte hain ke wahan par sachai kaisi milegi aap ko. aisa kabhi hone wala nahin hai.</w:t>
      </w:r>
    </w:p>
    <w:p>
      <w:pPr>
        <w:jc w:val="right"/>
      </w:pPr>
      <w:r>
        <w:t>یہ خالصتومعالصتوجنون۔ دنیا میںجھوٹپرکھڑےہوئےہیں اور آخرتمیں جاسمجھتےہیںکہوہاںپرسچائی کیسیٹملےگیآپکو ۔ایساکبھیہونےوالانہیںہے۔</w:t>
      </w:r>
    </w:p>
    <w:p>
      <w:r>
        <w:rPr>
          <w:b/>
        </w:rPr>
        <w:t xml:space="preserve">[1:07:53] </w:t>
      </w:r>
      <w:r>
        <w:t>logon ko ye batane ki zaroorat hai ke log fareb mein jo pade hue hain, iska fareb parda phadne ki zaroorat hai.</w:t>
      </w:r>
    </w:p>
    <w:p>
      <w:pPr>
        <w:jc w:val="right"/>
      </w:pPr>
      <w:r>
        <w:t>لوگوںکویہبتانےکیضرورتہے کہ لوگ فریبمیںجوپڑےہوئےہیں،اسکافریب پردہ پھاڑنےکیضرورتہے۔</w:t>
      </w:r>
    </w:p>
    <w:p>
      <w:r>
        <w:rPr>
          <w:b/>
        </w:rPr>
        <w:t xml:space="preserve">[1:08:02] </w:t>
      </w:r>
      <w:r>
        <w:t>isi ka naam dawat hai. Maulana, agla sawal Delhi se hai, Maulana Zulfiqar Ahmed Naqshbandi. unhon ne likha hai: "Pehhle farmaya ke tumhare darmiyan sab se behtar insan woh hai jo apni family ke liye behtar insan ho." Kindly explain this hadith.</w:t>
      </w:r>
    </w:p>
    <w:p>
      <w:pPr>
        <w:jc w:val="right"/>
      </w:pPr>
      <w:r>
        <w:t>اسیکانام دعوتہے۔ مولانا،اگلاسوال دلیسےہے، مول انازکوان ندویکا ۔انہوںنےلکھاہے:"پرافٹنےفرمایا کہ تمہارے درمیان سبسے بہتر انسان وہہے جو اپنی فیملیکےلیے بہتر انسان ہو ۔" Kindlyexplain this حدیث ۔</w:t>
      </w:r>
    </w:p>
    <w:p>
      <w:r>
        <w:rPr>
          <w:b/>
        </w:rPr>
        <w:t xml:space="preserve">[1:08:24] </w:t>
      </w:r>
      <w:r>
        <w:t>dekhiye, yani khairukum khairukum li ahlihi ye hadith hai.</w:t>
      </w:r>
    </w:p>
    <w:p>
      <w:pPr>
        <w:jc w:val="right"/>
      </w:pPr>
      <w:r>
        <w:t>دیکھیے، یعنی خَيْرُكُمْخَيْرُكُمْ لِأَهْلِهِ یہحدیثہے۔</w:t>
      </w:r>
    </w:p>
    <w:p>
      <w:r>
        <w:rPr>
          <w:b/>
        </w:rPr>
        <w:t xml:space="preserve">[1:08:32] </w:t>
      </w:r>
      <w:r>
        <w:t>dekhiye, sawal hai ke khair kis ma'ane mein? ye kis ma'ane mein ke unke paas bohat paisa ho, bohat ghar ho, bohat makanat, bohat property? is ma'ane mein nahin.</w:t>
      </w:r>
    </w:p>
    <w:p>
      <w:pPr>
        <w:jc w:val="right"/>
      </w:pPr>
      <w:r>
        <w:t>دیکھیے،سوالہےکہخیرکسمعنیمیں؟ یہ کسمعنیمیںکہانکےپاس بہت پیسہہو،بہت گھرہو،بہت مکانات،بہت پراپرٹی؟اسمعنیمیں نہیں ۔</w:t>
      </w:r>
    </w:p>
    <w:p>
      <w:r>
        <w:rPr>
          <w:b/>
        </w:rPr>
        <w:t xml:space="preserve">[1:08:43] </w:t>
      </w:r>
      <w:r>
        <w:t>Islam ka jo criteria hai, is ma'ane mein aap unke sath nermi ke sath sulook karen, kisi ke sath nafrat na karen, kisi ke sath sakhti na karen, kisi ke sath intiqami karrawai na karen.</w:t>
      </w:r>
    </w:p>
    <w:p>
      <w:pPr>
        <w:jc w:val="right"/>
      </w:pPr>
      <w:r>
        <w:t>اسلام کاجو کرائٹیریاہے،اسمعنیمیں آپ انکےساتھ نرمیکےساتھ سلوککریں، کسی کےساتھ نفرتنہکریں،کسی کےساتھ سختینہکریں، کسی کےساتھ انتقامیکارروائینہکریں۔</w:t>
      </w:r>
    </w:p>
    <w:p>
      <w:r>
        <w:rPr>
          <w:b/>
        </w:rPr>
        <w:t xml:space="preserve">[1:09:01] </w:t>
      </w:r>
      <w:r>
        <w:t>ye hadith asal mein akhlaqi ma'ane mein hai. yani behtar akhlaq ka saboot jo dena hai hum ko society mein, uski tajribahgah hai family.</w:t>
      </w:r>
    </w:p>
    <w:p>
      <w:pPr>
        <w:jc w:val="right"/>
      </w:pPr>
      <w:r>
        <w:t>یہ حدیث اصلًا اخلاقی معنیمیںہے۔ یعنیبہتراخلاق کا ثبوتجو دیناہےہمکوسوسائٹیمیں، اسکی تج ربہگاہہے فیملی۔</w:t>
      </w:r>
    </w:p>
    <w:p>
      <w:r>
        <w:rPr>
          <w:b/>
        </w:rPr>
        <w:t xml:space="preserve">[1:09:12] </w:t>
      </w:r>
      <w:r>
        <w:t>yahan iska ma'ane har giz nahin hai ke unke liye khoob, yani kama kamakar unko aish o aaram faraham karo.</w:t>
      </w:r>
    </w:p>
    <w:p>
      <w:pPr>
        <w:jc w:val="right"/>
      </w:pPr>
      <w:r>
        <w:t>یہاں اسکامعنیہرگزنہیںہےکہانکےلیے خوب، یعنی کماکماکرانکوعیشوآرام فراہمکرو۔</w:t>
      </w:r>
    </w:p>
    <w:p>
      <w:r>
        <w:rPr>
          <w:b/>
        </w:rPr>
        <w:t xml:space="preserve">[1:09:19] </w:t>
      </w:r>
      <w:r>
        <w:t>ye hadith akhlaqi ma'ane mein hai. yani tumhare tumhare akhlaq ki pehchan ye hai ke tum apni logon ke darmiyan kaise rehte ho.</w:t>
      </w:r>
    </w:p>
    <w:p>
      <w:pPr>
        <w:jc w:val="right"/>
      </w:pPr>
      <w:r>
        <w:t>یہحدیثاخلاقیمعنیمیںہے۔ یعنی تمہارے تمہارےاخلاق کی پہچان یہہےکہتم اپنی لوگوںکےدرمیان کیسےرہتےہو ۔</w:t>
      </w:r>
    </w:p>
    <w:p>
      <w:r>
        <w:rPr>
          <w:b/>
        </w:rPr>
        <w:t xml:space="preserve">[1:09:32] </w:t>
      </w:r>
      <w:r>
        <w:t>to barhal, yeh hadith madi ma'ne mein nahin, akhlaqi ma'ne mein hai. Maulana, inka doosra sawal bhi ek hadith ko leke hai jo sahih Muslim mein aayi hai.</w:t>
      </w:r>
    </w:p>
    <w:p>
      <w:pPr>
        <w:jc w:val="right"/>
      </w:pPr>
      <w:r>
        <w:t>تو بہرحال،یہ حدیث مادی معنیمیںنہیں،اخلاقیمعنیمیںہے۔ مولانا،انکادوسرا سوال بھی ایک حدیثکولےکےہے جو صحیحمسلممیںآئیہے۔</w:t>
      </w:r>
    </w:p>
    <w:p>
      <w:r>
        <w:rPr>
          <w:b/>
        </w:rPr>
        <w:t xml:space="preserve">[1:09:43] </w:t>
      </w:r>
      <w:r>
        <w:t>unhon ne iska reference diya hai, jismein phir aap ne farmaya tha ke tum Allah ke siwa kisi aur ko mulk-ul-mulk yani shahanshah na kaho.</w:t>
      </w:r>
    </w:p>
    <w:p>
      <w:pPr>
        <w:jc w:val="right"/>
      </w:pPr>
      <w:r>
        <w:t>انہوںنے اسکا ریفرنسدیاہے، جسمیں پرافٹنےفرمایاتھاکہتم اللہ کے سواکسی اور کو ملک الملوکیعنی شہ نشاہ نہ کہو۔</w:t>
      </w:r>
    </w:p>
    <w:p>
      <w:r>
        <w:rPr>
          <w:b/>
        </w:rPr>
        <w:t xml:space="preserve">[1:09:54] </w:t>
      </w:r>
      <w:r>
        <w:t>woh chahte hain ke aap is hadith ko thoda explain karein. Badshahon ka badshah, iska matlab hai ke badshahon ka badshah. To zahir hai ke badshahon ka badshah kaun hai?</w:t>
      </w:r>
    </w:p>
    <w:p>
      <w:pPr>
        <w:jc w:val="right"/>
      </w:pPr>
      <w:r>
        <w:t>وہ چاہتےہیںکہآپ اس حدیثکوتھوڑا explainکریں۔ بادشاہوںکابادشاہ،اسکامطلبہےکہبادشاہوںکابادشاہ۔ توظاہرہےکہبادشاہوںکابادشاہکونہے ؟</w:t>
      </w:r>
    </w:p>
    <w:p>
      <w:r>
        <w:rPr>
          <w:b/>
        </w:rPr>
        <w:t xml:space="preserve">[1:10:05] </w:t>
      </w:r>
      <w:r>
        <w:t>Khuda hai. To kisi aur ko kehna, isko nishana banana hai.</w:t>
      </w:r>
    </w:p>
    <w:p>
      <w:pPr>
        <w:jc w:val="right"/>
      </w:pPr>
      <w:r>
        <w:t>خداہے۔ تو کسی اورکو کہنا، اسکو ندبناناہے۔</w:t>
      </w:r>
    </w:p>
    <w:p>
      <w:r>
        <w:rPr>
          <w:b/>
        </w:rPr>
        <w:t xml:space="preserve">[1:10:14] </w:t>
      </w:r>
      <w:r>
        <w:t>koi na badshah hai, na badshahon ka badshah hai, na koi shah hai, na koi shahanshah hai. Woh to sab Allah ke liye.</w:t>
      </w:r>
    </w:p>
    <w:p>
      <w:pPr>
        <w:jc w:val="right"/>
      </w:pPr>
      <w:r>
        <w:t>کوئینہبادشاہہے،نہبادشاہوںکابادشاہہے، نہ کوئی شاہہے،نہکوئیشہ نشاہہے۔ وہتو سب اللہ کےلیے۔</w:t>
      </w:r>
    </w:p>
    <w:p>
      <w:r>
        <w:rPr>
          <w:b/>
        </w:rPr>
        <w:t xml:space="preserve">[1:10:26] </w:t>
      </w:r>
      <w:r>
        <w:t>ek hadith mein baat hai ke qayamat mein woh jo ek ayat hai ke Allah ta'ala zameen o aasman ko apne ismein le lega,</w:t>
      </w:r>
    </w:p>
    <w:p>
      <w:pPr>
        <w:jc w:val="right"/>
      </w:pPr>
      <w:r>
        <w:t>ایکحدیث میںبات ہے کہ قیامتمیں وہجو ایک آیتہے کہاللہتعالیٰ زمین وآسمانکو اپنے اسمیںلےلےگا،</w:t>
      </w:r>
    </w:p>
    <w:p>
      <w:r>
        <w:rPr>
          <w:b/>
        </w:rPr>
        <w:t xml:space="preserve">[1:10:39] </w:t>
      </w:r>
      <w:r>
        <w:t>yani poori poori aasman dunya uske dayein hath mein hogi, zameen bayein hath mein hogi, aur farmaye ga Khuda ke.</w:t>
      </w:r>
    </w:p>
    <w:p>
      <w:pPr>
        <w:jc w:val="right"/>
      </w:pPr>
      <w:r>
        <w:t>یعنی پوری پورا آسمانیدنیا اسکےدائیںہاتھمیںہوگی،زمین بائیںہاتھمیںہوگی، اور فرمائےگاخدا کہ۔</w:t>
      </w:r>
    </w:p>
    <w:p>
      <w:r>
        <w:rPr>
          <w:b/>
        </w:rPr>
        <w:t xml:space="preserve">[1:10:50] </w:t>
      </w:r>
      <w:r>
        <w:t>to iski sharah mein ek hadith hai:</w:t>
      </w:r>
    </w:p>
    <w:p>
      <w:pPr>
        <w:jc w:val="right"/>
      </w:pPr>
      <w:r>
        <w:t>تواسکی شرحمیںایکحدیثہے:</w:t>
      </w:r>
    </w:p>
    <w:p>
      <w:r>
        <w:rPr>
          <w:b/>
        </w:rPr>
        <w:t xml:space="preserve">[1:10:53] </w:t>
      </w:r>
      <w:r>
        <w:t>kana muluk al-ardh ana jabbarun ana mutakabbirun ana muluk al-ardh</w:t>
      </w:r>
    </w:p>
    <w:p>
      <w:pPr>
        <w:jc w:val="right"/>
      </w:pPr>
      <w:r>
        <w:t>كَانَ مُلُوكُالْأَرْضِ أَنَاجَبَّارُونَأَنَاتُكَبَّرُونَأَنَامُلُوكُالْأَرْضِ</w:t>
      </w:r>
    </w:p>
    <w:p>
      <w:r>
        <w:rPr>
          <w:b/>
        </w:rPr>
        <w:t xml:space="preserve">[1:11:02] </w:t>
      </w:r>
      <w:r>
        <w:t>yani Khuda is kainat ko apne hath mein utha lega, jahan log shahanshahi karte the, aur farmaye ga: ana jabbarun ana mutakabbirun ana muluk al-ardh kahan hain bara banne wale</w:t>
      </w:r>
    </w:p>
    <w:p>
      <w:pPr>
        <w:jc w:val="right"/>
      </w:pPr>
      <w:r>
        <w:t>یعنیخدا اسکائناتکو اپنےہاتھ میں اٹھالےگا، جہاںلوگ شہ نشاہیکرتے تھے، اور فرمائےگا:أَ نَاجَبَّارُونَأَنَامُتَكَبَّرُونَأَنَامُلُوكُالْأَرْضِ کہاںہیں بڑا بننےوالے</w:t>
      </w:r>
    </w:p>
    <w:p>
      <w:r>
        <w:rPr>
          <w:b/>
        </w:rPr>
        <w:t xml:space="preserve">[1:11:21] </w:t>
      </w:r>
      <w:r>
        <w:t>? kahan hain shahanshah banne wale? To hadith mein aata hai, riwayat mein ke jab isne yeh yeh farmaya to mimbar par khade ho kar aap taqreer farma rahe the to aap ladkhadaye, aap qadam ladkhadaye, aapke</w:t>
      </w:r>
    </w:p>
    <w:p>
      <w:pPr>
        <w:jc w:val="right"/>
      </w:pPr>
      <w:r>
        <w:t>؟کہاںہیں شہ نشاہبننےوالے ؟ تو حدیث میںآتاہے، روایت میںکہجب اسنے یہ یہ فرمایا تو ممبر پرکھڑےہوکرآپ تقریرفرمارہےتھے توآپ لڑکھاگئے،آپقدم لڑکھاگئے،آپکے</w:t>
      </w:r>
    </w:p>
    <w:p>
      <w:r>
        <w:rPr>
          <w:b/>
        </w:rPr>
        <w:t xml:space="preserve">[1:11:41] </w:t>
      </w:r>
      <w:r>
        <w:t>log dar, log dare ke aap gir padenge.</w:t>
      </w:r>
    </w:p>
    <w:p>
      <w:pPr>
        <w:jc w:val="right"/>
      </w:pPr>
      <w:r>
        <w:t>لوگ ڈر،لوگڈرےکہآپگرپڑیںگے۔</w:t>
      </w:r>
    </w:p>
    <w:p>
      <w:r>
        <w:rPr>
          <w:b/>
        </w:rPr>
        <w:t xml:space="preserve">[1:11:46] </w:t>
      </w:r>
      <w:r>
        <w:t>yeh alfaaz jab nikle aapki zuban se ke Khuda farmaye ga qayamat ke din jab saare log hash ke maidan mein ikattha honge, wahan koi farq nahi hoga, sab barabar honge, farq mit chuka hoga,</w:t>
      </w:r>
    </w:p>
    <w:p>
      <w:pPr>
        <w:jc w:val="right"/>
      </w:pPr>
      <w:r>
        <w:t>یہالفاظجبنکلےآپکیزبان سے کہخدافرمائےگاقیامتکےدن جب سارےلوگحشکےمزارمیںاکٹھاہوںگے، وہاں کوئیفرقنہیںہوگا، سببرابرہوںگے، فرق مٹچکاہوگا،</w:t>
      </w:r>
    </w:p>
    <w:p>
      <w:r>
        <w:rPr>
          <w:b/>
        </w:rPr>
        <w:t xml:space="preserve">[1:12:02] </w:t>
      </w:r>
      <w:r>
        <w:t>na ameer hoga, na ghareeb hoga, na badshah hoga, na raiya hoga, na chhote honge, na bade honge. Ke yeh waqea wahan ho chuka hoga.</w:t>
      </w:r>
    </w:p>
    <w:p>
      <w:pPr>
        <w:jc w:val="right"/>
      </w:pPr>
      <w:r>
        <w:t>نہامیرہوگا،نہغریبہوگا، نہ بادشاہہوگا،نہرایاہوگا، نہچھوٹےہوںگے،نہبڑےہوںگے۔ کہیہواقعہوہاںہوچکاہوگا۔</w:t>
      </w:r>
    </w:p>
    <w:p>
      <w:r>
        <w:rPr>
          <w:b/>
        </w:rPr>
        <w:t xml:space="preserve">[1:12:14] </w:t>
      </w:r>
      <w:r>
        <w:t>us waqt Allah ta'ala farmaye ga</w:t>
      </w:r>
    </w:p>
    <w:p>
      <w:pPr>
        <w:jc w:val="right"/>
      </w:pPr>
      <w:r>
        <w:t>اسوقت اللہتعالیٰفرمائےگا</w:t>
      </w:r>
    </w:p>
    <w:p>
      <w:r>
        <w:rPr>
          <w:b/>
        </w:rPr>
        <w:t xml:space="preserve">[1:12:16] </w:t>
      </w:r>
      <w:r>
        <w:t>: ana jabbarun ana mutakabbirun ana muluk al-ardh kahan hain bare banne wale? Kahan hain shahanshah banne wale?</w:t>
      </w:r>
    </w:p>
    <w:p>
      <w:pPr>
        <w:jc w:val="right"/>
      </w:pPr>
      <w:r>
        <w:t>: أَنَاجَبَّارُونَأَنَامُتَكَبَّرُونَأَنَامُلُوكُالْأَرْضِ کہاںہیںبڑےبننےوالے ؟کہاںہیں شہ نشاہبننےوالے ؟</w:t>
      </w:r>
    </w:p>
    <w:p>
      <w:r>
        <w:rPr>
          <w:b/>
        </w:rPr>
        <w:t xml:space="preserve">[1:12:28] </w:t>
      </w:r>
      <w:r>
        <w:t>to riwayat mein aata hai ke kaise woh Rasool Allah sal Allah alaih wasallam ke paon ladkhadaye, aisa lagta tha agar padenge.</w:t>
      </w:r>
    </w:p>
    <w:p>
      <w:pPr>
        <w:jc w:val="right"/>
      </w:pPr>
      <w:r>
        <w:t>تو روایت میںآتاہےکہکیسےوہرسولاللہصلیاللہعلیہوسلمکےپاؤںلڑکھاگئے، ایسالگتاتھاگرپڑیںگے۔</w:t>
      </w:r>
    </w:p>
    <w:p>
      <w:r>
        <w:rPr>
          <w:b/>
        </w:rPr>
        <w:t xml:space="preserve">[1:12:39] </w:t>
      </w:r>
      <w:r>
        <w:t>to yeh to bilkul bohat hi ridiculous baat hai kisi ko yeh sab laqab dena.</w:t>
      </w:r>
    </w:p>
    <w:p>
      <w:pPr>
        <w:jc w:val="right"/>
      </w:pPr>
      <w:r>
        <w:t>تویہتوبالکل بہت ہیریڈیکولسباتہے کسی کویہسب القابدینا۔</w:t>
      </w:r>
    </w:p>
    <w:p>
      <w:r>
        <w:rPr>
          <w:b/>
        </w:rPr>
        <w:t xml:space="preserve">[1:12:47] </w:t>
      </w:r>
      <w:r>
        <w:t>saari badhai innal quwwata lillahi jamee'an saari taqat, saari badhai sirf ek Allah ke liye hai. Maulana, inka ek aur sawal hai.</w:t>
      </w:r>
    </w:p>
    <w:p>
      <w:pPr>
        <w:jc w:val="right"/>
      </w:pPr>
      <w:r>
        <w:t>ساریبڑائی إِنَّالْقُوَّةَلِلَّهِجَمِيعًا ساری طاقت،ساریبڑ ائی صرفایکاللہ کےلیے ہے۔ مولانا،انکاایکاور سوال ہے۔</w:t>
      </w:r>
    </w:p>
    <w:p>
      <w:r>
        <w:rPr>
          <w:b/>
        </w:rPr>
        <w:t xml:space="preserve">[1:12:59] </w:t>
      </w:r>
      <w:r>
        <w:t>unhon ne likha hai ke hadith mein aaya hai ke tum mein se koi shakhs us waqt tak momin nahi ho sakta jab tak ke woh sab se zyada aap se mohabbat na kare.</w:t>
      </w:r>
    </w:p>
    <w:p>
      <w:pPr>
        <w:jc w:val="right"/>
      </w:pPr>
      <w:r>
        <w:t>انہوںنےلکھاہےکہ حدیثمیں آیاہےکہ تم میںسے کوئی شخص اس وقت تک مومننہیں ہوسکتا جب تک وہ سبسےزیادہ پرافٹسے محبت کرے۔</w:t>
      </w:r>
    </w:p>
    <w:p>
      <w:r>
        <w:rPr>
          <w:b/>
        </w:rPr>
        <w:t xml:space="preserve">[1:13:11] </w:t>
      </w:r>
      <w:r>
        <w:t>Maulana, aap se mohabbat ka matlab kya hai?</w:t>
      </w:r>
    </w:p>
    <w:p>
      <w:pPr>
        <w:jc w:val="right"/>
      </w:pPr>
      <w:r>
        <w:t>مولانا،پرافٹسےمحبتکامطلب کیا ہے ؟</w:t>
      </w:r>
    </w:p>
    <w:p>
      <w:r>
        <w:rPr>
          <w:b/>
        </w:rPr>
        <w:t xml:space="preserve">[1:13:15] </w:t>
      </w:r>
      <w:r>
        <w:t>dekhiye, yeh Quran mein bata diya gaya hai.</w:t>
      </w:r>
    </w:p>
    <w:p>
      <w:pPr>
        <w:jc w:val="right"/>
      </w:pPr>
      <w:r>
        <w:t>دیکھیے،یہقرآنمیں بتادیا گیاہے۔</w:t>
      </w:r>
    </w:p>
    <w:p>
      <w:r>
        <w:rPr>
          <w:b/>
        </w:rPr>
        <w:t xml:space="preserve">[1:13:20] </w:t>
      </w:r>
      <w:r>
        <w:t>Quran mein ek ayat hai: qul in kuntum tuhibbunallaha fattabi'uni yuhbibkumullah qul in kuntum tuhibbunallaha fattabi'uni yuhbibkumullah. Kaho ke agar tum ko Allah se mohabbat hai to Rasool ka itteba karo.</w:t>
      </w:r>
    </w:p>
    <w:p>
      <w:pPr>
        <w:jc w:val="right"/>
      </w:pPr>
      <w:r>
        <w:t>قرآنمیںایکآیتہے: قُلْإِنْكُنْتُمْتُحِبُّونَاللَّهَ فَاتَّبَعُونِي يُحْبِبْكُمُاللَّهُ قُلْإِنْكُنْتُمْتُحِبُّونَاللَّهَ فَاتَّبَعُونِييُحْبِبْكُمُاللَّهُ ۔کہو کہاگر تم کواللہ سے محبت ہے تو رسولکا اتباعکرو ۔</w:t>
      </w:r>
    </w:p>
    <w:p>
      <w:r>
        <w:rPr>
          <w:b/>
        </w:rPr>
        <w:t xml:space="preserve">[1:13:41] </w:t>
      </w:r>
      <w:r>
        <w:t>is se maloom hua ke Rasool ke liye itteba hai aur Allah ke liye mohabbat hai. Yeh Surah Aal-e-Imran mein yeh ayat hai. Aap phir sun lijiye, Surah Aal-e-Imran mein dekhiye isko: qul in kuntum tuhibbunallaha fattabi'uni yuhbibkumullah. Yani itteba baraye Rasool aur mohabbat baraye Khuda.</w:t>
      </w:r>
    </w:p>
    <w:p>
      <w:pPr>
        <w:jc w:val="right"/>
      </w:pPr>
      <w:r>
        <w:t>اسسےمعلومہوا کہ رسول کےلیے اتباعہے اوراللہ کےلیے محبتہے۔ یہسورہآلعمرانمیںیہآیتہے۔ آپپھرسنلیجیے،سورہآلعمرانمیں دیکھیےاسکو : قُلْإِنْكُنْتُمْتُحِبُّونَاللَّهَ فَاتَّبَعُونِييُحْبِبْكُمُاللَّهُ یعنی اتباع برائےرسول اورمحبتبرائےخدا۔</w:t>
      </w:r>
    </w:p>
    <w:p>
      <w:r>
        <w:rPr>
          <w:b/>
        </w:rPr>
        <w:t xml:space="preserve">[1:14:08] </w:t>
      </w:r>
      <w:r>
        <w:t>baqi Rasool Allah sal Allah alaih wasallam se hum ko hidayat mili, hum ko Quran mila. To fitri baat hai ke aapse aapko attachment hoga. Woh attachment to lazmi taur par rahega, lekin hubb-e-shadeed jo hai woh sirf ek Allah ke liye hai.</w:t>
      </w:r>
    </w:p>
    <w:p>
      <w:pPr>
        <w:jc w:val="right"/>
      </w:pPr>
      <w:r>
        <w:t>باقی رسولاللہصلیاللہعلیہوسلمسےہمکوہدایتملی،ہمکوقرآنملا۔ تو فطریباتہےکہآپسے آپکواٹیچمنٹہوگا۔ وہاٹیچمنٹتو لازمیطورپررہےگا، لیکن حب شدیدجوہے وہ صرف ایکاللہ کےلیے ہے۔</w:t>
      </w:r>
    </w:p>
    <w:p>
      <w:r>
        <w:rPr>
          <w:b/>
        </w:rPr>
        <w:t xml:space="preserve">[1:14:29] </w:t>
      </w:r>
      <w:r>
        <w:t>karachi pakistan se mis samia latif ne likha hai: "maut ke baad insaan ka anjaam jannat ya jahannum ki soorat mein itna clear hai ke koi insaan ise jhutla nahi sakta.</w:t>
      </w:r>
    </w:p>
    <w:p>
      <w:pPr>
        <w:jc w:val="right"/>
      </w:pPr>
      <w:r>
        <w:t>کراچی پاکستان سے مس سامیہ لطیفنےلکھاہے: "موتکےبعد انسانکا انجام جن ت یا جہنمکی صورت میں اتنا clearہےکہکوئی انسان اسے جھٹلانہیںسکتا۔</w:t>
      </w:r>
    </w:p>
    <w:p>
      <w:r>
        <w:rPr>
          <w:b/>
        </w:rPr>
        <w:t xml:space="preserve">[1:14:44] </w:t>
      </w:r>
      <w:r>
        <w:t>phir bhi aaj ka insaan jannat ya jahannum se itna ghafil kyun nazar aata hai?" is liye ke log jeete hain dikhai dene wali cheezon mein.</w:t>
      </w:r>
    </w:p>
    <w:p>
      <w:pPr>
        <w:jc w:val="right"/>
      </w:pPr>
      <w:r>
        <w:t>پھربھی آجکاانسان جنت یاجہنمسے اتنا غافل کیوںنظر آتاہے؟" اسلیے کہلوگ جیتےہیں دکھائے دینےوالیچیزوںمیں۔</w:t>
      </w:r>
    </w:p>
    <w:p>
      <w:r>
        <w:rPr>
          <w:b/>
        </w:rPr>
        <w:t xml:space="preserve">[1:14:59] </w:t>
      </w:r>
      <w:r>
        <w:t>yaani seen world mein jeete hain, unseen world se bekhabar rehte hain. isi liye quran mein hai shuru mein ke yu'minuna bil ghaib to imaan us waqt milta hai us ke aadmi ko jab us ke andar uska ehsaas itna jaage, itna uska shaoor itna bedaar ho jaye,</w:t>
      </w:r>
    </w:p>
    <w:p>
      <w:pPr>
        <w:jc w:val="right"/>
      </w:pPr>
      <w:r>
        <w:t>یعنی seen world میںجیتےہیں،unseenworld سے بےخبررہتےہیں۔ اسیلیےقرآنمیںہے شروع ہیمیں کہ يُؤْمَنُونَبِالْغَيْبِ تو ایمان اسوقت ملتاہےاسکےآدمیکوجب اسکےاندر اسکا احساساتناجاگے، ات نا اسکا شعوراتنابیدارہوجائے،</w:t>
      </w:r>
    </w:p>
    <w:p>
      <w:r>
        <w:rPr>
          <w:b/>
        </w:rPr>
        <w:t xml:space="preserve">[1:15:21] </w:t>
      </w:r>
      <w:r>
        <w:t>intellectual awakening itna zyada aa jaye us ke andar ke unseen ko bhi woh seen bana sake.</w:t>
      </w:r>
    </w:p>
    <w:p>
      <w:pPr>
        <w:jc w:val="right"/>
      </w:pPr>
      <w:r>
        <w:t>intellectual aw akeningاتنازیادہ آجائےاسکےاندر کہ unseenکوبھیوہ seenبناسکے۔</w:t>
      </w:r>
    </w:p>
    <w:p>
      <w:r>
        <w:rPr>
          <w:b/>
        </w:rPr>
        <w:t xml:space="preserve">[1:15:28] </w:t>
      </w:r>
      <w:r>
        <w:t>jo cheezein ghaib mein hain woh us ke liye shuhood ban jayein. yeh uska ta'alluq shaoor ki bedari se hai. logon ke andar kyun ke shaoor ki bedari nahi hai, woh ghaflat mein jee rahe hain, na koi mutala hai, na koi ghaur o fikr hai, bas khaali paisa ghumana, paisa kamana, paisa kamana.</w:t>
      </w:r>
    </w:p>
    <w:p>
      <w:pPr>
        <w:jc w:val="right"/>
      </w:pPr>
      <w:r>
        <w:t>جو چیزیں غیبمیںہیںوہ اسکےلیے شہودبنجائیں۔ یہ اسکا تعلق شعورکیبیداریسےہے۔ لوگ وں کےاندر چونکہشعورکی بیدارینہیںہے، وہ غفلتمیںجیرہےہیں، نہکوئیمطالعہہے، نہ کوئی غوروفکرہے، بسخالی پیسہگھمانا،پیسہکمانا،پیسہکمانا۔</w:t>
      </w:r>
    </w:p>
    <w:p>
      <w:r>
        <w:rPr>
          <w:b/>
        </w:rPr>
        <w:t xml:space="preserve">[1:15:51] </w:t>
      </w:r>
      <w:r>
        <w:t>to shaoor yaani shaoor e aitbaar se bedaar na hone ki qeemat de rahe hain log.</w:t>
      </w:r>
    </w:p>
    <w:p>
      <w:pPr>
        <w:jc w:val="right"/>
      </w:pPr>
      <w:r>
        <w:t>تو شع وری یعنی شع وری اعتبارسے بیدارنہہونے کیقیمت دےرہےہیںلوگ ۔</w:t>
      </w:r>
    </w:p>
    <w:p>
      <w:r>
        <w:rPr>
          <w:b/>
        </w:rPr>
        <w:t xml:space="preserve">[1:16:01] </w:t>
      </w:r>
      <w:r>
        <w:t>kashmir se mister hameed ullah hameed ka sawal hai. unhone likha hai: "During an interaction with some daiz of Kashmir, you told that the present process of da'wa in Kashmir is Shah Hamdan plus.</w:t>
      </w:r>
    </w:p>
    <w:p>
      <w:pPr>
        <w:jc w:val="right"/>
      </w:pPr>
      <w:r>
        <w:t>کش میرسے مسٹر حمید اللہحمید کا سوال ہے۔ انہوںنےلکھاہے: "Duringan inter actionwith some d aizofKashmir, youtoldthat thepresent process of دعویٰ in Kashmir is شاہ حمدان پ لس.</w:t>
      </w:r>
    </w:p>
    <w:p>
      <w:r>
        <w:rPr>
          <w:b/>
        </w:rPr>
        <w:t xml:space="preserve">[1:16:18] </w:t>
      </w:r>
      <w:r>
        <w:t>Kindly explain this."</w:t>
      </w:r>
    </w:p>
    <w:p>
      <w:pPr>
        <w:jc w:val="right"/>
      </w:pPr>
      <w:r>
        <w:t>Kindlyexplainthis."</w:t>
      </w:r>
    </w:p>
    <w:p>
      <w:r>
        <w:rPr>
          <w:b/>
        </w:rPr>
        <w:t xml:space="preserve">[1:16:21] </w:t>
      </w:r>
      <w:r>
        <w:t>dekhiye, Shah Hamdan ka bohat bara role hai Kashmir mein, is mein koi shakk nahi. lekin woh role tha roohani daur mein, zaahiri daur mein.</w:t>
      </w:r>
    </w:p>
    <w:p>
      <w:pPr>
        <w:jc w:val="right"/>
      </w:pPr>
      <w:r>
        <w:t>دیکھیے،شاہ حمدانکابہت بڑارولہےکشمیرمیں، اسمیںکوئیشک نہیں۔ لیکن وہرولتھا رو ایتیدور میں ، ظاہریدور میں۔</w:t>
      </w:r>
    </w:p>
    <w:p>
      <w:r>
        <w:rPr>
          <w:b/>
        </w:rPr>
        <w:t xml:space="preserve">[1:16:33] </w:t>
      </w:r>
      <w:r>
        <w:t>ab hum hain sanati daur mein, scientific daur mein, communication ke daur mein.</w:t>
      </w:r>
    </w:p>
    <w:p>
      <w:pPr>
        <w:jc w:val="right"/>
      </w:pPr>
      <w:r>
        <w:t>ابہم ہیں صنعتیدور میں، سائنٹیفکدور میں، کمیونیکیشنکےدورمیں۔</w:t>
      </w:r>
    </w:p>
    <w:p>
      <w:r>
        <w:rPr>
          <w:b/>
        </w:rPr>
        <w:t xml:space="preserve">[1:16:40] </w:t>
      </w:r>
      <w:r>
        <w:t>to is mission ko mazeed izafe ke sath aap phailane ki position mein hain. misaal ke taur par, Shah Hamdan ke zamane mein telephone nahi hua karta tha.</w:t>
      </w:r>
    </w:p>
    <w:p>
      <w:pPr>
        <w:jc w:val="right"/>
      </w:pPr>
      <w:r>
        <w:t>تواسیمشنکو مزید اضافےکےساتھ آپ پھیلانےکیپوزیشنمیںہیں۔ مثلاً،شاہ حمدانکےزمان ےمیں ٹیلیفوننہیںہواکرتاتھا۔</w:t>
      </w:r>
    </w:p>
    <w:p>
      <w:r>
        <w:rPr>
          <w:b/>
        </w:rPr>
        <w:t xml:space="preserve">[1:16:55] </w:t>
      </w:r>
      <w:r>
        <w:t>wahan printed books ka bhi itna ravaaj nahi tha. wahan sawariyon ka itna istemal nahi tha.</w:t>
      </w:r>
    </w:p>
    <w:p>
      <w:pPr>
        <w:jc w:val="right"/>
      </w:pPr>
      <w:r>
        <w:t>وہاں پرنٹڈبکسکابھیاتنارواجنہیںتھا۔ وہاں سواریوںکا اتنا استعمال نہیںتھا۔</w:t>
      </w:r>
    </w:p>
    <w:p>
      <w:r>
        <w:rPr>
          <w:b/>
        </w:rPr>
        <w:t xml:space="preserve">[1:17:07] </w:t>
      </w:r>
      <w:r>
        <w:t>jo mawaqe aaj hain, woh mawaqe us waqt nahi the. to apne zamane ke halaat ko istemal kiya aur unhone kaam kiya. ab aapko barhe hue mawaqe ke aitbaar se usi kaam ko mazeed izafe ke sath karna hai.</w:t>
      </w:r>
    </w:p>
    <w:p>
      <w:pPr>
        <w:jc w:val="right"/>
      </w:pPr>
      <w:r>
        <w:t>جو مواقع آجہیں،وہ مواقع اسوقت نہیںتھے۔ تو اپنے زمان ےکےحالاتکو استعمال کیا اورانہوںنےکامکیا۔ ابآپکو بڑھےہوئے مواقع کےاعتبارسےاسیکامکو مزید اضافےکےساتھکرناہے۔</w:t>
      </w:r>
    </w:p>
    <w:p>
      <w:r>
        <w:rPr>
          <w:b/>
        </w:rPr>
        <w:t xml:space="preserve">[1:17:22] </w:t>
      </w:r>
      <w:r>
        <w:t>yeh hai mera matlab. mazeed ek baat yeh bhi hai ke is zamane mein tourism nahi tha. tourism to aaya hai jab yaani naya daur aaya hai, communication ka zamana.</w:t>
      </w:r>
    </w:p>
    <w:p>
      <w:pPr>
        <w:jc w:val="right"/>
      </w:pPr>
      <w:r>
        <w:t>یہہےمیرامطلب ۔ مزید ایکباتیہبھیہے کہاس زمانےمیں ٹورزمنہیںتھا۔ ٹورزمتوآیاہےجب یعنینیا دور آیاہے، کمیونیکیشنکازمان ہ۔</w:t>
      </w:r>
    </w:p>
    <w:p>
      <w:r>
        <w:rPr>
          <w:b/>
        </w:rPr>
        <w:t xml:space="preserve">[1:17:36] </w:t>
      </w:r>
      <w:r>
        <w:t>communication ke zamane ne tourism paida kiya hai. itne saiyyah jo aate hain Kashmir mein, isi liye aate hain ke sawariyon ki aasani hai, communication ki aasani hai.</w:t>
      </w:r>
    </w:p>
    <w:p>
      <w:pPr>
        <w:jc w:val="right"/>
      </w:pPr>
      <w:r>
        <w:t>کمیونیکیشن کے زمان ےنےٹورزمپیدا کیا ہے۔ اتنےسیا حجوآتےہیںکشمیرمیں، اسیلیےآتےہیںکہ کہ سو اریوںکیآسانیہے، کمیونیکیشنکیآسانیہے۔</w:t>
      </w:r>
    </w:p>
    <w:p>
      <w:r>
        <w:rPr>
          <w:b/>
        </w:rPr>
        <w:t xml:space="preserve">[1:17:49] </w:t>
      </w:r>
      <w:r>
        <w:t>to is zamane mein is tarah ka tourism nahi tha. koi chala gaya ek ka dhakka. lekin ab to tourism ek industry hai. to mauzu ka itni bari fauj aapke paas aati hai Kashmir mein.</w:t>
      </w:r>
    </w:p>
    <w:p>
      <w:pPr>
        <w:jc w:val="right"/>
      </w:pPr>
      <w:r>
        <w:t>تو اس زمانےمیں اسطرحکاٹورزمنہیںتھا۔ کوئی چلاگیاایککادھکا ۔ لیکن ابتوٹورزمایکانڈسٹریہے۔ تو موضوع کا اتنی بڑی فوج آپکےپاسآتیہے کشمیرمیں۔</w:t>
      </w:r>
    </w:p>
    <w:p>
      <w:r>
        <w:rPr>
          <w:b/>
        </w:rPr>
        <w:t xml:space="preserve">[1:18:04] </w:t>
      </w:r>
      <w:r>
        <w:t>woh unhein kahan hasil thi? unhone kaam kiya. jo log reh rahe the Kashmir mein, ab aapko mauqa mil raha hai ke aap internationally level par pouncha sakein da'wat ko.</w:t>
      </w:r>
    </w:p>
    <w:p>
      <w:pPr>
        <w:jc w:val="right"/>
      </w:pPr>
      <w:r>
        <w:t>وہ انہیں کہاںحاصل تھی؟ انہوںنے کامکیا۔ جولوگ رہرہےتھے کشمیرمیں، ابآپکو موقع ملرہاہےکہآپ انٹرنیشنللیولپرپہنچا سکیںدعوتکو۔</w:t>
      </w:r>
    </w:p>
    <w:p>
      <w:r>
        <w:rPr>
          <w:b/>
        </w:rPr>
        <w:t xml:space="preserve">[1:18:17] </w:t>
      </w:r>
      <w:r>
        <w:t>Kashmir mein baithe baithe, yaani Kashmir mein pehle unhone jo kaam kiya tha, us mein unko sirf local aabadi mili thi.</w:t>
      </w:r>
    </w:p>
    <w:p>
      <w:pPr>
        <w:jc w:val="right"/>
      </w:pPr>
      <w:r>
        <w:t>کشمیرمیںبیٹھےبیٹھے، یعنی کشمیرمیں پہلے انہوںنےجو کامکیاتھا،اسمیںانکوصرف لوکلآبادیملی تھی۔</w:t>
      </w:r>
    </w:p>
    <w:p>
      <w:r>
        <w:rPr>
          <w:b/>
        </w:rPr>
        <w:t xml:space="preserve">[1:18:28] </w:t>
      </w:r>
      <w:r>
        <w:t>aapko to international committee mil rahi hai. aapko wahan dunya bhar ke log saiyyah aa rahe hain.</w:t>
      </w:r>
    </w:p>
    <w:p>
      <w:pPr>
        <w:jc w:val="right"/>
      </w:pPr>
      <w:r>
        <w:t>آپکو توانٹرنیشنلکمیٹیملرہیہے۔آپکو وہاں دنیا بھرکےلوگ سیاحآرہےہیں۔</w:t>
      </w:r>
    </w:p>
    <w:p>
      <w:r>
        <w:rPr>
          <w:b/>
        </w:rPr>
        <w:t xml:space="preserve">[1:18:34] </w:t>
      </w:r>
      <w:r>
        <w:t>is tarah se ab woh mazeed izafe ke sath kaam karna mumkin ho gaya hai. Maulana, agla sawal Delhi se hai mister GPS Bhalwar ka. unhone likha hai: "During the recent controversy over British author Salman Rushdie,</w:t>
      </w:r>
    </w:p>
    <w:p>
      <w:pPr>
        <w:jc w:val="right"/>
      </w:pPr>
      <w:r>
        <w:t>اسطرحسے ابوہ مزید اضافےکےساتھ کام کرناممکنہوگیاہے۔ مولانا،اگلاسوال دلیسےہے مسٹر جیپیایس بہالوارکا ۔انہوں نےلکھاہے: "Duringtherecent controversy over British author Salman Rushdie,</w:t>
      </w:r>
    </w:p>
    <w:p>
      <w:r>
        <w:rPr>
          <w:b/>
        </w:rPr>
        <w:t xml:space="preserve">[1:18:52] </w:t>
      </w:r>
      <w:r>
        <w:t>Times of India quoted you as saying that the ban on Salman Rushdie and his book was unconstitutional and un-Islamic.</w:t>
      </w:r>
    </w:p>
    <w:p>
      <w:pPr>
        <w:jc w:val="right"/>
      </w:pPr>
      <w:r>
        <w:t>Times ofIndia quotedyouas sayingthat the ban on Salman Rushdie and his book was uncon stitutional and un -Islam ic.</w:t>
      </w:r>
    </w:p>
    <w:p>
      <w:r>
        <w:rPr>
          <w:b/>
        </w:rPr>
        <w:t xml:space="preserve">[1:19:02] </w:t>
      </w:r>
      <w:r>
        <w:t>Would you kindly elaborate on your said statement as to why you thought so?" dekhiye, hamare India mein jo constitution hai, woh mazhab ki aazadi deta hai.</w:t>
      </w:r>
    </w:p>
    <w:p>
      <w:pPr>
        <w:jc w:val="right"/>
      </w:pPr>
      <w:r>
        <w:t>Wouldyoukindly elabor ateon your saidstat ement asto whyyouthought so ?" دیکھیے،ہمارےانڈیامیںجو Constitutionہے، وہ مذہبکیآزادیدیتاہے۔</w:t>
      </w:r>
    </w:p>
    <w:p>
      <w:r>
        <w:rPr>
          <w:b/>
        </w:rPr>
        <w:t xml:space="preserve">[1:19:17] </w:t>
      </w:r>
      <w:r>
        <w:t>total freedom India mein hai. yaani freedom of expression.</w:t>
      </w:r>
    </w:p>
    <w:p>
      <w:pPr>
        <w:jc w:val="right"/>
      </w:pPr>
      <w:r>
        <w:t>ٹوٹلFreedomانڈیامیںہے۔ یعنیFreedomofExpress ion۔</w:t>
      </w:r>
    </w:p>
    <w:p>
      <w:r>
        <w:rPr>
          <w:b/>
        </w:rPr>
        <w:t xml:space="preserve">[1:19:23] </w:t>
      </w:r>
      <w:r>
        <w:t>to zahir hai ke India jo hai, ek constitution ke tehat govern ho raha hai.</w:t>
      </w:r>
    </w:p>
    <w:p>
      <w:pPr>
        <w:jc w:val="right"/>
      </w:pPr>
      <w:r>
        <w:t>توظاہرہےکہانڈیاجوہے، ایک Constitution کے تحت گورن ہورہاہے۔</w:t>
      </w:r>
    </w:p>
    <w:p>
      <w:r>
        <w:rPr>
          <w:b/>
        </w:rPr>
        <w:t xml:space="preserve">[1:19:31] </w:t>
      </w:r>
      <w:r>
        <w:t>kisi mazhabi aqeeday ke tehat nahi. to constitution of India jab total freedom de raha hai, freedom of expression de raha hai, poore poora.</w:t>
      </w:r>
    </w:p>
    <w:p>
      <w:pPr>
        <w:jc w:val="right"/>
      </w:pPr>
      <w:r>
        <w:t>کسی مذہبیعقیدےکےتحتنہیں ۔ تو Const itutionofIndia جب ٹوٹلFreedomدےرہاہے، Freedom of Expressionدےرہاہے، پورےپورا۔</w:t>
      </w:r>
    </w:p>
    <w:p>
      <w:r>
        <w:rPr>
          <w:b/>
        </w:rPr>
        <w:t xml:space="preserve">[1:19:44] </w:t>
      </w:r>
      <w:r>
        <w:t>to ap kaise kaise bain lagayenge?</w:t>
      </w:r>
    </w:p>
    <w:p>
      <w:pPr>
        <w:jc w:val="right"/>
      </w:pPr>
      <w:r>
        <w:t>تو آپکیسے کیسے بین لگائیںگے؟</w:t>
      </w:r>
    </w:p>
    <w:p>
      <w:r>
        <w:rPr>
          <w:b/>
        </w:rPr>
        <w:t xml:space="preserve">[1:19:49] </w:t>
      </w:r>
      <w:r>
        <w:t>is mulk mein ya kisi mulk mein is zamane mein jo LawofLand hota hai, wahi chalta hai. to jo hamare mulk ka jo LawofLand hai, woh isko Allow kar raha hai. to ap kaise rokenge isko? kya karenge?</w:t>
      </w:r>
    </w:p>
    <w:p>
      <w:pPr>
        <w:jc w:val="right"/>
      </w:pPr>
      <w:r>
        <w:t>اس ملکمیں یا کسی ملکمیں اسزمانےمیں جو LawofLand ہوتاہے، وہیچلتاہے۔ تو جوہمارےملککاجوLawofLand ہے، وہ اسکو Allowکررہاہے۔توآپکیسےروکیںگےاسکو؟کیاکریںگے؟</w:t>
      </w:r>
    </w:p>
    <w:p>
      <w:r>
        <w:rPr>
          <w:b/>
        </w:rPr>
        <w:t xml:space="preserve">[1:20:03] </w:t>
      </w:r>
      <w:r>
        <w:t>ek baat yeh hai. doosra, jahan tak Islam ki baat hai, to mein isko bar bar kehta hoon. maine kaha Islam mein qisas</w:t>
      </w:r>
    </w:p>
    <w:p>
      <w:pPr>
        <w:jc w:val="right"/>
      </w:pPr>
      <w:r>
        <w:t>ایکباتیہہے۔دوسرا،جہاںتکاسلام کیباتہے، تو میں اسکو باربار کہاہے۔میںنےکہاسلام میں قص اص</w:t>
      </w:r>
    </w:p>
    <w:p>
      <w:r>
        <w:rPr>
          <w:b/>
        </w:rPr>
        <w:t xml:space="preserve">[1:20:10] </w:t>
      </w:r>
      <w:r>
        <w:t>ka usool hai. qisas ka matlab barabar. barabar. yani Book ke jawab mein Book.</w:t>
      </w:r>
    </w:p>
    <w:p>
      <w:pPr>
        <w:jc w:val="right"/>
      </w:pPr>
      <w:r>
        <w:t>کااصولہے۔قصاصکامعنی برابر ۔برابر ۔یعنی Book کےجوابمیں Book ۔</w:t>
      </w:r>
    </w:p>
    <w:p>
      <w:r>
        <w:rPr>
          <w:b/>
        </w:rPr>
        <w:t xml:space="preserve">[1:20:18] </w:t>
      </w:r>
      <w:r>
        <w:t>Statement ke jawab mein Statement. Speech ke jawab mein Speech. Aap yeh nahi kar sakte ke Book ek taraf se Book aaun, doosri taraf ganchalaun. Aap yeh Islam nahi hai.</w:t>
      </w:r>
    </w:p>
    <w:p>
      <w:pPr>
        <w:jc w:val="right"/>
      </w:pPr>
      <w:r>
        <w:t>Stat ementکےجوابمیںStat ement۔ Speechکےجوابمیں Speech ۔آپ یہ نہیںکرسکتے کہ Book ایکطرفسےBook آؤں،دوسریطرف گنچلاؤں۔آپ یہ اسلام نہیںہے۔</w:t>
      </w:r>
    </w:p>
    <w:p>
      <w:r>
        <w:rPr>
          <w:b/>
        </w:rPr>
        <w:t xml:space="preserve">[1:20:31] </w:t>
      </w:r>
      <w:r>
        <w:t>bilkul hi Islam nahi hai. qisas hona chahiye. yani jo idhar se hua, idhar idhar se bhi aap kar sakte hain.</w:t>
      </w:r>
    </w:p>
    <w:p>
      <w:pPr>
        <w:jc w:val="right"/>
      </w:pPr>
      <w:r>
        <w:t>بالکل ہیاسلام نہیںہے۔ قص اصہوناچاہیے۔ یعنی جو ادھرسےہوا،ادھرادھرسےبھیآپکرسکتےہیں۔</w:t>
      </w:r>
    </w:p>
    <w:p>
      <w:r>
        <w:rPr>
          <w:b/>
        </w:rPr>
        <w:t xml:space="preserve">[1:20:38] </w:t>
      </w:r>
      <w:r>
        <w:t>to isne kya kiya? kitab chhapi hai. to aap bhi kitab chhapiye. aap ko yeh kehne ka haq nahi hai ke mein tumhein maar dalunga, kaat dalunga. na isko Islam Allow karta hai, na hamare desh ka qanoon Allow karta hai.</w:t>
      </w:r>
    </w:p>
    <w:p>
      <w:pPr>
        <w:jc w:val="right"/>
      </w:pPr>
      <w:r>
        <w:t>تو اسنےکیا کیا؟ کتاب چھاپیہے۔توآپبھیکتاب چھاپیے۔ آپ کویہکہنےکاحقنہیںہے کہ میںتمکومارڈالوںگا،کاٹڈالوںگا۔ نہاسکو اسلام Allowکرتاہے، نہہمارے દેશ کا قانون Allowکرتاہے۔</w:t>
      </w:r>
    </w:p>
    <w:p>
      <w:r>
        <w:rPr>
          <w:b/>
        </w:rPr>
        <w:t xml:space="preserve">[1:20:54] </w:t>
      </w:r>
      <w:r>
        <w:t>Maulana, agla sawal Delhi se hai Mr Shah Nawaz Zafar ka. unhone likha hai: "Most of the Islamic rituals and concepts are based on odd numbers.</w:t>
      </w:r>
    </w:p>
    <w:p>
      <w:pPr>
        <w:jc w:val="right"/>
      </w:pPr>
      <w:r>
        <w:t>مولانا،اگلاسوال دلیسےہے مسٹر شاہ نواز ظفرکا ۔انہوںنےلکھاہے: "Mostofthe Islam ic rituals and concep ts are based on odd numbers.</w:t>
      </w:r>
    </w:p>
    <w:p>
      <w:r>
        <w:rPr>
          <w:b/>
        </w:rPr>
        <w:t xml:space="preserve">[1:21:08] </w:t>
      </w:r>
      <w:r>
        <w:t>During wudhu, we do cleaning three times. During namaz, we recite three or five times. The number of prayer times during a day is five and soon.</w:t>
      </w:r>
    </w:p>
    <w:p>
      <w:pPr>
        <w:jc w:val="right"/>
      </w:pPr>
      <w:r>
        <w:t>During wudhu, wedo cleaning three times. During namaz,we rec ite three or five tim es. Thenumber of prayertimesduring aday is five and soon .</w:t>
      </w:r>
    </w:p>
    <w:p>
      <w:r>
        <w:rPr>
          <w:b/>
        </w:rPr>
        <w:t xml:space="preserve">[1:21:20] </w:t>
      </w:r>
      <w:r>
        <w:t>I think it can't be a matter of chance. There maybe some significance of odd numbers. Please advise." aath ka toh koi sahi nahi hai.</w:t>
      </w:r>
    </w:p>
    <w:p>
      <w:pPr>
        <w:jc w:val="right"/>
      </w:pPr>
      <w:r>
        <w:t>Ithinkit can'tbeamatterof chance. There maybe some signific ance of oddnumbers. Please advise." آٹھکاتوکوئی صحیحنہیںہے۔</w:t>
      </w:r>
    </w:p>
    <w:p>
      <w:r>
        <w:rPr>
          <w:b/>
        </w:rPr>
        <w:t xml:space="preserve">[1:21:30] </w:t>
      </w:r>
      <w:r>
        <w:t>lafz istemal kiya aapne. ek Discipline qaim karna padega. There is a matter of Discipline. aath ko kehte hain aap.</w:t>
      </w:r>
    </w:p>
    <w:p>
      <w:pPr>
        <w:jc w:val="right"/>
      </w:pPr>
      <w:r>
        <w:t>لفظاستعمال کیاآپنے ۔ ایک Disciplineقائمکرناپڑےگا۔ ThereisamatterofDiscipline. آٹھکوکہتےہیںآپ ۔</w:t>
      </w:r>
    </w:p>
    <w:p>
      <w:r>
        <w:rPr>
          <w:b/>
        </w:rPr>
        <w:t xml:space="preserve">[1:21:38] </w:t>
      </w:r>
      <w:r>
        <w:t>ismein Flexibility bhi hai. maslan wuzu ke bare mein Hadees mein aata hai ke aap ek baar dho sakte hain, do baar dhote hain, teen baar dhote hain. aesa nahi hai ke bastani baar dhona lazim hai.</w:t>
      </w:r>
    </w:p>
    <w:p>
      <w:pPr>
        <w:jc w:val="right"/>
      </w:pPr>
      <w:r>
        <w:t>اسمیںFlexibil ityبھیہے۔ مثلاًوضوکےبارےمیںحدیثمیںآتاہے کہآپایک بار دھوسکتےہیں، دوبار دھوتےہیں،تینبار دھوتےہیں۔ایسانہیںکہبستینیباردھونالازمہے۔</w:t>
      </w:r>
    </w:p>
    <w:p>
      <w:r>
        <w:rPr>
          <w:b/>
        </w:rPr>
        <w:t xml:space="preserve">[1:21:48] </w:t>
      </w:r>
      <w:r>
        <w:t>aesa nahi hai. Hadees mein aata hai ke ek baar dho liya aapne, tab bhi ho gaya. do baar dhoya, tab bhi ho gaya. teen baar dhoya, tab bhi ho gaya.</w:t>
      </w:r>
    </w:p>
    <w:p>
      <w:pPr>
        <w:jc w:val="right"/>
      </w:pPr>
      <w:r>
        <w:t>ایسانہیںہے۔ حدیثمیںآتاہے کہایکبار دھولیاآپنے ،تببھیہوگیا۔ دوبار دھویا،تببھیہوگیا۔تینباردھویا،تببھیہوگیا۔</w:t>
      </w:r>
    </w:p>
    <w:p>
      <w:r>
        <w:rPr>
          <w:b/>
        </w:rPr>
        <w:t xml:space="preserve">[1:22:00] </w:t>
      </w:r>
      <w:r>
        <w:t>to yeh yeh aath ka lafz yahan apply nahi hota.</w:t>
      </w:r>
    </w:p>
    <w:p>
      <w:pPr>
        <w:jc w:val="right"/>
      </w:pPr>
      <w:r>
        <w:t>تو یہ یہ آٹھکالفظیہاںاپلائینہیںہوتا۔</w:t>
      </w:r>
    </w:p>
    <w:p>
      <w:r>
        <w:rPr>
          <w:b/>
        </w:rPr>
        <w:t xml:space="preserve">[1:22:03] </w:t>
      </w:r>
      <w:r>
        <w:t>koi Discipline qaim karna padega. koi bhi. maslan Fajr ki namaz do Rakat hai. chaar. agar agar chaar Rakat ho, tab bhi aap kehte hain ke chaar kyun?</w:t>
      </w:r>
    </w:p>
    <w:p>
      <w:pPr>
        <w:jc w:val="right"/>
      </w:pPr>
      <w:r>
        <w:t>کوئی Disciplineقائمکرناپڑےگا۔کوئیبھی ۔ مثلاً فجرکینمازدورکعتہے۔ چار۔اگر اگر چاررکعتہو،تببھیآپکہتےہیںکہچارکیوں؟</w:t>
      </w:r>
    </w:p>
    <w:p>
      <w:r>
        <w:rPr>
          <w:b/>
        </w:rPr>
        <w:t xml:space="preserve">[1:22:14] </w:t>
      </w:r>
      <w:r>
        <w:t>jaise aap do ke bare mein keh rahe hain, kyun? to chaar ke bare mein kehte hain, kyun? to koi Discipline toh qaim karna padega. to kyun phir bhi baqi rahega?</w:t>
      </w:r>
    </w:p>
    <w:p>
      <w:pPr>
        <w:jc w:val="right"/>
      </w:pPr>
      <w:r>
        <w:t>جیسےآپدوکےبارےمیںکہہرہےہیں،کیوں؟تو چارکےبارےمیںکہتےہیں،کیوں؟ توکوئی Disciplineتوقائمکرناپڑےگا۔ توکیوںپھربھیباقیرہےگا؟</w:t>
      </w:r>
    </w:p>
    <w:p>
      <w:r>
        <w:rPr>
          <w:b/>
        </w:rPr>
        <w:t xml:space="preserve">[1:22:23] </w:t>
      </w:r>
      <w:r>
        <w:t>to yeh kyun ka masla nahi hai. na aath ka masla hai. yeh hai Discipline ka masla. aur Discipline ka Right Rasool Allah ko tha. hum ko, hum ko, aap ko nahi hai.</w:t>
      </w:r>
    </w:p>
    <w:p>
      <w:pPr>
        <w:jc w:val="right"/>
      </w:pPr>
      <w:r>
        <w:t>تویہکیوںکامسئلہنہیںہے۔نہآٹھکامسئلہہے۔ یہہے Dis ciplineکامسئلہ۔اور DisciplineکاRight رسولاللہکوتھا۔ ہمکو،ہمکو،آپکونہیںہے۔</w:t>
      </w:r>
    </w:p>
    <w:p>
      <w:r>
        <w:rPr>
          <w:b/>
        </w:rPr>
        <w:t xml:space="preserve">[1:22:33] </w:t>
      </w:r>
      <w:r>
        <w:t>ek Discipline set karne ka Right hum ko, aap ko nahi hai. jo set kar diya, usi ko maan lena hai.</w:t>
      </w:r>
    </w:p>
    <w:p>
      <w:pPr>
        <w:jc w:val="right"/>
      </w:pPr>
      <w:r>
        <w:t>ایک Disciplineسیٹکرنے کاRightہمکو،آپکونہیںہے۔ جو سیٹکردیا،اسیکومانلیناہے۔</w:t>
      </w:r>
    </w:p>
    <w:p>
      <w:r>
        <w:rPr>
          <w:b/>
        </w:rPr>
        <w:t xml:space="preserve">[1:22:40] </w:t>
      </w:r>
      <w:r>
        <w:t>Maulana, unka ek aur sawal hai. unhone likha hai: "The Sahabas used to do dawah work through reciting Quranic verses in front of non-believers.</w:t>
      </w:r>
    </w:p>
    <w:p>
      <w:pPr>
        <w:jc w:val="right"/>
      </w:pPr>
      <w:r>
        <w:t>مولانا،انکاایکاور سوالہے۔ انہوںنےلکھاہے: "The Sah abas used todo دعویٰwork through rec itingQ uranicvers es in front of non -believers.</w:t>
      </w:r>
    </w:p>
    <w:p>
      <w:r>
        <w:rPr>
          <w:b/>
        </w:rPr>
        <w:t xml:space="preserve">[1:22:52] </w:t>
      </w:r>
      <w:r>
        <w:t>But they weren't only reciting, rather they used to bother about the impact of the result also.</w:t>
      </w:r>
    </w:p>
    <w:p>
      <w:pPr>
        <w:jc w:val="right"/>
      </w:pPr>
      <w:r>
        <w:t>But theywerenot only rec iting, rather they used to b other about the imp act of theresult als o.</w:t>
      </w:r>
    </w:p>
    <w:p>
      <w:r>
        <w:rPr>
          <w:b/>
        </w:rPr>
        <w:t xml:space="preserve">[1:22:59] </w:t>
      </w:r>
      <w:r>
        <w:t>Due to this serious attitude, they were able to convert so many non-believers into Islam. My humble query is that only distribution of Quran is not enough for dawah work.</w:t>
      </w:r>
    </w:p>
    <w:p>
      <w:pPr>
        <w:jc w:val="right"/>
      </w:pPr>
      <w:r>
        <w:t>Dueto this ser ious att itude, theywereableto convert somany non -believers into Islam . My humble qu eryisthat only distribu tionof Q uran is not enough for دعویٰwork .</w:t>
      </w:r>
    </w:p>
    <w:p>
      <w:r>
        <w:rPr>
          <w:b/>
        </w:rPr>
        <w:t xml:space="preserve">[1:23:14] </w:t>
      </w:r>
      <w:r>
        <w:t>We will have to make a result-oriented plan. Our job is to plan and execute with honest dedication, and result is with Almighty Allah.</w:t>
      </w:r>
    </w:p>
    <w:p>
      <w:pPr>
        <w:jc w:val="right"/>
      </w:pPr>
      <w:r>
        <w:t>Wewillhave tomakea result -ori ented plan . Ourjob isto plan and ex ecute with hon estdedic ation, and result is with Al mightyAllah.</w:t>
      </w:r>
    </w:p>
    <w:p>
      <w:r>
        <w:rPr>
          <w:b/>
        </w:rPr>
        <w:t xml:space="preserve">[1:23:25] </w:t>
      </w:r>
      <w:r>
        <w:t>The result may be positive or negative, but we must be greedy about positive result." yeh kehta hai bhai?</w:t>
      </w:r>
    </w:p>
    <w:p>
      <w:pPr>
        <w:jc w:val="right"/>
      </w:pPr>
      <w:r>
        <w:t>Theresult maybepos itiveor neg ativ e, but wemustbe gre edyabout pos itiveresult ." یہ کونکہتاہےبھئی؟</w:t>
      </w:r>
    </w:p>
    <w:p>
      <w:r>
        <w:rPr>
          <w:b/>
        </w:rPr>
        <w:t xml:space="preserve">[1:23:34] </w:t>
      </w:r>
      <w:r>
        <w:t>kehta hai ke sirf Quran distribute karo, bus kaam khatam? yeh toh koi nahi kehta. kiske liye aap farma rahe hain aisa? kiske liye farma rahe hain aap?</w:t>
      </w:r>
    </w:p>
    <w:p>
      <w:pPr>
        <w:jc w:val="right"/>
      </w:pPr>
      <w:r>
        <w:t>کونکہتاہےکہ صرف قرآنdistribu teکرو،بسکام ختم ؟ یہتوکوئینہیںکہتا۔کسکےلیےآپ فرمارہےہیںایسا ؟ کسکےلیے فرمارہےہیںآپ ؟</w:t>
      </w:r>
    </w:p>
    <w:p>
      <w:r>
        <w:rPr>
          <w:b/>
        </w:rPr>
        <w:t xml:space="preserve">[1:23:45] </w:t>
      </w:r>
      <w:r>
        <w:t>bhai yeh toh ek ek process hai. jaisa jahan mauqa hoga, waisa aap karenge.</w:t>
      </w:r>
    </w:p>
    <w:p>
      <w:pPr>
        <w:jc w:val="right"/>
      </w:pPr>
      <w:r>
        <w:t>بھئییہتوایک ایک process ہے۔ جیسا جہاںموقعہوگا،ویساآپکریںگے۔</w:t>
      </w:r>
    </w:p>
    <w:p>
      <w:r>
        <w:rPr>
          <w:b/>
        </w:rPr>
        <w:t xml:space="preserve">[1:23:52] </w:t>
      </w:r>
      <w:r>
        <w:t>jahan kitab denay ka moqa hoga, kitab dein gay. jahan contract ka moqa hoga, contract dein gay. jahan apko kai bar milnay ka, kai bar milen gay.</w:t>
      </w:r>
    </w:p>
    <w:p>
      <w:pPr>
        <w:jc w:val="right"/>
      </w:pPr>
      <w:r>
        <w:t>جہاں کتاب دینےکاموقعہوگا،کتاب دیںگے۔ جہاںcontra ctکاموقعہوگا،contra ctدیںگے۔ جہاںآپکو کئیبار ملنےکا،کئیبارملیںگے۔</w:t>
      </w:r>
    </w:p>
    <w:p>
      <w:r>
        <w:rPr>
          <w:b/>
        </w:rPr>
        <w:t xml:space="preserve">[1:24:01] </w:t>
      </w:r>
      <w:r>
        <w:t>yeh koi yeh nahi keh bas koi koni kehta hai keh sirf quran bant do, baat khatam? yeh to koi bhai nahi kehta. yeh to koi bhai nahi kehta. yeh to aik farzi sawal hai.</w:t>
      </w:r>
    </w:p>
    <w:p>
      <w:pPr>
        <w:jc w:val="right"/>
      </w:pPr>
      <w:r>
        <w:t>یہ کوئییہنہیںکہبس کوئی کونیہکہتاہےکہصرف قرآنبانٹدو،باتختم ؟ یہتوکوئیبھینہیںکہتا۔ یہتوکوئیبھینہیںکہتا۔یہتوایک فرضیسوالہے۔</w:t>
      </w:r>
    </w:p>
    <w:p>
      <w:r>
        <w:rPr>
          <w:b/>
        </w:rPr>
        <w:t xml:space="preserve">[1:24:12] </w:t>
      </w:r>
      <w:r>
        <w:t>sawal hai keh jab aap safar kar rahay hain, is safar mein apko aik admi milta hai. kuch dair mein apko sath chhoot janay wala hai.</w:t>
      </w:r>
    </w:p>
    <w:p>
      <w:pPr>
        <w:jc w:val="right"/>
      </w:pPr>
      <w:r>
        <w:t>سوالہےکہجبآپ سفرکررہےہیں، اسسفرمیںآپکو ایکآدمیملتاہے۔ کچھدیرمیں آپکو ساتھ چھوٹجانےوالاہے۔</w:t>
      </w:r>
    </w:p>
    <w:p>
      <w:r>
        <w:rPr>
          <w:b/>
        </w:rPr>
        <w:t xml:space="preserve">[1:24:22] </w:t>
      </w:r>
      <w:r>
        <w:t>aap ke dil mein dawat ki ka dard hai. to aap usko aik kitab de diya to yeh to bohat achhi baat hai. moqa hai to aap milen gay. moqa hai to uske ghar bhejayen gay.</w:t>
      </w:r>
    </w:p>
    <w:p>
      <w:pPr>
        <w:jc w:val="right"/>
      </w:pPr>
      <w:r>
        <w:t>آپ کےدلمیں دعوت کی کادردہے۔ تو آپ اسکوایککتاب دےدیا تو یہتوبہتاچھیباتہے۔ موقعہےتوآپملی ںگے۔موقعہےتواسکے گھربھیجائیںگے۔</w:t>
      </w:r>
    </w:p>
    <w:p>
      <w:r>
        <w:rPr>
          <w:b/>
        </w:rPr>
        <w:t xml:space="preserve">[1:24:36] </w:t>
      </w:r>
      <w:r>
        <w:t>to yeh mein samajhta hoon keh yeh minimum hai. minimum maximum nahi hai. yeh minimum yeh hai keh aap quran de dein, koi kitab</w:t>
      </w:r>
    </w:p>
    <w:p>
      <w:pPr>
        <w:jc w:val="right"/>
      </w:pPr>
      <w:r>
        <w:t>تو یہ میںسمجھتاہوںکہیہ minimumہے۔minimummaximumنہیںہے۔یہ minimumیہہےکہآپ قرآن دےدیں،کوئیکتاب</w:t>
      </w:r>
    </w:p>
    <w:p>
      <w:r>
        <w:rPr>
          <w:b/>
        </w:rPr>
        <w:t xml:space="preserve">[1:24:46] </w:t>
      </w:r>
      <w:r>
        <w:t>de dein. maximum yeh hai keh jitna mumkin ho, kijiye. jitna mumkin ho, kijiye. koi manat nahi karta keh aap ziyada na karen.</w:t>
      </w:r>
    </w:p>
    <w:p>
      <w:pPr>
        <w:jc w:val="right"/>
      </w:pPr>
      <w:r>
        <w:t>دےدیں۔ maximumیہہےکہ جتناممکن ہو،کیجیے۔ جتناممکنہو،کیجیے۔کوئیمنعتونہیںکرتاکہآپزیادہ نہکریں۔</w:t>
      </w:r>
    </w:p>
    <w:p>
      <w:r>
        <w:rPr>
          <w:b/>
        </w:rPr>
        <w:t xml:space="preserve">[1:24:57] </w:t>
      </w:r>
      <w:r>
        <w:t>molana abdul basir omar reene doha, qatar se likha hai. molana, aap ne likha hai keh khuda nafa zaat ki qeemat par milta hai.</w:t>
      </w:r>
    </w:p>
    <w:p>
      <w:pPr>
        <w:jc w:val="right"/>
      </w:pPr>
      <w:r>
        <w:t>مول اناعبد الب اسط عم رینے دوحہ،قطرسے لکھاہے۔ مولانا،آپنےلکھاہےکہ خدا نفع ذاتکیقیمتپر ملتاہے۔</w:t>
      </w:r>
    </w:p>
    <w:p>
      <w:r>
        <w:rPr>
          <w:b/>
        </w:rPr>
        <w:t xml:space="preserve">[1:25:09] </w:t>
      </w:r>
      <w:r>
        <w:t>molana, nafa zaat ke baray mein keh woh kaisay mumkin hai, uska nafi zaat</w:t>
      </w:r>
    </w:p>
    <w:p>
      <w:pPr>
        <w:jc w:val="right"/>
      </w:pPr>
      <w:r>
        <w:t>مولانا، نفع ذات کے بارےمیں کہوہ کیسے ممکنہے، اسکا نفی ذات</w:t>
      </w:r>
    </w:p>
    <w:p>
      <w:r>
        <w:rPr>
          <w:b/>
        </w:rPr>
        <w:t xml:space="preserve">[1:25:16] </w:t>
      </w:r>
      <w:r>
        <w:t>se nafi hai. nafi zaat. hmm. molana, yeh nafi zaat ke baray mein keh woh kaisay mumkin hai, uska tareeqa kya hai? wazahat chahta hoon taakeh jinat ki qeemat hub shadeed paida ho jaye.</w:t>
      </w:r>
    </w:p>
    <w:p>
      <w:pPr>
        <w:jc w:val="right"/>
      </w:pPr>
      <w:r>
        <w:t>سےنفیہے۔ نفی ذات۔ ہمم۔ مولانا،یہنفی ذاتکے بارےمیں کہوہکیسے ممکن ہے، اسکا طریقہکیا ہے ؟ وضاحتچاہتاہوں تاکہ جن تکی قیمت حب شدید پیدا ہوجائے۔</w:t>
      </w:r>
    </w:p>
    <w:p>
      <w:r>
        <w:rPr>
          <w:b/>
        </w:rPr>
        <w:t xml:space="preserve">[1:25:34] </w:t>
      </w:r>
      <w:r>
        <w:t>bhai, tareeqa koi mysterious tareeqa to hai nahi. hamaray pas koi koi tilism aati tareeqa to hai</w:t>
      </w:r>
    </w:p>
    <w:p>
      <w:pPr>
        <w:jc w:val="right"/>
      </w:pPr>
      <w:r>
        <w:t>بھئی،طریقہ کوئی mysteriousطریقہتوہےنہیں۔ہمارےپاسکوئی کوئی طلسم اتی طریقہتوہے</w:t>
      </w:r>
    </w:p>
    <w:p>
      <w:r>
        <w:rPr>
          <w:b/>
        </w:rPr>
        <w:t xml:space="preserve">[1:25:42] </w:t>
      </w:r>
      <w:r>
        <w:t>nahi. quran ko parhna, hadith ko parhna, seerat ko parhna, sahaba ke halaat ko parhna, zameen o aasman par ghor karna, isise woh cheez aati hai.</w:t>
      </w:r>
    </w:p>
    <w:p>
      <w:pPr>
        <w:jc w:val="right"/>
      </w:pPr>
      <w:r>
        <w:t>نہیں۔ قرآنکوپڑھنا،حدیثکوپڑھنا، سیرتکوپڑھنا، صحابہکےحالاتکوپڑھنا، زمین وآسمانغورکرنا، اسیسےوہچیزآتیہے۔</w:t>
      </w:r>
    </w:p>
    <w:p>
      <w:r>
        <w:rPr>
          <w:b/>
        </w:rPr>
        <w:t xml:space="preserve">[1:25:55] </w:t>
      </w:r>
      <w:r>
        <w:t>apna intellectual development, apna intellectual development karna chahti hai. jitna shaoor jaage ga, utni ziyada aisi baatein paida hoti chali jayen gi.</w:t>
      </w:r>
    </w:p>
    <w:p>
      <w:pPr>
        <w:jc w:val="right"/>
      </w:pPr>
      <w:r>
        <w:t>اپنا intellectualdevelop ment، اپناintellectualdevelop mentکرناچاہتیہے۔ جتنا شعورجاگےگا، اتنیزیادہ ایسیباتیں پیدا ہوتیچلیجائیںگی۔</w:t>
      </w:r>
    </w:p>
    <w:p>
      <w:r>
        <w:rPr>
          <w:b/>
        </w:rPr>
        <w:t xml:space="preserve">[1:26:11] </w:t>
      </w:r>
      <w:r>
        <w:t>molana, agla sawal karachi, pakistan se aya hai miss aneesa. unhon ne likha hai keh hijab ki maujooda shakl mein daawa work masla hai.</w:t>
      </w:r>
    </w:p>
    <w:p>
      <w:pPr>
        <w:jc w:val="right"/>
      </w:pPr>
      <w:r>
        <w:t>مولانا،اگلاسوال کراچی، پاکستان سےآیاہے مس انیرئیسکا ۔ انہوںنےلکھاہےکہ حجابکی موجود ہ شکلمیں دعویٰwork مسئلہہے۔</w:t>
      </w:r>
    </w:p>
    <w:p>
      <w:r>
        <w:rPr>
          <w:b/>
        </w:rPr>
        <w:t xml:space="preserve">[1:26:22] </w:t>
      </w:r>
      <w:r>
        <w:t>is maslay ka hal kya hai? hal yeh hai keh hijab ke baad se islam islami hai hi nahi.</w:t>
      </w:r>
    </w:p>
    <w:p>
      <w:pPr>
        <w:jc w:val="right"/>
      </w:pPr>
      <w:r>
        <w:t>اس مسئلےکا حلکیاہے ؟ حلیہہےکہ حجابکےبعد سےاسلام اسلامی ہےہینہیں ۔</w:t>
      </w:r>
    </w:p>
    <w:p>
      <w:r>
        <w:rPr>
          <w:b/>
        </w:rPr>
        <w:t xml:space="preserve">[1:26:33] </w:t>
      </w:r>
      <w:r>
        <w:t>yeh jo matlab burqa jo hai, yeh yeh tha hi nahi. is islam ke dor e awwal mein aik dafa baad ko paida hua, irani dor mein.</w:t>
      </w:r>
    </w:p>
    <w:p>
      <w:pPr>
        <w:jc w:val="right"/>
      </w:pPr>
      <w:r>
        <w:t>یہجو مطلب برقعہجوہے، یہ یہ تھاہینہیں ۔اساسلام کے دور اول میں ایکدفعہبعد کوپیدا ہوا ، ایرانیدورمیں۔</w:t>
      </w:r>
    </w:p>
    <w:p>
      <w:r>
        <w:rPr>
          <w:b/>
        </w:rPr>
        <w:t xml:space="preserve">[1:26:45] </w:t>
      </w:r>
      <w:r>
        <w:t>to mein to nahi samajhta keh koi rukawat hai. rukawat aap ke sochay, burqa nahi hai. aap ko is mein shakk ho to aap kitab parh lijiye allama naseeruddin al albani ki "hijab al marat al muslima".</w:t>
      </w:r>
    </w:p>
    <w:p>
      <w:pPr>
        <w:jc w:val="right"/>
      </w:pPr>
      <w:r>
        <w:t>تو میں تو نہیںسمجھتاکہکوئیرکاوٹہے۔رکاوٹ آپکیسوچہے، برقعہنہیںہے۔ آپ کو اسمیںشک ہو تو آپ کتاب پڑھلیجیے علامہ ناصرالدین الب انیکی "حجاب المرات المسلمہ"۔</w:t>
      </w:r>
    </w:p>
    <w:p>
      <w:r>
        <w:rPr>
          <w:b/>
        </w:rPr>
        <w:t xml:space="preserve">[1:27:03] </w:t>
      </w:r>
      <w:r>
        <w:t>"hijab al marat al muslima" arbi mein hai. uska khulasa mein ne diya hai aap ki kitab mein. uska naam hai "khatoon e islam". molana, agla sawal aya hai mister daniyal ka patna, bihar se.</w:t>
      </w:r>
    </w:p>
    <w:p>
      <w:pPr>
        <w:jc w:val="right"/>
      </w:pPr>
      <w:r>
        <w:t>"حجاب المرات المسلمہ"عربیمیںہے۔ اسکا خلاصہمیںنےدیاہےآپکیکتاب میں ۔ اسکانامہے"خاتون اسلام" ۔ مولانا،اگلا سوال آیاہے مسٹر دانیالکا پٹنہ،بہارسے۔</w:t>
      </w:r>
    </w:p>
    <w:p>
      <w:r>
        <w:rPr>
          <w:b/>
        </w:rPr>
        <w:t xml:space="preserve">[1:27:17] </w:t>
      </w:r>
      <w:r>
        <w:t>unhon ne likha hai: "molana, mein jaipur literature festival mein gaya tha taakeh logon tak quran o islam ka literature pohanchaoon.</w:t>
      </w:r>
    </w:p>
    <w:p>
      <w:pPr>
        <w:jc w:val="right"/>
      </w:pPr>
      <w:r>
        <w:t>انہوںنےلکھاہے: "مولانا،میں جےپورلٹریچرفیسٹیولمیںگیا تھا تاکہ لوگوںتک قرآناور اسلام ک لٹریچر پہنچاؤں۔</w:t>
      </w:r>
    </w:p>
    <w:p>
      <w:r>
        <w:rPr>
          <w:b/>
        </w:rPr>
        <w:t xml:space="preserve">[1:27:28] </w:t>
      </w:r>
      <w:r>
        <w:t>molana, mein yeh discover karke hairaan ho gaya keh Muslims the brilliant times ziyada prophet ko love karte hain.</w:t>
      </w:r>
    </w:p>
    <w:p>
      <w:pPr>
        <w:jc w:val="right"/>
      </w:pPr>
      <w:r>
        <w:t>مولانا،میں یہ disc over کرکے حیرانہوگیا کہ مسلم ز خ داسے بل ینٹائمزیادہ prophetکوloveکرتےہیں۔</w:t>
      </w:r>
    </w:p>
    <w:p>
      <w:r>
        <w:rPr>
          <w:b/>
        </w:rPr>
        <w:t xml:space="preserve">[1:27:38] </w:t>
      </w:r>
      <w:r>
        <w:t>wo atheist ke sath stage share kar sakte hain, lekin salman rushdie ke sath stage share karke dialogue nahi kar sakte." to aik yeh to aik false hatred inko paida ho gayi hai.</w:t>
      </w:r>
    </w:p>
    <w:p>
      <w:pPr>
        <w:jc w:val="right"/>
      </w:pPr>
      <w:r>
        <w:t>وہ atheistکےساتھ stage shareکرسکتےہیں ،لیکن سلمان رشدیکےساتھ stage shareکرکے di alogue نہیں کرسکتے۔" تو ایکیہتوایک falsehatred انکوپیدا ہوگئیہے۔</w:t>
      </w:r>
    </w:p>
    <w:p>
      <w:r>
        <w:rPr>
          <w:b/>
        </w:rPr>
        <w:t xml:space="preserve">[1:27:54] </w:t>
      </w:r>
      <w:r>
        <w:t>kisi ko kehte hain keh shadi mat. khud hi dictator declare karke shadi, mujhse nafrat karte rehte hain. yeh sab islam mein hai hi nahi. yeh stage share karne ki zaroorat nahi keh aap ke andar khair khwahi ho, mohabbat ho, kam se kam academic taste ho,</w:t>
      </w:r>
    </w:p>
    <w:p>
      <w:pPr>
        <w:jc w:val="right"/>
      </w:pPr>
      <w:r>
        <w:t>کسی کوکہتےہیںکہ شادی مت ۔خود ہی dictator declar eکرکےشادی،مجھسےنفرتکرتے رہتےہیں۔یہسباسلاممیںہےہینہیں۔ یہstageshare کرنے کیضرورتنہیںکہآپکےاندر خیرخواہیہو ، مح بتہو،کمسےکم academictasteہو ،</w:t>
      </w:r>
    </w:p>
    <w:p>
      <w:r>
        <w:rPr>
          <w:b/>
        </w:rPr>
        <w:t xml:space="preserve">[1:28:12] </w:t>
      </w:r>
      <w:r>
        <w:t>scientific thinking ho. to musalmanon mein na doosron ki mohabbat hai, na khair khwahi hai, aur na scientific taste hai.</w:t>
      </w:r>
    </w:p>
    <w:p>
      <w:pPr>
        <w:jc w:val="right"/>
      </w:pPr>
      <w:r>
        <w:t>scient ific thinkingہو۔ تو مسلمانوںمیں نہ دوسروںکیمحبتہے، نہخیرخواہیہے، اور نہ scient ifictasteہے۔</w:t>
      </w:r>
    </w:p>
    <w:p>
      <w:r>
        <w:rPr>
          <w:b/>
        </w:rPr>
        <w:t xml:space="preserve">[1:28:21] </w:t>
      </w:r>
      <w:r>
        <w:t>to to aise hi haal hoga. woh to wahi unko wahi stage unko achha lagta hai jahan naat khwani ho, jahan khoob shola bar taqreerain hon.</w:t>
      </w:r>
    </w:p>
    <w:p>
      <w:pPr>
        <w:jc w:val="right"/>
      </w:pPr>
      <w:r>
        <w:t>تو توای سےہیحالہوگا۔وہتووہیانکو وہی stageانکواچھالگتاہے جہاںنعتخوانیہو،جہاںخوب شعلہبار تقریریںہوں۔</w:t>
      </w:r>
    </w:p>
    <w:p>
      <w:r>
        <w:rPr>
          <w:b/>
        </w:rPr>
        <w:t xml:space="preserve">[1:28:29] </w:t>
      </w:r>
      <w:r>
        <w:t>wahi unko achha lagta hai. unka unka taste hi bigra hua hai. na unka to scholarship hai, na ilmi zouq hai, na Allah ka darr hai. to ab kya kiya jaye ga? yeh hoga.</w:t>
      </w:r>
    </w:p>
    <w:p>
      <w:pPr>
        <w:jc w:val="right"/>
      </w:pPr>
      <w:r>
        <w:t>وہیانکواچھالگتاہے۔ انکا انکاtasteہیبگڑاہواہے۔ نہانکاتوscholarship ہے، نہ علمی ذوقہے، نہ اللہ کاڈرہے۔توابکیاکیاجائےگا؟یہہوگا۔</w:t>
      </w:r>
    </w:p>
    <w:p>
      <w:r>
        <w:rPr>
          <w:b/>
        </w:rPr>
        <w:t xml:space="preserve">[1:28:44] </w:t>
      </w:r>
      <w:r>
        <w:t>to ab inko jar se chaliye, inke shaoor ki satah par kaam karna pare ga.</w:t>
      </w:r>
    </w:p>
    <w:p>
      <w:pPr>
        <w:jc w:val="right"/>
      </w:pPr>
      <w:r>
        <w:t>توابانکو جڑسےچلیے،انکے شعور کیسطح پرکامکرناپڑےگا۔</w:t>
      </w:r>
    </w:p>
    <w:p>
      <w:r>
        <w:rPr>
          <w:b/>
        </w:rPr>
        <w:t xml:space="preserve">[1:28:50] </w:t>
      </w:r>
      <w:r>
        <w:t>fatwaykizban mein kaam karnay say koi faida nahin hai. unkay shaoor ki, yaani unkay mind ki re-engineering karni paray gi.</w:t>
      </w:r>
    </w:p>
    <w:p>
      <w:pPr>
        <w:jc w:val="right"/>
      </w:pPr>
      <w:r>
        <w:t>فتویٰکیزبان میں کام کرنے سےکوئیفائدہنہیںہے۔ انکےشعور کی ،یعنیانکے mind کی re -engineeringکرنیپڑےگی۔</w:t>
      </w:r>
    </w:p>
    <w:p>
      <w:r>
        <w:rPr>
          <w:b/>
        </w:rPr>
        <w:t xml:space="preserve">[1:28:59] </w:t>
      </w:r>
      <w:r>
        <w:t>tab islaah ho gi. yaani re -engine ering of mind is the only solution. Maulana, agla sawal Maulana Iqbal Umri ka hai Tamil Nadu say. unhon nay likha hai: "aik sahib nay kaha kay Khuda iss waqt gap kay pardi mein hai.</w:t>
      </w:r>
    </w:p>
    <w:p>
      <w:pPr>
        <w:jc w:val="right"/>
      </w:pPr>
      <w:r>
        <w:t>تب اصلاحہوگی۔ یعنیre -engine eringofmind istheonly solution۔ مولانا،اگلاسوال مول انا اقبال عمریکاہے تملناڈوسے۔انہوںنےلکھاہے: "ایک صاحبنےکہا کہ خ دا اس وقت gapکےپردےمیںہے۔</w:t>
      </w:r>
    </w:p>
    <w:p>
      <w:r>
        <w:rPr>
          <w:b/>
        </w:rPr>
        <w:t xml:space="preserve">[1:29:17] </w:t>
      </w:r>
      <w:r>
        <w:t>aisi haalat mein Khuda say mohabbat kis tarah mumkin hai? iss kay baray mein kuch batain." ghayb kay pardi mein uski, yaani asbaab-e-mohabbat to sab saamnay hi hain.</w:t>
      </w:r>
    </w:p>
    <w:p>
      <w:pPr>
        <w:jc w:val="right"/>
      </w:pPr>
      <w:r>
        <w:t>ایسی حالتمیں خداسے مح بت کسطرح ممکنہے ؟ اسکےبارےمیںکچھبتائیں۔" غیبکےپردےمیںاسکی ،یعنی اسباب محبتتوسبسامنےہیہیں۔</w:t>
      </w:r>
    </w:p>
    <w:p>
      <w:r>
        <w:rPr>
          <w:b/>
        </w:rPr>
        <w:t xml:space="preserve">[1:29:30] </w:t>
      </w:r>
      <w:r>
        <w:t>aap ka wajood, kainat ka wajood, barish ka nizaam, suraj ka nizaam, yeh sab Khuda hi ko diya hua hai. kis nay diya hai aap ko? Khuda kay siwa.</w:t>
      </w:r>
    </w:p>
    <w:p>
      <w:pPr>
        <w:jc w:val="right"/>
      </w:pPr>
      <w:r>
        <w:t>آپ کا وجود ،کائناتکاوجود ، بارشکانظام ، سورج کانظام،یہسب خداہیکودیاہواہے۔کسنےدیاہےآپکو ؟خدا کےسوا۔</w:t>
      </w:r>
    </w:p>
    <w:p>
      <w:r>
        <w:rPr>
          <w:b/>
        </w:rPr>
        <w:t xml:space="preserve">[1:29:41] </w:t>
      </w:r>
      <w:r>
        <w:t>to Khuda say koi koi love affair chalan hai jo jo larkay larkiyan chalanay hain? Khuda say mohabbat kay maani uski blessing ka aitraaf.</w:t>
      </w:r>
    </w:p>
    <w:p>
      <w:pPr>
        <w:jc w:val="right"/>
      </w:pPr>
      <w:r>
        <w:t>تو خداسےکوئی کوئیloveaffairچلاناہے جو جو لڑکے لڑکیاںچلاتےہیں؟ خداسےمحبتکےمعنی اسکی blessingکااعتراف۔</w:t>
      </w:r>
    </w:p>
    <w:p>
      <w:r>
        <w:rPr>
          <w:b/>
        </w:rPr>
        <w:t xml:space="preserve">[1:29:53] </w:t>
      </w:r>
      <w:r>
        <w:t>Khuda say mohabbat kay maani jo Khuda ki blessing hai, jo uski rehmatain hain, us ka aitraaf. to is mein dekhnay dekhnain rahay hain aap? uski blessing to har taraf dikhai day rahi hai.</w:t>
      </w:r>
    </w:p>
    <w:p>
      <w:pPr>
        <w:jc w:val="right"/>
      </w:pPr>
      <w:r>
        <w:t>خداسےمحبتکےمعنیجوخداکیblessingہے،جواسکیرحمتیںہیں، اسکا اعتراف۔ تو اسمیںدیکھنے دیکھنہیںرہےہیںآپ؟اسکیblessingتوہرطرفدکھائیدےرہیہے۔</w:t>
      </w:r>
    </w:p>
    <w:p>
      <w:r>
        <w:rPr>
          <w:b/>
        </w:rPr>
        <w:t xml:space="preserve">[1:30:04] </w:t>
      </w:r>
      <w:r>
        <w:t>is dikhai day rahi cheezon kay aitraaf karain gay, isi ka naam hai mohabbat-e-ilahi.</w:t>
      </w:r>
    </w:p>
    <w:p>
      <w:pPr>
        <w:jc w:val="right"/>
      </w:pPr>
      <w:r>
        <w:t>اسیدکھائیدےرہیچیزوںکے اعترافکریںگے،اسیکانامہے محبت الہی۔</w:t>
      </w:r>
    </w:p>
    <w:p>
      <w:r>
        <w:rPr>
          <w:b/>
        </w:rPr>
        <w:t xml:space="preserve">[1:30:11] </w:t>
      </w:r>
      <w:r>
        <w:t>yaani aitraaf shadeed say mohabbat shadeed aati hai. mohabbat shadeed koi anokhi cheez nahin hai. mohabbat shadeed naam hai aitraaf shadeed ka.</w:t>
      </w:r>
    </w:p>
    <w:p>
      <w:pPr>
        <w:jc w:val="right"/>
      </w:pPr>
      <w:r>
        <w:t>یعنیاعتراف شدید سے محبت شدیدآتیہے۔ محبت شدید کوئیانوکھیچیزنہیںہے۔ محبت شدید نامہےاعتراف شدیدکا ۔</w:t>
      </w:r>
    </w:p>
    <w:p>
      <w:r>
        <w:rPr>
          <w:b/>
        </w:rPr>
        <w:t xml:space="preserve">[1:30:24] </w:t>
      </w:r>
      <w:r>
        <w:t>mohabbat shadeed ka darasal naam hai aitraaf shadeed ka.</w:t>
      </w:r>
    </w:p>
    <w:p>
      <w:pPr>
        <w:jc w:val="right"/>
      </w:pPr>
      <w:r>
        <w:t>محبت شدید کا دراصلنامہےاعتراف شدیدکا ۔</w:t>
      </w:r>
    </w:p>
    <w:p>
      <w:r>
        <w:rPr>
          <w:b/>
        </w:rPr>
        <w:t xml:space="preserve">[1:30:33] </w:t>
      </w:r>
      <w:r>
        <w:t>Maulana, agla sawal Delhi say hai Miss Naghma Siddiqui</w:t>
      </w:r>
    </w:p>
    <w:p>
      <w:pPr>
        <w:jc w:val="right"/>
      </w:pPr>
      <w:r>
        <w:t>مولانا،اگلاسوال دلیسےہے مس نغمہصدی قی</w:t>
      </w:r>
    </w:p>
    <w:p>
      <w:r>
        <w:rPr>
          <w:b/>
        </w:rPr>
        <w:t xml:space="preserve">[1:30:36] </w:t>
      </w:r>
      <w:r>
        <w:t>ka. unhon nay likha hai: "Satan derails us from the love of God. How can we save ourselves from Satan?"</w:t>
      </w:r>
    </w:p>
    <w:p>
      <w:pPr>
        <w:jc w:val="right"/>
      </w:pPr>
      <w:r>
        <w:t>کا۔انہوںنےلکھاہے: "Saturnder ails us from the loveof God . How can we saveours elvesfrom Saturn?"</w:t>
      </w:r>
    </w:p>
    <w:p>
      <w:r>
        <w:rPr>
          <w:b/>
        </w:rPr>
        <w:t xml:space="preserve">[1:30:48] </w:t>
      </w:r>
      <w:r>
        <w:t>daikhay, yeh har aadmi ko Shaitan</w:t>
      </w:r>
    </w:p>
    <w:p>
      <w:pPr>
        <w:jc w:val="right"/>
      </w:pPr>
      <w:r>
        <w:t>دیکھیے،یہ ہرآدمیکو شیطان</w:t>
      </w:r>
    </w:p>
    <w:p>
      <w:r>
        <w:rPr>
          <w:b/>
        </w:rPr>
        <w:t xml:space="preserve">[1:30:55] </w:t>
      </w:r>
      <w:r>
        <w:t>aadmi kay maan mein dalta hai. behkanay wali baatain. is say koi bhi khalii nahin hai.</w:t>
      </w:r>
    </w:p>
    <w:p>
      <w:pPr>
        <w:jc w:val="right"/>
      </w:pPr>
      <w:r>
        <w:t>آدمیکے مان میںڈالتاہے۔ بہکانےوالیباتیں۔ اسسےکوئیبھی خالینہیںہے۔</w:t>
      </w:r>
    </w:p>
    <w:p>
      <w:r>
        <w:rPr>
          <w:b/>
        </w:rPr>
        <w:t xml:space="preserve">[1:31:04] </w:t>
      </w:r>
      <w:r>
        <w:t>to is ka hal kiya hai? is ka hal yeh hai kay aap soch kar daryaft kar sakain kay yeh Shaitan ka attack hai.</w:t>
      </w:r>
    </w:p>
    <w:p>
      <w:pPr>
        <w:jc w:val="right"/>
      </w:pPr>
      <w:r>
        <w:t>تو اسکاحلکیاہے ؟اسکاحلیہہےکہآپ سوچکر دریا فت کرسکیںکہیہ شیطانکا atta ckہے۔</w:t>
      </w:r>
    </w:p>
    <w:p>
      <w:r>
        <w:rPr>
          <w:b/>
        </w:rPr>
        <w:t xml:space="preserve">[1:31:15] </w:t>
      </w:r>
      <w:r>
        <w:t>aur us waqt foran aap kahain Allahumma inni a'oozu bika min hamad al-shayateen. to is ko diffuse karna, is ko jis tarah say aap ghusay ko diffuse kartay hain,</w:t>
      </w:r>
    </w:p>
    <w:p>
      <w:pPr>
        <w:jc w:val="right"/>
      </w:pPr>
      <w:r>
        <w:t>اوراسوقت فوراًآپکہیں الل ّٰهُمَّإِنِّيأَعُوذُبِكَمِنْح َمَدَالش َّيَاطِينَ ۔ تو اسکو diff useکرنا، اسکو جسطرحسےآپ غصےکوdiff useکرتےہیں،</w:t>
      </w:r>
    </w:p>
    <w:p>
      <w:r>
        <w:rPr>
          <w:b/>
        </w:rPr>
        <w:t xml:space="preserve">[1:31:32] </w:t>
      </w:r>
      <w:r>
        <w:t>is tarah Shaitani behkaaway ko aap diffuse karain. to sochay is kay baray mein, is say La hawla wala quwwata illa billah al-azim kahay Allahumma inni a'oozu bika min al-Shaytan al-rajim kahay Allahumma inni a'oozu bika min hamad al-shayateen kahay.</w:t>
      </w:r>
    </w:p>
    <w:p>
      <w:pPr>
        <w:jc w:val="right"/>
      </w:pPr>
      <w:r>
        <w:t>اسطرح شیطانی بہکاوےکوآپdiff useکریں۔ تو سوچیں اسکےبارےمیں ،اسسے لَاهُوَلَهُالْقُوَّةَاِلَّابِاللَّهِالْعَظِيمِکہیں اللّٰهُمَّإِنِّيأَعُوذُبِكَم ِنْ الشَّيْطَانِ الرَّجِيمِکہیں اللّٰهُمَّإِنِّيأ َعُوذُبِكَمِن ْحَمَدَالشَّيَاطِينَکہیں۔</w:t>
      </w:r>
    </w:p>
    <w:p>
      <w:r>
        <w:rPr>
          <w:b/>
        </w:rPr>
        <w:t xml:space="preserve">[1:31:49] </w:t>
      </w:r>
      <w:r>
        <w:t>kahay ka maani hai kay is spirit ko zinda karain. Shaitan say panah maangnay ki spirit ko apnay andar zinda karain. is kay baad woh disappear ho jaye ga.</w:t>
      </w:r>
    </w:p>
    <w:p>
      <w:pPr>
        <w:jc w:val="right"/>
      </w:pPr>
      <w:r>
        <w:t>کہنےکامعنیہےکہاسspiritکو زندہکریں۔ شیطان سے پناہمانگنےکیspiritکواپنےاندرزندہکریں۔ اسکےبعد وہ disappearہوجائےگا۔</w:t>
      </w:r>
    </w:p>
    <w:p>
      <w:r>
        <w:rPr>
          <w:b/>
        </w:rPr>
        <w:t xml:space="preserve">[1:32:04] </w:t>
      </w:r>
      <w:r>
        <w:t>Maulana, agla sawal Tamil Nadu say hai Maulana Asrar Umri sahib ka. unhon nay likha hai "What is the formula of desire management ? Kindly explain.</w:t>
      </w:r>
    </w:p>
    <w:p>
      <w:pPr>
        <w:jc w:val="right"/>
      </w:pPr>
      <w:r>
        <w:t>مولانا،اگلاسوال تملناڈوسےہے مول انا اسرارعمریصاحبکا ۔انہوںنےلکھاہے "Whatisthe form ula of des ire man agement ?Kindlyexplain.</w:t>
      </w:r>
    </w:p>
    <w:p>
      <w:r>
        <w:rPr>
          <w:b/>
        </w:rPr>
        <w:t xml:space="preserve">[1:32:15] </w:t>
      </w:r>
      <w:r>
        <w:t>" main samajhta hoon kay sirf sochana formula hai aur koi doosra formula nahin hai. jo desire aap kay andar aati hain, us kay baray mein sochay, is ka analysis karay.</w:t>
      </w:r>
    </w:p>
    <w:p>
      <w:pPr>
        <w:jc w:val="right"/>
      </w:pPr>
      <w:r>
        <w:t>" میں سمجھتاہوںکہصرف سوچنا form ulaہےاورکوئیدوسرا form ulaنہیںہے۔ جو desireآپکےاندرآتیہیں، اسکےبارےمیں سوچیں،اسکاanal ysisکریں۔</w:t>
      </w:r>
    </w:p>
    <w:p>
      <w:r>
        <w:rPr>
          <w:b/>
        </w:rPr>
        <w:t xml:space="preserve">[1:32:28] </w:t>
      </w:r>
      <w:r>
        <w:t>is kay minus point aur plus point ko daryaft karay. is kay maloom-o-hakaal ko janay.</w:t>
      </w:r>
    </w:p>
    <w:p>
      <w:pPr>
        <w:jc w:val="right"/>
      </w:pPr>
      <w:r>
        <w:t>اسکے min uspoint اورplus point کودریا فتکریں۔اسکے معلومومالحکوجانیں۔</w:t>
      </w:r>
    </w:p>
    <w:p>
      <w:r>
        <w:rPr>
          <w:b/>
        </w:rPr>
        <w:t xml:space="preserve">[1:32:37] </w:t>
      </w:r>
      <w:r>
        <w:t>jab aap discover karain gay to mind apna aap alert ho jaye ga. aur desire ki taraf nahin bhagay ga.</w:t>
      </w:r>
    </w:p>
    <w:p>
      <w:pPr>
        <w:jc w:val="right"/>
      </w:pPr>
      <w:r>
        <w:t>جبآپ discoverکریںگے تو mind اپناآپ alertہوجائےگا۔ اور desireکیطرف نہیںبھاگےگا۔</w:t>
      </w:r>
    </w:p>
    <w:p>
      <w:r>
        <w:rPr>
          <w:b/>
        </w:rPr>
        <w:t xml:space="preserve">[1:32:48] </w:t>
      </w:r>
      <w:r>
        <w:t>misal kay tor par main aik misal deta hoon. hum ab aik sahib aaye aik bar. to intiqam, sab say bari desire jo hai woh intiqam. yaani aik khwahish kay main apnay dushman ko khatam kar doon.</w:t>
      </w:r>
    </w:p>
    <w:p>
      <w:pPr>
        <w:jc w:val="right"/>
      </w:pPr>
      <w:r>
        <w:t>مثالکےطورپر میں ایکمثالدیتاہوں۔ ہم اب ایکصاحبآئے ایکبار ۔تو انتقام، سبسےبڑیdes ireجوہےوہ انتقام ۔یعنیایکخواہشکہمیں اپنے دشمن کو ختم کر دوں۔</w:t>
      </w:r>
    </w:p>
    <w:p>
      <w:r>
        <w:rPr>
          <w:b/>
        </w:rPr>
        <w:t xml:space="preserve">[1:33:06] </w:t>
      </w:r>
      <w:r>
        <w:t>yeh khwahish. to aik sahib aaye to un ko aik sahib say bohat sakht shikayat ho gayi thi. kuch mali bani upar.</w:t>
      </w:r>
    </w:p>
    <w:p>
      <w:pPr>
        <w:jc w:val="right"/>
      </w:pPr>
      <w:r>
        <w:t>یہ خواہش ۔ توایکصاحب آئے تو انکو ایک صاحب سے بہت سخت شکایتہوگئیتھی۔ کچھ مالی بنی ادپر ۔</w:t>
      </w:r>
    </w:p>
    <w:p>
      <w:r>
        <w:rPr>
          <w:b/>
        </w:rPr>
        <w:t xml:space="preserve">[1:33:18] </w:t>
      </w:r>
      <w:r>
        <w:t>to unhon nay mujh say kaha kay mujhe hathyaar kar kay is ko maar dalo. balkay faisla kar rakha tha unhon nay kay mujhe is ko marna hai.</w:t>
      </w:r>
    </w:p>
    <w:p>
      <w:pPr>
        <w:jc w:val="right"/>
      </w:pPr>
      <w:r>
        <w:t>تو انہوںنےمجھسےکہا کہ مجھےہتھیارکرکےاسکومارڈالو۔ بلکہ فیصلہکررکھاتھاانہوںنےکہ مجھےاسکومار ناہے۔</w:t>
      </w:r>
    </w:p>
    <w:p>
      <w:r>
        <w:rPr>
          <w:b/>
        </w:rPr>
        <w:t xml:space="preserve">[1:33:28] </w:t>
      </w:r>
      <w:r>
        <w:t>kisi bhi qimat is ko marna hai. kyun kay mujhe intiqam laina hai. to main nay meray zuban say nikla kay intiqam lainay say pehlay soch lo kay intiqam ka bhi intiqam liya jaye ga.</w:t>
      </w:r>
    </w:p>
    <w:p>
      <w:pPr>
        <w:jc w:val="right"/>
      </w:pPr>
      <w:r>
        <w:t>کسی بھی قیمتاسکومار ناہے۔ کیونکہمجھےانتقاملیناہے۔ تو میںنے میرےزبان سےنکلا کہ انت قام لینے سےپہلے سوچلو کہ انتقامکابھیانتقاملیاجائےگا۔</w:t>
      </w:r>
    </w:p>
    <w:p>
      <w:r>
        <w:rPr>
          <w:b/>
        </w:rPr>
        <w:t xml:space="preserve">[1:33:43] </w:t>
      </w:r>
      <w:r>
        <w:t>yani aap inko marenge kyunke bete aapko marenge?</w:t>
      </w:r>
    </w:p>
    <w:p>
      <w:pPr>
        <w:jc w:val="right"/>
      </w:pPr>
      <w:r>
        <w:t>یعنیآپ انکوماریںگے کیونکہبیٹےآپکوماریںگے؟</w:t>
      </w:r>
    </w:p>
    <w:p>
      <w:r>
        <w:rPr>
          <w:b/>
        </w:rPr>
        <w:t xml:space="preserve">[1:33:48] </w:t>
      </w:r>
      <w:r>
        <w:t>ke aapko chhod denge woh? Woh bhi inteqaam lenge? To inteqaam ki khwahish ko is stage se maine</w:t>
      </w:r>
    </w:p>
    <w:p>
      <w:pPr>
        <w:jc w:val="right"/>
      </w:pPr>
      <w:r>
        <w:t>کہآپکوچھوڑدیںگےوہ ؟ وہ بھی انتقاملیںگے؟ تو انتقامکیخواہشکواسstageسےمیںنے</w:t>
      </w:r>
    </w:p>
    <w:p>
      <w:r>
        <w:rPr>
          <w:b/>
        </w:rPr>
        <w:t xml:space="preserve">[1:34:00] </w:t>
      </w:r>
      <w:r>
        <w:t>isko dissolve kiya. Ke inteqaam lene se pehle soch lo ke inteqaam ka bhi inteqaam liya jayega.</w:t>
      </w:r>
    </w:p>
    <w:p>
      <w:pPr>
        <w:jc w:val="right"/>
      </w:pPr>
      <w:r>
        <w:t>اسکو dissolveکیا۔ کہ انتقام لینےسے پہلے سوچلو کہ انتقامکابھیانتقاملیاجائےگا۔</w:t>
      </w:r>
    </w:p>
    <w:p>
      <w:r>
        <w:rPr>
          <w:b/>
        </w:rPr>
        <w:t xml:space="preserve">[1:34:10] </w:t>
      </w:r>
      <w:r>
        <w:t>to unhone kaha phir main kya karoon</w:t>
      </w:r>
    </w:p>
    <w:p>
      <w:pPr>
        <w:jc w:val="right"/>
      </w:pPr>
      <w:r>
        <w:t>توانہوںنےکہاپھرمیںکیاکروں</w:t>
      </w:r>
    </w:p>
    <w:p>
      <w:r>
        <w:rPr>
          <w:b/>
        </w:rPr>
        <w:t xml:space="preserve">[1:34:12] </w:t>
      </w:r>
      <w:r>
        <w:t>? Maine kaha jo paisa unhone aapka aap kehte hain ke ghassab kar liya hai wagera to usko bhula dijiye.</w:t>
      </w:r>
    </w:p>
    <w:p>
      <w:pPr>
        <w:jc w:val="right"/>
      </w:pPr>
      <w:r>
        <w:t>؟ میںنےکہا جو پیسہانہوںنےآپکا آپکہتےہیںکہ غصبکرلیاہےوغیرہ تواسکوبھلادیجیے۔</w:t>
      </w:r>
    </w:p>
    <w:p>
      <w:r>
        <w:rPr>
          <w:b/>
        </w:rPr>
        <w:t xml:space="preserve">[1:34:22] </w:t>
      </w:r>
      <w:r>
        <w:t>usko bhulave ke khane mein daal dijiye. Aap se rest art kijiye apni zindagi. Rest art kijiye. Koi naya business shuru kijiye.</w:t>
      </w:r>
    </w:p>
    <w:p>
      <w:pPr>
        <w:jc w:val="right"/>
      </w:pPr>
      <w:r>
        <w:t>اسکو بھلاوےکےخانےمیںڈالدیجیے۔ آپسے rest artکیجیےاپنیزندگی ۔rest artکیجیے۔کوئینیاbusiness شروعکیجیے۔</w:t>
      </w:r>
    </w:p>
    <w:p>
      <w:r>
        <w:rPr>
          <w:b/>
        </w:rPr>
        <w:t xml:space="preserve">[1:34:31] </w:t>
      </w:r>
      <w:r>
        <w:t>koi naya kaam kijiye. Aise hi unhone kiya aur masha allah woh kamyab ho gaye.</w:t>
      </w:r>
    </w:p>
    <w:p>
      <w:pPr>
        <w:jc w:val="right"/>
      </w:pPr>
      <w:r>
        <w:t>کوئینیاکامکیجیے۔ ایسےہیانہوںنےکیا اورماشاءاللہوہکامیابہوگئے۔</w:t>
      </w:r>
    </w:p>
    <w:p>
      <w:r>
        <w:rPr>
          <w:b/>
        </w:rPr>
        <w:t xml:space="preserve">[1:34:38] </w:t>
      </w:r>
      <w:r>
        <w:t>to jab bhi koi desire jhapakti hai kisi bhi qism ki to aapko khaas taur par in terms of result sochna chahiye.</w:t>
      </w:r>
    </w:p>
    <w:p>
      <w:pPr>
        <w:jc w:val="right"/>
      </w:pPr>
      <w:r>
        <w:t>تو جب بھیکوئی des ire جھپکتیہے کسی بھی قسم کی توآپکو خاص طورپر intermsofresult سوچناچاہیے۔</w:t>
      </w:r>
    </w:p>
    <w:p>
      <w:r>
        <w:rPr>
          <w:b/>
        </w:rPr>
        <w:t xml:space="preserve">[1:34:47] </w:t>
      </w:r>
      <w:r>
        <w:t>iska result kahan niklega? Yahan tak ke aap maslan aap aap khana behta chal grah hai. Aur khoob lazeez khane kha rahe hain.</w:t>
      </w:r>
    </w:p>
    <w:p>
      <w:pPr>
        <w:jc w:val="right"/>
      </w:pPr>
      <w:r>
        <w:t>اسکاresult کہاںنکلےگا؟ یہاںتککہآپ مثلاًآپآپ کھانا بہتاچھالگرہاہے۔ اورخوبلذیذکھانےکھارہےہیں۔</w:t>
      </w:r>
    </w:p>
    <w:p>
      <w:r>
        <w:rPr>
          <w:b/>
        </w:rPr>
        <w:t xml:space="preserve">[1:34:57] </w:t>
      </w:r>
      <w:r>
        <w:t>to woh bhi ek bahut powerful desire hai. Aap sochein ke lazeez khana khakar ke meri sehat ka kya haal hoga? Doctor se puchiye</w:t>
      </w:r>
    </w:p>
    <w:p>
      <w:pPr>
        <w:jc w:val="right"/>
      </w:pPr>
      <w:r>
        <w:t>تو وہبھی ایکبہت powerful desireہے۔ آپسوچیںکہ لذیذکھاناکھاکرکےمیریصحتکاکیاحالہوگا؟ ڈاکٹرسےپوچھیے</w:t>
      </w:r>
    </w:p>
    <w:p>
      <w:r>
        <w:rPr>
          <w:b/>
        </w:rPr>
        <w:t xml:space="preserve">[1:35:06] </w:t>
      </w:r>
      <w:r>
        <w:t>to pata chalega ke abhi to uchhal grah hai lekin aakhir mein aap ko tarah tarah ki bimariyan lag jayengi. To woh kahega saada khana khaiye.</w:t>
      </w:r>
    </w:p>
    <w:p>
      <w:pPr>
        <w:jc w:val="right"/>
      </w:pPr>
      <w:r>
        <w:t>توپتہچلےگا کہابھیتواچھالگرہاہےلیکن آخر میں آپ کوطرح طرحکیبیماریاںلگجائیںگی۔ تووہکہےگاسادہکھاناکھائیے۔</w:t>
      </w:r>
    </w:p>
    <w:p>
      <w:r>
        <w:rPr>
          <w:b/>
        </w:rPr>
        <w:t xml:space="preserve">[1:35:16] </w:t>
      </w:r>
      <w:r>
        <w:t>to behal desire ko manage karne ka tareeqa sirf ek hi hai ke iske bare mein sochna. Bas aur kuch nahi hai.</w:t>
      </w:r>
    </w:p>
    <w:p>
      <w:pPr>
        <w:jc w:val="right"/>
      </w:pPr>
      <w:r>
        <w:t>تو بہرحال des ireکو manageکرنے کاطریقہ صرف ایکہیہے کہ اسکےبارےمیں سوچنا۔ بس اور کچھنہیں ہے۔</w:t>
      </w:r>
    </w:p>
    <w:p>
      <w:r>
        <w:rPr>
          <w:b/>
        </w:rPr>
        <w:t xml:space="preserve">[1:35:30] </w:t>
      </w:r>
      <w:r>
        <w:t>maulana bangalore se maulana inayatullah amri sahib ka sawal</w:t>
      </w:r>
    </w:p>
    <w:p>
      <w:pPr>
        <w:jc w:val="right"/>
      </w:pPr>
      <w:r>
        <w:t>مول انابنگلورسے مول انا عنایتاللہعم ری صاحبکاسوال</w:t>
      </w:r>
    </w:p>
    <w:p>
      <w:r>
        <w:rPr>
          <w:b/>
        </w:rPr>
        <w:t xml:space="preserve">[1:35:35] </w:t>
      </w:r>
      <w:r>
        <w:t>aaya hai. Unhone likha hai "How can we judge for ourselves whether we have strong affection of God or not?"</w:t>
      </w:r>
    </w:p>
    <w:p>
      <w:pPr>
        <w:jc w:val="right"/>
      </w:pPr>
      <w:r>
        <w:t>آیاہے۔انہوںنےلکھاہے "Howcan we judge for ours el ves whetherwe have strong aff ection of God or not ?"</w:t>
      </w:r>
    </w:p>
    <w:p>
      <w:r>
        <w:rPr>
          <w:b/>
        </w:rPr>
        <w:t xml:space="preserve">[1:35:48] </w:t>
      </w:r>
      <w:r>
        <w:t>bhai isse zyada aasan to koi baat nahi.</w:t>
      </w:r>
    </w:p>
    <w:p>
      <w:pPr>
        <w:jc w:val="right"/>
      </w:pPr>
      <w:r>
        <w:t>بھئیاسسےزیادہ آسانتوکوئیباتنہیں ۔</w:t>
      </w:r>
    </w:p>
    <w:p>
      <w:r>
        <w:rPr>
          <w:b/>
        </w:rPr>
        <w:t xml:space="preserve">[1:35:53] </w:t>
      </w:r>
      <w:r>
        <w:t>isse zyada aasan to koi baat nahi.</w:t>
      </w:r>
    </w:p>
    <w:p>
      <w:pPr>
        <w:jc w:val="right"/>
      </w:pPr>
      <w:r>
        <w:t>اسسےزیادہآسانتوکوئیباتنہیں ۔</w:t>
      </w:r>
    </w:p>
    <w:p>
      <w:r>
        <w:rPr>
          <w:b/>
        </w:rPr>
        <w:t xml:space="preserve">[1:35:58] </w:t>
      </w:r>
      <w:r>
        <w:t>har waqt aapko tajurba hota hai, har aadmi ko hota hai ke woh kis cheez se use khushi mil rahi hai.</w:t>
      </w:r>
    </w:p>
    <w:p>
      <w:pPr>
        <w:jc w:val="right"/>
      </w:pPr>
      <w:r>
        <w:t>ہروقت آپکو تجربہ ہوتاہے،ہرآدمیکوہوتاہےکہوہ کسچیزسے اسے خوشی ملرہیہے۔</w:t>
      </w:r>
    </w:p>
    <w:p>
      <w:r>
        <w:rPr>
          <w:b/>
        </w:rPr>
        <w:t xml:space="preserve">[1:36:09] </w:t>
      </w:r>
      <w:r>
        <w:t>yeh yeh to koi aisi baat nahi jisko pata na ho. Jaise maslan maa baap apne bete ko dekhte hain to bahut khush hote hain. To kya woh jaane ga nahi ke main khush ho raha hoon?</w:t>
      </w:r>
    </w:p>
    <w:p>
      <w:pPr>
        <w:jc w:val="right"/>
      </w:pPr>
      <w:r>
        <w:t>یہ یہتوکوئی ایسیباتیںہیںجس کوپتہنہہو۔ جیسےمثلاًماںباپ اپنےبیٹےکودیکھتےہیںتوبہتخوشہوتےہیں۔ تو کیاوہجانےگانہیںکہمیںخوشہورہاہوں؟</w:t>
      </w:r>
    </w:p>
    <w:p>
      <w:r>
        <w:rPr>
          <w:b/>
        </w:rPr>
        <w:t xml:space="preserve">[1:36:20] </w:t>
      </w:r>
      <w:r>
        <w:t>usko na jaane ga to kya jaane ga woh? Ya koi business bahut badh gaya to khoob khush hota hai aadmi.</w:t>
      </w:r>
    </w:p>
    <w:p>
      <w:pPr>
        <w:jc w:val="right"/>
      </w:pPr>
      <w:r>
        <w:t>اسکونہجانےگاتوکیاجانےگاوہ؟ یا کوئی business بہتبڑھگیا توخوب خوشہوتاہےآدمی۔</w:t>
      </w:r>
    </w:p>
    <w:p>
      <w:r>
        <w:rPr>
          <w:b/>
        </w:rPr>
        <w:t xml:space="preserve">[1:36:29] </w:t>
      </w:r>
      <w:r>
        <w:t>to zahir hai ke woh sab se pehla insaan hoga jo jaane ga ke main usse khush ho raha hoon.</w:t>
      </w:r>
    </w:p>
    <w:p>
      <w:pPr>
        <w:jc w:val="right"/>
      </w:pPr>
      <w:r>
        <w:t>توظاہرہےکہ وہ سبسے پہلاانسانہوگاجواسجانےگاکہمیںاسسےخوشہورہاہوں۔</w:t>
      </w:r>
    </w:p>
    <w:p>
      <w:r>
        <w:rPr>
          <w:b/>
        </w:rPr>
        <w:t xml:space="preserve">[1:36:37] </w:t>
      </w:r>
      <w:r>
        <w:t>to jis cheez ko se woh khush ho raha hai, usse attachment ho jata hai usko.</w:t>
      </w:r>
    </w:p>
    <w:p>
      <w:pPr>
        <w:jc w:val="right"/>
      </w:pPr>
      <w:r>
        <w:t>تو جس چیزکو سےوہخوشہورہاہے،اسیسےatta chment ہوجاتاہےاسکو ۔</w:t>
      </w:r>
    </w:p>
    <w:p>
      <w:r>
        <w:rPr>
          <w:b/>
        </w:rPr>
        <w:t xml:space="preserve">[1:36:45] </w:t>
      </w:r>
      <w:r>
        <w:t>hamare purane dilli mein jab raha tha to wahan par bahut pehle jo hai itwar ko bazaar band karne ka rule nahi hua tha.</w:t>
      </w:r>
    </w:p>
    <w:p>
      <w:pPr>
        <w:jc w:val="right"/>
      </w:pPr>
      <w:r>
        <w:t>ہمارے پرانےدلیمیںجبرہتاتھا تو وہاںپر بہت پہلے جوہے اتوارکو بازار بندکرنے کا لالنہیں ہوا تھا۔</w:t>
      </w:r>
    </w:p>
    <w:p>
      <w:r>
        <w:rPr>
          <w:b/>
        </w:rPr>
        <w:t xml:space="preserve">[1:36:57] </w:t>
      </w:r>
      <w:r>
        <w:t>hafte bhar dukanein khulti rehti thi. Phir itwar ko to band hone laga bazaar.</w:t>
      </w:r>
    </w:p>
    <w:p>
      <w:pPr>
        <w:jc w:val="right"/>
      </w:pPr>
      <w:r>
        <w:t>ہفتےبھر دکانیںکھلیرہتیتھیں۔ پھر اتوارکو تو بندہونےلگا بازار ۔</w:t>
      </w:r>
    </w:p>
    <w:p>
      <w:r>
        <w:rPr>
          <w:b/>
        </w:rPr>
        <w:t xml:space="preserve">[1:37:05] </w:t>
      </w:r>
      <w:r>
        <w:t>to ek martaba main ek sahib ko dekha, woh shutter girakar ke uske bahar baithe hue the. To maine pucha ke bhai aaj to itwar hai, aap kyun baithe hain?</w:t>
      </w:r>
    </w:p>
    <w:p>
      <w:pPr>
        <w:jc w:val="right"/>
      </w:pPr>
      <w:r>
        <w:t>تو ایکمرتبہمیں ایکصاحب کودیکھا، وہ shutterگراکرکےاسکےباہربیٹھےہوئےتھے۔ تومیںنےپوچھاکہبھئیآجتواتوارہے،آپکیوںبیٹھےہیں؟</w:t>
      </w:r>
    </w:p>
    <w:p>
      <w:r>
        <w:rPr>
          <w:b/>
        </w:rPr>
        <w:t xml:space="preserve">[1:37:15] </w:t>
      </w:r>
      <w:r>
        <w:t>to kya kahein ghar par achha nahi lag raha tha? Aage baith gaye. To itna attachment unko tha us se dukan se ke chhe takke din bhi dukan ke bahar unko dil nahi lag raha tha. Aage wahin baith gaye.</w:t>
      </w:r>
    </w:p>
    <w:p>
      <w:pPr>
        <w:jc w:val="right"/>
      </w:pPr>
      <w:r>
        <w:t>توکیا کہیں گھر پراچھانہیںلگرہاتھا؟آگےبیٹھگئے۔ تو اتنا atta chment انکوتھا اسسے دکانسے کہ چھ ٹیکےدنبھی دکانکے باہر انکو دلنہیںلگرہاتھا۔آگےوہیںبیٹھگئے۔</w:t>
      </w:r>
    </w:p>
    <w:p>
      <w:r>
        <w:rPr>
          <w:b/>
        </w:rPr>
        <w:t xml:space="preserve">[1:37:35] </w:t>
      </w:r>
      <w:r>
        <w:t>to yeh har aadmi khud samajh sakta hai ke mujhe kis cheez se attachment hai. ismein koi yeh koi purasrar baat nahin hai.</w:t>
      </w:r>
    </w:p>
    <w:p>
      <w:pPr>
        <w:jc w:val="right"/>
      </w:pPr>
      <w:r>
        <w:t>تو یہ ہرآدمیخود سمجھسکتاہےکہمجھے کسچیزسےatta chment ہے۔ اسمیںکوئی یہکوئی پراسرارباتنہیں ہے۔</w:t>
      </w:r>
    </w:p>
    <w:p>
      <w:r>
        <w:rPr>
          <w:b/>
        </w:rPr>
        <w:t xml:space="preserve">[1:37:48] </w:t>
      </w:r>
      <w:r>
        <w:t>molana, agla sawal miss aisha ka hai dilli se . unhon ne likha hai "What is the difference between science and philosophy ?</w:t>
      </w:r>
    </w:p>
    <w:p>
      <w:pPr>
        <w:jc w:val="right"/>
      </w:pPr>
      <w:r>
        <w:t>مولانا،اگلاسوال مس عائشہکاہے دلیسے ۔انہوںنےلکھاہے "Whatisthediffer ence between science and philosophy ?</w:t>
      </w:r>
    </w:p>
    <w:p>
      <w:r>
        <w:rPr>
          <w:b/>
        </w:rPr>
        <w:t xml:space="preserve">[1:37:57] </w:t>
      </w:r>
      <w:r>
        <w:t>Kindly explain."</w:t>
      </w:r>
    </w:p>
    <w:p>
      <w:pPr>
        <w:jc w:val="right"/>
      </w:pPr>
      <w:r>
        <w:t>Kindlyexplain."</w:t>
      </w:r>
    </w:p>
    <w:p>
      <w:r>
        <w:rPr>
          <w:b/>
        </w:rPr>
        <w:t xml:space="preserve">[1:38:02] </w:t>
      </w:r>
      <w:r>
        <w:t>dekhiye, yeh yeh farq jo hai ek lafz mein yeh hai.</w:t>
      </w:r>
    </w:p>
    <w:p>
      <w:pPr>
        <w:jc w:val="right"/>
      </w:pPr>
      <w:r>
        <w:t>دیکھیے،یہ یہ فرقجوہے ایک لفظمیںیہہے۔</w:t>
      </w:r>
    </w:p>
    <w:p>
      <w:r>
        <w:rPr>
          <w:b/>
        </w:rPr>
        <w:t xml:space="preserve">[1:38:11] </w:t>
      </w:r>
      <w:r>
        <w:t>iski academic detail to bohat lambi choori hai, mein academic detail mein nahin ja raha hoon. saada farq yeh hai ke philosophy reason based discipline ka naam hai aur science observation based discipline ka naam hai.</w:t>
      </w:r>
    </w:p>
    <w:p>
      <w:pPr>
        <w:jc w:val="right"/>
      </w:pPr>
      <w:r>
        <w:t>اسکی academicdetail توبہت لمبیچوڑیہے، میں academicdetailمیںنہیںجارہاہوں۔ سادہفرقیہہے کہ philosophy reason based disciplineکانامہے اور سائنس observ ation based disciplineکانامہے۔</w:t>
      </w:r>
    </w:p>
    <w:p>
      <w:r>
        <w:rPr>
          <w:b/>
        </w:rPr>
        <w:t xml:space="preserve">[1:38:33] </w:t>
      </w:r>
      <w:r>
        <w:t>yani science mein koi rai kaam ki jati hai mushahide ki buniyad per. jo cheez mushahide mein aai, observation mein aai, jab tak woh cheez observation mein na aaye, us waqt tak woh establish nahin mani jaye gi.</w:t>
      </w:r>
    </w:p>
    <w:p>
      <w:pPr>
        <w:jc w:val="right"/>
      </w:pPr>
      <w:r>
        <w:t>یعنی سائنسمیں کوئی رائےکام کیجاتیہے مشاہدےکیبنی ادپر۔ جو چیز مشاہدےمیںآئی، observ ationمیںآئی، جبتک وہچیز observ ationمیںنہآئے، اسوقت تک وہ establ ishنہیں مانیجائےگی۔</w:t>
      </w:r>
    </w:p>
    <w:p>
      <w:r>
        <w:rPr>
          <w:b/>
        </w:rPr>
        <w:t xml:space="preserve">[1:38:51] </w:t>
      </w:r>
      <w:r>
        <w:t>sirf tasawwur ki buniyad per science mein rai nahin qaim ki jati.</w:t>
      </w:r>
    </w:p>
    <w:p>
      <w:pPr>
        <w:jc w:val="right"/>
      </w:pPr>
      <w:r>
        <w:t>صرف تص ورکیبناپر سائنسمیںرائےنہیںقائمکیجاتی۔</w:t>
      </w:r>
    </w:p>
    <w:p>
      <w:r>
        <w:rPr>
          <w:b/>
        </w:rPr>
        <w:t xml:space="preserve">[1:38:55] </w:t>
      </w:r>
      <w:r>
        <w:t>lekin philosophy mein aadmi sochta hai, tasawwur qaim karta hai, idea banata hai, apni reason ko istemal karta hai. to scientist chahe apni aankh se dekhe, microscope se dekhe,</w:t>
      </w:r>
    </w:p>
    <w:p>
      <w:pPr>
        <w:jc w:val="right"/>
      </w:pPr>
      <w:r>
        <w:t>لیکن philosophyمیں آدمیسوچتاہے، تص ورقائمکرتاہے،ide aبناتاہے، اپنی reasonکواستعمالکرتاہے۔ تو سائنٹسٹ چاہے اپنی آنکھسےدیکھے، مائیکروسکوپسےدیکھے،</w:t>
      </w:r>
    </w:p>
    <w:p>
      <w:r>
        <w:rPr>
          <w:b/>
        </w:rPr>
        <w:t xml:space="preserve">[1:39:13] </w:t>
      </w:r>
      <w:r>
        <w:t>telescope se dekhe ya laboratory mein test kare, woh sab kuch hota hai observation . to observation mein jo baatein aati hain, us se woh rai qaim karta hai.</w:t>
      </w:r>
    </w:p>
    <w:p>
      <w:pPr>
        <w:jc w:val="right"/>
      </w:pPr>
      <w:r>
        <w:t>ٹیلیسکوپسےدیکھے یا لیبریٹریمیںٹیسٹ کرے، وہسبکچھہوتاہے observ ation ۔ تو observ ationمیںجو باتیںآتیہیں،اسسےوہرائےقائمکرتاہے۔</w:t>
      </w:r>
    </w:p>
    <w:p>
      <w:r>
        <w:rPr>
          <w:b/>
        </w:rPr>
        <w:t xml:space="preserve">[1:39:24] </w:t>
      </w:r>
      <w:r>
        <w:t>to to science jo hai, observation based discipline ka naam hai. lekin falsafe mein yeh nahin hota. falsafe mein to aadmi bas ghor kar raha hai, soch raha hai, tasawwur qaim kar raha hai, ikhtiyar kar raha hai.</w:t>
      </w:r>
    </w:p>
    <w:p>
      <w:pPr>
        <w:jc w:val="right"/>
      </w:pPr>
      <w:r>
        <w:t>تو توسائنسجوہے، observ ation based disciplineکانامہے۔ لیکن فلس فےمیں یہنہیںہوتا۔فلسفےمیںتوآدمیبس غورکررہاہے،سوچرہاہے،تص ورقائمکررہاہے،اختیارکررہاہے۔</w:t>
      </w:r>
    </w:p>
    <w:p>
      <w:r>
        <w:rPr>
          <w:b/>
        </w:rPr>
        <w:t xml:space="preserve">[1:39:38] </w:t>
      </w:r>
      <w:r>
        <w:t>to apni aql ko istemal kar raha hai. is liye science, is liye falsafa jo hai, reason based discipline ka naam hai.</w:t>
      </w:r>
    </w:p>
    <w:p>
      <w:pPr>
        <w:jc w:val="right"/>
      </w:pPr>
      <w:r>
        <w:t>تو اپنیعقلکو استعمال کررہاہے۔ اسلیے سائنس، اسلیےفلسفہجوہے، reason based disciplineکانامہے۔</w:t>
      </w:r>
    </w:p>
    <w:p>
      <w:r>
        <w:rPr>
          <w:b/>
        </w:rPr>
        <w:t xml:space="preserve">[1:39:50] </w:t>
      </w:r>
      <w:r>
        <w:t>yeh hai farq.</w:t>
      </w:r>
    </w:p>
    <w:p>
      <w:pPr>
        <w:jc w:val="right"/>
      </w:pPr>
      <w:r>
        <w:t>یہ ہےفرق۔</w:t>
      </w:r>
    </w:p>
    <w:p>
      <w:r>
        <w:rPr>
          <w:b/>
        </w:rPr>
        <w:t xml:space="preserve">[1:39:53] </w:t>
      </w:r>
      <w:r>
        <w:t>molana hyderabad se miss zeeshan yusuf ka sawal hai. unhon ne likha hai "What is the concept of Allah's omnipresence in Islam ?</w:t>
      </w:r>
    </w:p>
    <w:p>
      <w:pPr>
        <w:jc w:val="right"/>
      </w:pPr>
      <w:r>
        <w:t>مول اناحیدرآبادسے مس ٹر ذیشان یوسفکاسوال ہے۔ انہوںنےلکھاہے "Whatisthe con cept of Allah's omnipres ence in Islam ?</w:t>
      </w:r>
    </w:p>
    <w:p>
      <w:r>
        <w:rPr>
          <w:b/>
        </w:rPr>
        <w:t xml:space="preserve">[1:40:05] </w:t>
      </w:r>
      <w:r>
        <w:t>Does this mean that He Himself is not present everywhere, instead His effect is present ?</w:t>
      </w:r>
    </w:p>
    <w:p>
      <w:pPr>
        <w:jc w:val="right"/>
      </w:pPr>
      <w:r>
        <w:t>Doesthis meanthat He Himselfis not present everyw here, insteadHis eff ect is present ?</w:t>
      </w:r>
    </w:p>
    <w:p>
      <w:r>
        <w:rPr>
          <w:b/>
        </w:rPr>
        <w:t xml:space="preserve">[1:40:13] </w:t>
      </w:r>
      <w:r>
        <w:t>"nahin, yeh jo ulama ne is bare mein likha hai, wohi sahi hai ke Allah apne wajood ki nisbat se nahin, apne ilm ki nisbat se har jagah hai.</w:t>
      </w:r>
    </w:p>
    <w:p>
      <w:pPr>
        <w:jc w:val="right"/>
      </w:pPr>
      <w:r>
        <w:t>"نہیں ،یہ جو علماءنےاسبارےمیںلکھاہے،وہیصحیحہے کہ اللہ اپنے وجود کی نسبتسےنہیں، اپنےعلم کینسبتسےہرجگہہے۔</w:t>
      </w:r>
    </w:p>
    <w:p>
      <w:r>
        <w:rPr>
          <w:b/>
        </w:rPr>
        <w:t xml:space="preserve">[1:40:24] </w:t>
      </w:r>
      <w:r>
        <w:t>jaise mein yahan baitha hoon kursi per, is ka matlab hai Allah ta'ala har jagah apne wajood ki nisbat se baitha hua hai. is ka ilm muheet hai sari kainat ko.</w:t>
      </w:r>
    </w:p>
    <w:p>
      <w:pPr>
        <w:jc w:val="right"/>
      </w:pPr>
      <w:r>
        <w:t>جیسےمیںیہاںبیٹھاہوںکرسیپر ،اسکامطلبہےاللہتعالیٰہرجگہ اپنے وجود کینسبتسےبیٹھاہواہے۔ اسکا علم محیطہےساریکائناتکو ۔</w:t>
      </w:r>
    </w:p>
    <w:p>
      <w:r>
        <w:rPr>
          <w:b/>
        </w:rPr>
        <w:t xml:space="preserve">[1:40:34] </w:t>
      </w:r>
      <w:r>
        <w:t>yeh to sare ulama yeh hi likhte hain, wohi mein bhi manta hoon.</w:t>
      </w:r>
    </w:p>
    <w:p>
      <w:pPr>
        <w:jc w:val="right"/>
      </w:pPr>
      <w:r>
        <w:t>یہتو سارےعلماءیہیلکھتےہیں،وہیمیںبھی مانتاہوں۔</w:t>
      </w:r>
    </w:p>
    <w:p>
      <w:r>
        <w:rPr>
          <w:b/>
        </w:rPr>
        <w:t xml:space="preserve">[1:40:40] </w:t>
      </w:r>
      <w:r>
        <w:t>woh jo nazariya hai wajood ka, us mein to khud apne wajood hi ki nisbat se har jagah maujood hai. woh woh sahi nahin hai.</w:t>
      </w:r>
    </w:p>
    <w:p>
      <w:pPr>
        <w:jc w:val="right"/>
      </w:pPr>
      <w:r>
        <w:t>وہجو نظریہہےوجود کا ،اسمیں تو خود اپنے وجود ہیکینسبتسےہرجگہموجود ہے۔وہ وہ صحیحنہیںہے۔</w:t>
      </w:r>
    </w:p>
    <w:p>
      <w:r>
        <w:rPr>
          <w:b/>
        </w:rPr>
        <w:t xml:space="preserve">[1:40:52] </w:t>
      </w:r>
      <w:r>
        <w:t>sahi baat yeh hi hai ke Allah apne ilm ki nisbat se, apni waqifiyat ki nisbat se, apne ya'ni apni sifat ki nisbat se har jagah maujood hai.</w:t>
      </w:r>
    </w:p>
    <w:p>
      <w:pPr>
        <w:jc w:val="right"/>
      </w:pPr>
      <w:r>
        <w:t>صحیحباتیہیہےکہ اللہ اپنےعلم کینسبتسے ،اپنی واقفیت کی نسبتسے، اپنے یعنیاپنی صفاتکینسبتسےہرجگہموجود ہے۔</w:t>
      </w:r>
    </w:p>
    <w:p>
      <w:r>
        <w:rPr>
          <w:b/>
        </w:rPr>
        <w:t xml:space="preserve">[1:41:07] </w:t>
      </w:r>
      <w:r>
        <w:t>yeh hi sahi aqeedah hai.</w:t>
      </w:r>
    </w:p>
    <w:p>
      <w:pPr>
        <w:jc w:val="right"/>
      </w:pPr>
      <w:r>
        <w:t>یہیصحیحعقیدہہے۔</w:t>
      </w:r>
    </w:p>
    <w:p>
      <w:r>
        <w:rPr>
          <w:b/>
        </w:rPr>
        <w:t xml:space="preserve">[1:41:10] </w:t>
      </w:r>
      <w:r>
        <w:t>molana, agla sawal miss nilofer ka hai. unhon ne apni location nahin likhi hai, per un ka sawal yeh hai. unhon ne likha hai ke ladke ki shadi mein agar walid ki marzi na ho to is ka nikah batil hota hai ya nahin ? aur agar bhai ki marzi ho to kya phir woh jaiz hoga ya najayaz ?</w:t>
      </w:r>
    </w:p>
    <w:p>
      <w:pPr>
        <w:jc w:val="right"/>
      </w:pPr>
      <w:r>
        <w:t>مولانا،اگلاسوال مس نیلوفرکاہے۔انہوںنےاپنی لوکیشننہیںلکھیہے، پر انکاسوال یہہے۔ انہوںنےلکھاہےکہ لڑکیکی شادیمیں اگر والد کی مرضی نہ ہو تو اسکا نکاح باطلہوتاہے یا نہیں ؟اور اگر بھائیکیمرضیہو تو کیا پھروہ جائزہوگایا ناجائز ؟</w:t>
      </w:r>
    </w:p>
    <w:p>
      <w:r>
        <w:rPr>
          <w:b/>
        </w:rPr>
        <w:t xml:space="preserve">[1:41:32] </w:t>
      </w:r>
      <w:r>
        <w:t>haan, dekhiye, ek ek bara yani bohat bara masla hai, bohat dinon se logon ke haan.</w:t>
      </w:r>
    </w:p>
    <w:p>
      <w:pPr>
        <w:jc w:val="right"/>
      </w:pPr>
      <w:r>
        <w:t>ہاں،دیکھیے،ایک ایک بڑا یعنی بہت بڑامسئلہہے،بہت دنوںسے لوگوںکےہاں۔</w:t>
      </w:r>
    </w:p>
    <w:p>
      <w:r>
        <w:rPr>
          <w:b/>
        </w:rPr>
        <w:t xml:space="preserve">[1:41:43] </w:t>
      </w:r>
      <w:r>
        <w:t>hadith mein hai, ek hadith mein hai ke la nikah illa bi wali . wali ke baghair nikah nahin.</w:t>
      </w:r>
    </w:p>
    <w:p>
      <w:pPr>
        <w:jc w:val="right"/>
      </w:pPr>
      <w:r>
        <w:t>حدیثمیںہے، ایکحدیث میںہےکہ لا نکاح الا ب ول ین ولیکےبغیرنکاحنہیں ۔</w:t>
      </w:r>
    </w:p>
    <w:p>
      <w:r>
        <w:rPr>
          <w:b/>
        </w:rPr>
        <w:t xml:space="preserve">[1:41:53] </w:t>
      </w:r>
      <w:r>
        <w:t>iska galat mafhoom fuqaha ne le liya hai. is se is ke se rai qaim karta hai.</w:t>
      </w:r>
    </w:p>
    <w:p>
      <w:pPr>
        <w:jc w:val="right"/>
      </w:pPr>
      <w:r>
        <w:t>اسکاغلطمفہومفقہاءنے لےلیاہے۔اسسے اسکےسےرائےقائمکرتاہے۔</w:t>
      </w:r>
    </w:p>
    <w:p>
      <w:r>
        <w:rPr>
          <w:b/>
        </w:rPr>
        <w:t xml:space="preserve">[1:41:58] </w:t>
      </w:r>
      <w:r>
        <w:t>kahin kehte wali jo hai, agar us ki raza mand na ho to kahin nikah muntaqid nahin hua. yeh bilkul galat hai. yeh yeh baat nahin hai.</w:t>
      </w:r>
    </w:p>
    <w:p>
      <w:pPr>
        <w:jc w:val="right"/>
      </w:pPr>
      <w:r>
        <w:t>کہیںکہولیجوہے، اگر اسکی رضامندینہہوتوکہانکاح منعقدنہیںہوا۔ یہ بالکلغلطہے۔یہ یہ باتنہیںہے۔</w:t>
      </w:r>
    </w:p>
    <w:p>
      <w:r>
        <w:rPr>
          <w:b/>
        </w:rPr>
        <w:t xml:space="preserve">[1:42:07] </w:t>
      </w:r>
      <w:r>
        <w:t>yeh mere nazdeek lan kahala bolain yeh social need ke aitbaar se aqeedati baat nahi hai. yeh aisa nahi, yaani aqeedah aisa hai ke nikah muntaqil nahi hua.</w:t>
      </w:r>
    </w:p>
    <w:p>
      <w:pPr>
        <w:jc w:val="right"/>
      </w:pPr>
      <w:r>
        <w:t>یہ میرےنزدیک لانکاحالا بولین یہ سوشل نیڈکےاعتبارسے اعتقادیباتنہیںہے۔یہ ایسانہیں، یعنیعقید تاایساہےکہنکاح منعقدنہیںہوا۔</w:t>
      </w:r>
    </w:p>
    <w:p>
      <w:r>
        <w:rPr>
          <w:b/>
        </w:rPr>
        <w:t xml:space="preserve">[1:42:22] </w:t>
      </w:r>
      <w:r>
        <w:t>yeh galat baat hai.</w:t>
      </w:r>
    </w:p>
    <w:p>
      <w:pPr>
        <w:jc w:val="right"/>
      </w:pPr>
      <w:r>
        <w:t>یہغلطباتہے۔</w:t>
      </w:r>
    </w:p>
    <w:p>
      <w:r>
        <w:rPr>
          <w:b/>
        </w:rPr>
        <w:t xml:space="preserve">[1:42:25] </w:t>
      </w:r>
      <w:r>
        <w:t>social yaani matlab society mein aap kaise jeeyenge? yaani aap love marriage karke society mein rahenge, janglon mein chale nahi jayenge.</w:t>
      </w:r>
    </w:p>
    <w:p>
      <w:pPr>
        <w:jc w:val="right"/>
      </w:pPr>
      <w:r>
        <w:t>سوشل یعنی مطلب سوسائٹیمیں آپ کیسےجیئیںگے؟ یعنیآپ لو میرجکرکے سوسائٹیمیںرہیںگے،جنگلمیںچلےنہیںجائیںگے۔</w:t>
      </w:r>
    </w:p>
    <w:p>
      <w:r>
        <w:rPr>
          <w:b/>
        </w:rPr>
        <w:t xml:space="preserve">[1:42:36] </w:t>
      </w:r>
      <w:r>
        <w:t>to society aapko acceptance nahi kar rahi hogi. to zindagi museebat ban jati hai. to social acceptance ke lihaaz se yeh hadees hai, na ke aqeedah ke lihaaz se.</w:t>
      </w:r>
    </w:p>
    <w:p>
      <w:pPr>
        <w:jc w:val="right"/>
      </w:pPr>
      <w:r>
        <w:t>تو سوسائٹی آپکو ایکسیپٹنہیںکررہیہوگی۔ تو زندگی مصیبتبنجاتیہے۔ تو سوشل ایکسیپٹنسکےلحاظسےیہ حدیثہے، نہ کہ عقیدےکےلحاظسے۔</w:t>
      </w:r>
    </w:p>
    <w:p>
      <w:r>
        <w:rPr>
          <w:b/>
        </w:rPr>
        <w:t xml:space="preserve">[1:42:51] </w:t>
      </w:r>
      <w:r>
        <w:t>asal jo shart hai Islam mein, woh sirf yeh hai ke dono raazi hon aur siri nikah na ho, balkeh elaan nikah kiya jaye aur mahr ki adai gi.</w:t>
      </w:r>
    </w:p>
    <w:p>
      <w:pPr>
        <w:jc w:val="right"/>
      </w:pPr>
      <w:r>
        <w:t>اصلجو شرطہےاسلام میں، وہ صرفیہہے کہ دون وں راضیہوں اور سری نکاحنہہو، بلکہ اعلان نکاحکیاجائے اور مہرکیادائیگی۔</w:t>
      </w:r>
    </w:p>
    <w:p>
      <w:r>
        <w:rPr>
          <w:b/>
        </w:rPr>
        <w:t xml:space="preserve">[1:43:04] </w:t>
      </w:r>
      <w:r>
        <w:t>bas ijab o qabool, elaan aur mahr ki adai gi to nikah muntaqil ho gaya. baqi lan kahala bolain ispaahanah bahtashdeed ho gaye hain.</w:t>
      </w:r>
    </w:p>
    <w:p>
      <w:pPr>
        <w:jc w:val="right"/>
      </w:pPr>
      <w:r>
        <w:t>بس ایجابوقبول ،اعلان اور مہرکیادائیگی تونکاحمنعقدہوگیا۔ باقی لانکاح الا بولیناسپہانابہتشدیدہوگئےہیں۔</w:t>
      </w:r>
    </w:p>
    <w:p>
      <w:r>
        <w:rPr>
          <w:b/>
        </w:rPr>
        <w:t xml:space="preserve">[1:43:17] </w:t>
      </w:r>
      <w:r>
        <w:t>main samajhta hoon ke shadeed hone ki zaroorat nahi hai.</w:t>
      </w:r>
    </w:p>
    <w:p>
      <w:pPr>
        <w:jc w:val="right"/>
      </w:pPr>
      <w:r>
        <w:t>میںسمجھتاہوںکہشدید ہونےکیضرورتنہیںہے۔</w:t>
      </w:r>
    </w:p>
    <w:p>
      <w:r>
        <w:rPr>
          <w:b/>
        </w:rPr>
        <w:t xml:space="preserve">[1:43:20] </w:t>
      </w:r>
      <w:r>
        <w:t>yeh yaani practical wisdom ke tehat hai, na ke theoretical wisdom ke tehat. yeh mera manna hai.</w:t>
      </w:r>
    </w:p>
    <w:p>
      <w:pPr>
        <w:jc w:val="right"/>
      </w:pPr>
      <w:r>
        <w:t>یہ یعنی پریکٹیکلوزڈمکےتحت ہے، نہ کہتھریٹیکلوزڈمکےتحت ۔ یہمیرامانناہے۔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