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Missionary Ethics May 4, 2006 Maulana Wahiduddin Khan</w:t>
      </w:r>
    </w:p>
    <w:p>
      <w:r>
        <w:t>https://www.youtube.com/watch?v=W4yIZa45gDw</w:t>
      </w:r>
    </w:p>
    <w:p>
      <w:r>
        <w:rPr>
          <w:b/>
        </w:rPr>
        <w:t xml:space="preserve">[00:26] </w:t>
      </w:r>
      <w:r>
        <w:t>wa ahlul lughati min lisani yafqah qawli.</w:t>
      </w:r>
    </w:p>
    <w:p>
      <w:pPr>
        <w:jc w:val="right"/>
      </w:pPr>
      <w:r>
        <w:t>و اہل اللقطۃ من لسانی یفقہ قولی۔</w:t>
      </w:r>
    </w:p>
    <w:p>
      <w:r>
        <w:rPr>
          <w:b/>
        </w:rPr>
        <w:t xml:space="preserve">[00:35] </w:t>
      </w:r>
      <w:r>
        <w:t>aaj ka subject hai: missionary ethics,</w:t>
      </w:r>
    </w:p>
    <w:p>
      <w:pPr>
        <w:jc w:val="right"/>
      </w:pPr>
      <w:r>
        <w:t>آج کا سبجیکٹ ہے: مشنری ایتھکس،</w:t>
      </w:r>
    </w:p>
    <w:p>
      <w:r>
        <w:rPr>
          <w:b/>
        </w:rPr>
        <w:t xml:space="preserve">[00:44] </w:t>
      </w:r>
      <w:r>
        <w:t>yani kya cheez ek aadmi ko man of mission banati hai.</w:t>
      </w:r>
    </w:p>
    <w:p>
      <w:pPr>
        <w:jc w:val="right"/>
      </w:pPr>
      <w:r>
        <w:t>یعنی کیا چیز ایک آدمی کو مین آف مشن بناتی ہے۔</w:t>
      </w:r>
    </w:p>
    <w:p>
      <w:r>
        <w:rPr>
          <w:b/>
        </w:rPr>
        <w:t xml:space="preserve">[00:53] </w:t>
      </w:r>
      <w:r>
        <w:t>dekhiye, ek hai mission aur ek hai profession;</w:t>
      </w:r>
    </w:p>
    <w:p>
      <w:pPr>
        <w:jc w:val="right"/>
      </w:pPr>
      <w:r>
        <w:t>دیکھیے، ایک ہے مشن اور ایک ہے پروفیشن؛</w:t>
      </w:r>
    </w:p>
    <w:p>
      <w:r>
        <w:rPr>
          <w:b/>
        </w:rPr>
        <w:t xml:space="preserve">[01:02] </w:t>
      </w:r>
      <w:r>
        <w:t>donon mein bahut zyada farq hai. profession mein kya hota hai? profession ka matlab hai job ya business, is mein aadmi kisi material incentive par active hota hai.</w:t>
      </w:r>
    </w:p>
    <w:p>
      <w:pPr>
        <w:jc w:val="right"/>
      </w:pPr>
      <w:r>
        <w:t>دونوں میں بہت زیادہ فرق ہے۔ پروفیشن میں کیا ہوتا ہے؟ پروفیشن کا مطلب ہے جاب یا بزنس، اس میں آدمی کسی مٹیریل انسنٹیو پر ایکٹیو ہوتا ہے۔</w:t>
      </w:r>
    </w:p>
    <w:p>
      <w:r>
        <w:rPr>
          <w:b/>
        </w:rPr>
        <w:t xml:space="preserve">[01:26] </w:t>
      </w:r>
      <w:r>
        <w:t>yani job mein aadmi ko salary mil rahi ho, business mein aadmi ko income ho rahi ho, to woh active hota hai, khoob sargaram hota hai.</w:t>
      </w:r>
    </w:p>
    <w:p>
      <w:pPr>
        <w:jc w:val="right"/>
      </w:pPr>
      <w:r>
        <w:t>یعنی جاب میں آدمی کو سیلری مل رہی ہو، بزنس میں آدمی کو انکم ہو رہی ہو، تو وہ ایکٹیو ہوتا ہے، خوب سرگرم ہوتا ہے۔</w:t>
      </w:r>
    </w:p>
    <w:p>
      <w:r>
        <w:rPr>
          <w:b/>
        </w:rPr>
        <w:t xml:space="preserve">[01:38] </w:t>
      </w:r>
      <w:r>
        <w:t>aur agar usko income na ho rahi ho, salary na mil rahi ho, to woh active bhi nahi hoga.</w:t>
      </w:r>
    </w:p>
    <w:p>
      <w:pPr>
        <w:jc w:val="right"/>
      </w:pPr>
      <w:r>
        <w:t>اور اگر اس کو انکم نہ ہو رہی ہو، سیلری نہ مل رہی ہو، تو وہ ایکٹیو بھی نہیں ہوگا۔</w:t>
      </w:r>
    </w:p>
    <w:p>
      <w:r>
        <w:rPr>
          <w:b/>
        </w:rPr>
        <w:t xml:space="preserve">[01:47] </w:t>
      </w:r>
      <w:r>
        <w:t>yeh hai profession ka maamla. lekin mission ka maamla is se alag hai.</w:t>
      </w:r>
    </w:p>
    <w:p>
      <w:pPr>
        <w:jc w:val="right"/>
      </w:pPr>
      <w:r>
        <w:t>یہ ہے پروفیشن کا معاملہ۔ لیکن مشن کا معاملہ اس سے الگ ہے۔</w:t>
      </w:r>
    </w:p>
    <w:p>
      <w:r>
        <w:rPr>
          <w:b/>
        </w:rPr>
        <w:t xml:space="preserve">[01:59] </w:t>
      </w:r>
      <w:r>
        <w:t>mission mein woh aadmi kaam kar sakta hai ya aage badh sakta hai jis ko</w:t>
      </w:r>
    </w:p>
    <w:p>
      <w:pPr>
        <w:jc w:val="right"/>
      </w:pPr>
      <w:r>
        <w:t>مشن میں وہ آدمی کام کر سکتا ہے یا آگے بڑھ سکتا ہے جس کو</w:t>
      </w:r>
    </w:p>
    <w:p>
      <w:r>
        <w:rPr>
          <w:b/>
        </w:rPr>
        <w:t xml:space="preserve">[02:11] </w:t>
      </w:r>
      <w:r>
        <w:t>principle active kar sakta ho, principle activate kar sakta ho.</w:t>
      </w:r>
    </w:p>
    <w:p>
      <w:pPr>
        <w:jc w:val="right"/>
      </w:pPr>
      <w:r>
        <w:t>پرنسپل ایکٹیو کر سکتا ہو، پرنسپل ایکٹیویٹ کر سکتا ہو۔</w:t>
      </w:r>
    </w:p>
    <w:p>
      <w:r>
        <w:rPr>
          <w:b/>
        </w:rPr>
        <w:t xml:space="preserve">[02:18] </w:t>
      </w:r>
      <w:r>
        <w:t>yani ek ideology, ek theory, ek principle ko target banakar woh us ke liye kaam kare, chahe us ke liye koi faida ho ya na ho.</w:t>
      </w:r>
    </w:p>
    <w:p>
      <w:pPr>
        <w:jc w:val="right"/>
      </w:pPr>
      <w:r>
        <w:t>یعنی ایک آئیڈیالوجی، ایک تھیوری، ایک پرنسپل کو ٹارگٹ بنا کر وہ اس کے لیے کام کرے، چاہے اس کے لیے کوئی فائدہ ہو یا نہ ہو۔</w:t>
      </w:r>
    </w:p>
    <w:p>
      <w:r>
        <w:rPr>
          <w:b/>
        </w:rPr>
        <w:t xml:space="preserve">[02:32] </w:t>
      </w:r>
      <w:r>
        <w:t>to profession ka kaam chalta hai interest par, aur mission ka kaam chalta hai sacrifice par, dedication par.</w:t>
      </w:r>
    </w:p>
    <w:p>
      <w:pPr>
        <w:jc w:val="right"/>
      </w:pPr>
      <w:r>
        <w:t>تو پروفیشن کا کام چلتا ہے انٹرسٹ پر، اور مشن کا کام چلتا ہے سیکریفائس پر، ڈیڈیکیشن پر۔</w:t>
      </w:r>
    </w:p>
    <w:p>
      <w:r>
        <w:rPr>
          <w:b/>
        </w:rPr>
        <w:t xml:space="preserve">[02:43] </w:t>
      </w:r>
      <w:r>
        <w:t>yeh farq hai dono mein.</w:t>
      </w:r>
    </w:p>
    <w:p>
      <w:pPr>
        <w:jc w:val="right"/>
      </w:pPr>
      <w:r>
        <w:t>یہ فرق ہے دونوں میں۔</w:t>
      </w:r>
    </w:p>
    <w:p>
      <w:r>
        <w:rPr>
          <w:b/>
        </w:rPr>
        <w:t xml:space="preserve">[02:47] </w:t>
      </w:r>
      <w:r>
        <w:t>hum jo ek mission chala rahe hain, CPS international, yeh ek mission hai. yeh ek mission hai, international mission.</w:t>
      </w:r>
    </w:p>
    <w:p>
      <w:pPr>
        <w:jc w:val="right"/>
      </w:pPr>
      <w:r>
        <w:t>ہم جو ایک مشن چلا رہے ہیں، سی پی ایس انٹرنیشنل، یہ ایک مشن ہے۔ یہ ایک مشن ہے، انٹرنیشنل مشن۔</w:t>
      </w:r>
    </w:p>
    <w:p>
      <w:r>
        <w:rPr>
          <w:b/>
        </w:rPr>
        <w:t xml:space="preserve">[02:57] </w:t>
      </w:r>
      <w:r>
        <w:t>yani aap ko yeh mission aap ko ek international zimmedari batata hai. sari dunya ke logon ke liye aap ka ek</w:t>
      </w:r>
    </w:p>
    <w:p>
      <w:pPr>
        <w:jc w:val="right"/>
      </w:pPr>
      <w:r>
        <w:t>یعنی آپ کو یہ مشن آپ کو ایک انٹرنیشنل ذمہ داری بتاتا ہے۔ ساری دنیا کے لوگوں کے لیے آپ کا ایک</w:t>
      </w:r>
    </w:p>
    <w:p>
      <w:r>
        <w:rPr>
          <w:b/>
        </w:rPr>
        <w:t xml:space="preserve">[03:14] </w:t>
      </w:r>
      <w:r>
        <w:t>aap ko ek message pahunchana hai.</w:t>
      </w:r>
    </w:p>
    <w:p>
      <w:pPr>
        <w:jc w:val="right"/>
      </w:pPr>
      <w:r>
        <w:t>آپ کو ایک میسج پہنچانا ہے۔</w:t>
      </w:r>
    </w:p>
    <w:p>
      <w:r>
        <w:rPr>
          <w:b/>
        </w:rPr>
        <w:t xml:space="preserve">[03:16] </w:t>
      </w:r>
      <w:r>
        <w:t>is message ke tamam taqaze poore karne hain.</w:t>
      </w:r>
    </w:p>
    <w:p>
      <w:pPr>
        <w:jc w:val="right"/>
      </w:pPr>
      <w:r>
        <w:t>اس میسج کے تمام تقاضے پورے کرنے ہیں۔</w:t>
      </w:r>
    </w:p>
    <w:p>
      <w:r>
        <w:rPr>
          <w:b/>
        </w:rPr>
        <w:t xml:space="preserve">[03:22] </w:t>
      </w:r>
      <w:r>
        <w:t>yeh taqaze kya hain mission ke? main do comparative misalein deta hoon. kaise log hote hain jab mission chalta hai, aur woh khoobiyan kya hain jo na hon logon mein to mission nahi chalta.</w:t>
      </w:r>
    </w:p>
    <w:p>
      <w:pPr>
        <w:jc w:val="right"/>
      </w:pPr>
      <w:r>
        <w:t>یہ تقاضے کیا ہیں مشن کے؟ میں دو کمپیریٹیو مثالیں دیتا ہوں۔ کیسے لوگ ہوتے ہیں جب مشن چلتا ہے، اور وہ خوبیاں کیا ہیں جو نہ ہوں لوگوں میں تو مشن نہیں چلتا۔</w:t>
      </w:r>
    </w:p>
    <w:p>
      <w:r>
        <w:rPr>
          <w:b/>
        </w:rPr>
        <w:t xml:space="preserve">[03:42] </w:t>
      </w:r>
      <w:r>
        <w:t>to main do comparative misalein deta hoon aap ko.</w:t>
      </w:r>
    </w:p>
    <w:p>
      <w:pPr>
        <w:jc w:val="right"/>
      </w:pPr>
      <w:r>
        <w:t>تو میں دو کمپیریٹیو مثالیں دیتا ہوں آپ کو۔</w:t>
      </w:r>
    </w:p>
    <w:p>
      <w:r>
        <w:rPr>
          <w:b/>
        </w:rPr>
        <w:t xml:space="preserve">[03:47] </w:t>
      </w:r>
      <w:r>
        <w:t>dekhiye, ek sahab the, un ka naam hai Maulana Abu Al-A'la Maududi.</w:t>
      </w:r>
    </w:p>
    <w:p>
      <w:pPr>
        <w:jc w:val="right"/>
      </w:pPr>
      <w:r>
        <w:t>دیکھیے، ایک صاحب تھے، ان کا نام ہے مولانا ابو العالی مودودی۔</w:t>
      </w:r>
    </w:p>
    <w:p>
      <w:r>
        <w:rPr>
          <w:b/>
        </w:rPr>
        <w:t xml:space="preserve">[03:57] </w:t>
      </w:r>
      <w:r>
        <w:t>unhon ne 1941 mein ek jamaat banai, jis ka naam hai Jamaat-e-Islami.</w:t>
      </w:r>
    </w:p>
    <w:p>
      <w:pPr>
        <w:jc w:val="right"/>
      </w:pPr>
      <w:r>
        <w:t>انہوں نے 1941 میں ایک جماعت بنائی، جس کا نام ہے جماعت اسلامی۔</w:t>
      </w:r>
    </w:p>
    <w:p>
      <w:r>
        <w:rPr>
          <w:b/>
        </w:rPr>
        <w:t xml:space="preserve">[04:07] </w:t>
      </w:r>
      <w:r>
        <w:t>to</w:t>
      </w:r>
    </w:p>
    <w:p>
      <w:pPr>
        <w:jc w:val="right"/>
      </w:pPr>
      <w:r>
        <w:t>تو</w:t>
      </w:r>
    </w:p>
    <w:p>
      <w:r>
        <w:rPr>
          <w:b/>
        </w:rPr>
        <w:t xml:space="preserve">[04:11] </w:t>
      </w:r>
      <w:r>
        <w:t>taqreeban ek saal ke baad un ka ek, jis ko woh kehte hain ijtima, yani meeting hui party ki. to un ki chhapi hui, jis ko kehte hain rawdad, yani report maujood hai, us ko aap dekh sakte hain.</w:t>
      </w:r>
    </w:p>
    <w:p>
      <w:pPr>
        <w:jc w:val="right"/>
      </w:pPr>
      <w:r>
        <w:t>تقریباً ایک سال کے بعد ان کا ایک، جس کو وہ کہتے ہیں اجتماع، یعنی میٹنگ ہوئی پارٹی کی۔ تو ان کی چھپی ہوئی، جس کو کہتے ہیں روداد، یعنی رپورٹ موجود ہے، اس کو آپ دیکھ سکتے ہیں۔</w:t>
      </w:r>
    </w:p>
    <w:p>
      <w:r>
        <w:rPr>
          <w:b/>
        </w:rPr>
        <w:t xml:space="preserve">[04:27] </w:t>
      </w:r>
      <w:r>
        <w:t>to pehle hi baar ki report mein unhon ne kaha, batate hue ke aap logon ko jo kaam diya jata hai to aap log kar nahi paate.</w:t>
      </w:r>
    </w:p>
    <w:p>
      <w:pPr>
        <w:jc w:val="right"/>
      </w:pPr>
      <w:r>
        <w:t>تو پہلے ہی بار کی رپورٹ میں انہوں نے کہا، بتاتے ہوئے کہ آپ لوگوں کو جو کام دیا جاتا ہے تو آپ لوگ کر نہیں پاتے۔</w:t>
      </w:r>
    </w:p>
    <w:p>
      <w:r>
        <w:rPr>
          <w:b/>
        </w:rPr>
        <w:t xml:space="preserve">[04:40] </w:t>
      </w:r>
      <w:r>
        <w:t>tawaqqo'at jo hain party ki hain, woh aap poora nahi kar paate.</w:t>
      </w:r>
    </w:p>
    <w:p>
      <w:pPr>
        <w:jc w:val="right"/>
      </w:pPr>
      <w:r>
        <w:t>توقعات جو ہیں پارٹی کی ہیں، وہ آپ پورا نہیں کر پاتے۔</w:t>
      </w:r>
    </w:p>
    <w:p>
      <w:r>
        <w:rPr>
          <w:b/>
        </w:rPr>
        <w:t xml:space="preserve">[04:47] </w:t>
      </w:r>
      <w:r>
        <w:t>to us ko batate hue unhon ne kaha tha ke main jab yeh dekhta hoon ke aap logon ko hum hidayat dete hain, koi program dete hain, lekin aap chust chala nahi paate,</w:t>
      </w:r>
    </w:p>
    <w:p>
      <w:pPr>
        <w:jc w:val="right"/>
      </w:pPr>
      <w:r>
        <w:t>تو اس کو بتاتے ہوئے انہوں نے کہا تھا کہ میں جب یہ دیکھتا ہوں کہ آپ لوگوں کو ہم ہدایات دیتے ہیں، کوئی پروگرام دیتے ہیں، لیکن آپ چست چلا نہیں پاتے،</w:t>
      </w:r>
    </w:p>
    <w:p>
      <w:r>
        <w:rPr>
          <w:b/>
        </w:rPr>
        <w:t xml:space="preserve">[05:03] </w:t>
      </w:r>
      <w:r>
        <w:t>to aise kaise jamaat ka kaam hoga?</w:t>
      </w:r>
    </w:p>
    <w:p>
      <w:pPr>
        <w:jc w:val="right"/>
      </w:pPr>
      <w:r>
        <w:t>تو ایسے کیسے جماعت کا کام ہوگا؟</w:t>
      </w:r>
    </w:p>
    <w:p>
      <w:r>
        <w:rPr>
          <w:b/>
        </w:rPr>
        <w:t xml:space="preserve">[05:06] </w:t>
      </w:r>
      <w:r>
        <w:t>is par unhon ne kaha tha ke jab main aisa dekhta hoon to mujhe aisa lagta hai jaise main aisi banduqon se kaam le raha hoon jo lub-lubi dabane par bhi fire nahi karti.</w:t>
      </w:r>
    </w:p>
    <w:p>
      <w:pPr>
        <w:jc w:val="right"/>
      </w:pPr>
      <w:r>
        <w:t>اس پر انہوں نے کہا تھا کہ جب میں ایسا دیکھتا ہوں تو مجھے ایسا لگتا ہے جیسے میں ایسی بندوقوں سے کام لے رہا ہوں جو لبلبی دبانے پر بھی فائر نہیں کرتیں۔</w:t>
      </w:r>
    </w:p>
    <w:p>
      <w:r>
        <w:rPr>
          <w:b/>
        </w:rPr>
        <w:t xml:space="preserve">[05:21] </w:t>
      </w:r>
      <w:r>
        <w:t>yani is ka matlab yeh hai ke I am using such guns that fail to fire even after</w:t>
      </w:r>
    </w:p>
    <w:p>
      <w:pPr>
        <w:jc w:val="right"/>
      </w:pPr>
      <w:r>
        <w:t>یعنی اس کا مطلب یہ ہے کہ آئی ایم یوزنگ سچ گنز دیٹ فیل ٹو فائر ایون افٹر</w:t>
      </w:r>
    </w:p>
    <w:p>
      <w:r>
        <w:rPr>
          <w:b/>
        </w:rPr>
        <w:t xml:space="preserve">[05:37] </w:t>
      </w:r>
      <w:r>
        <w:t>triggering them.</w:t>
      </w:r>
    </w:p>
    <w:p>
      <w:pPr>
        <w:jc w:val="right"/>
      </w:pPr>
      <w:r>
        <w:t>ٹریگرنگ دیم۔</w:t>
      </w:r>
    </w:p>
    <w:p>
      <w:r>
        <w:rPr>
          <w:b/>
        </w:rPr>
        <w:t xml:space="preserve">[05:43] </w:t>
      </w:r>
      <w:r>
        <w:t>yeh hai woh insaan jis ke andar missionary spirit nahi hoti.</w:t>
      </w:r>
    </w:p>
    <w:p>
      <w:pPr>
        <w:jc w:val="right"/>
      </w:pPr>
      <w:r>
        <w:t>یہ ہے وہ انسان جس کے اندر مشنری اسپرٹ نہیں ہوتی۔</w:t>
      </w:r>
    </w:p>
    <w:p>
      <w:r>
        <w:rPr>
          <w:b/>
        </w:rPr>
        <w:t xml:space="preserve">[05:48] </w:t>
      </w:r>
      <w:r>
        <w:t>woh aisi dummy gun ki tarah hota hai ke aap us ki trigger ko dabate rahiye aur fire nahi hoga. kyunke andar gehra incentive nahi hai, andar gehra dedication nahi hai.</w:t>
      </w:r>
    </w:p>
    <w:p>
      <w:pPr>
        <w:jc w:val="right"/>
      </w:pPr>
      <w:r>
        <w:t>وہ ایسی ڈمی گن کی طرح ہوتا ہے کہ آپ اس کی ٹریگر کو دباتے رہیے اور فائر نہیں ہوگا۔ کیونکہ اندر گہرا انسنٹیو نہیں ہے، اندر گہرا ڈیڈیکیشن نہیں ہے۔</w:t>
      </w:r>
    </w:p>
    <w:p>
      <w:r>
        <w:rPr>
          <w:b/>
        </w:rPr>
        <w:t xml:space="preserve">[06:05] </w:t>
      </w:r>
      <w:r>
        <w:t>woh yeh woh log hote hain jo ittefaq se aa jaate hain mission mein, lekin haqeeqat mein hote hain woh interest par chalne wale log.</w:t>
      </w:r>
    </w:p>
    <w:p>
      <w:pPr>
        <w:jc w:val="right"/>
      </w:pPr>
      <w:r>
        <w:t>وہ یہ وہ لوگ ہوتے ہیں جو اتفاق سے آ جاتے ہیں مشن میں، لیکن حقیقت میں ہوتے ہیں وہ انٹرسٹ پر چلنے والے لوگ۔</w:t>
      </w:r>
    </w:p>
    <w:p>
      <w:r>
        <w:rPr>
          <w:b/>
        </w:rPr>
        <w:t xml:space="preserve">[06:13] </w:t>
      </w:r>
      <w:r>
        <w:t>jin ka sole concern, interest ho, woh kabhi bhi mission mein aage badh nahi sakte.</w:t>
      </w:r>
    </w:p>
    <w:p>
      <w:pPr>
        <w:jc w:val="right"/>
      </w:pPr>
      <w:r>
        <w:t>جن کا سول کنسرن، انٹرسٹ ہو، وہ کبھی بھی مشن میں آگے بڑھ نہیں سکتے۔</w:t>
      </w:r>
    </w:p>
    <w:p>
      <w:r>
        <w:rPr>
          <w:b/>
        </w:rPr>
        <w:t xml:space="preserve">[06:25] </w:t>
      </w:r>
      <w:r>
        <w:t>to dekhiye, ek misaal main ne yeh di ke ek party banai jati hai, log is ke member bante hain, kai log,</w:t>
      </w:r>
    </w:p>
    <w:p>
      <w:pPr>
        <w:jc w:val="right"/>
      </w:pPr>
      <w:r>
        <w:t>تو دیکھیے، ایک مثال میں نے یہ دی کہ ایک پارٹی بنائی جاتی ہے، لوگ اس کے ممبر بنتے ہیں، کئی لوگ،</w:t>
      </w:r>
    </w:p>
    <w:p>
      <w:r>
        <w:rPr>
          <w:b/>
        </w:rPr>
        <w:t xml:space="preserve">[06:38] </w:t>
      </w:r>
      <w:r>
        <w:t>aur phir party ke leader ki taraf se un ko program diye jaate hain, lekin woh is program ko poora nahi kar paate.</w:t>
      </w:r>
    </w:p>
    <w:p>
      <w:pPr>
        <w:jc w:val="right"/>
      </w:pPr>
      <w:r>
        <w:t>اور پھر پارٹی کے لیڈر کی طرف سے ان کو پروگرام دیے جاتے ہیں، لیکن وہ اس پروگرام کو پورا نہیں کر پاتے۔</w:t>
      </w:r>
    </w:p>
    <w:p>
      <w:r>
        <w:rPr>
          <w:b/>
        </w:rPr>
        <w:t xml:space="preserve">[06:53] </w:t>
      </w:r>
      <w:r>
        <w:t>excuse pesh karte hain.</w:t>
      </w:r>
    </w:p>
    <w:p>
      <w:pPr>
        <w:jc w:val="right"/>
      </w:pPr>
      <w:r>
        <w:t>ایکسکیوز پیش کرتے ہیں۔</w:t>
      </w:r>
    </w:p>
    <w:p>
      <w:r>
        <w:rPr>
          <w:b/>
        </w:rPr>
        <w:t xml:space="preserve">[06:58] </w:t>
      </w:r>
      <w:r>
        <w:t>mere nazdeek har excuse leam excuse hota hai. lekin excuse do qism ke hain:</w:t>
      </w:r>
    </w:p>
    <w:p>
      <w:pPr>
        <w:jc w:val="right"/>
      </w:pPr>
      <w:r>
        <w:t>میرے نزدیک ہر ایکسکیوز لیم ایکسکیوز ہوتا ہے۔ لیکن ایکسکیوز دو قسم کے ہیں:</w:t>
      </w:r>
    </w:p>
    <w:p>
      <w:r>
        <w:rPr>
          <w:b/>
        </w:rPr>
        <w:t xml:space="preserve">[07:07] </w:t>
      </w:r>
      <w:r>
        <w:t>main of mission kabhi bhi aisa nahi karega. ek excuse hai, jis ko main kehta hoon normal excuse.</w:t>
      </w:r>
    </w:p>
    <w:p>
      <w:pPr>
        <w:jc w:val="right"/>
      </w:pPr>
      <w:r>
        <w:t>مین آف مشن کبھی بھی ایسا نہیں کرے گا۔ ایک ایکسکیوز ہے، جس کو میں کہتا ہوں نارمل ایکسکیوز۔</w:t>
      </w:r>
    </w:p>
    <w:p>
      <w:r>
        <w:rPr>
          <w:b/>
        </w:rPr>
        <w:t xml:space="preserve">[07:19] </w:t>
      </w:r>
      <w:r>
        <w:t>ek woh hai jo aap ko cripple kar de. to dekhiye, excuse—aur life is full of excuses.</w:t>
      </w:r>
    </w:p>
    <w:p>
      <w:pPr>
        <w:jc w:val="right"/>
      </w:pPr>
      <w:r>
        <w:t>ایک وہ ہے جو آپ کو کرپل کر دے۔ تو دیکھیے، ایکسکیوز—اور لائف از فل آف ایکسکیوزز۔</w:t>
      </w:r>
    </w:p>
    <w:p>
      <w:r>
        <w:rPr>
          <w:b/>
        </w:rPr>
        <w:t xml:space="preserve">[07:31] </w:t>
      </w:r>
      <w:r>
        <w:t>excuse part of life hai.</w:t>
      </w:r>
    </w:p>
    <w:p>
      <w:pPr>
        <w:jc w:val="right"/>
      </w:pPr>
      <w:r>
        <w:t>ایکسکیوز پارٹ آف لائف ہے۔</w:t>
      </w:r>
    </w:p>
    <w:p>
      <w:r>
        <w:rPr>
          <w:b/>
        </w:rPr>
        <w:t xml:space="preserve">[07:35] </w:t>
      </w:r>
      <w:r>
        <w:t>abhi dekhiye, aap light chali gayi kuch der ke liye, woh excuse aa gaya.</w:t>
      </w:r>
    </w:p>
    <w:p>
      <w:pPr>
        <w:jc w:val="right"/>
      </w:pPr>
      <w:r>
        <w:t>ابھی دیکھیے، آپ لائٹ چلی گئی کچھ دیر کے لیے، وہ ایکسکیوز آ گیا۔</w:t>
      </w:r>
    </w:p>
    <w:p>
      <w:r>
        <w:rPr>
          <w:b/>
        </w:rPr>
        <w:t xml:space="preserve">[07:41] </w:t>
      </w:r>
      <w:r>
        <w:t>to hamesha aisa hoga, kabhi bhi aisa nahi ho sakta ke excuse aap ki zindagi mein na ho. to you have to differentiate between two kinds of excuses.</w:t>
      </w:r>
    </w:p>
    <w:p>
      <w:pPr>
        <w:jc w:val="right"/>
      </w:pPr>
      <w:r>
        <w:t>تو ہمیشہ ایسا ہوگا، کبھی بھی ایسا نہیں ہو سکتا کہ ایکسکیوز آپ کی زندگی میں نہ ہو۔ تو یو ہیو ٹو ڈیفرنشیٹ بٹوین ٹو کائنڈ آف ایکسکیوزز۔</w:t>
      </w:r>
    </w:p>
    <w:p>
      <w:r>
        <w:rPr>
          <w:b/>
        </w:rPr>
        <w:t xml:space="preserve">[07:58] </w:t>
      </w:r>
      <w:r>
        <w:t>normal excuse ko aap ko lena hi nahi hai.</w:t>
      </w:r>
    </w:p>
    <w:p>
      <w:pPr>
        <w:jc w:val="right"/>
      </w:pPr>
      <w:r>
        <w:t>نارمل ایکسکیوز کو آپ کو لینا ہی نہیں ہے۔</w:t>
      </w:r>
    </w:p>
    <w:p>
      <w:r>
        <w:rPr>
          <w:b/>
        </w:rPr>
        <w:t xml:space="preserve">[08:03] </w:t>
      </w:r>
      <w:r>
        <w:t>haan, woh excuse jo aap is mein aap ko, woh excuse jo aap ko cripple kar de,</w:t>
      </w:r>
    </w:p>
    <w:p>
      <w:pPr>
        <w:jc w:val="right"/>
      </w:pPr>
      <w:r>
        <w:t>ہاں، وہ ایکسکیوز جو آپ اس میں آپ کو، وہ ایکسکیوز جو آپ کو کرپل کر دے،</w:t>
      </w:r>
    </w:p>
    <w:p>
      <w:r>
        <w:rPr>
          <w:b/>
        </w:rPr>
        <w:t xml:space="preserve">[08:10] </w:t>
      </w:r>
      <w:r>
        <w:t>jo aap ke liye is kaam ko karna aap ke liye mumkin hi na rahe, wahi mere nazdeek excuse hai. normal excuse koi excuse nahi hai. jaise main ek sahib ko jaanta hoon, ek un ko ek meeting mein jaana tha, wahan address karna tha.</w:t>
      </w:r>
    </w:p>
    <w:p>
      <w:pPr>
        <w:jc w:val="right"/>
      </w:pPr>
      <w:r>
        <w:t>جو آپ کے لیے اس کام کو کرنا آپ کے لیے ممکن ہی نہ رہے، وہی میرے نزدیک ایکسکیوز ہے۔ نارمل ایکسکیوز کوئی ایکسکیوز نہیں ہے۔ جیسے میں ایک صاحب کو جانتا ہوں، ایک ان کو ایک میٹنگ میں جانا تھا، وہاں ایڈریس کرنا تھا۔</w:t>
      </w:r>
    </w:p>
    <w:p>
      <w:r>
        <w:rPr>
          <w:b/>
        </w:rPr>
        <w:t xml:space="preserve">[08:27] </w:t>
      </w:r>
      <w:r>
        <w:t>to kaafi der mein pohnche woh, aur wajah kya batai unhon ne</w:t>
      </w:r>
    </w:p>
    <w:p>
      <w:pPr>
        <w:jc w:val="right"/>
      </w:pPr>
      <w:r>
        <w:t>تو کافی دیر میں پہنچے وہ، اور وجہ کیا بتائی انہوں نے</w:t>
      </w:r>
    </w:p>
    <w:p>
      <w:r>
        <w:rPr>
          <w:b/>
        </w:rPr>
        <w:t xml:space="preserve">[08:32] </w:t>
      </w:r>
      <w:r>
        <w:t>? ke sahib, main jab ghar mein chala to mera grand son jo hai, chota bachcha, pota, mujhe pakad liya us ne ke main jaane nahi doonga.</w:t>
      </w:r>
    </w:p>
    <w:p>
      <w:pPr>
        <w:jc w:val="right"/>
      </w:pPr>
      <w:r>
        <w:t>؟ کہ صاحب، میں جب گھر میں چلا تو میرا گرینڈ سن جو ہے، چھوٹا بچہ، پوتا، مجھے پکڑ لیا اس نے کہ میں جانے نہیں دوں گا۔</w:t>
      </w:r>
    </w:p>
    <w:p>
      <w:r>
        <w:rPr>
          <w:b/>
        </w:rPr>
        <w:t xml:space="preserve">[08:42] </w:t>
      </w:r>
      <w:r>
        <w:t>dada ji, mujhe bhi le chaliye. to dada ji ne kaha ke bhai, wahan to senior log honge. ab bataiye ke isi chakkar mein ek ghante late ho gaye, woh yeh koi excuse hai?</w:t>
      </w:r>
    </w:p>
    <w:p>
      <w:pPr>
        <w:jc w:val="right"/>
      </w:pPr>
      <w:r>
        <w:t>دادا جی، مجھے بھی لے چلیے۔ تو دادا جی نے کہا کہ بھئی، وہاں تو سینئر لوگ ہوں گے۔ اب بتائیے کہ اسی چکر میں ایک گھنٹہ لیٹ ہو گئے، وہ یہ کوئی ایکسکیوز ہے؟</w:t>
      </w:r>
    </w:p>
    <w:p>
      <w:r>
        <w:rPr>
          <w:b/>
        </w:rPr>
        <w:t xml:space="preserve">[08:53] </w:t>
      </w:r>
      <w:r>
        <w:t>aap theke diye bachche ko? theke diye ke yahan is waqt nahi sune ga hum tumhari baat. chalo, hato hato yahan se, bhaag jao.</w:t>
      </w:r>
    </w:p>
    <w:p>
      <w:pPr>
        <w:jc w:val="right"/>
      </w:pPr>
      <w:r>
        <w:t>آپ ٹھیکے دیے بچے کو؟ ٹھیکے دیے کہ یہاں اس وقت نہیں سنے گا ہم تمہاری بات۔ چلو، ہٹو ہٹو یہاں سے، بھاگ جاؤ۔</w:t>
      </w:r>
    </w:p>
    <w:p>
      <w:r>
        <w:rPr>
          <w:b/>
        </w:rPr>
        <w:t xml:space="preserve">[09:01] </w:t>
      </w:r>
      <w:r>
        <w:t>ab is ko mana rahe hain, is ki pampering kar rahe hain, aur bhi excuse bana liya us ko unhon ne. yeh sacha qissa bata raha hoon aap ko main. to dekhiye, ek hai excuse, woh jo normal excuse hota hai,</w:t>
      </w:r>
    </w:p>
    <w:p>
      <w:pPr>
        <w:jc w:val="right"/>
      </w:pPr>
      <w:r>
        <w:t>اب اس کو منا رہے ہیں، اس کی پیمپرنگ کر رہے ہیں، اور بھی ایکسکیوز بنا لیا اس کو انہوں نے۔ یہ سچا قصہ بتا رہا ہوں آپ کو میں۔ تو دیکھیے، ایک ہے ایکسکیوز، وہ جو نارمل ایکسکیوز ہوتا ہے،</w:t>
      </w:r>
    </w:p>
    <w:p>
      <w:r>
        <w:rPr>
          <w:b/>
        </w:rPr>
        <w:t xml:space="preserve">[09:15] </w:t>
      </w:r>
      <w:r>
        <w:t>isi ko main kehta hoon ke excuse kabhi nahi lena chahiye. jis ne excuse liya to phir mission ka naam us ko nahi lena chahiye.</w:t>
      </w:r>
    </w:p>
    <w:p>
      <w:pPr>
        <w:jc w:val="right"/>
      </w:pPr>
      <w:r>
        <w:t>اسی کو میں کہتا ہوں کہ ایکسکیوز کبھی نہیں لینا چاہیے۔ جس نے ایکسکیوز لیا تو پھر مشن کا نام اس کو نہیں لینا چاہیے۔</w:t>
      </w:r>
    </w:p>
    <w:p>
      <w:r>
        <w:rPr>
          <w:b/>
        </w:rPr>
        <w:t xml:space="preserve">[09:26] </w:t>
      </w:r>
      <w:r>
        <w:t>phir woh ab business man ban sakta hai, woh job kar sakta hai.</w:t>
      </w:r>
    </w:p>
    <w:p>
      <w:pPr>
        <w:jc w:val="right"/>
      </w:pPr>
      <w:r>
        <w:t>پھر وہ اب بزنس مین بن سکتا ہے، وہ جاب کر سکتا ہے۔</w:t>
      </w:r>
    </w:p>
    <w:p>
      <w:r>
        <w:rPr>
          <w:b/>
        </w:rPr>
        <w:t xml:space="preserve">[09:31] </w:t>
      </w:r>
      <w:r>
        <w:t>mission ke liye aisa aadmi kabhi bhi fit nahi ho sakta hai. haan, aisa excuse jo aap ko cripple kar de, tab woh ek exception hota hai.</w:t>
      </w:r>
    </w:p>
    <w:p>
      <w:pPr>
        <w:jc w:val="right"/>
      </w:pPr>
      <w:r>
        <w:t>مشن کے لیے ایسا آدمی کبھی بھی فٹ نہیں ہو سکتا ہے۔ ہاں، ایسا ایکسکیوز جو آپ کو کرپل کر دے، تب وہ ایک ایکسیپشن ہوتا ہے۔</w:t>
      </w:r>
    </w:p>
    <w:p>
      <w:r>
        <w:rPr>
          <w:b/>
        </w:rPr>
        <w:t xml:space="preserve">[09:44] </w:t>
      </w:r>
      <w:r>
        <w:t>to main yeh keh raha tha ke ek party banti hai, log is ke member bante hain, aur jab program diya jata hai to us ko kar nahi paate, excuse pesh karne lagte hain.</w:t>
      </w:r>
    </w:p>
    <w:p>
      <w:pPr>
        <w:jc w:val="right"/>
      </w:pPr>
      <w:r>
        <w:t>تو میں یہ کہہ رہا تھا کہ ایک پارٹی بنتی ہے، لوگ اس کے ممبر بنتے ہیں، اور جب پروگرام دیا جاتا ہے تو اس کو کر نہیں پاتے، ایکسکیوز پیش کرنے لگتے ہیں۔</w:t>
      </w:r>
    </w:p>
    <w:p>
      <w:r>
        <w:rPr>
          <w:b/>
        </w:rPr>
        <w:t xml:space="preserve">[09:58] </w:t>
      </w:r>
      <w:r>
        <w:t>kisi ko party ke member ne kaha ke is experience ko jab main sochta hoon to aisa lagta hai ke I am using such guns that fail to fire even after triggering them.</w:t>
      </w:r>
    </w:p>
    <w:p>
      <w:pPr>
        <w:jc w:val="right"/>
      </w:pPr>
      <w:r>
        <w:t>کسی کو پارٹی کے ممبر نے کہا کہ اس ایکسپیرینس کو جب میں سوچتا ہوں تو ایسا لگتا ہے کہ آئی ایم یوزنگ سچ گنز دیٹ فیل ٹو فائر ایون افٹر ٹریگرنگ دیم۔</w:t>
      </w:r>
    </w:p>
    <w:p>
      <w:r>
        <w:rPr>
          <w:b/>
        </w:rPr>
        <w:t xml:space="preserve">[10:19] </w:t>
      </w:r>
      <w:r>
        <w:t>to ek yeh log hote hain, aise logon ke bil par kabhi koi mission chal nahi sakta hai.</w:t>
      </w:r>
    </w:p>
    <w:p>
      <w:pPr>
        <w:jc w:val="right"/>
      </w:pPr>
      <w:r>
        <w:t>تو ایک یہ لوگ ہوتے ہیں، ایسے لوگوں کے بل پر کبھی کوئی مشن چل نہیں سکتا ہے۔</w:t>
      </w:r>
    </w:p>
    <w:p>
      <w:r>
        <w:rPr>
          <w:b/>
        </w:rPr>
        <w:t xml:space="preserve">[10:26] </w:t>
      </w:r>
      <w:r>
        <w:t>ab doosra insaan kaisa hota hai, woh suniye. yeh baat hai san 1900 ki, 1900 ki, ab se 106 saal pehle ki.</w:t>
      </w:r>
    </w:p>
    <w:p>
      <w:pPr>
        <w:jc w:val="right"/>
      </w:pPr>
      <w:r>
        <w:t>اب دوسرا انسان کیسا ہوتا ہے، وہ سنیے۔ یہ بات ہے سن 1900 کی، 1900 کی، اب سے 106 سال پہلے کی۔</w:t>
      </w:r>
    </w:p>
    <w:p>
      <w:r>
        <w:rPr>
          <w:b/>
        </w:rPr>
        <w:t xml:space="preserve">[10:42] </w:t>
      </w:r>
      <w:r>
        <w:t>yeh baat chapi thi London ke daily akhbar jo hai, times, London times mein.</w:t>
      </w:r>
    </w:p>
    <w:p>
      <w:pPr>
        <w:jc w:val="right"/>
      </w:pPr>
      <w:r>
        <w:t>یہ بات چھپی تھی لندن کے ڈیلی اخبار جو ہے، ٹائمز، لندن ٹائمز میں۔</w:t>
      </w:r>
    </w:p>
    <w:p>
      <w:r>
        <w:rPr>
          <w:b/>
        </w:rPr>
        <w:t xml:space="preserve">[10:52] </w:t>
      </w:r>
      <w:r>
        <w:t>to is mein tha ke sir Ernest Shackleton ek the, un ke naam ke sath ek advertisement chapa.</w:t>
      </w:r>
    </w:p>
    <w:p>
      <w:pPr>
        <w:jc w:val="right"/>
      </w:pPr>
      <w:r>
        <w:t>تو اس میں تھا کہ سر ارنسٹ شائکلٹن ایک تھے، ان کے نام کے ساتھ ایک ایڈورٹائزمنٹ چھپا۔</w:t>
      </w:r>
    </w:p>
    <w:p>
      <w:r>
        <w:rPr>
          <w:b/>
        </w:rPr>
        <w:t xml:space="preserve">[11:05] </w:t>
      </w:r>
      <w:r>
        <w:t>few lines thin is mein, kuch is tarah ki thin woh ke men wanted for a hazardous journey,</w:t>
      </w:r>
    </w:p>
    <w:p>
      <w:pPr>
        <w:jc w:val="right"/>
      </w:pPr>
      <w:r>
        <w:t>فیو لائنز تھیں اس میں، کچھ اس طرح کی تھیں وہ کہ مین وانٹڈ فار ا ہیزڈرس جرنی،</w:t>
      </w:r>
    </w:p>
    <w:p>
      <w:r>
        <w:rPr>
          <w:b/>
        </w:rPr>
        <w:t xml:space="preserve">[11:24] </w:t>
      </w:r>
      <w:r>
        <w:t>bitter cold,</w:t>
      </w:r>
    </w:p>
    <w:p>
      <w:pPr>
        <w:jc w:val="right"/>
      </w:pPr>
      <w:r>
        <w:t>بٹل کولڈ،</w:t>
      </w:r>
    </w:p>
    <w:p>
      <w:r>
        <w:rPr>
          <w:b/>
        </w:rPr>
        <w:t xml:space="preserve">[11:33] </w:t>
      </w:r>
      <w:r>
        <w:t>dark darkness of long nights,</w:t>
      </w:r>
    </w:p>
    <w:p>
      <w:pPr>
        <w:jc w:val="right"/>
      </w:pPr>
      <w:r>
        <w:t>ڈارک ڈارکنس آف لانگ نائٹس،</w:t>
      </w:r>
    </w:p>
    <w:p>
      <w:r>
        <w:rPr>
          <w:b/>
        </w:rPr>
        <w:t xml:space="preserve">[11:47] </w:t>
      </w:r>
      <w:r>
        <w:t>constant danger,</w:t>
      </w:r>
    </w:p>
    <w:p>
      <w:pPr>
        <w:jc w:val="right"/>
      </w:pPr>
      <w:r>
        <w:t>کانسٹنٹ ڈینجر،</w:t>
      </w:r>
    </w:p>
    <w:p>
      <w:r>
        <w:rPr>
          <w:b/>
        </w:rPr>
        <w:t xml:space="preserve">[11:54] </w:t>
      </w:r>
      <w:r>
        <w:t>safe journey, doubtful. aise bila bataye hue ke kahan jana hai, kuch nahi, sirf ek naam aur yeh alfaaz ke hamein aadmi chahiye ek bade khatarnak safar par jaane ke liye.</w:t>
      </w:r>
    </w:p>
    <w:p>
      <w:pPr>
        <w:jc w:val="right"/>
      </w:pPr>
      <w:r>
        <w:t>سیف جرنی، ڈاؤٹ فل۔ ایسے بلا بتائے ہوئے کہ کہاں جانا ہے، کچھ نہیں، صرف ایک نام اور یہ الفاظ کہ ہمیں آدمی چاہیے ایک بڑے خطرناک سفر پر جانے کے لیے۔</w:t>
      </w:r>
    </w:p>
    <w:p>
      <w:r>
        <w:rPr>
          <w:b/>
        </w:rPr>
        <w:t xml:space="preserve">[12:17] </w:t>
      </w:r>
      <w:r>
        <w:t>is safar mein bohat zyada sardi hogi aur</w:t>
      </w:r>
    </w:p>
    <w:p>
      <w:pPr>
        <w:jc w:val="right"/>
      </w:pPr>
      <w:r>
        <w:t>اس سفر میں بہت زیادہ سردی ہوگی اور</w:t>
      </w:r>
    </w:p>
    <w:p>
      <w:r>
        <w:rPr>
          <w:b/>
        </w:rPr>
        <w:t xml:space="preserve">[12:26] </w:t>
      </w:r>
      <w:r>
        <w:t>maheeno maheeno darkness rahegi. long month, long months of complete darkness</w:t>
      </w:r>
    </w:p>
    <w:p>
      <w:pPr>
        <w:jc w:val="right"/>
      </w:pPr>
      <w:r>
        <w:t>مہینوں مہینوں ڈارکنس رہے گی۔ لانگ منتھ، لانگ منتھس آف کمپلیٹ ڈارکنس</w:t>
      </w:r>
    </w:p>
    <w:p>
      <w:r>
        <w:rPr>
          <w:b/>
        </w:rPr>
        <w:t xml:space="preserve">[12:38] </w:t>
      </w:r>
      <w:r>
        <w:t>, yaani maheeno maheeno andhera rahega aur har har waqt wahan khatra hai, khatra hai.</w:t>
      </w:r>
    </w:p>
    <w:p>
      <w:pPr>
        <w:jc w:val="right"/>
      </w:pPr>
      <w:r>
        <w:t>، یعنی مہینوں مہینوں اندھیرا رہے گا اور ہر ہر وقت وہاں خطرہ ہے، خطرہ ہے۔</w:t>
      </w:r>
    </w:p>
    <w:p>
      <w:r>
        <w:rPr>
          <w:b/>
        </w:rPr>
        <w:t xml:space="preserve">[12:50] </w:t>
      </w:r>
      <w:r>
        <w:t>aur wapas aayenge, nahi aayenge, yeh bhi pata nahi.</w:t>
      </w:r>
    </w:p>
    <w:p>
      <w:pPr>
        <w:jc w:val="right"/>
      </w:pPr>
      <w:r>
        <w:t>اور واپس آئیں گے، نہیں آئیں گے، یہ بھی پتہ نہیں۔</w:t>
      </w:r>
    </w:p>
    <w:p>
      <w:r>
        <w:rPr>
          <w:b/>
        </w:rPr>
        <w:t xml:space="preserve">[12:55] </w:t>
      </w:r>
      <w:r>
        <w:t>to aap dekhiye, jante hain kya hua? isko few aadmi, chand aadmi chahiye the.</w:t>
      </w:r>
    </w:p>
    <w:p>
      <w:pPr>
        <w:jc w:val="right"/>
      </w:pPr>
      <w:r>
        <w:t>تو آپ دیکھیے، جانتے ہیں کیا ہوا؟ اس کو فیو آدمی، چند آدمی چاہیے تھے۔</w:t>
      </w:r>
    </w:p>
    <w:p>
      <w:r>
        <w:rPr>
          <w:b/>
        </w:rPr>
        <w:t xml:space="preserve">[13:02] </w:t>
      </w:r>
      <w:r>
        <w:t>itne zyada logon ne apne naam bheje ke unhein select karna pada kis ko le jayein, kis ko na jayein.</w:t>
      </w:r>
    </w:p>
    <w:p>
      <w:pPr>
        <w:jc w:val="right"/>
      </w:pPr>
      <w:r>
        <w:t>اتنے زیادہ لوگوں نے اپنے نام بھیجے کہ انہیں سلیکٹ کرنا پڑا کس کو لے جائیں، کس کو نہ جائیں۔</w:t>
      </w:r>
    </w:p>
    <w:p>
      <w:r>
        <w:rPr>
          <w:b/>
        </w:rPr>
        <w:t xml:space="preserve">[13:13] </w:t>
      </w:r>
      <w:r>
        <w:t>yeh tha first expedition, yaani south pole, jis ko aap kehte hain. to south pole ke liye yeh first expedition tha jo san 1900 mein hua.</w:t>
      </w:r>
    </w:p>
    <w:p>
      <w:pPr>
        <w:jc w:val="right"/>
      </w:pPr>
      <w:r>
        <w:t>یہ تھا فرسٹ ایک ایکسپیڈیشن، یعنی ساؤتھ پول، جس کو آپ کہتے ہیں۔ تو ساؤتھ پول کے لیے یہ فرسٹ ایکسپیڈیشن تھا جو سن 1900 میں ہوا۔</w:t>
      </w:r>
    </w:p>
    <w:p>
      <w:r>
        <w:rPr>
          <w:b/>
        </w:rPr>
        <w:t xml:space="preserve">[13:30] </w:t>
      </w:r>
      <w:r>
        <w:t>itne sare log aaye, itne sare logon ki application aayin, ek se ek is mein sacrifice karne wala aadmi tha.</w:t>
      </w:r>
    </w:p>
    <w:p>
      <w:pPr>
        <w:jc w:val="right"/>
      </w:pPr>
      <w:r>
        <w:t>اتنے سارے لوگ آئے، اتنے سارے لوگوں کی ایپلیکیشن آئیں، ایک سے ایک اس میں سیکریفائس کرنے والا آدمی تھا۔</w:t>
      </w:r>
    </w:p>
    <w:p>
      <w:r>
        <w:rPr>
          <w:b/>
        </w:rPr>
        <w:t xml:space="preserve">[13:40] </w:t>
      </w:r>
      <w:r>
        <w:t>is mein se unhon ne select kiya aur woh gaye wahan pe south pole mein aur kai nai news wahan se le kar aaye.</w:t>
      </w:r>
    </w:p>
    <w:p>
      <w:pPr>
        <w:jc w:val="right"/>
      </w:pPr>
      <w:r>
        <w:t>اس میں سے انہوں نے سلیکٹ کیا اور وہ گئے وہاں پہ ساؤتھ پول میں اور کئی نئی نیوز وہاں سے لے کر آئے۔</w:t>
      </w:r>
    </w:p>
    <w:p>
      <w:r>
        <w:rPr>
          <w:b/>
        </w:rPr>
        <w:t xml:space="preserve">[13:50] </w:t>
      </w:r>
      <w:r>
        <w:t>yeh hain woh log jo mission ka kaam kar sakte hain. yahi woh log the jinhone renaissance kiya Europe ka.</w:t>
      </w:r>
    </w:p>
    <w:p>
      <w:pPr>
        <w:jc w:val="right"/>
      </w:pPr>
      <w:r>
        <w:t>یہ ہیں وہ لوگ جو مشن کا کام کر سکتے ہیں۔ یہی وہ لوگ تھے جنہوں نے رینیساں کیا یورپ کا۔</w:t>
      </w:r>
    </w:p>
    <w:p>
      <w:r>
        <w:rPr>
          <w:b/>
        </w:rPr>
        <w:t xml:space="preserve">[14:00] </w:t>
      </w:r>
      <w:r>
        <w:t>yahi woh log the jo colonialism ka zamana chalaya. unhon ne is zamane mein Europe mein ek word use hota tha,</w:t>
      </w:r>
    </w:p>
    <w:p>
      <w:pPr>
        <w:jc w:val="right"/>
      </w:pPr>
      <w:r>
        <w:t>یہی وہ لوگ تھے جو کلونیلزم کا زمانہ چلایا۔ انہوں نے اس زمانے میں یورپ میں ایک ورڈ یوز ہوتا تھا،</w:t>
      </w:r>
    </w:p>
    <w:p>
      <w:r>
        <w:rPr>
          <w:b/>
        </w:rPr>
        <w:t xml:space="preserve">[14:14] </w:t>
      </w:r>
      <w:r>
        <w:t>white man's burden, safed faam aadmi ki zimmedari.</w:t>
      </w:r>
    </w:p>
    <w:p>
      <w:pPr>
        <w:jc w:val="right"/>
      </w:pPr>
      <w:r>
        <w:t>وائٹ مینز برڈن، سفید فام آدمی کی ذمہ داری۔</w:t>
      </w:r>
    </w:p>
    <w:p>
      <w:r>
        <w:rPr>
          <w:b/>
        </w:rPr>
        <w:t xml:space="preserve">[14:21] </w:t>
      </w:r>
      <w:r>
        <w:t>dekhiye, white man's burden ka jo word hai, woh East mein to negative sense mein liya gaya aur is ko log joke karne lage, white man's burden ka.</w:t>
      </w:r>
    </w:p>
    <w:p>
      <w:pPr>
        <w:jc w:val="right"/>
      </w:pPr>
      <w:r>
        <w:t>دیکھیے، وائٹ مینز برڈن کا جو ورڈ ہے، وہ ایسٹ میں تو نیگیٹیو سینس میں لیا گیا اور اس کو لوگ جوک کرنے لگے، وائٹ مینز برڈن کا۔</w:t>
      </w:r>
    </w:p>
    <w:p>
      <w:r>
        <w:rPr>
          <w:b/>
        </w:rPr>
        <w:t xml:space="preserve">[14:34] </w:t>
      </w:r>
      <w:r>
        <w:t>lekin khud Europe mein yeh positive sense mein tha, yeh wahan par yeh negative sense mein nahi tha. waqatan woh is ko zimmedari samajhte the apni ke duniya ko civilize karein.</w:t>
      </w:r>
    </w:p>
    <w:p>
      <w:pPr>
        <w:jc w:val="right"/>
      </w:pPr>
      <w:r>
        <w:t>لیکن خود یورپ میں یہ پازیٹیو سینس میں تھا، یہ وہاں پر یہ نیگیٹیو سینس میں نہیں تھا۔ واقعتاً وہ اس کو ذمہ داری سمجھتے تھے اپنی کہ دنیا کو سویلائز کریں۔</w:t>
      </w:r>
    </w:p>
    <w:p>
      <w:r>
        <w:rPr>
          <w:b/>
        </w:rPr>
        <w:t xml:space="preserve">[14:49] </w:t>
      </w:r>
      <w:r>
        <w:t>unhon ne nature ko discover kiya tha, unhon ne nai nai technique daryaft ki thi, unhon ne ek naya culture banaya tha.</w:t>
      </w:r>
    </w:p>
    <w:p>
      <w:pPr>
        <w:jc w:val="right"/>
      </w:pPr>
      <w:r>
        <w:t>انہوں نے نیچر کو ڈسکور کیا تھا، انہوں نے نئی نئی ٹیکنیک دریافت کی تھی، انہوں نے ایک نیا کلچر بنایا تھا۔</w:t>
      </w:r>
    </w:p>
    <w:p>
      <w:r>
        <w:rPr>
          <w:b/>
        </w:rPr>
        <w:t xml:space="preserve">[15:03] </w:t>
      </w:r>
      <w:r>
        <w:t>ek poore maano mein ek nai civilization aayi thi un ke haan. woh chahte the ke yeh civilization woh duniya tak pahunchayein, duniya ko taraqqi mein shareek karein.</w:t>
      </w:r>
    </w:p>
    <w:p>
      <w:pPr>
        <w:jc w:val="right"/>
      </w:pPr>
      <w:r>
        <w:t>ایک پورے معنوں میں ایک نئی سویلائزیشن آئی تھی ان کے ہاں۔ وہ چاہتے تھے کہ یہ سویلائزیشن وہ دنیا تک پہنچائیں، دنیا کو ترقی میں شریک کریں۔</w:t>
      </w:r>
    </w:p>
    <w:p>
      <w:r>
        <w:rPr>
          <w:b/>
        </w:rPr>
        <w:t xml:space="preserve">[15:17] </w:t>
      </w:r>
      <w:r>
        <w:t>to is ke liye unhon ne har qism ki sacrifice ki, har qism ki mehnat ki, struggle ki. to is ko woh kehte the white man's burden.</w:t>
      </w:r>
    </w:p>
    <w:p>
      <w:pPr>
        <w:jc w:val="right"/>
      </w:pPr>
      <w:r>
        <w:t>تو اس کے لیے انہوں نے ہر قسم کی سیکریفائس کی، ہر قسم کی محنت کی، سٹرگل کی۔ تو اس کو وہ کہتے تھے وائٹ مینز برڈن۔</w:t>
      </w:r>
    </w:p>
    <w:p>
      <w:r>
        <w:rPr>
          <w:b/>
        </w:rPr>
        <w:t xml:space="preserve">[15:31] </w:t>
      </w:r>
      <w:r>
        <w:t>aur sach much unhon ne mehnat kiya is ke liye. isi ka phal hum dekh rahe hain aaj hamare paas jo kuch bhi taraqqiyan hain, woh sab unhi logon se aayin hain.</w:t>
      </w:r>
    </w:p>
    <w:p>
      <w:pPr>
        <w:jc w:val="right"/>
      </w:pPr>
      <w:r>
        <w:t>اور سچ مچ انہوں نے محنت کیا اس کے لیے۔ اسی کا پھل ہم دیکھ رہے ہیں آج ہمارے پاس جو کچھ بھی ترقیاں ہیں، وہ سب انہی لوگوں سے آئیں ہیں۔</w:t>
      </w:r>
    </w:p>
    <w:p>
      <w:r>
        <w:rPr>
          <w:b/>
        </w:rPr>
        <w:t xml:space="preserve">[15:42] </w:t>
      </w:r>
      <w:r>
        <w:t>yeh electricity, yeh loudspeaker,</w:t>
      </w:r>
    </w:p>
    <w:p>
      <w:pPr>
        <w:jc w:val="right"/>
      </w:pPr>
      <w:r>
        <w:t>یہ الیکٹریسٹی، یہ لاؤڈ سپیکر،</w:t>
      </w:r>
    </w:p>
    <w:p>
      <w:r>
        <w:rPr>
          <w:b/>
        </w:rPr>
        <w:t xml:space="preserve">[15:48] </w:t>
      </w:r>
      <w:r>
        <w:t>modern technology, modern industry, modern education, sab yahi log to laye hain hamare haan. to yeh tha white man's burden.</w:t>
      </w:r>
    </w:p>
    <w:p>
      <w:pPr>
        <w:jc w:val="right"/>
      </w:pPr>
      <w:r>
        <w:t>ماڈرن ٹیکنالوجی، ماڈرن انڈسٹری، ماڈرن ایجوکیشن، سب یہی لوگ تو لائے ہیں ہمارے ہاں۔ تو یہ تھا وائٹ مینز برڈن۔</w:t>
      </w:r>
    </w:p>
    <w:p>
      <w:r>
        <w:rPr>
          <w:b/>
        </w:rPr>
        <w:t xml:space="preserve">[16:01] </w:t>
      </w:r>
      <w:r>
        <w:t>to main is ko negative sense mein nahi leta, agarchay Eastern world mein saare log is ko negative sense mein lete hain.</w:t>
      </w:r>
    </w:p>
    <w:p>
      <w:pPr>
        <w:jc w:val="right"/>
      </w:pPr>
      <w:r>
        <w:t>تو میں اس کو نیگیٹیو سینس میں نہیں لیتا، اگرچہ ایسٹرن ورلڈ میں سارے لوگ اس کو نیگیٹیو سینس میں لیتے ہیں۔</w:t>
      </w:r>
    </w:p>
    <w:p>
      <w:r>
        <w:rPr>
          <w:b/>
        </w:rPr>
        <w:t xml:space="preserve">[16:09] </w:t>
      </w:r>
      <w:r>
        <w:t>hata ke main bhi jab naujawani ke umar mein tha to logon se sun sun kar ke main bhi is ko negative sense mein leta tha. lekin baat ko jab maine khud study ki to maine samjha ke yeh hamare haan is ko galat tor par negative sense mein liya gaya hai.</w:t>
      </w:r>
    </w:p>
    <w:p>
      <w:pPr>
        <w:jc w:val="right"/>
      </w:pPr>
      <w:r>
        <w:t>حتیٰ کہ میں بھی جب نوجوانی کے عمر میں تھا تو لوگوں سے سن سن کر کے میں بھی اس کو نیگیٹیو سینس میں لیتا تھا۔ لیکن بات کو جب میں نے خود اسٹڈی کی تو میں نے سمجھا کہ یہ ہمارے ہاں اس کو غلط طور پر نیگیٹیو سینس میں لیا گیا ہے۔</w:t>
      </w:r>
    </w:p>
    <w:p>
      <w:r>
        <w:rPr>
          <w:b/>
        </w:rPr>
        <w:t xml:space="preserve">[16:30] </w:t>
      </w:r>
      <w:r>
        <w:t>haqeeqat woh positive sense mein thi.</w:t>
      </w:r>
    </w:p>
    <w:p>
      <w:pPr>
        <w:jc w:val="right"/>
      </w:pPr>
      <w:r>
        <w:t>حقیقت وہ پازیٹیو سینس میں تھا۔</w:t>
      </w:r>
    </w:p>
    <w:p>
      <w:r>
        <w:rPr>
          <w:b/>
        </w:rPr>
        <w:t xml:space="preserve">[16:33] </w:t>
      </w:r>
      <w:r>
        <w:t>sach much woh chahte thay ke dunya ko is civilization mein hissa dein jo unhein mili thi aur waqeatan diya unhon ne.</w:t>
      </w:r>
    </w:p>
    <w:p>
      <w:pPr>
        <w:jc w:val="right"/>
      </w:pPr>
      <w:r>
        <w:t>سچ مچ وہ چاہتے تھے کہ دنیا کو اس سویلائزیشن میں حصہ دیں جو انہیں ملی تھی اور واقعتاً دیا انہوں نے۔</w:t>
      </w:r>
    </w:p>
    <w:p>
      <w:r>
        <w:rPr>
          <w:b/>
        </w:rPr>
        <w:t xml:space="preserve">[16:48] </w:t>
      </w:r>
      <w:r>
        <w:t>unhon ne diya unhon ne education mein, medical services mein, aur transport mein, communication mein, har cheez mein.</w:t>
      </w:r>
    </w:p>
    <w:p>
      <w:pPr>
        <w:jc w:val="right"/>
      </w:pPr>
      <w:r>
        <w:t>انہوں نے دیا انہوں نے ایجوکیشن میں، میڈیکل سروسز میں، اور ٹرانسپورٹ میں، کمیونیکیشن میں، ہر چیز میں۔</w:t>
      </w:r>
    </w:p>
    <w:p>
      <w:r>
        <w:rPr>
          <w:b/>
        </w:rPr>
        <w:t xml:space="preserve">[17:03] </w:t>
      </w:r>
      <w:r>
        <w:t>misal ke taur par India mein aap dekhiye, railway jo bichhai unhon ne is zamane mein, yeh kitna zyada aasan kar diya unhon ne aane jaane ko.</w:t>
      </w:r>
    </w:p>
    <w:p>
      <w:pPr>
        <w:jc w:val="right"/>
      </w:pPr>
      <w:r>
        <w:t>مثال کے طور پر انڈیا میں آپ دیکھیے، ریلوے جو بچھائی انہوں نے اس زمانے میں، یہ کتنا زیادہ آسان کر دیا انہوں نے آنے جانے کو۔</w:t>
      </w:r>
    </w:p>
    <w:p>
      <w:r>
        <w:rPr>
          <w:b/>
        </w:rPr>
        <w:t xml:space="preserve">[17:12] </w:t>
      </w:r>
      <w:r>
        <w:t>bohat aasan kar diya. toh main yeh keh raha tha ke western nations ne dunya ko civilization ka tohfa diya, us ko woh kehte thay white man's burden.</w:t>
      </w:r>
    </w:p>
    <w:p>
      <w:pPr>
        <w:jc w:val="right"/>
      </w:pPr>
      <w:r>
        <w:t>بہت آسان کر دیا۔ تو میں یہ کہہ رہا تھا کہ ویسٹرن نیشنز نے دنیا کو سویلائزیشن کا تحفہ دیا، اس کو وہ کہتے تھے وائٹ مینز برڈن۔</w:t>
      </w:r>
    </w:p>
    <w:p>
      <w:r>
        <w:rPr>
          <w:b/>
        </w:rPr>
        <w:t xml:space="preserve">[17:30] </w:t>
      </w:r>
      <w:r>
        <w:t>aur sach much is ke liye sacrifice kiya unhon ne</w:t>
      </w:r>
    </w:p>
    <w:p>
      <w:pPr>
        <w:jc w:val="right"/>
      </w:pPr>
      <w:r>
        <w:t>اور سچ مچ اس کے لیے سیکریفائس کیا انہوں نے</w:t>
      </w:r>
    </w:p>
    <w:p>
      <w:r>
        <w:rPr>
          <w:b/>
        </w:rPr>
        <w:t xml:space="preserve">[17:33] </w:t>
      </w:r>
      <w:r>
        <w:t>. isi ka ek misal maine di aap ko ke South Pole jaane ke liye kis tarah se log gaye wahan par aur jaan par khel kar ke wahan par ja kar ke wahan fateh kiya.</w:t>
      </w:r>
    </w:p>
    <w:p>
      <w:pPr>
        <w:jc w:val="right"/>
      </w:pPr>
      <w:r>
        <w:t>۔ اسی کا ایک مثال میں نے دی آپ کو کہ ساؤتھ پول جانے کے لیے کس طرح سے لوگ گئے وہاں پر اور جان پر کھیل کر کے وہاں پر جا کر کے وہاں فتح کیا۔</w:t>
      </w:r>
    </w:p>
    <w:p>
      <w:r>
        <w:rPr>
          <w:b/>
        </w:rPr>
        <w:t xml:space="preserve">[17:43] </w:t>
      </w:r>
      <w:r>
        <w:t>toh main yeh kehta hoon isi tarah hamara jo mission hai CPS, CPS International, is ke liye bhi hamein woh aadmi chahiye, woh log jo divine man's burden ki spirit le kar aage badhein.</w:t>
      </w:r>
    </w:p>
    <w:p>
      <w:pPr>
        <w:jc w:val="right"/>
      </w:pPr>
      <w:r>
        <w:t>تو میں یہ کہتا ہوں اسی طرح ہمارا جو مشن ہے سی پی ایس، سی پی ایس انٹرنیشنل، اس کے لیے بھی ہمیں وہ آدمی چاہیے، وہ لوگ جو ڈیوائن مینز برڈن کی اسپرٹ لے کر آگے بڑھیں۔</w:t>
      </w:r>
    </w:p>
    <w:p>
      <w:r>
        <w:rPr>
          <w:b/>
        </w:rPr>
        <w:t xml:space="preserve">[18:01] </w:t>
      </w:r>
      <w:r>
        <w:t>un ka mamla tha white man's burden ka, hamara hoga divine man's burden. yaani aap ko jo sachai discover hui hai, paradise ka jo ilm aap ko hua hai,</w:t>
      </w:r>
    </w:p>
    <w:p>
      <w:pPr>
        <w:jc w:val="right"/>
      </w:pPr>
      <w:r>
        <w:t>ان کا معاملہ تھا وائٹ مینز برڈن کا، ہمارا ہوگا ڈیوائن مینز برڈن۔ یعنی آپ کو جو سچائی ڈسکور ہوئی ہے، پیراڈائز کا جو علم آپ کو ہوا ہے،</w:t>
      </w:r>
    </w:p>
    <w:p>
      <w:r>
        <w:rPr>
          <w:b/>
        </w:rPr>
        <w:t xml:space="preserve">[18:18] </w:t>
      </w:r>
      <w:r>
        <w:t>creation plan of God ke bare mein aap ne jo kuch jana hai, God ka jo aap ko realization hua hai, toh is sachai ko aap logon tak pahunchayein</w:t>
      </w:r>
    </w:p>
    <w:p>
      <w:pPr>
        <w:jc w:val="right"/>
      </w:pPr>
      <w:r>
        <w:t>کریشن پلان آف گاڈ کے بارے میں آپ نے جو کچھ جانا ہے، گاڈ کا جو آپ کو رئیلائزیشن ہوا ہے، تو اس سچائی کو آپ لوگوں تک پہنچائیں</w:t>
      </w:r>
    </w:p>
    <w:p>
      <w:r>
        <w:rPr>
          <w:b/>
        </w:rPr>
        <w:t xml:space="preserve">[18:34] </w:t>
      </w:r>
      <w:r>
        <w:t>baghair kisi price ke, sirf well wishing ke tehat, ab khair khwahi ke jazbe ke tehat.</w:t>
      </w:r>
    </w:p>
    <w:p>
      <w:pPr>
        <w:jc w:val="right"/>
      </w:pPr>
      <w:r>
        <w:t>بغیر کسی پرائس کے، صرف ویل وشنگ کے تحت، اب خیر خواہی کے جذبے کے تحت۔</w:t>
      </w:r>
    </w:p>
    <w:p>
      <w:r>
        <w:rPr>
          <w:b/>
        </w:rPr>
        <w:t xml:space="preserve">[18:44] </w:t>
      </w:r>
      <w:r>
        <w:t>yeh hai</w:t>
      </w:r>
    </w:p>
    <w:p>
      <w:pPr>
        <w:jc w:val="right"/>
      </w:pPr>
      <w:r>
        <w:t>یہ ہے</w:t>
      </w:r>
    </w:p>
    <w:p>
      <w:r>
        <w:rPr>
          <w:b/>
        </w:rPr>
        <w:t xml:space="preserve">[18:48] </w:t>
      </w:r>
      <w:r>
        <w:t>divine man's burden.</w:t>
      </w:r>
    </w:p>
    <w:p>
      <w:pPr>
        <w:jc w:val="right"/>
      </w:pPr>
      <w:r>
        <w:t>ڈیوائن مینز برڈن۔</w:t>
      </w:r>
    </w:p>
    <w:p>
      <w:r>
        <w:rPr>
          <w:b/>
        </w:rPr>
        <w:t xml:space="preserve">[18:54] </w:t>
      </w:r>
      <w:r>
        <w:t>toh aap ko jaanna chahiye ke jab aap ne is mission mein apne ko shamil kiya hai toh kya zimmedariyan hain jo aap ko poora karna hai.</w:t>
      </w:r>
    </w:p>
    <w:p>
      <w:pPr>
        <w:jc w:val="right"/>
      </w:pPr>
      <w:r>
        <w:t>تو آپ کو جاننا چاہیے کہ جب آپ نے اس مشن میں اپنے کو شامل کیا ہے تو کیا ذمہ داریاں ہیں جو آپ کو پورا کرنا ہے۔</w:t>
      </w:r>
    </w:p>
    <w:p>
      <w:r>
        <w:rPr>
          <w:b/>
        </w:rPr>
        <w:t xml:space="preserve">[19:07] </w:t>
      </w:r>
      <w:r>
        <w:t>main yeh kahunga ke abhi hum log agar agar hum log waise hi ho jayein ke trigger dabane par bhi gun fire na kare toh na dunya mein kuch mein mila, na akhirat mein kuch milne wala hai.</w:t>
      </w:r>
    </w:p>
    <w:p>
      <w:pPr>
        <w:jc w:val="right"/>
      </w:pPr>
      <w:r>
        <w:t>میں یہ کہوں گا کہ ابھی ہم لوگ اگر اگر ہم لوگ ویسے ہی ہو جائیں کہ ٹریگر دبانے پر بھی گن فائر نہ کرے تو نہ دنیا میں کچھ میں ملا، نہ آخرت میں کچھ ملنے والا ہے۔</w:t>
      </w:r>
    </w:p>
    <w:p>
      <w:r>
        <w:rPr>
          <w:b/>
        </w:rPr>
        <w:t xml:space="preserve">[19:25] </w:t>
      </w:r>
      <w:r>
        <w:t>toh dekhiye, hamara jo mission hai, yeh mission</w:t>
      </w:r>
    </w:p>
    <w:p>
      <w:pPr>
        <w:jc w:val="right"/>
      </w:pPr>
      <w:r>
        <w:t>تو دیکھیے، ہمارا جو مشن ہے، یہ مشن</w:t>
      </w:r>
    </w:p>
    <w:p>
      <w:r>
        <w:rPr>
          <w:b/>
        </w:rPr>
        <w:t xml:space="preserve">[19:34] </w:t>
      </w:r>
      <w:r>
        <w:t>God oriented mission hai. yeh paradise ka, paradise ko hasil karne ka mission hai.</w:t>
      </w:r>
    </w:p>
    <w:p>
      <w:pPr>
        <w:jc w:val="right"/>
      </w:pPr>
      <w:r>
        <w:t>گاڈ اورینٹڈ مشن ہے۔ یہ پیراڈائز کا، پیراڈائز کو حاصل کرنے کا مشن ہے۔</w:t>
      </w:r>
    </w:p>
    <w:p>
      <w:r>
        <w:rPr>
          <w:b/>
        </w:rPr>
        <w:t xml:space="preserve">[19:46] </w:t>
      </w:r>
      <w:r>
        <w:t>yeh insaan ko us ki sab se bara message dene ka mission hai.</w:t>
      </w:r>
    </w:p>
    <w:p>
      <w:pPr>
        <w:jc w:val="right"/>
      </w:pPr>
      <w:r>
        <w:t>یہ انسان کو اس کی سب سے بڑا میسج دینے کا مشن ہے۔</w:t>
      </w:r>
    </w:p>
    <w:p>
      <w:r>
        <w:rPr>
          <w:b/>
        </w:rPr>
        <w:t xml:space="preserve">[19:55] </w:t>
      </w:r>
      <w:r>
        <w:t>toh yeh mission sirf sacrifice ki base par chal sakta hai.</w:t>
      </w:r>
    </w:p>
    <w:p>
      <w:pPr>
        <w:jc w:val="right"/>
      </w:pPr>
      <w:r>
        <w:t>تو یہ مشن صرف سیکریفائس کی بیس پر چل سکتا ہے۔</w:t>
      </w:r>
    </w:p>
    <w:p>
      <w:r>
        <w:rPr>
          <w:b/>
        </w:rPr>
        <w:t xml:space="preserve">[20:03] </w:t>
      </w:r>
      <w:r>
        <w:t>devotion hona chahiye, dedication hona chahiye, qurbani ka jazba hona chahiye, tab yeh mission chalega. ek sahib mere paas aaye, woh parhe likhe aadmi thay</w:t>
      </w:r>
    </w:p>
    <w:p>
      <w:pPr>
        <w:jc w:val="right"/>
      </w:pPr>
      <w:r>
        <w:t>ڈیووشن ہونا چاہیے، ڈیڈیکیشن ہونا چاہیے، قربانی کا جذبہ ہونا چاہیے، تب یہ مشن چلے گا۔ ایک صاحب میرے پاس آئے، وہ پڑھے لکھے آدمی تھے</w:t>
      </w:r>
    </w:p>
    <w:p>
      <w:r>
        <w:rPr>
          <w:b/>
        </w:rPr>
        <w:t xml:space="preserve">[20:22] </w:t>
      </w:r>
      <w:r>
        <w:t>aur kafi intelligent bhi thay.</w:t>
      </w:r>
    </w:p>
    <w:p>
      <w:pPr>
        <w:jc w:val="right"/>
      </w:pPr>
      <w:r>
        <w:t>اور کافی انٹیلیجنٹ بھی تھے۔</w:t>
      </w:r>
    </w:p>
    <w:p>
      <w:r>
        <w:rPr>
          <w:b/>
        </w:rPr>
        <w:t xml:space="preserve">[20:24] </w:t>
      </w:r>
      <w:r>
        <w:t>toh unhon ne kaha ke main aap ke mission mein mil kar kaam karna chahta hoon.</w:t>
      </w:r>
    </w:p>
    <w:p>
      <w:pPr>
        <w:jc w:val="right"/>
      </w:pPr>
      <w:r>
        <w:t>تو انہوں نے کہا کہ میں آپ کے مشن میں مل کر کام کرنا چاہتا ہوں۔</w:t>
      </w:r>
    </w:p>
    <w:p>
      <w:r>
        <w:rPr>
          <w:b/>
        </w:rPr>
        <w:t xml:space="preserve">[20:34] </w:t>
      </w:r>
      <w:r>
        <w:t>toh main ne kaha ke bohat acha, lekin pehli hi meeting mein maine un se kaha ke dekhiye, aap ko Mr. Exception banna padega.</w:t>
      </w:r>
    </w:p>
    <w:p>
      <w:pPr>
        <w:jc w:val="right"/>
      </w:pPr>
      <w:r>
        <w:t>تو میں نے کہا کہ بہت اچھا، لیکن پہلی ہی میٹنگ میں میں نے ان سے کہا کہ دیکھیے، آپ کو مسٹر ایکسیپشن بننا پڑے گا۔</w:t>
      </w:r>
    </w:p>
    <w:p>
      <w:r>
        <w:rPr>
          <w:b/>
        </w:rPr>
        <w:t xml:space="preserve">[20:45] </w:t>
      </w:r>
      <w:r>
        <w:t>hamare mission mein sirf woh log kaam kar sakte hain jo aise afraad kaam kar sakte hain jo Mr. Exception hon. Y</w:t>
      </w:r>
    </w:p>
    <w:p>
      <w:pPr>
        <w:jc w:val="right"/>
      </w:pPr>
      <w:r>
        <w:t>ہمارے مشن میں صرف وہ لوگ کام کر سکتے ہیں جو ایسے افراد کام کر سکتے ہیں جو مسٹر ایکسیپشن ہوں۔ ی</w:t>
      </w:r>
    </w:p>
    <w:p>
      <w:r>
        <w:rPr>
          <w:b/>
        </w:rPr>
        <w:t xml:space="preserve">[20:54] </w:t>
      </w:r>
      <w:r>
        <w:t>aani aaj kal ki dunya mein log kya hai, interest ke liye jeete hain, apne bachchon ke liye jeete hain, apne material benefits ke liye jeete hain,</w:t>
      </w:r>
    </w:p>
    <w:p>
      <w:pPr>
        <w:jc w:val="right"/>
      </w:pPr>
      <w:r>
        <w:t>عنی آج کل کی دنیا میں لوگ کیا ہے، انٹرسٹ کے لیے جیتے ہیں، اپنے بچوں کے لیے جیتے ہیں، اپنے مٹیریل بینیفٹس کے لیے جیتے ہیں،</w:t>
      </w:r>
    </w:p>
    <w:p>
      <w:r>
        <w:rPr>
          <w:b/>
        </w:rPr>
        <w:t xml:space="preserve">[21:09] </w:t>
      </w:r>
      <w:r>
        <w:t>yani maujooda kamyabiyon ke liye jeete hain. jabke hamara mission jo hai woh future ki kamyabiyon par ko apna target banata hai.</w:t>
      </w:r>
    </w:p>
    <w:p>
      <w:pPr>
        <w:jc w:val="right"/>
      </w:pPr>
      <w:r>
        <w:t>یعنی موجودہ کامیابیوں کے لیے جیتے ہیں۔ جبکہ ہمارا مشن جو ہے وہ فیوچر کی کامیابیوں پر کو اپنا ٹارگٹ بناتا ہے۔</w:t>
      </w:r>
    </w:p>
    <w:p>
      <w:r>
        <w:rPr>
          <w:b/>
        </w:rPr>
        <w:t xml:space="preserve">[21:22] </w:t>
      </w:r>
      <w:r>
        <w:t>yahan sacrifice karni parti hai, yahan par principle ko buniyad par, yani principle character ka saboot dena parta hai.</w:t>
      </w:r>
    </w:p>
    <w:p>
      <w:pPr>
        <w:jc w:val="right"/>
      </w:pPr>
      <w:r>
        <w:t>یہاں سیکریفائس کرنی پڑتی ہے، یہاں پر پرنسپل کو کی بنیاد پر، یعنی پرنسپل کریکٹر کا ثبوت دینا پڑتا ہے۔</w:t>
      </w:r>
    </w:p>
    <w:p>
      <w:r>
        <w:rPr>
          <w:b/>
        </w:rPr>
        <w:t xml:space="preserve">[21:37] </w:t>
      </w:r>
      <w:r>
        <w:t>yahan par koi price ki umeed ke baghair raat din kaam karna parta hai waghera.</w:t>
      </w:r>
    </w:p>
    <w:p>
      <w:pPr>
        <w:jc w:val="right"/>
      </w:pPr>
      <w:r>
        <w:t>یہاں پر کوئی پرائس کی امید کے بغیر رات دن کام کرنا پڑتا ہے وغیرہ۔</w:t>
      </w:r>
    </w:p>
    <w:p>
      <w:r>
        <w:rPr>
          <w:b/>
        </w:rPr>
        <w:t xml:space="preserve">[21:47] </w:t>
      </w:r>
      <w:r>
        <w:t>to isi waqt maine kaha ke aap ko Mr. Exception banna parega.</w:t>
      </w:r>
    </w:p>
    <w:p>
      <w:pPr>
        <w:jc w:val="right"/>
      </w:pPr>
      <w:r>
        <w:t>تو اسی وقت میں نے کہا کہ آپ کو مسٹر ایکسیپشن بننا پڑے گا۔</w:t>
      </w:r>
    </w:p>
    <w:p>
      <w:r>
        <w:rPr>
          <w:b/>
        </w:rPr>
        <w:t xml:space="preserve">[21:52] </w:t>
      </w:r>
      <w:r>
        <w:t>to unhon ne kaha ke haan, lekin kuch dinon ke baad woh chale gaye kyunke unhein ek aur koi kaam mila jahan unko zyada faida tha.</w:t>
      </w:r>
    </w:p>
    <w:p>
      <w:pPr>
        <w:jc w:val="right"/>
      </w:pPr>
      <w:r>
        <w:t>تو انہوں نے کہا کہ ہاں، لیکن کچھ دنوں کے بعد وہ چلے گئے کیونکہ انہیں ایک اور کوئی کام ملا جہاں ان کو زیادہ فائدہ تھا۔</w:t>
      </w:r>
    </w:p>
    <w:p>
      <w:r>
        <w:rPr>
          <w:b/>
        </w:rPr>
        <w:t xml:space="preserve">[22:06] </w:t>
      </w:r>
      <w:r>
        <w:t>to baad ko mujh se mile woh to maine kaha ke dekhiye, maine kaha tha ke aap ko Mr. Exception banna parega aur aap Mr. Exception nahi ban sake.</w:t>
      </w:r>
    </w:p>
    <w:p>
      <w:pPr>
        <w:jc w:val="right"/>
      </w:pPr>
      <w:r>
        <w:t>تو بعد کو مجھ سے ملے وہ تو میں نے کہا کہ دیکھیے، میں نے کہا تھا کہ آپ کو مسٹر ایکسیپشن بننا پڑے گا اور آپ مسٹر ایکسیپشن نہیں بن سکے۔</w:t>
      </w:r>
    </w:p>
    <w:p>
      <w:r>
        <w:rPr>
          <w:b/>
        </w:rPr>
        <w:t xml:space="preserve">[22:21] </w:t>
      </w:r>
      <w:r>
        <w:t>kuch material benefit ke liye, kuch material interest ke liye aap chhod kar hum ko chale gaye. to aap Mr. Exception kahan sabit hue?</w:t>
      </w:r>
    </w:p>
    <w:p>
      <w:pPr>
        <w:jc w:val="right"/>
      </w:pPr>
      <w:r>
        <w:t>کچھ مٹیریل بینیفٹ کے لیے، کچھ مٹیریل انٹرسٹ کے لیے آپ چھوڑ کر ہم کو چلے گئے۔ تو آپ مسٹر ایکسیپشن کہاں ثابت ہوئے؟</w:t>
      </w:r>
    </w:p>
    <w:p>
      <w:r>
        <w:rPr>
          <w:b/>
        </w:rPr>
        <w:t xml:space="preserve">[22:31] </w:t>
      </w:r>
      <w:r>
        <w:t>mera matlab yahi tha ke aap Mr. Exception se ke aap ke samne koi material interest bada sa aaye, tab bhi aap na chhoden is mission ko.</w:t>
      </w:r>
    </w:p>
    <w:p>
      <w:pPr>
        <w:jc w:val="right"/>
      </w:pPr>
      <w:r>
        <w:t>میرا مطلب یہی تھا کہ آپ مسٹر ایکسیپشن سے کہ آپ کے سامنے کوئی مٹیریل انٹرسٹ بڑا سا آئے، تب بھی آپ نہ چھوڑیں اس مشن کو۔</w:t>
      </w:r>
    </w:p>
    <w:p>
      <w:r>
        <w:rPr>
          <w:b/>
        </w:rPr>
        <w:t xml:space="preserve">[22:46] </w:t>
      </w:r>
      <w:r>
        <w:t>to aap ne chhod diya to kya ke aap Mr. Exception sabit nahi hue?</w:t>
      </w:r>
    </w:p>
    <w:p>
      <w:pPr>
        <w:jc w:val="right"/>
      </w:pPr>
      <w:r>
        <w:t>تو آپ نے چھوڑ دیا تو کیا کہ آپ مسٹر ایکسیپشن ثابت نہیں ہوئے؟</w:t>
      </w:r>
    </w:p>
    <w:p>
      <w:r>
        <w:rPr>
          <w:b/>
        </w:rPr>
        <w:t xml:space="preserve">[22:53] </w:t>
      </w:r>
      <w:r>
        <w:t>is tarah ke bahut se mere tajurbaat hain, bahut se tajurbaat hain. to dekhiye, main samajhta hoon ke is mission mein wahi aadmi chal payega jiski zindagi ki shuruaat hui ho Khuda ki discovery se, Khuda ko realize karne se.</w:t>
      </w:r>
    </w:p>
    <w:p>
      <w:pPr>
        <w:jc w:val="right"/>
      </w:pPr>
      <w:r>
        <w:t>اس طرح کے بہت سے میرے تجربات ہیں، بہت سے تجربات ہیں۔ تو دیکھیے، میں سمجھتا ہوں کہ اس مشن میں وہی آدمی چل پائے گا جس کی زندگی کی شروعات ہوئی ہو خدا کی ڈسکوری سے، خدا کو رئیلائز کرنے سے۔</w:t>
      </w:r>
    </w:p>
    <w:p>
      <w:r>
        <w:rPr>
          <w:b/>
        </w:rPr>
        <w:t xml:space="preserve">[23:21] </w:t>
      </w:r>
      <w:r>
        <w:t>kisi aur jazbe se agar aap is mission mein lagenge to bahut jald woh khatm ho jayega kyunke yeh sirf Khuda ki ka inspiration hai jo aap ko har waqt active rakhta hai.</w:t>
      </w:r>
    </w:p>
    <w:p>
      <w:pPr>
        <w:jc w:val="right"/>
      </w:pPr>
      <w:r>
        <w:t>کسی اور جذبے سے اگر آپ اس مشن میں لگیں گے تو بہت جلد وہ ختم ہو جائے گا کیونکہ یہ صرف خدا کی کا انسپیریشن ہے جو آپ کو ہر وقت ایکٹیو رکھتا ہے۔</w:t>
      </w:r>
    </w:p>
    <w:p>
      <w:r>
        <w:rPr>
          <w:b/>
        </w:rPr>
        <w:t xml:space="preserve">[23:35] </w:t>
      </w:r>
      <w:r>
        <w:t>jo aadmi Khuda ka inspiration jis ko na mil raha ho to woh chalega nahi is kaam mein.</w:t>
      </w:r>
    </w:p>
    <w:p>
      <w:pPr>
        <w:jc w:val="right"/>
      </w:pPr>
      <w:r>
        <w:t>جو آدمی خدا کا انسپیریشن جس کو نہ مل رہا ہو تو وہ چلے گا نہیں اس کام میں۔</w:t>
      </w:r>
    </w:p>
    <w:p>
      <w:r>
        <w:rPr>
          <w:b/>
        </w:rPr>
        <w:t xml:space="preserve">[23:47] </w:t>
      </w:r>
      <w:r>
        <w:t>itna zyada dedication hona chahiye ke kahe baghair aap baaton ko jaanen. agar aap woh insaan hain ke jo kaha jaye woh aap jaanen aur kar dalen, jo na kaha jaye to aap us ko na kar paen aur kahen ke aap ne aisa kaha nahi tha mujh se.</w:t>
      </w:r>
    </w:p>
    <w:p>
      <w:pPr>
        <w:jc w:val="right"/>
      </w:pPr>
      <w:r>
        <w:t>اتنا زیادہ ڈیڈیکیشن ہونا چاہیے کہ کہے بغیر آپ باتوں کو جانیں۔ اگر آپ وہ انسان ہیں کہ جو کہا جائے وہ آپ جانیں اور کر ڈالیں، جو نہ کہا جائے تو آپ اس کو نہ کر پائیں اور کہیں کہ آپ نے ایسا کہا نہیں تھا مجھ سے۔</w:t>
      </w:r>
    </w:p>
    <w:p>
      <w:r>
        <w:rPr>
          <w:b/>
        </w:rPr>
        <w:t xml:space="preserve">[24:08] </w:t>
      </w:r>
      <w:r>
        <w:t>aise log mission mein aage nahi badh sakte. main ek misaal deta hoon aap ko is baat ko bayan karne ki.</w:t>
      </w:r>
    </w:p>
    <w:p>
      <w:pPr>
        <w:jc w:val="right"/>
      </w:pPr>
      <w:r>
        <w:t>ایسے لوگ مشن میں آگے نہیں بڑھ سکتے۔ میں ایک مثال دیتا ہوں آپ کو اس بات کو بیان کرنے کی۔</w:t>
      </w:r>
    </w:p>
    <w:p>
      <w:r>
        <w:rPr>
          <w:b/>
        </w:rPr>
        <w:t xml:space="preserve">[24:18] </w:t>
      </w:r>
      <w:r>
        <w:t>ghaliban 1948 ka zamana tha, us waqt main Azerbaijan mein tha to mere bade bhai Abdul Aziz Khan marhoom ko sham ko sakht dard hua pet mein.</w:t>
      </w:r>
    </w:p>
    <w:p>
      <w:pPr>
        <w:jc w:val="right"/>
      </w:pPr>
      <w:r>
        <w:t>غالباً 1948 کا زمانہ تھا، اس وقت میں آذربائیجان میں تھا تو میرے بڑے بھائی عبدالعزیز خان مرحوم کو شام کو سخت درد ہوا پیٹ میں۔</w:t>
      </w:r>
    </w:p>
    <w:p>
      <w:r>
        <w:rPr>
          <w:b/>
        </w:rPr>
        <w:t xml:space="preserve">[24:39] </w:t>
      </w:r>
      <w:r>
        <w:t>bahut zyada dard pet mein hua</w:t>
      </w:r>
    </w:p>
    <w:p>
      <w:pPr>
        <w:jc w:val="right"/>
      </w:pPr>
      <w:r>
        <w:t>بہت زیادہ درد پیٹ میں ہوا</w:t>
      </w:r>
    </w:p>
    <w:p>
      <w:r>
        <w:rPr>
          <w:b/>
        </w:rPr>
        <w:t xml:space="preserve">[24:42] </w:t>
      </w:r>
      <w:r>
        <w:t>to us waqt wahan par ek jo district hospital tha, us mein surgeon the Anisuddin Ahmed, Doctor Anisuddin Ahmed.</w:t>
      </w:r>
    </w:p>
    <w:p>
      <w:pPr>
        <w:jc w:val="right"/>
      </w:pPr>
      <w:r>
        <w:t>تو اس وقت وہاں پر ایک جو ڈسٹرکٹ ہاسپٹل تھا، اس میں سرجن تھے انیس الدین احمد، ڈاکٹر انیس الدین احمد۔</w:t>
      </w:r>
    </w:p>
    <w:p>
      <w:r>
        <w:rPr>
          <w:b/>
        </w:rPr>
        <w:t xml:space="preserve">[24:56] </w:t>
      </w:r>
      <w:r>
        <w:t>un ko bulaya gaya, unhon ne dekhte hi kaha ke yeh to aap appendicitis ka case hai, is ka to operation hoga.</w:t>
      </w:r>
    </w:p>
    <w:p>
      <w:pPr>
        <w:jc w:val="right"/>
      </w:pPr>
      <w:r>
        <w:t>ان کو بلایا گیا، انہوں نے دیکھتے ہی کہا کہ یہ تو آپ اینٹیسائٹس کا کیس ہے، اس کا تو آپریشن ہوگا۔</w:t>
      </w:r>
    </w:p>
    <w:p>
      <w:r>
        <w:rPr>
          <w:b/>
        </w:rPr>
        <w:t xml:space="preserve">[25:06] </w:t>
      </w:r>
      <w:r>
        <w:t>aap in ko foran Lucknow le jaiye, yeh raat ke waqt woh keh rahe hain hum se,</w:t>
      </w:r>
    </w:p>
    <w:p>
      <w:pPr>
        <w:jc w:val="right"/>
      </w:pPr>
      <w:r>
        <w:t>آپ ان کو فوراً لکھنؤ لے جائیے، یہ رات کے وقت وہ کہہ رہے ہیں ہم سے،</w:t>
      </w:r>
    </w:p>
    <w:p>
      <w:r>
        <w:rPr>
          <w:b/>
        </w:rPr>
        <w:t xml:space="preserve">[25:12] </w:t>
      </w:r>
      <w:r>
        <w:t>abhi le jaiye. to raaton raat safar kar ke hum pahunche phir Lucknow, lekin jo waqia hua woh batata hoon main aap ko. main un se baat kar raha tha to maine Doctor sahab se kaha ke appendix ka operation is zamane mein koi major operation nahi mana jata,</w:t>
      </w:r>
    </w:p>
    <w:p>
      <w:pPr>
        <w:jc w:val="right"/>
      </w:pPr>
      <w:r>
        <w:t>ابھی لے جائیے۔ تو راتوں رات سفر کر کے ہم پہنچے پھر لکھنؤ، لیکن جو واقعہ ہوا وہ بتاتا ہوں میں آپ کو۔ میں ان سے بات کر رہا تھا تو میں نے ڈاکٹر صاحب سے کہا کہ اپنڈکس کا آپریشن اس زمانے میں کوئی میجر آپشن نہیں مانا جاتا،</w:t>
      </w:r>
    </w:p>
    <w:p>
      <w:r>
        <w:rPr>
          <w:b/>
        </w:rPr>
        <w:t xml:space="preserve">[25:35] </w:t>
      </w:r>
      <w:r>
        <w:t>woh minor operation samjha jata hai. to aap Azam Garhi mein operation kar dijiye</w:t>
      </w:r>
    </w:p>
    <w:p>
      <w:pPr>
        <w:jc w:val="right"/>
      </w:pPr>
      <w:r>
        <w:t>وہ مائنر آپریشن سمجھا جاتا ہے۔ تو آپ اعظم گڑھی میں آپریشن کر دیجیے</w:t>
      </w:r>
    </w:p>
    <w:p>
      <w:r>
        <w:rPr>
          <w:b/>
        </w:rPr>
        <w:t xml:space="preserve">[25:42] </w:t>
      </w:r>
      <w:r>
        <w:t>, aap hum ko Lucknow kyun bhej rahe hain?</w:t>
      </w:r>
    </w:p>
    <w:p>
      <w:pPr>
        <w:jc w:val="right"/>
      </w:pPr>
      <w:r>
        <w:t>، آپ ہم کو لکھنؤ کیوں بھیج رہے ہیں؟</w:t>
      </w:r>
    </w:p>
    <w:p>
      <w:r>
        <w:rPr>
          <w:b/>
        </w:rPr>
        <w:t xml:space="preserve">[25:48] </w:t>
      </w:r>
      <w:r>
        <w:t>to unhon ne ek aisi baat kahi jis mein bada sabak tha.</w:t>
      </w:r>
    </w:p>
    <w:p>
      <w:pPr>
        <w:jc w:val="right"/>
      </w:pPr>
      <w:r>
        <w:t>تو انہوں نے ایک ایسی بات کہی جس میں بڑا سبق تھا۔</w:t>
      </w:r>
    </w:p>
    <w:p>
      <w:r>
        <w:rPr>
          <w:b/>
        </w:rPr>
        <w:t xml:space="preserve">[25:54] </w:t>
      </w:r>
      <w:r>
        <w:t>unki yeh baat mujhe lafz ba lafz yaad hai.</w:t>
      </w:r>
    </w:p>
    <w:p>
      <w:pPr>
        <w:jc w:val="right"/>
      </w:pPr>
      <w:r>
        <w:t>ان کی یہ بات مجھے لفظ بہ لفظ یاد ہے۔</w:t>
      </w:r>
    </w:p>
    <w:p>
      <w:r>
        <w:rPr>
          <w:b/>
        </w:rPr>
        <w:t xml:space="preserve">[25:57] </w:t>
      </w:r>
      <w:r>
        <w:t>dekhiye, aap yeh jante hain ke Doctor jab kisi mareez ko operation table par latata hai aur kuch cheer phad karta hai to us ko kai hand chahiye,</w:t>
      </w:r>
    </w:p>
    <w:p>
      <w:pPr>
        <w:jc w:val="right"/>
      </w:pPr>
      <w:r>
        <w:t>دیکھیے، آپ یہ جانتے ہیں کہ ڈاکٹر جب کسی مریض کو آپریشن ٹیبل پر لٹاتا ہے اور کچھ چیر پھاڑ کرتا ہے تو اس کو کئی ہینڈ چاہیے،</w:t>
      </w:r>
    </w:p>
    <w:p>
      <w:r>
        <w:rPr>
          <w:b/>
        </w:rPr>
        <w:t xml:space="preserve">[26:12] </w:t>
      </w:r>
      <w:r>
        <w:t>kai compounder chahiye. yeh log bohat ziyada tarbiyat yafta hotay hain, yani woh aisay ziyada tarbiyat yafta hotay hain ke kahe baghair baaton ko samajhein.</w:t>
      </w:r>
    </w:p>
    <w:p>
      <w:pPr>
        <w:jc w:val="right"/>
      </w:pPr>
      <w:r>
        <w:t>کئی کمپاؤنڈر چاہیے۔ یہ لوگ بہت زیادہ تربیت یافتہ ہوتے ہیں، یعنی وہ ایسے زیادہ تربیت یافتہ ہوتے ہیں کہ کہے بغیر باتوں کو سمجھیں۔</w:t>
      </w:r>
    </w:p>
    <w:p>
      <w:r>
        <w:rPr>
          <w:b/>
        </w:rPr>
        <w:t xml:space="preserve">[26:25] </w:t>
      </w:r>
      <w:r>
        <w:t>mislan doctor jo operation ka kaam karta hai to aik lamba kaam hota hai. pehle woh jaisay appendix ke operation mein pehle woh pait ko cheere ga, is ke baad pait ke andar se appendix ka jo aik chota sa tukra hota hai woh nikale ga, kaat kar ke.</w:t>
      </w:r>
    </w:p>
    <w:p>
      <w:pPr>
        <w:jc w:val="right"/>
      </w:pPr>
      <w:r>
        <w:t>مثلاً ڈاکٹر جو آپریشن کام کرتا ہے تو ایک لمبا کام ہوتا ہے۔ پہلے وہ جیسے اپنڈکس کے آپریشن میں پہلے وہ پیٹ کو چیرے گا، اس کے بعد پیٹ کے اندر سے اپنڈکس کا جو ایک چھوٹا سا ٹکڑا ہوتا ہے وہ نکالے گا، کاٹ کر کے۔</w:t>
      </w:r>
    </w:p>
    <w:p>
      <w:r>
        <w:rPr>
          <w:b/>
        </w:rPr>
        <w:t xml:space="preserve">[26:43] </w:t>
      </w:r>
      <w:r>
        <w:t>nikalne ke baad ab is ko dobara is ko seena hai, jo pait chaak kiya tha us ko seena hai.</w:t>
      </w:r>
    </w:p>
    <w:p>
      <w:pPr>
        <w:jc w:val="right"/>
      </w:pPr>
      <w:r>
        <w:t>نکالنے کے بعد اب اس کو دوبارہ اس کو سینا ہے، جو پیٹ چاک کیا تھا اس کو سینا ہے۔</w:t>
      </w:r>
    </w:p>
    <w:p>
      <w:r>
        <w:rPr>
          <w:b/>
        </w:rPr>
        <w:t xml:space="preserve">[26:54] </w:t>
      </w:r>
      <w:r>
        <w:t>ab seene ke liye hota hai jo kehte hain ghaliban catgut, thread hoti hai jild ki.</w:t>
      </w:r>
    </w:p>
    <w:p>
      <w:pPr>
        <w:jc w:val="right"/>
      </w:pPr>
      <w:r>
        <w:t>اب سینے کے لیے ہوتا ہے جو کہتے ہیں غالباً کیٹ گٹس، تھریڈ ہوتی ہے جلد کی۔</w:t>
      </w:r>
    </w:p>
    <w:p>
      <w:r>
        <w:rPr>
          <w:b/>
        </w:rPr>
        <w:t xml:space="preserve">[27:07] </w:t>
      </w:r>
      <w:r>
        <w:t>yeh yeh threaden jis tarah aap kapra sente hain taake woh jild mein mil jaye</w:t>
      </w:r>
    </w:p>
    <w:p>
      <w:pPr>
        <w:jc w:val="right"/>
      </w:pPr>
      <w:r>
        <w:t>یہ یہ تھریڈیں جس طرح آپ کپڑا سینتے ہیں تاکہ وہ جلد میں مل جائے</w:t>
      </w:r>
    </w:p>
    <w:p>
      <w:r>
        <w:rPr>
          <w:b/>
        </w:rPr>
        <w:t xml:space="preserve">[27:16] </w:t>
      </w:r>
      <w:r>
        <w:t>to sui mein is ko daal kar ke dena parta hai.</w:t>
      </w:r>
    </w:p>
    <w:p>
      <w:pPr>
        <w:jc w:val="right"/>
      </w:pPr>
      <w:r>
        <w:t>تو سوئی میں اس کو ڈال کر کے دینا پڑتا ہے۔</w:t>
      </w:r>
    </w:p>
    <w:p>
      <w:r>
        <w:rPr>
          <w:b/>
        </w:rPr>
        <w:t xml:space="preserve">[27:21] </w:t>
      </w:r>
      <w:r>
        <w:t>to jab doctor operation kar raha ho to kaichi ki zaroorat hai ya knife ki zaroorat hai to compounder wahan khara rehta hai, woh aik aik aik ke baad aik deta rehta hai.</w:t>
      </w:r>
    </w:p>
    <w:p>
      <w:pPr>
        <w:jc w:val="right"/>
      </w:pPr>
      <w:r>
        <w:t>تو جب ڈاکٹر آپریشن کر رہا ہو تو کائیچی کی ضرورت ہے یا نائف کی ضرورت ہے تو کمپاؤنڈر وہاں کھڑا رہتا ہے، وہ ایک ایک ایک کے بعد ایک دیتا رہتا ہے۔</w:t>
      </w:r>
    </w:p>
    <w:p>
      <w:r>
        <w:rPr>
          <w:b/>
        </w:rPr>
        <w:t xml:space="preserve">[27:31] </w:t>
      </w:r>
      <w:r>
        <w:t>is ko doctor bole ga nahi, apne aap woh deta rahe ga. to doctor sahib ne wazahat karte hue kaha ke farz kijiye ke hum hum ne pait cheera,</w:t>
      </w:r>
    </w:p>
    <w:p>
      <w:pPr>
        <w:jc w:val="right"/>
      </w:pPr>
      <w:r>
        <w:t>اس کو ڈاکٹر بولے گا نہیں، اپنے آپ وہ دیتا رہے گا۔ تو ڈاکٹر صاحب نے وضاحت کرتے ہوئے کہا کہ فرض کیجیے کہ ہم ہم نے پیٹ چیرا،</w:t>
      </w:r>
    </w:p>
    <w:p>
      <w:r>
        <w:rPr>
          <w:b/>
        </w:rPr>
        <w:t xml:space="preserve">[27:46] </w:t>
      </w:r>
      <w:r>
        <w:t>appendix nikala, sara kaam ho chuka,</w:t>
      </w:r>
    </w:p>
    <w:p>
      <w:pPr>
        <w:jc w:val="right"/>
      </w:pPr>
      <w:r>
        <w:t>اپنڈکس نکالا، سارا کام ہو چکا،</w:t>
      </w:r>
    </w:p>
    <w:p>
      <w:r>
        <w:rPr>
          <w:b/>
        </w:rPr>
        <w:t xml:space="preserve">[27:50] </w:t>
      </w:r>
      <w:r>
        <w:t>ab hamein seena hai to hamein thread chahiye. ab agar hamara jo saathi hai, hamara jo compounder hamare saath khara hua hai to woh hum ko,</w:t>
      </w:r>
    </w:p>
    <w:p>
      <w:pPr>
        <w:jc w:val="right"/>
      </w:pPr>
      <w:r>
        <w:t>اب ہمیں سینا ہے تو ہمیں تھریڈ چاہیے۔ اب اگر ہمارا جو ساتھی ہے، ہمارا جو کمپاؤنڈر ہمارے ساتھ کھڑا ہوا ہے تو وہ ہم کو،</w:t>
      </w:r>
    </w:p>
    <w:p>
      <w:r>
        <w:rPr>
          <w:b/>
        </w:rPr>
        <w:t xml:space="preserve">[28:03] </w:t>
      </w:r>
      <w:r>
        <w:t>hum ko us waqt farz kijiye zaroorat hai bareek thread ki, woh hum ko sui mein mota thread daal kar dene lagay. to unhon ne kaha ke us waqt itna waqt nahi hota ke hum yeh kahein kar rahe ho bareek thread do.</w:t>
      </w:r>
    </w:p>
    <w:p>
      <w:pPr>
        <w:jc w:val="right"/>
      </w:pPr>
      <w:r>
        <w:t>ہم کو اس وقت فرض کیجیے ضرورت ہے باریک تھریڈ کی، وہ ہم کو سوئی میں موٹا تھریڈ ڈال کر دینے لگے۔ تو انہوں نے کہا کہ اس وقت اتنا وقت نہیں ہوتا کہ ہم یہ کہیں کر رہے ہو باریک تھریڈ دو۔</w:t>
      </w:r>
    </w:p>
    <w:p>
      <w:r>
        <w:rPr>
          <w:b/>
        </w:rPr>
        <w:t xml:space="preserve">[28:21] </w:t>
      </w:r>
      <w:r>
        <w:t>unhon ne kaha ke woh to secondon ka maamla hota hai, aadmi jeene aur marne ke beech mein hota hai, zindagi aur maut ke beech mein hota hai insaan.</w:t>
      </w:r>
    </w:p>
    <w:p>
      <w:pPr>
        <w:jc w:val="right"/>
      </w:pPr>
      <w:r>
        <w:t>انہوں نے کہا کہ وہ تو سیکنڈوں کا معاملہ ہوتا ہے، آدمی جینے اور مرنے کے بیچ میں ہوتا ہے، زندگی اور موت کے بیچ میں ہوتا ہے انسان۔</w:t>
      </w:r>
    </w:p>
    <w:p>
      <w:r>
        <w:rPr>
          <w:b/>
        </w:rPr>
        <w:t xml:space="preserve">[28:31] </w:t>
      </w:r>
      <w:r>
        <w:t>to hamein yeh waqt hota hai na ke bolein hum ke dekho bhai mota thread kyun diya diya, bareek bareek do.</w:t>
      </w:r>
    </w:p>
    <w:p>
      <w:pPr>
        <w:jc w:val="right"/>
      </w:pPr>
      <w:r>
        <w:t>تو ہمیں یہ وقت ہوتا ہے نا کہ بولیں ہم کہ دیکھو بھئی موٹا تھریڈ کیوں دیا دیا، باریک باریک دو۔</w:t>
      </w:r>
    </w:p>
    <w:p>
      <w:r>
        <w:rPr>
          <w:b/>
        </w:rPr>
        <w:t xml:space="preserve">[28:42] </w:t>
      </w:r>
      <w:r>
        <w:t>to unhon ne kaha ke is ko batate hue ke mere saathi ko yeh jaanna chahiye ke mein aage kya karne wala hoon,</w:t>
      </w:r>
    </w:p>
    <w:p>
      <w:pPr>
        <w:jc w:val="right"/>
      </w:pPr>
      <w:r>
        <w:t>تو انہوں نے کہا کہ اس کو بتاتے ہوئے کہ میرے ساتھی کو یہ جاننا چاہیے کہ میں آگے کیا کرنے والا ہوں،</w:t>
      </w:r>
    </w:p>
    <w:p>
      <w:r>
        <w:rPr>
          <w:b/>
        </w:rPr>
        <w:t xml:space="preserve">[28:54] </w:t>
      </w:r>
      <w:r>
        <w:t>mere saathi ko yeh jaanna chahiye ke mein aage kya karne wala hoon. to jo log kahe baghair baaton ko jaanein, wohi mission mein apna kirdaar kar sakte hain.</w:t>
      </w:r>
    </w:p>
    <w:p>
      <w:pPr>
        <w:jc w:val="right"/>
      </w:pPr>
      <w:r>
        <w:t>میرے ساتھی کو یہ جاننا چاہیے کہ میں آگے کیا کرنے والا ہوں۔ تو جو لوگ کہے بغیر باتوں کو جانیں، وہی مشن میں اپنا کردار کر سکتے ہیں۔</w:t>
      </w:r>
    </w:p>
    <w:p>
      <w:r>
        <w:rPr>
          <w:b/>
        </w:rPr>
        <w:t xml:space="preserve">[29:12] </w:t>
      </w:r>
      <w:r>
        <w:t>jab aap bohat ziyada apne ko dedicate karte hain, usi ke baray mein sochte hain, apne zehan ko usi par laga dete hain, aap ka sara aap ka rohani fikr wohi mission ban jata hai.</w:t>
      </w:r>
    </w:p>
    <w:p>
      <w:pPr>
        <w:jc w:val="right"/>
      </w:pPr>
      <w:r>
        <w:t>جب آپ بہت زیادہ اپنے کو ڈیڈیکیٹ کرتے ہیں، اسی کے بارے میں سوچتے ہیں، اپنے ذہن کو اسی پر لگا دیتے ہیں، آپ کا سارا آپ کا روحانی فکر وہی مشن بن جاتا ہے۔</w:t>
      </w:r>
    </w:p>
    <w:p>
      <w:r>
        <w:rPr>
          <w:b/>
        </w:rPr>
        <w:t xml:space="preserve">[29:27] </w:t>
      </w:r>
      <w:r>
        <w:t>to apne aap aisa hota hai ke aap kahe baghair baaton ko jaan lete hain.</w:t>
      </w:r>
    </w:p>
    <w:p>
      <w:pPr>
        <w:jc w:val="right"/>
      </w:pPr>
      <w:r>
        <w:t>تو اپنے آپ ایسا ہوتا ہے کہ آپ کہے بغیر باتوں کو جان لیتے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