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Challenge Activates Potential March 7, 2009 Maulana Wahiduddin Khan</w:t>
      </w:r>
    </w:p>
    <w:p>
      <w:r>
        <w:t>https://www.youtube.com/watch?v=fINKWi2aYzo</w:t>
      </w:r>
    </w:p>
    <w:p>
      <w:r>
        <w:rPr>
          <w:b/>
        </w:rPr>
        <w:t xml:space="preserve">[00:11] </w:t>
      </w:r>
      <w:r>
        <w:t>bismillah rahman rahim, wa salli allah ala nabiyil karim.</w:t>
      </w:r>
    </w:p>
    <w:p>
      <w:pPr>
        <w:jc w:val="right"/>
      </w:pPr>
      <w:r>
        <w:t>بسم اللہ الرحمن الرحیم، و صلی اللہ علی النبی الکریم۔</w:t>
      </w:r>
    </w:p>
    <w:p>
      <w:r>
        <w:rPr>
          <w:b/>
        </w:rPr>
        <w:t xml:space="preserve">[00:24] </w:t>
      </w:r>
      <w:r>
        <w:t>today i received a telephone call from noida.</w:t>
      </w:r>
    </w:p>
    <w:p>
      <w:pPr>
        <w:jc w:val="right"/>
      </w:pPr>
      <w:r>
        <w:t>ٹوڈے آئی ریسیوڈ ا ٹیلی فون کال فرام نوائڈا۔</w:t>
      </w:r>
    </w:p>
    <w:p>
      <w:r>
        <w:rPr>
          <w:b/>
        </w:rPr>
        <w:t xml:space="preserve">[00:35] </w:t>
      </w:r>
      <w:r>
        <w:t>the caller was a muslim youth.</w:t>
      </w:r>
    </w:p>
    <w:p>
      <w:pPr>
        <w:jc w:val="right"/>
      </w:pPr>
      <w:r>
        <w:t>دا کالر واز ا مسلم یوتھ۔</w:t>
      </w:r>
    </w:p>
    <w:p>
      <w:r>
        <w:rPr>
          <w:b/>
        </w:rPr>
        <w:t xml:space="preserve">[00:41] </w:t>
      </w:r>
      <w:r>
        <w:t>he wanted an appointment. i said, "today, that is on saturday, we organize a meeting here,</w:t>
      </w:r>
    </w:p>
    <w:p>
      <w:pPr>
        <w:jc w:val="right"/>
      </w:pPr>
      <w:r>
        <w:t>ہی وانٹڈ این اپوائنٹمنٹ۔ آئی سیڈ، "ٹوڈے، دیٹ از ان سیٹرڈے، وی ارگنائز ا میٹنگ ہیر،</w:t>
      </w:r>
    </w:p>
    <w:p>
      <w:r>
        <w:rPr>
          <w:b/>
        </w:rPr>
        <w:t xml:space="preserve">[00:58] </w:t>
      </w:r>
      <w:r>
        <w:t>so you can join that meeting, and also inshallah i will meet you." he said, "no,</w:t>
      </w:r>
    </w:p>
    <w:p>
      <w:pPr>
        <w:jc w:val="right"/>
      </w:pPr>
      <w:r>
        <w:t>سو یو کین جوائن دیٹ میٹنگ، اینڈ السو انشاءاللہ آئی ویل میٹ یو۔" ہی سیڈ، "نو،</w:t>
      </w:r>
    </w:p>
    <w:p>
      <w:r>
        <w:rPr>
          <w:b/>
        </w:rPr>
        <w:t xml:space="preserve">[01:08] </w:t>
      </w:r>
      <w:r>
        <w:t>i want a private appointment." i said, "yes." yani reluctantly i gave appointment.</w:t>
      </w:r>
    </w:p>
    <w:p>
      <w:pPr>
        <w:jc w:val="right"/>
      </w:pPr>
      <w:r>
        <w:t>آئی وانٹ ا پرائیویٹ اپوائنٹمنٹ۔" آئی سیڈ، "یس۔" یعنی ریلیکٹنٹلی آئی گیو اپوائنٹمنٹ۔</w:t>
      </w:r>
    </w:p>
    <w:p>
      <w:r>
        <w:rPr>
          <w:b/>
        </w:rPr>
        <w:t xml:space="preserve">[01:22] </w:t>
      </w:r>
      <w:r>
        <w:t>so he came here after,</w:t>
      </w:r>
    </w:p>
    <w:p>
      <w:pPr>
        <w:jc w:val="right"/>
      </w:pPr>
      <w:r>
        <w:t>سو ہی کیم ہیر افٹر،</w:t>
      </w:r>
    </w:p>
    <w:p>
      <w:r>
        <w:rPr>
          <w:b/>
        </w:rPr>
        <w:t xml:space="preserve">[01:29] </w:t>
      </w:r>
      <w:r>
        <w:t>after any afternoon.</w:t>
      </w:r>
    </w:p>
    <w:p>
      <w:pPr>
        <w:jc w:val="right"/>
      </w:pPr>
      <w:r>
        <w:t>افٹر اینی افٹرنون۔</w:t>
      </w:r>
    </w:p>
    <w:p>
      <w:r>
        <w:rPr>
          <w:b/>
        </w:rPr>
        <w:t xml:space="preserve">[01:39] </w:t>
      </w:r>
      <w:r>
        <w:t>so he said that, "i have read some over books, but i have a question in my mind."</w:t>
      </w:r>
    </w:p>
    <w:p>
      <w:pPr>
        <w:jc w:val="right"/>
      </w:pPr>
      <w:r>
        <w:t>سو ہی سیڈ دیٹ، "آئی ہیو ریڈ سم اوور بکس، بٹ آئی ہیو ا کوئسچن ان مائی مائنڈ۔"</w:t>
      </w:r>
    </w:p>
    <w:p>
      <w:r>
        <w:rPr>
          <w:b/>
        </w:rPr>
        <w:t xml:space="preserve">[01:51] </w:t>
      </w:r>
      <w:r>
        <w:t>he said that, "there is wide spread rumors about you, that you claim that you are mehdi al masih."</w:t>
      </w:r>
    </w:p>
    <w:p>
      <w:pPr>
        <w:jc w:val="right"/>
      </w:pPr>
      <w:r>
        <w:t>ہی سیڈ دیٹ، "دیر از وائٹ سپریڈ ریورز اباؤٹ یو، دیٹ یو کلیم دیٹ یو آر مہدی المسیح۔"</w:t>
      </w:r>
    </w:p>
    <w:p>
      <w:r>
        <w:rPr>
          <w:b/>
        </w:rPr>
        <w:t xml:space="preserve">[02:02] </w:t>
      </w:r>
      <w:r>
        <w:t>so i wanted to know directly from you, what is the situation.</w:t>
      </w:r>
    </w:p>
    <w:p>
      <w:pPr>
        <w:jc w:val="right"/>
      </w:pPr>
      <w:r>
        <w:t>سو آئی وانٹڈ ٹو نو ڈائریکٹلی فرام یو، واٹ از دا سچویشن۔</w:t>
      </w:r>
    </w:p>
    <w:p>
      <w:r>
        <w:rPr>
          <w:b/>
        </w:rPr>
        <w:t xml:space="preserve">[02:12] </w:t>
      </w:r>
      <w:r>
        <w:t>i said, "it is completely wrong. no one has right to claim that i am mehdi or i am masih. is completely upon god,</w:t>
      </w:r>
    </w:p>
    <w:p>
      <w:pPr>
        <w:jc w:val="right"/>
      </w:pPr>
      <w:r>
        <w:t>آئی سیڈ، "اٹ از کمپلیٹلی رونگ۔ نو ون ہیز رائٹ ٹو کلیم دیٹ آئی ایم مہدی اور آئی ایم مسیح۔" از کمپلیٹلی اپون گاڈ،</w:t>
      </w:r>
    </w:p>
    <w:p>
      <w:r>
        <w:rPr>
          <w:b/>
        </w:rPr>
        <w:t xml:space="preserve">[02:26] </w:t>
      </w:r>
      <w:r>
        <w:t>except prophet. no one has right to claim, only prophet has right to claim that he is informed by, by the angel.</w:t>
      </w:r>
    </w:p>
    <w:p>
      <w:pPr>
        <w:jc w:val="right"/>
      </w:pPr>
      <w:r>
        <w:t>ایکسیپٹ پرافٹ۔ نو ون ہیز رائٹ ٹو کلیم، اونلی پرافٹ ہیز رائٹ ٹو کلیم دیٹ ہی از انفارمڈ بائی، بائی دا اینجل۔</w:t>
      </w:r>
    </w:p>
    <w:p>
      <w:r>
        <w:rPr>
          <w:b/>
        </w:rPr>
        <w:t xml:space="preserve">[02:43] </w:t>
      </w:r>
      <w:r>
        <w:t>so he no, prophet knows that i am a prophet. no other person</w:t>
      </w:r>
    </w:p>
    <w:p>
      <w:pPr>
        <w:jc w:val="right"/>
      </w:pPr>
      <w:r>
        <w:t>سو ہی نو، پرافٹ نوز دیٹ آئی ایم ا پرافٹ۔ نو ادر پرسن</w:t>
      </w:r>
    </w:p>
    <w:p>
      <w:r>
        <w:rPr>
          <w:b/>
        </w:rPr>
        <w:t xml:space="preserve">[02:52] </w:t>
      </w:r>
      <w:r>
        <w:t>knows. even one can't say that i am a true believer. no, you can't not claim that i am a true believer.</w:t>
      </w:r>
    </w:p>
    <w:p>
      <w:pPr>
        <w:jc w:val="right"/>
      </w:pPr>
      <w:r>
        <w:t>نوز۔ ایون ون کینٹ سی دیٹ آئی ایم ا ٹرو بیلیور۔ نو، یو کینٹ ناٹ کلیم دیٹ آئی ایم ا ٹرو بیلیور۔</w:t>
      </w:r>
    </w:p>
    <w:p>
      <w:r>
        <w:rPr>
          <w:b/>
        </w:rPr>
        <w:t xml:space="preserve">[03:06] </w:t>
      </w:r>
      <w:r>
        <w:t>i am a true mujaddid, except prophet. no one can, can start his mission by proclamation.</w:t>
      </w:r>
    </w:p>
    <w:p>
      <w:pPr>
        <w:jc w:val="right"/>
      </w:pPr>
      <w:r>
        <w:t>آئی ایم ا ٹرو مجدد، ایکسیپٹ پرافٹ۔ نو ون کین، کین سٹارٹ ہز مشن بائی پروکلیمیشن۔</w:t>
      </w:r>
    </w:p>
    <w:p>
      <w:r>
        <w:rPr>
          <w:b/>
        </w:rPr>
        <w:t xml:space="preserve">[03:20] </w:t>
      </w:r>
      <w:r>
        <w:t>then i said that, "what is the, what is the matter?" i said that, "about christ, there are near about 25 hadith, authentic hadith.</w:t>
      </w:r>
    </w:p>
    <w:p>
      <w:pPr>
        <w:jc w:val="right"/>
      </w:pPr>
      <w:r>
        <w:t>دین آئی سیڈ دیٹ، "واٹ از دا، واٹ از دا میٹر؟" آئی سیڈ دیٹ، "اباؤٹ کرائسٹ، دیر آر نیئر اباؤٹ 25 حدیث، اتھینٹک حدیث۔</w:t>
      </w:r>
    </w:p>
    <w:p>
      <w:r>
        <w:rPr>
          <w:b/>
        </w:rPr>
        <w:t xml:space="preserve">[03:40] </w:t>
      </w:r>
      <w:r>
        <w:t>there are more hadith.</w:t>
      </w:r>
    </w:p>
    <w:p>
      <w:pPr>
        <w:jc w:val="right"/>
      </w:pPr>
      <w:r>
        <w:t>دیر ار مور حدیث۔</w:t>
      </w:r>
    </w:p>
    <w:p>
      <w:r>
        <w:rPr>
          <w:b/>
        </w:rPr>
        <w:t xml:space="preserve">[03:45] </w:t>
      </w:r>
      <w:r>
        <w:t>if you read all these hadith, you will discover that there is not a single hadith in which it is mentioned that christ will come from heaven, from the fourth heaven.</w:t>
      </w:r>
    </w:p>
    <w:p>
      <w:pPr>
        <w:jc w:val="right"/>
      </w:pPr>
      <w:r>
        <w:t>اف یو ریڈ ال دیز حدیث، یو ویل ڈسکور دیٹ دیر از ناٹ ا سنگل حدیث ان وچ اٹ از مینشن دیٹ کرائسٹ ویل کم فرام ہیون، فرام دا فورتھ ہیون۔</w:t>
      </w:r>
    </w:p>
    <w:p>
      <w:r>
        <w:rPr>
          <w:b/>
        </w:rPr>
        <w:t xml:space="preserve">[04:00] </w:t>
      </w:r>
      <w:r>
        <w:t>it is a rumor. word sama or sky is not mentioned in any hadith.</w:t>
      </w:r>
    </w:p>
    <w:p>
      <w:pPr>
        <w:jc w:val="right"/>
      </w:pPr>
      <w:r>
        <w:t>اٹ از ا ریور۔ ورڈ سما اور سکائی از ناٹ مینشن ان اینی حدیث۔</w:t>
      </w:r>
    </w:p>
    <w:p>
      <w:r>
        <w:rPr>
          <w:b/>
        </w:rPr>
        <w:t xml:space="preserve">[04:10] </w:t>
      </w:r>
      <w:r>
        <w:t>hadith simply tell us that, simply about his advent, about his appearance, just like anyone.</w:t>
      </w:r>
    </w:p>
    <w:p>
      <w:pPr>
        <w:jc w:val="right"/>
      </w:pPr>
      <w:r>
        <w:t>حدیث سمپلی ٹیل اس دیٹ، سمپلی اباؤٹ ہز ایڈونٹ، اباؤٹ ہز اپیئرنس، جسٹ لائک اینی ون۔</w:t>
      </w:r>
    </w:p>
    <w:p>
      <w:r>
        <w:rPr>
          <w:b/>
        </w:rPr>
        <w:t xml:space="preserve">[04:27] </w:t>
      </w:r>
      <w:r>
        <w:t>so according to hadith, masih or christ is not, not descending from, not going to descend from heaven.</w:t>
      </w:r>
    </w:p>
    <w:p>
      <w:pPr>
        <w:jc w:val="right"/>
      </w:pPr>
      <w:r>
        <w:t>سو اکارڈنگ ٹو حدیث، مسیح اور کرائسٹ از ناٹ، ناٹ ڈیسینڈنگ فرام، ناٹ گوئنگ ٹو ڈیسینڈ فرام ہیون۔</w:t>
      </w:r>
    </w:p>
    <w:p>
      <w:r>
        <w:rPr>
          <w:b/>
        </w:rPr>
        <w:t xml:space="preserve">[04:43] </w:t>
      </w:r>
      <w:r>
        <w:t>it will, it will be a, it will be a, a man like, like other.</w:t>
      </w:r>
    </w:p>
    <w:p>
      <w:pPr>
        <w:jc w:val="right"/>
      </w:pPr>
      <w:r>
        <w:t>اٹ ویل، اٹ ویل بی ا، اٹ ویل بی ا، ا مین لائک، لائک ادر۔</w:t>
      </w:r>
    </w:p>
    <w:p>
      <w:r>
        <w:rPr>
          <w:b/>
        </w:rPr>
        <w:t xml:space="preserve">[04:56] </w:t>
      </w:r>
      <w:r>
        <w:t>so there are a dozen of scholars who don't believe that christ will come from heaven.</w:t>
      </w:r>
    </w:p>
    <w:p>
      <w:pPr>
        <w:jc w:val="right"/>
      </w:pPr>
      <w:r>
        <w:t>سو دیر ار ا ڈزن اف سکالرز ہو ڈونٹ بیلیو دیٹ کرائسٹ ویل کم فرام ہیون۔</w:t>
      </w:r>
    </w:p>
    <w:p>
      <w:r>
        <w:rPr>
          <w:b/>
        </w:rPr>
        <w:t xml:space="preserve">[05:09] </w:t>
      </w:r>
      <w:r>
        <w:t>they say that christ means role of the christ, role of christ, role of christ.</w:t>
      </w:r>
    </w:p>
    <w:p>
      <w:pPr>
        <w:jc w:val="right"/>
      </w:pPr>
      <w:r>
        <w:t>دے سے دیٹ کرائسٹ مینز رول اف دا کرائسٹ، رول اف کرائسٹ، رول اف کرائسٹ۔</w:t>
      </w:r>
    </w:p>
    <w:p>
      <w:r>
        <w:rPr>
          <w:b/>
        </w:rPr>
        <w:t xml:space="preserve">[05:21] </w:t>
      </w:r>
      <w:r>
        <w:t>yani there is no bodily descendant of christ, only in term of role.</w:t>
      </w:r>
    </w:p>
    <w:p>
      <w:pPr>
        <w:jc w:val="right"/>
      </w:pPr>
      <w:r>
        <w:t>یعنی دیر از نو باڈیلی ڈیسینڈنٹ اف کرائسٹ، اونلی ان ٹرم اف رول۔</w:t>
      </w:r>
    </w:p>
    <w:p>
      <w:r>
        <w:rPr>
          <w:b/>
        </w:rPr>
        <w:t xml:space="preserve">[05:34] </w:t>
      </w:r>
      <w:r>
        <w:t>for example, allama iqbal has said, "ibn maryam se masih nasri maqsood hain, ya mujaddid jis mein hon, farzand-e-maryam ke safat." there are a number of scholars who say like this.</w:t>
      </w:r>
    </w:p>
    <w:p>
      <w:pPr>
        <w:jc w:val="right"/>
      </w:pPr>
      <w:r>
        <w:t>فار ایگزامپل، علامہ اقبال ہیز سیڈ، "ابن مریم سے مسیح ناصری مقصود ہیں، یا مجدد جس میں ہوں، فرزند مریم کے صفات۔" دیر ار ا نمبر اف سکالرز ہو سے لائک دس۔</w:t>
      </w:r>
    </w:p>
    <w:p>
      <w:r>
        <w:rPr>
          <w:b/>
        </w:rPr>
        <w:t xml:space="preserve">[05:58] </w:t>
      </w:r>
      <w:r>
        <w:t>so this, i have mentioned my article</w:t>
      </w:r>
    </w:p>
    <w:p>
      <w:pPr>
        <w:jc w:val="right"/>
      </w:pPr>
      <w:r>
        <w:t>سو دس، آئی ہیو مینشن مائی آرٹیکل</w:t>
      </w:r>
    </w:p>
    <w:p>
      <w:r>
        <w:rPr>
          <w:b/>
        </w:rPr>
        <w:t xml:space="preserve">[06:01] </w:t>
      </w:r>
      <w:r>
        <w:t>ke it is not my own saying, but it is saying of a number of great scholars, great islamic scholars.</w:t>
      </w:r>
    </w:p>
    <w:p>
      <w:pPr>
        <w:jc w:val="right"/>
      </w:pPr>
      <w:r>
        <w:t>کہ اٹ از ناٹ مائی اون سینگ، بٹ اٹ از سینگ اف ا نمبر اف گریٹ سکالرز، گریٹ اسلامک سکالرز۔</w:t>
      </w:r>
    </w:p>
    <w:p>
      <w:r>
        <w:rPr>
          <w:b/>
        </w:rPr>
        <w:t xml:space="preserve">[06:17] </w:t>
      </w:r>
      <w:r>
        <w:t>so he was, also there were some other points i clear.</w:t>
      </w:r>
    </w:p>
    <w:p>
      <w:pPr>
        <w:jc w:val="right"/>
      </w:pPr>
      <w:r>
        <w:t>سو ہی واز، السو دیر وار سم ادر پوائنٹس آئی کلیئر۔</w:t>
      </w:r>
    </w:p>
    <w:p>
      <w:r>
        <w:rPr>
          <w:b/>
        </w:rPr>
        <w:t xml:space="preserve">[06:27] </w:t>
      </w:r>
      <w:r>
        <w:t>so he was so impressed that after meeting, he went to our office, he purchased four books, raja hayat, ta'meer hayat, rehnuma hayat, kitab zindagi.</w:t>
      </w:r>
    </w:p>
    <w:p>
      <w:pPr>
        <w:jc w:val="right"/>
      </w:pPr>
      <w:r>
        <w:t>سو ہی واز سو امپریسڈ دیٹ افٹر میٹنگ، ہی وینٹ ٹو اور افس، ہی پرچیز فور بکس، راجہ حیات، تعمیر حیات، رہنما حیات، کتاب زندگی۔</w:t>
      </w:r>
    </w:p>
    <w:p>
      <w:r>
        <w:rPr>
          <w:b/>
        </w:rPr>
        <w:t xml:space="preserve">[06:43] </w:t>
      </w:r>
      <w:r>
        <w:t>and also he became subscriber of us, of arsal monthly by paying the subscription</w:t>
      </w:r>
    </w:p>
    <w:p>
      <w:pPr>
        <w:jc w:val="right"/>
      </w:pPr>
      <w:r>
        <w:t>اینڈ السو ہی بیکم سبسکرائبر اف اس، اف ارسال منتھلی بائی پینگ دا سبسکرپشن</w:t>
      </w:r>
    </w:p>
    <w:p>
      <w:r>
        <w:rPr>
          <w:b/>
        </w:rPr>
        <w:t xml:space="preserve">[06:54] </w:t>
      </w:r>
      <w:r>
        <w:t>. now, there is a great lesson in this small event, and that is</w:t>
      </w:r>
    </w:p>
    <w:p>
      <w:pPr>
        <w:jc w:val="right"/>
      </w:pPr>
      <w:r>
        <w:t>۔ ناؤ، دیر از ا گریٹ لیسن ان دس سمال ایونٹ، اینڈ دیٹ از</w:t>
      </w:r>
    </w:p>
    <w:p>
      <w:r>
        <w:rPr>
          <w:b/>
        </w:rPr>
        <w:t xml:space="preserve">[07:08] </w:t>
      </w:r>
      <w:r>
        <w:t>that do who are engaged in defaming our mission are myself</w:t>
      </w:r>
    </w:p>
    <w:p>
      <w:pPr>
        <w:jc w:val="right"/>
      </w:pPr>
      <w:r>
        <w:t>دیٹ دو ہو آر انگیج ان ڈی فیمنگ اور مشن۔ ار مائی سیلف</w:t>
      </w:r>
    </w:p>
    <w:p>
      <w:r>
        <w:rPr>
          <w:b/>
        </w:rPr>
        <w:t xml:space="preserve">[07:16] </w:t>
      </w:r>
      <w:r>
        <w:t>, although they are engaged in propaganda, propaganda, but at the same time, it is publicity.</w:t>
      </w:r>
    </w:p>
    <w:p>
      <w:pPr>
        <w:jc w:val="right"/>
      </w:pPr>
      <w:r>
        <w:t>، الدو دے آر انگیج ان پروپیگنڈا، پروپیگنڈا، بٹ ایٹ دا سیم ٹائم، اٹ از پبلیسٹی۔</w:t>
      </w:r>
    </w:p>
    <w:p>
      <w:r>
        <w:rPr>
          <w:b/>
        </w:rPr>
        <w:t xml:space="preserve">[07:30] </w:t>
      </w:r>
      <w:r>
        <w:t>it is very important to note that every propaganda is at the same time publicity.</w:t>
      </w:r>
    </w:p>
    <w:p>
      <w:pPr>
        <w:jc w:val="right"/>
      </w:pPr>
      <w:r>
        <w:t>اٹ از ویری امپورٹنٹ ٹو نوٹ دیٹ ایوری پروپیگنڈا از ایٹ دا سیم ٹائم پبلیسٹی۔</w:t>
      </w:r>
    </w:p>
    <w:p>
      <w:r>
        <w:rPr>
          <w:b/>
        </w:rPr>
        <w:t xml:space="preserve">[07:39] </w:t>
      </w:r>
      <w:r>
        <w:t>Propaganda is a negative word, per publicity is a positive word. And this concept I borrow from the Quran.</w:t>
      </w:r>
    </w:p>
    <w:p>
      <w:pPr>
        <w:jc w:val="right"/>
      </w:pPr>
      <w:r>
        <w:t>پروپیگنڈا از ا نیگیٹیو ورڈ، پر پبلیسٹی از ا پوزیٹیو ورڈ۔ اینڈ دس کانسیپٹ آئی ابراؤ فرام دا قرآن۔</w:t>
      </w:r>
    </w:p>
    <w:p>
      <w:r>
        <w:rPr>
          <w:b/>
        </w:rPr>
        <w:t xml:space="preserve">[07:50] </w:t>
      </w:r>
      <w:r>
        <w:t>you know, when the prophet was in makkah, so people turn hostile, and they war engage in defaming the prophet of islam.</w:t>
      </w:r>
    </w:p>
    <w:p>
      <w:pPr>
        <w:jc w:val="right"/>
      </w:pPr>
      <w:r>
        <w:t>یو نو، وین دا پرافٹ واز ان مکہ، سو پیپل ٹرن ہوسٹائل، اینڈ دے وار انگیج ان ڈی فیمنگ دا پرافٹ اف اسلام۔</w:t>
      </w:r>
    </w:p>
    <w:p>
      <w:r>
        <w:rPr>
          <w:b/>
        </w:rPr>
        <w:t xml:space="preserve">[08:03] </w:t>
      </w:r>
      <w:r>
        <w:t>so many things</w:t>
      </w:r>
    </w:p>
    <w:p>
      <w:pPr>
        <w:jc w:val="right"/>
      </w:pPr>
      <w:r>
        <w:t>سو مینی تھنگز</w:t>
      </w:r>
    </w:p>
    <w:p>
      <w:r>
        <w:rPr>
          <w:b/>
        </w:rPr>
        <w:t xml:space="preserve">[08:05] </w:t>
      </w:r>
      <w:r>
        <w:t>at that time in the quran,</w:t>
      </w:r>
    </w:p>
    <w:p>
      <w:pPr>
        <w:jc w:val="right"/>
      </w:pPr>
      <w:r>
        <w:t>ایٹ دیٹ ٹائم ان دی قرآن،</w:t>
      </w:r>
    </w:p>
    <w:p>
      <w:r>
        <w:rPr>
          <w:b/>
        </w:rPr>
        <w:t xml:space="preserve">[08:13] </w:t>
      </w:r>
      <w:r>
        <w:t>chapter two, chapters were revealed was zahra alim al-mushrik. in this chapter, in this quranic chapter, there was a verse.</w:t>
      </w:r>
    </w:p>
    <w:p>
      <w:pPr>
        <w:jc w:val="right"/>
      </w:pPr>
      <w:r>
        <w:t>چیپٹر ٹو، چیپٹرز ویر ریویلڈ واز زہرا علی المشرہ۔ ان دس چیپٹر، ان دس قرآنی چیپٹر، دیر واز ا ورس۔</w:t>
      </w:r>
    </w:p>
    <w:p>
      <w:r>
        <w:rPr>
          <w:b/>
        </w:rPr>
        <w:t xml:space="preserve">[08:26] </w:t>
      </w:r>
      <w:r>
        <w:t>there is a verse, inna ma'al usri yusra, inna ma'al usri yusra,</w:t>
      </w:r>
    </w:p>
    <w:p>
      <w:pPr>
        <w:jc w:val="right"/>
      </w:pPr>
      <w:r>
        <w:t>دیر از ا ورس، انا مالوس یسرا، انا مالوس یسرا،</w:t>
      </w:r>
    </w:p>
    <w:p>
      <w:r>
        <w:rPr>
          <w:b/>
        </w:rPr>
        <w:t xml:space="preserve">[08:33] </w:t>
      </w:r>
      <w:r>
        <w:t>with every hardship there is. and and there is a verse, wa rafa'na lak dhikrak, wa rafa'na lak dhikrak.</w:t>
      </w:r>
    </w:p>
    <w:p>
      <w:pPr>
        <w:jc w:val="right"/>
      </w:pPr>
      <w:r>
        <w:t>ود ایوری ہارشپ دیر از۔ اینڈ اینڈ دیر از ا ورس، ورفان ذکر، ورفان ذکر۔</w:t>
      </w:r>
    </w:p>
    <w:p>
      <w:r>
        <w:rPr>
          <w:b/>
        </w:rPr>
        <w:t xml:space="preserve">[08:43] </w:t>
      </w:r>
      <w:r>
        <w:t>here you can see that what was that raf dhikrak. yani God Almighty said that although these people are engaged in propaganda, but it is follow just like publicity.</w:t>
      </w:r>
    </w:p>
    <w:p>
      <w:pPr>
        <w:jc w:val="right"/>
      </w:pPr>
      <w:r>
        <w:t>ہیر یو کین سی دیٹ واٹ واز دیٹ رف ذکر۔ یعنی گاڈ المائٹی سیڈ دیٹ الدو دیز پیپل ار انگیج ان پروپیگنڈا، بٹ اٹ از فالو جسٹ لائک پبلیسٹی۔</w:t>
      </w:r>
    </w:p>
    <w:p>
      <w:r>
        <w:rPr>
          <w:b/>
        </w:rPr>
        <w:t xml:space="preserve">[09:00] </w:t>
      </w:r>
      <w:r>
        <w:t>this is dhikrak.</w:t>
      </w:r>
    </w:p>
    <w:p>
      <w:pPr>
        <w:jc w:val="right"/>
      </w:pPr>
      <w:r>
        <w:t>دس از ذکر۔</w:t>
      </w:r>
    </w:p>
    <w:p>
      <w:r>
        <w:rPr>
          <w:b/>
        </w:rPr>
        <w:t xml:space="preserve">[09:02] </w:t>
      </w:r>
      <w:r>
        <w:t>so god almighty gave this guidance that in every thing, there are two aspects, negative or positive.</w:t>
      </w:r>
    </w:p>
    <w:p>
      <w:pPr>
        <w:jc w:val="right"/>
      </w:pPr>
      <w:r>
        <w:t>سو گاڈ المائٹی گیو دس گائیڈنس دیٹ ان ایوری تھنگ، دیر ار ٹو اسپیکٹس، نیگیٹیو اور پوزیٹیو۔</w:t>
      </w:r>
    </w:p>
    <w:p>
      <w:r>
        <w:rPr>
          <w:b/>
        </w:rPr>
        <w:t xml:space="preserve">[09:13] </w:t>
      </w:r>
      <w:r>
        <w:t>to don't take things and don't go to the negative aspect, but you have to go to positive aspect.</w:t>
      </w:r>
    </w:p>
    <w:p>
      <w:pPr>
        <w:jc w:val="right"/>
      </w:pPr>
      <w:r>
        <w:t>تو ڈونٹ ٹیک تھنگز اینڈ ڈونٹ گو ٹو دا نیگیٹیو اسپیکٹ، بٹ یو ہیو ٹو گو ٹو پوزیٹیو اسپیکٹ۔</w:t>
      </w:r>
    </w:p>
    <w:p>
      <w:r>
        <w:rPr>
          <w:b/>
        </w:rPr>
        <w:t xml:space="preserve">[09:22] </w:t>
      </w:r>
      <w:r>
        <w:t>so it was not a time temporary advice, it was not a simple thing, it was a permanent guidance</w:t>
      </w:r>
    </w:p>
    <w:p>
      <w:pPr>
        <w:jc w:val="right"/>
      </w:pPr>
      <w:r>
        <w:t>سو اٹ واز ناٹ ا ٹائم ٹیمپریری ایڈوائس، اٹ واز ناٹ ا سمپل تھنگ، اٹ واز ا پرماننٹ گائیڈنس</w:t>
      </w:r>
    </w:p>
    <w:p>
      <w:r>
        <w:rPr>
          <w:b/>
        </w:rPr>
        <w:t xml:space="preserve">[09:34] </w:t>
      </w:r>
      <w:r>
        <w:t>by this verse. quran told, quran disclose the law of nature.</w:t>
      </w:r>
    </w:p>
    <w:p>
      <w:pPr>
        <w:jc w:val="right"/>
      </w:pPr>
      <w:r>
        <w:t>بائی دس ورس۔ قرآن ٹولڈ، قرآن ڈسکلوز دا لاء اف نیچر۔</w:t>
      </w:r>
    </w:p>
    <w:p>
      <w:r>
        <w:rPr>
          <w:b/>
        </w:rPr>
        <w:t xml:space="preserve">[09:44] </w:t>
      </w:r>
      <w:r>
        <w:t>is like disclose the law of nature. what is law of nature? it is law of nature that in every negative, there are positivity.</w:t>
      </w:r>
    </w:p>
    <w:p>
      <w:pPr>
        <w:jc w:val="right"/>
      </w:pPr>
      <w:r>
        <w:t>از لائک ڈسکلوز دا لاء اف نیچر۔ واٹ از لاء اف نیچر؟ اٹ از لاء اف نیچر دیٹ ان ایوری نیگیٹیو، دیر ار پوزیٹیوٹی۔</w:t>
      </w:r>
    </w:p>
    <w:p>
      <w:r>
        <w:rPr>
          <w:b/>
        </w:rPr>
        <w:t xml:space="preserve">[09:56] </w:t>
      </w:r>
      <w:r>
        <w:t>in every negative aspect, there are positive aspect. this is law of nature.</w:t>
      </w:r>
    </w:p>
    <w:p>
      <w:pPr>
        <w:jc w:val="right"/>
      </w:pPr>
      <w:r>
        <w:t>ان ایوری نیگیٹیو اسپیکٹ، دیر ار پوزیٹیو اسپیکٹ۔ دس از لاء اف نیچر۔</w:t>
      </w:r>
    </w:p>
    <w:p>
      <w:r>
        <w:rPr>
          <w:b/>
        </w:rPr>
        <w:t xml:space="preserve">[10:00] </w:t>
      </w:r>
      <w:r>
        <w:t>so quran disclosed this law of nature. and again, there is a verse, inna ma'al usri yusra.</w:t>
      </w:r>
    </w:p>
    <w:p>
      <w:pPr>
        <w:jc w:val="right"/>
      </w:pPr>
      <w:r>
        <w:t>سو قرآن ڈسکلوزڈ دس لاء اف نیچر۔ اینڈ اگین، دیر از ا ورس، انا مالوس یسرا۔</w:t>
      </w:r>
    </w:p>
    <w:p>
      <w:r>
        <w:rPr>
          <w:b/>
        </w:rPr>
        <w:t xml:space="preserve">[10:13] </w:t>
      </w:r>
      <w:r>
        <w:t>you know, at that time, there was hardships, atrocities against prophet and its appearance</w:t>
      </w:r>
    </w:p>
    <w:p>
      <w:pPr>
        <w:jc w:val="right"/>
      </w:pPr>
      <w:r>
        <w:t>یو نو، ایٹ دیٹ ٹائم، دیر واز ہارشپس، اٹراسٹیز اگینسٹ پرافٹ اینڈ اٹس اپینینس</w:t>
      </w:r>
    </w:p>
    <w:p>
      <w:r>
        <w:rPr>
          <w:b/>
        </w:rPr>
        <w:t xml:space="preserve">[10:22] </w:t>
      </w:r>
      <w:r>
        <w:t>. at that time, this verse was revealed in the quran, inna ma'al usri yusra.</w:t>
      </w:r>
    </w:p>
    <w:p>
      <w:pPr>
        <w:jc w:val="right"/>
      </w:pPr>
      <w:r>
        <w:t>۔ ایٹ دیٹ ٹائم، دس ورس واز ریویلڈ ان دا قرآن، انا مالوس یسرا۔</w:t>
      </w:r>
    </w:p>
    <w:p>
      <w:r>
        <w:rPr>
          <w:b/>
        </w:rPr>
        <w:t xml:space="preserve">[10:32] </w:t>
      </w:r>
      <w:r>
        <w:t>with every hardship, there is ease. with every hardship, there is ease. it means, yani how it is possible that hardship becomes ease, or problem becomes solution?</w:t>
      </w:r>
    </w:p>
    <w:p>
      <w:pPr>
        <w:jc w:val="right"/>
      </w:pPr>
      <w:r>
        <w:t>ود ایوری ہارشپ، دیر از ایز۔ ود ایوری ہارشپ، دیر از ایز۔ اٹ مینز، یعنی ہاؤ اٹ از پوسیبل دیٹ ہارشپ بیکمز ایز، اور پرابلم بیکمز سولیوشن؟</w:t>
      </w:r>
    </w:p>
    <w:p>
      <w:r>
        <w:rPr>
          <w:b/>
        </w:rPr>
        <w:t xml:space="preserve">[10:47] </w:t>
      </w:r>
      <w:r>
        <w:t>why?</w:t>
      </w:r>
    </w:p>
    <w:p>
      <w:pPr>
        <w:jc w:val="right"/>
      </w:pPr>
      <w:r>
        <w:t>وائی؟</w:t>
      </w:r>
    </w:p>
    <w:p>
      <w:r>
        <w:rPr>
          <w:b/>
        </w:rPr>
        <w:t xml:space="preserve">[10:49] </w:t>
      </w:r>
      <w:r>
        <w:t>because when there is a hardship, there is a problem. it it is a challenge.</w:t>
      </w:r>
    </w:p>
    <w:p>
      <w:pPr>
        <w:jc w:val="right"/>
      </w:pPr>
      <w:r>
        <w:t>بیکاز وین دیر از ا ہارشپ، دیر از ا پرابلم۔ اٹ اٹ از ا چیلنج۔</w:t>
      </w:r>
    </w:p>
    <w:p>
      <w:r>
        <w:rPr>
          <w:b/>
        </w:rPr>
        <w:t xml:space="preserve">[10:58] </w:t>
      </w:r>
      <w:r>
        <w:t>it not simply a hardship, it is challenge. and every challenge activates your ability.</w:t>
      </w:r>
    </w:p>
    <w:p>
      <w:pPr>
        <w:jc w:val="right"/>
      </w:pPr>
      <w:r>
        <w:t>اٹ ناٹ سمپلی ا ہارشپ، اٹ از چیلنج۔ اینڈ ایوری چیلنج ایکٹیویٹس یور ایبیلیٹی۔</w:t>
      </w:r>
    </w:p>
    <w:p>
      <w:r>
        <w:rPr>
          <w:b/>
        </w:rPr>
        <w:t xml:space="preserve">[11:08] </w:t>
      </w:r>
      <w:r>
        <w:t>every challenge is source of motivation.</w:t>
      </w:r>
    </w:p>
    <w:p>
      <w:pPr>
        <w:jc w:val="right"/>
      </w:pPr>
      <w:r>
        <w:t>ایوری چیلنج از سورس اف موٹیویشن۔</w:t>
      </w:r>
    </w:p>
    <w:p>
      <w:r>
        <w:rPr>
          <w:b/>
        </w:rPr>
        <w:t xml:space="preserve">[11:13] </w:t>
      </w:r>
      <w:r>
        <w:t>every challenge leads to to more effort, to excess effort, to more and more struggle. so when you face some hardship, you have to see, you have to see it as a challenge.</w:t>
      </w:r>
    </w:p>
    <w:p>
      <w:pPr>
        <w:jc w:val="right"/>
      </w:pPr>
      <w:r>
        <w:t>ایوری چیلنج لیڈز ٹو ٹو مور ایفرٹ، ٹو ایکسیس ایفرٹ، ٹو مور اینڈ مور سٹرگل۔ سو وین یو فیس سم ہارشپ، یو ہیو ٹو سی، یو ہیو ٹو سی اٹ ایز ا چیلنج۔</w:t>
      </w:r>
    </w:p>
    <w:p>
      <w:r>
        <w:rPr>
          <w:b/>
        </w:rPr>
        <w:t xml:space="preserve">[11:31] </w:t>
      </w:r>
      <w:r>
        <w:t>and when you would see it as a challenge, then it means that you are taking it as a positive.</w:t>
      </w:r>
    </w:p>
    <w:p>
      <w:pPr>
        <w:jc w:val="right"/>
      </w:pPr>
      <w:r>
        <w:t>اینڈ وین یو وڈ سی اٹ ایز ا چیلنج، دین اٹ مینز دیٹ یو آر ٹیکنگ اٹ ایز ا پوزیٹیو۔</w:t>
      </w:r>
    </w:p>
    <w:p>
      <w:r>
        <w:rPr>
          <w:b/>
        </w:rPr>
        <w:t xml:space="preserve">[11:41] </w:t>
      </w:r>
      <w:r>
        <w:t>it it will become a great part motivated for you. this is the quranic philosophy. so this philosophy is not very</w:t>
      </w:r>
    </w:p>
    <w:p>
      <w:pPr>
        <w:jc w:val="right"/>
      </w:pPr>
      <w:r>
        <w:t>اٹ اٹ ویل بیکم ا گریٹ پارٹ موٹیویٹڈ فار یو۔ دس از دا قرآنی فلاسفی۔ سو دس فلاسفی از ناٹ ویری</w:t>
      </w:r>
    </w:p>
    <w:p>
      <w:r>
        <w:rPr>
          <w:b/>
        </w:rPr>
        <w:t xml:space="preserve">[11:52] </w:t>
      </w:r>
      <w:r>
        <w:t>simple, is not temporary, is not formuloz. one thing, it is a comprehensive formula. it provides all the aspects of life.</w:t>
      </w:r>
    </w:p>
    <w:p>
      <w:pPr>
        <w:jc w:val="right"/>
      </w:pPr>
      <w:r>
        <w:t>سمپل، از ناٹ ٹیمپریری، از ناٹ فارمولیوز۔ ون تھنگ، اٹ از ا کمپرہینسو فارمولا۔ اٹ پروویڈز ال دا اسپیکٹس اف لائف۔</w:t>
      </w:r>
    </w:p>
    <w:p>
      <w:r>
        <w:rPr>
          <w:b/>
        </w:rPr>
        <w:t xml:space="preserve">[12:05] </w:t>
      </w:r>
      <w:r>
        <w:t>it is a universal law of nature. so i learn this, yani this formula from the event that i refer to</w:t>
      </w:r>
    </w:p>
    <w:p>
      <w:pPr>
        <w:jc w:val="right"/>
      </w:pPr>
      <w:r>
        <w:t>اٹ از ا یونیورسل لاء اف نیچر۔ سو آئی لرن دس، یعنی دس فارمولا فرام دا ایونٹ دیٹ آئی ریفر ٹو</w:t>
      </w:r>
    </w:p>
    <w:p>
      <w:r>
        <w:rPr>
          <w:b/>
        </w:rPr>
        <w:t xml:space="preserve">[12:20] </w:t>
      </w:r>
      <w:r>
        <w:t>. now,</w:t>
      </w:r>
    </w:p>
    <w:p>
      <w:pPr>
        <w:jc w:val="right"/>
      </w:pPr>
      <w:r>
        <w:t>۔ ناؤ،</w:t>
      </w:r>
    </w:p>
    <w:p>
      <w:r>
        <w:rPr>
          <w:b/>
        </w:rPr>
        <w:t xml:space="preserve">[12:23] </w:t>
      </w:r>
      <w:r>
        <w:t>we have a mission to spread the divine mission. and you know, our mission is dawa mission.</w:t>
      </w:r>
    </w:p>
    <w:p>
      <w:pPr>
        <w:jc w:val="right"/>
      </w:pPr>
      <w:r>
        <w:t>وی ہیو ا مشن ٹو اسپریڈ دا ڈیوائن مشن۔ اینڈ یو نو، اور مشن از داوا مشن۔</w:t>
      </w:r>
    </w:p>
    <w:p>
      <w:r>
        <w:rPr>
          <w:b/>
        </w:rPr>
        <w:t xml:space="preserve">[12:39] </w:t>
      </w:r>
      <w:r>
        <w:t>we want to do dawa work. and in every mission, there are problems. in every mission, there are hardships.</w:t>
      </w:r>
    </w:p>
    <w:p>
      <w:pPr>
        <w:jc w:val="right"/>
      </w:pPr>
      <w:r>
        <w:t>وی وانٹ ٹو ڈو داوا ورک۔ اینڈ ان ایوری مشن، دیر ار پرابلمز۔ ان ایوری مشن، دیر ار ہارشپس۔</w:t>
      </w:r>
    </w:p>
    <w:p>
      <w:r>
        <w:rPr>
          <w:b/>
        </w:rPr>
        <w:t xml:space="preserve">[12:49] </w:t>
      </w:r>
      <w:r>
        <w:t>in every mission, there are people who turn hostile. so we are not an exception, not at all.</w:t>
      </w:r>
    </w:p>
    <w:p>
      <w:pPr>
        <w:jc w:val="right"/>
      </w:pPr>
      <w:r>
        <w:t>ان ایوری مشن، دیر ار پیپل ہو ٹرن ہوسٹائل۔ سو وی آر ناٹ این ایکسیپشن، ناٹ ایٹ ال۔</w:t>
      </w:r>
    </w:p>
    <w:p>
      <w:r>
        <w:rPr>
          <w:b/>
        </w:rPr>
        <w:t xml:space="preserve">[13:00] </w:t>
      </w:r>
      <w:r>
        <w:t>it is more than expectation that people will, will yani will create obstacles.</w:t>
      </w:r>
    </w:p>
    <w:p>
      <w:pPr>
        <w:jc w:val="right"/>
      </w:pPr>
      <w:r>
        <w:t>اٹ از مور دین ایکسپیکٹیشن دیٹ پیپل ویل، ویل یعنی ویل کریٹ ابسٹیولز۔</w:t>
      </w:r>
    </w:p>
    <w:p>
      <w:r>
        <w:rPr>
          <w:b/>
        </w:rPr>
        <w:t xml:space="preserve">[13:12] </w:t>
      </w:r>
      <w:r>
        <w:t>people will put hardships against our self. so it is but natural.</w:t>
      </w:r>
    </w:p>
    <w:p>
      <w:pPr>
        <w:jc w:val="right"/>
      </w:pPr>
      <w:r>
        <w:t>پیپل ویل پٹ ہارشپس اگینسٹ اور سیلف۔ سو اٹ از بٹ نیچرل۔</w:t>
      </w:r>
    </w:p>
    <w:p>
      <w:r>
        <w:rPr>
          <w:b/>
        </w:rPr>
        <w:t xml:space="preserve">[13:20] </w:t>
      </w:r>
      <w:r>
        <w:t>so we have to welcome all these things, because yani we have to take it as a challenge, not as simply hardship.</w:t>
      </w:r>
    </w:p>
    <w:p>
      <w:pPr>
        <w:jc w:val="right"/>
      </w:pPr>
      <w:r>
        <w:t>سو وی ہیو ٹو ویلکم ال دیز تھنگز، بیکاز یعنی وی ہیو ٹو ٹیک اٹ ایز ا چیلنج، ناٹ ایز سمپلی ہارشپ۔</w:t>
      </w:r>
    </w:p>
    <w:p>
      <w:r>
        <w:rPr>
          <w:b/>
        </w:rPr>
        <w:t xml:space="preserve">[13:34] </w:t>
      </w:r>
      <w:r>
        <w:t>and you know, it is why i am saying that it is law of nature. it is divine plan. it is divine plan.</w:t>
      </w:r>
    </w:p>
    <w:p>
      <w:pPr>
        <w:jc w:val="right"/>
      </w:pPr>
      <w:r>
        <w:t>اینڈ یو نو، اٹ از وائی آئی ایم سینگ دیٹ اٹ از لاء اف نیچر۔ اٹ از ڈیوائن پلان۔ اٹ از ڈیوائن پلان۔</w:t>
      </w:r>
    </w:p>
    <w:p>
      <w:r>
        <w:rPr>
          <w:b/>
        </w:rPr>
        <w:t xml:space="preserve">[13:46] </w:t>
      </w:r>
      <w:r>
        <w:t>everyone is born with great potential. every man and woman are born with great potential.</w:t>
      </w:r>
    </w:p>
    <w:p>
      <w:pPr>
        <w:jc w:val="right"/>
      </w:pPr>
      <w:r>
        <w:t>ایوری ون از بورن ود گریٹ پوٹینشل۔ ایوری مین اینڈ وومن آر بورن ود گریٹ پوٹینشل۔</w:t>
      </w:r>
    </w:p>
    <w:p>
      <w:r>
        <w:rPr>
          <w:b/>
        </w:rPr>
        <w:t xml:space="preserve">[13:55] </w:t>
      </w:r>
      <w:r>
        <w:t>but this potential is in a dormant situation. dormant, dormant in our nature.</w:t>
      </w:r>
    </w:p>
    <w:p>
      <w:pPr>
        <w:jc w:val="right"/>
      </w:pPr>
      <w:r>
        <w:t>بٹ دس پوٹینشل از ان ا ڈورمنٹ سچوئیشن۔ ڈورمنٹ، ڈورمنٹ ان اور نیچر۔</w:t>
      </w:r>
    </w:p>
    <w:p>
      <w:r>
        <w:rPr>
          <w:b/>
        </w:rPr>
        <w:t xml:space="preserve">[14:05] </w:t>
      </w:r>
      <w:r>
        <w:t>initially, it is dormant. it is in dormant position. so challenge only activate your potential.</w:t>
      </w:r>
    </w:p>
    <w:p>
      <w:pPr>
        <w:jc w:val="right"/>
      </w:pPr>
      <w:r>
        <w:t>انیشلی، اٹ از ڈورمنٹ۔ اٹ از ان ڈورمنٹ پوزیشن۔ سو چیلنج اونلی ایکٹیویٹ یور پوٹینشل۔</w:t>
      </w:r>
    </w:p>
    <w:p>
      <w:r>
        <w:rPr>
          <w:b/>
        </w:rPr>
        <w:t xml:space="preserve">[14:18] </w:t>
      </w:r>
      <w:r>
        <w:t>without potential, no intellectual awakening.</w:t>
      </w:r>
    </w:p>
    <w:p>
      <w:pPr>
        <w:jc w:val="right"/>
      </w:pPr>
      <w:r>
        <w:t>وداؤٹ پوٹینشل، نو انٹلیکچول اویکننگ۔</w:t>
      </w:r>
    </w:p>
    <w:p>
      <w:r>
        <w:rPr>
          <w:b/>
        </w:rPr>
        <w:t xml:space="preserve">[14:25] </w:t>
      </w:r>
      <w:r>
        <w:t>if some one is, if some one was born in some palace, there was no hardship, there are no problem.</w:t>
      </w:r>
    </w:p>
    <w:p>
      <w:pPr>
        <w:jc w:val="right"/>
      </w:pPr>
      <w:r>
        <w:t>اف سم ون از، اف سم ون واز بورن ان سم پیلس، دیر واز نو ہارشپ، دیر ار نو پرابلم۔</w:t>
      </w:r>
    </w:p>
    <w:p>
      <w:r>
        <w:rPr>
          <w:b/>
        </w:rPr>
        <w:t xml:space="preserve">[14:38] </w:t>
      </w:r>
      <w:r>
        <w:t>it means that this person will live without challenge and die without challenge. and he can't do anything.</w:t>
      </w:r>
    </w:p>
    <w:p>
      <w:pPr>
        <w:jc w:val="right"/>
      </w:pPr>
      <w:r>
        <w:t>اٹ مینز دیٹ دس پرسن ویل لیو وداؤٹ چیلنج اینڈ ڈائی وداؤٹ چیلنج۔ اینڈ ہی کینٹ ڈو اینی تھنگ۔</w:t>
      </w:r>
    </w:p>
    <w:p>
      <w:r>
        <w:rPr>
          <w:b/>
        </w:rPr>
        <w:t xml:space="preserve">[14:49] </w:t>
      </w:r>
      <w:r>
        <w:t>you know, no prince, no prince was able to to author a great book, great discovery, great invention.</w:t>
      </w:r>
    </w:p>
    <w:p>
      <w:pPr>
        <w:jc w:val="right"/>
      </w:pPr>
      <w:r>
        <w:t>یو نو، نو پرنس، نو پرنس واز ایبل ٹو ٹو اتھر ا گریٹ بک، گریٹ ڈسکوری، گریٹ انوینشن۔</w:t>
      </w:r>
    </w:p>
    <w:p>
      <w:r>
        <w:rPr>
          <w:b/>
        </w:rPr>
        <w:t xml:space="preserve">[15:03] </w:t>
      </w:r>
      <w:r>
        <w:t>those princes who are born in palaces, their boost. yani unfortunate people. it is said that mr so and so was born with a silver spoon in his mouth.</w:t>
      </w:r>
    </w:p>
    <w:p>
      <w:pPr>
        <w:jc w:val="right"/>
      </w:pPr>
      <w:r>
        <w:t>دوز پرنسز ہو آر بورن ان پیلسز، دیر بوسٹ۔ یعنی انفارچونیٹ پیپل۔ اٹ از سیڈ دیٹ مسٹر سو اینڈ سو واز بورن ود ا سلور سپون ان ہز ماؤتھ۔</w:t>
      </w:r>
    </w:p>
    <w:p>
      <w:r>
        <w:rPr>
          <w:b/>
        </w:rPr>
        <w:t xml:space="preserve">[15:19] </w:t>
      </w:r>
      <w:r>
        <w:t>it is general saying that mr so and so was born with a silver spoon in his mouth. but is not pleasing.</w:t>
      </w:r>
    </w:p>
    <w:p>
      <w:pPr>
        <w:jc w:val="right"/>
      </w:pPr>
      <w:r>
        <w:t>اٹ از جنرل سینگ کہ مسٹر سو اینڈ سو واز بورن ود ا سلور سپون ان ہز ماؤتھ۔ بٹ از ناٹ پلیسنگ۔</w:t>
      </w:r>
    </w:p>
    <w:p>
      <w:r>
        <w:rPr>
          <w:b/>
        </w:rPr>
        <w:t xml:space="preserve">[15:29] </w:t>
      </w:r>
      <w:r>
        <w:t>i don't take this as a pleasing, because when he was with with a silver spoon in his mouth, it means that he had no challenge, no problem.</w:t>
      </w:r>
    </w:p>
    <w:p>
      <w:pPr>
        <w:jc w:val="right"/>
      </w:pPr>
      <w:r>
        <w:t>آئی ڈونٹ ٹیک دس ایز ا پلیسنگ، بیکاز وین ہی واز ود ود ا سلور سپون ان ہز ماؤتھ، اٹ مینز دیٹ ہی ہیڈ نو چیلنج، نو پرابلم۔</w:t>
      </w:r>
    </w:p>
    <w:p>
      <w:r>
        <w:rPr>
          <w:b/>
        </w:rPr>
        <w:t xml:space="preserve">[15:42] </w:t>
      </w:r>
      <w:r>
        <w:t>so his potential, his potential will will not activate.</w:t>
      </w:r>
    </w:p>
    <w:p>
      <w:pPr>
        <w:jc w:val="right"/>
      </w:pPr>
      <w:r>
        <w:t>سو ہز پوٹینشل، ہز پوٹینشل ویل ویل ناٹ ایکٹیویٹ۔</w:t>
      </w:r>
    </w:p>
    <w:p>
      <w:r>
        <w:rPr>
          <w:b/>
        </w:rPr>
        <w:t xml:space="preserve">[15:53] </w:t>
      </w:r>
      <w:r>
        <w:t>he is not in position to to turn his potential to actual.</w:t>
      </w:r>
    </w:p>
    <w:p>
      <w:pPr>
        <w:jc w:val="right"/>
      </w:pPr>
      <w:r>
        <w:t>ہی از ناٹ ان پوزیشن ٹو ٹو ٹرن ہز پوٹینشل ٹو ایکچول۔</w:t>
      </w:r>
    </w:p>
    <w:p>
      <w:r>
        <w:rPr>
          <w:b/>
        </w:rPr>
        <w:t xml:space="preserve">[16:00] </w:t>
      </w:r>
      <w:r>
        <w:t>so if was, if we are facing some problem, that is good, is not bad. there is not evil.</w:t>
      </w:r>
    </w:p>
    <w:p>
      <w:pPr>
        <w:jc w:val="right"/>
      </w:pPr>
      <w:r>
        <w:t>سو اف واز، اف وی آر فیسنگ سم پرابلم، دیٹ از گڈ، از ناٹ بیڈ۔ دیر از ناٹ ایول۔</w:t>
      </w:r>
    </w:p>
    <w:p>
      <w:r>
        <w:rPr>
          <w:b/>
        </w:rPr>
        <w:t xml:space="preserve">[16:11] </w:t>
      </w:r>
      <w:r>
        <w:t>it is general concept that people take problem as an evil. they want to remove all those evils.</w:t>
      </w:r>
    </w:p>
    <w:p>
      <w:pPr>
        <w:jc w:val="right"/>
      </w:pPr>
      <w:r>
        <w:t>اٹ از جنرل کانسیپٹ دیٹ پیپل ٹیک پرابلم ایز این ایول۔ دے وانٹ ٹو ریموو ال دوز ایولز۔</w:t>
      </w:r>
    </w:p>
    <w:p>
      <w:r>
        <w:rPr>
          <w:b/>
        </w:rPr>
        <w:t xml:space="preserve">[16:21] </w:t>
      </w:r>
      <w:r>
        <w:t>i can see ke all the philosophers, all the reformers, all the leaders were obstinate with some notion.</w:t>
      </w:r>
    </w:p>
    <w:p>
      <w:pPr>
        <w:jc w:val="right"/>
      </w:pPr>
      <w:r>
        <w:t>آئی کین سی کہ ال دا فلاسفرز، ال دا ریفارمرز، ال دا لیڈرز وار ابسٹس ود سموشن۔</w:t>
      </w:r>
    </w:p>
    <w:p>
      <w:r>
        <w:rPr>
          <w:b/>
        </w:rPr>
        <w:t xml:space="preserve">[16:29] </w:t>
      </w:r>
      <w:r>
        <w:t>perhaps there is no exception except Muhammad sallallahu alaihi wasallam. all the philosophers of history, all the reformers of history, all the leaders of history were obstinate with this notion that we have to remove this problem.</w:t>
      </w:r>
    </w:p>
    <w:p>
      <w:pPr>
        <w:jc w:val="right"/>
      </w:pPr>
      <w:r>
        <w:t>پرہیپس دیر از نو ایکسیپشن ایکسیپٹ محمد صلی اللہ علیہ وسلم۔ ال دا فلاسفرز اف ہسٹری، ال دا ریفارمرز اف ہسٹری، ال دا لیڈرز اف ہسٹری ویر ابسٹس ود دی نوشن دیٹ وی ہیو ٹو ریموو دس پرابلم۔</w:t>
      </w:r>
    </w:p>
    <w:p>
      <w:r>
        <w:rPr>
          <w:b/>
        </w:rPr>
        <w:t xml:space="preserve">[16:48] </w:t>
      </w:r>
      <w:r>
        <w:t>they wanted to establish a society where there is no problem, problem free society. this was against the law.</w:t>
      </w:r>
    </w:p>
    <w:p>
      <w:pPr>
        <w:jc w:val="right"/>
      </w:pPr>
      <w:r>
        <w:t>دے وانٹڈ ٹو اسٹیبلش ا سوسائٹی ویر دیر از نو پرابلم، پرابلم فری سوسائٹی۔ دس واز اگینسٹ دی لاء۔</w:t>
      </w:r>
    </w:p>
    <w:p>
      <w:r>
        <w:rPr>
          <w:b/>
        </w:rPr>
        <w:t xml:space="preserve">[16:57] </w:t>
      </w:r>
      <w:r>
        <w:t>this planning was against the law of nature.</w:t>
      </w:r>
    </w:p>
    <w:p>
      <w:pPr>
        <w:jc w:val="right"/>
      </w:pPr>
      <w:r>
        <w:t>دس پلاننگ واز اگینسٹ دی لاء اف نیچر۔</w:t>
      </w:r>
    </w:p>
    <w:p>
      <w:r>
        <w:rPr>
          <w:b/>
        </w:rPr>
        <w:t xml:space="preserve">[17:00] </w:t>
      </w:r>
      <w:r>
        <w:t>this kind of planning was against the law of nature. but all the, all the, all the, all the reformers were obstinate with this emotion.</w:t>
      </w:r>
    </w:p>
    <w:p>
      <w:pPr>
        <w:jc w:val="right"/>
      </w:pPr>
      <w:r>
        <w:t>دس کائنڈ اف پلاننگ واز اگینسٹ دی لاء اف نیچر۔ بٹ ال دا، ال دا، ال دا، ال دا ریفارمرز ویر ابسٹس ود دس ایموشن۔</w:t>
      </w:r>
    </w:p>
    <w:p>
      <w:r>
        <w:rPr>
          <w:b/>
        </w:rPr>
        <w:t xml:space="preserve">[17:14] </w:t>
      </w:r>
      <w:r>
        <w:t>perhaps a kind of my study, Muhammad sallallahu alaihi wasallam was the first in human history, first who was able to disclose this law of nature.</w:t>
      </w:r>
    </w:p>
    <w:p>
      <w:pPr>
        <w:jc w:val="right"/>
      </w:pPr>
      <w:r>
        <w:t>پرہیپس ا کائنڈ اف مائی سٹڈی، محمد صلی اللہ علیہ وسلم واز دا فرسٹ ان ہیومن ہسٹری، فرسٹ ہو واز ایبل ٹو ڈسکلوز دس لاء اف نیچر۔</w:t>
      </w:r>
    </w:p>
    <w:p>
      <w:r>
        <w:rPr>
          <w:b/>
        </w:rPr>
        <w:t xml:space="preserve">[17:26] </w:t>
      </w:r>
      <w:r>
        <w:t>that problem were not problem, problem were placing.</w:t>
      </w:r>
    </w:p>
    <w:p>
      <w:pPr>
        <w:jc w:val="right"/>
      </w:pPr>
      <w:r>
        <w:t>دیٹ پرابلم وار ناٹ پرابلم، پرابلم وار پلیسنگ۔</w:t>
      </w:r>
    </w:p>
    <w:p>
      <w:r>
        <w:rPr>
          <w:b/>
        </w:rPr>
        <w:t xml:space="preserve">[17:32] </w:t>
      </w:r>
      <w:r>
        <w:t>inna ma'al usri yusra, inna ma'al usri yusra. so we have to take guidance from the prophet sallallahu alaihi wasallam, and we have to welcome all those,</w:t>
      </w:r>
    </w:p>
    <w:p>
      <w:pPr>
        <w:jc w:val="right"/>
      </w:pPr>
      <w:r>
        <w:t>انا مالوس یسرا، انا مالوس یسرا۔ سو وی ہیو ٹو ٹیک گائیڈنس فرام دا پرافٹ صلی اللہ علیہ وسلم، اینڈ وی ہیو ٹو ویلکم ال دوز،</w:t>
      </w:r>
    </w:p>
    <w:p>
      <w:r>
        <w:rPr>
          <w:b/>
        </w:rPr>
        <w:t xml:space="preserve">[17:50] </w:t>
      </w:r>
      <w:r>
        <w:t>all those negative propaganda, all those kind of harshship, any kind of, any kind of negative response.</w:t>
      </w:r>
    </w:p>
    <w:p>
      <w:pPr>
        <w:jc w:val="right"/>
      </w:pPr>
      <w:r>
        <w:t>ال دوز نیگیٹیو پروپیگنڈا، ال دوز کائنڈ اف ہارشپ، اینی کائنڈ اف، اینی کائنڈ اف نیگیٹیو رسپانس۔</w:t>
      </w:r>
    </w:p>
    <w:p>
      <w:r>
        <w:rPr>
          <w:b/>
        </w:rPr>
        <w:t xml:space="preserve">[18:06] </w:t>
      </w:r>
      <w:r>
        <w:t>we have to to welcome it, we have to take it as a blessing. there is well known saying blessing and is guide.</w:t>
      </w:r>
    </w:p>
    <w:p>
      <w:pPr>
        <w:jc w:val="right"/>
      </w:pPr>
      <w:r>
        <w:t>وی ہیو ٹو ٹو ویلکم اٹ، وی ہیو ٹو ٹیک اٹ ایز ا بلیسنگ۔ دیر از ویل نون سینگ بلیسنگ اینڈ از گائیڈ۔</w:t>
      </w:r>
    </w:p>
    <w:p>
      <w:r>
        <w:rPr>
          <w:b/>
        </w:rPr>
        <w:t xml:space="preserve">[18:17] </w:t>
      </w:r>
      <w:r>
        <w:t>so blessing is guide is not an exceptional kind of events. all those things which are apparently evil, they are blessing in this life.</w:t>
      </w:r>
    </w:p>
    <w:p>
      <w:pPr>
        <w:jc w:val="right"/>
      </w:pPr>
      <w:r>
        <w:t>سو بلیسنگ از گائیڈ از ناٹ این ایکسیپشنل کائنڈ اف ایونٹس۔ ال دوز تھنگز وچ ار اپرینٹلی ایول، دے ار بلیسنگ ان دس لائف۔</w:t>
      </w:r>
    </w:p>
    <w:p>
      <w:r>
        <w:rPr>
          <w:b/>
        </w:rPr>
        <w:t xml:space="preserve">[18:36] </w:t>
      </w:r>
      <w:r>
        <w:t>the only thing is that you have to tell people that don't take it as a negative thing.</w:t>
      </w:r>
    </w:p>
    <w:p>
      <w:pPr>
        <w:jc w:val="right"/>
      </w:pPr>
      <w:r>
        <w:t>دا اونلی تھنگ از دیٹ یو ہیو ٹو ٹیل پیپل دیٹ ڈونٹ ٹیک اٹ ایز ا نیگیٹیو تھنگ۔</w:t>
      </w:r>
    </w:p>
    <w:p>
      <w:r>
        <w:rPr>
          <w:b/>
        </w:rPr>
        <w:t xml:space="preserve">[18:47] </w:t>
      </w:r>
      <w:r>
        <w:t>in this world, nothing is negative in in complete sense of the world. only 50 percent in everything.</w:t>
      </w:r>
    </w:p>
    <w:p>
      <w:pPr>
        <w:jc w:val="right"/>
      </w:pPr>
      <w:r>
        <w:t>ان دس ورلڈ، نتھنگ از نیگیٹیو ان ان کمپلیٹ سینس اف دا ورلڈ۔ اونلی 50 پرسنٹ ان ایوری تھنگ۔</w:t>
      </w:r>
    </w:p>
    <w:p>
      <w:r>
        <w:rPr>
          <w:b/>
        </w:rPr>
        <w:t xml:space="preserve">[18:59] </w:t>
      </w:r>
      <w:r>
        <w:t>there are two different aspect, negative and positive.</w:t>
      </w:r>
    </w:p>
    <w:p>
      <w:pPr>
        <w:jc w:val="right"/>
      </w:pPr>
      <w:r>
        <w:t>دیر ار ٹو ڈفرنٹ اسپیکٹ، نیگیٹیو اینڈ پوزیٹیو۔</w:t>
      </w:r>
    </w:p>
    <w:p>
      <w:r>
        <w:rPr>
          <w:b/>
        </w:rPr>
        <w:t xml:space="preserve">[19:05] </w:t>
      </w:r>
      <w:r>
        <w:t>so nothing is evil. no, every evil accompanies some some kind of positivity.</w:t>
      </w:r>
    </w:p>
    <w:p>
      <w:pPr>
        <w:jc w:val="right"/>
      </w:pPr>
      <w:r>
        <w:t>سو نتھنگ از ایول۔ نو، ایوری ایول اکمپنیز سم سم کائنڈ اف پوزیٹیوٹی۔</w:t>
      </w:r>
    </w:p>
    <w:p>
      <w:r>
        <w:rPr>
          <w:b/>
        </w:rPr>
        <w:t xml:space="preserve">[19:18] </w:t>
      </w:r>
      <w:r>
        <w:t>so you have to adopt this formula, and also you have to preach this formula. you know, in our world, you know, in the present world, all the Muslims are living in frustration, in disappointment</w:t>
      </w:r>
    </w:p>
    <w:p>
      <w:pPr>
        <w:jc w:val="right"/>
      </w:pPr>
      <w:r>
        <w:t>سو یو ہیو ٹو اڈاپٹ دس فارمولا، اینڈ السو یو ہیو ٹو پریچ دس فارمولا۔ یو نو، ان اور ورلڈ، یو نو، ان دا پریزنٹ ورلڈ، ال دا مسلمز ار لیونگ ان فرسٹریشن، ان ڈس اپوائنٹمنٹ</w:t>
      </w:r>
    </w:p>
    <w:p>
      <w:r>
        <w:rPr>
          <w:b/>
        </w:rPr>
        <w:t xml:space="preserve">[19:34] </w:t>
      </w:r>
      <w:r>
        <w:t>. nearly all the Muslims in India, in Bangladesh, in Pakistan, in Arab, in Europe, in America, all are speaking in negative tone.</w:t>
      </w:r>
    </w:p>
    <w:p>
      <w:pPr>
        <w:jc w:val="right"/>
      </w:pPr>
      <w:r>
        <w:t>۔ نیئرلی ال دا مسلمز ان انڈیا، ان بنگلہ دیش، ان پاکستان، ان عرب، ان یورپ، ان امریکہ، ال ار سپیکنگ ان نیگیٹیو ٹون۔</w:t>
      </w:r>
    </w:p>
    <w:p>
      <w:r>
        <w:rPr>
          <w:b/>
        </w:rPr>
        <w:t xml:space="preserve">[19:48] </w:t>
      </w:r>
      <w:r>
        <w:t>all are have some complaint in their heart, some protestant in their heart, because they don't know this law of nature.</w:t>
      </w:r>
    </w:p>
    <w:p>
      <w:pPr>
        <w:jc w:val="right"/>
      </w:pPr>
      <w:r>
        <w:t>ال ار ہیو سم کمپلینٹ ان دیر ہارٹ، سم پروٹیسٹنٹ ان دیر ہارٹ، بیکاز دے ڈونٹ نو دس لاء اف نیچر۔</w:t>
      </w:r>
    </w:p>
    <w:p>
      <w:r>
        <w:rPr>
          <w:b/>
        </w:rPr>
        <w:t xml:space="preserve">[19:58] </w:t>
      </w:r>
      <w:r>
        <w:t>although its mention in the Quran, although it was practice by the prophet of Islam, although we have a model in this regard.</w:t>
      </w:r>
    </w:p>
    <w:p>
      <w:pPr>
        <w:jc w:val="right"/>
      </w:pPr>
      <w:r>
        <w:t>الدو اٹس مینشن ان دا قرآن، الدو اٹ واز پریکٹس بائی دا پرافٹ اف اسلام، الدو وی ہیو ا ماڈل ان دس ریگارڈ۔</w:t>
      </w:r>
    </w:p>
    <w:p>
      <w:r>
        <w:rPr>
          <w:b/>
        </w:rPr>
        <w:t xml:space="preserve">[20:08] </w:t>
      </w:r>
      <w:r>
        <w:t>but Muslims are blind. Muslims are opportunity blind. present Muslims are, i by Muslim, i mean their leaders.</w:t>
      </w:r>
    </w:p>
    <w:p>
      <w:pPr>
        <w:jc w:val="right"/>
      </w:pPr>
      <w:r>
        <w:t>بٹ مسلمز ار بلائنڈ۔ مسلمز ار اپرچونیٹی بلائنڈ۔ پریزنٹ مسلمز ار، ائی بائی مسلم، ائی مین دیر لیڈرز۔</w:t>
      </w:r>
    </w:p>
    <w:p>
      <w:r>
        <w:rPr>
          <w:b/>
        </w:rPr>
        <w:t xml:space="preserve">[20:21] </w:t>
      </w:r>
      <w:r>
        <w:t>i am not referring to mosque. i am not referring to mosque.</w:t>
      </w:r>
    </w:p>
    <w:p>
      <w:pPr>
        <w:jc w:val="right"/>
      </w:pPr>
      <w:r>
        <w:t>ائی ایم ناٹ ریفرنگ ٹو ماسک۔ ائی ایم ناٹ ریفرنگ ٹو ماسک۔</w:t>
      </w:r>
    </w:p>
    <w:p>
      <w:r>
        <w:rPr>
          <w:b/>
        </w:rPr>
        <w:t xml:space="preserve">[20:27] </w:t>
      </w:r>
      <w:r>
        <w:t>mosque is not to blame. the blame goes to leaders, to intellectuals. so this is the set that all the leaders become opportunity blind.</w:t>
      </w:r>
    </w:p>
    <w:p>
      <w:pPr>
        <w:jc w:val="right"/>
      </w:pPr>
      <w:r>
        <w:t>ماسک از ناٹ ٹو بلیم۔ دا بلیم گوز ٹو لیڈرز، ٹو انٹلیکچولز۔ سو دس از دا سیٹ دیٹ ال دا لیڈرز بیکم اپرچونیٹی بلائنڈ۔</w:t>
      </w:r>
    </w:p>
    <w:p>
      <w:r>
        <w:rPr>
          <w:b/>
        </w:rPr>
        <w:t xml:space="preserve">[20:46] </w:t>
      </w:r>
      <w:r>
        <w:t>de no only problems, de no only atrocities, de no only sad aspect of the things, or negative aspect of the things.</w:t>
      </w:r>
    </w:p>
    <w:p>
      <w:pPr>
        <w:jc w:val="right"/>
      </w:pPr>
      <w:r>
        <w:t>دے نو اونلی پرابلمز، دے نو اونلی اٹراسٹیز، دے نو اونلی سیڈ اسپیکٹ اف دا تھنگز، اور نیگیٹیو اسپیکٹ اف دا تھنگز۔</w:t>
      </w:r>
    </w:p>
    <w:p>
      <w:r>
        <w:rPr>
          <w:b/>
        </w:rPr>
        <w:t xml:space="preserve">[21:01] </w:t>
      </w:r>
      <w:r>
        <w:t>it is this, it is the single factor that has made Muslims backward.</w:t>
      </w:r>
    </w:p>
    <w:p>
      <w:pPr>
        <w:jc w:val="right"/>
      </w:pPr>
      <w:r>
        <w:t>اٹ از دس، اٹ از دا سنگل فیکٹر دیٹ ہیز میڈ مسلمز بیکورڈ۔</w:t>
      </w:r>
    </w:p>
    <w:p>
      <w:r>
        <w:rPr>
          <w:b/>
        </w:rPr>
        <w:t xml:space="preserve">[21:08] </w:t>
      </w:r>
      <w:r>
        <w:t>in our present world, Muslims feel them self displaced people, dictate committee.</w:t>
      </w:r>
    </w:p>
    <w:p>
      <w:pPr>
        <w:jc w:val="right"/>
      </w:pPr>
      <w:r>
        <w:t>ان اور پریزنٹ ورلڈ، مسلمز فیل دیم سیلف ڈسپلیسڈ پیپل، ڈکٹیٹ کمیٹی۔</w:t>
      </w:r>
    </w:p>
    <w:p>
      <w:r>
        <w:rPr>
          <w:b/>
        </w:rPr>
        <w:t xml:space="preserve">[21:19] </w:t>
      </w:r>
      <w:r>
        <w:t>they feel that they are in sad. all these things are due to mis guidance.</w:t>
      </w:r>
    </w:p>
    <w:p>
      <w:pPr>
        <w:jc w:val="right"/>
      </w:pPr>
      <w:r>
        <w:t>دے فیل دیٹ دے ار ان سیڈ۔ ال دیز تھنگز ار ڈیو ٹو مس گائیڈنس۔</w:t>
      </w:r>
    </w:p>
    <w:p>
      <w:r>
        <w:rPr>
          <w:b/>
        </w:rPr>
        <w:t xml:space="preserve">[21:28] </w:t>
      </w:r>
      <w:r>
        <w:t>mis guidance.</w:t>
      </w:r>
    </w:p>
    <w:p>
      <w:pPr>
        <w:jc w:val="right"/>
      </w:pPr>
      <w:r>
        <w:t>مس گائیڈنس۔</w:t>
      </w:r>
    </w:p>
    <w:p>
      <w:r>
        <w:rPr>
          <w:b/>
        </w:rPr>
        <w:t xml:space="preserve">[21:32] </w:t>
      </w:r>
      <w:r>
        <w:t>or leaders fail to, fail to, fail to guide Muslims in positive turn.</w:t>
      </w:r>
    </w:p>
    <w:p>
      <w:pPr>
        <w:jc w:val="right"/>
      </w:pPr>
      <w:r>
        <w:t>اور لیڈرز فیل ٹو، فیل ٹو، فیل ٹو گائیڈ مسلمز ان پازیٹیو ٹرن۔</w:t>
      </w:r>
    </w:p>
    <w:p>
      <w:r>
        <w:rPr>
          <w:b/>
        </w:rPr>
        <w:t xml:space="preserve">[21:48] </w:t>
      </w:r>
      <w:r>
        <w:t>so it is a very, yani this phenomena is not very simple phenomena. this also indicate a greater evil</w:t>
      </w:r>
    </w:p>
    <w:p>
      <w:pPr>
        <w:jc w:val="right"/>
      </w:pPr>
      <w:r>
        <w:t>سو اٹ از ا ویری، یعنی دس فیناومینا از ناٹ ویری سمپل فیناومینا۔ دس السو انڈیکیٹ ا گریٹر ایول</w:t>
      </w:r>
    </w:p>
    <w:p>
      <w:r>
        <w:rPr>
          <w:b/>
        </w:rPr>
        <w:t xml:space="preserve">[21:58] </w:t>
      </w:r>
      <w:r>
        <w:t>, that is our present reformers or leaders fail to drive their thought from from the Quran.</w:t>
      </w:r>
    </w:p>
    <w:p>
      <w:pPr>
        <w:jc w:val="right"/>
      </w:pPr>
      <w:r>
        <w:t>، دیٹ از اور پریزنٹ ریفارمرز اور لیڈرز فیل ٹو ڈرائیو دیر تھاٹ فرام فرام دا قرآن۔</w:t>
      </w:r>
    </w:p>
    <w:p>
      <w:r>
        <w:rPr>
          <w:b/>
        </w:rPr>
        <w:t xml:space="preserve">[22:10] </w:t>
      </w:r>
      <w:r>
        <w:t>i don't know any Muslim leader who claims that i, i wanted to know</w:t>
      </w:r>
    </w:p>
    <w:p>
      <w:pPr>
        <w:jc w:val="right"/>
      </w:pPr>
      <w:r>
        <w:t>ائی ڈونٹ نو اینی مسلم لیڈر ہو کلیمز دیٹ ائی، ائی وانٹڈ ٹو نو</w:t>
      </w:r>
    </w:p>
    <w:p>
      <w:r>
        <w:rPr>
          <w:b/>
        </w:rPr>
        <w:t xml:space="preserve">[22:24] </w:t>
      </w:r>
      <w:r>
        <w:t>what i have to do from the Quran</w:t>
      </w:r>
    </w:p>
    <w:p>
      <w:pPr>
        <w:jc w:val="right"/>
      </w:pPr>
      <w:r>
        <w:t>واٹ ائی ہیو ٹو ڈو فرام دا قرآن</w:t>
      </w:r>
    </w:p>
    <w:p>
      <w:r>
        <w:rPr>
          <w:b/>
        </w:rPr>
        <w:t xml:space="preserve">[22:27] </w:t>
      </w:r>
      <w:r>
        <w:t>. i, i, i went to a itikaf, i studied Quran for a long time, for several time, and then i discovered from the Quran that this is the solution of Muslims problems.</w:t>
      </w:r>
    </w:p>
    <w:p>
      <w:pPr>
        <w:jc w:val="right"/>
      </w:pPr>
      <w:r>
        <w:t>۔ ائی، ائی، ائی وینٹ ٹو ا اعتکاف، ائی اسٹڈی قرآن فار ا لانگ ٹائم، فار سیورل ٹائم، اینڈ دین ائی ڈسکورڈ فرام دا قرآن دیٹ دس از دا سولیوشن اف مسلم پرابلمز۔</w:t>
      </w:r>
    </w:p>
    <w:p>
      <w:r>
        <w:rPr>
          <w:b/>
        </w:rPr>
        <w:t xml:space="preserve">[22:44] </w:t>
      </w:r>
      <w:r>
        <w:t>and then i started my, my movement. all these Muslims only were case of reaction,</w:t>
      </w:r>
    </w:p>
    <w:p>
      <w:pPr>
        <w:jc w:val="right"/>
      </w:pPr>
      <w:r>
        <w:t>اینڈ دین ائی سٹارٹڈ مائی، مائی موومنٹ۔ ال دیز مسلمز اونلی ویر کیس اف ری ایکشن،</w:t>
      </w:r>
    </w:p>
    <w:p>
      <w:r>
        <w:rPr>
          <w:b/>
        </w:rPr>
        <w:t xml:space="preserve">[22:56] </w:t>
      </w:r>
      <w:r>
        <w:t>reaction out of reaction. I am talking about the present Muslim leaders. All these Muslim leaders were case of reaction.</w:t>
      </w:r>
    </w:p>
    <w:p>
      <w:pPr>
        <w:jc w:val="right"/>
      </w:pPr>
      <w:r>
        <w:t>ری ایکشن اؤٹ اف ری ایکشن۔ ائی ایم ٹاکنگ اباؤٹ دا پریزنٹ مسلم لیڈرز۔ ال دیز مسلم لیڈرز ویر کیس اف ری ایکشن۔</w:t>
      </w:r>
    </w:p>
    <w:p>
      <w:r>
        <w:rPr>
          <w:b/>
        </w:rPr>
        <w:t xml:space="preserve">[23:07] </w:t>
      </w:r>
      <w:r>
        <w:t>de, de reacted negatively.</w:t>
      </w:r>
    </w:p>
    <w:p>
      <w:pPr>
        <w:jc w:val="right"/>
      </w:pPr>
      <w:r>
        <w:t>دے، دے ری ایکٹڈ نیگیٹیولی۔</w:t>
      </w:r>
    </w:p>
    <w:p>
      <w:r>
        <w:rPr>
          <w:b/>
        </w:rPr>
        <w:t xml:space="preserve">[23:15] </w:t>
      </w:r>
      <w:r>
        <w:t>they were facing some situation, especially political situation, and some other social situation that seems to be an unfavorable phase.</w:t>
      </w:r>
    </w:p>
    <w:p>
      <w:pPr>
        <w:jc w:val="right"/>
      </w:pPr>
      <w:r>
        <w:t>دے ویر فیسنگ سم سچوئیشن، اسپیشلی پولیٹیکل سچوئیشن، اینڈ سم ادر سوشل سچوئیشن دیٹ سیمز ٹو بی ا ان فیوریبل فاسٹ۔</w:t>
      </w:r>
    </w:p>
    <w:p>
      <w:r>
        <w:rPr>
          <w:b/>
        </w:rPr>
        <w:t xml:space="preserve">[23:30] </w:t>
      </w:r>
      <w:r>
        <w:t>so they were facing some situation that was apparently not favorable to Muslims. so they reacted negatively.</w:t>
      </w:r>
    </w:p>
    <w:p>
      <w:pPr>
        <w:jc w:val="right"/>
      </w:pPr>
      <w:r>
        <w:t>سو دے ویر فیسنگ سم سچوئیشن دیٹ واز اپرینٹلی ناٹ فیوریبل ٹو مسلمز۔ سو دے ری ایکٹڈ نیگیٹیولی۔</w:t>
      </w:r>
    </w:p>
    <w:p>
      <w:r>
        <w:rPr>
          <w:b/>
        </w:rPr>
        <w:t xml:space="preserve">[23:42] </w:t>
      </w:r>
      <w:r>
        <w:t>so all these reformers, all these leaders were case of negative reaction.</w:t>
      </w:r>
    </w:p>
    <w:p>
      <w:pPr>
        <w:jc w:val="right"/>
      </w:pPr>
      <w:r>
        <w:t>سو ال دیز ریفارمرز، ال دیز لیڈرز ویر کیس اف نیگیٹیو ری ایکشن۔</w:t>
      </w:r>
    </w:p>
    <w:p>
      <w:r>
        <w:rPr>
          <w:b/>
        </w:rPr>
        <w:t xml:space="preserve">[23:52] </w:t>
      </w:r>
      <w:r>
        <w:t>so de fail to, to de fail to discover the guidance given by the Quran. de fail to, de fail to discover the guidance given by the prophet of Islam.</w:t>
      </w:r>
    </w:p>
    <w:p>
      <w:pPr>
        <w:jc w:val="right"/>
      </w:pPr>
      <w:r>
        <w:t>سو دے فیل ٹو، ٹو دے فیل ٹو ڈسکور دا گائیڈنس گیون بائی دا قرآن۔ دے فیل ٹو، دے فیل ٹو ڈسکور دا گائیڈنس گیون بائی دا پرافٹ اف اسلام۔</w:t>
      </w:r>
    </w:p>
    <w:p>
      <w:r>
        <w:rPr>
          <w:b/>
        </w:rPr>
        <w:t xml:space="preserve">[24:08] </w:t>
      </w:r>
      <w:r>
        <w:t>to this is the most sad aspect of our present life. present Muslims are victim of of this kind of misleading.</w:t>
      </w:r>
    </w:p>
    <w:p>
      <w:pPr>
        <w:jc w:val="right"/>
      </w:pPr>
      <w:r>
        <w:t>تو دس از دا موسٹ سیٹس اسپیکٹ اف اور پریزنٹ لائف۔ پریزنٹ مسلمز ار وکٹم اف اف دس کائنڈ اف مس لیڈنگ۔</w:t>
      </w:r>
    </w:p>
    <w:p>
      <w:r>
        <w:rPr>
          <w:b/>
        </w:rPr>
        <w:t xml:space="preserve">[24:25] </w:t>
      </w:r>
      <w:r>
        <w:t>deir are so many books in this subject, thousand and thousand books and articles. for example, one Arab Sheikh has publish a book with this title</w:t>
      </w:r>
    </w:p>
    <w:p>
      <w:pPr>
        <w:jc w:val="right"/>
      </w:pPr>
      <w:r>
        <w:t>دیر ار سو منی بکس ان دس سبجیکٹ، تھاؤزنڈ اینڈ تھاؤزنڈ بکس اینڈ ارٹیکلز۔ فار ایگزامپل، ون عرب شیخ ہیز پبلش ا بک ود دس ٹائٹل</w:t>
      </w:r>
    </w:p>
    <w:p>
      <w:r>
        <w:rPr>
          <w:b/>
        </w:rPr>
        <w:t xml:space="preserve">[24:38] </w:t>
      </w:r>
      <w:r>
        <w:t>: "Lamada al-Muslimeen Ghair, why Muslims become backward and other become forward".</w:t>
      </w:r>
    </w:p>
    <w:p>
      <w:pPr>
        <w:jc w:val="right"/>
      </w:pPr>
      <w:r>
        <w:t>: "لمادہ المسلمون غیر وائی مسلمز بیکم بیکورڈ اینڈ ادر بیکم فارورڈ"۔</w:t>
      </w:r>
    </w:p>
    <w:p>
      <w:r>
        <w:rPr>
          <w:b/>
        </w:rPr>
        <w:t xml:space="preserve">[24:53] </w:t>
      </w:r>
      <w:r>
        <w:t>Mada, this, this is the title of his book: "Lamada al-Muslimeen Ghair, why Muslims become backward and other become forward".</w:t>
      </w:r>
    </w:p>
    <w:p>
      <w:pPr>
        <w:jc w:val="right"/>
      </w:pPr>
      <w:r>
        <w:t>مادہ، دس، دس از دا ٹائٹل اف ہز بک: "لمادہ المسلمون غیر وائی مسلمز بیکم بیکورڈ اینڈ ادر بیکم فارورڈ"۔</w:t>
      </w:r>
    </w:p>
    <w:p>
      <w:r>
        <w:rPr>
          <w:b/>
        </w:rPr>
        <w:t xml:space="preserve">[25:06] </w:t>
      </w:r>
      <w:r>
        <w:t>b</w:t>
      </w:r>
    </w:p>
    <w:p>
      <w:pPr>
        <w:jc w:val="right"/>
      </w:pPr>
      <w:r>
        <w:t>ب</w:t>
      </w:r>
    </w:p>
    <w:p>
      <w:r>
        <w:rPr>
          <w:b/>
        </w:rPr>
        <w:t xml:space="preserve">[25:07] </w:t>
      </w:r>
      <w:r>
        <w:t>But if you read this book, you available in Arabic and English, both, you can't find any solution in Quran Kareem, because this book is, this book is, is also approve that what he is, what he is writing was seen, is seeing out of negative reaction.</w:t>
      </w:r>
    </w:p>
    <w:p>
      <w:pPr>
        <w:jc w:val="right"/>
      </w:pPr>
      <w:r>
        <w:t>ٹ اف یو ریڈ دس بک، یو اویلیبل ان عربک اینڈ انگلش، بوتھ، یو کینٹ فائنڈ اینی سولیوشن ان قرآن کریم، بیکاز دس بک از، دس بک از، از السو اپروو دیٹ واٹ ہی از، واٹ ہی از رائٹنگ واز سینگ، از سینگ اؤٹ اف نیگیٹیو ری ایکشن۔</w:t>
      </w:r>
    </w:p>
    <w:p>
      <w:r>
        <w:rPr>
          <w:b/>
        </w:rPr>
        <w:t xml:space="preserve">[25:33] </w:t>
      </w:r>
      <w:r>
        <w:t>so Quran, deir is a in India, deir is a, deir is a set, parnami, parnami set.</w:t>
      </w:r>
    </w:p>
    <w:p>
      <w:pPr>
        <w:jc w:val="right"/>
      </w:pPr>
      <w:r>
        <w:t>سو قرآن، دیر از ا ان انڈیا، دیر از ا، دیر از ا سیٹ، پرنامی، پرنامی سیٹ۔</w:t>
      </w:r>
    </w:p>
    <w:p>
      <w:r>
        <w:rPr>
          <w:b/>
        </w:rPr>
        <w:t xml:space="preserve">[25:46] </w:t>
      </w:r>
      <w:r>
        <w:t>to az, az, az very interesting to know that parname people believe in the Quran, although they are Hindu, their name are Hindu name, just like other Hindus.</w:t>
      </w:r>
    </w:p>
    <w:p>
      <w:pPr>
        <w:jc w:val="right"/>
      </w:pPr>
      <w:r>
        <w:t>تو از، از، از ویری انٹرسٹنگ ٹو نو دیٹ پرنامے پیپل بیلیو ان دا قرآن، الدو دے ار ہندو، دیر نیم ار ہندو نیم، جسٹ لائک ادر ہندوز۔</w:t>
      </w:r>
    </w:p>
    <w:p>
      <w:r>
        <w:rPr>
          <w:b/>
        </w:rPr>
        <w:t xml:space="preserve">[26:01] </w:t>
      </w:r>
      <w:r>
        <w:t>but they, their book is kaldam, kaldam sharif. they believe in, in a book, and the title of this book is kaldam sharif.</w:t>
      </w:r>
    </w:p>
    <w:p>
      <w:pPr>
        <w:jc w:val="right"/>
      </w:pPr>
      <w:r>
        <w:t>بٹ دے، دیر بک از کلدم، کلدم شریف۔ دے بیلیو ان، ان ا بک، اینڈ دا ٹائٹل اف دس بک از کلدم شریف۔</w:t>
      </w:r>
    </w:p>
    <w:p>
      <w:r>
        <w:rPr>
          <w:b/>
        </w:rPr>
        <w:t xml:space="preserve">[26:12] </w:t>
      </w:r>
      <w:r>
        <w:t>in kaldam sharif, there are, yani the author frequently refers to Qurani verse.</w:t>
      </w:r>
    </w:p>
    <w:p>
      <w:pPr>
        <w:jc w:val="right"/>
      </w:pPr>
      <w:r>
        <w:t>ان کلدم شریف، دیر ار، یعنی دا اتھر فریکونٹلی ریفرز ٹو قرآنی ورس۔</w:t>
      </w:r>
    </w:p>
    <w:p>
      <w:r>
        <w:rPr>
          <w:b/>
        </w:rPr>
        <w:t xml:space="preserve">[26:22] </w:t>
      </w:r>
      <w:r>
        <w:t>for example, there is one line up of kaldam sharif: "bakr rahi furqan". bakr rahi furqan, here furqan means Quran.</w:t>
      </w:r>
    </w:p>
    <w:p>
      <w:pPr>
        <w:jc w:val="right"/>
      </w:pPr>
      <w:r>
        <w:t>فار ایگزامپل، دیر از ون لائن اپ اف کلدم شریف: "بکر رہی فرقان"۔ بکر رہی فرقان، ہیر فرقان مینز قرآن۔</w:t>
      </w:r>
    </w:p>
    <w:p>
      <w:r>
        <w:rPr>
          <w:b/>
        </w:rPr>
        <w:t xml:space="preserve">[26:37] </w:t>
      </w:r>
      <w:r>
        <w:t>furqan means Quran. it means the Quran, Quran, yani left in known, in discovered.</w:t>
      </w:r>
    </w:p>
    <w:p>
      <w:pPr>
        <w:jc w:val="right"/>
      </w:pPr>
      <w:r>
        <w:t>فرقان مینز قرآن۔ اٹ مینز دا قرآن، قرآن، یعنی لیفٹ ان نون، ان ڈسکورڈ۔</w:t>
      </w:r>
    </w:p>
    <w:p>
      <w:r>
        <w:rPr>
          <w:b/>
        </w:rPr>
        <w:t xml:space="preserve">[26:47] </w:t>
      </w:r>
      <w:r>
        <w:t>Quran became, became an in discovered book.</w:t>
      </w:r>
    </w:p>
    <w:p>
      <w:pPr>
        <w:jc w:val="right"/>
      </w:pPr>
      <w:r>
        <w:t>قرآن بیکم، بیکم ان ان ڈسکورڈ بک۔</w:t>
      </w:r>
    </w:p>
    <w:p>
      <w:r>
        <w:rPr>
          <w:b/>
        </w:rPr>
        <w:t xml:space="preserve">[26:52] </w:t>
      </w:r>
      <w:r>
        <w:t>is very strange,</w:t>
      </w:r>
    </w:p>
    <w:p>
      <w:pPr>
        <w:jc w:val="right"/>
      </w:pPr>
      <w:r>
        <w:t>از ویری سٹرینج،</w:t>
      </w:r>
    </w:p>
    <w:p>
      <w:r>
        <w:rPr>
          <w:b/>
        </w:rPr>
        <w:t xml:space="preserve">[26:56] </w:t>
      </w:r>
      <w:r>
        <w:t>and I think that he is saying, yani what he is saying is right. Quran is in discovered book, in known book, although people, yani do tilawat, there is, there is a citation with a knowing the meaning.</w:t>
      </w:r>
    </w:p>
    <w:p>
      <w:pPr>
        <w:jc w:val="right"/>
      </w:pPr>
      <w:r>
        <w:t>اینڈ ائی تھنک دیٹ ہی از سینگ، یعنی واٹ ہی از سینگ از رائٹ۔ قرآن از ان ڈسکورڈ بک، ان نون بک، الدو پیپل، یعنی ڈو تلاوت، دیر از، دیر از اے سائٹیشن ودا نوئنگ دا میننگ۔</w:t>
      </w:r>
    </w:p>
    <w:p>
      <w:r>
        <w:rPr>
          <w:b/>
        </w:rPr>
        <w:t xml:space="preserve">[27:16] </w:t>
      </w:r>
      <w:r>
        <w:t>most Muslim are engaged in tilawat.</w:t>
      </w:r>
    </w:p>
    <w:p>
      <w:pPr>
        <w:jc w:val="right"/>
      </w:pPr>
      <w:r>
        <w:t>موسٹ مسلم ار انگیج ان تلاوت۔</w:t>
      </w:r>
    </w:p>
    <w:p>
      <w:r>
        <w:rPr>
          <w:b/>
        </w:rPr>
        <w:t xml:space="preserve">[27:20] </w:t>
      </w:r>
      <w:r>
        <w:t>if someone die, their Quran khali. so millions of Muslims are engaged in tilawat. that is simply recitation of the text of the, of the Arabic text.</w:t>
      </w:r>
    </w:p>
    <w:p>
      <w:pPr>
        <w:jc w:val="right"/>
      </w:pPr>
      <w:r>
        <w:t>اف سم ون ڈائی، دیر قرآن خالی۔ سو ملینز اف مسلمز ار انگیجڈ ان تلاوت۔ دیٹ از سمپلی ریسیٹیشن اف دا ٹیکسٹ اف دا، اف دا عربک ٹیکسٹ۔</w:t>
      </w:r>
    </w:p>
    <w:p>
      <w:r>
        <w:rPr>
          <w:b/>
        </w:rPr>
        <w:t xml:space="preserve">[27:34] </w:t>
      </w:r>
      <w:r>
        <w:t>but this a kind of tilawat is nothing. Hazrat Aisha said about this kind of people: "this saying of them of Aisha, the, the,</w:t>
      </w:r>
    </w:p>
    <w:p>
      <w:pPr>
        <w:jc w:val="right"/>
      </w:pPr>
      <w:r>
        <w:t>بٹ دس ا کائنڈ اف تلاوت از نتھنگ۔ حضرت عائشہ سیڈ اباؤٹ دس کائنڈ اف پیپل: "دس سینگ اف دیم اف عائشہ، دا، دا،</w:t>
      </w:r>
    </w:p>
    <w:p>
      <w:r>
        <w:rPr>
          <w:b/>
        </w:rPr>
        <w:t xml:space="preserve">[27:51] </w:t>
      </w:r>
      <w:r>
        <w:t>the wife of the Prophet of Islam". walim yaqru, they read the Quran, but they did not read.</w:t>
      </w:r>
    </w:p>
    <w:p>
      <w:pPr>
        <w:jc w:val="right"/>
      </w:pPr>
      <w:r>
        <w:t>دا وائف اف دا پرافٹ اف اسلام"۔ ولم یقرو، دے ریڈ دا قرآن، بٹ دے ڈیڈ ناٹ ریڈ۔</w:t>
      </w:r>
    </w:p>
    <w:p>
      <w:r>
        <w:rPr>
          <w:b/>
        </w:rPr>
        <w:t xml:space="preserve">[28:02] </w:t>
      </w:r>
      <w:r>
        <w:t>they read the Quran, but they did not read. this is the case of all the Muslims. they read the Quran in term of tilawat,</w:t>
      </w:r>
    </w:p>
    <w:p>
      <w:pPr>
        <w:jc w:val="right"/>
      </w:pPr>
      <w:r>
        <w:t>دے ریڈ دا قرآن، بٹ دے ڈیڈ ناٹ ریڈ۔ دس از دا کیس اف ال دا مسلمز۔ دے ریڈ دا قرآن ان ٹرم اف تلاوت،</w:t>
      </w:r>
    </w:p>
    <w:p>
      <w:r>
        <w:rPr>
          <w:b/>
        </w:rPr>
        <w:t xml:space="preserve">[28:16] </w:t>
      </w:r>
      <w:r>
        <w:t>but they don't know the meaning of the Quran. for example, they don't know that it is law of nature, according to Qurani statement, that no experience is simply negative experience.</w:t>
      </w:r>
    </w:p>
    <w:p>
      <w:pPr>
        <w:jc w:val="right"/>
      </w:pPr>
      <w:r>
        <w:t>بٹ دے ڈونٹ نو دا میننگ اف دا قرآن۔ فار ایگزامپل، دے ڈونٹ نو دیٹ اٹ از لاء اف نیچر، اکارڈنگ ٹو قرآنک سٹیٹمنٹ، دیٹ نو ایکسپیرینس از سمپلی نیگیٹیو ایکسپیرینس۔</w:t>
      </w:r>
    </w:p>
    <w:p>
      <w:r>
        <w:rPr>
          <w:b/>
        </w:rPr>
        <w:t xml:space="preserve">[28:31] </w:t>
      </w:r>
      <w:r>
        <w:t>with every experience, there are positive aspect. so you have to discover that positive aspect. this is the most important verse, very relevant to our present life.</w:t>
      </w:r>
    </w:p>
    <w:p>
      <w:pPr>
        <w:jc w:val="right"/>
      </w:pPr>
      <w:r>
        <w:t>ود ایوری ایکسپیرینس، دیر ار پازیٹیو اسپیکٹ۔ سو یو ہیو ٹو ڈسکور دیٹ پازیٹیو اسپیکٹ۔ دس از دا موسٹ امپورٹنٹ ورس، ویری ریلیونٹ ٹو اور پریزنٹ لائف۔</w:t>
      </w:r>
    </w:p>
    <w:p>
      <w:r>
        <w:rPr>
          <w:b/>
        </w:rPr>
        <w:t xml:space="preserve">[28:50] </w:t>
      </w:r>
      <w:r>
        <w:t>this Qurani verse is very, very relevant to our present life.</w:t>
      </w:r>
    </w:p>
    <w:p>
      <w:pPr>
        <w:jc w:val="right"/>
      </w:pPr>
      <w:r>
        <w:t>دس قرآنی ورس از ویری، ویری ریلیونٹ ٹو اور پریزنٹ لائف۔</w:t>
      </w:r>
    </w:p>
    <w:p>
      <w:r>
        <w:rPr>
          <w:b/>
        </w:rPr>
        <w:t xml:space="preserve">[28:55] </w:t>
      </w:r>
      <w:r>
        <w:t>but Muslims don't know, because they are ways complaint. they are engaged in protest. anyone who is engaged in protest and complaint, it is,</w:t>
      </w:r>
    </w:p>
    <w:p>
      <w:pPr>
        <w:jc w:val="right"/>
      </w:pPr>
      <w:r>
        <w:t>بٹ مسلمز ڈونٹ نو، بیکاز دے ار ویز کمپلینٹ۔ دے ار انگیج ان پروٹیسٹ۔ اینی ون ہو از انگیج ان پروٹیسٹ اینڈ کمپلینٹ، اٹ از،</w:t>
      </w:r>
    </w:p>
    <w:p>
      <w:r>
        <w:rPr>
          <w:b/>
        </w:rPr>
        <w:t xml:space="preserve">[29:09] </w:t>
      </w:r>
      <w:r>
        <w:t>this, it is well established fact that he don't know the law of nature. he don't know the Qurani statement in this regard.</w:t>
      </w:r>
    </w:p>
    <w:p>
      <w:pPr>
        <w:jc w:val="right"/>
      </w:pPr>
      <w:r>
        <w:t>دس، اٹ از ویل اسٹیبلش فیکٹ دیٹ ہی ڈونٹ نو دا لاء اف نیچر۔ ہی ڈونٹ نو دا قرآنک سٹیٹمنٹ ان دس ریگارڈ۔</w:t>
      </w:r>
    </w:p>
    <w:p>
      <w:r>
        <w:rPr>
          <w:b/>
        </w:rPr>
        <w:t xml:space="preserve">[29:19] </w:t>
      </w:r>
      <w:r>
        <w:t>so this is our mission, and I would like to advise you to, to convey this message to all Muslims, also to all mankind.</w:t>
      </w:r>
    </w:p>
    <w:p>
      <w:pPr>
        <w:jc w:val="right"/>
      </w:pPr>
      <w:r>
        <w:t>سو دس از اور مشن، اینڈ ائی وڈ لائک ٹو ایڈوائس یو ٹو، ٹو کنوے دس میسج ٹو ال مسلمز، السو ٹو ال مین کائنڈ۔</w:t>
      </w:r>
    </w:p>
    <w:p>
      <w:r>
        <w:rPr>
          <w:b/>
        </w:rPr>
        <w:t xml:space="preserve">[29:32] </w:t>
      </w:r>
      <w:r>
        <w:t>aqool qawli hadha wastaghfirullah. levelkum in my</w:t>
      </w:r>
    </w:p>
    <w:p>
      <w:pPr>
        <w:jc w:val="right"/>
      </w:pPr>
      <w:r>
        <w:t>اقول قولھذا واستغفراللہ۔ لیولکم ان مائی</w:t>
      </w:r>
    </w:p>
    <w:p>
      <w:r>
        <w:rPr>
          <w:b/>
        </w:rPr>
        <w:t xml:space="preserve">[29:46] </w:t>
      </w:r>
      <w:r>
        <w:t>dada. I have a question</w:t>
      </w:r>
    </w:p>
    <w:p>
      <w:pPr>
        <w:jc w:val="right"/>
      </w:pPr>
      <w:r>
        <w:t>دادا۔ ائی ہیو ا کوئسچن</w:t>
      </w:r>
    </w:p>
    <w:p>
      <w:r>
        <w:rPr>
          <w:b/>
        </w:rPr>
        <w:t xml:space="preserve">[29:48] </w:t>
      </w:r>
      <w:r>
        <w:t>: there is a difference between scrutinizing religion and scrutinizing the practitioners, the practitioner and the practices of a religion.</w:t>
      </w:r>
    </w:p>
    <w:p>
      <w:pPr>
        <w:jc w:val="right"/>
      </w:pPr>
      <w:r>
        <w:t>: دیر از ا ڈیفرنس بٹوین سکروٹینائزنگ ریلیجن اینڈ سکروٹینائزنگ دا پریکٹیشنرز، دا پریکٹیشنر اینڈ دا پریکٹسز اف ا ریلیجن۔</w:t>
      </w:r>
    </w:p>
    <w:p>
      <w:r>
        <w:rPr>
          <w:b/>
        </w:rPr>
        <w:t xml:space="preserve">[30:02] </w:t>
      </w:r>
      <w:r>
        <w:t>repeat, repeat it</w:t>
      </w:r>
    </w:p>
    <w:p>
      <w:pPr>
        <w:jc w:val="right"/>
      </w:pPr>
      <w:r>
        <w:t>ریپیٹ، ریپیٹ اٹ</w:t>
      </w:r>
    </w:p>
    <w:p>
      <w:r>
        <w:rPr>
          <w:b/>
        </w:rPr>
        <w:t xml:space="preserve">[30:04] </w:t>
      </w:r>
      <w:r>
        <w:t>. dada, I want to know if there is a difference between scrutinizing a religion and scrutinizing the practices and the, ah, ah, teacher, the practices, practitioner of a religion.</w:t>
      </w:r>
    </w:p>
    <w:p>
      <w:pPr>
        <w:jc w:val="right"/>
      </w:pPr>
      <w:r>
        <w:t>۔ دادا، ائی وانٹ ٹو نو اف دیر از ا ڈیفرنس بٹوین سکروٹینائزنگ ا ریلیجن اینڈ سکروٹینائزنگ دا پریکٹسز اینڈ دا، اہ، اہ، ٹیچر، دا پریکٹسز، پریکٹیشنر اف ا ریلیجن۔</w:t>
      </w:r>
    </w:p>
    <w:p>
      <w:r>
        <w:rPr>
          <w:b/>
        </w:rPr>
        <w:t xml:space="preserve">[30:20] </w:t>
      </w:r>
      <w:r>
        <w:t>yeh quoting is very good, very nice word for this purpose. although do people use this word, but don't think this is a proper word for this purpose,</w:t>
      </w:r>
    </w:p>
    <w:p>
      <w:pPr>
        <w:jc w:val="right"/>
      </w:pPr>
      <w:r>
        <w:t>یہ کوٹنگ از ویری گڈ، ویری نائس ورڈ فار دس پرپس۔ الدو دو پیپل یوز دس ورڈ، بٹ ڈونٹ تھنک دس از ا پراپر ورڈ فار دس پرپس،</w:t>
      </w:r>
    </w:p>
    <w:p>
      <w:r>
        <w:rPr>
          <w:b/>
        </w:rPr>
        <w:t xml:space="preserve">[30:33] </w:t>
      </w:r>
      <w:r>
        <w:t>because no journalist has right to to to try. I searched the meeting, that is, it is, it involves us ka scholarship.</w:t>
      </w:r>
    </w:p>
    <w:p>
      <w:pPr>
        <w:jc w:val="right"/>
      </w:pPr>
      <w:r>
        <w:t>بیکاز نو جرنلسٹ ہیز رائٹ۔ ٹو ٹو ٹو ٹرائی۔ ائی سرچ دا میٹنگ، دیٹ از، اٹ از، اٹ انوالو اس کا سکالرشپ۔</w:t>
      </w:r>
    </w:p>
    <w:p>
      <w:r>
        <w:rPr>
          <w:b/>
        </w:rPr>
        <w:t xml:space="preserve">[30:49] </w:t>
      </w:r>
      <w:r>
        <w:t>so you, yani you can examine, you can reassess both the aspect,</w:t>
      </w:r>
    </w:p>
    <w:p>
      <w:pPr>
        <w:jc w:val="right"/>
      </w:pPr>
      <w:r>
        <w:t>سو یو، یعنی یو کین ایگزیمن، یو کین ری اسس بوتھ دا اسپیکٹ،</w:t>
      </w:r>
    </w:p>
    <w:p>
      <w:r>
        <w:rPr>
          <w:b/>
        </w:rPr>
        <w:t xml:space="preserve">[30:58] </w:t>
      </w:r>
      <w:r>
        <w:t>but that was not job of a journalist.</w:t>
      </w:r>
    </w:p>
    <w:p>
      <w:pPr>
        <w:jc w:val="right"/>
      </w:pPr>
      <w:r>
        <w:t>بٹ دیٹ واز ناٹ جاب اف ا جرنلسٹ۔</w:t>
      </w:r>
    </w:p>
    <w:p>
      <w:r>
        <w:rPr>
          <w:b/>
        </w:rPr>
        <w:t xml:space="preserve">[31:02] </w:t>
      </w:r>
      <w:r>
        <w:t>dada, what i want to know is that to, to examine a religion. you need scholarship, that, that i understand, but to also examine the, the followers of a religion or the practices of a religion, the practices and the practitioners of a religion.</w:t>
      </w:r>
    </w:p>
    <w:p>
      <w:pPr>
        <w:jc w:val="right"/>
      </w:pPr>
      <w:r>
        <w:t>دادا، واٹ ائی وانٹ ٹو نو از دیٹ ٹو، ٹو ایگزیمن ا ریلیجن۔ یو نیڈ سکالرشپ، دیٹ، دیٹ ائی انڈرسٹینڈ، بٹ ٹو السو ایگزیمن دا، دا فالوورز اف ا ریلیجن اور دا پریکٹسز اف ا ریلیجن، دا پریکٹسز اینڈ دا پریکٹیشنرز اف ا ریلیجن۔</w:t>
      </w:r>
    </w:p>
    <w:p>
      <w:r>
        <w:rPr>
          <w:b/>
        </w:rPr>
        <w:t xml:space="preserve">[31:20] </w:t>
      </w:r>
      <w:r>
        <w:t>do you then again need scholarship? yes,</w:t>
      </w:r>
    </w:p>
    <w:p>
      <w:pPr>
        <w:jc w:val="right"/>
      </w:pPr>
      <w:r>
        <w:t>ڈو یو دین اگین نیڈ سکالرشپ؟ یس،</w:t>
      </w:r>
    </w:p>
    <w:p>
      <w:r>
        <w:rPr>
          <w:b/>
        </w:rPr>
        <w:t xml:space="preserve">[31:25] </w:t>
      </w:r>
      <w:r>
        <w:t>without, without scholarship, without knowing the real problem.</w:t>
      </w:r>
    </w:p>
    <w:p>
      <w:pPr>
        <w:jc w:val="right"/>
      </w:pPr>
      <w:r>
        <w:t>وداؤٹ، وداؤٹ سکالرشپ، وداؤٹ نوئنگ دا ریئل پرابلم۔</w:t>
      </w:r>
    </w:p>
    <w:p>
      <w:r>
        <w:rPr>
          <w:b/>
        </w:rPr>
        <w:t xml:space="preserve">[31:34] </w:t>
      </w:r>
      <w:r>
        <w:t>how you can examine? how you can entertainize? you have first of all, you have some model. without model, how you can see this is right ya wrong?</w:t>
      </w:r>
    </w:p>
    <w:p>
      <w:pPr>
        <w:jc w:val="right"/>
      </w:pPr>
      <w:r>
        <w:t>ہاؤ یو کین ایگزیمن؟ ہاؤ یو کین انٹرٹینائز؟ یو ہیو فرسٹ اف ال، یو ہیو سم ماڈل۔ وداؤٹ ماڈل، ہاؤ یو کین سی دس از رائٹ یا رونگ؟</w:t>
      </w:r>
    </w:p>
    <w:p>
      <w:r>
        <w:rPr>
          <w:b/>
        </w:rPr>
        <w:t xml:space="preserve">[31:46] </w:t>
      </w:r>
      <w:r>
        <w:t>so those who scholars, they have a border.</w:t>
      </w:r>
    </w:p>
    <w:p>
      <w:pPr>
        <w:jc w:val="right"/>
      </w:pPr>
      <w:r>
        <w:t>سو دوز ہو سکالرز، دے ہیو ا بارڈر۔</w:t>
      </w:r>
    </w:p>
    <w:p>
      <w:r>
        <w:rPr>
          <w:b/>
        </w:rPr>
        <w:t xml:space="preserve">[31:51] </w:t>
      </w:r>
      <w:r>
        <w:t>without model, you can, you can not examine, you can not entertainize. so after great study, you develop, you develop a model your mind.</w:t>
      </w:r>
    </w:p>
    <w:p>
      <w:pPr>
        <w:jc w:val="right"/>
      </w:pPr>
      <w:r>
        <w:t>وداؤٹ ماڈل، یو کین، یو کین ناٹ ایگزیمن، یو کین ناٹ انٹرٹینائز۔ سو افٹر گریٹ اسٹڈی، یو ڈیولپ، یو ڈیولپ ا ماڈل یور مائنڈ۔</w:t>
      </w:r>
    </w:p>
    <w:p>
      <w:r>
        <w:rPr>
          <w:b/>
        </w:rPr>
        <w:t xml:space="preserve">[32:09] </w:t>
      </w:r>
      <w:r>
        <w:t>then you become competent to, to examine their practices according to their model, whether is right ya wrong.</w:t>
      </w:r>
    </w:p>
    <w:p>
      <w:pPr>
        <w:jc w:val="right"/>
      </w:pPr>
      <w:r>
        <w:t>دین یو بیکم کمپیٹنٹ ٹو، ٹو ایگزیمن دیر پریکٹسز اکارڈنگ ٹو دیر ماڈل، ویدر از رائٹ یا رونگ۔</w:t>
      </w:r>
    </w:p>
    <w:p>
      <w:r>
        <w:rPr>
          <w:b/>
        </w:rPr>
        <w:t xml:space="preserve">[32:24] </w:t>
      </w:r>
      <w:r>
        <w:t>without knowing the model, how you can examine? so i think that in both this cases, you did a great scholarship.</w:t>
      </w:r>
    </w:p>
    <w:p>
      <w:pPr>
        <w:jc w:val="right"/>
      </w:pPr>
      <w:r>
        <w:t>وداؤٹ نوئنگ دا ماڈل، ہاؤ یو کین ایگزیمن؟ سو ائی تھنک دیٹ ان بوتھ دس کیسز، یو ڈیڈ ا گریٹ سکالرشپ۔</w:t>
      </w:r>
    </w:p>
    <w:p>
      <w:r>
        <w:rPr>
          <w:b/>
        </w:rPr>
        <w:t xml:space="preserve">[32:39] </w:t>
      </w:r>
      <w:r>
        <w:t>when somebody has bad intention and is trying to harm, ah, a person, then should that person be assertive with this person who to cause harm?</w:t>
      </w:r>
    </w:p>
    <w:p>
      <w:pPr>
        <w:jc w:val="right"/>
      </w:pPr>
      <w:r>
        <w:t>وین سم بڈی ہیز بیڈ انٹینشن اینڈ از ٹرائنگ ٹو ہارم، اہ، ا پرسن، دین شوڈ دیٹ پرسن بی اسرٹیو ود دس پرسن ہو ٹو کاز ہارم؟</w:t>
      </w:r>
    </w:p>
    <w:p>
      <w:r>
        <w:rPr>
          <w:b/>
        </w:rPr>
        <w:t xml:space="preserve">[32:52] </w:t>
      </w:r>
      <w:r>
        <w:t>or should he follow the policy of being soft? you have to see the result. if you are in a position to, to do something in practical term, then you can do s</w:t>
      </w:r>
    </w:p>
    <w:p>
      <w:pPr>
        <w:jc w:val="right"/>
      </w:pPr>
      <w:r>
        <w:t>اور شوڈ ہی فالو دا پالیسی اف بینگ سافٹ؟ یو ہیو ٹو سی دا رزلٹ۔ اف یو ار ان ا پوزیشن ٹو، ٹو ڈو سمتھنگ ان پریکٹیکل ٹرم، دین یو کین ڈو س</w:t>
      </w:r>
    </w:p>
    <w:p>
      <w:r>
        <w:rPr>
          <w:b/>
        </w:rPr>
        <w:t xml:space="preserve">[33:06] </w:t>
      </w:r>
      <w:r>
        <w:t>something. but without considering about result, you can not jump in the situation. so first of all, you have to know what is possible, what is impossible.</w:t>
      </w:r>
    </w:p>
    <w:p>
      <w:pPr>
        <w:jc w:val="right"/>
      </w:pPr>
      <w:r>
        <w:t>متھنگ۔ بٹ وداؤٹ کنسیڈرنگ اباؤٹ رزلٹ، یو کین ناٹ جمپ ان دا سچوئیشن۔ تو فرسٹ اف ال، یو ہیو ٹو نو واٹ از پاسیبل، واٹ از امپاسیبل۔</w:t>
      </w:r>
    </w:p>
    <w:p>
      <w:r>
        <w:rPr>
          <w:b/>
        </w:rPr>
        <w:t xml:space="preserve">[33:21] </w:t>
      </w:r>
      <w:r>
        <w:t>yani simply advice is possible. if, if simply advice possible, then it is wrong to jump in situation.</w:t>
      </w:r>
    </w:p>
    <w:p>
      <w:pPr>
        <w:jc w:val="right"/>
      </w:pPr>
      <w:r>
        <w:t>یعنی سمپلی ایڈوائس از پاسیبل۔ اف، اف سمپلی ایڈوائس پاسیبل، دین اٹ از رونگ ٹو جمپ ان سچوئیشن۔</w:t>
      </w:r>
    </w:p>
    <w:p>
      <w:r>
        <w:rPr>
          <w:b/>
        </w:rPr>
        <w:t xml:space="preserve">[33:31] </w:t>
      </w:r>
      <w:r>
        <w:t>haan, if you see that the situation is in my control, i can do anything, then you are allowed to, to, to jump in situation in practical term.</w:t>
      </w:r>
    </w:p>
    <w:p>
      <w:pPr>
        <w:jc w:val="right"/>
      </w:pPr>
      <w:r>
        <w:t>ہاں، اف یو سی دیٹ دا سچوئیشن از ان مائی کنٹرول، ائی کین ڈو اینی تھنگ، دین یو ار الاؤڈ ٹو، ٹو، ٹو جمپ ان سچوئیشن ان پریکٹیکل ٹرم۔</w:t>
      </w:r>
    </w:p>
    <w:p>
      <w:r>
        <w:rPr>
          <w:b/>
        </w:rPr>
        <w:t xml:space="preserve">[33:47] </w:t>
      </w:r>
      <w:r>
        <w:t>how will you define the word secular? what secular? secular for secular system? secularism? secularism? secularism?</w:t>
      </w:r>
    </w:p>
    <w:p>
      <w:pPr>
        <w:jc w:val="right"/>
      </w:pPr>
      <w:r>
        <w:t>ہاؤ ویل یو ڈیفائن دا ورڈ سیکولر؟ واٹ سیکولر؟ سیکولر فار سیکولر سسٹم؟ سیکولرزم؟ سیکولرزم؟ سیکولرزم؟</w:t>
      </w:r>
    </w:p>
    <w:p>
      <w:r>
        <w:rPr>
          <w:b/>
        </w:rPr>
        <w:t xml:space="preserve">[33:57] </w:t>
      </w:r>
      <w:r>
        <w:t>yes, secularism.</w:t>
      </w:r>
    </w:p>
    <w:p>
      <w:pPr>
        <w:jc w:val="right"/>
      </w:pPr>
      <w:r>
        <w:t>یس، سیکولرزم۔</w:t>
      </w:r>
    </w:p>
    <w:p>
      <w:r>
        <w:rPr>
          <w:b/>
        </w:rPr>
        <w:t xml:space="preserve">[34:01] </w:t>
      </w:r>
      <w:r>
        <w:t>yani there is an article in the well known encyclopedia, encyclopedia of religion and ethics.</w:t>
      </w:r>
    </w:p>
    <w:p>
      <w:pPr>
        <w:jc w:val="right"/>
      </w:pPr>
      <w:r>
        <w:t>یعنی دیر از این ارٹیکل ان دی ویل نون انسائیکلوپیڈیا، انسائیکلوپیڈیا اف لیجنڈ اینڈ فکس۔</w:t>
      </w:r>
    </w:p>
    <w:p>
      <w:r>
        <w:rPr>
          <w:b/>
        </w:rPr>
        <w:t xml:space="preserve">[34:13] </w:t>
      </w:r>
      <w:r>
        <w:t>it is 20 pages, 20 page article, and very, very, yani it is very good article in this subject.</w:t>
      </w:r>
    </w:p>
    <w:p>
      <w:pPr>
        <w:jc w:val="right"/>
      </w:pPr>
      <w:r>
        <w:t>اٹ از 20 پیجز، 20 پیج ارٹیکل، اینڈ ویری، ویری، یعنی اٹ از ویری گڈ ارٹیکل ان دس سبجیکٹ۔</w:t>
      </w:r>
    </w:p>
    <w:p>
      <w:r>
        <w:rPr>
          <w:b/>
        </w:rPr>
        <w:t xml:space="preserve">[34:27] </w:t>
      </w:r>
      <w:r>
        <w:t>and after analyzing, the writer says that secularism means policy of non interference in political matters.</w:t>
      </w:r>
    </w:p>
    <w:p>
      <w:pPr>
        <w:jc w:val="right"/>
      </w:pPr>
      <w:r>
        <w:t>اینڈ افٹر انالائزنگ، دا رائٹر سیز دیٹ سیکولرزم مینز پالیسی اف نان انٹرفیرنس ان پولیٹیکل میٹرز۔</w:t>
      </w:r>
    </w:p>
    <w:p>
      <w:r>
        <w:rPr>
          <w:b/>
        </w:rPr>
        <w:t xml:space="preserve">[34:45] </w:t>
      </w:r>
      <w:r>
        <w:t>we are living in a society where there is a political system. so when political system, or political system declare that our system, it means that our government or state has adopted this policy, that they will not interfere in religious matters.</w:t>
      </w:r>
    </w:p>
    <w:p>
      <w:pPr>
        <w:jc w:val="right"/>
      </w:pPr>
      <w:r>
        <w:t>وی ار لیونگ ان ا سوسائٹی ویر دیر از ا پولیٹیکل سسٹم۔ سو وین پولیٹیکل سسٹم، اور پولیٹیکل سسٹم ڈیکلیئر دیٹ اور سسٹم، اٹ مینز دیٹ اور گورنمنٹ ار اسٹیٹ ہیز اڈاپٹڈ دس پالیسی، دیٹ دے ول ناٹ انٹرفیر ان ریلیجیس میٹرز۔</w:t>
      </w:r>
    </w:p>
    <w:p>
      <w:r>
        <w:rPr>
          <w:b/>
        </w:rPr>
        <w:t xml:space="preserve">[35:10] </w:t>
      </w:r>
      <w:r>
        <w:t>so all the communities are free to believe or practice their religion. but those, those issues which are national, which are common to all in that matter, we will decide, we will plan.</w:t>
      </w:r>
    </w:p>
    <w:p>
      <w:pPr>
        <w:jc w:val="right"/>
      </w:pPr>
      <w:r>
        <w:t>سو ال دا کمیونٹیز ار فری ٹو بیلیو اور پریکٹس دیر ریلیجن۔ بٹ دوز، دوز ایشوز وچ ار نیشنل، وچ ار کامن ٹو ال ان دیٹ میٹر، وی ول ڈیسائیڈ، وی ول پلان۔</w:t>
      </w:r>
    </w:p>
    <w:p>
      <w:r>
        <w:rPr>
          <w:b/>
        </w:rPr>
        <w:t xml:space="preserve">[35:28] </w:t>
      </w:r>
      <w:r>
        <w:t>this is the secularism. yani secularism means policy of non interference in religious matters.</w:t>
      </w:r>
    </w:p>
    <w:p>
      <w:pPr>
        <w:jc w:val="right"/>
      </w:pPr>
      <w:r>
        <w:t>دس از دا سیکولرزم۔ یعنی سیکولرزم مینز پالیسی اف نان انٹرفیرنس ان ریلیجیس میٹرز۔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