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Dayee God's Helper May 24, 2008 Maulana Wahiduddin Khan</w:t>
      </w:r>
    </w:p>
    <w:p>
      <w:r>
        <w:t>https://www.youtube.com/watch?v=JzHKnKrv_Xg</w:t>
      </w:r>
    </w:p>
    <w:p>
      <w:r>
        <w:rPr>
          <w:b/>
        </w:rPr>
        <w:t xml:space="preserve">[00:27] </w:t>
      </w:r>
      <w:r>
        <w:t>wahid al-aqdati min lisani yafqahu qawli. ek baat quran mein</w:t>
      </w:r>
    </w:p>
    <w:p>
      <w:pPr>
        <w:jc w:val="right"/>
      </w:pPr>
      <w:r>
        <w:t>واحل العقدۃ من لسانی یفقہ قولی۔ ایک بات قرآن میں</w:t>
      </w:r>
    </w:p>
    <w:p>
      <w:r>
        <w:rPr>
          <w:b/>
        </w:rPr>
        <w:t xml:space="preserve">[00:36] </w:t>
      </w:r>
      <w:r>
        <w:t>aai thi, lekin aap comment series ko parhein to logon ne is ko samjha hi nahin.</w:t>
      </w:r>
    </w:p>
    <w:p>
      <w:pPr>
        <w:jc w:val="right"/>
      </w:pPr>
      <w:r>
        <w:t>آئی تھی، لیکن آپ کمنٹ سیریز کو پڑھیں تو لوگوں نے اس کو سمجھا ہی نہیں۔</w:t>
      </w:r>
    </w:p>
    <w:p>
      <w:r>
        <w:rPr>
          <w:b/>
        </w:rPr>
        <w:t xml:space="preserve">[00:46] </w:t>
      </w:r>
      <w:r>
        <w:t>wo hai chapter aaraaf mein</w:t>
      </w:r>
    </w:p>
    <w:p>
      <w:pPr>
        <w:jc w:val="right"/>
      </w:pPr>
      <w:r>
        <w:t>وہ ہے چیپٹر اعراف میں</w:t>
      </w:r>
    </w:p>
    <w:p>
      <w:r>
        <w:rPr>
          <w:b/>
        </w:rPr>
        <w:t xml:space="preserve">[00:51] </w:t>
      </w:r>
      <w:r>
        <w:t>: "wa alaa al aaraafi rijaalun ya'rifuuna kullam bisimaahim". yaani aaraaf mein kuch log honge,</w:t>
      </w:r>
    </w:p>
    <w:p>
      <w:pPr>
        <w:jc w:val="right"/>
      </w:pPr>
      <w:r>
        <w:t>: "وَعَلَى الْعَرَافِ رَجَالٌ يَعْرِفُونَ كُلًّا بِسِيمَاهُمْ"۔ یعنی اعراف میں کچھ لوگ ہوں گے،</w:t>
      </w:r>
    </w:p>
    <w:p>
      <w:r>
        <w:rPr>
          <w:b/>
        </w:rPr>
        <w:t xml:space="preserve">[01:02] </w:t>
      </w:r>
      <w:r>
        <w:t>yaani raise platform mein kuch log honge. yaani oonchi jagah un ke liye banai jayegi, ke aap kahein high stage.</w:t>
      </w:r>
    </w:p>
    <w:p>
      <w:pPr>
        <w:jc w:val="right"/>
      </w:pPr>
      <w:r>
        <w:t>یعنی ریز پلیٹ فارم میں کچھ لوگ ہوں گے۔ یعنی اونچی جگہ ان کے لیے بنائی جائے گی، کہ آپ کہیں ہائی اسٹیج۔</w:t>
      </w:r>
    </w:p>
    <w:p>
      <w:r>
        <w:rPr>
          <w:b/>
        </w:rPr>
        <w:t xml:space="preserve">[01:16] </w:t>
      </w:r>
      <w:r>
        <w:t>mein aik martaba aik aalu rang shastri thay, bombay mein, ab un ki death ho gayi. to un ka aik jalsa tha bombay mein, chopati ke kinare.</w:t>
      </w:r>
    </w:p>
    <w:p>
      <w:pPr>
        <w:jc w:val="right"/>
      </w:pPr>
      <w:r>
        <w:t>میں ایک مرتبہ ایک آلو رنگ شاستری تھے، بمبئی میں، اب ان کی ڈیتھ ہو گئی۔ تو ان کا ایک جلسہ تھا بمبئی میں، چوپاٹی کے کنارے۔</w:t>
      </w:r>
    </w:p>
    <w:p>
      <w:r>
        <w:rPr>
          <w:b/>
        </w:rPr>
        <w:t xml:space="preserve">[01:31] </w:t>
      </w:r>
      <w:r>
        <w:t>to us waqt mein samjha ke yeh kya cheez hai. to wahan lakhon aadmi aaye thay, aadmiyon ka aik jangla tha.</w:t>
      </w:r>
    </w:p>
    <w:p>
      <w:pPr>
        <w:jc w:val="right"/>
      </w:pPr>
      <w:r>
        <w:t>تو اس وقت میں سمجھا کہ یہ کیا چیز ہے۔ تو وہاں لاکھوں آدمی آئے تھے، آدمیوں کا ایک جنگل تھا۔</w:t>
      </w:r>
    </w:p>
    <w:p>
      <w:r>
        <w:rPr>
          <w:b/>
        </w:rPr>
        <w:t xml:space="preserve">[01:41] </w:t>
      </w:r>
      <w:r>
        <w:t>saara chopati ka jo aap ne dekha ho, to bhara hua tha. to wo itne zyada aadmi thay ke common qism ka stage wahan kafi nahin tha,</w:t>
      </w:r>
    </w:p>
    <w:p>
      <w:pPr>
        <w:jc w:val="right"/>
      </w:pPr>
      <w:r>
        <w:t>سارا چوپاٹی کا جو آپ نے دیکھا ہو، تو بھرا ہوا تھا۔ تو وہ اتنے زیادہ آدمی تھے کہ کامن قسم کا اسٹیج وہاں کافی نہیں تھا،</w:t>
      </w:r>
    </w:p>
    <w:p>
      <w:r>
        <w:rPr>
          <w:b/>
        </w:rPr>
        <w:t xml:space="preserve">[01:55] </w:t>
      </w:r>
      <w:r>
        <w:t>ke log dekhte hi na aap ko. jaise itna aisa stage agar ho jaisa ke baitha hoon mein yahan, to aap itna yahan us waqt tak insaan hain, wo kaise dekhenge aap ko.</w:t>
      </w:r>
    </w:p>
    <w:p>
      <w:pPr>
        <w:jc w:val="right"/>
      </w:pPr>
      <w:r>
        <w:t>کہ لوگ دیکھتے ہی نہ آپ کو۔ جیسے اتنا ایسا اسٹیج اگر ہو جیسا کہ بیٹھا ہوں میں یہاں، تو آپ اتنا یہاں اس وقت تک انسان ہیں، وہ کیسے دیکھیں گے آپ کو۔</w:t>
      </w:r>
    </w:p>
    <w:p>
      <w:r>
        <w:rPr>
          <w:b/>
        </w:rPr>
        <w:t xml:space="preserve">[02:05] </w:t>
      </w:r>
      <w:r>
        <w:t>to wahan par raise platform banaya gaya tha, bohat hi ooncha, behrahal chhat ke ke ooncha, barabar. to wahan par wo pound raj shastri thay.</w:t>
      </w:r>
    </w:p>
    <w:p>
      <w:pPr>
        <w:jc w:val="right"/>
      </w:pPr>
      <w:r>
        <w:t>تو وہاں پر ریز پلیٹ فارم بنایا گیا تھا، بہت ہی اونچا، بہرحال چھت کے کے اونچا، برابر۔ تو وہاں پر وہ پاؤنڈ راج شاستری تھے۔</w:t>
      </w:r>
    </w:p>
    <w:p>
      <w:r>
        <w:rPr>
          <w:b/>
        </w:rPr>
        <w:t xml:space="preserve">[02:16] </w:t>
      </w:r>
      <w:r>
        <w:t>mujhe bhi, yaani mein bhi lucky tha ke wahan mujhe bithaya gaya tha.</w:t>
      </w:r>
    </w:p>
    <w:p>
      <w:pPr>
        <w:jc w:val="right"/>
      </w:pPr>
      <w:r>
        <w:t>مجھے بھی، یعنی میں بھی لکی تھا کہ وہاں مجھے بٹھایا گیا تھا۔</w:t>
      </w:r>
    </w:p>
    <w:p>
      <w:r>
        <w:rPr>
          <w:b/>
        </w:rPr>
        <w:t xml:space="preserve">[02:26] </w:t>
      </w:r>
      <w:r>
        <w:t>to wahan itni oonchai jagah thi ke itne saare log jo thay, un ko dikhai parein aap. to that was raise platform.</w:t>
      </w:r>
    </w:p>
    <w:p>
      <w:pPr>
        <w:jc w:val="right"/>
      </w:pPr>
      <w:r>
        <w:t>تو وہاں اتنی اونچائی جگہ تھی کہ اتنے سارے لوگ جو تھے، ان کو دکھائی پڑیں آپ۔ تو دیٹ واز ریز پلیٹ فارم۔</w:t>
      </w:r>
    </w:p>
    <w:p>
      <w:r>
        <w:rPr>
          <w:b/>
        </w:rPr>
        <w:t xml:space="preserve">[02:36] </w:t>
      </w:r>
      <w:r>
        <w:t>to "wa alaa al aaraafi rijaalun ya'rifuuna kullam bisimaahim". aaraaf par honge kuch log. dekhein, aaraaf ke maani logon ne le liye, pata nahin kahan se, ke wo log jo "tasaa'awats syyiaatuhum wa hasanaatuhum".</w:t>
      </w:r>
    </w:p>
    <w:p>
      <w:pPr>
        <w:jc w:val="right"/>
      </w:pPr>
      <w:r>
        <w:t>تو "وَعَلَى الْعَرَافِ رَجَالٌ يَعْرِفُونَ كُلًّا بِسِيمَاهُمْ"۔ اعراف پر ہوں گے کچھ لوگ۔ دیکھیں، اعراف کے معنی لوگوں نے لے لیے، پتہ نہیں کہاں سے، کہ وہ لوگ جو "تَسَاعَتُوا سَيَّاتُهُمْ وَحَسَنَاتُهُمْ"۔</w:t>
      </w:r>
    </w:p>
    <w:p>
      <w:r>
        <w:rPr>
          <w:b/>
        </w:rPr>
        <w:t xml:space="preserve">[02:53] </w:t>
      </w:r>
      <w:r>
        <w:t>yaani jin ki neki badi barabar ho jayegi. to warna peerayed wale thairenge, ahl e wail thairenge, beech ke log h</w:t>
      </w:r>
    </w:p>
    <w:p>
      <w:pPr>
        <w:jc w:val="right"/>
      </w:pPr>
      <w:r>
        <w:t>یعنی جن کی نیکی بدی برابر ہو جائے گی۔ تو ورنہ پیرائیڈ والے ٹھہرائیں گے، اہل وائل ٹھہرائیں گے، بیچ کے لوگ ہ</w:t>
      </w:r>
    </w:p>
    <w:p>
      <w:r>
        <w:rPr>
          <w:b/>
        </w:rPr>
        <w:t xml:space="preserve">[03:03] </w:t>
      </w:r>
      <w:r>
        <w:t>onge. yeh bilkul koi sar pair nahin hai is is commentary ka. dekhein, aaraaf jo hai, is ka plural hai, is ka singular jo hai, wo urf hai.</w:t>
      </w:r>
    </w:p>
    <w:p>
      <w:pPr>
        <w:jc w:val="right"/>
      </w:pPr>
      <w:r>
        <w:t>وں گے۔ یہ بالکل کوئی سرپیر نہیں ہے اس اس کمنٹری کا۔ دیکھیں، اعراف جو ہے، اس کا پلورل ہے، اس کا سنگولر جو ہے، وہ عرف ہے۔</w:t>
      </w:r>
    </w:p>
    <w:p>
      <w:r>
        <w:rPr>
          <w:b/>
        </w:rPr>
        <w:t xml:space="preserve">[03:15] </w:t>
      </w:r>
      <w:r>
        <w:t>urf jo hai, arabi zabaan mein kehte hain,</w:t>
      </w:r>
    </w:p>
    <w:p>
      <w:pPr>
        <w:jc w:val="right"/>
      </w:pPr>
      <w:r>
        <w:t>عرف جو ہے، عربی زبان میں کہتے ہیں،</w:t>
      </w:r>
    </w:p>
    <w:p>
      <w:r>
        <w:rPr>
          <w:b/>
        </w:rPr>
        <w:t xml:space="preserve">[03:22] </w:t>
      </w:r>
      <w:r>
        <w:t>wo jo murgha hota hai, murge ko jahan yeh laal laal hota hai, us ko urf kehte hain. urdu mein kehte hain kalghi, english mein kya kehte hain is ko?</w:t>
      </w:r>
    </w:p>
    <w:p>
      <w:pPr>
        <w:jc w:val="right"/>
      </w:pPr>
      <w:r>
        <w:t>وہ جو مرغا ہوتا ہے، مرغے کو جہاں یہ لال لال ہوتا ہے، اس کو عرف کہتے ہیں۔ اردو میں کہتے ہیں کلغی، انگلش میں کیا کہتے ہیں اس کو؟</w:t>
      </w:r>
    </w:p>
    <w:p>
      <w:r>
        <w:rPr>
          <w:b/>
        </w:rPr>
        <w:t xml:space="preserve">[03:32] </w:t>
      </w:r>
      <w:r>
        <w:t>yaani gardan ke oopar rehta hai, na yahan par? ji ji ji. is ko urdu mein kehte hain kalghi, arabi mein kehte hain urf, yaani oopar, yaani yaani murge ka sab se oopar wali cheez, jo us ki shaan o shaukat us mein hoti hai.</w:t>
      </w:r>
    </w:p>
    <w:p>
      <w:pPr>
        <w:jc w:val="right"/>
      </w:pPr>
      <w:r>
        <w:t>یعنی گردن کے اوپر رہتا ہے، نا یہاں پر؟ جی جی جی۔ اس کو اردو میں کہتے ہیں کلغی، عربی میں کہتے ہیں عرف، یعنی اوپر، یعنی یعنی مرغے کا سب سے اوپر والی چیز، جو اس کی شان و شوکت اس میں ہوتی ہے۔</w:t>
      </w:r>
    </w:p>
    <w:p>
      <w:r>
        <w:rPr>
          <w:b/>
        </w:rPr>
        <w:t xml:space="preserve">[03:49] </w:t>
      </w:r>
      <w:r>
        <w:t>to urf hai. to urf ka maani hote hain crown, yaani oonchi, kisi cheez ki oonchi jagah.</w:t>
      </w:r>
    </w:p>
    <w:p>
      <w:pPr>
        <w:jc w:val="right"/>
      </w:pPr>
      <w:r>
        <w:t>تو عرف ہے۔ تو عرف کا معنی ہوتے ہیں کراؤن، یعنی اونچی، کسی چیز کی اونچی جگہ۔</w:t>
      </w:r>
    </w:p>
    <w:p>
      <w:r>
        <w:rPr>
          <w:b/>
        </w:rPr>
        <w:t xml:space="preserve">[03:57] </w:t>
      </w:r>
      <w:r>
        <w:t>to is ka matlab hai ke oonchaiyon par honge, wa alaa al aaraaf, oonchaiyon par honge kuch log. to tafseeron mein aik tabhi base, yaani be baslees baat likh di gayi ke "tasaa'awats syyiaatuhum wa hasanaatuhum".</w:t>
      </w:r>
    </w:p>
    <w:p>
      <w:pPr>
        <w:jc w:val="right"/>
      </w:pPr>
      <w:r>
        <w:t>تو اس کا مطلب ہے کہ اونچائیوں پر ہوں گے، وَعَلَى الْعَرَافِ، اونچائیوں پر ہوں گے کچھ لوگ۔ تو تفسیروں میں ایک تبھی بیس، یعنی بے بسلیس بات لکھ دی گئی کہ "تَسَاعَتُوا سَيَّاتُهُمْ وَحَسَنَاتُهُمْ"۔</w:t>
      </w:r>
    </w:p>
    <w:p>
      <w:r>
        <w:rPr>
          <w:b/>
        </w:rPr>
        <w:t xml:space="preserve">[04:13] </w:t>
      </w:r>
      <w:r>
        <w:t>yaani jin ki neki badi barabar hogi. koi koi is ka ta'alluq hi nahin, is koi relevance nahin is ka. oonchaiyon par honge wo. to yaani raise platform par honge.</w:t>
      </w:r>
    </w:p>
    <w:p>
      <w:pPr>
        <w:jc w:val="right"/>
      </w:pPr>
      <w:r>
        <w:t>یعنی جن کی نیکی بدی برابر ہوگی۔ کوئی کوئی اس کا تعلق ہی نہیں، اس کوئی ریلیونس نہیں اس کا۔ اونچائیوں پر ہوں گے وہ۔ تو یعنی ریز پلیٹ فارم پر ہوں گے۔</w:t>
      </w:r>
    </w:p>
    <w:p>
      <w:r>
        <w:rPr>
          <w:b/>
        </w:rPr>
        <w:t xml:space="preserve">[04:27] </w:t>
      </w:r>
      <w:r>
        <w:t>to us waqt jab mein wahan gaya tha, pound raj shastri wale mein, to mein ne samjha ke raise platform kya cheez hoti hai.</w:t>
      </w:r>
    </w:p>
    <w:p>
      <w:pPr>
        <w:jc w:val="right"/>
      </w:pPr>
      <w:r>
        <w:t>تو اس وقت جب میں وہاں گیا تھا، پاؤنڈ راج شاستری والے میں، تو میں نے سمجھا کہ ریز پلیٹ فارم کیا چیز ہوتی ہے۔</w:t>
      </w:r>
    </w:p>
    <w:p>
      <w:r>
        <w:rPr>
          <w:b/>
        </w:rPr>
        <w:t xml:space="preserve">[04:36] </w:t>
      </w:r>
      <w:r>
        <w:t>is se pehle kabhi itna ooncha platform mein ne dekha nahin tha. to wahan shaam ka time tha aur maghrib ka time ho gaya.</w:t>
      </w:r>
    </w:p>
    <w:p>
      <w:pPr>
        <w:jc w:val="right"/>
      </w:pPr>
      <w:r>
        <w:t>اس سے پہلے کبھی اتنا اونچا پلیٹ فارم میں نے دیکھا نہیں تھا۔ تو وہاں شام کا ٹائم تھا اور مغرب کا ٹائم ہو گیا۔</w:t>
      </w:r>
    </w:p>
    <w:p>
      <w:r>
        <w:rPr>
          <w:b/>
        </w:rPr>
        <w:t xml:space="preserve">[04:47] </w:t>
      </w:r>
      <w:r>
        <w:t>to pound raj shastri jo hain, mujh ko bohat admire karte thay wo. to un ke jo secretary thay, un se mein ne kaha ke bhai mujhe namaz ka time ho gaya, ab mein ne namaz parhna hai.</w:t>
      </w:r>
    </w:p>
    <w:p>
      <w:pPr>
        <w:jc w:val="right"/>
      </w:pPr>
      <w:r>
        <w:t>تو پاؤنڈ راج شاستری جو ہیں، مجھ کو بہت ایڈمائر کرتے تھے وہ۔ تو ان کے جو سیکرٹری تھے، ان سے میں نے کہا کہ بھئی مجھے نماز کا ٹائم ہو گیا، اب میں نے نماز پڑھنا ہے۔</w:t>
      </w:r>
    </w:p>
    <w:p>
      <w:r>
        <w:rPr>
          <w:b/>
        </w:rPr>
        <w:t xml:space="preserve">[05:00] </w:t>
      </w:r>
      <w:r>
        <w:t>to unhon ne kaha ke yeh parh lijiye, bohat bara tha yeh. yaani wahan thore log, advine bhi hum se neeche bithaye gaye thay. us waqt jo tha, hum teen aadmi oopar thay, pound raj shastri, mein, un ka secret</w:t>
      </w:r>
    </w:p>
    <w:p>
      <w:pPr>
        <w:jc w:val="right"/>
      </w:pPr>
      <w:r>
        <w:t>تو انہوں نے کہا کہ یہ پڑھ لیجئے، بہت بڑا تھا یہ۔ یعنی وہاں تھوڑے لوگ، ایڈوائن بھی ہم سے نیچے بٹھائے گئے تھے۔ اس وقت جو تھا، ہم تین آدمی اوپر تھے، پاؤنڈ راج شاستری، میں، ان کا سیکرٹ</w:t>
      </w:r>
    </w:p>
    <w:p>
      <w:r>
        <w:rPr>
          <w:b/>
        </w:rPr>
        <w:t xml:space="preserve">[05:14] </w:t>
      </w:r>
      <w:r>
        <w:t>ry. advine theen, raj mata jo gwalior ki hoti hai, wo sab neeche bhathe hue thay. is ka agar photo hota to aap dekhte. to oopar wahan par mein ne namaz parhi, mein ne.</w:t>
      </w:r>
    </w:p>
    <w:p>
      <w:pPr>
        <w:jc w:val="right"/>
      </w:pPr>
      <w:r>
        <w:t>ری۔ ایڈوائن تھیں، راج ماتا جو گلواری کی ہوتی ہے، وہ سب نیچے بٹھے ہوئے تھے۔ اس کا اگر فوٹو ہوتا تو آپ دیکھتے۔ تو اوپر وہاں پر میں نے نماز پڑھی، میں نے۔</w:t>
      </w:r>
    </w:p>
    <w:p>
      <w:r>
        <w:rPr>
          <w:b/>
        </w:rPr>
        <w:t xml:space="preserve">[05:26] </w:t>
      </w:r>
      <w:r>
        <w:t>to pound raj shastri ko jab bataya gaya ke Maulana sahib namaz parh rahe hain, to unhon ne apni, woh log speech rok di, unhon ne kuch der ke liye. ab rok di to aur ek, yani ek news ban gayi, ab sab log mujhe dekh rahe hain woh.</w:t>
      </w:r>
    </w:p>
    <w:p>
      <w:pPr>
        <w:jc w:val="right"/>
      </w:pPr>
      <w:r>
        <w:t>تو پاؤنڈ راج شاستری کو جب بتایا گیا کہ مولانا صاحب نماز پڑھ رہے ہیں، تو انہوں نے اپنی، وہ لوگ اسپیچ روک دی، انہوں نے کچھ دیر کے لیے۔ اب روک دی تو اور ایک، یعنی ایک نیوز بن گئی، اب سب لوگ مجھے دیکھ رہے ہیں وہ۔</w:t>
      </w:r>
    </w:p>
    <w:p>
      <w:r>
        <w:rPr>
          <w:b/>
        </w:rPr>
        <w:t xml:space="preserve">[05:42] </w:t>
      </w:r>
      <w:r>
        <w:t>aur woh bolte rehte, aur main namaz parta to sab log unhein dekh paate.</w:t>
      </w:r>
    </w:p>
    <w:p>
      <w:pPr>
        <w:jc w:val="right"/>
      </w:pPr>
      <w:r>
        <w:t>اور وہ بولتے رہتے، اور میں نماز پڑھتا تو سب لوگ انہیں دیکھ پاتے۔</w:t>
      </w:r>
    </w:p>
    <w:p>
      <w:r>
        <w:rPr>
          <w:b/>
        </w:rPr>
        <w:t xml:space="preserve">[05:48] </w:t>
      </w:r>
      <w:r>
        <w:t>to jab main namaz parh chuka to pound raj shastri ne kaha ke Maulana sahib aaj aap ne bohat bara kaam kar diya. un logo ko aap ne namaz dikha di.</w:t>
      </w:r>
    </w:p>
    <w:p>
      <w:pPr>
        <w:jc w:val="right"/>
      </w:pPr>
      <w:r>
        <w:t>تو جب میں نماز پڑھ چکا تو پاؤنڈ راج شاستری نے کہا کہ مولانا صاحب آج آپ نے بہت بڑا کام کر دیا۔ ان لوگوں کو آپ نے نماز دکھا دی۔</w:t>
      </w:r>
    </w:p>
    <w:p>
      <w:r>
        <w:rPr>
          <w:b/>
        </w:rPr>
        <w:t xml:space="preserve">[06:00] </w:t>
      </w:r>
      <w:r>
        <w:t>un logo ko aap ne namaz dikha di. to khair yeh to ek, maine aise hi zamanan kaha ke ooncha, raise platform kiya cheez hoti hai.</w:t>
      </w:r>
    </w:p>
    <w:p>
      <w:pPr>
        <w:jc w:val="right"/>
      </w:pPr>
      <w:r>
        <w:t>ان لوگوں کو آپ نے نماز دکھا دی۔ تو خیر یہ تو ایک، میں نے ایسے ہی ضمناً کہا کہ اونچا، ریز پلیٹ فارم کیا چیز ہوتی ہے۔</w:t>
      </w:r>
    </w:p>
    <w:p>
      <w:r>
        <w:rPr>
          <w:b/>
        </w:rPr>
        <w:t xml:space="preserve">[06:10] </w:t>
      </w:r>
      <w:r>
        <w:t>to asal mein is se murad hai, jis ko kehte hain arabi mein dawat. dawat mani daai log. daai logo ke liye woh platform banaya jayega.</w:t>
      </w:r>
    </w:p>
    <w:p>
      <w:pPr>
        <w:jc w:val="right"/>
      </w:pPr>
      <w:r>
        <w:t>تو اصل میں اس سے مراد ہے، جس کو کہتے ہیں عربی میں دعوت۔ دعوت معنی داعی لوگ۔ داعی لوگوں کے لیے وہ پلیٹ فارم بنایا جائے گا۔</w:t>
      </w:r>
    </w:p>
    <w:p>
      <w:r>
        <w:rPr>
          <w:b/>
        </w:rPr>
        <w:t xml:space="preserve">[06:24] </w:t>
      </w:r>
      <w:r>
        <w:t>aur wahan khare ho kar woh, yani un ko announce karenge, announce</w:t>
      </w:r>
    </w:p>
    <w:p>
      <w:pPr>
        <w:jc w:val="right"/>
      </w:pPr>
      <w:r>
        <w:t>اور وہاں کھڑے ہو کر وہ، یعنی ان کو اناؤنس کریں گے، اناؤنس</w:t>
      </w:r>
    </w:p>
    <w:p>
      <w:r>
        <w:rPr>
          <w:b/>
        </w:rPr>
        <w:t xml:space="preserve">[06:29] </w:t>
      </w:r>
      <w:r>
        <w:t>. Khuda unhein izzat dega. ke announce karo. ke jin ko, jin logo ne tumhari baat ko mana, un ko announce karenge woh.</w:t>
      </w:r>
    </w:p>
    <w:p>
      <w:pPr>
        <w:jc w:val="right"/>
      </w:pPr>
      <w:r>
        <w:t>۔ خدا انہیں عزت دے گا۔ کہ اناؤنس کرو۔ کہ جن کو، جن لوگوں نے تمہاری بات کو مانا، ان کو اناؤنس کریں گے وہ۔</w:t>
      </w:r>
    </w:p>
    <w:p>
      <w:r>
        <w:rPr>
          <w:b/>
        </w:rPr>
        <w:t xml:space="preserve">[06:38] </w:t>
      </w:r>
      <w:r>
        <w:t>ke tumhare liye parade hai, tum ko blessing ho Khuda ki. good tiring tumhare liye hai. aur jinho ne nahi mana tha, un ko kahenge tum, yani Khuda ki taraf se elaan karenge woh, ke tumhare liye yeh Khuda ka judgment hai.</w:t>
      </w:r>
    </w:p>
    <w:p>
      <w:pPr>
        <w:jc w:val="right"/>
      </w:pPr>
      <w:r>
        <w:t>کہ تمہارے لیے پیرائیڈ ہے، تم کو بلیسنگ ہو خدا کی۔ گڈ ٹائرنگ تمہارے لیے ہے۔ اور جنہوں نے نہیں مانا تھا، ان کو کہیں گے تم، یعنی خدا کی طرف سے اعلان کریں گے وہ، کہ تمہارے لیے یہ خدا کا ججمنٹ ہے۔</w:t>
      </w:r>
    </w:p>
    <w:p>
      <w:r>
        <w:rPr>
          <w:b/>
        </w:rPr>
        <w:t xml:space="preserve">[06:55] </w:t>
      </w:r>
      <w:r>
        <w:t>to jo itni bari baat Quran mein thi, usi ko unhon ne samjha nahi. kyunke dawat ki spirit hi khatam ho gayi.</w:t>
      </w:r>
    </w:p>
    <w:p>
      <w:pPr>
        <w:jc w:val="right"/>
      </w:pPr>
      <w:r>
        <w:t>تو جو اتنی بڑی بات قرآن میں تھی، اسی کو انہوں نے سمجھا نہیں۔ کیونکہ دعوت کی اسپیٹ ہی ختم ہو گئی۔</w:t>
      </w:r>
    </w:p>
    <w:p>
      <w:r>
        <w:rPr>
          <w:b/>
        </w:rPr>
        <w:t xml:space="preserve">[07:06] </w:t>
      </w:r>
      <w:r>
        <w:t>aap literature parhein to Rasool Allah ke baad dawat ki spirit hi khatam.</w:t>
      </w:r>
    </w:p>
    <w:p>
      <w:pPr>
        <w:jc w:val="right"/>
      </w:pPr>
      <w:r>
        <w:t>آپ لٹریچر پڑھیں تو رسول اللہ کے بعد دعوت کی اسپیٹ ہی ختم۔</w:t>
      </w:r>
    </w:p>
    <w:p>
      <w:r>
        <w:rPr>
          <w:b/>
        </w:rPr>
        <w:t xml:space="preserve">[07:14] </w:t>
      </w:r>
      <w:r>
        <w:t>main aksar kaha karta hoon ke dawat work khud apne, apni strength par chalta raha, apni strength par. lekin intentionally dawat work, us ki, us ki planning, us ka organization, yeh yeh khatam ho gaya.</w:t>
      </w:r>
    </w:p>
    <w:p>
      <w:pPr>
        <w:jc w:val="right"/>
      </w:pPr>
      <w:r>
        <w:t>میں اکثر کہا کرتا ہوں کہ دعا ورک خود اپنے، اپنی سٹرینتھ پر چلتا رہا، اپنی سٹرینتھ پر۔ لیکن انٹینشنلی دعا ورک، اس کی، اس کی پلاننگ، اس کا ارگنائزیشن، یہ یہ ختم ہو گیا۔</w:t>
      </w:r>
    </w:p>
    <w:p>
      <w:r>
        <w:rPr>
          <w:b/>
        </w:rPr>
        <w:t xml:space="preserve">[07:30] </w:t>
      </w:r>
      <w:r>
        <w:t>yeh hum, hum log jo hain, hum log pehle log hain jinho ne kisi ne revive kiya hai us ko.</w:t>
      </w:r>
    </w:p>
    <w:p>
      <w:pPr>
        <w:jc w:val="right"/>
      </w:pPr>
      <w:r>
        <w:t>یہ ہم، ہم لوگ جو ہیں، ہم لوگ پہلے لوگ ہیں جنہوں نے کسی نے ریوائیو کیا ہے اس کو۔</w:t>
      </w:r>
    </w:p>
    <w:p>
      <w:r>
        <w:rPr>
          <w:b/>
        </w:rPr>
        <w:t xml:space="preserve">[07:38] </w:t>
      </w:r>
      <w:r>
        <w:t>sunna hai sahib, stay tigwan.</w:t>
      </w:r>
    </w:p>
    <w:p>
      <w:pPr>
        <w:jc w:val="right"/>
      </w:pPr>
      <w:r>
        <w:t>سننا ہے صاحب، اسٹے ٹگواں۔</w:t>
      </w:r>
    </w:p>
    <w:p>
      <w:r>
        <w:rPr>
          <w:b/>
        </w:rPr>
        <w:t xml:space="preserve">[07:40] </w:t>
      </w:r>
      <w:r>
        <w:t>hum log, we are the first to revive this sunnah of the prophet of Islam. first in history. itni bari baat hai.</w:t>
      </w:r>
    </w:p>
    <w:p>
      <w:pPr>
        <w:jc w:val="right"/>
      </w:pPr>
      <w:r>
        <w:t>ہم لوگ، وی آر دا فرسٹ ٹو ریوائیو دس سنہ اف دا پرافٹ اف اسلام۔ فرسٹ ان ہسٹری۔ اتنی بڑی بات ہے۔</w:t>
      </w:r>
    </w:p>
    <w:p>
      <w:r>
        <w:rPr>
          <w:b/>
        </w:rPr>
        <w:t xml:space="preserve">[07:52] </w:t>
      </w:r>
      <w:r>
        <w:t>to dekhein, daai log jo honge, daai log, un ke liye woh raise platform hoga. wahan se khare ho kar ke woh address karenge logo ko. wahan se khare ho kar address karenge.</w:t>
      </w:r>
    </w:p>
    <w:p>
      <w:pPr>
        <w:jc w:val="right"/>
      </w:pPr>
      <w:r>
        <w:t>تو دیکھیں، داعی لوگ جو ہوں گے، داعی لوگ، ان کے لیے وہ ریز پلیٹ فارم ہوگا۔ وہاں سے کھڑے ہو کر کے وہ ایڈریس کریں گے لوگوں کو۔ وہاں سے کھڑے ہو کر ایڈریس کریں گے۔</w:t>
      </w:r>
    </w:p>
    <w:p>
      <w:r>
        <w:rPr>
          <w:b/>
        </w:rPr>
        <w:t xml:space="preserve">[08:03] </w:t>
      </w:r>
      <w:r>
        <w:t>to gaya ke daai jo hai, duniya mein, woh Khuda ko represent karta hai. ke daai ke mamle nahi samjhiye us ko.</w:t>
      </w:r>
    </w:p>
    <w:p>
      <w:pPr>
        <w:jc w:val="right"/>
      </w:pPr>
      <w:r>
        <w:t>تو گیا کہ داعی جو ہے، دنیا میں، وہ خدا کو ریپریزنٹ کرتا ہے۔ کہ داعی کے معاملے نہیں سمجھئے اس کو۔</w:t>
      </w:r>
    </w:p>
    <w:p>
      <w:r>
        <w:rPr>
          <w:b/>
        </w:rPr>
        <w:t xml:space="preserve">[08:16] </w:t>
      </w:r>
      <w:r>
        <w:t>woh Khuda ko represent karta hai. aap jante hain jo kisi, yani government ka koi represent kare, us ka darja kitna barh jata hai.</w:t>
      </w:r>
    </w:p>
    <w:p>
      <w:pPr>
        <w:jc w:val="right"/>
      </w:pPr>
      <w:r>
        <w:t>وہ خدا کو ریپریزنٹ کرتا ہے۔ آپ جانتے ہیں جو کسی، یعنی گورنمنٹ کا کوئی ریپریزنٹ کرے، اس کا درجہ کتنا بڑھ جاتا ہے۔</w:t>
      </w:r>
    </w:p>
    <w:p>
      <w:r>
        <w:rPr>
          <w:b/>
        </w:rPr>
        <w:t xml:space="preserve">[08:29] </w:t>
      </w:r>
      <w:r>
        <w:t>isi liye dekhiye, ambassador kisi country ka agar hai kahin, aur wahan us ko woh, us ko woh, woh dein, yani qatal kar dein, maar dalen.</w:t>
      </w:r>
    </w:p>
    <w:p>
      <w:pPr>
        <w:jc w:val="right"/>
      </w:pPr>
      <w:r>
        <w:t>اسی لیے دیکھیے، ایمبیسڈر کسی کنٹری کا اگر ہے کہیں، اور وہاں اس کو وہ، اس کو وہ، وہ دیں، یعنی قتل کر دیں، مار ڈالیں۔</w:t>
      </w:r>
    </w:p>
    <w:p>
      <w:r>
        <w:rPr>
          <w:b/>
        </w:rPr>
        <w:t xml:space="preserve">[08:41] </w:t>
      </w:r>
      <w:r>
        <w:t>to that is elaan jang. yani us ke mani hain ke woh us country se hamara, hum, hum etwar ho gaye. itna bara darja hai jo represent kare kisi ko.</w:t>
      </w:r>
    </w:p>
    <w:p>
      <w:pPr>
        <w:jc w:val="right"/>
      </w:pPr>
      <w:r>
        <w:t>تو دیٹ از اعلان جنگ۔ یعنی اس کے معنی ہیں کہ وہ اس کنٹری سے ہمارا، ہم، ہم ایٹوار ہو گئے۔ اتنا بڑا درجہ ہے جو ریپریزنٹ کرے کسی کو۔</w:t>
      </w:r>
    </w:p>
    <w:p>
      <w:r>
        <w:rPr>
          <w:b/>
        </w:rPr>
        <w:t xml:space="preserve">[08:53] </w:t>
      </w:r>
      <w:r>
        <w:t>ke ek insan wahan par hai, us ko us country ke log maar dalen. to</w:t>
      </w:r>
    </w:p>
    <w:p>
      <w:pPr>
        <w:jc w:val="right"/>
      </w:pPr>
      <w:r>
        <w:t>کہ ایک انسان وہاں پر ہے، اس کو اس کنٹری کے لوگ مار ڈالیں۔ تو</w:t>
      </w:r>
    </w:p>
    <w:p>
      <w:r>
        <w:rPr>
          <w:b/>
        </w:rPr>
        <w:t xml:space="preserve">[08:59] </w:t>
      </w:r>
      <w:r>
        <w:t>internationally yeh mana gaya hai ke woh phir woh yeh gaya ke, yani us ka matlab yeh hai ke we are, we and you are at war from this date.</w:t>
      </w:r>
    </w:p>
    <w:p>
      <w:pPr>
        <w:jc w:val="right"/>
      </w:pPr>
      <w:r>
        <w:t>انٹرنیشنلی یہ مانا گیا ہے کہ وہ پھر وہ یہ گیا کہ، یعنی اس کا مطلب یہ ہے کہ وی آر، وی اینڈ یو آر ایٹ وار فرام دس ڈیٹ۔</w:t>
      </w:r>
    </w:p>
    <w:p>
      <w:r>
        <w:rPr>
          <w:b/>
        </w:rPr>
        <w:t xml:space="preserve">[09:14] </w:t>
      </w:r>
      <w:r>
        <w:t>to Khuda ko isi liye Quran Majeed mein dekhiye, dawat ke kaam ko nusrat kaha gaya, yani Khuda ki madad karna.</w:t>
      </w:r>
    </w:p>
    <w:p>
      <w:pPr>
        <w:jc w:val="right"/>
      </w:pPr>
      <w:r>
        <w:t>تو خدا کو اسی لیے قرآن مجید میں دیکھیے، دعوت کے کام کو نصرت کہا گیا، یعنی خدا کی مدد کرنا۔</w:t>
      </w:r>
    </w:p>
    <w:p>
      <w:r>
        <w:rPr>
          <w:b/>
        </w:rPr>
        <w:t xml:space="preserve">[09:26] </w:t>
      </w:r>
      <w:r>
        <w:t>Khuda ki madad karna.</w:t>
      </w:r>
    </w:p>
    <w:p>
      <w:pPr>
        <w:jc w:val="right"/>
      </w:pPr>
      <w:r>
        <w:t>خدا کی مدد کرنا۔</w:t>
      </w:r>
    </w:p>
    <w:p>
      <w:r>
        <w:rPr>
          <w:b/>
        </w:rPr>
        <w:t xml:space="preserve">[09:32] </w:t>
      </w:r>
      <w:r>
        <w:t>yeh kya is se bara koi title ho sakta hai kisi insan ke liye? kaha gaya ke tum, tum woh log ho jinho ne Khuda ki madad ki thi.</w:t>
      </w:r>
    </w:p>
    <w:p>
      <w:pPr>
        <w:jc w:val="right"/>
      </w:pPr>
      <w:r>
        <w:t>یہ کیا اس سے بڑا کوئی ٹائٹل ہو سکتا ہے کسی انسان کے لیے؟ کہا گیا کہ تم، تم وہ لوگ ہو جنہوں نے خدا کی مدد کی تھی۔</w:t>
      </w:r>
    </w:p>
    <w:p>
      <w:r>
        <w:rPr>
          <w:b/>
        </w:rPr>
        <w:t xml:space="preserve">[09:42] </w:t>
      </w:r>
      <w:r>
        <w:t>madad ka matlab yeh hai ke is duniya mein Khuda ne logo ko diya hai freedom. to freedom ko Khuda abash nahi karta. woh to abash hogi jab duniya khatam ho jayegi tab.</w:t>
      </w:r>
    </w:p>
    <w:p>
      <w:pPr>
        <w:jc w:val="right"/>
      </w:pPr>
      <w:r>
        <w:t>مدد کا مطلب یہ ہے کہ اس دنیا میں خدا نے لوگوں کو دیا ہے فریڈم۔ تو فریڈم کو خدا ابائش نہیں کرتا۔ وہ تو ابائش ہوگی جب دنیا ختم ہو جائے گی تب۔</w:t>
      </w:r>
    </w:p>
    <w:p>
      <w:r>
        <w:rPr>
          <w:b/>
        </w:rPr>
        <w:t xml:space="preserve">[09:54] </w:t>
      </w:r>
      <w:r>
        <w:t>tab tak freedom jo hai insaan ko rahe gi mili hui.</w:t>
      </w:r>
    </w:p>
    <w:p>
      <w:pPr>
        <w:jc w:val="right"/>
      </w:pPr>
      <w:r>
        <w:t>تب تک فریڈم جو ہے انسان کو رہے گی ملی ہوئی۔</w:t>
      </w:r>
    </w:p>
    <w:p>
      <w:r>
        <w:rPr>
          <w:b/>
        </w:rPr>
        <w:t xml:space="preserve">[10:00] </w:t>
      </w:r>
      <w:r>
        <w:t>to jab freedom mili hui hai to khuda khud samne nahi aa sakta. aaj se to freedom khatm ho jayegi. yaani khuda khud samne aa jaye to kaun phir us ke against bhi ja sakta hai?</w:t>
      </w:r>
    </w:p>
    <w:p>
      <w:pPr>
        <w:jc w:val="right"/>
      </w:pPr>
      <w:r>
        <w:t>تو جب فریڈم ملی ہوئی ہے تو خدا خود سامنے نہیں آ سکتا۔ آج سے تو فریڈم ختم ہو جائے گی۔ یعنی خدا خود سامنے آ جائے تو کون پھر اس کے اگینسٹ بھی جا سکتا ہے؟</w:t>
      </w:r>
    </w:p>
    <w:p>
      <w:r>
        <w:rPr>
          <w:b/>
        </w:rPr>
        <w:t xml:space="preserve">[10:13] </w:t>
      </w:r>
      <w:r>
        <w:t>to jo creation plan hai khuda ka, us ki wajah se aisa hai ke yahan par yeh situation banti hai, yeh situation ke aap khuda ko represent karne wale ban jate hain.</w:t>
      </w:r>
    </w:p>
    <w:p>
      <w:pPr>
        <w:jc w:val="right"/>
      </w:pPr>
      <w:r>
        <w:t>تو جو کریشن پلان ہے خدا کا، اس کی وجہ سے ایسا ہے کہ یہاں پر یہ سچوئیشن بنتی ہے، یہ سچوئیشن کہ آپ خدا کو ریپریزنٹ کرنے والے بن جاتے ہیں۔</w:t>
      </w:r>
    </w:p>
    <w:p>
      <w:r>
        <w:rPr>
          <w:b/>
        </w:rPr>
        <w:t xml:space="preserve">[10:28] </w:t>
      </w:r>
      <w:r>
        <w:t>khuda ko.</w:t>
      </w:r>
    </w:p>
    <w:p>
      <w:pPr>
        <w:jc w:val="right"/>
      </w:pPr>
      <w:r>
        <w:t>خدا کو۔</w:t>
      </w:r>
    </w:p>
    <w:p>
      <w:r>
        <w:rPr>
          <w:b/>
        </w:rPr>
        <w:t xml:space="preserve">[10:33] </w:t>
      </w:r>
      <w:r>
        <w:t>isi liye yeh log jo hain wahan par raise platform bana hoga, banaya jayega, us par woh khade kiye jayenge. wahan se woh announce karenge.</w:t>
      </w:r>
    </w:p>
    <w:p>
      <w:pPr>
        <w:jc w:val="right"/>
      </w:pPr>
      <w:r>
        <w:t>اسی لیے یہ لوگ جو ہیں وہاں پر ریز پلیٹ فارم بنا ہوگا، بنایا جائے گا، اس پر وہ کھڑے کیے جائیں گے۔ وہاں سے وہ اناؤنس کریں گے۔</w:t>
      </w:r>
    </w:p>
    <w:p>
      <w:r>
        <w:rPr>
          <w:b/>
        </w:rPr>
        <w:t xml:space="preserve">[10:49] </w:t>
      </w:r>
      <w:r>
        <w:t>dekhen yeh daai jo hota hai woh kaun sa hota hai? daai kaun hai?</w:t>
      </w:r>
    </w:p>
    <w:p>
      <w:pPr>
        <w:jc w:val="right"/>
      </w:pPr>
      <w:r>
        <w:t>دیکھیں یہ داعی جو ہوتا ہے وہ کون سا ہوتا ہے؟ داعی کون ہے؟</w:t>
      </w:r>
    </w:p>
    <w:p>
      <w:r>
        <w:rPr>
          <w:b/>
        </w:rPr>
        <w:t xml:space="preserve">[10:55] </w:t>
      </w:r>
      <w:r>
        <w:t>yaani</w:t>
      </w:r>
    </w:p>
    <w:p>
      <w:pPr>
        <w:jc w:val="right"/>
      </w:pPr>
      <w:r>
        <w:t>یعنی</w:t>
      </w:r>
    </w:p>
    <w:p>
      <w:r>
        <w:rPr>
          <w:b/>
        </w:rPr>
        <w:t xml:space="preserve">[11:00] </w:t>
      </w:r>
      <w:r>
        <w:t>non, non profit ka profit hona. yaani jo profit nahi hai, woh profit wala kaam kare. woh hai daai.</w:t>
      </w:r>
    </w:p>
    <w:p>
      <w:pPr>
        <w:jc w:val="right"/>
      </w:pPr>
      <w:r>
        <w:t>نان، نان پرافٹ کا پرافٹ ہونا۔ یعنی جو پرافٹ نہیں ہے، وہ پرافٹ والا کام کرے۔ وہ ہے داعی۔</w:t>
      </w:r>
    </w:p>
    <w:p>
      <w:r>
        <w:rPr>
          <w:b/>
        </w:rPr>
        <w:t xml:space="preserve">[11:13] </w:t>
      </w:r>
      <w:r>
        <w:t>daai aur profit mein yeh farq hai ke profit ko khuda angel ke through direct batata hai ke tum hamare daai ho.</w:t>
      </w:r>
    </w:p>
    <w:p>
      <w:pPr>
        <w:jc w:val="right"/>
      </w:pPr>
      <w:r>
        <w:t>داعی اور پرافٹ میں یہ فرق ہے کہ پرافٹ کو خدا اینجل کے تھرو ڈائریکٹ بتاتا ہے کہ تم ہمارے داعی ہو۔</w:t>
      </w:r>
    </w:p>
    <w:p>
      <w:r>
        <w:rPr>
          <w:b/>
        </w:rPr>
        <w:t xml:space="preserve">[11:26] </w:t>
      </w:r>
      <w:r>
        <w:t>tum ko hamein represent karna hai. yaani direct angel ke through yeh us ko message milta hai. daai ko nahi milta. daai jo hai woh self imposed duty hai, samajh lijiye.</w:t>
      </w:r>
    </w:p>
    <w:p>
      <w:pPr>
        <w:jc w:val="right"/>
      </w:pPr>
      <w:r>
        <w:t>تم کو ہمیں ریپریزنٹ کرنا ہے۔ یعنی ڈائریکٹ اینجل کے تھرو یہ اس کو میسج ملتا ہے۔ داعی کو نہیں ملتا۔ داعی جو ہے وہ سیلف امپوز ڈیوٹی ہے، سمجھ لیجئے۔</w:t>
      </w:r>
    </w:p>
    <w:p>
      <w:r>
        <w:rPr>
          <w:b/>
        </w:rPr>
        <w:t xml:space="preserve">[11:40] </w:t>
      </w:r>
      <w:r>
        <w:t>yeh</w:t>
      </w:r>
    </w:p>
    <w:p>
      <w:pPr>
        <w:jc w:val="right"/>
      </w:pPr>
      <w:r>
        <w:t>یہ</w:t>
      </w:r>
    </w:p>
    <w:p>
      <w:r>
        <w:rPr>
          <w:b/>
        </w:rPr>
        <w:t xml:space="preserve">[11:42] </w:t>
      </w:r>
      <w:r>
        <w:t>paighambar ka mamla yeh hota hai ke, yaani woh jo hai, uska case jo hai, duty imposed directly from God.</w:t>
      </w:r>
    </w:p>
    <w:p>
      <w:pPr>
        <w:jc w:val="right"/>
      </w:pPr>
      <w:r>
        <w:t>پیغمبر کا معاملہ یہ ہوتا ہے کہ، یعنی وہ جو ہے، اس کا کیس جو ہے، ڈیوٹی امپوز ڈائریکٹلی فرام گاڈ۔</w:t>
      </w:r>
    </w:p>
    <w:p>
      <w:r>
        <w:rPr>
          <w:b/>
        </w:rPr>
        <w:t xml:space="preserve">[11:56] </w:t>
      </w:r>
      <w:r>
        <w:t>aur daai jo hota hai woh self imposed duty us ki hoti hai ke khud se sochta hai ke mujhe dawat ka kaam karna hai.</w:t>
      </w:r>
    </w:p>
    <w:p>
      <w:pPr>
        <w:jc w:val="right"/>
      </w:pPr>
      <w:r>
        <w:t>اور داعی جو ہوتا ہے وہ سیلف امپوز ڈیوٹی اس کی ہوتی ہے کہ خود سے سوچتا ہے کہ مجھے دعوت کا کام کرنا ہے۔</w:t>
      </w:r>
    </w:p>
    <w:p>
      <w:r>
        <w:rPr>
          <w:b/>
        </w:rPr>
        <w:t xml:space="preserve">[12:05] </w:t>
      </w:r>
      <w:r>
        <w:t>to us ki wajah se dekhiye, hum aap safe side mein hote hain.</w:t>
      </w:r>
    </w:p>
    <w:p>
      <w:pPr>
        <w:jc w:val="right"/>
      </w:pPr>
      <w:r>
        <w:t>تو اس کی وجہ سے دیکھیے، ہم آپ سیف سائیڈ میں ہوتے ہیں۔</w:t>
      </w:r>
    </w:p>
    <w:p>
      <w:r>
        <w:rPr>
          <w:b/>
        </w:rPr>
        <w:t xml:space="preserve">[12:12] </w:t>
      </w:r>
      <w:r>
        <w:t>paighambar safe side mein nahi hai. yaani hum aap ko bohat si cheezen khuda maaf kar dega. paighambar ko maaf nahi karega.</w:t>
      </w:r>
    </w:p>
    <w:p>
      <w:pPr>
        <w:jc w:val="right"/>
      </w:pPr>
      <w:r>
        <w:t>پیغمبر سیف سائیڈ میں نہیں ہے۔ یعنی ہم آپ کو بہت سی چیزیں خدا معاف کر دے گا۔ پیغمبر کو معاف نہیں کرے گا۔</w:t>
      </w:r>
    </w:p>
    <w:p>
      <w:r>
        <w:rPr>
          <w:b/>
        </w:rPr>
        <w:t xml:space="preserve">[12:24] </w:t>
      </w:r>
      <w:r>
        <w:t>yeh jante hain aap ke nahi jante hain ke hum log safe side mein hain? nahi pata. ji jante hain. yeh to nai cheez hai. Quran mein yahi likha hua hai ke agar tum zara sa bhi tilt dikhao, tilt, to tumhein double azab diya jayega.</w:t>
      </w:r>
    </w:p>
    <w:p>
      <w:pPr>
        <w:jc w:val="right"/>
      </w:pPr>
      <w:r>
        <w:t>یہ جانتے ہیں آپ کہ نہیں جانتے ہیں کہ ہم لوگ سیف سائیڈ میں ہیں؟ نہیں پتہ۔ جی جانتے ہیں۔ یہ تو نئی چیز ہے۔ قرآن میں یہی لکھا ہوا ہے کہ اگر تم ذرا سا بھی ٹلٹ دکھاؤ، ٹلٹ، تو تمہیں ڈبل عذاب دیا جائے گا۔</w:t>
      </w:r>
    </w:p>
    <w:p>
      <w:r>
        <w:rPr>
          <w:b/>
        </w:rPr>
        <w:t xml:space="preserve">[12:41] </w:t>
      </w:r>
      <w:r>
        <w:t>Quran mein yeh likha hua hai paighambar ke bare mein ke agar tum ne zara bhi tilt dikhai to tum ko double azab diya jayega. hamare liye aisa nahi hai, hum safe side mein hain.</w:t>
      </w:r>
    </w:p>
    <w:p>
      <w:pPr>
        <w:jc w:val="right"/>
      </w:pPr>
      <w:r>
        <w:t>قرآن میں یہ لکھا ہوا ہے پرافٹ کے بارے میں کہ اگر تم نے ذرا بھی ٹلٹ دکھائی تو تم کو ڈبل عذاب دیا جائے گا۔ ہمارے لیے ایسا نہیں ہے، ہم سیف سائیڈ میں ہیں۔</w:t>
      </w:r>
    </w:p>
    <w:p>
      <w:r>
        <w:rPr>
          <w:b/>
        </w:rPr>
        <w:t xml:space="preserve">[12:53] </w:t>
      </w:r>
      <w:r>
        <w:t>humein khuda forgive karega. kehti hai badi, bas sochiye, kitni badi hamare liye baat hai yeh.</w:t>
      </w:r>
    </w:p>
    <w:p>
      <w:pPr>
        <w:jc w:val="right"/>
      </w:pPr>
      <w:r>
        <w:t>ہمیں خدا فارگیو کرے گا۔ کہتی ہے بڑی، بس سوچیے، کتنی بڑی ہمارے لیے بات ہے یہ۔</w:t>
      </w:r>
    </w:p>
    <w:p>
      <w:r>
        <w:rPr>
          <w:b/>
        </w:rPr>
        <w:t xml:space="preserve">[13:02] </w:t>
      </w:r>
      <w:r>
        <w:t>is mein yeh kaha gaya hai dekhiye ke jo condition hoti hai, jo halaat hote hain, uska bara dabao hota hai, bohat dabao hota hai. bohat zyada.</w:t>
      </w:r>
    </w:p>
    <w:p>
      <w:pPr>
        <w:jc w:val="right"/>
      </w:pPr>
      <w:r>
        <w:t>اس میں یہ کہا گیا ہے دیکھیے کہ جو کنڈیشن ہوتی ہے، جو حالات ہوتے ہیں، اس کا بڑا دباؤ ہوتا ہے، بہت دباؤ ہوتا ہے۔ بہت زیادہ۔</w:t>
      </w:r>
    </w:p>
    <w:p>
      <w:r>
        <w:rPr>
          <w:b/>
        </w:rPr>
        <w:t xml:space="preserve">[13:15] </w:t>
      </w:r>
      <w:r>
        <w:t>to is mein yeh hai ke jo halaat ka jo dabao hai, jis ka, jis ka circumstances ka jo dabao hai, to khuda ki madad se tum ne tilt nahi dikhaya.</w:t>
      </w:r>
    </w:p>
    <w:p>
      <w:pPr>
        <w:jc w:val="right"/>
      </w:pPr>
      <w:r>
        <w:t>تو اس میں یہ ہے کہ جو حالات کا جو دباؤ ہے، جس کا، جس کا سرکمسٹنسز کا جو دباؤ ہے، تو خدا کی مدد سے تم نے ٹلٹ نہیں دکھایا۔</w:t>
      </w:r>
    </w:p>
    <w:p>
      <w:r>
        <w:rPr>
          <w:b/>
        </w:rPr>
        <w:t xml:space="preserve">[13:31] </w:t>
      </w:r>
      <w:r>
        <w:t>yeh khuda ki madad thi ke tum ne tilt nahi dikhaya. agar phir bhi tum tilt dikhate to tum ko double azab diya jata.</w:t>
      </w:r>
    </w:p>
    <w:p>
      <w:pPr>
        <w:jc w:val="right"/>
      </w:pPr>
      <w:r>
        <w:t>یہ خدا کی مدد تھی کہ تم نے ٹلٹ نہیں دکھایا۔ اگر پھر بھی تم ٹلٹ دکھاتے تو تم کو ڈبل عذاب دیا جاتا۔</w:t>
      </w:r>
    </w:p>
    <w:p>
      <w:r>
        <w:rPr>
          <w:b/>
        </w:rPr>
        <w:t xml:space="preserve">[13:42] </w:t>
      </w:r>
      <w:r>
        <w:t>to hum logon ko to bohat se, hum to safe side mein hain. ghalti bhi karte hain, khuda maaf bhi kar deta hai. ghalti bhi karte hain, phir bhi khuda ki madad aati rehti hai.</w:t>
      </w:r>
    </w:p>
    <w:p>
      <w:pPr>
        <w:jc w:val="right"/>
      </w:pPr>
      <w:r>
        <w:t>تو ہم لوگوں کو تو بہت سے، ہم تو سیف سائیڈ میں ہیں۔ غلطی بھی کرتے ہیں، خدا معاف بھی کر دیتا ہے۔ غلطی بھی کرتے ہیں، پھر بھی خدا کی مدد آتی رہتی ہے۔</w:t>
      </w:r>
    </w:p>
    <w:p>
      <w:r>
        <w:rPr>
          <w:b/>
        </w:rPr>
        <w:t xml:space="preserve">[13:52] </w:t>
      </w:r>
      <w:r>
        <w:t>sirf yeh hai dekhiye ke jo aadmi intentionally, yaani ghalat kaam kare, intentionally, aur phir insist kare, tab to woh bachega nahi.</w:t>
      </w:r>
    </w:p>
    <w:p>
      <w:pPr>
        <w:jc w:val="right"/>
      </w:pPr>
      <w:r>
        <w:t>صرف یہ ہے دیکھیے کہ جو آدمی انٹینشنلی، یعنی غلط کام کرے، انٹینشنلی، اور پھر انسسٹ کرے، تب تو وہ بچے گا نہیں۔</w:t>
      </w:r>
    </w:p>
    <w:p>
      <w:r>
        <w:rPr>
          <w:b/>
        </w:rPr>
        <w:t xml:space="preserve">[14:09] </w:t>
      </w:r>
      <w:r>
        <w:t>bhool chook se ho jaye, aur phir jaldi se palat aaye, jaldi se woh repentance aaye us ke andar, phir jaldi se apni ko theek kar le, to us ki maafi hai.</w:t>
      </w:r>
    </w:p>
    <w:p>
      <w:pPr>
        <w:jc w:val="right"/>
      </w:pPr>
      <w:r>
        <w:t>بھول چوک سے ہو جائے، اور پھر جلدی سے پلٹ آئے، جلدی سے وہ ریپینٹنس آئے اس کے اندر، پھر جلدی سے اپنی کو ٹھیک کر لے، تو اس کی معافی ہے۔</w:t>
      </w:r>
    </w:p>
    <w:p>
      <w:r>
        <w:rPr>
          <w:b/>
        </w:rPr>
        <w:t xml:space="preserve">[14:32] </w:t>
      </w:r>
      <w:r>
        <w:t>ek ayat aur mein batana chahta hoon aap logon ko jo shayad mein ne class mein nahi batayi hai.</w:t>
      </w:r>
    </w:p>
    <w:p>
      <w:pPr>
        <w:jc w:val="right"/>
      </w:pPr>
      <w:r>
        <w:t>ایک آیت اور میں بتانا چاہتا ہوں آپ لوگوں کو جو شاید میں نے کلاس میں نہیں بتائی ہے۔</w:t>
      </w:r>
    </w:p>
    <w:p>
      <w:r>
        <w:rPr>
          <w:b/>
        </w:rPr>
        <w:t xml:space="preserve">[14:40] </w:t>
      </w:r>
      <w:r>
        <w:t>dekhiye aadmi is duniya mein to ayar ayz he human ghalti karte hi karta hai insan. to doosre mazhabon mein ghalti kar ke aap zaroor bhugte hain is ko.</w:t>
      </w:r>
    </w:p>
    <w:p>
      <w:pPr>
        <w:jc w:val="right"/>
      </w:pPr>
      <w:r>
        <w:t>دیکھیے آدمی اس دنیا میں ٹو ایئر ایز ہیومن غلطی کرتے ہی کرتا ہے انسان۔ تو دوسرے مذہبوں میں غلطی کر کے آپ ضرور بھگتتے ہیں اس کو۔</w:t>
      </w:r>
    </w:p>
    <w:p>
      <w:r>
        <w:rPr>
          <w:b/>
        </w:rPr>
        <w:t xml:space="preserve">[14:54] </w:t>
      </w:r>
      <w:r>
        <w:t>jaise karam theory jo hai, agar aap ne ghalti kar di to bhugtna hi bhugtna hai aap ko. yaani isi duniya mein krik</w:t>
      </w:r>
    </w:p>
    <w:p>
      <w:pPr>
        <w:jc w:val="right"/>
      </w:pPr>
      <w:r>
        <w:t>جیسے کرم تھیوری جو ہے، اگر آپ نے غلطی کر دی تو بھگتنا ہی بھگتنا ہے آپ کو۔ یعنی اسی دنیا میں کریک</w:t>
      </w:r>
    </w:p>
    <w:p>
      <w:r>
        <w:rPr>
          <w:b/>
        </w:rPr>
        <w:t xml:space="preserve">[15:03] </w:t>
      </w:r>
      <w:r>
        <w:t>t nahin kar sakte aap. aap ko ek naya janam lena hai, gadha banna hai, kuch banna hai, tab ja kar ke woh woh dhoya jayega. isi duniya mein nahin nahin hota.</w:t>
      </w:r>
    </w:p>
    <w:p>
      <w:pPr>
        <w:jc w:val="right"/>
      </w:pPr>
      <w:r>
        <w:t>ٹ نہیں کر سکتے آپ۔ آپ کو ایک نیا جنم لینا ہے، گدھا بننا ہے، کچھ بننا ہے، تب جا کر کے وہ وہ دھویا جائے گا۔ اسی دنیا میں نہیں نہیں ہوتا۔</w:t>
      </w:r>
    </w:p>
    <w:p>
      <w:r>
        <w:rPr>
          <w:b/>
        </w:rPr>
        <w:t xml:space="preserve">[15:14] </w:t>
      </w:r>
      <w:r>
        <w:t>yahudiyon ka bhi hai, isi duniya mein nahin hota.</w:t>
      </w:r>
    </w:p>
    <w:p>
      <w:pPr>
        <w:jc w:val="right"/>
      </w:pPr>
      <w:r>
        <w:t>یہودیوں کا بھی ہے، اسی دنیا میں نہیں ہوتا۔</w:t>
      </w:r>
    </w:p>
    <w:p>
      <w:r>
        <w:rPr>
          <w:b/>
        </w:rPr>
        <w:t xml:space="preserve">[15:19] </w:t>
      </w:r>
      <w:r>
        <w:t>to aksar religion mein aisa hi ke agar koi ghalti kar dein aap to is ko aap ko bohat bhugtna hi parta hai.</w:t>
      </w:r>
    </w:p>
    <w:p>
      <w:pPr>
        <w:jc w:val="right"/>
      </w:pPr>
      <w:r>
        <w:t>تو اکثر ریلیجن میں ایسا ہی کہ اگر کوئی غلطی کر دیں آپ تو اس کو آپ کو بہت بھگتنا ہی پڑتا ہے۔</w:t>
      </w:r>
    </w:p>
    <w:p>
      <w:r>
        <w:rPr>
          <w:b/>
        </w:rPr>
        <w:t xml:space="preserve">[15:31] </w:t>
      </w:r>
      <w:r>
        <w:t>aur hinduwism mein, jainism mein, buddhism mein to ek naya janam lena parta hai aap ko is ko bhugtne ke liye.</w:t>
      </w:r>
    </w:p>
    <w:p>
      <w:pPr>
        <w:jc w:val="right"/>
      </w:pPr>
      <w:r>
        <w:t>اور ہندوازم میں، جاہلزم میں، بدھزم میں تو ایک نیا جنم لینا پڑتا ہے آپ کو اس کو بھگتنے کے لیے۔</w:t>
      </w:r>
    </w:p>
    <w:p>
      <w:r>
        <w:rPr>
          <w:b/>
        </w:rPr>
        <w:t xml:space="preserve">[15:41] </w:t>
      </w:r>
      <w:r>
        <w:t>islam mein dekhiye yeh kitni bari rehmat hai ke ya ayhal lazeen asraf ala anfusihim la taqnat min rahmat Allah fa inna Allah yaghfir uz zunub jameea</w:t>
      </w:r>
    </w:p>
    <w:p>
      <w:pPr>
        <w:jc w:val="right"/>
      </w:pPr>
      <w:r>
        <w:t>اسلام میں دیکھیے یہ کتنی بڑی رحمت ہے کہ یا ایہا الذین اصرف علی انفسہم لا تقنت من رحمت اللہ فان اللہ یغفر الذنوب جمیعا</w:t>
      </w:r>
    </w:p>
    <w:p>
      <w:r>
        <w:rPr>
          <w:b/>
        </w:rPr>
        <w:t xml:space="preserve">[16:02] </w:t>
      </w:r>
      <w:r>
        <w:t>ae woh logon jinhon ne apni janon par ziyadati ki hai matlab ghaltiyan ki hain</w:t>
      </w:r>
    </w:p>
    <w:p>
      <w:pPr>
        <w:jc w:val="right"/>
      </w:pPr>
      <w:r>
        <w:t>اے وہ لوگوں جنہوں نے اپنی جانوں پر زیادتی کی ہے مطلب غلطیاں کی ہیں</w:t>
      </w:r>
    </w:p>
    <w:p>
      <w:r>
        <w:rPr>
          <w:b/>
        </w:rPr>
        <w:t xml:space="preserve">[16:10] </w:t>
      </w:r>
      <w:r>
        <w:t>aur ghalti koi bhi ho sakti hai kuch koi bhi ghalti ho sakti hai ae woh logon jinhon ne apni janon par ziyadati ki hai tum khuda ki blessing se</w:t>
      </w:r>
    </w:p>
    <w:p>
      <w:pPr>
        <w:jc w:val="right"/>
      </w:pPr>
      <w:r>
        <w:t>اور غلطی کوئی بھی ہو سکتی ہے کچھ کوئی بھی غلطی ہو سکتی ہے اے وہ لوگوں جنہوں نے اپنی جانوں پر زیادتی کی ہے تم خدا کی بلیسنگ سے</w:t>
      </w:r>
    </w:p>
    <w:p>
      <w:r>
        <w:rPr>
          <w:b/>
        </w:rPr>
        <w:t xml:space="preserve">[16:26] </w:t>
      </w:r>
      <w:r>
        <w:t>woh yaani niraashan mat padho khuda ki blessing se tum niraash na ho jao</w:t>
      </w:r>
    </w:p>
    <w:p>
      <w:pPr>
        <w:jc w:val="right"/>
      </w:pPr>
      <w:r>
        <w:t>وہ یعنی نراشاں مت پڑھو خدا کی بلیسنگ سے تم نراش نہ ہو جاؤ</w:t>
      </w:r>
    </w:p>
    <w:p>
      <w:r>
        <w:rPr>
          <w:b/>
        </w:rPr>
        <w:t xml:space="preserve">[16:39] </w:t>
      </w:r>
      <w:r>
        <w:t>kyun ke khuda saare hi gunahon ko maaf karta hai yaghfir uz zunub jameea kyun ke khuda saare hi gunahon ko maaf karta hai to isi duniya mein khatm kar deta hai</w:t>
      </w:r>
    </w:p>
    <w:p>
      <w:pPr>
        <w:jc w:val="right"/>
      </w:pPr>
      <w:r>
        <w:t>کیونکہ خدا سارے ہی گناہوں کو معاف کرتا ہے یغفر الذنوب جمیعا کیونکہ خدا سارے ہی گناہوں کو معاف کرتا ہے تو اسی دنیا میں ختم کر دیتا ہے</w:t>
      </w:r>
    </w:p>
    <w:p>
      <w:r>
        <w:rPr>
          <w:b/>
        </w:rPr>
        <w:t xml:space="preserve">[16:56] </w:t>
      </w:r>
      <w:r>
        <w:t>is qism ki jo baat hai kisi religion mein nahin hai yeh itni clear tareeqa hai jo islam mein hai</w:t>
      </w:r>
    </w:p>
    <w:p>
      <w:pPr>
        <w:jc w:val="right"/>
      </w:pPr>
      <w:r>
        <w:t>اس قسم کی جو بات ہے کسی ریلیجن میں نہیں ہے یہ اتنی کلیئر طریقہ ہے جو اسلام میں ہے</w:t>
      </w:r>
    </w:p>
    <w:p>
      <w:r>
        <w:rPr>
          <w:b/>
        </w:rPr>
        <w:t xml:space="preserve">[17:09] </w:t>
      </w:r>
      <w:r>
        <w:t>to dekhiye aadmi ghalti karta hai</w:t>
      </w:r>
    </w:p>
    <w:p>
      <w:pPr>
        <w:jc w:val="right"/>
      </w:pPr>
      <w:r>
        <w:t>تو دیکھیے ادمی غلطی کرتا ہے</w:t>
      </w:r>
    </w:p>
    <w:p>
      <w:r>
        <w:rPr>
          <w:b/>
        </w:rPr>
        <w:t xml:space="preserve">[17:18] </w:t>
      </w:r>
      <w:r>
        <w:t>lekin do cheezein hain aadmi intentionally ghalti na kare aur is par persist persist na kare bohat jald is ko repentance aa jaye apni ghaltiyon ko maane aur aage is ko repeat na kare</w:t>
      </w:r>
    </w:p>
    <w:p>
      <w:pPr>
        <w:jc w:val="right"/>
      </w:pPr>
      <w:r>
        <w:t>لیکن دو چیزیں ہیں ادمی انٹینشنلی غلطی نہ کرے اور اس پر پرسسٹ پرسسٹ نہ کرے بہت جلد اس کو ریپینٹنس آ جائے اپنی غلطیوں کو مانے اور اگے اس کو ریپیٹ نہ کرے</w:t>
      </w:r>
    </w:p>
    <w:p>
      <w:r>
        <w:rPr>
          <w:b/>
        </w:rPr>
        <w:t xml:space="preserve">[17:39] </w:t>
      </w:r>
      <w:r>
        <w:t>aage is ko repeat na kare to is ko right off kar diya jata hai</w:t>
      </w:r>
    </w:p>
    <w:p>
      <w:pPr>
        <w:jc w:val="right"/>
      </w:pPr>
      <w:r>
        <w:t>اگے اس کو ریپیٹ نہ کرے تو اس کو رائٹ اف کر دیا جاتا ہے</w:t>
      </w:r>
    </w:p>
    <w:p>
      <w:r>
        <w:rPr>
          <w:b/>
        </w:rPr>
        <w:t xml:space="preserve">[17:52] </w:t>
      </w:r>
      <w:r>
        <w:t>ek baat mein aur aap ko arz karoon ke kyun maine aisa kiya jo tajdeed kalma jo tha</w:t>
      </w:r>
    </w:p>
    <w:p>
      <w:pPr>
        <w:jc w:val="right"/>
      </w:pPr>
      <w:r>
        <w:t>ایک بات میں اور آپ کو عرض کروں کہ کیوں میں نے ایسا کیا جو تجدید کلمہ جو تھا</w:t>
      </w:r>
    </w:p>
    <w:p>
      <w:r>
        <w:rPr>
          <w:b/>
        </w:rPr>
        <w:t xml:space="preserve">[17:59] </w:t>
      </w:r>
      <w:r>
        <w:t>ek bohat hi important baat aap ko batana hai yaani kalma ko padhna</w:t>
      </w:r>
    </w:p>
    <w:p>
      <w:pPr>
        <w:jc w:val="right"/>
      </w:pPr>
      <w:r>
        <w:t>ایک بہت ہی امپورٹنٹ بات آپ کو بتانا ہے یعنی کلمہ کو پڑھنا</w:t>
      </w:r>
    </w:p>
    <w:p>
      <w:r>
        <w:rPr>
          <w:b/>
        </w:rPr>
        <w:t xml:space="preserve">[18:10] </w:t>
      </w:r>
      <w:r>
        <w:t>ek hadith hai ke islam yahdim ma qablah islam demises da previous mis deeds to aam taur par log yahi samajhte hain ke jab aadmi ne kalma padha tha tab se taluq is ka hai is ka taluq roz daily life se hai rozana se hai</w:t>
      </w:r>
    </w:p>
    <w:p>
      <w:pPr>
        <w:jc w:val="right"/>
      </w:pPr>
      <w:r>
        <w:t>ایک حدیث ہے کہ الاسلام یہدم ما قبلہ اسلام ڈیمائسز دا پریویس مس ڈیڈز تو عام طور پر لوگ یہی سمجھتے ہیں کہ جب ادمی نے کلمہ پڑھا تھا تب سے تعلق اس کا ہے اس کا تعلق روز ڈیلی لائف سے ہے روزانہ سے ہے</w:t>
      </w:r>
    </w:p>
    <w:p>
      <w:r>
        <w:rPr>
          <w:b/>
        </w:rPr>
        <w:t xml:space="preserve">[18:37] </w:t>
      </w:r>
      <w:r>
        <w:t>yaani main aksar aisa karta hoon ke tanhai mein khuda se kehta hoon ke aaj main kalma padh kar phir se naya islam mein aata hoon is se pehla jo hai woh is ko to yaani count mat kar mera jo pichli life thi is ko mat count kar aur aaj se count kar</w:t>
      </w:r>
    </w:p>
    <w:p>
      <w:pPr>
        <w:jc w:val="right"/>
      </w:pPr>
      <w:r>
        <w:t>یعنی میں اکثر ایسا کرتا ہوں کہ تنہائی میں خدا سے کہتا ہوں کہ اج میں کلمہ پڑھ کر پھر سے نیا اسلام میں اتا ہوں اس سے پہلا جو ہے وہ اس کو تو یعنی کاؤنٹ مت کر میرا جو پچھلی لائف تھی اس کو مت کاؤنٹ کر اور اج سے کاؤنٹ کر</w:t>
      </w:r>
    </w:p>
    <w:p>
      <w:r>
        <w:rPr>
          <w:b/>
        </w:rPr>
        <w:t xml:space="preserve">[19:03] </w:t>
      </w:r>
      <w:r>
        <w:t>to main kehta hoon ashhadu an la ilaha illallah wa ashhadu anna Muhammad abduhu wa rasuluh to yeh jo hai ke islam demalishes previous mis deeds</w:t>
      </w:r>
    </w:p>
    <w:p>
      <w:pPr>
        <w:jc w:val="right"/>
      </w:pPr>
      <w:r>
        <w:t>تو میں کہتا ہوں اشھد ان لا الہ الا اللہ واشہد ان محمد عبدہ ورسولہ تو یہ جو ہے کہ اسلام ڈیمالشز پریویس مس ڈیڈز</w:t>
      </w:r>
    </w:p>
    <w:p>
      <w:r>
        <w:rPr>
          <w:b/>
        </w:rPr>
        <w:t xml:space="preserve">[19:15] </w:t>
      </w:r>
      <w:r>
        <w:t>to jis din bhi aap chahein sachay dil ke sath padh sakte hain yeh ke khudaaya mera jo pichli life hai mujhe bohat koi ghaltiyan hui hain woh sab mein aaj se phir se islam mein aata hoon phir se</w:t>
      </w:r>
    </w:p>
    <w:p>
      <w:pPr>
        <w:jc w:val="right"/>
      </w:pPr>
      <w:r>
        <w:t>تو جس دن بھی اپ چاہیں سچے دل کے ساتھ پڑھ سکتے ہیں یہ کہ خدایا میرا جو پچھلی لائف ہے مجھے بہت کوئی غلطیاں ہوئی ہیں وہ سب میں اج سے پھر سے اسلام میں اتا ہوں پھر سے</w:t>
      </w:r>
    </w:p>
    <w:p>
      <w:r>
        <w:rPr>
          <w:b/>
        </w:rPr>
        <w:t xml:space="preserve">[19:34] </w:t>
      </w:r>
      <w:r>
        <w:t>phir se aata hoon islam mein</w:t>
      </w:r>
    </w:p>
    <w:p>
      <w:pPr>
        <w:jc w:val="right"/>
      </w:pPr>
      <w:r>
        <w:t>پھر سے اتا ہوں اسلام میں</w:t>
      </w:r>
    </w:p>
    <w:p>
      <w:r>
        <w:rPr>
          <w:b/>
        </w:rPr>
        <w:t xml:space="preserve">[19:36] </w:t>
      </w:r>
      <w:r>
        <w:t>to yeh yeh jo hadith hai yeh sirf un logon ke liye nahin hai jo aa kar ke yaani islam mein</w:t>
      </w:r>
    </w:p>
    <w:p>
      <w:pPr>
        <w:jc w:val="right"/>
      </w:pPr>
      <w:r>
        <w:t>تو یہ یہ جو حدیث ہے یہ صرف ان لوگوں کے لیے نہیں ہے جو ا کر کے یعنی اسلام میں</w:t>
      </w:r>
    </w:p>
    <w:p>
      <w:r>
        <w:rPr>
          <w:b/>
        </w:rPr>
        <w:t xml:space="preserve">[19:48] </w:t>
      </w:r>
      <w:r>
        <w:t>jis din dakhil hote hain us din poori life ke liye jis din bhi aap is kalma ko padhenge sachay dil ke sath us din khuda pichli saari cheezon ko mita dega</w:t>
      </w:r>
    </w:p>
    <w:p>
      <w:pPr>
        <w:jc w:val="right"/>
      </w:pPr>
      <w:r>
        <w:t>جس دن داخل ہوتے ہیں اس دن پوری لائف کے لیے جس دن بھی اپ اس کلمہ کو پڑھیں گے سچے دل کے ساتھ اس دن خدا پچھلی ساری چیزوں کو مٹا دے گا</w:t>
      </w:r>
    </w:p>
    <w:p>
      <w:r>
        <w:rPr>
          <w:b/>
        </w:rPr>
        <w:t xml:space="preserve">[20:05] </w:t>
      </w:r>
      <w:r>
        <w:t>jaise is aadmi ke liye mitata hai jis ne ke pehle pehle</w:t>
      </w:r>
    </w:p>
    <w:p>
      <w:pPr>
        <w:jc w:val="right"/>
      </w:pPr>
      <w:r>
        <w:t>جیسے اس ادمی کے لیے مٹاتا ہے جس نے کہ پہلے پہلے</w:t>
      </w:r>
    </w:p>
    <w:p>
      <w:r>
        <w:rPr>
          <w:b/>
        </w:rPr>
        <w:t xml:space="preserve">[20:10] </w:t>
      </w:r>
      <w:r>
        <w:t>islam ko accept kiya tha</w:t>
      </w:r>
    </w:p>
    <w:p>
      <w:pPr>
        <w:jc w:val="right"/>
      </w:pPr>
      <w:r>
        <w:t>اسلام کو ایکسیپٹ کیا تھا</w:t>
      </w:r>
    </w:p>
    <w:p>
      <w:r>
        <w:rPr>
          <w:b/>
        </w:rPr>
        <w:t xml:space="preserve">[20:13] </w:t>
      </w:r>
      <w:r>
        <w:t>to hum jo yeh kalma parhwaiye aap logon ko to is ka asal maqsad yeh tha aaj se</w:t>
      </w:r>
    </w:p>
    <w:p>
      <w:pPr>
        <w:jc w:val="right"/>
      </w:pPr>
      <w:r>
        <w:t>تو ہم جو یہ کلمہ پڑھوائے اپ لوگوں کو تو اس کا اصل مقصد یہ تھا اج سے</w:t>
      </w:r>
    </w:p>
    <w:p>
      <w:r>
        <w:rPr>
          <w:b/>
        </w:rPr>
        <w:t xml:space="preserve">[20:19] </w:t>
      </w:r>
      <w:r>
        <w:t>pehlay ki life jo hai khuda is ko</w:t>
      </w:r>
    </w:p>
    <w:p>
      <w:pPr>
        <w:jc w:val="right"/>
      </w:pPr>
      <w:r>
        <w:t>پہلے کی لائف جو ہے خدا اس کو</w:t>
      </w:r>
    </w:p>
    <w:p>
      <w:r>
        <w:rPr>
          <w:b/>
        </w:rPr>
        <w:t xml:space="preserve">[20:24] </w:t>
      </w:r>
      <w:r>
        <w:t>khatam kar de aur aaj se hamein yani hamara woh ho</w:t>
      </w:r>
    </w:p>
    <w:p>
      <w:pPr>
        <w:jc w:val="right"/>
      </w:pPr>
      <w:r>
        <w:t>ختم کر دے اور اج سے ہمیں یعنی ہمارا وہ ہو</w:t>
      </w:r>
    </w:p>
    <w:p>
      <w:r>
        <w:rPr>
          <w:b/>
        </w:rPr>
        <w:t xml:space="preserve">[20:31] </w:t>
      </w:r>
      <w:r>
        <w:t>yani aaj se hamara woh shuru ho hamara islam</w:t>
      </w:r>
    </w:p>
    <w:p>
      <w:pPr>
        <w:jc w:val="right"/>
      </w:pPr>
      <w:r>
        <w:t>یعنی اج سے ہمارا وہ شروع ہو ہمارا اسلام</w:t>
      </w:r>
    </w:p>
    <w:p>
      <w:r>
        <w:rPr>
          <w:b/>
        </w:rPr>
        <w:t xml:space="preserve">[20:35] </w:t>
      </w:r>
      <w:r>
        <w:t>beh-haal yeh aik bari ajeeb teaching hai islam mein</w:t>
      </w:r>
    </w:p>
    <w:p>
      <w:pPr>
        <w:jc w:val="right"/>
      </w:pPr>
      <w:r>
        <w:t>بہرحال یہ ایک بڑی عجیب ٹیچنگ ہے اسلام میں</w:t>
      </w:r>
    </w:p>
    <w:p>
      <w:r>
        <w:rPr>
          <w:b/>
        </w:rPr>
        <w:t xml:space="preserve">[20:41] </w:t>
      </w:r>
      <w:r>
        <w:t>keh jis din aap</w:t>
      </w:r>
    </w:p>
    <w:p>
      <w:pPr>
        <w:jc w:val="right"/>
      </w:pPr>
      <w:r>
        <w:t>کہ جس دن اپ</w:t>
      </w:r>
    </w:p>
    <w:p>
      <w:r>
        <w:rPr>
          <w:b/>
        </w:rPr>
        <w:t xml:space="preserve">[20:44] </w:t>
      </w:r>
      <w:r>
        <w:t>khuda se yeh kehte hain keh khuda mein gawahi deta hoon keh tu hi khuda hai tere siwa koi khuda nahin hai mein gawahi deta hoon keh wohi sachai hai jo tu ne bheja hain jis din</w:t>
      </w:r>
    </w:p>
    <w:p>
      <w:pPr>
        <w:jc w:val="right"/>
      </w:pPr>
      <w:r>
        <w:t>خدا سے یہ کہتے ہیں کہ خدا میں گواہی دیتا ہوں کہ تو ہی خدا ہے تیرے سوا کوئی خدا نہیں ہے میں گواہی دیتا ہوں کہ وہی سچائی ہے جو تو نے بھیجا ہیں جس دن</w:t>
      </w:r>
    </w:p>
    <w:p>
      <w:r>
        <w:rPr>
          <w:b/>
        </w:rPr>
        <w:t xml:space="preserve">[20:58] </w:t>
      </w:r>
      <w:r>
        <w:t>tu us din aap ke hadees mein aata hai keh us din aadmi aisa ban jata hai jaisay keh aaj hi woh maa ke pait se paida hua hai yaani aaj hi uska janam hua hai aap jante hain keh jab aadmi paida hota hai to bilkul innocent hota hai innocent</w:t>
      </w:r>
    </w:p>
    <w:p>
      <w:pPr>
        <w:jc w:val="right"/>
      </w:pPr>
      <w:r>
        <w:t>تو اس دن اپ کے حدیث میں اتا ہے کہ اس دن ادمی ایسا بن جاتا ہے جیسے کہ اج ہی وہ ماں کے پیٹ سے پیدا ہوا ہے یعنی اج ہی اس کا جنم ہوا ہے اپ جانتے ہیں کہ جب ادمی پیدا ہوتا ہے تو بالکل انوسنٹ ہوتا ہے انوسنٹ</w:t>
      </w:r>
    </w:p>
    <w:p>
      <w:r>
        <w:rPr>
          <w:b/>
        </w:rPr>
        <w:t xml:space="preserve">[21:16] </w:t>
      </w:r>
      <w:r>
        <w:t>innocent hota hai woh to us din aadmi innocent ho jata hai aik naya insaan ban jata hai aik innocent insaan</w:t>
      </w:r>
    </w:p>
    <w:p>
      <w:pPr>
        <w:jc w:val="right"/>
      </w:pPr>
      <w:r>
        <w:t>انوسنٹ ہوتا ہے وہ تو اس دن ادمی انوسنٹ ہو جاتا ہے ایک نیا انسان بن جاتا ہے ایک انوسنٹ انسان</w:t>
      </w:r>
    </w:p>
    <w:p>
      <w:r>
        <w:rPr>
          <w:b/>
        </w:rPr>
        <w:t xml:space="preserve">[21:28] </w:t>
      </w:r>
      <w:r>
        <w:t>kitni bari blessing hai aap sochiye yeh</w:t>
      </w:r>
    </w:p>
    <w:p>
      <w:pPr>
        <w:jc w:val="right"/>
      </w:pPr>
      <w:r>
        <w:t>کتنی بڑی بلیسنگ ہے اپ سوچیے یہ</w:t>
      </w:r>
    </w:p>
    <w:p>
      <w:r>
        <w:rPr>
          <w:b/>
        </w:rPr>
        <w:t xml:space="preserve">[21:35] </w:t>
      </w:r>
      <w:r>
        <w:t>to aap logon ko hum ne jo parhwaya us ka maqsad yahi tha khaas keh aaj se khuda aap ko innocent person ke taur par apne register mein likh le jaisay chote bachay ko jab paida hota hai to aik innocent person hota hai woh</w:t>
      </w:r>
    </w:p>
    <w:p>
      <w:pPr>
        <w:jc w:val="right"/>
      </w:pPr>
      <w:r>
        <w:t>تو اپ لوگوں کو ہم نے جو پڑھوایا اس کا مقصد یہی تھا خاص کہ اج سے خدا اپ کو انوسنٹ پرسن کے طور پر اپنے رجسٹر میں لکھ لے جیسے چھوٹے بچے کو جب پیدا ہوتا ہے تو ایک انوسنٹ پرسن ہوتا ہے وہ</w:t>
      </w:r>
    </w:p>
    <w:p>
      <w:r>
        <w:rPr>
          <w:b/>
        </w:rPr>
        <w:t xml:space="preserve">[21:57] </w:t>
      </w:r>
      <w:r>
        <w:t>aik experience jo bar bar hota hai yahan bhi hua jaisay mein aik baar washington gaya washington ke aik bohat hi achay hotel mein us ko thehraya gaya tha top ka hotel tha to jab mein us ke room mein dakhil hua to bohat hi aik aik fascination jaisa aik experience hua aur laga keh acha is mein mein thore din to aaram se rahoon ga</w:t>
      </w:r>
    </w:p>
    <w:p>
      <w:pPr>
        <w:jc w:val="right"/>
      </w:pPr>
      <w:r>
        <w:t>ایک ایکسپیرینس جو بار بار ہوتا ہے یہاں بھی ہوا جیسے میں ایک بار واشنگٹن گیا واشنگٹن کے ایک بہت ہی اچھے ہوٹل میں اس کو ٹھہرایا گیا تھا ٹاپ کا ہوٹل تھا تو جب میں اس کے روم میں داخل ہوا تو بہت ہی ایک ایک فیسینیشن جیسا ایک ایکسپیرینس ہوا اور لگا کہ اچھا اس میں میں تھوڑے دن تو ارام سے رہوں گا</w:t>
      </w:r>
    </w:p>
    <w:p>
      <w:r>
        <w:rPr>
          <w:b/>
        </w:rPr>
        <w:t xml:space="preserve">[22:26] </w:t>
      </w:r>
      <w:r>
        <w:t>acha subah uthte hi aik dam bore ho gaya mein aur aur phir wahan thehra nahin mein wahan jo hamare saathi the un se mein ne kaha keh bhai chaliye aap ghar le chaliye mujh ko mein yahan nahin</w:t>
      </w:r>
    </w:p>
    <w:p>
      <w:pPr>
        <w:jc w:val="right"/>
      </w:pPr>
      <w:r>
        <w:t>اچھا صبح اٹھتے ہی ایک دم بور ہو گیا میں اور اور پھر وہاں ٹھہرا نہیں میں وہاں جو ہمارے ساتھی تھے ان سے میں نے کہا کہ بھئی چلیے اپ گھر لے چلیے مجھ کو میں یہاں نہیں</w:t>
      </w:r>
    </w:p>
    <w:p>
      <w:r>
        <w:rPr>
          <w:b/>
        </w:rPr>
        <w:t xml:space="preserve">[22:38] </w:t>
      </w:r>
      <w:r>
        <w:t>rahun ga to dekhen jo yaani aik to woh hai jo masarjat kar rahe the keh less than paradise hota hai woh hamare mind mein paradise basi hui hai aur har har cheez jo hai less than paradise hai to woh us aadmi ko woh thori der ke baad lagta hai keh yeh to woh hai nahin jo hum chahte the</w:t>
      </w:r>
    </w:p>
    <w:p>
      <w:pPr>
        <w:jc w:val="right"/>
      </w:pPr>
      <w:r>
        <w:t>رہوں گا تو دیکھیں جو یعنی ایک تو وہ ہے جو مسرجت کر رہے تھے کہ لیس دین پیراڈائز ہوتا ہے وہ ہمارے مائنڈ میں پیراڈائز بسی ہوئی ہے اور ہر ہر چیز جو ہے لیس دین پیراڈائز ہے تو وہ اس ادمی کو وہ تھوڑی دیر کے بعد لگتا ہے کہ یہ تو وہ ہے نہیں جو ہم چاہتے تھے</w:t>
      </w:r>
    </w:p>
    <w:p>
      <w:r>
        <w:rPr>
          <w:b/>
        </w:rPr>
        <w:t xml:space="preserve">[23:01] </w:t>
      </w:r>
      <w:r>
        <w:t>is ke siwa ek aur bhi cheez hai jo mein jo mein apne baray mein samajh sakta hoon</w:t>
      </w:r>
    </w:p>
    <w:p>
      <w:pPr>
        <w:jc w:val="right"/>
      </w:pPr>
      <w:r>
        <w:t>اس کے سوا ایک اور بھی چیز ہے جو میں جو میں اپنے بارے میں سمجھ سکتا ہوں</w:t>
      </w:r>
    </w:p>
    <w:p>
      <w:r>
        <w:rPr>
          <w:b/>
        </w:rPr>
        <w:t xml:space="preserve">[23:07] </w:t>
      </w:r>
      <w:r>
        <w:t>ke koi yani jo</w:t>
      </w:r>
    </w:p>
    <w:p>
      <w:pPr>
        <w:jc w:val="right"/>
      </w:pPr>
      <w:r>
        <w:t>کہ کوئی یعنی جو</w:t>
      </w:r>
    </w:p>
    <w:p>
      <w:r>
        <w:rPr>
          <w:b/>
        </w:rPr>
        <w:t xml:space="preserve">[23:11] </w:t>
      </w:r>
      <w:r>
        <w:t>yani nature mein aisa nahi hota lekin insan jo building mein rehta hai us mein aisa hota hai</w:t>
      </w:r>
    </w:p>
    <w:p>
      <w:pPr>
        <w:jc w:val="right"/>
      </w:pPr>
      <w:r>
        <w:t>یعنی نیچر میں ایسا نہیں ہوتا لیکن انسان جو بلڈنگ میں رہتا ہے اس میں ایسا ہوتا ہے</w:t>
      </w:r>
    </w:p>
    <w:p>
      <w:r>
        <w:rPr>
          <w:b/>
        </w:rPr>
        <w:t xml:space="preserve">[23:17] </w:t>
      </w:r>
      <w:r>
        <w:t>yani nature mein aisa nahi hota jo mein keh raha hoon</w:t>
      </w:r>
    </w:p>
    <w:p>
      <w:pPr>
        <w:jc w:val="right"/>
      </w:pPr>
      <w:r>
        <w:t>یعنی نیچر میں ایسا نہیں ہوتا جو میں کہہ رہا ہوں</w:t>
      </w:r>
    </w:p>
    <w:p>
      <w:r>
        <w:rPr>
          <w:b/>
        </w:rPr>
        <w:t xml:space="preserve">[23:21] </w:t>
      </w:r>
      <w:r>
        <w:t>ke bohat jald aap ko lagta hai aisa is building mein rehte hue ke aap secondary ban gaye</w:t>
      </w:r>
    </w:p>
    <w:p>
      <w:pPr>
        <w:jc w:val="right"/>
      </w:pPr>
      <w:r>
        <w:t>کہ بہت جلد اپ کو لگتا ہے ایسا اس بلڈنگ میں رہتے ہوئے کہ اپ سیکنڈری بن گئے</w:t>
      </w:r>
    </w:p>
    <w:p>
      <w:r>
        <w:rPr>
          <w:b/>
        </w:rPr>
        <w:t xml:space="preserve">[23:26] </w:t>
      </w:r>
      <w:r>
        <w:t>hain building jo hai primary hai aap secondary hain</w:t>
      </w:r>
    </w:p>
    <w:p>
      <w:pPr>
        <w:jc w:val="right"/>
      </w:pPr>
      <w:r>
        <w:t>ہیں بلڈنگ جو ہے پرائمری ہے اپ سیکنڈری ہیں</w:t>
      </w:r>
    </w:p>
    <w:p>
      <w:r>
        <w:rPr>
          <w:b/>
        </w:rPr>
        <w:t xml:space="preserve">[23:32] </w:t>
      </w:r>
      <w:r>
        <w:t>aisa mujhe lagta hai keh building ki apni jo requirements hain building ki building ke apne jo yaani jo taqazay hain us mein mujhe apne ko mood karna parta hai isi liye mein agar aisi jagah rahoon bilkul simple jagah ho kuch bhi wahan nahin ho jaisay chaha bethe jaisay chaha kuch bhi jo bhi chahe karte rahe to us mein mein aap ko free mehsoos karta hoon free</w:t>
      </w:r>
    </w:p>
    <w:p>
      <w:pPr>
        <w:jc w:val="right"/>
      </w:pPr>
      <w:r>
        <w:t>ایسا مجھے لگتا ہے کہ بلڈنگ کی اپنی جو ریکوائرمنٹس ہیں بلڈنگ کی بلڈنگ کے اپنے جو یعنی جو تقاضے ہیں اس میں مجھے اپنے کو موڈ کرنا پڑتا ہے اسی لیے میں اگر ایسی جگہ رہوں بالکل سمپل جگہ ہو کچھ بھی وہاں نہیں ہو جیسے چاہا بیٹھے جیسے چاہا کچھ بھی جو بھی چاہے کرتے رہے تو اس میں میں اپ کو فری محسوس کرتا ہوں فری</w:t>
      </w:r>
    </w:p>
    <w:p>
      <w:r>
        <w:rPr>
          <w:b/>
        </w:rPr>
        <w:t xml:space="preserve">[24:02] </w:t>
      </w:r>
      <w:r>
        <w:t>lekin jab bhi aap jayen kisi aisi building mein kisi palace mein jayen kisi bohat bari zabardast qism ki building mein jayen to woh aap secondary ban jatay hain wahan jaisay biging palace ka yeh principle hai ab hai ke nahin pehle tha aisa keh wahan aadmi is tarah nahin ja sakta tha us ko special dress hota tha us ko pehanna parta tha special dress</w:t>
      </w:r>
    </w:p>
    <w:p>
      <w:pPr>
        <w:jc w:val="right"/>
      </w:pPr>
      <w:r>
        <w:t>لیکن جب بھی اپ جائیں کسی ایسی بلڈنگ میں کسی پیلس میں جائیں کسی بہت بڑی زبردست قسم کی بلڈنگ میں جائیں تو وہ اپ سیکنڈری بن جاتے ہیں وہاں جیسے بگنگ پیلس کا یہ پرنسپل ہے اب ہے کہ نہیں پہلے تھا ایسا کہ وہاں ادمی اس طرح نہیں جا سکتا تھا اس کو اسپیشل ڈریس ہوتا تھا اس کو پہننا پڑتا تھا اسپیشل ڈریس</w:t>
      </w:r>
    </w:p>
    <w:p>
      <w:r>
        <w:rPr>
          <w:b/>
        </w:rPr>
        <w:t xml:space="preserve">[24:28] </w:t>
      </w:r>
      <w:r>
        <w:t>to mahatma gandhi jab gaye the to un se bhi kaha gaya keh aap ko pehanna paray ga to unhon ne kaha keh bhai mein wapas jata hoon mein mujhe dress nahin pehanna hai to specially un ko allow kiya gaya keh mahatma gandhi jo hain apne hi kapray mein aa sakte hain to kaha wahan hum hum kuch nahin hain jo un ke norms hain jo unhon ne jo etiquette bana rakha hai usi usi mein hum ko dhalna parta hai apne aap ko</w:t>
      </w:r>
    </w:p>
    <w:p>
      <w:pPr>
        <w:jc w:val="right"/>
      </w:pPr>
      <w:r>
        <w:t>تو مہاتما گاندھی جب گئے تھے تو ان سے بھی کہا گیا کہ اپ کو پہننا پڑے گا تو انہوں نے کہا کہ بھئی میں واپس جاتا ہوں میں مجھے ڈریس نہیں پہننا ہے تو اسپیشلی ان کو الاؤ کیا گیا کہ مہاتما گاندھی جو ہیں اپنے ہی کپڑے میں ا سکتے ہیں تو کہا وہاں ہم ہم کچھ نہیں ہیں جو ان کے نارمز ہیں جو انہوں نے جو اے ٹکٹ بنا رکھا ہے اسی اسی میں ہم کو ڈھالنا پڑتا ہے اپنے اپ کو</w:t>
      </w:r>
    </w:p>
    <w:p>
      <w:r>
        <w:rPr>
          <w:b/>
        </w:rPr>
        <w:t xml:space="preserve">[24:58] </w:t>
      </w:r>
      <w:r>
        <w:t>ab jaisay mein wahan tha king ke haan jo gaya tha mein king us ka batata hoon qissa aap ko king niklay to teen seatain banai gayi thin aik beech ka tha aik idhar aik idhar to king beech mein bethe aik taraf un ka aik beta doosre un ka do bete the un ke to right side mein bara beta left side mein chota beta aur beech mein woh</w:t>
      </w:r>
    </w:p>
    <w:p>
      <w:pPr>
        <w:jc w:val="right"/>
      </w:pPr>
      <w:r>
        <w:t>اب جیسے میں وہاں تھا کنگ کے ہاں جو گیا تھا میں کنگ اس کا بتاتا ہوں قصہ اپ کو کنگ نکلے تو تین سیٹیں بنائی گئی تھیں ایک بیچ کا تھا ایک ادھر ایک ادھر تو کنگ بیچ میں بیٹھے ایک طرف ان کا ایک بیٹا دوسرے ان کا دو بیٹے تھے ان کے تو رائٹ سائیڈ میں بڑا بیٹا لیفٹ سائیڈ میں چھوٹا بیٹا اور بیچ میں وہ</w:t>
      </w:r>
    </w:p>
    <w:p>
      <w:r>
        <w:rPr>
          <w:b/>
        </w:rPr>
        <w:t xml:space="preserve">[25:27] </w:t>
      </w:r>
      <w:r>
        <w:t>ab jitnay log wahan the bas aik hi tarike se baith sakte the usay bataya jata tha wahan se keh aap ko aise baithna hai ab sab aise baithe hue hain paon dikh raha hai dikhta rahe aur us mein karwat nahin badal sakte aap to ab aise hi baithna para ab beech mein uth bhi nahin sakte wahan pe yeh bhi rehta hai uth beech nahin uth sakte aap jab tak king na uthaye tab tak aap aap nahin uth sakte yeh to musibat hai na keh hum secondary ban jatay hain wahan pe</w:t>
      </w:r>
    </w:p>
    <w:p>
      <w:pPr>
        <w:jc w:val="right"/>
      </w:pPr>
      <w:r>
        <w:t>اب جتنے لوگ وہاں تھے بس ایک ہی طریقے سے بیٹھ سکتے تھے اسے بتایا جاتا تھا وہاں سے کہ اپ کو ایسے بیٹھنا ہے اب سب ایسے بیٹھے ہوئے ہیں پاؤں دکھ رہا ہے دکھتا رہے اور اس میں کروٹ نہیں بدل سکتے اپ تو اب ایسے ہی بیٹھنا پڑا اب بیچ میں اٹھ بھی نہیں سکتے وہاں پہ یہ بھی رہتا ہے اٹھ بیچ نہیں اٹھ سکتے اپ جب تک کنگ نہ اٹھائے تب تک اپ اپ نہیں اٹھ سکتے یہ تو مصیبت ہے نا کہ ہم سیکنڈری بن جاتے ہیں وہاں پہ</w:t>
      </w:r>
    </w:p>
    <w:p>
      <w:r>
        <w:rPr>
          <w:b/>
        </w:rPr>
        <w:t xml:space="preserve">[25:56] </w:t>
      </w:r>
      <w:r>
        <w:t>hum wahan tak secondary ban jatay hain</w:t>
      </w:r>
    </w:p>
    <w:p>
      <w:pPr>
        <w:jc w:val="right"/>
      </w:pPr>
      <w:r>
        <w:t>ہم وہاں تک سیکنڈری بن جاتے ہیں</w:t>
      </w:r>
    </w:p>
    <w:p>
      <w:r>
        <w:rPr>
          <w:b/>
        </w:rPr>
        <w:t xml:space="preserve">[26:02] </w:t>
      </w:r>
      <w:r>
        <w:t>isi liye mujhe apne lehaz se kyun keh mein bohat ziyada freedom ko pasand karta hoon mein chahta hoon jaisay chahun waise rahoon mere pas mere upar koi bhi yeh na ho keh aise rehna hai waise rehna hai jaisay chahe waise rahoon</w:t>
      </w:r>
    </w:p>
    <w:p>
      <w:pPr>
        <w:jc w:val="right"/>
      </w:pPr>
      <w:r>
        <w:t>اسی لیے مجھے اپنے لحاظ سے کیونکہ میں بہت زیادہ فریڈم کو پسند کرتا ہوں میں چاہتا ہوں جیسے چاہوں ویسے رہوں میرے پاس میرے اوپر کوئی بھی یہ نہ ہو کہ ایسے رہنا ہے ویسے رہنا ہے جیسے چاہے ویسے رہوں</w:t>
      </w:r>
    </w:p>
    <w:p>
      <w:r>
        <w:rPr>
          <w:b/>
        </w:rPr>
        <w:t xml:space="preserve">[26:22] </w:t>
      </w:r>
      <w:r>
        <w:t>koi bhi kisi kisi qism ki koi yaani restriction na ho to jab bhi aap kisi bari is mein jayen bari building mein kisi baray office mein to aap wahan par secondary ho jatay hain yahin par mein gaya aik baar prime minister ka jo house yahan par hai</w:t>
      </w:r>
    </w:p>
    <w:p>
      <w:pPr>
        <w:jc w:val="right"/>
      </w:pPr>
      <w:r>
        <w:t>کوئی بھی کسی کسی قسم کی کوئی یعنی ریسٹرکشن نہ ہو تو جب بھی اپ کسی بڑی اس میں جائیں بڑی بلڈنگ میں کسی بڑے افس میں تو اپ وہاں پر سیکنڈری ہو جاتے ہیں یہیں پر میں گیا ایک بار پرائم منسٹر کا جو ہاؤس یہاں پر ہے</w:t>
      </w:r>
    </w:p>
    <w:p>
      <w:r>
        <w:rPr>
          <w:b/>
        </w:rPr>
        <w:t xml:space="preserve">[26:43] </w:t>
      </w:r>
      <w:r>
        <w:t>ab is mein gaye wahan to bhai sahib huge huge sa mamla tha wahan par keh hum woh jaisay hum chote lagne lagte hain us ki keh wall us ki har cheez bohat zabardast qism ka us ke column bohat zabardast qism ke to building jo aise hai jaisay jaisay aik paon jaisay aik woh hai yaani elephant hai hum cheunti se hain to rasheed bhawan mein bhi haan rasheed bhawan mein bhi aisi</w:t>
      </w:r>
    </w:p>
    <w:p>
      <w:pPr>
        <w:jc w:val="right"/>
      </w:pPr>
      <w:r>
        <w:t>اب اس میں گئے وہاں تو بھائی صاحب ہیوج ہیوج سا معاملہ تھا وہاں پر کہ ہم وہ جیسے ہم چھوٹے لگنے لگتے ہیں اس کی کہ وال اس کی ہر چیز بہت زبردست قسم کا اس کے کالم بہت زبردست قسم کے تو بلڈنگ جو ایسے ہے جیسے جیسے ایک پاؤں جیسے ایک وہ ہے یعنی ایلیفنٹ ہے ہم چیونٹی سے ہیں تو راشد بھون میں بھی ہاں راشد بھون میں بھی ایسی</w:t>
      </w:r>
    </w:p>
    <w:p>
      <w:r>
        <w:rPr>
          <w:b/>
        </w:rPr>
        <w:t xml:space="preserve">[27:12] </w:t>
      </w:r>
      <w:r>
        <w:t>to mein koi bhi aisi cheez mujhe yaani mein apne ko is mein adjust nahin kar pata jahan mein khud secondary ban jaon mein khud secondary ban jaon yeh mein matlab mera taste hai yeh kuch log honge jo baray shauq se is mein jayenge woh acha lagega un ko ji aaj jaisay baithe hue hain president sahib jahan hon president of india to hum is liye nahin barh</w:t>
      </w:r>
    </w:p>
    <w:p>
      <w:pPr>
        <w:jc w:val="right"/>
      </w:pPr>
      <w:r>
        <w:t>تو میں کوئی بھی ایسی چیز مجھے یعنی میں اپنے کو اس میں ایڈجسٹ نہیں کر پاتا جہاں میں خود سیکنڈری بن جاؤں میں خود سیکنڈری بن جاؤں یہ میں مطلب میرا ٹیسٹ ہے یہ کچھ لوگ ہوں گے جو بڑے شوق سے اس میں جائیں گے وہ اچھا لگے گا ان کو جی اج ہم جیسے بیٹھے ہوئے ہیں پریزیڈنٹ صاحب جہاں ہوں پریزیڈنٹ اف انڈیا تو ہم اس لیے نہیں بڑھ</w:t>
      </w:r>
    </w:p>
    <w:p>
      <w:r>
        <w:rPr>
          <w:b/>
        </w:rPr>
        <w:t xml:space="preserve">[27:40] </w:t>
      </w:r>
      <w:r>
        <w:t>sakte hain bohat aisay parhna parhega isi kar ke usay kar ke to hum hum aisay hi</w:t>
      </w:r>
    </w:p>
    <w:p>
      <w:pPr>
        <w:jc w:val="right"/>
      </w:pPr>
      <w:r>
        <w:t>سکتے ہیں بہت ایسے پڑھنا پڑے گا اسی کر کے اسے کر کے تو ہم ہم ایسے ہی</w:t>
      </w:r>
    </w:p>
    <w:p>
      <w:r>
        <w:rPr>
          <w:b/>
        </w:rPr>
        <w:t xml:space="preserve">[27:47] </w:t>
      </w:r>
      <w:r>
        <w:t>yani aisay function mein hum jana hi nahi hai hum ko hai agar jana hota hai to peechay</w:t>
      </w:r>
    </w:p>
    <w:p>
      <w:pPr>
        <w:jc w:val="right"/>
      </w:pPr>
      <w:r>
        <w:t>یعنی ایسے فنکشن میں ہم جانا ہی نہیں ہے ہم کو ہے اگر جانا ہوتا ہے تو پیچھے</w:t>
      </w:r>
    </w:p>
    <w:p>
      <w:r>
        <w:rPr>
          <w:b/>
        </w:rPr>
        <w:t xml:space="preserve">[27:52] </w:t>
      </w:r>
      <w:r>
        <w:t>barhta hoon peechay ki seat par mein barhta hoon agar jana hota hai na agay se nahi barhta</w:t>
      </w:r>
    </w:p>
    <w:p>
      <w:pPr>
        <w:jc w:val="right"/>
      </w:pPr>
      <w:r>
        <w:t>بڑھتا ہوں پیچھے کی سیٹ پر میں بڑھتا ہوں اگر جانا ہوتا ہے نا اگے سے نہیں بڑھتا</w:t>
      </w:r>
    </w:p>
    <w:p>
      <w:r>
        <w:rPr>
          <w:b/>
        </w:rPr>
        <w:t xml:space="preserve">[27:56] </w:t>
      </w:r>
      <w:r>
        <w:t>hoon peechay to is mein thora ganjaiysh rehti hai ke aisay kar lein waisay kar lein</w:t>
      </w:r>
    </w:p>
    <w:p>
      <w:pPr>
        <w:jc w:val="right"/>
      </w:pPr>
      <w:r>
        <w:t>ہوں پیچھے تو اس میں تھوڑا گنجائش رہتی ہے کہ ایسے کر لیں ویسے کر لیں</w:t>
      </w:r>
    </w:p>
    <w:p>
      <w:r>
        <w:rPr>
          <w:b/>
        </w:rPr>
        <w:t xml:space="preserve">[28:04] </w:t>
      </w:r>
      <w:r>
        <w:t>to yaad rakhiye hum bohat ziyada zor dete hain intellectual awakening par</w:t>
      </w:r>
    </w:p>
    <w:p>
      <w:pPr>
        <w:jc w:val="right"/>
      </w:pPr>
      <w:r>
        <w:t>تو یاد رکھیے ہم بہت زیادہ زور دیتے ہیں انٹلیکچول اویکننگ پر</w:t>
      </w:r>
    </w:p>
    <w:p>
      <w:r>
        <w:rPr>
          <w:b/>
        </w:rPr>
        <w:t xml:space="preserve">[28:11] </w:t>
      </w:r>
      <w:r>
        <w:t>intellectual awakening intellectual awakening ke liye yeh sab cheezain zaroori hain keh koi bhi cheez aap ko aisi na ho jo aap ko secondary bana de koi bhi situation aap ko doubt nahin karna chahiye jahan aap khud secondary ban jayen kyun keh secondary bante hi intellectual development jo hai woh ruk jata hai</w:t>
      </w:r>
    </w:p>
    <w:p>
      <w:pPr>
        <w:jc w:val="right"/>
      </w:pPr>
      <w:r>
        <w:t>انٹلیکچول اویکننگ انٹلیکچول اویکننگ کے لیے یہ سب چیزیں ضروری ہیں کہ کوئی بھی چیز اپ کو ایسی نہ ہو جو اپ کو سیکنڈری بنا دے کوئی بھی سچوئیشن اپ کو ڈالٹ نہیں کرنا چاہیے جہاں اپ خود سیکنڈری بن جائیں کیونکہ سیکنڈری بنتے ہی انٹلیکچول ڈیولپمنٹ جو ہے وہ رک جاتا ہے</w:t>
      </w:r>
    </w:p>
    <w:p>
      <w:r>
        <w:rPr>
          <w:b/>
        </w:rPr>
        <w:t xml:space="preserve">[28:38] </w:t>
      </w:r>
      <w:r>
        <w:t>to beh-haal mein aap logon ko yahi kahun ga keh kisi bhi aisi situation ko aap accept na karen jahan aap khud secondary ban janay walay hon kabhi aisa mat kijiye aisa kiya aap ne keh aap ka spiritual growth ruk jayega intellectual development ruk jayega</w:t>
      </w:r>
    </w:p>
    <w:p>
      <w:pPr>
        <w:jc w:val="right"/>
      </w:pPr>
      <w:r>
        <w:t>تو بہرحال میں اپ لوگوں کو یہی کہوں گا کہ کسی بھی ایسی سچوئیشن کو اپ ایکسیپٹ نہ کریں جہاں اپ خود سیکنڈری بن جانے والے ہوں کبھی ایسا مت کیجئے ایسا کیا اپ نے کہ اپ کا سپریچول گروتھ رک جائے گا انٹلیکچول ڈیولپمنٹ رک جائے گا</w:t>
      </w:r>
    </w:p>
    <w:p>
      <w:r>
        <w:rPr>
          <w:b/>
        </w:rPr>
        <w:t xml:space="preserve">[29:00] </w:t>
      </w:r>
      <w:r>
        <w:t>yeh bilkul is mein samjhen koi exception nahin hai is mein koi exception nahin hai</w:t>
      </w:r>
    </w:p>
    <w:p>
      <w:pPr>
        <w:jc w:val="right"/>
      </w:pPr>
      <w:r>
        <w:t>یہ بالکل اس میں سمجھیں کوئی ایکسیپشن نہیں ہے اس میں کوئی ایکسیپشن نہیں ہے</w:t>
      </w:r>
    </w:p>
    <w:p>
      <w:r>
        <w:rPr>
          <w:b/>
        </w:rPr>
        <w:t xml:space="preserve">[29:12] </w:t>
      </w:r>
      <w:r>
        <w:t>is mein koi exception nahi hai</w:t>
      </w:r>
    </w:p>
    <w:p>
      <w:pPr>
        <w:jc w:val="right"/>
      </w:pPr>
      <w:r>
        <w:t>اس میں کوئی ایکسیپشن نہیں ہے</w:t>
      </w:r>
    </w:p>
    <w:p>
      <w:r>
        <w:rPr>
          <w:b/>
        </w:rPr>
        <w:t xml:space="preserve">[29:20] </w:t>
      </w:r>
      <w:r>
        <w:t>is liye ab to mein ne bahir janay hi chor diya hai bahir jayen to wahan bilkul farmer tareeqay say rehna parta hai</w:t>
      </w:r>
    </w:p>
    <w:p>
      <w:pPr>
        <w:jc w:val="right"/>
      </w:pPr>
      <w:r>
        <w:t>اس لیے اب تو میں نے باہر جانے ہی چھوڑ دیا ہے باہر جائیں تو وہاں بالکل فارمر طریقے سے رہنا پڑتا ہے</w:t>
      </w:r>
    </w:p>
    <w:p>
      <w:r>
        <w:rPr>
          <w:b/>
        </w:rPr>
        <w:t xml:space="preserve">[29:29] </w:t>
      </w:r>
      <w:r>
        <w:t>yeh bohat baray jo international so called international conferences hoti hain wahan bilkul artificial tareeqay say rehna parta hai aur kuch bhi mein samajhta hoon k wahan kisi koi intellectual development nahi hota aik to yeh hotay hain islam par k dunya bhar k professor class k log atay hain is mein educated log atay hain is mein lekin mein ne dekha hai k without without variation har jagah kya hota hai</w:t>
      </w:r>
    </w:p>
    <w:p>
      <w:pPr>
        <w:jc w:val="right"/>
      </w:pPr>
      <w:r>
        <w:t>یہ بہت بڑے جو انٹرنیشنل سو کالڈ انٹرنیشنل کانفرنسز ہوتی ہیں وہاں بالکل ارٹیفیشل طریقے سے رہنا پڑتا ہے اور کچھ بھی میں سمجھتا ہوں کہ وہاں کسی کوئی انٹلیکچول ڈیولپمنٹ نہیں ہوتا ایک تو یہ ہوتے ہیں اسلام پر کہ دنیا بھر کے پروفیسر کلاس کے لوگ اتے ہیں اس میں ایجوکیٹڈ لوگ اتے ہیں اس میں لیکن میں نے دیکھا ہے کہ ودا اؤٹ ودا اؤٹ ویری ایشن ہر جگہ کیا ہوتا ہے</w:t>
      </w:r>
    </w:p>
    <w:p>
      <w:r>
        <w:rPr>
          <w:b/>
        </w:rPr>
        <w:t xml:space="preserve">[29:57] </w:t>
      </w:r>
      <w:r>
        <w:t>har aadmi apni hi baat kehna chahta hai kisi ko sunna nahi hai koi doosray ki baat sunnay k mood mein nahi hota</w:t>
      </w:r>
    </w:p>
    <w:p>
      <w:pPr>
        <w:jc w:val="right"/>
      </w:pPr>
      <w:r>
        <w:t>ہر ادمی اپنی ہی بات کہنا چاہتا ہے کسی کو سننا نہیں ہے کوئی دوسرے کی بات سننے کے موڈ میں نہیں ہوتا</w:t>
      </w:r>
    </w:p>
    <w:p>
      <w:r>
        <w:rPr>
          <w:b/>
        </w:rPr>
        <w:t xml:space="preserve">[30:10] </w:t>
      </w:r>
      <w:r>
        <w:t>ji haan</w:t>
      </w:r>
    </w:p>
    <w:p>
      <w:pPr>
        <w:jc w:val="right"/>
      </w:pPr>
      <w:r>
        <w:t>جی ہاں</w:t>
      </w:r>
    </w:p>
    <w:p>
      <w:r>
        <w:rPr>
          <w:b/>
        </w:rPr>
        <w:t xml:space="preserve">[30:16] </w:t>
      </w:r>
      <w:r>
        <w:t>jis ka mein ne aik qissa shayad bataya tha class mein nahi bataya tha woh aik bohat hi top ki conference thi switzerland mein different countries k sab phir likhay log aaye thay wahan par</w:t>
      </w:r>
    </w:p>
    <w:p>
      <w:pPr>
        <w:jc w:val="right"/>
      </w:pPr>
      <w:r>
        <w:t>جس کا میں نے ایک قصہ شاید بتایا تھا کلاس میں نہیں بتایا تھا وہ ایک بہت ہی ٹاپ کی کانفرنس تھی سویٹزرلینڈ میں ڈفرنٹ کنٹریز کے سب پھر لکھے لوگ ائے تھے وہاں پر</w:t>
      </w:r>
    </w:p>
    <w:p>
      <w:r>
        <w:rPr>
          <w:b/>
        </w:rPr>
        <w:t xml:space="preserve">[30:28] </w:t>
      </w:r>
      <w:r>
        <w:t>to un ko aik document chahiye tha peace par yani how to establish peace in international life to us par unhon ne bas teen ahchar committee banai different professoron k group banaye aur sab ne document tayyar kiya to us ka jo woh tha incharge jo tha aadmi andre baykof aik tha us ko diya unhon</w:t>
      </w:r>
    </w:p>
    <w:p>
      <w:pPr>
        <w:jc w:val="right"/>
      </w:pPr>
      <w:r>
        <w:t>تو ان کو ایک ڈاکومنٹ چاہیے تھا پیس پر یعنی ہاؤ ٹو اسٹیبلش پیس ان انٹرنیشنل لائف تو اس پر انہوں نے بس تین احچار کمیٹی بنائی ڈفرنٹ پروفیسروں کے گروپ بنائے اور سب نے ڈاکومنٹ تیار کیا تو اس کا جو وہ تھا انچارج جو تھا ادمی اندرے بائے کوف ایک تھا اس کو دیا انہوں</w:t>
      </w:r>
    </w:p>
    <w:p>
      <w:r>
        <w:rPr>
          <w:b/>
        </w:rPr>
        <w:t xml:space="preserve">[30:57] </w:t>
      </w:r>
      <w:r>
        <w:t>ne sham ko din bhar din bhar banatay rahay din bhar banatay rahay aur sham ko diya yeh switzerland ka qissa hai to us ko aik bhi pasand nahi aaya andre baykof ko koi aik bhi pasand nahi aaya</w:t>
      </w:r>
    </w:p>
    <w:p>
      <w:pPr>
        <w:jc w:val="right"/>
      </w:pPr>
      <w:r>
        <w:t>نے شام کو دن بھر دن بھر بناتے رہے دن بھر بناتے رہے اور شام کو دیا یہ سویٹزرلینڈ کا قصہ ہے تو اس کو ایک بھی پسند نہیں ایا اندرے بائے کوف کو کوئی ایک بھی پسند نہیں ایا</w:t>
      </w:r>
    </w:p>
    <w:p>
      <w:r>
        <w:rPr>
          <w:b/>
        </w:rPr>
        <w:t xml:space="preserve">[31:13] </w:t>
      </w:r>
      <w:r>
        <w:t>to us ka khud say jo us ne bataya tha woh yeh bataya tha yani stage par bataya tha us ne k woh woh christian tha woh to church mein gaya church mein ja kar k dua kiya us ne k mein to fail ho gaya document mein jo chahta tha woh bana bana nahi mujhe different lena hai mujhe us ko chapna hai ab kya karoon</w:t>
      </w:r>
    </w:p>
    <w:p>
      <w:pPr>
        <w:jc w:val="right"/>
      </w:pPr>
      <w:r>
        <w:t>تو اس کا خود سے جو اس نے بتایا تھا وہ یہ بتایا تھا یعنی اسٹیج پہ بتایا تھا اس نے کہ وہ وہ کرسچن تھا وہ تو چرچ میں گیا چرچ میں جا کر کے دعا کیا اس نے کہ میں تو فیل ہو گیا ڈاکومنٹ میں جو چاہتا تھا وہ بنا بنا نہیں مجھے ڈفرنٹ لینا ہے مجھے اس کو چھاپنا ہے اب کیا کروں</w:t>
      </w:r>
    </w:p>
    <w:p>
      <w:r>
        <w:rPr>
          <w:b/>
        </w:rPr>
        <w:t xml:space="preserve">[31:42] </w:t>
      </w:r>
      <w:r>
        <w:t>to us ko jo hai un k haan jo hota hai na holy holy spirit holy spirit aai us ne bataya mere baray mein un k pas jao woh woh tum ko document bana dain gay matlab yeh usi stage par kahi thi yeh baat to sahib woh hamaray pas raat ko aaya shayad das bajay raat ka waqt hain to hum sonay ja rahay thay us waqt wahan do kamra unhon ne diya tha hum ko aik aik member tha aik mein yeh hoti thi</w:t>
      </w:r>
    </w:p>
    <w:p>
      <w:pPr>
        <w:jc w:val="right"/>
      </w:pPr>
      <w:r>
        <w:t>تو اس کو جو ہے ان کے ہاں جو ہوتا ہے نا ہولی ہولی سپرٹ ہولی سپرٹ ائی اس نے بتایا میرے بارے میں ان کے پاس جاؤ وہ وہ تم کو ڈاکومنٹ بنا دیں گے مطلب یہ اسی اسٹیج پہ کہی تھی یہ بات تو صاحب وہ ہمارے پاس رات کو ایا شاید دس بجے رات کا وقت ہیں تو ہم سونے جا رہے تھے اس وقت وہاں دو کمرہ انہوں نے دیا تھا ہم کو ایک ایک ممبر تھا ایک میں یہ ہوتی تھی</w:t>
      </w:r>
    </w:p>
    <w:p>
      <w:r>
        <w:rPr>
          <w:b/>
        </w:rPr>
        <w:t xml:space="preserve">[32:11] </w:t>
      </w:r>
      <w:r>
        <w:t>to mujh say kaha unhon ne k bhai mein to un ka mein to apnay ooper helpless feel karnay laga to mein kaisay bana loon ga to phir mein ne un say mashwara kiya un k andar aik khas baat hai k un k andar woh bohat hai adventure haan yeh tayyar ho gai foran aik cigarette bhi nahi socha unhon ne k hum banayengay to</w:t>
      </w:r>
    </w:p>
    <w:p>
      <w:pPr>
        <w:jc w:val="right"/>
      </w:pPr>
      <w:r>
        <w:t>تو مجھ سے کہا انہوں نے کہ بھئی میں تو ان کا میں تو اپنے اوپر ہیلپ لیس فیل کرنے لگا تو میں کیسے بنا لوں گا تو پھر میں نے ان سے مشورہ کیا ان کے اندر ایک خاص بات ہے کہ ان کے اندر وہ بہت ہے ایڈونچر ہاں یہ تیار ہو گئی فورا ایک سگریٹ بھی نہیں سوچا انہوں نے کہ ہم بنائیں گے تو</w:t>
      </w:r>
    </w:p>
    <w:p>
      <w:r>
        <w:rPr>
          <w:b/>
        </w:rPr>
        <w:t xml:space="preserve">[32:34] </w:t>
      </w:r>
      <w:r>
        <w:t>behral hum yeh dono bethe ideas mein deta tha aur yeh english mein likhti thi us ko urdu mein ideas deta tha yani english mein likhti thi woh sari raat isi mein lag gai subah ko document tayyar ho chuka tha phir yeh gayeen unhon ne type kiya computer mein type kar k us ki woh nikali</w:t>
      </w:r>
    </w:p>
    <w:p>
      <w:pPr>
        <w:jc w:val="right"/>
      </w:pPr>
      <w:r>
        <w:t>بہرحال ہم یہ دونوں بیٹھے ائیڈیاز میں دیتا تھا اور یہ انگلش میں لکھتی تھی اس کو اردو میں ائیڈیاز دیتا تھا یعنی انگلش میں لکھتی تھی وہ ساری رات اسی میں لگ گئی صبح کو ڈاکومنٹ تیار ہو چکا تھا پھر یہ گئیں انہوں نے ٹائپ کیا کمپیوٹر میں ٹائپ کر کے اس کی وہ نکالی</w:t>
      </w:r>
    </w:p>
    <w:p>
      <w:r>
        <w:rPr>
          <w:b/>
        </w:rPr>
        <w:t xml:space="preserve">[32:58] </w:t>
      </w:r>
      <w:r>
        <w:t>kai copies nikali aur subah ko yani raat ko detay hain woh hum ko yeh kaam aur subah ko document bana bana hai un ko ja kar diya unhon ne woh parha to bohat hi khush hua woh bohat hi khush hua k yeh mein chahta tha</w:t>
      </w:r>
    </w:p>
    <w:p>
      <w:pPr>
        <w:jc w:val="right"/>
      </w:pPr>
      <w:r>
        <w:t>کئی کاپیز نکالی اور صبح کو یعنی رات کو دیتے ہیں وہ ہم کو یہ کام اور صبح کو ڈاکومنٹ بنا بنا ہے ان کو جا کر دیا انہوں نے وہ پڑھا تو بہت ہی خوش ہوا وہ بہت ہی خوش ہوا کہ یہ میں چاہتا تھا</w:t>
      </w:r>
    </w:p>
    <w:p>
      <w:r>
        <w:rPr>
          <w:b/>
        </w:rPr>
        <w:t xml:space="preserve">[33:15] </w:t>
      </w:r>
      <w:r>
        <w:t>ab jab woh meeting hui aglay din ki to us mein jab us ne yeh announce kiya k woh sab document jo milay thay kal sham ko humein woh to kya bola tha woh matlab yeh k woh us ne pasand nahi aaye thay woh meray document ko kaha k yeh mujhe pasand hai aur us ki copy sab ko distribute ki us ne</w:t>
      </w:r>
    </w:p>
    <w:p>
      <w:pPr>
        <w:jc w:val="right"/>
      </w:pPr>
      <w:r>
        <w:t>اب جب وہ میٹنگ ہوئی اگلے دن کی تو اس میں جب اس نے یہ اناؤنس کیا کہ وہ سب ڈاکومنٹ جو ملے تھے کل شام کو ہمیں وہ تو کیا بولا تھا وہ مطلب یہ کہ وہ اس نے پسند نہیں ائے تھے وہ میرے ڈاکومنٹ کو کہا کہ یہ مجھے پسند ہے اور اس کی کاپی سب کو ڈسٹریبیوٹ کی اس نے</w:t>
      </w:r>
    </w:p>
    <w:p>
      <w:r>
        <w:rPr>
          <w:b/>
        </w:rPr>
        <w:t xml:space="preserve">[33:40] </w:t>
      </w:r>
      <w:r>
        <w:t>alon us ko parha phir chaye ka break ho gaya ta k log soch saken to tea break k baad phir jab dobara log aaye to khoob aik aik aadmi ne hamaray document k against bolna shuru kiya halankay kuch kehne k nahi un k pas tha siwaye word play k kuch bhi nahi is mein aik bohat sirf top most aadmi jo thay un ka naam tha chandar muzaffar</w:t>
      </w:r>
    </w:p>
    <w:p>
      <w:pPr>
        <w:jc w:val="right"/>
      </w:pPr>
      <w:r>
        <w:t>الون اس کو پڑھا پھر چائے کا بریک ہو گیا تاکہ لوگ سوچ سکیں تو ٹی بریک کے بعد پھر جب دوبارہ لوگ ائے تو خوب ایک ایک ادمی نے ہمارے ڈاکومنٹ کے اگینسٹ بولنا شروع کیا حالانکہ کچھ کہنے کے نہیں ان کے پاس تھا سوائے ورڈ پلے کے کچھ بھی نہیں اس میں ایک بہت صرف ٹاپ موسٹ ادمی جو تھے ان کا نام تھا چدر مظفر</w:t>
      </w:r>
    </w:p>
    <w:p>
      <w:r>
        <w:rPr>
          <w:b/>
        </w:rPr>
        <w:t xml:space="preserve">[34:06] </w:t>
      </w:r>
      <w:r>
        <w:t>un ko woh aaye thay shayad indonesia say malaysia say kahan say aaye thay malaysia say aaye thay bohat zabardast mind tha us aadmi ka to us ne hamari us par aik lambi speech di aur us mein yeh yeh kaha us ne k it is a wonderful document hain matlab is mein k no doubt it is a wonderful document but chandar muzaffar is not going to sign this d</w:t>
      </w:r>
    </w:p>
    <w:p>
      <w:pPr>
        <w:jc w:val="right"/>
      </w:pPr>
      <w:r>
        <w:t>ان کو وہ ائے تھے شاید انڈونیشیا سے ملیشیا سے کہاں سے ائے تھے ملیشیا سے ائے تھے بہت زبردست مائنڈ تھا اس ادمی کا تو اس نے ہماری اس پر ایک لمبی سپیچ دی اور اس میں یہ یہ کہا اس نے کہ اٹ از ا ونڈرفل ڈاکومنٹ ہیں معنی اس میں کہ نو ڈاؤٹ اٹ از ا ونڈرفل ڈاکومنٹ بٹ چند مظفر از ناٹ گوئنگ ٹو سائن دس ڈ</w:t>
      </w:r>
    </w:p>
    <w:p>
      <w:r>
        <w:rPr>
          <w:b/>
        </w:rPr>
        <w:t xml:space="preserve">[34:33] </w:t>
      </w:r>
      <w:r>
        <w:t>ocument there no doubt that this document is a wonderful document but chandar muzaffar is not going to sign this document aur reason kya pata hai k aik yeh aik single mind ka woh hai yani hum logon ne jo kiya hai woh kai logon ne mil kar kiya hai unhon ne jo kiya hai k aik single mind ne kiya hai to hum single mind ko nahi mantay hain is liye k yeh koi reason hai</w:t>
      </w:r>
    </w:p>
    <w:p>
      <w:pPr>
        <w:jc w:val="right"/>
      </w:pPr>
      <w:r>
        <w:t>اکومنٹ دیر نو ڈاؤٹ دیٹ دس ڈاکومنٹ از ا ونڈرفل ڈاکومنٹ بٹ چند مظفر از ناٹ گوئنگ ٹو سائن دس ڈاکومنٹ اور ریزن کیا پتہ ہے کہ ایک یہ ایک سنگل مائنڈ کا وہ ہے یعنی ہم لوگوں نے جو کیا ہے وہ کئی لوگوں نے مل کر کیا ہے انہوں نے جو کیا ہے کہ ایک سنگل مائنڈ نے کیا ہے تو ہم سنگل مائنڈ کو نہیں مانتے ہیں اس لیے کہ یہ کوئی ریزن ہے</w:t>
      </w:r>
    </w:p>
    <w:p>
      <w:r>
        <w:rPr>
          <w:b/>
        </w:rPr>
        <w:t xml:space="preserve">[35:01] </w:t>
      </w:r>
      <w:r>
        <w:t>yeh mantay huay k woh document jo hai best hai aur unhon ne reject kar diya is mein sari conferences jo hoti hain bilkul yani koi un ka yani kuch kuch result nahi niklta fruitless arbon kharbon rupay kharch hota hai in conferences mein</w:t>
      </w:r>
    </w:p>
    <w:p>
      <w:pPr>
        <w:jc w:val="right"/>
      </w:pPr>
      <w:r>
        <w:t>یہ مانتے ہوئے کہ وہ ڈاکومنٹ جو ہے بیسٹ ہے اور انہوں نے ریجیکٹ کر دیا اس میں ساری کانفرنسیں جو ہوتی ہیں بالکل یعنی کوئی ان کا یعنی کچھ کچھ رزلٹ نہیں نکلتا فروٹ لیس اربوں کھربوں روپے خرچ ہوتا ہے ان کانفرنسوں میں</w:t>
      </w:r>
    </w:p>
    <w:p>
      <w:r>
        <w:rPr>
          <w:b/>
        </w:rPr>
        <w:t xml:space="preserve">[35:26] </w:t>
      </w:r>
      <w:r>
        <w:t>to aap logon k andar mein chahta hoon k woh spirit ho jo hazrat omar mein thi k yata'allam min kulli ahad k har aik say woh learning kartay thay woh he used to learn from every person</w:t>
      </w:r>
    </w:p>
    <w:p>
      <w:pPr>
        <w:jc w:val="right"/>
      </w:pPr>
      <w:r>
        <w:t>تو اپ لوگوں کے اندر میں چاہتا ہوں کہ وہ اسپرٹ ہو جو حضرت عمر میں تھی کہ کان یتعلم من کل احد کہ ہر ایک سے وہ لرننگ کرتے تھے وہ ہی یوز ٹو لرن فرام ایوری پرسن</w:t>
      </w:r>
    </w:p>
    <w:p>
      <w:r>
        <w:rPr>
          <w:b/>
        </w:rPr>
        <w:t xml:space="preserve">[35:44] </w:t>
      </w:r>
      <w:r>
        <w:t>yeh daee k liye bhi bohat zaroori hai kyun k daee dekhiye agar daee ka development ruk jaye to phir daee k andar stagnation aa jayega aur jis daee k mind mein stagnation aa jaye to woh kuch nahi kisi kaam ka nahi hoga aap k mind mein continuous development chalte rehna chahiye</w:t>
      </w:r>
    </w:p>
    <w:p>
      <w:pPr>
        <w:jc w:val="right"/>
      </w:pPr>
      <w:r>
        <w:t>یہ داعی کے لیے بھی بہت ضروری ہے کیونکہ داعی دیکھیے اگر داعی کا ڈیولپمنٹ رک جائے تو پھر داعی کے اندر اسٹیگنیشن ا جائے گا اور جس داعی کے مائنڈ میں اسٹیگنیشن ا جائے تو وہ کچھ نہیں کسی کام کا نہیں ہوگا اپ کے مائنڈ میں کنٹینیوس ڈیولپمنٹ چلتے رہنا چاہیے</w:t>
      </w:r>
    </w:p>
    <w:p>
      <w:r>
        <w:rPr>
          <w:b/>
        </w:rPr>
        <w:t xml:space="preserve">[36:13] </w:t>
      </w:r>
      <w:r>
        <w:t>is ka raaz kya hai is ka raaz batata hoon aap ko aik bohat hi aik bohat hi aik aik baat samjhiye aap shayad mein ne class mein yeh kaha ho ya mujhe yaad nahi k nahi kaha yahan delhi mein aik hua kartay thay guru guru bachhan singh guru guru bachhan singh woh un ka center hai idhar kings way camp mein</w:t>
      </w:r>
    </w:p>
    <w:p>
      <w:pPr>
        <w:jc w:val="right"/>
      </w:pPr>
      <w:r>
        <w:t>اس کا راز کیا ہے اس کا راز بتاتا ہوں اپ کو ایک بہت ہی ایک بہت ہی ایک ایک بات سمجھیے اپ شاید میں نے کلاس میں یہ کہا ہو یا مجھے یاد نہیں کہ نہیں کہا یہاں دلی میں ایک ہوا کرتے تھے گرو گرو بچن سنگھ گرو گرو بچن سنگھ وہ ان کا سینٹر ہے ادھر کنگز وے کیمپ میں</w:t>
      </w:r>
    </w:p>
    <w:p>
      <w:r>
        <w:rPr>
          <w:b/>
        </w:rPr>
        <w:t xml:space="preserve">[36:39] </w:t>
      </w:r>
      <w:r>
        <w:t>to guru guru bachhan singh jo thay un ka kehna yeh tha k khan pan par koi restriction nahi hai jo chahe jo chahe khaye yani mask khaye ya sabzi khaye ya sharab piye hamari taraf say koi kisi ko hum roktay nahi ya kisi ko kehtay kuch yeh tha un k matlab un ki theory yeh thi</w:t>
      </w:r>
    </w:p>
    <w:p>
      <w:pPr>
        <w:jc w:val="right"/>
      </w:pPr>
      <w:r>
        <w:t>تو گرو گرو بچن سنگھ جو تھے ان کا کہنا یہ تھا کہ کھان پان پر کوئی ریسٹرکشن نہیں ہے جو چاہے جو چاہے کھائے یعنی ماسک کھائے یا سبزی کھائے یا شراب پیئے ہماری طرف سے کوئی کسی کو ہم روکتے نہیں یا کسی کو کہتے کچھ یہ تھا ان کے مطلب ان کی تھیوری یہ تھی</w:t>
      </w:r>
    </w:p>
    <w:p>
      <w:r>
        <w:rPr>
          <w:b/>
        </w:rPr>
        <w:t xml:space="preserve">[37:05] </w:t>
      </w:r>
      <w:r>
        <w:t>to aik din unhon ne apnay khas khas jo nau aadmi shayad thay khas</w:t>
      </w:r>
    </w:p>
    <w:p>
      <w:pPr>
        <w:jc w:val="right"/>
      </w:pPr>
      <w:r>
        <w:t>تو ایک دن انہوں نے اپنے خاص خاص جو نو ادمی شاید تھے خاص</w:t>
      </w:r>
    </w:p>
    <w:p>
      <w:r>
        <w:rPr>
          <w:b/>
        </w:rPr>
        <w:t xml:space="preserve">[37:14] </w:t>
      </w:r>
      <w:r>
        <w:t>nau ya kitnay thay bas panch saat aadmi jitnay bhi rahay hon bohat hi un k bohat hi jo core group tha un ka us ko bulaya is mein say aik thay moti ram saraf jo meray achhay un say milna julna tha unhon ne yeh qissa bataya mujhe kyun k khud is mein thay woh</w:t>
      </w:r>
    </w:p>
    <w:p>
      <w:pPr>
        <w:jc w:val="right"/>
      </w:pPr>
      <w:r>
        <w:t>نو یا کتنے تھے بس پانچ سات ادمی جتنے بھی رہے ہوں بہت ہی ان کے بہت ہی جو کور گروپ تھا ان کا اس کو بلایا اس میں سے ایک تھے موتی رام سراف جو میرے اچھے ان سے ملنا جلنا تھا انہوں نے یہ قصہ بتایا مجھے کیونکہ خود اس میں تھے وہ</w:t>
      </w:r>
    </w:p>
    <w:p>
      <w:r>
        <w:rPr>
          <w:b/>
        </w:rPr>
        <w:t xml:space="preserve">[37:36] </w:t>
      </w:r>
      <w:r>
        <w:t>to unhon ne kaha guru bachhan singh mein k dekhiye aap log sharab chhod dijiye sharab peena chhod dijiye to guru unhon ne bataya moti ram saraf ne k hum ne bohat hum ko bara heran hua hum ne kaha k guru ji aap to kehtay hain k khan pan par koi restriction nahi hai to hum kaisay kehtay hain k sharab chhod dijiye to aisi baat kahi is shakhs ne</w:t>
      </w:r>
    </w:p>
    <w:p>
      <w:pPr>
        <w:jc w:val="right"/>
      </w:pPr>
      <w:r>
        <w:t>تو انہوں نے کہا گرو بچن سنگھ میں کہ دیکھیے اپ لوگ شراب چھوڑ دیجئے شراب پینا چھوڑ دیجئے تو گرو انہوں نے بتایا موتی رام سراف نے کہ ہم نے بہت ہم کو بڑا حیران ہوا ہم نے کہا کہ گرو جی اپ تو کہتے ہیں کہ کھان پان پر کوئی ریسٹرکشن نہیں ہے تو ہم کیسے کہیں کہ شراب چھوڑ دیجئے تو ایسی بات کہی اس شخص نے</w:t>
      </w:r>
    </w:p>
    <w:p>
      <w:r>
        <w:rPr>
          <w:b/>
        </w:rPr>
        <w:t xml:space="preserve">[38:05] </w:t>
      </w:r>
      <w:r>
        <w:t>us ne kaha ke doosron se yeh kehne ke liye ke tum sharab pi sakte ho aap ko sharab chhodna parega</w:t>
      </w:r>
    </w:p>
    <w:p>
      <w:pPr>
        <w:jc w:val="right"/>
      </w:pPr>
      <w:r>
        <w:t>اس نے کہا کہ دوسروں سے یہ کہنے کے لیے کہ تم شراب پی سکتے ہو اپ کو شراب چھوڑنا پڑے گا</w:t>
      </w:r>
    </w:p>
    <w:p>
      <w:r>
        <w:rPr>
          <w:b/>
        </w:rPr>
        <w:t xml:space="preserve">[38:17] </w:t>
      </w:r>
      <w:r>
        <w:t>is raaz ko samjhiye aap bara intelligent aadmi tha woh aap ko yani doosron se yeh kehne ke liye ke tum sharab pi sakte ho aap ko sharab chhodna parega</w:t>
      </w:r>
    </w:p>
    <w:p>
      <w:pPr>
        <w:jc w:val="right"/>
      </w:pPr>
      <w:r>
        <w:t>اس راز کو سمجھیے اپ بڑا انٹیلیجنٹ ادمی تھا وہ اپ کو یعنی دوسروں سے یہ کہنے کے لیے کہ تم شراب پی سکتے ہو اپ کو شراب چھوڑنا پڑے گا</w:t>
      </w:r>
    </w:p>
    <w:p>
      <w:r>
        <w:rPr>
          <w:b/>
        </w:rPr>
        <w:t xml:space="preserve">[38:35] </w:t>
      </w:r>
      <w:r>
        <w:t>is mein aap dekhiye ke ek bohat bara is mein yani bohat bara ek bohat bari baat is ke andar chhipi hui hai woh yeh hai ke aap ko apna level mado se oopar uthana parta hai agar aap agar mado ko dikhai pade ke aap ka level wahi hai jo mado ka level hai toh koi sunta nahi aap ki baat koi sunta nahi aap ki baat phir</w:t>
      </w:r>
    </w:p>
    <w:p>
      <w:pPr>
        <w:jc w:val="right"/>
      </w:pPr>
      <w:r>
        <w:t>اس میں اپ دیکھیے کہ ایک بہت بڑا اس میں یعنی بہت بڑا ایک بہت بڑی بات اس کے اندر چھپی ہوئی ہے وہ یہ ہے کہ اپ کو اپنا لیول مدو سے اوپر اٹھانا پڑتا ہے اگر اپ اگر مدو کو دکھائی پڑے کہ اپ کا لیول وہی ہے جو مدو کا لیول ہے تو کوئی سنتا نہیں اپ کی بات کوئی سنتا نہیں اپ کی بات پھر</w:t>
      </w:r>
    </w:p>
    <w:p>
      <w:r>
        <w:rPr>
          <w:b/>
        </w:rPr>
        <w:t xml:space="preserve">[39:05] </w:t>
      </w:r>
      <w:r>
        <w:t>chunki saare religion saare medical science aur sab kehte hain ke sharab jo hai achhi cheez nahi hai toh koi yeh kahe ke sharab achhi cheez nahi hai toh yeh prevalent jo systems hain prevalent philosophy jo hai us ke mutabiq bol raha hai woh ab agar aap yeh kahein ke sharab pi sakte ho tum toh ek aisi baat keh rahe hain aap jis ke liye koi yani woh nahi hai backing nahi hai kisi ideological backing nahi hai</w:t>
      </w:r>
    </w:p>
    <w:p>
      <w:pPr>
        <w:jc w:val="right"/>
      </w:pPr>
      <w:r>
        <w:t>چونکہ سارے ریلیجن سارے میڈیکل سائنس اور سب کہتے ہیں کہ شراب جو ہے اچھی چیز نہیں ہے تو کوئی یہ کہے کہ شراب اچھی چیز نہیں ہے تو یہ پریولینٹ جو سسٹمز ہیں پریولینٹ فلاسفی جو ہے اس کے مطابق بول رہا ہے وہ اب اگر اپ یہ کہیں کہ شراب پی سکتے ہو تم تو ایک ایسی بات کہہ رہے ہیں اپ جس کے لیے کوئی یعنی وہ نہیں ہے بیکنگ نہیں ہے کسی ائیڈیلوجیکل بیکنگ نہیں ہے</w:t>
      </w:r>
    </w:p>
    <w:p>
      <w:r>
        <w:rPr>
          <w:b/>
        </w:rPr>
        <w:t xml:space="preserve">[39:35] </w:t>
      </w:r>
      <w:r>
        <w:t>toh aap ko agar dekhein ke aap kuch oopar hain toh aap ka jo oopar hai aap ke hasiyat us se woh maane ga bhai yeh aadmi bohat pahuncha hua hai bohat giyani aadmi hai yeh keh raha hai toh theek hi hoga toh aap log jo ke daai hain kabhi bhi yeh mat sochiye ga ke hum doosre jo karte hain toh hum bhi karein doosre gasp karein hum bhi gasp karein</w:t>
      </w:r>
    </w:p>
    <w:p>
      <w:pPr>
        <w:jc w:val="right"/>
      </w:pPr>
      <w:r>
        <w:t>تو اپ کو اگر دیکھیں کہ اپ کچھ اوپر ہیں تو اپ کا جو اوپر ہے اپ کے حیثیت اس سے وہ مانے گا بھئی یہ ادمی بہت پہنچا ہوا ہے بہت گیانی ادمی ہے یہ کہہ رہا ہے تو ٹھیک ہی ہوگا تو اپ لوگ جو کہ داعی ہیں کبھی بھی یہ مت سوچیے گا کہ ہم دوسرے جو کرتے ہیں تو ہم بھی کریں دوسرے گاسپ کریں ہم بھی گاسپ کریں</w:t>
      </w:r>
    </w:p>
    <w:p>
      <w:r>
        <w:rPr>
          <w:b/>
        </w:rPr>
        <w:t xml:space="preserve">[40:02] </w:t>
      </w:r>
      <w:r>
        <w:t>doosre internet of cheating karein hum bhi cheating karein toh aap daai nahi ban sakte</w:t>
      </w:r>
    </w:p>
    <w:p>
      <w:pPr>
        <w:jc w:val="right"/>
      </w:pPr>
      <w:r>
        <w:t>دوسرے انٹرنیٹ اف چیٹنگ کریں ہم بھی چیٹنگ کریں تو اپ داعی نہیں بن سکتے</w:t>
      </w:r>
    </w:p>
    <w:p>
      <w:r>
        <w:rPr>
          <w:b/>
        </w:rPr>
        <w:t xml:space="preserve">[40:11] </w:t>
      </w:r>
      <w:r>
        <w:t>yani doosre log agar internet of cheating karein aap bhi cheating kar rahe hain toh yeh gasp karein aap bhi gasp kar rahe hain</w:t>
      </w:r>
    </w:p>
    <w:p>
      <w:pPr>
        <w:jc w:val="right"/>
      </w:pPr>
      <w:r>
        <w:t>یعنی دوسرے لوگ اگر انٹرنیٹ اف چیٹنگ کریں اپ بھی چیٹنگ کر رہے ہیں تو یہ گاسپ کریں اپ بھی گاسپ کر رہے ہیں</w:t>
      </w:r>
    </w:p>
    <w:p>
      <w:r>
        <w:rPr>
          <w:b/>
        </w:rPr>
        <w:t xml:space="preserve">[40:21] </w:t>
      </w:r>
      <w:r>
        <w:t>mujhe ek qissa bohat pasand aaya hai sajjid sahib ka hamare ek saathi meerut mein sajjid sahib shayad aap mein se kuch log jante hon</w:t>
      </w:r>
    </w:p>
    <w:p>
      <w:pPr>
        <w:jc w:val="right"/>
      </w:pPr>
      <w:r>
        <w:t>مجھے ایک قصہ بہت پسند ایا ہے ساجد صاحب کا ہمارے ایک ساتھی میرٹھ میں ساجد صاحب شاید اپ میں سے کچھ لوگ جانتے ہوں</w:t>
      </w:r>
    </w:p>
    <w:p>
      <w:r>
        <w:rPr>
          <w:b/>
        </w:rPr>
        <w:t xml:space="preserve">[40:31] </w:t>
      </w:r>
      <w:r>
        <w:t>toh meerut mein abhi ek mela laga hai nauchandi ka mela wahan unhon ne stall lagaya tha hamari kitabon ka toh woh keh rahe the ke hum bas baithe the stall par toh hum ne dekha kuch log chale ja rahe hain chale ja rahe hain phir kahan ja rahe ho ke mushayre mein ja rahe hain mushayre mein ja rahe hain toh ek daadhi wale the woh daadhi wale bhi chale ja rahe the kahan jaon mushayre mein</w:t>
      </w:r>
    </w:p>
    <w:p>
      <w:pPr>
        <w:jc w:val="right"/>
      </w:pPr>
      <w:r>
        <w:t>تو میرٹھ میں ابھی ایک میلہ لگا ہے نوچندی کا میلہ وہاں انہوں نے سٹال لگایا تھا ہماری کتابوں کا تو وہ کہہ رہے تھے کہ ہم بس بیٹھے تھے سٹال پر تو ہم نے دیکھا کچھ لوگ چلے جا رہے ہیں چلے جا رہے ہیں پھر کہاں جا رہے ہو کہ مشاعرے میں جا رہے ہیں مشاعرے میں جا رہے ہیں تو ایک داڑھی والے تھے وہ داڑھی والے بھی چلے جا رہے تھے کہاں جاؤں مشاعرے میں</w:t>
      </w:r>
    </w:p>
    <w:p>
      <w:r>
        <w:rPr>
          <w:b/>
        </w:rPr>
        <w:t xml:space="preserve">[41:00] </w:t>
      </w:r>
      <w:r>
        <w:t>kahe ke mushaira aap kab chhodenge aap log kab chhodenge mushaira</w:t>
      </w:r>
    </w:p>
    <w:p>
      <w:pPr>
        <w:jc w:val="right"/>
      </w:pPr>
      <w:r>
        <w:t>کہے کہ مشاعرہ اپ کب چھوڑیں گے اپ لوگ کب چھوڑیں گے مشاعرہ</w:t>
      </w:r>
    </w:p>
    <w:p>
      <w:r>
        <w:rPr>
          <w:b/>
        </w:rPr>
        <w:t xml:space="preserve">[41:08] </w:t>
      </w:r>
      <w:r>
        <w:t>toh agar yeh bhi mushayre mein ja rahe hote hain in ke saath aur yeh bolte toh kya value hoti hai is ki jis ne mushaira wahan rehte hue mushayre mein nahi gaya woh aadmi tab is ka nahi koi value hai</w:t>
      </w:r>
    </w:p>
    <w:p>
      <w:pPr>
        <w:jc w:val="right"/>
      </w:pPr>
      <w:r>
        <w:t>تو اگر یہ بھی مشاعرے میں جا رہے ہوتے ہیں ان کے ساتھ اور یہ بولتے تو کیا ویلیو ہوتی ہے اس کی جس نے مشاعرہ وہاں رہتے ہوئے مشاعرے میں نہیں گیا وہ ادمی تب اس کا نہیں کوئی ویلیو ہے</w:t>
      </w:r>
    </w:p>
    <w:p>
      <w:r>
        <w:rPr>
          <w:b/>
        </w:rPr>
        <w:t xml:space="preserve">[41:25] </w:t>
      </w:r>
      <w:r>
        <w:t>toh mushayre tak kab tak aap log mushayre jaate rahenge</w:t>
      </w:r>
    </w:p>
    <w:p>
      <w:pPr>
        <w:jc w:val="right"/>
      </w:pPr>
      <w:r>
        <w:t>تو مشاعرے تک کب تک اپ لوگ مشاعرے جاتے رہیں گے</w:t>
      </w:r>
    </w:p>
    <w:p>
      <w:r>
        <w:rPr>
          <w:b/>
        </w:rPr>
        <w:t xml:space="preserve">[41:30] </w:t>
      </w:r>
      <w:r>
        <w:t>toh baharhal yeh bhi ek samjhiye ke ek ek secret hai ek bohat hi aham baat hai ke daai ko mado se oopar uthna parta hai</w:t>
      </w:r>
    </w:p>
    <w:p>
      <w:pPr>
        <w:jc w:val="right"/>
      </w:pPr>
      <w:r>
        <w:t>تو بہرحال یہ بھی ایک سمجھیے کہ ایک ایک سیکرٹ ہے ایک بہت ہی اہم بات ہے کہ داعی کو مدو سے اوپر اٹھنا پڑتا ہے</w:t>
      </w:r>
    </w:p>
    <w:p>
      <w:r>
        <w:rPr>
          <w:b/>
        </w:rPr>
        <w:t xml:space="preserve">[41:44] </w:t>
      </w:r>
      <w:r>
        <w:t>tab is ki baat jo hai mado ko aisa lagti hai ke is par soche woh</w:t>
      </w:r>
    </w:p>
    <w:p>
      <w:pPr>
        <w:jc w:val="right"/>
      </w:pPr>
      <w:r>
        <w:t>تب اس کی بات جو ہے مدو کو ایسا لگتی ہے کہ اس پر سوچے وہ</w:t>
      </w:r>
    </w:p>
    <w:p>
      <w:r>
        <w:rPr>
          <w:b/>
        </w:rPr>
        <w:t xml:space="preserve">[41:52] </w:t>
      </w:r>
      <w:r>
        <w:t>agar mado ko dikhai pade jaisa woh ho sahib sirf bol mein farq hai woh bol raha hai kuch aur baat aap bol rahe hain kuch aur baat lekin jo lifestyle hai jo zindagi ka jo tareeqa hai woh jo un ka hai wahi aap ka bhi hai toh koi sunega nahi aap ki baat</w:t>
      </w:r>
    </w:p>
    <w:p>
      <w:pPr>
        <w:jc w:val="right"/>
      </w:pPr>
      <w:r>
        <w:t>اگر مدو کو دکھائی پڑے جیسا وہ ہو صاحب صرف بول میں فرق ہے وہ بول رہا ہے کچھ اور بات اپ بول رہے ہیں کچھ اور بات لیکن جو لائف اسٹائل ہے جو زندگی کا جو طریقہ ہے وہ جو ان کا ہے وہی اپ کا بھی ہے تو کوئی سنے گا نہیں اپ کی بات</w:t>
      </w:r>
    </w:p>
    <w:p>
      <w:r>
        <w:rPr>
          <w:b/>
        </w:rPr>
        <w:t xml:space="preserve">[42:17] </w:t>
      </w:r>
      <w:r>
        <w:t>koi sunega nahi aap ki baat</w:t>
      </w:r>
    </w:p>
    <w:p>
      <w:pPr>
        <w:jc w:val="right"/>
      </w:pPr>
      <w:r>
        <w:t>کوئی سنے گا نہیں اپ کی بات</w:t>
      </w:r>
    </w:p>
    <w:p>
      <w:r>
        <w:rPr>
          <w:b/>
        </w:rPr>
        <w:t xml:space="preserve">[42:22] </w:t>
      </w:r>
      <w:r>
        <w:t>hadithon mein ek qissa aata hai woh log is ko bhi mysterious sense mein lete hain mysterious sense mein ke ek tha wahan par ghazwa e khandak toh is mein bohat mushkil ho gayi thi khane peena bhi logon ko nahi milta tha kyunke bahar se aana jaana band ho gaya tha toh ek aadmi ne kaha ke kaisi museebat hai hum Islam mein aaye toh hum museebat hi museebat pade hue hain toh us ne apna yeh uthaya karta.</w:t>
      </w:r>
    </w:p>
    <w:p>
      <w:pPr>
        <w:jc w:val="right"/>
      </w:pPr>
      <w:r>
        <w:t>حدیثوں میں ایک قصہ اتا ہے وہ لوگ اس کو بھی مسٹیریس سینس میں لیتے ہیں مسٹیریس سینس میں کہ ایک تھا وہاں پر غزوہ خندق تو اس میں بہت مشکل ہو گئی تھی کھانے پینا بھی لوگوں کو نہیں ملتا تھا کیونکہ باہر سے انا جانا بند ہو گیا تھا تو ایک ادمی نے کہا کہ کیسی مصیبت ہے ہم اسلام میں ائے تو ہم مصیبت ہی مصیبت پڑے ہوئے ہیں تو اس نے اپنا یہ اٹھایا کرتا.</w:t>
      </w:r>
    </w:p>
    <w:p>
      <w:r>
        <w:rPr>
          <w:b/>
        </w:rPr>
        <w:t xml:space="preserve">[42:51] </w:t>
      </w:r>
      <w:r>
        <w:t>to ek pathar pehlay zamanay mein riwaj tha log samajhte hain ke pathar ke maray koi bara sa</w:t>
      </w:r>
    </w:p>
    <w:p>
      <w:pPr>
        <w:jc w:val="right"/>
      </w:pPr>
      <w:r>
        <w:t>تو ایک پتھر پہلے زمانے میں رواج تھا لوگ سمجھتے ہیں کہ پتھر کے مارے کوئی بڑا سا</w:t>
      </w:r>
    </w:p>
    <w:p>
      <w:r>
        <w:rPr>
          <w:b/>
        </w:rPr>
        <w:t xml:space="preserve">[42:56] </w:t>
      </w:r>
      <w:r>
        <w:t>pathar ek ahmaqana baatein phaili hui hain ke pathar jo hai wazan halka ho jata hai body ka</w:t>
      </w:r>
    </w:p>
    <w:p>
      <w:pPr>
        <w:jc w:val="right"/>
      </w:pPr>
      <w:r>
        <w:t>پتھر ایک احمقانہ باتیں پھیلی ہوئی ہیں کہ پتھر جو ہے وزن ہلکا ہو جاتا ہے باڈی کا</w:t>
      </w:r>
    </w:p>
    <w:p>
      <w:r>
        <w:rPr>
          <w:b/>
        </w:rPr>
        <w:t xml:space="preserve">[43:03] </w:t>
      </w:r>
      <w:r>
        <w:t>balance karne ke liye pathar bandhte thay yeh bilkul base less baatein hain yani ahmaq yani kaise bewakoof</w:t>
      </w:r>
    </w:p>
    <w:p>
      <w:pPr>
        <w:jc w:val="right"/>
      </w:pPr>
      <w:r>
        <w:t>بیلنس کرنے کے لیے پتھر باندھتے تھے یہ بالکل بیس لیس باتیں ہیں یعنی احمق یعنی کیسے بیوقوف</w:t>
      </w:r>
    </w:p>
    <w:p>
      <w:r>
        <w:rPr>
          <w:b/>
        </w:rPr>
        <w:t xml:space="preserve">[43:09] </w:t>
      </w:r>
      <w:r>
        <w:t>log hue woh ke bhook lagi hai aur aur kamzor ho rahe hain to pathar bandh ke aur</w:t>
      </w:r>
    </w:p>
    <w:p>
      <w:pPr>
        <w:jc w:val="right"/>
      </w:pPr>
      <w:r>
        <w:t>لوگ ہوئے وہ کہ بھوک لگی ہے اور اور کمزور ہو رہے ہیں تو پتھر باندھ کے اور</w:t>
      </w:r>
    </w:p>
    <w:p>
      <w:r>
        <w:rPr>
          <w:b/>
        </w:rPr>
        <w:t xml:space="preserve">[43:15] </w:t>
      </w:r>
      <w:r>
        <w:t>musibat dalen apne liye kya aap samajhte hain aisay bewakoof hotay thay stupid hotay thay arab</w:t>
      </w:r>
    </w:p>
    <w:p>
      <w:pPr>
        <w:jc w:val="right"/>
      </w:pPr>
      <w:r>
        <w:t>مصیبت ڈالیں اپنے لیے کیا اپ سمجھتے ہیں ایسے بیوقوف ہوتے تھے اسٹیوڈ ہوتے تھے عرب</w:t>
      </w:r>
    </w:p>
    <w:p>
      <w:r>
        <w:rPr>
          <w:b/>
        </w:rPr>
        <w:t xml:space="preserve">[43:21] </w:t>
      </w:r>
      <w:r>
        <w:t>nahi that was a token</w:t>
      </w:r>
    </w:p>
    <w:p>
      <w:pPr>
        <w:jc w:val="right"/>
      </w:pPr>
      <w:r>
        <w:t>نہیں دیٹ واز ا ٹوکن</w:t>
      </w:r>
    </w:p>
    <w:p>
      <w:r>
        <w:rPr>
          <w:b/>
        </w:rPr>
        <w:t xml:space="preserve">[43:24] </w:t>
      </w:r>
      <w:r>
        <w:t>token of hunger</w:t>
      </w:r>
    </w:p>
    <w:p>
      <w:pPr>
        <w:jc w:val="right"/>
      </w:pPr>
      <w:r>
        <w:t>ٹوکن اف ہنگر</w:t>
      </w:r>
    </w:p>
    <w:p>
      <w:r>
        <w:rPr>
          <w:b/>
        </w:rPr>
        <w:t xml:space="preserve">[43:29] </w:t>
      </w:r>
      <w:r>
        <w:t>ke bhook yani ek ek waqt ka mujhe faqa para hai to ek thora tareeqa tha un ka</w:t>
      </w:r>
    </w:p>
    <w:p>
      <w:pPr>
        <w:jc w:val="right"/>
      </w:pPr>
      <w:r>
        <w:t>کہ بھوک یعنی ایک ایک وقت کا مجھے فاقہ پڑا ہے تو ایک تھوڑا طریقہ تھا ان کا</w:t>
      </w:r>
    </w:p>
    <w:p>
      <w:r>
        <w:rPr>
          <w:b/>
        </w:rPr>
        <w:t xml:space="preserve">[43:36] </w:t>
      </w:r>
      <w:r>
        <w:t>ya ek din ka faqa para hai to woh ek chota sa pathar bandh dete thay</w:t>
      </w:r>
    </w:p>
    <w:p>
      <w:pPr>
        <w:jc w:val="right"/>
      </w:pPr>
      <w:r>
        <w:t>یا ایک دن کا فاقہ پڑا ہے تو وہ ایک چھوٹا سا پتھر باندھ دیتے تھے</w:t>
      </w:r>
    </w:p>
    <w:p>
      <w:r>
        <w:rPr>
          <w:b/>
        </w:rPr>
        <w:t xml:space="preserve">[43:42] </w:t>
      </w:r>
      <w:r>
        <w:t>to us ne uthaya to to aik pathar bandha hua tha to rasool Allah ne uthaya to ap</w:t>
      </w:r>
    </w:p>
    <w:p>
      <w:pPr>
        <w:jc w:val="right"/>
      </w:pPr>
      <w:r>
        <w:t>تو اس نے اٹھایا تو تو ایک پتھر بندھا ہوا تھا تو رسول اللہ نے اٹھایا تو اپ</w:t>
      </w:r>
    </w:p>
    <w:p>
      <w:r>
        <w:rPr>
          <w:b/>
        </w:rPr>
        <w:t xml:space="preserve">[43:47] </w:t>
      </w:r>
      <w:r>
        <w:t>ka do pathar bandhe hue the</w:t>
      </w:r>
    </w:p>
    <w:p>
      <w:pPr>
        <w:jc w:val="right"/>
      </w:pPr>
      <w:r>
        <w:t>کا دو پتھر بندھے ہوئے تھے</w:t>
      </w:r>
    </w:p>
    <w:p>
      <w:r>
        <w:rPr>
          <w:b/>
        </w:rPr>
        <w:t xml:space="preserve">[43:51] </w:t>
      </w:r>
      <w:r>
        <w:t>toh is qisse ko log bas mysterious way mein lete hain is mein jo sabak hai woh wahi sabak hai ke rasool Allah ki position agar un se oopar rahe gi tab woh baat aap ko sunenge unhi ke level ke agar aap bhi honge toh kaun sunta hai kisi ka sher hai ke kaun sunta hai kahani meri aur phir woh bhi zabani meri</w:t>
      </w:r>
    </w:p>
    <w:p>
      <w:pPr>
        <w:jc w:val="right"/>
      </w:pPr>
      <w:r>
        <w:t>تو اس قصے کو لوگ بس مسٹیریس وے میں لیتے ہیں اس میں جو سبق ہے وہ وہی سبق ہے کہ رسول اللہ کی پوزیشن اگر ان سے اوپر رہے گی تب وہ بات اپ کو سنیں گے انہی کے لیول کے اگر اپ بھی ہوں گے تو کون سنتا ہے کسی کا شعر ہے کہ کون سنتا ہے کہانی میری اور پھر وہ بھی زبانی میری</w:t>
      </w:r>
    </w:p>
    <w:p>
      <w:r>
        <w:rPr>
          <w:b/>
        </w:rPr>
        <w:t xml:space="preserve">[44:17] </w:t>
      </w:r>
      <w:r>
        <w:t>kaun sunta hai kahani meri aur phir woh bhi zabani meri toh aap log kabhi bhi apne ko compare mat kiya kijiye ke doosre log toh aise hi karte hain</w:t>
      </w:r>
    </w:p>
    <w:p>
      <w:pPr>
        <w:jc w:val="right"/>
      </w:pPr>
      <w:r>
        <w:t>کون سنتا ہے کہانی میری اور پھر وہ بھی زبانی میری تو اپ لوگ کبھی بھی اپنے کو کمپیئر مت کیا کیجئے کہ دوسرے لوگ تو ایسے ہی کرتے ہیں</w:t>
      </w:r>
    </w:p>
    <w:p>
      <w:r>
        <w:rPr>
          <w:b/>
        </w:rPr>
        <w:t xml:space="preserve">[44:31] </w:t>
      </w:r>
      <w:r>
        <w:t>yeh kabhi bhi yeh ghalati mat kijiye ga</w:t>
      </w:r>
    </w:p>
    <w:p>
      <w:pPr>
        <w:jc w:val="right"/>
      </w:pPr>
      <w:r>
        <w:t>یہ کبھی بھی یہ غلطی مت کیجئے گا</w:t>
      </w:r>
    </w:p>
    <w:p>
      <w:r>
        <w:rPr>
          <w:b/>
        </w:rPr>
        <w:t xml:space="preserve">[44:36] </w:t>
      </w:r>
      <w:r>
        <w:t>yeh ghalati kabhi mat kijiye ga</w:t>
      </w:r>
    </w:p>
    <w:p>
      <w:pPr>
        <w:jc w:val="right"/>
      </w:pPr>
      <w:r>
        <w:t>یہ غلطی کبھی مت کیجئے گا</w:t>
      </w:r>
    </w:p>
    <w:p>
      <w:r>
        <w:rPr>
          <w:b/>
        </w:rPr>
        <w:t xml:space="preserve">[44:43] </w:t>
      </w:r>
      <w:r>
        <w:t>doosre aap ko ek toh aap ki baat mein kitna yani reason hai kitna weight hai aap ki baat mein us ke lehaz se dekhenge aur yeh bhi dekhein ke aap ka level wahi hai jo un ka level hai aap ke level un se ooncha hona chahiye</w:t>
      </w:r>
    </w:p>
    <w:p>
      <w:pPr>
        <w:jc w:val="right"/>
      </w:pPr>
      <w:r>
        <w:t>دوسرے اپ کو ایک تو اپ کی بات میں کتنا یعنی ریزن ہے کتنا ویٹ ہے اپ کی بات میں اس کے لحاظ سے دیکھیں گے اور یہ بھی دیکھیں کہ اپ کا لیول وہی ہے جو ان کا لیول ہے اپ کے لیول ان سے اونچا ہونا چاہیے</w:t>
      </w:r>
    </w:p>
    <w:p>
      <w:r>
        <w:rPr>
          <w:b/>
        </w:rPr>
        <w:t xml:space="preserve">[45:05] </w:t>
      </w:r>
      <w:r>
        <w:t>tab un ko nazar aaye ga</w:t>
      </w:r>
    </w:p>
    <w:p>
      <w:pPr>
        <w:jc w:val="right"/>
      </w:pPr>
      <w:r>
        <w:t>تب ان کو نظر ائے گا</w:t>
      </w:r>
    </w:p>
    <w:p>
      <w:r>
        <w:rPr>
          <w:b/>
        </w:rPr>
        <w:t xml:space="preserve">[45:09] </w:t>
      </w:r>
      <w:r>
        <w:t>tab ap ko in ka tab ap ki importance importance in ko samajh mein aye gi</w:t>
      </w:r>
    </w:p>
    <w:p>
      <w:pPr>
        <w:jc w:val="right"/>
      </w:pPr>
      <w:r>
        <w:t>تب اپ کو ان کا تب اپ کی امپورٹنس امپورٹنس ان کو سمجھ میں ائے گی</w:t>
      </w:r>
    </w:p>
    <w:p>
      <w:r>
        <w:rPr>
          <w:b/>
        </w:rPr>
        <w:t xml:space="preserve">[45:18] </w:t>
      </w:r>
      <w:r>
        <w:t>yeh bhi bohat ziyada zaroori hai</w:t>
      </w:r>
    </w:p>
    <w:p>
      <w:pPr>
        <w:jc w:val="right"/>
      </w:pPr>
      <w:r>
        <w:t>یہ بھی بہت زیادہ ضروری ہے</w:t>
      </w:r>
    </w:p>
    <w:p>
      <w:r>
        <w:rPr>
          <w:b/>
        </w:rPr>
        <w:t xml:space="preserve">[45:23] </w:t>
      </w:r>
      <w:r>
        <w:t>bohat ziyada zaroori hai mein jab madrase mein parhta tha bohat pehle ki baat hai yani</w:t>
      </w:r>
    </w:p>
    <w:p>
      <w:pPr>
        <w:jc w:val="right"/>
      </w:pPr>
      <w:r>
        <w:t>بہت زیادہ ضروری ہے میں جب مدرسے میں پڑھتا تھا بہت پہلے کی بات ہے یعنی</w:t>
      </w:r>
    </w:p>
    <w:p>
      <w:r>
        <w:rPr>
          <w:b/>
        </w:rPr>
        <w:t xml:space="preserve">[45:33] </w:t>
      </w:r>
      <w:r>
        <w:t>1940 ki baat hai</w:t>
      </w:r>
    </w:p>
    <w:p>
      <w:pPr>
        <w:jc w:val="right"/>
      </w:pPr>
      <w:r>
        <w:t>1940 کی بات ہے</w:t>
      </w:r>
    </w:p>
    <w:p>
      <w:r>
        <w:rPr>
          <w:b/>
        </w:rPr>
        <w:t xml:space="preserve">[45:36] </w:t>
      </w:r>
      <w:r>
        <w:t>madrase mein 1938 mein maine admission liya tha 1938 to wahan pe aik aik hamare ustad thay un ka naam tha Maulana Akhtar Hasan Islahi Akhtar Islahi sahab jo thay wahan par bara un ka dabdaba tha madrase mein student jo hua karte thay na bohat un se yani dabe rehte thay</w:t>
      </w:r>
    </w:p>
    <w:p>
      <w:pPr>
        <w:jc w:val="right"/>
      </w:pPr>
      <w:r>
        <w:t>مدرسے میں 1938 میں میں نے ایڈمیشن لیا تھا 1938 تو وہاں پہ ایک ایک ہمارے استاد تھے ان کا نام تھا مولانا اختر حسن اصلاحی اختر اصلاحی صاحب جو تھے وہاں پر بڑا ان کا دبدبہ تھا مدرسے میں اسٹوڈنٹ جو ہوا کرتے تھے نا بہت ان سے یعنی دبے رہتے تھے</w:t>
      </w:r>
    </w:p>
    <w:p>
      <w:r>
        <w:rPr>
          <w:b/>
        </w:rPr>
        <w:t xml:space="preserve">[46:05] </w:t>
      </w:r>
      <w:r>
        <w:t>to is ka woh is ka sabab nahi tha ke woh bohat personality wale thay bohat hi ziyada woh simple life thi un ki bohat hi simple life itni simple thi ke kisi ne un ko wrist watch diya yeh to wrist watch ap jante hain ke idhar hota hai strap hota hai na woh us ko lagane ke liye kunda hota hai dono taraf</w:t>
      </w:r>
    </w:p>
    <w:p>
      <w:pPr>
        <w:jc w:val="right"/>
      </w:pPr>
      <w:r>
        <w:t>تو اس کا وہ اس کا سبب نہیں تھا کہ وہ بہت پرسنیلٹی والے تھے بہت ہی زیادہ وہ سمپل لائف تھی ان کی بہت ہی سمپل لائف اتنی سمپل تھی کہ کسی نے ان کو رسٹ واچ دیا یہ تو رسٹ واچ اپ جانتے ہیں کہ ادھر ہوتا ہے سٹریپ ہوتا ہے نا وہ اس کو لگانے کے لیے کنڈا ہوتا ہے دونوں طرف</w:t>
      </w:r>
    </w:p>
    <w:p>
      <w:r>
        <w:rPr>
          <w:b/>
        </w:rPr>
        <w:t xml:space="preserve">[46:30] </w:t>
      </w:r>
      <w:r>
        <w:t>to unhon ne is mein kiya kiya aik aik aik dora bandh kar ke jeeb mein rakhe rehte</w:t>
      </w:r>
    </w:p>
    <w:p>
      <w:pPr>
        <w:jc w:val="right"/>
      </w:pPr>
      <w:r>
        <w:t>تو انہوں نے اس میں کیا کیا ایک ایک ایک ڈورا باندھ کر کے جیب میں رکھے رہتے</w:t>
      </w:r>
    </w:p>
    <w:p>
      <w:r>
        <w:rPr>
          <w:b/>
        </w:rPr>
        <w:t xml:space="preserve">[46:36] </w:t>
      </w:r>
      <w:r>
        <w:t>the wrist watch ko aise rakhe rehte the hath pe nahi bandhte the wo</w:t>
      </w:r>
    </w:p>
    <w:p>
      <w:pPr>
        <w:jc w:val="right"/>
      </w:pPr>
      <w:r>
        <w:t>تھے رسٹ واچ کو ایسے رکھے رہتے تھے ہاتھ پہ نہیں باندھتے تھے وہ</w:t>
      </w:r>
    </w:p>
    <w:p>
      <w:r>
        <w:rPr>
          <w:b/>
        </w:rPr>
        <w:t xml:space="preserve">[46:43] </w:t>
      </w:r>
      <w:r>
        <w:t>hath pe nahi bandhte the to bohat hi simple the un ki simplicity ki waja se un ka</w:t>
      </w:r>
    </w:p>
    <w:p>
      <w:pPr>
        <w:jc w:val="right"/>
      </w:pPr>
      <w:r>
        <w:t>ہاتھ پہ نہیں باندھتے تھے تو بہت ہی سمپل تھے ان کی سمپلیسٹی کی وجہ سے ان کا</w:t>
      </w:r>
    </w:p>
    <w:p>
      <w:r>
        <w:rPr>
          <w:b/>
        </w:rPr>
        <w:t xml:space="preserve">[46:49] </w:t>
      </w:r>
      <w:r>
        <w:t>aik aik wo ban gaya tha jis ko kehte hain urdu mein waqar waqar ko kiya kahenge</w:t>
      </w:r>
    </w:p>
    <w:p>
      <w:pPr>
        <w:jc w:val="right"/>
      </w:pPr>
      <w:r>
        <w:t>ایک ایک وہ بن گیا تھا جس کو کہتے ہیں اردو میں وقار وقار کو کیا کہیں گے</w:t>
      </w:r>
    </w:p>
    <w:p>
      <w:r>
        <w:rPr>
          <w:b/>
        </w:rPr>
        <w:t xml:space="preserve">[46:54] </w:t>
      </w:r>
      <w:r>
        <w:t>sahib respect yani super respect</w:t>
      </w:r>
    </w:p>
    <w:p>
      <w:pPr>
        <w:jc w:val="right"/>
      </w:pPr>
      <w:r>
        <w:t>صاحب ریسپیکٹ یعنی سپر ریسپیکٹ</w:t>
      </w:r>
    </w:p>
    <w:p>
      <w:r>
        <w:rPr>
          <w:b/>
        </w:rPr>
        <w:t xml:space="preserve">[47:02] </w:t>
      </w:r>
      <w:r>
        <w:t>to yani is aitbar se log un se apne ooncha ooncha samajhte thay to kisi aitbar se ap ko doosre log apne se ooncha samjhein nahi to kisi par kuch ap kahenge achi achi baatein hain aur is se aadmi ko koi influence nahi hoga</w:t>
      </w:r>
    </w:p>
    <w:p>
      <w:pPr>
        <w:jc w:val="right"/>
      </w:pPr>
      <w:r>
        <w:t>تو یعنی اس اعتبار سے لوگ ان سے اپنے اونچا اونچا سمجھتے تھے تو کسی اعتبار سے اپ کو دوسرے لوگ اپنے سے اونچا سمجھیں نہیں تو کسی پر کچھ اپ کہیں گے اچھی اچھی باتیں ہیں اور اس سے ادمی کو کوئی انفلوئنس نہیں ہوگا</w:t>
      </w:r>
    </w:p>
    <w:p>
      <w:r>
        <w:rPr>
          <w:b/>
        </w:rPr>
        <w:t xml:space="preserve">[47:23] </w:t>
      </w:r>
      <w:r>
        <w:t>yeh bhi aik pehlu hai jo ap ko sochna chahiye</w:t>
      </w:r>
    </w:p>
    <w:p>
      <w:pPr>
        <w:jc w:val="right"/>
      </w:pPr>
      <w:r>
        <w:t>یہ بھی ایک پہلو ہے جو اپ کو سوچنا چاہیے</w:t>
      </w:r>
    </w:p>
    <w:p>
      <w:r>
        <w:rPr>
          <w:b/>
        </w:rPr>
        <w:t xml:space="preserve">[47:27] </w:t>
      </w:r>
      <w:r>
        <w:t>tab aakhir mein mein dua karta hoon ke Allah taala hamare is yeh jo hum thoda time yahan bataya is time ko Allah taala qabool farmaye aur</w:t>
      </w:r>
    </w:p>
    <w:p>
      <w:pPr>
        <w:jc w:val="right"/>
      </w:pPr>
      <w:r>
        <w:t>تب اخر میں میں دعا کرتا ہوں کہ اللہ تعالی ہمارے اس یہ جو ہم تھوڑا ٹائم یہاں بتایا اس ٹائم کو اللہ تعالی قبول فرمائے اور</w:t>
      </w:r>
    </w:p>
    <w:p>
      <w:r>
        <w:rPr>
          <w:b/>
        </w:rPr>
        <w:t xml:space="preserve">[47:43] </w:t>
      </w:r>
      <w:r>
        <w:t>humein tofeeq de ke hum poore dedication ke sath dua work kar sakein aqool qaulaha</w:t>
      </w:r>
    </w:p>
    <w:p>
      <w:pPr>
        <w:jc w:val="right"/>
      </w:pPr>
      <w:r>
        <w:t>ہمیں توفیق دے کہ ہم پورے ڈیڈیکیشن کے ساتھ دعا ورک کر سکیں اقول قولھذا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