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Life of The Prophet of Islam in Brief (English) March 19, 2007 Maulana Wahiduddin Khan</w:t>
      </w:r>
    </w:p>
    <w:p>
      <w:r>
        <w:t>https://www.youtube.com/watch?v=dGDEatt8oFg</w:t>
      </w:r>
    </w:p>
    <w:p>
      <w:r>
        <w:rPr>
          <w:b/>
        </w:rPr>
        <w:t xml:space="preserve">[00:10] </w:t>
      </w:r>
      <w:r>
        <w:t>bismillah rahman rahim, wasallallahu ala nabiyil 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[00:19] </w:t>
      </w:r>
      <w:r>
        <w:t>rab ishrah li sadri, wa yassir li amri, wahlul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[00:29] </w:t>
      </w:r>
      <w:r>
        <w:t>The present topic is "Life of the Prophet of Islam" in brief.</w:t>
      </w:r>
    </w:p>
    <w:p>
      <w:pPr>
        <w:jc w:val="right"/>
      </w:pPr>
      <w:r>
        <w:t>دا پریزنٹ ٹاپک از "لائف آف دا پرافٹ آف اسلام" ان بریف۔</w:t>
      </w:r>
    </w:p>
    <w:p>
      <w:r>
        <w:rPr>
          <w:b/>
        </w:rPr>
        <w:t xml:space="preserve">[00:43] </w:t>
      </w:r>
      <w:r>
        <w:t>prophet of Islam, Muhammad bin Abdullah bin Abdul Muttalib sallallahu alaihi wasallam, was the final prophet.</w:t>
      </w:r>
    </w:p>
    <w:p>
      <w:pPr>
        <w:jc w:val="right"/>
      </w:pPr>
      <w:r>
        <w:t>پرافٹ آف اسلام، محمد بن عبداللہ بن عبدالمطلب صلی اللہ علیہ وسلم، واز دا فائنل پرافٹ۔</w:t>
      </w:r>
    </w:p>
    <w:p>
      <w:r>
        <w:rPr>
          <w:b/>
        </w:rPr>
        <w:t xml:space="preserve">[01:00] </w:t>
      </w:r>
      <w:r>
        <w:t>final prophet means, there is no prophet after Muhammad sallallahu alaihi wasallam.</w:t>
      </w:r>
    </w:p>
    <w:p>
      <w:pPr>
        <w:jc w:val="right"/>
      </w:pPr>
      <w:r>
        <w:t>فائنل پرافٹ مینز، دیر از نو پرافٹ آفٹر محمد صلی اللہ علیہ وسلم۔</w:t>
      </w:r>
    </w:p>
    <w:p>
      <w:r>
        <w:rPr>
          <w:b/>
        </w:rPr>
        <w:t xml:space="preserve">[01:14] </w:t>
      </w:r>
      <w:r>
        <w:t>there is not the completion of list of the prophet.</w:t>
      </w:r>
    </w:p>
    <w:p>
      <w:pPr>
        <w:jc w:val="right"/>
      </w:pPr>
      <w:r>
        <w:t>دیر از ناٹ دا کمپلیشن آف لسٹ آف دا پرافٹ۔</w:t>
      </w:r>
    </w:p>
    <w:p>
      <w:r>
        <w:rPr>
          <w:b/>
        </w:rPr>
        <w:t xml:space="preserve">[01:21] </w:t>
      </w:r>
      <w:r>
        <w:t>it means that after Muhammad sallallahu alaihi wasallam, there is no need to send a new prophet, because</w:t>
      </w:r>
    </w:p>
    <w:p>
      <w:pPr>
        <w:jc w:val="right"/>
      </w:pPr>
      <w:r>
        <w:t>اٹ مینز دیٹ آفٹر محمد صلی اللہ علیہ وسلم، دیر از نو نیڈ ٹو سینڈ ا نیو پرافٹ، بیکاز</w:t>
      </w:r>
    </w:p>
    <w:p>
      <w:r>
        <w:rPr>
          <w:b/>
        </w:rPr>
        <w:t xml:space="preserve">[01:39] </w:t>
      </w:r>
      <w:r>
        <w:t>The revealed book, the book revealed upon him, was preserved</w:t>
      </w:r>
    </w:p>
    <w:p>
      <w:pPr>
        <w:jc w:val="right"/>
      </w:pPr>
      <w:r>
        <w:t>دا ریویلڈ بک، دا بک ریویلڈ اپان ہم، واز پریزروڈ</w:t>
      </w:r>
    </w:p>
    <w:p>
      <w:r>
        <w:rPr>
          <w:b/>
        </w:rPr>
        <w:t xml:space="preserve">[01:50] </w:t>
      </w:r>
      <w:r>
        <w:t>. now we have a preserved text of the word of God. then we have a complete historical record of the prophet and his companions.</w:t>
      </w:r>
    </w:p>
    <w:p>
      <w:pPr>
        <w:jc w:val="right"/>
      </w:pPr>
      <w:r>
        <w:t>۔ ناؤ وی ہیو ا پریزروڈ ٹیکسٹ آف دا ورڈ آف گاڈ۔ دین وی ہیو ا کمپلیٹ ہسٹاریکل ریکارڈ آف دا پرافٹ اینڈ ہز کمپینینز۔</w:t>
      </w:r>
    </w:p>
    <w:p>
      <w:r>
        <w:rPr>
          <w:b/>
        </w:rPr>
        <w:t xml:space="preserve">[02:12] </w:t>
      </w:r>
      <w:r>
        <w:t>so we have a divine ideology, as well as we have a model, model in form of the life of the prophet and life of the companions.</w:t>
      </w:r>
    </w:p>
    <w:p>
      <w:pPr>
        <w:jc w:val="right"/>
      </w:pPr>
      <w:r>
        <w:t>سو وی ہیو ا ڈیوائن آئیڈیالوجی، ایز ویل ایز وی ہیو ا ماڈل، ماڈل ان فارم آف دی لائف آف دا پرافٹ اینڈ لائف آف دا کمپینینز۔</w:t>
      </w:r>
    </w:p>
    <w:p>
      <w:r>
        <w:rPr>
          <w:b/>
        </w:rPr>
        <w:t xml:space="preserve">[02:33] </w:t>
      </w:r>
      <w:r>
        <w:t>so when all these things were preserved, there is no need to send prophet any more.</w:t>
      </w:r>
    </w:p>
    <w:p>
      <w:pPr>
        <w:jc w:val="right"/>
      </w:pPr>
      <w:r>
        <w:t>سو وین آل دیز تھنگز ویر پریزروڈ، دیر از نو نیڈ ٹو سینڈ پرافٹ اینی مور۔</w:t>
      </w:r>
    </w:p>
    <w:p>
      <w:r>
        <w:rPr>
          <w:b/>
        </w:rPr>
        <w:t xml:space="preserve">[02:45] </w:t>
      </w:r>
      <w:r>
        <w:t>in this sense, prophet of Islam was the final prophet.</w:t>
      </w:r>
    </w:p>
    <w:p>
      <w:pPr>
        <w:jc w:val="right"/>
      </w:pPr>
      <w:r>
        <w:t>ان دس سینس، پرافٹ آف اسلام واز دی فائنل پرافٹ۔</w:t>
      </w:r>
    </w:p>
    <w:p>
      <w:r>
        <w:rPr>
          <w:b/>
        </w:rPr>
        <w:t xml:space="preserve">[02:53] </w:t>
      </w:r>
      <w:r>
        <w:t>then I would like to say a few word about his life.</w:t>
      </w:r>
    </w:p>
    <w:p>
      <w:pPr>
        <w:jc w:val="right"/>
      </w:pPr>
      <w:r>
        <w:t>دین آئی وڈ لائک ٹو سے ا فیو ورڈ اباؤٹ ہز لائف۔</w:t>
      </w:r>
    </w:p>
    <w:p>
      <w:r>
        <w:rPr>
          <w:b/>
        </w:rPr>
        <w:t xml:space="preserve">[03:02] </w:t>
      </w:r>
      <w:r>
        <w:t>The Prophet of Islam was born in Mecca in 570 AD.</w:t>
      </w:r>
    </w:p>
    <w:p>
      <w:pPr>
        <w:jc w:val="right"/>
      </w:pPr>
      <w:r>
        <w:t>دا پرافٹ آف اسلام واز بورن ان مکہ ان 570 ایڈی۔</w:t>
      </w:r>
    </w:p>
    <w:p>
      <w:r>
        <w:rPr>
          <w:b/>
        </w:rPr>
        <w:t xml:space="preserve">[03:15] </w:t>
      </w:r>
      <w:r>
        <w:t>hi</w:t>
      </w:r>
    </w:p>
    <w:p>
      <w:pPr>
        <w:jc w:val="right"/>
      </w:pPr>
      <w:r>
        <w:t>ہی</w:t>
      </w:r>
    </w:p>
    <w:p>
      <w:r>
        <w:rPr>
          <w:b/>
        </w:rPr>
        <w:t xml:space="preserve">[03:18] </w:t>
      </w:r>
      <w:r>
        <w:t>was a seeker, a true seeker. he used to visit hira, the cave of hira.</w:t>
      </w:r>
    </w:p>
    <w:p>
      <w:pPr>
        <w:jc w:val="right"/>
      </w:pPr>
      <w:r>
        <w:t>واز ا سیکر، ا ٹرو سیکر۔ ہی یوز ٹو وزٹ حرا، دا کیو آف حرا۔</w:t>
      </w:r>
    </w:p>
    <w:p>
      <w:r>
        <w:rPr>
          <w:b/>
        </w:rPr>
        <w:t xml:space="preserve">[03:32] </w:t>
      </w:r>
      <w:r>
        <w:t>hira was a mountain near mecca.</w:t>
      </w:r>
    </w:p>
    <w:p>
      <w:pPr>
        <w:jc w:val="right"/>
      </w:pPr>
      <w:r>
        <w:t>حرا واز ا ماؤنٹین نیر مکہ۔</w:t>
      </w:r>
    </w:p>
    <w:p>
      <w:r>
        <w:rPr>
          <w:b/>
        </w:rPr>
        <w:t xml:space="preserve">[03:36] </w:t>
      </w:r>
      <w:r>
        <w:t>so he used to go over there for, not for meditation, but for contemplation,</w:t>
      </w:r>
    </w:p>
    <w:p>
      <w:pPr>
        <w:jc w:val="right"/>
      </w:pPr>
      <w:r>
        <w:t>سو ہی یوز ٹو گو اوور دیر فار، ناٹ فار میڈیٹیشن، بٹ فار کنٹمپلیشن،</w:t>
      </w:r>
    </w:p>
    <w:p>
      <w:r>
        <w:rPr>
          <w:b/>
        </w:rPr>
        <w:t xml:space="preserve">[03:51] </w:t>
      </w:r>
      <w:r>
        <w:t>b</w:t>
      </w:r>
    </w:p>
    <w:p>
      <w:pPr>
        <w:jc w:val="right"/>
      </w:pPr>
      <w:r>
        <w:t>ب</w:t>
      </w:r>
    </w:p>
    <w:p>
      <w:r>
        <w:rPr>
          <w:b/>
        </w:rPr>
        <w:t xml:space="preserve">[03:52] </w:t>
      </w:r>
      <w:r>
        <w:t>ecause he was a seeker. so he every time he was in contemplation.</w:t>
      </w:r>
    </w:p>
    <w:p>
      <w:pPr>
        <w:jc w:val="right"/>
      </w:pPr>
      <w:r>
        <w:t>یکاز ہی واز ا سیکر۔ سو ہی ایوری ٹائم ہی واز ان کنٹمپلیشن۔</w:t>
      </w:r>
    </w:p>
    <w:p>
      <w:r>
        <w:rPr>
          <w:b/>
        </w:rPr>
        <w:t xml:space="preserve">[04:02] </w:t>
      </w:r>
      <w:r>
        <w:t>who i am i? what is the purpose of life?</w:t>
      </w:r>
    </w:p>
    <w:p>
      <w:pPr>
        <w:jc w:val="right"/>
      </w:pPr>
      <w:r>
        <w:t>ہو آئی ایم آئی؟ واٹ از دا پرپس آف لائف؟</w:t>
      </w:r>
    </w:p>
    <w:p>
      <w:r>
        <w:rPr>
          <w:b/>
        </w:rPr>
        <w:t xml:space="preserve">[04:11] </w:t>
      </w:r>
      <w:r>
        <w:t>what is death and what is life? so all these things were his questions.</w:t>
      </w:r>
    </w:p>
    <w:p>
      <w:pPr>
        <w:jc w:val="right"/>
      </w:pPr>
      <w:r>
        <w:t>واٹ از ڈیتھ اینڈ واٹ از لائف؟ سو آل دیز تھنگز ویر ہز کوئسچنز۔</w:t>
      </w:r>
    </w:p>
    <w:p>
      <w:r>
        <w:rPr>
          <w:b/>
        </w:rPr>
        <w:t xml:space="preserve">[04:24] </w:t>
      </w:r>
      <w:r>
        <w:t>there is a verse in the quran: "god found you a seeker, a true seeker, so he revealed his guidance to you." so the first revelation he received in 610.</w:t>
      </w:r>
    </w:p>
    <w:p>
      <w:pPr>
        <w:jc w:val="right"/>
      </w:pPr>
      <w:r>
        <w:t>دیر از ا ورس ان دا قرآن: "گاڈ فاؤنڈ یو ا سیکر، ا ٹرو سیکر، سو ہی ریویلڈ ہز گائیڈنس ٹو یو۔" سو دا فرسٹ ریولیشن ہی ریسیوڈ ان 610۔</w:t>
      </w:r>
    </w:p>
    <w:p>
      <w:r>
        <w:rPr>
          <w:b/>
        </w:rPr>
        <w:t xml:space="preserve">[04:53] </w:t>
      </w:r>
      <w:r>
        <w:t>iqra: "bismi rabbika alladhi khalaq, khalaqa al-insana min alaq, iqra wa rabbuka al-akram alladhi 'allama bil-qalam, 'allama al-insana ma lam ya'lam." this was the first revelation,</w:t>
      </w:r>
    </w:p>
    <w:p>
      <w:pPr>
        <w:jc w:val="right"/>
      </w:pPr>
      <w:r>
        <w:t>اقرا: "بسم ربک الذی خلق، خلق الانسان من علق، اقرا وربک الاكرم الذی علم بالقلم، علم الانسان ما لم یعلم۔" دس واز دا فرسٹ ریولیشن،</w:t>
      </w:r>
    </w:p>
    <w:p>
      <w:r>
        <w:rPr>
          <w:b/>
        </w:rPr>
        <w:t xml:space="preserve">[05:08] </w:t>
      </w:r>
      <w:r>
        <w:t>and this was the starting of his prophetic mission.</w:t>
      </w:r>
    </w:p>
    <w:p>
      <w:pPr>
        <w:jc w:val="right"/>
      </w:pPr>
      <w:r>
        <w:t>اینڈ دس واز دا سٹارٹنگ آف ہز پرافٹک مشن۔</w:t>
      </w:r>
    </w:p>
    <w:p>
      <w:r>
        <w:rPr>
          <w:b/>
        </w:rPr>
        <w:t xml:space="preserve">[05:13] </w:t>
      </w:r>
      <w:r>
        <w:t>so after this revelation, he</w:t>
      </w:r>
    </w:p>
    <w:p>
      <w:pPr>
        <w:jc w:val="right"/>
      </w:pPr>
      <w:r>
        <w:t>سو آفٹر دس ریولیشن، ہی</w:t>
      </w:r>
    </w:p>
    <w:p>
      <w:r>
        <w:rPr>
          <w:b/>
        </w:rPr>
        <w:t xml:space="preserve">[05:21] </w:t>
      </w:r>
      <w:r>
        <w:t>returned to his home. there was his wife khadijah.</w:t>
      </w:r>
    </w:p>
    <w:p>
      <w:pPr>
        <w:jc w:val="right"/>
      </w:pPr>
      <w:r>
        <w:t>ریٹرن ٹو ہز ہوم۔ دیر واز ہز وائف خدیجہ۔</w:t>
      </w:r>
    </w:p>
    <w:p>
      <w:r>
        <w:rPr>
          <w:b/>
        </w:rPr>
        <w:t xml:space="preserve">[05:29] </w:t>
      </w:r>
      <w:r>
        <w:t>he said,</w:t>
      </w:r>
    </w:p>
    <w:p>
      <w:pPr>
        <w:jc w:val="right"/>
      </w:pPr>
      <w:r>
        <w:t>ہی سیڈ،</w:t>
      </w:r>
    </w:p>
    <w:p>
      <w:r>
        <w:rPr>
          <w:b/>
        </w:rPr>
        <w:t xml:space="preserve">[05:34] </w:t>
      </w:r>
      <w:r>
        <w:t>he asked him to rest in bed, but prophet said: "ya khadijah,</w:t>
      </w:r>
    </w:p>
    <w:p>
      <w:pPr>
        <w:jc w:val="right"/>
      </w:pPr>
      <w:r>
        <w:t>ہی اسکڈ ہم ٹو ریسٹ ان بیڈ، بٹ پرافٹ سیڈ: "یا خدیجہ،</w:t>
      </w:r>
    </w:p>
    <w:p>
      <w:r>
        <w:rPr>
          <w:b/>
        </w:rPr>
        <w:t xml:space="preserve">[05:44] </w:t>
      </w:r>
      <w:r>
        <w:t>now there is no time for rest.</w:t>
      </w:r>
    </w:p>
    <w:p>
      <w:pPr>
        <w:jc w:val="right"/>
      </w:pPr>
      <w:r>
        <w:t>ناؤ دیر از نو ٹائم فار ریسٹ۔</w:t>
      </w:r>
    </w:p>
    <w:p>
      <w:r>
        <w:rPr>
          <w:b/>
        </w:rPr>
        <w:t xml:space="preserve">[05:50] </w:t>
      </w:r>
      <w:r>
        <w:t>now there is no time for rest, because god has appointed me a prophet, and i have to start my mission.</w:t>
      </w:r>
    </w:p>
    <w:p>
      <w:pPr>
        <w:jc w:val="right"/>
      </w:pPr>
      <w:r>
        <w:t>ناؤ دیر از نو ٹائم فار ریسٹ، بیکاز گاڈ ہیز اپوائنٹڈ می ا پرافٹ، اینڈ آئی ہیو ٹو سٹارٹ مائی مشن۔</w:t>
      </w:r>
    </w:p>
    <w:p>
      <w:r>
        <w:rPr>
          <w:b/>
        </w:rPr>
        <w:t xml:space="preserve">[06:04] </w:t>
      </w:r>
      <w:r>
        <w:t>the mission of tawheed is very important mission</w:t>
      </w:r>
    </w:p>
    <w:p>
      <w:pPr>
        <w:jc w:val="right"/>
      </w:pPr>
      <w:r>
        <w:t>دا مشن آف توحید از ویری امپورٹنٹ مشن</w:t>
      </w:r>
    </w:p>
    <w:p>
      <w:r>
        <w:rPr>
          <w:b/>
        </w:rPr>
        <w:t xml:space="preserve">[06:10] </w:t>
      </w:r>
      <w:r>
        <w:t>. i have to convey the message of god to all mankind. so i have no time for rest." so prophet muhammad started his mission in 610,</w:t>
      </w:r>
    </w:p>
    <w:p>
      <w:pPr>
        <w:jc w:val="right"/>
      </w:pPr>
      <w:r>
        <w:t>۔ آئی ہیو ٹو کنوے دا میسج آف گاڈ ٹو آل مین کائنڈ۔ سو آئی ہیو نو ٹائم فار ریسٹ۔" سو پرافٹ محمد سٹارٹڈ ہز مشن ان 610،</w:t>
      </w:r>
    </w:p>
    <w:p>
      <w:r>
        <w:rPr>
          <w:b/>
        </w:rPr>
        <w:t xml:space="preserve">[06:28] </w:t>
      </w:r>
      <w:r>
        <w:t>and day and night, every time he was engaged in this mission.</w:t>
      </w:r>
    </w:p>
    <w:p>
      <w:pPr>
        <w:jc w:val="right"/>
      </w:pPr>
      <w:r>
        <w:t>اینڈ ڈے اینڈ نائٹ، ایوری ٹائم ہی واز انگیجڈ ان دس مشن۔</w:t>
      </w:r>
    </w:p>
    <w:p>
      <w:r>
        <w:rPr>
          <w:b/>
        </w:rPr>
        <w:t xml:space="preserve">[06:37] </w:t>
      </w:r>
      <w:r>
        <w:t>at that time,</w:t>
      </w:r>
    </w:p>
    <w:p>
      <w:pPr>
        <w:jc w:val="right"/>
      </w:pPr>
      <w:r>
        <w:t>ایٹ دیٹ ٹائم،</w:t>
      </w:r>
    </w:p>
    <w:p>
      <w:r>
        <w:rPr>
          <w:b/>
        </w:rPr>
        <w:t xml:space="preserve">[06:41] </w:t>
      </w:r>
      <w:r>
        <w:t>all the arab people and mecca people were worshipper of idols, that is shirk.</w:t>
      </w:r>
    </w:p>
    <w:p>
      <w:pPr>
        <w:jc w:val="right"/>
      </w:pPr>
      <w:r>
        <w:t>آل دا عرب پیپل اینڈ میکن پیپل ویر ورشیپر آف آئیڈلز، دیٹ از شرک۔</w:t>
      </w:r>
    </w:p>
    <w:p>
      <w:r>
        <w:rPr>
          <w:b/>
        </w:rPr>
        <w:t xml:space="preserve">[06:55] </w:t>
      </w:r>
      <w:r>
        <w:t>so all these, all those tribes and mecca people were worshipping idols.</w:t>
      </w:r>
    </w:p>
    <w:p>
      <w:pPr>
        <w:jc w:val="right"/>
      </w:pPr>
      <w:r>
        <w:t>سو آل دیز، آل دوز ٹرائبس اینڈ میکن پیپل ویر ورشیپنگ آئیڈلز۔</w:t>
      </w:r>
    </w:p>
    <w:p>
      <w:r>
        <w:rPr>
          <w:b/>
        </w:rPr>
        <w:t xml:space="preserve">[07:05] </w:t>
      </w:r>
      <w:r>
        <w:t>in arabic term, they were mushrik. so he started his mission of tawheed among mushrik people.</w:t>
      </w:r>
    </w:p>
    <w:p>
      <w:pPr>
        <w:jc w:val="right"/>
      </w:pPr>
      <w:r>
        <w:t>ان عربک ٹرم، دے ویر مشرک۔ سو ہی سٹارٹڈ ہز مشن آف توحید امنگ مشرک پیپل۔</w:t>
      </w:r>
    </w:p>
    <w:p>
      <w:r>
        <w:rPr>
          <w:b/>
        </w:rPr>
        <w:t xml:space="preserve">[07:16] </w:t>
      </w:r>
      <w:r>
        <w:t>so they became hostile. some people accepted his message and embraced islam, like abu bakr and khadijah and zaid and ali and usman and some other people.</w:t>
      </w:r>
    </w:p>
    <w:p>
      <w:pPr>
        <w:jc w:val="right"/>
      </w:pPr>
      <w:r>
        <w:t>سو دے بیکم ہوسٹائل۔ سم پیپل ایکسیپٹڈ ہز میسج اینڈ ایمبیسڈ اسلام، لائک ابوبکر اینڈ خدیجہ اینڈ زید اینڈ علی اینڈ عثمان اینڈ سم ادر پیپل۔</w:t>
      </w:r>
    </w:p>
    <w:p>
      <w:r>
        <w:rPr>
          <w:b/>
        </w:rPr>
        <w:t xml:space="preserve">[07:35] </w:t>
      </w:r>
      <w:r>
        <w:t>These people were seekers, they were seekers, so they were recipient to this message.</w:t>
      </w:r>
    </w:p>
    <w:p>
      <w:pPr>
        <w:jc w:val="right"/>
      </w:pPr>
      <w:r>
        <w:t>دیز پیپل ویر سیکر، دے ویر سیکر، سو دے ویر ریسیپینٹ ٹو دس میسج۔</w:t>
      </w:r>
    </w:p>
    <w:p>
      <w:r>
        <w:rPr>
          <w:b/>
        </w:rPr>
        <w:t xml:space="preserve">[07:46] </w:t>
      </w:r>
      <w:r>
        <w:t>so day readily accepted Islam, but the majority of Mekan people turn hostile.</w:t>
      </w:r>
    </w:p>
    <w:p>
      <w:pPr>
        <w:jc w:val="right"/>
      </w:pPr>
      <w:r>
        <w:t>سو دے ریڈیلی ایکسیپٹڈ اسلام، بٹ دا میجورٹی آف میکن پیپل ٹرن ہوسٹائل۔</w:t>
      </w:r>
    </w:p>
    <w:p>
      <w:r>
        <w:rPr>
          <w:b/>
        </w:rPr>
        <w:t xml:space="preserve">[07:58] </w:t>
      </w:r>
      <w:r>
        <w:t>The leader was Abu Jahl and Abu Lahab. They were the leader of Mekan people</w:t>
      </w:r>
    </w:p>
    <w:p>
      <w:pPr>
        <w:jc w:val="right"/>
      </w:pPr>
      <w:r>
        <w:t>دا لیڈر واز ابوجہل اینڈ ابو لہب۔ دے ویر دا لیڈر آف میکن پیپل</w:t>
      </w:r>
    </w:p>
    <w:p>
      <w:r>
        <w:rPr>
          <w:b/>
        </w:rPr>
        <w:t xml:space="preserve">[08:05] </w:t>
      </w:r>
      <w:r>
        <w:t>. so day became, so day turn hostile.</w:t>
      </w:r>
    </w:p>
    <w:p>
      <w:pPr>
        <w:jc w:val="right"/>
      </w:pPr>
      <w:r>
        <w:t>۔ سو دے بیکم، سو دے ٹرن ہوسٹائل۔</w:t>
      </w:r>
    </w:p>
    <w:p>
      <w:r>
        <w:rPr>
          <w:b/>
        </w:rPr>
        <w:t xml:space="preserve">[08:12] </w:t>
      </w:r>
      <w:r>
        <w:t>Prophet always</w:t>
      </w:r>
    </w:p>
    <w:p>
      <w:pPr>
        <w:jc w:val="right"/>
      </w:pPr>
      <w:r>
        <w:t>پرافٹ آلویز</w:t>
      </w:r>
    </w:p>
    <w:p>
      <w:r>
        <w:rPr>
          <w:b/>
        </w:rPr>
        <w:t xml:space="preserve">[08:18] </w:t>
      </w:r>
      <w:r>
        <w:t>adopted sabr, that is patience.</w:t>
      </w:r>
    </w:p>
    <w:p>
      <w:pPr>
        <w:jc w:val="right"/>
      </w:pPr>
      <w:r>
        <w:t>اڈاپٹڈ صبر، دیٹ از پیشنس۔</w:t>
      </w:r>
    </w:p>
    <w:p>
      <w:r>
        <w:rPr>
          <w:b/>
        </w:rPr>
        <w:t xml:space="preserve">[08:24] </w:t>
      </w:r>
      <w:r>
        <w:t>In early revelation, God conveyed him this verse: "Keep patience for the sake of God."</w:t>
      </w:r>
    </w:p>
    <w:p>
      <w:pPr>
        <w:jc w:val="right"/>
      </w:pPr>
      <w:r>
        <w:t>ان ارلی ریولیشن، گاڈ کنوے ہم دس ورس: "کیپ پیشنس فار دا سیک آف گاڈ۔"</w:t>
      </w:r>
    </w:p>
    <w:p>
      <w:r>
        <w:rPr>
          <w:b/>
        </w:rPr>
        <w:t xml:space="preserve">[08:42] </w:t>
      </w:r>
      <w:r>
        <w:t>So he was engaged in conveying divine message, and he always</w:t>
      </w:r>
    </w:p>
    <w:p>
      <w:pPr>
        <w:jc w:val="right"/>
      </w:pPr>
      <w:r>
        <w:t>سو ہی واز انگیجڈ ان کنوینگ ڈیوائن میسج، اینڈ ہی آلویز</w:t>
      </w:r>
    </w:p>
    <w:p>
      <w:r>
        <w:rPr>
          <w:b/>
        </w:rPr>
        <w:t xml:space="preserve">[08:57] </w:t>
      </w:r>
      <w:r>
        <w:t>adopted patience. He never reacted. Then I would give an example: what was his method</w:t>
      </w:r>
    </w:p>
    <w:p>
      <w:pPr>
        <w:jc w:val="right"/>
      </w:pPr>
      <w:r>
        <w:t>اڈاپٹڈ پیشنس۔ ہی نیور ری ایکٹڈ۔ دین آئی وڈ گیو این ایگزامپل: واٹ واز ہز میتھڈ</w:t>
      </w:r>
    </w:p>
    <w:p>
      <w:r>
        <w:rPr>
          <w:b/>
        </w:rPr>
        <w:t xml:space="preserve">[09:14] </w:t>
      </w:r>
      <w:r>
        <w:t>? At that time, you know, there was a most sacred place, which is known as Kaaba.</w:t>
      </w:r>
    </w:p>
    <w:p>
      <w:pPr>
        <w:jc w:val="right"/>
      </w:pPr>
      <w:r>
        <w:t>؟ ایٹ دیٹ ٹائم، یو نو، دیر واز ا موسٹ سیکرٹ پلیس، وچ از نون ایز کعبہ۔</w:t>
      </w:r>
    </w:p>
    <w:p>
      <w:r>
        <w:rPr>
          <w:b/>
        </w:rPr>
        <w:t xml:space="preserve">[09:24] </w:t>
      </w:r>
      <w:r>
        <w:t>Kaaba was most sacred place, and it was a mosque. But at that time, Mekan people have turned it into an idol house</w:t>
      </w:r>
    </w:p>
    <w:p>
      <w:pPr>
        <w:jc w:val="right"/>
      </w:pPr>
      <w:r>
        <w:t>کعبہ واز موسٹ سیکرٹ پلیس، اینڈ اٹ واز ا ماسک۔ بٹ ایٹ دیٹ ٹائم، میکن پیپل ہیو ٹرنڈ اٹ انٹو ا آئیڈل ہاؤس</w:t>
      </w:r>
    </w:p>
    <w:p>
      <w:r>
        <w:rPr>
          <w:b/>
        </w:rPr>
        <w:t xml:space="preserve">[09:43] </w:t>
      </w:r>
      <w:r>
        <w:t>. They have placed 360 idols in the premises of Kaaba. So it was very difficult.</w:t>
      </w:r>
    </w:p>
    <w:p>
      <w:pPr>
        <w:jc w:val="right"/>
      </w:pPr>
      <w:r>
        <w:t>۔ دے ہیو پلیسڈ 360 آئیڈلز ان دا پریمسز آف کعبہ۔ سو اٹ واز ویری ڈیفیکلٹ۔</w:t>
      </w:r>
    </w:p>
    <w:p>
      <w:r>
        <w:rPr>
          <w:b/>
        </w:rPr>
        <w:t xml:space="preserve">[09:53] </w:t>
      </w:r>
      <w:r>
        <w:t>It was a horrible scene for the Prophet, who was a Muwahid, whose mission was mission of Tauheed.</w:t>
      </w:r>
    </w:p>
    <w:p>
      <w:pPr>
        <w:jc w:val="right"/>
      </w:pPr>
      <w:r>
        <w:t>اٹ واز ا ہوریبل سین فار دی پرافٹ، ہو واز ا موحد، ہو مشن واز مشن آف توحید۔</w:t>
      </w:r>
    </w:p>
    <w:p>
      <w:r>
        <w:rPr>
          <w:b/>
        </w:rPr>
        <w:t xml:space="preserve">[10:04] </w:t>
      </w:r>
      <w:r>
        <w:t>So it was a horrible sight</w:t>
      </w:r>
    </w:p>
    <w:p>
      <w:pPr>
        <w:jc w:val="right"/>
      </w:pPr>
      <w:r>
        <w:t>سو اٹ واز ا ہوریبل سائٹ</w:t>
      </w:r>
    </w:p>
    <w:p>
      <w:r>
        <w:rPr>
          <w:b/>
        </w:rPr>
        <w:t xml:space="preserve">[10:07] </w:t>
      </w:r>
      <w:r>
        <w:t>, but Prophet</w:t>
      </w:r>
    </w:p>
    <w:p>
      <w:pPr>
        <w:jc w:val="right"/>
      </w:pPr>
      <w:r>
        <w:t>، بٹ پرافٹ</w:t>
      </w:r>
    </w:p>
    <w:p>
      <w:r>
        <w:rPr>
          <w:b/>
        </w:rPr>
        <w:t xml:space="preserve">[10:13] </w:t>
      </w:r>
      <w:r>
        <w:t>kept patience. During those days, Kaaba was also a place of assembly</w:t>
      </w:r>
    </w:p>
    <w:p>
      <w:pPr>
        <w:jc w:val="right"/>
      </w:pPr>
      <w:r>
        <w:t>کیپٹ پیشنس۔ ڈورنگ دوز ڈیز، کعبہ واز السو ا پلیس آف اسمبلی</w:t>
      </w:r>
    </w:p>
    <w:p>
      <w:r>
        <w:rPr>
          <w:b/>
        </w:rPr>
        <w:t xml:space="preserve">[10:28] </w:t>
      </w:r>
      <w:r>
        <w:t>. These 360 idols belonging to different tribes living in the country.</w:t>
      </w:r>
    </w:p>
    <w:p>
      <w:pPr>
        <w:jc w:val="right"/>
      </w:pPr>
      <w:r>
        <w:t>۔ دیز 360 آئیڈلز بیلنگ ٹو ڈفرنٹ ٹرائبس لیونگ ان دا کنٹری۔</w:t>
      </w:r>
    </w:p>
    <w:p>
      <w:r>
        <w:rPr>
          <w:b/>
        </w:rPr>
        <w:t xml:space="preserve">[10:40] </w:t>
      </w:r>
      <w:r>
        <w:t>So these people, who are worshippers of these idols, they keep visiting Kaaba to worship their idols, to offer offerings to these idols.</w:t>
      </w:r>
    </w:p>
    <w:p>
      <w:pPr>
        <w:jc w:val="right"/>
      </w:pPr>
      <w:r>
        <w:t>سو دیز پیپل، ہو آر ورشیپر آف دیز آئیڈلز، دے کیپ وزٹنگ کعبہ ٹو ورشیپ دیر آئیڈلز، ٹو آفر آفرنگ ٹو دیز آئیڈلز۔</w:t>
      </w:r>
    </w:p>
    <w:p>
      <w:r>
        <w:rPr>
          <w:b/>
        </w:rPr>
        <w:t xml:space="preserve">[11:00] </w:t>
      </w:r>
      <w:r>
        <w:t>So every day, there was a gathering of these worshippers.</w:t>
      </w:r>
    </w:p>
    <w:p>
      <w:pPr>
        <w:jc w:val="right"/>
      </w:pPr>
      <w:r>
        <w:t>سو ایوری ڈے، دیر واز ا گیدرنگ آف دیز ورشیپرز۔</w:t>
      </w:r>
    </w:p>
    <w:p>
      <w:r>
        <w:rPr>
          <w:b/>
        </w:rPr>
        <w:t xml:space="preserve">[11:08] </w:t>
      </w:r>
      <w:r>
        <w:t>So Prophet was given an advice by God: "In mal yusra, with every hardship, there is ease." It means that with every problem, there is an opportunity.</w:t>
      </w:r>
    </w:p>
    <w:p>
      <w:pPr>
        <w:jc w:val="right"/>
      </w:pPr>
      <w:r>
        <w:t>سو پرافٹ واز گیون این ایڈوائس بائی گاڈ: "ان مال یسرا، ود ایوری ہارڈشپ، دیر از ایز۔" اٹ مینز دیٹ ود ایوری پرابلم، دیر از این اپرچونیٹی۔</w:t>
      </w:r>
    </w:p>
    <w:p>
      <w:r>
        <w:rPr>
          <w:b/>
        </w:rPr>
        <w:t xml:space="preserve">[11:27] </w:t>
      </w:r>
      <w:r>
        <w:t>So Prophet used this gathering as an opportunity. He avoided the presence of idols, that was a problem</w:t>
      </w:r>
    </w:p>
    <w:p>
      <w:pPr>
        <w:jc w:val="right"/>
      </w:pPr>
      <w:r>
        <w:t>سو پرافٹ یوز دس گیدرنگ ایز این اپرچونیٹی۔ ہی اوائیڈڈ دا پریزنس آف آئیڈلز، دیٹ واز ا پرابلم</w:t>
      </w:r>
    </w:p>
    <w:p>
      <w:r>
        <w:rPr>
          <w:b/>
        </w:rPr>
        <w:t xml:space="preserve">[11:38] </w:t>
      </w:r>
      <w:r>
        <w:t>, and at the same time, he</w:t>
      </w:r>
    </w:p>
    <w:p>
      <w:pPr>
        <w:jc w:val="right"/>
      </w:pPr>
      <w:r>
        <w:t>، اینڈ ایٹ دا سیم ٹائم، ہی</w:t>
      </w:r>
    </w:p>
    <w:p>
      <w:r>
        <w:rPr>
          <w:b/>
        </w:rPr>
        <w:t xml:space="preserve">[11:43] </w:t>
      </w:r>
      <w:r>
        <w:t>availed that opportunity. The method of teaching of Islam was very simple:</w:t>
      </w:r>
    </w:p>
    <w:p>
      <w:pPr>
        <w:jc w:val="right"/>
      </w:pPr>
      <w:r>
        <w:t>اویلڈ دیٹ اپرچونیٹی۔ دا میتھڈ آف ٹیچنگ آف اسلام واز ویری سمپل:</w:t>
      </w:r>
    </w:p>
    <w:p>
      <w:r>
        <w:rPr>
          <w:b/>
        </w:rPr>
        <w:t xml:space="preserve">[11:54] </w:t>
      </w:r>
      <w:r>
        <w:t>to recite the Quran. This was the method of Dawah at that time.</w:t>
      </w:r>
    </w:p>
    <w:p>
      <w:pPr>
        <w:jc w:val="right"/>
      </w:pPr>
      <w:r>
        <w:t>ٹو ریسائیٹ دا قرآن۔ دس واز دا میتھڈ آف دعویٰ ایٹ دیٹ ٹائم۔</w:t>
      </w:r>
    </w:p>
    <w:p>
      <w:r>
        <w:rPr>
          <w:b/>
        </w:rPr>
        <w:t xml:space="preserve">[12:04] </w:t>
      </w:r>
      <w:r>
        <w:t>So Prophet used to go to Kaaba and recite those parts of the Quran that was revealed to him.</w:t>
      </w:r>
    </w:p>
    <w:p>
      <w:pPr>
        <w:jc w:val="right"/>
      </w:pPr>
      <w:r>
        <w:t>سو پرافٹ یوز ٹو گو ٹو کعبہ اینڈ ریسائیٹ دوز پارٹس آف دا قرآن دیٹ واز ریویلڈ ٹو ہم۔</w:t>
      </w:r>
    </w:p>
    <w:p>
      <w:r>
        <w:rPr>
          <w:b/>
        </w:rPr>
        <w:t xml:space="preserve">[12:19] </w:t>
      </w:r>
      <w:r>
        <w:t>deen he used to say: "eha naas, qoolo la ilaha illallah, tafloo."</w:t>
      </w:r>
    </w:p>
    <w:p>
      <w:pPr>
        <w:jc w:val="right"/>
      </w:pPr>
      <w:r>
        <w:t>دین ہی یوز ٹو سے: "ایہا الناس، قولو لا الہ الا اللہ، تفلو۔"</w:t>
      </w:r>
    </w:p>
    <w:p>
      <w:r>
        <w:rPr>
          <w:b/>
        </w:rPr>
        <w:t xml:space="preserve">[12:28] </w:t>
      </w:r>
      <w:r>
        <w:t>o people,</w:t>
      </w:r>
    </w:p>
    <w:p>
      <w:pPr>
        <w:jc w:val="right"/>
      </w:pPr>
      <w:r>
        <w:t>او پیپل،</w:t>
      </w:r>
    </w:p>
    <w:p>
      <w:r>
        <w:rPr>
          <w:b/>
        </w:rPr>
        <w:t xml:space="preserve">[12:32] </w:t>
      </w:r>
      <w:r>
        <w:t>say that there is no god but one god, and you will get success.</w:t>
      </w:r>
    </w:p>
    <w:p>
      <w:pPr>
        <w:jc w:val="right"/>
      </w:pPr>
      <w:r>
        <w:t>سے دیٹ دیر از نو گاڈ بٹ ون گاڈ، اینڈ یو ویل گیٹ سکسیس۔</w:t>
      </w:r>
    </w:p>
    <w:p>
      <w:r>
        <w:rPr>
          <w:b/>
        </w:rPr>
        <w:t xml:space="preserve">[12:44] </w:t>
      </w:r>
      <w:r>
        <w:t>so this was a very simple method of dawah work at that time.</w:t>
      </w:r>
    </w:p>
    <w:p>
      <w:pPr>
        <w:jc w:val="right"/>
      </w:pPr>
      <w:r>
        <w:t>سو دس واز ا ویری سمپل میتھڈ آف دعویٰ ورک ایٹ دیٹ ٹائم۔</w:t>
      </w:r>
    </w:p>
    <w:p>
      <w:r>
        <w:rPr>
          <w:b/>
        </w:rPr>
        <w:t xml:space="preserve">[12:52] </w:t>
      </w:r>
      <w:r>
        <w:t>prophet never</w:t>
      </w:r>
    </w:p>
    <w:p>
      <w:pPr>
        <w:jc w:val="right"/>
      </w:pPr>
      <w:r>
        <w:t>پرافٹ نیور</w:t>
      </w:r>
    </w:p>
    <w:p>
      <w:r>
        <w:rPr>
          <w:b/>
        </w:rPr>
        <w:t xml:space="preserve">[12:57] </w:t>
      </w:r>
      <w:r>
        <w:t>adopted any kind of violence, any kind of provocative method, but maken people</w:t>
      </w:r>
    </w:p>
    <w:p>
      <w:pPr>
        <w:jc w:val="right"/>
      </w:pPr>
      <w:r>
        <w:t>اڈاپٹڈ اینی کائنڈ آف وائلنس، اینی کائنڈ آف پرووکیٹیو میتھڈ، بٹ میکن پیپل</w:t>
      </w:r>
    </w:p>
    <w:p>
      <w:r>
        <w:rPr>
          <w:b/>
        </w:rPr>
        <w:t xml:space="preserve">[13:11] </w:t>
      </w:r>
      <w:r>
        <w:t>become. it was not tolerable for maken people, so they turn hostile.</w:t>
      </w:r>
    </w:p>
    <w:p>
      <w:pPr>
        <w:jc w:val="right"/>
      </w:pPr>
      <w:r>
        <w:t>بیکم۔ اٹ واز ناٹ ٹولریبل فار میکن پیپل، سو دے ٹرن ہوسٹائل۔</w:t>
      </w:r>
    </w:p>
    <w:p>
      <w:r>
        <w:rPr>
          <w:b/>
        </w:rPr>
        <w:t xml:space="preserve">[13:19] </w:t>
      </w:r>
      <w:r>
        <w:t>this situation continued up to 13 years. during this period, several, almost 200 people embraced islam,</w:t>
      </w:r>
    </w:p>
    <w:p>
      <w:pPr>
        <w:jc w:val="right"/>
      </w:pPr>
      <w:r>
        <w:t>دس سچویشن کنٹینیوڈ اپ ٹو 13 ایئرز۔ ڈورنگ دس پیریڈ، سیورل، الموسٹ 200 پیپل ایمبیسڈ اسلام،</w:t>
      </w:r>
    </w:p>
    <w:p>
      <w:r>
        <w:rPr>
          <w:b/>
        </w:rPr>
        <w:t xml:space="preserve">[13:38] </w:t>
      </w:r>
      <w:r>
        <w:t>near about 200 people.</w:t>
      </w:r>
    </w:p>
    <w:p>
      <w:pPr>
        <w:jc w:val="right"/>
      </w:pPr>
      <w:r>
        <w:t>نیئر اباؤٹ 200 پیپل۔</w:t>
      </w:r>
    </w:p>
    <w:p>
      <w:r>
        <w:rPr>
          <w:b/>
        </w:rPr>
        <w:t xml:space="preserve">[13:42] </w:t>
      </w:r>
      <w:r>
        <w:t>then they became enemy and wanted to kill the prophet.</w:t>
      </w:r>
    </w:p>
    <w:p>
      <w:pPr>
        <w:jc w:val="right"/>
      </w:pPr>
      <w:r>
        <w:t>دین دے بیکم اینمی اینڈ وانٹڈ ٹو کل دا پرافٹ۔</w:t>
      </w:r>
    </w:p>
    <w:p>
      <w:r>
        <w:rPr>
          <w:b/>
        </w:rPr>
        <w:t xml:space="preserve">[13:52] </w:t>
      </w:r>
      <w:r>
        <w:t>so prophet wanted to know whether there is other place where he can find better opportunities.</w:t>
      </w:r>
    </w:p>
    <w:p>
      <w:pPr>
        <w:jc w:val="right"/>
      </w:pPr>
      <w:r>
        <w:t>سو پرافٹ وانٹڈ ٹو نو ویدر دیر از ادر پلیس ویر ہی کین فائنڈ بیٹر اپرچونیٹیز۔</w:t>
      </w:r>
    </w:p>
    <w:p>
      <w:r>
        <w:rPr>
          <w:b/>
        </w:rPr>
        <w:t xml:space="preserve">[14:04] </w:t>
      </w:r>
      <w:r>
        <w:t>so he visited taif. taif was another city.</w:t>
      </w:r>
    </w:p>
    <w:p>
      <w:pPr>
        <w:jc w:val="right"/>
      </w:pPr>
      <w:r>
        <w:t>سو ہی وزٹڈ طائف۔ طائف واز انادر سٹی۔</w:t>
      </w:r>
    </w:p>
    <w:p>
      <w:r>
        <w:rPr>
          <w:b/>
        </w:rPr>
        <w:t xml:space="preserve">[14:12] </w:t>
      </w:r>
      <w:r>
        <w:t>so when he visited taif, the heads, the leaders of the leader of taif were angry,</w:t>
      </w:r>
    </w:p>
    <w:p>
      <w:pPr>
        <w:jc w:val="right"/>
      </w:pPr>
      <w:r>
        <w:t>سو وین ہی وزٹڈ طائف، دا ہیڈز، دا لیڈرز آف دا لیڈر آف طائف ویر اینگری،</w:t>
      </w:r>
    </w:p>
    <w:p>
      <w:r>
        <w:rPr>
          <w:b/>
        </w:rPr>
        <w:t xml:space="preserve">[14:27] </w:t>
      </w:r>
      <w:r>
        <w:t>and they</w:t>
      </w:r>
    </w:p>
    <w:p>
      <w:pPr>
        <w:jc w:val="right"/>
      </w:pPr>
      <w:r>
        <w:t>اینڈ دے</w:t>
      </w:r>
    </w:p>
    <w:p>
      <w:r>
        <w:rPr>
          <w:b/>
        </w:rPr>
        <w:t xml:space="preserve">[14:33] </w:t>
      </w:r>
      <w:r>
        <w:t>gave a very harsh reply</w:t>
      </w:r>
    </w:p>
    <w:p>
      <w:pPr>
        <w:jc w:val="right"/>
      </w:pPr>
      <w:r>
        <w:t>گیو ا ویری ہارش ریپلائی</w:t>
      </w:r>
    </w:p>
    <w:p>
      <w:r>
        <w:rPr>
          <w:b/>
        </w:rPr>
        <w:t xml:space="preserve">[14:38] </w:t>
      </w:r>
      <w:r>
        <w:t>. even they hated him, and some of them stoned him.</w:t>
      </w:r>
    </w:p>
    <w:p>
      <w:pPr>
        <w:jc w:val="right"/>
      </w:pPr>
      <w:r>
        <w:t>۔ ایون دے ہیٹڈ ہم، اینڈ سم آف دیم سٹونڈ ہم۔</w:t>
      </w:r>
    </w:p>
    <w:p>
      <w:r>
        <w:rPr>
          <w:b/>
        </w:rPr>
        <w:t xml:space="preserve">[14:48] </w:t>
      </w:r>
      <w:r>
        <w:t>then prophet returned again to mecca. then he tried once more. he said to of his companions to medina.</w:t>
      </w:r>
    </w:p>
    <w:p>
      <w:pPr>
        <w:jc w:val="right"/>
      </w:pPr>
      <w:r>
        <w:t>دین پرافٹ ریٹرنڈ اگین ٹو مکہ۔ دین ہی ٹرائیڈ ونس مور۔ ہی سیڈ ٹو آف ہز کمپینینز ٹو مدینہ۔</w:t>
      </w:r>
    </w:p>
    <w:p>
      <w:r>
        <w:rPr>
          <w:b/>
        </w:rPr>
        <w:t xml:space="preserve">[14:59] </w:t>
      </w:r>
      <w:r>
        <w:t>at that time, its name was yasarib, only to explore the opportunity in medina.</w:t>
      </w:r>
    </w:p>
    <w:p>
      <w:pPr>
        <w:jc w:val="right"/>
      </w:pPr>
      <w:r>
        <w:t>ایٹ دیٹ ٹائم، اٹس نیم واز یسرب، اونلی ٹو ایکسپلور دا اپرچونیٹی ان مدینہ۔</w:t>
      </w:r>
    </w:p>
    <w:p>
      <w:r>
        <w:rPr>
          <w:b/>
        </w:rPr>
        <w:t xml:space="preserve">[15:09] </w:t>
      </w:r>
      <w:r>
        <w:t>so these two companions settled in medina. they were called muqri.</w:t>
      </w:r>
    </w:p>
    <w:p>
      <w:pPr>
        <w:jc w:val="right"/>
      </w:pPr>
      <w:r>
        <w:t>سو دیز ٹو کمپینینز سیٹل ان مدینہ۔ دے ویر کالڈ مقری۔</w:t>
      </w:r>
    </w:p>
    <w:p>
      <w:r>
        <w:rPr>
          <w:b/>
        </w:rPr>
        <w:t xml:space="preserve">[15:19] </w:t>
      </w:r>
      <w:r>
        <w:t>muqri means reader. you know, the language of mecca or medina was one and same, that arabic language.</w:t>
      </w:r>
    </w:p>
    <w:p>
      <w:pPr>
        <w:jc w:val="right"/>
      </w:pPr>
      <w:r>
        <w:t>مقری مینز ریڈر۔ یو نو، دا لینگویج آف مکہ اور مدینہ واز ون اینڈ سیم، دیٹ عربک لینگویج۔</w:t>
      </w:r>
    </w:p>
    <w:p>
      <w:r>
        <w:rPr>
          <w:b/>
        </w:rPr>
        <w:t xml:space="preserve">[15:28] </w:t>
      </w:r>
      <w:r>
        <w:t>so it was very easy to convey his message over there. so these two companions settled in settled in medina.</w:t>
      </w:r>
    </w:p>
    <w:p>
      <w:pPr>
        <w:jc w:val="right"/>
      </w:pPr>
      <w:r>
        <w:t>سو اٹ واز ویری ایزی ٹو کنوے ہز میسج اوور دیر۔ سو دیز ٹو کمپینینز سیٹلڈ ان سیٹلڈ ان مدینہ۔</w:t>
      </w:r>
    </w:p>
    <w:p>
      <w:r>
        <w:rPr>
          <w:b/>
        </w:rPr>
        <w:t xml:space="preserve">[15:39] </w:t>
      </w:r>
      <w:r>
        <w:t>they were called muqri. muqri means reader, reader of the quran.</w:t>
      </w:r>
    </w:p>
    <w:p>
      <w:pPr>
        <w:jc w:val="right"/>
      </w:pPr>
      <w:r>
        <w:t>دے ویر کالڈ مقری۔ مقری مینز ریڈر، ریڈر آف دا قرآن۔</w:t>
      </w:r>
    </w:p>
    <w:p>
      <w:r>
        <w:rPr>
          <w:b/>
        </w:rPr>
        <w:t xml:space="preserve">[15:50] </w:t>
      </w:r>
      <w:r>
        <w:t>so it was their method to recite quran.</w:t>
      </w:r>
    </w:p>
    <w:p>
      <w:pPr>
        <w:jc w:val="right"/>
      </w:pPr>
      <w:r>
        <w:t>سو اٹ واز دیر میتھڈ ٹو ریسائیٹ قرآن۔</w:t>
      </w:r>
    </w:p>
    <w:p>
      <w:r>
        <w:rPr>
          <w:b/>
        </w:rPr>
        <w:t xml:space="preserve">[15:57] </w:t>
      </w:r>
      <w:r>
        <w:t>every where they tried to recite quran. so men</w:t>
      </w:r>
    </w:p>
    <w:p>
      <w:pPr>
        <w:jc w:val="right"/>
      </w:pPr>
      <w:r>
        <w:t>ایوری ویر دے ٹرائی ٹو ریسائیٹ قرآن۔ سو مین</w:t>
      </w:r>
    </w:p>
    <w:p>
      <w:r>
        <w:rPr>
          <w:b/>
        </w:rPr>
        <w:t xml:space="preserve">[16:10] </w:t>
      </w:r>
      <w:r>
        <w:t>and women of medina were, after hearing this quranic word, they were very much impressed, and majority of medina embraced islam.</w:t>
      </w:r>
    </w:p>
    <w:p>
      <w:pPr>
        <w:jc w:val="right"/>
      </w:pPr>
      <w:r>
        <w:t>اینڈ وومن آف مدینہ ویر، آفٹر ہیئرنگ دس قرآنک ورڈ، دے ویر ویری مچ امپریسڈ، اینڈ میجورٹی آف مدینہ ایمبیسڈ اسلام۔</w:t>
      </w:r>
    </w:p>
    <w:p>
      <w:r>
        <w:rPr>
          <w:b/>
        </w:rPr>
        <w:t xml:space="preserve">[16:33] </w:t>
      </w:r>
      <w:r>
        <w:t>in book of seerah, we read this kind of statements, that this kind of references, that lam tabqa dar min door al-ansar illa dakhala fi al-islam.</w:t>
      </w:r>
    </w:p>
    <w:p>
      <w:pPr>
        <w:jc w:val="right"/>
      </w:pPr>
      <w:r>
        <w:t>ان بک آف سیرہ، وی ریڈ دس کائنڈ آف سٹیٹمنٹس، دیٹ دس کائنڈ آف ریفرنسز، دیٹ لم تبقہ دارم من دور الانصار الا دخل فی الاسلام۔</w:t>
      </w:r>
    </w:p>
    <w:p>
      <w:r>
        <w:rPr>
          <w:b/>
        </w:rPr>
        <w:t xml:space="preserve">[16:50] </w:t>
      </w:r>
      <w:r>
        <w:t>it means that every home of madina, in an almost every home of madina, people embraced islam.</w:t>
      </w:r>
    </w:p>
    <w:p>
      <w:pPr>
        <w:jc w:val="right"/>
      </w:pPr>
      <w:r>
        <w:t>اٹ مینز دیٹ ایوری ہوم آف مدینہ، ان ان الموسٹ ایوری ہوم آف مدینہ، پیپل ایمبیسڈ اسلام۔</w:t>
      </w:r>
    </w:p>
    <w:p>
      <w:r>
        <w:rPr>
          <w:b/>
        </w:rPr>
        <w:t xml:space="preserve">[17:03] </w:t>
      </w:r>
      <w:r>
        <w:t>so after this, prophet migrated makka, and he settled in madina.</w:t>
      </w:r>
    </w:p>
    <w:p>
      <w:pPr>
        <w:jc w:val="right"/>
      </w:pPr>
      <w:r>
        <w:t>سو آفٹر دس، پرافٹ مائیگریٹڈ مکہ، اینڈ ہی سیٹل ان مدینہ۔</w:t>
      </w:r>
    </w:p>
    <w:p>
      <w:r>
        <w:rPr>
          <w:b/>
        </w:rPr>
        <w:t xml:space="preserve">[17:14] </w:t>
      </w:r>
      <w:r>
        <w:t>he</w:t>
      </w:r>
    </w:p>
    <w:p>
      <w:pPr>
        <w:jc w:val="right"/>
      </w:pPr>
      <w:r>
        <w:t>ہی</w:t>
      </w:r>
    </w:p>
    <w:p>
      <w:r>
        <w:rPr>
          <w:b/>
        </w:rPr>
        <w:t xml:space="preserve">[17:18] </w:t>
      </w:r>
      <w:r>
        <w:t>established a center of islam over there. first of all, he built a mosque, which is now called haram madani.</w:t>
      </w:r>
    </w:p>
    <w:p>
      <w:pPr>
        <w:jc w:val="right"/>
      </w:pPr>
      <w:r>
        <w:t>اسٹیبلش ا سینٹر آف اسلام اوور دیر۔ فرسٹ آف آل، ہی بلٹ ا ماسک، وچ از ناو کالڈ حرم مدنی۔</w:t>
      </w:r>
    </w:p>
    <w:p>
      <w:r>
        <w:rPr>
          <w:b/>
        </w:rPr>
        <w:t xml:space="preserve">[17:33] </w:t>
      </w:r>
      <w:r>
        <w:t>so this was the first mosque in the history of islam. this mosque was like a dawah center.</w:t>
      </w:r>
    </w:p>
    <w:p>
      <w:pPr>
        <w:jc w:val="right"/>
      </w:pPr>
      <w:r>
        <w:t>سو دس واز دا فرسٹ ماسک ان دا ہسٹری آف اسلام۔ دس ماسک واز لائک ا دعویٰ سینٹر۔</w:t>
      </w:r>
    </w:p>
    <w:p>
      <w:r>
        <w:rPr>
          <w:b/>
        </w:rPr>
        <w:t xml:space="preserve">[17:44] </w:t>
      </w:r>
      <w:r>
        <w:t>it was place of worship. at the same time, it was a dawah center.</w:t>
      </w:r>
    </w:p>
    <w:p>
      <w:pPr>
        <w:jc w:val="right"/>
      </w:pPr>
      <w:r>
        <w:t>اٹ واز پلیس آف ورشیپ۔ ایٹ دا سیم ٹائم، اٹ واز ا دعویٰ سینٹر۔</w:t>
      </w:r>
    </w:p>
    <w:p>
      <w:r>
        <w:rPr>
          <w:b/>
        </w:rPr>
        <w:t xml:space="preserve">[17:53] </w:t>
      </w:r>
      <w:r>
        <w:t>so this migration, which is called hijrah in islamic history, was very useful for islamic mission.</w:t>
      </w:r>
    </w:p>
    <w:p>
      <w:pPr>
        <w:jc w:val="right"/>
      </w:pPr>
      <w:r>
        <w:t>سو دس مائیگریشن، وچ از کالڈ ہجرہ ان اسلامک ہسٹری، واز ویری یوزفل فار اسلامک مشن۔</w:t>
      </w:r>
    </w:p>
    <w:p>
      <w:r>
        <w:rPr>
          <w:b/>
        </w:rPr>
        <w:t xml:space="preserve">[18:07] </w:t>
      </w:r>
      <w:r>
        <w:t>every day, people</w:t>
      </w:r>
    </w:p>
    <w:p>
      <w:pPr>
        <w:jc w:val="right"/>
      </w:pPr>
      <w:r>
        <w:t>ایوری ڈے، پیپل</w:t>
      </w:r>
    </w:p>
    <w:p>
      <w:r>
        <w:rPr>
          <w:b/>
        </w:rPr>
        <w:t xml:space="preserve">[18:13] </w:t>
      </w:r>
      <w:r>
        <w:t>visited this mosque, and they heard the word of god, the word of quran, and they embraced islam.</w:t>
      </w:r>
    </w:p>
    <w:p>
      <w:pPr>
        <w:jc w:val="right"/>
      </w:pPr>
      <w:r>
        <w:t>وزٹ دس ماسک، اینڈ دے ہیئر دا ورڈ آف گاڈ، دا ورڈ آف قرآن، اینڈ دے ایمبیسڈ اسلام۔</w:t>
      </w:r>
    </w:p>
    <w:p>
      <w:r>
        <w:rPr>
          <w:b/>
        </w:rPr>
        <w:t xml:space="preserve">[18:25] </w:t>
      </w:r>
      <w:r>
        <w:t>so islam every day was increasing in madina. this situation was not tolerable for meccan people.</w:t>
      </w:r>
    </w:p>
    <w:p>
      <w:pPr>
        <w:jc w:val="right"/>
      </w:pPr>
      <w:r>
        <w:t>سو اسلام ایوری ڈے واز انکریزنگ ان مدینہ۔ دس سچویشن واز ناٹ ٹولریبل فار میکن پیپل۔</w:t>
      </w:r>
    </w:p>
    <w:p>
      <w:r>
        <w:rPr>
          <w:b/>
        </w:rPr>
        <w:t xml:space="preserve">[18:36] </w:t>
      </w:r>
      <w:r>
        <w:t>meccan people were like leaders of the arab. they were</w:t>
      </w:r>
    </w:p>
    <w:p>
      <w:pPr>
        <w:jc w:val="right"/>
      </w:pPr>
      <w:r>
        <w:t>میکن پیپل ویر لائک لیڈرز آف دا عرب۔ دے ویر</w:t>
      </w:r>
    </w:p>
    <w:p>
      <w:r>
        <w:rPr>
          <w:b/>
        </w:rPr>
        <w:t xml:space="preserve">[18:46] </w:t>
      </w:r>
      <w:r>
        <w:t>like leaders, although there was no state in arabia, only tribes.</w:t>
      </w:r>
    </w:p>
    <w:p>
      <w:pPr>
        <w:jc w:val="right"/>
      </w:pPr>
      <w:r>
        <w:t>لائک لیڈرز، الدو دیر واز نو سٹیٹ ان عربیا، اونلی ٹرائبس۔</w:t>
      </w:r>
    </w:p>
    <w:p>
      <w:r>
        <w:rPr>
          <w:b/>
        </w:rPr>
        <w:t xml:space="preserve">[18:55] </w:t>
      </w:r>
      <w:r>
        <w:t>there was a tribal system, and there were so many heads of these tribes.</w:t>
      </w:r>
    </w:p>
    <w:p>
      <w:pPr>
        <w:jc w:val="right"/>
      </w:pPr>
      <w:r>
        <w:t>دیر واز ا ٹرائبل سسٹم، اینڈ دیر وار سو مینی ہیڈز آف دیز ٹرائبس۔</w:t>
      </w:r>
    </w:p>
    <w:p>
      <w:r>
        <w:rPr>
          <w:b/>
        </w:rPr>
        <w:t xml:space="preserve">[19:03] </w:t>
      </w:r>
      <w:r>
        <w:t>but meccan people, that quraish, were enjoying a very high state, very high position in arabia.</w:t>
      </w:r>
    </w:p>
    <w:p>
      <w:pPr>
        <w:jc w:val="right"/>
      </w:pPr>
      <w:r>
        <w:t>بٹ میکن پیپل، دیٹ قریش، ویر انجوائنگ ا ویری ہائی سٹیٹ، ویری ہائی پوزیشن ان عربیا۔</w:t>
      </w:r>
    </w:p>
    <w:p>
      <w:r>
        <w:rPr>
          <w:b/>
        </w:rPr>
        <w:t xml:space="preserve">[19:16] </w:t>
      </w:r>
      <w:r>
        <w:t>so they became angry, and then they wanted to attack.</w:t>
      </w:r>
    </w:p>
    <w:p>
      <w:pPr>
        <w:jc w:val="right"/>
      </w:pPr>
      <w:r>
        <w:t>سو دے بیکم اینگری، اینڈ دین دے وانٹڈ ٹو اٹیک۔</w:t>
      </w:r>
    </w:p>
    <w:p>
      <w:r>
        <w:rPr>
          <w:b/>
        </w:rPr>
        <w:t xml:space="preserve">[19:24] </w:t>
      </w:r>
      <w:r>
        <w:t>so the first aggression from meccan people was at the time of badr.</w:t>
      </w:r>
    </w:p>
    <w:p>
      <w:pPr>
        <w:jc w:val="right"/>
      </w:pPr>
      <w:r>
        <w:t>سو دا فرسٹ ایگریشن فرام میکن پیپل واز ایٹ دا ٹائم آف بدر۔</w:t>
      </w:r>
    </w:p>
    <w:p>
      <w:r>
        <w:rPr>
          <w:b/>
        </w:rPr>
        <w:t xml:space="preserve">[19:31] </w:t>
      </w:r>
      <w:r>
        <w:t>so there was a battle, battle of badr. they was the first war in islam between prophets and meccan leaders.</w:t>
      </w:r>
    </w:p>
    <w:p>
      <w:pPr>
        <w:jc w:val="right"/>
      </w:pPr>
      <w:r>
        <w:t>سو دیر واز ا بیٹل، بیٹل آف بدر۔ دے واز دا فرسٹ وار ان اسلام بٹوین پرافٹس اینڈ میکن لیڈرز۔</w:t>
      </w:r>
    </w:p>
    <w:p>
      <w:r>
        <w:rPr>
          <w:b/>
        </w:rPr>
        <w:t xml:space="preserve">[19:47] </w:t>
      </w:r>
      <w:r>
        <w:t>so it was very crucial time, and by the help of god, prophet and his companions emerged victorious.</w:t>
      </w:r>
    </w:p>
    <w:p>
      <w:pPr>
        <w:jc w:val="right"/>
      </w:pPr>
      <w:r>
        <w:t>سو اٹ واز ویری کروشل ٹائم، اینڈ بائی دا ہیلپ آف گاڈ، پرافٹ اینڈ ہز کمپینینز ایمرجڈ وکٹوریس۔</w:t>
      </w:r>
    </w:p>
    <w:p>
      <w:r>
        <w:rPr>
          <w:b/>
        </w:rPr>
        <w:t xml:space="preserve">[20:02] </w:t>
      </w:r>
      <w:r>
        <w:t>they were defeated. seventy among those meccan leaders were killed in the battle of badr.</w:t>
      </w:r>
    </w:p>
    <w:p>
      <w:pPr>
        <w:jc w:val="right"/>
      </w:pPr>
      <w:r>
        <w:t>دے ویر ڈیفیٹڈ۔ سیونٹی امنگ دوز میکن لیڈرز ویر کلڈ ان دا بیٹل آف بدر۔</w:t>
      </w:r>
    </w:p>
    <w:p>
      <w:r>
        <w:rPr>
          <w:b/>
        </w:rPr>
        <w:t xml:space="preserve">[20:12] </w:t>
      </w:r>
      <w:r>
        <w:t>so battle of badr was a defensive war,</w:t>
      </w:r>
    </w:p>
    <w:p>
      <w:pPr>
        <w:jc w:val="right"/>
      </w:pPr>
      <w:r>
        <w:t>سو بیٹل آف بدر واز ا ڈیفنسو وار،</w:t>
      </w:r>
    </w:p>
    <w:p>
      <w:r>
        <w:rPr>
          <w:b/>
        </w:rPr>
        <w:t xml:space="preserve">[20:18] </w:t>
      </w:r>
      <w:r>
        <w:t>and after this war, islam became a force in arabia.</w:t>
      </w:r>
    </w:p>
    <w:p>
      <w:pPr>
        <w:jc w:val="right"/>
      </w:pPr>
      <w:r>
        <w:t>اینڈ آفٹر دس وار، اسلام بیکم ا فورس ان عربیا۔</w:t>
      </w:r>
    </w:p>
    <w:p>
      <w:r>
        <w:rPr>
          <w:b/>
        </w:rPr>
        <w:t xml:space="preserve">[20:27] </w:t>
      </w:r>
      <w:r>
        <w:t>but although meccan people were defeated in this battle, but they again organized their army, and again they attacked madina, and there was battle of uhud.</w:t>
      </w:r>
    </w:p>
    <w:p>
      <w:pPr>
        <w:jc w:val="right"/>
      </w:pPr>
      <w:r>
        <w:t>بٹ الدو میکن پیپل ویر ڈیفیٹڈ ان دس بیٹل، بٹ دے اگین ارگنائز دیر آرمی، اینڈ اگین دے اٹیکڈ مدینہ، اینڈ دیر واز بیٹل آف احد۔</w:t>
      </w:r>
    </w:p>
    <w:p>
      <w:r>
        <w:rPr>
          <w:b/>
        </w:rPr>
        <w:t xml:space="preserve">[20:48] </w:t>
      </w:r>
      <w:r>
        <w:t>so there were some battles and some skirmishes after badr.</w:t>
      </w:r>
    </w:p>
    <w:p>
      <w:pPr>
        <w:jc w:val="right"/>
      </w:pPr>
      <w:r>
        <w:t>سو دیر واز سم بیٹلز اینڈ سم اسکمیشنز آفٹر بدر۔</w:t>
      </w:r>
    </w:p>
    <w:p>
      <w:r>
        <w:rPr>
          <w:b/>
        </w:rPr>
        <w:t xml:space="preserve">[20:56] </w:t>
      </w:r>
      <w:r>
        <w:t>then the prophet of islam saw that the dawah mission is this kind of wars became an obstacle towards dawah mission.</w:t>
      </w:r>
    </w:p>
    <w:p>
      <w:pPr>
        <w:jc w:val="right"/>
      </w:pPr>
      <w:r>
        <w:t>دین دا پرافٹ آف اسلام سا دیٹ دا دعویٰ مشن از دس کائنڈ آف وارز بیکم این ابسٹیکل ٹورڈز دعویٰ مشن۔</w:t>
      </w:r>
    </w:p>
    <w:p>
      <w:r>
        <w:rPr>
          <w:b/>
        </w:rPr>
        <w:t xml:space="preserve">[21:10] </w:t>
      </w:r>
      <w:r>
        <w:t>because you know, when there is war and violence, it is not possible to carry on dawah mission.</w:t>
      </w:r>
    </w:p>
    <w:p>
      <w:pPr>
        <w:jc w:val="right"/>
      </w:pPr>
      <w:r>
        <w:t>بیکاز یو نو، وین دیر از وار اینڈ وائلنس، اٹ از ناٹ پاسیبل ٹو کیری ان دعویٰ مشن۔</w:t>
      </w:r>
    </w:p>
    <w:p>
      <w:r>
        <w:rPr>
          <w:b/>
        </w:rPr>
        <w:t xml:space="preserve">[21:20] </w:t>
      </w:r>
      <w:r>
        <w:t>So Prophet wanted to establish peace, establish peace, so that to only to normalize the situation and to start dawah work again in normal situation.</w:t>
      </w:r>
    </w:p>
    <w:p>
      <w:pPr>
        <w:jc w:val="right"/>
      </w:pPr>
      <w:r>
        <w:t>سو پرافٹ وانٹڈ ٹو اسٹیبلش پیس، اسٹیبلش پیس، سو دیٹ ٹو اونلی ٹو نارملائز دا سچویشن اینڈ ٹو سٹارٹ دعویٰ ورک اگین ان نارمل سچویشن۔</w:t>
      </w:r>
    </w:p>
    <w:p>
      <w:r>
        <w:rPr>
          <w:b/>
        </w:rPr>
        <w:t xml:space="preserve">[21:39] </w:t>
      </w:r>
      <w:r>
        <w:t>So he tried to negotiate, and after long negotiation, he was able to manage an agreement between himself and Makkan people.</w:t>
      </w:r>
    </w:p>
    <w:p>
      <w:pPr>
        <w:jc w:val="right"/>
      </w:pPr>
      <w:r>
        <w:t>سو ہی ٹرائی ٹو نیگوشیٹ، اینڈ آفٹر لانگ نیگوشیشن، ہی واز ایبل ٹو مینج این ایگریمنٹ بٹوین ہم سیلف اینڈ میکن پیپل۔</w:t>
      </w:r>
    </w:p>
    <w:p>
      <w:r>
        <w:rPr>
          <w:b/>
        </w:rPr>
        <w:t xml:space="preserve">[21:54] </w:t>
      </w:r>
      <w:r>
        <w:t>This agreement is called Hudaybiyyah.</w:t>
      </w:r>
    </w:p>
    <w:p>
      <w:pPr>
        <w:jc w:val="right"/>
      </w:pPr>
      <w:r>
        <w:t>دس ایگریمنٹ از کالڈ حدیبیہ۔</w:t>
      </w:r>
    </w:p>
    <w:p>
      <w:r>
        <w:rPr>
          <w:b/>
        </w:rPr>
        <w:t xml:space="preserve">[21:57] </w:t>
      </w:r>
      <w:r>
        <w:t>Although Hudaybiyyah agreement was a unilateral. Hudaybiyyah agreement was a unilateral kind of agreement because all the conditions of Makkan people were met.</w:t>
      </w:r>
    </w:p>
    <w:p>
      <w:pPr>
        <w:jc w:val="right"/>
      </w:pPr>
      <w:r>
        <w:t>الدو حدیبیہ ایگریمنٹ واز ا یونیلٹرل۔ حدیبیہ ایگریمنٹ واز ا یونیلٹرل کائنڈ آف ایگریمنٹ بیکاز آل دا کنڈیشنز آف میکن پیپل ویر میٹ۔</w:t>
      </w:r>
    </w:p>
    <w:p>
      <w:r>
        <w:rPr>
          <w:b/>
        </w:rPr>
        <w:t xml:space="preserve">[22:17] </w:t>
      </w:r>
      <w:r>
        <w:t>But so it was a unilateral kind of agreement.</w:t>
      </w:r>
    </w:p>
    <w:p>
      <w:pPr>
        <w:jc w:val="right"/>
      </w:pPr>
      <w:r>
        <w:t>بٹ سو اٹ واز ا یونیلٹرل کائنڈ آف ایگریمنٹ۔</w:t>
      </w:r>
    </w:p>
    <w:p>
      <w:r>
        <w:rPr>
          <w:b/>
        </w:rPr>
        <w:t xml:space="preserve">[22:24] </w:t>
      </w:r>
      <w:r>
        <w:t>But there was one provision in favor of Islam, in favor of Islamic mission. That was of this agreement was</w:t>
      </w:r>
    </w:p>
    <w:p>
      <w:pPr>
        <w:jc w:val="right"/>
      </w:pPr>
      <w:r>
        <w:t>بٹ دیر واز ون پروویژن ان فیور آف اسلام، ان فیور آف اسلامک مشن۔ دیٹ واز آف دس ایگریمنٹ واز</w:t>
      </w:r>
    </w:p>
    <w:p>
      <w:r>
        <w:rPr>
          <w:b/>
        </w:rPr>
        <w:t xml:space="preserve">[22:40] </w:t>
      </w:r>
      <w:r>
        <w:t>a no war pact</w:t>
      </w:r>
    </w:p>
    <w:p>
      <w:pPr>
        <w:jc w:val="right"/>
      </w:pPr>
      <w:r>
        <w:t>ا نو وار پیکٹ</w:t>
      </w:r>
    </w:p>
    <w:p>
      <w:r>
        <w:rPr>
          <w:b/>
        </w:rPr>
        <w:t xml:space="preserve">[22:43] </w:t>
      </w:r>
      <w:r>
        <w:t>. This agreement, this agreement was in fact a no war pact. Although there was some other conditions in favor of Makkan people.</w:t>
      </w:r>
    </w:p>
    <w:p>
      <w:pPr>
        <w:jc w:val="right"/>
      </w:pPr>
      <w:r>
        <w:t>۔ دس ایگریمنٹ، دس ایگریمنٹ واز ان فیکٹ ا نو وار پیکٹ۔ الدو دیر واز سم ادر کنڈیشنز ان فیور آف میکن پیپل۔</w:t>
      </w:r>
    </w:p>
    <w:p>
      <w:r>
        <w:rPr>
          <w:b/>
        </w:rPr>
        <w:t xml:space="preserve">[22:56] </w:t>
      </w:r>
      <w:r>
        <w:t>But they just of the act, this just of the agreement was that it was a no war pact.</w:t>
      </w:r>
    </w:p>
    <w:p>
      <w:pPr>
        <w:jc w:val="right"/>
      </w:pPr>
      <w:r>
        <w:t>بٹ دے جسٹ آف دا ایکٹ، دس جسٹ آف دا ایگریمنٹ واز دیٹ اٹ واز ا نو وار پیکٹ۔</w:t>
      </w:r>
    </w:p>
    <w:p>
      <w:r>
        <w:rPr>
          <w:b/>
        </w:rPr>
        <w:t xml:space="preserve">[23:05] </w:t>
      </w:r>
      <w:r>
        <w:t>After this, after this agreement, it was settled that now there is no war between Makkan people and Madinah people.</w:t>
      </w:r>
    </w:p>
    <w:p>
      <w:pPr>
        <w:jc w:val="right"/>
      </w:pPr>
      <w:r>
        <w:t>آفٹر دس، آفٹر دس ایگریمنٹ، اٹ واز سیٹل دیٹ ناو دیر از نو وار بٹوین میکن پیپل اینڈ مدینہ پیپل۔</w:t>
      </w:r>
    </w:p>
    <w:p>
      <w:r>
        <w:rPr>
          <w:b/>
        </w:rPr>
        <w:t xml:space="preserve">[23:15] </w:t>
      </w:r>
      <w:r>
        <w:t>No war at all. So when, so this, so Hudaybiyyah agreement established a peace between the two parties.</w:t>
      </w:r>
    </w:p>
    <w:p>
      <w:pPr>
        <w:jc w:val="right"/>
      </w:pPr>
      <w:r>
        <w:t>نو وار ایٹ آل۔ سو وین، سو دس، سو حدیبیہ ایگریمنٹ اسٹیبلش ا پیس بٹوین دا ٹو پارٹیز۔</w:t>
      </w:r>
    </w:p>
    <w:p>
      <w:r>
        <w:rPr>
          <w:b/>
        </w:rPr>
        <w:t xml:space="preserve">[23:26] </w:t>
      </w:r>
      <w:r>
        <w:t>So when there was peace, there was the normal situation returned again. And you know, it required normal situation to carry on dawah work.</w:t>
      </w:r>
    </w:p>
    <w:p>
      <w:pPr>
        <w:jc w:val="right"/>
      </w:pPr>
      <w:r>
        <w:t>سو وین دیر واز پیس، دیر واز دا نارمل سچویشن ریٹرن اگین۔ اینڈ یو نو، اٹ ریکوائرڈ نارمل سچویشن ٹو کیری ان دعویٰ ورک۔</w:t>
      </w:r>
    </w:p>
    <w:p>
      <w:r>
        <w:rPr>
          <w:b/>
        </w:rPr>
        <w:t xml:space="preserve">[23:46] </w:t>
      </w:r>
      <w:r>
        <w:t>So after this agreement, that was peace agreement, there was again dawah activities.</w:t>
      </w:r>
    </w:p>
    <w:p>
      <w:pPr>
        <w:jc w:val="right"/>
      </w:pPr>
      <w:r>
        <w:t>سو آفٹر دس ایگریمنٹ، دیٹ واز پیس ایگریمنٹ، دیر واز اگین دعویٰ ایکٹیویٹیز۔</w:t>
      </w:r>
    </w:p>
    <w:p>
      <w:r>
        <w:rPr>
          <w:b/>
        </w:rPr>
        <w:t xml:space="preserve">[23:56] </w:t>
      </w:r>
      <w:r>
        <w:t>And history tells us that after two years, just after two years, Muslims, the number of Muslims became 10,000</w:t>
      </w:r>
    </w:p>
    <w:p>
      <w:pPr>
        <w:jc w:val="right"/>
      </w:pPr>
      <w:r>
        <w:t>اینڈ ہسٹری ٹیلز اس دیٹ آفٹر ٹو ایئرز، جسٹ آفٹر ٹو ایئرز، مسلمز، دا نمبر آف مسلمز بیکم 10,000</w:t>
      </w:r>
    </w:p>
    <w:p>
      <w:r>
        <w:rPr>
          <w:b/>
        </w:rPr>
        <w:t xml:space="preserve">[24:14] </w:t>
      </w:r>
      <w:r>
        <w:t>. At the agreement, at the time of Hudaybiyyah agreement, Muslims were less than 1,500, hardly 1,400.</w:t>
      </w:r>
    </w:p>
    <w:p>
      <w:pPr>
        <w:jc w:val="right"/>
      </w:pPr>
      <w:r>
        <w:t>۔ ایٹ دا ایگریمنٹ، ایٹ دا ٹائم آف حدیبیہ ایگریمنٹ، مسلمز ویر لیس دین 1,500، ہارڈلی 1,400۔</w:t>
      </w:r>
    </w:p>
    <w:p>
      <w:r>
        <w:rPr>
          <w:b/>
        </w:rPr>
        <w:t xml:space="preserve">[24:34] </w:t>
      </w:r>
      <w:r>
        <w:t>But after two years, their numbers increased and they became 10,000</w:t>
      </w:r>
    </w:p>
    <w:p>
      <w:pPr>
        <w:jc w:val="right"/>
      </w:pPr>
      <w:r>
        <w:t>بٹ آفٹر ٹو ایئرز، دیر نمبرز انکریزڈ اینڈ دے بیکم 10,000</w:t>
      </w:r>
    </w:p>
    <w:p>
      <w:r>
        <w:rPr>
          <w:b/>
        </w:rPr>
        <w:t xml:space="preserve">[24:43] </w:t>
      </w:r>
      <w:r>
        <w:t>. So now Prophet was in a very advantageous position. So there was some more events, and after these events, Prophet marched from Madinah to Makkah.</w:t>
      </w:r>
    </w:p>
    <w:p>
      <w:pPr>
        <w:jc w:val="right"/>
      </w:pPr>
      <w:r>
        <w:t>۔ سو ناو پرافٹ واز ان ا ویری ایڈوانٹیجس پوزیشن۔ سو دیر واز سم مور ایونٹس، اینڈ آفٹر دیز ایونٹس، پرافٹ مارچڈ فرام مدینہ ٹو مکہ۔</w:t>
      </w:r>
    </w:p>
    <w:p>
      <w:r>
        <w:rPr>
          <w:b/>
        </w:rPr>
        <w:t xml:space="preserve">[25:00] </w:t>
      </w:r>
      <w:r>
        <w:t>During this march, there were 10,000 people with him. And when they reach to Makkah, the leader of Makkah</w:t>
      </w:r>
    </w:p>
    <w:p>
      <w:pPr>
        <w:jc w:val="right"/>
      </w:pPr>
      <w:r>
        <w:t>ڈورنگ دس مارچ، دیر ویر 10,000 پیپل ود ہم۔ اینڈ وین دے ریچ ٹو مکہ، دا لیڈر آف مکہ</w:t>
      </w:r>
    </w:p>
    <w:p>
      <w:r>
        <w:rPr>
          <w:b/>
        </w:rPr>
        <w:t xml:space="preserve">[25:16] </w:t>
      </w:r>
      <w:r>
        <w:t>declared that today we have no, today we cannot go to war against Muhammad because he is so powerful this day that we cannot fight against him.</w:t>
      </w:r>
    </w:p>
    <w:p>
      <w:pPr>
        <w:jc w:val="right"/>
      </w:pPr>
      <w:r>
        <w:t>ڈیکلیئرڈ دیٹ ٹوڈے وی ہیو نو، ٹوڈے وی کناٹ گو ٹو وار اگینسٹ محمد بیکاز ہی از سو پاورفل دس ڈے دیٹ وی کناٹ فائٹ اگینسٹ ہم۔</w:t>
      </w:r>
    </w:p>
    <w:p>
      <w:r>
        <w:rPr>
          <w:b/>
        </w:rPr>
        <w:t xml:space="preserve">[25:38] </w:t>
      </w:r>
      <w:r>
        <w:t>So without any war, without any bloodshed, Makkah was captured.</w:t>
      </w:r>
    </w:p>
    <w:p>
      <w:pPr>
        <w:jc w:val="right"/>
      </w:pPr>
      <w:r>
        <w:t>سو وداؤٹ اینی وار، وداؤٹ اینی بلڈ شیڈ، مکہ واز کیپچرڈ۔</w:t>
      </w:r>
    </w:p>
    <w:p>
      <w:r>
        <w:rPr>
          <w:b/>
        </w:rPr>
        <w:t xml:space="preserve">[25:48] </w:t>
      </w:r>
      <w:r>
        <w:t>And when Makkah was captured, the whole Arabia was captured because Makkah was center of Arabia.</w:t>
      </w:r>
    </w:p>
    <w:p>
      <w:pPr>
        <w:jc w:val="right"/>
      </w:pPr>
      <w:r>
        <w:t>اینڈ وین مکہ واز کیپچرڈ، دا ہول عربیا واز کیپچرڈ بیکاز مکہ واز سینٹر آف عربیا۔</w:t>
      </w:r>
    </w:p>
    <w:p>
      <w:r>
        <w:rPr>
          <w:b/>
        </w:rPr>
        <w:t xml:space="preserve">[25:59] </w:t>
      </w:r>
      <w:r>
        <w:t>So when in Makkah Muslims were victorious, then there was no resistance in Arabia.</w:t>
      </w:r>
    </w:p>
    <w:p>
      <w:pPr>
        <w:jc w:val="right"/>
      </w:pPr>
      <w:r>
        <w:t>سو وین ان مکہ مسلمز ویر وکٹوریس، دین دیر واز نو ریزسٹنس ان عربیا۔</w:t>
      </w:r>
    </w:p>
    <w:p>
      <w:r>
        <w:rPr>
          <w:b/>
        </w:rPr>
        <w:t xml:space="preserve">[26:09] </w:t>
      </w:r>
      <w:r>
        <w:t>No resistance. So after achieving victory in Makkah, Prophet Muhammad was able to establish his state without any further resistance from Mushrik people.</w:t>
      </w:r>
    </w:p>
    <w:p>
      <w:pPr>
        <w:jc w:val="right"/>
      </w:pPr>
      <w:r>
        <w:t>نو ریزسٹنس۔ سو آفٹر اچیونگ وکٹری ان مکہ، پرافٹ محمد واز ایبل ٹو اسٹیبلش ہز سٹیٹ وداؤٹ اینی فردر ریزسٹنس فرام مشرک پیپل۔</w:t>
      </w:r>
    </w:p>
    <w:p>
      <w:r>
        <w:rPr>
          <w:b/>
        </w:rPr>
        <w:t xml:space="preserve">[26:29] </w:t>
      </w:r>
      <w:r>
        <w:t>Then when, after,</w:t>
      </w:r>
    </w:p>
    <w:p>
      <w:pPr>
        <w:jc w:val="right"/>
      </w:pPr>
      <w:r>
        <w:t>دین وین، آفٹر،</w:t>
      </w:r>
    </w:p>
    <w:p>
      <w:r>
        <w:rPr>
          <w:b/>
        </w:rPr>
        <w:t xml:space="preserve">[26:37] </w:t>
      </w:r>
      <w:r>
        <w:t>after, after victory of mecca, he began, he started other negotiations with tribes.</w:t>
      </w:r>
    </w:p>
    <w:p>
      <w:pPr>
        <w:jc w:val="right"/>
      </w:pPr>
      <w:r>
        <w:t>آفٹر، آفٹر وکٹری آف مکہ، ہی بیگن، ہی سٹارٹڈ ادر نیگوشیشنز ود ٹرائبس۔</w:t>
      </w:r>
    </w:p>
    <w:p>
      <w:r>
        <w:rPr>
          <w:b/>
        </w:rPr>
        <w:t xml:space="preserve">[26:46] </w:t>
      </w:r>
      <w:r>
        <w:t>there were several dozens of tribes started in arabia</w:t>
      </w:r>
    </w:p>
    <w:p>
      <w:pPr>
        <w:jc w:val="right"/>
      </w:pPr>
      <w:r>
        <w:t>دیر وار سورل ڈزنز آف ٹرائبس اسٹارٹڈ ان عربیا</w:t>
      </w:r>
    </w:p>
    <w:p>
      <w:r>
        <w:rPr>
          <w:b/>
        </w:rPr>
        <w:t xml:space="preserve">[26:51] </w:t>
      </w:r>
      <w:r>
        <w:t>. so prophet managed negotiations to all these tribes. and he again,</w:t>
      </w:r>
    </w:p>
    <w:p>
      <w:pPr>
        <w:jc w:val="right"/>
      </w:pPr>
      <w:r>
        <w:t>۔ سو پرافٹ مینج نیگوشیشنز ٹو آل دیز ٹرائبس۔ اینڈ ہی اگین،</w:t>
      </w:r>
    </w:p>
    <w:p>
      <w:r>
        <w:rPr>
          <w:b/>
        </w:rPr>
        <w:t xml:space="preserve">[27:06] </w:t>
      </w:r>
      <w:r>
        <w:t>he after negotiations, there was, there were agreements between muhammad sallallahu alaihi wasallam and other tribes.</w:t>
      </w:r>
    </w:p>
    <w:p>
      <w:pPr>
        <w:jc w:val="right"/>
      </w:pPr>
      <w:r>
        <w:t>ہی آفٹر نیگوشیشنز، دیر واز، دیر وار ایگریمنٹس بٹوین محمد صلی اللہ علیہ وسلم اینڈ ادر ٹرائبس۔</w:t>
      </w:r>
    </w:p>
    <w:p>
      <w:r>
        <w:rPr>
          <w:b/>
        </w:rPr>
        <w:t xml:space="preserve">[27:15] </w:t>
      </w:r>
      <w:r>
        <w:t>so the whole arabia came under the agreements</w:t>
      </w:r>
    </w:p>
    <w:p>
      <w:pPr>
        <w:jc w:val="right"/>
      </w:pPr>
      <w:r>
        <w:t>سو دا ہول عربیا کیم انڈر دی ایگریمنٹس</w:t>
      </w:r>
    </w:p>
    <w:p>
      <w:r>
        <w:rPr>
          <w:b/>
        </w:rPr>
        <w:t xml:space="preserve">[27:21] </w:t>
      </w:r>
      <w:r>
        <w:t>. so after mecca, the whole arabia was islamized, and there was no battle, no war, no violence.</w:t>
      </w:r>
    </w:p>
    <w:p>
      <w:pPr>
        <w:jc w:val="right"/>
      </w:pPr>
      <w:r>
        <w:t>۔ سو آفٹر مکہ، دا ہول عربیا واز اسلامائزڈ، اینڈ دیر واز نو بیٹل، نو وار، نو وائلنس۔</w:t>
      </w:r>
    </w:p>
    <w:p>
      <w:r>
        <w:rPr>
          <w:b/>
        </w:rPr>
        <w:t xml:space="preserve">[27:31] </w:t>
      </w:r>
      <w:r>
        <w:t>so it was, in fact, it was a bloodless revolution. bloodless revolution.</w:t>
      </w:r>
    </w:p>
    <w:p>
      <w:pPr>
        <w:jc w:val="right"/>
      </w:pPr>
      <w:r>
        <w:t>سو اٹ واز، ان فیکٹ، اٹ واز ا بلڈ لیس ریولوشن۔ بلڈ لیس ریولوشن۔</w:t>
      </w:r>
    </w:p>
    <w:p>
      <w:r>
        <w:rPr>
          <w:b/>
        </w:rPr>
        <w:t xml:space="preserve">[27:42] </w:t>
      </w:r>
      <w:r>
        <w:t>this, this bloodless revolution was achieved through peaceful da'wah work, through agreement, through unilateral adjustment, and through peaceful method.</w:t>
      </w:r>
    </w:p>
    <w:p>
      <w:pPr>
        <w:jc w:val="right"/>
      </w:pPr>
      <w:r>
        <w:t>دس، دس بلڈ لیس ریولوشن واز اچیوڈ تھرو پیسفل دعویٰ ورک، تھرو ایگریمنٹ، تھرو یونیلٹرل ایڈجسٹمنٹ، اینڈ تھرو پیسفل میتھڈ۔</w:t>
      </w:r>
    </w:p>
    <w:p>
      <w:r>
        <w:rPr>
          <w:b/>
        </w:rPr>
        <w:t xml:space="preserve">[28:01] </w:t>
      </w:r>
      <w:r>
        <w:t>no war, no violence was used except in few occasion like badr or uhud or hunayn.</w:t>
      </w:r>
    </w:p>
    <w:p>
      <w:pPr>
        <w:jc w:val="right"/>
      </w:pPr>
      <w:r>
        <w:t>نو وار، نو وائلنس واز یوزڈ ایکسیپٹ ان فیو اوکیژن لائک بدر اور احد اور حنین۔</w:t>
      </w:r>
    </w:p>
    <w:p>
      <w:r>
        <w:rPr>
          <w:b/>
        </w:rPr>
        <w:t xml:space="preserve">[28:13] </w:t>
      </w:r>
      <w:r>
        <w:t>then, if you read the life of the prophet of islam, you will find that main concern of the prophet was da'wah and not political state.</w:t>
      </w:r>
    </w:p>
    <w:p>
      <w:pPr>
        <w:jc w:val="right"/>
      </w:pPr>
      <w:r>
        <w:t>دین، اف یو ریڈ دی لائف آف دا پرافٹ آف اسلام، یو ویل فائنڈ دیٹ مین کنسرن آف دا پرافٹ واز دعویٰ اینڈ ناٹ پولیٹیکل اسٹیٹ۔</w:t>
      </w:r>
    </w:p>
    <w:p>
      <w:r>
        <w:rPr>
          <w:b/>
        </w:rPr>
        <w:t xml:space="preserve">[28:29] </w:t>
      </w:r>
      <w:r>
        <w:t>no, da'wah means to convey the divine message to all men and women, to all mankind.</w:t>
      </w:r>
    </w:p>
    <w:p>
      <w:pPr>
        <w:jc w:val="right"/>
      </w:pPr>
      <w:r>
        <w:t>نو، دعویٰ مینز ٹو کنوے دا ڈیوائن میسج ٹو آل مین اینڈ وومن، ٹو آل مین کائنڈ۔</w:t>
      </w:r>
    </w:p>
    <w:p>
      <w:r>
        <w:rPr>
          <w:b/>
        </w:rPr>
        <w:t xml:space="preserve">[28:39] </w:t>
      </w:r>
      <w:r>
        <w:t>this was the main concern of the prophet. so he always, he always adopted the policy of tolerance</w:t>
      </w:r>
    </w:p>
    <w:p>
      <w:pPr>
        <w:jc w:val="right"/>
      </w:pPr>
      <w:r>
        <w:t>دس واز دا مین کنسرن آف دا پرافٹ۔ سو ہی الویز، ہی الویز اڈاپٹڈ دا پالیسی آف ٹولرنس</w:t>
      </w:r>
    </w:p>
    <w:p>
      <w:r>
        <w:rPr>
          <w:b/>
        </w:rPr>
        <w:t xml:space="preserve">[28:54] </w:t>
      </w:r>
      <w:r>
        <w:t>. for example, when the prophet was in mecca, this verse was revealed in the quran: "lakum deenukum waliya deen".</w:t>
      </w:r>
    </w:p>
    <w:p>
      <w:pPr>
        <w:jc w:val="right"/>
      </w:pPr>
      <w:r>
        <w:t>۔ فار ایگزامپل، وین دا پرافٹ واز ان مکہ، دس ورس واز ریویلڈ ان دا قرآن: "لکم دینکم ولای الدین"۔</w:t>
      </w:r>
    </w:p>
    <w:p>
      <w:r>
        <w:rPr>
          <w:b/>
        </w:rPr>
        <w:t xml:space="preserve">[29:07] </w:t>
      </w:r>
      <w:r>
        <w:t>for you your religion, for me mine. so this was a two point formula that is follow one and respect all.</w:t>
      </w:r>
    </w:p>
    <w:p>
      <w:pPr>
        <w:jc w:val="right"/>
      </w:pPr>
      <w:r>
        <w:t>فار یو یور ریلیجن، فار می مائن۔ سو دس واز ا ٹو پوائنٹ فارمولا دیٹ از فالو ون اینڈ ریسپیکٹ آل۔</w:t>
      </w:r>
    </w:p>
    <w:p>
      <w:r>
        <w:rPr>
          <w:b/>
        </w:rPr>
        <w:t xml:space="preserve">[29:18] </w:t>
      </w:r>
      <w:r>
        <w:t>so when prophet was in mecca, he adopted this formula.</w:t>
      </w:r>
    </w:p>
    <w:p>
      <w:pPr>
        <w:jc w:val="right"/>
      </w:pPr>
      <w:r>
        <w:t>سو وین پرافٹ واز ان مکہ، ہی اڈاپٹڈ دس فارمولا۔</w:t>
      </w:r>
    </w:p>
    <w:p>
      <w:r>
        <w:rPr>
          <w:b/>
        </w:rPr>
        <w:t xml:space="preserve">[29:24] </w:t>
      </w:r>
      <w:r>
        <w:t>in mecca, there were muslims, there were mushriks, and at same time, there were some christians. so in modern term, it was a multi religious society.</w:t>
      </w:r>
    </w:p>
    <w:p>
      <w:pPr>
        <w:jc w:val="right"/>
      </w:pPr>
      <w:r>
        <w:t>ان مکہ، دیر وار مسلمز، دیر وار مشرکس، اینڈ ایٹ سیم ٹائم، دیر وار سم کرسچنز۔ سو ان ماڈرن ٹرم، اٹ واز ا ملٹی ریلیجس سوسائٹی۔</w:t>
      </w:r>
    </w:p>
    <w:p>
      <w:r>
        <w:rPr>
          <w:b/>
        </w:rPr>
        <w:t xml:space="preserve">[29:37] </w:t>
      </w:r>
      <w:r>
        <w:t>although mushrik were in majority, and then muslims were in minority, and christians were also in minority.</w:t>
      </w:r>
    </w:p>
    <w:p>
      <w:pPr>
        <w:jc w:val="right"/>
      </w:pPr>
      <w:r>
        <w:t>الدو مشرک ویر ان میجورٹی، اینڈ دین مسلمز ویر ان مائنورٹی، اینڈ کرسچنز ویر السو ان مائنورٹی۔</w:t>
      </w:r>
    </w:p>
    <w:p>
      <w:r>
        <w:rPr>
          <w:b/>
        </w:rPr>
        <w:t xml:space="preserve">[29:50] </w:t>
      </w:r>
      <w:r>
        <w:t>but you can see that it was a multi religious society. so at that time, prophet adopted this formula: "lakum deenukum waliya deen".</w:t>
      </w:r>
    </w:p>
    <w:p>
      <w:pPr>
        <w:jc w:val="right"/>
      </w:pPr>
      <w:r>
        <w:t>بٹ یو کین سی دیٹ اٹ واز ا ملٹی ریلیجس سوسائٹی۔ سو ایٹ دیٹ ٹائم، پرافٹ اڈاپٹڈ دس فارمولا: "لکم دینکم ولای الدین"۔</w:t>
      </w:r>
    </w:p>
    <w:p>
      <w:r>
        <w:rPr>
          <w:b/>
        </w:rPr>
        <w:t xml:space="preserve">[30:01] </w:t>
      </w:r>
      <w:r>
        <w:t>for you your religion, for me mine. that is follow one and respect all. then when prophet was able to establish a state in medina,</w:t>
      </w:r>
    </w:p>
    <w:p>
      <w:pPr>
        <w:jc w:val="right"/>
      </w:pPr>
      <w:r>
        <w:t>فار یو یور ریلیجن، فار می مائن۔ دیٹ از فالو ون اینڈ ریسپیکٹ آل۔ دین وین پرافٹ واز ایبل ٹو اسٹیبلش ا سٹیٹ ان مدینہ،</w:t>
      </w:r>
    </w:p>
    <w:p>
      <w:r>
        <w:rPr>
          <w:b/>
        </w:rPr>
        <w:t xml:space="preserve">[30:16] </w:t>
      </w:r>
      <w:r>
        <w:t>he again adopted this formula.</w:t>
      </w:r>
    </w:p>
    <w:p>
      <w:pPr>
        <w:jc w:val="right"/>
      </w:pPr>
      <w:r>
        <w:t>ہی اگین اڈاپٹڈ دس فارمولا۔</w:t>
      </w:r>
    </w:p>
    <w:p>
      <w:r>
        <w:rPr>
          <w:b/>
        </w:rPr>
        <w:t xml:space="preserve">[30:20] </w:t>
      </w:r>
      <w:r>
        <w:t>you know, at that time, medina was also a multi religious society. in medina, at that time, there were muslims, there were mushriks, and there were jews.</w:t>
      </w:r>
    </w:p>
    <w:p>
      <w:pPr>
        <w:jc w:val="right"/>
      </w:pPr>
      <w:r>
        <w:t>یو نو، ایٹ دیٹ ٹائم، مدینہ واز السو ا ملٹی ریلیجس سوسائٹی۔ ان مدینہ، ایٹ دیٹ ٹائم، دیر وار مسلمز، دیر وار مشرکس، اینڈ دیر وار جیوز۔</w:t>
      </w:r>
    </w:p>
    <w:p>
      <w:r>
        <w:rPr>
          <w:b/>
        </w:rPr>
        <w:t xml:space="preserve">[30:37] </w:t>
      </w:r>
      <w:r>
        <w:t>perhaps there was no christian, but muslim were mushriks and jews were in medina at that time.</w:t>
      </w:r>
    </w:p>
    <w:p>
      <w:pPr>
        <w:jc w:val="right"/>
      </w:pPr>
      <w:r>
        <w:t>پرہیپس دیر واز نو کرسچن، بٹ مسلم ویر مشرکس اینڈ جیوز ویر ان مدینہ ایٹ دیٹ ٹائم۔</w:t>
      </w:r>
    </w:p>
    <w:p>
      <w:r>
        <w:rPr>
          <w:b/>
        </w:rPr>
        <w:t xml:space="preserve">[30:47] </w:t>
      </w:r>
      <w:r>
        <w:t>so it was again a multi religious society.</w:t>
      </w:r>
    </w:p>
    <w:p>
      <w:pPr>
        <w:jc w:val="right"/>
      </w:pPr>
      <w:r>
        <w:t>سو اٹ واز اگین ا ملٹی ریلیجس سوسائٹی۔</w:t>
      </w:r>
    </w:p>
    <w:p>
      <w:r>
        <w:rPr>
          <w:b/>
        </w:rPr>
        <w:t xml:space="preserve">[30:51] </w:t>
      </w:r>
      <w:r>
        <w:t>at that time, prophet issued a declaration. this declaration is called sahihfat al madinah in the book of history.</w:t>
      </w:r>
    </w:p>
    <w:p>
      <w:pPr>
        <w:jc w:val="right"/>
      </w:pPr>
      <w:r>
        <w:t>ایٹ دیٹ ٹائم، پرافٹ ایشوڈ ا ڈیکلریشن۔ دس ڈیکلریشن از کالڈ صحیفۃ المدینہ ان دا بک آف ہسٹری۔</w:t>
      </w:r>
    </w:p>
    <w:p>
      <w:r>
        <w:rPr>
          <w:b/>
        </w:rPr>
        <w:t xml:space="preserve">[31:03] </w:t>
      </w:r>
      <w:r>
        <w:t>sahihfat al madinah means medina declaration. in this declaration, prophet again included this provision: "lil yahud deenohum wal muslimin deenohum".</w:t>
      </w:r>
    </w:p>
    <w:p>
      <w:pPr>
        <w:jc w:val="right"/>
      </w:pPr>
      <w:r>
        <w:t>صحیفۃ المدینہ مینز مدینہ ڈیکلریشن۔ ان دس ڈیکلریشن، پرافٹ اگین انکلوڈڈ دس پروویژن: "للیہود دینہم والمسلمین دینہم"۔</w:t>
      </w:r>
    </w:p>
    <w:p>
      <w:r>
        <w:rPr>
          <w:b/>
        </w:rPr>
        <w:t xml:space="preserve">[31:24] </w:t>
      </w:r>
      <w:r>
        <w:t>for Jews their religion, for Muslims their religion. So again, the same formula was adopted by the prophet of Islam.</w:t>
      </w:r>
    </w:p>
    <w:p>
      <w:pPr>
        <w:jc w:val="right"/>
      </w:pPr>
      <w:r>
        <w:t>فار جیوز دیر ریلیجن، فار مسلمز دیر ریلیجن۔ سو اگین، دا سیم فارمولا واز اڈاپٹڈ بائی دا پرافٹ آف اسلام۔</w:t>
      </w:r>
    </w:p>
    <w:p>
      <w:r>
        <w:rPr>
          <w:b/>
        </w:rPr>
        <w:t xml:space="preserve">[31:35] </w:t>
      </w:r>
      <w:r>
        <w:t>dat is follow one and respect all. so this waz policy of tolerance, policy of adjustment, policy of peaceful relationship.</w:t>
      </w:r>
    </w:p>
    <w:p>
      <w:pPr>
        <w:jc w:val="right"/>
      </w:pPr>
      <w:r>
        <w:t>دیٹ از فالو ون اینڈ ریسپیکٹ آل۔ سو دس واز پالیسی آف ٹولرنس، پالیسی آف ایڈجسٹمنٹ، پالیسی آف پیسفل ریلیشن شپ۔</w:t>
      </w:r>
    </w:p>
    <w:p>
      <w:r>
        <w:rPr>
          <w:b/>
        </w:rPr>
        <w:t xml:space="preserve">[31:47] </w:t>
      </w:r>
      <w:r>
        <w:t>so prophet never adopted violent method. he always adopted peaceful method.</w:t>
      </w:r>
    </w:p>
    <w:p>
      <w:pPr>
        <w:jc w:val="right"/>
      </w:pPr>
      <w:r>
        <w:t>سو پرافٹ نیور اڈاپٹڈ وائلنٹ میتھڈ۔ ہی الویز اڈاپٹڈ پیسفل میتھڈ۔</w:t>
      </w:r>
    </w:p>
    <w:p>
      <w:r>
        <w:rPr>
          <w:b/>
        </w:rPr>
        <w:t xml:space="preserve">[31:53] </w:t>
      </w:r>
      <w:r>
        <w:t>his method waz based on peace, tolerance, adjustment, and mutual respect.</w:t>
      </w:r>
    </w:p>
    <w:p>
      <w:pPr>
        <w:jc w:val="right"/>
      </w:pPr>
      <w:r>
        <w:t>ہز میتھڈ واز بیسڈ ان پیس، ٹولرنس، ایڈجسٹمنٹ، اینڈ میوچول ریسپیکٹ۔</w:t>
      </w:r>
    </w:p>
    <w:p>
      <w:r>
        <w:rPr>
          <w:b/>
        </w:rPr>
        <w:t xml:space="preserve">[32:04] </w:t>
      </w:r>
      <w:r>
        <w:t>so Islam, this is the method of Islam. this is the method of Islam</w:t>
      </w:r>
    </w:p>
    <w:p>
      <w:pPr>
        <w:jc w:val="right"/>
      </w:pPr>
      <w:r>
        <w:t>سو اسلام، دس از دا میتھڈ آف اسلام۔ دس از دا میتھڈ آف اسلام</w:t>
      </w:r>
    </w:p>
    <w:p>
      <w:r>
        <w:rPr>
          <w:b/>
        </w:rPr>
        <w:t xml:space="preserve">[32:13] </w:t>
      </w:r>
      <w:r>
        <w:t>. Islam believes in peace, and peaceful method is the only method according to Islamic teachings.</w:t>
      </w:r>
    </w:p>
    <w:p>
      <w:pPr>
        <w:jc w:val="right"/>
      </w:pPr>
      <w:r>
        <w:t>۔ اسلام بیلیوز ان پیس، اینڈ پیسفل میتھڈ از دا اونلی میتھڈ اکارڈنگ ٹو اسلامک ٹیچنگز۔</w:t>
      </w:r>
    </w:p>
    <w:p>
      <w:r>
        <w:rPr>
          <w:b/>
        </w:rPr>
        <w:t xml:space="preserve">[32:24] </w:t>
      </w:r>
      <w:r>
        <w:t>and it was this method by which he achieved all the success. There is a hadith the prophet of Islam has said: "in Allah</w:t>
      </w:r>
    </w:p>
    <w:p>
      <w:pPr>
        <w:jc w:val="right"/>
      </w:pPr>
      <w:r>
        <w:t>اینڈ اٹ واز دس میتھڈ بائی وچ ہی اچیوڈ آل دو سکسیس۔ دیر از ا حدیث دا پرافٹ آف اسلام ہیز سیڈ: "ان اللہ</w:t>
      </w:r>
    </w:p>
    <w:p>
      <w:r>
        <w:rPr>
          <w:b/>
        </w:rPr>
        <w:t xml:space="preserve">[32:45] </w:t>
      </w:r>
      <w:r>
        <w:t>"God grants to peace what He does not grant to violence." It means that peaceful method is far more effective than the violent method.</w:t>
      </w:r>
    </w:p>
    <w:p>
      <w:pPr>
        <w:jc w:val="right"/>
      </w:pPr>
      <w:r>
        <w:t>گاڈ گرانٹس ٹو پیس، واٹ ہی ڈز ناٹ گرانٹ ٹو وائلنس"۔ اٹ مینز دیٹ پیسفل میتھڈ از فار مور ایفیکٹیو دین دی وائلنٹ میتھڈ۔</w:t>
      </w:r>
    </w:p>
    <w:p>
      <w:r>
        <w:rPr>
          <w:b/>
        </w:rPr>
        <w:t xml:space="preserve">[33:04] </w:t>
      </w:r>
      <w:r>
        <w:t>and the whole life of the prophet of Islam is a testimony</w:t>
      </w:r>
    </w:p>
    <w:p>
      <w:pPr>
        <w:jc w:val="right"/>
      </w:pPr>
      <w:r>
        <w:t>اینڈ دا ہول لائف آف دا پرافٹ آف اسلام از ا ٹیسٹی مونی</w:t>
      </w:r>
    </w:p>
    <w:p>
      <w:r>
        <w:rPr>
          <w:b/>
        </w:rPr>
        <w:t xml:space="preserve">[33:13] </w:t>
      </w:r>
      <w:r>
        <w:t>towards this formula.</w:t>
      </w:r>
    </w:p>
    <w:p>
      <w:pPr>
        <w:jc w:val="right"/>
      </w:pPr>
      <w:r>
        <w:t>ٹورڈز دس فارمولا۔</w:t>
      </w:r>
    </w:p>
    <w:p>
      <w:r>
        <w:rPr>
          <w:b/>
        </w:rPr>
        <w:t xml:space="preserve">[33:16] </w:t>
      </w:r>
      <w:r>
        <w:t>so Islam is a mission of dawah, and Islamic method is peaceful method. Islam, in Islam, there is no war but defensive war.</w:t>
      </w:r>
    </w:p>
    <w:p>
      <w:pPr>
        <w:jc w:val="right"/>
      </w:pPr>
      <w:r>
        <w:t>سو اسلام از ا مشن آف دعویٰ، اینڈ اسلامک میتھڈ از پیسفل میتھڈ۔ اسلام، ان اسلام، دیر از نو وار بٹ ڈیفنسو وار۔</w:t>
      </w:r>
    </w:p>
    <w:p>
      <w:r>
        <w:rPr>
          <w:b/>
        </w:rPr>
        <w:t xml:space="preserve">[33:31] </w:t>
      </w:r>
      <w:r>
        <w:t>Islam is a religion of peace in complete sense of the world.</w:t>
      </w:r>
    </w:p>
    <w:p>
      <w:pPr>
        <w:jc w:val="right"/>
      </w:pPr>
      <w:r>
        <w:t>اسلام از ا ریلیجن آف پیس ان کمپلیٹ سینس آف دا ورلڈ۔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