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Mohammad Asad Pervez March 27, 2022</w:t>
      </w:r>
    </w:p>
    <w:p>
      <w:r>
        <w:t>https://www.youtube.com/watch?v=usQU5XmtkX0</w:t>
      </w:r>
    </w:p>
    <w:p>
      <w:r>
        <w:rPr>
          <w:b/>
        </w:rPr>
        <w:t xml:space="preserve">[00:06] </w:t>
      </w:r>
      <w:r>
        <w:t>assalamualikum. today we have in the CPS center our brother from the CPS USA team, Mr. Mohammad Asad Pervez. to me, Asad is like a younger brother and inspiration to the youths of today. he is very aspirational when it comes to God's work and is presently involved with many initiatives of the CPS USA team. so let's have conversation with Asad. assalamualikum Asad.</w:t>
      </w:r>
    </w:p>
    <w:p>
      <w:pPr>
        <w:jc w:val="right"/>
      </w:pPr>
      <w:r>
        <w:t>अस्सलामालिकों. Today we have in the CPS center our brother from the CPS USA team, Mr. मोहम्मद आसद परवेज़. To me, आसद is like a younger brother and inspiration to the youths of today. He is very aspirational when it comes to God's work and is presently involved with many initiatives of the CPS USA team. So let's have conversation with आसद. असालामालिकुम आसद.</w:t>
      </w:r>
    </w:p>
    <w:p>
      <w:r>
        <w:rPr>
          <w:b/>
        </w:rPr>
        <w:t xml:space="preserve">[00:36] </w:t>
      </w:r>
      <w:r>
        <w:t>how are you? gulgaam assalam. Asad, many of the viewers would want to know about your background, about your education. so please tell us something about yourself. so I'm originally from Bihar. I was born in Jamshedpur back when Bihar and Jharkhand was the same state. when I was three years old, my father got a job in UAE and we lived in Sharjah. so I so from kindergarten to twelfth grade, I was I grew up in the Middle East.</w:t>
      </w:r>
    </w:p>
    <w:p>
      <w:pPr>
        <w:jc w:val="right"/>
      </w:pPr>
      <w:r>
        <w:t>How are you? गुलगम असालाम. आसद, many of the viewers would want to know about your background, about your education. So please tell us something about yourself. So I'm originally from बिहार. I was born in जमशेदपुर back when बिहार and झारखंड was the same state. When I was three years old, my father got a job in UAE and we lived in Sharjah. So I so from kindergarten to twelfth grade, I was I grew up in The Middle East.</w:t>
      </w:r>
    </w:p>
    <w:p>
      <w:r>
        <w:rPr>
          <w:b/>
        </w:rPr>
        <w:t xml:space="preserve">[01:06] </w:t>
      </w:r>
      <w:r>
        <w:t>I grew up in Sharjah. my dad worked in Dubai or Abu Dhabi. and then after school, I came back to India. I studied Electrical and Electronics Engineering from Delhi Technology University. and then after that, I worked in India for a few years, and then I moved to the U. S. to do my master's. I studied International Business and data science, and I've been in the U. S. since. right.</w:t>
      </w:r>
    </w:p>
    <w:p>
      <w:pPr>
        <w:jc w:val="right"/>
      </w:pPr>
      <w:r>
        <w:t>I grew up in Sharjah. My dad worked in Dubai or Abu Dhabi. And then after school, I came back to India. I studied Electrical and Electronics Engineering from Delhi Technology University. And then after that, I worked in India for a few years, and then I moved to The U. S. To do my master's. I studied International Business and data science, and I've been in The U. S. Since. Right.</w:t>
      </w:r>
    </w:p>
    <w:p>
      <w:r>
        <w:rPr>
          <w:b/>
        </w:rPr>
        <w:t xml:space="preserve">[01:36] </w:t>
      </w:r>
      <w:r>
        <w:t>thank you, Assad, for briefly talking about yourself. you know, before I ask you the next question, I want to share a tradition which is attributed to Hazrat Ibn Abbas.</w:t>
      </w:r>
    </w:p>
    <w:p>
      <w:pPr>
        <w:jc w:val="right"/>
      </w:pPr>
      <w:r>
        <w:t>Thank you, Assad, for briefly talking about yourself. You know, before I ask you the next question, I want to share a tradition which is attributed to हज़रत Ibn Abbas.</w:t>
      </w:r>
    </w:p>
    <w:p>
      <w:r>
        <w:rPr>
          <w:b/>
        </w:rPr>
        <w:t xml:space="preserve">[01:49] </w:t>
      </w:r>
      <w:r>
        <w:t>so, you know, the tradition about Hazrat Ibn Abbas and as we know that Hazrat Ibn Abbas was one of the greatest mufassir of the Quran and he is also the cousin of the prophet Muhammad and, you know, Hazrat Umar bin Khattab, whenever he would face a difficult proposition, he would seek Hazrat Ibn Abbas help.</w:t>
      </w:r>
    </w:p>
    <w:p>
      <w:pPr>
        <w:jc w:val="right"/>
      </w:pPr>
      <w:r>
        <w:t>So, you know, the tradition about हज़रत in Ibn Abbas and as we know that हज़रत Ibn Abbas was one of the greatest मुफ़ासिर of the Quran and he is also the cousin of the prophet मुहम्मद and, you know, हज़रत उमर बिन खताब, whenever he would face a difficult proposition, he would seek हज़रत Ibn अब्बास help.</w:t>
      </w:r>
    </w:p>
    <w:p>
      <w:r>
        <w:rPr>
          <w:b/>
        </w:rPr>
        <w:t xml:space="preserve">[02:12] </w:t>
      </w:r>
      <w:r>
        <w:t>so once, you know, a companion asked Hazrat Ibn Abbas about jihad and to that Hazrat Ibn Abbas said that should I not tell you something which is superior to jihad? and then he said building of a mosque, learning of the sunnah and reading of the Quran.</w:t>
      </w:r>
    </w:p>
    <w:p>
      <w:pPr>
        <w:jc w:val="right"/>
      </w:pPr>
      <w:r>
        <w:t>So once, you know, a companion asked हज़रत Ibn Abbas about जिहाद and to that हज़रत Ibn Abbas said that should I not tell you something which is superior to जिहाद? And then he said building of a mosque, learning of the sunnah and reading of the Quran.</w:t>
      </w:r>
    </w:p>
    <w:p>
      <w:r>
        <w:rPr>
          <w:b/>
        </w:rPr>
        <w:t xml:space="preserve">[02:34] </w:t>
      </w:r>
      <w:r>
        <w:t>and as we know Maulana Wahiduddin Khan sahib emphasized and gave the call of reading and distribution of the Quran. and you yourself, you know, are involved in distribution of the Quran. you know, you distribute Quran to your co workers, to your families, friends and wherever you get an opportunity to give the Quran. so how what motivated you to begin the distribution of the Quran?</w:t>
      </w:r>
    </w:p>
    <w:p>
      <w:pPr>
        <w:jc w:val="right"/>
      </w:pPr>
      <w:r>
        <w:t>And as we know मुलाना वैदुद्दीन खान साहब emphasized and gave the call of reading and distribution of the Quran. And you yourself, you know, are involved in distribution of the Quran. You know, you distribute Quran to your co workers, to your families, friends and wherever you get an opportunity to give the Quran. So how what motivated you to begin the distribution of the Quran?</w:t>
      </w:r>
    </w:p>
    <w:p>
      <w:r>
        <w:rPr>
          <w:b/>
        </w:rPr>
        <w:t xml:space="preserve">[03:02] </w:t>
      </w:r>
      <w:r>
        <w:t>that's actually a very big question. and so I'll try and be as brief as I can. but I remember when I was in my college days, suddenly occurred to me that the Quran isn't actually a very big book. you see, growing up, I had always been in a habit of reading. some of my favorite authors were, in fiction, were Roald Dahl and J. K. Rowling. and by the third grade, I had finished the entire Roald Dahl collection.</w:t>
      </w:r>
    </w:p>
    <w:p>
      <w:pPr>
        <w:jc w:val="right"/>
      </w:pPr>
      <w:r>
        <w:t>That's actually a very big question. And so I'll try and be as brief as I can. But I remember when I was in my college days, suddenly occurred to me that the Quran isn't actually a very big book. You see, growing up, I had always been in a habit of reading. Some of my favorite authors were, in fiction, were Royal Dahl and J. K. Rowling. And by the third grade, I had finished the entire Royal Dahl collection.</w:t>
      </w:r>
    </w:p>
    <w:p>
      <w:r>
        <w:rPr>
          <w:b/>
        </w:rPr>
        <w:t xml:space="preserve">[03:31] </w:t>
      </w:r>
      <w:r>
        <w:t>and I was a big fan of the Harry Potter series. so is when it occurred to me that just the Half Blood Prince, the sixth book in the series has about 160, 168,000 words. it's the same number of words as the Quran translation that's behind us by Maulana Wahiduddin Khan.</w:t>
      </w:r>
    </w:p>
    <w:p>
      <w:pPr>
        <w:jc w:val="right"/>
      </w:pPr>
      <w:r>
        <w:t>And I was a big fan of the Harry Potter series. So is when it occurred to me that just the Half Blood Prince, the sixth book in the series has about 160, 168,000 words. It's the same number of words as the Quran translation that's behind us by Mulan wa Hiddu din khan.</w:t>
      </w:r>
    </w:p>
    <w:p>
      <w:r>
        <w:rPr>
          <w:b/>
        </w:rPr>
        <w:t xml:space="preserve">[03:54] </w:t>
      </w:r>
      <w:r>
        <w:t>so I thought that if I can read so many books in a language I understand and I can, you know, and I can relate to it. what's stopping me from reading the Quran?</w:t>
      </w:r>
    </w:p>
    <w:p>
      <w:pPr>
        <w:jc w:val="right"/>
      </w:pPr>
      <w:r>
        <w:t>So I thought that if I can read so many books in a language I understand and I can, you know, and I can relate to it. What's stopping me from reading the Quran?</w:t>
      </w:r>
    </w:p>
    <w:p>
      <w:r>
        <w:rPr>
          <w:b/>
        </w:rPr>
        <w:t xml:space="preserve">[04:08] </w:t>
      </w:r>
      <w:r>
        <w:t>the reason was that I grew up in a a a Muslim, in a middle class Muslim household and how it works in our cultures and in our families is that there is no concept of reading the Quran translation cover to cover. so you would read the Quran in Arabic and if you want to read a translation, would read a verse in Arabic and then you would read a parallel verse in English.</w:t>
      </w:r>
    </w:p>
    <w:p>
      <w:pPr>
        <w:jc w:val="right"/>
      </w:pPr>
      <w:r>
        <w:t>The reason was that I grew up in a a a Muslim, in a middle class Muslim household and how it works in our cultures and in our families is that there is no concept of reading the Quran translation cover to cover. So you would read the Quran in Arabic and if you want to read a translation, would read a verse in Arabic and then you would read a parallel verse in English.</w:t>
      </w:r>
    </w:p>
    <w:p>
      <w:r>
        <w:rPr>
          <w:b/>
        </w:rPr>
        <w:t xml:space="preserve">[04:34] </w:t>
      </w:r>
      <w:r>
        <w:t>and this whole approach misses the point because you need to read the Quran in a language you understand to actually make sense of what's being said. mostly you never finish it.</w:t>
      </w:r>
    </w:p>
    <w:p>
      <w:pPr>
        <w:jc w:val="right"/>
      </w:pPr>
      <w:r>
        <w:t>And this whole approach misses the point because you need to read the Quran in a language you understand to actually make sense of what's being said. Mostly you never finish it.</w:t>
      </w:r>
    </w:p>
    <w:p>
      <w:r>
        <w:rPr>
          <w:b/>
        </w:rPr>
        <w:t xml:space="preserve">[04:51] </w:t>
      </w:r>
      <w:r>
        <w:t>so when I had this realization in my college days, I asked my father well before I asked him, I looked, I tried to look for translations and I looked at Pickthall, Muhammad Assad, Abdullah Yusuf Ali's translations.</w:t>
      </w:r>
    </w:p>
    <w:p>
      <w:pPr>
        <w:jc w:val="right"/>
      </w:pPr>
      <w:r>
        <w:t>So when I had this realization in my college days, I asked my father well before I asked him, I looked, I tried to look for translations and I looked at Pixar, Mohammad Assad, Abdullah Youssef, Ali's translations.</w:t>
      </w:r>
    </w:p>
    <w:p>
      <w:r>
        <w:rPr>
          <w:b/>
        </w:rPr>
        <w:t xml:space="preserve">[05:10] </w:t>
      </w:r>
      <w:r>
        <w:t>Now the issue with these translations were that even though they were brilliantly written and those translators did some really good work, but they weren't clear enough because you got to understand that my generation is coming from a background of reading the Harry Potter books or the Royal Dahl books or, you know, everything written in contemporary English. We are growing up watching American television. Right.</w:t>
      </w:r>
    </w:p>
    <w:p>
      <w:pPr>
        <w:jc w:val="right"/>
      </w:pPr>
      <w:r>
        <w:t>Now the issue with these translations were that even though they were brilliantly written and those translators did some really good work, but they weren't clear enough because you got to understand that my generation is coming from a background of reading the Harry Potter books or the Royal Dahl books or, you know, everything written in contemporary English. We are growing up watching American television. Right.</w:t>
      </w:r>
    </w:p>
    <w:p>
      <w:r>
        <w:rPr>
          <w:b/>
        </w:rPr>
        <w:t xml:space="preserve">[05:39] </w:t>
      </w:r>
      <w:r>
        <w:t>So we need so if we were to if we are to understand the Quran, need it to be in a language which we can understand and not just English. That doesn't suffice. We actually need to put it in a way where people can, you know, make sense of it. Right. So, which is a very hard thing to do with some of the earlier translations because they are decades old, centuries at this point.</w:t>
      </w:r>
    </w:p>
    <w:p>
      <w:pPr>
        <w:jc w:val="right"/>
      </w:pPr>
      <w:r>
        <w:t>So we need so if we were to if we are to understand the Quran, need it to be in a language which we can understand and not just English. That doesn't suffice. We actually need to put it in a way where people can, you know, make sense of it. Right. So, which is a very hard thing to do with some of the earlier translations because they are decades old, centuries at this point.</w:t>
      </w:r>
    </w:p>
    <w:p>
      <w:r>
        <w:rPr>
          <w:b/>
        </w:rPr>
        <w:t xml:space="preserve">[06:06] </w:t>
      </w:r>
      <w:r>
        <w:t>So I asked my father if there was a good translation he knew and he found a PDF of Mulana Huydudin Khan's translation. At that point, at that time I didn't know who Mulana Sahib was Right. And, but I remembered that it was Ramadan when I started and my approach was the exact same traditional approach that I thought I would read apara or a juz every night. Right. And I'll finish like the Quran in English in thirty days.</w:t>
      </w:r>
    </w:p>
    <w:p>
      <w:pPr>
        <w:jc w:val="right"/>
      </w:pPr>
      <w:r>
        <w:t>So I asked my father if there was a good translation he knew and he found a PDF of Mulana Huydudin Khan's translation. At that point, at that time I didn't know who Mulana Sahib was Right. And, but I remembered that it was Ramadan when I started and my approach was the exact same traditional approach that I thought I would read अपारा or a jujz every night. Right. And I'll finish like the Quran in English in thirty days.</w:t>
      </w:r>
    </w:p>
    <w:p>
      <w:r>
        <w:rPr>
          <w:b/>
        </w:rPr>
        <w:t xml:space="preserve">[06:36] </w:t>
      </w:r>
      <w:r>
        <w:t>But the first day when I start with that translation, I finished almost half of it in the same night. Right. Because because it was the book was so appealing and the book certainly made sense to me when I was reading it in contemporary English. So and and as you would have experienced and many people experience when you read the Quran, the Quran speaks to you.</w:t>
      </w:r>
    </w:p>
    <w:p>
      <w:pPr>
        <w:jc w:val="right"/>
      </w:pPr>
      <w:r>
        <w:t>But the first day when I start with that translation, I finished almost half of it in the same night. Right. Because because it was the book was so appealing and the book certainly made sense to me when I was reading it in contemporary English. So and and as you would have experienced and many people experience when you read the Quran, the Quran speaks to you.</w:t>
      </w:r>
    </w:p>
    <w:p>
      <w:r>
        <w:rPr>
          <w:b/>
        </w:rPr>
        <w:t xml:space="preserve">[07:02] </w:t>
      </w:r>
      <w:r>
        <w:t>The impact that book can have on someone when they read it in their language, it's phenomenal.</w:t>
      </w:r>
    </w:p>
    <w:p>
      <w:pPr>
        <w:jc w:val="right"/>
      </w:pPr>
      <w:r>
        <w:t>The impact that book can have on someone when they read it in their language, it's phenomenal.</w:t>
      </w:r>
    </w:p>
    <w:p>
      <w:r>
        <w:rPr>
          <w:b/>
        </w:rPr>
        <w:t xml:space="preserve">[07:10] </w:t>
      </w:r>
      <w:r>
        <w:t>I remember this one specific verse in Surat Al Youssef When it comes towards the end when bin Yameen</w:t>
      </w:r>
    </w:p>
    <w:p>
      <w:pPr>
        <w:jc w:val="right"/>
      </w:pPr>
      <w:r>
        <w:t>I remember this one specific verse in Surat Al Youssef When it comes towards the end when बिनयामीन</w:t>
      </w:r>
    </w:p>
    <w:p>
      <w:r>
        <w:rPr>
          <w:b/>
        </w:rPr>
        <w:t xml:space="preserve">[07:18] </w:t>
      </w:r>
      <w:r>
        <w:t>or Benyamin doesn't return with his brothers and Yaqoob al Islam Jacam, starts crying and he accuses his</w:t>
      </w:r>
    </w:p>
    <w:p>
      <w:pPr>
        <w:jc w:val="right"/>
      </w:pPr>
      <w:r>
        <w:t>or बेंजमेंन doesn't return with his brothers and यकुब अल इस्लाम जैकम, starts crying and he accuses his</w:t>
      </w:r>
    </w:p>
    <w:p>
      <w:r>
        <w:rPr>
          <w:b/>
        </w:rPr>
        <w:t xml:space="preserve">[07:27] </w:t>
      </w:r>
      <w:r>
        <w:t>son that you must have done something and then he remembers the Yosef, Joseph saying that because something</w:t>
      </w:r>
    </w:p>
    <w:p>
      <w:pPr>
        <w:jc w:val="right"/>
      </w:pPr>
      <w:r>
        <w:t>son that you must have done something and then he remembers the Yosef, Joseph saying that because something</w:t>
      </w:r>
    </w:p>
    <w:p>
      <w:r>
        <w:rPr>
          <w:b/>
        </w:rPr>
        <w:t xml:space="preserve">[07:35] </w:t>
      </w:r>
      <w:r>
        <w:t>similar had happened to Joseph early on.</w:t>
      </w:r>
    </w:p>
    <w:p>
      <w:pPr>
        <w:jc w:val="right"/>
      </w:pPr>
      <w:r>
        <w:t>similar had happened to Joseph early on.</w:t>
      </w:r>
    </w:p>
    <w:p>
      <w:r>
        <w:rPr>
          <w:b/>
        </w:rPr>
        <w:t xml:space="preserve">[07:44] </w:t>
      </w:r>
      <w:r>
        <w:t>So, so his sons tell him that father will you cry till you die in this state? And Yaqub made, gave this response that I only complain of my anguish and sorrow to God. Yeah.</w:t>
      </w:r>
    </w:p>
    <w:p>
      <w:pPr>
        <w:jc w:val="right"/>
      </w:pPr>
      <w:r>
        <w:t>So, so his sons tell him that father will you cry till you die in this state? And याकुब made, gave this response that I only complain of my anguish and sorrow to god. Yeah.</w:t>
      </w:r>
    </w:p>
    <w:p>
      <w:r>
        <w:rPr>
          <w:b/>
        </w:rPr>
        <w:t xml:space="preserve">[08:02] </w:t>
      </w:r>
      <w:r>
        <w:t>And that that was hit me personally because my mother's biggest complaint ever since I was young is that I would never tell her anything about school or college or if I had any problems in my life. I would just keep it to myself. Right. And she would make a lot of efforts for me to open up with her. But I just didn't know why I didn't want to tell her anything.</w:t>
      </w:r>
    </w:p>
    <w:p>
      <w:pPr>
        <w:jc w:val="right"/>
      </w:pPr>
      <w:r>
        <w:t>And that that was hit me personally because my mother's biggest complaint ever since I was young is that I would never tell her anything about school or college or if I had any problems in my life. I would just keep it to myself. Right. And she would make a lot of efforts for me to open up with her. But I just didn't know why I didn't want to tell her anything.</w:t>
      </w:r>
    </w:p>
    <w:p>
      <w:r>
        <w:rPr>
          <w:b/>
        </w:rPr>
        <w:t xml:space="preserve">[08:24] </w:t>
      </w:r>
      <w:r>
        <w:t>But when I read that one verse in the Quran, it resonated with me at such a personal level that I couldn't read any further. I just had to go down, go and prostrate in front of God when I read that verse. And likewise, a lot of people have a lot of, go through different emotions when they read the Quran.</w:t>
      </w:r>
    </w:p>
    <w:p>
      <w:pPr>
        <w:jc w:val="right"/>
      </w:pPr>
      <w:r>
        <w:t>But when I read that one verse in the Quran, it resonated with me at such a personal level that I couldn't read any further. I just had to go down, go and prostrate in front of God when I read that verse. And likewise, a lot of people have a lot of, go through different emotions when they read the Quran.</w:t>
      </w:r>
    </w:p>
    <w:p>
      <w:r>
        <w:rPr>
          <w:b/>
        </w:rPr>
        <w:t xml:space="preserve">[08:45] </w:t>
      </w:r>
      <w:r>
        <w:t>You see verses like where it talks about all the mercies and blessings of Allah and and all these beautiful beautiful stories and the struggles, you know, that the prophets went went through and the commitment to all of this.</w:t>
      </w:r>
    </w:p>
    <w:p>
      <w:pPr>
        <w:jc w:val="right"/>
      </w:pPr>
      <w:r>
        <w:t>You see verses like where it talks about all the mercies and blessings of Allah and and all these beautiful beautiful stories and the struggles, you know, that the prophets went went through and the commitment to all of this.</w:t>
      </w:r>
    </w:p>
    <w:p>
      <w:r>
        <w:rPr>
          <w:b/>
        </w:rPr>
        <w:t xml:space="preserve">[09:02] </w:t>
      </w:r>
      <w:r>
        <w:t>So when I when I finished it, that's when I realized that this book is something that everyone should read, whether you believe in it as a divine revelation from God or you don't believe it in it as a divine revelation of God. But it's something that can strike cords with you, which you probably didn't even know were there. So so so that motivated me. My personal experience, I wanted other like all good things.</w:t>
      </w:r>
    </w:p>
    <w:p>
      <w:pPr>
        <w:jc w:val="right"/>
      </w:pPr>
      <w:r>
        <w:t>So when I when I finished it, that's when I realized that this book is something that everyone should read, whether you believe in it as a divine revelation from God or you don't believe it in it as a divine revelation of God. But it's something that can strike cords with you, which you probably didn't even know were there. So so so that motivated me. My personal experience, I wanted other like all good things.</w:t>
      </w:r>
    </w:p>
    <w:p>
      <w:r>
        <w:rPr>
          <w:b/>
        </w:rPr>
        <w:t xml:space="preserve">[09:31] </w:t>
      </w:r>
      <w:r>
        <w:t>You know, you get you get some candy, you want to share it with people. Right? Right. So like all good things. I wanted to share my experience with others.</w:t>
      </w:r>
    </w:p>
    <w:p>
      <w:pPr>
        <w:jc w:val="right"/>
      </w:pPr>
      <w:r>
        <w:t>You know, you get you get some candy, you want to share it with people. Right? Right. So like all good things. I wanted to share my experience with others.</w:t>
      </w:r>
    </w:p>
    <w:p>
      <w:r>
        <w:rPr>
          <w:b/>
        </w:rPr>
        <w:t xml:space="preserve">[09:40] </w:t>
      </w:r>
      <w:r>
        <w:t>Jaisa Kalyan sir, then I think aapne ek bahut important baat kahi ki Quran ki jo language hai, wo understandable honi chahiye khaskar aaj ki generation ko contemporary idiom mein and Maulana Wahiduddin Khan sahib ki jab translated Quran publish hui, circulate hui widely, Times of India ne bahut ek achha review carry kiya tha aur usko title bahut zabardast diya tha. Not lost in translation.</w:t>
      </w:r>
    </w:p>
    <w:p>
      <w:pPr>
        <w:jc w:val="right"/>
      </w:pPr>
      <w:r>
        <w:t>जैसा कल्याण sir, then I think आपने एक बहुत important बात कही कि कुरान की जो language है, वो understandable होनी चाहिए खासकर आज की generation को contemporary idiom में and मराना वेदीन खान साहब की जब translated कुरान publish हुई, circulate हुई widely, Times of India ने बहुत एक अच्छा review carry किया था और उसको title बहुत ज़बरदस्त दिया था. Not lost in translation.</w:t>
      </w:r>
    </w:p>
    <w:p>
      <w:r>
        <w:rPr>
          <w:b/>
        </w:rPr>
        <w:t xml:space="preserve">[10:09] </w:t>
      </w:r>
      <w:r>
        <w:t>I think that is the essence of it ki translation karte waqt koi cheez idhar se udhar na ho jaye ya uska meaning na badal jaye aur Khushwant Singh jo bahut hi bade literary academician rahe hain, meri unse khud bhi mulaqat hui aur hum logon ne unko banane ka Quran, English Quran present kiya.</w:t>
      </w:r>
    </w:p>
    <w:p>
      <w:pPr>
        <w:jc w:val="right"/>
      </w:pPr>
      <w:r>
        <w:t>I think that is the essence of it कि translation करते वक्त कोई चीज़ इधर से उधर ना हो जाए या उसका meaning ना बदल जाए और खुशवंत सिंह जो बहुत ही बड़े literary academician रहे हैं, मेरी उनसे खुद भी मुलाकात हुई और हम लोगों ने उनको बनाने का कुरान, english कुरान present किया.</w:t>
      </w:r>
    </w:p>
    <w:p>
      <w:r>
        <w:rPr>
          <w:b/>
        </w:rPr>
        <w:t xml:space="preserve">[10:30] </w:t>
      </w:r>
      <w:r>
        <w:t>Toh unhone bhi yeh asad ek review carry kiya Hindustan Times mein aur unhone likha ki, ki maine apne favorite passages different jo Quran unki library mein the, usmein padhe aur phir unhone is Quran ke translation ko padha Maulana sahib ke aur compare kiya and then he wrote this line which you can go online and see for yourself. It is also available on CPS website under the review button.</w:t>
      </w:r>
    </w:p>
    <w:p>
      <w:pPr>
        <w:jc w:val="right"/>
      </w:pPr>
      <w:r>
        <w:t>तो उन्होंने भी यह आसद एक review carry किया हिंदुस्तान times में और उन्होंने लिखा कि, कि मैंने अपने favorite passages different जो कुरान उनकी library में थे, उसमें पढ़े और फिर उन्होंने इस कुरान के translation को पढ़ा मुलाना साहब के और compare किया and then he wrote this line which you can go online and see for yourself. It is also available on CPS website under the review button.</w:t>
      </w:r>
    </w:p>
    <w:p>
      <w:r>
        <w:rPr>
          <w:b/>
        </w:rPr>
        <w:t xml:space="preserve">[11:00] </w:t>
      </w:r>
      <w:r>
        <w:t>He said that I will recommend not only, you know, non Muslims to read this translation but also Muslims to read this translation kyunki ismein clarity bahut hi par excellence hai. Asad, that brings me to, you know, the next logical question. Main jab bhi Maulana sahib ke paas jaya karta tha toh woh mere se pucha karte the ki kya news lekar aaye hain? Woh aksar sabhi se yeh sawal kiya karte the.</w:t>
      </w:r>
    </w:p>
    <w:p>
      <w:pPr>
        <w:jc w:val="right"/>
      </w:pPr>
      <w:r>
        <w:t>He said that I will recommend not only, you know, non muslims to read this translation but also muslims to read this translation क्योंकि इसमें clarity बहुत ही par excellence है. असर, that brings me to, you know, the next logical question. मैं जब भी मुलाना साहब के पास जाया करता था तो वह मेरे से पुछा करते थे कि क्या news लेकर आए हैं? वह अक्सर सभी से यह सवाल किया करते थे.</w:t>
      </w:r>
    </w:p>
    <w:p>
      <w:r>
        <w:rPr>
          <w:b/>
        </w:rPr>
        <w:t xml:space="preserve">[11:28] </w:t>
      </w:r>
      <w:r>
        <w:t>Chapters ke baare mein puchte the ki sab jagah kya ho raha hai? And particularly aapke liye ek jumla har baar hi istemal karte the ki aur Asad ki taraf se kya news hai. I mean he loved you so much. So, please tell us that how did you meet Maulana sahib? Iske baare mein bataiye hum sabko.</w:t>
      </w:r>
    </w:p>
    <w:p>
      <w:pPr>
        <w:jc w:val="right"/>
      </w:pPr>
      <w:r>
        <w:t>Chapters के बारे में पूछते थे कि सब जगह क्या हो रहा है? And particularly आपके लिए एक जुमला हर बार ही इस्तेमाल करते थे कि और असत की तरफ से क्या news है. I mean he loved you so much. So, please tell us that how did you meet मुलाना साहब? इसके बारे में बताए हम सबको.</w:t>
      </w:r>
    </w:p>
    <w:p>
      <w:r>
        <w:rPr>
          <w:b/>
        </w:rPr>
        <w:t xml:space="preserve">[11:52] </w:t>
      </w:r>
      <w:r>
        <w:t>Following up on something you just said ki Khushwant Singh, he is a very respected personality in India and his contributions to Indian history is actually is significant.</w:t>
      </w:r>
    </w:p>
    <w:p>
      <w:pPr>
        <w:jc w:val="right"/>
      </w:pPr>
      <w:r>
        <w:t>Following up on something you just said कि मिखर्शवंत सिंह, he is a very respected personality in India and his contributions to Indian history is actually is significant.</w:t>
      </w:r>
    </w:p>
    <w:p>
      <w:r>
        <w:rPr>
          <w:b/>
        </w:rPr>
        <w:t xml:space="preserve">[12:07] </w:t>
      </w:r>
      <w:r>
        <w:t>So he, when he said that Muslims should also read the the Quran translation, like Maulana's Quran translation, it's something that needed to be said because hum log ek culture mein hai hi nahi ki ki Quran ko translation se samjha jaye and, and yahi reason hai ki logon ko uska impact kya hota reader par pata hi nahi hai. Right.</w:t>
      </w:r>
    </w:p>
    <w:p>
      <w:pPr>
        <w:jc w:val="right"/>
      </w:pPr>
      <w:r>
        <w:t>So he, when he said that Muslims should also read the the Quran translation, like मालाना's Quran translation, it's something that needed to be said because हम लोग एक culture में है ही नहीं कि कि कुरान को translation से समझा जाए and, and यही reason है कि लोगों को उसका impact क्या होता reader पर पता ही नहीं है. Right.</w:t>
      </w:r>
    </w:p>
    <w:p>
      <w:r>
        <w:rPr>
          <w:b/>
        </w:rPr>
        <w:t xml:space="preserve">[12:31] </w:t>
      </w:r>
      <w:r>
        <w:t>Toh Muslims ko pata hi nahi hota hai ki woh Quran ka kya impact ho sakta hai logon par kyunki woh unhone kabhi khud kabhi nahi padha hua hai, hota hai. So, so my motivation in my final year was to give this copy of the Quran to all my juniors. But I to all the Muslim juniors who were coming in.</w:t>
      </w:r>
    </w:p>
    <w:p>
      <w:pPr>
        <w:jc w:val="right"/>
      </w:pPr>
      <w:r>
        <w:t>तो मुस्लिमs को पता ही नहीं होता है कि वह कुरान का क्या impact हो सकता है लोगों पर क्योंकि वो उन्होंने कभी खुद कभी नहीं पढ़ा हुआ है, होता है. So, so my motivation in my final year was to give this copy of the कुरान to all my juniors. But I to all the Muslim juniors who were coming in.</w:t>
      </w:r>
    </w:p>
    <w:p>
      <w:r>
        <w:rPr>
          <w:b/>
        </w:rPr>
        <w:t xml:space="preserve">[12:52] </w:t>
      </w:r>
      <w:r>
        <w:t>And at that time, I remember I had one copy and I bought bought it from this online e commerce store, which was out of stock. So I didn't know where I could get more copies. So my friends told me that there's an address on the first page. One is Amuddin West, New Delhi, which is this address of the studio. And they said, let's go and see.</w:t>
      </w:r>
    </w:p>
    <w:p>
      <w:pPr>
        <w:jc w:val="right"/>
      </w:pPr>
      <w:r>
        <w:t>And at that time, I remember I had one copy and I bought bought it from this online e commerce store, which was out of stock. So I didn't know where I could get more copies. So my friends told me that there's an address on the first page. One is Amuddin West, New Delhi, which is this address of the studio. And they said, let's go and see.</w:t>
      </w:r>
    </w:p>
    <w:p>
      <w:r>
        <w:rPr>
          <w:b/>
        </w:rPr>
        <w:t xml:space="preserve">[13:19] </w:t>
      </w:r>
      <w:r>
        <w:t>And it was honestly a unique thing to me because I grew up in a time where there was Google Maps and you could do all sorts of things. So we just read the address and got to one Islamabadin. I landed here. And I landed here. That's exactly how it happened. And I saw this bookstore. So the Goodwood bookstore which was downstairs, it had a collection of books on every topic imaginable.</w:t>
      </w:r>
    </w:p>
    <w:p>
      <w:pPr>
        <w:jc w:val="right"/>
      </w:pPr>
      <w:r>
        <w:t>And it was honestly a unique thing to me because I grew up in a time where there was Google Maps and you could do all sorts of things. So we just read the address and got to one Islamabadin. I landed here. And I landed here. That's exactly how it happened. And I saw this bookstore. So the Goodwood bookstore which was downstairs, it had a collection of books on every topic imaginable.</w:t>
      </w:r>
    </w:p>
    <w:p>
      <w:r>
        <w:rPr>
          <w:b/>
        </w:rPr>
        <w:t xml:space="preserve">[13:45] </w:t>
      </w:r>
      <w:r>
        <w:t>And what was even more surprising that they were all from the by the same author, like Maulana Huydudin Khan. And when I asked the I don't remember who it was back then, but when I asked him that I need 25 to 50 copies of the Quran, he was surprised. He said, why do you need so many? I said, well, I want to give it to my juniors because because as I said, I had a really good experience reading it and I wanted to share that experience with other people.</w:t>
      </w:r>
    </w:p>
    <w:p>
      <w:pPr>
        <w:jc w:val="right"/>
      </w:pPr>
      <w:r>
        <w:t>And what was even more surprising that they were all from the by the same author, like Munana Huydudin Khan. And when I asked the I don't remember who it was back then, but when I asked him that I need 25 to 50 copies of the Quran, he was surprised. He said, why do you need so many? I said, well, I want to give it to my juniors because because as I said, I had a really good experience reading it and I wanted to share that experience with other people.</w:t>
      </w:r>
    </w:p>
    <w:p>
      <w:r>
        <w:rPr>
          <w:b/>
        </w:rPr>
        <w:t xml:space="preserve">[14:15] </w:t>
      </w:r>
      <w:r>
        <w:t>So he so he said that, you know, Maulana Saab gives lectures up upstairs on the 2nd Floor. Okay. And I said, well, I didn't know that. Mhmm. So when how do I attend his lectures? Well, it happens every Sunday at 10:30. So come next week. I come next week, and Maulana wasn't here. He was in Canada at the RIS convention, and they were playing an old lecture. Right. Right. So I thought I'll come the week after that as well. And again, Maulana wasn't there.</w:t>
      </w:r>
    </w:p>
    <w:p>
      <w:pPr>
        <w:jc w:val="right"/>
      </w:pPr>
      <w:r>
        <w:t>So he so he said that, you know, Mulana Saab gives lectures up upstairs on the 2nd Floor. Okay. And I said, well, I didn't know that. Mhmm. So when how do I attend his lectures? Well, it happens every Sunday at 10:30. So come next week. I come next week, and Milano wasn't here. He was in Canada at the RIS convention, and they were playing an old lecture. Right. Right. So I thought I'll come the week after that as well. And again, Milano wasn't there.</w:t>
      </w:r>
    </w:p>
    <w:p>
      <w:r>
        <w:rPr>
          <w:b/>
        </w:rPr>
        <w:t xml:space="preserve">[14:42] </w:t>
      </w:r>
      <w:r>
        <w:t>And then I decided that if if I if if he's not there a third time, then then I just won't make won't come anymore. Okay. Now the third time was kind of a miracle because he landed here, I think, Saturday night. Right. And then he was here on for for class. For the class. For the class. He would always do that. He wouldn't wouldn't miss it. Never miss it. Right? And had he missed it, I would not have been here right now. Why? Why? So so Maulana did not miss his class and he came and he gave a lecture.</w:t>
      </w:r>
    </w:p>
    <w:p>
      <w:pPr>
        <w:jc w:val="right"/>
      </w:pPr>
      <w:r>
        <w:t>And then I decided that if if I if if he's not there a third time, then then I just won't make won't come anymore. Okay. Now the third time was kind of a miracle because he landed here, I think, Saturday night. Right. And then he was here on for for class. For the class. For the class. He would always do that. He wouldn't wouldn't miss it. Never miss it. Right? And had he missed it, I would not have been here right now. Why? Why? So so मलारा did not miss his class and he came and he gave a lecture.</w:t>
      </w:r>
    </w:p>
    <w:p>
      <w:r>
        <w:rPr>
          <w:b/>
        </w:rPr>
        <w:t xml:space="preserve">[15:10] </w:t>
      </w:r>
      <w:r>
        <w:t>And and what would happen is that in his lectures he would refer a book. Mhmm. And since Goodwood was downstairs, so I would write down the book he mentioned and I would go buy that book from Goodwood. I would make sure I read it, you know, before the next class on Sunday. Right. So I had a lot of free time in college. So he so so that was my routine activities.</w:t>
      </w:r>
    </w:p>
    <w:p>
      <w:pPr>
        <w:jc w:val="right"/>
      </w:pPr>
      <w:r>
        <w:t>And and what would happen is that in his lectures he would refer a book. Mhmm. And since Goodwood was downstairs, so I would write down the book he mentioned and I would go buy that book from Goodwood. I would make sure I read it, you know, before the next class on Sunday. Right. So I had a lot of free time in college. So he so so that was my routine activities.</w:t>
      </w:r>
    </w:p>
    <w:p>
      <w:r>
        <w:rPr>
          <w:b/>
        </w:rPr>
        <w:t xml:space="preserve">[15:39] </w:t>
      </w:r>
      <w:r>
        <w:t>I would sit at the back. I wouldn't personally meet or interact with Maulana. Would just listen to his lecture, take a book he mentions. I normally would mention these books in the question and answer. Instead of giving details, he would say, would I have written about it in this book or that book? Go and read it. I would go and read it and I would come back. I would have questions. I wouldn't agree with everything naturally because, you know, because there's misalignment of backgrounds. Right? Right.</w:t>
      </w:r>
    </w:p>
    <w:p>
      <w:pPr>
        <w:jc w:val="right"/>
      </w:pPr>
      <w:r>
        <w:t>I would sit at the back. I wouldn't personally meet or interact with Murana. Would just listen to his lecture, take a book he mentions. I normally would mention these books in the question and answer. Instead of giving details, he would say, would I have written about it in this book or that book? Go and read it. I would go and read it and I would come back. I would have questions. I wouldn't agree with everything naturally because, you know, because there's misalignment of backgrounds. Right? Right.</w:t>
      </w:r>
    </w:p>
    <w:p>
      <w:r>
        <w:rPr>
          <w:b/>
        </w:rPr>
        <w:t xml:space="preserve">[16:03] </w:t>
      </w:r>
      <w:r>
        <w:t>And but I always thought that I would I would ask these questions to Maulana when I find a new when I build up the courage to meet him. I never build up the courage to meet him. Another incentive to come here, as I've told you before, was the tea you guys serve after after class. I was a college student, so just getting some tea and biscuits after once in a while was That's good how I started coming and meeting Maulana. Okay.</w:t>
      </w:r>
    </w:p>
    <w:p>
      <w:pPr>
        <w:jc w:val="right"/>
      </w:pPr>
      <w:r>
        <w:t>And but I always thought that I would I would ask these questions to Monana when I find a new when I build up the courage to meet him. I never build up the courage to meet him. Another incentive to come here, as I've told you before, was the tea you guys serve after after class. I was a college student, so just getting some tea and biscuits after once in a while was That's good how I started coming and meeting मलाना. Okay.</w:t>
      </w:r>
    </w:p>
    <w:p>
      <w:r>
        <w:rPr>
          <w:b/>
        </w:rPr>
        <w:t xml:space="preserve">[16:32] </w:t>
      </w:r>
      <w:r>
        <w:t>That's some story. That's a story. Thank you. Okay. I said, you would agree. Whosoever would meet Maulana Wahiduddin Khan sahib would be left with a lifelong experience. Right. And, you know, I am here reminded of tradition attributed to Hazrat Ibne Abbas and he narrated that prophet was once asked that who among all the associates is the best.</w:t>
      </w:r>
    </w:p>
    <w:p>
      <w:pPr>
        <w:jc w:val="right"/>
      </w:pPr>
      <w:r>
        <w:t>That's some story. That's a story. Thank you. Okay. I said, you would agree. Whosoever would meet मुलाना वैदुद्दीन खान साहब would be left with a lifelong experience. Right. And, you know, I am here reminded of tradition attributed to हजरत इब्दाबास and he narrated that prophet was once asked that who among all the associates is the best.</w:t>
      </w:r>
    </w:p>
    <w:p>
      <w:r>
        <w:rPr>
          <w:b/>
        </w:rPr>
        <w:t xml:space="preserve">[16:59] </w:t>
      </w:r>
      <w:r>
        <w:t>So prophet replied that one whose sight reminds you of god and whose conversation adds to your knowledge and learning and whose action helps you in remembering the hereafter.</w:t>
      </w:r>
    </w:p>
    <w:p>
      <w:pPr>
        <w:jc w:val="right"/>
      </w:pPr>
      <w:r>
        <w:t>So prophet replied that one whose sight reminds you of god and whose conversation adds to your knowledge and learning and whose action helps you in remembering the hereafter.</w:t>
      </w:r>
    </w:p>
    <w:p>
      <w:r>
        <w:rPr>
          <w:b/>
        </w:rPr>
        <w:t xml:space="preserve">[17:12] </w:t>
      </w:r>
      <w:r>
        <w:t>When we look at the life of Maulana Wahiduddin Khan sahib, whenever we used to see him or</w:t>
      </w:r>
    </w:p>
    <w:p>
      <w:pPr>
        <w:jc w:val="right"/>
      </w:pPr>
      <w:r>
        <w:t>When we look at the life of मुलाना वैद्युद्धिन खान साहब, whenever we used to see him or</w:t>
      </w:r>
    </w:p>
    <w:p>
      <w:r>
        <w:rPr>
          <w:b/>
        </w:rPr>
        <w:t xml:space="preserve">[17:18] </w:t>
      </w:r>
      <w:r>
        <w:t>meet him, have conversation, the only conversation that would center around would be aakhirat ke bare mein, khuda</w:t>
      </w:r>
    </w:p>
    <w:p>
      <w:pPr>
        <w:jc w:val="right"/>
      </w:pPr>
      <w:r>
        <w:t>meet him, have conversation, the only conversation that would center around would be आखिरत के बारे में, खुदा</w:t>
      </w:r>
    </w:p>
    <w:p>
      <w:r>
        <w:rPr>
          <w:b/>
        </w:rPr>
        <w:t xml:space="preserve">[17:24] </w:t>
      </w:r>
      <w:r>
        <w:t>ke bare mein, marfat ke bare mein and hamesha yeh aisa hota tha ki jab bhi aap Maulana</w:t>
      </w:r>
    </w:p>
    <w:p>
      <w:pPr>
        <w:jc w:val="right"/>
      </w:pPr>
      <w:r>
        <w:t>के बारे में, मार्फत के बारे में and हमेशा यह ऐसा होता था कि जब भी आप मलाना</w:t>
      </w:r>
    </w:p>
    <w:p>
      <w:r>
        <w:rPr>
          <w:b/>
        </w:rPr>
        <w:t xml:space="preserve">[17:30] </w:t>
      </w:r>
      <w:r>
        <w:t>sahab ke sath aap koi batchit karein, to woh koi naya aspect, nai baat batate the and you</w:t>
      </w:r>
    </w:p>
    <w:p>
      <w:pPr>
        <w:jc w:val="right"/>
      </w:pPr>
      <w:r>
        <w:t>साहब के साथ आप कोई बातचीत करें, तो वह कोई नया aspect, नई बात बताते थे and you</w:t>
      </w:r>
    </w:p>
    <w:p>
      <w:r>
        <w:rPr>
          <w:b/>
        </w:rPr>
        <w:t xml:space="preserve">[17:36] </w:t>
      </w:r>
      <w:r>
        <w:t>know, it would always be your adding to your, you know, your knowledge, your learning and you know,</w:t>
      </w:r>
    </w:p>
    <w:p>
      <w:pPr>
        <w:jc w:val="right"/>
      </w:pPr>
      <w:r>
        <w:t>know, it would always be your adding to your, you know, your knowledge, your learning and you know,</w:t>
      </w:r>
    </w:p>
    <w:p>
      <w:r>
        <w:rPr>
          <w:b/>
        </w:rPr>
        <w:t xml:space="preserve">[17:42] </w:t>
      </w:r>
      <w:r>
        <w:t>his life was so disciplined, you know one can make out that how companions would have spent their</w:t>
      </w:r>
    </w:p>
    <w:p>
      <w:pPr>
        <w:jc w:val="right"/>
      </w:pPr>
      <w:r>
        <w:t>his life was so disciplined, you know one can make out that how companions would have spent their</w:t>
      </w:r>
    </w:p>
    <w:p>
      <w:r>
        <w:rPr>
          <w:b/>
        </w:rPr>
        <w:t xml:space="preserve">[17:48] </w:t>
      </w:r>
      <w:r>
        <w:t>life so disciplined and as per Quran in the sunnah.</w:t>
      </w:r>
    </w:p>
    <w:p>
      <w:pPr>
        <w:jc w:val="right"/>
      </w:pPr>
      <w:r>
        <w:t>life so disciplined and as per Quran in the sunnah.</w:t>
      </w:r>
    </w:p>
    <w:p>
      <w:r>
        <w:rPr>
          <w:b/>
        </w:rPr>
        <w:t xml:space="preserve">[17:54] </w:t>
      </w:r>
      <w:r>
        <w:t>So how, what was your first impression you know when you met Maulana sahib for the first time? Maulana's reputation precedes him. Right. I mean, most people who come here know of him from before coming here. My case was different. I did not know anything about Maulana. I had never heard of him, never read any of his articles or anything even in the news about him.</w:t>
      </w:r>
    </w:p>
    <w:p>
      <w:pPr>
        <w:jc w:val="right"/>
      </w:pPr>
      <w:r>
        <w:t>So how, what was your first impression you know when you met मुलाना साहब for the first time? मलाना's reputation precedes him. Right. I mean, most people who come here know of him from before coming here. My case was different. I did not know anything about मलाना. I had never heard of him, never read any of his articles or anything even in the news about him.</w:t>
      </w:r>
    </w:p>
    <w:p>
      <w:r>
        <w:rPr>
          <w:b/>
        </w:rPr>
        <w:t xml:space="preserve">[18:21] </w:t>
      </w:r>
      <w:r>
        <w:t>So my first impression, you would say, was a pure first impression, not backed by any conditioning or any sort of, you know, pre existing knowledge and notions about who he is. So, of course, the first time when you meet Maulana Hassan, like everyone's been, you know, hesitant to ask certain questions. Right.</w:t>
      </w:r>
    </w:p>
    <w:p>
      <w:pPr>
        <w:jc w:val="right"/>
      </w:pPr>
      <w:r>
        <w:t>So my first impression, you would say, was a pure first impression, not backed by any conditioning or any sort of, you know, pre existing knowledge and notions about who he is. So, of course, the first time when you meet Mumana Hassan, like everyone's been, you know, hesitant to ask certain questions. Right.</w:t>
      </w:r>
    </w:p>
    <w:p>
      <w:r>
        <w:rPr>
          <w:b/>
        </w:rPr>
        <w:t xml:space="preserve">[18:48] </w:t>
      </w:r>
      <w:r>
        <w:t>You don't want to offend him, you don't want him to, you know, but he was so different. Right. Because his level of simplicity showed how approachable he was. When you get when when we would get comfortable with Maulana you could go to him at any point of time ask him any question and he he would answer it.</w:t>
      </w:r>
    </w:p>
    <w:p>
      <w:pPr>
        <w:jc w:val="right"/>
      </w:pPr>
      <w:r>
        <w:t>You don't want to offend him, you don't want him to, you know, but he was so different. Right. Because his level of simplicity showed how approachable he was. When you get when when we would get comfortable with मोलाना you could go to him at any point of time ask him any question and he he would answer it.</w:t>
      </w:r>
    </w:p>
    <w:p>
      <w:r>
        <w:rPr>
          <w:b/>
        </w:rPr>
        <w:t xml:space="preserve">[19:10] </w:t>
      </w:r>
      <w:r>
        <w:t>His depth of knowledge was so vast, incredible and I am not talking specifically in terms of religion but in terms of science like concepts I would study in engineering. He once explained me a concept using a transformer. And I was doing and I was studying electrical engineering.</w:t>
      </w:r>
    </w:p>
    <w:p>
      <w:pPr>
        <w:jc w:val="right"/>
      </w:pPr>
      <w:r>
        <w:t>His depth of knowledge was so vast, incredible and I am not talking specifically in terms of religion but in terms of science like concepts I would study in engineering. He once explained me a concept using a transformer. And I was doing and I was studying electrical engineering.</w:t>
      </w:r>
    </w:p>
    <w:p>
      <w:r>
        <w:rPr>
          <w:b/>
        </w:rPr>
        <w:t xml:space="preserve">[19:36] </w:t>
      </w:r>
      <w:r>
        <w:t>And I was amazed that how does he know so much about a transformer. But he had that quality. You see, Maulana could would assess you. He would first, you know, ask you to say, to to tell him something, tell him something new. And when you would tell him something, he would he would assess you on how to best address your mind. And and he would do that with me.</w:t>
      </w:r>
    </w:p>
    <w:p>
      <w:pPr>
        <w:jc w:val="right"/>
      </w:pPr>
      <w:r>
        <w:t>And I was amazed that how does he know so much about a transformer. But he had that quality. You see, Monana could would assess you. He would first, you know, ask you to say, to to tell him something, tell him something new. And when you would tell him something, he would he would assess you on how to best address your mind. And and he would do that with me.</w:t>
      </w:r>
    </w:p>
    <w:p>
      <w:r>
        <w:rPr>
          <w:b/>
        </w:rPr>
        <w:t xml:space="preserve">[20:03] </w:t>
      </w:r>
      <w:r>
        <w:t>And where where and in his company, when different people would come visit him, he would do that differently. Right. Something that was that I really loved about Maulana is that he never left any topic unaddressed. He never left a question unaddressed in your mind. So every time he would teach you something, he would ask you to repeat it. Right.</w:t>
      </w:r>
    </w:p>
    <w:p>
      <w:pPr>
        <w:jc w:val="right"/>
      </w:pPr>
      <w:r>
        <w:t>And where where and in his company, when different people would come visit him, he would do that differently. Right. Something that was that I really loved about Malana is that he never left any topic unaddressed. He never left a question unaddressed in your mind. So every time he would teach you something, he would ask you to repeat it. Right.</w:t>
      </w:r>
    </w:p>
    <w:p>
      <w:r>
        <w:rPr>
          <w:b/>
        </w:rPr>
        <w:t xml:space="preserve">[20:23] </w:t>
      </w:r>
      <w:r>
        <w:t>Now now I remember the first because like growing up you know your teacher tells you something you just go like yes ma'am, yes ma'am samajh mein aa gaya you know but us tarah se hota hai but but with Maulana sir I was doing the same thing you know I was I was just sit there and he is like do you understand and I would say ji Maulana then he would say okay repeat it. I am in trouble Like, I I didn't know I was supposed to be paying attention. He'll make sure that, you know, that it's drilled down in your Oh, yeah.</w:t>
      </w:r>
    </w:p>
    <w:p>
      <w:pPr>
        <w:jc w:val="right"/>
      </w:pPr>
      <w:r>
        <w:t>Now now I remember the first because like growing up you know your teacher tells you something you just go like yes ma'am, yes ma'am समझ में आ गया you know but उस तरह से होता है but but with मनाना sir I was doing the same thing you know I was I was just sit there and he is like do you understand and I would say जी मनाना then he would say okay repeat it. I am in trouble Like, I I didn't know I was supposed to be paying attention. He'll make sure that, you know, that it's drilled down in your Oh, yeah.</w:t>
      </w:r>
    </w:p>
    <w:p>
      <w:r>
        <w:rPr>
          <w:b/>
        </w:rPr>
        <w:t xml:space="preserve">[20:53] </w:t>
      </w:r>
      <w:r>
        <w:t>Oh, yeah. Absolutely. So so so he said, repeat it. And and I was caught off guard. And and now I'm now I'm embarrassed because ideally kid could wasn't able to repeat it. Right. So he said it again and the second time he again asked me to repeat it and then I then then when I when I repeated it, that's when it occurred to me that when you try and explain a concept back or repeat a concept back, new questions come in your mind. Correct.</w:t>
      </w:r>
    </w:p>
    <w:p>
      <w:pPr>
        <w:jc w:val="right"/>
      </w:pPr>
      <w:r>
        <w:t>Oh, yeah. Absolutely. So so so he said, repeat it. And and I was caught off guard. And and now I'm now I'm embarrassed because ideally kid could wasn't able to repeat it. Right. So he said it again and the second time he again asked me to repeat it and then I then then when I when I repeated it, that's when it occurred to me that when you try and explain a concept back or repeat a concept back, new questions come in your mind. Correct.</w:t>
      </w:r>
    </w:p>
    <w:p>
      <w:r>
        <w:rPr>
          <w:b/>
        </w:rPr>
        <w:t xml:space="preserve">[21:23] </w:t>
      </w:r>
      <w:r>
        <w:t>You see, when you're only paying, you know, when you're when you aren't paying full attention in the first time and you're just going to you're not actually understanding the concept. You're pretty much fulfilling a formality of as a listener. But conversations and the atmosphere about Maulana wasn't of listening, but it was rather of learning. So he would make sure that, you know, that you would repeat the concept and and he would assess that if you've actually understood it.</w:t>
      </w:r>
    </w:p>
    <w:p>
      <w:pPr>
        <w:jc w:val="right"/>
      </w:pPr>
      <w:r>
        <w:t>You see, when you're only paying, you know, when you're when you aren't paying full attention in the first time and you're just going to you're not actually understanding the concept. You're pretty much fulfilling a formality of as a listener. But conversations and the atmosphere about Mulana wasn't of listening, but it was rather of learning. So he would make sure that, you know, that you would repeat the concept and and he would assess that if you've actually understood it.</w:t>
      </w:r>
    </w:p>
    <w:p>
      <w:r>
        <w:rPr>
          <w:b/>
        </w:rPr>
        <w:t xml:space="preserve">[21:52] </w:t>
      </w:r>
      <w:r>
        <w:t>And then you would, you know, follow up with questions. So I would repeat it and then I would say lekin Maulana yeh toh waise bhi ho sakta hai, waise bhi ho sakta hai. And then, you know, he would dive deeper and get more, you know, get, you know, and explain it further. But he wouldn't leave your question unanswered. That was one of the greatest qualities in him. Absolutely. I agree.</w:t>
      </w:r>
    </w:p>
    <w:p>
      <w:pPr>
        <w:jc w:val="right"/>
      </w:pPr>
      <w:r>
        <w:t>And then you would, you know, follow up with questions. So I would repeat it and then I would say लेकिन मोलाना यह तो वासा भी हो सकता है, वासा भी हो सकता है. And then, you know, he would dive deeper and get more, you know, get, you know, and explain it further. But he wouldn't leave your question unanswered. That was one of the greatest qualities in him. Absolutely. I agree.</w:t>
      </w:r>
    </w:p>
    <w:p>
      <w:r>
        <w:rPr>
          <w:b/>
        </w:rPr>
        <w:t xml:space="preserve">[22:13] </w:t>
      </w:r>
      <w:r>
        <w:t>And, you know, in that process of asking you to repeat and, you know, asking everyone who would visit him ki koi koi question, he would assess you like you said and would come down to your level. Exactly. So that, you know, I mean he can explain. Come down to our level. That's exactly right. Any particular incident that you would like to share with us that you remember interacting with Maulana sahib?</w:t>
      </w:r>
    </w:p>
    <w:p>
      <w:pPr>
        <w:jc w:val="right"/>
      </w:pPr>
      <w:r>
        <w:t>And, you know, in that process of asking you to repeat and, you know, asking everyone who would visit him कि कोई कोई question, he would assess you like you said and would come down to your level. Exactly. So that, you know, I mean he can explain. Come down to our level. That's exactly right. Any particular incident that you would like to share with us that you remember interacting with मलाना साहब?</w:t>
      </w:r>
    </w:p>
    <w:p>
      <w:r>
        <w:rPr>
          <w:b/>
        </w:rPr>
        <w:t xml:space="preserve">[22:41] </w:t>
      </w:r>
      <w:r>
        <w:t>There are so many incidences. But this one incident, which I remember till date and and and and then it honestly motivated me. That one single incident, it motivated me for the rest of my life was so when I would give lectures Saturdays and Sundays. Right? And I would come here Sunday evening and I would spend, you know, time with him.</w:t>
      </w:r>
    </w:p>
    <w:p>
      <w:pPr>
        <w:jc w:val="right"/>
      </w:pPr>
      <w:r>
        <w:t>There are so many incidences. But this one incident, which I remember till date and and and and then it honestly motivated me. That one single incident, it motivated me for the rest of my life was so when I would give lectures Saturdays and Sundays. Right? And I would come here Sunday evening and I would spend, you know, time with him.</w:t>
      </w:r>
    </w:p>
    <w:p>
      <w:r>
        <w:rPr>
          <w:b/>
        </w:rPr>
        <w:t xml:space="preserve">[23:10] </w:t>
      </w:r>
      <w:r>
        <w:t>And then I would spend time with him till he goes to bed. And then and then the next morning, I would come and spend time with him when he's too wake up. I've never woken up before him, but he well, I will always find him sitting in his balcony, sunbathing with some tea being prepared. And and and and I will ask him a lot of questions. Once he volunteeringly told me something. Ok.</w:t>
      </w:r>
    </w:p>
    <w:p>
      <w:pPr>
        <w:jc w:val="right"/>
      </w:pPr>
      <w:r>
        <w:t>And then I would spend time with him till he goes to bed. And then and then the next morning, I would come and spend time with him when he's too wake up. I've never woken up before him, but he well, I will always find him sitting in his balcony, sunbathing with some tea being prepared. And and and and I will ask him a lot of questions. Once he volunteeringly told me something. Ok.</w:t>
      </w:r>
    </w:p>
    <w:p>
      <w:r>
        <w:rPr>
          <w:b/>
        </w:rPr>
        <w:t xml:space="preserve">[23:39] </w:t>
      </w:r>
      <w:r>
        <w:t>And he just leaned forward to me like this and he is like ki aasan sahib aap jante aap meri baat kyun samajh sakte hain? And and I was like ok, maybe he is going to, you know, tell me something, you know, deep and profound. But he said something very simple. He is like, kyunki aap Urdu nahi jante hain, aap English jante hain. Achha. And and and I was a little confused honestly. Right. Is is that the what did he mean by this?</w:t>
      </w:r>
    </w:p>
    <w:p>
      <w:pPr>
        <w:jc w:val="right"/>
      </w:pPr>
      <w:r>
        <w:t>And he just leaned forward to me like this and he is like कि आसान साहब आप जानते आप मेरी बात क्यों समझ सकते हैं? And and I was like ok, maybe he is going to, you know, tell me something, you know, deep and profound. But he said something very simple. He is like, क्योंकि आप उर्दू नहीं जानते हैं, आप इंग्र जानते हैं. अच्छा. And and and I was a little confused honestly. Right. Is is that the what did he mean by this?</w:t>
      </w:r>
    </w:p>
    <w:p>
      <w:r>
        <w:rPr>
          <w:b/>
        </w:rPr>
        <w:t xml:space="preserve">[24:09] </w:t>
      </w:r>
      <w:r>
        <w:t>But he explained it further and then like doctor Frida Khanam also explained it further is why is it that me knowing English, you know, helped me understand him. Now the reason it really resonated with me is because, you see, as I told you before that I grew up in The Middle East. And as it's the case with most, you know, immigrant parents or third culture kids as they call us, where we are mixed between like, you know, a couple of cultures. Right.</w:t>
      </w:r>
    </w:p>
    <w:p>
      <w:pPr>
        <w:jc w:val="right"/>
      </w:pPr>
      <w:r>
        <w:t>But he explained it further and then like doctor Frida Khanam also explained it further is why is it that me knowing English, you know, helped me understand him. Now the reason it really resonated with me is because, you see, as I told you before that I grew up in The Middle East. And as it's the case with most, you know, immigrant parents or third culture kids as they call us, where we are mixed between like, you know, a couple of cultures. Right.</w:t>
      </w:r>
    </w:p>
    <w:p>
      <w:r>
        <w:rPr>
          <w:b/>
        </w:rPr>
        <w:t xml:space="preserve">[24:38] </w:t>
      </w:r>
      <w:r>
        <w:t>Is that the parents always have this fear of of losing their culture, with the successing generations who live in that country. So they always make these efforts for them to learn Urdu, for them to learn know about their traditions.</w:t>
      </w:r>
    </w:p>
    <w:p>
      <w:pPr>
        <w:jc w:val="right"/>
      </w:pPr>
      <w:r>
        <w:t>Is that the parents always have this fear of of losing their culture, with the successing generations who live in that country. So they always make these efforts for them to learn Urdu, for them to learn know about their traditions.</w:t>
      </w:r>
    </w:p>
    <w:p>
      <w:r>
        <w:rPr>
          <w:b/>
        </w:rPr>
        <w:t xml:space="preserve">[24:57] </w:t>
      </w:r>
      <w:r>
        <w:t>And I know people in The US who who send who send their kids, you know, to learn Urdu from really high colleges just so that they can preserve, you know, the tradition of knowing Urdu in their in their families, even though there's no utility for them in that country. No one has ever been successful, even though if the kids show some interest, they can get to a certain level.</w:t>
      </w:r>
    </w:p>
    <w:p>
      <w:pPr>
        <w:jc w:val="right"/>
      </w:pPr>
      <w:r>
        <w:t>And I know people in The US who who send who send their kids, you know, to learn Urdu from really high colleges just so that they can preserve, you know, the tradition of knowing Urdu in their in their families, even though there's no utility for them in that country. No one has ever been successful, even though if the kids show some interest, they can get to a certain level.</w:t>
      </w:r>
    </w:p>
    <w:p>
      <w:r>
        <w:rPr>
          <w:b/>
        </w:rPr>
        <w:t xml:space="preserve">[25:20] </w:t>
      </w:r>
      <w:r>
        <w:t>But the background of reading and literature and environment will always remain to be English or whichever language they're being they're growing up in. So what now what happens to us, like the kids of you know, the first generation kids who've moved out out of the country is that we grew up with this inferiority complex that, oh, no. I don't know my own language. You know, my parents can speak so well. My, you know, my khalas and khalus and my chaatras and like they all they are proficient and they can read books in Urdu.</w:t>
      </w:r>
    </w:p>
    <w:p>
      <w:pPr>
        <w:jc w:val="right"/>
      </w:pPr>
      <w:r>
        <w:t>But the background of reading and literature and environment will always remain to be English or whichever language they're being they're growing up in. So what now what happens to us, like the kids of you know, the first generation kids who've moved out out of the country is that we grew up with this inferiority complex that, oh, no. I don't know my own language. You know, my parents can speak so well. My, you know, my khalas and khalus and my chaatras and like they all they are proficient and they can read books in Urdu.</w:t>
      </w:r>
    </w:p>
    <w:p>
      <w:r>
        <w:rPr>
          <w:b/>
        </w:rPr>
        <w:t xml:space="preserve">[25:50] </w:t>
      </w:r>
      <w:r>
        <w:t>I can't I can't read up page, you know. I mean, now I can read at at a third grade level, but but it's it was it was just such a massive inferiority complex. And I know that every one of you can relate with me who who who are growing up in a different country right now. So so I told but Maulana said something very different. He said that my something I considered a weakness my whole life was actually a strength. Okay.</w:t>
      </w:r>
    </w:p>
    <w:p>
      <w:pPr>
        <w:jc w:val="right"/>
      </w:pPr>
      <w:r>
        <w:t>I can't I can't read up page, you know. I mean, now I can read at at a third grade level, but but it's it was it was just such a massive inferiority complex. And I know that every one of you can relate with me who who who are growing up in a different country right now. So so I told but Mulana said something very different. He said that my something I considered a weakness my whole life was actually a strength. Okay.</w:t>
      </w:r>
    </w:p>
    <w:p>
      <w:r>
        <w:rPr>
          <w:b/>
        </w:rPr>
        <w:t xml:space="preserve">[26:17] </w:t>
      </w:r>
      <w:r>
        <w:t>And and when I sought for the clarification with doctor Frida Khanam, it's not that people who know Urdu cannot understand Murana. But the fact is that my exposure to, you could say, non Urdu literature, it basically English literature shapes the mind differently than Urdu literature. So English literature is always more scientific, specific, to the point.</w:t>
      </w:r>
    </w:p>
    <w:p>
      <w:pPr>
        <w:jc w:val="right"/>
      </w:pPr>
      <w:r>
        <w:t>And and when I sought for the clarification with doctor Frida Khanam, it's not that people who know Urdu cannot understand Murana. But the fact is that my exposure to, you could say, non Urdu literature, it basically English literature shapes the mind differently than Urdu literature. So English literature is always more scientific, specific, to the point.</w:t>
      </w:r>
    </w:p>
    <w:p>
      <w:r>
        <w:rPr>
          <w:b/>
        </w:rPr>
        <w:t xml:space="preserve">[26:42] </w:t>
      </w:r>
      <w:r>
        <w:t>And that's what Malana's, you could say, MO, like mode of operations always was. That's how he always explained things to you. So because you see, we grew up learning science and in our science, it was science, science is straightforward. Galileo comes up with a theory, then Newton comes up with a theory. This proves Galileo. It doesn't demerit Galileo, you just accept a more progressive and more accurate theory.</w:t>
      </w:r>
    </w:p>
    <w:p>
      <w:pPr>
        <w:jc w:val="right"/>
      </w:pPr>
      <w:r>
        <w:t>And that's what Malana's, you could say, MO, like mode of operations always was. That's how he always explained things to you. So because you see, we grew up learning science and in our science, it was science, science is straightforward. Galileo comes up with a theory, then Newton comes up with a theory. This proves Galileo. It doesn't demerit Galileo, you just accept a more progressive and more accurate theory.</w:t>
      </w:r>
    </w:p>
    <w:p>
      <w:r>
        <w:rPr>
          <w:b/>
        </w:rPr>
        <w:t xml:space="preserve">[27:11] </w:t>
      </w:r>
      <w:r>
        <w:t>Now, Newtonian physics was all we needed to land on the moon in '69. But Albert Einstein disproved everything Newton said, you know, back in the 40s. That doesn't discredit Newton. It just means that we just it doesn't demerit Newton for his works, everyone now accept Albert Einstein. Then Heisenberg comes up with his uncertainty principle, and then you just switch to the uncertainty principle.</w:t>
      </w:r>
    </w:p>
    <w:p>
      <w:pPr>
        <w:jc w:val="right"/>
      </w:pPr>
      <w:r>
        <w:t>Now, Newtonian physics was all we needed to land on the moon in '69. But Albert Einstein disproved everything Newton said, you know, back in the 40s. That doesn't discredit Newton. It just means that we just it doesn't demerit Newton for his works, everyone now accept Albert Einstein. Then Heisenberg comes up with his uncertainty principle, and then you just switch to the uncertainty principle.</w:t>
      </w:r>
    </w:p>
    <w:p>
      <w:r>
        <w:rPr>
          <w:b/>
        </w:rPr>
        <w:t xml:space="preserve">[27:35] </w:t>
      </w:r>
      <w:r>
        <w:t>You don't hold on to an idea of, well, how can you disagree with Newton or Einstein or those before you. So the same thing was happened to me when I grew up, you know, hearing all these other different scholars and different people. And then when Monana came up with something that addressed my mind further, it switched. You know, I was very, I was ease, you know, I was easy, it was easy for me to accept it.</w:t>
      </w:r>
    </w:p>
    <w:p>
      <w:pPr>
        <w:jc w:val="right"/>
      </w:pPr>
      <w:r>
        <w:t>You don't hold on to an idea of, well, how can you disagree with Newton or Einstein or those before you. So the same thing was happened to me when I grew up, you know, hearing all these other different scholars and different people. And then when Monana came up with something that addressed my mind further, it switched. You know, I was very, I was ease, you know, I was easy, it was easy for me to accept it.</w:t>
      </w:r>
    </w:p>
    <w:p>
      <w:r>
        <w:rPr>
          <w:b/>
        </w:rPr>
        <w:t xml:space="preserve">[28:04] </w:t>
      </w:r>
      <w:r>
        <w:t>So when Mulana made this something I thought of a weakness in me into a strength, I realized that there is no, you know, ideal Muslim or an ideal human being that, ok, if you want to, if you want to contribute toward Islam or towards God's work, you know, you have to know Arabic and then Urdu and then, you know, you need to memorize like 10 juz of the Quran or something. No, you just, God has made everyone different.</w:t>
      </w:r>
    </w:p>
    <w:p>
      <w:pPr>
        <w:jc w:val="right"/>
      </w:pPr>
      <w:r>
        <w:t>So when Mulana made this something I thought of a weakness in me into a strength, I realized that there is no, you know, ideal मुस्लिम or an ideal human being that, ok, if you want to, if you want to contribute toward Islam or towards God's work, you know, you have to know Arabic and then Urdu and then, you know, you need to memorize like 10 juz of the Quran or something. No, you just, God has made everyone different.</w:t>
      </w:r>
    </w:p>
    <w:p>
      <w:r>
        <w:rPr>
          <w:b/>
        </w:rPr>
        <w:t xml:space="preserve">[28:33] </w:t>
      </w:r>
      <w:r>
        <w:t>God has given different people different abilities. All you have to do is discover what you are good at and work on that. Right. And and it just, you know, you know, changed my perspective of how I approached everything. And now and and now, you know, I I make constant efforts on skills which which which I feel I can do better and not focus on my weaknesses.</w:t>
      </w:r>
    </w:p>
    <w:p>
      <w:pPr>
        <w:jc w:val="right"/>
      </w:pPr>
      <w:r>
        <w:t>God has given different people different abilities. All you have to do is discover what you are good at and work on that. Right. And and it just, you know, you know, changed my perspective of how I approached everything. And now and and now, you know, I I make constant efforts on skills which which which I feel I can do better and not focus on my weaknesses.</w:t>
      </w:r>
    </w:p>
    <w:p>
      <w:r>
        <w:rPr>
          <w:b/>
        </w:rPr>
        <w:t xml:space="preserve">[29:01] </w:t>
      </w:r>
      <w:r>
        <w:t>For my weaknesses, I go to people who can cover them up, I guess. Right. Amazing. And anyways, Asad, you're doing so well, you know, on all fronts and we will come to that. But with that, you know, rationale, just imagine that at a conscious or an unconscious level, Maulana sahib ne aapke agar kahin mind mein, zehan mein koi ek negative element tha, aapke to ko na janne mein usko positive mein convert karna sahi baat hai.</w:t>
      </w:r>
    </w:p>
    <w:p>
      <w:pPr>
        <w:jc w:val="right"/>
      </w:pPr>
      <w:r>
        <w:t>For my weaknesses, I go to people who can cover them up, I guess. Right. Amazing. And anyways, Asad, you're doing so well, you know, on all fronts and we will come to that. But with that, you know, rationale, just imagine that at a conscious or an unconscious level, मलाना साहब ने आपके अगर कहीं mind में, ज़हन में कोई एक negative element था, आपके two को ना जानने में उसको positive में convert करना सही बात है.</w:t>
      </w:r>
    </w:p>
    <w:p>
      <w:r>
        <w:rPr>
          <w:b/>
        </w:rPr>
        <w:t xml:space="preserve">[29:31] </w:t>
      </w:r>
      <w:r>
        <w:t>That's what, you know, he did all his life and that's what he told all of us. Convert, you know, negativity into positivity. I said, I'm sure you would have read other scholars. You've you've interacted with many other scholars. So how did you find Maulana sahib different from the other scholars? I mean, he's very different.</w:t>
      </w:r>
    </w:p>
    <w:p>
      <w:pPr>
        <w:jc w:val="right"/>
      </w:pPr>
      <w:r>
        <w:t>That's what, you know, he did all his life and that's what he told all of us. Convert, you know, negativity into positivity. I said, I'm sure you would have read other scholars. You've you've interacted with many other scholars. So how did you find मलाना साहब different from the other scholars? I mean, he's very different.</w:t>
      </w:r>
    </w:p>
    <w:p>
      <w:r>
        <w:rPr>
          <w:b/>
        </w:rPr>
        <w:t xml:space="preserve">[29:52] </w:t>
      </w:r>
      <w:r>
        <w:t>If if you actually read his book, Oluma or Dorothydeet, which is now translated in into English as well, you you'll realize how his process of thinking and thought works differently. There there there are two things I can actually mention.</w:t>
      </w:r>
    </w:p>
    <w:p>
      <w:pPr>
        <w:jc w:val="right"/>
      </w:pPr>
      <w:r>
        <w:t>If if you actually read his book, Oluma or Dorothydeet, which is now translated in into English as well, you you'll realize how his process of thinking and thought works differently. There there there are two things I can actually mention.</w:t>
      </w:r>
    </w:p>
    <w:p>
      <w:r>
        <w:rPr>
          <w:b/>
        </w:rPr>
        <w:t xml:space="preserve">[30:09] </w:t>
      </w:r>
      <w:r>
        <w:t>So the first thing is, again, during one of these Sunday early morning sessions, he explained to me</w:t>
      </w:r>
    </w:p>
    <w:p>
      <w:pPr>
        <w:jc w:val="right"/>
      </w:pPr>
      <w:r>
        <w:t>So the first thing is, again, during one of these Sunday early morning sessions, he explained to me</w:t>
      </w:r>
    </w:p>
    <w:p>
      <w:r>
        <w:rPr>
          <w:b/>
        </w:rPr>
        <w:t xml:space="preserve">[30:16] </w:t>
      </w:r>
      <w:r>
        <w:t>that the reason why people find conflict between religion and science because or I would rather say Muslims</w:t>
      </w:r>
    </w:p>
    <w:p>
      <w:pPr>
        <w:jc w:val="right"/>
      </w:pPr>
      <w:r>
        <w:t>that the reason why people find conflict between religion and science because or I would rather say Muslims</w:t>
      </w:r>
    </w:p>
    <w:p>
      <w:r>
        <w:rPr>
          <w:b/>
        </w:rPr>
        <w:t xml:space="preserve">[30:24] </w:t>
      </w:r>
      <w:r>
        <w:t>or people of faith find conflicts between religion and science or why they are a little scared of science.</w:t>
      </w:r>
    </w:p>
    <w:p>
      <w:pPr>
        <w:jc w:val="right"/>
      </w:pPr>
      <w:r>
        <w:t>or people of faith find conflicts between religion and science or why they are a little scared of science.</w:t>
      </w:r>
    </w:p>
    <w:p>
      <w:r>
        <w:rPr>
          <w:b/>
        </w:rPr>
        <w:t xml:space="preserve">[30:32] </w:t>
      </w:r>
      <w:r>
        <w:t>What he said was that we've built up our faith or our understanding of Islam on superstition.</w:t>
      </w:r>
    </w:p>
    <w:p>
      <w:pPr>
        <w:jc w:val="right"/>
      </w:pPr>
      <w:r>
        <w:t>What he said was that we've built up our faith or our understanding of Islam on superstition.</w:t>
      </w:r>
    </w:p>
    <w:p>
      <w:r>
        <w:rPr>
          <w:b/>
        </w:rPr>
        <w:t xml:space="preserve">[30:40] </w:t>
      </w:r>
      <w:r>
        <w:t>Now what science does is that science is based on reason. Now reason breaks down superstition. When reasonable arguments are made, when reasonable questions are raised by the world, everyone feels that their superstitious beliefs are crumbling down, means their whole faith is crumbling down. So they feel like they're losing their faith. Right.</w:t>
      </w:r>
    </w:p>
    <w:p>
      <w:pPr>
        <w:jc w:val="right"/>
      </w:pPr>
      <w:r>
        <w:t>Now what science does is that science is based on reason. Now reason breaks down superstition. When reasonable arguments are made, when reasonable questions are raised by the world, everyone feels that their superstitious beliefs are crumbling down, means their whole faith is crumbling down. So they feel like they're losing their faith. Right.</w:t>
      </w:r>
    </w:p>
    <w:p>
      <w:r>
        <w:rPr>
          <w:b/>
        </w:rPr>
        <w:t xml:space="preserve">[31:08] </w:t>
      </w:r>
      <w:r>
        <w:t>This is the case of most of the youths group, people growing up in Western countries and or even in Eastern countries, who are getting modern education is that they feel that their faith is breaking because of reasonable honestly, just very reasonable questions being raised by other people. So how do you say this? Well, it's simple.</w:t>
      </w:r>
    </w:p>
    <w:p>
      <w:pPr>
        <w:jc w:val="right"/>
      </w:pPr>
      <w:r>
        <w:t>This is the case of most of the youths group, people growing up in Western countries and or even in Eastern countries, who are getting modern education is that they feel that their faith is breaking because of reasonable honestly, just very reasonable questions being raised by other people. So how do you say this? Well, it's simple.</w:t>
      </w:r>
    </w:p>
    <w:p>
      <w:r>
        <w:rPr>
          <w:b/>
        </w:rPr>
        <w:t xml:space="preserve">[31:32] </w:t>
      </w:r>
      <w:r>
        <w:t>Replace your superstitious grounds of beliefs with reasonable grounds of beliefs. Because what science will do is that it's just going to be it's just going sub, you know, further, you know, concrete or, you know, or cement reason. So your faith just builds, you know, grows more and more from there.</w:t>
      </w:r>
    </w:p>
    <w:p>
      <w:pPr>
        <w:jc w:val="right"/>
      </w:pPr>
      <w:r>
        <w:t>Replace your superstitious grounds of beliefs with reasonable grounds of beliefs. Because what science will do is that it's just going to be it's just going sub, you know, further, you know, concrete or, you know, or cement reason. So your faith just builds, you know, grows more and more from there.</w:t>
      </w:r>
    </w:p>
    <w:p>
      <w:r>
        <w:rPr>
          <w:b/>
        </w:rPr>
        <w:t xml:space="preserve">[31:53] </w:t>
      </w:r>
      <w:r>
        <w:t>This is one of the biggest difference between Maulana and most of the other scholars is that his Islam or when he explains Islam, he explains it based on reason and that helps you, you know, be more confident about what your beliefs are, what your faith system are and also address, you know, others when they ask questions.</w:t>
      </w:r>
    </w:p>
    <w:p>
      <w:pPr>
        <w:jc w:val="right"/>
      </w:pPr>
      <w:r>
        <w:t>This is one of the biggest difference between मुलाना and most of the other scholars is that his Islam or when he explains Islam, he explains it based on reason and that helps you, you know, be more confident about what your beliefs are, what your faith system are and also address, you know, others when they ask questions.</w:t>
      </w:r>
    </w:p>
    <w:p>
      <w:r>
        <w:rPr>
          <w:b/>
        </w:rPr>
        <w:t xml:space="preserve">[32:17] </w:t>
      </w:r>
      <w:r>
        <w:t>The other thing which is very different about Maulana, which I think is that maybe perhaps unique, is that he would never ever ever speak negatively about anyone, any group, any other scholar. That's true. Yeah. It's it's you you you can't catch him. In fact, will get frustrated at questions when you were asking questions. Oh, the Arabs aren't doing enough or, you know, the Shias or the Sunnis or the Brainvi's.</w:t>
      </w:r>
    </w:p>
    <w:p>
      <w:pPr>
        <w:jc w:val="right"/>
      </w:pPr>
      <w:r>
        <w:t>The other thing which is very different about Monana, which I think is that maybe perhaps unique, is that he would never ever ever speak negatively about anyone, any group, any other scholar. That's true. Yeah. It's it's you you you can't catch him. In fact, will get frustrated at questions when you were asking questions. Oh, the Arabs aren't doing enough or, you know, the Shias or the Sunnis or the Brainvi's.</w:t>
      </w:r>
    </w:p>
    <w:p>
      <w:r>
        <w:rPr>
          <w:b/>
        </w:rPr>
        <w:t xml:space="preserve">[32:46] </w:t>
      </w:r>
      <w:r>
        <w:t>He will get frustrated. And he will get frustrated on these, you know, questions. And he will say, look, we make this ideal version of, you know, what a true believer, true Muslim shouldn't be. And then we project this idea on the rest of the world. And then when people don't meet that standard, we start accusing them of you know of of being bad muslims or or you know of not doing enough for their faith.</w:t>
      </w:r>
    </w:p>
    <w:p>
      <w:pPr>
        <w:jc w:val="right"/>
      </w:pPr>
      <w:r>
        <w:t>He will get frustrated. And he will get frustrated on these, you know, questions. And he will say, look, we make this ideal version of, you know, what a true believer, true Muslim shouldn't be. And then we project this idea on the rest of the world. And then when people don't meet that standard, we start accusing them of you know of of being bad muslims or or you know of not doing enough for their faith.</w:t>
      </w:r>
    </w:p>
    <w:p>
      <w:r>
        <w:rPr>
          <w:b/>
        </w:rPr>
        <w:t xml:space="preserve">[33:16] </w:t>
      </w:r>
      <w:r>
        <w:t>We do that on everyone but ourselves. Right. Now, Maulana, Maulana's approach said that if you hold people on ideal standards, Right. God is gonna hold you on ideal standards. True. Now use the same idea and question yourself. Where are you going to start? Like, where do you start on based on your idea? So if you don't want god to hold you on ideal standards on the way of judgment, don't hold people on ideal standards in this world. Right.</w:t>
      </w:r>
    </w:p>
    <w:p>
      <w:pPr>
        <w:jc w:val="right"/>
      </w:pPr>
      <w:r>
        <w:t>We do that on everyone but ourselves. Right. Now, Mulana, Mulana's approach said that if you hold people on ideal standards, Right. God is gonna hold you on ideal standards. True. Now use the same idea and question yourself. Where are you going to start? Like, where do you start on based on your idea? So if you don't want god to hold you on ideal standards on the way of judgment, don't hold people on ideal standards in this world. Right.</w:t>
      </w:r>
    </w:p>
    <w:p>
      <w:r>
        <w:rPr>
          <w:b/>
        </w:rPr>
        <w:t xml:space="preserve">[33:45] </w:t>
      </w:r>
      <w:r>
        <w:t>And and I and I just felt that it's just such a beautiful way of looking at all the diversity in religion and all the diversity of beliefs and the belief system and the different opinions of different scholars.</w:t>
      </w:r>
    </w:p>
    <w:p>
      <w:pPr>
        <w:jc w:val="right"/>
      </w:pPr>
      <w:r>
        <w:t>And and I and I just felt that it's just such a beautiful way of looking at all the diversity in religion and all the diversity of beliefs and the belief system and the different opinions of different scholars.</w:t>
      </w:r>
    </w:p>
    <w:p>
      <w:r>
        <w:rPr>
          <w:b/>
        </w:rPr>
        <w:t xml:space="preserve">[34:02] </w:t>
      </w:r>
      <w:r>
        <w:t>And that's and that's the difference where Maulana was never negative towards other people and other scholars are negative is because other scholars hold other scholars and other Muslim groups on ideal standards which they believe is ideal. But Maulana, even though he would, of course, have a notion of what an ideal standard should be, but he wouldn't hold other people Right. On it. So so he would never be negative. He would never speak negatively about anyone.</w:t>
      </w:r>
    </w:p>
    <w:p>
      <w:pPr>
        <w:jc w:val="right"/>
      </w:pPr>
      <w:r>
        <w:t>And that's and that's the difference where Mulana was never negative towards other people and other scholars are negative is because other scholars hold other scholars and other Muslim groups on ideal standards which they believe is ideal. But Mulana, even though he would, of course, have a notion of what an ideal standard should be, but he wouldn't hold other people Right. On it. So so he would never be negative. He would never speak negatively about anyone.</w:t>
      </w:r>
    </w:p>
    <w:p>
      <w:r>
        <w:rPr>
          <w:b/>
        </w:rPr>
        <w:t xml:space="preserve">[34:29] </w:t>
      </w:r>
      <w:r>
        <w:t>And and he wouldn't even honestly, like, address questions Right. When you would, you know, when you would start speaking negatively. Right. In fact, you know, his approach, sir, was always very rational and universal. True. Which, you know, even I, you know, when I read about other scholars, they do have this element of you know we and they. Maulana sahib ke andar kabhi bhi kabhi nahi tha. We and they wala concept hi nahi tha.</w:t>
      </w:r>
    </w:p>
    <w:p>
      <w:pPr>
        <w:jc w:val="right"/>
      </w:pPr>
      <w:r>
        <w:t>And and he wouldn't even honestly, like, address questions Right. When you would, you know, when you would start speaking negatively. Right. In fact, you know, his approach, sir, was always very rational and universal. True. Which, you know, even I, you know, when I read about other scholars, they do have this element of you know we and they. मनाना साहब के अंदर कभी भी कभी नहीं था. V and they वाला concept ही नहीं था.</w:t>
      </w:r>
    </w:p>
    <w:p>
      <w:r>
        <w:rPr>
          <w:b/>
        </w:rPr>
        <w:t xml:space="preserve">[34:57] </w:t>
      </w:r>
      <w:r>
        <w:t>We and we wala concept tha and I remember that I once met before meeting Maulana sahib, I met couple of people and one of the Islamic scholar that I met and I, I posed some questions which were related to existential reality. To unhone sirf ek jawab diya ki aap sawal na karein, aap bas maan lein.</w:t>
      </w:r>
    </w:p>
    <w:p>
      <w:pPr>
        <w:jc w:val="right"/>
      </w:pPr>
      <w:r>
        <w:t>V and V वाला concept था and I remember that I once met before meeting मनाना साहब, I met couple of people and one of the Islamic scholar that I met and I, I posed some questions which were related to existential reality. तो उन्होंने सिर्फ एक जवाब दिया कि आप सवाल ना करें, आप बस मान लें.</w:t>
      </w:r>
    </w:p>
    <w:p>
      <w:r>
        <w:rPr>
          <w:b/>
        </w:rPr>
        <w:t xml:space="preserve">[35:20] </w:t>
      </w:r>
      <w:r>
        <w:t>Wahi sawal maine Maulana sahib ko jab present kiya to Maulana ne bahut rationally, scientifically like you explained, usko explain kiya. To ek universality wali jo approach hai, jo Islam mein hai aur humein batani hai duniya ko, to Maulana sahib ne woh bahut achhe se pesh kari hai usko.</w:t>
      </w:r>
    </w:p>
    <w:p>
      <w:pPr>
        <w:jc w:val="right"/>
      </w:pPr>
      <w:r>
        <w:t>वही सवाल मैंने मुलाना साहब को जब present किया तो मुलाना ने बहुत rationally, scientifically like you explained, उसको explain किया. तो एक universality वाली जो approach है, जो इस्लाम में है और हमें बतानी है दुनिया को, तो मुलाना साहब ने वह बहुत अच्छे से पेश करी है उसको.</w:t>
      </w:r>
    </w:p>
    <w:p>
      <w:r>
        <w:rPr>
          <w:b/>
        </w:rPr>
        <w:t xml:space="preserve">[35:42] </w:t>
      </w:r>
      <w:r>
        <w:t>So, Asad that brings us, you know, of course naturally to the next question ki Maulana sahib ne apni poori zindagi jo hai marfat ko unfold karne mein laga di, hum sabke liye. Unhone Islam ko contemporary medium mein present kiya as we all know. So what aspect of his ideology, I mean you did talk about it in your, you know, previous answers. But what aspect of his ideology really addressed your mind?</w:t>
      </w:r>
    </w:p>
    <w:p>
      <w:pPr>
        <w:jc w:val="right"/>
      </w:pPr>
      <w:r>
        <w:t>So, असर that brings us, you know, of course naturally to the next question कि मुराना साहब ने अपनी पूरी ज़िंदगी जो है मारफत को unfold करने में लगा दी, हम सबके लिए. उन्होंने इस्लाम को contemporary medium में present किया as we all know. So what aspect of his ideology, I mean you did talk about it in your, you know, previous answers. But what aspect of his ideology really addressed your mind?</w:t>
      </w:r>
    </w:p>
    <w:p>
      <w:r>
        <w:rPr>
          <w:b/>
        </w:rPr>
        <w:t xml:space="preserve">[36:11] </w:t>
      </w:r>
      <w:r>
        <w:t>Iske baare mein bhi hum sabko bataiye. There are so many and, and these days I actually feel that more and more people, you know, are coming to the same conclusions which Maulana had been writing, you know, about for over eighty years. I'll I'll I'll read a little bit from a list. So the the first is the aspect of self correction.</w:t>
      </w:r>
    </w:p>
    <w:p>
      <w:pPr>
        <w:jc w:val="right"/>
      </w:pPr>
      <w:r>
        <w:t>इसके बारे में भी हम सबको बताइए. There are so many and, and these days I actually feel that more and more people, you know, are coming to the same conclusions which Monana had been writing, you know, about for over eighty years. I'll I'll I'll read a little bit from a list. So the the first is the aspect of self correction.</w:t>
      </w:r>
    </w:p>
    <w:p>
      <w:r>
        <w:rPr>
          <w:b/>
        </w:rPr>
        <w:t xml:space="preserve">[36:37] </w:t>
      </w:r>
      <w:r>
        <w:t>So Maulana's attitude was always like blame thyself, see where you're lacking and then fill in that gap. He I think George Bernard Shaw was the Irish playwright. Right. So he gives his example where he says that someone came approached him and asked, okay, how do I fix problems of society?</w:t>
      </w:r>
    </w:p>
    <w:p>
      <w:pPr>
        <w:jc w:val="right"/>
      </w:pPr>
      <w:r>
        <w:t>So Marana's attitude was always like blame thyself, see where you're lacking and then fill in that gap. He I think George Bernard Shaw was the Irish playwright. Right. So he gives his example where he says that someone came approached him and asked, okay, how do I fix problems of society?</w:t>
      </w:r>
    </w:p>
    <w:p>
      <w:r>
        <w:rPr>
          <w:b/>
        </w:rPr>
        <w:t xml:space="preserve">[37:02] </w:t>
      </w:r>
      <w:r>
        <w:t>And then he would and George Bernard Shaw's answer was, well, identify the problem and then fix that problem in yourself. Because we make up society. So if we want to correct society, just correct yourself. Enough enough corrected people will make a corrected society. So Manana's attitude of always, you know, critiquing yourself and, you know, correcting yourself is important.</w:t>
      </w:r>
    </w:p>
    <w:p>
      <w:pPr>
        <w:jc w:val="right"/>
      </w:pPr>
      <w:r>
        <w:t>And then he would and George Bernard Shaw's answer was, well, identify the problem and then fix that problem in yourself. Because we make up society. So if we want to correct society, just correct yourself. Enough enough corrected people will make a corrected society. So Manana's attitude of always, you know, critiquing yourself and, you know, correcting yourself is important.</w:t>
      </w:r>
    </w:p>
    <w:p>
      <w:r>
        <w:rPr>
          <w:b/>
        </w:rPr>
        <w:t xml:space="preserve">[37:27] </w:t>
      </w:r>
      <w:r>
        <w:t>But that cannot happen without something he would also talk about, deconditioning. Now deconditioning is the first time I honestly heard from Unana. Now I and today, I realize the value of it because, you see, you need to unlearn or you know remove your natural biases.</w:t>
      </w:r>
    </w:p>
    <w:p>
      <w:pPr>
        <w:jc w:val="right"/>
      </w:pPr>
      <w:r>
        <w:t>But that cannot happen without something he would also talk about, deconditioning. Now deconditioning is the first time I honestly heard from Unana. Now I and today, I realize the value of it because, you see, you need to unlearn or you know remove your natural biases.</w:t>
      </w:r>
    </w:p>
    <w:p>
      <w:r>
        <w:rPr>
          <w:b/>
        </w:rPr>
        <w:t xml:space="preserve">[37:54] </w:t>
      </w:r>
      <w:r>
        <w:t>The biases you've gathered from literature or no one reads these days from YouTube, social media or just people around you or even the news. So you need to decondition yourself from all your natural biases, your pre existing notions about things and then make fresh start towards it. It's not something you do once. You you keep doing it over and over again. You will be conditioned, you know, towards something in a certain certain way.</w:t>
      </w:r>
    </w:p>
    <w:p>
      <w:pPr>
        <w:jc w:val="right"/>
      </w:pPr>
      <w:r>
        <w:t>The biases you've gathered from literature or no one reads these days from YouTube, social media or just people around you or even the news. So you need to decondition yourself from all your natural biases, your pre existing notions about things and then make fresh start towards it. It's not something you do once. You you keep doing it over and over again. You will be conditioned, you know, towards something in a certain certain way.</w:t>
      </w:r>
    </w:p>
    <w:p>
      <w:r>
        <w:rPr>
          <w:b/>
        </w:rPr>
        <w:t xml:space="preserve">[38:23] </w:t>
      </w:r>
      <w:r>
        <w:t>Decondition yourself and then start self correcting. Another part of his ideology which I personally find so rational and I find hard to believe why other people don't accept it is his concept of action and reaction. Where he talks about that on a global scale or in any scale, people react to what you act.</w:t>
      </w:r>
    </w:p>
    <w:p>
      <w:pPr>
        <w:jc w:val="right"/>
      </w:pPr>
      <w:r>
        <w:t>Decondition yourself and then start self correcting. Another part of his ideology which I personally find so rational and I find hard to believe why other people don't accept it is his concept of action and reaction. Where he talks about that on a global scale or in any scale, people react to what you act.</w:t>
      </w:r>
    </w:p>
    <w:p>
      <w:r>
        <w:rPr>
          <w:b/>
        </w:rPr>
        <w:t xml:space="preserve">[38:51] </w:t>
      </w:r>
      <w:r>
        <w:t>Now you would say, you know, you would go around calling people Islamophobic or or say that, you know, people are, people hate Muslims or they're making anti Muslim policies or laws. But we've given them every reason to. And all that all that is is a reaction of what our attitude is towards or how we interact with people.</w:t>
      </w:r>
    </w:p>
    <w:p>
      <w:pPr>
        <w:jc w:val="right"/>
      </w:pPr>
      <w:r>
        <w:t>Now you would say, you know, you would go around calling people Islamophobic or or say that, you know, people are, people hate Muslims or they're making anti Muslim policies or laws. But we've given them every reason to. And all that all that is is a reaction of what our attitude is towards or how we interact with people.</w:t>
      </w:r>
    </w:p>
    <w:p>
      <w:r>
        <w:rPr>
          <w:b/>
        </w:rPr>
        <w:t xml:space="preserve">[39:21] </w:t>
      </w:r>
      <w:r>
        <w:t>Like, rather than I love you, right? But if you but if you but I know that if I if if I do something to annoy you, you will get annoyed. Right. And and so so so the onus is always on us, you know, on what other people's reactions would be. So if if we, you know, are careful with ourselves and with what we do, people will react accordingly.</w:t>
      </w:r>
    </w:p>
    <w:p>
      <w:pPr>
        <w:jc w:val="right"/>
      </w:pPr>
      <w:r>
        <w:t>Like, rather than I love you, right? But if you but if you but I know that if I if if I do something to annoy you, you will get annoyed. Right. And and so so so the onus is always on us, you know, on what other people's reactions would be. So if if we, you know, are careful with ourselves and with what we do, people will react accordingly.</w:t>
      </w:r>
    </w:p>
    <w:p>
      <w:r>
        <w:rPr>
          <w:b/>
        </w:rPr>
        <w:t xml:space="preserve">[39:49] </w:t>
      </w:r>
      <w:r>
        <w:t>So you do good deeds, people will react, you know, in a positive manner. Right.</w:t>
      </w:r>
    </w:p>
    <w:p>
      <w:pPr>
        <w:jc w:val="right"/>
      </w:pPr>
      <w:r>
        <w:t>So you do good deeds, people will react, you know, in a positive manner. Right.</w:t>
      </w:r>
    </w:p>
    <w:p>
      <w:r>
        <w:rPr>
          <w:b/>
        </w:rPr>
        <w:t xml:space="preserve">[39:52] </w:t>
      </w:r>
      <w:r>
        <w:t>But if you but if you trigger them, if you hit their nose, if you would take away</w:t>
      </w:r>
    </w:p>
    <w:p>
      <w:pPr>
        <w:jc w:val="right"/>
      </w:pPr>
      <w:r>
        <w:t>But if you but if you trigger them, if you hit their nose, if you would take away</w:t>
      </w:r>
    </w:p>
    <w:p>
      <w:r>
        <w:rPr>
          <w:b/>
        </w:rPr>
        <w:t xml:space="preserve">[39:55] </w:t>
      </w:r>
      <w:r>
        <w:t>their freedom, people will react negatively.</w:t>
      </w:r>
    </w:p>
    <w:p>
      <w:pPr>
        <w:jc w:val="right"/>
      </w:pPr>
      <w:r>
        <w:t>their freedom, people will react negatively.</w:t>
      </w:r>
    </w:p>
    <w:p>
      <w:r>
        <w:rPr>
          <w:b/>
        </w:rPr>
        <w:t xml:space="preserve">[39:59] </w:t>
      </w:r>
      <w:r>
        <w:t>It's such it's such a simple concept.</w:t>
      </w:r>
    </w:p>
    <w:p>
      <w:pPr>
        <w:jc w:val="right"/>
      </w:pPr>
      <w:r>
        <w:t>It's such it's such a simple concept.</w:t>
      </w:r>
    </w:p>
    <w:p>
      <w:r>
        <w:rPr>
          <w:b/>
        </w:rPr>
        <w:t xml:space="preserve">[40:02] </w:t>
      </w:r>
      <w:r>
        <w:t>We see it in nature.</w:t>
      </w:r>
    </w:p>
    <w:p>
      <w:pPr>
        <w:jc w:val="right"/>
      </w:pPr>
      <w:r>
        <w:t>We see it in nature.</w:t>
      </w:r>
    </w:p>
    <w:p>
      <w:r>
        <w:rPr>
          <w:b/>
        </w:rPr>
        <w:t xml:space="preserve">[40:06] </w:t>
      </w:r>
      <w:r>
        <w:t>You water a plant, it grows.</w:t>
      </w:r>
    </w:p>
    <w:p>
      <w:pPr>
        <w:jc w:val="right"/>
      </w:pPr>
      <w:r>
        <w:t>You water a plant, it grows.</w:t>
      </w:r>
    </w:p>
    <w:p>
      <w:r>
        <w:rPr>
          <w:b/>
        </w:rPr>
        <w:t xml:space="preserve">[40:09] </w:t>
      </w:r>
      <w:r>
        <w:t>You don't water it, it's it's not gonna grow.</w:t>
      </w:r>
    </w:p>
    <w:p>
      <w:pPr>
        <w:jc w:val="right"/>
      </w:pPr>
      <w:r>
        <w:t>You don't water it, it's it's not gonna grow.</w:t>
      </w:r>
    </w:p>
    <w:p>
      <w:r>
        <w:rPr>
          <w:b/>
        </w:rPr>
        <w:t xml:space="preserve">[40:13] </w:t>
      </w:r>
      <w:r>
        <w:t>So it's so so it's a very beautiful concept. Right.</w:t>
      </w:r>
    </w:p>
    <w:p>
      <w:pPr>
        <w:jc w:val="right"/>
      </w:pPr>
      <w:r>
        <w:t>So it's so so it's a very beautiful concept. Right.</w:t>
      </w:r>
    </w:p>
    <w:p>
      <w:r>
        <w:rPr>
          <w:b/>
        </w:rPr>
        <w:t xml:space="preserve">[40:16] </w:t>
      </w:r>
      <w:r>
        <w:t>God realization and orientation which you which you spoke about was also something that that was that appealed to me.</w:t>
      </w:r>
    </w:p>
    <w:p>
      <w:pPr>
        <w:jc w:val="right"/>
      </w:pPr>
      <w:r>
        <w:t>God realization and orientation which you which you spoke about was also something that that was that appealed to me.</w:t>
      </w:r>
    </w:p>
    <w:p>
      <w:r>
        <w:rPr>
          <w:b/>
        </w:rPr>
        <w:t xml:space="preserve">[40:20] </w:t>
      </w:r>
      <w:r>
        <w:t>Everyone talks about everywhere talks about living, you know, with God in mind or living with the hereafter in mind. But you can't do that unless you've realized it in this world because you can't add on something unless you realize it to be the truth.</w:t>
      </w:r>
    </w:p>
    <w:p>
      <w:pPr>
        <w:jc w:val="right"/>
      </w:pPr>
      <w:r>
        <w:t>Everyone talks about everywhere talks about living, you know, with God in mind or living with the hereafter in mind. But you can't do that unless you've realized it in this world because you can't add on something unless you realize it to be the truth.</w:t>
      </w:r>
    </w:p>
    <w:p>
      <w:r>
        <w:rPr>
          <w:b/>
        </w:rPr>
        <w:t xml:space="preserve">[40:39] </w:t>
      </w:r>
      <w:r>
        <w:t>And that's why Murana focuses so much on Marifa and and, you know, understanding and and spirituality is because you you need to realize you need to make that connection with God. And only when you make that connection can you truly have a God oriented, a God oriented life. Right. And lastly, of course, which changed my life is reading the Quran in in your language. That's something where I always encouraged. My sure.</w:t>
      </w:r>
    </w:p>
    <w:p>
      <w:pPr>
        <w:jc w:val="right"/>
      </w:pPr>
      <w:r>
        <w:t>And that's why Murana focuses so much on Marifa and and, you know, understanding and and spirituality is because you you need to realize you need to make that connection with God. And only when you make that connection can you truly have a God oriented, a God oriented life. Right. And lastly, of course, which changed my life is reading the Quran in in your language. That's something where I always encouraged. My sure.</w:t>
      </w:r>
    </w:p>
    <w:p>
      <w:r>
        <w:rPr>
          <w:b/>
        </w:rPr>
        <w:t xml:space="preserve">[41:07] </w:t>
      </w:r>
      <w:r>
        <w:t>And he always, you know, asked us to take people, take the Quran to people in languages they understand so they can read it. So, I said, like we know he's authored more than 200 books. I know each and every book is a masterpiece, full of wisdom. But any particular book which is your favorite book which you'd like to share with all of us?</w:t>
      </w:r>
    </w:p>
    <w:p>
      <w:pPr>
        <w:jc w:val="right"/>
      </w:pPr>
      <w:r>
        <w:t>And he always, you know, asked us to take people, take the Quran to people in languages they understand so they can read it. So, I said, like we know he's authored more than 200 books. I know each and every book is a masterpiece, full of wisdom. But any particular book which is your favorite book which you'd like to share with all of us?</w:t>
      </w:r>
    </w:p>
    <w:p>
      <w:r>
        <w:rPr>
          <w:b/>
        </w:rPr>
        <w:t xml:space="preserve">[41:32] </w:t>
      </w:r>
      <w:r>
        <w:t>So it's it's such a difficult question I know. It's to Every book of his, you know, like I said, is full of wisdom. Every book appeals to different people differently. That's what the truth is. So what my favorite doesn't mean that it's the best book he's ever written. Someone can come up with a different understanding or a different answer for this.</w:t>
      </w:r>
    </w:p>
    <w:p>
      <w:pPr>
        <w:jc w:val="right"/>
      </w:pPr>
      <w:r>
        <w:t>So it's it's such a difficult question I know. It's to Every book of his, you know, like I said, is full of wisdom. Every book appeals to different people differently. That's what the truth is. So what my favorite doesn't mean that it's the best book he's ever written. Someone can come up with a different understanding or a different answer for this.</w:t>
      </w:r>
    </w:p>
    <w:p>
      <w:r>
        <w:rPr>
          <w:b/>
        </w:rPr>
        <w:t xml:space="preserve">[41:59] </w:t>
      </w:r>
      <w:r>
        <w:t>One book which I was blown away when I read it was Actually God Arises because I had a background in science and the depth he went into science and and it's just amazing. He takes all the criticism that's raised by modern society on religion and god and addresses it at the same level. He doesn't back it up with all because the Quran says so or because the prophet said so.</w:t>
      </w:r>
    </w:p>
    <w:p>
      <w:pPr>
        <w:jc w:val="right"/>
      </w:pPr>
      <w:r>
        <w:t>One book which I was blown away when I read it was Actually God Arises because I had a background in science and the depth he went into science and and it's just amazing. He takes all the criticism that's raised by modern society on religion and god and addresses it at the same level. He doesn't back it up with all because the Quran says so or because the prophet said so.</w:t>
      </w:r>
    </w:p>
    <w:p>
      <w:r>
        <w:rPr>
          <w:b/>
        </w:rPr>
        <w:t xml:space="preserve">[42:25] </w:t>
      </w:r>
      <w:r>
        <w:t>He uses the same criticism or the same level of argument to address them and and he succeeds. Anyone who reads that book would know he succeeds. What's what's incredible is that not very recently but maybe ten or fifteen years ago, Andrew, Anthony Flew I believe his name was, who was a very prominent atheist. He wrote a book, There is a God.</w:t>
      </w:r>
    </w:p>
    <w:p>
      <w:pPr>
        <w:jc w:val="right"/>
      </w:pPr>
      <w:r>
        <w:t>He uses the same criticism or the same level of argument to address them and and he succeeds. Anyone who reads that book would know he succeeds. What's what's what's incredible is that not very recently but maybe ten or fifteen years ago, Andrew, Anthony Flew I believe his name was, who was a very prominent atheist. He wrote a book, There is a God.</w:t>
      </w:r>
    </w:p>
    <w:p>
      <w:r>
        <w:rPr>
          <w:b/>
        </w:rPr>
        <w:t xml:space="preserve">[42:51] </w:t>
      </w:r>
      <w:r>
        <w:t>He published it too, like, twenty years ago and the book was subtitled How the World's Most Notorious Atheist Became Believed Believed in God. Okay. And he listed out all his arguments in that book saying that, well, you know, this is what my atheist argument used to be. And then now I realize that, well, you know, there's an answer to it. And and and he listed out about maybe a couple of, in fact, lot of arguments.</w:t>
      </w:r>
    </w:p>
    <w:p>
      <w:pPr>
        <w:jc w:val="right"/>
      </w:pPr>
      <w:r>
        <w:t>He published it too, like, twenty years ago and the book was subtitled How the World's Most Notorious Atheist Became Believed Believed in God. Okay. And he listed out all his arguments in that book saying that, well, you know, this is what my atheist argument used to be. And then now I realize that, well, you know, there's an answer to it. And and and he listed out about maybe a couple of, in fact, lot of arguments.</w:t>
      </w:r>
    </w:p>
    <w:p>
      <w:r>
        <w:rPr>
          <w:b/>
        </w:rPr>
        <w:t xml:space="preserve">[43:19] </w:t>
      </w:r>
      <w:r>
        <w:t>But what was surprising is that anyone who reads that book by Anthony Fleur is that 90% of it is exactly what Monanda wrote in Call of Rises maybe fifty years before him.</w:t>
      </w:r>
    </w:p>
    <w:p>
      <w:pPr>
        <w:jc w:val="right"/>
      </w:pPr>
      <w:r>
        <w:t>But what was surprising is that anyone who reads that book by Anthony Fleur is that 90% of it is exactly what Monanda wrote in Call of Rises maybe fifty years before him.</w:t>
      </w:r>
    </w:p>
    <w:p>
      <w:r>
        <w:rPr>
          <w:b/>
        </w:rPr>
        <w:t xml:space="preserve">[43:32] </w:t>
      </w:r>
      <w:r>
        <w:t>It's you you would you could you could honestly hold that book down for plagiarism, but but but the spirit is but the spirit is that Manna realized all these concepts and he addressed it decades before people even knew knew, like, it is it is existed. So I and Anthony Flu's book was a New York Times bestseller. God Rises is also very popular book. It has been part of the syllabus of many Arab universities.</w:t>
      </w:r>
    </w:p>
    <w:p>
      <w:pPr>
        <w:jc w:val="right"/>
      </w:pPr>
      <w:r>
        <w:t>It's you you would you could you could honestly hold that book down for plagiarism, but but but the spirit is but the spirit is that Manna realized all these concepts and he addressed it decades before people even knew knew, like, it is it is it existed. So I and Anthony Flu's book was a New York Times bestseller. God Rises is also very popular book. It has been part of the syllabus of many Arab universities.</w:t>
      </w:r>
    </w:p>
    <w:p>
      <w:r>
        <w:rPr>
          <w:b/>
        </w:rPr>
        <w:t xml:space="preserve">[44:02] </w:t>
      </w:r>
      <w:r>
        <w:t>And of course, another book I connected with was Muhammad the prophet for all humanity. A book. That's a book. Prophet's life never gets represented in a way where, like, how it's represented in Mohammed the Prophet for all humanity. Everywhere, other books which you read, also good works. It's either historical, biographical.</w:t>
      </w:r>
    </w:p>
    <w:p>
      <w:pPr>
        <w:jc w:val="right"/>
      </w:pPr>
      <w:r>
        <w:t>And of course, another book I connected with was Muhammad the prophet for all humanity. A book. That's a book. Prophet's life never gets represented in a way where, like, how it's represented in Mohammed the Prophet for all humanity. Everywhere, other books which you read, also good works. It's either historical, biographical.</w:t>
      </w:r>
    </w:p>
    <w:p>
      <w:r>
        <w:rPr>
          <w:b/>
        </w:rPr>
        <w:t xml:space="preserve">[44:30] </w:t>
      </w:r>
      <w:r>
        <w:t>But with Molana's book, it's apart from being historically correct and biographically accurate, it explains the mission the profit was on. And that's the context like the book highlights is that anyone who reads that book can truly understand the purpose of the prophet. Right. The prophet's mission. Absolutely.</w:t>
      </w:r>
    </w:p>
    <w:p>
      <w:pPr>
        <w:jc w:val="right"/>
      </w:pPr>
      <w:r>
        <w:t>But with Molana's book, it's apart from being historically correct and biographically accurate, it explains the mission the profit was on. And that's the context like the book highlights is that anyone who reads that book can truly understand the purpose of the prophet. Right. The prophet's mission. Absolutely.</w:t>
      </w:r>
    </w:p>
    <w:p>
      <w:r>
        <w:rPr>
          <w:b/>
        </w:rPr>
        <w:t xml:space="preserve">[44:55] </w:t>
      </w:r>
      <w:r>
        <w:t>Asit, as you know that Malana Saab established Center for Peace and Spirituality International in 2001. And now CPS movement is spreading far and wide. When did you decide to join formally the CPS mission? It's well, it wasn't in 2001 because I was only seven years old.</w:t>
      </w:r>
    </w:p>
    <w:p>
      <w:pPr>
        <w:jc w:val="right"/>
      </w:pPr>
      <w:r>
        <w:t>Asit, as you know that Malana Saab established Center for Peace and Spirituality International in 2001. And now CPS movement is spreading far and wide. When did you decide to join formally the CPS mission? It's well, it wasn't in 2001 because I was only seven years old.</w:t>
      </w:r>
    </w:p>
    <w:p>
      <w:r>
        <w:rPr>
          <w:b/>
        </w:rPr>
        <w:t xml:space="preserve">[45:20] </w:t>
      </w:r>
      <w:r>
        <w:t>But I remember that in 2016, I had an opportunity to travel a lot. So I traveled all through the world. Went to Hong Kong, I went to The US, I went to New York, I went back to my hometown, Jumpshredpur. And something happened which I felt was a sign of God. Right. So the first incident is that in Jamshedpur, there's this really old bookstore.</w:t>
      </w:r>
    </w:p>
    <w:p>
      <w:pPr>
        <w:jc w:val="right"/>
      </w:pPr>
      <w:r>
        <w:t>But I remember that in 2016, I had an opportunity to travel a lot. So I traveled all through the world. Went to Hong Kong, I went to The US, I went to New York, I went back to my hometown, Jumpshredpur. And something happened which I felt was a sign of God. Right. So the first incident is that in Jamshedpur, there's this really old bookstore.</w:t>
      </w:r>
    </w:p>
    <w:p>
      <w:r>
        <w:rPr>
          <w:b/>
        </w:rPr>
        <w:t xml:space="preserve">[45:46] </w:t>
      </w:r>
      <w:r>
        <w:t>It's manned by this really old, you could say, bookworm of all the books. He has a bookstore not bigger than this stage probably. Okay. And he would and I was in his book and I saw that he had Aldrasadha's Aldrasadha's Aldrasadha copies with him.</w:t>
      </w:r>
    </w:p>
    <w:p>
      <w:pPr>
        <w:jc w:val="right"/>
      </w:pPr>
      <w:r>
        <w:t>It's manned by this really old, you could say, bookworm of all the books. He has a bookstore not bigger than this stage probably. Okay. And he would and I was in his book and I saw that he had Aldrasadha's Aldrasadha's Aldrasadha copies with him.</w:t>
      </w:r>
    </w:p>
    <w:p>
      <w:r>
        <w:rPr>
          <w:b/>
        </w:rPr>
        <w:t xml:space="preserve">[46:06] </w:t>
      </w:r>
      <w:r>
        <w:t>So, so I told him that, oh, I I know about Murano and Huyduddin Khan because by then I had attended a few of his lectures and the expression on his face changed. He said that this is that if you know Mulana Wahiduddin Khan, you don't need to know anyone else. Like, that's what he said to me. And he was such a avid reader and, you know, appreciative of Mulana's work.</w:t>
      </w:r>
    </w:p>
    <w:p>
      <w:pPr>
        <w:jc w:val="right"/>
      </w:pPr>
      <w:r>
        <w:t>So, so I told him that, oh, I I know about Murano and Huyduddin Khan because by then I had attended a few of his lectures and the expression on his face changed. He said that this is that if you know Mulana Wahiduddin Khan, you don't need to know anyone else. Like, that's what he said to me. And he was such a avid reader and, you know, appreciative of Mulana's work.</w:t>
      </w:r>
    </w:p>
    <w:p>
      <w:r>
        <w:rPr>
          <w:b/>
        </w:rPr>
        <w:t xml:space="preserve">[46:30] </w:t>
      </w:r>
      <w:r>
        <w:t>And then my khala was with me and he told her that if your nephew knows leads Mulana or waives in his hand, then you don't need to worry about him anymore. So I took that experience and then I was and somewhere in the back of my mind that experience existed and I was traveling everywhere. Now, cut forward to Manhattan. I was in New York. I was I was I was traveling cheap, so I stayed in the youth hostel.</w:t>
      </w:r>
    </w:p>
    <w:p>
      <w:pPr>
        <w:jc w:val="right"/>
      </w:pPr>
      <w:r>
        <w:t>And then my khala was with me and he told her that if your nephew knows leads Mulana or waives in his hand, then you don't need to worry about him anymore. So I took that experience and then I was and somewhere in the back of my mind that experience existed and I was traveling everywhere. Now, cut forward to Manhattan. I was in New York. I was I was I was traveling cheap, so I stayed in the youth hostel.</w:t>
      </w:r>
    </w:p>
    <w:p>
      <w:r>
        <w:rPr>
          <w:b/>
        </w:rPr>
        <w:t xml:space="preserve">[46:57] </w:t>
      </w:r>
      <w:r>
        <w:t>Now now in the youth hostel, they want people to interact and there's a community pre COVID times. So in the breakfast area, everyone has breakfast in this common space where they give WiFi. Now in the breakfast area, I was sitting down, you know, having breakfast and this European lady, Caucasian, she comes and sits in front of me and she's holding Mulana's translation. Okay. Right?</w:t>
      </w:r>
    </w:p>
    <w:p>
      <w:pPr>
        <w:jc w:val="right"/>
      </w:pPr>
      <w:r>
        <w:t>Now now in the youth hostel, they want people to interact and there's a community pre COVID times. So in the breakfast area, everyone has breakfast in this common space where they give WiFi. Now in the breakfast area, I was sitting down, you know, having breakfast and this European lady, Caucasian, she comes and sits in front of me and she's holding Mulana's translation. Okay. Right?</w:t>
      </w:r>
    </w:p>
    <w:p>
      <w:r>
        <w:rPr>
          <w:b/>
        </w:rPr>
        <w:t xml:space="preserve">[47:20] </w:t>
      </w:r>
      <w:r>
        <w:t>Of of all the places in the world, like, to to see Mulana's translation, like, like, you wouldn't imagine that's going to be held by a Caucasian, you know, European woman in front of having breakfast with you in a youth hostel in Manhattan. Unbelievable. It's so unbelievable that honestly there could be nothing more opposite in the world than an eight year old bookstore owner in a Galilin Zamfredpur and a European woman, you know, saying, you your throat is still in Manhattan.</w:t>
      </w:r>
    </w:p>
    <w:p>
      <w:pPr>
        <w:jc w:val="right"/>
      </w:pPr>
      <w:r>
        <w:t>Of of all the places in the world, like, to to see Mulana's translation, like, like, you wouldn't imagine that's going to be held by a Caucasian, you know, European woman in front of having breakfast with you in a youth hostel in Manhattan. Unbelievable. It's so unbelievable that honestly there could be nothing more opposite in the world than an eight year old bookstore owner in a Galilin Zamfredpur and a European woman, you know, saying, you your throat is still in Manhattan.</w:t>
      </w:r>
    </w:p>
    <w:p>
      <w:r>
        <w:rPr>
          <w:b/>
        </w:rPr>
        <w:t xml:space="preserve">[47:49] </w:t>
      </w:r>
      <w:r>
        <w:t>But what was common was Maulana Wahiduddin Khan between all of them. And that's when I realized what the reach and the spread of Maulana's work was and what he was trying to achieve is to get to everyone. And and I had a very nice conversation with her. But I felt that her sitting there with Maulana's translation, it wasn't a coincidence. Yeah. Because, you see, us wearing the same socks is a coincidence or the same kurta is a coincidence.</w:t>
      </w:r>
    </w:p>
    <w:p>
      <w:pPr>
        <w:jc w:val="right"/>
      </w:pPr>
      <w:r>
        <w:t>But what was common was Mulan Huizuddin Khan between all of them. And that's when I realized what the reach and the spread of Mulan's work was and what he was trying to achieve is to get to everyone. And and I had a very nice conversation with her. But I felt that her sitting there with Melana's translation, it wasn't a coincidence. Yeah. Because, you see, us wearing the same socks is a coincidence or the same kurta is a coincidence.</w:t>
      </w:r>
    </w:p>
    <w:p>
      <w:r>
        <w:rPr>
          <w:b/>
        </w:rPr>
        <w:t xml:space="preserve">[48:18] </w:t>
      </w:r>
      <w:r>
        <w:t>But something that narrow, like, had to be assigned. Absolutely. So that's when I decided that I'm gonna go back and, you know, contribute to the CPS mission Right. In in any way I could. Then, of course, then, you know, you moved on. CPS, like, if you come to CPS, USA team, I said, it's doing an amazing work amazing work in the field of Da'wah work. Maulana himself has traveled, if I'm right, more than 10 times.</w:t>
      </w:r>
    </w:p>
    <w:p>
      <w:pPr>
        <w:jc w:val="right"/>
      </w:pPr>
      <w:r>
        <w:t>But something that narrow, like, had to be assigned. Absolutely. So that's when I decided that I'm gonna go back and, you know, contribute to the CPS mission Right. In in any way I could. Then, of course, then, you know, you moved on. CPS, like, if you come to CPS, USA team, I said, it's doing an amazing work amazing work in the field of दाव work. मलाना himself has traveled, if I'm right, more than 10 times.</w:t>
      </w:r>
    </w:p>
    <w:p>
      <w:r>
        <w:rPr>
          <w:b/>
        </w:rPr>
        <w:t xml:space="preserve">[48:47] </w:t>
      </w:r>
      <w:r>
        <w:t>Two times, I had the opportunity to go with him to U. S. For various programs. We would like to know, Asad, from you about something about CPS USA team. Please tell us about the CPS USA team. So the CPS USA team is led by five core members.</w:t>
      </w:r>
    </w:p>
    <w:p>
      <w:pPr>
        <w:jc w:val="right"/>
      </w:pPr>
      <w:r>
        <w:t>Two times, I had the opportunity to go with him to U. S. For various programs. We would like to know, Asat, from you about something about CPS USA team. Please tell us about the CPS USA team. So the CPS USA team is led by five core members.</w:t>
      </w:r>
    </w:p>
    <w:p>
      <w:r>
        <w:rPr>
          <w:b/>
        </w:rPr>
        <w:t xml:space="preserve">[49:11] </w:t>
      </w:r>
      <w:r>
        <w:t>And primarily it was started by Khaleel Ahmed who knew Maulana back from when he was in Africa and he moved to The U. S. And he set it up over there. It's as old as the CPS center in New Delhi. And since inception, it has distributed about 1,500,000 translations of the Quran. Much that it's so much that every that you could almost find it everywhere at this point of time.</w:t>
      </w:r>
    </w:p>
    <w:p>
      <w:pPr>
        <w:jc w:val="right"/>
      </w:pPr>
      <w:r>
        <w:t>And primarily it was started by Khadi Aklimaddin who knew Medhana back from when he was in Africa and he moved to The U. S. And he set it up over there. It's as old as the CPS center in New Delhi. And since inception, it has distributed about 1,500,000 translations of the Quran. Much that it's so much that every that you could almost find it everywhere at this point of time.</w:t>
      </w:r>
    </w:p>
    <w:p>
      <w:r>
        <w:rPr>
          <w:b/>
        </w:rPr>
        <w:t xml:space="preserve">[49:39] </w:t>
      </w:r>
      <w:r>
        <w:t>You would go to a Masjid that people are going to have it. If people are talking about the Quran on video, it's very likely to have it behind them on a bookshelf or in their hands. It was this pure dedication that it got to this point. Apart from that, we have study circles. We do these sessions with kids, with the women, with other people, where we read and we discuss.</w:t>
      </w:r>
    </w:p>
    <w:p>
      <w:pPr>
        <w:jc w:val="right"/>
      </w:pPr>
      <w:r>
        <w:t>You would go to a Mazda that people are going to have it. If people are talking about the Quran on video, it's very likely to have it behind them on a bookshelf or in their hands. It was this pure dedication that it got to this point. Apart from that, we have steady circles. We do these sessions with kids, with the women, with other people, where we read and we discuss.</w:t>
      </w:r>
    </w:p>
    <w:p>
      <w:r>
        <w:rPr>
          <w:b/>
        </w:rPr>
        <w:t xml:space="preserve">[50:09] </w:t>
      </w:r>
      <w:r>
        <w:t>Then we have a lot of we go to book fairs. That's that's also a key activity which people do here. Right now, we went to the Arizona book fair, which was which was very successful and beautiful, the response we got. Then we take we participate in a lot of digital activities. And at the same time, we've recently launched Maulana Wahiduddin Khan legacy competition. We'll, of course, come to that, yes.</w:t>
      </w:r>
    </w:p>
    <w:p>
      <w:pPr>
        <w:jc w:val="right"/>
      </w:pPr>
      <w:r>
        <w:t>Then we have a lot of we go to book fairs. That's that's also a key activity which people do here. Right now, we went to the Arizona book fair, which was which was very successful and beautiful, the response we got. Then we take we participate in a lot of digital activities. And at the same time, we've recently launched Timuranam Hiddudin Khan legacy competition. We'll, of course, come to that, yes.</w:t>
      </w:r>
    </w:p>
    <w:p>
      <w:r>
        <w:rPr>
          <w:b/>
        </w:rPr>
        <w:t xml:space="preserve">[50:36] </w:t>
      </w:r>
      <w:r>
        <w:t>But, Asad, what was when was your last interaction with Maulana Sahib? So physical interaction was so I remember when I was going for my studies abroad in 2018, I realized that I had spent almost three or four years in his company and never had a book signed by him. So I took my copy of God Arises and I went to him over there and asked him to sign it.</w:t>
      </w:r>
    </w:p>
    <w:p>
      <w:pPr>
        <w:jc w:val="right"/>
      </w:pPr>
      <w:r>
        <w:t>But, Ahsat, what was when was your last interaction with Malana Sahib? So physical interaction was so I remember when I was going for my studies abroad in 2018, I realized that I had spent almost three or four years in his company and never had a book signed by him. So I took my copy of God Arises and I went to him over there and asked him to sign it.</w:t>
      </w:r>
    </w:p>
    <w:p>
      <w:r>
        <w:rPr>
          <w:b/>
        </w:rPr>
        <w:t xml:space="preserve">[51:04] </w:t>
      </w:r>
      <w:r>
        <w:t>So he asked me that, Asad aap ja rahe hain? I said Ji Maulana main ja raha hoon. Then he said kya he. This was which year? 2018. 2018. 2018. And, and then he asked me kya ab hamari kabhi mulaqat nahi hogi? And, and honestly like pre Maulana times I would have been like zaroor hogi Maulana inchallah. Ji. But you have been with him for so long I answered. Maulana iski guarantee aap bhi nahi de sakte, main bhi nahi de sakta.</w:t>
      </w:r>
    </w:p>
    <w:p>
      <w:pPr>
        <w:jc w:val="right"/>
      </w:pPr>
      <w:r>
        <w:t>So he asked me that, सत्साई आप जा रहे हैं? I said जी मुलाना मैं जा रहा हूँ. Then he said क्या he. This was which year? 2018. 2018. 2018. And, and then he asked me क्या अब हमारी कभी मुलाकात नहीं होगी? And, and honestly like pre मलाना times I would have been like ज़रूर होगी मलाना inchallah. जी. But you have been with him for so long I answered. मलाना इसकी guarantee आप भी नहीं दे सकते, मैं भी नहीं दे सकता.</w:t>
      </w:r>
    </w:p>
    <w:p>
      <w:r>
        <w:rPr>
          <w:b/>
        </w:rPr>
        <w:t xml:space="preserve">[51:34] </w:t>
      </w:r>
      <w:r>
        <w:t>So which is which is was true because in 2019 I had to make an emergency visit to India. My grandmother was ill. So I stopped by his house and it was late. My flight was delayed. So I got to ask him this one last question and the question was, Maulana maut ke baad kya hota hai? What happens right after death?</w:t>
      </w:r>
    </w:p>
    <w:p>
      <w:pPr>
        <w:jc w:val="right"/>
      </w:pPr>
      <w:r>
        <w:t>So which is which is was true because in 2019 I had to make an emergency visit to India. My grandmother was ill. So I stopped by his house and it was late. My flight was delayed. So I got to ask him this one last question and the question was, मुराना मौत के बाद क्या होता है? What happens right after death?</w:t>
      </w:r>
    </w:p>
    <w:p>
      <w:r>
        <w:rPr>
          <w:b/>
        </w:rPr>
        <w:t xml:space="preserve">[52:01] </w:t>
      </w:r>
      <w:r>
        <w:t>And and it's and and and well he said that exactly kisi ko nahi pata. Lekin matlab yeh pata hai humein ki you know ki aakhirat toh hogi, judgement hoga. Right. Lekin there is a lot of uncertainty exactly what happens like, after death. He he explained the seriousness about it. So this was my last physical interaction with him.</w:t>
      </w:r>
    </w:p>
    <w:p>
      <w:pPr>
        <w:jc w:val="right"/>
      </w:pPr>
      <w:r>
        <w:t>And and it's and and and well he said that exactly किसी को नहीं पता. लेकिन मतलब यह पता है हमें कि you know कि आखिरी तो होगी, judgement होगा. Right. लेकिन there is a lot of uncertainty exactly what happens like, after death. He he explained the seriousness about it. So this was my last physical interaction with him.</w:t>
      </w:r>
    </w:p>
    <w:p>
      <w:r>
        <w:rPr>
          <w:b/>
        </w:rPr>
        <w:t xml:space="preserve">[52:27] </w:t>
      </w:r>
      <w:r>
        <w:t>But then when I was in The US, he would often call and and talk to me. Yes. And, yeah. So that he kept himself updated, you know, as he would also ask me every time, like I said ki Asad ki taraf se koi nahi hua. So of course he kept the touch on. But, Asad, you just spoke, you were talking about some of the activities of CPS USA team. If you can and you also mentioned about, you know, the legacy competition.</w:t>
      </w:r>
    </w:p>
    <w:p>
      <w:pPr>
        <w:jc w:val="right"/>
      </w:pPr>
      <w:r>
        <w:t>But then when I was in The US, he would often call and and talk to me. Yes. And, yeah. So that he kept himself updated, you know, as he would also ask me every time, like I said कि असद की तरफ से कोई नहीं हुआ. So of course he kept the touch on. But, असर, you just spoke, you were talking about some of the activities of CPS USA team. If you can and you also mentioned about, you know, the legacy competition.</w:t>
      </w:r>
    </w:p>
    <w:p>
      <w:r>
        <w:rPr>
          <w:b/>
        </w:rPr>
        <w:t xml:space="preserve">[52:57] </w:t>
      </w:r>
      <w:r>
        <w:t>So if you can talk about those activities? And what is the objective of this Maulana Wahiduddin Khan legacy competition? If you can tell us about it. So regarding the activity as well, of course, we are apart from distributed building the Quran, we are also trying to get the reasonable and the rational explanation of religion out there.</w:t>
      </w:r>
    </w:p>
    <w:p>
      <w:pPr>
        <w:jc w:val="right"/>
      </w:pPr>
      <w:r>
        <w:t>So if you can talk about those activities? And what is the objective of this Malana Vaiduddin Khan legacy competition? If you can tell us about it. So regarding the activity as well, of course, we are apart from distributed building the Quran, we are also trying to get the reasonable and the rational explanation of religion out there.</w:t>
      </w:r>
    </w:p>
    <w:p>
      <w:r>
        <w:rPr>
          <w:b/>
        </w:rPr>
        <w:t xml:space="preserve">[53:24] </w:t>
      </w:r>
      <w:r>
        <w:t>So every activity kind of centers towards it. So we've also started investing in some digital outreach activities, which has actually been proved to be very, very successful. The Maulana Wahiduddin Khan legacy competition was launched this year and the registrations are still open. So please apply for it.</w:t>
      </w:r>
    </w:p>
    <w:p>
      <w:pPr>
        <w:jc w:val="right"/>
      </w:pPr>
      <w:r>
        <w:t>So every activity kind of centers towards it. So we've also started investing in some digital outreach activities, which has actually been proved to be very, very successful. The Monana and Uehuddin Khan legacy competition was launched this year and the registrations are still open. So please apply for it.</w:t>
      </w:r>
    </w:p>
    <w:p>
      <w:r>
        <w:rPr>
          <w:b/>
        </w:rPr>
        <w:t xml:space="preserve">[53:46] </w:t>
      </w:r>
      <w:r>
        <w:t>The purpose was to for people to read Maulana's literature, think critically, analyze it and basically take his work forward. And I realized that human beings are incentive natured. It's how God made us. We see only when we think of the incentive of the afterlife do we work actively for it.</w:t>
      </w:r>
    </w:p>
    <w:p>
      <w:pPr>
        <w:jc w:val="right"/>
      </w:pPr>
      <w:r>
        <w:t>The purpose was to for people to read Monana's literature, think critically, analyze it and basically take his work forward. And I realized that human beings are incentive natured. It's how God made us. We see only when we think of the incentive of the afterlife do we work actively for it.</w:t>
      </w:r>
    </w:p>
    <w:p>
      <w:r>
        <w:rPr>
          <w:b/>
        </w:rPr>
        <w:t xml:space="preserve">[54:13] </w:t>
      </w:r>
      <w:r>
        <w:t>The larger we feel the incentive is, the more we work towards it. Right. So and that's why every form of competitiveness produces better and better, you could say, or researchers or athletes. It's only because Roger Federer was so good and Nadal was so good that you start seeing athletes like Djokovic come up and, you know, and likewise. Right.</w:t>
      </w:r>
    </w:p>
    <w:p>
      <w:pPr>
        <w:jc w:val="right"/>
      </w:pPr>
      <w:r>
        <w:t>The larger we feel the incentive is, the more we work towards it. Right. So and that's why every form of competitiveness produces better and better, you could say, or researchers or athletes. It's only because Roger Federer was so good and Nadal was so good that you start seeing athletes like Djokovic come up and, you know, and likewise. Right.</w:t>
      </w:r>
    </w:p>
    <w:p>
      <w:r>
        <w:rPr>
          <w:b/>
        </w:rPr>
        <w:t xml:space="preserve">[54:41] </w:t>
      </w:r>
      <w:r>
        <w:t>So it's the same case everywhere. And I felt that there was honestly very little work that's that's done in in in the field of Islamic research and Islamic critical thinking. So so I thought that if we could turn it into a competition, you know, it would incentivize more people to more aggressively read and resource and take things forward. So the idea is to continue it and continue it for as long as we can.</w:t>
      </w:r>
    </w:p>
    <w:p>
      <w:pPr>
        <w:jc w:val="right"/>
      </w:pPr>
      <w:r>
        <w:t>So it's the same case everywhere. And I felt that there was honestly very little work that's that's done in in in the fear of Islamic research and Islamic critical thinking. So so I thought that if we could turn it into a competition, you know, it would incentivize more people to more aggressively read and resource and take things forward. So the idea is to continue it and continue it for as long as we can.</w:t>
      </w:r>
    </w:p>
    <w:p>
      <w:r>
        <w:rPr>
          <w:b/>
        </w:rPr>
        <w:t xml:space="preserve">[55:09] </w:t>
      </w:r>
      <w:r>
        <w:t>And every year, give opportunities for people work on his message. And I think you've kept a grant of US5000 dollars which is very high amount. But tell us, how's the response been? Are you getting good responses from different parts of the world? So the total grant is way above that. It's almost $9,000 $9,000 Right.</w:t>
      </w:r>
    </w:p>
    <w:p>
      <w:pPr>
        <w:jc w:val="right"/>
      </w:pPr>
      <w:r>
        <w:t>And every year, give opportunities for people work on his message. And I think you've kept a grant of US5000 dollars which is very high amount. But tell us, how's the response been? Are you getting good responses from different parts of the world? So the total grant is way above that. It's almost $9,000 $9,000 Right.</w:t>
      </w:r>
    </w:p>
    <w:p>
      <w:r>
        <w:rPr>
          <w:b/>
        </w:rPr>
        <w:t xml:space="preserve">[55:37] </w:t>
      </w:r>
      <w:r>
        <w:t>So the $5,000 is the first place for the best research paper. Okay. And then there are grants for the second best research paper. Right. And likewise, we have three categories. So the essay writing has another two grants. Right. And then the last one is Books Review, which also has an award attached to it. So there is it's the response has been very well.</w:t>
      </w:r>
    </w:p>
    <w:p>
      <w:pPr>
        <w:jc w:val="right"/>
      </w:pPr>
      <w:r>
        <w:t>So the $5,000 is the first place for the best research paper. Okay. And then there are grants for the second best research paper. Right. And likewise, we have three categories. So the essay writing has another two grants. Right. And then the last one is Books Review, which also has an award attached to it. So there is it's the response has been very well.</w:t>
      </w:r>
    </w:p>
    <w:p>
      <w:r>
        <w:rPr>
          <w:b/>
        </w:rPr>
        <w:t xml:space="preserve">[56:02] </w:t>
      </w:r>
      <w:r>
        <w:t>So far, we've had over 400 registrations competing for the same five top positions. Coming from different parts of the world? All over. Like, I cannot name a continent where I haven't got a response from. I am getting responses from German universities, from Africa, India and Pakistan. It's all it's obviously more weighted here because Maulana is popular here. I've got responses from institutes in The US.</w:t>
      </w:r>
    </w:p>
    <w:p>
      <w:pPr>
        <w:jc w:val="right"/>
      </w:pPr>
      <w:r>
        <w:t>So far, we've had over 400 registrations competing for the same five top positions. Coming from different parts of the world? All over. Like, I cannot name a continent where I haven't got a response from. I am getting responses from German universities, from Africa, India and Pakistan. It's all it's obviously more weighted here because मलाना is popular here. I've got responses from institutes in The US.</w:t>
      </w:r>
    </w:p>
    <w:p>
      <w:r>
        <w:rPr>
          <w:b/>
        </w:rPr>
        <w:t xml:space="preserve">[56:32] </w:t>
      </w:r>
      <w:r>
        <w:t>So it's reached everywhere. It's reached everywhere and some people are messaging me that, hey, my resource paper is ready. When do I get to submit it? So So my biggest fear was that people would register and not write it, but I know that I'm getting at least one resource paper from So must participate. I think the submissions are open. The submissions will open in the month of May. So there's still a lot of time left.</w:t>
      </w:r>
    </w:p>
    <w:p>
      <w:pPr>
        <w:jc w:val="right"/>
      </w:pPr>
      <w:r>
        <w:t>So it's reached everywhere. It's reached everywhere and some people are messaging me that, hey, my resource paper is ready. When do I get to submit it? So So my biggest fear was that people would register and not write it, but I know that I'm getting at least one resource paper from So must participate. I think the submissions are open. The submissions will open in the month of May. So there's still a lot of time left.</w:t>
      </w:r>
    </w:p>
    <w:p>
      <w:r>
        <w:rPr>
          <w:b/>
        </w:rPr>
        <w:t xml:space="preserve">[57:02] </w:t>
      </w:r>
      <w:r>
        <w:t>Please do participate. And for details, you can log in to CPS USA website. You can get details from there. Asad, I want to come to next very important question. You know, post Maulana, many people, you know, sometimes question that, you know, the mission will reduce in its effectiveness or people will forget him.</w:t>
      </w:r>
    </w:p>
    <w:p>
      <w:pPr>
        <w:jc w:val="right"/>
      </w:pPr>
      <w:r>
        <w:t>Please do participate. And for details, you can log in to CPS USA website. You can get details from there. आसिद, I want to come to next very important question. You know, post Molana, many people, you know, sometimes question that, you know, the mission will reduce in its effectiveness or people will forget him.</w:t>
      </w:r>
    </w:p>
    <w:p>
      <w:r>
        <w:rPr>
          <w:b/>
        </w:rPr>
        <w:t xml:space="preserve">[57:30] </w:t>
      </w:r>
      <w:r>
        <w:t>What do you want to say on that? Has the mission lost its effectiveness? Has it slowed down? What do you feel about it? Nothing can be further than the truth. Right. That can be further from the truth. It's not only has it slowed down, it's grown beyond measure. Last year alone we printed 500,000 copies of the Quran. That's like printing one Quran every single minute. Wow.</w:t>
      </w:r>
    </w:p>
    <w:p>
      <w:pPr>
        <w:jc w:val="right"/>
      </w:pPr>
      <w:r>
        <w:t>What do you want to say on that? Has the mission lost its effectiveness? Has it slowed down? What do you feel about it? Nothing can be further than the truth. Right. That can be further from the truth. It's not only has it slowed down, it's grown beyond measure. Last year alone we printed 500,000 copies of the Quran. That's like printing one Quran every single minute. Wow.</w:t>
      </w:r>
    </w:p>
    <w:p>
      <w:r>
        <w:rPr>
          <w:b/>
        </w:rPr>
        <w:t xml:space="preserve">[58:00] </w:t>
      </w:r>
      <w:r>
        <w:t>And this is physical copies. If you actually go into digital, we launched the Maulana Wahiduddin Khan's Quran audiobook And within a year, we've got 200,000 downloads on it. The amount of participation that and the volunteers we are seeing from all over the world, it's honestly getting too much to handle. And it's a blessing from God.</w:t>
      </w:r>
    </w:p>
    <w:p>
      <w:pPr>
        <w:jc w:val="right"/>
      </w:pPr>
      <w:r>
        <w:t>And this is physical copies. If you actually go into digital, we launched the Murana Bahidur Dinh Khan's Quran audiobook And within a year, we've got 200,000 downloads on it. The amount of participation that and the volunteers we are seeing from all over the world, it's honestly getting too much to handle. And it's a blessing from God.</w:t>
      </w:r>
    </w:p>
    <w:p>
      <w:r>
        <w:rPr>
          <w:b/>
        </w:rPr>
        <w:t xml:space="preserve">[58:26] </w:t>
      </w:r>
      <w:r>
        <w:t>And we and I really feel that in the coming couple of decades, Maulana's legacy, his research work will be concreted in history, inshaAllah, in a way that everyone would be aware of his name.</w:t>
      </w:r>
    </w:p>
    <w:p>
      <w:pPr>
        <w:jc w:val="right"/>
      </w:pPr>
      <w:r>
        <w:t>And we and I really feel that in the coming couple of decades, Mulana's legacy, his research work will be concreted in history, inshaAllah, in a way that everyone would be aware of his name.</w:t>
      </w:r>
    </w:p>
    <w:p>
      <w:r>
        <w:rPr>
          <w:b/>
        </w:rPr>
        <w:t xml:space="preserve">[58:47] </w:t>
      </w:r>
      <w:r>
        <w:t>And and many people also question and you know it's like oh you're spreading Maulana Wahiduddin Khan and you know like about him. Well, no, CCPS isn't a cult, it's not you know personality worshipping. Right. You know, organization. You know, people come here with different backgrounds, different views and and you don't have to be of any fiqah of faith or shia or Sunni or even religious or even Muslim at all to be part of CPS.</w:t>
      </w:r>
    </w:p>
    <w:p>
      <w:pPr>
        <w:jc w:val="right"/>
      </w:pPr>
      <w:r>
        <w:t>And and many people also question and you know it's like oh you're spreading Mulanam with Udin Khan and you know like about him. Well, no, CCPS isn't a cult, it's not you know personality worshipping. Right. You know, organization. You know, people come here with different backgrounds, different views and and you don't have to be of any फिक of faith or श्री or सुन्नी or even religious or even मुस्लिम at all to be part of CPS.</w:t>
      </w:r>
    </w:p>
    <w:p>
      <w:r>
        <w:rPr>
          <w:b/>
        </w:rPr>
        <w:t xml:space="preserve">[59:17] </w:t>
      </w:r>
      <w:r>
        <w:t>So important. Exactly. And it's because everything with a centered over something which is so common, the Quran. You know, there's no two different words. There's no two versions of it and we are centered around god. And that's again something that's common with, I would say, about 90% of the world.</w:t>
      </w:r>
    </w:p>
    <w:p>
      <w:pPr>
        <w:jc w:val="right"/>
      </w:pPr>
      <w:r>
        <w:t>So important. Exactly. And it's because everything with a centered over something which is so common, the Quran. You know, there's no two different words. There's no two versions of it and we are centered around god. And that's again something that's common with, I would say, about 90% of the world.</w:t>
      </w:r>
    </w:p>
    <w:p>
      <w:r>
        <w:rPr>
          <w:b/>
        </w:rPr>
        <w:t xml:space="preserve">[59:35] </w:t>
      </w:r>
      <w:r>
        <w:t>So it's so that's why the response has been amazing and I really feel that if we don't slow down our momentum and then we keep our spirits high and we just leave everything to God, then what we are trying to achieve is to inculcate the feeling of spirituality and God orientation in people. Like bad days isn't far away. Right.</w:t>
      </w:r>
    </w:p>
    <w:p>
      <w:pPr>
        <w:jc w:val="right"/>
      </w:pPr>
      <w:r>
        <w:t>So it's so that's why the response has been amazing and I really feel that if we don't slow down our momentum and then we keep our spirits high and we just leave everything to God, then what we are trying to achieve is to inculcate the feeling of spirituality and God orientation in people. Like bad days isn't far away. Right.</w:t>
      </w:r>
    </w:p>
    <w:p>
      <w:r>
        <w:rPr>
          <w:b/>
        </w:rPr>
        <w:t xml:space="preserve">[1:00:02] </w:t>
      </w:r>
      <w:r>
        <w:t>In fact, you know, as we speak there are more chapters getting formed globally.</w:t>
      </w:r>
    </w:p>
    <w:p>
      <w:pPr>
        <w:jc w:val="right"/>
      </w:pPr>
      <w:r>
        <w:t>In fact, you know, as we speak there are more chapters getting formed globally.</w:t>
      </w:r>
    </w:p>
    <w:p>
      <w:r>
        <w:rPr>
          <w:b/>
        </w:rPr>
        <w:t xml:space="preserve">[1:00:09] </w:t>
      </w:r>
      <w:r>
        <w:t>kal hi hamari jab networking meeting bhi thi asar to usmein bhi activities ke bare mein sharing hui</w:t>
      </w:r>
    </w:p>
    <w:p>
      <w:pPr>
        <w:jc w:val="right"/>
      </w:pPr>
      <w:r>
        <w:t>कल ही हमारी जब networking meeting भी थी असर तो उसमें भी activities के बारे में sharing हुई</w:t>
      </w:r>
    </w:p>
    <w:p>
      <w:r>
        <w:rPr>
          <w:b/>
        </w:rPr>
        <w:t xml:space="preserve">[1:00:16] </w:t>
      </w:r>
      <w:r>
        <w:t>and they were amazing experiences at how in Cairo, Chennai, Pakistan, you know different parts of the world</w:t>
      </w:r>
    </w:p>
    <w:p>
      <w:pPr>
        <w:jc w:val="right"/>
      </w:pPr>
      <w:r>
        <w:t>and they were amazing experiences at how in Cairo, चेन्नई, Pakistan, you know different parts of the world</w:t>
      </w:r>
    </w:p>
    <w:p>
      <w:r>
        <w:rPr>
          <w:b/>
        </w:rPr>
        <w:t xml:space="preserve">[1:00:24] </w:t>
      </w:r>
      <w:r>
        <w:t>CPS is making inroads aur mere ko asar ek incident yaad aata hai jo ki bahut important hai.</w:t>
      </w:r>
    </w:p>
    <w:p>
      <w:pPr>
        <w:jc w:val="right"/>
      </w:pPr>
      <w:r>
        <w:t>CPS is making inroads और मेरे को असत एक incident याद आता है जो कि बहुत important है.</w:t>
      </w:r>
    </w:p>
    <w:p>
      <w:r>
        <w:rPr>
          <w:b/>
        </w:rPr>
        <w:t xml:space="preserve">[1:00:31] </w:t>
      </w:r>
      <w:r>
        <w:t>Maulana sahab ka inteqal 21 April 2021 ko hua.</w:t>
      </w:r>
    </w:p>
    <w:p>
      <w:pPr>
        <w:jc w:val="right"/>
      </w:pPr>
      <w:r>
        <w:t>मलाना साहब का इंतकाल इक्कीस April दो हज़ार इक्कीस को हुआ.</w:t>
      </w:r>
    </w:p>
    <w:p>
      <w:r>
        <w:rPr>
          <w:b/>
        </w:rPr>
        <w:t xml:space="preserve">[1:00:39] </w:t>
      </w:r>
      <w:r>
        <w:t>Theek ek mahina pehle, March 2021 mein unhon ne kaha, unka yeh jumla tha ki yaad rakhiye yeh mission jo hai yeh aansuon par khada hua hai aur yeh aansu kabhi khatam nahi hone wale. Phir unhon ne kaha ki mera yeh yakeen hai, mera yeh belief hai ki CPS apne mission ke anjaam par zaroor pahunchega. Bas aap sab ko aapas mein ek talaaf nahi karne hain.</w:t>
      </w:r>
    </w:p>
    <w:p>
      <w:pPr>
        <w:jc w:val="right"/>
      </w:pPr>
      <w:r>
        <w:t>ठीक एक महीना पहले, march दो हज़ार इक्कीस में उन्होंने कहा, उनका यह जुमला था कि याद रखिए यह mission जो है यह आंसुओं पर खड़ा हुआ है और यह आंसू कभी खत्म नहीं होने वाले. फिर उन्होंने कहा कि मेरा यह यकीन है, मेरा यह belief है कि CPS अपने mission के अंजाम पर ज़रूर पहुंचेगा. बस आप सबको आपस में एक तलाफ नहीं करने हैं.</w:t>
      </w:r>
    </w:p>
    <w:p>
      <w:r>
        <w:rPr>
          <w:b/>
        </w:rPr>
        <w:t xml:space="preserve">[1:01:06] </w:t>
      </w:r>
      <w:r>
        <w:t>To is conviction ke saath Maulana saamne kaha aur jo ki hum hum dekh rahe hain ki kaise phail raha hai CPS globally. Asad, want to come down to, you know, you know, the next question which is that you have been, you know, personally involved in distribution of Quran, you know, not just at a larger level, but even at an individual level. Aapke interactions mayor ke saath, some Hollywood celebrities ke saath bhi and with many people, you know, you've had.</w:t>
      </w:r>
    </w:p>
    <w:p>
      <w:pPr>
        <w:jc w:val="right"/>
      </w:pPr>
      <w:r>
        <w:t>तो इस conviction के साथ बुलाना सामने कहा और जो कि हम हम देख रहे हैं कि कैसे फ़ैल रहा है CPS globally. असद, want to come down to, you know, you know, the next question which is that you have been, you know, personally involved in distribution of कुरान, you know, not just at a larger level, but even at an individual level. आपके interactions mayor के साथ, some Hollywood celebrities के साथ भी and with many people, you know, you've had.</w:t>
      </w:r>
    </w:p>
    <w:p>
      <w:r>
        <w:rPr>
          <w:b/>
        </w:rPr>
        <w:t xml:space="preserve">[1:01:36] </w:t>
      </w:r>
      <w:r>
        <w:t>Any particular incident that you want to share with us? Every single every single incident is is so unique but there's something which I which I find common is that it becomes it's it's it's unbelievably easy. Right.</w:t>
      </w:r>
    </w:p>
    <w:p>
      <w:pPr>
        <w:jc w:val="right"/>
      </w:pPr>
      <w:r>
        <w:t>Any particular incident that you want to share with us? Every single every single incident is is so unique but there's something which I which I find common is that it becomes it's it's it's unbelievably easy. Right.</w:t>
      </w:r>
    </w:p>
    <w:p>
      <w:r>
        <w:rPr>
          <w:b/>
        </w:rPr>
        <w:t xml:space="preserve">[1:01:57] </w:t>
      </w:r>
      <w:r>
        <w:t>And and because you would see that like security guard like whenever there's a prominent personality, you know, giving a speech or walking down the street, they're always, you know, backed by People think they're non approachable. They are non approachable. Yeah. And they're backed by and and they give the impression that they're non because they have all these big bulky guys around them like you know. Yes. Like you can't even look them in the eye and say, I'm gonna finish up right there.</w:t>
      </w:r>
    </w:p>
    <w:p>
      <w:pPr>
        <w:jc w:val="right"/>
      </w:pPr>
      <w:r>
        <w:t>And and because you would see that like security guard like whenever there's a prominent personality, you know, giving a speech or walking down the street, they're always, you know, backed by People think they're non approachable. They are non approachable. Yeah. And they're backed by and and they give the impression that they're non because they have all these big bulky guys around them like you know. Yes. Like you can't even look them in the eye and say, I'm gonna finish up right there.</w:t>
      </w:r>
    </w:p>
    <w:p>
      <w:r>
        <w:rPr>
          <w:b/>
        </w:rPr>
        <w:t xml:space="preserve">[1:02:22] </w:t>
      </w:r>
      <w:r>
        <w:t>So, but every time I approach them with an interim given the Quran, they've just moved away. I I mean, there was this one time I was approaching a very famous personality and and there was a guard standing right in front of him and everyone who wanted to meet him, he would just tell them, go, leave, leave. Right. And and I didn't know why I felt that I should have been attempted, but the moment I I I stood in front of him, he just stepped aside. Mhmm.</w:t>
      </w:r>
    </w:p>
    <w:p>
      <w:pPr>
        <w:jc w:val="right"/>
      </w:pPr>
      <w:r>
        <w:t>So, but every time I approach them with an interim given the Quran, they've just moved away. I I mean, there was this one time I was approaching a very famous personality and and there was a guard standing right in front of him and everyone who wanted to meet him, he would just tell them, go, leave, leave. Right. And and I didn't know why I felt that I should have been attempted, but the moment I I I stood in front of him, he just stepped aside. Mhmm.</w:t>
      </w:r>
    </w:p>
    <w:p>
      <w:r>
        <w:rPr>
          <w:b/>
        </w:rPr>
        <w:t xml:space="preserve">[1:02:51] </w:t>
      </w:r>
      <w:r>
        <w:t>It's it was it was unbelievable. Like, he just stepped aside and I went and got to meet him and then he wouldn't let anyone behind me come in as well. Amazing. It's almost like the Quran had to be given to him, you know, right then and there and and likewise when I met governor Charlie Baker who was the governor of Massachusetts, he the same position of a chief minister.</w:t>
      </w:r>
    </w:p>
    <w:p>
      <w:pPr>
        <w:jc w:val="right"/>
      </w:pPr>
      <w:r>
        <w:t>It's it was it was unbelievable. Like, he just stepped aside and I went and got to meet him and then he wouldn't let anyone behind me come in as well. Amazing. It's almost like the Quran had to be given to him, you know, right then and there and and likewise when I met governor Charlie Baker who was the governor of Massachusetts, he the same position of a chief minister.</w:t>
      </w:r>
    </w:p>
    <w:p>
      <w:r>
        <w:rPr>
          <w:b/>
        </w:rPr>
        <w:t xml:space="preserve">[1:03:16] </w:t>
      </w:r>
      <w:r>
        <w:t>He just, you know, he was in this private opening and and he and he just walked out</w:t>
      </w:r>
    </w:p>
    <w:p>
      <w:pPr>
        <w:jc w:val="right"/>
      </w:pPr>
      <w:r>
        <w:t>He just, you know, he was in this private opening and and he and he just walked out</w:t>
      </w:r>
    </w:p>
    <w:p>
      <w:r>
        <w:rPr>
          <w:b/>
        </w:rPr>
        <w:t xml:space="preserve">[1:03:21] </w:t>
      </w:r>
      <w:r>
        <w:t>and he walked out and and and and he he he walks up to me and I and</w:t>
      </w:r>
    </w:p>
    <w:p>
      <w:pPr>
        <w:jc w:val="right"/>
      </w:pPr>
      <w:r>
        <w:t>and he walked out and and and and he he he walks up to me and I and</w:t>
      </w:r>
    </w:p>
    <w:p>
      <w:r>
        <w:rPr>
          <w:b/>
        </w:rPr>
        <w:t xml:space="preserve">[1:03:27] </w:t>
      </w:r>
      <w:r>
        <w:t>I shake his hand like like, governor, you know, I appreciate you, you know, visiting our neighborhood and</w:t>
      </w:r>
    </w:p>
    <w:p>
      <w:pPr>
        <w:jc w:val="right"/>
      </w:pPr>
      <w:r>
        <w:t>I shake his hand like like, governor, you know, I appreciate you, you know, visiting our neighborhood and</w:t>
      </w:r>
    </w:p>
    <w:p>
      <w:r>
        <w:rPr>
          <w:b/>
        </w:rPr>
        <w:t xml:space="preserve">[1:03:33] </w:t>
      </w:r>
      <w:r>
        <w:t>here's a like here's a gift And but what was even more amazing was was once when I</w:t>
      </w:r>
    </w:p>
    <w:p>
      <w:pPr>
        <w:jc w:val="right"/>
      </w:pPr>
      <w:r>
        <w:t>here's a like here's a gift And but what was even more amazing was was once when I</w:t>
      </w:r>
    </w:p>
    <w:p>
      <w:r>
        <w:rPr>
          <w:b/>
        </w:rPr>
        <w:t xml:space="preserve">[1:03:38] </w:t>
      </w:r>
      <w:r>
        <w:t>was was touring New York with my parents and we just got off from the the ferry that</w:t>
      </w:r>
    </w:p>
    <w:p>
      <w:pPr>
        <w:jc w:val="right"/>
      </w:pPr>
      <w:r>
        <w:t>was was touring New York with my parents and we just got off from the the ferry that</w:t>
      </w:r>
    </w:p>
    <w:p>
      <w:r>
        <w:rPr>
          <w:b/>
        </w:rPr>
        <w:t xml:space="preserve">[1:03:44] </w:t>
      </w:r>
      <w:r>
        <w:t>takes you to see the Stats Of Liberty.</w:t>
      </w:r>
    </w:p>
    <w:p>
      <w:pPr>
        <w:jc w:val="right"/>
      </w:pPr>
      <w:r>
        <w:t>takes you to see the Stats Of Liberty.</w:t>
      </w:r>
    </w:p>
    <w:p>
      <w:r>
        <w:rPr>
          <w:b/>
        </w:rPr>
        <w:t xml:space="preserve">[1:03:50] </w:t>
      </w:r>
      <w:r>
        <w:t>So it's called Battery Park. Towards the end of the Battery Park, my parents got hungry. Got hungry. So we were having these famous, like, chicken gyros of New York next to a food cart. Right. And and the mayor was giving a speech, he was launching, inaugurating the statue. It was a close private event guarded by maybe like 50 to, you know, 75 cops. The mayor of New York is kind of like a president of a small country. New York New York is a massive massive place. Yes.</w:t>
      </w:r>
    </w:p>
    <w:p>
      <w:pPr>
        <w:jc w:val="right"/>
      </w:pPr>
      <w:r>
        <w:t>So it's called Battery Park. Towards the end of the Battery Park, my parents got hungry. Got hungry. So we were having these famous, like, chicken gyros of New York next to a food cart. Right. And and the mayor was giving a speech, he was launching, inaugurating the statue. It was a close private event guarded by maybe like 50 to, you know, 75 cops. The mayor of New York is kind of like a president of a small country. New York New York is a massive massive place. Yes.</w:t>
      </w:r>
    </w:p>
    <w:p>
      <w:r>
        <w:rPr>
          <w:b/>
        </w:rPr>
        <w:t xml:space="preserve">[1:04:19] </w:t>
      </w:r>
      <w:r>
        <w:t>And I thought that there was absolutely no way I could approach him and given the Quran. But I just stood there as far as close as I could get and he suddenly gets a phone call. Right. He gets a phone call and he stops his meeting with people like midway and and and he and he exits the place. Right. Right there and and the guards open the, you know, the barricade for him to exit. And come straight to you.</w:t>
      </w:r>
    </w:p>
    <w:p>
      <w:pPr>
        <w:jc w:val="right"/>
      </w:pPr>
      <w:r>
        <w:t>And I thought that there was absolutely no way I could approach him and given the Quran. But I just stood there as far as close as I could get and he suddenly gets a phone call. Right. He gets a phone call and he stops his meeting with people like midway and and and he and he exits the place. Right. Right there and and the guards open the, you know, the barrigude for him to exit. And come straight to you.</w:t>
      </w:r>
    </w:p>
    <w:p>
      <w:r>
        <w:rPr>
          <w:b/>
        </w:rPr>
        <w:t xml:space="preserve">[1:04:48] </w:t>
      </w:r>
      <w:r>
        <w:t>And he walks straight towards me and I was looking in the eye and I said, well, mister mayor, have a special gift for you. That's how I always approach people. You know, I never go like, here, here's a Quran. Take it, read it, you know, or you're doomed. No. It's you always give it as a gift and people are receiving of gifts. So and and he said, one sec, buddy. I gotta take this call. And he and he asked, you know, the person with him to collect it from me. Right. And and then I and then then I gave it to the assistant.</w:t>
      </w:r>
    </w:p>
    <w:p>
      <w:pPr>
        <w:jc w:val="right"/>
      </w:pPr>
      <w:r>
        <w:t>And he walks straight towards me and I was looking in the eye and I said, well, mister mayor, have a special gift for you. That's how I always approach people. You know, I never go like, here, here's a Quran. Take it, read it, you know, or you're doomed. No. It's you always give it as a gift and people are receiving of gifts. So and and he said, one sec, buddy. I gotta take this call. And he and he asked, you know, the person with him to collect it from me. Right. And and then I and then then I gave it to the assistant.</w:t>
      </w:r>
    </w:p>
    <w:p>
      <w:r>
        <w:rPr>
          <w:b/>
        </w:rPr>
        <w:t xml:space="preserve">[1:05:18] </w:t>
      </w:r>
      <w:r>
        <w:t>So so there are so many of these incidences, you know, could name which which are inexplainable, but I but I've realized that every time you have good intention, know, it's like you just got to stand up, make the effort and god and angel takes, you know, they take care of the rest.</w:t>
      </w:r>
    </w:p>
    <w:p>
      <w:pPr>
        <w:jc w:val="right"/>
      </w:pPr>
      <w:r>
        <w:t>So so there are so many of these incidences, you know, could name which which are inexplainable, but I but I've realized that every time you have good intention, know, it's like you just got to stand up, make the effort and god and angel takes, you know, they take care of the rest.</w:t>
      </w:r>
    </w:p>
    <w:p>
      <w:r>
        <w:rPr>
          <w:b/>
        </w:rPr>
        <w:t xml:space="preserve">[1:05:37] </w:t>
      </w:r>
      <w:r>
        <w:t>And I think, Asad, one, very important lesson that we get from, you know, this particular interaction of Asad is that you have to carry Quran always. Maulana sahib always used to say carry the Dawah literature. You don't know who you will meet or whom Allah will make you meet on that particular day. Now imagine if all this happened and you didn't have the copy of the Quran, you would have felt that you know I lost a great opportunity.</w:t>
      </w:r>
    </w:p>
    <w:p>
      <w:pPr>
        <w:jc w:val="right"/>
      </w:pPr>
      <w:r>
        <w:t>And I think, asad, one, very important lesson that we get from, you know, this particular interaction of आसात is that you have to carry Quran always. मुलाना साहब always used to say carry the दावा literature. You don't know who you will meet or whom Allah will make you meet on that particular day. Now imagine if all this happened and you didn't have the copy of the Quran, you would have felt that you know I lost a great opportunity.</w:t>
      </w:r>
    </w:p>
    <w:p>
      <w:r>
        <w:rPr>
          <w:b/>
        </w:rPr>
        <w:t xml:space="preserve">[1:06:07] </w:t>
      </w:r>
      <w:r>
        <w:t>I would have been depressed for weeks. So you know always carry Quran in your back, in your car, wherever you go, keep Dawah literature and please keep giving it to people and that's how we need to take the message forward to far and wide. Asif, you also had the opportunity to meet Javed Gandhi sahib. He appreciated Maulana sahib a lot.</w:t>
      </w:r>
    </w:p>
    <w:p>
      <w:pPr>
        <w:jc w:val="right"/>
      </w:pPr>
      <w:r>
        <w:t>I would have been depressed for weeks. So you know always carry कुरान in your back, in your car, wherever you go, keep दावा literature and please keep giving it to people and that's how we need to take the message forward to far and wide. आसिफ, you also had the opportunity to meet जाविद गांधी साहब. He appreciated मुलाना साहब a lot.</w:t>
      </w:r>
    </w:p>
    <w:p>
      <w:r>
        <w:rPr>
          <w:b/>
        </w:rPr>
        <w:t xml:space="preserve">[1:06:34] </w:t>
      </w:r>
      <w:r>
        <w:t>They have had programs together and Maulana sahib also, you know, regarded Javed Gandhi sahib a lot. You also happened to interview him and that video went viral. What did he say about Maulana sahib? If you can share that experience with all of us.</w:t>
      </w:r>
    </w:p>
    <w:p>
      <w:pPr>
        <w:jc w:val="right"/>
      </w:pPr>
      <w:r>
        <w:t>They have had programs together and मुलाना साहब also, you know, regarded जाविद गांधी साहब a lot. You also happened to interview him and that video went viral. What did he say about मुलाना साहब? If you can share that experience with all of us.</w:t>
      </w:r>
    </w:p>
    <w:p>
      <w:r>
        <w:rPr>
          <w:b/>
        </w:rPr>
        <w:t xml:space="preserve">[1:06:56] </w:t>
      </w:r>
      <w:r>
        <w:t>It's anyone who who would need Ramdi sahib personally will solemnly testify that he's a very, very, very good man, a very good human being and he's very soft nature and he's very knowledgeable. He has extensive research on his thumb and he's pretty much read everything, you know, like there is a read about anything at this point.</w:t>
      </w:r>
    </w:p>
    <w:p>
      <w:pPr>
        <w:jc w:val="right"/>
      </w:pPr>
      <w:r>
        <w:t>It's anyone who who would need Ram Dissab personally will solemnly testify that he's a very, very, very good man, a very good human being and he's very soft nature and he's very knowledgeable. He has extensive research on his thumb and he's pretty much read everything, you know, like there is a read about anything at this point.</w:t>
      </w:r>
    </w:p>
    <w:p>
      <w:r>
        <w:rPr>
          <w:b/>
        </w:rPr>
        <w:t xml:space="preserve">[1:07:19] </w:t>
      </w:r>
      <w:r>
        <w:t>And so he of course, you know, whenever people are independent scholars like Mulan Al Saib was an independent scholars, Ramdi Saib was an independent scholar, is an independent scholar. So, whenever you have these students of Islam who've, you know, who've who've tried to discover faith on their own grounds, they always have difference of opinions. It's it's absolutely it's, you know, no one's gonna be perfect and it's it's it's natural.</w:t>
      </w:r>
    </w:p>
    <w:p>
      <w:pPr>
        <w:jc w:val="right"/>
      </w:pPr>
      <w:r>
        <w:t>And so he of course, you know, whenever people are independent scholars like Mulan Al Saib was an independent scholars, Ramdi Saib was an independent scholar, is an independent scholar. So, whenever you have these students of Islam who've, you know, who've who've who've tried to discover faith on their own grounds, they always have difference of opinions. It's it's absolutely it's, you know, no one's gonna be perfect and it's it's it's natural.</w:t>
      </w:r>
    </w:p>
    <w:p>
      <w:r>
        <w:rPr>
          <w:b/>
        </w:rPr>
        <w:t xml:space="preserve">[1:07:48] </w:t>
      </w:r>
      <w:r>
        <w:t>So so Gandhi Sam despite having, you know, certain differences with with Murana Sam, he doesn't demerit Maulana sahib in his eyes. Right. In any way. And in fact, he if he encourages people to read Maulana translation.</w:t>
      </w:r>
    </w:p>
    <w:p>
      <w:pPr>
        <w:jc w:val="right"/>
      </w:pPr>
      <w:r>
        <w:t>So so Gandhi Sam despite having, you know, certain differences with with Murana Sam, he doesn't demerit मुराना साहब in his eyes. Right. In any way. And in fact, he if he encourages people to read मुराना translation.</w:t>
      </w:r>
    </w:p>
    <w:p>
      <w:r>
        <w:rPr>
          <w:b/>
        </w:rPr>
        <w:t xml:space="preserve">[1:08:05] </w:t>
      </w:r>
      <w:r>
        <w:t>When I met some of the other members of Al Mawrud and the Rami center of Islamic Learning, they always give Murana's translation to young people into the year and they give them some of Murana's books to read. So it's also so it was very humbling to you know to because when we discuss, we discuss about Maulana at our level, you at our level of knowledge and understanding and we we and how we interacted with him.</w:t>
      </w:r>
    </w:p>
    <w:p>
      <w:pPr>
        <w:jc w:val="right"/>
      </w:pPr>
      <w:r>
        <w:t>When I met some of the other members of Al Mawrud and the Rami Sendr of Islamic Learning, they always give Murana's translation to young people into the year and they give them some of Murana's books to read. So it's also so it was very humbling to you know to because when we discuss, we discuss about Mulana at our level, you at our level of knowledge and understanding and we we and how we interacted with him.</w:t>
      </w:r>
    </w:p>
    <w:p>
      <w:r>
        <w:rPr>
          <w:b/>
        </w:rPr>
        <w:t xml:space="preserve">[1:08:33] </w:t>
      </w:r>
      <w:r>
        <w:t>But when a scholar of the stature of Ramdi Saib talks highly of Maulana, that's when you know that even if you remove our intellectual limitations, even at that level, Maulana is still regarded as you know, a very knowledgeable man and prominent scholar. Right. Ok. And Asif, how are Maulana Wahiduddin Khan sahib's videos have become hugely popular? How are they viewed in the West? What has been your experience?</w:t>
      </w:r>
    </w:p>
    <w:p>
      <w:pPr>
        <w:jc w:val="right"/>
      </w:pPr>
      <w:r>
        <w:t>But when a scholar of the Statutory of Ram Dissab talks highly of Mulana, that's when you know that even if you remove our intellectual limitations, even at that level, Mulana is still regarded as you know, a very knowledgeable man and prominent scholar. Right. Ok. And आसित, how are मुलाना वेदुद्दीन खान साहब's videos have become hugely popular? How are they viewed in the West? What has been your experience?</w:t>
      </w:r>
    </w:p>
    <w:p>
      <w:r>
        <w:rPr>
          <w:b/>
        </w:rPr>
        <w:t xml:space="preserve">[1:09:03] </w:t>
      </w:r>
      <w:r>
        <w:t>We still need to do a lot of work in taking it to the West, right?</w:t>
      </w:r>
    </w:p>
    <w:p>
      <w:pPr>
        <w:jc w:val="right"/>
      </w:pPr>
      <w:r>
        <w:t>We still need to do a lot of work in taking it to the West, right?</w:t>
      </w:r>
    </w:p>
    <w:p>
      <w:r>
        <w:rPr>
          <w:b/>
        </w:rPr>
        <w:t xml:space="preserve">[1:09:08] </w:t>
      </w:r>
      <w:r>
        <w:t>And but the message is pure.</w:t>
      </w:r>
    </w:p>
    <w:p>
      <w:pPr>
        <w:jc w:val="right"/>
      </w:pPr>
      <w:r>
        <w:t>And but the message is pure.</w:t>
      </w:r>
    </w:p>
    <w:p>
      <w:r>
        <w:rPr>
          <w:b/>
        </w:rPr>
        <w:t xml:space="preserve">[1:09:13] </w:t>
      </w:r>
      <w:r>
        <w:t>And every time we I've shared one of Murana's audio video lectures with the people where there is</w:t>
      </w:r>
    </w:p>
    <w:p>
      <w:pPr>
        <w:jc w:val="right"/>
      </w:pPr>
      <w:r>
        <w:t>And every time we I've shared one of Murana's audio video lectures with the people where there is</w:t>
      </w:r>
    </w:p>
    <w:p>
      <w:r>
        <w:rPr>
          <w:b/>
        </w:rPr>
        <w:t xml:space="preserve">[1:09:18] </w:t>
      </w:r>
      <w:r>
        <w:t>a subtitle with subtitles with English. Yeah.</w:t>
      </w:r>
    </w:p>
    <w:p>
      <w:pPr>
        <w:jc w:val="right"/>
      </w:pPr>
      <w:r>
        <w:t>a subtitle with subtitles with English. Yeah.</w:t>
      </w:r>
    </w:p>
    <w:p>
      <w:r>
        <w:rPr>
          <w:b/>
        </w:rPr>
        <w:t xml:space="preserve">[1:09:23] </w:t>
      </w:r>
      <w:r>
        <w:t>And they've always given me, like, really, really positive responses.</w:t>
      </w:r>
    </w:p>
    <w:p>
      <w:pPr>
        <w:jc w:val="right"/>
      </w:pPr>
      <w:r>
        <w:t>And they've always given me, like, really, really positive responses.</w:t>
      </w:r>
    </w:p>
    <w:p>
      <w:r>
        <w:rPr>
          <w:b/>
        </w:rPr>
        <w:t xml:space="preserve">[1:09:28] </w:t>
      </w:r>
      <w:r>
        <w:t>And they said, well, I've always had this question or he's explained it so wonderfully.</w:t>
      </w:r>
    </w:p>
    <w:p>
      <w:pPr>
        <w:jc w:val="right"/>
      </w:pPr>
      <w:r>
        <w:t>And they said, well, I've always had this question or he's explained it so wonderfully.</w:t>
      </w:r>
    </w:p>
    <w:p>
      <w:r>
        <w:rPr>
          <w:b/>
        </w:rPr>
        <w:t xml:space="preserve">[1:09:34] </w:t>
      </w:r>
      <w:r>
        <w:t>So his ideology and his approach is appreciated, but we still need to do a lot of work in taking it forward. Right. One other important development that took place in the West in U. S. Is that you started giving khutbas in mosque, and you were very happy. And I happened to watch one of your video of the It was like so full of marefat and practical lessons.</w:t>
      </w:r>
    </w:p>
    <w:p>
      <w:pPr>
        <w:jc w:val="right"/>
      </w:pPr>
      <w:r>
        <w:t>So his ideology and his approach is appreciated, but we still need to do a lot of work in taking it forward. Right. One other important development that took place in the West in U. S. Is that you started giving khutbas in mosque, and you were very happy. And I happened to watch one of your video of the It was like so full of मारेफ़द and practical lessons.</w:t>
      </w:r>
    </w:p>
    <w:p>
      <w:r>
        <w:rPr>
          <w:b/>
        </w:rPr>
        <w:t xml:space="preserve">[1:10:04] </w:t>
      </w:r>
      <w:r>
        <w:t>It was really amazing. So what inspired you to, you know, start giving khutbas in the mosque? So when Maulana passed away, I I felt that I had taken my relationship with him for granted. You know, always had this relationship of being a student and him being my teacher, my guru and this trying and learning from him. Right.</w:t>
      </w:r>
    </w:p>
    <w:p>
      <w:pPr>
        <w:jc w:val="right"/>
      </w:pPr>
      <w:r>
        <w:t>It was really amazing. So what inspired you to, you know, start giving खुदबाs in the mosque? So when मुलाना passed away, I I felt that I had taken my relationship with him for granted. You know, always had this relationship of being a student and him being my teacher, my guru and this trying and learning from him. Right.</w:t>
      </w:r>
    </w:p>
    <w:p>
      <w:r>
        <w:rPr>
          <w:b/>
        </w:rPr>
        <w:t xml:space="preserve">[1:10:30] </w:t>
      </w:r>
      <w:r>
        <w:t>But what I realized later on was he was not only passing information and knowledge to us, he was also passing down a responsibility. Because if we want the same knowledge to be given to other people and to the next generations, Now we have to take forward what he taught us. True.</w:t>
      </w:r>
    </w:p>
    <w:p>
      <w:pPr>
        <w:jc w:val="right"/>
      </w:pPr>
      <w:r>
        <w:t>But what I realized later on was he was not only passing information and knowledge to us, he was also passing down a responsibility. Because if we want the same knowledge to be given to other people and to the next generations, Now we have to take forward what he taught us. True.</w:t>
      </w:r>
    </w:p>
    <w:p>
      <w:r>
        <w:rPr>
          <w:b/>
        </w:rPr>
        <w:t xml:space="preserve">[1:10:50] </w:t>
      </w:r>
      <w:r>
        <w:t>So I had that in the back of my mind and then there was a mosque where the Imam once came, he was very tired and Imam Abdullah Farukh who's a hostel visitor at And he was very tired and and and, you know, very And I asked him how was I asked him how was how how his health was. Right. So he said, you know, I'm I'm getting old for this. And today, I was really tired. It's like, you know, we need people who can give Columbus. And I said, okay. I Yeah. This leads out to me.</w:t>
      </w:r>
    </w:p>
    <w:p>
      <w:pPr>
        <w:jc w:val="right"/>
      </w:pPr>
      <w:r>
        <w:t>So I had that in the back of my mind and then there was a mosque where the Imam once came, he was very tired and Imam Abdullah Farukh who's a hostel visitor at And he was very tired and and and, you know, very And I asked him how was I asked him how was how how his health was. Right. So he said, you know, I'm I'm getting old for this. And today, I was really tired. It's like, you know, we need people who can give Columbus. And I said, okay. I Yeah. This leads out to me.</w:t>
      </w:r>
    </w:p>
    <w:p>
      <w:r>
        <w:rPr>
          <w:b/>
        </w:rPr>
        <w:t xml:space="preserve">[1:11:17] </w:t>
      </w:r>
      <w:r>
        <w:t>So in the know in in the beginning he was nervous and I was nervous, but my first khutbah on on Hammids was actually very well received. Then On Hammirellah. On Hammirellah and then and then people, you know, referred me to different mosques. Yeah. And and now and and now Alhamdulillah I've got quite more opportunities. The great thing is that I am no short of content.</w:t>
      </w:r>
    </w:p>
    <w:p>
      <w:pPr>
        <w:jc w:val="right"/>
      </w:pPr>
      <w:r>
        <w:t>So in the know in in the beginning he was nervous and I was nervous, but my first khutbah on on Hammids was actually very well received. Then On Hammirellah. On Hammirellah and then and then people, you know, referred me to different mosques. Yeah. And and now and and now Alhamdulillah I've got quite more opportunities. The great thing is that I am no short of content.</w:t>
      </w:r>
    </w:p>
    <w:p>
      <w:r>
        <w:rPr>
          <w:b/>
        </w:rPr>
        <w:t xml:space="preserve">[1:11:40] </w:t>
      </w:r>
      <w:r>
        <w:t>Manana's literature and his work is so precise and so categorically written that anytime I think of a topic, all I have to do is control f on 10 PDFs on the cpsusglobal.org website and everything is there. So just, you know, somehow trim it to a twenty five, thirty minute khutbah and prepare for it and give it. MashaAllah.</w:t>
      </w:r>
    </w:p>
    <w:p>
      <w:pPr>
        <w:jc w:val="right"/>
      </w:pPr>
      <w:r>
        <w:t>Manana's literature and his work is so precise and so categorically written that anytime I think of a topic, all I have to do is control f on 10 PDFs on the cpsusglobal.org website and everything is there. So just, you know, somehow trim it to a twenty five, thirty minute खुदबा and prepare for it and give it. MashaAllah.</w:t>
      </w:r>
    </w:p>
    <w:p>
      <w:r>
        <w:rPr>
          <w:b/>
        </w:rPr>
        <w:t xml:space="preserve">[1:12:09] </w:t>
      </w:r>
      <w:r>
        <w:t>So, Asat, if I may ask you, what is your goal in life? It's so it's one of the last lessons which Monana taught me and he asked me a question. Asad sahib aapko pata hai musalmanon ki sabse bari zimmedari kya hai? So do you know what the biggest responsibility of Muslims are is in the world? Yeah.</w:t>
      </w:r>
    </w:p>
    <w:p>
      <w:pPr>
        <w:jc w:val="right"/>
      </w:pPr>
      <w:r>
        <w:t>So, Asat, if I may ask you, what is your goal in life? It's so it's one of the last lessons which Monana taught me and he asked me a question. असत साहब आपको पता है मुसलमानों की सबसे बड़ी ज़िम्मेदारी क्या है? So do you know what the biggest responsibility of मुस्लिमs are is in the world? Yeah.</w:t>
      </w:r>
    </w:p>
    <w:p>
      <w:r>
        <w:rPr>
          <w:b/>
        </w:rPr>
        <w:t xml:space="preserve">[1:12:37] </w:t>
      </w:r>
      <w:r>
        <w:t>And and honestly I had I had a flirt of answers. I thought okay, well you know, they're gonna they'll have to fix poverty and they have to fix, you know, all these other things and, you know, we have there's so many social causes we can, you know, look into. But basically take over the world in a, you know, in every field possible. But his answer was so simple and straightforward. He said it's to take the Quran to everyone in a language they understand. And And InshaAllah.</w:t>
      </w:r>
    </w:p>
    <w:p>
      <w:pPr>
        <w:jc w:val="right"/>
      </w:pPr>
      <w:r>
        <w:t>And and honestly I had I had a flirt of answers. I thought okay, well you know, they're gonna they'll have to fix poverty and they have to fix, you know, all these other things and, you know, we have there's so many social causes we can, you know, look into. But basically take over the world in a, you know, in every field possible. But his answer was so simple and straightforward. He said it's to take the Quran to everyone in a language they understand. And And InshaAllah.</w:t>
      </w:r>
    </w:p>
    <w:p>
      <w:r>
        <w:rPr>
          <w:b/>
        </w:rPr>
        <w:t xml:space="preserve">[1:13:05] </w:t>
      </w:r>
      <w:r>
        <w:t>And I was, and I was amazed that it never occurred to me that the real responsibility is so simple the Quran is written. All you have to do is it's written, it's getting printed, it's available, all you got to do is just Stand and give. Stand up and give. Just give it to a friend, like, shoot them a text, like, WhatsApp forwarded or something.</w:t>
      </w:r>
    </w:p>
    <w:p>
      <w:pPr>
        <w:jc w:val="right"/>
      </w:pPr>
      <w:r>
        <w:t>And I was, and I was amazed that it never occurred to me that the real responsibility is so simple the Quran is written. All you have to do is it's written, it's getting printed, it's available, all you got to do is just Stand and give. Stand up and give. Just give it to a friend, like, shoot them a text, like, WhatsApp forwarded or something.</w:t>
      </w:r>
    </w:p>
    <w:p>
      <w:r>
        <w:rPr>
          <w:b/>
        </w:rPr>
        <w:t xml:space="preserve">[1:13:25] </w:t>
      </w:r>
      <w:r>
        <w:t>But it so but when he said that, that's when I realized that my goal in life has to be that to work on this and basically help build CPS and help, you know, make a global level institution which can self sustainably, carry out this work. So it exists in the Christian community and the Jewish community. They have a lost spirit when it comes to taking the word of God forward.</w:t>
      </w:r>
    </w:p>
    <w:p>
      <w:pPr>
        <w:jc w:val="right"/>
      </w:pPr>
      <w:r>
        <w:t>But it so but when he said that, that's when I realized that my goal in life has to be that to work on this and basically help build CPS and help, you know, make a global level institution which can self sustainably, carry out this work. So it exists in the Christian community and the Jewish community. They have a lost spirit when it comes to taking the word of God forward.</w:t>
      </w:r>
    </w:p>
    <w:p>
      <w:r>
        <w:rPr>
          <w:b/>
        </w:rPr>
        <w:t xml:space="preserve">[1:13:55] </w:t>
      </w:r>
      <w:r>
        <w:t>We lack it. But with time as we realize the importance of this work, we can do it. Another way to put this is that it was the core mission of prophet Muhammad His whole life was just about taking the message of god directly to people. Yes. And that's pretty much what I want to do in life too. Yeah.</w:t>
      </w:r>
    </w:p>
    <w:p>
      <w:pPr>
        <w:jc w:val="right"/>
      </w:pPr>
      <w:r>
        <w:t>We lack it. But with time as we realize the importance of this work, we can do it. Another way to put this is that it was the core mission of prophet Muhammad His whole life was just about taking the message of god directly to people. Yes. And that's pretty much what I want to do in life too. Yeah.</w:t>
      </w:r>
    </w:p>
    <w:p>
      <w:r>
        <w:rPr>
          <w:b/>
        </w:rPr>
        <w:t xml:space="preserve">[1:14:20] </w:t>
      </w:r>
      <w:r>
        <w:t>In fact, Maulana sahib once gave very important advice that when you have a starting point like what Asad mentioned, Then after having that starting point, you should fight every thought to stay put on what you've decided as a plan till you achieve it. So, Asad, we all pray that, you know, you achieve achieve that. And we all are with you. Are committed.</w:t>
      </w:r>
    </w:p>
    <w:p>
      <w:pPr>
        <w:jc w:val="right"/>
      </w:pPr>
      <w:r>
        <w:t>In fact, मराना साहब once gave very important advice that when you have a starting point like what आसद mentioned, Then after having that starting point, you should fight every thought to stay put on what you've decided as a plan till you achieve it. So, आसाद, we all pray that, you know, you achieve achieve that. And we all are with you. Are committed.</w:t>
      </w:r>
    </w:p>
    <w:p>
      <w:r>
        <w:rPr>
          <w:b/>
        </w:rPr>
        <w:t xml:space="preserve">[1:14:48] </w:t>
      </w:r>
      <w:r>
        <w:t>So that brings me to the last question, Asad, that you are a youth yourself. What is the message that you would like to give to the youths of today and particularly to the CPS members globally? So, you would like to know your views on that.</w:t>
      </w:r>
    </w:p>
    <w:p>
      <w:pPr>
        <w:jc w:val="right"/>
      </w:pPr>
      <w:r>
        <w:t>So that brings me to the last question, आसाद, that you are a youth yourself. What is the message that you would like to give to the youths of today and particularly to the CPS members globally? So, you would like to know your views on that.</w:t>
      </w:r>
    </w:p>
    <w:p>
      <w:r>
        <w:rPr>
          <w:b/>
        </w:rPr>
        <w:t xml:space="preserve">[1:15:06] </w:t>
      </w:r>
      <w:r>
        <w:t>It's, it's a, well, you see there is a hadith where in the early days of Islam, the prophet Mohammed he asked for help and support and the one who got up was Hazrat Ali and the prophet went like, Anta ya Ali, Anta ya Ali like you all ali. He was so taken aback by this young person standing up with all the spirit and all the time.</w:t>
      </w:r>
    </w:p>
    <w:p>
      <w:pPr>
        <w:jc w:val="right"/>
      </w:pPr>
      <w:r>
        <w:t>It's, it's a, well, you see there is a hadith where in the early days of Islam, the prophet Mohammed he asked for help and support and the one who got up was Hazrat Ali and the prophet went like, अंत याली, अंत याली like you all ali. He was so taken aback by this young person standing up with all the spirit and all the time.</w:t>
      </w:r>
    </w:p>
    <w:p>
      <w:r>
        <w:rPr>
          <w:b/>
        </w:rPr>
        <w:t xml:space="preserve">[1:15:33] </w:t>
      </w:r>
      <w:r>
        <w:t>When we're young, we have a lot of energy and we have a lot of ambitions and we are in this mental state that we can fight with the world. That's pretty much what we needed. I'm not saying that we are going to fight with the world. What I'm actually trying to say is that our level of energy and time and free time is so high that we can make the best contributions towards this work.</w:t>
      </w:r>
    </w:p>
    <w:p>
      <w:pPr>
        <w:jc w:val="right"/>
      </w:pPr>
      <w:r>
        <w:t>When we're young, we have a lot of energy and we have a lot of ambitions and we are in this mental state that we can fight with the world. That's pretty much what we needed. I'm not saying that we are going to fight with the world. What I'm actually trying to say is that our level of energy and time and free time is so high that we can make the best contributions towards this work.</w:t>
      </w:r>
    </w:p>
    <w:p>
      <w:r>
        <w:rPr>
          <w:b/>
        </w:rPr>
        <w:t xml:space="preserve">[1:15:59] </w:t>
      </w:r>
      <w:r>
        <w:t>And what distracts us is material, what is the material ambitions. Absolutely. You see, and material ambitions, people think it's always about money or property. But no, even ambitions like, I won't be happy till I work in this MNC or in Microsoft or have a job in Google or or I get into MIT or Harvard.</w:t>
      </w:r>
    </w:p>
    <w:p>
      <w:pPr>
        <w:jc w:val="right"/>
      </w:pPr>
      <w:r>
        <w:t>And what distracts us is material, what is the material ambitions. Absolutely. You see, and material ambitions, people think it's always about money or property. But no, even ambitions like, I won't be happy till I work in this MNC or in Microsoft or have a job in Google or or I get into MIT or Harvard.</w:t>
      </w:r>
    </w:p>
    <w:p>
      <w:r>
        <w:rPr>
          <w:b/>
        </w:rPr>
        <w:t xml:space="preserve">[1:16:20] </w:t>
      </w:r>
      <w:r>
        <w:t>All these kind of desires which don't have any actual value in the hereafter is pretty much a material and a worldly desire. So if we can limit our material ambitions and fully focus the same energy towards this work, then the greatest contribution comes from the youth.</w:t>
      </w:r>
    </w:p>
    <w:p>
      <w:pPr>
        <w:jc w:val="right"/>
      </w:pPr>
      <w:r>
        <w:t>All these kind of desires which don't have any actual value in the hereafter is pretty much a material and a worldly desire. So if we can limit our material ambitions and fully focus the same energy towards this work, then the greatest contribution comes from the youth.</w:t>
      </w:r>
    </w:p>
    <w:p>
      <w:r>
        <w:rPr>
          <w:b/>
        </w:rPr>
        <w:t xml:space="preserve">[1:16:43] </w:t>
      </w:r>
      <w:r>
        <w:t>And we've seen that like over and over again in prophet Isa al Islam's life and Musa al Islam's life. There was always the youth which, which actively worked and you know, took things forward. And I think the strength of CPS is the youth.</w:t>
      </w:r>
    </w:p>
    <w:p>
      <w:pPr>
        <w:jc w:val="right"/>
      </w:pPr>
      <w:r>
        <w:t>And we've seen that like over and over again in profit, Isa al Islam's life and Musa al Islam's life. There was always the youth which, which actively worked and you know took things forward. And I think the strength of CPS is the youth.</w:t>
      </w:r>
    </w:p>
    <w:p>
      <w:r>
        <w:rPr>
          <w:b/>
        </w:rPr>
        <w:t xml:space="preserve">[1:17:03] </w:t>
      </w:r>
      <w:r>
        <w:t>Maulana sahib ne ek bari dua kari thi aur unhone humse share kiya tha ki maine Allah se yeh dua kari ki mujhe saleh family dijiye. Lekin Allah ne mujhe saleh plus family diya and I got the best companions in this mission as Maulana Wahiduddin Khan sahib said.</w:t>
      </w:r>
    </w:p>
    <w:p>
      <w:pPr>
        <w:jc w:val="right"/>
      </w:pPr>
      <w:r>
        <w:t>मुलाना साहब ने एक बारी दुआ करी थी और उन्होंने हमसे share किया था कि मैंने अल्लाह से यह दुआ करी कि मुझे साले family दीजिए. लेकिन अल्लाह ने मुझे साले plus family दिया and I got the best companions in this mission as मुलाना वैदुद्दीन खान साहब said.</w:t>
      </w:r>
    </w:p>
    <w:p>
      <w:r>
        <w:rPr>
          <w:b/>
        </w:rPr>
        <w:t xml:space="preserve">[1:17:22] </w:t>
      </w:r>
      <w:r>
        <w:t>Jaza kallah, Asad, thank you so much for sharing a wonderful session, sharing your inspirational journey with all of us and we all pray to god that, you know, he gives you super success and eases your task. And if you live in USA and you want to join CPS USA youth team or you</w:t>
      </w:r>
    </w:p>
    <w:p>
      <w:pPr>
        <w:jc w:val="right"/>
      </w:pPr>
      <w:r>
        <w:t>जज़ा कल्लाह, असर, thank you so much for sharing a wonderful session, sharing your inspirational journey with all of us and we all pray to god that, you know, he gives you super success and eases your task. And if you live in USA and you want to join CPS USA youth team or you</w:t>
      </w:r>
    </w:p>
    <w:p>
      <w:r>
        <w:rPr>
          <w:b/>
        </w:rPr>
        <w:t xml:space="preserve">[1:17:45] </w:t>
      </w:r>
      <w:r>
        <w:t>want to contribute your time for God's cause or you want to sponsor drives for Quran distribution, then please write to us on infocpsglobal dot org. We will connect you with Mr. Mohammed Assad Pravees in USA. Thank you for watching today's program. We will be back next Sunday 10:30 AM. Thank you.</w:t>
      </w:r>
    </w:p>
    <w:p>
      <w:pPr>
        <w:jc w:val="right"/>
      </w:pPr>
      <w:r>
        <w:t>want to contribute your time for God's cause or you want to sponsor drives for Quran distribution, then please write to us on infocpsglobal dot org. We will connect you with Mr. Mohammed Assad Pravees in USA. Thank you for watching today's program. We will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