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Islam March 29, 2014 Maulana Wahiduddin Khan</w:t>
      </w:r>
    </w:p>
    <w:p>
      <w:r>
        <w:t>https://www.youtube.com/watch?v=cVBrjiI9ngY</w:t>
      </w:r>
    </w:p>
    <w:p>
      <w:r>
        <w:rPr>
          <w:b/>
        </w:rPr>
        <w:t xml:space="preserve">[00:33] </w:t>
      </w:r>
      <w:r>
        <w:t>Ibn Majah, hadith number 215. Anas bin Malik narrated: The Messenger of Allah (peace be upon him) said: "Indeed, Allah has some people who are the people of Allah." The companions asked: "O Messenger of Allah, who are they?" He said: "They are the people of the Quran,</w:t>
      </w:r>
    </w:p>
    <w:p>
      <w:pPr>
        <w:jc w:val="right"/>
      </w:pPr>
      <w:r>
        <w:t>ابن ماجہ، حدیث نمبر 215۔ انس بن مالک سے روایت ہے: رسول اللہ صلی اللہ علیہ وسلم نے فرمایا: "لوگوں میں کچھ اللہ والے ہیں۔" صحابہ کرام نے عرض کیا: "اے اللہ کے رسول، وہ کون ہیں؟" آپ نے کہا: "وہ قرآن والے ہیں،</w:t>
      </w:r>
    </w:p>
    <w:p>
      <w:r>
        <w:rPr>
          <w:b/>
        </w:rPr>
        <w:t xml:space="preserve">[01:00] </w:t>
      </w:r>
      <w:r>
        <w:t>They are Allah's special servants."</w:t>
      </w:r>
    </w:p>
    <w:p>
      <w:pPr>
        <w:jc w:val="right"/>
      </w:pPr>
      <w:r>
        <w:t>وہ اللہ کے خاص بندے ہیں۔"</w:t>
      </w:r>
    </w:p>
    <w:p>
      <w:r>
        <w:rPr>
          <w:b/>
        </w:rPr>
        <w:t xml:space="preserve">[01:04] </w:t>
      </w:r>
      <w:r>
        <w:t>Maulana, please explain this hadith. Bismillah Rahman Rahim.</w:t>
      </w:r>
    </w:p>
    <w:p>
      <w:pPr>
        <w:jc w:val="right"/>
      </w:pPr>
      <w:r>
        <w:t>مولانا اس حدیث کی وضاحت فرمائیں۔ بسم اللہ الرحمن الرحیم۔</w:t>
      </w:r>
    </w:p>
    <w:p>
      <w:r>
        <w:rPr>
          <w:b/>
        </w:rPr>
        <w:t xml:space="preserve">[01:14] </w:t>
      </w:r>
      <w:r>
        <w:t>This hadith that was recited has three terms in it: 'Ahlullah', 'Ahlul Quran', and 'Khassatullah'. Three terms.</w:t>
      </w:r>
    </w:p>
    <w:p>
      <w:pPr>
        <w:jc w:val="right"/>
      </w:pPr>
      <w:r>
        <w:t>یہ حدیث جو پڑھی گئی اس میں تین الفاظ آئے ہیں: "اہل اللہ، اہل القرآن، اور خاصۃ اللہ۔" تین الفاظ۔</w:t>
      </w:r>
    </w:p>
    <w:p>
      <w:r>
        <w:rPr>
          <w:b/>
        </w:rPr>
        <w:t xml:space="preserve">[01:34] </w:t>
      </w:r>
      <w:r>
        <w:t>Upon reflection, it is understood that the central term here is 'Ahlullah'. Meaning, among people, there are those who are Ahlullah, meaning, they belong to Allah.</w:t>
      </w:r>
    </w:p>
    <w:p>
      <w:pPr>
        <w:jc w:val="right"/>
      </w:pPr>
      <w:r>
        <w:t>اس پر غور کرنے سے سمجھ آتا ہے کہ اس میں جو مرکزی لفظ ہے وہ ہے "اہل اللہ"۔ یعنی کچھ لوگ ہوتے ہیں انسانوں میں جو اہل اللہ ہوتے ہیں، اہل یعنی اللہ والے ہوتے ہیں۔</w:t>
      </w:r>
    </w:p>
    <w:p>
      <w:r>
        <w:rPr>
          <w:b/>
        </w:rPr>
        <w:t xml:space="preserve">[01:53] </w:t>
      </w:r>
      <w:r>
        <w:t>It is said about them that they are Allah's special servants. They are Allah's special servants.</w:t>
      </w:r>
    </w:p>
    <w:p>
      <w:pPr>
        <w:jc w:val="right"/>
      </w:pPr>
      <w:r>
        <w:t>ان کے بارے میں فرمایا کہ وہ اللہ کے خاص بندے ہوتے ہیں۔ وہ اللہ کے خاص بندے ہوتے ہیں۔</w:t>
      </w:r>
    </w:p>
    <w:p>
      <w:r>
        <w:rPr>
          <w:b/>
        </w:rPr>
        <w:t xml:space="preserve">[02:04] </w:t>
      </w:r>
      <w:r>
        <w:t>aur teesra jo lafz hai "ahl-e-quran" is se maloom hota hai ke yeh bande bante kaise hain.</w:t>
      </w:r>
    </w:p>
    <w:p>
      <w:pPr>
        <w:jc w:val="right"/>
      </w:pPr>
      <w:r>
        <w:t>اور تیسرا جو لفظ ہے "اہل القرآن" اس سے معلوم ہوتا ہے کہ یہ بندے بنتے کیسے ہیں۔</w:t>
      </w:r>
    </w:p>
    <w:p>
      <w:r>
        <w:rPr>
          <w:b/>
        </w:rPr>
        <w:t xml:space="preserve">[02:15] </w:t>
      </w:r>
      <w:r>
        <w:t>kya tareeqa hai aise bandon ke banne ka? woh yeh hai ke woh quran ko apna concern bana lete hain, quran mein ghore o fikr karte hain, quran mein tadabbur karte hain,</w:t>
      </w:r>
    </w:p>
    <w:p>
      <w:pPr>
        <w:jc w:val="right"/>
      </w:pPr>
      <w:r>
        <w:t>کیا طریقہ ہے ایسے بندوں کے بننے کا؟ وہ یہ ہے کہ وہ قرآن کو اپنا کنسرن بنا لیتے ہیں، قرآن میں غور و فکر کرتے ہیں، قرآن میں تدبر کرتے ہیں،</w:t>
      </w:r>
    </w:p>
    <w:p>
      <w:r>
        <w:rPr>
          <w:b/>
        </w:rPr>
        <w:t xml:space="preserve">[02:31] </w:t>
      </w:r>
      <w:r>
        <w:t>quran se apna rizq lete hain. is tarah se woh un ke andar ek personality banti hai.</w:t>
      </w:r>
    </w:p>
    <w:p>
      <w:pPr>
        <w:jc w:val="right"/>
      </w:pPr>
      <w:r>
        <w:t>قرآن سے اپنا رزق لیتے ہیں۔ اس طرح سے وہ ان کے اندر ایک پرسنیلٹی بنتی ہے۔</w:t>
      </w:r>
    </w:p>
    <w:p>
      <w:r>
        <w:rPr>
          <w:b/>
        </w:rPr>
        <w:t xml:space="preserve">[02:44] </w:t>
      </w:r>
      <w:r>
        <w:t>yeh personality jo banti hai bohat hi khaas personality hoti hai aur yahi Allah ke nazdeek Allah wale log hain.</w:t>
      </w:r>
    </w:p>
    <w:p>
      <w:pPr>
        <w:jc w:val="right"/>
      </w:pPr>
      <w:r>
        <w:t>یہ پرسنیلٹی جو بنتی ہے بہت ہی خاص پرسنیلٹی ہوتی ہے اور یہی اللہ کے نزدیک اللہ والے لوگ ہیں۔</w:t>
      </w:r>
    </w:p>
    <w:p>
      <w:r>
        <w:rPr>
          <w:b/>
        </w:rPr>
        <w:t xml:space="preserve">[02:57] </w:t>
      </w:r>
      <w:r>
        <w:t>to yeh baat is hadith se maloom hui.</w:t>
      </w:r>
    </w:p>
    <w:p>
      <w:pPr>
        <w:jc w:val="right"/>
      </w:pPr>
      <w:r>
        <w:t>تو یہ بات اس حدیث سے معلوم ہوئی۔</w:t>
      </w:r>
    </w:p>
    <w:p>
      <w:r>
        <w:rPr>
          <w:b/>
        </w:rPr>
        <w:t xml:space="preserve">[03:04] </w:t>
      </w:r>
      <w:r>
        <w:t>ab ghore kijiye</w:t>
      </w:r>
    </w:p>
    <w:p>
      <w:pPr>
        <w:jc w:val="right"/>
      </w:pPr>
      <w:r>
        <w:t>اب غور کیجیے</w:t>
      </w:r>
    </w:p>
    <w:p>
      <w:r>
        <w:rPr>
          <w:b/>
        </w:rPr>
        <w:t xml:space="preserve">[03:08] </w:t>
      </w:r>
      <w:r>
        <w:t>to sochne ki baat yeh hai ke</w:t>
      </w:r>
    </w:p>
    <w:p>
      <w:pPr>
        <w:jc w:val="right"/>
      </w:pPr>
      <w:r>
        <w:t>تو سوچنے کی بات یہ ہے کہ</w:t>
      </w:r>
    </w:p>
    <w:p>
      <w:r>
        <w:rPr>
          <w:b/>
        </w:rPr>
        <w:t xml:space="preserve">[03:13] </w:t>
      </w:r>
      <w:r>
        <w:t>quran kaise aise insaan banata hai jo Allah ke khaas bande hon, jo ahl-e-Allah kahe jaen.</w:t>
      </w:r>
    </w:p>
    <w:p>
      <w:pPr>
        <w:jc w:val="right"/>
      </w:pPr>
      <w:r>
        <w:t>قرآن کیسے ایسے انسان بناتا ہے جو اللہ کے خاص بندے ہوں، جو اہل اللہ کہے جائیں۔</w:t>
      </w:r>
    </w:p>
    <w:p>
      <w:r>
        <w:rPr>
          <w:b/>
        </w:rPr>
        <w:t xml:space="preserve">[03:24] </w:t>
      </w:r>
      <w:r>
        <w:t>woh hota hai tadabbur ke zariye.</w:t>
      </w:r>
    </w:p>
    <w:p>
      <w:pPr>
        <w:jc w:val="right"/>
      </w:pPr>
      <w:r>
        <w:t>وہ ہوتا ہے تدبر کے ذریعے۔</w:t>
      </w:r>
    </w:p>
    <w:p>
      <w:r>
        <w:rPr>
          <w:b/>
        </w:rPr>
        <w:t xml:space="preserve">[03:30] </w:t>
      </w:r>
      <w:r>
        <w:t>jo hai quran majeed mein aaya hai ke: "la tadabbaroo ayat-e-hi wa la tatazakkar oo olu-l-albab". yeh tadabbur hota hai lubb ke zariye se, yani aqal ke zariye se.</w:t>
      </w:r>
    </w:p>
    <w:p>
      <w:pPr>
        <w:jc w:val="right"/>
      </w:pPr>
      <w:r>
        <w:t>جو ہے قرآن مجید میں آیا ہے کہ: "لَا تَدَبَّرُوا آَيَاتِهِ وَلَا تَتَذَكَّرَوا أُولُو الْأَلْبَابِ"۔ یہ تدبر ہوتا ہے لب کے ذریعے سے، یعنی عقل کے ذریعے سے۔</w:t>
      </w:r>
    </w:p>
    <w:p>
      <w:r>
        <w:rPr>
          <w:b/>
        </w:rPr>
        <w:t xml:space="preserve">[03:44] </w:t>
      </w:r>
      <w:r>
        <w:t>apni aqal ko istemal kar ke quran par tadabbur karna yeh hai woh zariya.</w:t>
      </w:r>
    </w:p>
    <w:p>
      <w:pPr>
        <w:jc w:val="right"/>
      </w:pPr>
      <w:r>
        <w:t>اپنی عقل کو استعمال کر کے قرآن پر تدبر کرنا یہ ہے وہ ذریعہ۔</w:t>
      </w:r>
    </w:p>
    <w:p>
      <w:r>
        <w:rPr>
          <w:b/>
        </w:rPr>
        <w:t xml:space="preserve">[03:53] </w:t>
      </w:r>
      <w:r>
        <w:t>yeh nahi ke aap bohat achi tadween seekh len, aap makharij ko bohat durust kar len aur phir quran ko parhen.</w:t>
      </w:r>
    </w:p>
    <w:p>
      <w:pPr>
        <w:jc w:val="right"/>
      </w:pPr>
      <w:r>
        <w:t>یہ نہیں کہ آپ بہت اچھی تدوین سیکھ لیں، آپ مخارج کو بہت درست کر لیں اور پھر قرآن کو پڑھیں۔</w:t>
      </w:r>
    </w:p>
    <w:p>
      <w:r>
        <w:rPr>
          <w:b/>
        </w:rPr>
        <w:t xml:space="preserve">[04:04] </w:t>
      </w:r>
      <w:r>
        <w:t>yeh matlab nahi hai. aqal ko istemal karne ke baad jo tadabbur quran paida hota hai woh murad hai yahan par.</w:t>
      </w:r>
    </w:p>
    <w:p>
      <w:pPr>
        <w:jc w:val="right"/>
      </w:pPr>
      <w:r>
        <w:t>یہ مطلب نہیں ہے۔ عقل کو استعمال کرنے کے بعد جو تدبر قرآن پیدا ہوتا ہے وہ مراد ہے یہاں پر۔</w:t>
      </w:r>
    </w:p>
    <w:p>
      <w:r>
        <w:rPr>
          <w:b/>
        </w:rPr>
        <w:t xml:space="preserve">[04:21] </w:t>
      </w:r>
      <w:r>
        <w:t>to jab aap quran ko parhen aqal ko istemal karte hue,</w:t>
      </w:r>
    </w:p>
    <w:p>
      <w:pPr>
        <w:jc w:val="right"/>
      </w:pPr>
      <w:r>
        <w:t>تو جب آپ قرآن کو پڑھیں عقل کو استعمال کرتے ہوئے،</w:t>
      </w:r>
    </w:p>
    <w:p>
      <w:r>
        <w:rPr>
          <w:b/>
        </w:rPr>
        <w:t xml:space="preserve">[04:28] </w:t>
      </w:r>
      <w:r>
        <w:t>tadabbur karen aqal ko istemal karte hue to kya hota hai? quran ki ayaten aap ke liye har har ayat aap ko rizq dene wali ban jati hai.</w:t>
      </w:r>
    </w:p>
    <w:p>
      <w:pPr>
        <w:jc w:val="right"/>
      </w:pPr>
      <w:r>
        <w:t>تدبر کریں عقل کو استعمال کرتے ہوئے تو کیا ہوتا ہے؟ قرآن کی آیتیں آپ کے لئے ہر ہر آیت آپ کو رزق دینے والی بن جاتی ہے۔</w:t>
      </w:r>
    </w:p>
    <w:p>
      <w:r>
        <w:rPr>
          <w:b/>
        </w:rPr>
        <w:t xml:space="preserve">[04:43] </w:t>
      </w:r>
      <w:r>
        <w:t>rizq rohani, rizq rabbani</w:t>
      </w:r>
    </w:p>
    <w:p>
      <w:pPr>
        <w:jc w:val="right"/>
      </w:pPr>
      <w:r>
        <w:t>رزق روحانی، رزق ربانی</w:t>
      </w:r>
    </w:p>
    <w:p>
      <w:r>
        <w:rPr>
          <w:b/>
        </w:rPr>
        <w:t xml:space="preserve">[04:49] </w:t>
      </w:r>
      <w:r>
        <w:t>ban jati hai.</w:t>
      </w:r>
    </w:p>
    <w:p>
      <w:pPr>
        <w:jc w:val="right"/>
      </w:pPr>
      <w:r>
        <w:t>بن جاتی ہے۔</w:t>
      </w:r>
    </w:p>
    <w:p>
      <w:r>
        <w:rPr>
          <w:b/>
        </w:rPr>
        <w:t xml:space="preserve">[04:52] </w:t>
      </w:r>
      <w:r>
        <w:t>jaise aap dekhiye</w:t>
      </w:r>
    </w:p>
    <w:p>
      <w:pPr>
        <w:jc w:val="right"/>
      </w:pPr>
      <w:r>
        <w:t>جیسے آپ دیکھئے</w:t>
      </w:r>
    </w:p>
    <w:p>
      <w:r>
        <w:rPr>
          <w:b/>
        </w:rPr>
        <w:t xml:space="preserve">[04:56] </w:t>
      </w:r>
      <w:r>
        <w:t>aap ne pehla kalma jo hai quran ka woh hai: "bismillah-e-rehman-e-rahim". is ko parha aap ne, is par ghore kiya aap ne to aap ek cheez daryaft karenge.</w:t>
      </w:r>
    </w:p>
    <w:p>
      <w:pPr>
        <w:jc w:val="right"/>
      </w:pPr>
      <w:r>
        <w:t>آپ نے پہلا کلمہ جو ہے قرآن کا وہ ہے: "بسم اللہ الرحمن الرحیم"۔ اس کو پڑھا آپ نے، اس پر غور کیا آپ نے تو آپ ایک چیز دریافت کریں گے۔</w:t>
      </w:r>
    </w:p>
    <w:p>
      <w:r>
        <w:rPr>
          <w:b/>
        </w:rPr>
        <w:t xml:space="preserve">[05:12] </w:t>
      </w:r>
      <w:r>
        <w:t>woh daryaft kya hai</w:t>
      </w:r>
    </w:p>
    <w:p>
      <w:pPr>
        <w:jc w:val="right"/>
      </w:pPr>
      <w:r>
        <w:t>وہ دریافت کیا ہے</w:t>
      </w:r>
    </w:p>
    <w:p>
      <w:r>
        <w:rPr>
          <w:b/>
        </w:rPr>
        <w:t xml:space="preserve">[05:14] </w:t>
      </w:r>
      <w:r>
        <w:t>ke yeh duniya jis mein aap Allah ke naam le kar apna koi kaam shuru kar rahe hain woh is khuda ki duniya hai jo rehman aur rahim hai.</w:t>
      </w:r>
    </w:p>
    <w:p>
      <w:pPr>
        <w:jc w:val="right"/>
      </w:pPr>
      <w:r>
        <w:t>کہ یہ دنیا جس میں آپ اللہ کے نام لے کر اپنا کوئی کام شروع کر رہے ہیں وہ اس خدا کی دنیا ہے جو رحمت اور رحیم ہے۔</w:t>
      </w:r>
    </w:p>
    <w:p>
      <w:r>
        <w:rPr>
          <w:b/>
        </w:rPr>
        <w:t xml:space="preserve">[05:32] </w:t>
      </w:r>
      <w:r>
        <w:t>yani aap jo acha kaam shuru karne ja rahe hain kyunke momin wohi hai jo acha kaam shuru kare.</w:t>
      </w:r>
    </w:p>
    <w:p>
      <w:pPr>
        <w:jc w:val="right"/>
      </w:pPr>
      <w:r>
        <w:t>یعنی آپ جو اچھا کام شروع کرنے جا رہے ہیں کیونکہ مومن وہی ہے جو اچھا کام شروع کرے۔</w:t>
      </w:r>
    </w:p>
    <w:p>
      <w:r>
        <w:rPr>
          <w:b/>
        </w:rPr>
        <w:t xml:space="preserve">[05:40] </w:t>
      </w:r>
      <w:r>
        <w:t>bara karne wala, bara kaam jo shuru kare woh woh to ahl-e-iman hi nahi hai. to ek momin jab is duniya mein ek acha kaam shuru karta hai to peshgi taur par is ko yeh yaqeen hota hai ke yeh kaam woh kisi duniya mein shuru karne ja raha hai jo rehman aur rahim ki duniya hai.</w:t>
      </w:r>
    </w:p>
    <w:p>
      <w:pPr>
        <w:jc w:val="right"/>
      </w:pPr>
      <w:r>
        <w:t>برا کرنے والا، برا کام جو شروع کرے وہ وہ تو اہل ایمان ہی نہیں ہے۔ تو ایک مومن جب اس دنیا میں ایک اچھا کام شروع کرتا ہے تو پیشگی طور پر اس کو یہ یقین ہوتا ہے کہ یہ کام وہ کسی دنیا میں شروع کرنے جا رہا ہے جو رحمت اور رحیم کی دنیا ہے۔</w:t>
      </w:r>
    </w:p>
    <w:p>
      <w:r>
        <w:rPr>
          <w:b/>
        </w:rPr>
        <w:t xml:space="preserve">[06:05] </w:t>
      </w:r>
      <w:r>
        <w:t>yani aisa khuda jo madad karne wala hai kyunke jo rehman aur rahim hoga woh aap ki madad karega aur behtareen madad karega.</w:t>
      </w:r>
    </w:p>
    <w:p>
      <w:pPr>
        <w:jc w:val="right"/>
      </w:pPr>
      <w:r>
        <w:t>یعنی ایسا خدا جو مدد کرنے والا ہے کیونکہ جو رحمت اور رحیم ہوگا وہ آپ کی مدد کرے گا اور بہترین مدد کرے گا۔</w:t>
      </w:r>
    </w:p>
    <w:p>
      <w:r>
        <w:rPr>
          <w:b/>
        </w:rPr>
        <w:t xml:space="preserve">[06:20] </w:t>
      </w:r>
      <w:r>
        <w:t>to aap bataiye kitni bari cheez mil gayi aap ko shuru hi mein. is se aap ko yaqeen ayega, is se aap ki mayusi khatam ho jayegi,</w:t>
      </w:r>
    </w:p>
    <w:p>
      <w:pPr>
        <w:jc w:val="right"/>
      </w:pPr>
      <w:r>
        <w:t>تو آپ بتائیے کتنی بڑی چیز مل گئی آپ کو شروع ہی میں۔ اس سے آپ کو یقین آئے گا، اس سے آپ کی مایوسی ختم ہو جائے گی،</w:t>
      </w:r>
    </w:p>
    <w:p>
      <w:r>
        <w:rPr>
          <w:b/>
        </w:rPr>
        <w:t xml:space="preserve">[06:35] </w:t>
      </w:r>
      <w:r>
        <w:t>is se aap ke andar istiqamat aayegi,</w:t>
      </w:r>
    </w:p>
    <w:p>
      <w:pPr>
        <w:jc w:val="right"/>
      </w:pPr>
      <w:r>
        <w:t>اس سے آپ کے اندر استقامت آئے گی،</w:t>
      </w:r>
    </w:p>
    <w:p>
      <w:r>
        <w:rPr>
          <w:b/>
        </w:rPr>
        <w:t xml:space="preserve">[06:40] </w:t>
      </w:r>
      <w:r>
        <w:t>is se aap ke andar roshni aayegi. ab jo aadmi is tarah ke aql, is tarah ke jazbat, is tarah apne ko tayyar kar ke dunya mein dakhil hoga to is ke liye to kamyabi yaqeeni hai.</w:t>
      </w:r>
    </w:p>
    <w:p>
      <w:pPr>
        <w:jc w:val="right"/>
      </w:pPr>
      <w:r>
        <w:t>اس سے آپ کے اندر روشنی آئے گی۔ اب جو آدمی اس طرح کے عقل، اس طرح کے جذبات، اس طرح کے اس طرح اپنے کو تیار کر کے دنیا میں داخل ہوگا تو اس کے لئے تو کامیابی یقینی ہے۔</w:t>
      </w:r>
    </w:p>
    <w:p>
      <w:r>
        <w:rPr>
          <w:b/>
        </w:rPr>
        <w:t xml:space="preserve">[07:04] </w:t>
      </w:r>
      <w:r>
        <w:t>to yeh aap dekhiye ke quran ka jo pehla kalma hai is se aap ko yeh ek rizq-e-rabb mila jo quran mein hai ke: "wa rizqu rabbika khairun wa abqa".</w:t>
      </w:r>
    </w:p>
    <w:p>
      <w:pPr>
        <w:jc w:val="right"/>
      </w:pPr>
      <w:r>
        <w:t>تو یہ آپ دیکھئے کہ قرآن کا جو پہلا کلمہ ہے اس سے آپ کو یہ ایک رزق رب ملا جو قرآن میں ہے کہ: "وَرِزْقُ رَبِّكَ خَيْرٌ وَأَبْقَى"۔</w:t>
      </w:r>
    </w:p>
    <w:p>
      <w:r>
        <w:rPr>
          <w:b/>
        </w:rPr>
        <w:t xml:space="preserve">[07:19] </w:t>
      </w:r>
      <w:r>
        <w:t>to momin woh hai jo dunya se rizq-e-rabb leta rahe bar bar, divine food leta rahe.</w:t>
      </w:r>
    </w:p>
    <w:p>
      <w:pPr>
        <w:jc w:val="right"/>
      </w:pPr>
      <w:r>
        <w:t>تو مومن وہ ہے جو دنیا سے رزق رب لیتا رہے بار بار، ڈیوائن فوڈ لیتا رہے۔</w:t>
      </w:r>
    </w:p>
    <w:p>
      <w:r>
        <w:rPr>
          <w:b/>
        </w:rPr>
        <w:t xml:space="preserve">[07:28] </w:t>
      </w:r>
      <w:r>
        <w:t>jis tarah shehad ki makkhi dunya ke bagh se nectar leti hai, nectar le kar ke woh shehad jaisi qeemti cheez banati hai.</w:t>
      </w:r>
    </w:p>
    <w:p>
      <w:pPr>
        <w:jc w:val="right"/>
      </w:pPr>
      <w:r>
        <w:t>جس طرح شہد کی مکھی دنیا کے باغ سے نیکٹر لیتی ہے، نیکٹر لے کر کے وہ شہد جیسی قیمتی چیز بناتی ہے۔</w:t>
      </w:r>
    </w:p>
    <w:p>
      <w:r>
        <w:rPr>
          <w:b/>
        </w:rPr>
        <w:t xml:space="preserve">[07:41] </w:t>
      </w:r>
      <w:r>
        <w:t>feeha shifaa'un linnaas.</w:t>
      </w:r>
    </w:p>
    <w:p>
      <w:pPr>
        <w:jc w:val="right"/>
      </w:pPr>
      <w:r>
        <w:t>فِيهَا شِفَاءٌ لِلنَّاسِ۔</w:t>
      </w:r>
    </w:p>
    <w:p>
      <w:r>
        <w:rPr>
          <w:b/>
        </w:rPr>
        <w:t xml:space="preserve">[07:47] </w:t>
      </w:r>
      <w:r>
        <w:t>to isi tarah se is dunya mein aadmi divine nectar leta hai, rizq-e-rabb leta hai,</w:t>
      </w:r>
    </w:p>
    <w:p>
      <w:pPr>
        <w:jc w:val="right"/>
      </w:pPr>
      <w:r>
        <w:t>تو اسی طرح سے اس دنیا میں آدمی ڈیوائن نیکٹر لیتا ہے، رزق رب لیتا ہے،</w:t>
      </w:r>
    </w:p>
    <w:p>
      <w:r>
        <w:rPr>
          <w:b/>
        </w:rPr>
        <w:t xml:space="preserve">[07:57] </w:t>
      </w:r>
      <w:r>
        <w:t>is tarah woh zindagi guzarta rehta hai, zindagi guzarta rehta hai. is tarah is ke andar woh sifat paida hoti hai jis se woh khaas banda ban jaye aur yahan tak ke woh ahl-e-allah ban jaye.</w:t>
      </w:r>
    </w:p>
    <w:p>
      <w:pPr>
        <w:jc w:val="right"/>
      </w:pPr>
      <w:r>
        <w:t>اس طرح وہ زندگی گزارتا رہتا ہے، زندگی گزارتا رہتا ہے۔ اس طرح اس کے اندر وہ صفت پیدا ہوتی ہے جس سے وہ خاص بندہ بن جائے اور یہاں تک کہ وہ اہل اللہ بن جائے۔</w:t>
      </w:r>
    </w:p>
    <w:p>
      <w:r>
        <w:rPr>
          <w:b/>
        </w:rPr>
        <w:t xml:space="preserve">[08:12] </w:t>
      </w:r>
      <w:r>
        <w:t>aise hi dekhiye aap ne padha is ke aage: "alhamdulillah rabbil aalameen". hamd hai rabbil aalameen ki,</w:t>
      </w:r>
    </w:p>
    <w:p>
      <w:pPr>
        <w:jc w:val="right"/>
      </w:pPr>
      <w:r>
        <w:t>ایسے ہی دیکھئے آپ نے پڑھا اس کے آگے: "الحمدللہ رب العالمین"۔ حمد ہے رب العالمین کی،</w:t>
      </w:r>
    </w:p>
    <w:p>
      <w:r>
        <w:rPr>
          <w:b/>
        </w:rPr>
        <w:t xml:space="preserve">[08:26] </w:t>
      </w:r>
      <w:r>
        <w:t>hamd hai us allah ki jo rabbil aalameen hai. yahan par aap dekhiye is se aap ne ek rizq liya.</w:t>
      </w:r>
    </w:p>
    <w:p>
      <w:pPr>
        <w:jc w:val="right"/>
      </w:pPr>
      <w:r>
        <w:t>حمد ہے اس اللہ کی جو رب العالمین ہے۔ یہاں پر آپ دیکھئے اس سے آپ نے ایک رزق لیا۔</w:t>
      </w:r>
    </w:p>
    <w:p>
      <w:r>
        <w:rPr>
          <w:b/>
        </w:rPr>
        <w:t xml:space="preserve">[08:38] </w:t>
      </w:r>
      <w:r>
        <w:t>woh rizq yeh hai ke is dunya ka jo khaliq hai us ko aap is tarah daryaft karen,</w:t>
      </w:r>
    </w:p>
    <w:p>
      <w:pPr>
        <w:jc w:val="right"/>
      </w:pPr>
      <w:r>
        <w:t>وہ رزق یہ ہے کہ اس دنیا کا جو خالق ہے اس کو آپ اس طرح دریافت کریں،</w:t>
      </w:r>
    </w:p>
    <w:p>
      <w:r>
        <w:rPr>
          <w:b/>
        </w:rPr>
        <w:t xml:space="preserve">[08:49] </w:t>
      </w:r>
      <w:r>
        <w:t>is tarah daryaft karen ke aap ke andar se hamd ka chashma ubal pade ke khuda kitna azeem hai tu jis ne yeh dunya banai, kitna azeem hai tu jis ne mujh ko banaya,</w:t>
      </w:r>
    </w:p>
    <w:p>
      <w:pPr>
        <w:jc w:val="right"/>
      </w:pPr>
      <w:r>
        <w:t>اس طرح دریافت کریں کہ آپ کے اندر سے حمد کا چشمہ ابل پڑے کہ خدا کتنا عظیم ہے تُو جس نے یہ دنیا بنائی، کتنا عظیم ہے تُو جس نے مجھ کو بنایا،</w:t>
      </w:r>
    </w:p>
    <w:p>
      <w:r>
        <w:rPr>
          <w:b/>
        </w:rPr>
        <w:t xml:space="preserve">[09:03] </w:t>
      </w:r>
      <w:r>
        <w:t>kitna azeem hai tu jo is poore karkhane ko chala raha hai. to yeh daryaft ka ek kalma hai, yeh koi lip service nahi hai.</w:t>
      </w:r>
    </w:p>
    <w:p>
      <w:pPr>
        <w:jc w:val="right"/>
      </w:pPr>
      <w:r>
        <w:t>کتنا عظیم ہے تُو جو اس پورے کارخانے کو چلا رہا ہے۔ تو یہ دریافت کا ایک کلمہ ہے، یہ کوئی لپ سروس نہیں ہے۔</w:t>
      </w:r>
    </w:p>
    <w:p>
      <w:r>
        <w:rPr>
          <w:b/>
        </w:rPr>
        <w:t xml:space="preserve">[09:18] </w:t>
      </w:r>
      <w:r>
        <w:t>yani allah ko rabbil aalameen ki hesiyat se shoori taur par jab aap daryaft karte hain tab nikalta hai: "alhamdulillah".</w:t>
      </w:r>
    </w:p>
    <w:p>
      <w:pPr>
        <w:jc w:val="right"/>
      </w:pPr>
      <w:r>
        <w:t>یعنی اللہ کو رب العالمین کی حیثیت سے شعوری طور پر جب آپ دریافت کرتے ہیں تب نکلتا ہے: "الحمدللہ"۔</w:t>
      </w:r>
    </w:p>
    <w:p>
      <w:r>
        <w:rPr>
          <w:b/>
        </w:rPr>
        <w:t xml:space="preserve">[09:28] </w:t>
      </w:r>
      <w:r>
        <w:t>to "alhamdulillah" ek daryaft ka kalma hai,</w:t>
      </w:r>
    </w:p>
    <w:p>
      <w:pPr>
        <w:jc w:val="right"/>
      </w:pPr>
      <w:r>
        <w:t>تو "الحمدللہ" ایک دریافت کا کلمہ ہے،</w:t>
      </w:r>
    </w:p>
    <w:p>
      <w:r>
        <w:rPr>
          <w:b/>
        </w:rPr>
        <w:t xml:space="preserve">[09:35] </w:t>
      </w:r>
      <w:r>
        <w:t>realization ka kalma hai.</w:t>
      </w:r>
    </w:p>
    <w:p>
      <w:pPr>
        <w:jc w:val="right"/>
      </w:pPr>
      <w:r>
        <w:t>ریلائزیشن کا کلمہ ہے۔</w:t>
      </w:r>
    </w:p>
    <w:p>
      <w:r>
        <w:rPr>
          <w:b/>
        </w:rPr>
        <w:t xml:space="preserve">[09:39] </w:t>
      </w:r>
      <w:r>
        <w:t>aise hi dekhiye aap ne aage mazeed padha: "maaliki yawmid deen".</w:t>
      </w:r>
    </w:p>
    <w:p>
      <w:pPr>
        <w:jc w:val="right"/>
      </w:pPr>
      <w:r>
        <w:t>ایسے ہی دیکھئے آپ نے آگے مزید پڑھا: "مالک یوم الدین"۔</w:t>
      </w:r>
    </w:p>
    <w:p>
      <w:r>
        <w:rPr>
          <w:b/>
        </w:rPr>
        <w:t xml:space="preserve">[09:48] </w:t>
      </w:r>
      <w:r>
        <w:t>maaliki yawmid deen jo hai yani roz-e-jaza ka malik hai.</w:t>
      </w:r>
    </w:p>
    <w:p>
      <w:pPr>
        <w:jc w:val="right"/>
      </w:pPr>
      <w:r>
        <w:t>مالک یوم الدین جو ہے یعنی روزِ جزا کا مالک ہے۔</w:t>
      </w:r>
    </w:p>
    <w:p>
      <w:r>
        <w:rPr>
          <w:b/>
        </w:rPr>
        <w:t xml:space="preserve">[09:55] </w:t>
      </w:r>
      <w:r>
        <w:t>is se aap ke andar bohat zyada zimmedari ka ehsas paida ho jayega, responsibility ka ehsas.</w:t>
      </w:r>
    </w:p>
    <w:p>
      <w:pPr>
        <w:jc w:val="right"/>
      </w:pPr>
      <w:r>
        <w:t>اس سے آپ کے اندر بہت زیادہ ذمہ داری کا احساس پیدا ہو جائے گا، رسپانسبیلٹی کا احساس۔</w:t>
      </w:r>
    </w:p>
    <w:p>
      <w:r>
        <w:rPr>
          <w:b/>
        </w:rPr>
        <w:t xml:space="preserve">[10:04] </w:t>
      </w:r>
      <w:r>
        <w:t>kyun ke aap ko maut aayegi, aap ko maut yaad aayegi, hashr o nashr ka mamla yaad aayega, aap ko allah ke samne khada hona woh yaad aayega: "yawma yaqumus naasu lirabbil aalameen".</w:t>
      </w:r>
    </w:p>
    <w:p>
      <w:pPr>
        <w:jc w:val="right"/>
      </w:pPr>
      <w:r>
        <w:t>کیونکہ آپ کو موت آئے گی، آپ کو موت یاد آئے گی، حشر و نشر کا معاملہ یاد آئے گا، آپ کو اللہ کے سامنے کھڑا ہونا وہ یاد آئے گا: "یومِ یَقُومُ النَّاسُ لِرَبِّ الْعَالَمِينَ"۔</w:t>
      </w:r>
    </w:p>
    <w:p>
      <w:r>
        <w:rPr>
          <w:b/>
        </w:rPr>
        <w:t xml:space="preserve">[10:20] </w:t>
      </w:r>
      <w:r>
        <w:t>in sari cheezon se aap ke andar ek nayi personality banegi.</w:t>
      </w:r>
    </w:p>
    <w:p>
      <w:pPr>
        <w:jc w:val="right"/>
      </w:pPr>
      <w:r>
        <w:t>ان ساری چیزوں سے آپ کے اندر ایک نئی پرسنیلٹی بنے گی۔</w:t>
      </w:r>
    </w:p>
    <w:p>
      <w:r>
        <w:rPr>
          <w:b/>
        </w:rPr>
        <w:t xml:space="preserve">[10:26] </w:t>
      </w:r>
      <w:r>
        <w:t>yani woh personality jo apni zimmedariyon ko pehchane, ek responsible personality.</w:t>
      </w:r>
    </w:p>
    <w:p>
      <w:pPr>
        <w:jc w:val="right"/>
      </w:pPr>
      <w:r>
        <w:t>یعنی وہ پرسنیلٹی جو اپنی ذمہ داریوں کو پہچانے، ایک رسپانسبل پرسنیلٹی۔</w:t>
      </w:r>
    </w:p>
    <w:p>
      <w:r>
        <w:rPr>
          <w:b/>
        </w:rPr>
        <w:t xml:space="preserve">[10:36] </w:t>
      </w:r>
      <w:r>
        <w:t>to kaisi ajeeb rizq hai yeh jo aap ko quran se milega.</w:t>
      </w:r>
    </w:p>
    <w:p>
      <w:pPr>
        <w:jc w:val="right"/>
      </w:pPr>
      <w:r>
        <w:t>تو کیسی عجیب رزق ہے یہ جو آپ کو قرآن سے ملے گا۔</w:t>
      </w:r>
    </w:p>
    <w:p>
      <w:r>
        <w:rPr>
          <w:b/>
        </w:rPr>
        <w:t xml:space="preserve">[10:45] </w:t>
      </w:r>
      <w:r>
        <w:t>isi tarah se aap poore quran ko padhenge, poore quran ko padhenge jab tadabbur ke sath apni aql ko istemal karte hue to kya hoga ke aap bar bar aap ko rizq milta rahega, bar bar.</w:t>
      </w:r>
    </w:p>
    <w:p>
      <w:pPr>
        <w:jc w:val="right"/>
      </w:pPr>
      <w:r>
        <w:t>اسی طرح سے آپ پورے قرآن کو پڑھیں گے، پورے قرآن کو پڑھیں گے جب تدبر کے ساتھ اپنی عقل کو استعمال کرتے ہوئے تو کیا ہوگا کہ آپ بار بار آپ کو رزق ملتا رہے گا، بار بار۔</w:t>
      </w:r>
    </w:p>
    <w:p>
      <w:r>
        <w:rPr>
          <w:b/>
        </w:rPr>
        <w:t xml:space="preserve">[11:03] </w:t>
      </w:r>
      <w:r>
        <w:t>maslan aage aap ne padha: "allazeena yu'minoona bilghaybi".</w:t>
      </w:r>
    </w:p>
    <w:p>
      <w:pPr>
        <w:jc w:val="right"/>
      </w:pPr>
      <w:r>
        <w:t>مثلاً آگے آپ نے پڑھا: "ذَٰلِقَ الْكِتَابُ الَّذِي يُؤْمِنُونَ بِالْغَيْبِ"۔</w:t>
      </w:r>
    </w:p>
    <w:p>
      <w:r>
        <w:rPr>
          <w:b/>
        </w:rPr>
        <w:t xml:space="preserve">[11:15] </w:t>
      </w:r>
      <w:r>
        <w:t>yahan aap daryaft karen ge ke imaan naam hai ghayb par imaan laane ka. yani Allah ke nazdeek woh imaan mu'tabar hai jo ghayb mein rehte hue aap haasil karen.</w:t>
      </w:r>
    </w:p>
    <w:p>
      <w:pPr>
        <w:jc w:val="right"/>
      </w:pPr>
      <w:r>
        <w:t>یہاں آپ دریافت کریں گے کہ ایمان نام ہے غیب پر ایمان لانے کا۔ یعنی اللہ کے نزدیک وہ ایمان معتبر ہے جو غیب میں رہتے ہوئے آپ حاصل کریں۔</w:t>
      </w:r>
    </w:p>
    <w:p>
      <w:r>
        <w:rPr>
          <w:b/>
        </w:rPr>
        <w:t xml:space="preserve">[11:34] </w:t>
      </w:r>
      <w:r>
        <w:t>maut ke baad to shuhood ho jaye ga, jab qayamat aa jaye gi to shuhood ho jaye ga. is waqt ka imaan mu'tabar nahin,</w:t>
      </w:r>
    </w:p>
    <w:p>
      <w:pPr>
        <w:jc w:val="right"/>
      </w:pPr>
      <w:r>
        <w:t>موت کے بعد تو شہود ہو جائے گا، جب قیامت آجائے گی تو شہود ہو جائے گا۔ اس وقت کا ایمان معتبر نہیں،</w:t>
      </w:r>
    </w:p>
    <w:p>
      <w:r>
        <w:rPr>
          <w:b/>
        </w:rPr>
        <w:t xml:space="preserve">[11:45] </w:t>
      </w:r>
      <w:r>
        <w:t>is waqt ka imaan mu'tabar nahin.</w:t>
      </w:r>
    </w:p>
    <w:p>
      <w:pPr>
        <w:jc w:val="right"/>
      </w:pPr>
      <w:r>
        <w:t>اس وقت کا ایمان معتبر نہیں۔</w:t>
      </w:r>
    </w:p>
    <w:p>
      <w:r>
        <w:rPr>
          <w:b/>
        </w:rPr>
        <w:t xml:space="preserve">[11:47] </w:t>
      </w:r>
      <w:r>
        <w:t>mu'tabar woh imaan hai jo haalat-e-ghayb mein aap ko haasil ho. ab is ko soch kar ke aap kitna zyada active ho jayen ge ke mujhe isi dunya mein maut se pehle</w:t>
      </w:r>
    </w:p>
    <w:p>
      <w:pPr>
        <w:jc w:val="right"/>
      </w:pPr>
      <w:r>
        <w:t>معتبر وہ ایمان ہے جو حالت غیب میں آپ کو حاصل ہو۔ اب اس کو سوچ کر کے آپ کتنا زیادہ ایکٹیو ہو جائیں گے کہ مجھے اسی دنیا میں موت سے پہلے</w:t>
      </w:r>
    </w:p>
    <w:p>
      <w:r>
        <w:rPr>
          <w:b/>
        </w:rPr>
        <w:t xml:space="preserve">[12:03] </w:t>
      </w:r>
      <w:r>
        <w:t>Rab-ul-alameen ko daryaft ke darje mein paana hai, ma'rifat ke darje mein paana hai. yani haalat-e-ghayb mein is tarah se paana hai jis tarah se koi shuhood mein paye ga.</w:t>
      </w:r>
    </w:p>
    <w:p>
      <w:pPr>
        <w:jc w:val="right"/>
      </w:pPr>
      <w:r>
        <w:t>رب العالمین کو دریافت کے درجے میں پانا ہے، معرفت کے درجے میں پانا ہے۔ یعنی حالت غیب میں اس طرح سے پانا ہے جس طرح سے کوئی شہود میں پائے گا۔</w:t>
      </w:r>
    </w:p>
    <w:p>
      <w:r>
        <w:rPr>
          <w:b/>
        </w:rPr>
        <w:t xml:space="preserve">[12:18] </w:t>
      </w:r>
      <w:r>
        <w:t>ab dekhiye ke yeh ayat se aap ko kitni bari ma'rifat mil gayi. is se aap ko aik mil gaya line of action ke mein kya karoon.</w:t>
      </w:r>
    </w:p>
    <w:p>
      <w:pPr>
        <w:jc w:val="right"/>
      </w:pPr>
      <w:r>
        <w:t>اب دیکھئے کہ یہ آیت سے آپ کو کتنی بڑی معرفت مل گئی۔ اس سے آپ کو ایک مل گیا لائن آف ایکشن کہ میں کیا کروں۔</w:t>
      </w:r>
    </w:p>
    <w:p>
      <w:r>
        <w:rPr>
          <w:b/>
        </w:rPr>
        <w:t xml:space="preserve">[12:29] </w:t>
      </w:r>
      <w:r>
        <w:t>to woh yeh karen ke aik din bhi zaya kiye baghair Allah ko daryaft karen.</w:t>
      </w:r>
    </w:p>
    <w:p>
      <w:pPr>
        <w:jc w:val="right"/>
      </w:pPr>
      <w:r>
        <w:t>تو وہ یہ کریں کہ ایک دن بھی ضائع کیے بغیر اللہ کو دریافت کریں۔</w:t>
      </w:r>
    </w:p>
    <w:p>
      <w:r>
        <w:rPr>
          <w:b/>
        </w:rPr>
        <w:t xml:space="preserve">[12:41] </w:t>
      </w:r>
      <w:r>
        <w:t>yani Allah ki zaat ko daryaft karna nahin, wujood ko daryaft karna</w:t>
      </w:r>
    </w:p>
    <w:p>
      <w:pPr>
        <w:jc w:val="right"/>
      </w:pPr>
      <w:r>
        <w:t>یعنی اللہ کی ذات کو دریافت کرنا نہیں، وجود کو دریافت کرنا</w:t>
      </w:r>
    </w:p>
    <w:p>
      <w:r>
        <w:rPr>
          <w:b/>
        </w:rPr>
        <w:t xml:space="preserve">[12:47] </w:t>
      </w:r>
      <w:r>
        <w:t>ke Allah ki zaat kaisi hai, us ke haath hain ke paon hain ke sir hain, yeh daryaft karna nahin. isi wujood ko daryaft karna, us ki sift ke saath.</w:t>
      </w:r>
    </w:p>
    <w:p>
      <w:pPr>
        <w:jc w:val="right"/>
      </w:pPr>
      <w:r>
        <w:t>کہ اللہ کی ذات کیسی ہے، اس کے ہاتھ ہیں کہ پاؤں ہیں کہ سر ہیں، یہ دریافت کرنا نہیں۔ اسی وجود کو دریافت کرنا، اس کی صفات کے ساتھ۔</w:t>
      </w:r>
    </w:p>
    <w:p>
      <w:r>
        <w:rPr>
          <w:b/>
        </w:rPr>
        <w:t xml:space="preserve">[13:02] </w:t>
      </w:r>
      <w:r>
        <w:t>to is mein aap ko aik aik aik rehnumai mil gayi ke aap ko dunya mein kya karna hai maut se pehle pehle.</w:t>
      </w:r>
    </w:p>
    <w:p>
      <w:pPr>
        <w:jc w:val="right"/>
      </w:pPr>
      <w:r>
        <w:t>تو اس میں آپ کو ایک ایک ایک رہنمائی مل گئی کہ آپ کو دنیا میں کیا کرنا ہے موت سے پہلے پہلے۔</w:t>
      </w:r>
    </w:p>
    <w:p>
      <w:r>
        <w:rPr>
          <w:b/>
        </w:rPr>
        <w:t xml:space="preserve">[13:12] </w:t>
      </w:r>
      <w:r>
        <w:t>woh yeh hai ke dunya mein jab ke aap haalat-e-ghayb mein hain to usi waqt aap ko Allah ko daryaft kar lena hai. aakhirat mein jab shuhood ho jaye ga tab agar aap ne Allah ko daryaft kiya to woh mu'tabar nahin hoga, is se aap ko koi faida nahin hoga.</w:t>
      </w:r>
    </w:p>
    <w:p>
      <w:pPr>
        <w:jc w:val="right"/>
      </w:pPr>
      <w:r>
        <w:t>وہ یہ ہے کہ دنیا میں جب کہ آپ حالت غیب میں ہیں تو اسی وقت آپ کو اللہ کو دریافت کر لینا ہے۔ آخرت میں جب شہود ہو جائے گا تب اگر آپ نے اللہ کو دریافت کیا تو وہ معتبر نہیں ہوگا، اس سے آپ کو کوئی فائدہ نہیں ہوگا۔</w:t>
      </w:r>
    </w:p>
    <w:p>
      <w:r>
        <w:rPr>
          <w:b/>
        </w:rPr>
        <w:t xml:space="preserve">[13:40] </w:t>
      </w:r>
      <w:r>
        <w:t>phir is mein yeh farmaya ke "hudan lil muttaqeen" yeh kitaab hidayat hai taqwa walon ke liye. to taqwa kya hai? taqwa ka matlab hai sajda insaan jo haqeeqi ma'ne mein mutallashi ho,</w:t>
      </w:r>
    </w:p>
    <w:p>
      <w:pPr>
        <w:jc w:val="right"/>
      </w:pPr>
      <w:r>
        <w:t>پھر اس میں یہ فرمایا کہ "هُدًى لِلْمُتَّقِينَ" یہ کتاب ہدایت ہے تقویٰ والوں کے لئے۔ تو تقویٰ کیا ہے؟ تقویٰ کا مطلب ہے سجدہ انسان جو حقیقی معنی میں متلاشی ہو،</w:t>
      </w:r>
    </w:p>
    <w:p>
      <w:r>
        <w:rPr>
          <w:b/>
        </w:rPr>
        <w:t xml:space="preserve">[14:01] </w:t>
      </w:r>
      <w:r>
        <w:t>jo waqe'atan yeh chahta ho ke mein apni zindagi ka maqsad janoon, sahih andaaz mein zindagi guzaron taake meri abadi zindagi kamyab ho.</w:t>
      </w:r>
    </w:p>
    <w:p>
      <w:pPr>
        <w:jc w:val="right"/>
      </w:pPr>
      <w:r>
        <w:t>جو واقعتاً یہ چاہتا ہو کہ میں اپنی زندگی کا مقصد جانوں، صحیح انداز میں زندگی گزاروں تاکہ میری ابدی زندگی کامیاب ہو۔</w:t>
      </w:r>
    </w:p>
    <w:p>
      <w:r>
        <w:rPr>
          <w:b/>
        </w:rPr>
        <w:t xml:space="preserve">[14:16] </w:t>
      </w:r>
      <w:r>
        <w:t>yeh sab cheezein is ke andar hon jo is ma'ne mein Khuda ka shaoor ho, woh matloob hai.</w:t>
      </w:r>
    </w:p>
    <w:p>
      <w:pPr>
        <w:jc w:val="right"/>
      </w:pPr>
      <w:r>
        <w:t>یہ سب چیزیں اس کے اندر ہوں جو اس معنی میں خدا کا شعور ہو، وہ مطلوب ہے۔</w:t>
      </w:r>
    </w:p>
    <w:p>
      <w:r>
        <w:rPr>
          <w:b/>
        </w:rPr>
        <w:t xml:space="preserve">[14:28] </w:t>
      </w:r>
      <w:r>
        <w:t>to aap is ko daryaft karen ke "la ilaha illallah". "la ilaha illallah" mutasalsal service aap kehte hain to is se kuch nahin hota.</w:t>
      </w:r>
    </w:p>
    <w:p>
      <w:pPr>
        <w:jc w:val="right"/>
      </w:pPr>
      <w:r>
        <w:t>تو آپ اس کو دریافت کریں کہ "لا إله إلا الله"۔ "لا إله إلا الله" مترسلث سروس آپ کہتے ہیں تو اس سے کچھ نہیں ہوتا۔</w:t>
      </w:r>
    </w:p>
    <w:p>
      <w:r>
        <w:rPr>
          <w:b/>
        </w:rPr>
        <w:t xml:space="preserve">[14:41] </w:t>
      </w:r>
      <w:r>
        <w:t>aap ko zyada gehrai mein jana hai,</w:t>
      </w:r>
    </w:p>
    <w:p>
      <w:pPr>
        <w:jc w:val="right"/>
      </w:pPr>
      <w:r>
        <w:t>آپ کو زیادہ گہرائی میں جانا ہے،</w:t>
      </w:r>
    </w:p>
    <w:p>
      <w:r>
        <w:rPr>
          <w:b/>
        </w:rPr>
        <w:t xml:space="preserve">[14:47] </w:t>
      </w:r>
      <w:r>
        <w:t>cheezon ko zyada gehrai mein ja kar dekhna hai taake aap makhlooq mein Khaliq ko daryaft kar laen.</w:t>
      </w:r>
    </w:p>
    <w:p>
      <w:pPr>
        <w:jc w:val="right"/>
      </w:pPr>
      <w:r>
        <w:t>چیزوں کو زیادہ گہرائی میں جا کر دیکھنا ہے تاکہ آپ مخلوق میں خالق کو دریافت کر لیں۔</w:t>
      </w:r>
    </w:p>
    <w:p>
      <w:r>
        <w:rPr>
          <w:b/>
        </w:rPr>
        <w:t xml:space="preserve">[14:59] </w:t>
      </w:r>
      <w:r>
        <w:t>to yeh cheezein aap ke andar, yani tadabbur-e-Quran jo aap karen ge, is se yeh cheezein paida hongi.</w:t>
      </w:r>
    </w:p>
    <w:p>
      <w:pPr>
        <w:jc w:val="right"/>
      </w:pPr>
      <w:r>
        <w:t>تو یہ چیزیں آپ کے اندر، یعنی تدبر قرآن جو آپ کریں گے، اس سے یہ چیزیں پیدا ہوں گی۔</w:t>
      </w:r>
    </w:p>
    <w:p>
      <w:r>
        <w:rPr>
          <w:b/>
        </w:rPr>
        <w:t xml:space="preserve">[15:08] </w:t>
      </w:r>
      <w:r>
        <w:t>aise poore Quran ka amal hai.</w:t>
      </w:r>
    </w:p>
    <w:p>
      <w:pPr>
        <w:jc w:val="right"/>
      </w:pPr>
      <w:r>
        <w:t>ایسے پورے قرآن کا عمل ہے۔</w:t>
      </w:r>
    </w:p>
    <w:p>
      <w:r>
        <w:rPr>
          <w:b/>
        </w:rPr>
        <w:t xml:space="preserve">[15:14] </w:t>
      </w:r>
      <w:r>
        <w:t>farz kijiye ke aap kuch masail se dochar hain kyunke aap jante hain ke dunya mein masail to hote hain, har aik ke masail hote hain, ghareeb ke bhi, ameer ke bhi,</w:t>
      </w:r>
    </w:p>
    <w:p>
      <w:pPr>
        <w:jc w:val="right"/>
      </w:pPr>
      <w:r>
        <w:t>فرض کیجئے کہ آپ کچھ مسائل سے دوچار ہیں کیونکہ آپ جانتے ہیں کہ دنیا میں مسائل تو ہوتے ہیں، ہر ایک کے مسائل ہوتے ہیں، غریب کے بھی، امیر کے بھی،</w:t>
      </w:r>
    </w:p>
    <w:p>
      <w:r>
        <w:rPr>
          <w:b/>
        </w:rPr>
        <w:t xml:space="preserve">[15:30] </w:t>
      </w:r>
      <w:r>
        <w:t>kamzor ke bhi aur taqatwar ke bhi. aap masail mein dochar hain, un halaat mein aap ne Quran ko parha.</w:t>
      </w:r>
    </w:p>
    <w:p>
      <w:pPr>
        <w:jc w:val="right"/>
      </w:pPr>
      <w:r>
        <w:t>کمزور کے بھی اور طاقتور کے بھی۔ آپ مسائل میں دوچار ہیں، ان حالات میں آپ نے قرآن کو پڑھا۔</w:t>
      </w:r>
    </w:p>
    <w:p>
      <w:r>
        <w:rPr>
          <w:b/>
        </w:rPr>
        <w:t xml:space="preserve">[15:42] </w:t>
      </w:r>
      <w:r>
        <w:t>ab is ayat par pahunche aap ke "laqad khalaqnal insana fi kabadin" ke hum ne, yani Allah ne paida kiya insaan ko kabad mein.</w:t>
      </w:r>
    </w:p>
    <w:p>
      <w:pPr>
        <w:jc w:val="right"/>
      </w:pPr>
      <w:r>
        <w:t>اب اس آیت پر پہنچے آپ کہ "لَقَدْ خَلَقْنَا الْإِنْسَانَ فِي كَبَدٍ" کہ ہم نے، یعنی اللہ نے پیدا کیا انسان کو کبد میں۔</w:t>
      </w:r>
    </w:p>
    <w:p>
      <w:r>
        <w:rPr>
          <w:b/>
        </w:rPr>
        <w:t xml:space="preserve">[15:57] </w:t>
      </w:r>
      <w:r>
        <w:t>kabad ka matlab hai mushkilat, mushkilat. ab jab yeh parhen ge aap to aap creation plan of God ko daryaft karen ge</w:t>
      </w:r>
    </w:p>
    <w:p>
      <w:pPr>
        <w:jc w:val="right"/>
      </w:pPr>
      <w:r>
        <w:t>کبد کا مطلب ہے مشکلات، مشکلات۔ اب جب یہ پڑھیں گے آپ تو آپ کریشن پلان آف گاڈ کو دریافت کریں گے</w:t>
      </w:r>
    </w:p>
    <w:p>
      <w:r>
        <w:rPr>
          <w:b/>
        </w:rPr>
        <w:t xml:space="preserve">[16:11] </w:t>
      </w:r>
      <w:r>
        <w:t>ke Allah ka jo takhleeqi mansooba hai us ke mutabiq dunya mein zaroor mushkil rahe ga,</w:t>
      </w:r>
    </w:p>
    <w:p>
      <w:pPr>
        <w:jc w:val="right"/>
      </w:pPr>
      <w:r>
        <w:t>کہ اللہ کا جو تخلیقی منصوبہ ہے اس کے مطابق دنیا میں ضرور مشکل رہے گا،</w:t>
      </w:r>
    </w:p>
    <w:p>
      <w:r>
        <w:rPr>
          <w:b/>
        </w:rPr>
        <w:t xml:space="preserve">[16:21] </w:t>
      </w:r>
      <w:r>
        <w:t>zaroor challenge rahe ga, zaroor muqabla hoga, yeh to hoga, hoga. tab aap kya karen ge? aap aap mushkil ko ma'alij karna seekhen ge,</w:t>
      </w:r>
    </w:p>
    <w:p>
      <w:pPr>
        <w:jc w:val="right"/>
      </w:pPr>
      <w:r>
        <w:t>ضرور چیلنج رہے گا، ضرور مقابلہ ہوگا، یہ تو ہوگا، ہوگا۔ تب آپ کیا کریں گے؟ آپ آپ مشکل کو معالج کرنا سیکھیں گے،</w:t>
      </w:r>
    </w:p>
    <w:p>
      <w:r>
        <w:rPr>
          <w:b/>
        </w:rPr>
        <w:t xml:space="preserve">[16:32] </w:t>
      </w:r>
      <w:r>
        <w:t>yani mushkil par aah aah karna, mushkil par mayoos ho jana, mushkil par dukhi ho jana, yeh khatm ho jayega aap ke andar se.</w:t>
      </w:r>
    </w:p>
    <w:p>
      <w:pPr>
        <w:jc w:val="right"/>
      </w:pPr>
      <w:r>
        <w:t>یعنی مشکل پر آہ آہ کرنا، مشکل پر مایوس ہو جانا، مشکل پر دکھی ہو جانا، یہ ختم ہو جائے گا آپ کے اندر سے۔</w:t>
      </w:r>
    </w:p>
    <w:p>
      <w:r>
        <w:rPr>
          <w:b/>
        </w:rPr>
        <w:t xml:space="preserve">[16:44] </w:t>
      </w:r>
      <w:r>
        <w:t>aap sochen ke jab khaliq ka mansooba yeh hai ke aap par insaan ko mushkil pesh aaye to mujhe bhi pesh aayega, i am not an exception.</w:t>
      </w:r>
    </w:p>
    <w:p>
      <w:pPr>
        <w:jc w:val="right"/>
      </w:pPr>
      <w:r>
        <w:t>آپ سوچیں کہ جب خالق کا منصوبہ یہ ہے کہ آپ پر انسان کو مشکل پیش آئے تو مجھے بھی پیش آئے گا، آئی ایم ناٹ این ایکسیپشن۔</w:t>
      </w:r>
    </w:p>
    <w:p>
      <w:r>
        <w:rPr>
          <w:b/>
        </w:rPr>
        <w:t xml:space="preserve">[16:57] </w:t>
      </w:r>
      <w:r>
        <w:t>to phir aap mushkil ko muallaj karna seekhenge.</w:t>
      </w:r>
    </w:p>
    <w:p>
      <w:pPr>
        <w:jc w:val="right"/>
      </w:pPr>
      <w:r>
        <w:t>تو پھر آپ مشکل کو معالج کرنا سیکھیں گے۔</w:t>
      </w:r>
    </w:p>
    <w:p>
      <w:r>
        <w:rPr>
          <w:b/>
        </w:rPr>
        <w:t xml:space="preserve">[17:02] </w:t>
      </w:r>
      <w:r>
        <w:t>bataiye kitni bari ghiza mili aap ko quran se? aap ki personality ko kitna bara ek rizq-e-rabb mila?</w:t>
      </w:r>
    </w:p>
    <w:p>
      <w:pPr>
        <w:jc w:val="right"/>
      </w:pPr>
      <w:r>
        <w:t>بتائیے کتنی بڑی غذا ملی آپ کو قرآن سے؟ آپ کی پرسنیلٹی کو کتنا بڑا ایک رزق رب ملا؟</w:t>
      </w:r>
    </w:p>
    <w:p>
      <w:r>
        <w:rPr>
          <w:b/>
        </w:rPr>
        <w:t xml:space="preserve">[17:15] </w:t>
      </w:r>
      <w:r>
        <w:t>aur kis tarah aap ka na-umidi umeed mein tabdeel ho gayi?</w:t>
      </w:r>
    </w:p>
    <w:p>
      <w:pPr>
        <w:jc w:val="right"/>
      </w:pPr>
      <w:r>
        <w:t>اور کس طرح آپ کا نا امیدی امید میں تبدیل ہو گئی؟</w:t>
      </w:r>
    </w:p>
    <w:p>
      <w:r>
        <w:rPr>
          <w:b/>
        </w:rPr>
        <w:t xml:space="preserve">[17:23] </w:t>
      </w:r>
      <w:r>
        <w:t>aap pessimist the, ab aap optimist ban</w:t>
      </w:r>
    </w:p>
    <w:p>
      <w:pPr>
        <w:jc w:val="right"/>
      </w:pPr>
      <w:r>
        <w:t>آپ پسیمسٹ تھے، اب آپ آپٹیمسٹ بن</w:t>
      </w:r>
    </w:p>
    <w:p>
      <w:r>
        <w:rPr>
          <w:b/>
        </w:rPr>
        <w:t xml:space="preserve">[17:27] </w:t>
      </w:r>
      <w:r>
        <w:t>gaye. is tarah dekhiye aap ko mushkilat pesh aa rahi hain, aap ko samajh nahi aata ke main kya karoon.</w:t>
      </w:r>
    </w:p>
    <w:p>
      <w:pPr>
        <w:jc w:val="right"/>
      </w:pPr>
      <w:r>
        <w:t>گئے۔ اس طرح دیکھئے آپ کو مشکلات پیش آ رہی ہیں، آپ کو سمجھ نہیں آتا کہ میں کیا کروں۔</w:t>
      </w:r>
    </w:p>
    <w:p>
      <w:r>
        <w:rPr>
          <w:b/>
        </w:rPr>
        <w:t xml:space="preserve">[17:39] </w:t>
      </w:r>
      <w:r>
        <w:t>to is waqt aap ayat padhte hain: "inna ma'al usri yusra". is se aap daryaft karte hain ke jahan</w:t>
      </w:r>
    </w:p>
    <w:p>
      <w:pPr>
        <w:jc w:val="right"/>
      </w:pPr>
      <w:r>
        <w:t>تو اس وقت آپ آیات پڑھتے ہیں: "إِنَّ مَعَ الْعُسْرَ يُسْرًا"۔ اس سے آپ دریافت کرتے ہیں کہ جہاں</w:t>
      </w:r>
    </w:p>
    <w:p>
      <w:r>
        <w:rPr>
          <w:b/>
        </w:rPr>
        <w:t xml:space="preserve">[17:51] </w:t>
      </w:r>
      <w:r>
        <w:t>mushkilat hain wahi mauqa bhi hai,</w:t>
      </w:r>
    </w:p>
    <w:p>
      <w:pPr>
        <w:jc w:val="right"/>
      </w:pPr>
      <w:r>
        <w:t>مشکلات ہیں وہی موقع بھی ہے،</w:t>
      </w:r>
    </w:p>
    <w:p>
      <w:r>
        <w:rPr>
          <w:b/>
        </w:rPr>
        <w:t xml:space="preserve">[17:56] </w:t>
      </w:r>
      <w:r>
        <w:t>to mauqa ko daryaft karo.</w:t>
      </w:r>
    </w:p>
    <w:p>
      <w:pPr>
        <w:jc w:val="right"/>
      </w:pPr>
      <w:r>
        <w:t>تو موقع کو دریافت کرو۔</w:t>
      </w:r>
    </w:p>
    <w:p>
      <w:r>
        <w:rPr>
          <w:b/>
        </w:rPr>
        <w:t xml:space="preserve">[18:04] </w:t>
      </w:r>
      <w:r>
        <w:t>misalan aap farz kijiye ke aap ke paas maal nahi hai, aap ka ek beta paida hua. aap sochenge ke dekho beta paida hua hoga, mere paas to maal hi nahi, kaise karunga is ko?</w:t>
      </w:r>
    </w:p>
    <w:p>
      <w:pPr>
        <w:jc w:val="right"/>
      </w:pPr>
      <w:r>
        <w:t>مثلاً آپ فرض کیجئے کہ آپ کے پاس مال نہیں ہے، آپ کا ایک بیٹا پیدا ہوا۔ آپ سوچیں گے کہ دیکھو بیٹا پیدا ہوا ہوگا، میرے پاس تو مال ہی نہیں، کیسے کیا کروں گا اس کو؟</w:t>
      </w:r>
    </w:p>
    <w:p>
      <w:r>
        <w:rPr>
          <w:b/>
        </w:rPr>
        <w:t xml:space="preserve">[18:19] </w:t>
      </w:r>
      <w:r>
        <w:t>ab sochenge aap.</w:t>
      </w:r>
    </w:p>
    <w:p>
      <w:pPr>
        <w:jc w:val="right"/>
      </w:pPr>
      <w:r>
        <w:t>اب سوچیں گے آپ۔</w:t>
      </w:r>
    </w:p>
    <w:p>
      <w:r>
        <w:rPr>
          <w:b/>
        </w:rPr>
        <w:t xml:space="preserve">[18:22] </w:t>
      </w:r>
      <w:r>
        <w:t>sochte sochte aap yahan tak pahunchenge ke jab Allah ne ek beta paida kiya mujhe aur doosri taraf main maal wala nahi hoon to zaroor yahin par koi aur, koi aur yusr hoga, yusr, koi mauqa.</w:t>
      </w:r>
    </w:p>
    <w:p>
      <w:pPr>
        <w:jc w:val="right"/>
      </w:pPr>
      <w:r>
        <w:t>سوچتے سوچتے آپ یہاں تک پہنچیں گے کہ جب اللہ نے ایک بیٹا پیدا کیا مجھے اور دوسری طرف میں مال والا نہیں ہوں تو ضرور یہیں پر کوئی اور، کوئی اور یسر ہوگا، یسر، کوئی موقع۔</w:t>
      </w:r>
    </w:p>
    <w:p>
      <w:r>
        <w:rPr>
          <w:b/>
        </w:rPr>
        <w:t xml:space="preserve">[18:39] </w:t>
      </w:r>
      <w:r>
        <w:t>wo kya? main apne bete ko mehnat class mein bula loon? maal hota to main kya karta? papering karta, is ko favour deta,</w:t>
      </w:r>
    </w:p>
    <w:p>
      <w:pPr>
        <w:jc w:val="right"/>
      </w:pPr>
      <w:r>
        <w:t>وہ کیا؟ میں اپنے بیٹے کو محنت کلاس میں بلا لوں؟ مال ہوتا تو میں کیا کرتا؟ پیپرنگ کرتا، اس کو فیور دیتا،</w:t>
      </w:r>
    </w:p>
    <w:p>
      <w:r>
        <w:rPr>
          <w:b/>
        </w:rPr>
        <w:t xml:space="preserve">[18:51] </w:t>
      </w:r>
      <w:r>
        <w:t>is ki jeeb ko note'on se bharta, yeh karta main? is ka to nateeja ulta nikalta. yeh to Allah ki rehmat thi ke us ne mujhe aisi halat mein paida kiya ke mera beta mehnat class mein bhi chale,</w:t>
      </w:r>
    </w:p>
    <w:p>
      <w:pPr>
        <w:jc w:val="right"/>
      </w:pPr>
      <w:r>
        <w:t>اس کی جیب کو نوٹوں سے بھرتا، یہ کرتا میں؟ اس کا تو نتیجہ الٹا نکلتا۔ یہ تو اللہ کی رحمت تھی کہ اس نے مجھے ایسی حالت میں پیدا کیا کہ میرا بیٹا محنت کلاس میں بھی چلے،</w:t>
      </w:r>
    </w:p>
    <w:p>
      <w:r>
        <w:rPr>
          <w:b/>
        </w:rPr>
        <w:t xml:space="preserve">[19:08] </w:t>
      </w:r>
      <w:r>
        <w:t>hard work class mein bhi chale.</w:t>
      </w:r>
    </w:p>
    <w:p>
      <w:pPr>
        <w:jc w:val="right"/>
      </w:pPr>
      <w:r>
        <w:t>ہارڈ ورک کلاس میں بھی چلے۔</w:t>
      </w:r>
    </w:p>
    <w:p>
      <w:r>
        <w:rPr>
          <w:b/>
        </w:rPr>
        <w:t xml:space="preserve">[19:10] </w:t>
      </w:r>
      <w:r>
        <w:t>us ke andar yeh soch paida ho ke mere bete, mere baap ke paas to maal nahi hai, mujh ko mehnat karna hai, baghair mehnat ke main kamyab nahi hoonga.</w:t>
      </w:r>
    </w:p>
    <w:p>
      <w:pPr>
        <w:jc w:val="right"/>
      </w:pPr>
      <w:r>
        <w:t>اس کے اندر یہ سوچ پیدا ہو کہ میرے بیٹے، میرے باپ کے پاس تو مال نہیں ہے، مجھ کو محنت کرنا ہے، بغیر محنت کے میں کامیاب نہیں ہوں گا۔</w:t>
      </w:r>
    </w:p>
    <w:p>
      <w:r>
        <w:rPr>
          <w:b/>
        </w:rPr>
        <w:t xml:space="preserve">[19:24] </w:t>
      </w:r>
      <w:r>
        <w:t>to yahan par aap daryaft karenge ke Allah ka jo nizam hai, wo nizam har ek ke liye rehmat hai, ameer ke liye bhi, ghareeb ke liye bhi.</w:t>
      </w:r>
    </w:p>
    <w:p>
      <w:pPr>
        <w:jc w:val="right"/>
      </w:pPr>
      <w:r>
        <w:t>تو یہاں پر آپ دریافت کریں گے کہ اللہ کا جو نظام ہے، وہ نظام ہر ایک کے لئے رحمت ہے، امیر کے لئے بھی، غریب کے لئے بھی۔</w:t>
      </w:r>
    </w:p>
    <w:p>
      <w:r>
        <w:rPr>
          <w:b/>
        </w:rPr>
        <w:t xml:space="preserve">[19:35] </w:t>
      </w:r>
      <w:r>
        <w:t>yani ghareeb ka bachcha jo hai wo zyada behtar taur par is halat mein hai ke wo taraqqi kare kyunke us ke andar incentive aayega, us ke andar motivation aayega, us ke andar yeh aayega jazba ke main apne khandan ke halaat ko badloon.</w:t>
      </w:r>
    </w:p>
    <w:p>
      <w:pPr>
        <w:jc w:val="right"/>
      </w:pPr>
      <w:r>
        <w:t>یعنی غریب کا بچہ جو ہے وہ زیادہ بہتر طور پر اس حالت میں ہے کہ وہ ترقی کرے کیونکہ اس کے اندر انسنٹیو آئے گا، اس کے اندر موٹیویشن آئے گا، اس کے اندر یہ آئے گا جذبہ کہ میں اپنے خاندان کے حالات کو بدلوں۔</w:t>
      </w:r>
    </w:p>
    <w:p>
      <w:r>
        <w:rPr>
          <w:b/>
        </w:rPr>
        <w:t xml:space="preserve">[19:58] </w:t>
      </w:r>
      <w:r>
        <w:t>to ab aap bataiye ke is ke jab yeh daryaft karenge aap to yeh personality ko ek rizq diya aap ne.</w:t>
      </w:r>
    </w:p>
    <w:p>
      <w:pPr>
        <w:jc w:val="right"/>
      </w:pPr>
      <w:r>
        <w:t>تو اب آپ بتائیں کہ اس کے جب یہ دریافت کریں گے آپ تو یہ پرسنیلٹی کو ایک رزق دیا آپ نے۔</w:t>
      </w:r>
    </w:p>
    <w:p>
      <w:r>
        <w:rPr>
          <w:b/>
        </w:rPr>
        <w:t xml:space="preserve">[20:07] </w:t>
      </w:r>
      <w:r>
        <w:t>aur yani khwah</w:t>
      </w:r>
    </w:p>
    <w:p>
      <w:pPr>
        <w:jc w:val="right"/>
      </w:pPr>
      <w:r>
        <w:t>اور یعنی خواہ</w:t>
      </w:r>
    </w:p>
    <w:p>
      <w:r>
        <w:rPr>
          <w:b/>
        </w:rPr>
        <w:t xml:space="preserve">[20:17] </w:t>
      </w:r>
      <w:r>
        <w:t>se khaas khaas insaan, yani khusoosi insaan banne mein aap ne apni madad ki.</w:t>
      </w:r>
    </w:p>
    <w:p>
      <w:pPr>
        <w:jc w:val="right"/>
      </w:pPr>
      <w:r>
        <w:t>سے خاص الخاص انسان، یعنی خصوصی انسان بننے میں آپ نے اپنی مدد کی۔</w:t>
      </w:r>
    </w:p>
    <w:p>
      <w:r>
        <w:rPr>
          <w:b/>
        </w:rPr>
        <w:t xml:space="preserve">[20:29] </w:t>
      </w:r>
      <w:r>
        <w:t>is tareeqe se poore quran mein aap ko rizq milta rahega, poore quran mein.</w:t>
      </w:r>
    </w:p>
    <w:p>
      <w:pPr>
        <w:jc w:val="right"/>
      </w:pPr>
      <w:r>
        <w:t>اس طریقے سے پورے قرآن میں آپ کو رزق ملتا رہے گا، پورے قرآن میں۔</w:t>
      </w:r>
    </w:p>
    <w:p>
      <w:r>
        <w:rPr>
          <w:b/>
        </w:rPr>
        <w:t xml:space="preserve">[20:37] </w:t>
      </w:r>
      <w:r>
        <w:t>aap quran mein padhenge ke wa qayyim min ayatin fil samawati wal ardi yamurrun alaiha wa hum anha murridun ke zameen o aasman mein kitni hi nishaniyan hain, log us se guzarte hain aur us se a'iraz karte hain.</w:t>
      </w:r>
    </w:p>
    <w:p>
      <w:pPr>
        <w:jc w:val="right"/>
      </w:pPr>
      <w:r>
        <w:t>آپ قرآن میں پڑھیں گے کہ وَقَيِّمْ مِنْ آيَةٍ فِي السَّمَاوَاتِ وَالْأَرْضِ يَمُرُّونَ عَلَيْهَا وَهُمْ أَنَا مُرِّدُونَ کہ زمین و آسمان میں کتنی ہی نشانیاں ہیں، لوگ اس سے گزرتے ہیں اور اس سے اعراض کرتے ہیں۔</w:t>
      </w:r>
    </w:p>
    <w:p>
      <w:r>
        <w:rPr>
          <w:b/>
        </w:rPr>
        <w:t xml:space="preserve">[20:56] </w:t>
      </w:r>
      <w:r>
        <w:t>wo</w:t>
      </w:r>
    </w:p>
    <w:p>
      <w:pPr>
        <w:jc w:val="right"/>
      </w:pPr>
      <w:r>
        <w:t>وہ</w:t>
      </w:r>
    </w:p>
    <w:p>
      <w:r>
        <w:rPr>
          <w:b/>
        </w:rPr>
        <w:t xml:space="preserve">[20:58] </w:t>
      </w:r>
      <w:r>
        <w:t>yahan aap ko aik aik aik guideline mili, aik rehnumai mili ke tum jis dunya mein rehte ho, wahan aankh band kar ke mat raho, aankh khol ke raho taake tumhare dain hain, tumhare bayen hain, tumhare agay hain, tumhare peechay hain, tumhare oper hain, tumhare neechay hain, charon taraf jo Allah ki nishaniyan phaili hui hain,</w:t>
      </w:r>
    </w:p>
    <w:p>
      <w:pPr>
        <w:jc w:val="right"/>
      </w:pPr>
      <w:r>
        <w:t>یہاں آپ کو ایک ایک ایک گائیڈ لائن ملی، ایک رہنمائی ملی کہ تم جس دنیا میں رہتے ہو، وہاں آنکھ بند کر کے مت رہو، آنکھ کھول کے رہو تاکہ تمہارے دائیں ہیں، تمہارے بائیں ہیں، تمہارے آگے ہیں، تمہارے پیچھے ہیں، تمہارے اوپر ہیں، تمہارے نیچے ہیں، چاروں طرف جو اللہ کی نشانیاں پھیلی ہوئی ہیں،</w:t>
      </w:r>
    </w:p>
    <w:p>
      <w:r>
        <w:rPr>
          <w:b/>
        </w:rPr>
        <w:t xml:space="preserve">[21:23] </w:t>
      </w:r>
      <w:r>
        <w:t>jo signs of God hain, woh tum ko dikhai dain. jis tarah shahad ki makkhi ko phool dikhai deta hai, us se nectar leti hai,</w:t>
      </w:r>
    </w:p>
    <w:p>
      <w:pPr>
        <w:jc w:val="right"/>
      </w:pPr>
      <w:r>
        <w:t>جو سائنز آف گاڈ ہیں، وہ تم کو دکھائی دیں۔ جس طرح شہادت مکی کو پھول دکھایا دیتا ہے، اس سے نیکٹر لیتی ہے،</w:t>
      </w:r>
    </w:p>
    <w:p>
      <w:r>
        <w:rPr>
          <w:b/>
        </w:rPr>
        <w:t xml:space="preserve">[21:33] </w:t>
      </w:r>
      <w:r>
        <w:t>aisi aap ko nishaniyan dikha dain. isi tareeqay se aap ko nishaniyan dikhai dain taake is se aap rizq ikhraaj kar saken, rizq ikhraaj ke Khuda aap is se le saken.</w:t>
      </w:r>
    </w:p>
    <w:p>
      <w:pPr>
        <w:jc w:val="right"/>
      </w:pPr>
      <w:r>
        <w:t>ایسی آپ کو نشانیاں دکھا دیں۔ اسی طریقے سے آپ کو نشانیاں دکھائی دیں تاکہ اس سے آپ رزق اخراج کر سکیں، رزق اخراج کہ خدا آپ اس سے لے سکے۔</w:t>
      </w:r>
    </w:p>
    <w:p>
      <w:r>
        <w:rPr>
          <w:b/>
        </w:rPr>
        <w:t xml:space="preserve">[21:47] </w:t>
      </w:r>
      <w:r>
        <w:t>ab yeh kitni bari rehnumai mili aap ko.</w:t>
      </w:r>
    </w:p>
    <w:p>
      <w:pPr>
        <w:jc w:val="right"/>
      </w:pPr>
      <w:r>
        <w:t>اب یہ کتنی بڑی رہنمائی ملی آپ کو۔</w:t>
      </w:r>
    </w:p>
    <w:p>
      <w:r>
        <w:rPr>
          <w:b/>
        </w:rPr>
        <w:t xml:space="preserve">[21:51] </w:t>
      </w:r>
      <w:r>
        <w:t>ab is cheez ko le kar ke farz kijiye ke aap nikle bahar</w:t>
      </w:r>
    </w:p>
    <w:p>
      <w:pPr>
        <w:jc w:val="right"/>
      </w:pPr>
      <w:r>
        <w:t>اب اس چیز کو لے کر کے فرض کیجئے کہ آپ نکلے باہر</w:t>
      </w:r>
    </w:p>
    <w:p>
      <w:r>
        <w:rPr>
          <w:b/>
        </w:rPr>
        <w:t xml:space="preserve">[21:57] </w:t>
      </w:r>
      <w:r>
        <w:t>, aap ne dekha ke gulab ka aik phool hai, farz kijiye to wahan bara khoobsurat phool khila hua hai aur sath sath is ki jo shaakh hai, is mein kaantay bhi hain.</w:t>
      </w:r>
    </w:p>
    <w:p>
      <w:pPr>
        <w:jc w:val="right"/>
      </w:pPr>
      <w:r>
        <w:t>، آپ نے دیکھا کہ گلاب کا ایک پھول ہے، فرض کیجئے تو وہاں بڑا خوبصورت پھول کھلا ہوا ہے اور ساتھ ساتھ اس کی جو شاخ ہے، اس میں کانٹے بھی ہیں۔</w:t>
      </w:r>
    </w:p>
    <w:p>
      <w:r>
        <w:rPr>
          <w:b/>
        </w:rPr>
        <w:t xml:space="preserve">[22:09] </w:t>
      </w:r>
      <w:r>
        <w:t>is par lage sochne aap,</w:t>
      </w:r>
    </w:p>
    <w:p>
      <w:pPr>
        <w:jc w:val="right"/>
      </w:pPr>
      <w:r>
        <w:t>اس پر لگے سوچنے آپ،</w:t>
      </w:r>
    </w:p>
    <w:p>
      <w:r>
        <w:rPr>
          <w:b/>
        </w:rPr>
        <w:t xml:space="preserve">[22:14] </w:t>
      </w:r>
      <w:r>
        <w:t>yeh woh nishaniyon mein se hai jo aap ke aas pas Allah ne bakhir di hain.</w:t>
      </w:r>
    </w:p>
    <w:p>
      <w:pPr>
        <w:jc w:val="right"/>
      </w:pPr>
      <w:r>
        <w:t>یہ وہ نشانیوں میں سے ہے جو آپ کے آس پاس اللہ نے بکھیر دی ہیں۔</w:t>
      </w:r>
    </w:p>
    <w:p>
      <w:r>
        <w:rPr>
          <w:b/>
        </w:rPr>
        <w:t xml:space="preserve">[22:20] </w:t>
      </w:r>
      <w:r>
        <w:t>aap ne dekha ke kaanton ke bawajood phool khoob taro taza hai, khoob khushbu de raha hai, logon ko aankhon ko thandak de raha hai, woh kaanton ki shikayat nahi karta.</w:t>
      </w:r>
    </w:p>
    <w:p>
      <w:pPr>
        <w:jc w:val="right"/>
      </w:pPr>
      <w:r>
        <w:t>آپ نے دیکھا کہ کانٹوں کے باوجود پھول خوب ترو تازہ ہے، خوب خوشبو دے رہا ہے، لوگوں کو آنکھوں کو ٹھنڈک دے رہا ہے، وہ کانٹوں کی شکایت نہیں کرتا۔</w:t>
      </w:r>
    </w:p>
    <w:p>
      <w:r>
        <w:rPr>
          <w:b/>
        </w:rPr>
        <w:t xml:space="preserve">[22:37] </w:t>
      </w:r>
      <w:r>
        <w:t>is se aap ko aik rizq mila ke mujhe bhi aise banna hai.</w:t>
      </w:r>
    </w:p>
    <w:p>
      <w:pPr>
        <w:jc w:val="right"/>
      </w:pPr>
      <w:r>
        <w:t>اس سے آپ کو ایک رزق ملا کہ مجھے بھی ایسے بننا ہے۔</w:t>
      </w:r>
    </w:p>
    <w:p>
      <w:r>
        <w:rPr>
          <w:b/>
        </w:rPr>
        <w:t xml:space="preserve">[22:44] </w:t>
      </w:r>
      <w:r>
        <w:t>is ko dekh kar aap ne yeh baat daryaft ki ke yeh Allah ki marzi yeh hai, gulab ke peir ki shakal mein Allah ne apni marzi ka demonstration de rakha hai,</w:t>
      </w:r>
    </w:p>
    <w:p>
      <w:pPr>
        <w:jc w:val="right"/>
      </w:pPr>
      <w:r>
        <w:t>اس کو دیکھ کر آپ نے یہ بات دریافت کی کہ یہ اللہ کی مرضی یہ ہے، گلاب کے پیڑ کی شکل میں اللہ نے اپنی مرضی کا ڈیمانسٹریشن دے رکھا ہے،</w:t>
      </w:r>
    </w:p>
    <w:p>
      <w:r>
        <w:rPr>
          <w:b/>
        </w:rPr>
        <w:t xml:space="preserve">[22:59] </w:t>
      </w:r>
      <w:r>
        <w:t>Allah ki marzi ka muzahira hai gulab ke phool ke drakht ki shakal mein. yani gulab ka phool goya khamosh zaban mein yeh keh raha hai ke aye insan, tu dunya mein is tarah reh</w:t>
      </w:r>
    </w:p>
    <w:p>
      <w:pPr>
        <w:jc w:val="right"/>
      </w:pPr>
      <w:r>
        <w:t>اللہ کی مرضی کا مظاہرہ ہے گلاب کے پھول کے درخت کی شکل میں۔ یعنی گلاب کا پھول گویا خاموش زبان میں یہ کہہ رہا ہے کہ اے انسان، تو دنیا میں اس طرح رہ</w:t>
      </w:r>
    </w:p>
    <w:p>
      <w:r>
        <w:rPr>
          <w:b/>
        </w:rPr>
        <w:t xml:space="preserve">[23:15] </w:t>
      </w:r>
      <w:r>
        <w:t>ke doosre logon ko makh mile, doosre logon ko phool wala tajurba ho, chahe woh kaantay, un ke paas kaantay hon, tab bhi tum ko phool ka tohfa pesh karo.</w:t>
      </w:r>
    </w:p>
    <w:p>
      <w:pPr>
        <w:jc w:val="right"/>
      </w:pPr>
      <w:r>
        <w:t>کہ دوسرے لوگوں کو مکھ ملے، دوسرے لوگوں کو پھول والا تجربہ ہو، چاہے وہ کانٹے، ان کے پاس کانٹے ہوں، تب بھی تم کو پھول کا تحفہ پیش کرو۔</w:t>
      </w:r>
    </w:p>
    <w:p>
      <w:r>
        <w:rPr>
          <w:b/>
        </w:rPr>
        <w:t xml:space="preserve">[23:31] </w:t>
      </w:r>
      <w:r>
        <w:t>ab dekhiye ke kitna bari baat hai yeh.</w:t>
      </w:r>
    </w:p>
    <w:p>
      <w:pPr>
        <w:jc w:val="right"/>
      </w:pPr>
      <w:r>
        <w:t>اب دیکھئے کہ کتنا بڑی بات ہے یہ۔</w:t>
      </w:r>
    </w:p>
    <w:p>
      <w:r>
        <w:rPr>
          <w:b/>
        </w:rPr>
        <w:t xml:space="preserve">[23:35] </w:t>
      </w:r>
      <w:r>
        <w:t>is se aap ko rohani taraqqi hogi, is se aap ke andar musbat soch aayegi, is se aap dunya mein kamyab honge,</w:t>
      </w:r>
    </w:p>
    <w:p>
      <w:pPr>
        <w:jc w:val="right"/>
      </w:pPr>
      <w:r>
        <w:t>اس سے آپ کو روحانی ترقی ہوگی، اس سے آپ کے اندر مثبت سوچ آئے گی، اس سے آپ دنیا میں کامیاب ہوں گے،</w:t>
      </w:r>
    </w:p>
    <w:p>
      <w:r>
        <w:rPr>
          <w:b/>
        </w:rPr>
        <w:t xml:space="preserve">[23:49] </w:t>
      </w:r>
      <w:r>
        <w:t>is se aap ke andar puraman ravaiya paida hoga. kitni sari baaten, kitni sari baaten, kitni sari baaten.</w:t>
      </w:r>
    </w:p>
    <w:p>
      <w:pPr>
        <w:jc w:val="right"/>
      </w:pPr>
      <w:r>
        <w:t>اس سے آپ کے اندر پُرامن رویہ پیدا ہوگا۔ کتنی ساری باتیں، کتنی ساری باتیں، کتنی ساری باتیں۔</w:t>
      </w:r>
    </w:p>
    <w:p>
      <w:r>
        <w:rPr>
          <w:b/>
        </w:rPr>
        <w:t xml:space="preserve">[24:06] </w:t>
      </w:r>
      <w:r>
        <w:t>is tarah se jitna bhi aap ghor karenge, tadabbur ke ke sath jitna bhi Quran ko padhenge, bar bar aap ko rizq-e-Rab milta rahega,</w:t>
      </w:r>
    </w:p>
    <w:p>
      <w:pPr>
        <w:jc w:val="right"/>
      </w:pPr>
      <w:r>
        <w:t>اس طرح سے جتنا بھی آپ غور کریں گے، تدبر کے کے ساتھ جتنا بھی قرآن کو پڑھیں گے، بار بار آپ کو رزق رب ملتا رہے گا،</w:t>
      </w:r>
    </w:p>
    <w:p>
      <w:r>
        <w:rPr>
          <w:b/>
        </w:rPr>
        <w:t xml:space="preserve">[24:23] </w:t>
      </w:r>
      <w:r>
        <w:t>aur bar bar.</w:t>
      </w:r>
    </w:p>
    <w:p>
      <w:pPr>
        <w:jc w:val="right"/>
      </w:pPr>
      <w:r>
        <w:t>اور بار بار۔</w:t>
      </w:r>
    </w:p>
    <w:p>
      <w:r>
        <w:rPr>
          <w:b/>
        </w:rPr>
        <w:t xml:space="preserve">[24:34] </w:t>
      </w:r>
      <w:r>
        <w:t>har ayat mein aap ko aik nectar milega, har ayat mein aap ko aik rizq-e-Rab milega, har ayat mein aap ko aisa saman milega jis se aap ke andar personality development ka process bharpoor tor par jari rahega,</w:t>
      </w:r>
    </w:p>
    <w:p>
      <w:pPr>
        <w:jc w:val="right"/>
      </w:pPr>
      <w:r>
        <w:t>ہر آیت میں آپ کو ایک نیکٹر ملے گا، ہر آیت میں آپ کو ایک رزق رب ملے گا، ہر آیت میں آپ کو ایسا سامان ملے گا جس سے آپ کے اندر پرسنیلٹی ڈیولپمنٹ کا پروسیس بھرپور طور پر جاری رہے گا،</w:t>
      </w:r>
    </w:p>
    <w:p>
      <w:r>
        <w:rPr>
          <w:b/>
        </w:rPr>
        <w:t xml:space="preserve">[25:00] </w:t>
      </w:r>
      <w:r>
        <w:t>bharpoor tor par. isi tarah se aap dekhiye, aap Quran padh rahe hain, Quran padh rahe hain, aap is ayat tak pahunche ke yahan zikr hai ke aasman mein dekho ke chand bhi ghoom raha hai, suraj bhi ghoom raha hai, sitare bhi ghoom rahe hain, lekin un mein koi takraao nahi hai.</w:t>
      </w:r>
    </w:p>
    <w:p>
      <w:pPr>
        <w:jc w:val="right"/>
      </w:pPr>
      <w:r>
        <w:t>بھرپور طور پر۔ اسی طرح سے آپ دیکھئے، آپ قرآن پڑھ رہے ہیں، قرآن پڑھ رہے ہیں، آپ اس آیت تک پہنچے کہ یہاں ذکر ہے کہ آسمان میں دیکھو کہ چاند بھی گھوم رہا ہے، سورج بھی گھوم رہا ہے، ستارے بھی گھوم رہے ہیں، لیکن ان میں کوئی ٹکراؤ نہیں ہے۔</w:t>
      </w:r>
    </w:p>
    <w:p>
      <w:r>
        <w:rPr>
          <w:b/>
        </w:rPr>
        <w:t xml:space="preserve">[25:23] </w:t>
      </w:r>
      <w:r>
        <w:t>kullun fi falakin yazbahoon y</w:t>
      </w:r>
    </w:p>
    <w:p>
      <w:pPr>
        <w:jc w:val="right"/>
      </w:pPr>
      <w:r>
        <w:t>کُلٌّ فِي فَلَكِّ يَذْبَحُونَ ی</w:t>
      </w:r>
    </w:p>
    <w:p>
      <w:r>
        <w:rPr>
          <w:b/>
        </w:rPr>
        <w:t xml:space="preserve">[25:27] </w:t>
      </w:r>
      <w:r>
        <w:t>ani har aik apne madar mein ghoom raha hai. tamam jitne hain, sitare hain, sayare hain, chand hai, suraj hai, sab apne apne madar mein ghoom rahe hain.</w:t>
      </w:r>
    </w:p>
    <w:p>
      <w:pPr>
        <w:jc w:val="right"/>
      </w:pPr>
      <w:r>
        <w:t>عنی ہر ایک اپنے مدار میں گھوم رہا ہے۔ تمام جتنے ہیں، ستارے ہیں، سیارے ہیں، چاند ہے، سورج ہے، سب اپنے اپنے مدار میں گھوم رہے ہیں۔</w:t>
      </w:r>
    </w:p>
    <w:p>
      <w:r>
        <w:rPr>
          <w:b/>
        </w:rPr>
        <w:t xml:space="preserve">[25:40] </w:t>
      </w:r>
      <w:r>
        <w:t>is ka nateeja kya hai? ke dono mein takraao nahi hota. yani beshumar sitare hain</w:t>
      </w:r>
    </w:p>
    <w:p>
      <w:pPr>
        <w:jc w:val="right"/>
      </w:pPr>
      <w:r>
        <w:t>اس کا نتیجہ کیا ہے؟ کہ دونوں میں ٹکراؤ نہیں ہوتا۔ یعنی بے شمار ستارے ہیں</w:t>
      </w:r>
    </w:p>
    <w:p>
      <w:r>
        <w:rPr>
          <w:b/>
        </w:rPr>
        <w:t xml:space="preserve">[25:49] </w:t>
      </w:r>
      <w:r>
        <w:t>khala mein aur har sitara harkat kar raha hai aur takraao nahi. kyun?</w:t>
      </w:r>
    </w:p>
    <w:p>
      <w:pPr>
        <w:jc w:val="right"/>
      </w:pPr>
      <w:r>
        <w:t>خلا میں اور ہر ستارہ حرکت کر رہا ہے اور ٹکراؤ نہیں۔ کیوں؟</w:t>
      </w:r>
    </w:p>
    <w:p>
      <w:r>
        <w:rPr>
          <w:b/>
        </w:rPr>
        <w:t xml:space="preserve">[25:55] </w:t>
      </w:r>
      <w:r>
        <w:t>kullun fi falakin yazbahoon har aik apne madar mein ghoom raha hai.</w:t>
      </w:r>
    </w:p>
    <w:p>
      <w:pPr>
        <w:jc w:val="right"/>
      </w:pPr>
      <w:r>
        <w:t>کُلٌّ فِي فَلَكِّ يَذْبَحُونَ ہر ایک اپنے مدار میں گھوم رہا ہے۔</w:t>
      </w:r>
    </w:p>
    <w:p>
      <w:r>
        <w:rPr>
          <w:b/>
        </w:rPr>
        <w:t xml:space="preserve">[26:03] </w:t>
      </w:r>
      <w:r>
        <w:t>is se aap ko aik bohat bara ghiza mile ga.</w:t>
      </w:r>
    </w:p>
    <w:p>
      <w:pPr>
        <w:jc w:val="right"/>
      </w:pPr>
      <w:r>
        <w:t>اس سے آپ کو ایک بہت بڑا غذا ملے گی۔</w:t>
      </w:r>
    </w:p>
    <w:p>
      <w:r>
        <w:rPr>
          <w:b/>
        </w:rPr>
        <w:t xml:space="preserve">[26:09] </w:t>
      </w:r>
      <w:r>
        <w:t>ghiza yeh hai ke mujhe dunya mein sargaram hona hai, mujhe dunya mein apna maqsad hasil karna hai, mujhe dunya mein apni activities ko jari karna hai, lekin mujhe is is is pattern ko follow karna parhe ga jo creator ne khala mein jari kar rakha hai.</w:t>
      </w:r>
    </w:p>
    <w:p>
      <w:pPr>
        <w:jc w:val="right"/>
      </w:pPr>
      <w:r>
        <w:t>غذا یہ ہے کہ مجھے دنیا میں سرگرم ہونا ہے، مجھے دنیا میں اپنا مقصد حاصل کرنا ہے، مجھے دنیا میں اپنی ایکٹیویٹیز کو جاری کرنا ہے، لیکن مجھے اس اس اس پیٹرن کو فالو کرنا پڑے گا جو کریٹر نے خلا میں جاری کر رکھا ہے۔</w:t>
      </w:r>
    </w:p>
    <w:p>
      <w:r>
        <w:rPr>
          <w:b/>
        </w:rPr>
        <w:t xml:space="preserve">[26:34] </w:t>
      </w:r>
      <w:r>
        <w:t>yani apne apne madar mein ghoomna, apne apne daire mein apna kaam karna, yeh goya aik pattern hai jo Allah ne aasman mein jari kar ke dikha rakha hai ke insan bhi aise hi kar.</w:t>
      </w:r>
    </w:p>
    <w:p>
      <w:pPr>
        <w:jc w:val="right"/>
      </w:pPr>
      <w:r>
        <w:t>یعنی اپنے اپنے مدار میں گھومنا، اپنے اپنے دائرے میں اپنا کام کرنا، یہ گویا ایک پیٹرن ہے جو اللہ نے آسمان میں جاری کر کے دکھا رکھا ہے کہ انسان بھی ایسے ہی کرے۔</w:t>
      </w:r>
    </w:p>
    <w:p>
      <w:r>
        <w:rPr>
          <w:b/>
        </w:rPr>
        <w:t xml:space="preserve">[26:57] </w:t>
      </w:r>
      <w:r>
        <w:t>ab bataiye ke yeh agar aap ghiza le lein to aap ko kitna bara faida pohanchaye ga aap ko, aap se dunya ko.</w:t>
      </w:r>
    </w:p>
    <w:p>
      <w:pPr>
        <w:jc w:val="right"/>
      </w:pPr>
      <w:r>
        <w:t>اب بتائیے کہ یہ اگر آپ غذا لے لیں تو آپ کو کتنا بڑا فائدہ پہنچائے گا آپ کو، آپ سے دنیا کو۔</w:t>
      </w:r>
    </w:p>
    <w:p>
      <w:r>
        <w:rPr>
          <w:b/>
        </w:rPr>
        <w:t xml:space="preserve">[27:06] </w:t>
      </w:r>
      <w:r>
        <w:t>yani samaj mein aap takrao nahi karein ge, ghar mein aap takrao nahi karein ge, mulk ke andar aap takrao nahi karein ge,</w:t>
      </w:r>
    </w:p>
    <w:p>
      <w:pPr>
        <w:jc w:val="right"/>
      </w:pPr>
      <w:r>
        <w:t>یعنی سماج میں آپ ٹکراؤ نہیں کریں گے، گھر میں آپ ٹکراؤ نہیں کریں گے، ملک کے اندر آپ ٹکراؤ نہیں کریں گے،</w:t>
      </w:r>
    </w:p>
    <w:p>
      <w:r>
        <w:rPr>
          <w:b/>
        </w:rPr>
        <w:t xml:space="preserve">[27:17] </w:t>
      </w:r>
      <w:r>
        <w:t>chahe ghar ka mamla ho, samaj ka mamla ho, mulk ka mamla ho ya dunya ka mamla ho. aap apni sargarmion ko</w:t>
      </w:r>
    </w:p>
    <w:p>
      <w:pPr>
        <w:jc w:val="right"/>
      </w:pPr>
      <w:r>
        <w:t>چاہے گھر کا معاملہ ہو، سماج کا معاملہ ہو، ملک کا معاملہ ہو یا دنیا کا معاملہ ہو۔ آپ اپنی سرگرمیوں کو</w:t>
      </w:r>
    </w:p>
    <w:p>
      <w:r>
        <w:rPr>
          <w:b/>
        </w:rPr>
        <w:t xml:space="preserve">[27:28] </w:t>
      </w:r>
      <w:r>
        <w:t>takrao ko avoid karte hue jari karein ge. aap ghor kijiye ke dunya ke liye kitni bari rehmat ban jayein ge, dunya ke liye aap kitni bari rehmat ban jayein ge.</w:t>
      </w:r>
    </w:p>
    <w:p>
      <w:pPr>
        <w:jc w:val="right"/>
      </w:pPr>
      <w:r>
        <w:t>ٹکراؤ کو اوائڈ کرتے ہوئے جاری کریں گے۔ آپ غور کیجئے کہ دنیا کے لئے کتنی بڑی رحمت بن جائیں گے، دنیا کے لئے آپ کتنی بڑی رحمت بن جائیں گے۔</w:t>
      </w:r>
    </w:p>
    <w:p>
      <w:r>
        <w:rPr>
          <w:b/>
        </w:rPr>
        <w:t xml:space="preserve">[27:46] </w:t>
      </w:r>
      <w:r>
        <w:t>aise hi aap quran mein parhein ge, mislan Allah o Akbar, Allah bara hai,</w:t>
      </w:r>
    </w:p>
    <w:p>
      <w:pPr>
        <w:jc w:val="right"/>
      </w:pPr>
      <w:r>
        <w:t>ایسے ہی آپ قرآن میں پڑھیں گے، مثلاً اللہ اکبر، اللہ بڑا ہے،</w:t>
      </w:r>
    </w:p>
    <w:p>
      <w:r>
        <w:rPr>
          <w:b/>
        </w:rPr>
        <w:t xml:space="preserve">[27:56] </w:t>
      </w:r>
      <w:r>
        <w:t>Allah bara hai to kya hoga? Allah bara ke mani kya hain? aap daryaft karein ge tadabbur ke zariye se ke aap sochen ge to aap daryaft karein ge ke is mein aik aur cheez chupi hui hai.</w:t>
      </w:r>
    </w:p>
    <w:p>
      <w:pPr>
        <w:jc w:val="right"/>
      </w:pPr>
      <w:r>
        <w:t>اللہ بڑا ہے تو کیا ہوگا؟ اللہ بڑا کے معنی کیا ہیں؟ آپ دریافت کریں گے تدبر کے ذریعے سے کہ آپ سوچیں گے تو آپ دریافت کریں گے کہ اس میں ایک اور چیز چھپی ہوئی ہے۔</w:t>
      </w:r>
    </w:p>
    <w:p>
      <w:r>
        <w:rPr>
          <w:b/>
        </w:rPr>
        <w:t xml:space="preserve">[28:08] </w:t>
      </w:r>
      <w:r>
        <w:t>Allah o Akbar mein, yani Allah o Akbar mein yeh cheez chupi hui hai ke insan asghar, Allah o Akbar wa al insan asghar yeh chupa hua hai.</w:t>
      </w:r>
    </w:p>
    <w:p>
      <w:pPr>
        <w:jc w:val="right"/>
      </w:pPr>
      <w:r>
        <w:t>اللہ بڑا میں، یعنی اللہ اکبر میں یہ چیز چھپی ہوئی ہے کہ الانسان اصغر، اللہ اکبر والانسان اصغر یہ چھپا ہوا ہے۔</w:t>
      </w:r>
    </w:p>
    <w:p>
      <w:r>
        <w:rPr>
          <w:b/>
        </w:rPr>
        <w:t xml:space="preserve">[28:20] </w:t>
      </w:r>
      <w:r>
        <w:t>is tarah aap daryaft karein ge ke quran yeh bata raha hai ke barhai to us ne Khuda ki li, tum to chote ban kar raho.</w:t>
      </w:r>
    </w:p>
    <w:p>
      <w:pPr>
        <w:jc w:val="right"/>
      </w:pPr>
      <w:r>
        <w:t>اس طرح آپ دریافت کریں گے کہ قرآن یہ بتا رہا ہے کہ بڑائی تو اس نے خدا کی لی، تم تو چھوٹے بن کر رہو۔</w:t>
      </w:r>
    </w:p>
    <w:p>
      <w:r>
        <w:rPr>
          <w:b/>
        </w:rPr>
        <w:t xml:space="preserve">[28:29] </w:t>
      </w:r>
      <w:r>
        <w:t>chote ka mani kya hai? modesti, tawazu.</w:t>
      </w:r>
    </w:p>
    <w:p>
      <w:pPr>
        <w:jc w:val="right"/>
      </w:pPr>
      <w:r>
        <w:t>چھوٹے کا معنی کیا ہے؟ مودستی، تواضع۔</w:t>
      </w:r>
    </w:p>
    <w:p>
      <w:r>
        <w:rPr>
          <w:b/>
        </w:rPr>
        <w:t xml:space="preserve">[28:36] </w:t>
      </w:r>
      <w:r>
        <w:t>aap ghor kijiye ke agar aap ke andar tawazu aajaye, modesti aajaye to kitni bari cheez aap ko mil gayi.</w:t>
      </w:r>
    </w:p>
    <w:p>
      <w:pPr>
        <w:jc w:val="right"/>
      </w:pPr>
      <w:r>
        <w:t>آپ غور کیجئے کہ اگر آپ کے اندر تواضع آجائے، مودستی آجائے تو کتنی بڑی چیز آپ کو مل گئی۔</w:t>
      </w:r>
    </w:p>
    <w:p>
      <w:r>
        <w:rPr>
          <w:b/>
        </w:rPr>
        <w:t xml:space="preserve">[28:47] </w:t>
      </w:r>
      <w:r>
        <w:t>phir aap aik no problem person ban jayein ge apne logon ke liye, apni society ke liye, aur yeh bilashuba kisi insan ke liye, kisi عورت ya mard ke liye yeh sab se bari baat hai ke woh no problem person ban jaye.</w:t>
      </w:r>
    </w:p>
    <w:p>
      <w:pPr>
        <w:jc w:val="right"/>
      </w:pPr>
      <w:r>
        <w:t>پھر آپ ایک نو پرابلم پرسن بن جائیں گے اپنے لوگوں کے لئے، اپنی سوسائٹی کے لئے، اور یہ بلاشبہ کسی انسان کے لئے، کسی عورت یا مرد کے لئے یہ سب سے بڑی بات ہے کہ وہ نو پرابلم پرسن بن جائے۔</w:t>
      </w:r>
    </w:p>
    <w:p>
      <w:r>
        <w:rPr>
          <w:b/>
        </w:rPr>
        <w:t xml:space="preserve">[29:11] </w:t>
      </w:r>
      <w:r>
        <w:t>aap ke liye bhi khair hai, doosron ke liye bhi khair hai.</w:t>
      </w:r>
    </w:p>
    <w:p>
      <w:pPr>
        <w:jc w:val="right"/>
      </w:pPr>
      <w:r>
        <w:t>آپ کے لئے بھی خیر ہے، دوسروں کے لئے بھی خیر ہے۔</w:t>
      </w:r>
    </w:p>
    <w:p>
      <w:r>
        <w:rPr>
          <w:b/>
        </w:rPr>
        <w:t xml:space="preserve">[29:17] </w:t>
      </w:r>
      <w:r>
        <w:t>to yeh sab baatein hain jo quran mein hain. mutala kar ke, ghor kar ke aap paate rahein ge, paate rahein ge, paate rahein ge. is tarah se aap banein ge behtareen insan,</w:t>
      </w:r>
    </w:p>
    <w:p>
      <w:pPr>
        <w:jc w:val="right"/>
      </w:pPr>
      <w:r>
        <w:t>تو یہ سب باتیں ہیں جو قرآن میں ہیں۔ مطالعہ کر کے، غور کر کے آپ پاتے رہیں گے، پاتے رہیں گے، پاتے رہیں گے۔ اس طرح سے آپ بنیں گے بہترین انسان،</w:t>
      </w:r>
    </w:p>
    <w:p>
      <w:r>
        <w:rPr>
          <w:b/>
        </w:rPr>
        <w:t xml:space="preserve">[29:34] </w:t>
      </w:r>
      <w:r>
        <w:t>khusoosi insan aur ahle Allah. yani ahle quran hi banein ge, behtareen insan hi banein ge, aur phir ahle Allah ban jayein ge, Allah ke pasandeeda insan.</w:t>
      </w:r>
    </w:p>
    <w:p>
      <w:pPr>
        <w:jc w:val="right"/>
      </w:pPr>
      <w:r>
        <w:t>خصوصی انسان اور اہل اللہ۔ یعنی اہل القرآن ہی بنیں گے، بہترین انسان ہی بنیں گے، اور پھر اہل اللہ بن جائیں گے، اللہ کے پسندیدہ انسان۔</w:t>
      </w:r>
    </w:p>
    <w:p>
      <w:r>
        <w:rPr>
          <w:b/>
        </w:rPr>
        <w:t xml:space="preserve">[29:46] </w:t>
      </w:r>
      <w:r>
        <w:t>yeh baat hai jo is hadith mein batai gayi hai. Allah taala mujh ko aur aap ko tofeeq de ke hum is par bharpoor tor par amal karein aur Allah ki rehmaton ko payein.</w:t>
      </w:r>
    </w:p>
    <w:p>
      <w:pPr>
        <w:jc w:val="right"/>
      </w:pPr>
      <w:r>
        <w:t>یہ بات ہے جو اس حدیث میں بتائی گئی ہے۔ اللہ تعالیٰ مجھ کو اور آپ کو توفیق دے کہ ہم اس پر بھرپور طور پر عمل کریں اور اللہ کی رحمتوں کو پائیں۔</w:t>
      </w:r>
    </w:p>
    <w:p>
      <w:r>
        <w:rPr>
          <w:b/>
        </w:rPr>
        <w:t xml:space="preserve">[30:03] </w:t>
      </w:r>
      <w:r>
        <w:t>assalam o alaikum wa rehmatullah.</w:t>
      </w:r>
    </w:p>
    <w:p>
      <w:pPr>
        <w:jc w:val="right"/>
      </w:pPr>
      <w:r>
        <w:t>السلام علیکم ورحمتہ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