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Divine Personality April 2, 2014 Maulana Wahiduddin Khan</w:t>
      </w:r>
    </w:p>
    <w:p>
      <w:r>
        <w:t>https://www.youtube.com/watch?v=4F-V__KFzpA</w:t>
      </w:r>
    </w:p>
    <w:p>
      <w:r>
        <w:rPr>
          <w:b/>
        </w:rPr>
        <w:t xml:space="preserve">[00:11] </w:t>
      </w:r>
      <w:r>
        <w:t>Today I would like to say a few words about the teachings of Islam.</w:t>
      </w:r>
    </w:p>
    <w:p>
      <w:pPr>
        <w:jc w:val="right"/>
      </w:pPr>
      <w:r>
        <w:t>Today I would like to say a few words about the teachings of Islam.</w:t>
      </w:r>
    </w:p>
    <w:p>
      <w:r>
        <w:rPr>
          <w:b/>
        </w:rPr>
        <w:t xml:space="preserve">[00:21] </w:t>
      </w:r>
      <w:r>
        <w:t>Yesterday I was listening to a talk given by a popular Muslim speak</w:t>
      </w:r>
    </w:p>
    <w:p>
      <w:pPr>
        <w:jc w:val="right"/>
      </w:pPr>
      <w:r>
        <w:t>Yesterday I was listening to a talk given by a popular Muslim speak</w:t>
      </w:r>
    </w:p>
    <w:p>
      <w:r>
        <w:rPr>
          <w:b/>
        </w:rPr>
        <w:t xml:space="preserve">[00:37] </w:t>
      </w:r>
      <w:r>
        <w:t>er. During his speech he said that he used an analogy, an analogy of passport and visa.</w:t>
      </w:r>
    </w:p>
    <w:p>
      <w:pPr>
        <w:jc w:val="right"/>
      </w:pPr>
      <w:r>
        <w:t>er. During his speech he said that he used an analogy, an analogy of passport and visa.</w:t>
      </w:r>
    </w:p>
    <w:p>
      <w:r>
        <w:rPr>
          <w:b/>
        </w:rPr>
        <w:t xml:space="preserve">[00:55] </w:t>
      </w:r>
      <w:r>
        <w:t>He said that</w:t>
      </w:r>
    </w:p>
    <w:p>
      <w:pPr>
        <w:jc w:val="right"/>
      </w:pPr>
      <w:r>
        <w:t>He said that</w:t>
      </w:r>
    </w:p>
    <w:p>
      <w:r>
        <w:rPr>
          <w:b/>
        </w:rPr>
        <w:t xml:space="preserve">[00:59] </w:t>
      </w:r>
      <w:r>
        <w:t>there is a passport of Islam, also there is a visa of Islam.</w:t>
      </w:r>
    </w:p>
    <w:p>
      <w:pPr>
        <w:jc w:val="right"/>
      </w:pPr>
      <w:r>
        <w:t>there is a passport of Islam, also there is a visa of Islam.</w:t>
      </w:r>
    </w:p>
    <w:p>
      <w:r>
        <w:rPr>
          <w:b/>
        </w:rPr>
        <w:t xml:space="preserve">[01:04] </w:t>
      </w:r>
      <w:r>
        <w:t>So he said that La ilaha illallah is the passport of Islam and Muhammadur Rasulullah is its visa.</w:t>
      </w:r>
    </w:p>
    <w:p>
      <w:pPr>
        <w:jc w:val="right"/>
      </w:pPr>
      <w:r>
        <w:t>So he said that La ilaha illallah is the passport of Islam and Muhammadur Rasulullah is its visa.</w:t>
      </w:r>
    </w:p>
    <w:p>
      <w:r>
        <w:rPr>
          <w:b/>
        </w:rPr>
        <w:t xml:space="preserve">[01:20] </w:t>
      </w:r>
      <w:r>
        <w:t>Then he said that every Muslim always has the passport.</w:t>
      </w:r>
    </w:p>
    <w:p>
      <w:pPr>
        <w:jc w:val="right"/>
      </w:pPr>
      <w:r>
        <w:t>Then he said that every Muslim always has the passport.</w:t>
      </w:r>
    </w:p>
    <w:p>
      <w:r>
        <w:rPr>
          <w:b/>
        </w:rPr>
        <w:t xml:space="preserve">[01:29] </w:t>
      </w:r>
      <w:r>
        <w:t>Every Muslim when he is born he is</w:t>
      </w:r>
    </w:p>
    <w:p>
      <w:pPr>
        <w:jc w:val="right"/>
      </w:pPr>
      <w:r>
        <w:t>Every Muslim when he is born he is</w:t>
      </w:r>
    </w:p>
    <w:p>
      <w:r>
        <w:rPr>
          <w:b/>
        </w:rPr>
        <w:t xml:space="preserve">[01:39] </w:t>
      </w:r>
      <w:r>
        <w:t>recited the Kalima, La ilaha illallah.</w:t>
      </w:r>
    </w:p>
    <w:p>
      <w:pPr>
        <w:jc w:val="right"/>
      </w:pPr>
      <w:r>
        <w:t>recited the Kalima, La ilaha illallah.</w:t>
      </w:r>
    </w:p>
    <w:p>
      <w:r>
        <w:rPr>
          <w:b/>
        </w:rPr>
        <w:t xml:space="preserve">[01:45] </w:t>
      </w:r>
      <w:r>
        <w:t>So already he has obtained the passport of Islam. Now the only thing that he must stamp the visa of Islam, that is following the Muhammad (صلى الله عليه وسلم).</w:t>
      </w:r>
    </w:p>
    <w:p>
      <w:pPr>
        <w:jc w:val="right"/>
      </w:pPr>
      <w:r>
        <w:t>So already he has obtained the passport of Islam. Now the only thing that he must stamp the visa of Islam, that is following the Muhammad (صلى الله عليه وسلم).</w:t>
      </w:r>
    </w:p>
    <w:p>
      <w:r>
        <w:rPr>
          <w:b/>
        </w:rPr>
        <w:t xml:space="preserve">[02:10] </w:t>
      </w:r>
      <w:r>
        <w:t>This kind of presentation of Islam is like a joke.</w:t>
      </w:r>
    </w:p>
    <w:p>
      <w:pPr>
        <w:jc w:val="right"/>
      </w:pPr>
      <w:r>
        <w:t>This kind of presentation of Islam is like a joke.</w:t>
      </w:r>
    </w:p>
    <w:p>
      <w:r>
        <w:rPr>
          <w:b/>
        </w:rPr>
        <w:t xml:space="preserve">[02:16] </w:t>
      </w:r>
      <w:r>
        <w:t>I don't think that this kind of presentation has any impact upon the listeners. It is a kind of entertainment.</w:t>
      </w:r>
    </w:p>
    <w:p>
      <w:pPr>
        <w:jc w:val="right"/>
      </w:pPr>
      <w:r>
        <w:t>I don't think that this kind of presentation has any impact upon the listeners. It is a kind of entertainment.</w:t>
      </w:r>
    </w:p>
    <w:p>
      <w:r>
        <w:rPr>
          <w:b/>
        </w:rPr>
        <w:t xml:space="preserve">[02:32] </w:t>
      </w:r>
      <w:r>
        <w:t>It is not a da'wah.</w:t>
      </w:r>
    </w:p>
    <w:p>
      <w:pPr>
        <w:jc w:val="right"/>
      </w:pPr>
      <w:r>
        <w:t>It is not a da'wah.</w:t>
      </w:r>
    </w:p>
    <w:p>
      <w:r>
        <w:rPr>
          <w:b/>
        </w:rPr>
        <w:t xml:space="preserve">[02:39] </w:t>
      </w:r>
      <w:r>
        <w:t>Then if you see the modern situation of Muslim countries you will find that every day in the media there are some</w:t>
      </w:r>
    </w:p>
    <w:p>
      <w:pPr>
        <w:jc w:val="right"/>
      </w:pPr>
      <w:r>
        <w:t>Then if you see the modern situation of Muslim countries you will find that every day in the media there are some</w:t>
      </w:r>
    </w:p>
    <w:p>
      <w:r>
        <w:rPr>
          <w:b/>
        </w:rPr>
        <w:t xml:space="preserve">[02:58] </w:t>
      </w:r>
      <w:r>
        <w:t>hard news in the Muslim countries.</w:t>
      </w:r>
    </w:p>
    <w:p>
      <w:pPr>
        <w:jc w:val="right"/>
      </w:pPr>
      <w:r>
        <w:t>hard news in the Muslim countries.</w:t>
      </w:r>
    </w:p>
    <w:p>
      <w:r>
        <w:rPr>
          <w:b/>
        </w:rPr>
        <w:t xml:space="preserve">[03:04] </w:t>
      </w:r>
      <w:r>
        <w:t>Every day they are killing in the name of Islam, in the name of jihad.</w:t>
      </w:r>
    </w:p>
    <w:p>
      <w:pPr>
        <w:jc w:val="right"/>
      </w:pPr>
      <w:r>
        <w:t>Every day they are killing in the name of Islam, in the name of jihad.</w:t>
      </w:r>
    </w:p>
    <w:p>
      <w:r>
        <w:rPr>
          <w:b/>
        </w:rPr>
        <w:t xml:space="preserve">[03:14] </w:t>
      </w:r>
      <w:r>
        <w:t>So if you analyze you will find that</w:t>
      </w:r>
    </w:p>
    <w:p>
      <w:pPr>
        <w:jc w:val="right"/>
      </w:pPr>
      <w:r>
        <w:t>So if you analyze you will find that</w:t>
      </w:r>
    </w:p>
    <w:p>
      <w:r>
        <w:rPr>
          <w:b/>
        </w:rPr>
        <w:t xml:space="preserve">[03:23] </w:t>
      </w:r>
      <w:r>
        <w:t>these are the two basic forms of Islam</w:t>
      </w:r>
    </w:p>
    <w:p>
      <w:pPr>
        <w:jc w:val="right"/>
      </w:pPr>
      <w:r>
        <w:t>these are the two basic forms of Islam</w:t>
      </w:r>
    </w:p>
    <w:p>
      <w:r>
        <w:rPr>
          <w:b/>
        </w:rPr>
        <w:t xml:space="preserve">[03:30] </w:t>
      </w:r>
      <w:r>
        <w:t>. There may be dozens of sects among Muslims. Maybe there are 73 sects.</w:t>
      </w:r>
    </w:p>
    <w:p>
      <w:pPr>
        <w:jc w:val="right"/>
      </w:pPr>
      <w:r>
        <w:t>. There may be dozens of sects among Muslims. Maybe there are 73 sects.</w:t>
      </w:r>
    </w:p>
    <w:p>
      <w:r>
        <w:rPr>
          <w:b/>
        </w:rPr>
        <w:t xml:space="preserve">[03:43] </w:t>
      </w:r>
      <w:r>
        <w:t>But if you categorize these sects you can sum up these sects in two sects.</w:t>
      </w:r>
    </w:p>
    <w:p>
      <w:pPr>
        <w:jc w:val="right"/>
      </w:pPr>
      <w:r>
        <w:t>But if you categorize these sects you can sum up these sects in two sects.</w:t>
      </w:r>
    </w:p>
    <w:p>
      <w:r>
        <w:rPr>
          <w:b/>
        </w:rPr>
        <w:t xml:space="preserve">[03:57] </w:t>
      </w:r>
      <w:r>
        <w:t>That is culture of rituals, culture of rituals.</w:t>
      </w:r>
    </w:p>
    <w:p>
      <w:pPr>
        <w:jc w:val="right"/>
      </w:pPr>
      <w:r>
        <w:t>That is culture of rituals, culture of rituals.</w:t>
      </w:r>
    </w:p>
    <w:p>
      <w:r>
        <w:rPr>
          <w:b/>
        </w:rPr>
        <w:t xml:space="preserve">[04:06] </w:t>
      </w:r>
      <w:r>
        <w:t>Then culture of violence.</w:t>
      </w:r>
    </w:p>
    <w:p>
      <w:pPr>
        <w:jc w:val="right"/>
      </w:pPr>
      <w:r>
        <w:t>Then culture of violence.</w:t>
      </w:r>
    </w:p>
    <w:p>
      <w:r>
        <w:rPr>
          <w:b/>
        </w:rPr>
        <w:t xml:space="preserve">[04:10] </w:t>
      </w:r>
      <w:r>
        <w:t>Some people are engaged in violence in the name of Islam. They believe that they are doing the greatest ibadah.</w:t>
      </w:r>
    </w:p>
    <w:p>
      <w:pPr>
        <w:jc w:val="right"/>
      </w:pPr>
      <w:r>
        <w:t>Some people are engaged in violence in the name of Islam. They believe that they are doing the greatest ibadah.</w:t>
      </w:r>
    </w:p>
    <w:p>
      <w:r>
        <w:rPr>
          <w:b/>
        </w:rPr>
        <w:t xml:space="preserve">[04:28] </w:t>
      </w:r>
      <w:r>
        <w:t>Then the other group has based its concept on f</w:t>
      </w:r>
    </w:p>
    <w:p>
      <w:pPr>
        <w:jc w:val="right"/>
      </w:pPr>
      <w:r>
        <w:t>Then the other group has based its concept on f</w:t>
      </w:r>
    </w:p>
    <w:p>
      <w:r>
        <w:rPr>
          <w:b/>
        </w:rPr>
        <w:t xml:space="preserve">[04:34] </w:t>
      </w:r>
      <w:r>
        <w:t>azail. According to them Islam is a set of rituals and these rituals are very absurd.</w:t>
      </w:r>
    </w:p>
    <w:p>
      <w:pPr>
        <w:jc w:val="right"/>
      </w:pPr>
      <w:r>
        <w:t>azail. According to them Islam is a set of rituals and these rituals are very absurd.</w:t>
      </w:r>
    </w:p>
    <w:p>
      <w:r>
        <w:rPr>
          <w:b/>
        </w:rPr>
        <w:t xml:space="preserve">[04:46] </w:t>
      </w:r>
      <w:r>
        <w:t>And if you perform these rituals you will surely find entry into paradise. But both the groups are living in false paradise.</w:t>
      </w:r>
    </w:p>
    <w:p>
      <w:pPr>
        <w:jc w:val="right"/>
      </w:pPr>
      <w:r>
        <w:t>And if you perform these rituals you will surely find entry into paradise. But both the groups are living in false paradise.</w:t>
      </w:r>
    </w:p>
    <w:p>
      <w:r>
        <w:rPr>
          <w:b/>
        </w:rPr>
        <w:t xml:space="preserve">[05:02] </w:t>
      </w:r>
      <w:r>
        <w:t>This is not Islam</w:t>
      </w:r>
    </w:p>
    <w:p>
      <w:pPr>
        <w:jc w:val="right"/>
      </w:pPr>
      <w:r>
        <w:t>This is not Islam</w:t>
      </w:r>
    </w:p>
    <w:p>
      <w:r>
        <w:rPr>
          <w:b/>
        </w:rPr>
        <w:t xml:space="preserve">[05:05] </w:t>
      </w:r>
      <w:r>
        <w:t>. I have studied Islam with these original sources. I have studied the Qur'an. I have studied the Sira of the Prophet.</w:t>
      </w:r>
    </w:p>
    <w:p>
      <w:pPr>
        <w:jc w:val="right"/>
      </w:pPr>
      <w:r>
        <w:t>. I have studied Islam with these original sources. I have studied the Qur'an. I have studied the Sira of the Prophet.</w:t>
      </w:r>
    </w:p>
    <w:p>
      <w:r>
        <w:rPr>
          <w:b/>
        </w:rPr>
        <w:t xml:space="preserve">[05:18] </w:t>
      </w:r>
      <w:r>
        <w:t>I have studied books of Hadith.</w:t>
      </w:r>
    </w:p>
    <w:p>
      <w:pPr>
        <w:jc w:val="right"/>
      </w:pPr>
      <w:r>
        <w:t>I have studied books of Hadith.</w:t>
      </w:r>
    </w:p>
    <w:p>
      <w:r>
        <w:rPr>
          <w:b/>
        </w:rPr>
        <w:t xml:space="preserve">[05:23] </w:t>
      </w:r>
      <w:r>
        <w:t>I can say with conviction that there are two basic aspects of Islam,</w:t>
      </w:r>
    </w:p>
    <w:p>
      <w:pPr>
        <w:jc w:val="right"/>
      </w:pPr>
      <w:r>
        <w:t>I can say with conviction that there are two basic aspects of Islam,</w:t>
      </w:r>
    </w:p>
    <w:p>
      <w:r>
        <w:rPr>
          <w:b/>
        </w:rPr>
        <w:t xml:space="preserve">[05:35] </w:t>
      </w:r>
      <w:r>
        <w:t>two basic aspects of Islam. That is Ma'rifat and da'wah. Ma'rifat and da'wah.</w:t>
      </w:r>
    </w:p>
    <w:p>
      <w:pPr>
        <w:jc w:val="right"/>
      </w:pPr>
      <w:r>
        <w:t>two basic aspects of Islam. That is Ma'rifat and da'wah. Ma'rifat and da'wah.</w:t>
      </w:r>
    </w:p>
    <w:p>
      <w:r>
        <w:rPr>
          <w:b/>
        </w:rPr>
        <w:t xml:space="preserve">[05:47] </w:t>
      </w:r>
      <w:r>
        <w:t>Ma'rifat is the</w:t>
      </w:r>
    </w:p>
    <w:p>
      <w:pPr>
        <w:jc w:val="right"/>
      </w:pPr>
      <w:r>
        <w:t>Ma'rifat is the</w:t>
      </w:r>
    </w:p>
    <w:p>
      <w:r>
        <w:rPr>
          <w:b/>
        </w:rPr>
        <w:t xml:space="preserve">[05:52] </w:t>
      </w:r>
      <w:r>
        <w:t>ideology of Islam like a seed. And all other</w:t>
      </w:r>
    </w:p>
    <w:p>
      <w:pPr>
        <w:jc w:val="right"/>
      </w:pPr>
      <w:r>
        <w:t>ideology of Islam like a seed. And all other</w:t>
      </w:r>
    </w:p>
    <w:p>
      <w:r>
        <w:rPr>
          <w:b/>
        </w:rPr>
        <w:t xml:space="preserve">[06:06] </w:t>
      </w:r>
      <w:r>
        <w:t>aspects of Islam are only manifestations of Ma'rifat. Now what is Ma'rifat?</w:t>
      </w:r>
    </w:p>
    <w:p>
      <w:pPr>
        <w:jc w:val="right"/>
      </w:pPr>
      <w:r>
        <w:t>aspects of Islam are only manifestations of Ma'rifat. Now what is Ma'rifat?</w:t>
      </w:r>
    </w:p>
    <w:p>
      <w:r>
        <w:rPr>
          <w:b/>
        </w:rPr>
        <w:t xml:space="preserve">[06:19] </w:t>
      </w:r>
      <w:r>
        <w:t>When</w:t>
      </w:r>
    </w:p>
    <w:p>
      <w:pPr>
        <w:jc w:val="right"/>
      </w:pPr>
      <w:r>
        <w:t>When</w:t>
      </w:r>
    </w:p>
    <w:p>
      <w:r>
        <w:rPr>
          <w:b/>
        </w:rPr>
        <w:t xml:space="preserve">[06:24] </w:t>
      </w:r>
      <w:r>
        <w:t>you develop the spirit of inquiry you want to know what is truth with a capital T.</w:t>
      </w:r>
    </w:p>
    <w:p>
      <w:pPr>
        <w:jc w:val="right"/>
      </w:pPr>
      <w:r>
        <w:t>you develop the spirit of inquiry you want to know what is truth with a capital T.</w:t>
      </w:r>
    </w:p>
    <w:p>
      <w:r>
        <w:rPr>
          <w:b/>
        </w:rPr>
        <w:t xml:space="preserve">[06:38] </w:t>
      </w:r>
      <w:r>
        <w:t>What is the purpose of life? What is the scheme of the Creator</w:t>
      </w:r>
    </w:p>
    <w:p>
      <w:pPr>
        <w:jc w:val="right"/>
      </w:pPr>
      <w:r>
        <w:t>What is the purpose of life? What is the scheme of the Creator</w:t>
      </w:r>
    </w:p>
    <w:p>
      <w:r>
        <w:rPr>
          <w:b/>
        </w:rPr>
        <w:t xml:space="preserve">[06:50] </w:t>
      </w:r>
      <w:r>
        <w:t>? What is pre-death? What is post-death? So these are basic questions.</w:t>
      </w:r>
    </w:p>
    <w:p>
      <w:pPr>
        <w:jc w:val="right"/>
      </w:pPr>
      <w:r>
        <w:t>? What is pre-death? What is post-death? So these are basic questions.</w:t>
      </w:r>
    </w:p>
    <w:p>
      <w:r>
        <w:rPr>
          <w:b/>
        </w:rPr>
        <w:t xml:space="preserve">[06:59] </w:t>
      </w:r>
      <w:r>
        <w:t>When you try to find the answer to these questions and you discover it that is Ma'rifat. Ma'rifat literally means realization or discovery.</w:t>
      </w:r>
    </w:p>
    <w:p>
      <w:pPr>
        <w:jc w:val="right"/>
      </w:pPr>
      <w:r>
        <w:t>When you try to find the answer to these questions and you discover it that is Ma'rifat. Ma'rifat literally means realization or discovery.</w:t>
      </w:r>
    </w:p>
    <w:p>
      <w:r>
        <w:rPr>
          <w:b/>
        </w:rPr>
        <w:t xml:space="preserve">[07:19] </w:t>
      </w:r>
      <w:r>
        <w:t>This word you can find in the Qur'an in chapter Al-Ma'idah.</w:t>
      </w:r>
    </w:p>
    <w:p>
      <w:pPr>
        <w:jc w:val="right"/>
      </w:pPr>
      <w:r>
        <w:t>This word you can find in the Qur'an in chapter Al-Ma'idah.</w:t>
      </w:r>
    </w:p>
    <w:p>
      <w:r>
        <w:rPr>
          <w:b/>
        </w:rPr>
        <w:t xml:space="preserve">[07:37] </w:t>
      </w:r>
      <w:r>
        <w:t>Here you can see that Ma'rifat is the beginning of Islam.</w:t>
      </w:r>
    </w:p>
    <w:p>
      <w:pPr>
        <w:jc w:val="right"/>
      </w:pPr>
      <w:r>
        <w:t>Here you can see that Ma'rifat is the beginning of Islam.</w:t>
      </w:r>
    </w:p>
    <w:p>
      <w:r>
        <w:rPr>
          <w:b/>
        </w:rPr>
        <w:t xml:space="preserve">[07:47] </w:t>
      </w:r>
      <w:r>
        <w:t>When you discover Islam, when you realize God is Almighty then you are an Arif.</w:t>
      </w:r>
    </w:p>
    <w:p>
      <w:pPr>
        <w:jc w:val="right"/>
      </w:pPr>
      <w:r>
        <w:t>When you discover Islam, when you realize God is Almighty then you are an Arif.</w:t>
      </w:r>
    </w:p>
    <w:p>
      <w:r>
        <w:rPr>
          <w:b/>
        </w:rPr>
        <w:t xml:space="preserve">[07:58] </w:t>
      </w:r>
      <w:r>
        <w:t>Then you attain Ma'rifat. So here is the beginning. Now Ma'rifat is not simply to utter some words.</w:t>
      </w:r>
    </w:p>
    <w:p>
      <w:pPr>
        <w:jc w:val="right"/>
      </w:pPr>
      <w:r>
        <w:t>Then you attain Ma'rifat. So here is the beginning. Now Ma'rifat is not simply to utter some words.</w:t>
      </w:r>
    </w:p>
    <w:p>
      <w:r>
        <w:rPr>
          <w:b/>
        </w:rPr>
        <w:t xml:space="preserve">[08:11] </w:t>
      </w:r>
      <w:r>
        <w:t>Ma'rifat is the greatest finding.</w:t>
      </w:r>
    </w:p>
    <w:p>
      <w:pPr>
        <w:jc w:val="right"/>
      </w:pPr>
      <w:r>
        <w:t>Ma'rifat is the greatest finding.</w:t>
      </w:r>
    </w:p>
    <w:p>
      <w:r>
        <w:rPr>
          <w:b/>
        </w:rPr>
        <w:t xml:space="preserve">[08:16] </w:t>
      </w:r>
      <w:r>
        <w:t>Ma'rifat is like brainstorming. When you discover the truth, when you discover the truth of Islam then it is like an earthquake.</w:t>
      </w:r>
    </w:p>
    <w:p>
      <w:pPr>
        <w:jc w:val="right"/>
      </w:pPr>
      <w:r>
        <w:t>Ma'rifat is like brainstorming. When you discover the truth, when you discover the truth of Islam then it is like an earthquake.</w:t>
      </w:r>
    </w:p>
    <w:p>
      <w:r>
        <w:rPr>
          <w:b/>
        </w:rPr>
        <w:t xml:space="preserve">[08:40] </w:t>
      </w:r>
      <w:r>
        <w:t>Then you try to understand everything in the light of divine guidance.</w:t>
      </w:r>
    </w:p>
    <w:p>
      <w:pPr>
        <w:jc w:val="right"/>
      </w:pPr>
      <w:r>
        <w:t>Then you try to understand everything in the light of divine guidance.</w:t>
      </w:r>
    </w:p>
    <w:p>
      <w:r>
        <w:rPr>
          <w:b/>
        </w:rPr>
        <w:t xml:space="preserve">[08:54] </w:t>
      </w:r>
      <w:r>
        <w:t>This realization or discovery makes your personality a new personality, a new mind</w:t>
      </w:r>
    </w:p>
    <w:p>
      <w:pPr>
        <w:jc w:val="right"/>
      </w:pPr>
      <w:r>
        <w:t>This realization or discovery makes your personality a new personality, a new mind</w:t>
      </w:r>
    </w:p>
    <w:p>
      <w:r>
        <w:rPr>
          <w:b/>
        </w:rPr>
        <w:t xml:space="preserve">[09:06] </w:t>
      </w:r>
      <w:r>
        <w:t>. Then this Ma'rifat is not simply a mysterious rohaniyat.</w:t>
      </w:r>
    </w:p>
    <w:p>
      <w:pPr>
        <w:jc w:val="right"/>
      </w:pPr>
      <w:r>
        <w:t>. Then this Ma'rifat is not simply a mysterious rohaniyat.</w:t>
      </w:r>
    </w:p>
    <w:p>
      <w:r>
        <w:rPr>
          <w:b/>
        </w:rPr>
        <w:t xml:space="preserve">[09:17] </w:t>
      </w:r>
      <w:r>
        <w:t>No. It is a storm. Ma'rifat changes your way of thinking.</w:t>
      </w:r>
    </w:p>
    <w:p>
      <w:pPr>
        <w:jc w:val="right"/>
      </w:pPr>
      <w:r>
        <w:t>No. It is a storm. Ma'rifat changes your way of thinking.</w:t>
      </w:r>
    </w:p>
    <w:p>
      <w:r>
        <w:rPr>
          <w:b/>
        </w:rPr>
        <w:t xml:space="preserve">[09:27] </w:t>
      </w:r>
      <w:r>
        <w:t>Ma'rifat changes your way of speaking. Ma'rifat changes your method of dealing.</w:t>
      </w:r>
    </w:p>
    <w:p>
      <w:pPr>
        <w:jc w:val="right"/>
      </w:pPr>
      <w:r>
        <w:t>Ma'rifat changes your way of speaking. Ma'rifat changes your method of dealing.</w:t>
      </w:r>
    </w:p>
    <w:p>
      <w:r>
        <w:rPr>
          <w:b/>
        </w:rPr>
        <w:t xml:space="preserve">[09:38] </w:t>
      </w:r>
      <w:r>
        <w:t>Ma'rifat changes all the aspects of your life.</w:t>
      </w:r>
    </w:p>
    <w:p>
      <w:pPr>
        <w:jc w:val="right"/>
      </w:pPr>
      <w:r>
        <w:t>Ma'rifat changes all the aspects of your life.</w:t>
      </w:r>
    </w:p>
    <w:p>
      <w:r>
        <w:rPr>
          <w:b/>
        </w:rPr>
        <w:t xml:space="preserve">[09:43] </w:t>
      </w:r>
      <w:r>
        <w:t>You become a new man. That is a believer. That is Arif.</w:t>
      </w:r>
    </w:p>
    <w:p>
      <w:pPr>
        <w:jc w:val="right"/>
      </w:pPr>
      <w:r>
        <w:t>You become a new man. That is a believer. That is Arif.</w:t>
      </w:r>
    </w:p>
    <w:p>
      <w:r>
        <w:rPr>
          <w:b/>
        </w:rPr>
        <w:t xml:space="preserve">[09:55] </w:t>
      </w:r>
      <w:r>
        <w:t>So this kind of realization is bound to find expression in the occidental world.</w:t>
      </w:r>
    </w:p>
    <w:p>
      <w:pPr>
        <w:jc w:val="right"/>
      </w:pPr>
      <w:r>
        <w:t>So this kind of realization is bound to find expression in the occidental world.</w:t>
      </w:r>
    </w:p>
    <w:p>
      <w:r>
        <w:rPr>
          <w:b/>
        </w:rPr>
        <w:t xml:space="preserve">[10:04] </w:t>
      </w:r>
      <w:r>
        <w:t>Ma'rifat initially is an internal phenomenon, internal phenomenon.</w:t>
      </w:r>
    </w:p>
    <w:p>
      <w:pPr>
        <w:jc w:val="right"/>
      </w:pPr>
      <w:r>
        <w:t>Ma'rifat initially is an internal phenomenon, internal phenomenon.</w:t>
      </w:r>
    </w:p>
    <w:p>
      <w:r>
        <w:rPr>
          <w:b/>
        </w:rPr>
        <w:t xml:space="preserve">[10:15] </w:t>
      </w:r>
      <w:r>
        <w:t>But this internal phenomenon is so powerful that it is bound to find expression in the external world.</w:t>
      </w:r>
    </w:p>
    <w:p>
      <w:pPr>
        <w:jc w:val="right"/>
      </w:pPr>
      <w:r>
        <w:t>But this internal phenomenon is so powerful that it is bound to find expression in the external world.</w:t>
      </w:r>
    </w:p>
    <w:p>
      <w:r>
        <w:rPr>
          <w:b/>
        </w:rPr>
        <w:t xml:space="preserve">[10:29] </w:t>
      </w:r>
      <w:r>
        <w:t>So this Ma'rifat when it translates into the outer aspects of your life then your whole life</w:t>
      </w:r>
    </w:p>
    <w:p>
      <w:pPr>
        <w:jc w:val="right"/>
      </w:pPr>
      <w:r>
        <w:t>So this Ma'rifat when it translates into the outer aspects of your life then your whole life</w:t>
      </w:r>
    </w:p>
    <w:p>
      <w:r>
        <w:rPr>
          <w:b/>
        </w:rPr>
        <w:t xml:space="preserve">[10:46] </w:t>
      </w:r>
      <w:r>
        <w:t>becomes a new life.</w:t>
      </w:r>
    </w:p>
    <w:p>
      <w:pPr>
        <w:jc w:val="right"/>
      </w:pPr>
      <w:r>
        <w:t>becomes a new life.</w:t>
      </w:r>
    </w:p>
    <w:p>
      <w:r>
        <w:rPr>
          <w:b/>
        </w:rPr>
        <w:t xml:space="preserve">[10:50] </w:t>
      </w:r>
      <w:r>
        <w:t>So Ma'rifat is not simply a personal realization. It changes your whole personality.</w:t>
      </w:r>
    </w:p>
    <w:p>
      <w:pPr>
        <w:jc w:val="right"/>
      </w:pPr>
      <w:r>
        <w:t>So Ma'rifat is not simply a personal realization. It changes your whole personality.</w:t>
      </w:r>
    </w:p>
    <w:p>
      <w:r>
        <w:rPr>
          <w:b/>
        </w:rPr>
        <w:t xml:space="preserve">[11:01] </w:t>
      </w:r>
      <w:r>
        <w:t>It changes</w:t>
      </w:r>
    </w:p>
    <w:p>
      <w:pPr>
        <w:jc w:val="right"/>
      </w:pPr>
      <w:r>
        <w:t>It changes</w:t>
      </w:r>
    </w:p>
    <w:p>
      <w:r>
        <w:rPr>
          <w:b/>
        </w:rPr>
        <w:t xml:space="preserve">[11:10] </w:t>
      </w:r>
      <w:r>
        <w:t>every action.</w:t>
      </w:r>
    </w:p>
    <w:p>
      <w:pPr>
        <w:jc w:val="right"/>
      </w:pPr>
      <w:r>
        <w:t>every action.</w:t>
      </w:r>
    </w:p>
    <w:p>
      <w:r>
        <w:rPr>
          <w:b/>
        </w:rPr>
        <w:t xml:space="preserve">[11:15] </w:t>
      </w:r>
      <w:r>
        <w:t>Then</w:t>
      </w:r>
    </w:p>
    <w:p>
      <w:pPr>
        <w:jc w:val="right"/>
      </w:pPr>
      <w:r>
        <w:t>Then</w:t>
      </w:r>
    </w:p>
    <w:p>
      <w:r>
        <w:rPr>
          <w:b/>
        </w:rPr>
        <w:t xml:space="preserve">[11:20] </w:t>
      </w:r>
      <w:r>
        <w:t>da'wah is also an expression of Ma'rifat.</w:t>
      </w:r>
    </w:p>
    <w:p>
      <w:pPr>
        <w:jc w:val="right"/>
      </w:pPr>
      <w:r>
        <w:t>da'wah is also an expression of Ma'rifat.</w:t>
      </w:r>
    </w:p>
    <w:p>
      <w:r>
        <w:rPr>
          <w:b/>
        </w:rPr>
        <w:t xml:space="preserve">[11:25] </w:t>
      </w:r>
      <w:r>
        <w:t>When you discover God is Almighty</w:t>
      </w:r>
    </w:p>
    <w:p>
      <w:pPr>
        <w:jc w:val="right"/>
      </w:pPr>
      <w:r>
        <w:t>When you discover God is Almighty</w:t>
      </w:r>
    </w:p>
    <w:p>
      <w:r>
        <w:rPr>
          <w:b/>
        </w:rPr>
        <w:t xml:space="preserve">[11:29] </w:t>
      </w:r>
      <w:r>
        <w:t>and you discover the importance of</w:t>
      </w:r>
    </w:p>
    <w:p>
      <w:pPr>
        <w:jc w:val="right"/>
      </w:pPr>
      <w:r>
        <w:t>and you discover the importance of</w:t>
      </w:r>
    </w:p>
    <w:p>
      <w:r>
        <w:rPr>
          <w:b/>
        </w:rPr>
        <w:t xml:space="preserve">[11:33] </w:t>
      </w:r>
      <w:r>
        <w:t>Deen or Islam,</w:t>
      </w:r>
    </w:p>
    <w:p>
      <w:pPr>
        <w:jc w:val="right"/>
      </w:pPr>
      <w:r>
        <w:t>Deen or Islam,</w:t>
      </w:r>
    </w:p>
    <w:p>
      <w:r>
        <w:rPr>
          <w:b/>
        </w:rPr>
        <w:t xml:space="preserve">[11:36] </w:t>
      </w:r>
      <w:r>
        <w:t>when you discover that the salvation of man depends upon</w:t>
      </w:r>
    </w:p>
    <w:p>
      <w:pPr>
        <w:jc w:val="right"/>
      </w:pPr>
      <w:r>
        <w:t>when you discover that the salvation of man depends upon</w:t>
      </w:r>
    </w:p>
    <w:p>
      <w:r>
        <w:rPr>
          <w:b/>
        </w:rPr>
        <w:t xml:space="preserve">[11:43] </w:t>
      </w:r>
      <w:r>
        <w:t>this divine guidance</w:t>
      </w:r>
    </w:p>
    <w:p>
      <w:pPr>
        <w:jc w:val="right"/>
      </w:pPr>
      <w:r>
        <w:t>this divine guidance</w:t>
      </w:r>
    </w:p>
    <w:p>
      <w:r>
        <w:rPr>
          <w:b/>
        </w:rPr>
        <w:t xml:space="preserve">[11:46] </w:t>
      </w:r>
      <w:r>
        <w:t>then by nature you try to spread this message to all mankind.</w:t>
      </w:r>
    </w:p>
    <w:p>
      <w:pPr>
        <w:jc w:val="right"/>
      </w:pPr>
      <w:r>
        <w:t>then by nature you try to spread this message to all mankind.</w:t>
      </w:r>
    </w:p>
    <w:p>
      <w:r>
        <w:rPr>
          <w:b/>
        </w:rPr>
        <w:t xml:space="preserve">[11:56] </w:t>
      </w:r>
      <w:r>
        <w:t>It becomes impossible for you to be contented on your own.</w:t>
      </w:r>
    </w:p>
    <w:p>
      <w:pPr>
        <w:jc w:val="right"/>
      </w:pPr>
      <w:r>
        <w:t>It becomes impossible for you to be contented on your own.</w:t>
      </w:r>
    </w:p>
    <w:p>
      <w:r>
        <w:rPr>
          <w:b/>
        </w:rPr>
        <w:t xml:space="preserve">[12:07] </w:t>
      </w:r>
      <w:r>
        <w:t>You want to share with other people, with your neighbors. And now you know we are living in an age of technology.</w:t>
      </w:r>
    </w:p>
    <w:p>
      <w:pPr>
        <w:jc w:val="right"/>
      </w:pPr>
      <w:r>
        <w:t>You want to share with other people, with your neighbors. And now you know we are living in an age of technology.</w:t>
      </w:r>
    </w:p>
    <w:p>
      <w:r>
        <w:rPr>
          <w:b/>
        </w:rPr>
        <w:t xml:space="preserve">[12:21] </w:t>
      </w:r>
      <w:r>
        <w:t>Now the whole world is your</w:t>
      </w:r>
    </w:p>
    <w:p>
      <w:pPr>
        <w:jc w:val="right"/>
      </w:pPr>
      <w:r>
        <w:t>Now the whole world is your</w:t>
      </w:r>
    </w:p>
    <w:p>
      <w:r>
        <w:rPr>
          <w:b/>
        </w:rPr>
        <w:t xml:space="preserve">[12:25] </w:t>
      </w:r>
      <w:r>
        <w:t>electronic neighbor. Then when you read the Qur'an you find that it is</w:t>
      </w:r>
    </w:p>
    <w:p>
      <w:pPr>
        <w:jc w:val="right"/>
      </w:pPr>
      <w:r>
        <w:t>electronic neighbor. Then when you read the Qur'an you find that it is</w:t>
      </w:r>
    </w:p>
    <w:p>
      <w:r>
        <w:rPr>
          <w:b/>
        </w:rPr>
        <w:t xml:space="preserve">[12:37] </w:t>
      </w:r>
      <w:r>
        <w:t>God Almighty's concern</w:t>
      </w:r>
    </w:p>
    <w:p>
      <w:pPr>
        <w:jc w:val="right"/>
      </w:pPr>
      <w:r>
        <w:t>God Almighty's concern</w:t>
      </w:r>
    </w:p>
    <w:p>
      <w:r>
        <w:rPr>
          <w:b/>
        </w:rPr>
        <w:t xml:space="preserve">[12:41] </w:t>
      </w:r>
      <w:r>
        <w:t>that every human being,</w:t>
      </w:r>
    </w:p>
    <w:p>
      <w:pPr>
        <w:jc w:val="right"/>
      </w:pPr>
      <w:r>
        <w:t>that every human being,</w:t>
      </w:r>
    </w:p>
    <w:p>
      <w:r>
        <w:rPr>
          <w:b/>
        </w:rPr>
        <w:t xml:space="preserve">[12:45] </w:t>
      </w:r>
      <w:r>
        <w:t>every human being must know</w:t>
      </w:r>
    </w:p>
    <w:p>
      <w:pPr>
        <w:jc w:val="right"/>
      </w:pPr>
      <w:r>
        <w:t>every human being must know</w:t>
      </w:r>
    </w:p>
    <w:p>
      <w:r>
        <w:rPr>
          <w:b/>
        </w:rPr>
        <w:t xml:space="preserve">[12:47] </w:t>
      </w:r>
      <w:r>
        <w:t>what is the creation plan of God</w:t>
      </w:r>
    </w:p>
    <w:p>
      <w:pPr>
        <w:jc w:val="right"/>
      </w:pPr>
      <w:r>
        <w:t>what is the creation plan of God</w:t>
      </w:r>
    </w:p>
    <w:p>
      <w:r>
        <w:rPr>
          <w:b/>
        </w:rPr>
        <w:t xml:space="preserve">[12:51] </w:t>
      </w:r>
      <w:r>
        <w:t>and what is the purpose of life,</w:t>
      </w:r>
    </w:p>
    <w:p>
      <w:pPr>
        <w:jc w:val="right"/>
      </w:pPr>
      <w:r>
        <w:t>and what is the purpose of life,</w:t>
      </w:r>
    </w:p>
    <w:p>
      <w:r>
        <w:rPr>
          <w:b/>
        </w:rPr>
        <w:t xml:space="preserve">[12:55] </w:t>
      </w:r>
      <w:r>
        <w:t>what is the way of success in this world and also in the hereafter.</w:t>
      </w:r>
    </w:p>
    <w:p>
      <w:pPr>
        <w:jc w:val="right"/>
      </w:pPr>
      <w:r>
        <w:t>what is the way of success in this world and also in the hereafter.</w:t>
      </w:r>
    </w:p>
    <w:p>
      <w:r>
        <w:rPr>
          <w:b/>
        </w:rPr>
        <w:t xml:space="preserve">[13:02] </w:t>
      </w:r>
      <w:r>
        <w:t>So here you want to follow, here you decide not only to follow the divine guidance but also to spread it among all mankind.</w:t>
      </w:r>
    </w:p>
    <w:p>
      <w:pPr>
        <w:jc w:val="right"/>
      </w:pPr>
      <w:r>
        <w:t>So here you want to follow, here you decide not only to follow the divine guidance but also to spread it among all mankind.</w:t>
      </w:r>
    </w:p>
    <w:p>
      <w:r>
        <w:rPr>
          <w:b/>
        </w:rPr>
        <w:t xml:space="preserve">[13:23] </w:t>
      </w:r>
      <w:r>
        <w:t>Then again I would say that it is not a simple decision</w:t>
      </w:r>
    </w:p>
    <w:p>
      <w:pPr>
        <w:jc w:val="right"/>
      </w:pPr>
      <w:r>
        <w:t>Then again I would say that it is not a simple decision</w:t>
      </w:r>
    </w:p>
    <w:p>
      <w:r>
        <w:rPr>
          <w:b/>
        </w:rPr>
        <w:t xml:space="preserve">[13:30] </w:t>
      </w:r>
      <w:r>
        <w:t>. It involves so many other things. For example, if you are living in the West, in the Western world you will find that there are a number of things that you dislike.</w:t>
      </w:r>
    </w:p>
    <w:p>
      <w:pPr>
        <w:jc w:val="right"/>
      </w:pPr>
      <w:r>
        <w:t>. It involves so many other things. For example, if you are living in the West, in the Western world you will find that there are a number of things that you dislike.</w:t>
      </w:r>
    </w:p>
    <w:p>
      <w:r>
        <w:rPr>
          <w:b/>
        </w:rPr>
        <w:t xml:space="preserve">[13:53] </w:t>
      </w:r>
      <w:r>
        <w:t>That is against the Islamic religion of Islam.</w:t>
      </w:r>
    </w:p>
    <w:p>
      <w:pPr>
        <w:jc w:val="right"/>
      </w:pPr>
      <w:r>
        <w:t>That is against the Islamic religion of Islam.</w:t>
      </w:r>
    </w:p>
    <w:p>
      <w:r>
        <w:rPr>
          <w:b/>
        </w:rPr>
        <w:t xml:space="preserve">[13:59] </w:t>
      </w:r>
      <w:r>
        <w:t>All the Due to this all the Muslims are negative towards the West. Even they say that the West is the enemy of Islam.</w:t>
      </w:r>
    </w:p>
    <w:p>
      <w:pPr>
        <w:jc w:val="right"/>
      </w:pPr>
      <w:r>
        <w:t>All the Due to this all the Muslims are negative towards the West. Even they say that the West is the enemy of Islam.</w:t>
      </w:r>
    </w:p>
    <w:p>
      <w:r>
        <w:rPr>
          <w:b/>
        </w:rPr>
        <w:t xml:space="preserve">[14:12] </w:t>
      </w:r>
      <w:r>
        <w:t>But your Ma'rifat,</w:t>
      </w:r>
    </w:p>
    <w:p>
      <w:pPr>
        <w:jc w:val="right"/>
      </w:pPr>
      <w:r>
        <w:t>But your Ma'rifat,</w:t>
      </w:r>
    </w:p>
    <w:p>
      <w:r>
        <w:rPr>
          <w:b/>
        </w:rPr>
        <w:t xml:space="preserve">[14:18] </w:t>
      </w:r>
      <w:r>
        <w:t>your Ma'rifat is not ready to accept this kind of hateful psychology</w:t>
      </w:r>
    </w:p>
    <w:p>
      <w:pPr>
        <w:jc w:val="right"/>
      </w:pPr>
      <w:r>
        <w:t>your Ma'rifat is not ready to accept this kind of hateful psycholog</w:t>
      </w:r>
    </w:p>
    <w:p>
      <w:r>
        <w:rPr>
          <w:b/>
        </w:rPr>
        <w:t xml:space="preserve">[14:28] </w:t>
      </w:r>
      <w:r>
        <w:t>y. You discover that da'wah and hate both cannot go together.</w:t>
      </w:r>
    </w:p>
    <w:p>
      <w:pPr>
        <w:jc w:val="right"/>
      </w:pPr>
      <w:r>
        <w:t>y. You discover that da'wah and hate both cannot go together.</w:t>
      </w:r>
    </w:p>
    <w:p>
      <w:r>
        <w:rPr>
          <w:b/>
        </w:rPr>
        <w:t xml:space="preserve">[14:37] </w:t>
      </w:r>
      <w:r>
        <w:t>If you are a da'ee then you cannot afford to hate against Madh'u. You discover that every businessman knows that he cannot afford hate against his customers.</w:t>
      </w:r>
    </w:p>
    <w:p>
      <w:pPr>
        <w:jc w:val="right"/>
      </w:pPr>
      <w:r>
        <w:t>If you are a diey then you cannot afford to hate against Madhu. You discover that every businessman knows that he cannot afford hate against his customers.</w:t>
      </w:r>
    </w:p>
    <w:p>
      <w:r>
        <w:rPr>
          <w:b/>
        </w:rPr>
        <w:t xml:space="preserve">[14:59] </w:t>
      </w:r>
      <w:r>
        <w:t>So among the business community there is a saying that customer-friendly, there is a term that is customer-friendly behavior.</w:t>
      </w:r>
    </w:p>
    <w:p>
      <w:pPr>
        <w:jc w:val="right"/>
      </w:pPr>
      <w:r>
        <w:t>So among the business community there is a saying that customer-friendly, there is a term that is customer-friendly behavior.</w:t>
      </w:r>
    </w:p>
    <w:p>
      <w:r>
        <w:rPr>
          <w:b/>
        </w:rPr>
        <w:t xml:space="preserve">[15:12] </w:t>
      </w:r>
      <w:r>
        <w:t>So every businessman adopts customer-friendly behavior.</w:t>
      </w:r>
    </w:p>
    <w:p>
      <w:pPr>
        <w:jc w:val="right"/>
      </w:pPr>
      <w:r>
        <w:t>So every businessman adopts customer-friendly behavior.</w:t>
      </w:r>
    </w:p>
    <w:p>
      <w:r>
        <w:rPr>
          <w:b/>
        </w:rPr>
        <w:t xml:space="preserve">[15:17] </w:t>
      </w:r>
      <w:r>
        <w:t>So you feel that I also must adopt Madhu-friendly behavior,</w:t>
      </w:r>
    </w:p>
    <w:p>
      <w:pPr>
        <w:jc w:val="right"/>
      </w:pPr>
      <w:r>
        <w:t>So you feel that I also must adopt Madhu-friendly behavior,</w:t>
      </w:r>
    </w:p>
    <w:p>
      <w:r>
        <w:rPr>
          <w:b/>
        </w:rPr>
        <w:t xml:space="preserve">[15:28] </w:t>
      </w:r>
      <w:r>
        <w:t>Madhu-friendly behavior. But it is not easy. Madhu-friendly behavior is not very easy because every time there are some unpleasant situations,</w:t>
      </w:r>
    </w:p>
    <w:p>
      <w:pPr>
        <w:jc w:val="right"/>
      </w:pPr>
      <w:r>
        <w:t>Madhu-friendly behavior. But it is not easy. Madhu-friendly behavior is not very easy because every time there are some unpleasant situations,</w:t>
      </w:r>
    </w:p>
    <w:p>
      <w:r>
        <w:rPr>
          <w:b/>
        </w:rPr>
        <w:t xml:space="preserve">[15:44] </w:t>
      </w:r>
      <w:r>
        <w:t>there are some sad experiences.</w:t>
      </w:r>
    </w:p>
    <w:p>
      <w:pPr>
        <w:jc w:val="right"/>
      </w:pPr>
      <w:r>
        <w:t>there are some sad experiences.</w:t>
      </w:r>
    </w:p>
    <w:p>
      <w:r>
        <w:rPr>
          <w:b/>
        </w:rPr>
        <w:t xml:space="preserve">[15:48] </w:t>
      </w:r>
      <w:r>
        <w:t>So you discover, you decide that I will adopt Madhu-friendly behavior in spite of all those atrocities, right or wrong.</w:t>
      </w:r>
    </w:p>
    <w:p>
      <w:pPr>
        <w:jc w:val="right"/>
      </w:pPr>
      <w:r>
        <w:t>So you discover, you decide that I will adopt Madhu-friendly behavior in spite of all those atrocities,right or wrong.</w:t>
      </w:r>
    </w:p>
    <w:p>
      <w:r>
        <w:rPr>
          <w:b/>
        </w:rPr>
        <w:t xml:space="preserve">[16:11] </w:t>
      </w:r>
      <w:r>
        <w:t>So you feel that if I want to achieve that kind of reward which</w:t>
      </w:r>
    </w:p>
    <w:p>
      <w:pPr>
        <w:jc w:val="right"/>
      </w:pPr>
      <w:r>
        <w:t>So you feel that if I want to achieve that kind of reward which</w:t>
      </w:r>
    </w:p>
    <w:p>
      <w:r>
        <w:rPr>
          <w:b/>
        </w:rPr>
        <w:t xml:space="preserve">[16:25] </w:t>
      </w:r>
      <w:r>
        <w:t>will be given to diey for da'wah work</w:t>
      </w:r>
    </w:p>
    <w:p>
      <w:pPr>
        <w:jc w:val="right"/>
      </w:pPr>
      <w:r>
        <w:t>will be given to diey for da'wah work</w:t>
      </w:r>
    </w:p>
    <w:p>
      <w:r>
        <w:rPr>
          <w:b/>
        </w:rPr>
        <w:t xml:space="preserve">[16:29] </w:t>
      </w:r>
      <w:r>
        <w:t>then you have to change your mind. Then you have to</w:t>
      </w:r>
    </w:p>
    <w:p>
      <w:pPr>
        <w:jc w:val="right"/>
      </w:pPr>
      <w:r>
        <w:t>then you have to change your mind. Then you have to</w:t>
      </w:r>
    </w:p>
    <w:p>
      <w:r>
        <w:rPr>
          <w:b/>
        </w:rPr>
        <w:t xml:space="preserve">[16:38] </w:t>
      </w:r>
      <w:r>
        <w:t>make yourself hate-free. Then you have to adopt Madhu-friendly behavior. Otherwise you will fail to do da'wah work and also you will fail to achieve that reward which is</w:t>
      </w:r>
    </w:p>
    <w:p>
      <w:pPr>
        <w:jc w:val="right"/>
      </w:pPr>
      <w:r>
        <w:t>make yourself hate-free. Then you have to adopt Madhu-friendly behavior. Otherwise you will fail to do da'wah work and also you will fail to achieve that reward which is</w:t>
      </w:r>
    </w:p>
    <w:p>
      <w:r>
        <w:rPr>
          <w:b/>
        </w:rPr>
        <w:t xml:space="preserve">[17:01] </w:t>
      </w:r>
      <w:r>
        <w:t>destined for those people who have done da'wah work in this world.</w:t>
      </w:r>
    </w:p>
    <w:p>
      <w:pPr>
        <w:jc w:val="right"/>
      </w:pPr>
      <w:r>
        <w:t>destined for those people who have done da'wah work in this world.</w:t>
      </w:r>
    </w:p>
    <w:p>
      <w:r>
        <w:rPr>
          <w:b/>
        </w:rPr>
        <w:t xml:space="preserve">[17:10] </w:t>
      </w:r>
      <w:r>
        <w:t>So this is da'wah culture.</w:t>
      </w:r>
    </w:p>
    <w:p>
      <w:pPr>
        <w:jc w:val="right"/>
      </w:pPr>
      <w:r>
        <w:t>So this is da'wah culture.</w:t>
      </w:r>
    </w:p>
    <w:p>
      <w:r>
        <w:rPr>
          <w:b/>
        </w:rPr>
        <w:t xml:space="preserve">[17:16] </w:t>
      </w:r>
      <w:r>
        <w:t>So this is the two basic principles, Ma'rifat and da'wah. All other things that are part of Islam like ibadah,</w:t>
      </w:r>
    </w:p>
    <w:p>
      <w:pPr>
        <w:jc w:val="right"/>
      </w:pPr>
      <w:r>
        <w:t>So this is the two basic principles, Ma'rifat and da'wah. All other things that are part of Islam like ibadah,</w:t>
      </w:r>
    </w:p>
    <w:p>
      <w:r>
        <w:rPr>
          <w:b/>
        </w:rPr>
        <w:t xml:space="preserve">[17:30] </w:t>
      </w:r>
      <w:r>
        <w:t>like da'wah, like dhikr, like character, all the things, good behavior, all the things that are part of Islam that are offshoot of these two principles.</w:t>
      </w:r>
    </w:p>
    <w:p>
      <w:pPr>
        <w:jc w:val="right"/>
      </w:pPr>
      <w:r>
        <w:t>like da'wah, like dhikr, like character, all the things, good behavior, all the things that are part of Islam that are offshoot of these two principles.</w:t>
      </w:r>
    </w:p>
    <w:p>
      <w:r>
        <w:rPr>
          <w:b/>
        </w:rPr>
        <w:t xml:space="preserve">[17:55] </w:t>
      </w:r>
      <w:r>
        <w:t>Even I can say that everything is offshoot or manifestation of Ma'rifat. Da'wah is also a manifestation of Ma'rifat.</w:t>
      </w:r>
    </w:p>
    <w:p>
      <w:pPr>
        <w:jc w:val="right"/>
      </w:pPr>
      <w:r>
        <w:t>Even I can say that everything is offshoot or manifestation of Ma'rifat. Da'wah is also a manifestation of Ma'rifat.</w:t>
      </w:r>
    </w:p>
    <w:p>
      <w:r>
        <w:rPr>
          <w:b/>
        </w:rPr>
        <w:t xml:space="preserve">[18:10] </w:t>
      </w:r>
      <w:r>
        <w:t>So Ma'rifat in Islam is like a seed. You know every tree begins from a seed.</w:t>
      </w:r>
    </w:p>
    <w:p>
      <w:pPr>
        <w:jc w:val="right"/>
      </w:pPr>
      <w:r>
        <w:t>So Ma'rifat in Islam is like a seed. You know every tree begins from a seed.</w:t>
      </w:r>
    </w:p>
    <w:p>
      <w:r>
        <w:rPr>
          <w:b/>
        </w:rPr>
        <w:t xml:space="preserve">[18:23] </w:t>
      </w:r>
      <w:r>
        <w:t>The whole tree is kept in a small seed.</w:t>
      </w:r>
    </w:p>
    <w:p>
      <w:pPr>
        <w:jc w:val="right"/>
      </w:pPr>
      <w:r>
        <w:t>The whole tree is kept in a small seed.</w:t>
      </w:r>
    </w:p>
    <w:p>
      <w:r>
        <w:rPr>
          <w:b/>
        </w:rPr>
        <w:t xml:space="preserve">[18:31] </w:t>
      </w:r>
      <w:r>
        <w:t>Seed is the beginning of a tree.</w:t>
      </w:r>
    </w:p>
    <w:p>
      <w:pPr>
        <w:jc w:val="right"/>
      </w:pPr>
      <w:r>
        <w:t>Seed is the beginning of a tree.</w:t>
      </w:r>
    </w:p>
    <w:p>
      <w:r>
        <w:rPr>
          <w:b/>
        </w:rPr>
        <w:t xml:space="preserve">[18:37] </w:t>
      </w:r>
      <w:r>
        <w:t>So the whole tree is just like the unfolding of a seed. Due to this the Qur'an says that</w:t>
      </w:r>
    </w:p>
    <w:p>
      <w:pPr>
        <w:jc w:val="right"/>
      </w:pPr>
      <w:r>
        <w:t>So the whole tree is just like the unfolding of a seed. Due to this the Qur'an says that</w:t>
      </w:r>
    </w:p>
    <w:p>
      <w:r>
        <w:rPr>
          <w:b/>
        </w:rPr>
        <w:t xml:space="preserve">[18:57] </w:t>
      </w:r>
      <w:r>
        <w:t>Kalamatul Musallil Kalamatul Tayyibah Kasharatin Tayyibah Asmaa Thawabitun Wafarwahafi Sabab. So the word of God is like a seed. The word of God is like a seed.</w:t>
      </w:r>
    </w:p>
    <w:p>
      <w:pPr>
        <w:jc w:val="right"/>
      </w:pPr>
      <w:r>
        <w:t>Kalamatul Musallil Kalamatul Tayyibah Kasharatin Tayyibah Asmaa Thawabitun Wafarwahafi Sabab. So Kalamatul Musallil Kalamatul Musallil Kalamatul Musallil Kalamatul Musallil Kalamatul Musallil like a seed. Kalamatul Musallil Kalamatul Musallil like a seed.</w:t>
      </w:r>
    </w:p>
    <w:p>
      <w:r>
        <w:rPr>
          <w:b/>
        </w:rPr>
        <w:t xml:space="preserve">[19:03] </w:t>
      </w:r>
      <w:r>
        <w:t>When one discovers the value of Kalimatullah, one who adopts Kalimatullah with a true spirit then Kalimatullah</w:t>
      </w:r>
    </w:p>
    <w:p>
      <w:pPr>
        <w:jc w:val="right"/>
      </w:pPr>
      <w:r>
        <w:t>When one discovers the value of Kalamatul Musallil, one who adopts Kalamatul Musallil with a true spirit then Kalamatul Musallil</w:t>
      </w:r>
    </w:p>
    <w:p>
      <w:r>
        <w:rPr>
          <w:b/>
        </w:rPr>
        <w:t xml:space="preserve">[19:20] </w:t>
      </w:r>
      <w:r>
        <w:t>becomes for him like a seed and his iman starts growing.</w:t>
      </w:r>
    </w:p>
    <w:p>
      <w:pPr>
        <w:jc w:val="right"/>
      </w:pPr>
      <w:r>
        <w:t>becomes for him like a seed and his iman starts growing.</w:t>
      </w:r>
    </w:p>
    <w:p>
      <w:r>
        <w:rPr>
          <w:b/>
        </w:rPr>
        <w:t xml:space="preserve">[19:30] </w:t>
      </w:r>
      <w:r>
        <w:t>So growing, growing, growing till it becomes a tree, a whole tree.</w:t>
      </w:r>
    </w:p>
    <w:p>
      <w:pPr>
        <w:jc w:val="right"/>
      </w:pPr>
      <w:r>
        <w:t>So growing, growing, growing till it becomes a tree, a whole tree.</w:t>
      </w:r>
    </w:p>
    <w:p>
      <w:r>
        <w:rPr>
          <w:b/>
        </w:rPr>
        <w:t xml:space="preserve">[19:37] </w:t>
      </w:r>
      <w:r>
        <w:t>So Ma'rifat, so in Islam Ma'rifat is like a seed. And all those things that we know, that we know as part of Islam all those things are only manifestations of Ma'rifat including da'wah.</w:t>
      </w:r>
    </w:p>
    <w:p>
      <w:pPr>
        <w:jc w:val="right"/>
      </w:pPr>
      <w:r>
        <w:t>So Ma'rifat, so in Islam Ma'rifat is like a seed. And all those things that we know, that we know as part of Islam all those things are only manifestations of Ma'rifat including da'wah.</w:t>
      </w:r>
    </w:p>
    <w:p>
      <w:r>
        <w:rPr>
          <w:b/>
        </w:rPr>
        <w:t xml:space="preserve">[20:01] </w:t>
      </w:r>
      <w:r>
        <w:t>So I think that every believer must know this fact. Every believer must strengthen his belief.</w:t>
      </w:r>
    </w:p>
    <w:p>
      <w:pPr>
        <w:jc w:val="right"/>
      </w:pPr>
      <w:r>
        <w:t>So I think that every believer must know this fact. Every believer must strengthen his belief.</w:t>
      </w:r>
    </w:p>
    <w:p>
      <w:r>
        <w:rPr>
          <w:b/>
        </w:rPr>
        <w:t xml:space="preserve">[20:13] </w:t>
      </w:r>
      <w:r>
        <w:t>Every believer must acquire a conviction about his Ma'rifah, about his belief.</w:t>
      </w:r>
    </w:p>
    <w:p>
      <w:pPr>
        <w:jc w:val="right"/>
      </w:pPr>
      <w:r>
        <w:t>Every believer must acquire a conviction about his Ma'rifah, about his belief.</w:t>
      </w:r>
    </w:p>
    <w:p>
      <w:r>
        <w:rPr>
          <w:b/>
        </w:rPr>
        <w:t xml:space="preserve">[20:26] </w:t>
      </w:r>
      <w:r>
        <w:t>So only this kind of</w:t>
      </w:r>
    </w:p>
    <w:p>
      <w:pPr>
        <w:jc w:val="right"/>
      </w:pPr>
      <w:r>
        <w:t>So only this kind of</w:t>
      </w:r>
    </w:p>
    <w:p>
      <w:r>
        <w:rPr>
          <w:b/>
        </w:rPr>
        <w:t xml:space="preserve">[20:34] </w:t>
      </w:r>
      <w:r>
        <w:t>strengthening your Ma'rifah will find expression in the external world.</w:t>
      </w:r>
    </w:p>
    <w:p>
      <w:pPr>
        <w:jc w:val="right"/>
      </w:pPr>
      <w:r>
        <w:t>strengthening your Ma'rifah will find expression in the external world.</w:t>
      </w:r>
    </w:p>
    <w:p>
      <w:r>
        <w:rPr>
          <w:b/>
        </w:rPr>
        <w:t xml:space="preserve">[20:46] </w:t>
      </w:r>
      <w:r>
        <w:t>So Ma'rifah is beginning, Ma'rifah is the first principle of Islam</w:t>
      </w:r>
    </w:p>
    <w:p>
      <w:pPr>
        <w:jc w:val="right"/>
      </w:pPr>
      <w:r>
        <w:t>So Ma'rifah is beginning, Ma'rifah is the first principle of Islam</w:t>
      </w:r>
    </w:p>
    <w:p>
      <w:r>
        <w:rPr>
          <w:b/>
        </w:rPr>
        <w:t xml:space="preserve">[20:55] </w:t>
      </w:r>
      <w:r>
        <w:t>. Ma'rifah is the basic teaching of Islam. And da'wah is only an expression, an external expression of Islam.</w:t>
      </w:r>
    </w:p>
    <w:p>
      <w:pPr>
        <w:jc w:val="right"/>
      </w:pPr>
      <w:r>
        <w:t>. Ma'rifah is the basic teaching of Islam. And da'wah is only an expression, an external expression of Islam.</w:t>
      </w:r>
    </w:p>
    <w:p>
      <w:r>
        <w:rPr>
          <w:b/>
        </w:rPr>
        <w:t xml:space="preserve">[21:07] </w:t>
      </w:r>
      <w:r>
        <w:t>Then when you involve yourself in da'wah you every day you feel some experience when you interact with your Madhu,</w:t>
      </w:r>
    </w:p>
    <w:p>
      <w:pPr>
        <w:jc w:val="right"/>
      </w:pPr>
      <w:r>
        <w:t>Then when you involve yourself in da'wah you every day you feel some experience when you interact with your Madhu,</w:t>
      </w:r>
    </w:p>
    <w:p>
      <w:r>
        <w:rPr>
          <w:b/>
        </w:rPr>
        <w:t xml:space="preserve">[21:25] </w:t>
      </w:r>
      <w:r>
        <w:t>when you discuss with your Madhu, when you</w:t>
      </w:r>
    </w:p>
    <w:p>
      <w:pPr>
        <w:jc w:val="right"/>
      </w:pPr>
      <w:r>
        <w:t>when you discuss with your Madhu, when you</w:t>
      </w:r>
    </w:p>
    <w:p>
      <w:r>
        <w:rPr>
          <w:b/>
        </w:rPr>
        <w:t xml:space="preserve">[21:34] </w:t>
      </w:r>
      <w:r>
        <w:t>try to convince your mother then you feel that there are so many question</w:t>
      </w:r>
    </w:p>
    <w:p>
      <w:pPr>
        <w:jc w:val="right"/>
      </w:pPr>
      <w:r>
        <w:t>try to convince your Madhu then you feel that there are so many question</w:t>
      </w:r>
    </w:p>
    <w:p>
      <w:r>
        <w:rPr>
          <w:b/>
        </w:rPr>
        <w:t xml:space="preserve">[21:40] </w:t>
      </w:r>
      <w:r>
        <w:t>s. My guru gives you a new way of thinking, a new item of thinking. Then if you are sincere, if you want to convince your guru,</w:t>
      </w:r>
    </w:p>
    <w:p>
      <w:pPr>
        <w:jc w:val="right"/>
      </w:pPr>
      <w:r>
        <w:t>s. Madhu gives you a new way of thinking, a new item of thinking. Then if you are sincere, if you want to convince your Madhu,</w:t>
      </w:r>
    </w:p>
    <w:p>
      <w:r>
        <w:rPr>
          <w:b/>
        </w:rPr>
        <w:t xml:space="preserve">[21:57] </w:t>
      </w:r>
      <w:r>
        <w:t>if you want to address the mind of Madhu then you will prepare yourself so that you may address the mind of Madhu.</w:t>
      </w:r>
    </w:p>
    <w:p>
      <w:pPr>
        <w:jc w:val="right"/>
      </w:pPr>
      <w:r>
        <w:t>if you want to address the mind of Madhu then you will prepare yourself so that you may address the mind of Madhu.</w:t>
      </w:r>
    </w:p>
    <w:p>
      <w:r>
        <w:rPr>
          <w:b/>
        </w:rPr>
        <w:t xml:space="preserve">[22:09] </w:t>
      </w:r>
      <w:r>
        <w:t>In this sense I can say that da'wah is a bilateral process. Da'wah is not unilateral announcement.</w:t>
      </w:r>
    </w:p>
    <w:p>
      <w:pPr>
        <w:jc w:val="right"/>
      </w:pPr>
      <w:r>
        <w:t>In this sense I can say that da'wah is a bilateral process. Da'wah is not unilateral announcement.</w:t>
      </w:r>
    </w:p>
    <w:p>
      <w:r>
        <w:rPr>
          <w:b/>
        </w:rPr>
        <w:t xml:space="preserve">[22:22] </w:t>
      </w:r>
      <w:r>
        <w:t>Da'wah is a bilateral process. It is a mutual learning. It is giving at the same time taking.</w:t>
      </w:r>
    </w:p>
    <w:p>
      <w:pPr>
        <w:jc w:val="right"/>
      </w:pPr>
      <w:r>
        <w:t>Da'wah is a bilateral process. It is a mutual learning. It is giving at the same time taking.</w:t>
      </w:r>
    </w:p>
    <w:p>
      <w:r>
        <w:rPr>
          <w:b/>
        </w:rPr>
        <w:t xml:space="preserve">[22:33] </w:t>
      </w:r>
      <w:r>
        <w:t>Madhu, they give something to Madhu. A Madhu takes something from you.</w:t>
      </w:r>
    </w:p>
    <w:p>
      <w:pPr>
        <w:jc w:val="right"/>
      </w:pPr>
      <w:r>
        <w:t>Madhu, diey gives something to Madhu. A Madhu takes something from you.</w:t>
      </w:r>
    </w:p>
    <w:p>
      <w:r>
        <w:rPr>
          <w:b/>
        </w:rPr>
        <w:t xml:space="preserve">[22:44] </w:t>
      </w:r>
      <w:r>
        <w:t>So it is a give-and-take process</w:t>
      </w:r>
    </w:p>
    <w:p>
      <w:pPr>
        <w:jc w:val="right"/>
      </w:pPr>
      <w:r>
        <w:t>So it is a give-and-take process</w:t>
      </w:r>
    </w:p>
    <w:p>
      <w:r>
        <w:rPr>
          <w:b/>
        </w:rPr>
        <w:t xml:space="preserve">[22:49] </w:t>
      </w:r>
      <w:r>
        <w:t>. So if they is sincere, if they is a prepared mind then da'wah becomes for him a way of intellectual development, spiritual development, personality development.</w:t>
      </w:r>
    </w:p>
    <w:p>
      <w:pPr>
        <w:jc w:val="right"/>
      </w:pPr>
      <w:r>
        <w:t>. So if diey is sincere, if diey is a prepared mind then da'wah becomes for him a way of intellectual development, spiritual development, personality development.</w:t>
      </w:r>
    </w:p>
    <w:p>
      <w:r>
        <w:rPr>
          <w:b/>
        </w:rPr>
        <w:t xml:space="preserve">[23:07] </w:t>
      </w:r>
      <w:r>
        <w:t>So we have to know that da'wah is not only for Madhu. It is also for diey.</w:t>
      </w:r>
    </w:p>
    <w:p>
      <w:pPr>
        <w:jc w:val="right"/>
      </w:pPr>
      <w:r>
        <w:t>So we have to know that da'wah is not only for Madhu. It is also for diey.</w:t>
      </w:r>
    </w:p>
    <w:p>
      <w:r>
        <w:rPr>
          <w:b/>
        </w:rPr>
        <w:t xml:space="preserve">[23:19] </w:t>
      </w:r>
      <w:r>
        <w:t>It is a double-sided work. I think that according to my experience I can say that the greatest, greatest boost for intellectual development is da'wah.</w:t>
      </w:r>
    </w:p>
    <w:p>
      <w:pPr>
        <w:jc w:val="right"/>
      </w:pPr>
      <w:r>
        <w:t>It is a double-sided work. I think that according to my experience I can say that the greatest, greatest boost for intellectual development is da'wah.</w:t>
      </w:r>
    </w:p>
    <w:p>
      <w:r>
        <w:rPr>
          <w:b/>
        </w:rPr>
        <w:t xml:space="preserve">[23:42] </w:t>
      </w:r>
      <w:r>
        <w:t>I have so many experiences in my mind, in life that when I met someone where I wanted to convey the message of Islam to someone he raised some question.</w:t>
      </w:r>
    </w:p>
    <w:p>
      <w:pPr>
        <w:jc w:val="right"/>
      </w:pPr>
      <w:r>
        <w:t>I have so many experiences in my mind, in life that when I met someone where I wanted to convey the message of Islam to someone he raised some question.</w:t>
      </w:r>
    </w:p>
    <w:p>
      <w:r>
        <w:rPr>
          <w:b/>
        </w:rPr>
        <w:t xml:space="preserve">[24:00] </w:t>
      </w:r>
      <w:r>
        <w:t>That question, that question</w:t>
      </w:r>
    </w:p>
    <w:p>
      <w:pPr>
        <w:jc w:val="right"/>
      </w:pPr>
      <w:r>
        <w:t>That question, that question</w:t>
      </w:r>
    </w:p>
    <w:p>
      <w:r>
        <w:rPr>
          <w:b/>
        </w:rPr>
        <w:t xml:space="preserve">[24:08] </w:t>
      </w:r>
      <w:r>
        <w:t>made me rethinking.</w:t>
      </w:r>
    </w:p>
    <w:p>
      <w:pPr>
        <w:jc w:val="right"/>
      </w:pPr>
      <w:r>
        <w:t>made me rethinking.</w:t>
      </w:r>
    </w:p>
    <w:p>
      <w:r>
        <w:rPr>
          <w:b/>
        </w:rPr>
        <w:t xml:space="preserve">[24:11] </w:t>
      </w:r>
      <w:r>
        <w:t>Sometime I found that at that time, when at the time of counter I was unable to reply to his question.</w:t>
      </w:r>
    </w:p>
    <w:p>
      <w:pPr>
        <w:jc w:val="right"/>
      </w:pPr>
      <w:r>
        <w:t>Sometime I found that at that time, when at the time of counter I was unable to reply to his question.</w:t>
      </w:r>
    </w:p>
    <w:p>
      <w:r>
        <w:rPr>
          <w:b/>
        </w:rPr>
        <w:t xml:space="preserve">[24:23] </w:t>
      </w:r>
      <w:r>
        <w:t>There are so many instances. When I found myself helpless then what happened?</w:t>
      </w:r>
    </w:p>
    <w:p>
      <w:pPr>
        <w:jc w:val="right"/>
      </w:pPr>
      <w:r>
        <w:t>There are so many instances. When I found myself helpless then what happened?</w:t>
      </w:r>
    </w:p>
    <w:p>
      <w:r>
        <w:rPr>
          <w:b/>
        </w:rPr>
        <w:t xml:space="preserve">[24:33] </w:t>
      </w:r>
      <w:r>
        <w:t>I returned with a new decision that I will prepare myself. I will prepare myself.</w:t>
      </w:r>
    </w:p>
    <w:p>
      <w:pPr>
        <w:jc w:val="right"/>
      </w:pPr>
      <w:r>
        <w:t>I returned with a new decision that I will prepare myself. I will prepare myself.</w:t>
      </w:r>
    </w:p>
    <w:p>
      <w:r>
        <w:rPr>
          <w:b/>
        </w:rPr>
        <w:t xml:space="preserve">[24:42] </w:t>
      </w:r>
      <w:r>
        <w:t>I will prepare myself. So I studied books. I inquired,</w:t>
      </w:r>
    </w:p>
    <w:p>
      <w:pPr>
        <w:jc w:val="right"/>
      </w:pPr>
      <w:r>
        <w:t>I will prepare myself. So I studied books. I inquired,</w:t>
      </w:r>
    </w:p>
    <w:p>
      <w:r>
        <w:rPr>
          <w:b/>
        </w:rPr>
        <w:t xml:space="preserve">[24:51] </w:t>
      </w:r>
      <w:r>
        <w:t>I inquired about his question. I studied the Qur'an again and again.</w:t>
      </w:r>
    </w:p>
    <w:p>
      <w:pPr>
        <w:jc w:val="right"/>
      </w:pPr>
      <w:r>
        <w:t>I inquired about his question. I studied the Qur'an again and again.</w:t>
      </w:r>
    </w:p>
    <w:p>
      <w:r>
        <w:rPr>
          <w:b/>
        </w:rPr>
        <w:t xml:space="preserve">[24:59] </w:t>
      </w:r>
      <w:r>
        <w:t>So</w:t>
      </w:r>
    </w:p>
    <w:p>
      <w:pPr>
        <w:jc w:val="right"/>
      </w:pPr>
      <w:r>
        <w:t>So</w:t>
      </w:r>
    </w:p>
    <w:p>
      <w:r>
        <w:rPr>
          <w:b/>
        </w:rPr>
        <w:t xml:space="preserve">[25:03] </w:t>
      </w:r>
      <w:r>
        <w:t>my da'wah work became</w:t>
      </w:r>
    </w:p>
    <w:p>
      <w:pPr>
        <w:jc w:val="right"/>
      </w:pPr>
      <w:r>
        <w:t>my da'wah work became</w:t>
      </w:r>
    </w:p>
    <w:p>
      <w:r>
        <w:rPr>
          <w:b/>
        </w:rPr>
        <w:t xml:space="preserve">[25:08] </w:t>
      </w:r>
      <w:r>
        <w:t>a study work also. So according to my experience da'wah is a great source of self-training.</w:t>
      </w:r>
    </w:p>
    <w:p>
      <w:pPr>
        <w:jc w:val="right"/>
      </w:pPr>
      <w:r>
        <w:t>a study work also. So according to my experience da'wah is a great source of self-training.</w:t>
      </w:r>
    </w:p>
    <w:p>
      <w:r>
        <w:rPr>
          <w:b/>
        </w:rPr>
        <w:t xml:space="preserve">[25:21] </w:t>
      </w:r>
      <w:r>
        <w:t>If you are sincere, if you are sincere then da'wah is a great source of self-training.</w:t>
      </w:r>
    </w:p>
    <w:p>
      <w:pPr>
        <w:jc w:val="right"/>
      </w:pPr>
      <w:r>
        <w:t>If you are sincere, if you are sincere then da'wah is a great source of self-training.</w:t>
      </w:r>
    </w:p>
    <w:p>
      <w:r>
        <w:rPr>
          <w:b/>
        </w:rPr>
        <w:t xml:space="preserve">[25:32] </w:t>
      </w:r>
      <w:r>
        <w:t>Da'wah is a great source of</w:t>
      </w:r>
    </w:p>
    <w:p>
      <w:pPr>
        <w:jc w:val="right"/>
      </w:pPr>
      <w:r>
        <w:t>Da'wah is a great source of</w:t>
      </w:r>
    </w:p>
    <w:p>
      <w:r>
        <w:rPr>
          <w:b/>
        </w:rPr>
        <w:t xml:space="preserve">[25:39] </w:t>
      </w:r>
      <w:r>
        <w:t>intellectual development. Because Madhu</w:t>
      </w:r>
    </w:p>
    <w:p>
      <w:pPr>
        <w:jc w:val="right"/>
      </w:pPr>
      <w:r>
        <w:t>intellectual development. Because Madhu</w:t>
      </w:r>
    </w:p>
    <w:p>
      <w:r>
        <w:rPr>
          <w:b/>
        </w:rPr>
        <w:t xml:space="preserve">[25:47] </w:t>
      </w:r>
      <w:r>
        <w:t>was born in a different environment his way of thinking is quite different.</w:t>
      </w:r>
    </w:p>
    <w:p>
      <w:pPr>
        <w:jc w:val="right"/>
      </w:pPr>
      <w:r>
        <w:t>was born in a different environment his way of thinking is quite different.</w:t>
      </w:r>
    </w:p>
    <w:p>
      <w:r>
        <w:rPr>
          <w:b/>
        </w:rPr>
        <w:t xml:space="preserve">[25:54] </w:t>
      </w:r>
      <w:r>
        <w:t>So when you meet he will raise different kinds of questions and sometime you are not prepared to answer to those questions.</w:t>
      </w:r>
    </w:p>
    <w:p>
      <w:pPr>
        <w:jc w:val="right"/>
      </w:pPr>
      <w:r>
        <w:t>So when you meet he will raise different kinds of questions and sometime you are not prepared to answer to those questions.</w:t>
      </w:r>
    </w:p>
    <w:p>
      <w:r>
        <w:rPr>
          <w:b/>
        </w:rPr>
        <w:t xml:space="preserve">[26:08] </w:t>
      </w:r>
      <w:r>
        <w:t>But if you are sincere then you will go to further study.</w:t>
      </w:r>
    </w:p>
    <w:p>
      <w:pPr>
        <w:jc w:val="right"/>
      </w:pPr>
      <w:r>
        <w:t>But if you are sincere then you will go to further study.</w:t>
      </w:r>
    </w:p>
    <w:p>
      <w:r>
        <w:rPr>
          <w:b/>
        </w:rPr>
        <w:t xml:space="preserve">[26:17] </w:t>
      </w:r>
      <w:r>
        <w:t>You will contemplate, you will think again and again and then you will discover some new things.</w:t>
      </w:r>
    </w:p>
    <w:p>
      <w:pPr>
        <w:jc w:val="right"/>
      </w:pPr>
      <w:r>
        <w:t>You will contemplate, you will think again and again and then you will discover some new things.</w:t>
      </w:r>
    </w:p>
    <w:p>
      <w:r>
        <w:rPr>
          <w:b/>
        </w:rPr>
        <w:t xml:space="preserve">[26:30] </w:t>
      </w:r>
      <w:r>
        <w:t>Some of my books were compiled by this kind of after this kind of experience.</w:t>
      </w:r>
    </w:p>
    <w:p>
      <w:pPr>
        <w:jc w:val="right"/>
      </w:pPr>
      <w:r>
        <w:t>Some of my books were compiled by this kind of after this kind of experience.</w:t>
      </w:r>
    </w:p>
    <w:p>
      <w:r>
        <w:rPr>
          <w:b/>
        </w:rPr>
        <w:t xml:space="preserve">[26:42] </w:t>
      </w:r>
      <w:r>
        <w:t>So I think that da'wah is not</w:t>
      </w:r>
    </w:p>
    <w:p>
      <w:pPr>
        <w:jc w:val="right"/>
      </w:pPr>
      <w:r>
        <w:t>So I think that da'wah is not</w:t>
      </w:r>
    </w:p>
    <w:p>
      <w:r>
        <w:rPr>
          <w:b/>
        </w:rPr>
        <w:t xml:space="preserve">[26:51] </w:t>
      </w:r>
      <w:r>
        <w:t>simply an announcement. Da'wah is a great task.</w:t>
      </w:r>
    </w:p>
    <w:p>
      <w:pPr>
        <w:jc w:val="right"/>
      </w:pPr>
      <w:r>
        <w:t>simply an announcement. Da'wah is a great task.</w:t>
      </w:r>
    </w:p>
    <w:p>
      <w:r>
        <w:rPr>
          <w:b/>
        </w:rPr>
        <w:t xml:space="preserve">[26:59] </w:t>
      </w:r>
      <w:r>
        <w:t>Then I would like to say that there are two levels of da'wah. There are two levels of da'wah.</w:t>
      </w:r>
    </w:p>
    <w:p>
      <w:pPr>
        <w:jc w:val="right"/>
      </w:pPr>
      <w:r>
        <w:t>Then I would like to say that there are two levels of da'wah. There are two levels of da'wah.</w:t>
      </w:r>
    </w:p>
    <w:p>
      <w:r>
        <w:rPr>
          <w:b/>
        </w:rPr>
        <w:t xml:space="preserve">[27:10] </w:t>
      </w:r>
      <w:r>
        <w:t>The easiest way, the easiest method of da'wah is that we are living in the age of printing press.</w:t>
      </w:r>
    </w:p>
    <w:p>
      <w:pPr>
        <w:jc w:val="right"/>
      </w:pPr>
      <w:r>
        <w:t>The easiest way, the easiest method of da'wah is that we are living in the age of printing press.</w:t>
      </w:r>
    </w:p>
    <w:p>
      <w:r>
        <w:rPr>
          <w:b/>
        </w:rPr>
        <w:t xml:space="preserve">[27:20] </w:t>
      </w:r>
      <w:r>
        <w:t>There are</w:t>
      </w:r>
    </w:p>
    <w:p>
      <w:pPr>
        <w:jc w:val="right"/>
      </w:pPr>
      <w:r>
        <w:t>There are</w:t>
      </w:r>
    </w:p>
    <w:p>
      <w:r>
        <w:rPr>
          <w:b/>
        </w:rPr>
        <w:t xml:space="preserve">[27:25] </w:t>
      </w:r>
      <w:r>
        <w:t>translations of the Qur'an in printed form. There are books on Islam. There are Islamic teach</w:t>
      </w:r>
    </w:p>
    <w:p>
      <w:pPr>
        <w:jc w:val="right"/>
      </w:pPr>
      <w:r>
        <w:t>translations of the Qur'an in printed form. There are books on Islam. There are Islamic teach</w:t>
      </w:r>
    </w:p>
    <w:p>
      <w:r>
        <w:rPr>
          <w:b/>
        </w:rPr>
        <w:t xml:space="preserve">[27:34] </w:t>
      </w:r>
      <w:r>
        <w:t>ers. So you have to keep all these things in your pocket, in your bag. And every time you meet someone you can present him as a spiritual gift.</w:t>
      </w:r>
    </w:p>
    <w:p>
      <w:pPr>
        <w:jc w:val="right"/>
      </w:pPr>
      <w:r>
        <w:t>ers. So you have to keep all these things in your pocket, in your bag. And every time you meet someone you can present him as a spiritual gift.</w:t>
      </w:r>
    </w:p>
    <w:p>
      <w:r>
        <w:rPr>
          <w:b/>
        </w:rPr>
        <w:t xml:space="preserve">[27:50] </w:t>
      </w:r>
      <w:r>
        <w:t>So this is the easiest way of da'wah. And you have to keep these teachers in your pocket, in your bag and present it to other people when you meet them.</w:t>
      </w:r>
    </w:p>
    <w:p>
      <w:pPr>
        <w:jc w:val="right"/>
      </w:pPr>
      <w:r>
        <w:t>So this is the easiest way of da'wah. And you have to keep these teachers in your pocket, in your bag and present it to other people when you meet them.</w:t>
      </w:r>
    </w:p>
    <w:p>
      <w:r>
        <w:rPr>
          <w:b/>
        </w:rPr>
        <w:t xml:space="preserve">[28:14] </w:t>
      </w:r>
      <w:r>
        <w:t>So this is the easiest way of da'wah. But there is the other level of da'wah in which you involve yourself in da'wah work.</w:t>
      </w:r>
    </w:p>
    <w:p>
      <w:pPr>
        <w:jc w:val="right"/>
      </w:pPr>
      <w:r>
        <w:t>So this is the easiest way of da'wah. But there is the other level of da'wah in which you involve yourself in da'wah work.</w:t>
      </w:r>
    </w:p>
    <w:p>
      <w:r>
        <w:rPr>
          <w:b/>
        </w:rPr>
        <w:t xml:space="preserve">[28:29] </w:t>
      </w:r>
      <w:r>
        <w:t>You discuss, you</w:t>
      </w:r>
    </w:p>
    <w:p>
      <w:pPr>
        <w:jc w:val="right"/>
      </w:pPr>
      <w:r>
        <w:t>You discuss, you</w:t>
      </w:r>
    </w:p>
    <w:p>
      <w:r>
        <w:rPr>
          <w:b/>
        </w:rPr>
        <w:t xml:space="preserve">[28:35] </w:t>
      </w:r>
      <w:r>
        <w:t>interact and during this discussion and interaction there are so many new questions. There are new aspects of new areas of knowledge.</w:t>
      </w:r>
    </w:p>
    <w:p>
      <w:pPr>
        <w:jc w:val="right"/>
      </w:pPr>
      <w:r>
        <w:t>interact and during this discussion and interaction there are so many new questions. There are new aspects of new areas of knowledge.</w:t>
      </w:r>
    </w:p>
    <w:p>
      <w:r>
        <w:rPr>
          <w:b/>
        </w:rPr>
        <w:t xml:space="preserve">[28:51] </w:t>
      </w:r>
      <w:r>
        <w:t>So if you are sincere that will boost your</w:t>
      </w:r>
    </w:p>
    <w:p>
      <w:pPr>
        <w:jc w:val="right"/>
      </w:pPr>
      <w:r>
        <w:t>So if you are sincere that will boost your</w:t>
      </w:r>
    </w:p>
    <w:p>
      <w:r>
        <w:rPr>
          <w:b/>
        </w:rPr>
        <w:t xml:space="preserve">[29:02] </w:t>
      </w:r>
      <w:r>
        <w:t>spirit of</w:t>
      </w:r>
    </w:p>
    <w:p>
      <w:pPr>
        <w:jc w:val="right"/>
      </w:pPr>
      <w:r>
        <w:t>spirit of</w:t>
      </w:r>
    </w:p>
    <w:p>
      <w:r>
        <w:rPr>
          <w:b/>
        </w:rPr>
        <w:t xml:space="preserve">[29:09] </w:t>
      </w:r>
      <w:r>
        <w:t>learning. So every day you can develop your mind by this way.</w:t>
      </w:r>
    </w:p>
    <w:p>
      <w:pPr>
        <w:jc w:val="right"/>
      </w:pPr>
      <w:r>
        <w:t>learning. So every day you can develop your mind by this way.</w:t>
      </w:r>
    </w:p>
    <w:p>
      <w:r>
        <w:rPr>
          <w:b/>
        </w:rPr>
        <w:t xml:space="preserve">[29:19] </w:t>
      </w:r>
      <w:r>
        <w:t>So I would say that</w:t>
      </w:r>
    </w:p>
    <w:p>
      <w:pPr>
        <w:jc w:val="right"/>
      </w:pPr>
      <w:r>
        <w:t>So I would say that</w:t>
      </w:r>
    </w:p>
    <w:p>
      <w:r>
        <w:rPr>
          <w:b/>
        </w:rPr>
        <w:t xml:space="preserve">[29:24] </w:t>
      </w:r>
      <w:r>
        <w:t>especially those people who are living in the West they must abandon all kinds of hate. Without making yourself free of hate you cannot do da'wah work.</w:t>
      </w:r>
    </w:p>
    <w:p>
      <w:pPr>
        <w:jc w:val="right"/>
      </w:pPr>
      <w:r>
        <w:t>especially those people who are living in the West they must abandon all kinds of hate. Without making yourself free of hate you cannot do da'wah work.</w:t>
      </w:r>
    </w:p>
    <w:p>
      <w:r>
        <w:rPr>
          <w:b/>
        </w:rPr>
        <w:t xml:space="preserve">[29:39] </w:t>
      </w:r>
      <w:r>
        <w:t>Because all the Muslims hate Western people. These people cannot do da'wah work. Because you have to be well-wisher you have to make da'wah.</w:t>
      </w:r>
    </w:p>
    <w:p>
      <w:pPr>
        <w:jc w:val="right"/>
      </w:pPr>
      <w:r>
        <w:t>Because all the Muslims hate Western people. These people cannot do da'wah work. Because you have to be well-wisher you have to make da'wah.</w:t>
      </w:r>
    </w:p>
    <w:p>
      <w:r>
        <w:rPr>
          <w:b/>
        </w:rPr>
        <w:t xml:space="preserve">[29:52] </w:t>
      </w:r>
      <w:r>
        <w:t>You have to listen to their point with patience.</w:t>
      </w:r>
    </w:p>
    <w:p>
      <w:pPr>
        <w:jc w:val="right"/>
      </w:pPr>
      <w:r>
        <w:t>You have to listen to their point with patience.</w:t>
      </w:r>
    </w:p>
    <w:p>
      <w:r>
        <w:rPr>
          <w:b/>
        </w:rPr>
        <w:t xml:space="preserve">[29:59] </w:t>
      </w:r>
      <w:r>
        <w:t>All these things require compassion, well-wishing. So this is a very important condition that you must be hate-free towards your Madhu.</w:t>
      </w:r>
    </w:p>
    <w:p>
      <w:pPr>
        <w:jc w:val="right"/>
      </w:pPr>
      <w:r>
        <w:t>All these things require compassion, well-wishing. So this is a very important condition that you must be hate-free towards your Madhu.</w:t>
      </w:r>
    </w:p>
    <w:p>
      <w:r>
        <w:rPr>
          <w:b/>
        </w:rPr>
        <w:t xml:space="preserve">[30:18] </w:t>
      </w:r>
      <w:r>
        <w:t>Then if you have no time you have to adopt the method of distribution.</w:t>
      </w:r>
    </w:p>
    <w:p>
      <w:pPr>
        <w:jc w:val="right"/>
      </w:pPr>
      <w:r>
        <w:t>Then if you have no time you have to adopt the method of distribution.</w:t>
      </w:r>
    </w:p>
    <w:p>
      <w:r>
        <w:rPr>
          <w:b/>
        </w:rPr>
        <w:t xml:space="preserve">[30:28] </w:t>
      </w:r>
      <w:r>
        <w:t>And if you have time you can involve yourself in discussion, in interaction and thus you can improve your, you can develop your personality.</w:t>
      </w:r>
    </w:p>
    <w:p>
      <w:pPr>
        <w:jc w:val="right"/>
      </w:pPr>
      <w:r>
        <w:t>And if you have time you can involve yourself in discussion, in interaction and thus you can improve your, you can develop your personality.</w:t>
      </w:r>
    </w:p>
    <w:p>
      <w:r>
        <w:rPr>
          <w:b/>
        </w:rPr>
        <w:t xml:space="preserve">[30:47] </w:t>
      </w:r>
      <w:r>
        <w:t>Assalamu Alaikum Warahmatullah.</w:t>
      </w:r>
    </w:p>
    <w:p>
      <w:pPr>
        <w:jc w:val="right"/>
      </w:pPr>
      <w:r>
        <w:t>Assalamu Alaikum Warahmatullah.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