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Dua March 20, 2022 Dr. Saniyasnain Khan</w:t>
      </w:r>
    </w:p>
    <w:p>
      <w:r>
        <w:t>https://www.youtube.com/watch?v=2v1uKLCxf5Y</w:t>
      </w:r>
    </w:p>
    <w:p>
      <w:r>
        <w:rPr>
          <w:b/>
        </w:rPr>
        <w:t xml:space="preserve">[00:11] </w:t>
      </w:r>
      <w:r>
        <w:t>assalam o alaikum.</w:t>
      </w:r>
    </w:p>
    <w:p>
      <w:pPr>
        <w:jc w:val="right"/>
      </w:pPr>
      <w:r>
        <w:t>अस्सलाम अलैकुम.</w:t>
      </w:r>
    </w:p>
    <w:p>
      <w:r>
        <w:rPr>
          <w:b/>
        </w:rPr>
        <w:t xml:space="preserve">[00:16] </w:t>
      </w:r>
      <w:r>
        <w:t>kai baras pehle Maulana Wahiduddin Khan sahab ki mulaqat ek sahab se hui.</w:t>
      </w:r>
    </w:p>
    <w:p>
      <w:pPr>
        <w:jc w:val="right"/>
      </w:pPr>
      <w:r>
        <w:t>कई बरस पहले मुलाना वहिदुद्दीन खान साहब की मुलाकात एक साहब से हुई.</w:t>
      </w:r>
    </w:p>
    <w:p>
      <w:r>
        <w:rPr>
          <w:b/>
        </w:rPr>
        <w:t xml:space="preserve">[00:21] </w:t>
      </w:r>
      <w:r>
        <w:t>un sahab ne Maulana sahab se kaha ke main das saal se ek sawal ka jawab talash kar</w:t>
      </w:r>
    </w:p>
    <w:p>
      <w:pPr>
        <w:jc w:val="right"/>
      </w:pPr>
      <w:r>
        <w:t>उन साहब ने मुलाना साहब से कहा कि मैं दस साल से एक सवाल का जवाब तलाश कर</w:t>
      </w:r>
    </w:p>
    <w:p>
      <w:r>
        <w:rPr>
          <w:b/>
        </w:rPr>
        <w:t xml:space="preserve">[00:26] </w:t>
      </w:r>
      <w:r>
        <w:t>raha hoon aur kafi pareshan hoon kyunke mujhe uska uska jawab hasil nahi ho raha hai.</w:t>
      </w:r>
    </w:p>
    <w:p>
      <w:pPr>
        <w:jc w:val="right"/>
      </w:pPr>
      <w:r>
        <w:t>रहा हूं और काफी परेशान हूं क्योंकि मुझे उसका उसका जवाब हासिल नहीं हो रहा है.</w:t>
      </w:r>
    </w:p>
    <w:p>
      <w:r>
        <w:rPr>
          <w:b/>
        </w:rPr>
        <w:t xml:space="preserve">[00:31] </w:t>
      </w:r>
      <w:r>
        <w:t>to Maulana sahab ne unse poocha ke woh sawal kya hai?</w:t>
      </w:r>
    </w:p>
    <w:p>
      <w:pPr>
        <w:jc w:val="right"/>
      </w:pPr>
      <w:r>
        <w:t>तो मलाना साहब ने उनसे पुछा कि वह सवाल क्या है?</w:t>
      </w:r>
    </w:p>
    <w:p>
      <w:r>
        <w:rPr>
          <w:b/>
        </w:rPr>
        <w:t xml:space="preserve">[00:36] </w:t>
      </w:r>
      <w:r>
        <w:t>to shakhs ne kaha ke main yeh janna chahta hoon ke is mein aazm kya hai?</w:t>
      </w:r>
    </w:p>
    <w:p>
      <w:pPr>
        <w:jc w:val="right"/>
      </w:pPr>
      <w:r>
        <w:t>तो शख्स ने कहा कि मैं यह जानना चाहता हूं कि इसमें आज़म क्या है?</w:t>
      </w:r>
    </w:p>
    <w:p>
      <w:r>
        <w:rPr>
          <w:b/>
        </w:rPr>
        <w:t xml:space="preserve">[00:42] </w:t>
      </w:r>
      <w:r>
        <w:t>Aur is silsile mein maine kai kitabein padhi, kai logon se, buzurgon se, ullema se mulaqat kari, lekin kisi ne mujhe satisfactory response nahi diya. Ab main aapke paas aaya hoon aur main chahta hoon ke aap meri is pareshani ko door karein. To Maulana sahib ne unse kaha ke aapki yeh pareshani khud sakhta pareshani hai.</w:t>
      </w:r>
    </w:p>
    <w:p>
      <w:pPr>
        <w:jc w:val="right"/>
      </w:pPr>
      <w:r>
        <w:t>और इस सिलसिले में मैंने कई किताबें पढ़ी, कई लोगों से, बुजुर्गों से, उल्लेमा से मुलाकात करी, लेकिन किसी ने मुझे satisfactory response नहीं दिया. अब मैं आपके पास आया हूं और मैं चाहता हूं कि आप मेरी इस परेशानी को दूर करें. तो मनाना साहब ने उनसे कहा कि आपकी यह परेशानी खुद साखता परेशानी है.</w:t>
      </w:r>
    </w:p>
    <w:p>
      <w:r>
        <w:rPr>
          <w:b/>
        </w:rPr>
        <w:t xml:space="preserve">[01:06] </w:t>
      </w:r>
      <w:r>
        <w:t>Aapne yeh farz kar liya hai ke ism e aazam ek jadoo ka mantar hai aur us mantar ke alfaaz ko aap maloom karna chahte hain. To isi tarah log aksar dua ko bhi rate hue alfaaz ki tarah mante hain. Jabke dua ek dakhli toofan ka khariji izhaar hai.</w:t>
      </w:r>
    </w:p>
    <w:p>
      <w:pPr>
        <w:jc w:val="right"/>
      </w:pPr>
      <w:r>
        <w:t>आपने यह फर्ज कर लिया है कि इसमें आज़म एक जादू का मंतर है और उस मंतर के अल्फास को आप मालूम करना चाहते हैं. तो इसी तरह लोग अक्सर दुआ को भी रटे हुए अल्फास की तरह मानते हैं. जबकि दुआ एक दाखिली तूफान का खारीजी इज़हार है.</w:t>
      </w:r>
    </w:p>
    <w:p>
      <w:r>
        <w:rPr>
          <w:b/>
        </w:rPr>
        <w:t xml:space="preserve">[01:28] </w:t>
      </w:r>
      <w:r>
        <w:t>To chaliye aaj hum isi mauzu par batchit karte hain spirit of dua kya hai doctor Saniya Snain Khan sahib ke saath. Asslam Alaikum doctor sahib kaise hain aap? Walikum Musalam Alhamdulillah sab theek hai. Ji, doctor sahib sabse pehla sawal to yahi hai ke is there any saying of the prophet which tells us about the importance of dua? Iske bare mein ab hum sabko batayein. Bismillahir Rahmanir Rahim.</w:t>
      </w:r>
    </w:p>
    <w:p>
      <w:pPr>
        <w:jc w:val="right"/>
      </w:pPr>
      <w:r>
        <w:t>तो चलिए आज हम इसी मौजू पर बातचीत करते हैं spirit of दुआ क्या है doctor सानिया स्नैन खान साहब के साथ. अस्लाम अलिकुम doctor साहब कैसे हैं आप? वालिक मुसलाम अलहम्देल्लाह सब ठीक है. जी, doctor साहब सबसे पहला सवाल तो यही है कि is there any saying of the prophet which tells us about the importance of दुआ? इसके बारे में अब हम सबको बताएं. बिस्मिल्लाही रमाजू रहीम.</w:t>
      </w:r>
    </w:p>
    <w:p>
      <w:r>
        <w:rPr>
          <w:b/>
        </w:rPr>
        <w:t xml:space="preserve">[01:57] </w:t>
      </w:r>
      <w:r>
        <w:t>Haan, kai sayings hain prophet ki. Jaisa prophet ne kaha tha, Allahu shay'un akram alallahi minad dua. Ke Allah ke nazdeek koi cheez dua se zyada azmat wali nahi hai aur aisi prophet ne kaha tha, yani dua hi worship hai.</w:t>
      </w:r>
    </w:p>
    <w:p>
      <w:pPr>
        <w:jc w:val="right"/>
      </w:pPr>
      <w:r>
        <w:t>हां, कई sayings हैं prophet की. जैसा prophet ने कहा था, अल्लाही सशयून अक्रमा अल्लाहि मीनत दुआ. कि अल्लाह के नज़दीक कोई चीज़ दुआ से ज़्यादा अज़्मत वाली नहीं है और ऐसी prophet ने कहा था, यानी दुआ ही worship है.</w:t>
      </w:r>
    </w:p>
    <w:p>
      <w:r>
        <w:rPr>
          <w:b/>
        </w:rPr>
        <w:t xml:space="preserve">[02:25] </w:t>
      </w:r>
      <w:r>
        <w:t>dua mukhl ibada, dua is the essence of worship.</w:t>
      </w:r>
    </w:p>
    <w:p>
      <w:pPr>
        <w:jc w:val="right"/>
      </w:pPr>
      <w:r>
        <w:t>दुआ मुख्ल इबादा, दुआ is the essence of worship.</w:t>
      </w:r>
    </w:p>
    <w:p>
      <w:r>
        <w:rPr>
          <w:b/>
        </w:rPr>
        <w:t xml:space="preserve">[02:32] </w:t>
      </w:r>
      <w:r>
        <w:t>to is tarah se dua ke bare mein prophet ki bohat sayings hain aur dua darasal Khuda choonke</w:t>
      </w:r>
    </w:p>
    <w:p>
      <w:pPr>
        <w:jc w:val="right"/>
      </w:pPr>
      <w:r>
        <w:t>तो इस तरीके से दुआ के बारे में prophet की बहुत sayings हैं और दुआ दरअसल खुदा चूँकि</w:t>
      </w:r>
    </w:p>
    <w:p>
      <w:r>
        <w:rPr>
          <w:b/>
        </w:rPr>
        <w:t xml:space="preserve">[02:40] </w:t>
      </w:r>
      <w:r>
        <w:t>khaliq hai aur wahi dene wala hai, to har cheez ke liye dua karna aur Khuda se qareeb</w:t>
      </w:r>
    </w:p>
    <w:p>
      <w:pPr>
        <w:jc w:val="right"/>
      </w:pPr>
      <w:r>
        <w:t>खालिक है और वही देने वाला है, तो हर चीज़ के लिए दुआ करना और खुदा से करीब</w:t>
      </w:r>
    </w:p>
    <w:p>
      <w:r>
        <w:rPr>
          <w:b/>
        </w:rPr>
        <w:t xml:space="preserve">[02:48] </w:t>
      </w:r>
      <w:r>
        <w:t>hone ka bhi zariya dua hai aur jab insan Khuda se qareeb hota hai tabhi uska spiritual development</w:t>
      </w:r>
    </w:p>
    <w:p>
      <w:pPr>
        <w:jc w:val="right"/>
      </w:pPr>
      <w:r>
        <w:t>होने का भी ज़रिया दुआ है और जब इंसान खुदा से करीब होता है तभी उसका spiritual development</w:t>
      </w:r>
    </w:p>
    <w:p>
      <w:r>
        <w:rPr>
          <w:b/>
        </w:rPr>
        <w:t xml:space="preserve">[02:56] </w:t>
      </w:r>
      <w:r>
        <w:t>hota hai aur yani marfat e rabb ka bhi zariya duai hai.</w:t>
      </w:r>
    </w:p>
    <w:p>
      <w:pPr>
        <w:jc w:val="right"/>
      </w:pPr>
      <w:r>
        <w:t>होता है और यानी मारफत्य रब का भी जरिया दुआई है.</w:t>
      </w:r>
    </w:p>
    <w:p>
      <w:r>
        <w:rPr>
          <w:b/>
        </w:rPr>
        <w:t xml:space="preserve">[03:04] </w:t>
      </w:r>
      <w:r>
        <w:t>Ji. DocsApp kai log yeh samajhte hain ke dua jo hai woh specific situation mein ki jaye. Jaise kabhi koi museebat aaye ya challenge kisi ke samne aa jaye ya phir koi zaroorat ho. Lekin Maulana Wahiduddin Khan sahib always used to emphasize that we should do dua for all our needs. To iske bare mein aap kuch batayein humein.</w:t>
      </w:r>
    </w:p>
    <w:p>
      <w:pPr>
        <w:jc w:val="right"/>
      </w:pPr>
      <w:r>
        <w:t>जी. DocsApp कई लोग यह समझते हैं कि दुआ जो है वह specific situation में की जाए. जैसे कभी कोई मुसीबत आए या challenge किसी के सामने आ जाए या फिर कोई ज़रूरत हो. लेकिन मुलाना वेदुद्दीन खान साहब always used to emphasize that we should do दुआ for all our needs. तो इसके बारे में आप कुछ बताए हमें.</w:t>
      </w:r>
    </w:p>
    <w:p>
      <w:r>
        <w:rPr>
          <w:b/>
        </w:rPr>
        <w:t xml:space="preserve">[03:32] </w:t>
      </w:r>
      <w:r>
        <w:t>Bilkul, dua har mauqe par karni chahiye aur prophet Muhammad ki ek bahut achhi hadith hai, jo bazahir ek chhoti si aur simple hadith hai lekin bahut hi meaningful hai. Prophet ne kaha ke tum mein se har kisi ko har zaroorat ki dua Khuda se karni chahiye aur agar tumhare sandal ka strap bhi toot jaye to uske liye bhi tum Khuda se dua karo. Bashar.</w:t>
      </w:r>
    </w:p>
    <w:p>
      <w:pPr>
        <w:jc w:val="right"/>
      </w:pPr>
      <w:r>
        <w:t>बिल्कुल, दुआ हर मौके पर करनी चाहिए और prophet मोहम्मद की एक बहुत अच्छी हदीस है, जो बज़ाइर एक छोटी सी और simple हदीस है लेकिन बहुत ही meaningful है. Prophet ने कहा के तुम में से हर किसी को हर ज़रूरत की दुआ खुदा से करनी चाहिए और अगर तुम्हारे sandal का strap भी टूट जाए तो उसके लिए भी तुम खुदा से दुआ करो. भाषार.</w:t>
      </w:r>
    </w:p>
    <w:p>
      <w:r>
        <w:rPr>
          <w:b/>
        </w:rPr>
        <w:t xml:space="preserve">[03:59] </w:t>
      </w:r>
      <w:r>
        <w:t>To isse pata chalta hai ke chhoti se chhoti baat ya badi se badi baat har cheez Allah se mangni chahiye aur ye ek mizaj momin ka ismein jhalakta hai kyunke Khuda qadir mutlaq hai, all powerful hai aur insan aajiz se mutlaq hai, all helpless hai. Ji.</w:t>
      </w:r>
    </w:p>
    <w:p>
      <w:pPr>
        <w:jc w:val="right"/>
      </w:pPr>
      <w:r>
        <w:t>तो इससे पता चलता है कि छोटी सी छोटी बात या बड़ी से बड़ी बात हर चीज़ अल्लाह से मांगनी चाहिए और ये एक मिज़ाज़ मोमिन का इसमें छलगता है क्योंकि खुदा कादिर मुत्लक है, all powerful है और इंसान आज ही से मुत्लक है, all helpless है. जी.</w:t>
      </w:r>
    </w:p>
    <w:p>
      <w:r>
        <w:rPr>
          <w:b/>
        </w:rPr>
        <w:t xml:space="preserve">[04:21] </w:t>
      </w:r>
      <w:r>
        <w:t>To is lihaz se humein har mauqe par chahe woh chhoti dua ho ya badi dua ho, kaisi bhi dua ho, har mauqe par Allah ki taraf rukh karna chahiye. Ji, DocsApp bahut achha aapne bataya yeh.</w:t>
      </w:r>
    </w:p>
    <w:p>
      <w:pPr>
        <w:jc w:val="right"/>
      </w:pPr>
      <w:r>
        <w:t>तो इस लिहाज से हमें हर मौके पर चाहे वह छोटी दुआ हो या बड़ी दुआ हो, कैसी भी दुआ हो, हर मौके पर अल्लाह की तरफ रुख करना चाहिए. जी, DocsApp बहुत अच्छा आपने बताया यह.</w:t>
      </w:r>
    </w:p>
    <w:p>
      <w:r>
        <w:rPr>
          <w:b/>
        </w:rPr>
        <w:t xml:space="preserve">[04:38] </w:t>
      </w:r>
      <w:r>
        <w:t>DocsApp ism e aazam ke bare mein main poochna chahunga ke ism e aazam woh hai jo aala kaifiyat ke saath zubaan se nikle aur Maulana sahib ne kai articles, kai apne lectures bhi is subject par likhe hain, unhone talks diye hain. To hum chahte hain ke isko bhi aap wazeh karein. Ism e aazam kya hai? Iske bare mein batayein.</w:t>
      </w:r>
    </w:p>
    <w:p>
      <w:pPr>
        <w:jc w:val="right"/>
      </w:pPr>
      <w:r>
        <w:t>DocsApp इसमें आज़म के बारे में मैं पूछना चाहूंगा कि इसमें आज़म वह है जो आला कैफियत के साथ ज़बान से निकले और मुलाना साहब ने कई articles, कई अपने lectures भी इस subject पर लिखे हैं, उन्होंने talks दिए हैं. तो हम चाहते हैं कि इसको भी आप वाज़े करें. इसमें आज़म क्या है? इसके बारे में बताएं.</w:t>
      </w:r>
    </w:p>
    <w:p>
      <w:r>
        <w:rPr>
          <w:b/>
        </w:rPr>
        <w:t xml:space="preserve">[05:02] </w:t>
      </w:r>
      <w:r>
        <w:t>Ji haan, jaisa aapne shuru mein kaha ke ism e aazam koi alfaaz ka naam nahi hai, balke woh ek kaifiyat ka naam hai, to hadith mein aata hai ke jo shakhs ism e aazam se dua kare, uski dua qubool hoti hai. Ji. To Maulana kehte the ke ism e aazam ka matlab hai kaifiyat e aazam, yani spirit se bhari hui dua aur bahut si misalein humein milti hain, Quran mein bhi milti hain.</w:t>
      </w:r>
    </w:p>
    <w:p>
      <w:pPr>
        <w:jc w:val="right"/>
      </w:pPr>
      <w:r>
        <w:t>जी हाँ, जैसा आपने शुरू में कहा कि इसमें आज़म कोई अल्फाज़ का नाम नहीं है, बल्कि वो एक कैफियत का नाम है, तो हदीश में आता है कि जो शख्स इसमें आज़म से दुआ करे, उसकी दुआ कुबूल होती है. जी. तो मौलाना कहते थे कि इसमें आज़म का मतलब है कैफियत ए आज़म, यानी spirit से भरी हुई दुआ और बहुत सी मिसालें हमें मिलती हैं, कुरान में भी मिलती है.</w:t>
      </w:r>
    </w:p>
    <w:p>
      <w:r>
        <w:rPr>
          <w:b/>
        </w:rPr>
        <w:t xml:space="preserve">[05:31] </w:t>
      </w:r>
      <w:r>
        <w:t>Ab jaise Quran mein ek bahut achhi dua hai Hazrat Yunus aleh salam ki jo na. Woh jab machhli ke pait mein chale gaye, to unhone wahan dua ki ke La ilaha illa anta Subhanaka inni kuntu minaz zalimin, ke tu pak hai aur main hi zalim hoon.</w:t>
      </w:r>
    </w:p>
    <w:p>
      <w:pPr>
        <w:jc w:val="right"/>
      </w:pPr>
      <w:r>
        <w:t>अब जैसे कुरान में एक बहुत अच्छी दुआ है हज़रत यूनू सलेह सलाम की जोना. वो जब मछली के पेट में चले गए, तो उन्होंने वहां दुआ की कि लाईलाह इल्लाह अंत असुभा न कहीं निकुंत मिनज़ालीमीन, कि तू पाख है और मैं ही जालीमू.</w:t>
      </w:r>
    </w:p>
    <w:p>
      <w:r>
        <w:rPr>
          <w:b/>
        </w:rPr>
        <w:t xml:space="preserve">[06:00] </w:t>
      </w:r>
      <w:r>
        <w:t>yani is mein do baatein hain, ek to Khuda ki azmat ko bayan kiya aur apni ghalti ka etraf.</w:t>
      </w:r>
    </w:p>
    <w:p>
      <w:pPr>
        <w:jc w:val="right"/>
      </w:pPr>
      <w:r>
        <w:t>यानी इसमें दो बातें हैं, एक तो खुदा की हज़मत को बयान किया और अपनी गलती का ऐतराफ.</w:t>
      </w:r>
    </w:p>
    <w:p>
      <w:r>
        <w:rPr>
          <w:b/>
        </w:rPr>
        <w:t xml:space="preserve">[06:07] </w:t>
      </w:r>
      <w:r>
        <w:t>to yeh bohat achi is mein aazm ki dudua hai ke apne ko jisko Maulana kehte the blame thyself</w:t>
      </w:r>
    </w:p>
    <w:p>
      <w:pPr>
        <w:jc w:val="right"/>
      </w:pPr>
      <w:r>
        <w:t>तो यह बहुत अच्छी इसमें आज़म की दुधवा है कि अपने को जिसको मोलाना कहते थे blame thyself</w:t>
      </w:r>
    </w:p>
    <w:p>
      <w:r>
        <w:rPr>
          <w:b/>
        </w:rPr>
        <w:t xml:space="preserve">[06:15] </w:t>
      </w:r>
      <w:r>
        <w:t>ya I am wrong, I was wrong ka jo Maulana ne aksar kaha hai ke hamein chahiye ke hum</w:t>
      </w:r>
    </w:p>
    <w:p>
      <w:pPr>
        <w:jc w:val="right"/>
      </w:pPr>
      <w:r>
        <w:t>या I am wrong, I was wrong का जो मोलाना नेक्सर कहा है कि हमें चाहिए कि हम</w:t>
      </w:r>
    </w:p>
    <w:p>
      <w:r>
        <w:rPr>
          <w:b/>
        </w:rPr>
        <w:t xml:space="preserve">[06:22] </w:t>
      </w:r>
      <w:r>
        <w:t>hamesha apni ghalti ka itraaf karen.</w:t>
      </w:r>
    </w:p>
    <w:p>
      <w:pPr>
        <w:jc w:val="right"/>
      </w:pPr>
      <w:r>
        <w:t>हमेशा अपनी गलती का इतराफ करें.</w:t>
      </w:r>
    </w:p>
    <w:p>
      <w:r>
        <w:rPr>
          <w:b/>
        </w:rPr>
        <w:t xml:space="preserve">[06:30] </w:t>
      </w:r>
      <w:r>
        <w:t>to yeh bhi ek bahut hi achhi achha tareeqa hai is mein aazam ka.</w:t>
      </w:r>
    </w:p>
    <w:p>
      <w:pPr>
        <w:jc w:val="right"/>
      </w:pPr>
      <w:r>
        <w:t>तो यह भी एक बहुत ही अच्छी अच्छा तरीका है इसमें आज़म का.</w:t>
      </w:r>
    </w:p>
    <w:p>
      <w:r>
        <w:rPr>
          <w:b/>
        </w:rPr>
        <w:t xml:space="preserve">[06:38] </w:t>
      </w:r>
      <w:r>
        <w:t>Yaani Khuda ki azmat aapke upar taari ho, Khuda ki jo badai hai woh aap bayan karein aur uski pakki bayan karein, usko usko glorify karein to aapke andar ek, ek azmat paida hogi Khuda ki phir gehre alfaaz nikalenge.</w:t>
      </w:r>
    </w:p>
    <w:p>
      <w:pPr>
        <w:jc w:val="right"/>
      </w:pPr>
      <w:r>
        <w:t>यानी खुदा की अज़मत आपके ऊपर तारी हो, खुदा की जो बड़ाई है वह आप बयान करें और उसकी पाकी बयान करें, उसको उसको glorify करें तो आपके अंदर एक, एक अज़मत पैदा होगी खुदा की फिर गहरे अल्फाज़ निकलेंगे.</w:t>
      </w:r>
    </w:p>
    <w:p>
      <w:r>
        <w:rPr>
          <w:b/>
        </w:rPr>
        <w:t xml:space="preserve">[07:03] </w:t>
      </w:r>
      <w:r>
        <w:t>Aisa nahi hai ke Allah taala chahta hai ke uski badai ki jaye, uski azmat bayan ki jaye. Ji. Balke yeh hamare liye hai. Yeh hamare liye hai taake hum, hum us gehri kaifiyat hamare andar paida ho aur us gehri kaifiyat ke saath agar hum dua karenge tab woh dua qubool hogi.</w:t>
      </w:r>
    </w:p>
    <w:p>
      <w:pPr>
        <w:jc w:val="right"/>
      </w:pPr>
      <w:r>
        <w:t>ऐसा नहीं है कि अल्लाह तालाह चाहता है कि उसकी बड़ाई की जाए, उसकी अज़मत बयान की जाए. जी. बल्कि यह हमारे लिए है. यह हमारे लिए है ताकि हम, हम उस गहरी कैफियत हमारे अंदर पैदा हो और उस गहरी कैफियत के साथ अगर हम दुआ करेंगे तब वह दुआ कोबूल होगी.</w:t>
      </w:r>
    </w:p>
    <w:p>
      <w:r>
        <w:rPr>
          <w:b/>
        </w:rPr>
        <w:t xml:space="preserve">[07:25] </w:t>
      </w:r>
      <w:r>
        <w:t>Ji, doctor sahib there are many hadith where we find that prophet would first invoke the almighty by praising him, by glorifying him. Ek example bhi hadith se main share karna chahunga ke ek bari Rasool Allah ne ek baddu ko dua karte hue dekha aur unhone apne sahabi se kaha ke jab yeh dua kar le to usko mere paas lekar aa raha na.</w:t>
      </w:r>
    </w:p>
    <w:p>
      <w:pPr>
        <w:jc w:val="right"/>
      </w:pPr>
      <w:r>
        <w:t>जी, doctor साहब there are many हदीs where we find that prophet would first invoke the almighty by praising him, by glorifying him. एक example भी हदीs से मैं share करना चाहूंगा कि एक बारी रसूल उल्लाह ने एक बद्दू को दुआ करते हुए देखा और उन्होंने अपने साबी से कहा कि जब यह दुआ कर ले तो उसको मेरे पास लेकर आ रहा ना.</w:t>
      </w:r>
    </w:p>
    <w:p>
      <w:r>
        <w:rPr>
          <w:b/>
        </w:rPr>
        <w:t xml:space="preserve">[07:52] </w:t>
      </w:r>
      <w:r>
        <w:t>To jab woh baddu aaya to prophet ne us, unko sona hadiya diya aur unse poocha ke tum jante ho ke maine tumhe yeh sona kyun hadiya kiya? To baddu ne kaha ke aapki hamari rishtedari hai.</w:t>
      </w:r>
    </w:p>
    <w:p>
      <w:pPr>
        <w:jc w:val="right"/>
      </w:pPr>
      <w:r>
        <w:t>तो जब वह बद्दू आया तो prophet ने उस, उनको सोना हदिया दिया और उनसे पुछा कि तुम जानते हो कि मैंने तुम्हें यह सोना क्यों हदिया किया? तो बद्दू ने कहा कि आपकी हमारी रिश्तेदारी है.</w:t>
      </w:r>
    </w:p>
    <w:p>
      <w:r>
        <w:rPr>
          <w:b/>
        </w:rPr>
        <w:t xml:space="preserve">[08:06] </w:t>
      </w:r>
      <w:r>
        <w:t>To prophet ne kaha ke rishtedari ke bhi haq hote hain par maine tumhe yeh sona isliye hadiya kiya kyunke tumne jis umda tareeqe se Allah ki sana yani praise ko bayan kiya, us wajah se maine tumhe yeh sona hadiya kiya. To doctor iske bare mein batayein sawal ke bare mein ke he would always invoke god almighty by praising him, by glorifying him.</w:t>
      </w:r>
    </w:p>
    <w:p>
      <w:pPr>
        <w:jc w:val="right"/>
      </w:pPr>
      <w:r>
        <w:t>तो prophet ने कहा कि रिश्तेदारी के भी हक होते हैं पर मैंने तुम्हें यह सोना इसलिए हदिया किया क्योंकि तुमने जिस उम्दा तरीके से अल्लाह की सना यानी प्रेज़ को बयान किया, उस वजह से मैंने तुम्हें यह सोना हदिया किया. तो doctor इसके बारे में बताइए सवाल के बारे में कि he would always invoke god almighty by praising him, by glorifying him.</w:t>
      </w:r>
    </w:p>
    <w:p>
      <w:r>
        <w:rPr>
          <w:b/>
        </w:rPr>
        <w:t xml:space="preserve">[08:34] </w:t>
      </w:r>
      <w:r>
        <w:t>Kya purpose hai iske peeche? Bahut achha aapne yeh misaal bayan ki hai aur aise hi hadith mein aata hai ke prophet ne kisi aadmi ko suna kehte hue ke Ya Allah main tujhse dua mangta hoon kyunke tu sari hamd aur tareef ke layak hai aur tere siwa koi mabood nahi hai, tu logon ki help karta hai.</w:t>
      </w:r>
    </w:p>
    <w:p>
      <w:pPr>
        <w:jc w:val="right"/>
      </w:pPr>
      <w:r>
        <w:t>क्या purpose है इसके पीछे? बहुत अच्छा आपने यह मिसाल बयान की है और ऐसे ही हदीश में आता है कि prophet ने किसी आदमी को सुना कहते हुए कि या अल्लाह मैं तुझसे दुआ मांगता हूँ क्योंकि तू सारी हम्द और तारीफ के लायक है और तेरे सेवा कोई माबूद नहीं है, तू लोगों की help करता है.</w:t>
      </w:r>
    </w:p>
    <w:p>
      <w:r>
        <w:rPr>
          <w:b/>
        </w:rPr>
        <w:t xml:space="preserve">[08:59] </w:t>
      </w:r>
      <w:r>
        <w:t>To is tarah ke kuch alfaaz us aadmi ne bayan kiye, tu logon ke upar ehsan karta hai. Ji. Tu zameen aur aasman ka paida karne wala hai. To prophet ne kaha sahaba se ke isne ism e aazam se dua ki aur iski dua qubool hogi. To wahi yani jab insan Khuda ko discover karta hai aur gehri marifat uske andar jagti hai, tab uske andar spirit paida ho jati hai.</w:t>
      </w:r>
    </w:p>
    <w:p>
      <w:pPr>
        <w:jc w:val="right"/>
      </w:pPr>
      <w:r>
        <w:t>तो इस तरह के कुछ अल्फाज़ उस आदमी ने बयान किए, तू लोगों के ऊपर एहसान करता है. जी. तू ज़मीन और आसमान का पैदा करने वाला है. तो prophet ने कहा साहबा से कि इसने इसमें आज़म से दुआ की और इसकी दुआ कुबूल होगी. तो वही यानी जब इंसान खुदा को discover करता है और गहरी मार्फत उसके अंदर जागती है, तब उसके अंदर spirit पैदा हो जाती है.</w:t>
      </w:r>
    </w:p>
    <w:p>
      <w:r>
        <w:rPr>
          <w:b/>
        </w:rPr>
        <w:t xml:space="preserve">[09:25] </w:t>
      </w:r>
      <w:r>
        <w:t>Aisa nahi hai jaisa aapne shuru mein kaha ke kuch naam hain ke Ar-Rahman, Ar-Raheem waghera karke dua ki jaye, balke yani koi rate hue alfaaz nahi hain ke aap rat lein kuch naam. Ji. Asal mein kya hota hai ke hamare aam taur se bolne aur likhne wale kehte hain ke yeh dua yaad kar lo, yeh dua is waqt padho, us waqt padho, subah padho, shaam ko padho, raat ko padho, is din, us din, Sundays, Friday.</w:t>
      </w:r>
    </w:p>
    <w:p>
      <w:pPr>
        <w:jc w:val="right"/>
      </w:pPr>
      <w:r>
        <w:t>ऐसा नहीं है जैसा आपने शुरू में कहा कि कुछ नाम है कि अर्रहमान, अररहीम वगैरह करके दुआं की जाए, बल्कि यानी कोई रटे हुए अल्फाज़ नहीं है कि आप रट लें कुछ नाम. जी. असल में क्या होता है कि हमारे आमतौर से बोलने और लिखने वाले कहते हैं कि यह दुआ याद कर लीजिए, यह दुआ इस वक्त पढ़िए, उस वक्त पढ़िए, सुबह पढ़िए, शाम को पढ़िए, रात को पढ़िए, इस दिन, उस दिन, Sundays, Friday.</w:t>
      </w:r>
    </w:p>
    <w:p>
      <w:r>
        <w:rPr>
          <w:b/>
        </w:rPr>
        <w:t xml:space="preserve">[09:54] </w:t>
      </w:r>
      <w:r>
        <w:t>To yeh yani kuch rate hue alfaaz hain jisko aap yeh khaas waqt par itni baar padh lein, utni baar padh lein. Dua honi chahiye aapki aapki apni dua honi chahiye.</w:t>
      </w:r>
    </w:p>
    <w:p>
      <w:pPr>
        <w:jc w:val="right"/>
      </w:pPr>
      <w:r>
        <w:t>तो यह यानी कुछ रटे हुए अल्फाज़ हैं जिसको आप यह खास वक्त पर इतनी बार पढ़ लें, उतनी बार पढ़ लें. दुआ होनी चाहिए आपकी आपकी अपनी दुआ होनी चाहिए.</w:t>
      </w:r>
    </w:p>
    <w:p>
      <w:r>
        <w:rPr>
          <w:b/>
        </w:rPr>
        <w:t xml:space="preserve">[10:21] </w:t>
      </w:r>
      <w:r>
        <w:t>Yeh zaroori nahi hai ke aap Arabic ke kuch alfaaz ko dohraayein. Aap apni mother tongue mein dua karein. Aap Urdu mein karein, Hindi mein karein, English mein karein. Jo bhi aapki zubaan hai</w:t>
      </w:r>
    </w:p>
    <w:p>
      <w:pPr>
        <w:jc w:val="right"/>
      </w:pPr>
      <w:r>
        <w:t>यह ज़रूरी नहीं है कि आप अरबी के कुछ अल्फाज़ को दोहराएं. आप अपनी mother tongue में दुआ करें. आप उर्दू में करें, हिंदी में करें, english में करें. जो भी आपकी जुबान है</w:t>
      </w:r>
    </w:p>
    <w:p>
      <w:r>
        <w:rPr>
          <w:b/>
        </w:rPr>
        <w:t xml:space="preserve">[10:45] </w:t>
      </w:r>
      <w:r>
        <w:t>doctor sahib, there is also a hadith that allah descends down to the lowest heaven and says, is there anyone who supplicates to me and i give him? yeh ek bahut hi profound hadith hai. isko agar aap wazeh karen hum sabke liye.</w:t>
      </w:r>
    </w:p>
    <w:p>
      <w:pPr>
        <w:jc w:val="right"/>
      </w:pPr>
      <w:r>
        <w:t>डॉक साहब, there is also a hadith that अल्लाह descends down to the lowest heaven and says, is there anyone who supplicates to me and I give him? यह एक बहुत ही profound हदीज़ है. इसको अगर आप वाज़े करें हम सबके लिए.</w:t>
      </w:r>
    </w:p>
    <w:p>
      <w:r>
        <w:rPr>
          <w:b/>
        </w:rPr>
        <w:t xml:space="preserve">[11:05] </w:t>
      </w:r>
      <w:r>
        <w:t>haan, yeh hadith aam taur se tahajjud ke usme aati hai chunki yeh isme aata hai ki jo aakhri one third hai night ka, maan lijiye char baje kareeb, us waqt khuda jo sabse lowest heaven hai us par aata hai aur kehta hai koi hai mangne wala jisko main doon, koi dua karne wala hai main uski dua sunoon.</w:t>
      </w:r>
    </w:p>
    <w:p>
      <w:pPr>
        <w:jc w:val="right"/>
      </w:pPr>
      <w:r>
        <w:t>हाँ, यह हदीज़ आमतौर से तहज्जुद के उसमें आती है चूंकि यह इसमें आता है कि जो आखिरी one third है night का, मान लीजिए चार बजे करीब, उस वक्त खुदा जो सबसे lowest heaven है उस पर आता है और कहता है कोई है मांगने वाला जिसको मैं दूँ, कोई दुआ करने वाला है मैं उसकी दुआ सुनूँ.</w:t>
      </w:r>
    </w:p>
    <w:p>
      <w:r>
        <w:rPr>
          <w:b/>
        </w:rPr>
        <w:t xml:space="preserve">[11:29] </w:t>
      </w:r>
      <w:r>
        <w:t>to darasal yeh aisa nahi hai physical sense mein khuda utar ke aata hai kisi jagah par balki khuda mutabajjey hota hai chuki us waqt jo tahajjud ka waqt hota hai jaise humne pichli baar bhi discuss kiya tha ispe. ji.</w:t>
      </w:r>
    </w:p>
    <w:p>
      <w:pPr>
        <w:jc w:val="right"/>
      </w:pPr>
      <w:r>
        <w:t>तो दरअसल यह ऐसा नहीं है physical sense में खुदा उतर के आता है किसी जगह पर बल्कि खुदा मुतबज्य होता है चूँकि उस वक्त जो तहजूद का वक्त होता है जैसे हमने पिछली बार भी discuss किया था इसपे. जी.</w:t>
      </w:r>
    </w:p>
    <w:p>
      <w:r>
        <w:rPr>
          <w:b/>
        </w:rPr>
        <w:t xml:space="preserve">[11:43] </w:t>
      </w:r>
      <w:r>
        <w:t>ke jo tahajjud ka waqt hai wo bara hi keemti waqt hai is lihaaz se ke koi disturbance</w:t>
      </w:r>
    </w:p>
    <w:p>
      <w:pPr>
        <w:jc w:val="right"/>
      </w:pPr>
      <w:r>
        <w:t>कि जो तहजूद का वक्त है वो बड़ा ही कीमती वक्त है इस लिहाज से कि कोई disturbance</w:t>
      </w:r>
    </w:p>
    <w:p>
      <w:r>
        <w:rPr>
          <w:b/>
        </w:rPr>
        <w:t xml:space="preserve">[11:49] </w:t>
      </w:r>
      <w:r>
        <w:t>nahin hai, koi distraction nahin hai, koi phone call nahin aa raha hai, apne aap ko jaana hai</w:t>
      </w:r>
    </w:p>
    <w:p>
      <w:pPr>
        <w:jc w:val="right"/>
      </w:pPr>
      <w:r>
        <w:t>नहीं है, कोई distraction नहीं है, कोई phone call नहीं आ रहा है, अपने आप को जाना है</w:t>
      </w:r>
    </w:p>
    <w:p>
      <w:r>
        <w:rPr>
          <w:b/>
        </w:rPr>
        <w:t xml:space="preserve">[11:55] </w:t>
      </w:r>
      <w:r>
        <w:t>kahin, na kisi ko aana hai to bilkul khamoshi hai, solitude hai, bilkul bahut achha, achha yaani waqt</w:t>
      </w:r>
    </w:p>
    <w:p>
      <w:pPr>
        <w:jc w:val="right"/>
      </w:pPr>
      <w:r>
        <w:t>कहीं, ना किसी को आना है तो बिल्कुल खामोशी है, solitude है, बिल्कुल बहुत अच्छा, अच्छा यानी वक्त</w:t>
      </w:r>
    </w:p>
    <w:p>
      <w:r>
        <w:rPr>
          <w:b/>
        </w:rPr>
        <w:t xml:space="preserve">[12:01] </w:t>
      </w:r>
      <w:r>
        <w:t>bhi hai, chidiyon ki awaaz aa rahi hai, koi distraction nahin hai, to us waqt aap concentrate kar</w:t>
      </w:r>
    </w:p>
    <w:p>
      <w:pPr>
        <w:jc w:val="right"/>
      </w:pPr>
      <w:r>
        <w:t>भी है, चिड़ियाओं की आवाज़ आ रही है, कोई distraction नहीं है, तो उस वक्त आप concentrate कर</w:t>
      </w:r>
    </w:p>
    <w:p>
      <w:r>
        <w:rPr>
          <w:b/>
        </w:rPr>
        <w:t xml:space="preserve">[12:07] </w:t>
      </w:r>
      <w:r>
        <w:t>sakte hain aur us waqt gehri duaen nikalti hain.</w:t>
      </w:r>
    </w:p>
    <w:p>
      <w:pPr>
        <w:jc w:val="right"/>
      </w:pPr>
      <w:r>
        <w:t>सकते हैं और उस वक्त गहरी दुआएं निकलती हैं.</w:t>
      </w:r>
    </w:p>
    <w:p>
      <w:r>
        <w:rPr>
          <w:b/>
        </w:rPr>
        <w:t xml:space="preserve">[12:14] </w:t>
      </w:r>
      <w:r>
        <w:t>to us waqt jo bhi dua niklegi to zaahir hai wo badi keemti hogi. to aisa nahi hai koi waqt hai us waqt aap dua karen to qubool ho jayegi. balki us waqt ke halaat aise hote hain ki aapke andar gehri kaifiyat paida ho jati hai aur us kaifiyat ki wajah se wo dua qubool hoti hai. to yeh ek symbolic hadith hai. ji. isko matlab us andaaz se nahi samajhna chahiye, uski spirit ko samajhna chahiye. ji ji. bahut important baat batai doctor sahib aapne.</w:t>
      </w:r>
    </w:p>
    <w:p>
      <w:pPr>
        <w:jc w:val="right"/>
      </w:pPr>
      <w:r>
        <w:t>तो उस वक्त जो भी दुआ निकलेगी तो ज़ाहिर है वो बड़ी कीमती होगी. तो ऐसा नहीं है कोई वक्त है उस वक्त आप दुआ करें तो कुबूल हो जाएगी. बल्कि उस वक्त के हालात ऐसे होते हैं कि आपके अंदर गहरी कैफियत पैदा हो जाती है और उस कैफियत की वजह से वो दुआ कुबूल होती है. तो यह एक symbolic हतीश है. जी. इसको मतलब उस अंदाज़ से नहीं समझना चाहिए, उसकी spirit को समझना चाहिए. जी जी. बहुत important बात बताई doctor साहब आपने.</w:t>
      </w:r>
    </w:p>
    <w:p>
      <w:r>
        <w:rPr>
          <w:b/>
        </w:rPr>
        <w:t xml:space="preserve">[12:43] </w:t>
      </w:r>
      <w:r>
        <w:t>doctor sahib jaisa ki hum yeh bhi jante hain ki allah maafi pasand hai. ji. aur allah maaf karne wala hai. there is also a hadith where which says that allah extends his hands during the day and night and says that is there anyone who repents for his sins so that i pardon him? is iske bare mein bhi bataen doctor sambhav sabko.</w:t>
      </w:r>
    </w:p>
    <w:p>
      <w:pPr>
        <w:jc w:val="right"/>
      </w:pPr>
      <w:r>
        <w:t>Doctor साहब जैसा कि हम यह भी जानते हैं कि अल्लाह माफी पसंद है. जी. और अल्लाह माफ करने वाला है. There is also a हदीज़ where which says that अल्लाह extends his hands during the day and night and says that is there anyone who repents for his sins so that I pardon him? इस इसके बारे में भी बताएं doctor संभव सबको.</w:t>
      </w:r>
    </w:p>
    <w:p>
      <w:r>
        <w:rPr>
          <w:b/>
        </w:rPr>
        <w:t xml:space="preserve">[13:09] </w:t>
      </w:r>
      <w:r>
        <w:t>haan, aisi hadith hai ki allah taala raat ke waqt apna haath failata hai aur kehta hai ki raat ke waqt apna haath failata hai taaki jin logon ne din ke waqt guna kiya hai usko maaf kar de aur din ke waqt haath failata hai taaki jin logon ne raat ke waqt guna kiya hai usko maaf karte. yahan tak ke suraj magrib se nikal aaye.</w:t>
      </w:r>
    </w:p>
    <w:p>
      <w:pPr>
        <w:jc w:val="right"/>
      </w:pPr>
      <w:r>
        <w:t>हाँ, ऐसी हिदीस है कि अल्लाह तालाह रात के वक्त अपना हाथ फैलाता है और कहता है कि रात के वक्त अपना हाथ फैलाता है ताकि जिन लोगों ने दिन के वक्त गुना किया है उसको माफ कर दे और दिन के वक्त हाथ फैलाता है ताकि जिन लोगों ने रात के वक्त गुना किया है उसको माफ करते. यहाँ तक के सूरज मगरीब से निकल आए.</w:t>
      </w:r>
    </w:p>
    <w:p>
      <w:r>
        <w:rPr>
          <w:b/>
        </w:rPr>
        <w:t xml:space="preserve">[13:36] </w:t>
      </w:r>
      <w:r>
        <w:t>magrib ka matlab west se nikle, suraj east se nikalta hai lekin magrib se jab niklega to wo qayamat hogi. iska matlab hai ki qayamat tak yeh baat rahegi ki allah taala taiyar hai har tarah ki maafi, maafi ke liye. to matlab yahi hai is hadith mein ki khuda taiyar hai, har waqt aapke liye available hai ki aap us se maafi mange aur wo aapki dua ko bol karen. ji.</w:t>
      </w:r>
    </w:p>
    <w:p>
      <w:pPr>
        <w:jc w:val="right"/>
      </w:pPr>
      <w:r>
        <w:t>मगरीब का मतलब west से निकले, सूरज east से निकलता है लेकिन मगरीब से जब निकलेगा तो वो क्यामत होगी. इसका मतलब है कि क्यामत तक यह बात रहेगी कि अल्लाह ताला तैयार है हर तरह की माफी, माफी के लिए. तो मतलब यही है इस अधीसगार कि खुदा तैयार है, हर वक्त आपके लिए available है कि आप उससे माफी मांगे और वो आपकी दुआ को बोल करें. जी.</w:t>
      </w:r>
    </w:p>
    <w:p>
      <w:r>
        <w:rPr>
          <w:b/>
        </w:rPr>
        <w:t xml:space="preserve">[14:06] </w:t>
      </w:r>
      <w:r>
        <w:t>bahut hi hope wali baat batai doctor sahib aapki. ji. doctor sahib, kai log aksar yeh bhi kehte hain ki dua ka bhi koi tareeqa hona chahiye, koi method hona chahiye. to iske bare mein bhi bataen ki kya koi method darkaar hai dua karne ke liye ya kaise bhi hum dua kar sakte hain?</w:t>
      </w:r>
    </w:p>
    <w:p>
      <w:pPr>
        <w:jc w:val="right"/>
      </w:pPr>
      <w:r>
        <w:t>बहुत ही hope वाली बात बताई doctor साहब आपकी. जी. Doctor साहब, कई लोग अक्सर यह भी कहते हैं कि दुआ का भी कोई तरीका होना चाहिए, कोई method होना चाहिए. तो इसके बारे में भी बताएं कि क्या कोई method दर्कार है दुआ करने के लिए या कैसे भी हम दुआ कर सकते हैं?</w:t>
      </w:r>
    </w:p>
    <w:p>
      <w:r>
        <w:rPr>
          <w:b/>
        </w:rPr>
        <w:t xml:space="preserve">[14:27] </w:t>
      </w:r>
      <w:r>
        <w:t>waise to ullah aadaab batate hain ke dua ke yeh aadaab hain, yeh tareeqa hai, lekin wahi sahi</w:t>
      </w:r>
    </w:p>
    <w:p>
      <w:pPr>
        <w:jc w:val="right"/>
      </w:pPr>
      <w:r>
        <w:t>वैसे तो उल्ला आदाब बताते हैं कि दुआ के यह आदाब हैं, यह तरीका है, लेकिन वही सही</w:t>
      </w:r>
    </w:p>
    <w:p>
      <w:r>
        <w:rPr>
          <w:b/>
        </w:rPr>
        <w:t xml:space="preserve">[14:34] </w:t>
      </w:r>
      <w:r>
        <w:t>tareeqa hai jo pehle abhi jis mein baat hui hai ke is mein aazam wali dua, yaani khuda ki jo</w:t>
      </w:r>
    </w:p>
    <w:p>
      <w:pPr>
        <w:jc w:val="right"/>
      </w:pPr>
      <w:r>
        <w:t>तरीका है जो पहले अभी जिसमें बात हुई है कि इसमें आज़म वाली दुआ, यानी खुदा की जो</w:t>
      </w:r>
    </w:p>
    <w:p>
      <w:r>
        <w:rPr>
          <w:b/>
        </w:rPr>
        <w:t xml:space="preserve">[14:42] </w:t>
      </w:r>
      <w:r>
        <w:t>glory hai usko aap apne zehan nishin karen, khuda ki barhai bayan karen, khuda creator hai, khuda sustainer</w:t>
      </w:r>
    </w:p>
    <w:p>
      <w:pPr>
        <w:jc w:val="right"/>
      </w:pPr>
      <w:r>
        <w:t>glory है उसको आप अपने ज़ेहन निशीन करें, खुदा की बड़ाई बयान करें, खुदा creator है, खुदा sustainer</w:t>
      </w:r>
    </w:p>
    <w:p>
      <w:r>
        <w:rPr>
          <w:b/>
        </w:rPr>
        <w:t xml:space="preserve">[14:50] </w:t>
      </w:r>
      <w:r>
        <w:t>hai, khuda giver hai, har cheez usne hamein di hai.</w:t>
      </w:r>
    </w:p>
    <w:p>
      <w:pPr>
        <w:jc w:val="right"/>
      </w:pPr>
      <w:r>
        <w:t>है, खुदा giver है, हर चीज़ उसने हमें दी है.</w:t>
      </w:r>
    </w:p>
    <w:p>
      <w:r>
        <w:rPr>
          <w:b/>
        </w:rPr>
        <w:t xml:space="preserve">[14:58] </w:t>
      </w:r>
      <w:r>
        <w:t>to yeh sab pehle aap apne zehan mein laen, phir rasoolullah sallam ke bare mein aapke achhe aapke</w:t>
      </w:r>
    </w:p>
    <w:p>
      <w:pPr>
        <w:jc w:val="right"/>
      </w:pPr>
      <w:r>
        <w:t>तो ये सब पहले आप अपने ज़ेहन में लाएं, फिर रसूल्ला सल्लम के बारे में आपके अच्छे आपके</w:t>
      </w:r>
    </w:p>
    <w:p>
      <w:r>
        <w:rPr>
          <w:b/>
        </w:rPr>
        <w:t xml:space="preserve">[15:13] </w:t>
      </w:r>
      <w:r>
        <w:t>duaiyan alfaaz niklen kyunke jo ke liye duaen ki, phir aapne apni dua ki.</w:t>
      </w:r>
    </w:p>
    <w:p>
      <w:pPr>
        <w:jc w:val="right"/>
      </w:pPr>
      <w:r>
        <w:t>द्वाइयाँ अल्फाज़ निकलें क्योंकि जो के लिए दुआएं की, फिर आपने अपनी दुआ की.</w:t>
      </w:r>
    </w:p>
    <w:p>
      <w:r>
        <w:rPr>
          <w:b/>
        </w:rPr>
        <w:t xml:space="preserve">[15:29] </w:t>
      </w:r>
      <w:r>
        <w:t>to bahut hi effective dua hogi chunki aapke aapke dil mein badi gehri kaifiyat paida ho chuki hai. to, to yahi ek matlab tareeqa hai dua ka aur maulana ek kaha kaha karte hai ki reference point se dua karna. ji ji ji. woh bhi bahut hi achhi cheez hai. jaise bahut pehle maulana ne ek waqai bataya tha lucknow mein. purani baat hai mughalon ke zamane mein koi kisan tha. ji. to uske paas paise nahi the.</w:t>
      </w:r>
    </w:p>
    <w:p>
      <w:pPr>
        <w:jc w:val="right"/>
      </w:pPr>
      <w:r>
        <w:t>तो बहुत ही effective दुआ होगी चूँकि आपके आपके दिल में बड़ी गहरी कैफियत पैदा हो चुकी है. तो, तो यही एक मतलब तरीका है दुआ का और मौलाना एक कहा कहा करते है कि reference point से दुआ करना. जी जी जी. वह भी बहुत ही अच्छी चीज़ है. जैसे बहुत पहले मौलाना ने एक वाकई बताया था लखनऊ में. पुरानी बात है मुगलों के जमाने में कोई किसान था. जी. तो उसके पास पैसे नहीं थे.</w:t>
      </w:r>
    </w:p>
    <w:p>
      <w:r>
        <w:rPr>
          <w:b/>
        </w:rPr>
        <w:t xml:space="preserve">[15:56] </w:t>
      </w:r>
      <w:r>
        <w:t>usne kisi se kaha bhai main, mere paas kuch nahi hai. main kisse loon? to usne kaha ki akbar badshah ke paas bahut paise hain. us se lo. to usne kaha ki akbar badshah ko kisne diya? to usne kaha allah ne diya. ji. to usne kaha phir main allah se mangunga. to usne apne zuban mein kaha ki ae allah jaise tu ne akbar ko diya hai, humayun ko de. to yeh ek reference wali dua hai. ji.</w:t>
      </w:r>
    </w:p>
    <w:p>
      <w:pPr>
        <w:jc w:val="right"/>
      </w:pPr>
      <w:r>
        <w:t>उसने किसी से कहा भई मैं, मेरे पास कुछ नहीं है. मैं किस्से लूं? तो उसने कहा कि अकबर बादशाह के पास बहुत पैसे हैं. उससे लो. तो उसने कहा कि अकबर बादशाह को किसने दिया? तो उसने कहा अल्लाह ने दिया. जी. तो उसने कहा फिर मैं अल्लाह से मांगूंगा. तो उसने अपने जुबान में कहा कि ऐ अल्लाह जैसे तूने अकबरवाह को दिया है, हमायों को दे. तो यह एक reference वाली दुआ है. जी.</w:t>
      </w:r>
    </w:p>
    <w:p>
      <w:r>
        <w:rPr>
          <w:b/>
        </w:rPr>
        <w:t xml:space="preserve">[16:20] </w:t>
      </w:r>
      <w:r>
        <w:t>ki aap khuda ko invoke kar sakte hain reference ke through. quran mein bhi aisi kai cheezein aayi hain. maulana ne isko kafi is par kai baar iska zikr kiya hai. ji.</w:t>
      </w:r>
    </w:p>
    <w:p>
      <w:pPr>
        <w:jc w:val="right"/>
      </w:pPr>
      <w:r>
        <w:t>कि आप खुदा को invoke कर सकते हैं reference के through. कुरान में भी ऐसी कई चीज़ें आई हैं. मोलाने ने इसको काफी इस पर कई बार इसका ज़िक्र किया है. जी.</w:t>
      </w:r>
    </w:p>
    <w:p>
      <w:r>
        <w:rPr>
          <w:b/>
        </w:rPr>
        <w:t xml:space="preserve">[16:35] </w:t>
      </w:r>
      <w:r>
        <w:t>doctor, sahwa ke ram kaha karte the ki maqbool dua ki nishani yeh hai ki jab tum kisi ko ghafil dekho to apne rab ki taraf mutabajjey ho jao aur abu kilaba se bhi ek riwayat hai ki do aadmi bazaar mein mile. to ek ne doosre se kaha ki is waqt log allah se ghafil hain to aao allah se istighfar karen. phir unhone aisa kiya. kuch din ke baad ek ka intaqal ho gaya.</w:t>
      </w:r>
    </w:p>
    <w:p>
      <w:pPr>
        <w:jc w:val="right"/>
      </w:pPr>
      <w:r>
        <w:t>Doctor, सहवा के राम कहा करते थे कि मकबूल दुआ की निशानी यह है कि जब तुम किसी को गाफिल देखो तो अपने रब की तरफ मुतेबज्जे हो जाओ और अबू किलाबा से भी एक रिवायत है कि दो आदमी बाज़ार में मिले. तो एक ने दूसरे से कहा कि इस वक्त लोग अल्लाह से गाफिल हैं तो आओ अल्लाह से इस्तक्फार करें. फिर उन्होंने ऐसा किया. कुछ दिन के बाद एक का इन्तकाल हो गया.</w:t>
      </w:r>
    </w:p>
    <w:p>
      <w:r>
        <w:rPr>
          <w:b/>
        </w:rPr>
        <w:t xml:space="preserve">[17:03] </w:t>
      </w:r>
      <w:r>
        <w:t>to doosre ne usko khwab mein dekha aur usne us se kaha ki tumhein yaad hai ki jab hum bazaar mein mile the, to us waqt allah ne hamari maghfirat kar di thi. to doctor sahib ek sawal yeh aata hai ki is there a place or a situation where dua is not rejected? iske bare mein bataen.</w:t>
      </w:r>
    </w:p>
    <w:p>
      <w:pPr>
        <w:jc w:val="right"/>
      </w:pPr>
      <w:r>
        <w:t>तो दूसरे ने उसको खाब में देखा और उसने उससे कहा कि तुम्हें याद है कि जब हम बाज़ार में मिले थे, तो उस वक्त अल्लाह ने हमारी मकफरत कर दी थी. तो doctor साहब एक सवाल यह आता है कि is there a place or a situation where दुआ is not rejected? इसके बारे में बताएं.</w:t>
      </w:r>
    </w:p>
    <w:p>
      <w:r>
        <w:rPr>
          <w:b/>
        </w:rPr>
        <w:t xml:space="preserve">[17:27] </w:t>
      </w:r>
      <w:r>
        <w:t>hadith mein aata hai ki azan ke baad dua agar karen to dua reject nahi hoti hai. ji. aur aise hi aata hai ki jab barish ho rahi ho to us waqt dua karen to reject nahi hoti hai. achha, ji.</w:t>
      </w:r>
    </w:p>
    <w:p>
      <w:pPr>
        <w:jc w:val="right"/>
      </w:pPr>
      <w:r>
        <w:t>हदीस में आता है कि अजान के बाद दुआ अगर करें तो दुआ reject नहीं होती है. जी. और ऐसे ही आता है कि जब बारिश हो रही हो तो उस वक्त दुआ करें तो reject नहीं होती है. अच्छा, जी.</w:t>
      </w:r>
    </w:p>
    <w:p>
      <w:r>
        <w:rPr>
          <w:b/>
        </w:rPr>
        <w:t xml:space="preserve">[17:43] </w:t>
      </w:r>
      <w:r>
        <w:t>to aisa nahi hai ki wo azan ke waqt dua karen to reject nahi hogi balki agar us waqt aapke dil mein kaifiyat paida ho gayi, agar aapne wo dua ki jo azan ke baad padhi jati hai, allahumma rabba, hazihid da'wat, itamma wa salat tilqa'ima, ati Muhammadan al wasilata wal fadilata, wab'ath hu maqamam mahmudanil lazi wa'adtah. to yeh dua kitni gehri dua hai phir aapne usko socha uske bare mein to aapke andar ek kaifiyat paida ho gayi.</w:t>
      </w:r>
    </w:p>
    <w:p>
      <w:pPr>
        <w:jc w:val="right"/>
      </w:pPr>
      <w:r>
        <w:t>तो ऐसा नहीं है कि वो आज़ान के वक्त दुआ करें तो reject नहीं होगी बल्कि अगर उस वक्त आपके दिल में कैफियत पैदा हो गई, अगर आपने वो दुआ की जो आज़ान के बाद पड़ी जाती है, अल्लाहुमरब्बा, हाज़िद्दावत, इतना अम्मा, व सलाह तिलकायमा, आती मुहम्मद अनिल वसील अल फ़ज़ीला, महब्बासू, मकामम, महमूद अनिल रजीवा अद्ताऊ. तो यह दुआ कितनी गहरी दुआ है फिर आपने उसको सोचा उसके बारे में तो आपके अंदर एक कैफियत पैदा हो गई.</w:t>
      </w:r>
    </w:p>
    <w:p>
      <w:r>
        <w:rPr>
          <w:b/>
        </w:rPr>
        <w:t xml:space="preserve">[18:13] </w:t>
      </w:r>
      <w:r>
        <w:t>azan khud ek bahut badi call hai jisko ek aap keh sakte hain ek chhoti si dawat ki call hai. to wo sab cheezein jab aapne sochi to zaahir hai aapke dil mein gehri kaifiyat paida ho gayi to us waqt jab dua karenge to wo qubool hogi.</w:t>
      </w:r>
    </w:p>
    <w:p>
      <w:pPr>
        <w:jc w:val="right"/>
      </w:pPr>
      <w:r>
        <w:t>आज़ान खुद एक बहुत बड़ी call है जिसको एक आप कह सकते हैं एक छोटी सी दावत की call है. तो वो सब चीज़ें जब आपने सोची तो ज़ाहिर है आपके दिल में गहरी कैफियत पैदा हो गई तो उस वक्त जब दुआ करेंगे तो वो कुबूल होगी.</w:t>
      </w:r>
    </w:p>
    <w:p>
      <w:r>
        <w:rPr>
          <w:b/>
        </w:rPr>
        <w:t xml:space="preserve">[18:30] </w:t>
      </w:r>
      <w:r>
        <w:t>aise baarish, baarish ek lafz hai lekin koi bhi jo natural phenomena hai us pe us pe insaan soche agar</w:t>
      </w:r>
    </w:p>
    <w:p>
      <w:pPr>
        <w:jc w:val="right"/>
      </w:pPr>
      <w:r>
        <w:t>ऐसे बारिश, बारिश एक लब्ज है लेकिन कोई भी जो natural phenomena है उसपे उसपे इंसान सोचे अगर</w:t>
      </w:r>
    </w:p>
    <w:p>
      <w:r>
        <w:rPr>
          <w:b/>
        </w:rPr>
        <w:t xml:space="preserve">[18:37] </w:t>
      </w:r>
      <w:r>
        <w:t>chunke nature insaan ko inspire karti hai aur baarish khud ek bahut hi bara ek phenomenon hai kaise</w:t>
      </w:r>
    </w:p>
    <w:p>
      <w:pPr>
        <w:jc w:val="right"/>
      </w:pPr>
      <w:r>
        <w:t>चूँकि nature इंसान को inspire करती है और बारिश खुद एक बहुत ही बड़ा एक phenomenon है कैसे</w:t>
      </w:r>
    </w:p>
    <w:p>
      <w:r>
        <w:rPr>
          <w:b/>
        </w:rPr>
        <w:t xml:space="preserve">[18:44] </w:t>
      </w:r>
      <w:r>
        <w:t>sab undaron mein se jab wo suraj ki roshni padti hai to wo bhaap ban ke udta hai,</w:t>
      </w:r>
    </w:p>
    <w:p>
      <w:pPr>
        <w:jc w:val="right"/>
      </w:pPr>
      <w:r>
        <w:t>सब उन्दरों में से जब वो सूरज की रौशनी पड़ती है तो वो भाप वन के उड़ता है,</w:t>
      </w:r>
    </w:p>
    <w:p>
      <w:r>
        <w:rPr>
          <w:b/>
        </w:rPr>
        <w:t xml:space="preserve">[18:51] </w:t>
      </w:r>
      <w:r>
        <w:t>phir wo badal ki shakal ikhtiyaar hoti hai, phir hawaen usko le kar chalti hai, phir jahan Allah taala</w:t>
      </w:r>
    </w:p>
    <w:p>
      <w:pPr>
        <w:jc w:val="right"/>
      </w:pPr>
      <w:r>
        <w:t>फिर वो बादल की शक्ल हख़्तियार होती है, फिर हवाएं उसको लेकर चलती है, फिर जहा अल्लाह तालाह</w:t>
      </w:r>
    </w:p>
    <w:p>
      <w:r>
        <w:rPr>
          <w:b/>
        </w:rPr>
        <w:t xml:space="preserve">[18:58] </w:t>
      </w:r>
      <w:r>
        <w:t>ko baarish barsani hoti hai, to yeh ek itni bari cycle hai, to is pe agar sochega insaan to</w:t>
      </w:r>
    </w:p>
    <w:p>
      <w:pPr>
        <w:jc w:val="right"/>
      </w:pPr>
      <w:r>
        <w:t>को बारिश बरसानी होती है, तो ये एक इतनी बड़ी cycle है, तो इसपे अगर सोचेगा इंसान तो</w:t>
      </w:r>
    </w:p>
    <w:p>
      <w:r>
        <w:rPr>
          <w:b/>
        </w:rPr>
        <w:t xml:space="preserve">[19:05] </w:t>
      </w:r>
      <w:r>
        <w:t>zahair hai, khuda ki azmat uske upar taari hogi, to sari jo nature ke, nature ke phenomena hai</w:t>
      </w:r>
    </w:p>
    <w:p>
      <w:pPr>
        <w:jc w:val="right"/>
      </w:pPr>
      <w:r>
        <w:t>ज़ाहिर है, खुदा की अज़मत उसके ऊपर तारी होगी, तो सारी जो nature के, nature के phenomena है</w:t>
      </w:r>
    </w:p>
    <w:p>
      <w:r>
        <w:rPr>
          <w:b/>
        </w:rPr>
        <w:t xml:space="preserve">[19:12] </w:t>
      </w:r>
      <w:r>
        <w:t>us pe insaan agar sochega to gehri kaifiyat paida hogi aur phir yaqeenan dua qubool hogi.</w:t>
      </w:r>
    </w:p>
    <w:p>
      <w:pPr>
        <w:jc w:val="right"/>
      </w:pPr>
      <w:r>
        <w:t>उस पर इंसान अगर सोचेगा तो गहरी कैफीत पैदा होगी और फिर यकीनन दुआ कुबूल होगी.</w:t>
      </w:r>
    </w:p>
    <w:p>
      <w:r>
        <w:rPr>
          <w:b/>
        </w:rPr>
        <w:t xml:space="preserve">[19:19] </w:t>
      </w:r>
      <w:r>
        <w:t>ji. doctor jaisa ki hum sab jante hain ki yeh duniya is like the tip of the iceberg aur asal jo duniya hai woh toh maut ke baad aane wali duniya hai. to log aksar is cheez ko lekar poochte bhi hain sawal aur pareshan bhi rehte hain ki kya hamein dua material cheezon ke liye karni chahiye ya akhirat ko lekar karni chahiye ya dono ko lekar karni chahiye?</w:t>
      </w:r>
    </w:p>
    <w:p>
      <w:pPr>
        <w:jc w:val="right"/>
      </w:pPr>
      <w:r>
        <w:t>जी. Doctor जैसे कि हम सब जानते हैं कि यह दुनिया is like the tip of the iceberg और असल जो दुनिया है वह तो मौत के बाद आने वाली दुनिया है. तो लोग अक्सर इस चीज़ को लेकर पूछते भी हैं सवाल और परेशान भी रहते हैं कि क्या हमें दुआ material चीज़ों के लिए करनी चाहिए या आखिरत को लेकर करनी चाहिए या दोनों को लेकर करनी चाहिए?</w:t>
      </w:r>
    </w:p>
    <w:p>
      <w:r>
        <w:rPr>
          <w:b/>
        </w:rPr>
        <w:t xml:space="preserve">[19:46] </w:t>
      </w:r>
      <w:r>
        <w:t>to iske bare mein aap kya advice karenge? nahi, dua to jaise humne abhi zikr kiya gaya. rasool allah ne kaha har cheez ke liye dua karo. ji. sandal toot jaye to bhi dua karo.</w:t>
      </w:r>
    </w:p>
    <w:p>
      <w:pPr>
        <w:jc w:val="right"/>
      </w:pPr>
      <w:r>
        <w:t>तो इसके बारे में आप क्या advice करेंगे? नहीं, दुआ तो जैसे हमने अभी ज़िक्र किया गया. रसूल्ला ने कहा हर चीज़ के लिए दुआ करो. जी. Sandal टूट जाए तो भी दुआ करो.</w:t>
      </w:r>
    </w:p>
    <w:p>
      <w:r>
        <w:rPr>
          <w:b/>
        </w:rPr>
        <w:t xml:space="preserve">[19:58] </w:t>
      </w:r>
      <w:r>
        <w:t>to har cheez ke liye dua karni hai, lekin ek basic baat yeh janni chahiye ki aap agar material cheezon ki dua karenge, kar sakte hain, zaroorat hai insan ko yaani need based dua kar sakte hain material cheezon ki, lekin aap agar bahut zyada dua karenge aur need se zyada chahenge to allah taala de dega aapko, zaahir hai, lekin aapka test badhta chala jayega.</w:t>
      </w:r>
    </w:p>
    <w:p>
      <w:pPr>
        <w:jc w:val="right"/>
      </w:pPr>
      <w:r>
        <w:t>तो हर चीज़ के लिए दुआ करनी है, लेकिन एक basic बात यह जाननी चाहिए कि आप अगर material चीज़ों की दुआ करेंगे, कर सकते हैं, ज़रूरत है इंसान को यानी need based दोआ कर सकते हैं material चीज़ों की, लेकिन आप अगर बहुत ज़्यादा दोआ करेंगे और need से ज़्यादा चाहेंगे तो अल्लाथाला दे देगा आपको, ज़ाहिर है, लेकिन आपका test बढ़ता चले जाएगा.</w:t>
      </w:r>
    </w:p>
    <w:p>
      <w:r>
        <w:rPr>
          <w:b/>
        </w:rPr>
        <w:t xml:space="preserve">[20:23] </w:t>
      </w:r>
      <w:r>
        <w:t>agar aap apna test badhana chahte hain to aap material cheezon ki dua zyada karen, warna dua to zyada akhirat ke liye honi chahiye kyunki wo ek eternal cheez hai. ji. wo hamesha ki zindagi hai aur quran mein bhi aata hai rabbana, atina fid duniya hasana, wa fil akhirati hasana, wa qina azaban nar. is dua ko bhi log thoda sahi nahi samajhte, sahi tareeqe se nahi samajhte.</w:t>
      </w:r>
    </w:p>
    <w:p>
      <w:pPr>
        <w:jc w:val="right"/>
      </w:pPr>
      <w:r>
        <w:t>अगर आप अपना test बढ़ाना चाहते हैं तो आप material चीज़ों की दुआ ज़्यादा करें, वरना दुआ तो ज़्यादा आखिरत के लिए होनी चाहिए क्योंकि वो एक eternal चीज़ है. जी. वो हमेशा की ज़िंदगी है और कुरान में भी आता है रब्बना, आतिनाफिद दुनिया हसना, वफिलाखिर अति हसना, वकीन आज़ा बनार. इस दुआ को भी लोग थोड़ा सही नहीं समझते, सही तरीके से नहीं समझते.</w:t>
      </w:r>
    </w:p>
    <w:p>
      <w:r>
        <w:rPr>
          <w:b/>
        </w:rPr>
        <w:t xml:space="preserve">[20:50] </w:t>
      </w:r>
      <w:r>
        <w:t>isme yeh dua ho rahi hai ki ae allah, to duniya ka bhi hasana de de aur akhirat ka bhi hasana de de aur azaab se bacha. ji. to iska matlab log samajhte hain ki duniya ka hasana ka matlab hai ki jo sari duniya mein wealth hai aur jo paisa hai aur jo cheezein hain property and so on, wo sab mang raha hai banda aur akhirat ki bhi achhi cheezein mang raha hai.</w:t>
      </w:r>
    </w:p>
    <w:p>
      <w:pPr>
        <w:jc w:val="right"/>
      </w:pPr>
      <w:r>
        <w:t>इसमें ये दुआ हो रही है कि ऐ अल्लाह, तो दुनिया का भी हसना दे दे और आख़िरत का भी हसना दे दे और आज़ाब से बचा. जी. तो इसका मतलब लोग समझते हैं कि दुनिया का हसना का मतलब है कि जो सारी दुनिया में wealth है और जो पैसा है और जो चीज़ें हैं property and so on, वो सब मांग रहा है बंदा और आखिरत की भी अच्छी चीज़ें मांग रहा है.</w:t>
      </w:r>
    </w:p>
    <w:p>
      <w:r>
        <w:rPr>
          <w:b/>
        </w:rPr>
        <w:t xml:space="preserve">[21:15] </w:t>
      </w:r>
      <w:r>
        <w:t>moulana ne isko explain kiya tha ke yeh nahin hai balkeh wo banda keh raha hai ke aye</w:t>
      </w:r>
    </w:p>
    <w:p>
      <w:pPr>
        <w:jc w:val="right"/>
      </w:pPr>
      <w:r>
        <w:t>मुलाना ने इसको explain किया था कि यह नहीं है बल्कि वो बंदा कह रहा है कि ऐ</w:t>
      </w:r>
    </w:p>
    <w:p>
      <w:r>
        <w:rPr>
          <w:b/>
        </w:rPr>
        <w:t xml:space="preserve">[21:31] </w:t>
      </w:r>
      <w:r>
        <w:t>Allah, mere liye duniya ki jo behtari hai to wo mujhe de de aur akhirat mere liye jo</w:t>
      </w:r>
    </w:p>
    <w:p>
      <w:pPr>
        <w:jc w:val="right"/>
      </w:pPr>
      <w:r>
        <w:t>अल्लाह, मेरे लिए दुनिया की जो बेहतरी है तो वो मुझे दे दे और आखिरत मेरे लिए जो</w:t>
      </w:r>
    </w:p>
    <w:p>
      <w:r>
        <w:rPr>
          <w:b/>
        </w:rPr>
        <w:t xml:space="preserve">[21:48] </w:t>
      </w:r>
      <w:r>
        <w:t>behtar hai wo de de.</w:t>
      </w:r>
    </w:p>
    <w:p>
      <w:pPr>
        <w:jc w:val="right"/>
      </w:pPr>
      <w:r>
        <w:t>बेहतर है वो दे दे.</w:t>
      </w:r>
    </w:p>
    <w:p>
      <w:r>
        <w:rPr>
          <w:b/>
        </w:rPr>
        <w:t xml:space="preserve">[22:05] </w:t>
      </w:r>
      <w:r>
        <w:t>yaani Allah se dua kar raha hai ke jo behtar hai wo mujhe de de</w:t>
      </w:r>
    </w:p>
    <w:p>
      <w:pPr>
        <w:jc w:val="right"/>
      </w:pPr>
      <w:r>
        <w:t>यानी अल्लाह से दुआ कर रहा है कि जो बेहतर है वो मुझे दे दे</w:t>
      </w:r>
    </w:p>
    <w:p>
      <w:r>
        <w:rPr>
          <w:b/>
        </w:rPr>
        <w:t xml:space="preserve">[22:22] </w:t>
      </w:r>
      <w:r>
        <w:t>aur doctor sahab, ek hisse yeh bhi take away milta hai ki when you ask for tender blessing, jaise ki aapne kaha spiritual development, intellectual development, toh automatically it will also encompass the smaller blessings. woh usmein automatically shamil ho jata hai. toh yeh bahut achhe se wazik kiya jaza kalla dob sahab.</w:t>
      </w:r>
    </w:p>
    <w:p>
      <w:pPr>
        <w:jc w:val="right"/>
      </w:pPr>
      <w:r>
        <w:t>और doctor साहब, एक हिस्से यह भी take away मिलता है कि when you ask for tender blessing, जैसे कि आपने कहा spiritual development, intellectual development, तो automatically it will also encompass the smaller blessings. वह उसमें automatically शामिल हो जाता है. तो यह बहुत अच्छे से वाज़िक किया जज़ा कल्ला डॉब साहब.</w:t>
      </w:r>
    </w:p>
    <w:p>
      <w:r>
        <w:rPr>
          <w:b/>
        </w:rPr>
        <w:t xml:space="preserve">[22:43] </w:t>
      </w:r>
      <w:r>
        <w:t>dr. sahib, riwayat ka main zikr karna chahunga ke jo Hazrat Ali se hai, ke unhone ek bari</w:t>
      </w:r>
    </w:p>
    <w:p>
      <w:pPr>
        <w:jc w:val="right"/>
      </w:pPr>
      <w:r>
        <w:t>डॉब साहब, रवायत का मैं ज़िक्र करना चाहूंगा कि जो हज़रत अली से है, कि उन्होंने एक बारी</w:t>
      </w:r>
    </w:p>
    <w:p>
      <w:r>
        <w:rPr>
          <w:b/>
        </w:rPr>
        <w:t xml:space="preserve">[22:53] </w:t>
      </w:r>
      <w:r>
        <w:t>bataya ke rasoolullah ne unse farmaaya ke main tumhein paanch hazaar bakriyan de doon ya paanch aise kalemat</w:t>
      </w:r>
    </w:p>
    <w:p>
      <w:pPr>
        <w:jc w:val="right"/>
      </w:pPr>
      <w:r>
        <w:t>बताया कि रसोल्लाह ने उनसे फरमाया कि मैं तुम्हें पांच हज़ार बकरियाँ दे दूँ या पांच ऐसे कलेमात</w:t>
      </w:r>
    </w:p>
    <w:p>
      <w:r>
        <w:rPr>
          <w:b/>
        </w:rPr>
        <w:t xml:space="preserve">[23:03] </w:t>
      </w:r>
      <w:r>
        <w:t>sikha doon jis se tumhara deen mere akhlaq ko wasee kar, meri rozi jo tune mujhe di hai us pe</w:t>
      </w:r>
    </w:p>
    <w:p>
      <w:pPr>
        <w:jc w:val="right"/>
      </w:pPr>
      <w:r>
        <w:t>सिखा दूँ जिससे तुम्हारा दीन मेरे अखिलाह को वसी कर, मेरी रोज़ी जो तूने मुझे दी है उसपे</w:t>
      </w:r>
    </w:p>
    <w:p>
      <w:r>
        <w:rPr>
          <w:b/>
        </w:rPr>
        <w:t xml:space="preserve">[23:13] </w:t>
      </w:r>
      <w:r>
        <w:t>qanaat mujhe de aur meri kamaai ko paakfarma aur jo cheez tune mujhse hata li hai, uski talab</w:t>
      </w:r>
    </w:p>
    <w:p>
      <w:pPr>
        <w:jc w:val="right"/>
      </w:pPr>
      <w:r>
        <w:t>कनात मुझे दे और मेरी कमाई को पाकफरमा और जो चीज़ तूने मुझसे हटा ली है, उसकी तलब</w:t>
      </w:r>
    </w:p>
    <w:p>
      <w:r>
        <w:rPr>
          <w:b/>
        </w:rPr>
        <w:t xml:space="preserve">[23:23] </w:t>
      </w:r>
      <w:r>
        <w:t>mujh mein baaqi na rakh.</w:t>
      </w:r>
    </w:p>
    <w:p>
      <w:pPr>
        <w:jc w:val="right"/>
      </w:pPr>
      <w:r>
        <w:t>मुझमें बाकी न रख.</w:t>
      </w:r>
    </w:p>
    <w:p>
      <w:r>
        <w:rPr>
          <w:b/>
        </w:rPr>
        <w:t xml:space="preserve">[23:33] </w:t>
      </w:r>
      <w:r>
        <w:t>toh aise kai doctor sahab bahut beautiful duayen hain, lekin tab bhi zehan mein aata hai ki koi aisi dua bhi hai jo best dua hai. toh agar hai toh iske bare mein hum sabko bataiye. zaroor, bahut achha aapne yeh jo duayen batai, badi meaningful hain.</w:t>
      </w:r>
    </w:p>
    <w:p>
      <w:pPr>
        <w:jc w:val="right"/>
      </w:pPr>
      <w:r>
        <w:t>तो ऐसे कई doctor साहब बहुत beautiful दुआएं हैं, लेकिन तब भी ज़ेहन में आता है कि कोई ऐसी दुआ भी है जो best दुआ है. तो अगर है तो इसके बारे में हम सबको बताइए. ज़रूर, बहुत अच्छा आपने यह जो दुआएं बताई, बड़ी meaningful है.</w:t>
      </w:r>
    </w:p>
    <w:p>
      <w:r>
        <w:rPr>
          <w:b/>
        </w:rPr>
        <w:t xml:space="preserve">[23:53] </w:t>
      </w:r>
      <w:r>
        <w:t>hadis mein aata hai ki jo behtareen dua hai, woh arafat ki dua hai, yaani hajj mein jab saare haji arafat mein jama hote hain, us waqt choonki ek bada ek climax hota hai hajj ka aur badi gehri kaifiyat hoti hai, saare haji ro rahe hote hain, badi gehri duayen nikalti hain.</w:t>
      </w:r>
    </w:p>
    <w:p>
      <w:pPr>
        <w:jc w:val="right"/>
      </w:pPr>
      <w:r>
        <w:t>हदीश में आता है कि जो बेहतरीन दुआ है, वो अरफात की दुआ है, यानी हज में जब सारे हाजी अरफात में जमा होते हैं, उस वक्त चूँकि एक बड़ा एक climax होता है हाज का और बड़ी गहरी कैफियत होती है, सारे हाजी रो रहे होते हैं, बड़ी गहरी दुआएं निकलती हैं.</w:t>
      </w:r>
    </w:p>
    <w:p>
      <w:r>
        <w:rPr>
          <w:b/>
        </w:rPr>
        <w:t xml:space="preserve">[24:16] </w:t>
      </w:r>
      <w:r>
        <w:t>to rasoolullah ne kaha tha ke wo sab se achhi dua hai aur isi ke liye al haj jo</w:t>
      </w:r>
    </w:p>
    <w:p>
      <w:pPr>
        <w:jc w:val="right"/>
      </w:pPr>
      <w:r>
        <w:t>तो रसोल्ला ने कहा था कि वो सबसे अच्छी दुआ है और इसी के लिए अल हज जो</w:t>
      </w:r>
    </w:p>
    <w:p>
      <w:r>
        <w:rPr>
          <w:b/>
        </w:rPr>
        <w:t xml:space="preserve">[24:23] </w:t>
      </w:r>
      <w:r>
        <w:t>arfaat mein rasoolullah ne kaha hai ke jo arafat mein haazri hai, haajiyon ki wahi haj hai, to wo</w:t>
      </w:r>
    </w:p>
    <w:p>
      <w:pPr>
        <w:jc w:val="right"/>
      </w:pPr>
      <w:r>
        <w:t>अरफाबित रसोल्ला ने कहा है कि जो अरफात में हाजरी है, हाजियों की वही हज है, तो वो</w:t>
      </w:r>
    </w:p>
    <w:p>
      <w:r>
        <w:rPr>
          <w:b/>
        </w:rPr>
        <w:t xml:space="preserve">[24:31] </w:t>
      </w:r>
      <w:r>
        <w:t>is ki wajah se choonke wahan bahut hi zyada gehri kaifiyat hoti hai aur wo aisa maqam hai choonke</w:t>
      </w:r>
    </w:p>
    <w:p>
      <w:pPr>
        <w:jc w:val="right"/>
      </w:pPr>
      <w:r>
        <w:t>इसकी वजह से चूँकि वहाँ बहुत ही ज़्यादा गहरी कैफियत होती है और वो ऐसा मकाम है चूँकि</w:t>
      </w:r>
    </w:p>
    <w:p>
      <w:r>
        <w:rPr>
          <w:b/>
        </w:rPr>
        <w:t xml:space="preserve">[24:39] </w:t>
      </w:r>
      <w:r>
        <w:t>agar aap thodi bahut history jaante hain to wahan rasoolullah ne khutba diya tha, saare sahaba jama hue the.</w:t>
      </w:r>
    </w:p>
    <w:p>
      <w:pPr>
        <w:jc w:val="right"/>
      </w:pPr>
      <w:r>
        <w:t>अगर आप थोड़ी बहुत history जानते हैं तो वहाँ रसोल्ला ने खुदबा दिया था, सारे साबा जमा हुए थे.</w:t>
      </w:r>
    </w:p>
    <w:p>
      <w:r>
        <w:rPr>
          <w:b/>
        </w:rPr>
        <w:t xml:space="preserve">[24:47] </w:t>
      </w:r>
      <w:r>
        <w:t>toh woh sab historical wajood se aur hajj ka ek climax hone ki wajah se bahut hi gehri duayen nikalte hain, nikalti hain. toh isliye woh dua rasoolullah ne kaha tha ki bahut hi achhi dua hai aur maulana ek dua kiya karte the ki woh maulana ko bahut pasand thi. ya hayyu ya qayyum birahmati astaghees. ji.</w:t>
      </w:r>
    </w:p>
    <w:p>
      <w:pPr>
        <w:jc w:val="right"/>
      </w:pPr>
      <w:r>
        <w:t>तो वो सब historical विज्वाद से और हज का एक climax होने की वजह से बहुत ही गहरी दुआएं निकलते हैं, निकलती हैं. तो इसलिए वो दुआ रसोल्ला ने कहा था कि बहुत ही अच्छी दुआ है और मौलाना एक दुआ किया करते थे कि वो मौलाना को बहुत पसंद थी. या हयु या कयूम बेरहमती का स्तेहीज़. जी.</w:t>
      </w:r>
    </w:p>
    <w:p>
      <w:r>
        <w:rPr>
          <w:b/>
        </w:rPr>
        <w:t xml:space="preserve">[25:09] </w:t>
      </w:r>
      <w:r>
        <w:t>ki ae zinda khuda, ae thamne wale khuda, main usse madad chahta hoon, main usse mercy chahta hoon. o living god, o sustaining god, i seek your mercy. toh yeh khud bahut achhi dua hai, bahut chhoti hai. ya hayyo ya qayyum birahmati astaghees aur yeh bhi ismein azam ki dua hai. pehle aapne allah taala ki badai bayan ki, phir usse talab kiya khuda ki mercy. ji.</w:t>
      </w:r>
    </w:p>
    <w:p>
      <w:pPr>
        <w:jc w:val="right"/>
      </w:pPr>
      <w:r>
        <w:t>कि ए ज़िंदा खुदा, ए थामने वाले खुदा, मैं उससे मदद चाहता हूँ, मैं उससे mercy चाहता हूँ. ओ living god, ओ sustaining god, I seek your mercy. तो यह खुद बहुत अच्छी दुआ है, बहुत छोटी है. या हैयो या कयुम, बिरहमती का स्तगिस और यह भी इसमें आज़म की दुआ है. पहले आपने अल्लाह ताले की बड़ाई बयान की, फिर उससे तलब किया खुदा की mercy. जी.</w:t>
      </w:r>
    </w:p>
    <w:p>
      <w:r>
        <w:rPr>
          <w:b/>
        </w:rPr>
        <w:t xml:space="preserve">[25:38] </w:t>
      </w:r>
      <w:r>
        <w:t>docssapp, jaisa ki hum yeh kehte hain ki yeh allah hamare dilon ka haal janta hai. toh ek sawal aksar yeh uthta hai aur log poochte bhi hain ki agar allah taala hamare dilon ka haal janta hai, toh then why do we need to do dua? aur mulana waheeduddin khan sahab kaha karte the ki jab aap dua karein toh phir aap wait karein kyunki entire creation plan of god works for moment.</w:t>
      </w:r>
    </w:p>
    <w:p>
      <w:pPr>
        <w:jc w:val="right"/>
      </w:pPr>
      <w:r>
        <w:t>DocsApp, जैसा कि हम यह कहते हैं कि यह अल्लाह हमारे दिलोग का हाल जानता है. तो एक सवाल अक्सर यह उठता है और लोग पूछते भी हैं कि अगर अल्लाह तालाह हमारे दिलों का हाल जानता है, तो then why do we need to do दुआ? और मुल्हाना वैदीपीन खान साहब कहा करते थे कि जब आप दुआ करें तो फिर आप wait करें क्योंकि entire creation plan of god works for moment.</w:t>
      </w:r>
    </w:p>
    <w:p>
      <w:r>
        <w:rPr>
          <w:b/>
        </w:rPr>
        <w:t xml:space="preserve">[26:06] </w:t>
      </w:r>
      <w:r>
        <w:t>toh isko is baat ko bhi, sawal ko bhi aap bataein, iska jawabdesh ko wase karein. waise yeh baat sahi lagti hai ki allah taala alimul ghaib hai. woh ghaib ko bhi janta hai, unseen world ko bhi janta hai, hamare dilon ka haal bhi janta hai, woh hamari kya zaroorat hai usko janta hai, hamari pareshani ko janta hai. phir woh khud hi kyun nahi hamari madad karta aur hum kyun mange use?</w:t>
      </w:r>
    </w:p>
    <w:p>
      <w:pPr>
        <w:jc w:val="right"/>
      </w:pPr>
      <w:r>
        <w:t>तो इसको इस बात को भी, सवाल को भी आप बताएं, इसका जवाबदेश को वासे करें. वैसे यह बात सही लगती है कि अल्लाह तालाह आलीमुल ग़ैब है. वह ग़ैब को भी जानता है, unseen world को भी जानता है, हमारे दिलों का हाल भी जानता है, वो हमारी क्या ज़रूरत है उसको जानता है, हमारी परेशानी को जानता है. फिर वो खुद ही क्यों नहीं हमारी मदद करता और हम क्यों मांगे उसे?</w:t>
      </w:r>
    </w:p>
    <w:p>
      <w:r>
        <w:rPr>
          <w:b/>
        </w:rPr>
        <w:t xml:space="preserve">[26:34] </w:t>
      </w:r>
      <w:r>
        <w:t>yeh bada sawal log karte hain, lekin darasal mamla itna simple nahi hai. choonki jo dua hai woh sirf mangne ke liye nahi hoti hai. ek hadis mein aata hai ki allah taala jibreel se, farishtah jibreel se kehta hai ki is bande ki dua qubool karne mein tum der karo.</w:t>
      </w:r>
    </w:p>
    <w:p>
      <w:pPr>
        <w:jc w:val="right"/>
      </w:pPr>
      <w:r>
        <w:t>यह बड़ा सवाल लोग करते हैं, लेकिन दरअसल मामला इतना simple नहीं है. चूंकि जो दुआ है वो सिर्फ मांगने के लिए नहीं होती है. एक हदीश में आता है कि अल्लाह तालाह जिब्रील से, फरिश्ताह जिब्रील से कहता है कि इस बंदे की दुआ कुबूल करने में तुम देर करो.</w:t>
      </w:r>
    </w:p>
    <w:p>
      <w:r>
        <w:rPr>
          <w:b/>
        </w:rPr>
        <w:t xml:space="preserve">[26:58] </w:t>
      </w:r>
      <w:r>
        <w:t>choonki mujhe iska gidgadhana pasand hai, toh iska matlab yeh hai ki allah taala woh kisi ka girgirana pasand hai, yaani usko takleef mein dekh raha hai allah, lekin woh girgiraha hai aur woh allah taala fermata hai angel se ki isko abhi aur aise girgirane do.</w:t>
      </w:r>
    </w:p>
    <w:p>
      <w:pPr>
        <w:jc w:val="right"/>
      </w:pPr>
      <w:r>
        <w:t>चूंकि मुझे इसका गिड़गढ़ाना पसंद है, तो इसका मतलब यह है कि अल्लाह तालाह वो किसी का गिरगिराना पसंद है, यानी उसको तकलीफ में देख रहा है अल्लाह, लेकिन वो गिरगिरा रहा है और वो अल्लाह तालाह फरमाता है angel से कि इसको अभी और ऐसे गिरगिराने दो.</w:t>
      </w:r>
    </w:p>
    <w:p>
      <w:r>
        <w:rPr>
          <w:b/>
        </w:rPr>
        <w:t xml:space="preserve">[27:22] </w:t>
      </w:r>
      <w:r>
        <w:t>kyunki iska matlab yeh hai ki jo us waqt woh girgiraha hai aur dua kar raha hai, us uska spiritual development ho raha hai. ji. gehri uske andar maarifat jaag rahi hai. ji. toh allah taala chahta hai ki ye jo ek ek achha mauka hai, ye aur khuda se qareeb hone ka, khuda se talluq paida karne ka aur apni apna spiritual development karne ka toh yeh silsila chalta rahe.</w:t>
      </w:r>
    </w:p>
    <w:p>
      <w:pPr>
        <w:jc w:val="right"/>
      </w:pPr>
      <w:r>
        <w:t>क्योंकि इसका मतलब यह है कि जो उस वक्त वो गिरगिरा रहा है और दुआ कर रहा है, उस उसका spiritual development हो रहा है. जी. गहरी उसके अंदर मारेफत जाग रही है. जी. तो अल्लाह तालाह चाहता है कि ये जो एक एक अच्छा मौका है, ये और खुद्दा से करीब होने का, खुद्दा से ताल्लुख पैदा करने का और अपनी अपना spiritual development करने का तो यह सिलसिला चलता रहे.</w:t>
      </w:r>
    </w:p>
    <w:p>
      <w:r>
        <w:rPr>
          <w:b/>
        </w:rPr>
        <w:t xml:space="preserve">[27:50] </w:t>
      </w:r>
      <w:r>
        <w:t>to is liye khuda kabhi dua ko fauran qubool nahi karta hai to is mein agar koi taqeer ho jaaye,</w:t>
      </w:r>
    </w:p>
    <w:p>
      <w:pPr>
        <w:jc w:val="right"/>
      </w:pPr>
      <w:r>
        <w:t>तो इसलिए खुदा कभी दुआ को फ़ौरन कुबूल नहीं करता है तो इसमें अगर कोई ताक़ीर हो जाए,</w:t>
      </w:r>
    </w:p>
    <w:p>
      <w:r>
        <w:rPr>
          <w:b/>
        </w:rPr>
        <w:t xml:space="preserve">[28:00] </w:t>
      </w:r>
      <w:r>
        <w:t>der ho jaaye to us mein koi pareshan hone ki zaroorat nahi hai, koi Allah taala ki us mein gehri</w:t>
      </w:r>
    </w:p>
    <w:p>
      <w:pPr>
        <w:jc w:val="right"/>
      </w:pPr>
      <w:r>
        <w:t>देर हो जाए तो उसमें कोई परेशान होने की ज़रूरत नहीं है, कोई अल्लाह ताला की उसमें गहरी</w:t>
      </w:r>
    </w:p>
    <w:p>
      <w:r>
        <w:rPr>
          <w:b/>
        </w:rPr>
        <w:t xml:space="preserve">[28:11] </w:t>
      </w:r>
      <w:r>
        <w:t>maslehat hai aur jaisa aap ne abhi kaha ke yeh poora creation plan hai, poori duniya mein kitne billion</w:t>
      </w:r>
    </w:p>
    <w:p>
      <w:pPr>
        <w:jc w:val="right"/>
      </w:pPr>
      <w:r>
        <w:t>मस्लहत है और जैसा आपने अभी कहा कि यह पूरा creation plan है, पूरी दुनिया में कितने billion</w:t>
      </w:r>
    </w:p>
    <w:p>
      <w:r>
        <w:rPr>
          <w:b/>
        </w:rPr>
        <w:t xml:space="preserve">[28:21] </w:t>
      </w:r>
      <w:r>
        <w:t>log hain, 8,000,000,000 log Allah taala sab satti hai.</w:t>
      </w:r>
    </w:p>
    <w:p>
      <w:pPr>
        <w:jc w:val="right"/>
      </w:pPr>
      <w:r>
        <w:t>लोग हैं, 8,000,000,000 लोग अल्लाह तालाह सब सकती है.</w:t>
      </w:r>
    </w:p>
    <w:p>
      <w:r>
        <w:rPr>
          <w:b/>
        </w:rPr>
        <w:t xml:space="preserve">[28:32] </w:t>
      </w:r>
      <w:r>
        <w:t>balki agar aap dekhein pragambaron ki duaon mein bhi badi der hui hai toh kabhi jaldi bhi ho jata hai. hazrat musa aleh salam ne dua ki jab woh maddiyan pahunche toh usi waqt dua qubool ho gayi within minutes. ji. aise hi hazrat ibrahim ne dua ki ek pragambar ke liye makka mein jab basaya ismail aleh salam ko toh woh dua do hazar saal ke baad qubool hui. ji.</w:t>
      </w:r>
    </w:p>
    <w:p>
      <w:pPr>
        <w:jc w:val="right"/>
      </w:pPr>
      <w:r>
        <w:t>बल्कि अगर आप देखें प्रागंबरों की दुआओं में भी बड़ी देर हुई है तो कभी जल्दी भी हो जाता है. हज़त मूसा अली सलाम ने दुआ की जब वो मद्दियन पहुंचे तो उसी वक्त दुआ कुबूल हो गई within minutes. जी. ऐसे ही हज़त इब्राहिम ने दुआ की एक प्रागंबर के लिए मक्का में जब बसाया इस्माइल अलेह सलाम को तो वो दुआ दो हज़ार साल के बाद कुबूल हुई. जी.</w:t>
      </w:r>
    </w:p>
    <w:p>
      <w:r>
        <w:rPr>
          <w:b/>
        </w:rPr>
        <w:t xml:space="preserve">[29:01] </w:t>
      </w:r>
      <w:r>
        <w:t>toh allah ko pata hai kya right time hai us dua ke qubool karne ka aur toh iske matlab aapko kabhi sad nahi hona chahiye, kabhi mayus nahi hona chahiye. ji. bas dua karte rehna chahiye, choonki dua hi yeh baat hai. toh doctor, jaise aapne kaha ki kabhi dua foreign qabool ho jati hai aur kabhi dua ko qabool hone mein do hazar saal lag jati hai.</w:t>
      </w:r>
    </w:p>
    <w:p>
      <w:pPr>
        <w:jc w:val="right"/>
      </w:pPr>
      <w:r>
        <w:t>तो अल्लाह को पता है क्या right time है उस दुआ के कुबूल करने का और तो इसके मतलब आपको कभी sad नहीं होना चाहिए, कभी मायूस नहीं होना चाहिए. जी. बस दुआ करते रहना चाहिए, चूंकि दुआ ही यह बात है. तो doctor, जैसे आपने कहा कि कभी दुआ foreign कबूल हो जाती है और कभी दुआ को कबूल होने में दो हज़ार साल लग जाती है.</w:t>
      </w:r>
    </w:p>
    <w:p>
      <w:r>
        <w:rPr>
          <w:b/>
        </w:rPr>
        <w:t xml:space="preserve">[29:25] </w:t>
      </w:r>
      <w:r>
        <w:t>toh docssapp ek sawal yeh bhi aata hai ki are there certain kind of people whose dua is never rejected? iske bare mein abhi bataein. haan, hadis mein aata hai ki kuch logon ki duan reject nahi hoti hai. kahin teen logon ka zikr hai, kahin paanch logon ka zikr hai. jaise ek hadis mein aata hai ki mazloom ki duan reject nahi hoti hai. ji. yaani oppressed person ki.</w:t>
      </w:r>
    </w:p>
    <w:p>
      <w:pPr>
        <w:jc w:val="right"/>
      </w:pPr>
      <w:r>
        <w:t>तो DocsApp एक सवाल यह भी आता है कि are there certain kind of people whose दुआ is never rejected? इसके बारे में अभी बताएं. हां, हदीश में आता है कि कुछ लोगों की दुआं reject नहीं होती है. कहीं तीन लोगों का ज़िक्र है, कहीं पांच लोगों का ज़िक्र है. जैसे एक हदीश में आता है कि मज़लूम की दुआं reject नहीं होती है. जी. यानी oppressed person की.</w:t>
      </w:r>
    </w:p>
    <w:p>
      <w:r>
        <w:rPr>
          <w:b/>
        </w:rPr>
        <w:t xml:space="preserve">[29:52] </w:t>
      </w:r>
      <w:r>
        <w:t>aajkal aap dekh rahe hain ki log zulm ke naam par agitation kar rahe hain aur tarah tarah ki negative baatein phaila rahe hain, protest kar rahe hain. agar aap samajhte hain ki zulm kiya gaya hai aapke upar toh sabse achhi cheez hai dua karein. chukalla taala mazloom ki dua qubool karta hai aur zulm ki shikayat ke bajaye dua, yeh maulana bhi kehte the.</w:t>
      </w:r>
    </w:p>
    <w:p>
      <w:pPr>
        <w:jc w:val="right"/>
      </w:pPr>
      <w:r>
        <w:t>आजकल आप देख रहे हैं कि लोग जुल्म के नाम पर agitation कर रहे हैं और तरह तरह की negative बातें फैला रहे हैं, protest कर रहे हैं. अगर आप समझते हैं कि जुल्म किया गया है आपके ऊपर तो सबसे अच्छी चीज़ है दुआ करें. चुकाल्लाताला मज़लूम की दुआ कुबूल करता है और जुल्म की शिकायत के बजाय दुआ, यह मौलाना भी कहते थे.</w:t>
      </w:r>
    </w:p>
    <w:p>
      <w:r>
        <w:rPr>
          <w:b/>
        </w:rPr>
        <w:t xml:space="preserve">[30:20] </w:t>
      </w:r>
      <w:r>
        <w:t>aisi doosra aata hai ki musafir ki dua. us zamane mein jo safar hota tha woh toh bahut hi mushkil hota tha. oont par safar karte the log aur tarah tarah ke masal pesh aate the. toh us waqt toh zahir bahut gehri kaifiyat rehti hogi. toh yaani jo dua hai, woh kaifiyat se uska talluq hai.</w:t>
      </w:r>
    </w:p>
    <w:p>
      <w:pPr>
        <w:jc w:val="right"/>
      </w:pPr>
      <w:r>
        <w:t>ऐसी दूसरा आता है कि मुसाफिर की दुआ. उस ज़माने में जो सफर होता था वह तो बहुत ही मुश्किल होता था. ऊँट पर सफर करते थे लोग और तरह तरह के मसाल पेश आते थे. तो उस वक्त तो ज़ाहिर बहुत गहरी कैफियत रहती होगी. तो यानी जो दुआ है, वह कैफियत से उसका ताल्लुक है.</w:t>
      </w:r>
    </w:p>
    <w:p>
      <w:r>
        <w:rPr>
          <w:b/>
        </w:rPr>
        <w:t xml:space="preserve">[30:44] </w:t>
      </w:r>
      <w:r>
        <w:t>jo aapke inner emotions hain, jo aapke aisa saath hai, kaifiyat hai, usse duakat talluq hai toh woh safar mein woh paida ho jati hai.</w:t>
      </w:r>
    </w:p>
    <w:p>
      <w:pPr>
        <w:jc w:val="right"/>
      </w:pPr>
      <w:r>
        <w:t>जो आपके inner emotions हैं, जो आपके ऐसा साथ है, कैफियाद है, उससे दुआकत ताल्लुक है तो वो सफर में वो पैदा हो जाती है.</w:t>
      </w:r>
    </w:p>
    <w:p>
      <w:r>
        <w:rPr>
          <w:b/>
        </w:rPr>
        <w:t xml:space="preserve">[30:55] </w:t>
      </w:r>
      <w:r>
        <w:t>aajkal wo zyada nahi hoti paida choonke paida hoti hai, choonke aajkal hum bade royal andaaz se safar</w:t>
      </w:r>
    </w:p>
    <w:p>
      <w:pPr>
        <w:jc w:val="right"/>
      </w:pPr>
      <w:r>
        <w:t>आजकल वो ज़्यादा नहीं होती पैदा चूँकि पैदा होती है, चूँकि आजकल हम बड़े royal अंदाज़ से सफर</w:t>
      </w:r>
    </w:p>
    <w:p>
      <w:r>
        <w:rPr>
          <w:b/>
        </w:rPr>
        <w:t xml:space="preserve">[31:00] </w:t>
      </w:r>
      <w:r>
        <w:t>karte hain, lekin agar wo paida ho jaaye, ab aap agar jahaz mein safar kar rahe hain to</w:t>
      </w:r>
    </w:p>
    <w:p>
      <w:pPr>
        <w:jc w:val="right"/>
      </w:pPr>
      <w:r>
        <w:t>करते हैं, लेकिन अगर वो पैदा हो जाए, अब आप अगर जहाज में सफर कर रहे हैं तो</w:t>
      </w:r>
    </w:p>
    <w:p>
      <w:r>
        <w:rPr>
          <w:b/>
        </w:rPr>
        <w:t xml:space="preserve">[31:05] </w:t>
      </w:r>
      <w:r>
        <w:t>bahut mushkil hai ke aisi koi kaifiyat paida ho, lekin jahaz mein bhi agar aap safar kar rahe</w:t>
      </w:r>
    </w:p>
    <w:p>
      <w:pPr>
        <w:jc w:val="right"/>
      </w:pPr>
      <w:r>
        <w:t>बहुत मुश्किल है कि ऐसी कोई कैफियत पैदा हो, लेकिन जहाज में भी अगर आप सफर कर रहे</w:t>
      </w:r>
    </w:p>
    <w:p>
      <w:r>
        <w:rPr>
          <w:b/>
        </w:rPr>
        <w:t xml:space="preserve">[31:11] </w:t>
      </w:r>
      <w:r>
        <w:t>hain to wahan bhi aap soch sakte hain agar aapka zehan bedaar hai ke Allah taala, kaise yeh ek,</w:t>
      </w:r>
    </w:p>
    <w:p>
      <w:pPr>
        <w:jc w:val="right"/>
      </w:pPr>
      <w:r>
        <w:t>हैं तो वहाँ भी आप सोच सकते हैं अगर आपका ज़हन बेदार है केल्ला तालन, कैसे यह एक,</w:t>
      </w:r>
    </w:p>
    <w:p>
      <w:r>
        <w:rPr>
          <w:b/>
        </w:rPr>
        <w:t xml:space="preserve">[31:16] </w:t>
      </w:r>
      <w:r>
        <w:t>ek, ek machine ko, ek jahaz ko kaise yeh ud raha hai aur hamein bahut hi kam waqt</w:t>
      </w:r>
    </w:p>
    <w:p>
      <w:pPr>
        <w:jc w:val="right"/>
      </w:pPr>
      <w:r>
        <w:t>एक, एक machine को, एक जहाज को कैसे यह उड़ रहा है और हमें बहुत ही कम वक्त</w:t>
      </w:r>
    </w:p>
    <w:p>
      <w:r>
        <w:rPr>
          <w:b/>
        </w:rPr>
        <w:t xml:space="preserve">[31:22] </w:t>
      </w:r>
      <w:r>
        <w:t>mein hamari destination pe pahunchata hai, to aapke andar khuda ki azmat taari hogi, to wahi baat ho</w:t>
      </w:r>
    </w:p>
    <w:p>
      <w:pPr>
        <w:jc w:val="right"/>
      </w:pPr>
      <w:r>
        <w:t>में हमारी destination पे पहुंचाता है, तो आपके अंदर खुदा की अज़मत तारी होगी, तो वही बात हो</w:t>
      </w:r>
    </w:p>
    <w:p>
      <w:r>
        <w:rPr>
          <w:b/>
        </w:rPr>
        <w:t xml:space="preserve">[31:27] </w:t>
      </w:r>
      <w:r>
        <w:t>jaayegi dua ko qubool ho jaayegi.</w:t>
      </w:r>
    </w:p>
    <w:p>
      <w:pPr>
        <w:jc w:val="right"/>
      </w:pPr>
      <w:r>
        <w:t>जाएगी दुआ को कुबूल हो जाएगी.</w:t>
      </w:r>
    </w:p>
    <w:p>
      <w:r>
        <w:rPr>
          <w:b/>
        </w:rPr>
        <w:t xml:space="preserve">[31:33] </w:t>
      </w:r>
      <w:r>
        <w:t>aisi hajj aur umrah ke bare mein aata hai ki jo log hajj karne jate hain, hadish mein aata hai ki allah taala permata hai ki maine inko bulaya toh yeh aa gaye. isiliye hajiyon ko duifur rehman kaha jata hai yaani guests of god. toh allah taala ne kaha maine inko bulaya hai aur meri mere bulane se yeh log aa gaye.</w:t>
      </w:r>
    </w:p>
    <w:p>
      <w:pPr>
        <w:jc w:val="right"/>
      </w:pPr>
      <w:r>
        <w:t>ऐसी हज और उम्राह के बारे में आता है कि जो लोग हज करने जाते हैं, हादिश में आता है कि अल्लाह तालाह परमाता है कि मैंने इनको बुलाया तो यह आ गए. इसीलिए हाजियों को दुईूफुर रहमान कहा जाता है यानी guests of god. तो अल्लाह तालाह ने कहा मैंने इनको बुलाया है और मेरी मेरे बुलाने से यह लोग आ गए.</w:t>
      </w:r>
    </w:p>
    <w:p>
      <w:r>
        <w:rPr>
          <w:b/>
        </w:rPr>
        <w:t xml:space="preserve">[31:58] </w:t>
      </w:r>
      <w:r>
        <w:t>ab yeh log dua karenge to main unki dua hadees mein aata hai ke mareez ki dua, patient</w:t>
      </w:r>
    </w:p>
    <w:p>
      <w:pPr>
        <w:jc w:val="right"/>
      </w:pPr>
      <w:r>
        <w:t>अब यह लोग दुआ करेंगे तो मैं उनकी दुआ आदिश में आता है कि मरीज़ की दुआ, patient</w:t>
      </w:r>
    </w:p>
    <w:p>
      <w:r>
        <w:rPr>
          <w:b/>
        </w:rPr>
        <w:t xml:space="preserve">[32:16] </w:t>
      </w:r>
      <w:r>
        <w:t>ki dua qubool hoti hai.</w:t>
      </w:r>
    </w:p>
    <w:p>
      <w:pPr>
        <w:jc w:val="right"/>
      </w:pPr>
      <w:r>
        <w:t>की दुआ कुबूल होती है.</w:t>
      </w:r>
    </w:p>
    <w:p>
      <w:r>
        <w:rPr>
          <w:b/>
        </w:rPr>
        <w:t xml:space="preserve">[32:35] </w:t>
      </w:r>
      <w:r>
        <w:t>jab tak ke wo sehatyaab na ho jaaye.</w:t>
      </w:r>
    </w:p>
    <w:p>
      <w:pPr>
        <w:jc w:val="right"/>
      </w:pPr>
      <w:r>
        <w:t>जब तक कि वो सहतियाब ना हो जाए.</w:t>
      </w:r>
    </w:p>
    <w:p>
      <w:r>
        <w:rPr>
          <w:b/>
        </w:rPr>
        <w:t xml:space="preserve">[32:45] </w:t>
      </w:r>
      <w:r>
        <w:t>to zaair hai jo patient hai wo bahut hi uske andar aisi kaifiyat hogi ke uska dil bahut</w:t>
      </w:r>
    </w:p>
    <w:p>
      <w:pPr>
        <w:jc w:val="right"/>
      </w:pPr>
      <w:r>
        <w:t>तो जाइर है जो patient है वो बहुत ही उसके अंदर ऐसी कैफियत होगी कि उसका दिल बहुत</w:t>
      </w:r>
    </w:p>
    <w:p>
      <w:r>
        <w:rPr>
          <w:b/>
        </w:rPr>
        <w:t xml:space="preserve">[32:55] </w:t>
      </w:r>
      <w:r>
        <w:t>hi naram ho jaayega aur Allah ki taraf wo khaastor se aajkal jo corona ka ke halaat hue,</w:t>
      </w:r>
    </w:p>
    <w:p>
      <w:pPr>
        <w:jc w:val="right"/>
      </w:pPr>
      <w:r>
        <w:t>ही नरम हो जाएगा और अल्लाह की तरफ वह खासतौर से आजकल जो corona का के हालात हुए,</w:t>
      </w:r>
    </w:p>
    <w:p>
      <w:r>
        <w:rPr>
          <w:b/>
        </w:rPr>
        <w:t xml:space="preserve">[33:05] </w:t>
      </w:r>
      <w:r>
        <w:t>log bimar hue, to uske absence mein jisko gaibana dua kehte hain.</w:t>
      </w:r>
    </w:p>
    <w:p>
      <w:pPr>
        <w:jc w:val="right"/>
      </w:pPr>
      <w:r>
        <w:t>लोग बीमार हुए, तो उसके absence में जिसको गायबाना दुआ कहते हैं.</w:t>
      </w:r>
    </w:p>
    <w:p>
      <w:r>
        <w:rPr>
          <w:b/>
        </w:rPr>
        <w:t xml:space="preserve">[33:16] </w:t>
      </w:r>
      <w:r>
        <w:t>ji. yaani bhai ke absence mein agar aap dua karein, bhai ki toh woh qubool hoti hai aur sullah ne kaha ki sabse pehle yeh qubool hoti hai. ji.</w:t>
      </w:r>
    </w:p>
    <w:p>
      <w:pPr>
        <w:jc w:val="right"/>
      </w:pPr>
      <w:r>
        <w:t>जी. यानी भाई के absence में अगर आप दुआ करें, भाई की तो वो कुबूल होती है और सुल्ला ने कहा कि सबसे पहले ये कुबूल होती है. जी.</w:t>
      </w:r>
    </w:p>
    <w:p>
      <w:r>
        <w:rPr>
          <w:b/>
        </w:rPr>
        <w:t xml:space="preserve">[33:24] </w:t>
      </w:r>
      <w:r>
        <w:t>aur agar aap isko thoda aur sochen ispe jo Maulana sarkar karte the ki saare hi insaan hamare bhai hain aur Rasoolullah ne kaha tha namaz ke baad yeh dua kiya karte the ki main gawahi deta hoon ki saare hi tere paida karda jo insaan hai sab aapas mein bhai bhai hain.</w:t>
      </w:r>
    </w:p>
    <w:p>
      <w:pPr>
        <w:jc w:val="right"/>
      </w:pPr>
      <w:r>
        <w:t>और अगर आप इसको थोड़ा और सोचें इसपे जो मौलानाक सरकार करते थे कि सारे ही इंसान हमारे भाई हैं और रसूल्ला ने कहा था नमाज़ के बाद यह दुआ किया करते थे कि मैं गवाही देता हूं कि सारे ही तेरे पैदा कर्दा जो इंसान है सब आपस में भाई भाई हैं.</w:t>
      </w:r>
    </w:p>
    <w:p>
      <w:r>
        <w:rPr>
          <w:b/>
        </w:rPr>
        <w:t xml:space="preserve">[33:47] </w:t>
      </w:r>
      <w:r>
        <w:t>to yeh yeh chunke ek jo daai hota hai woh sabko usi nigaah se dekhta hai. Uska maqsad yeh hota hai ki saare insano tak Khuda ka paigaam pahunchaye. To zaahir hai uske andar yahi aisa saath hote hain ki poore duniya ke jo log hain, chahe woh kahin bhi reh rahe hon ya kisi mazhab se unka talluq hai, woh unke liye duaen karta hai aur unko apna bhai samajhta hai.</w:t>
      </w:r>
    </w:p>
    <w:p>
      <w:pPr>
        <w:jc w:val="right"/>
      </w:pPr>
      <w:r>
        <w:t>तो यह यह चूंकि एक जो दाई होता है वह सबको उसी निगाह से देखता है. उसका मकसद यह होता है कि सारे इंसानों तक खुदा का पैगाम पहुंचाए. तो जाहिर है उसके अंदर यही ऐसा साथ होते हैं कि पूरे दुनिया के जो लोग हैं, चाहे वह कहीं भी रह रहे हों या किसी मज़हब से उनका ताल्लोक है, वह उनके लिए दुआएं करता है और उनको अपना भाई समझता है.</w:t>
      </w:r>
    </w:p>
    <w:p>
      <w:r>
        <w:rPr>
          <w:b/>
        </w:rPr>
        <w:t xml:space="preserve">[34:13] </w:t>
      </w:r>
      <w:r>
        <w:t>to is is wajah se yeh bhai ke liye bhai ki dua bahut hi ahum hai. Hadees mein aata hai ki jab koi shakhs aise karta hai, bhai ke liye uske absence mein apne bhai ki dua karta hai to ek farishta aata hai jo aameen kehta hai. Ji. Ki Allah teri dua qubool kare aur, aur phir yeh kehta hai ki tujhe bhi aisi, aisi cheez Allah de. To bahut hi ahum dua hai.</w:t>
      </w:r>
    </w:p>
    <w:p>
      <w:pPr>
        <w:jc w:val="right"/>
      </w:pPr>
      <w:r>
        <w:t>तो इस इस वजह से यह भाई के लिए भाई की द्वा बहुत ही अहम् है. अदीश में आता है कि जब कोई शख्स ऐसे करता है, भाई के लिए उसके absence में अपने भाई की द्वा करता है तो एक फरिश्ता आता है जो आमिन कहता है. जी. कि अल्लाह तेरी दुआ कुबूल करे और, और फिर यह कहता है कि तुझे भी ऐसी, ऐसी चीज़ अल्लाह दे. तो बहुत ही अहम् दुआ है.</w:t>
      </w:r>
    </w:p>
    <w:p>
      <w:r>
        <w:rPr>
          <w:b/>
        </w:rPr>
        <w:t xml:space="preserve">[34:40] </w:t>
      </w:r>
      <w:r>
        <w:t>Aise hi mujahid ki dua ke liye bhi aata hai ki uski dua qubool hoti hai. Ab aam taur se log samajhte hain ki jihad ka matlab hai ladna bhedna, lekin Maulana ne isko bahut achhi tarah explain kiya aaj ke context mein ki jihad ka matlab ladna nahi hai, peaceful dawa effort jihad hai. Us zamane mein ladaiyan hui, Prophet ke zamane mein, Sahaba ke zamane mein woh ek age factor tha.</w:t>
      </w:r>
    </w:p>
    <w:p>
      <w:pPr>
        <w:jc w:val="right"/>
      </w:pPr>
      <w:r>
        <w:t>ऐसे ही मुजाहिद की दुआ के लिए भी आता है कि उसकी दुआ कुबूल होती है. अब आमतौर से लोग समझते हैं कि जिहाद का मतलब है लड़ना भेड़ना, लेकिन मौलाना ने इसको बहुत अच्छी तरह explain किया आज के context में कि जिहाद का मतलब लड़ना नहीं है, peaceful दावा effort जिहाद है. उस ज़माने में लड़ाइयां हुई, profit के ज़माने में, साबा के ज़माने में वह एक age factor था.</w:t>
      </w:r>
    </w:p>
    <w:p>
      <w:r>
        <w:rPr>
          <w:b/>
        </w:rPr>
        <w:t xml:space="preserve">[35:09] </w:t>
      </w:r>
      <w:r>
        <w:t>Yaani us zamane mein log ladte the, bahut hi close society thi, intolerance tha, religious freedom nahi tha, religious persecution ka zamana tha. To ek basic koi baat bhi kehte the agar, to log ladte the. Aaj to zaahir aap kisi ko Quran dein ya koi Islam ke bare mein baat batayein to log bahut khushi se usko sunte hain. To woh age factor tha.</w:t>
      </w:r>
    </w:p>
    <w:p>
      <w:pPr>
        <w:jc w:val="right"/>
      </w:pPr>
      <w:r>
        <w:t>यानी उस ज़माने में लोग लड़ते थे, बहुत ही close society थी, intolerance था, religious freedom नहीं था, religious persecution का ज़माना था. तो एक basic कोई बात भी कहते थे अगर, तो लोग लड़ते थे. आज तो जाहिर आप किसी को कुरान दें या कोई इस्लाम के बारे में बात बताएं तो लोग बहुत खुशी से उसको सुनते हैं. तो वह age factor था.</w:t>
      </w:r>
    </w:p>
    <w:p>
      <w:r>
        <w:rPr>
          <w:b/>
        </w:rPr>
        <w:t xml:space="preserve">[35:37] </w:t>
      </w:r>
      <w:r>
        <w:t>Us waqt dawat ke liye ladna, logon ko ladna pada defense ke taur par, woh bhi bahut thodi ladai hui. Chand din do teen din ladai hui, woh bhi aadhe aadhe din. To usko glorify karke jihad ko aajkal apne qaumi masle ke liye woh jihad ka lafz istemal karte hain, lekin jihad ek peaceful dawa effort hai.</w:t>
      </w:r>
    </w:p>
    <w:p>
      <w:pPr>
        <w:jc w:val="right"/>
      </w:pPr>
      <w:r>
        <w:t>उस वक्त दावत के लिए लड़ना, लोगों को लड़ना पड़ा defense के तौर पर, वो भी बहुत थोड़ी लड़ाई हुई. चंद दिन दो तीन दिन लड़ाई हुई, वो भी आध्याध्य दिन. तो उसको glorify करके जिहाद को आजकल अपने कौमी मसले के लिए वो जिहाद का लफ्ज़ इस्तेमाल करते हैं, लेकिन जिहाद एक peaceful दावा effort है.</w:t>
      </w:r>
    </w:p>
    <w:p>
      <w:r>
        <w:rPr>
          <w:b/>
        </w:rPr>
        <w:t xml:space="preserve">[36:00] </w:t>
      </w:r>
      <w:r>
        <w:t>to mujahid yani jo aadmi daawati kaam kare, is rooh se to yeh samajh mein aata jo daawati</w:t>
      </w:r>
    </w:p>
    <w:p>
      <w:pPr>
        <w:jc w:val="right"/>
      </w:pPr>
      <w:r>
        <w:t>तो मुजाहिद यानी जो आदमी दावती काम करे, इस रूह से तो यह समझ में आता जो दावती</w:t>
      </w:r>
    </w:p>
    <w:p>
      <w:r>
        <w:rPr>
          <w:b/>
        </w:rPr>
        <w:t xml:space="preserve">[36:05] </w:t>
      </w:r>
      <w:r>
        <w:t>kaam kare uski bhi dua reject nahi hoti hai. ji.</w:t>
      </w:r>
    </w:p>
    <w:p>
      <w:pPr>
        <w:jc w:val="right"/>
      </w:pPr>
      <w:r>
        <w:t>काम करे उसकी भी दुआ reject नहीं होती है. जी.</w:t>
      </w:r>
    </w:p>
    <w:p>
      <w:r>
        <w:rPr>
          <w:b/>
        </w:rPr>
        <w:t xml:space="preserve">[36:10] </w:t>
      </w:r>
      <w:r>
        <w:t>DocsApp aapne bahut achhe se bataya ki kin kin logon ki duaen jo hain, wo kabool hoti hain.</w:t>
      </w:r>
    </w:p>
    <w:p>
      <w:pPr>
        <w:jc w:val="right"/>
      </w:pPr>
      <w:r>
        <w:t>DocsApp आपने बहुत अच्छे से बताया कि किन किन लोगों की दुआएं जो हैं, वो कबूल होती हैं.</w:t>
      </w:r>
    </w:p>
    <w:p>
      <w:r>
        <w:rPr>
          <w:b/>
        </w:rPr>
        <w:t xml:space="preserve">[36:15] </w:t>
      </w:r>
      <w:r>
        <w:t>ek aur cheez main aapse poochna chahunga ki kaha jata hai ki bachchon ki duaen apne parents ke</w:t>
      </w:r>
    </w:p>
    <w:p>
      <w:pPr>
        <w:jc w:val="right"/>
      </w:pPr>
      <w:r>
        <w:t>एक और चीज़ मैं आपसे पूछना चाहूंगा कि कहा जाता है कि बच्चों की दुआएं अपने parents के</w:t>
      </w:r>
    </w:p>
    <w:p>
      <w:r>
        <w:rPr>
          <w:b/>
        </w:rPr>
        <w:t xml:space="preserve">[36:20] </w:t>
      </w:r>
      <w:r>
        <w:t>liye, wo bhi Allah taala kabool karte hain.</w:t>
      </w:r>
    </w:p>
    <w:p>
      <w:pPr>
        <w:jc w:val="right"/>
      </w:pPr>
      <w:r>
        <w:t>लिए, वो भी अल्लाह ताला कबूल करते हैं.</w:t>
      </w:r>
    </w:p>
    <w:p>
      <w:r>
        <w:rPr>
          <w:b/>
        </w:rPr>
        <w:t xml:space="preserve">[36:25] </w:t>
      </w:r>
      <w:r>
        <w:t>to iske baare mein bhi kuch bataen ki kya yeh sahi hai?</w:t>
      </w:r>
    </w:p>
    <w:p>
      <w:pPr>
        <w:jc w:val="right"/>
      </w:pPr>
      <w:r>
        <w:t>तो इसके बारे में भी कुछ बताएं कि क्या यह सही है?</w:t>
      </w:r>
    </w:p>
    <w:p>
      <w:r>
        <w:rPr>
          <w:b/>
        </w:rPr>
        <w:t xml:space="preserve">[36:31] </w:t>
      </w:r>
      <w:r>
        <w:t>Haan, zaahir hai bachchon ke dil se dua nikalti hai apne parents ke liye. Ek hadees mein aata hai ki ek shakhs day of judgement mein usko bahut bada darja milega. Bahut badi jannat mil jayegi use, higher level of paradise. To woh heran hoga ki maine koi aisa kaam to kiya nahi ki mujhe itni aala jannat mil gayi.</w:t>
      </w:r>
    </w:p>
    <w:p>
      <w:pPr>
        <w:jc w:val="right"/>
      </w:pPr>
      <w:r>
        <w:t>हाँ, जाहिर है बच्चों के दिल से दुआ निकलती है अपने parents के लिए. एक हदीश में आता है कि एक शख्स day of judgement में उसको बहुत बड़ा दर्जा मिलेगा. बहुत बड़ी जन्नत मिल जाएगी उसे, higher level of paradise. तो वह हैरान होगा कि मैंने कोई ऐसा काम तो किया नहीं कि मुझे इतनी आला जन्नत मिल गई.</w:t>
      </w:r>
    </w:p>
    <w:p>
      <w:r>
        <w:rPr>
          <w:b/>
        </w:rPr>
        <w:t xml:space="preserve">[36:59] </w:t>
      </w:r>
      <w:r>
        <w:t>To woh Allah taala se poochega ki Allah mera darja kaise itna buland ho gaya? To Allah farmayega bistikhfar e walidain kalak ki tumhare bachchon ki dua ki wajah se. Jinhone istikhfar ki dua ki. Aasha karta hoon. To kitni badi baat hai ki hum apne parents ke liye dua karein. Ji. Aur parents ka khayal karein. Parents ki jo disobedience hai usko arabic mein kehte hain hukoukul walideen.</w:t>
      </w:r>
    </w:p>
    <w:p>
      <w:pPr>
        <w:jc w:val="right"/>
      </w:pPr>
      <w:r>
        <w:t>तो वह अल्लाह तालाह से पूछेगा कि अल्लाह मेरा दर्जा कैसे इतना बुलंद हो गया? तो अल्लाह फरमाएगा विस्तिख्फार ए वालदी कलक कि तुम्हारे बच्चों की दुआ की वजह से. जिन्होंने इस्तिख्फार की दुआ की. आशा करता हूँ. तो कितनी बड़ी बात है कि हम अपने parents के लिए दुआ करें. जी. और parents का ख्याल करें. Parents की जो disobedience है उसको arabic में कहते हैं hukoukoul वाले देन.</w:t>
      </w:r>
    </w:p>
    <w:p>
      <w:r>
        <w:rPr>
          <w:b/>
        </w:rPr>
        <w:t xml:space="preserve">[37:28] </w:t>
      </w:r>
      <w:r>
        <w:t>Hukook nahi, hukook to kehte hain rights of parents. Ahin se hai oukukul walideen yaani disobedience to parents. Yeh bahut hi bada gunah samjha jata hai. Quran mein aata hai ki tum uff mat kaho parents ke liye. Uff to koi, koi word bhi nahi hai. Matlab ek do letter hai. Uff bhi nahi keh sakte aap. Ji.</w:t>
      </w:r>
    </w:p>
    <w:p>
      <w:pPr>
        <w:jc w:val="right"/>
      </w:pPr>
      <w:r>
        <w:t>हुकुक नहीं, हुकुक तो कहते हैं rights of parents. एहिन से है ओकुकुल वाले देन यानी disobedience to parents. यह बहुत ही बड़ा गुनाह समझा जाता है. कुरान में आता है कि तुम उफ मत कहो parents के लिए. उफ तो कोई, कोई word भी नहीं है. मतलब एक दो letter है. उफ भी नहीं कह सकते आप. जी.</w:t>
      </w:r>
    </w:p>
    <w:p>
      <w:r>
        <w:rPr>
          <w:b/>
        </w:rPr>
        <w:t xml:space="preserve">[37:54] </w:t>
      </w:r>
      <w:r>
        <w:t>Ab aajkal chunke generation gap itna ho gaya hai ki bachche jo hai woh samajhte nahi hai kuch parents ko. Ji. Balki woh Akbar Allahabadi ka sher yaad aata hai ki hum yeh kul kitabein qabil e zabti samajhte hain jisko padh ke ladke baap ko khatri samajhte hain. Achha.</w:t>
      </w:r>
    </w:p>
    <w:p>
      <w:pPr>
        <w:jc w:val="right"/>
      </w:pPr>
      <w:r>
        <w:t>अब आजकल चूंकि generation gap इतना हो गया है कि बच्चे जो है वह समझते नहीं है कुछ parents को. जी. बल्कि वह अकबर इलाहाबादी का शेर याद आता है कि हम यह कुल किताबें काबिलें जब्ती समझते हैं जिसको पढ़ के लड़के बाप को ख़त्ती समझते हैं. अच्छा.</w:t>
      </w:r>
    </w:p>
    <w:p>
      <w:r>
        <w:rPr>
          <w:b/>
        </w:rPr>
        <w:t xml:space="preserve">[38:16] </w:t>
      </w:r>
      <w:r>
        <w:t>To yeh woh daur aage aaye lekin logon ko bachchon ko khaastor se bahut hi mutaab hona chahiye aur Rasoolullah ne kaha tha ki maa ke kadmon ke neeche jannat hai. Ji. To yaani aap apne parents ke chahe aapke parents kisi doosre background ke hon, to bhi woh parents hain. Sahi hai. Unki aapko qadar karni hai aur unki unki khidmat karni hai aur unse duaen leni hai.</w:t>
      </w:r>
    </w:p>
    <w:p>
      <w:pPr>
        <w:jc w:val="right"/>
      </w:pPr>
      <w:r>
        <w:t>तो यह वो दौर आगे आए लेकिन लोगों को बच्चों को खासतौर से बहुत ही मोताब होना चाहिए और रसूल्ला ने कहा था कि माँ के कदमों के नीचे जन्नत है. जी. तो यानी आप अपने parents के चाहे आपके parents किसी दूसरे background के हों, तो भी वो parents हैं. सही है. उनकी आपको कदर करनी है और उनकी उनकी खिदमत करनी है और उनसे दुआएं लेनी है.</w:t>
      </w:r>
    </w:p>
    <w:p>
      <w:r>
        <w:rPr>
          <w:b/>
        </w:rPr>
        <w:t xml:space="preserve">[38:43] </w:t>
      </w:r>
      <w:r>
        <w:t>Yahi sabse aasan mere khayal se tareeka hai jannat hasil karne ke liye. Sahi hai, bilkul. Aur DocsApp isi tareeke se agar parents apne bachchon ke liye dua karein to uska uske bare mein bhi batayein ki kya woh bhi dua qubool hoti hai?</w:t>
      </w:r>
    </w:p>
    <w:p>
      <w:pPr>
        <w:jc w:val="right"/>
      </w:pPr>
      <w:r>
        <w:t>यही सबसे आसान मेरे ख्याल से तरीका है जन्मदासिल करने के लिए. सही है, बिल्कुल. और DocsApp इसी तरीके से अगर parents अपने बच्चों के लिए दुआ करें तो उसका उसके बारे में भी बताएं कि क्या वह भी दुआ कबूल होती है?</w:t>
      </w:r>
    </w:p>
    <w:p>
      <w:r>
        <w:rPr>
          <w:b/>
        </w:rPr>
        <w:t xml:space="preserve">[39:00] </w:t>
      </w:r>
      <w:r>
        <w:t>Haan, yakeenan, yakeenan dua qubool hogi lekin ismein ek pehlu hai ki bachchon ko bhi uska ahel hona chahiye chunke hum dekhte hain ki Nuh aleh salam ne apne bete ke liye dua ki, woh qubool nahi hui. Ji. Ibrahim aleh salam ne apne father ke liye dua ki, to qubool nahi, halanki woh paighambar the.</w:t>
      </w:r>
    </w:p>
    <w:p>
      <w:pPr>
        <w:jc w:val="right"/>
      </w:pPr>
      <w:r>
        <w:t>हाँ, यकीनन, यकीनन दुआ कबूल होगी लेकिन इसमें एक पहलू है कि बच्चों को भी उसका ऐल होना चाहिए चूंकि हम देखते हैं कि नूह अले सलाम ने अपने बेटे के लिए दुआ की, वो कुबूल नहीं हुई. जी. इब्राहिम अले सलाम ने अपने father के लिए दुआ की, तो कुबूल नहीं, हालांकि वो प्यागंबर थे.</w:t>
      </w:r>
    </w:p>
    <w:p>
      <w:r>
        <w:rPr>
          <w:b/>
        </w:rPr>
        <w:t xml:space="preserve">[39:25] </w:t>
      </w:r>
      <w:r>
        <w:t>To dua ki qubooliyat ka yeh hai zaroori ki jo jiske liye dua ki ja rahi hai, woh bhi uska ahel ho aur kaafi duaen aati hain, Quran mein aur hadees mein parents ki bachchon ke liye. Jaise ek dua Quran mein aati hai wasalli li fi zurriyati. Quran mein zikr hai ek insaan ka jo chaalis saal ka ho gaya.</w:t>
      </w:r>
    </w:p>
    <w:p>
      <w:pPr>
        <w:jc w:val="right"/>
      </w:pPr>
      <w:r>
        <w:t>तो दुआ की कुबूलियत का यह है ज़रूरी कि जो जिसके लिए दुआ की जा रही है, वो भी उसका ऐल हो और काफी दुआएं आती हैं, कुरान में और हदीश में parents की बच्चों के लिए. जैसे एक दुआ कुरान में आती है वसलैलीफी जुर्रियती. कुरान में ज़िक्र है एक इंसान का जो चालीस साल का हो गया.</w:t>
      </w:r>
    </w:p>
    <w:p>
      <w:r>
        <w:rPr>
          <w:b/>
        </w:rPr>
        <w:t xml:space="preserve">[39:53] </w:t>
      </w:r>
      <w:r>
        <w:t>Chaalis saal ka matlab woh mature ho gaya. To usne kai achhi duaen ki. Usmein se ek yeh dua hai ki meri jo zaroorat hai, meri jo aulad hai, meri jo nasal hai, usmein saale log paida kar. Aise hi na Hazrat Zakariya ne dua ki, na Hazrat Zakariya ne aulad ke liye dua ki. To jo paighambar dua karta hai woh bete bete ke liye dua nahi karta.</w:t>
      </w:r>
    </w:p>
    <w:p>
      <w:pPr>
        <w:jc w:val="right"/>
      </w:pPr>
      <w:r>
        <w:t>चालीस साल का मतलब वह mature हो गया. तो उसने कई अच्छी दुआएं की. उसमें से एक यह दुआ है कि मेरी जो ज़रूरत है, मेरी जो औलाद है, मेरी जो नस्ल है, उसमें साले लोग पैदा कर. ऐसे ही ना हजरत ज़करिया ने दुआ की, ना हजरत ज़करिया ने औलात के लिए दुआ की. तो जो पैदंबर दुआ करता है वह बेटे बेटे के लिए दुआ नहीं करता.</w:t>
      </w:r>
    </w:p>
    <w:p>
      <w:r>
        <w:rPr>
          <w:b/>
        </w:rPr>
        <w:t xml:space="preserve">[40:21] </w:t>
      </w:r>
      <w:r>
        <w:t>Woh chunke uska ek mission hota hai, ek dawati mission hota hai. Jab woh dekhta hai ki main ab old ho raha hoon aur yeh ek mission hai isko kaun chalayega? To uske dil se dua nikalti hai. To Hazrat Zakariya ne duar ki, Tallah ne unko Yahya paida hue. Ji.</w:t>
      </w:r>
    </w:p>
    <w:p>
      <w:pPr>
        <w:jc w:val="right"/>
      </w:pPr>
      <w:r>
        <w:t>वह चूंकि उसका एक mission होता है, एक दावती mission होता है. जब वह देखता है कि मैं अब old हो रहा हूं और यह एक mission है इसको कौन चलाएगा? तो उसके दिल से दुआ निकलती है. तो हज़त ज़करिया ने दुआर की, त्वाल नताला ने उनको याहिया पैदा हुए. जी.</w:t>
      </w:r>
    </w:p>
    <w:p>
      <w:r>
        <w:rPr>
          <w:b/>
        </w:rPr>
        <w:t xml:space="preserve">[40:42] </w:t>
      </w:r>
      <w:r>
        <w:t>To is tarah se parents ki dua yakeenan qubool hoti hai aur parents ki dua to har waqt bachchon ke liye rehti hai, lekin zaahir hai ki usmein bachchon ka bhi ahel hona zaroori hai. Doctor sahib, ek sawal yeh bhi aata hai ki kya aise bhi log hain jinki dua Allah qubool nahi karte? Iske bare mein bhi batayein. Haan, aisa bhi hadees mein aata hai ki kuch logon ki duaa qubool nahi hoti.</w:t>
      </w:r>
    </w:p>
    <w:p>
      <w:pPr>
        <w:jc w:val="right"/>
      </w:pPr>
      <w:r>
        <w:t>तो इस तरह से parents की दुआ यकीनन कुबूल होती है और parents की दुआ तो हर वक्त बच्चों के लिए रहती है, लेकिन ज़हीर है कि उसमें बच्चों का भी अहल होना ज़रूरी है. Doctor साहब, एक सवाल यह भी आता है कि क्या ऐसे भी लोग हैं जिनकी दुआ अल्लाह कबूल नहीं करते? इसके बारे में भी बताएं. हाँ, ऐसा भी हदीश में आता है कि कुछ लोगों की दुबाह कबूल नहीं होती.</w:t>
      </w:r>
    </w:p>
    <w:p>
      <w:r>
        <w:rPr>
          <w:b/>
        </w:rPr>
        <w:t xml:space="preserve">[41:12] </w:t>
      </w:r>
      <w:r>
        <w:t>Jaise Rasoolullah ne ek insaan ka zikr kiya aur uske baal bikhre hue the aur sara jo kapde the woh bahut hi uspe dhool mitti thi, yaani woh bade lambe safar se aa raha tha aur usne aakar haath aise utha ke yahan Rab, yahan Rab dua karni shuru kar di.</w:t>
      </w:r>
    </w:p>
    <w:p>
      <w:pPr>
        <w:jc w:val="right"/>
      </w:pPr>
      <w:r>
        <w:t>जैसे रसूल्लाह ने एक इंसान का ज़िक्र किया और उसके बाल बिखरे हुए थे और सारा जो कपड़े थे वो बहुत ही उसपे धूल मिट्टी थी, यानी वो बड़े लंबे सफर से आ रहा था और उसने आकर हाथ ऐसे उठा के यहाँ रब, यहाँ रब दुआ करनी शुरू कर दी.</w:t>
      </w:r>
    </w:p>
    <w:p>
      <w:r>
        <w:rPr>
          <w:b/>
        </w:rPr>
        <w:t xml:space="preserve">[41:31] </w:t>
      </w:r>
      <w:r>
        <w:t>To Prophet ne kharamaaya ki iski dua qubool nahi hogi kyunki is iske jo jo iski jis tareeqe se isne paisa kamaya hai woh, woh jaayis tareeqe se nahi kamaya, woh haram tareeqe se kamaya hai. To uski upbringing bhi usi se hui hai, usne khana peena bhi usi se hua hai, to uski kamai honest tareeqe se nahi hui hai. To uski duaa ko qubool nahi hogi.</w:t>
      </w:r>
    </w:p>
    <w:p>
      <w:pPr>
        <w:jc w:val="right"/>
      </w:pPr>
      <w:r>
        <w:t>तो profit ने ख़रमाया कि इसकी दुआ कुबूल नहीं होगी क्योंकि इस इसके जो जो इसकी जिस तरीके से इसने पैसा कमाया है वो, वो जाय इस तरीके से नहीं कमाया, वो हराम तरीके से कमाया है. तो उसकी upbringing भी उसी से हुई है, उसने खाना पीना भी उसी से हुआ है, तो उसकी कमाई honest तरीके से नहीं हुई है. तो उसकी दोह को बोल नहीं होगी.</w:t>
      </w:r>
    </w:p>
    <w:p>
      <w:r>
        <w:rPr>
          <w:b/>
        </w:rPr>
        <w:t xml:space="preserve">[42:00] </w:t>
      </w:r>
      <w:r>
        <w:t>To yeh bahut hi ahum point hai ki insaan ko chahiye ki koi dishonesty na kare. Kisi tarah ki dishonesty, jhoot, koi bhi taxes mein chori ya koi bhi kisi qism ki chori na kare chunke bahut bada sawal aakhirat mein yeh banega aur hadees mein aata hai ki chaar baatein hongi aakhirat mein ki ek bande ke qadam hilen ge nahi jab tak ki woh chaar baaton ke jawab nahi de de.</w:t>
      </w:r>
    </w:p>
    <w:p>
      <w:pPr>
        <w:jc w:val="right"/>
      </w:pPr>
      <w:r>
        <w:t>तो यह बहुत ही अहम् point है कि इंसान को चाहिए कि कोई dishonesty ना करे. किसी तरह की dishonesty, झूठ, कोई भी taxes में चोरी या कोई भी किसी किसीम की चोरी ना करे चूंकि बहुत बड़ा सवाल आखिरत में यह बनेगा और हदिश में आता है कि चार बातें होंगी आखिरत में कि एक बंदे के कदम हिलेंगे नहीं जब तक कि वह चार बातों के जवाब नहीं दे दे.</w:t>
      </w:r>
    </w:p>
    <w:p>
      <w:r>
        <w:rPr>
          <w:b/>
        </w:rPr>
        <w:t xml:space="preserve">[42:29] </w:t>
      </w:r>
      <w:r>
        <w:t>Do usmein se hai ke usne paisa kaise kamaya? Kahan se kamaya aur kahan kharch kiya? Yaani honest tareeqe se kamaya ya dishonesty ke saath kamaya? Aur kaise kharch kiya? Ki zaroorat ke upar kharch kiya? Ya woh dikhawa culture mein usne kharch kiya aur lavish cheezon mein kharch kiya? To yeh dono cheezein bahut important hai. Kaise paisa kamaya aur kaise usko kharch kiya?</w:t>
      </w:r>
    </w:p>
    <w:p>
      <w:pPr>
        <w:jc w:val="right"/>
      </w:pPr>
      <w:r>
        <w:t>दो उसमें से है के उसने पैसा कैसे कमाया? कहाँ से कमाया और कहाँ खर्च किया? यानी honest तरीके से कमाया या dishonesty के साथ कमाया? और कैसे खर्च किया? कि ज़रूरत के ऊपर खर्च किया? या वो दिखावा culture में उसने खर्च किया और lavish चीज़ों में खर्च किया? तो ये दोनों चीज़ें बहुत important है. कैसे पैसा कमाया और कैसे उसको खर्च किया?</w:t>
      </w:r>
    </w:p>
    <w:p>
      <w:r>
        <w:rPr>
          <w:b/>
        </w:rPr>
        <w:t xml:space="preserve">[42:54] </w:t>
      </w:r>
      <w:r>
        <w:t>To yeh ek baat hai aur iske alawa ek aur baat aati hai ki uski dua qubool nahi hogi jo qata rehmi ki dua kare. Qata rehmi ka matlab hai ki rishtedaron se taluq achhe na ho uske iski dua kare. Yaani rishtedaron se uski taluqat theek na rahe iski dua. Agar woh karta hai to woh dua qubool nahi hogi. Ji.</w:t>
      </w:r>
    </w:p>
    <w:p>
      <w:pPr>
        <w:jc w:val="right"/>
      </w:pPr>
      <w:r>
        <w:t>तो ये एक बात है और इसके अलावा एक और बात आती है कि उसकी दुआ कुबूल नहीं होगी जो खतर रहमी की दुआ करें. खतर रहमी का मतलब है कि रिश्तेदारों से तालुक अच्छे नाव उसके इसकी दुआ करें. यानी रिश्तेदारों से उसकी तालुकात ठीक ना रहे इसकी दुआ. अगर वह करता है तो वह दुआ कुबूल नहीं होगी. जी.</w:t>
      </w:r>
    </w:p>
    <w:p>
      <w:r>
        <w:rPr>
          <w:b/>
        </w:rPr>
        <w:t xml:space="preserve">[43:19] </w:t>
      </w:r>
      <w:r>
        <w:t>Yeh bahut ahum baat hai ki taluqat achhe hona khaastor se dawat ke pehlu se ki aap Rasoolullah ne baar baar kaha hai ki apne neighbor se bahut achhe relation ho tumhare aur Maulana kehte the ki ab to saare duniya ke log neighbor hain. E neighbor ka love istemal karte the. Theek hai, theek hai. To agar aapke neighbor se aapke taluqat achhe nahi honge to aap dawat ke kaam kaise karenge?</w:t>
      </w:r>
    </w:p>
    <w:p>
      <w:pPr>
        <w:jc w:val="right"/>
      </w:pPr>
      <w:r>
        <w:t>यह बहुत अहम् बात है कि तालुकात अच्छे होना खासौर से दावत के पहलू से कि आप रसूल्ला ने बार बार कहा है कि अपने neighbor से बहुत अच्छे relation हो तुम्हारे और मौलाना कहते थे कि अब तो सारे दुनिया के लोग neighbor हैं. E neighbor का love इस्तेमाल करते थे. ठीक है, ठीक है. तो अगर आपके neighbor से आपके तालुकात अच्छे नहीं होंगे तो आप दावत के काम कैसे करेंगे?</w:t>
      </w:r>
    </w:p>
    <w:p>
      <w:r>
        <w:rPr>
          <w:b/>
        </w:rPr>
        <w:t xml:space="preserve">[43:46] </w:t>
      </w:r>
      <w:r>
        <w:t>Aapke liye har insaan ke liye khairkhwahi, hamdardi aur dua ki baatein honi chahiye. Aise hi Prophet ne ek baar Sahaba se kaha ki uski dua qubool nahi hoti jo jaldi karta hai. To Sahaba ne kaha ki jaldi ka kya matlab hai? To Prophet ne explain kiya ki woh dua karta hai, dua qubool nahi hoti aur phir thak ke woh chhod deta hai dua karna.</w:t>
      </w:r>
    </w:p>
    <w:p>
      <w:pPr>
        <w:jc w:val="right"/>
      </w:pPr>
      <w:r>
        <w:t>आपके लिए हर इंसान के लिए खैरख्वाही, हम दर्दी और दुआ की बातें होनी चाहिए. ऐसे ही prophet ने एक बार साहबा से कहा कि उसकी दुआ कुबूल नहीं होती जो जल्दी करता है. तो साहबा ने कहा कि जल्दी का क्या मतलब है? तो prophet ने explain किया कि वह दुआ करता है, दुआ क़बूल नहीं होती और फिर थक के वह छोड़ देता है दुआ करना.</w:t>
      </w:r>
    </w:p>
    <w:p>
      <w:r>
        <w:rPr>
          <w:b/>
        </w:rPr>
        <w:t xml:space="preserve">[44:12] </w:t>
      </w:r>
      <w:r>
        <w:t>to is tarah kuch baatein aati hain jin logon ki dua qabool nahi ki jati. DocsApp, aisa bhi hota hai ke kai baar hum dua karte hain lekin dua qabool nahi hoti. to lekin tab bhi jo dua hum karte hain, kya uska koi swabh allah taalah humein deta hai? iske bare mein bataein.</w:t>
      </w:r>
    </w:p>
    <w:p>
      <w:pPr>
        <w:jc w:val="right"/>
      </w:pPr>
      <w:r>
        <w:t>तो इस तरह कुछ बातें आती हैं जिन लोगों की दुआ क़बूल नहीं की जाती. DocsApp, ऐसा भी होता है कि कई बार हम दुआ करते हैं लेकिन दुआ कबूल नहीं होती. तो लेकिन तब भी जो दुआ हम करते हैं, क्या उसका कोई स्वाभ अल्लाह तालाह हमें देता है? इसके बारे में बताएं.</w:t>
      </w:r>
    </w:p>
    <w:p>
      <w:r>
        <w:rPr>
          <w:b/>
        </w:rPr>
        <w:t xml:space="preserve">[44:35] </w:t>
      </w:r>
      <w:r>
        <w:t>hadees mein aata hai ke agar koi shakhs dua kare aur uski dua mein koi gunah ki baat na ho, yaani koi aise aisi baat kahe ke jismein gunah ho ya qatrahmi jo maine abhi bataya ke rishtedaaron se taluqaat theek na rahe, iski dua ho. to yeh dono cheezon ki dua na ho agar, to uski dua ke kitni baatein ho sakti hain.</w:t>
      </w:r>
    </w:p>
    <w:p>
      <w:pPr>
        <w:jc w:val="right"/>
      </w:pPr>
      <w:r>
        <w:t>हदीस में आता है कि अगर कोई शख्स दुआ करे और उसकी दुआ में कोई गुनाह की बात ना हो, यानी कोई ऐसे ऐसी बात कहे के जिसमें गुनाह हो या कतरहमी जो मैंने अभी बताया के रिश्तेदारों से तालुकात ठीक न रहे, इसकी दुआ हो. तो यह दोनों चीज़ों की दुआ ना हो अगर, तो उसकी दुआ के कितनी बातें हो सकती हैं.</w:t>
      </w:r>
    </w:p>
    <w:p>
      <w:r>
        <w:rPr>
          <w:b/>
        </w:rPr>
        <w:t xml:space="preserve">[45:04] </w:t>
      </w:r>
      <w:r>
        <w:t>pehli baat to yeh hai ki dua qubool ho jaye jaisi woh chahta hai as it is dua</w:t>
      </w:r>
    </w:p>
    <w:p>
      <w:pPr>
        <w:jc w:val="right"/>
      </w:pPr>
      <w:r>
        <w:t>पहली बात तो यह है कि दुआ कुबूल हो जाए जैसी वह चाहता है as it is दुआ</w:t>
      </w:r>
    </w:p>
    <w:p>
      <w:r>
        <w:rPr>
          <w:b/>
        </w:rPr>
        <w:t xml:space="preserve">[45:11] </w:t>
      </w:r>
      <w:r>
        <w:t>qubool ho jaye aur agar dua qubool nahi ho to yeh hoga ki jo uski dua hai uske</w:t>
      </w:r>
    </w:p>
    <w:p>
      <w:pPr>
        <w:jc w:val="right"/>
      </w:pPr>
      <w:r>
        <w:t>कुबूल हो जाए और अगर दुआ कुबूल नहीं हो तो यह होगा कि जो उसकी दुआ है उसके</w:t>
      </w:r>
    </w:p>
    <w:p>
      <w:r>
        <w:rPr>
          <w:b/>
        </w:rPr>
        <w:t xml:space="preserve">[45:19] </w:t>
      </w:r>
      <w:r>
        <w:t>bagad aakhirat mein usko reward likh diya jaye, yani woh woh dua aakhirat ka zakheera ban jaye aur</w:t>
      </w:r>
    </w:p>
    <w:p>
      <w:pPr>
        <w:jc w:val="right"/>
      </w:pPr>
      <w:r>
        <w:t>बकद आखिरत में उसको reward लिख दिया जाए, यानी वो वो दुआ आखिरत का ज़ख़ीरा वन जाए और</w:t>
      </w:r>
    </w:p>
    <w:p>
      <w:r>
        <w:rPr>
          <w:b/>
        </w:rPr>
        <w:t xml:space="preserve">[45:26] </w:t>
      </w:r>
      <w:r>
        <w:t>kisi surat yeh hai ki dua ke barabar koi musibat jo future mein aane wali hai, koi bimari</w:t>
      </w:r>
    </w:p>
    <w:p>
      <w:pPr>
        <w:jc w:val="right"/>
      </w:pPr>
      <w:r>
        <w:t>किसी सूरत यह है कि दुआ के बराबर कोई मुसीबत जो future में आने वाली है, कोई बीमारी</w:t>
      </w:r>
    </w:p>
    <w:p>
      <w:r>
        <w:rPr>
          <w:b/>
        </w:rPr>
        <w:t xml:space="preserve">[45:34] </w:t>
      </w:r>
      <w:r>
        <w:t>ya koi loss ya koi accident, koi bhi is tarah ki cheez agar hone wali hai jo future</w:t>
      </w:r>
    </w:p>
    <w:p>
      <w:pPr>
        <w:jc w:val="right"/>
      </w:pPr>
      <w:r>
        <w:t>या कोई loss या कोई accident, कोई भी इस तरह की चीज़ अगर होने वाली है जो future</w:t>
      </w:r>
    </w:p>
    <w:p>
      <w:r>
        <w:rPr>
          <w:b/>
        </w:rPr>
        <w:t xml:space="preserve">[45:41] </w:t>
      </w:r>
      <w:r>
        <w:t>mein likhi hui hai, jo destiny ka hissa hai, usko Allah taala taal de, hata de.</w:t>
      </w:r>
    </w:p>
    <w:p>
      <w:pPr>
        <w:jc w:val="right"/>
      </w:pPr>
      <w:r>
        <w:t>में लिखी हुई है, जो destiny का हिस्सा है, उसको अल्लाह तालाह टाल दे, हटा दे.</w:t>
      </w:r>
    </w:p>
    <w:p>
      <w:r>
        <w:rPr>
          <w:b/>
        </w:rPr>
        <w:t xml:space="preserve">[45:49] </w:t>
      </w:r>
      <w:r>
        <w:t>to jab saba ne suna prophet ko yeh kehte hue to unhone kaha ke phir to hum khoob dua karenge. to is tareeqe se kabhi bhi sad nahi hona chahiye ke hum dua kar rahe hain, qubool nahi ho rahi hai. agar aapki dua qubool nahi ho rahi hai tab bhi uska reward aapko mil raha hai. bohat hi yaani hopeful cheez hai. Doctor, there are many people who say that we do not do any dua.</w:t>
      </w:r>
    </w:p>
    <w:p>
      <w:pPr>
        <w:jc w:val="right"/>
      </w:pPr>
      <w:r>
        <w:t>तो जब साबा ने सुना prophet को यह कहते हुए तो उन्होंने कहा कि फिर तो हम खूब दुआ करेंगे. तो इस तरीके से कभी भी sad नहीं होना चाहिए कि हम दुआ कर रहे हैं, कुबूल नहीं हो रही है. अगर आपकी दुआ कुबूल नहीं हो रही है तब भी उसका reward आपको मिल रहा है. बहुत ही यानी hopeful चीज़ है. Doctor, there are many people who say that we do not do any दुआ.</w:t>
      </w:r>
    </w:p>
    <w:p>
      <w:r>
        <w:rPr>
          <w:b/>
        </w:rPr>
        <w:t xml:space="preserve">[46:15] </w:t>
      </w:r>
      <w:r>
        <w:t>So, what, what, what will be their case before Allah taala?</w:t>
      </w:r>
    </w:p>
    <w:p>
      <w:pPr>
        <w:jc w:val="right"/>
      </w:pPr>
      <w:r>
        <w:t>So, what, what, what will be their case before अल्लाह ताला?</w:t>
      </w:r>
    </w:p>
    <w:p>
      <w:r>
        <w:rPr>
          <w:b/>
        </w:rPr>
        <w:t xml:space="preserve">[46:26] </w:t>
      </w:r>
      <w:r>
        <w:t>Hadees mein aata hai ki jo shakhs dua nahi karta, uski wajah yahi hai jo maine thodi der</w:t>
      </w:r>
    </w:p>
    <w:p>
      <w:pPr>
        <w:jc w:val="right"/>
      </w:pPr>
      <w:r>
        <w:t>हदीश में आता है कि जो शख्स दुआ नहीं करता, उसकी वजह यही है जो मैंने थोड़ी देर</w:t>
      </w:r>
    </w:p>
    <w:p>
      <w:r>
        <w:rPr>
          <w:b/>
        </w:rPr>
        <w:t xml:space="preserve">[46:37] </w:t>
      </w:r>
      <w:r>
        <w:t>pehle zikr kiya hai ki dua ke zariye uska spiritual development hota hai.</w:t>
      </w:r>
    </w:p>
    <w:p>
      <w:pPr>
        <w:jc w:val="right"/>
      </w:pPr>
      <w:r>
        <w:t>पहले ज़िक्र किया है कि दुआ के ज़रिए उसका spiritual development होता है.</w:t>
      </w:r>
    </w:p>
    <w:p>
      <w:r>
        <w:rPr>
          <w:b/>
        </w:rPr>
        <w:t xml:space="preserve">[46:48] </w:t>
      </w:r>
      <w:r>
        <w:t>to dua sirf apni zaroorat ke liye nahi hai balki apni roohani tarbiyat ka ek bohat bada hissa hai choonke insaan dua se bohat qareeb ho jata hai khuda se aur jab khuda se qareeb hota hai to wahi waqt hota hai jab uska spiritual development aur rohani irtaka ho uska.</w:t>
      </w:r>
    </w:p>
    <w:p>
      <w:pPr>
        <w:jc w:val="right"/>
      </w:pPr>
      <w:r>
        <w:t>तो दुआ सिर्फ अपनी ज़रूरत के लिए नहीं है बल्कि अपनी रुहानी तरबीयत का एक बहुत बड़ा हिस्सा है चूँकि इंसान दुआ से बहुत करीब हो जाता है खुदा से और जब खुदा से करीब होता है तो वही वक्त होता है जब उसका spiritual development और रोहानी इर्तका हो उसका.</w:t>
      </w:r>
    </w:p>
    <w:p>
      <w:r>
        <w:rPr>
          <w:b/>
        </w:rPr>
        <w:t xml:space="preserve">[47:08] </w:t>
      </w:r>
      <w:r>
        <w:t>DocsApp Ek sawal yeh bhi aata hai ki when we pray to God, should we do it with</w:t>
      </w:r>
    </w:p>
    <w:p>
      <w:pPr>
        <w:jc w:val="right"/>
      </w:pPr>
      <w:r>
        <w:t>DocsApp एक सवाल यह भी आता है कि when we pray to god, should we do it with</w:t>
      </w:r>
    </w:p>
    <w:p>
      <w:r>
        <w:rPr>
          <w:b/>
        </w:rPr>
        <w:t xml:space="preserve">[47:15] </w:t>
      </w:r>
      <w:r>
        <w:t>utmost conviction and, and be confident that our prayer will be accepted.</w:t>
      </w:r>
    </w:p>
    <w:p>
      <w:pPr>
        <w:jc w:val="right"/>
      </w:pPr>
      <w:r>
        <w:t>utmost conviction and, and be confident that our prayer will be accepted.</w:t>
      </w:r>
    </w:p>
    <w:p>
      <w:r>
        <w:rPr>
          <w:b/>
        </w:rPr>
        <w:t xml:space="preserve">[47:22] </w:t>
      </w:r>
      <w:r>
        <w:t>So the question that comes in the mind is that what should be the feeling of a person</w:t>
      </w:r>
    </w:p>
    <w:p>
      <w:pPr>
        <w:jc w:val="right"/>
      </w:pPr>
      <w:r>
        <w:t>So the question that comes in the mind is that what should be the feeling of a person</w:t>
      </w:r>
    </w:p>
    <w:p>
      <w:r>
        <w:rPr>
          <w:b/>
        </w:rPr>
        <w:t xml:space="preserve">[47:29] </w:t>
      </w:r>
      <w:r>
        <w:t>when he does dua to god?</w:t>
      </w:r>
    </w:p>
    <w:p>
      <w:pPr>
        <w:jc w:val="right"/>
      </w:pPr>
      <w:r>
        <w:t>when he does दुआ to god?</w:t>
      </w:r>
    </w:p>
    <w:p>
      <w:r>
        <w:rPr>
          <w:b/>
        </w:rPr>
        <w:t xml:space="preserve">[47:36] </w:t>
      </w:r>
      <w:r>
        <w:t>Hadees mein aata hai prophet ne kaha ki jo shakhs se dua kare wo bahut hi pukhta irade</w:t>
      </w:r>
    </w:p>
    <w:p>
      <w:pPr>
        <w:jc w:val="right"/>
      </w:pPr>
      <w:r>
        <w:t>हादीस में आता है prophet ने कहा कि जो शख्स से दुआ करे वो बहुत ही पुख्ता इरादे</w:t>
      </w:r>
    </w:p>
    <w:p>
      <w:r>
        <w:rPr>
          <w:b/>
        </w:rPr>
        <w:t xml:space="preserve">[47:43] </w:t>
      </w:r>
      <w:r>
        <w:t>se dua kare.</w:t>
      </w:r>
    </w:p>
    <w:p>
      <w:pPr>
        <w:jc w:val="right"/>
      </w:pPr>
      <w:r>
        <w:t>से दुआ करे.</w:t>
      </w:r>
    </w:p>
    <w:p>
      <w:r>
        <w:rPr>
          <w:b/>
        </w:rPr>
        <w:t xml:space="preserve">[47:50] </w:t>
      </w:r>
      <w:r>
        <w:t>to bohat hi confidence aur bohat hi pukhta irada hona chahiye yaani koi ghafil shakhs dua kare to wo qubool nahi hogi. bohat hi zyada uske andar spirit honi chahiye. yaani wahi woh form aur spirit wali baat jo Maulana kehte the ke aapne kuch dua rat li hai aur aap usko bina samjhe, usko bar bar padh rahe hai to woh to ghaflat ki dua hai. kuch alfaaz nahi hai dua.</w:t>
      </w:r>
    </w:p>
    <w:p>
      <w:pPr>
        <w:jc w:val="right"/>
      </w:pPr>
      <w:r>
        <w:t>तो बहुत ही confidence और बहुत ही पुख्ता इरादा होना चाहिए यानी कोई गाफिल शख्स दुआ करे तो वो कुबूल नहीं होगी. बहुत ही ज़्यादा उसके अंदर spirit होनी चाहिए. यानी वही वह form और spirit वाली बात जो मौलाना कहते थे कि आपने कुछ दुआ रट ली है और आप उसको बिना समझे, उसको बार बार पढ़ रहे है तो वह तो गफलत की दुआ है. कुछ अलफाज़ नहीं है दुआ.</w:t>
      </w:r>
    </w:p>
    <w:p>
      <w:r>
        <w:rPr>
          <w:b/>
        </w:rPr>
        <w:t xml:space="preserve">[48:18] </w:t>
      </w:r>
      <w:r>
        <w:t>dua to dil ke ehsaas jab dil dil ke ehsaasaat jo dil mein ehsaasaat umde agar wahi ehsaasaat jab lafzon mein dhal jate hain to wahi dua hai. to yeh jo concept aa gaya hai ke yeh padh lijiye dua, woh padh lijiye dua. sau baar, do sau baar, yeh bada killer concept hai. iski wajah se woh dua ke andar kaifiyat nahi rahi. bas woh dua ek ritual ban gayi.</w:t>
      </w:r>
    </w:p>
    <w:p>
      <w:pPr>
        <w:jc w:val="right"/>
      </w:pPr>
      <w:r>
        <w:t>दुआ तो दिल के एहसास जब दिल दिल के एहसासात जो दिल में एहसासात उमड़े अगर वही एहसासात जब लब्जों में ढल जाते हैं तो वही दुआ है. तो यह जो concept आ गया है कि यह पढ़ लीजिए दुआ, वह पढ़ लीजिए दुआ. सौ बार, दो सौ बार, यह बड़ा killer concept है. इसकी वजह से वो दुआ के अंदर कैफियत नहीं रही. बस वो दुआ एक ritual वन गई.</w:t>
      </w:r>
    </w:p>
    <w:p>
      <w:r>
        <w:rPr>
          <w:b/>
        </w:rPr>
        <w:t xml:space="preserve">[48:44] </w:t>
      </w:r>
      <w:r>
        <w:t>to ismein yahi baat kahi ja rahi hai ke ritual nahi balki spirit honi chahiye. main choonke bachchon ki books likhta hoon kuch. ji ji. to kabhi book fairs mein jana hota hai to wahan parents aate hain. to parents kehte hain ke hum bachchon ki bringing kaise karein? to main hamesha unse do baatein kehta hoon. ek to aap apna apne ghar mein jo aapka ghar ka mahaul hai wo deeni hona chahiye.</w:t>
      </w:r>
    </w:p>
    <w:p>
      <w:pPr>
        <w:jc w:val="right"/>
      </w:pPr>
      <w:r>
        <w:t>तो इसमें यही बात कही जा रही है कि ritual नहीं बल्कि spirit होनी चाहिए. मैं चूँकि बच्चों की books लिखता हूँ कुछ. जी जी. तो कभी book fairs में जाना होता है तो वहाँ parents आते हैं. तो parents कहते हैं कि हम बच्चों की bringing कैसे करें? तो मैं हमेशा उनसे दो बातें कहता हूँ. एक तो आप अपना अपने घर में जो आपका घर का माहौल है वो दीनी होना चाहिए.</w:t>
      </w:r>
    </w:p>
    <w:p>
      <w:r>
        <w:rPr>
          <w:b/>
        </w:rPr>
        <w:t xml:space="preserve">[49:13] </w:t>
      </w:r>
      <w:r>
        <w:t>yaani aap chahte hain ke bachchon ki bari achhi tarbiyat ho aur ghar mein sirf materialistic baatein hoti hoti hoti hain, to kaise hoga? sahi baat hai. to ek to bohat deeni mahaul ho, to bachche dekh ke karte hain, dekh ke follow karte hain aur doosri cheez yeh hai ke bachchon ko form aur spirit ka fark batayein.</w:t>
      </w:r>
    </w:p>
    <w:p>
      <w:pPr>
        <w:jc w:val="right"/>
      </w:pPr>
      <w:r>
        <w:t>यानी आप चाहते हैं कि बच्चों की बड़ी अच्छी तर्वियत हो और घर में सिर्फ materialistic बातें होती होती होती हैं, तो कैसे होगा? सही बात है. तो एक तो बहुत दीनी माहौल हो, तो बच्चे देख के करते हैं, देख के follow करते हैं और दूसरी चीज़ यह है कि बच्चों को form और spirit का फ़र्क बताएं.</w:t>
      </w:r>
    </w:p>
    <w:p>
      <w:r>
        <w:rPr>
          <w:b/>
        </w:rPr>
        <w:t xml:space="preserve">[49:39] </w:t>
      </w:r>
      <w:r>
        <w:t>yaani yaani har baat mein spirit paida karein. na ke sirf form hota kya hai ke bachchon ko duaen ratwa dete hain ke ghar se jaane ki yeh dua hai, ghar mein aane ki yeh dua hai, masjid jaane ki yeh dua hai, woh bachchon ko rat liye unhone pata hi nahi woh kya padh rahe hain.</w:t>
      </w:r>
    </w:p>
    <w:p>
      <w:pPr>
        <w:jc w:val="right"/>
      </w:pPr>
      <w:r>
        <w:t>यानी यानी हर बात में spirit पैदा करें. ना कि सिर्फ form होता क्या है कि बच्चों को दुआएं रटवा देते हैं कि घर से जाने की यह दुआ है, घर में आने की यह दुआ है, मस्जिद जाने की यह दुआ है, वो बच्चों को रट लिए उन्होंने पता ही नहीं वो क्या पढ़ रहे हैं.</w:t>
      </w:r>
    </w:p>
    <w:p>
      <w:r>
        <w:rPr>
          <w:b/>
        </w:rPr>
        <w:t xml:space="preserve">[50:03] </w:t>
      </w:r>
      <w:r>
        <w:t>to bachchon ko yaani gehri spirit paida karein aur form wali baatein zyada na sikhayein. form ki bhi ahmiyat hai lekin asal to spirit hai. to yahi cheez sabke liye hai jo bachchon ke liye hai. mashallah. Doctor har cheez ki koi qeemat hoti hai jaise ek ghar ki qeemat hai, ek gaadi ki qeemat hai, usi tarah dua ki bhi yaqeenan ek qeemat hai.</w:t>
      </w:r>
    </w:p>
    <w:p>
      <w:pPr>
        <w:jc w:val="right"/>
      </w:pPr>
      <w:r>
        <w:t>तो बच्चों को यानी गहरी spirit पैदा करें और form वाली बातें ज़्यादा ना सिखाएं. Form की भी अहमियत है लेकिन असल तो spirit है. तो यही चीज़ सबके लिए है जो बच्चों के लिए है. माशाला. Doctor हर चीज़ की कोई कीमत होती है जैसे एक घर की कीमत है, एक गाड़ी की कीमत है, उसी तरह दुआ की भी यकीनन एक कीमत है.</w:t>
      </w:r>
    </w:p>
    <w:p>
      <w:r>
        <w:rPr>
          <w:b/>
        </w:rPr>
        <w:t xml:space="preserve">[50:29] </w:t>
      </w:r>
      <w:r>
        <w:t>log aksar dua ko achhi dua ko achhe alfaaz ka naam samajhte hain jabki achhi dua ek achhi</w:t>
      </w:r>
    </w:p>
    <w:p>
      <w:pPr>
        <w:jc w:val="right"/>
      </w:pPr>
      <w:r>
        <w:t>लोग अक्सर दुआ को अच्छी दुआ को अच्छे अल्फाज़ का नाम समझते हैं जबकि अच्छी दुआ एक अच्छी</w:t>
      </w:r>
    </w:p>
    <w:p>
      <w:r>
        <w:rPr>
          <w:b/>
        </w:rPr>
        <w:t xml:space="preserve">[50:34] </w:t>
      </w:r>
      <w:r>
        <w:t>nafsiyat ka naam hai aur log aksar chahte hain ki dua ka nateeja jo hai unko mile jabki</w:t>
      </w:r>
    </w:p>
    <w:p>
      <w:pPr>
        <w:jc w:val="right"/>
      </w:pPr>
      <w:r>
        <w:t>नफसियत का नाम है और लोग अक्सर चाहते हैं कि दुआ का नतीजा जो है उनको मिले जबकि</w:t>
      </w:r>
    </w:p>
    <w:p>
      <w:r>
        <w:rPr>
          <w:b/>
        </w:rPr>
        <w:t xml:space="preserve">[50:39] </w:t>
      </w:r>
      <w:r>
        <w:t>unhone dua ki na keemat ada ki hoti hai, na hi haqeeqi dua ka tohfa Khuda ke</w:t>
      </w:r>
    </w:p>
    <w:p>
      <w:pPr>
        <w:jc w:val="right"/>
      </w:pPr>
      <w:r>
        <w:t>उन्होंने दुआ की ना कीमत अदा की होती है, ना ही हकी की दुआ का तोहफा खुदा के</w:t>
      </w:r>
    </w:p>
    <w:p>
      <w:r>
        <w:rPr>
          <w:b/>
        </w:rPr>
        <w:t xml:space="preserve">[50:44] </w:t>
      </w:r>
      <w:r>
        <w:t>samne pesh kiya hota hai.</w:t>
      </w:r>
    </w:p>
    <w:p>
      <w:pPr>
        <w:jc w:val="right"/>
      </w:pPr>
      <w:r>
        <w:t>सामने पेश किया होता है.</w:t>
      </w:r>
    </w:p>
    <w:p>
      <w:r>
        <w:rPr>
          <w:b/>
        </w:rPr>
        <w:t xml:space="preserve">[50:49] </w:t>
      </w:r>
      <w:r>
        <w:t>to ek sawal yeh bhi aata hai ki what is the best way to make dua?</w:t>
      </w:r>
    </w:p>
    <w:p>
      <w:pPr>
        <w:jc w:val="right"/>
      </w:pPr>
      <w:r>
        <w:t>तो एक सवाल यह भी आता है कि what is the best way to make दुआ?</w:t>
      </w:r>
    </w:p>
    <w:p>
      <w:r>
        <w:rPr>
          <w:b/>
        </w:rPr>
        <w:t xml:space="preserve">[50:54] </w:t>
      </w:r>
      <w:r>
        <w:t>iske bare mein bataein.</w:t>
      </w:r>
    </w:p>
    <w:p>
      <w:pPr>
        <w:jc w:val="right"/>
      </w:pPr>
      <w:r>
        <w:t>इसके बारे में बताएं.</w:t>
      </w:r>
    </w:p>
    <w:p>
      <w:r>
        <w:rPr>
          <w:b/>
        </w:rPr>
        <w:t xml:space="preserve">[51:00] </w:t>
      </w:r>
      <w:r>
        <w:t>hadees mein aata hai ke prophet Mohammad ne ek aadmi ko namaz padhte hue dekha phir namaz ke baad usne dua shuru kar di ke aye allah mujhe maaf farma, tum mere upar reham farma. to prophet ne kaha ke aye namazi tumne dua sahi tareeqe se nahi ki.</w:t>
      </w:r>
    </w:p>
    <w:p>
      <w:pPr>
        <w:jc w:val="right"/>
      </w:pPr>
      <w:r>
        <w:t>हदीस में आता है कि prophet मोहम्मद ने एक आदमी को नमाज़ पढ़ते हुए देखा फिर नमाज़ के बाद उसने दुआ शुरू कर दी कि ऐल्लाह मुझे माँ फरमा, तुम मेरे ऊपर रहम फरमा. तो prophet ने कहा कि ऐ नमाज़ी तुमने दुआ सही तरीके से नहीं की.</w:t>
      </w:r>
    </w:p>
    <w:p>
      <w:r>
        <w:rPr>
          <w:b/>
        </w:rPr>
        <w:t xml:space="preserve">[51:21] </w:t>
      </w:r>
      <w:r>
        <w:t>tum jab namaz padho aur dua ke liye baitho to sabse pehle allah taalah ki sana bayan karo, uski usko glorify karo, usko praise karo aur phir durood bhejo, phir tum dua karo. to yahi yahi tareeqa hai yaani pehle apne andar kaifiyat bedaar karo, khuda ki azmat tumhare upar taari ho aur rasool allah sallam ke liye dua karo choonke sara din humein unse mila hai.</w:t>
      </w:r>
    </w:p>
    <w:p>
      <w:pPr>
        <w:jc w:val="right"/>
      </w:pPr>
      <w:r>
        <w:t>तुम जब नमाज़ पढ़ो और दुआ के लिए बैठो तो सबसे पहले अल्लाह तालाह की सना बयान करो, उसकी उसको glorify करो, उसको praise करो और फिर दुरूध भेजो, फिर तुम दुआ करो. तो यही यही तरीका है यानी पहले अपने अंदर कैफियत बेदार करो, खुदा की अज़्मत तुम्हारे ऊपर तारी हो और रसूल्लास अल्लाम के लिए दुआ करो चूंकि सारा दिन हमें उनसे मिला है.</w:t>
      </w:r>
    </w:p>
    <w:p>
      <w:r>
        <w:rPr>
          <w:b/>
        </w:rPr>
        <w:t xml:space="preserve">[51:49] </w:t>
      </w:r>
      <w:r>
        <w:t>jab is tarah se woh koi karega tab woh dua ka yaani sahi tareeqa hoga aur jaise Maulana ne kaha ke reference point karna allah taalah qubool karta hai.</w:t>
      </w:r>
    </w:p>
    <w:p>
      <w:pPr>
        <w:jc w:val="right"/>
      </w:pPr>
      <w:r>
        <w:t>जब इस तरह से वो कोई करेगा तब वो दुआ का यानी सही तरीका होगा और जैसे मुलाना ने कहा कि reference point करना अल्लाह तालाह कुबूल करता है.</w:t>
      </w:r>
    </w:p>
    <w:p>
      <w:r>
        <w:rPr>
          <w:b/>
        </w:rPr>
        <w:t xml:space="preserve">[52:06] </w:t>
      </w:r>
      <w:r>
        <w:t>quran mein ek waqya aata hai ke hazrat zakariya jo mariyam ke uncle the, guardian the temple mein, to ek baar gaye wahan milne mariyam se unke unke kamre mein to bari gehri baatein kar rahi thi woh.</w:t>
      </w:r>
    </w:p>
    <w:p>
      <w:pPr>
        <w:jc w:val="right"/>
      </w:pPr>
      <w:r>
        <w:t>कुरान में एक वात्य आता है कि हज़ाद ज़करिया जो मारियम के uncle थे, guardian थे temple में, तो एक बार गए वहां मिलने मारियम से उनके उनके कमरे में तो बड़ी गहरी बातें कर रही थी वह.</w:t>
      </w:r>
    </w:p>
    <w:p>
      <w:r>
        <w:rPr>
          <w:b/>
        </w:rPr>
        <w:t xml:space="preserve">[52:35] </w:t>
      </w:r>
      <w:r>
        <w:t>Maulana ne isko aam taur se log samajhte hain ke wahan phal rakhe hue the. to Maulana ka kehna hai ke phal ka matlab, risk ka matlab hai spiritual food, na ke woh phal jo hum khate hain. ji. to jab unhone zakariyya alaihissalam ne suna ke bohat achhi achhi baatein kar rahi hain, bada gehri gareeb, gehri baatein kar rahi hain.</w:t>
      </w:r>
    </w:p>
    <w:p>
      <w:pPr>
        <w:jc w:val="right"/>
      </w:pPr>
      <w:r>
        <w:t>मौलाना ने इसको आमतौर से लोग समझते हैं कि वहां फ़ल रखे हुए थे. तो मौलाना का कहना है कि फ़ल का मतलब, risk का मतलब है spiritual food, ना कि वो फ़ल जो हम खाते हैं. जी. तो जब उन्होंने ज़करियाली सलाम ने सोना कि बहुत अच्छी अच्छी बातें कर रही हैं, बड़ा गहरी गरीब, गहरी बातें कर रही हैं.</w:t>
      </w:r>
    </w:p>
    <w:p>
      <w:r>
        <w:rPr>
          <w:b/>
        </w:rPr>
        <w:t xml:space="preserve">[52:57] </w:t>
      </w:r>
      <w:r>
        <w:t>mariyam walihassalam ki chhoti thi woh, to usi waqt unhone dua ki hunalika zakariyya rabb ki usi waqt wahin se dua ki hai mere rabb mujhe bhi ek saale aulad ata farma. to yeh bhi ek reference point ki dua hai ke aapne koi cheez dekhi to aapne usko dekh ke khuda se dua ki.</w:t>
      </w:r>
    </w:p>
    <w:p>
      <w:pPr>
        <w:jc w:val="right"/>
      </w:pPr>
      <w:r>
        <w:t>मरीयम वाला की छोटी थी वो, तो उसी वक्त उन्होंने दुआ की हुनालिका दाज़करिया रब्बा कि उसी वक्त वहीं से दुआ की है मेरे रब्ब मुझे भी एक साले औलाद आताफरमा. तो यह भी एक reference point की दुआ है कि आपने कोई चीज़ देखी तो आपने उसको देख के खुदा से दुआ की.</w:t>
      </w:r>
    </w:p>
    <w:p>
      <w:r>
        <w:rPr>
          <w:b/>
        </w:rPr>
        <w:t xml:space="preserve">[53:20] </w:t>
      </w:r>
      <w:r>
        <w:t>to reference point wali dua aur khuda ki hamd aur uski sana, usko ek chlorine, uska praise bayan karke jab dua karega to wahi dua best dua hogi. yaani best dua ka matlab hai ke best kaifiyat. ji. jab best kaifiyat aapke andar taari ho jayegi to dua ke kalimaat waise hi nikalne lagenge.</w:t>
      </w:r>
    </w:p>
    <w:p>
      <w:pPr>
        <w:jc w:val="right"/>
      </w:pPr>
      <w:r>
        <w:t>तो reference point वाली दुआ और खुदा की हम्द और उसकी सना, उसको एक chlorine, उसका praise बयान करके जब दुआ करेगा तो वही दुआ best दुआ होगी. यानी best दुआ का मतलब है कि best कैफियत. जी. जब best कैफियत आपके अंदर तारी हो जाएगी तो दुआ के कलिमात वैसे ही निकलने लगेंगे.</w:t>
      </w:r>
    </w:p>
    <w:p>
      <w:r>
        <w:rPr>
          <w:b/>
        </w:rPr>
        <w:t xml:space="preserve">[53:43] </w:t>
      </w:r>
      <w:r>
        <w:t>Doctor sahib, kya yeh bhi hum keh sakte hain ke dua is also a favor given by god almighty and wahi insaan jo hai dua kar sakta hai jisko dua karne ki toufeeq di gayi ho. iske bare mein kya kahenge aap? hadees mein aata hai ke jisko dua ki toufeeq di gayi, uske liye bohat bada rehmat ka darwaza khola gaya.</w:t>
      </w:r>
    </w:p>
    <w:p>
      <w:pPr>
        <w:jc w:val="right"/>
      </w:pPr>
      <w:r>
        <w:t>Doctor साहब, क्या यह भी हम कह सकते हैं कि दुआ is also a favor given by god almighty and वही इंसान जो है दुआ कर सकता है जिसको दुआ करने की तोफीक दी गई हो. इसके बारे में क्या कहेंगे आप? हदिश में आता है कि जिसको दुआ की तौफीक दी गई, उसके लिए बहुत बड़ा रहमत का दरवाज़ा खोला गया.</w:t>
      </w:r>
    </w:p>
    <w:p>
      <w:r>
        <w:rPr>
          <w:b/>
        </w:rPr>
        <w:t xml:space="preserve">[54:11] </w:t>
      </w:r>
      <w:r>
        <w:t>to yaani dua ki toufeeq bhi allah taalah ki taraf se hoti hai, lekin yeh baat aise to khudah ki taraf mansoob ho rahi hai lekin yeh insaan ki nisbat se hai ke woh insaan jo iska mustahiq hai, usi ko allah taalah yeh toufeeq deta hai. aise nahi ke kisi ko bhi de dega.</w:t>
      </w:r>
    </w:p>
    <w:p>
      <w:pPr>
        <w:jc w:val="right"/>
      </w:pPr>
      <w:r>
        <w:t>तो यानी दुआ की तौफीक भी अल्लाह तालाह की तरफ से होती है, लेकिन यह बात ऐसे तो खुदाह की तरफ मंसूब हो रही है लेकिन यह इंसान की निस्बत से है कि वह इंसान जो इसका मुस्ताहिक है, उसी को अल्लाह तालाह यह तोफिक देता है. ऐसे नहीं कि किसी को भी दे देगा.</w:t>
      </w:r>
    </w:p>
    <w:p>
      <w:r>
        <w:rPr>
          <w:b/>
        </w:rPr>
        <w:t xml:space="preserve">[54:36] </w:t>
      </w:r>
      <w:r>
        <w:t>to yaani jo insaan uska mustahiq hai aur allah ki taraf uska zehan hai aur uska rukh hai aur woh har cheez ke liye khuda ki taraf apna rukh karta hai to yaqeenan allah taalah usko ek toufeeq dega aur yaqeenan yeh khud dua ki toufeeq bohat hi badi cheez hai aur har kisi ko toufeeq nahi milti.</w:t>
      </w:r>
    </w:p>
    <w:p>
      <w:pPr>
        <w:jc w:val="right"/>
      </w:pPr>
      <w:r>
        <w:t>तो यानी जो इंसान उसका मुस्ताहिक है और अल्लाह की तरफ उसका ज़हन है और उसका रुख है और वो हर चीज़ के लिए खुदा की तरफ अपना रुख करता है तो यकीनन अल्लाह तालाह उसको एक तौफिक देगा और यकीनन यह खुद दुआ की तौफिक बहुत ही बड़ी चीज़ है और हर किसी को तौफियुक नहीं मिलती.</w:t>
      </w:r>
    </w:p>
    <w:p>
      <w:r>
        <w:rPr>
          <w:b/>
        </w:rPr>
        <w:t xml:space="preserve">[55:01] </w:t>
      </w:r>
      <w:r>
        <w:t>unheen logon ko milti hai jo khuda ki taraf har waqt apna rukh karte hain jab bhi unko kisi cheez ki zaroorat hoti hai. to yaani deserving person ko toufeeq milti hai. waise hi ismein allah ke liye mansoob kiya ja raha hai lekin deserving person ko allah taalah yeh toufeeq deta hai.</w:t>
      </w:r>
    </w:p>
    <w:p>
      <w:pPr>
        <w:jc w:val="right"/>
      </w:pPr>
      <w:r>
        <w:t>उन्हीं लोगों को मिलती है जो खुदा की तरफ हर वक्त अपना रुख करते हैं जब भी उनको किसी चीज़ की ज़रूरत होती है. तो यानी deserving person को तौफीक मिलती है. वैसे ही इसमें अल्लाह के लिए मंसूद किया जा रहा है लेकिन deserving person को अल्लाह तालाह यह तौफीक देता है.</w:t>
      </w:r>
    </w:p>
    <w:p>
      <w:r>
        <w:rPr>
          <w:b/>
        </w:rPr>
        <w:t xml:space="preserve">[55:24] </w:t>
      </w:r>
      <w:r>
        <w:t>Doctor ek cheez maine bhi suni hai ki Allah taalah feels bad when he refuses someone's prayer. Is that correct? If you can elaborate on this? Haan, ek hadith aati hai, badi achhi hadith hai wo ki inn rabbukum haiyun kareem, ki tumhara jo rab hai wo bada haya wala hai, bahut hi shayi hai, usko sharm aati hai aur bahut generous hai.</w:t>
      </w:r>
    </w:p>
    <w:p>
      <w:pPr>
        <w:jc w:val="right"/>
      </w:pPr>
      <w:r>
        <w:t>Doctor एक चीज़ मैंने भी सुनी है कि अल्लाह तालाह feels bad when he refuses someone's prayer. Is that correct? If you can elaborate on this? हाँ, एक हदीस आती है, बड़ी अच्छी हदीस है वो कि इन्न रब्बकुम हैयून करीम, कि तुम्हारा जो रब है वो बड़ा हया वाला है, बहुत ही शायी है, उसको शर्म आती है और बहुत generous है.</w:t>
      </w:r>
    </w:p>
    <w:p>
      <w:r>
        <w:rPr>
          <w:b/>
        </w:rPr>
        <w:t xml:space="preserve">[55:54] </w:t>
      </w:r>
      <w:r>
        <w:t>Uske sharm aati hai ki koi shakhs uske aage haath phailaye. Uske sharm aati hai ki koi shakhs uske aage haath phailaye aur use khaali haath wapas kar de.</w:t>
      </w:r>
    </w:p>
    <w:p>
      <w:pPr>
        <w:jc w:val="right"/>
      </w:pPr>
      <w:r>
        <w:t>उसको शर्म आती है कि कोई शख्स उसके आगे हाथ फैलाए. उसको शर्म आती है कि कोई शक्स उसके आगे हाथ फैलाए और उसे खाली हाथ वापस कर दे.</w:t>
      </w:r>
    </w:p>
    <w:p>
      <w:r>
        <w:rPr>
          <w:b/>
        </w:rPr>
        <w:t xml:space="preserve">[56:19] </w:t>
      </w:r>
      <w:r>
        <w:t>To yeh to bahut hi hopeful dua hai aur yeh bhi ek reference wali dua hai. Kailaah, tu hai hai aur kaiyon mein tu tu ne tu hamein khaali haath wapas kar dega. To yeh to ek bahut hi hopeful dua hai. Achha. Theek hai.</w:t>
      </w:r>
    </w:p>
    <w:p>
      <w:pPr>
        <w:jc w:val="right"/>
      </w:pPr>
      <w:r>
        <w:t>तो यह तो बहुत ही hopeful दुआ है और यह भी एक reference वाली दुआ है. कैलाह, तू हाई है और कईयों में तू तूने तू हमें खाली हाथ वापस कर देगा. तो यह तो एक बहुत ही hopeful दुआ है. अच्छा. ठीक है.</w:t>
      </w:r>
    </w:p>
    <w:p>
      <w:r>
        <w:rPr>
          <w:b/>
        </w:rPr>
        <w:t xml:space="preserve">[56:42] </w:t>
      </w:r>
      <w:r>
        <w:t>Doctor sahib, jaisa ke yeh kaha jata hai ke insan ki destiny badli nahi jati, lekin ek hadith</w:t>
      </w:r>
    </w:p>
    <w:p>
      <w:pPr>
        <w:jc w:val="right"/>
      </w:pPr>
      <w:r>
        <w:t>Doctor साहब, जैसा कि यह कहा जाता है कि इंसान की destiny बदली नहीं जाती, लेकिन एक हदीस</w:t>
      </w:r>
    </w:p>
    <w:p>
      <w:r>
        <w:rPr>
          <w:b/>
        </w:rPr>
        <w:t xml:space="preserve">[56:48] </w:t>
      </w:r>
      <w:r>
        <w:t>hai ke dua se destiny bhi badal jati hai.</w:t>
      </w:r>
    </w:p>
    <w:p>
      <w:pPr>
        <w:jc w:val="right"/>
      </w:pPr>
      <w:r>
        <w:t>है कि दुआ से destiny भी बदल जाती है.</w:t>
      </w:r>
    </w:p>
    <w:p>
      <w:r>
        <w:rPr>
          <w:b/>
        </w:rPr>
        <w:t xml:space="preserve">[56:54] </w:t>
      </w:r>
      <w:r>
        <w:t>is hadith ke bare mein hum sab ko bataiye.</w:t>
      </w:r>
    </w:p>
    <w:p>
      <w:pPr>
        <w:jc w:val="right"/>
      </w:pPr>
      <w:r>
        <w:t>इस हदीस के बारे में हम सबको बताइए.</w:t>
      </w:r>
    </w:p>
    <w:p>
      <w:r>
        <w:rPr>
          <w:b/>
        </w:rPr>
        <w:t xml:space="preserve">[57:00] </w:t>
      </w:r>
      <w:r>
        <w:t>hadith mein aata hai prophet Mohammad la yurddul qada illad dua.</w:t>
      </w:r>
    </w:p>
    <w:p>
      <w:pPr>
        <w:jc w:val="right"/>
      </w:pPr>
      <w:r>
        <w:t>हदीस में आता है prophet मोहम्मद ला युर्द्दुल कदा इल्हद दुआ.</w:t>
      </w:r>
    </w:p>
    <w:p>
      <w:r>
        <w:rPr>
          <w:b/>
        </w:rPr>
        <w:t xml:space="preserve">[57:06] </w:t>
      </w:r>
      <w:r>
        <w:t>yeh jo destiny hai woh sirf dua se badalti hai.</w:t>
      </w:r>
    </w:p>
    <w:p>
      <w:pPr>
        <w:jc w:val="right"/>
      </w:pPr>
      <w:r>
        <w:t>यह जो destiny है वह सिर्फ दुआ से बदलती है.</w:t>
      </w:r>
    </w:p>
    <w:p>
      <w:r>
        <w:rPr>
          <w:b/>
        </w:rPr>
        <w:t xml:space="preserve">[57:13] </w:t>
      </w:r>
      <w:r>
        <w:t>Yeh badi zabardast hadish hai yaani itni dua ke andar taqat hai ki Allah taalah apni haath se likhi hui destiny ko badal deta hai.</w:t>
      </w:r>
    </w:p>
    <w:p>
      <w:pPr>
        <w:jc w:val="right"/>
      </w:pPr>
      <w:r>
        <w:t>यह बड़ी ज़बरदस्त हदीश है यानी इतनी दुआ के अंदर ताकत है कि अल्लाह तालाह अपनी हाथ से लिखी हुई destiny को बदल देता है.</w:t>
      </w:r>
    </w:p>
    <w:p>
      <w:r>
        <w:rPr>
          <w:b/>
        </w:rPr>
        <w:t xml:space="preserve">[57:22] </w:t>
      </w:r>
      <w:r>
        <w:t>toh yeh, yeh bohat hi zyada hopeful cheez hai ke agar hamari destiny mein koi aisi baat hai</w:t>
      </w:r>
    </w:p>
    <w:p>
      <w:pPr>
        <w:jc w:val="right"/>
      </w:pPr>
      <w:r>
        <w:t>तो यह, यह बहुत ही ज़्यादा hopeful चीज़ है कि अगर हमारी destiny में कोई ऐसी बात है</w:t>
      </w:r>
    </w:p>
    <w:p>
      <w:r>
        <w:rPr>
          <w:b/>
        </w:rPr>
        <w:t xml:space="preserve">[57:28] </w:t>
      </w:r>
      <w:r>
        <w:t>jo aage ja kar problem deh mein Allah taala usko badal deta hai, toh duah bohat hi yani iske</w:t>
      </w:r>
    </w:p>
    <w:p>
      <w:pPr>
        <w:jc w:val="right"/>
      </w:pPr>
      <w:r>
        <w:t>जो आगे जाकर problem देह में अल्लाह तालाह उसको बदल देता है, तो दुआह बहुत ही यानी इसके</w:t>
      </w:r>
    </w:p>
    <w:p>
      <w:r>
        <w:rPr>
          <w:b/>
        </w:rPr>
        <w:t xml:space="preserve">[57:34] </w:t>
      </w:r>
      <w:r>
        <w:t>andar taqat hai, power hai ke Allah taala apne hath ke likhi hui destiny ko badal deta hai</w:t>
      </w:r>
    </w:p>
    <w:p>
      <w:pPr>
        <w:jc w:val="right"/>
      </w:pPr>
      <w:r>
        <w:t>अंदर ताकत है, power है कि अल्लाह तालाह अपने हाथ के लिखी हुई destiny को बदल देता है</w:t>
      </w:r>
    </w:p>
    <w:p>
      <w:r>
        <w:rPr>
          <w:b/>
        </w:rPr>
        <w:t xml:space="preserve">[57:40] </w:t>
      </w:r>
      <w:r>
        <w:t>aur isi isi hadith ka jo agla hissa hai woh bhi bohat acha hai ke lah yazeed fil</w:t>
      </w:r>
    </w:p>
    <w:p>
      <w:pPr>
        <w:jc w:val="right"/>
      </w:pPr>
      <w:r>
        <w:t>और इसी इसी हदीस का जो अगला हिस्सा है वो भी बहुत अच्छा है कि लाह यजीद फिल</w:t>
      </w:r>
    </w:p>
    <w:p>
      <w:r>
        <w:rPr>
          <w:b/>
        </w:rPr>
        <w:t xml:space="preserve">[57:47] </w:t>
      </w:r>
      <w:r>
        <w:t>omer illah bir ke jo age hai zahir age bhi insan ki jo hai woh destiny ka hissa</w:t>
      </w:r>
    </w:p>
    <w:p>
      <w:pPr>
        <w:jc w:val="right"/>
      </w:pPr>
      <w:r>
        <w:t>ओमर इल्लाह बिर के जो age है जाहिर age भी इंसान की जो है वो destiny का हिस्सा</w:t>
      </w:r>
    </w:p>
    <w:p>
      <w:r>
        <w:rPr>
          <w:b/>
        </w:rPr>
        <w:t xml:space="preserve">[57:53] </w:t>
      </w:r>
      <w:r>
        <w:t>hai ke Allah dale ne likh diya hai aur woh jo time, jo minute likh diya hai, jo</w:t>
      </w:r>
    </w:p>
    <w:p>
      <w:pPr>
        <w:jc w:val="right"/>
      </w:pPr>
      <w:r>
        <w:t>है कि अल्लाह दाले ने लिख दिया है और वह जो time, जो minute लिख दिया है, जो</w:t>
      </w:r>
    </w:p>
    <w:p>
      <w:r>
        <w:rPr>
          <w:b/>
        </w:rPr>
        <w:t xml:space="preserve">[57:59] </w:t>
      </w:r>
      <w:r>
        <w:t>din likh diya hai, woh bilkul usi din, usi waqt par farishtey aaenge aur rooh qabz karenge insan</w:t>
      </w:r>
    </w:p>
    <w:p>
      <w:pPr>
        <w:jc w:val="right"/>
      </w:pPr>
      <w:r>
        <w:t>दिन लिख दिया है, वह बिल्कुल उसी दिन, उसी वक्त पर परिष्टे आऐंगे और रूह कब्ज करेंगे इंसान</w:t>
      </w:r>
    </w:p>
    <w:p>
      <w:r>
        <w:rPr>
          <w:b/>
        </w:rPr>
        <w:t xml:space="preserve">[58:05] </w:t>
      </w:r>
      <w:r>
        <w:t>ki aur leke Allah taala ke paas pahunch jaenge.</w:t>
      </w:r>
    </w:p>
    <w:p>
      <w:pPr>
        <w:jc w:val="right"/>
      </w:pPr>
      <w:r>
        <w:t>की और लेके अल्लाह ताला के पास पहुंच जाएंगे.</w:t>
      </w:r>
    </w:p>
    <w:p>
      <w:r>
        <w:rPr>
          <w:b/>
        </w:rPr>
        <w:t xml:space="preserve">[58:12] </w:t>
      </w:r>
      <w:r>
        <w:t>Usmein ek second bhi der nahi ho sakti. Lekin jo log birr ka kaam karein yaani neki ka kaam karein, unke liye unki umr badha di jati hai. To yeh bahut achhi baat hai. Aise birr ullil waliden aata hai ki waliden ki jo hum khidmat karte hain wo bhi birr hai aur jo neighbors hain aur jo relatives hain unke saath achha salook yeh bhi birr mein shamil hota hai.</w:t>
      </w:r>
    </w:p>
    <w:p>
      <w:pPr>
        <w:jc w:val="right"/>
      </w:pPr>
      <w:r>
        <w:t>उसमें एक second भी देर नहीं हो सकती. लेकिन जो लोग बिर्र का काम करें यानी नेखी का काम करें, उनके लिए उनकी उम्र बढ़ा दी जाती है. तो यह बहुत अच्छी बात है. ऐसे बिर्र उल्लील वालिदेन आता है कि वालिदेन की जो हम खिद्मत करते हैं वह भी बिर्र है और जो neighbors हैं और जो relatives हैं उनके साथ अच्छा सलूक यह भी बिर्र में शामिल होता है.</w:t>
      </w:r>
    </w:p>
    <w:p>
      <w:r>
        <w:rPr>
          <w:b/>
        </w:rPr>
        <w:t xml:space="preserve">[58:40] </w:t>
      </w:r>
      <w:r>
        <w:t>To nek kaam karein to iske liye badi badi achha yaani hope hai ki Allah taalah hamari umr mein bhi izafa karega aur destiny ismein jo hamari kuch aisi baatein hain, jo aage jaakar hamein pareshani de sakti hain, wo bhi Allah taalah badal dega. To badi hopeful baat hai yeh. Ji. Doc sahab, jaisa ki har moment ka final destination jannat hai, paradise hai. Ji.</w:t>
      </w:r>
    </w:p>
    <w:p>
      <w:pPr>
        <w:jc w:val="right"/>
      </w:pPr>
      <w:r>
        <w:t>तो नेक काम करें तो इसके लिए बड़ी बड़ी अच्छा यानी hope है कि अल्लाह तालाह हमारी उम्र में भी इज़ाफा करेगा और destiny इसमें जो हमारी कुछ ऐसी बातें हैं, जो आगे जाकर हमें परेशानी दे सकती हैं, वो भी अल्लाह तालाह बदल देगा. तो बड़ी hopeful बात है यह. जी. Doc साहब, जैसा कि हर moment का final destination जन्नत है, paradise है. जी.</w:t>
      </w:r>
    </w:p>
    <w:p>
      <w:r>
        <w:rPr>
          <w:b/>
        </w:rPr>
        <w:t xml:space="preserve">[59:07] </w:t>
      </w:r>
      <w:r>
        <w:t>There is a hadith that one who prays to allah for paradise. Paradise itself supplicates on his behalf. To main chahta hoon aap is hadith ko bhi waze karein hum sabke liye.</w:t>
      </w:r>
    </w:p>
    <w:p>
      <w:pPr>
        <w:jc w:val="right"/>
      </w:pPr>
      <w:r>
        <w:t>There is a hadith that one who prays to allah for paradise. Paradise itself supplicates on his behalf. तो मैं चाहता हूँ आप इस hadith को भी वाज़े करें हम सबके लिए.</w:t>
      </w:r>
    </w:p>
    <w:p>
      <w:r>
        <w:rPr>
          <w:b/>
        </w:rPr>
        <w:t xml:space="preserve">[59:23] </w:t>
      </w:r>
      <w:r>
        <w:t>Hadith mein aata hai prophet Mohammad ne farmaya ki jo shakhs teen baar dua karta hai Allah se ki mujhe jannat mein daal de, to jannat khud kehti hai ki Allah isko jannat mein dakhil kar de. Teen baar ka matlab yeh nahi ki teen baar wo ek do teen baar aise kehta hai.</w:t>
      </w:r>
    </w:p>
    <w:p>
      <w:pPr>
        <w:jc w:val="right"/>
      </w:pPr>
      <w:r>
        <w:t>हदीस में आता है prophet मोहम्मद ने फरमाया कि जो शख्स तीन बार दुआ करता है अल्लाह से कि मुझे जन्नत में डाल दे, तो जन्नत खुद कहती है कि अल्लाह इसको जन्नत में दाखिल कर दे. तीन बार का मतलब यह नहीं कि तीन बार वह एक दो तीन बार ऐसे कहता है.</w:t>
      </w:r>
    </w:p>
    <w:p>
      <w:r>
        <w:rPr>
          <w:b/>
        </w:rPr>
        <w:t xml:space="preserve">[59:42] </w:t>
      </w:r>
      <w:r>
        <w:t>Uska matlab hai ki uske dil ki tadap hai isliye wo baar baar keh raha hai aur aise hi hadish mein aata hai ki jo jo shakhs teen baar yeh kahe ki mujhe jahannam se nijaat de de, to jahannam khud kehti hai ki Allah isko jahannam se nijaat de de. To akhirat mein kuch aise gair mamuli cheezein hongi ki jannat aur jahannam mein bhi se awaaz aayegi.</w:t>
      </w:r>
    </w:p>
    <w:p>
      <w:pPr>
        <w:jc w:val="right"/>
      </w:pPr>
      <w:r>
        <w:t>उसका मतलब है कि उसके दिल की तड़प है इसलिए वह बार बार कह रहा है और ऐसे ही हदीश में आता है कि जो जो शख्स तीन बार यह कहे कि मुझे जानन्म से निजात दे दे, तो जानन्म खुद कहती है कि अल्लाह इसको जानन्म से निजात दे दे. तो आखिरत में कुछ ऐसे गैर मामूली चीज़ें होंगी कि जन्नत और झानम में भी से आवाज़ आएगी.</w:t>
      </w:r>
    </w:p>
    <w:p>
      <w:r>
        <w:rPr>
          <w:b/>
        </w:rPr>
        <w:t xml:space="preserve">[1:00:12] </w:t>
      </w:r>
      <w:r>
        <w:t>Quran mein aata hai ki Allah taalah farmayega. Jahannam se ki halim talat, kya tum bhar gayi? To, to jahannam kahegi, kahegi hal min mazid kya abhi aur bhi hai?</w:t>
      </w:r>
    </w:p>
    <w:p>
      <w:pPr>
        <w:jc w:val="right"/>
      </w:pPr>
      <w:r>
        <w:t>कुरान में आता है कि अल्लाह तालाह परमाएगा. झानम से कि हल्लीम तलात, क्या तुम भर गई? तो, तो झानम कहेगी, कहेगी हल्ल में मज़ीद क्या अभी और भी है?</w:t>
      </w:r>
    </w:p>
    <w:p>
      <w:r>
        <w:rPr>
          <w:b/>
        </w:rPr>
        <w:t xml:space="preserve">[1:00:37] </w:t>
      </w:r>
      <w:r>
        <w:t>Yaani jitne chah bhej do, bharne wali nahi hai, expand hoti chali jayegi. To isi tarike se Quran mein aur aata hai ki skin bol padegi insaan ki. Day of judgement mein jab log pahunchenge to jo criminal hoga usko bataya jayega ki tumne yeh yeh crime kiya hai. Wo kahega nahi maine to nahi kiya, maine yeh nahi kiya jaise yahan bolta hai wo.</w:t>
      </w:r>
    </w:p>
    <w:p>
      <w:pPr>
        <w:jc w:val="right"/>
      </w:pPr>
      <w:r>
        <w:t>यानी जितने चाय भेज दो, भरने वाली नहीं है, expend होती चली जाएगी. तो इसी तरीके से कुरान में और आता है कि skin बोल पड़ेगी इंसान की. Day of judgement में जब लोग पहुंचेंगे तो जो criminal होगा उसको बताया जाएगा कि तुमने यह यह crime किया है. वो कहेगा नहीं मैंने तो नहीं किया, मैंने यह नहीं किया जैसे यहाँ बोलता है वो.</w:t>
      </w:r>
    </w:p>
    <w:p>
      <w:r>
        <w:rPr>
          <w:b/>
        </w:rPr>
        <w:t xml:space="preserve">[1:01:05] </w:t>
      </w:r>
      <w:r>
        <w:t>To uski skin mein se awaaz aane lagegi ki nahi yeh jhoot bol raha hai, isne yeh crime kiya hai, to wo hairaan ho jayega. Wo kahega apni skin se ki tum kyun mere against bol rahi ho? Why do you bear witness against me? Lima shahid tum alaina, tum kyun mere khilaf dawai de rahi ho? To skin kahegi ki jis Khuda ne sabko bolna sikhaya hai, usne mujhe aaj bolna sikha diya.</w:t>
      </w:r>
    </w:p>
    <w:p>
      <w:pPr>
        <w:jc w:val="right"/>
      </w:pPr>
      <w:r>
        <w:t>तो उसकी skin में से आवाज़ आने लगेगी कि नहीं यह झूठ बोल रहा है, इसने यह crime किया है, तो वो हैरान हो जाएगा. वो कहेगा अपनी skin से कि तुम क्यों मेरे against बोल रही हो? Why do you bear witness against me? लिमा शहिद तुम अलैना, तुम क्यों मेरे खिलाफ दवाई दे रही हो? तो skin कहेगी कि जिस खुदा ने सबको बोलना सिखाया है, उसने मुझे आज बोलना सिखा दिया.</w:t>
      </w:r>
    </w:p>
    <w:p>
      <w:r>
        <w:rPr>
          <w:b/>
        </w:rPr>
        <w:t xml:space="preserve">[1:01:34] </w:t>
      </w:r>
      <w:r>
        <w:t>toh bohat hi udhar mamooli baatein hongi akhirat mein toh Allah taala sab ko mehfoos farmae.</w:t>
      </w:r>
    </w:p>
    <w:p>
      <w:pPr>
        <w:jc w:val="right"/>
      </w:pPr>
      <w:r>
        <w:t>तो बहुत ही उधर मामूली बातें होंगी आखिरत में तो अल्लाह तालाह सबको महफूस फरमाए.</w:t>
      </w:r>
    </w:p>
    <w:p>
      <w:r>
        <w:rPr>
          <w:b/>
        </w:rPr>
        <w:t xml:space="preserve">[1:01:39] </w:t>
      </w:r>
      <w:r>
        <w:t>dost ab surah baqarah mein yeh aata hai ke Allah taala farmate hain ke you remember me and</w:t>
      </w:r>
    </w:p>
    <w:p>
      <w:pPr>
        <w:jc w:val="right"/>
      </w:pPr>
      <w:r>
        <w:t>दोस्त अब सुराल बकरा में यह आता है कि अल्लाह तालाह फरमाते हैं कि you remember me and</w:t>
      </w:r>
    </w:p>
    <w:p>
      <w:r>
        <w:rPr>
          <w:b/>
        </w:rPr>
        <w:t xml:space="preserve">[1:01:44] </w:t>
      </w:r>
      <w:r>
        <w:t>I will remember you and prophet ne bhi yeh kaha ke a person who prays in difficult times</w:t>
      </w:r>
    </w:p>
    <w:p>
      <w:pPr>
        <w:jc w:val="right"/>
      </w:pPr>
      <w:r>
        <w:t>I will remember you and prophet ने भी यह कहा कि a person who prays in difficult times</w:t>
      </w:r>
    </w:p>
    <w:p>
      <w:r>
        <w:rPr>
          <w:b/>
        </w:rPr>
        <w:t xml:space="preserve">[1:01:49] </w:t>
      </w:r>
      <w:r>
        <w:t>should also pray in good times. bilkul.</w:t>
      </w:r>
    </w:p>
    <w:p>
      <w:pPr>
        <w:jc w:val="right"/>
      </w:pPr>
      <w:r>
        <w:t>should also pray in good times. बिल्कुल.</w:t>
      </w:r>
    </w:p>
    <w:p>
      <w:r>
        <w:rPr>
          <w:b/>
        </w:rPr>
        <w:t xml:space="preserve">[1:01:54] </w:t>
      </w:r>
      <w:r>
        <w:t>toh aisa kyun kaha?</w:t>
      </w:r>
    </w:p>
    <w:p>
      <w:pPr>
        <w:jc w:val="right"/>
      </w:pPr>
      <w:r>
        <w:t>तो ऐसा क्यों कहा?</w:t>
      </w:r>
    </w:p>
    <w:p>
      <w:r>
        <w:rPr>
          <w:b/>
        </w:rPr>
        <w:t xml:space="preserve">[1:01:59] </w:t>
      </w:r>
      <w:r>
        <w:t>iske bare mein bhi hamein bataein.</w:t>
      </w:r>
    </w:p>
    <w:p>
      <w:pPr>
        <w:jc w:val="right"/>
      </w:pPr>
      <w:r>
        <w:t>इसके बारे में भी हमें बताएं.</w:t>
      </w:r>
    </w:p>
    <w:p>
      <w:r>
        <w:rPr>
          <w:b/>
        </w:rPr>
        <w:t xml:space="preserve">[1:02:05] </w:t>
      </w:r>
      <w:r>
        <w:t>Haan, prophet Mohammad sallallahu alaihi wasallam ki hadith hai ki jo shakhs mushkil halaat mein Khuda ko yaad kare, usko chahiye ki wo achhe halaat mein bhi khoob yaad kiya karein.</w:t>
      </w:r>
    </w:p>
    <w:p>
      <w:pPr>
        <w:jc w:val="right"/>
      </w:pPr>
      <w:r>
        <w:t>हाँ, prophet मोहम्मद सलाह विश्लाम की हदीस है कि जो शख्स मुश्किल हालात में खुदा को याद करे, उसको चाहिए कि वो अच्छे हालात में भी खूब याद किया करें.</w:t>
      </w:r>
    </w:p>
    <w:p>
      <w:r>
        <w:rPr>
          <w:b/>
        </w:rPr>
        <w:t xml:space="preserve">[1:02:24] </w:t>
      </w:r>
      <w:r>
        <w:t>Quran mein aata hai ki jab kisi ko pareshani hoti hai to wo lambi lambi duayein karta hai, lekin jab uski pareshani door kar dete hain hum, to wo aisa ho jata hai jaise usne kabhi humse duaa nahi ki.</w:t>
      </w:r>
    </w:p>
    <w:p>
      <w:pPr>
        <w:jc w:val="right"/>
      </w:pPr>
      <w:r>
        <w:t>कुरान में आता है कि जब किसी को परेशानी होती है तो वो लंबी लंबी दुआएं करता है, लेकिन जब उसकी परेशानी दूर कर देते हैं हम, तो वो ऐसा हो जाता है जैसे उसने कभी हमसे दुआई नहीं की.</w:t>
      </w:r>
    </w:p>
    <w:p>
      <w:r>
        <w:rPr>
          <w:b/>
        </w:rPr>
        <w:t xml:space="preserve">[1:02:39] </w:t>
      </w:r>
      <w:r>
        <w:t>To yeh bahut zaruri hai ki aap har haal mein dua karein, yaani dua ek Khuda se talluq ka zariya hai aur Khuda se qurbat ka zariya hai.</w:t>
      </w:r>
    </w:p>
    <w:p>
      <w:pPr>
        <w:jc w:val="right"/>
      </w:pPr>
      <w:r>
        <w:t>तो यह बहुत ज़रूरी है कि आप हर हाल में दुआ करें, यानी दुआ एक खुदा से ताल्लुक का जरिया है और खुदा से कुर्बत का जरिया है.</w:t>
      </w:r>
    </w:p>
    <w:p>
      <w:r>
        <w:rPr>
          <w:b/>
        </w:rPr>
        <w:t xml:space="preserve">[1:02:56] </w:t>
      </w:r>
      <w:r>
        <w:t>Chahe pareshani ho ya aasani ho har haal mein dua karein, mushkil halaat mein bhi dua karein aur, aur aasaniyon tab bhi dua karein aur yahi Sant Kabir Das ne bhi kaha tha ki dukh mein simran sab karein, sukh mein kare na koye. Jo sukh mein simran kare dukh ka hai burk. Dukh ka hai ka hua hai. Ji. Ji. DocsApp isi ke saath aakhri sawal ki taraf rukh karte hain.</w:t>
      </w:r>
    </w:p>
    <w:p>
      <w:pPr>
        <w:jc w:val="right"/>
      </w:pPr>
      <w:r>
        <w:t>चाहे परेशानी हो या आसानी हो हर हाल में दुआ करें, मुश्किल हालात में भी दुआ करें और, और आसानियों तब भी दुआ करें और यही संत कबीर दास ने भी कहा था कि दुख में सिमरन सब करें, सुख में करे ना कोए. जो सुख में सिमरन करे दुख का है बुर्क. दुख का है का हुआ है. जी. जी. DocsApp इसी के साथ आखिरी सवाल की तरफ रुख करते हैं.</w:t>
      </w:r>
    </w:p>
    <w:p>
      <w:r>
        <w:rPr>
          <w:b/>
        </w:rPr>
        <w:t xml:space="preserve">[1:03:26] </w:t>
      </w:r>
      <w:r>
        <w:t>Jaisa ki hum jante hain ki hum sab log COVID-nineteen se guzar rahe hain. Ek ke baad ek wave jo hai, wo aati ja rahi hai. To kya koi aisi dua hai jo aisi calamity mein hum sabko karni chahiye? Iske bare mein bataein.</w:t>
      </w:r>
    </w:p>
    <w:p>
      <w:pPr>
        <w:jc w:val="right"/>
      </w:pPr>
      <w:r>
        <w:t>जैसा कि हम जानते हैं कि हम सब लोग COVID-nineteen से गुज़र रहे हैं. एक के बाद एक wave जो है, वह आती जा रही है. तो क्या कोई ऐसी दुआ है जो ऐसी calamity में हम सबको करनी चाहिए? इसके बारे में बताएं.</w:t>
      </w:r>
    </w:p>
    <w:p>
      <w:r>
        <w:rPr>
          <w:b/>
        </w:rPr>
        <w:t xml:space="preserve">[1:03:42] </w:t>
      </w:r>
      <w:r>
        <w:t>Hadish mein aata hai ki dua jo aafat ya calamities abhi zameen par hain, usmein bhi uska fayda hai aur jo future mein aane wali hain, calamities ya bimari hai, jo bhi pandemic, uske liye bhi dua faydemand hai.</w:t>
      </w:r>
    </w:p>
    <w:p>
      <w:pPr>
        <w:jc w:val="right"/>
      </w:pPr>
      <w:r>
        <w:t>हदीश में आता है कि दुआ जो आफत या calamities अभी ज़मीन पर हैं, उसमें भी उसका फ़ायदा है और जो future में आने वाली हैं, calamities या बीमारी है, जो भी pandemic, उसके लिए भी दुआ फायदेमंद है.</w:t>
      </w:r>
    </w:p>
    <w:p>
      <w:r>
        <w:rPr>
          <w:b/>
        </w:rPr>
        <w:t xml:space="preserve">[1:04:05] </w:t>
      </w:r>
      <w:r>
        <w:t>To dua karni chahiye taki Allah taalah hamein mahfooz rakhe aur ek hadish mein aata hai ki prophet Mohammad ne farmaya ki jo sabse zyada Allah ko pasand hai dua, wo aafiyat ki dua hai.</w:t>
      </w:r>
    </w:p>
    <w:p>
      <w:pPr>
        <w:jc w:val="right"/>
      </w:pPr>
      <w:r>
        <w:t>तो दुआ करनी चाहिए ताकि अल्लाह तालाह हमें महफूज रखे और एक हदिश में आता है कि prophet मोमबंद ने फरमाया कि जो सबसे ज़्यादा अल्लाह को पसंद है दुआ, वो आफ़ियत की दुआ है.</w:t>
      </w:r>
    </w:p>
    <w:p>
      <w:r>
        <w:rPr>
          <w:b/>
        </w:rPr>
        <w:t xml:space="preserve">[1:04:18] </w:t>
      </w:r>
      <w:r>
        <w:t>aafiyat yani sukh, chain, peace, iski dua karna Allah taala ko bohat pasand hai kyunke aapke paas sab</w:t>
      </w:r>
    </w:p>
    <w:p>
      <w:pPr>
        <w:jc w:val="right"/>
      </w:pPr>
      <w:r>
        <w:t>आफ़ियत यानी सुख, chain, peace, इसकी दुआ करना अल्लाह तालाह को बहुत पसंद है क्योंकि आपके पास सब</w:t>
      </w:r>
    </w:p>
    <w:p>
      <w:r>
        <w:rPr>
          <w:b/>
        </w:rPr>
        <w:t xml:space="preserve">[1:04:25] </w:t>
      </w:r>
      <w:r>
        <w:t>kuch hai, sari material comforts hain aur sukh nahi hai, piece nahi hai, chain nahi hai, toh phir</w:t>
      </w:r>
    </w:p>
    <w:p>
      <w:pPr>
        <w:jc w:val="right"/>
      </w:pPr>
      <w:r>
        <w:t>कुछ है, सारी material comforts हैं और सूख नहीं है, piece नहीं है, chain नहीं है, तो फिर</w:t>
      </w:r>
    </w:p>
    <w:p>
      <w:r>
        <w:rPr>
          <w:b/>
        </w:rPr>
        <w:t xml:space="preserve">[1:04:33] </w:t>
      </w:r>
      <w:r>
        <w:t>kya hasil hai?</w:t>
      </w:r>
    </w:p>
    <w:p>
      <w:pPr>
        <w:jc w:val="right"/>
      </w:pPr>
      <w:r>
        <w:t>क्या हासिल है?</w:t>
      </w:r>
    </w:p>
    <w:p>
      <w:r>
        <w:rPr>
          <w:b/>
        </w:rPr>
        <w:t xml:space="preserve">[1:04:41] </w:t>
      </w:r>
      <w:r>
        <w:t>aur isi liye Maulana peace ki bohat baat kiya karte the aur peace aur safety ke liye dua karna chahiye.</w:t>
      </w:r>
    </w:p>
    <w:p>
      <w:pPr>
        <w:jc w:val="right"/>
      </w:pPr>
      <w:r>
        <w:t>और इसीलिए मौलाना piece की बहुत बात किया करते थे और peace और safety के लिए दुआ करना चाहिए.</w:t>
      </w:r>
    </w:p>
    <w:p>
      <w:r>
        <w:rPr>
          <w:b/>
        </w:rPr>
        <w:t xml:space="preserve">[1:04:49] </w:t>
      </w:r>
      <w:r>
        <w:t>Aap yeh dua kar sakte hain. Allahumma aafizna min kulli balai ad dunya wa azaab al-akhira. Ki Allah duniya ki sari musibaton se aur azaab, akhirat ke azaab se hamein maifooz rakhe, to Allah taalah sabko hifazat mein rakhe aur yeh jo bimari hai Allah taalah jald se jald ise khatm kar de, jiski wajah se logon ko bahut pareshani hai aur apni rehmat ki saaye mein hamein le le.</w:t>
      </w:r>
    </w:p>
    <w:p>
      <w:pPr>
        <w:jc w:val="right"/>
      </w:pPr>
      <w:r>
        <w:t>आप यह दुआ कर सकते हैं. अल्लाहु माफिज़ना बिन कुल्ली बलाई दुनिया बाज़ाब इलाख़िरा. कि अल्लाह दुनिया की सारी मुसीबतों से और आज़ाब, आख़िरत के आज़ाब से हमें मैफूज़ रखे, तो अल्लाह तालाह सबको हिफाज़त में रखे और यह जो बीमारी है अल्लाह तालाह जल्द से जल्द इसे खत्म कर दे, जिसकी वजह से लोगों को बहुत परेशानी है और अपनी रहमत किसाएं में हमें ले लें.</w:t>
      </w:r>
    </w:p>
    <w:p>
      <w:r>
        <w:rPr>
          <w:b/>
        </w:rPr>
        <w:t xml:space="preserve">[1:05:19] </w:t>
      </w:r>
      <w:r>
        <w:t>Doc sahab, bahut bahut shukriya aaj. Aaj ka session aapne bahut achhe se kiya aur hamein bataya ki dua ki spirit kya hai aur hamein phir se aaj aapne ek rohani safar mein daal diya, jaza kalla doc sahab. Jaza kalla.</w:t>
      </w:r>
    </w:p>
    <w:p>
      <w:pPr>
        <w:jc w:val="right"/>
      </w:pPr>
      <w:r>
        <w:t>Doc साहब, बहुत बहुत शुक्रिया आज. आज का session आपने बहुत अच्छे से किया और हमें बताया कि दुआ की spirit क्या है और हमें फिर से आज आपने एक रोहानी सफर में डाल दिया, जज़ा कल्ला doc साहब. जज़ा कल्ला.</w:t>
      </w:r>
    </w:p>
    <w:p>
      <w:r>
        <w:rPr>
          <w:b/>
        </w:rPr>
        <w:t xml:space="preserve">[1:05:35] </w:t>
      </w:r>
      <w:r>
        <w:t>ek ravayat ka main aur zikr karna chahunga akhir mein aur is yeh ravayat hazd maas se hai ki hazd maas bin jabbal ne ek dafa faramaya ki rasul ullah ne unka hath pakda aur kaha ki eh maas main tumse bahut mohabbat karta hoon. to hazd maaz ne arj kiya ki allah ki qasam rasool ullah main bhi aapse bahut mohabbat karta hoon.</w:t>
      </w:r>
    </w:p>
    <w:p>
      <w:pPr>
        <w:jc w:val="right"/>
      </w:pPr>
      <w:r>
        <w:t>एक रवायत का मैं और ज़िक्र करना चाहूंगा आखिर में और इस यह रवायत हज़द मास से है कि हज़द मास बिन जबल ने एक दफा फरमाया कि रसुल उल्लाह ने उनका हाथ पकड़ा और कहा कि ए मास मैं तुमसे बहुत मोहब्बत करता हूँ. तो हज़द माज़ ने अर्ज किया कि अल्लाह की कसम रसूल उल्लाह मैं भी आपसे बहुत मोहब्बत करता हूँ.</w:t>
      </w:r>
    </w:p>
    <w:p>
      <w:r>
        <w:rPr>
          <w:b/>
        </w:rPr>
        <w:t xml:space="preserve">[1:06:02] </w:t>
      </w:r>
      <w:r>
        <w:t>to phir rasool ullah ne faramaya aur kaha ki, eh maaz main ek wasiyat karta hoon ki tum namaz ke baad is dua ko kabhi mat chhodna. hamesha is, is dua ko mangna aur unhone phir woh dua batai ki eh allah, tum mujhe apne zikr ke aur apne, apne shukr ada karne mein aur apni achhi tarah ebadat karne mein madad farma.</w:t>
      </w:r>
    </w:p>
    <w:p>
      <w:pPr>
        <w:jc w:val="right"/>
      </w:pPr>
      <w:r>
        <w:t>तो फिर रसूल उल्लाह ने फरमाया और कहा कि, ऐ माज़ मैं एक वसीयत करता हूँ कि तुम नमाज़ के बाद इस दुआ को कभी मत छोड़ना. हमेशा इस, इस दुआ को मांगना और उन्होंने फिर वह दुआ बताई कि ए अल्लाह, तुम मुझे अपने ज़िक्र के और अपने, अपने शुक्र अदा करने में और अपनी अच्छी तरह एबादत करने में मदद फरमा.</w:t>
      </w:r>
    </w:p>
    <w:p>
      <w:r>
        <w:rPr>
          <w:b/>
        </w:rPr>
        <w:t xml:space="preserve">[1:06:29] </w:t>
      </w:r>
      <w:r>
        <w:t>to yeh dua hum sabko namaz ke baat karni chahiye ki ay allah tu apne zikr mein, apne shukr da karne mein aur apni achhi tarah badal karne mein hamari madad farma. to isi ke sath hum aaj ka session khatm karte hain. We will be back next Sunday 10:30AM. Thank you.</w:t>
      </w:r>
    </w:p>
    <w:p>
      <w:pPr>
        <w:jc w:val="right"/>
      </w:pPr>
      <w:r>
        <w:t>तो यह दुआ हम सबको नमाज़ के बात करनी चाहिए कि अय अल्लाह तू अपने ज़िक्र में, अपने शुक्र दा करने में और अपनी अच्छी तरह बादल करने में हमारी मदद फरमा. तो इसी के साथ हम आज का session खत्म करते हैं. We will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