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in Islam March 13, 2022 Prof. Farida Khanam</w:t>
      </w:r>
    </w:p>
    <w:p>
      <w:r>
        <w:t>https://www.youtube.com/watch?v=EZ7ICiSN0aE</w:t>
      </w:r>
    </w:p>
    <w:p>
      <w:r>
        <w:rPr>
          <w:b/>
        </w:rPr>
        <w:t xml:space="preserve">[00:13] </w:t>
      </w:r>
      <w:r>
        <w:t>bismillahir rahmani rahim, assalam o lekum rahmat ullah. aaj hamara topic hai peace in islam. main mukhtasal taur par aapke samne is topic par kuch baatein rakhungi.</w:t>
      </w:r>
    </w:p>
    <w:p>
      <w:pPr>
        <w:jc w:val="right"/>
      </w:pPr>
      <w:r>
        <w:t>बिस्मिल्लाहिर रहमानी रहीम, अस्सलाम ओलेकुम राहमत उल्लाह. आज हमारा topic है peace in islam. मैं मुख्तसल तौर पर आपके सामने इस topic पर कुछ बातें रखूंगी.</w:t>
      </w:r>
    </w:p>
    <w:p>
      <w:r>
        <w:rPr>
          <w:b/>
        </w:rPr>
        <w:t xml:space="preserve">[00:30] </w:t>
      </w:r>
      <w:r>
        <w:t>agar aapko detail mein janna ho toh aap Maulana Wahiduddin Khan sahab ki kitab Amn-o-Salam dekh sakte hain isko, faida</w:t>
      </w:r>
    </w:p>
    <w:p>
      <w:pPr>
        <w:jc w:val="right"/>
      </w:pPr>
      <w:r>
        <w:t>अगर आपको detail में जानना हो तो आप मौरानवाईद्दीन खासाब की किताब अम्नयालम देख सकते हैं इसको, फ़ायदा</w:t>
      </w:r>
    </w:p>
    <w:p>
      <w:r>
        <w:rPr>
          <w:b/>
        </w:rPr>
        <w:t xml:space="preserve">[00:37] </w:t>
      </w:r>
      <w:r>
        <w:t>utha sakte hain aur iska english version bhi hai islam and world peace.</w:t>
      </w:r>
    </w:p>
    <w:p>
      <w:pPr>
        <w:jc w:val="right"/>
      </w:pPr>
      <w:r>
        <w:t>उठा सकते हैं और इसका english version भी है इस्लाम and world peace.</w:t>
      </w:r>
    </w:p>
    <w:p>
      <w:r>
        <w:rPr>
          <w:b/>
        </w:rPr>
        <w:t xml:space="preserve">[00:45] </w:t>
      </w:r>
      <w:r>
        <w:t>to islam ka jo loves hai, uska jo har loves ka ek root word hota hai, woh hai silm.</w:t>
      </w:r>
    </w:p>
    <w:p>
      <w:pPr>
        <w:jc w:val="right"/>
      </w:pPr>
      <w:r>
        <w:t>तो इस्लाम का जो loves है, उसका जो हर loves का एक root word होता है, वह है सिल्म.</w:t>
      </w:r>
    </w:p>
    <w:p>
      <w:r>
        <w:rPr>
          <w:b/>
        </w:rPr>
        <w:t xml:space="preserve">[00:53] </w:t>
      </w:r>
      <w:r>
        <w:t>silm ke maane hain peace and security, amno haafiyat.</w:t>
      </w:r>
    </w:p>
    <w:p>
      <w:pPr>
        <w:jc w:val="right"/>
      </w:pPr>
      <w:r>
        <w:t>सिल्म के माने हैं peace and security, अम्नोहाफियत.</w:t>
      </w:r>
    </w:p>
    <w:p>
      <w:r>
        <w:rPr>
          <w:b/>
        </w:rPr>
        <w:t xml:space="preserve">[01:01] </w:t>
      </w:r>
      <w:r>
        <w:t>to islam ke lafz se hi yeh maloom ho sakta hai ki islam ek religion of peace hai. allah talah ke 99 attributes jo bataye gaye hain waise to beshmar attributes hain lekin jo bataye gaye hain attributes to usmein assalam ek attribute hai allah ka, assalam hai manifestation of peace yani khud khuda jo hai wo manifestation hai of peace ka.</w:t>
      </w:r>
    </w:p>
    <w:p>
      <w:pPr>
        <w:jc w:val="right"/>
      </w:pPr>
      <w:r>
        <w:t>तो इस्लाम के लफ्ज़ से ही यह मालूम हो सकता है कि इस्लाम एक religion of peace है. अल्लाह तालाह के 99 attributes जो बताए गए हैं वैसे तो बेशमार attributes हैं लेकिन जो बताए गए हैं attributes तो उसमें अस्सलाम एक attribute है अल्लाह का, अस्सलाम है manifestation of peace यानी खुद खुदा जो है वो manifestation है of peace का.</w:t>
      </w:r>
    </w:p>
    <w:p>
      <w:r>
        <w:rPr>
          <w:b/>
        </w:rPr>
        <w:t xml:space="preserve">[01:30] </w:t>
      </w:r>
      <w:r>
        <w:t>to yeh chapter 59 verse 23. phir hum dekhte hain ki yeh darussalam, jannat, eternal home hai. jannatiyon ka usko darussalam kaha gaya hai. peace, home of peace aur unka jo culture hoga jannatiyon ka, woh salam salam bolenge, ek dusre ko peace wish karenge.</w:t>
      </w:r>
    </w:p>
    <w:p>
      <w:pPr>
        <w:jc w:val="right"/>
      </w:pPr>
      <w:r>
        <w:t>तो यह chapter 59 verse 23. फिर हम देखते हैं कि यह दारुस्सलाम, जन्नत, eternal home है. जन्नतियों का उसको दारुस्सलाम कहा गया है. Peace, home of peace और उनका जो culture होगा जन्नतियों का, वह सलाम सलाम बोलेंगे, एक दूसरे को peace wish करेंगे.</w:t>
      </w:r>
    </w:p>
    <w:p>
      <w:r>
        <w:rPr>
          <w:b/>
        </w:rPr>
        <w:t xml:space="preserve">[01:56] </w:t>
      </w:r>
      <w:r>
        <w:t>to uska, us zikr aaya hai surya al waqiya mein, chapter 56, verse 26. hum jo logon ko assalam o lekum kehte hain, uske bhi yahi mane hain, peace be upon you. to abbul da akhir islam ka jo connotation hai woh peace hai.</w:t>
      </w:r>
    </w:p>
    <w:p>
      <w:pPr>
        <w:jc w:val="right"/>
      </w:pPr>
      <w:r>
        <w:t>तो उसका, उस जिकर आया है सूर्य अल वाकिया में, chapter 56, verse 26. हम जो लोगों को अस्सलाम ओलेकुम कहते हैं, उसके भी यही माने हैं, peace be upon you. तो अब्वुल दा आखिर इस्लाम का जो connotation है वह peace है.</w:t>
      </w:r>
    </w:p>
    <w:p>
      <w:r>
        <w:rPr>
          <w:b/>
        </w:rPr>
        <w:t xml:space="preserve">[02:20] </w:t>
      </w:r>
      <w:r>
        <w:t>uske baad hum dekhenge rasoolullah sausallam ki zindagi se aur quran se ki aam aur, aur jang yani peace and war and jo confrontation hota hai, jo is tarike ke conflicts hote hain, to usmein islam ka kya stand hai?</w:t>
      </w:r>
    </w:p>
    <w:p>
      <w:pPr>
        <w:jc w:val="right"/>
      </w:pPr>
      <w:r>
        <w:t>उसके बाद हम देखेंगे रसूल्लाह सौसल्लाम की ज़िंदगी से और कुरान से कि आम और, और जंग यानी peace and war and जो confrontation होता है, जो इस तरीके के conflicts होते हैं, तो उसमें इस्लाम का क्या stand है?</w:t>
      </w:r>
    </w:p>
    <w:p>
      <w:r>
        <w:rPr>
          <w:b/>
        </w:rPr>
        <w:t xml:space="preserve">[02:40] </w:t>
      </w:r>
      <w:r>
        <w:t>to hazrat asha batati hain ki rasoolullah sallallahu alaihi wasallam social mamlat mein aapki general policy kya hoti? to aap kehti hain ki jab bhi aapko do cheezon mein se ek ka intzaab karna hota to hamesha aap dono mein se aasan ka intzaab karte. to ab aap samajh sakte hain ki aasan ka intzaab jo hai woh kya hoga?</w:t>
      </w:r>
    </w:p>
    <w:p>
      <w:pPr>
        <w:jc w:val="right"/>
      </w:pPr>
      <w:r>
        <w:t>तो हजरत आशा बताती हैं कि रसूल्लाह सल्लाह और याव सल्लाम social मामलात में आपकी general policy क्या होती? तो आप कहती हैं कि जब भी आपको दो चीज़ों में से एक का इंतज़ाब करना होता तो हमेशा आप दोनों में से आसान का इंतज़ाब करते. तो अब आप समझ सकते हैं कि आसान का इंतज़ाब जो है वह क्या होगा?</w:t>
      </w:r>
    </w:p>
    <w:p>
      <w:r>
        <w:rPr>
          <w:b/>
        </w:rPr>
        <w:t xml:space="preserve">[03:10] </w:t>
      </w:r>
      <w:r>
        <w:t>isko ek taiyare asar kaha hai unhone. to easier option, to yeh easier option jo hai woh, woh shull hai. puran mein bhi aaya hai wasool okhair chapter four, verse one twenty eight. to shull par tamam kamyabiyon ab, shul par tamam kamyabiyon ka nsr hai.</w:t>
      </w:r>
    </w:p>
    <w:p>
      <w:pPr>
        <w:jc w:val="right"/>
      </w:pPr>
      <w:r>
        <w:t>इसको एक तैयारे असर कहा है उन्होंने. तो easier option, तो यह easier option जो है वह, वह शुल्ल है. पुरान में भी आया है वसूल ओखैर chapter four, verse one twenty eight. तो शुल्ल पर तमाम कामयाबियों अब, शुल पर तमाम कामयाबियों का NSR है.</w:t>
      </w:r>
    </w:p>
    <w:p>
      <w:r>
        <w:rPr>
          <w:b/>
        </w:rPr>
        <w:t xml:space="preserve">[03:32] </w:t>
      </w:r>
      <w:r>
        <w:t>to aur dusra jo ikhtiyar hai, ikhtiyar hai, asar, yeh hai mushkil option aur jang jo hai violence ka rasta jo hai, yeh sab mushkil option mein aayega.</w:t>
      </w:r>
    </w:p>
    <w:p>
      <w:pPr>
        <w:jc w:val="right"/>
      </w:pPr>
      <w:r>
        <w:t>तो और दूसरा जो इख्तियार है, इख्तियार है, असर, यह है मुश्किल option और जंग जो है violence का रास्ता जो है, यह सब मुश्किल option में आएगा.</w:t>
      </w:r>
    </w:p>
    <w:p>
      <w:r>
        <w:rPr>
          <w:b/>
        </w:rPr>
        <w:t xml:space="preserve">[03:45] </w:t>
      </w:r>
      <w:r>
        <w:t>to aman isse pata chalta hai ki aman jo hai woh rule hai, yani jo mustaqil jo state of affairs hona chahiye, woh peace hona chahiye aur kabhi kabhi exceptional cases mein jang ki naubat aa jati hai, lekin har halat mein usko avoid karna chahiye jaisa ki hum rasoolullah sallallahu alaihi wasallam ki zindagi se dekhte hain ki aapne har mumkin avoidance ki policy ek taiyar ki.</w:t>
      </w:r>
    </w:p>
    <w:p>
      <w:pPr>
        <w:jc w:val="right"/>
      </w:pPr>
      <w:r>
        <w:t>तो अमन इससे पता चलता है कि अमन जो है वह rule है, यानी जो मुस्तकिल जो state of affairs होना चाहिए, वह peace होना चाहिए और कभी कभी exceptional cases में जंग की नौबत आ जाती है, लेकिन हर हालत में उसको avoid करना चाहिए जैसा कि हम रसूल्लाह सल्लाह सल्लाह की ज़िंदगी से देखते हैं कि आपने हर मुमकिन avoidance की policy एक तैयार की.</w:t>
      </w:r>
    </w:p>
    <w:p>
      <w:r>
        <w:rPr>
          <w:b/>
        </w:rPr>
        <w:t xml:space="preserve">[04:14] </w:t>
      </w:r>
      <w:r>
        <w:t>rasoolullah sanslam ne ek bar faramaya, eh logon tum dushman se mudbhed ki tamanna na karo balke tum allah se amn mango. to rasoolullah sanslam ki zindagi mein hum dekhte hain ki sabse pehle makka mein aapne har mumkin sabr aur avoidance ka tarika ek taiyar kiya. logon ne bahut aapko sataya bahut pareshan kiya lekin aapne kabhi unko *** for tat ki shakal mein jawab nahi diya.</w:t>
      </w:r>
    </w:p>
    <w:p>
      <w:pPr>
        <w:jc w:val="right"/>
      </w:pPr>
      <w:r>
        <w:t>रसूल्लाह संस्लाम ने एक बार फरमाया, ऐ लोगों तुम दुश्मन से मुद्भेड़ की तमन्ना ना करो बल्कि तुम अल्लाह से अम्न मांगो. तो रसूल्लाह संस्लाम की ज़िंदगी में हम देखते हैं कि सबसे पहले मक्का में आपने हर मुमकिन सब्र और avoidance का तरीका एक तैयार किया. लोगों ने बहुत आपको सताया बहुत परेशान किया लेकिन आपने कभी उनको *** for tat की शक्ल में जवाब नहीं दिया.</w:t>
      </w:r>
    </w:p>
    <w:p>
      <w:r>
        <w:rPr>
          <w:b/>
        </w:rPr>
        <w:t xml:space="preserve">[04:43] </w:t>
      </w:r>
      <w:r>
        <w:t>hamesha aap peaceful tarike se apna kaam karte rahe. jab ek waqt aaya jab halaat bahut zyada kharab ho gaye aur logon ne aapko marne ki poori planning kar li, to aapne us waqt bhi aapne bilkul khamoshi se makka se padina hijrat ki. to wahan bhi aapne aur yeh sirf na sirf aamali taur par balke aap zaban se bhi unko kuch nahi kehte the ki yeh log kitna galat kaam kar rahe hain.</w:t>
      </w:r>
    </w:p>
    <w:p>
      <w:pPr>
        <w:jc w:val="right"/>
      </w:pPr>
      <w:r>
        <w:t>हमेशा आप peaceful तरीके से अपना काम करते रहें. जब एक वक्त आया जब हालात बहुत ज़्यादा खराब हो गए और लोगों ने आपको मारने की पूरी planning कर ली, तो आपने उस वक्त भी आपने बिल्कुल खामोशी से मक्का से पदीना हिजरत की. तो वहां भी आपने और यह सिर्फ ना सिर्फ आमाली तौर पर बल्कि आप ज़बान से भी उनको कुछ नहीं कहते थे कि ये लोग कितना गलत काम कर रहे हैं.</w:t>
      </w:r>
    </w:p>
    <w:p>
      <w:r>
        <w:rPr>
          <w:b/>
        </w:rPr>
        <w:t xml:space="preserve">[05:13] </w:t>
      </w:r>
      <w:r>
        <w:t>phir jab aap madina pahunche to wahan yeh log quresh jo hai jo aapke mukhalafat par tule hue the unhone kai jangon mein aapko involve kiya. to aapne poori koshish ki jangon se avoid karne ki.</w:t>
      </w:r>
    </w:p>
    <w:p>
      <w:pPr>
        <w:jc w:val="right"/>
      </w:pPr>
      <w:r>
        <w:t>फिर जब आप मदीना पहुंचे तो वहाँ ये लोग कुरेश जो है जो आपके मुखालफत पर तुले हुए थे उन्होंने कई जंगों में आपको involve किया. तो आपने पूरी कोशिश की जंगों से avoid करने की.</w:t>
      </w:r>
    </w:p>
    <w:p>
      <w:r>
        <w:rPr>
          <w:b/>
        </w:rPr>
        <w:t xml:space="preserve">[05:29] </w:t>
      </w:r>
      <w:r>
        <w:t>wo misal ke taur par ek jang, jang thika dua hai khandaq, to aapne uske madina aisa hai ki teen taraf to woh pahadon se aur khajoor ke pedon se ghira hua hai, aur ek taraf sirf khula hua hai. to wahan par aapne poore raste, apne asab ke sath milkar khandaq kho di, to phir is tarike se woh jang tal gayi.</w:t>
      </w:r>
    </w:p>
    <w:p>
      <w:pPr>
        <w:jc w:val="right"/>
      </w:pPr>
      <w:r>
        <w:t>वो मिसाल के तौर पर एक जंग, जंग ठीका दुआ है खंदक, तो आपने उसके मदीना ऐसा है कि तीन तरफ तो वो पहाड़ों से और खजूर के पेड़ों से घिरा हुआ है, और एक तरफ सिर्फ खुला हुआ है. तो वहाँ पर आपने पूरे रास्ते, अपने असाब के साथ मिलकर खंदक खो दी, तो फिर इस तरीके से वो जंग टल गई.</w:t>
      </w:r>
    </w:p>
    <w:p>
      <w:r>
        <w:rPr>
          <w:b/>
        </w:rPr>
        <w:t xml:space="preserve">[05:55] </w:t>
      </w:r>
      <w:r>
        <w:t>lekin phir bhi masle uljhate rahe aur korahij hai aur kahin na kahin kuch na kuch koshish karte rahe. musalmanon ko jang mein involve karne ki to aapne finally sulehudebiya kar liya.</w:t>
      </w:r>
    </w:p>
    <w:p>
      <w:pPr>
        <w:jc w:val="right"/>
      </w:pPr>
      <w:r>
        <w:t>लेकिन फिर भी मसले उलझाते रहे और कोराहिज है और कहीं ना कहीं कुछ ना कुछ कोशिश करते रहे. मुसलमानों को जंग में involve करने की तो आपने finally सुलेहुदेबिया कर लिया.</w:t>
      </w:r>
    </w:p>
    <w:p>
      <w:r>
        <w:rPr>
          <w:b/>
        </w:rPr>
        <w:t xml:space="preserve">[06:08] </w:t>
      </w:r>
      <w:r>
        <w:t>sulehudeveya jo tha woh nauwaar pact tha, das saal ka nauwaar pact aur is mein aap ne tamam conditions ko</w:t>
      </w:r>
    </w:p>
    <w:p>
      <w:pPr>
        <w:jc w:val="right"/>
      </w:pPr>
      <w:r>
        <w:t>सुलेहुदेविया जो था वो नौवार pact था, दस साल का नौवार pact और इसमें आपने तमाम conditions को</w:t>
      </w:r>
    </w:p>
    <w:p>
      <w:r>
        <w:rPr>
          <w:b/>
        </w:rPr>
        <w:t xml:space="preserve">[06:15] </w:t>
      </w:r>
      <w:r>
        <w:t>enemy ki accept karke yeh nauwaar pact kiya aur is se itna zyada faayde hue ke do saal mein</w:t>
      </w:r>
    </w:p>
    <w:p>
      <w:pPr>
        <w:jc w:val="right"/>
      </w:pPr>
      <w:r>
        <w:t>enemy की accept करके यह नौवार pact किया और इससे इतना ज़्यादा फ़ायदे हुए कि दो साल में</w:t>
      </w:r>
    </w:p>
    <w:p>
      <w:r>
        <w:rPr>
          <w:b/>
        </w:rPr>
        <w:t xml:space="preserve">[06:23] </w:t>
      </w:r>
      <w:r>
        <w:t>tamam jo hai poora arab mein islam phail gaya aur bohat hi khamoshi se phir aap ne uske baad</w:t>
      </w:r>
    </w:p>
    <w:p>
      <w:pPr>
        <w:jc w:val="right"/>
      </w:pPr>
      <w:r>
        <w:t>तमाम जो है पूरा अरब में इस्लाम फ़ैल गया और बहुत ही खामोशी से फिर आपने उसके बाद</w:t>
      </w:r>
    </w:p>
    <w:p>
      <w:r>
        <w:rPr>
          <w:b/>
        </w:rPr>
        <w:t xml:space="preserve">[06:30] </w:t>
      </w:r>
      <w:r>
        <w:t>jab, jab itne zyada taadaad ho gayi to aap ne bilkul peaceful tareeqe se aap ne makka ko fata kar</w:t>
      </w:r>
    </w:p>
    <w:p>
      <w:pPr>
        <w:jc w:val="right"/>
      </w:pPr>
      <w:r>
        <w:t>जब, जब इतने ज़्यादा तादाद हो गई तो आपने बिल्कुल peaceful तरीके से आपने मक्का को फता कर</w:t>
      </w:r>
    </w:p>
    <w:p>
      <w:r>
        <w:rPr>
          <w:b/>
        </w:rPr>
        <w:t xml:space="preserve">[06:38] </w:t>
      </w:r>
      <w:r>
        <w:t>liya, baghair bloodshed ke.</w:t>
      </w:r>
    </w:p>
    <w:p>
      <w:pPr>
        <w:jc w:val="right"/>
      </w:pPr>
      <w:r>
        <w:t>लिया, बगैर bloodshed के.</w:t>
      </w:r>
    </w:p>
    <w:p>
      <w:r>
        <w:rPr>
          <w:b/>
        </w:rPr>
        <w:t xml:space="preserve">[06:46] </w:t>
      </w:r>
      <w:r>
        <w:t>to sabse pehle hum yeh dekhenge ki islam ka maqsad kya hai? islam humse kya chahta hai? islam kis liye aaya hai? ya hum keh sakte hain ki hamara creation plan allah ne kya diya hai hamein? to wah hai islam jo hai aur isi tarike se tamam bazahib hai jo revealed religion hai, woh tahid commission hai.</w:t>
      </w:r>
    </w:p>
    <w:p>
      <w:pPr>
        <w:jc w:val="right"/>
      </w:pPr>
      <w:r>
        <w:t>तो सबसे पहले हम यह देखेंगे कि इस्लाम का मकसद क्या है? इस्लाम हमसे क्या चाहता है? इस्लाम किस लिए आया है? या हम कह सकते हैं कि हमारा creation plan अल्लाह ने क्या दिया है हमें? तो वह है इस्लाम जो है और इसी तरीके से तमाम बाज़ाहीब है जो revealed religion है, वो तहीद commission है.</w:t>
      </w:r>
    </w:p>
    <w:p>
      <w:r>
        <w:rPr>
          <w:b/>
        </w:rPr>
        <w:t xml:space="preserve">[07:08] </w:t>
      </w:r>
      <w:r>
        <w:t>to humko jo allah se talluq badhana hai, allah ki ibadat mein apni zindagi guzarna hai, logon ke andar taskiya nafs paida karna hai, logon ke andar sudhar karna hai, apne inner self ka sudhar aur sabse bada jo hai concern unka khuda van jaye. to allah se mohabbat, allah se khauf, yeh sari cheezein jo hain wo peaceful halaat mein hi ho sakti hain, jang ke halaat mein nahi ho sakti.</w:t>
      </w:r>
    </w:p>
    <w:p>
      <w:pPr>
        <w:jc w:val="right"/>
      </w:pPr>
      <w:r>
        <w:t>तो हमको जो अल्लाह से ताल्लुक बढ़ाना है, अल्लाह की इबादत में अपनी ज़िंदगी गुज़ारना है, लोगों के अंदर तस्कीय नफ्स पैदा करना है, लोगों के अंदर सुधार करना है, अपने inner self का सुधार और सबसे बड़ा जो है concern उनका खुदा वन जाए. तो अल्लाह से मोहब्बत, अल्लाह से खौफ, ये सारी चीज़ें जो हैं वो peaceful हालात में ही हो सकती हैं, जंग के हालात में नहीं हो सकती.</w:t>
      </w:r>
    </w:p>
    <w:p>
      <w:r>
        <w:rPr>
          <w:b/>
        </w:rPr>
        <w:t xml:space="preserve">[07:37] </w:t>
      </w:r>
      <w:r>
        <w:t>to islam jo ki ek dawati mission hai, to is mission mein hamein matlab yeh mission jo hai violence ko afford nahi kar sakta. to hamein har halat mein motadil fazah dharkaar hai, peaceful atmosphere dharkaar hai kyunki islam ka maqsad hai. jaini islah, ruhani in khilaab, aur in sab cheezon ke liye hamein puramn halaat ki zaroorat hai.</w:t>
      </w:r>
    </w:p>
    <w:p>
      <w:pPr>
        <w:jc w:val="right"/>
      </w:pPr>
      <w:r>
        <w:t>तो इस्लाम जो कि एक दावती mission है, तो इस mission में हमें मतलब ये mission जो है violence को afford नहीं कर सकता. तो हमें हर हालत में मोता दिल फजाह धरकार है, peaceful atmosphere धरकार है क्योंकि इस्लाम का मकसद है. जैनी इस्लाह, रुहानी इन खिलाब, और इन सब चीज़ों के लिए हमको पुरम्ण हालात की ज़रूरत है.</w:t>
      </w:r>
    </w:p>
    <w:p>
      <w:r>
        <w:rPr>
          <w:b/>
        </w:rPr>
        <w:t xml:space="preserve">[08:05] </w:t>
      </w:r>
      <w:r>
        <w:t>to hum har halat mein, har sacrifice karke hamein chahiye ki hum halaat ko puramn banakar rakhein aur har tarah se jang ko avoid karein. to jang hoti kis liye? woh siyasi akhtiyar ke liye hoti hai aur siyasi akhtiyar jo hai woh islam ka target nahi hai, islam ka mission nahi hai. siyasi ektadhar ke bare mein aaya hai amri maood. woh yeh allah talah ka gift hai, promise hai.</w:t>
      </w:r>
    </w:p>
    <w:p>
      <w:pPr>
        <w:jc w:val="right"/>
      </w:pPr>
      <w:r>
        <w:t>तो हम हर हालात में, हर sacrifice करके हमें चाहिए कि हम हालात को पुरम्ण बनाकर रखें और हर तरह से जंग को avoid करें. तो जंग होती किस लिए? वह सियासी अख्तधार के लिए होती है और सियासी अख्तधार जो है वह इस्लाम का target नहीं है, इस्लाम का mission नहीं है. सियासी एक्तधार के बारे में आया है अमरी माऊद. वो यह अल्लाह तालाह का gift है, promise है.</w:t>
      </w:r>
    </w:p>
    <w:p>
      <w:r>
        <w:rPr>
          <w:b/>
        </w:rPr>
        <w:t xml:space="preserve">[08:35] </w:t>
      </w:r>
      <w:r>
        <w:t>to yeh allah talah ke jurisdiction mein allah kisko ektadar deta hai, kisko nahi deta hai, kisse ektadar leta hai, kisse ektadar deta hai, to yeh jo hai usmein quran mein aaya hai ki iman aur nek amal ke basis par agar allah chahega to ektazaar milega. to iska matlab yeh hai ki hamein apne andar iman ki spirit bharni hai.</w:t>
      </w:r>
    </w:p>
    <w:p>
      <w:pPr>
        <w:jc w:val="right"/>
      </w:pPr>
      <w:r>
        <w:t>तो यह अल्लाह तालाह के jurisdiction में अल्लाह किसको एकतदार देता है, किसको नहीं देता है, किससे एकतदार लेता है, किससे एकतदार देता है, तो यह जो है उसमें कुरान में आया है कि ईमान और नेक अमल के basis पर अगर अल्लाह चाहेगा तो एकत्तज़ार मिलेगा. तो इसका मतलब यह है कि हमें अपने अंदर ईमान की spirit भरनी है.</w:t>
      </w:r>
    </w:p>
    <w:p>
      <w:r>
        <w:rPr>
          <w:b/>
        </w:rPr>
        <w:t xml:space="preserve">[09:01] </w:t>
      </w:r>
      <w:r>
        <w:t>nek amal apna khud, khud bhi nek amal par chalna hai aur tamam logon ko isi ke liye, isi yahi tehreek chalana hai. taskiya nafs ki aur tamam logon ko din ki jo spirit hai, woh uske andar dalna hai. to yeh sara kaam jo hai humko peaceful halaat mein hi ho sakta hai.</w:t>
      </w:r>
    </w:p>
    <w:p>
      <w:pPr>
        <w:jc w:val="right"/>
      </w:pPr>
      <w:r>
        <w:t>नेक अमल अपना खुद, खुद भी नेक अमल पर चलना है और तमाम लोगों को इसी के लिए, इसी यही तहरीक चलाना है. तस्किया नफ्स की और तमाम लोगों को दिन की जो spirit है, वह उसके अंदर डालना है. तो यह सारा काम जो है हमको peaceful हालात में ही हो सकता है.</w:t>
      </w:r>
    </w:p>
    <w:p>
      <w:r>
        <w:rPr>
          <w:b/>
        </w:rPr>
        <w:t xml:space="preserve">[09:27] </w:t>
      </w:r>
      <w:r>
        <w:t>lekin yeh hai ke kabhi kabhi jang ka aisa mauqa aa jata hai to islam mein jang jo hai, defa mein jaiz hai, lekin woh bhi hum agar rasoolullah sahib sallalah ki zindagi ko dekhte hain to woh bhi allah taalaah ne mukammal rasoolullah sallalah ab sallalah ne har haalat mein jang ko award karne ki koshish ki, avoid karne ki koshish ki.</w:t>
      </w:r>
    </w:p>
    <w:p>
      <w:pPr>
        <w:jc w:val="right"/>
      </w:pPr>
      <w:r>
        <w:t>लेकिन यह है कि कभी कभी जंग का ऐसा मौका आ जाता है तो इस्लाम में जंग जो है, देफा में जायज है, लेकिन वो भी हम अगर रसूल्लाह साहब साल्लाह की ज़िंदगी को देखते हैं तो वो भी अल्लाह तालाह ने मुकम्मल रसूल्लाह साल्लाह अब साल्लाह ने हर हालत में जंग को award करने की कोशिश की, avoid करने की कोशिश की.</w:t>
      </w:r>
    </w:p>
    <w:p>
      <w:r>
        <w:rPr>
          <w:b/>
        </w:rPr>
        <w:t xml:space="preserve">[09:50] </w:t>
      </w:r>
      <w:r>
        <w:t>to isiliye sirf, sirf do din matlab half a day chaar jange hui hain. jaisa ke morana sahib ne bataya hai apni kitabon mein, sirf chaar jange hui hain aur woh bhi half a day jisko hum skirmish kar sakte hain, jang bhi nahi kar sakte.</w:t>
      </w:r>
    </w:p>
    <w:p>
      <w:pPr>
        <w:jc w:val="right"/>
      </w:pPr>
      <w:r>
        <w:t>तो इसीलिए सिर्फ, सिर्फ दो दिन मतलब half a day चार जंगे हुई हैं. जैसा कि मोराना साहब ने बताया है अपनी किताबों में, सिर्फ चार जंगे हुई हैं और वो भी half a day जिसको हम skirmish कर सकते हैं, जंग भी नहीं कर सकते.</w:t>
      </w:r>
    </w:p>
    <w:p>
      <w:r>
        <w:rPr>
          <w:b/>
        </w:rPr>
        <w:t xml:space="preserve">[10:09] </w:t>
      </w:r>
      <w:r>
        <w:t>to jang defa mein ho sakti hai aur lekin usko bhi har haalat mein usko avoid karna hai aur jah tak dushman se jang jo log samajhte hain ke hamare dushman hain isse humein jang karna hai, to yeh to islam mein bilkul jaiz hi nahi hai kyunke dushman ke liye quran ki yeh aaya tha bhalai aur burai barabar nahi.</w:t>
      </w:r>
    </w:p>
    <w:p>
      <w:pPr>
        <w:jc w:val="right"/>
      </w:pPr>
      <w:r>
        <w:t>तो जंग देफा में हो सकती है और लेकिन उसको भी हर हालत में उसको avoid करना है और जहा तक दुश्मन से जंग जो लोग समझते हैं कि हमारे दुश्मन है इससे हमें जंग करना है, तो यह तो इस्लाम में बिल्कुल जायज ही नहीं है क्योंकि दुश्मन के लिए कुरान की यह आया था भलाई और बुराई बराबर नहीं.</w:t>
      </w:r>
    </w:p>
    <w:p>
      <w:r>
        <w:rPr>
          <w:b/>
        </w:rPr>
        <w:t xml:space="preserve">[10:34] </w:t>
      </w:r>
      <w:r>
        <w:t>burai ka badla bhalai se do dushman dost ban jayega.</w:t>
      </w:r>
    </w:p>
    <w:p>
      <w:pPr>
        <w:jc w:val="right"/>
      </w:pPr>
      <w:r>
        <w:t>बुराई का बदला भलाई से दो दुश्मन दोस्त वन जाएगा.</w:t>
      </w:r>
    </w:p>
    <w:p>
      <w:r>
        <w:rPr>
          <w:b/>
        </w:rPr>
        <w:t xml:space="preserve">[10:39] </w:t>
      </w:r>
      <w:r>
        <w:t>bhalai un hamein unka lafzaya hai.</w:t>
      </w:r>
    </w:p>
    <w:p>
      <w:pPr>
        <w:jc w:val="right"/>
      </w:pPr>
      <w:r>
        <w:t>भली उन हमें उनका लफ्जाया है.</w:t>
      </w:r>
    </w:p>
    <w:p>
      <w:r>
        <w:rPr>
          <w:b/>
        </w:rPr>
        <w:t xml:space="preserve">[10:44] </w:t>
      </w:r>
      <w:r>
        <w:t>to dushman ke saath hamein usko, hum khuda ka paigham pahunchana hai, uske saath well wishing karni hai,</w:t>
      </w:r>
    </w:p>
    <w:p>
      <w:pPr>
        <w:jc w:val="right"/>
      </w:pPr>
      <w:r>
        <w:t>तो दुश्मन के साथ हमें उसको, हम खोदा का पाकाम पहुंचाना है, उसके साथ well wishing करनी है,</w:t>
      </w:r>
    </w:p>
    <w:p>
      <w:r>
        <w:rPr>
          <w:b/>
        </w:rPr>
        <w:t xml:space="preserve">[10:49] </w:t>
      </w:r>
      <w:r>
        <w:t>aur us se is tareeqe se rehna hai ke, is tareeqe se well wishing ke saath din usko pahunchana</w:t>
      </w:r>
    </w:p>
    <w:p>
      <w:pPr>
        <w:jc w:val="right"/>
      </w:pPr>
      <w:r>
        <w:t>और उससे इस तरीके से रहना है कि, इस तरीके से well wishing के साथ दिन उसको पहुंचाना</w:t>
      </w:r>
    </w:p>
    <w:p>
      <w:r>
        <w:rPr>
          <w:b/>
        </w:rPr>
        <w:t xml:space="preserve">[10:55] </w:t>
      </w:r>
      <w:r>
        <w:t>hai, paigham pahunchana hai ke uske dil tak pahunch jaye aur us, aur woh poore tareeqe se usko</w:t>
      </w:r>
    </w:p>
    <w:p>
      <w:pPr>
        <w:jc w:val="right"/>
      </w:pPr>
      <w:r>
        <w:t>है, पाकाम पहुंचाना है कि उसके दिल तक पहुंच जाए और उस, और वह पूरे तरीके से उसको</w:t>
      </w:r>
    </w:p>
    <w:p>
      <w:r>
        <w:rPr>
          <w:b/>
        </w:rPr>
        <w:t xml:space="preserve">[11:00] </w:t>
      </w:r>
      <w:r>
        <w:t>samajh le baat ko.</w:t>
      </w:r>
    </w:p>
    <w:p>
      <w:pPr>
        <w:jc w:val="right"/>
      </w:pPr>
      <w:r>
        <w:t>समझ ली बात को.</w:t>
      </w:r>
    </w:p>
    <w:p>
      <w:r>
        <w:rPr>
          <w:b/>
        </w:rPr>
        <w:t xml:space="preserve">[11:05] </w:t>
      </w:r>
      <w:r>
        <w:t>to jab hum jang karenge to, woh mahauli kharab ho jayega.</w:t>
      </w:r>
    </w:p>
    <w:p>
      <w:pPr>
        <w:jc w:val="right"/>
      </w:pPr>
      <w:r>
        <w:t>तो जब हम जंग करेंगे तो, वह माहौली खराब हो जाएगा.</w:t>
      </w:r>
    </w:p>
    <w:p>
      <w:r>
        <w:rPr>
          <w:b/>
        </w:rPr>
        <w:t xml:space="preserve">[11:11] </w:t>
      </w:r>
      <w:r>
        <w:t>to hamara jo kaam hai khuda ke din ko, khuda ke prakaam ko pahunchana, to woh bilkul hi sab khatam ho jayega. woh uski faiza hi khatam ho jayegi. to ek ismein quran ke aaya the qataale fitna hai jismein ke unse lado yahan tak ke fitna baaqina rahe aur deen sab allah akeli ho jayen.</w:t>
      </w:r>
    </w:p>
    <w:p>
      <w:pPr>
        <w:jc w:val="right"/>
      </w:pPr>
      <w:r>
        <w:t>तो हमारा जो काम है खुदा के दिन को, खुदा के प्रकाम को पहुंचाना, तो वह बिल्कुल ही सब खत्म हो जाएगा. वह उसकी फैज़ा ही खत्म हो जाएगी. तो एक इसमें कुरान के आया थे कताले फितना है जिसमें कि उनसे लड़ो यहां तक के फितना बाकीना रहे और दीन सब अल्लाह अकेली हो जाएं.</w:t>
      </w:r>
    </w:p>
    <w:p>
      <w:r>
        <w:rPr>
          <w:b/>
        </w:rPr>
        <w:t xml:space="preserve">[11:33] </w:t>
      </w:r>
      <w:r>
        <w:t>to iska log isko, isse log confuse hote hain, samajhte hain ke humein jang karni hai aur yeh fitna khatam karna hai. to fitna jo hai woh dushmani nahi hai. fitna jo hai woh, woh hai religious persecution ko refer kiya gaya hai aur deen sab allah ke liye ho jaye. yeh nahi hai ke har jagah islam ka iktedaar ho jaye, har jagah musalmanon ka iktedaar ho jaye.</w:t>
      </w:r>
    </w:p>
    <w:p>
      <w:pPr>
        <w:jc w:val="right"/>
      </w:pPr>
      <w:r>
        <w:t>तो इसका लोग इसको, इससे लोग confuse होते हैं, समझते हैं कि हमें जंग करनी है और यह फितना खत्म करना है. तो फितना जो है वह दुश्मनी नहीं है. फितना जो है वह, वह है religious persecution को refer किया गया है और दीन सब अल्लाह के लिए हो जाए. यह नहीं है कि हर जगह इस्लाम का एक्तेदार हो जाए, हर जगह मुसलमानों का एक्तधार हो जाए.</w:t>
      </w:r>
    </w:p>
    <w:p>
      <w:r>
        <w:rPr>
          <w:b/>
        </w:rPr>
        <w:t xml:space="preserve">[12:00] </w:t>
      </w:r>
      <w:r>
        <w:t>aisi koi baat is aiyat mein nahi kahi gayi hai, balki deen sab allah ke liye ho jaye. to asal mein woh zamana jo tha woh religious persecution ka daur tha. do bahut hi powerful empires thin. sassanid empire aur byzantine empire. to yeh log aur bhi chhote chhote badshah bhi the lekin sabke sab badshah bilkul dictator bane hue the aur mukammal taur par har cheez unke ikteyar mein hoti thi.</w:t>
      </w:r>
    </w:p>
    <w:p>
      <w:pPr>
        <w:jc w:val="right"/>
      </w:pPr>
      <w:r>
        <w:t>ऐसी कोई बात इस आयत्म नहीं कही गई है, बल्कि दीन सब अल्लाह के लिए हो जाए. तो असल में वह जमाना जो था वह religious persecution का दौर था. दो बहुत ही powerful empires थीं. शैसेनित empire और byzantine empire. तो ये लोग और भी छोटे छोटे बादशाह भी थे लेकिन सबके सब बादशाह बिल्कुल dictator बने हुए थे और मुकम्मल तौर पर हर चीज़ उनके एक तैयार में होती थी.</w:t>
      </w:r>
    </w:p>
    <w:p>
      <w:r>
        <w:rPr>
          <w:b/>
        </w:rPr>
        <w:t xml:space="preserve">[12:28] </w:t>
      </w:r>
      <w:r>
        <w:t>kisi qism ki awam ko azaadi nahi thi. to isi ko henry prayenne ne absolute imperialism, to usne henry prayenne ne kaha islam change the face of the globe. the traditional order of history was overthrown. to yeh jo tha absolute imperialism iski wajah se na duniya ki koi tarakki ho rahi thi na deen ki.</w:t>
      </w:r>
    </w:p>
    <w:p>
      <w:pPr>
        <w:jc w:val="right"/>
      </w:pPr>
      <w:r>
        <w:t>किसी किस्म की आवाम को आज़ादी नहीं थी. तो इसी को henry prayenne ने absolute imperialism, तो उसने henry prayenne ने कहा इस्लाम change the face of the globe. The traditional order of history was overthrown. तो यह जो था absolute imperialism इसकी वजह से ना दुनिया की कोई तरक्की हो रही थी ना दीन की.</w:t>
      </w:r>
    </w:p>
    <w:p>
      <w:r>
        <w:rPr>
          <w:b/>
        </w:rPr>
        <w:t xml:space="preserve">[12:56] </w:t>
      </w:r>
      <w:r>
        <w:t>kyunke jo kuch tha woh badshah ke paas tha. woh zamane mein sab kuch jo tha woh land se related hota tha. land badshah ke paas tha. to aur badshah apne ko batata tha ke main devtaon ki aulad hoon, main khuda hoon, jaise firaun ne kaha, anarabbo ko mullaalaab. to badshahon ne apna darja itna ooncha kar rakha tha ke awam, awam ki koi himmat hi nahi padti thi ke badshah ke upar koi tankhed karte hain, badshah ki marzi ke khilaf chalte hue.</w:t>
      </w:r>
    </w:p>
    <w:p>
      <w:pPr>
        <w:jc w:val="right"/>
      </w:pPr>
      <w:r>
        <w:t>क्योंकि जो कुछ था वह बादशाह के पास था. वह जमाने में सब कुछ जो था वह land से related होता था. Land बादशाह के पास था. तो और बादशाह अपने को बताता था कि मैं देवताओं की औलाद हूँ, मैं खुदा हूँ, जैसे फिरौन ने कहा, अनारब्बू को मुल्लालाब. तो बादशाहों ने अपना दर्जा इतना ऊंचा कर रखा था कि आवाम, आवाम की कोई हिम्मत ही नहीं पड़ती थी कि बादशाह के ऊपर कोई तंखेद करते हैं, बादशाह की मर्ज़ी के खिलाफ चलते हुए.</w:t>
      </w:r>
    </w:p>
    <w:p>
      <w:r>
        <w:rPr>
          <w:b/>
        </w:rPr>
        <w:t xml:space="preserve">[13:25] </w:t>
      </w:r>
      <w:r>
        <w:t>to woh koi bhi, koi bhi kaam nahi ho sakta tha, badshah ki ijazat ki bagair. to is tarike se jisko kehte hain power corrupts and absolute power corrupts absolutely. to woh badshahon ka haal tha. isiliye jab bhi koi reformer, koi messenger khuda ka uthta to log sakhti se usko daba diya jata, usko khatam kar diya jata.</w:t>
      </w:r>
    </w:p>
    <w:p>
      <w:pPr>
        <w:jc w:val="right"/>
      </w:pPr>
      <w:r>
        <w:t>तो वह कोई भी, कोई भी काम नहीं हो सकता था, बादशाह की इजाज़त की बगैर. तो इस तरीके से जिसको कहते हैं power corrupts and absolute power corrupts absolutely. तो वो बादशाहों का हाल था. इसीलिए जब भी कोई reformer, कोई messenger खुदा का उठता तो लोग सख्ती से उसको दबा दिया जाता, उसको खत्म कर दिया जाता.</w:t>
      </w:r>
    </w:p>
    <w:p>
      <w:r>
        <w:rPr>
          <w:b/>
        </w:rPr>
        <w:t xml:space="preserve">[13:52] </w:t>
      </w:r>
      <w:r>
        <w:t>bade bade pagambaron ko qatl kar diya gaya, khatam kar diya gaya. to koi kaam nahi ho pata tha, na koi tarakki ho pati thi kyunke har cheez muqaddas thi aur har cheez ko explain karte the super station ke hawale se. to ab bhashaon ko yeh sab cheezein bahut zyada mufeed matlab thi, unko suit karti thi. woh apne ko bata dete ke hum devtaon ke aulad hain.</w:t>
      </w:r>
    </w:p>
    <w:p>
      <w:pPr>
        <w:jc w:val="right"/>
      </w:pPr>
      <w:r>
        <w:t>बड़े बड़े पगंबरों को कदल कर दिया गया, खत्म कर दिया गया. तो कोई काम नहीं हो पाता था, ना कोई तरक्की हो पाती थी क्योंकि हर चीज़ मुकद्दस थी और हर चीज़ को explain करते थे super station के हवाले से. तो अब भाषाओं को ये सब चीज़ें बहुत ज़्यादा मुफीद मतलब थी, उनको suit करती थी. वो अपने को बता देते कि हम देवताओं के औलाद हैं.</w:t>
      </w:r>
    </w:p>
    <w:p>
      <w:r>
        <w:rPr>
          <w:b/>
        </w:rPr>
        <w:t xml:space="preserve">[14:17] </w:t>
      </w:r>
      <w:r>
        <w:t>to amam ko himmat hi nahi padti thi ke unke khilaf bagawat karen. to is wajah se devtaon ko bhi yahi mazhab suit karta tha ke superstition based aur koi kaam nahi ho sakta tha.</w:t>
      </w:r>
    </w:p>
    <w:p>
      <w:pPr>
        <w:jc w:val="right"/>
      </w:pPr>
      <w:r>
        <w:t>तो अमाम को हिम्मत ही नहीं पड़ती थी कि उनके खिलाफ बगावत करें. तो इस वजह से देवताओं को भी यही मज़हब suit करता था कि superstition based और कोई काम नहीं हो सकता था.</w:t>
      </w:r>
    </w:p>
    <w:p>
      <w:r>
        <w:rPr>
          <w:b/>
        </w:rPr>
        <w:t xml:space="preserve">[14:34] </w:t>
      </w:r>
      <w:r>
        <w:t>aur allah taalaah ka jo plan tha ke insaan ko mazhabi azaadi mile, insaan ko har qism ki azaadi mile, kyunke insaan is duniya mein aaya hai apna test dene ke liye. jab usko azaadi hi nahi hogi to test uska kya hoga?</w:t>
      </w:r>
    </w:p>
    <w:p>
      <w:pPr>
        <w:jc w:val="right"/>
      </w:pPr>
      <w:r>
        <w:t>और अल्लाह तालाह का जो plan था कि इंसान को मज़हबी आज़ादी मिले, इंसान को हर किस्म की आज़ादी मिले, क्योंकि इंसान इस दुनिया में आया है अपना test देने के लिए. जब उसको आज़ादी ही नहीं होगी तो test उसका क्या होगा?</w:t>
      </w:r>
    </w:p>
    <w:p>
      <w:r>
        <w:rPr>
          <w:b/>
        </w:rPr>
        <w:t xml:space="preserve">[14:51] </w:t>
      </w:r>
      <w:r>
        <w:t>to is tarike se yeh allah taalaah ka mansooba tha aur is mansube ko allah taalaah ne madad karke rasool ki aur asab rasool ki madad karke is masle ko khatam kiya. to in tamam, dono empires ko khatam kiya gaya. jo zabri nizam tha woh khatam ho gaya.</w:t>
      </w:r>
    </w:p>
    <w:p>
      <w:pPr>
        <w:jc w:val="right"/>
      </w:pPr>
      <w:r>
        <w:t>तो इस तरीके से यह अल्लाह तालाह का मंसूबा था और इस मंसुबे को अल्लाह तालाह ने मदद करके रसूल की और असाब रसूल की मदद करके इस मसले को खत्म किया. तो इन तमाम, दोनों empires को खत्म किया गया. जो जबरी नज़ाम था वह खत्म हो गया.</w:t>
      </w:r>
    </w:p>
    <w:p>
      <w:r>
        <w:rPr>
          <w:b/>
        </w:rPr>
        <w:t xml:space="preserve">[15:11] </w:t>
      </w:r>
      <w:r>
        <w:t>ab jo naya zamana hai matlab islam ne ek process shuru kar diya tha, lekin ab woh process culmination tak pahunch gaya, uski takmeel ho gayi, aur ab makmal azaadi ki duniya mein.</w:t>
      </w:r>
    </w:p>
    <w:p>
      <w:pPr>
        <w:jc w:val="right"/>
      </w:pPr>
      <w:r>
        <w:t>अब जो नया जमाना है मतलब इस्लाम ने एक process शुरू कर दिया था, लेकिन अब वो process culmination तक पहुंच गया, उसकी तकमील हो गई, और अब मकमल आज़ादी की दुनिया में.</w:t>
      </w:r>
    </w:p>
    <w:p>
      <w:r>
        <w:rPr>
          <w:b/>
        </w:rPr>
        <w:t xml:space="preserve">[15:29] </w:t>
      </w:r>
      <w:r>
        <w:t>to ab jo hai tamam aadhare jo hai har, har tamam aazadiyan insaan ko mil gayi hain aur jo political power hai woh to sirf das percent ko cover karta hai, jaise infrastructure waghera hai.</w:t>
      </w:r>
    </w:p>
    <w:p>
      <w:pPr>
        <w:jc w:val="right"/>
      </w:pPr>
      <w:r>
        <w:t>तो अब जो है तमाम आधारे जो है हर, हर तमाम आज़ादियां इंसान को मिल गई है और जो political power है वह तो सिर्फ दस percent को cover करता है, जैसे infrastructure वगैरह है.</w:t>
      </w:r>
    </w:p>
    <w:p>
      <w:r>
        <w:rPr>
          <w:b/>
        </w:rPr>
        <w:t xml:space="preserve">[15:45] </w:t>
      </w:r>
      <w:r>
        <w:t>baqi hum har qism ke educational institutions, religious institutions, masjid mother se, NGOs, media, aur communications ka jo poora jo field hai, aur industry hai, to har kaam hum kar sakte hain. koi bhi kisi ki koi recovered nahi hai. to is tarike se humein samajhna chahiye ke hum ek naye naye daur mein hain.</w:t>
      </w:r>
    </w:p>
    <w:p>
      <w:pPr>
        <w:jc w:val="right"/>
      </w:pPr>
      <w:r>
        <w:t>बाकी हम हर किस्म के educational institutions, religious institutions, मस्जिद mother से, NGOs, media, और communications का जो पूरा जो field है, और industry है, तो हर काम हम कर सकते हैं. कोई भी किसीन की कोई recovered नहीं है. तो इस तरीके से हमें समझना चाहिए कि हम एक नए नए दौर में हैं.</w:t>
      </w:r>
    </w:p>
    <w:p>
      <w:r>
        <w:rPr>
          <w:b/>
        </w:rPr>
        <w:t xml:space="preserve">[16:12] </w:t>
      </w:r>
      <w:r>
        <w:t>abhi aaj hi khabar aayi thi ke amreeka mein arizona state university mein bahut hi beautiful university hai, bahut badi university hai usmein. books stall lage hue hain program kehta hai. to c p s ne bhi books stall lagaya hai.</w:t>
      </w:r>
    </w:p>
    <w:p>
      <w:pPr>
        <w:jc w:val="right"/>
      </w:pPr>
      <w:r>
        <w:t>अभी आज ही खबर आई थी कि अमरीका में अरिजाना state university में बहुत ही beautiful university है, बहुत बड़ी university है उसमें. Books stall लगे हुए हैं program कहता है. तो c p s ने भी books stall लगाया है.</w:t>
      </w:r>
    </w:p>
    <w:p>
      <w:r>
        <w:rPr>
          <w:b/>
        </w:rPr>
        <w:t xml:space="preserve">[16:30] </w:t>
      </w:r>
      <w:r>
        <w:t>to hum sari duniya mein hamare paas imkanath hain, aazadiyan hain, usko hum istemal karen aur sab kuch jo pehle ek badshah jang ke zariye se hasil karta tha, usse bahut zyada humko mil sakta kyunke aaj ek globalized world hai. hum sari duniya mein hum kaam kar sakte hain aur jang ke jo nuksanat hai woh to sab logon ko maloom hai.</w:t>
      </w:r>
    </w:p>
    <w:p>
      <w:pPr>
        <w:jc w:val="right"/>
      </w:pPr>
      <w:r>
        <w:t>तो हम सारी दुनिया में हमारे पास इमकानाथ है, आज़ादियां हैं, उसको हम इस्तेमाल करें और सब कुछ जो पहले एक बादशाह जंग के जरिए से हासिल करता था, उससे बहुत ज़्यादा हमको मिल सकता क्योंकि आज एक globalized world है. हम सारी दुनिया में हम काम कर सकते हैं और जंग के जो नुकसानात है वो तो सब लोगों को मालूम है.</w:t>
      </w:r>
    </w:p>
    <w:p>
      <w:r>
        <w:rPr>
          <w:b/>
        </w:rPr>
        <w:t xml:space="preserve">[16:57] </w:t>
      </w:r>
      <w:r>
        <w:t>tamam zarae tabah barbaad ho jate hain. behtareen nafrat khatam ho jate hain. nafraten badhti hain. koi tameeri kaam nahi hota aur ab jo nuclear age hai, ab to nuclear warfare mein to kaha jata hai ke agar nuclear warfare yeh ho gayi, to yeh duniya tak reeban bees saal ke liye to ismein bilkul hi ice age set in ho jayega.</w:t>
      </w:r>
    </w:p>
    <w:p>
      <w:pPr>
        <w:jc w:val="right"/>
      </w:pPr>
      <w:r>
        <w:t>तमाम जराए तबाह बर्बाद हो जाते हैं. बेहतरीय नफरत खत्म हो जाते हैं. नफरतें बढ़ती हैं. कोई तमीरी काम नहीं होता और अब जो nuclear age है, अब तो nuclear warfare में तो कहा जाता है कि अगर nuclear warfare यह हो गई, तो यह दुनिया तक रीबन बीस साल के लिए तो इसमें बिल्कुल ही ice age set in हो जाएगा.</w:t>
      </w:r>
    </w:p>
    <w:p>
      <w:r>
        <w:rPr>
          <w:b/>
        </w:rPr>
        <w:t xml:space="preserve">[17:21] </w:t>
      </w:r>
      <w:r>
        <w:t>aise global changes honge, itni dust aur carbon itna udega ke suraj ki raushni block ho jayegi. to ab to yeh option hi nahi hai jang. to lekin ab bhi log samajh nahi rahe hain aur nahi samajh rahe ke yeh duniya jo hai itni keemti hai aur yeh duniya ko barbaad karne par log tule hue hain. to islam ka jo concept hai peace ka aur islam asal mein insaan ke andar bahut zyada ambition hai.</w:t>
      </w:r>
    </w:p>
    <w:p>
      <w:pPr>
        <w:jc w:val="right"/>
      </w:pPr>
      <w:r>
        <w:t>ऐसे global changes होंगे, इतनी dust और carbon इतना उड़ेगा कि सूरज की रौशनी block हो जाएगी. तो अब तो यह option ही नहीं है जंग. तो लेकिन अब भी लोग समझ नहीं रहे हैं और नहीं समझ रहे कि यह दुनिया जो है इतनी कीमती है और यह दुनिया को बर्बाद करने पर लोग तुले हुए हैं. तो इस्लाम का जो concept है peace का और इस्लाम असल में इंसान के अंदर बहुत ज़्यादा ambition है.</w:t>
      </w:r>
    </w:p>
    <w:p>
      <w:r>
        <w:rPr>
          <w:b/>
        </w:rPr>
        <w:t xml:space="preserve">[17:50] </w:t>
      </w:r>
      <w:r>
        <w:t>to us ambition jahan woh lagta hai ke poori nahi ho rahi hai to woh, woh hathiyar utha leta hai. halanki isko yeh samajhna aur yeh islam hi bata sakta hai ke yeh duniya hum isliye nahi hai ke hum ambitions ko fulfill karen. balki is duniya mein humein apna test dena hai, apni personality development karna hai aur jo kuch humein milega woh akhirat ki duniya mein milega kyunke woh eternal world hai.</w:t>
      </w:r>
    </w:p>
    <w:p>
      <w:pPr>
        <w:jc w:val="right"/>
      </w:pPr>
      <w:r>
        <w:t>तो उस ambition जहां वह लगता है कि पूरी नहीं हो रही है तो वह, वह हथियार उठा लेता है. हालांकि इसको यह समझना और यह इस्लाम ही बता सकता है कि यह दुनिया हम इसलिए नहीं है कि हम ambitions को fulfill करें. बल्कि इस दुनिया में हमें अपना test देना है, अपनी personality development करना है और जो कुछ हमें मिलेगा वह आखिरत की दुनिया में मिलेगा क्योंकि वह eternal world है.</w:t>
      </w:r>
    </w:p>
    <w:p>
      <w:r>
        <w:rPr>
          <w:b/>
        </w:rPr>
        <w:t xml:space="preserve">[18:19] </w:t>
      </w:r>
      <w:r>
        <w:t>to yahi sab logon ko batana hai aur logon ko sahi raste yedayat deni hai, unko islam ka prakaam pahunchana hai ke aman ke faayde bahut zyada hain. sam tamam tamili sargarmiyan jo hain aur woh ab nahi ke zariye se hasil hoti hain. woh duniya ki bhi tarakkiyan aur deen ki bhi tarakkiyan.</w:t>
      </w:r>
    </w:p>
    <w:p>
      <w:pPr>
        <w:jc w:val="right"/>
      </w:pPr>
      <w:r>
        <w:t>तो यही सब लोगों को बताना है और लोगों को सही रास्ते येदायत देनी है, उनको इस्लाम का प्रकाम पहुंचाना है कि अमन के फ़ायदे बहुत ज़्यादा हैं. सम तमाम तमिली सरगर्मियां जो हैं और वह अब नहीं के जरिए से हासिल होती हैं. वह दुनिया की भी तरक्कियां और दिन की भी तरक्कियां.</w:t>
      </w:r>
    </w:p>
    <w:p>
      <w:r>
        <w:rPr>
          <w:b/>
        </w:rPr>
        <w:t xml:space="preserve">[18:41] </w:t>
      </w:r>
      <w:r>
        <w:t>to duniya mein dekhiye ke jab tauheed aaya, jab ek hoda ki parishish hui, jab superstition khatam hua, tabhi sari tarakkiyan jo hai duniya mein aayi. isko mohan sahib ne detail mein likha hai apni kitab, islam the creator of the modern age, islam daur-e-jadeed ka khalique.</w:t>
      </w:r>
    </w:p>
    <w:p>
      <w:pPr>
        <w:jc w:val="right"/>
      </w:pPr>
      <w:r>
        <w:t>तो दुनिया में देखिए कि जब तौहीद आया, जब एक होदा की परिस्थितिश हुई, जब superstition खत्म हुआ, तभी सारी तरक्कियां जो है दुनिया में आई. इसको मोहन साहब ने detail में लिखा है अपनी किताब, इस्लाम the creator of the modern age, इस्लाम दौरे ज़दीद का खालिक.</w:t>
      </w:r>
    </w:p>
    <w:p>
      <w:r>
        <w:rPr>
          <w:b/>
        </w:rPr>
        <w:t xml:space="preserve">[19:01] </w:t>
      </w:r>
      <w:r>
        <w:t>to yeh jo hai islam ka jo prakaam hai aman ka baami, well wishing ka aur ek doosre khairkhwahi, ek doosre ko jo hai is khuda ka ki hidayab ka rasta dikhana.</w:t>
      </w:r>
    </w:p>
    <w:p>
      <w:pPr>
        <w:jc w:val="right"/>
      </w:pPr>
      <w:r>
        <w:t>तो यह जो है इस्लाम का जो प्रकाम है अमन का बामी, well wishing का और एक दूसरे खैरख्वाही, एक दूसरे को जो है इस खुदा का की हिदायब का रास्ता दिखाना.</w:t>
      </w:r>
    </w:p>
    <w:p>
      <w:r>
        <w:rPr>
          <w:b/>
        </w:rPr>
        <w:t xml:space="preserve">[19:18] </w:t>
      </w:r>
      <w:r>
        <w:t>to yeh ab naya zamana aa gaya hai, bohat zabardast hamein mawa ke aazadi hai, in aazadi ko hum istemal karein aur khuda ka pararam sari duniya mein logon ko pahuncha dein, jagah kalla. Assalam alaykum.</w:t>
      </w:r>
    </w:p>
    <w:p>
      <w:pPr>
        <w:jc w:val="right"/>
      </w:pPr>
      <w:r>
        <w:t>तो यह अब नया जमाना आ गया है, बहुत ज़बरदस्त हमें मवा के आज़ादी है, इन आज़ादी को हम इस्तेमाल करें और खुदा का पाराम सारी दुनिया में लोगों को पहुंचा दें, जगह कल्ला. अस्सलाम अलायकुम.</w:t>
      </w:r>
    </w:p>
    <w:p>
      <w:r>
        <w:rPr>
          <w:b/>
        </w:rPr>
        <w:t xml:space="preserve">[19:42] </w:t>
      </w:r>
      <w:r>
        <w:t>Mulana Wahiduddin Khan sahib prepared a repository of wisdom in the form of literature and multimedia material, demonstrating the relevance of Islam in the modern age. Center for Peace and Spirituality International is working cohesively with all its global members and taking his legacy to all of humanity.</w:t>
      </w:r>
    </w:p>
    <w:p>
      <w:pPr>
        <w:jc w:val="right"/>
      </w:pPr>
      <w:r>
        <w:t>मुलाना वैदुद्दीन खान साहब prepared a repository of wisdom in the form of literature and multimedia material, demonstrating the relevance of Islam in the modern age. Center for Peace and Spirituality International is working cohesively with all its global members and taking his legacy to all of humanity.</w:t>
      </w:r>
    </w:p>
    <w:p>
      <w:r>
        <w:rPr>
          <w:b/>
        </w:rPr>
        <w:t xml:space="preserve">[20:06] </w:t>
      </w:r>
      <w:r>
        <w:t>Today, CPS International is extremely happy to launch the thoughts and works of Maulana Wahiduddin Khan initiative that showcases all his English literature with easy access in the form of a clickable PDF that makes available all his English books, more than 100 in number and playlist of hundreds of his Urdu and English lectures.</w:t>
      </w:r>
    </w:p>
    <w:p>
      <w:pPr>
        <w:jc w:val="right"/>
      </w:pPr>
      <w:r>
        <w:t>Today, CPS International is extremely happy to launch the thoughts and works of मुलाना वैदुद्दीन खान initiative that showcases all his English literature with easy access in the form of a clickable PDF that makes available all his English books, more than 100 in number and playlist of hundreds of his उर्दू and English lectures.</w:t>
      </w:r>
    </w:p>
    <w:p>
      <w:r>
        <w:rPr>
          <w:b/>
        </w:rPr>
        <w:t xml:space="preserve">[20:33] </w:t>
      </w:r>
      <w:r>
        <w:t>This is a result of tireless efforts of CPS team and office members over mammoth number of hours. Here I would like to remind you of a story that Maulana sahib once shared with us. He had also mentioned this in 1975 in the foreword of his Urdu book Al Islam. This book was published in English with the title, The Vision of Islam.</w:t>
      </w:r>
    </w:p>
    <w:p>
      <w:pPr>
        <w:jc w:val="right"/>
      </w:pPr>
      <w:r>
        <w:t>This is a result of tireless efforts of CPS team and office members over mammoth number of hours. Here I would like to remind you of a story that मुलाना साहब once shared with us. He had also mentioned this in 1975 in the foreword of his उर्दू book Al Islam. This book was published in English with the title, The Vision of Islam.</w:t>
      </w:r>
    </w:p>
    <w:p>
      <w:r>
        <w:rPr>
          <w:b/>
        </w:rPr>
        <w:t xml:space="preserve">[21:02] </w:t>
      </w:r>
      <w:r>
        <w:t>The story is about a hunter who goes in search of a beautiful white bird of truth. The hunter believed that this white bird of truth lived on the top of the mountain of truth. So the hunter left the valley of superstition and began to climb the mountain of truth. The climb was extremely difficult. The hunter had to cut the rocks and make the steps.</w:t>
      </w:r>
    </w:p>
    <w:p>
      <w:pPr>
        <w:jc w:val="right"/>
      </w:pPr>
      <w:r>
        <w:t>The story is about a hunter who goes in search of a beautiful white bird of truth. The hunter believed that this white bird of truth lived on the top of the mountain of truth. So the hunter left the valley of superstition and began to climb the mountain of truth. The climb was extremely difficult. The hunter had to cut the rocks and make the steps.</w:t>
      </w:r>
    </w:p>
    <w:p>
      <w:r>
        <w:rPr>
          <w:b/>
        </w:rPr>
        <w:t xml:space="preserve">[21:30] </w:t>
      </w:r>
      <w:r>
        <w:t>He did that for years and every time he managed to reach the summit, he found another range higher than the previous one. But by now, the hunter was old but wise. And as he lay dying, a white feather fell close to him from above. The hunter was convinced that the bird he sought existed on the next range.</w:t>
      </w:r>
    </w:p>
    <w:p>
      <w:pPr>
        <w:jc w:val="right"/>
      </w:pPr>
      <w:r>
        <w:t>He did that for years and every time he managed to reach the summit, he found another range higher than the previous one. But by now, the hunter was old but wise. And as he lay dying, a white feather fell close to him from above. The hunter was convinced that the bird he sought existed on the next range.</w:t>
      </w:r>
    </w:p>
    <w:p>
      <w:r>
        <w:rPr>
          <w:b/>
        </w:rPr>
        <w:t xml:space="preserve">[21:57] </w:t>
      </w:r>
      <w:r>
        <w:t>Even though he could not reach to the bird of truth, he died in soles thinking that those who would follow him would not have to cut the first steps. His dying words meant that young men who will come after him will not have to make the difficult steps and they will be able to mount on his work.</w:t>
      </w:r>
    </w:p>
    <w:p>
      <w:pPr>
        <w:jc w:val="right"/>
      </w:pPr>
      <w:r>
        <w:t>Even though he could not reach to the bird of truth, he died in soles thinking that those who would follow him would not have to cut the first steps. His dying words meant that young men who will come after him will not have to make the difficult steps and they will be able to mount on his work.</w:t>
      </w:r>
    </w:p>
    <w:p>
      <w:r>
        <w:rPr>
          <w:b/>
        </w:rPr>
        <w:t xml:space="preserve">[22:22] </w:t>
      </w:r>
      <w:r>
        <w:t>They will be able to discover the truth using the steps he had cut all his life. So, Maulana sahib using this beautiful allegory wrote that all his life he had cut the theoretical steps and the religion that languished for over a thousand years in its all respect in the modern times was presented by him in the contemporary idiom.</w:t>
      </w:r>
    </w:p>
    <w:p>
      <w:pPr>
        <w:jc w:val="right"/>
      </w:pPr>
      <w:r>
        <w:t>They will be able to discover the truth using the steps he had cut all his life. So, मुलाना साहब using this beautiful allegory wrote that all his life he had cut the theoretical steps and the religion that languished for over a thousand years in its all respect in the modern times was presented by him in the contemporary idiom.</w:t>
      </w:r>
    </w:p>
    <w:p>
      <w:r>
        <w:rPr>
          <w:b/>
        </w:rPr>
        <w:t xml:space="preserve">[22:49] </w:t>
      </w:r>
      <w:r>
        <w:t>Maulana sahib had worked so hard that his bones had weakened. Every drop of his blood was used to present the rationally, the real ideology of Islam to the modern world. So he wrote in 1975 that after me, people will not have to cut the first steps. But Maulana sahib was concerned and he wrote, who will cut the practical steps?</w:t>
      </w:r>
    </w:p>
    <w:p>
      <w:pPr>
        <w:jc w:val="right"/>
      </w:pPr>
      <w:r>
        <w:t>मुलाना साहब had worked so hard that his bones had weakened. Every drop of his blood was used to present the rationally, the real ideology of Islam to the modern world. So he wrote in 1975 that after me, people will not have to cut the first steps. But Mulanus Abbo was concerned and he wrote, who will cut the practical steps?</w:t>
      </w:r>
    </w:p>
    <w:p>
      <w:r>
        <w:rPr>
          <w:b/>
        </w:rPr>
        <w:t xml:space="preserve">[23:17] </w:t>
      </w:r>
      <w:r>
        <w:t>Twenty six years later, a significant development happened as he founded Center for Peace and Spirituality International in 2001. And all of you, all of you became its members and its ambassadors. So Maulana sahib revised his forward.</w:t>
      </w:r>
    </w:p>
    <w:p>
      <w:pPr>
        <w:jc w:val="right"/>
      </w:pPr>
      <w:r>
        <w:t>Twenty six years later, a significant development happened as he founded Center for Peace and Spirituality International in 2001. And all of you, all of you became its members and its ambassadors. So मुलाना साहब revised his forward.</w:t>
      </w:r>
    </w:p>
    <w:p>
      <w:r>
        <w:rPr>
          <w:b/>
        </w:rPr>
        <w:t xml:space="preserve">[23:34] </w:t>
      </w:r>
      <w:r>
        <w:t>thirty eight years after he wrote the first forward in 1975, Maulana sahib revised his forward in 2013</w:t>
      </w:r>
    </w:p>
    <w:p>
      <w:pPr>
        <w:jc w:val="right"/>
      </w:pPr>
      <w:r>
        <w:t>Thirty eight years after he wrote the first forward in 1975, मुलाना साहब revised his forward in 2013</w:t>
      </w:r>
    </w:p>
    <w:p>
      <w:r>
        <w:rPr>
          <w:b/>
        </w:rPr>
        <w:t xml:space="preserve">[23:44] </w:t>
      </w:r>
      <w:r>
        <w:t>and he mentioned that what he felt has come to an end now with exceptional divine help has</w:t>
      </w:r>
    </w:p>
    <w:p>
      <w:pPr>
        <w:jc w:val="right"/>
      </w:pPr>
      <w:r>
        <w:t>and he mentioned that what he felt has come to an end now with exceptional divine help has</w:t>
      </w:r>
    </w:p>
    <w:p>
      <w:r>
        <w:rPr>
          <w:b/>
        </w:rPr>
        <w:t xml:space="preserve">[23:54] </w:t>
      </w:r>
      <w:r>
        <w:t>made this mission universal in its scope and he published and he wrote that enormous literature is being</w:t>
      </w:r>
    </w:p>
    <w:p>
      <w:pPr>
        <w:jc w:val="right"/>
      </w:pPr>
      <w:r>
        <w:t>made this mission universal in its scope And he published and he wrote that enormous literature is being</w:t>
      </w:r>
    </w:p>
    <w:p>
      <w:r>
        <w:rPr>
          <w:b/>
        </w:rPr>
        <w:t xml:space="preserve">[24:04] </w:t>
      </w:r>
      <w:r>
        <w:t>published by the mission in national and international languages.</w:t>
      </w:r>
    </w:p>
    <w:p>
      <w:pPr>
        <w:jc w:val="right"/>
      </w:pPr>
      <w:r>
        <w:t>published by the mission in national and international languages.</w:t>
      </w:r>
    </w:p>
    <w:p>
      <w:r>
        <w:rPr>
          <w:b/>
        </w:rPr>
        <w:t xml:space="preserve">[24:14] </w:t>
      </w:r>
      <w:r>
        <w:t>Maulana sahib kept doing dua for all of us, all the CPS members and for all those who</w:t>
      </w:r>
    </w:p>
    <w:p>
      <w:pPr>
        <w:jc w:val="right"/>
      </w:pPr>
      <w:r>
        <w:t>मुलाना साहब kept doing दुआ for all of us, all the CPS members and for all those who</w:t>
      </w:r>
    </w:p>
    <w:p>
      <w:r>
        <w:rPr>
          <w:b/>
        </w:rPr>
        <w:t xml:space="preserve">[24:20] </w:t>
      </w:r>
      <w:r>
        <w:t>will become CPS members after him.</w:t>
      </w:r>
    </w:p>
    <w:p>
      <w:pPr>
        <w:jc w:val="right"/>
      </w:pPr>
      <w:r>
        <w:t>will become CPS members after him.</w:t>
      </w:r>
    </w:p>
    <w:p>
      <w:r>
        <w:rPr>
          <w:b/>
        </w:rPr>
        <w:t xml:space="preserve">[24:26] </w:t>
      </w:r>
      <w:r>
        <w:t>it is now our incumbent duty to use the intellectual steps he made for us and spread and</w:t>
      </w:r>
    </w:p>
    <w:p>
      <w:pPr>
        <w:jc w:val="right"/>
      </w:pPr>
      <w:r>
        <w:t>It is now our incumbent duty to use the intellectual steps he made for us and spread and</w:t>
      </w:r>
    </w:p>
    <w:p>
      <w:r>
        <w:rPr>
          <w:b/>
        </w:rPr>
        <w:t xml:space="preserve">[24:32] </w:t>
      </w:r>
      <w:r>
        <w:t>invite the people on the journey of truth.</w:t>
      </w:r>
    </w:p>
    <w:p>
      <w:pPr>
        <w:jc w:val="right"/>
      </w:pPr>
      <w:r>
        <w:t>invite the people on the journey of truth.</w:t>
      </w:r>
    </w:p>
    <w:p>
      <w:r>
        <w:rPr>
          <w:b/>
        </w:rPr>
        <w:t xml:space="preserve">[24:38] </w:t>
      </w:r>
      <w:r>
        <w:t>let us come together and spread his literature far and wide from the platform of CPS International.</w:t>
      </w:r>
    </w:p>
    <w:p>
      <w:pPr>
        <w:jc w:val="right"/>
      </w:pPr>
      <w:r>
        <w:t>Let us come together and spread his literature far and wide from the platform of CPS International.</w:t>
      </w:r>
    </w:p>
    <w:p>
      <w:r>
        <w:rPr>
          <w:b/>
        </w:rPr>
        <w:t xml:space="preserve">[24:45] </w:t>
      </w:r>
      <w:r>
        <w:t>May God accept our efforts and may God give us success. With this, I will request daughter of Maulana Wahiduddin Khan sahib, chairperson of CPS International, professor Farida Khanam to launch this initiative. yeh is mein tamam kitabein jo abhi tak tayyar hui hain, woh sab aa gayi hain.</w:t>
      </w:r>
    </w:p>
    <w:p>
      <w:pPr>
        <w:jc w:val="right"/>
      </w:pPr>
      <w:r>
        <w:t>May God accept our efforts and may God give us success. With this, I will request daughter of मलाना वेदुद्दीन खान साहब, chairperson of CPS International, professor फरीदा खानम to launch this initiative. यह इसमें तमाम किताबें जो अभी तक तैयार हुई हैं, वह सब आ गई हैं.</w:t>
      </w:r>
    </w:p>
    <w:p>
      <w:r>
        <w:rPr>
          <w:b/>
        </w:rPr>
        <w:t xml:space="preserve">[25:06] </w:t>
      </w:r>
      <w:r>
        <w:t>to yeh bohat hi khushi ki baat hai ke aap log jo hain, jo jo kitab bhi parhna chahenge, to woh bas ek click away hai woh kitab aap ke aur aap ko sab itna easily accessible hai, easily aap usko download kar sakte hain, easily aap logon ko forward kar sakte hain. to yeh bohat bara kaam hua hai Allah taala ne khaas madad kiya hai. to jis se hum yeh kaam kar paye hain.</w:t>
      </w:r>
    </w:p>
    <w:p>
      <w:pPr>
        <w:jc w:val="right"/>
      </w:pPr>
      <w:r>
        <w:t>तो यह बहुत ही खुशी की बात है कि आप लोग जो हैं, जो जो किताब भी पढ़ना चाहेंगे, तो वह बस एक click away है वह किताब आपके और आपको सब इतना easily accessible है, easily आप उसको download कर सकते हैं, easily आप लोगों को forward कर सकते हैं. तो यह बहुत बड़ा काम हुआ है अल्लाह ताला ने खास मदद किया है. तो जिससे हम यह काम कर पाए हैं.</w:t>
      </w:r>
    </w:p>
    <w:p>
      <w:r>
        <w:rPr>
          <w:b/>
        </w:rPr>
        <w:t xml:space="preserve">[25:32] </w:t>
      </w:r>
      <w:r>
        <w:t>Inshallah, mazeed kitabein bohat jald isi tarah se tayyar ki jayengi. Let me explain this now. This PDF has been pinned to the comment section of this talk. It is also available on the CPS website.</w:t>
      </w:r>
    </w:p>
    <w:p>
      <w:pPr>
        <w:jc w:val="right"/>
      </w:pPr>
      <w:r>
        <w:t>इंशाल लाह, मज़ीद किताबें बहुत जल्द इसी तरीके से तैयार की जाएंगी. Let me explain this now. This PDF has been pinned to the comment section of this talk. It is also available on the CPS website.</w:t>
      </w:r>
    </w:p>
    <w:p>
      <w:r>
        <w:rPr>
          <w:b/>
        </w:rPr>
        <w:t xml:space="preserve">[25:51] </w:t>
      </w:r>
      <w:r>
        <w:t>So, what we have done is that all of his English books have been divided into 16 sections, 16 categories like discovering God, realization of God, attributes of God, concept of God, God oriented life, remembrance of God and many more.</w:t>
      </w:r>
    </w:p>
    <w:p>
      <w:pPr>
        <w:jc w:val="right"/>
      </w:pPr>
      <w:r>
        <w:t>So, what we have done is that all of his English books have been divided into 16 sections, 16 categories like discovering God, realization of God, attributes of God, concept of God, God oriented life, remembrance of God and many more.</w:t>
      </w:r>
    </w:p>
    <w:p>
      <w:r>
        <w:rPr>
          <w:b/>
        </w:rPr>
        <w:t xml:space="preserve">[26:12] </w:t>
      </w:r>
      <w:r>
        <w:t>So, when you carry this PDF on your phone, if you click download, it will take you onto the page of CPS where you can, download the book from there. Or if you click on the thumbnail, it will directly open the PDF on your phone, and you can start reading in the mobile format. Every section has English talks and Urdu talks of Maulana sahib.</w:t>
      </w:r>
    </w:p>
    <w:p>
      <w:pPr>
        <w:jc w:val="right"/>
      </w:pPr>
      <w:r>
        <w:t>So, when you carry this PDF on your phone, if you click download, it will take you onto the page of CPS where you can, download the book from there. Or if you click on the thumbnail, it will directly open the PDF on your phone, and you can start reading in the mobile format. Every section has English talks and उर्दू talks of मुलाना साहब.</w:t>
      </w:r>
    </w:p>
    <w:p>
      <w:r>
        <w:rPr>
          <w:b/>
        </w:rPr>
        <w:t xml:space="preserve">[26:41] </w:t>
      </w:r>
      <w:r>
        <w:t>So, you know, more than his, all his 100 books are now just a click away. Hundreds of his English and Urdu lectures, you can easily share it with people in your circle who ask for Maulana sahib's book. You can give him all the books, many of his lectures. As more and more his English books are under published, we'll keep adding this onto the PDF. But it makes it very easy and simple to spread.</w:t>
      </w:r>
    </w:p>
    <w:p>
      <w:pPr>
        <w:jc w:val="right"/>
      </w:pPr>
      <w:r>
        <w:t>So, you know, more than his, all his 100 books are now just a click away. Hundreds of his English and उर्दू lectures, you can easily share it with people in your circle who ask for मलाना साहब's book. You can give him all the books, many of his lectures. As more and more his English books are under published, we'll keep adding this onto the PDF. But it makes it very easy and simple to spread.</w:t>
      </w:r>
    </w:p>
    <w:p>
      <w:r>
        <w:rPr>
          <w:b/>
        </w:rPr>
        <w:t xml:space="preserve">[27:10] </w:t>
      </w:r>
      <w:r>
        <w:t>It's just a click away. So let us spread, all of his work to everyone in the academic circle. Let's post it on the social media circle, and let people discover the truth.</w:t>
      </w:r>
    </w:p>
    <w:p>
      <w:pPr>
        <w:jc w:val="right"/>
      </w:pPr>
      <w:r>
        <w:t>It's just a click away. So let us spread, all of his work to everyone in the academic circle. Let's post it on the social media circle, and let people discover the truth.</w:t>
      </w:r>
    </w:p>
    <w:p>
      <w:r>
        <w:rPr>
          <w:b/>
        </w:rPr>
        <w:t xml:space="preserve">[27:39] </w:t>
      </w:r>
      <w:r>
        <w:t>aap ab aaj ke kuch comments aur sawal aaye hain, wo main lena chahunga. yeh comment bheja hai professor Nazma Siddiqui ne Gurgaon se unhone likha hai Assalam alaikum, great learning, great session. aapka ek sawal bheja hai Asif Khan sahib ne unhone location nahi likhi hai.</w:t>
      </w:r>
    </w:p>
    <w:p>
      <w:pPr>
        <w:jc w:val="right"/>
      </w:pPr>
      <w:r>
        <w:t>आप अब आज के कुछ comments और सवाल आए हैं, वो मैं लेना चाहूंगा. यह comment भेजा है professor नजमा सिद्दिकी ने गुड़गांव से उन्होंने लिखा है अस्सलाम अलिकुम, great learning, great session. आपका एक सवाल भेजा है ऐसे खान साहब ने उन्होंने location नहीं लिखी है.</w:t>
      </w:r>
    </w:p>
    <w:p>
      <w:r>
        <w:rPr>
          <w:b/>
        </w:rPr>
        <w:t xml:space="preserve">[28:09] </w:t>
      </w:r>
      <w:r>
        <w:t>unka sawal hai ke zindagi ke asal maqsad ko kaise talash karein? iske bare mein bataein. yeh to bohat hi aasan ho gaya hai kyunke Quran jo divine book hai, woh preserved divine book hai. is se pehle kitabein preserve nahi ho paati thi.</w:t>
      </w:r>
    </w:p>
    <w:p>
      <w:pPr>
        <w:jc w:val="right"/>
      </w:pPr>
      <w:r>
        <w:t>उनका सवाल है कि ज़िंदगी के असल मकसद को कैसे तालाश करें? इसके बारे में बताएं. यह तो बहुत ही आसान हो गया है क्योंकि कुरान जो divine book है, वह preserved divine book है. इससे पहले किताबें preserve नहीं हो पाती थीं.</w:t>
      </w:r>
    </w:p>
    <w:p>
      <w:r>
        <w:rPr>
          <w:b/>
        </w:rPr>
        <w:t xml:space="preserve">[28:30] </w:t>
      </w:r>
      <w:r>
        <w:t>to woh preserve hai aur Rasool Allah sallam ki poori zindagi ek ek baat jo hai wo sara preserve hai, ashab e Rasool ki sari baatein preserve hain aur iske upar bohat kaam kiya gaya hai, usko select kiya gaya hai, agar koi baat us mein galat aa gayi hai to wo nikal diya gaya hai. jo asma ur rijal hai, uske zariye se tamam selection ho gaya hai.</w:t>
      </w:r>
    </w:p>
    <w:p>
      <w:pPr>
        <w:jc w:val="right"/>
      </w:pPr>
      <w:r>
        <w:t>तो वह preserve है और रसूल्लाह सल्लम की पूरी ज़िंदगी एक एक बात जो है वो सारा preserve है, असाब ए रसूल की सारी बातें preserve हैं और इसके ऊपर बहुत काम किया गया है, उसको select किया गया है, अगर कोई बात उसमें गलत आ गई है तो वो निकाल दिया गया है. जो असमाऊर रजाल है, उसके जरिए से तमाम selection हो गया है.</w:t>
      </w:r>
    </w:p>
    <w:p>
      <w:r>
        <w:rPr>
          <w:b/>
        </w:rPr>
        <w:t xml:space="preserve">[28:59] </w:t>
      </w:r>
      <w:r>
        <w:t>jo hadith ka, to ek ek cheez hamare samne hai. ab to yeh hai sirf ke hum, hamam kitne serious hain. jitna agar hum serious honge aur sachmuch hum chahte honge ke Khuda ke marzi hamein pata chale to yeh bilkul clear hai. yeh hamari seriousness par depend karega ke hamein hidayat kitni mil rahi hai. ji.</w:t>
      </w:r>
    </w:p>
    <w:p>
      <w:pPr>
        <w:jc w:val="right"/>
      </w:pPr>
      <w:r>
        <w:t>जो हदीश का, तो एक एक चीज़ हमारे सामने है. अब तो यह है सिर्फ कि हम, हमाम कितने serious हैं. जितना अगर हम serious होंगे और सचमुच हम चाहते होंगे कि खुदा के मर्ज़ी हमें पता चले तो यह बिल्कुल clear है. यह हमारी seriousness पर depend करेगा कि हमको हिदायत कितनी मिल रही है. जी.</w:t>
      </w:r>
    </w:p>
    <w:p>
      <w:r>
        <w:rPr>
          <w:b/>
        </w:rPr>
        <w:t xml:space="preserve">[29:26] </w:t>
      </w:r>
      <w:r>
        <w:t>aap yeh comment aur sawal bheja hai Zahoor ur Rehman sahib ne New Zealand se. unhone likha hai, apa aap ka ek ek lafz dil aur dimagh ko appeal karta hai, lekin yahi baatein agar hum, agar aaj ke aam Muslim ke samne pesh karein to hum par kufr aur Islam se gaddari ka ilzam laga dete hain.</w:t>
      </w:r>
    </w:p>
    <w:p>
      <w:pPr>
        <w:jc w:val="right"/>
      </w:pPr>
      <w:r>
        <w:t>आप यह comment और सवाल भेजा है ज़हूर और रहमान साहब ने New Zealand से. उन्होंने लिखा है, आपा आपका एक एक लफ्ज़ दिल और दिमाग को appeal करता है, लेकिन यही बातें अगर हम, अगर आज के आम मुस्लिम के सामने पेश करें तो हम पर कुफ्र और इस्लाम से गद्दारी का इलज़ाम लगा देते हैं.</w:t>
      </w:r>
    </w:p>
    <w:p>
      <w:r>
        <w:rPr>
          <w:b/>
        </w:rPr>
        <w:t xml:space="preserve">[29:53] </w:t>
      </w:r>
      <w:r>
        <w:t>My question is how to take this message to common Muslim who have been brainwashed by political Muslim scholars? wahi hai ke we have to differentiate between Islam and Muslim culture. to aaj jo Musalman hai woh ek culture unhone develop kar liya hai. us culture par hai.</w:t>
      </w:r>
    </w:p>
    <w:p>
      <w:pPr>
        <w:jc w:val="right"/>
      </w:pPr>
      <w:r>
        <w:t>My question is how to take this message to common मुस्लिम who have been brainwashed by political मुस्लिम scholars? वही है कि we have to differentiate between इस्लाम and मुस्लिम culture. तो आज जो मुसलमान है वह एक culture उन्होंने develop कर लिया है. उस culture पर है.</w:t>
      </w:r>
    </w:p>
    <w:p>
      <w:r>
        <w:rPr>
          <w:b/>
        </w:rPr>
        <w:t xml:space="preserve">[30:15] </w:t>
      </w:r>
      <w:r>
        <w:t>to hamein asal islam ko samajhna hoga, unse discussion karne honge, unko morana sahib ka literature dena hoga, unko batana hoga ki asal islam par bilkul parda pad gaya hai aur yeh hota hai tabhi to hakta kaha gaya hai hadish mein ki har sau varsh mein ek, ek reformer aata hai aur vah in pardon ko hatata hai.</w:t>
      </w:r>
    </w:p>
    <w:p>
      <w:pPr>
        <w:jc w:val="right"/>
      </w:pPr>
      <w:r>
        <w:t>तो हमें असल इस्लाम को समझना होगा, उनसे discussion करने होंगे, उनको मोराणा साहब का literature देना होगा, उनको बताना होगा कि असल इस्लाम पर बिल्कुल पर्दा पड़ गया है और यह होता है तभी तो हक्ता कहा गया है हदीश में कि हर सौ वर्ष में एक, एक reformer आता है और वह इन पर्दों को हटाता है.</w:t>
      </w:r>
    </w:p>
    <w:p>
      <w:r>
        <w:rPr>
          <w:b/>
        </w:rPr>
        <w:t xml:space="preserve">[30:39] </w:t>
      </w:r>
      <w:r>
        <w:t>to yeh pad jate hain kyunki jo log har aadmi apne zyan mujhse sochta hai aur tarah tarah ke influence society ke padte hain, to vah hota hai. to ab hamein chahiye ki hum original islam ki taraf jaen, quran, uska interpretation, uska explanation, molana sahib ki kitab hai, tafsir hai, taseer ul quran. tamam literature ab available hai. aapko kahin door jaane ki zaroorat nahi hai.</w:t>
      </w:r>
    </w:p>
    <w:p>
      <w:pPr>
        <w:jc w:val="right"/>
      </w:pPr>
      <w:r>
        <w:t>तो यह पड़ जाते हैं क्योंकि जो लोग हर आदमी अपने ज़्यान मुझसे सोचता है और तरह तरह के influence society के पढ़ते हैं, तो वह होता है. तो अब हमें चाहिए कि हम original इस्लाम की तरफ जाएं, कुरान, उसका interpretation, उसका explanation, मोलाना साहब की किताब है, तफ्सीर है, तस्कीर उल्कुरान. तमाम literature अब available है. आपको कहीं दूर जाने की ज़रूरत नहीं है.</w:t>
      </w:r>
    </w:p>
    <w:p>
      <w:r>
        <w:rPr>
          <w:b/>
        </w:rPr>
        <w:t xml:space="preserve">[31:09] </w:t>
      </w:r>
      <w:r>
        <w:t>to hum ab to hamara website hai. aap website par dekh len aur unse discussion karen, unko bataen, unko samjhaen bahut hi narmi ke sath. ab dekhiye allah taala ne jab hazrat musa ko firon ke paas bheja to kaha ki narmi ke sath usse baat karna. to hamein narmi ke sath baat karni hai aur unko samjhana hai zaroor, unko samajh mein aayega. ho sakta hai to time lage lekin samajh mein aa jayega, inshallah.</w:t>
      </w:r>
    </w:p>
    <w:p>
      <w:pPr>
        <w:jc w:val="right"/>
      </w:pPr>
      <w:r>
        <w:t>तो हम अब तो हमारा website है. आप website पर देख लें और उनसे discussion करें, उनको बताएं, उनको समझाएं बहुत ही नरमी के साथ. अब देखिए अल्लाह ताला ने जब हज़रत मूसा को फिरौन के पास भेजा तो कहा कि नरमी के साथ उससे बात करना. तो हमें नरमी के साथ बात करनी है और उनको समझाना है ज़रूर, उनको समझ में आएगा. हो सकता है तो time लगे लेकिन समझ में आ जाएगा, इंशाल अल्ला.</w:t>
      </w:r>
    </w:p>
    <w:p>
      <w:r>
        <w:rPr>
          <w:b/>
        </w:rPr>
        <w:t xml:space="preserve">[31:37] </w:t>
      </w:r>
      <w:r>
        <w:t>ismein ek point main add karna chahunga, vah yeh hai ki rasoolullah sallallahu alaihi wasallam ki zindagi ko hum dekhte hain to us zamane mein bhi logon ko roka jata tha. rasoolullah sallallahu alaihi wasallam ki baaton ko sunne se aap logon se milte jilte the aur roka jata tha. uske bawajood aap mile aur logon ko convince kiya vah aur vah aapke saathi bane.</w:t>
      </w:r>
    </w:p>
    <w:p>
      <w:pPr>
        <w:jc w:val="right"/>
      </w:pPr>
      <w:r>
        <w:t>इसमें एक point मैं add करना चाहूंगा, वह यह है कि रसुल्लाह सलाह सलाह सलाह की ज़िंदगी को हम देखते हैं तो उस ज़माने में भी लोगों को रोका जाता था. रसुल्लाह सलाह सलाह की बातों को सुनने से आप लोगों से मिलते जिलते थे और रोका जाता था. उसके बावजूद आप मिले और लोगों को convince किया वह और वह आपके साथी बने.</w:t>
      </w:r>
    </w:p>
    <w:p>
      <w:r>
        <w:rPr>
          <w:b/>
        </w:rPr>
        <w:t xml:space="preserve">[32:02] </w:t>
      </w:r>
      <w:r>
        <w:t>uske baad ke bhi dayiyon ki haal haath dekhiye abhi recent mein maulana wahiduddin khan sahib ne itni zyada mehnat ki ki abhi aap new zealand mein baithe hue aur maulana ki baaton ko sun rahe hain, unse convince hain. ek akele aadmi uthe the, unhone itna kaam kiya to hua. to mehnat karne se hota hai, mehnat karen aur hamesha maulana ek ayat zikr kya karte the?</w:t>
      </w:r>
    </w:p>
    <w:p>
      <w:pPr>
        <w:jc w:val="right"/>
      </w:pPr>
      <w:r>
        <w:t>उसके बाद के भी दायियों की हाल हाथ देखिए अभी recent में मौलाना विद्युद्दीन खान साहब ने इतनी ज़्यादा मेहनत की कि अभी आप New Zealand में बैठे हुए और मौलाना की बातों को sun रहे हैं, उनसे convince हैं. एक अकेले आदमी उठे थे, उन्होंने इतना काम किया तो हुआ. तो मेहनत करने से होता है, मेहनत करें और हमेशा मौलाना एक आयत ज़िक्री क्या करते थे?</w:t>
      </w:r>
    </w:p>
    <w:p>
      <w:r>
        <w:rPr>
          <w:b/>
        </w:rPr>
        <w:t xml:space="preserve">[32:26] </w:t>
      </w:r>
      <w:r>
        <w:t>kullam fiyansim qaulam bhalega ke aap aisi baat kahe jo unke mind ko address karein.</w:t>
      </w:r>
    </w:p>
    <w:p>
      <w:pPr>
        <w:jc w:val="right"/>
      </w:pPr>
      <w:r>
        <w:t>कुल्लाम फियंफसिम कौलम भलेगा कि आप ऐसी बात कहे जो उनके mind को address करें.</w:t>
      </w:r>
    </w:p>
    <w:p>
      <w:r>
        <w:rPr>
          <w:b/>
        </w:rPr>
        <w:t xml:space="preserve">[32:30] </w:t>
      </w:r>
      <w:r>
        <w:t>Mind ko address karne wali baat honi chahiye.</w:t>
      </w:r>
    </w:p>
    <w:p>
      <w:pPr>
        <w:jc w:val="right"/>
      </w:pPr>
      <w:r>
        <w:t>Mind को address करने वाली बात होनी चाहिए.</w:t>
      </w:r>
    </w:p>
    <w:p>
      <w:r>
        <w:rPr>
          <w:b/>
        </w:rPr>
        <w:t xml:space="preserve">[32:35] </w:t>
      </w:r>
      <w:r>
        <w:t>jo surah nisa kiya tha aur usi tarike se ek aur cheez manana yeh kehte tha aur woh</w:t>
      </w:r>
    </w:p>
    <w:p>
      <w:pPr>
        <w:jc w:val="right"/>
      </w:pPr>
      <w:r>
        <w:t>जो सुरंध नेशा किया था और उसी तरीके से एक और चीज़ मनाना यह कहते था और वो</w:t>
      </w:r>
    </w:p>
    <w:p>
      <w:r>
        <w:rPr>
          <w:b/>
        </w:rPr>
        <w:t xml:space="preserve">[32:40] </w:t>
      </w:r>
      <w:r>
        <w:t>Islam paasool bhi hai ke hamara kaam pohancha dena hai.</w:t>
      </w:r>
    </w:p>
    <w:p>
      <w:pPr>
        <w:jc w:val="right"/>
      </w:pPr>
      <w:r>
        <w:t>इस्लाम पौसूल भी है कि हमारा काम पहुंचा देना है.</w:t>
      </w:r>
    </w:p>
    <w:p>
      <w:r>
        <w:rPr>
          <w:b/>
        </w:rPr>
        <w:t xml:space="preserve">[32:44] </w:t>
      </w:r>
      <w:r>
        <w:t>Agar woh baat nahi maane to at least hamari taraf se kaam ho gaya.</w:t>
      </w:r>
    </w:p>
    <w:p>
      <w:pPr>
        <w:jc w:val="right"/>
      </w:pPr>
      <w:r>
        <w:t>अगर वो बात नहीं माने तो at least हमारी तरफ से काम हो गया.</w:t>
      </w:r>
    </w:p>
    <w:p>
      <w:r>
        <w:rPr>
          <w:b/>
        </w:rPr>
        <w:t xml:space="preserve">[32:49] </w:t>
      </w:r>
      <w:r>
        <w:t>Allah talan humko jo zimmedari di thi woh aadha ho gayi ke humne pohancha diya unko.</w:t>
      </w:r>
    </w:p>
    <w:p>
      <w:pPr>
        <w:jc w:val="right"/>
      </w:pPr>
      <w:r>
        <w:t>अल्लाह तलन हमको जो ज़िम्मेदारी दी थी वो आधा हो गई कि हमने पहुंचा दिया उनको.</w:t>
      </w:r>
    </w:p>
    <w:p>
      <w:r>
        <w:rPr>
          <w:b/>
        </w:rPr>
        <w:t xml:space="preserve">[32:54] </w:t>
      </w:r>
      <w:r>
        <w:t>Dawa bhee karne chahiye uske saath.</w:t>
      </w:r>
    </w:p>
    <w:p>
      <w:pPr>
        <w:jc w:val="right"/>
      </w:pPr>
      <w:r>
        <w:t>द्वाभी करने चाहिए उसके साथ.</w:t>
      </w:r>
    </w:p>
    <w:p>
      <w:r>
        <w:rPr>
          <w:b/>
        </w:rPr>
        <w:t xml:space="preserve">[32:59] </w:t>
      </w:r>
      <w:r>
        <w:t>abk kuch comments aur hai hain. miss qurutulain ne srinagar se likha hai, congratulations for launching the books of maulana sahib in english. handing over the treasure of knowledge and wisdom to people is a great job done by cps. firoz siddiq sahib ne likha hai, allah hum sabko deen ka dai banaye, amin, summa amin.</w:t>
      </w:r>
    </w:p>
    <w:p>
      <w:pPr>
        <w:jc w:val="right"/>
      </w:pPr>
      <w:r>
        <w:t>अबक कुछ comments और है हैं. Miss कुरुतलेन ने श्री नगर से लिखा है, congratulations for launching the books of मुलाना साहब in English. Handing over the treasure of knowledge and wisdom to people is a great job done by CPS. फिरोज़ सिद्ध साहब ने लिखा है, अल्लाह हम सबको दीन का दाई बनाएं, अमीन, सुम्मा अमीन.</w:t>
      </w:r>
    </w:p>
    <w:p>
      <w:r>
        <w:rPr>
          <w:b/>
        </w:rPr>
        <w:t xml:space="preserve">[33:24] </w:t>
      </w:r>
      <w:r>
        <w:t>miss reshma parvez ne likha hai, inshallah you will be among those who will be under the shade of the throne of rehman on the day of judgement. aap yeh sawal puchha hai mushtaq qureshi sahib ne jo mumbai ko belong karte hain. unhone likha hai ki do you think masses are away from islam?</w:t>
      </w:r>
    </w:p>
    <w:p>
      <w:pPr>
        <w:jc w:val="right"/>
      </w:pPr>
      <w:r>
        <w:t>Miss रेशमा परवेज़ ने लिखा है, Inshallah you will be among those who will be under the shade of the throne of अर्रह्मान on the day of judgement. आप यह सवाल पुछा है मुश्ताक कुरेशी साहब ने जो Mumbai को belong करते हैं. उन्होंने लिखा है कि do you think masses are away from इस्लाम?</w:t>
      </w:r>
    </w:p>
    <w:p>
      <w:r>
        <w:rPr>
          <w:b/>
        </w:rPr>
        <w:t xml:space="preserve">[33:49] </w:t>
      </w:r>
      <w:r>
        <w:t>why is it that today muslims are linked to all the negative events? asal mein ismein media ka bahut dakhal hai. log jo hain vah akhbar padhte hain, khabren dekhte hain aur usse apne rai banate hain. to hamein mehnat karni padegi. unke sath bhi mehnat karni padegi.</w:t>
      </w:r>
    </w:p>
    <w:p>
      <w:pPr>
        <w:jc w:val="right"/>
      </w:pPr>
      <w:r>
        <w:t>Why is it that today मुस्लिमs are linked to all the negative events? असल में इसमें media का बहुत दखल है. लोग जो हैं वह अखबार पढ़ते हैं, खबरें देखते हैं और उससे अपने राय बनाते हैं. तो हमें मेहनत करनी पड़ेगी. उनके साथ भी मेहनत करनी पड़ेगी.</w:t>
      </w:r>
    </w:p>
    <w:p>
      <w:r>
        <w:rPr>
          <w:b/>
        </w:rPr>
        <w:t xml:space="preserve">[34:12] </w:t>
      </w:r>
      <w:r>
        <w:t>unko batana hoga quran ke hawale se, hadith ke hawale se, rasoolullah sallallahu alaihi wasallam ki zindagi ke hawale se. to batayenge to samjhenge usmein. ab zaroori nahi ki har aadmi jo hai vah samajh le lekin bahut sare log aise nikalenge jo aapki baaton ko samjhenge usko pakdenge. to asal mein hum log poori mehnat bhi nahi rahe hain na. to iske liye bahut mehnat ki karne ki zaroorat hai.</w:t>
      </w:r>
    </w:p>
    <w:p>
      <w:pPr>
        <w:jc w:val="right"/>
      </w:pPr>
      <w:r>
        <w:t>उनको बताना होगा कुरान के हवाले से, हदीस के हवाले से, रसूल्लाह सरसलम की ज़िंदगी के हवाले से. तो बताएंगे तो समझेंगे उसमें. अब ज़रूरी नहीं कि हर आदमी जो है वह समझ ले लेकिन बहुत सारे लोग ऐसे निकलेंगे जो आपकी बातों को समझेंगे उसको पकड़ेंगे. तो असल में हम लोग पूरी मेहनत भी नहीं रहे हैं ना. तो इसके लिए बहुत मेहनत की करने की ज़रूरत है.</w:t>
      </w:r>
    </w:p>
    <w:p>
      <w:r>
        <w:rPr>
          <w:b/>
        </w:rPr>
        <w:t xml:space="preserve">[34:39] </w:t>
      </w:r>
      <w:r>
        <w:t>jab bigad itna zyada hai to usi hisab se mehnat bhi karni padegi. to log ghar ghar aise program karen, kam se kam mahine mein ek meeting karen, to vah is tarike se thoda time lagega, lekin hum ek tehreek chala sakte hain puram tarike se aur logon ko samjhane ki khali yeh baat keh dena ki vah log samajh nahi rahe hain, yeh kafi nahi hai.</w:t>
      </w:r>
    </w:p>
    <w:p>
      <w:pPr>
        <w:jc w:val="right"/>
      </w:pPr>
      <w:r>
        <w:t>जब बिगाड़ इतना ज़्यादा है तो उसी हिसाब से मेहनत भी करनी पड़ेगी. तो लोग घर घर ऐसे program करें, कम से कम महीने में एक meeting करें, तो वह इस तरीके से थोड़ा time लगेगा, लेकिन हम एक तैरीक चला सकते हैं पूराम तरीके से और लोगों को समझाने की खाली यह बात कह देना कि वह लोग समझ नहीं रहे हैं, यह काफी नहीं है.</w:t>
      </w:r>
    </w:p>
    <w:p>
      <w:r>
        <w:rPr>
          <w:b/>
        </w:rPr>
        <w:t xml:space="preserve">[35:05] </w:t>
      </w:r>
      <w:r>
        <w:t>ab rasoolullah sallallahu alaihi wasallam ki zindagi mein har tarah ki misalen hain, wahan bhi log nahi samajh rahe the, lekin aap jo hain, kisi tarike se aapne koi bhi opportunity ko chhoda nahi, jahan aapko maloom hota hai ki koi naya aadmi makka mein aaya foran, aap uske paas jate aur usko paigham pahunchate hain. halanki logon aapko patthar marte the, tab bhi aap usko jate aur paigham pahunchate.</w:t>
      </w:r>
    </w:p>
    <w:p>
      <w:pPr>
        <w:jc w:val="right"/>
      </w:pPr>
      <w:r>
        <w:t>अब रसूल्ला सुस्लाम की ज़िंदगी में हर तरह की मिसालें हैं, वहां भी लोग नहीं समझ रहे थे, लेकिन आप जो हैं, किसी तरीके से आपने कोई भी opportunity को छोड़ा नहीं, जहां आपको मालूम होता है कि कोई नया आदमी मक्का में आया फ़ौरन, आप उसके पास जाते और उसको पैगाम पहुंचाते हैं. हालांकि लोगों आपको पत्थर मारते थे, तब भी आप उसको जाते और पैगाम पहुंचाते.</w:t>
      </w:r>
    </w:p>
    <w:p>
      <w:r>
        <w:rPr>
          <w:b/>
        </w:rPr>
        <w:t xml:space="preserve">[35:31] </w:t>
      </w:r>
      <w:r>
        <w:t>yeh nahi keh dete ki nahi mahaul achha nahi hai, hum nahi yeh kaam kar sakte. to yahi hamein bhi karna padega agar hum chahte hain ki rasoolullah sallallahu alaihi wasallam ki ummati qarar paen, humko uska sawab mile. akhirat mein humko rasoolullah sallallahu alaihi wasallam ke sath jagah mile, jannat mein jagah mile. to hamein aapke footstep par hi chalna padega aur isi tarike se kaam ho sakta hai.</w:t>
      </w:r>
    </w:p>
    <w:p>
      <w:pPr>
        <w:jc w:val="right"/>
      </w:pPr>
      <w:r>
        <w:t>यह नहीं कह देते कि नहीं माहौल अच्छा नहीं है, हम नहीं यह काम कर सकते. तो यही हमें भी करना पड़ेगा अगर हम चाहते हैं कि रसूल्लाह सरस्लाम की उम्मती करार पाएं, हमको उसका सवाल मिले. आखिरत में हमको रसूल्लाह सस्लाम के साथ जगह मिले, जन्नत में जगह मिले. तो हमें आपके footstep पर ही चलना पड़ेगा और इसी तरीके से काम हो सकता है.</w:t>
      </w:r>
    </w:p>
    <w:p>
      <w:r>
        <w:rPr>
          <w:b/>
        </w:rPr>
        <w:t xml:space="preserve">[36:00] </w:t>
      </w:r>
      <w:r>
        <w:t>rasoolullah ki zindagi kaise rasoolullah ne kaam kiya usko ek misal main dena chahunga aur usko samajhne ke liye ki vah kis tarike kaam tha ki aaj hum dekhte hain ki gali kunchon mein sabzi kehte hue jate the.</w:t>
      </w:r>
    </w:p>
    <w:p>
      <w:pPr>
        <w:jc w:val="right"/>
      </w:pPr>
      <w:r>
        <w:t>रसूल्ला की ज़िंदगी कैसे रसूल्ला ने काम किया उसको एक मिसाल मैं देना चाहूंगा और उसको समझने के लिए कि वह किस तरीके काम था कि आज हम देखते हैं कि गली कुंचों में सब्ज़ी कहते हुए जाते थे.</w:t>
      </w:r>
    </w:p>
    <w:p>
      <w:r>
        <w:rPr>
          <w:b/>
        </w:rPr>
        <w:t xml:space="preserve">[36:30] </w:t>
      </w:r>
      <w:r>
        <w:t>har ek sunta tha, bheed laga deta tha aur us, aur rasoolullah ke peeche peeche aapke chacha abu talib awaaz lagate hue jate ki yeh jhootha hai, iski baat nahi manna.</w:t>
      </w:r>
    </w:p>
    <w:p>
      <w:pPr>
        <w:jc w:val="right"/>
      </w:pPr>
      <w:r>
        <w:t>हर एक सुनता था, भीड़ लगा देता था और उस, और रसूल्लाह के पीछे पीछे आपके चचा अबूल्लाह आवाज़ लगाते हुए जाते कि यह झूठा है, इसकी बात नहीं मानना.</w:t>
      </w:r>
    </w:p>
    <w:p>
      <w:r>
        <w:rPr>
          <w:b/>
        </w:rPr>
        <w:t xml:space="preserve">[36:58] </w:t>
      </w:r>
      <w:r>
        <w:t>lekin kaam mein sanjeedgi honi chahiye to insanon tak baat ko pahunchaya ja sakti hai. zaroor, rehman sahib ne new zealand se likha hai, jaza kallah cps for sharing this gift. doctor safeena tabassum ne saharanpur se likha hai, may allah accept the efforts of cps international.</w:t>
      </w:r>
    </w:p>
    <w:p>
      <w:pPr>
        <w:jc w:val="right"/>
      </w:pPr>
      <w:r>
        <w:t>लेकिन काम का में संजीदगी होनी चाहिए तो इंसानों तक बात को पहुंचाया जा सकती है. ज़रूर, रहमान साहब ने New Zealand से लिखा है, जज़ा कल्लाह CPS for sharing this gift. Doctor सफीना तबस्सुम ने सानंदपुर से लिखा है, may Allah accept the efforts of CPS international.</w:t>
      </w:r>
    </w:p>
    <w:p>
      <w:r>
        <w:rPr>
          <w:b/>
        </w:rPr>
        <w:t xml:space="preserve">[37:22] </w:t>
      </w:r>
      <w:r>
        <w:t>g h nabi sahib ne srinagar se likha hai ki jammu kashmir mein available kara dijiye books. to abhi jaise apa ne launch kiya hai pdf ko, to aap uske zariye sari kitaben hasil kar sakte hain. lekin agar aapko hard copies chahiye to aap www.goodwordbooks.com se aap hard copies bhi hasil kar sakte hain.</w:t>
      </w:r>
    </w:p>
    <w:p>
      <w:pPr>
        <w:jc w:val="right"/>
      </w:pPr>
      <w:r>
        <w:t>G H नबी साहब ने श्रीनगर से लिखा है कि जम्मू कश्मीर में available करा दीजिए books. तो अभी जैसे आपा ने launch किया है PDF को, तो आप उसके ज़रिए सारी किताबें हासिल कर सकते हैं. लेकिन अगर आपको hard copies चाहिए तो आप www.goodwordbooks.com से आप hard copies भी हासिल कर सकते हैं.</w:t>
      </w:r>
    </w:p>
    <w:p>
      <w:r>
        <w:rPr>
          <w:b/>
        </w:rPr>
        <w:t xml:space="preserve">[37:49] </w:t>
      </w:r>
      <w:r>
        <w:t>To aapko yeh Jammu Srinagar mein kaafi kitabein padhi jaati hain Maulana sahib ki aur kaafi kitabein bheji</w:t>
      </w:r>
    </w:p>
    <w:p>
      <w:pPr>
        <w:jc w:val="right"/>
      </w:pPr>
      <w:r>
        <w:t>तो आपको यह जम्मू श्रीनगर में काफी किताबें पढ़ी जाती हैं मुलाना साहब की और काफी किताबें भेजी</w:t>
      </w:r>
    </w:p>
    <w:p>
      <w:r>
        <w:rPr>
          <w:b/>
        </w:rPr>
        <w:t xml:space="preserve">[37:55] </w:t>
      </w:r>
      <w:r>
        <w:t>bhi jaati hain.</w:t>
      </w:r>
    </w:p>
    <w:p>
      <w:pPr>
        <w:jc w:val="right"/>
      </w:pPr>
      <w:r>
        <w:t>भी जाती हैं.</w:t>
      </w:r>
    </w:p>
    <w:p>
      <w:r>
        <w:rPr>
          <w:b/>
        </w:rPr>
        <w:t xml:space="preserve">[38:01] </w:t>
      </w:r>
      <w:r>
        <w:t>To aap usko hasil kar sakte hain dono zaryon se.</w:t>
      </w:r>
    </w:p>
    <w:p>
      <w:pPr>
        <w:jc w:val="right"/>
      </w:pPr>
      <w:r>
        <w:t>तो आप उसको हासिल कर सकते हैं दोनों ज़रियों से.</w:t>
      </w:r>
    </w:p>
    <w:p>
      <w:r>
        <w:rPr>
          <w:b/>
        </w:rPr>
        <w:t xml:space="preserve">[38:08] </w:t>
      </w:r>
      <w:r>
        <w:t>Uske baad comment aaya hai miss Roma Vani ji ka Srinagar se unhone likha hai Inshallah people will one</w:t>
      </w:r>
    </w:p>
    <w:p>
      <w:pPr>
        <w:jc w:val="right"/>
      </w:pPr>
      <w:r>
        <w:t>उसके बाद comment आया है miss रोमावानी जी का श्रीनगर से उन्होंने लिखा है इन्शालाह people will one</w:t>
      </w:r>
    </w:p>
    <w:p>
      <w:r>
        <w:rPr>
          <w:b/>
        </w:rPr>
        <w:t xml:space="preserve">[38:14] </w:t>
      </w:r>
      <w:r>
        <w:t>day wash out the negative cultural social customs with the strength of the teachings of Islam.</w:t>
      </w:r>
    </w:p>
    <w:p>
      <w:pPr>
        <w:jc w:val="right"/>
      </w:pPr>
      <w:r>
        <w:t>day wash out the negative cultural social customs with the strength of the teachings of इस्लाम.</w:t>
      </w:r>
    </w:p>
    <w:p>
      <w:r>
        <w:rPr>
          <w:b/>
        </w:rPr>
        <w:t xml:space="preserve">[38:21] </w:t>
      </w:r>
      <w:r>
        <w:t>Aapka agla sawal poochna chahunga.</w:t>
      </w:r>
    </w:p>
    <w:p>
      <w:pPr>
        <w:jc w:val="right"/>
      </w:pPr>
      <w:r>
        <w:t>आपका अगला सवाल पूछना चाहूंगा.</w:t>
      </w:r>
    </w:p>
    <w:p>
      <w:r>
        <w:rPr>
          <w:b/>
        </w:rPr>
        <w:t xml:space="preserve">[38:25] </w:t>
      </w:r>
      <w:r>
        <w:t>Yeh unhone location nahi likhi hai, Shaheen Ali ne bheja hai.</w:t>
      </w:r>
    </w:p>
    <w:p>
      <w:pPr>
        <w:jc w:val="right"/>
      </w:pPr>
      <w:r>
        <w:t>यह उन्होंने location नहीं लिखी है, शाहीन अली ने भेजा है.</w:t>
      </w:r>
    </w:p>
    <w:p>
      <w:r>
        <w:rPr>
          <w:b/>
        </w:rPr>
        <w:t xml:space="preserve">[38:29] </w:t>
      </w:r>
      <w:r>
        <w:t>Unhone likha hai Jaza kallah for the talk.</w:t>
      </w:r>
    </w:p>
    <w:p>
      <w:pPr>
        <w:jc w:val="right"/>
      </w:pPr>
      <w:r>
        <w:t>उन्होंने लिखा है जज़ा कल्लाह for the talk.</w:t>
      </w:r>
    </w:p>
    <w:p>
      <w:r>
        <w:rPr>
          <w:b/>
        </w:rPr>
        <w:t xml:space="preserve">[38:34] </w:t>
      </w:r>
      <w:r>
        <w:t>My question is where is the failure as today even so called civilized state are going for wars</w:t>
      </w:r>
    </w:p>
    <w:p>
      <w:pPr>
        <w:jc w:val="right"/>
      </w:pPr>
      <w:r>
        <w:t>My question is where is the failure as today even so called civilized state are going for wars</w:t>
      </w:r>
    </w:p>
    <w:p>
      <w:r>
        <w:rPr>
          <w:b/>
        </w:rPr>
        <w:t xml:space="preserve">[38:38] </w:t>
      </w:r>
      <w:r>
        <w:t>like Russia, USA.</w:t>
      </w:r>
    </w:p>
    <w:p>
      <w:pPr>
        <w:jc w:val="right"/>
      </w:pPr>
      <w:r>
        <w:t>like Russia, USA.</w:t>
      </w:r>
    </w:p>
    <w:p>
      <w:r>
        <w:rPr>
          <w:b/>
        </w:rPr>
        <w:t xml:space="preserve">[38:43] </w:t>
      </w:r>
      <w:r>
        <w:t>To kahan par galti ho rahi hai?</w:t>
      </w:r>
    </w:p>
    <w:p>
      <w:pPr>
        <w:jc w:val="right"/>
      </w:pPr>
      <w:r>
        <w:t>तो कहां पर गलती हो रही है?</w:t>
      </w:r>
    </w:p>
    <w:p>
      <w:r>
        <w:rPr>
          <w:b/>
        </w:rPr>
        <w:t xml:space="preserve">[38:47] </w:t>
      </w:r>
      <w:r>
        <w:t>Kahan par failure hai ke aaj nations aapas mein lad rahe hain?</w:t>
      </w:r>
    </w:p>
    <w:p>
      <w:pPr>
        <w:jc w:val="right"/>
      </w:pPr>
      <w:r>
        <w:t>कहां पर failure है कि आज nations आपस में लड़ रहे हैं?</w:t>
      </w:r>
    </w:p>
    <w:p>
      <w:r>
        <w:rPr>
          <w:b/>
        </w:rPr>
        <w:t xml:space="preserve">[38:52] </w:t>
      </w:r>
      <w:r>
        <w:t>yahi yahi failure hai unko khud aakar creation plan nahi maloom. vah duniya mein sab kuch hasil karna chahte hain. jabki duniya iske liye bana hi nahi gayi hai ki hamare tamam ambitions fulfill ho yahan par. duniya to khatm hi hone wali hai kyunki scientist ne keh diya hai ki chalis pachas saal bhi duniya survive kar jaye, sare jo resources hain, bahut tezi se khatm ho rahe hain, phir bhi usi duniya ke liye lad rahe hain.</w:t>
      </w:r>
    </w:p>
    <w:p>
      <w:pPr>
        <w:jc w:val="right"/>
      </w:pPr>
      <w:r>
        <w:t>यही यही failure है उनको खुद आकर creation plan नहीं मालूम. वह दुनिया में सब कुछ हासिल करना चाहते हैं. जबकि दुनिया इसके लिए बना ही नहीं गई है कि हमारे तमाम ambitions fulfill हो यहाँ पर. दुनिया तो खत्म ही होने वाली है क्योंकि scientist ने कह दिया है कि चालीस पचास साल भी दुनिया survive कर जाए, सारे जो resources हैं, बहुत तेजी से खत्म हो रहे हैं, फिर भी उसी दुनिया के लिए लड़ रहे हैं.</w:t>
      </w:r>
    </w:p>
    <w:p>
      <w:r>
        <w:rPr>
          <w:b/>
        </w:rPr>
        <w:t xml:space="preserve">[39:22] </w:t>
      </w:r>
      <w:r>
        <w:t>To yeh to bahut hi zyada naasamjhi ki baat hai.</w:t>
      </w:r>
    </w:p>
    <w:p>
      <w:pPr>
        <w:jc w:val="right"/>
      </w:pPr>
      <w:r>
        <w:t>तो यह तो बहुत ही ज़्यादा नासमझी की बात है.</w:t>
      </w:r>
    </w:p>
    <w:p>
      <w:r>
        <w:rPr>
          <w:b/>
        </w:rPr>
        <w:t xml:space="preserve">[39:28] </w:t>
      </w:r>
      <w:r>
        <w:t>Hum, ab hamari zimmedari aur zyada hoti hai ke hum unko Islam ka kaam pohanchaye ke asal</w:t>
      </w:r>
    </w:p>
    <w:p>
      <w:pPr>
        <w:jc w:val="right"/>
      </w:pPr>
      <w:r>
        <w:t>हम, अब हमारी ज़िम्मेदारी और ज़्यादा होती है कि हम उनको इस्लाम cup का काम पहुंचाएं कि असल</w:t>
      </w:r>
    </w:p>
    <w:p>
      <w:r>
        <w:rPr>
          <w:b/>
        </w:rPr>
        <w:t xml:space="preserve">[39:35] </w:t>
      </w:r>
      <w:r>
        <w:t>zindagi ka maqsad kya hai aur humko marne ke baad hamari accountability hai, humein khud aage aage jawabde</w:t>
      </w:r>
    </w:p>
    <w:p>
      <w:pPr>
        <w:jc w:val="right"/>
      </w:pPr>
      <w:r>
        <w:t>ज़िंदगी का मकसद क्या है और हमको मरने के बाद हमारी accountability है, हमें खुद आगे आगे जवाबदे</w:t>
      </w:r>
    </w:p>
    <w:p>
      <w:r>
        <w:rPr>
          <w:b/>
        </w:rPr>
        <w:t xml:space="preserve">[39:42] </w:t>
      </w:r>
      <w:r>
        <w:t>dein, jawabdehi karni hai aur wahan jannat hai, jahannum hai, to yahi samajh mein aata hai ke un</w:t>
      </w:r>
    </w:p>
    <w:p>
      <w:pPr>
        <w:jc w:val="right"/>
      </w:pPr>
      <w:r>
        <w:t>दें, जवाबदेही करनी है और वहां जन्नत है, जन्नम है, तो यही समझ में आता है कि उन</w:t>
      </w:r>
    </w:p>
    <w:p>
      <w:r>
        <w:rPr>
          <w:b/>
        </w:rPr>
        <w:t xml:space="preserve">[39:49] </w:t>
      </w:r>
      <w:r>
        <w:t>tak bhi Islam ka paigham pohanchana chahiye.</w:t>
      </w:r>
    </w:p>
    <w:p>
      <w:pPr>
        <w:jc w:val="right"/>
      </w:pPr>
      <w:r>
        <w:t>तक भी इस्लाम का प्रकाम पहुंचना चाहिए.</w:t>
      </w:r>
    </w:p>
    <w:p>
      <w:r>
        <w:rPr>
          <w:b/>
        </w:rPr>
        <w:t xml:space="preserve">[39:56] </w:t>
      </w:r>
      <w:r>
        <w:t>ji. okay. so we don't have any more questions but there is one more launch today and we are very happy to share with you the launch of english book of maulana wahiduddin khan sahib with the title the concept of jihad in islam.</w:t>
      </w:r>
    </w:p>
    <w:p>
      <w:pPr>
        <w:jc w:val="right"/>
      </w:pPr>
      <w:r>
        <w:t>जी. Okay. So we don't have any more questions but there is one more launch today and we are very happy to share with you the launch of English book of मुलाना वैदुद्दीन खान साहब with the title The Concept of जिहाद in Islam.</w:t>
      </w:r>
    </w:p>
    <w:p>
      <w:r>
        <w:rPr>
          <w:b/>
        </w:rPr>
        <w:t xml:space="preserve">[40:23] </w:t>
      </w:r>
      <w:r>
        <w:t>the peaceful ideological struggle in the path of god and this book is the urdu translation of islami jihad. it is now available on cps website. you can download the book and you can start circulating it.</w:t>
      </w:r>
    </w:p>
    <w:p>
      <w:pPr>
        <w:jc w:val="right"/>
      </w:pPr>
      <w:r>
        <w:t>The Peaceful Ideological Struggle in the Path of God and this book is the उर्दू translation of इस्लामी जिहाद. It is now available on CPS website. You can download the book and you can start circulating it.</w:t>
      </w:r>
    </w:p>
    <w:p>
      <w:r>
        <w:rPr>
          <w:b/>
        </w:rPr>
        <w:t xml:space="preserve">[40:44] </w:t>
      </w:r>
      <w:r>
        <w:t>to launch this book, i will request doctor saniya steen khan sahib to come here and launch this book, the concept of jihad in islam. bismillah hir rahman nir rahim, mujhe bahut khushi ho rahi hai is kitab ko launch karte hue, the concept of jihad in islam.</w:t>
      </w:r>
    </w:p>
    <w:p>
      <w:pPr>
        <w:jc w:val="right"/>
      </w:pPr>
      <w:r>
        <w:t>To launch this book, I will request Doctor सानिया स्तेन खान साहब to come here and launch this book, The Concept of जिहाद in Islam. जिस्मिल्लाई रमान जी रहीम, मुझे बहुत खुशी हो रही है इस किताब को launch करते हुए, the concept of जिहाद in Islam.</w:t>
      </w:r>
    </w:p>
    <w:p>
      <w:r>
        <w:rPr>
          <w:b/>
        </w:rPr>
        <w:t xml:space="preserve">[41:13] </w:t>
      </w:r>
      <w:r>
        <w:t>yeh kitab ek maulana ki kitab ka hissa hai jiska naam hai islami jihad. maulana ne jihad ka jo concept hai usko pehli baar itna wazeh kiya hai ki jihad ka matlab jang nahi hai balki ek peaceful ideological struggle hai.</w:t>
      </w:r>
    </w:p>
    <w:p>
      <w:pPr>
        <w:jc w:val="right"/>
      </w:pPr>
      <w:r>
        <w:t>यह किताब एक मौलाना की किताब का हिस्सा है जिसका नाम है इस्लामी जिहाद. मौलाना ने जिहाद का जो concept है उसको पहली बार इतना वाज़े किया है कि जिहाद का मतलब जंग नहीं है बल्कि एक peaceful ideological struggle है.</w:t>
      </w:r>
    </w:p>
    <w:p>
      <w:r>
        <w:rPr>
          <w:b/>
        </w:rPr>
        <w:t xml:space="preserve">[41:39] </w:t>
      </w:r>
      <w:r>
        <w:t>chunki woh jis zamane mein prophet mohammad aur sahaba the to woh, woh daur ek closed society thi. tribal culture tha aur intolerance tha aur azaadi nahi thi, zehni azaadi nahi thi. to log ladte the agar koi positive cheez bhi aap pesh karein unhein.</w:t>
      </w:r>
    </w:p>
    <w:p>
      <w:pPr>
        <w:jc w:val="right"/>
      </w:pPr>
      <w:r>
        <w:t>चूंकि वह जिस ज़माने में prophet मोहम्मद और साहबा थे तो वह, वह दौर एक closed society थी. Tribal culture था और intolerance था और आज़ादी नहीं थी, ज़हनी आज़ादी नहीं थी. तो लोग लड़ते थे अगर कोई positive चीज़ भी आप पेश करें उन्हें.</w:t>
      </w:r>
    </w:p>
    <w:p>
      <w:r>
        <w:rPr>
          <w:b/>
        </w:rPr>
        <w:t xml:space="preserve">[42:02] </w:t>
      </w:r>
      <w:r>
        <w:t>to us wajah se kuch jangein bahut hi mamooli andaaz ki hui jo aaj aap ne jiske upar raushni daali. to uski wajah se log yeh samajhte hain ki humein aaj bhi jang karni hai aur jang karke hukoomat kayam karni hai jo ki sarasar razail islami saboor hai.</w:t>
      </w:r>
    </w:p>
    <w:p>
      <w:pPr>
        <w:jc w:val="right"/>
      </w:pPr>
      <w:r>
        <w:t>तो उस वजह से कुछ जंगे बहुत ही मामूली अंदाज़ की हुई जो आज आपा ने जिसके ऊपर रौशनी डाली. तो उसकी वजह से लोग यह समझते हैं कि हमें आज भी जंग करनी है और जंग करके हुकूमत कायम करनी है जो कि सरासर रज़ैल इस्लामी सबूर है.</w:t>
      </w:r>
    </w:p>
    <w:p>
      <w:r>
        <w:rPr>
          <w:b/>
        </w:rPr>
        <w:t xml:space="preserve">[42:26] </w:t>
      </w:r>
      <w:r>
        <w:t>jihad ka matlab hai ki utmost struggle towards spreading the word of god yaani quran ke paigham ko saare logon tak pahunchane ki koshish aakhiri had tak karna yahi jihad hai.</w:t>
      </w:r>
    </w:p>
    <w:p>
      <w:pPr>
        <w:jc w:val="right"/>
      </w:pPr>
      <w:r>
        <w:t>जिहाद का मतलब है कि utmost struggle towards spreading the word of god यानी कुरान के पैगाम को सारे लोगों तक पहुंचाने की कोशिश आखिरी हद तक करना यही जिहाद है.</w:t>
      </w:r>
    </w:p>
    <w:p>
      <w:r>
        <w:rPr>
          <w:b/>
        </w:rPr>
        <w:t xml:space="preserve">[42:44] </w:t>
      </w:r>
      <w:r>
        <w:t>to main bahut hi khushi hai mujhe is book ko launch karte hue aur latala un sab logon ko azrezi mata karein jinhone is kaam mein hisse liya. wahkhurut dawana alhang ilhirab pila lo. thank you, doctor sahab. ok, we will end today's session. we'll be back next Sunday 10:30AM. thank you.</w:t>
      </w:r>
    </w:p>
    <w:p>
      <w:pPr>
        <w:jc w:val="right"/>
      </w:pPr>
      <w:r>
        <w:t>तो मैं बहुत ही खुशी है मुझे इस book को launch करते हुए और लताला उन सब लोगों को अज़रेज़ी मता करे जिन्होंने इस काम में हिस्से लिया. वाहखरुत दावाना अल्हंगु इल्हाहिरब पिला लो. Thank you, doctor साहब. Ok, we will end today's session.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