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Tahajjud Prayer February 27, 2022 Dr. Saniyasnain Khan</w:t>
      </w:r>
    </w:p>
    <w:p>
      <w:r>
        <w:t>https://www.youtube.com/watch?v=QKVdxVFto7s</w:t>
      </w:r>
    </w:p>
    <w:p>
      <w:r>
        <w:rPr>
          <w:b/>
        </w:rPr>
        <w:t xml:space="preserve">[00:11] </w:t>
      </w:r>
      <w:r>
        <w:t>asalamaalekum. in our last conversation we talked about the spirit of namaz. many of you loved the program and sent us very encouraging and good feedback. so in continuation to our last conversation, today we will be discussing about the spirit of tahajjud prayer. in many hadith tahajjud has been mentioned as qyamul lail or sarato lail.</w:t>
      </w:r>
    </w:p>
    <w:p>
      <w:pPr>
        <w:jc w:val="right"/>
      </w:pPr>
      <w:r>
        <w:t>असालामालेकुम. In our last conversation we talked about the spirit of नमाज़. Many of you loved the program and sent us very encouraging and good feedback. So in continuation to our last conversation, today we will be discussing about the spirit of तहज्जुद prayer. In many हदीस तहज्जुद has been mentioned as क्यामुल लैल और सरातो लैल.</w:t>
      </w:r>
    </w:p>
    <w:p>
      <w:r>
        <w:rPr>
          <w:b/>
        </w:rPr>
        <w:t xml:space="preserve">[00:39] </w:t>
      </w:r>
      <w:r>
        <w:t>tahajjud as we know is a nafil or a voluntary prayer, par tab bhi hazrat aisha ne ek baar farmaya ki tum log tahajjud ki namaz ko mat chhodna, kyunki rasul ullah kabhi bhi tahajjud ki namaz ko nahi chhoda karte the. jab woh bimar hote ya thake hote tab bhi woh baithkar tahajjud padhte. to chaliye aaj baatchit karte hain tahajjud ki namaz par doctor saniya snain khan sahab ke saath.</w:t>
      </w:r>
    </w:p>
    <w:p>
      <w:pPr>
        <w:jc w:val="right"/>
      </w:pPr>
      <w:r>
        <w:t>तहज्जुद as we know is a नफिल or a voluntary prayer, पर तब भी हज़रत आईशाह ने एक बार फरमाया कि तुम लोग तहज्जुद की नमाज़ को मत छोड़ना, क्योंकि रसुल उल्लाह कभी भी तहज्जुद की नमाज़ को नहीं छोड़ा करते थे. जब वह बीमार होते या थके होते तब भी वह बैठकर तहज्जुद पढ़ते. तो चलिए आज बातचीत करते हैं तहज्जुद की नमाज़ पर doctor सानिया स्नैन खान साहब के साथ.</w:t>
      </w:r>
    </w:p>
    <w:p>
      <w:r>
        <w:rPr>
          <w:b/>
        </w:rPr>
        <w:t xml:space="preserve">[01:09] </w:t>
      </w:r>
      <w:r>
        <w:t>assalam alaykum doctor sahab, kaise hain aap? wa alaykum salam, alhamdullah, aap kaise hain? alhamdullah. doctor sahab, sabse pehle to hum tahajjud ke maane hi jaanana chahenge aapse ki what is the meaning of tahajjud? iske baare mein hum sabko bataiye. asal mein ayurvedic mein koi bhi jo word hota hai uska ek root word hota hai jisko madda kehte hain.</w:t>
      </w:r>
    </w:p>
    <w:p>
      <w:pPr>
        <w:jc w:val="right"/>
      </w:pPr>
      <w:r>
        <w:t>अस्सलाम अलायकुम doctor साहब, कैसे हैं आप? वा अलायकुम सलाम, अलमदूर्ला, आप कैसे हैं? अलमदूर्ला. Doctor साहब, सबसे पहले तो हम तहज्जुद के माने ही जानना चाहेंगे आपसे कि what is the meaning of तहज्जुद? इसके बारे में हम सबको बताइए. असल में आयुर्विक में कोई भी जो word होता है उसका एक root word होता है जिसको माद्दा कहते हैं.</w:t>
      </w:r>
    </w:p>
    <w:p>
      <w:r>
        <w:rPr>
          <w:b/>
        </w:rPr>
        <w:t xml:space="preserve">[01:36] </w:t>
      </w:r>
      <w:r>
        <w:t>To is taajud jo maadda hai woh hazaada hai, hazaada aur isse ek word bana hai hujood ya</w:t>
      </w:r>
    </w:p>
    <w:p>
      <w:pPr>
        <w:jc w:val="right"/>
      </w:pPr>
      <w:r>
        <w:t>तो इस ताजुद्क जो माददा है वो हाज़ादा है, हाज़ादा और इससे एक word बना है हुजूद या</w:t>
      </w:r>
    </w:p>
    <w:p>
      <w:r>
        <w:rPr>
          <w:b/>
        </w:rPr>
        <w:t xml:space="preserve">[01:47] </w:t>
      </w:r>
      <w:r>
        <w:t>al hujood, jiska matlab hota hai ke raat ko sona sleeping at night aur isi se bana hai</w:t>
      </w:r>
    </w:p>
    <w:p>
      <w:pPr>
        <w:jc w:val="right"/>
      </w:pPr>
      <w:r>
        <w:t>अल हुजूद, जिसका मतलब होता है कि रात को सोना sleeping at night और इसी से बना है</w:t>
      </w:r>
    </w:p>
    <w:p>
      <w:r>
        <w:rPr>
          <w:b/>
        </w:rPr>
        <w:t xml:space="preserve">[01:59] </w:t>
      </w:r>
      <w:r>
        <w:t>tahajjud jiska literal matlab hota hai neend door karna ya raat ko neend mein se uth jana.</w:t>
      </w:r>
    </w:p>
    <w:p>
      <w:pPr>
        <w:jc w:val="right"/>
      </w:pPr>
      <w:r>
        <w:t>तहज्जुद जिसका literal मतलब होता है नींद दूर करना या रात को नींद में से उठ जाना.</w:t>
      </w:r>
    </w:p>
    <w:p>
      <w:r>
        <w:rPr>
          <w:b/>
        </w:rPr>
        <w:t xml:space="preserve">[02:11] </w:t>
      </w:r>
      <w:r>
        <w:t>lekin jab ek religious term ke taur par ise use karte hain to iska matlab hai ki raat ko namaz padhna fazir se pehle aur jaise abhi doctor rajat ne bataya ki isko qyamul lail bhi kehte hain, salatul lail bhi kehte hain aur quran mein bhi aaya hai tajjut qawad wamin allaili fat tahajjadihi nafil atlaq.</w:t>
      </w:r>
    </w:p>
    <w:p>
      <w:pPr>
        <w:jc w:val="right"/>
      </w:pPr>
      <w:r>
        <w:t>लेकिन जब एक religious term के तौर पर इसे use करते हैं तो इसका मतलब है कि रात को नमाज़ पढ़ना फज़ीर से पहले और जैसे अभी doctor रजत ने बताया कि इसको कयामुल लैल भी कहते हैं, सलातुल लैल भी कहते हैं और कुरान में भी आया है ताज्जुत कवड़ वामीन अल्लैलिफत तहज्जद्दीही नाफिल अतलक.</w:t>
      </w:r>
    </w:p>
    <w:p>
      <w:r>
        <w:rPr>
          <w:b/>
        </w:rPr>
        <w:t xml:space="preserve">[02:39] </w:t>
      </w:r>
      <w:r>
        <w:t>to yeh ek nafil prayer hai yaani voluntary prayer hai, extra prayer aur obligatory prayer nahi hai.</w:t>
      </w:r>
    </w:p>
    <w:p>
      <w:pPr>
        <w:jc w:val="right"/>
      </w:pPr>
      <w:r>
        <w:t>तो यह एक नफिल prayer है यानी voluntary prayer है, extra prayer और obligatory prayer नहीं है.</w:t>
      </w:r>
    </w:p>
    <w:p>
      <w:r>
        <w:rPr>
          <w:b/>
        </w:rPr>
        <w:t xml:space="preserve">[02:55] </w:t>
      </w:r>
      <w:r>
        <w:t>maulana ne nafil ke baare mein bataya tha ki nafil ka matlab yeh hai ki agar aap kisi ke liye kuch zyada karna chahte hain jo prescribed hai usse to woh aap chahte hain ki kuch aur karein. to allah taala ke liye kuch aur ibadat karein. to yeh ibadatein mazid hain, extra prayer hain. to tahajjud ka yeh hai meaning. ji. literal meaning. ji.</w:t>
      </w:r>
    </w:p>
    <w:p>
      <w:pPr>
        <w:jc w:val="right"/>
      </w:pPr>
      <w:r>
        <w:t>मौलाना ने नफिल के बारे में बताया था कि नफिल का मतलब यह है कि अगर आप किसी के लिए कुछ ज़्यादा करना चाहते हैं जो prescribed है उससे तो वह आप चाहते हैं कि कुछ और करें. तो अल्लाह तालाह के लिए कुछ और इबादत करें. तो यह इबादतें मज़ीद हैं, extra prayer हैं. तो तहज्जुत का यह है meaning. जी. Literal meaning. जी.</w:t>
      </w:r>
    </w:p>
    <w:p>
      <w:r>
        <w:rPr>
          <w:b/>
        </w:rPr>
        <w:t xml:space="preserve">[03:21] </w:t>
      </w:r>
      <w:r>
        <w:t>to doctor jaise aapne bataya tahajjud jaisa ki hum jaante hain it is performed after isha but before fazr. ji. so what are the times of, timings of tahajjud? iske baare mein bataiye. waise jaise aapne kaha ki tahajjud ka jo waqt hai woh isha ke baad se lekar fazr ki azan se pehle tak hai.</w:t>
      </w:r>
    </w:p>
    <w:p>
      <w:pPr>
        <w:jc w:val="right"/>
      </w:pPr>
      <w:r>
        <w:t>तो doctor जैसे आपने बताया तहज्जुत जैसा कि हम जानते हैं it is performed after ईशा but before फ़ज़ल. जी. So what are the times of, timings of तहज्जुद? इसके बारे में बताएं. वैसे जैसे आपने कहा कि तहज्जुद का जो वक्त है वह ईशा के बाद से लेकर फजीर की अजान से पहले तक है.</w:t>
      </w:r>
    </w:p>
    <w:p>
      <w:r>
        <w:rPr>
          <w:b/>
        </w:rPr>
        <w:t xml:space="preserve">[03:45] </w:t>
      </w:r>
      <w:r>
        <w:t>yeh ulluma kehte hain aur raat ko hum teen hisson mein agar divide karein to pehla hissa aur beach ka hissa aur phir aakhiri hissa. to hazrat aisha raziallahu anha batati hai ki prophet mohammad ne teeno hisson mein namaz padhi.</w:t>
      </w:r>
    </w:p>
    <w:p>
      <w:pPr>
        <w:jc w:val="right"/>
      </w:pPr>
      <w:r>
        <w:t>यह उल्लुमा कहते हैं और रात को हम तीन हिस्सों में अगर divide करें तो पहला हिस्सा और beach का हिस्सा और फिर आखिरी हिस्सा. तो हज़रत आइशा राजील्लाह अनह बताती है कि prophet मोहम्मद ने तीनों हिस्सों में नमाज़ पढ़ी.</w:t>
      </w:r>
    </w:p>
    <w:p>
      <w:r>
        <w:rPr>
          <w:b/>
        </w:rPr>
        <w:t xml:space="preserve">[04:11] </w:t>
      </w:r>
      <w:r>
        <w:t>shuru ke hisse mein yaani isha ke baad das baje, nau das baje hui aur raat ko middle hisse mein barah ek baje aur aakhiri hisse mein jab fazr ki azan se kuch pehle.</w:t>
      </w:r>
    </w:p>
    <w:p>
      <w:pPr>
        <w:jc w:val="right"/>
      </w:pPr>
      <w:r>
        <w:t>शुरू के हिस्से में यानी ईशा के बाद दस बजे, नौ दस बजे हुई और रात को middle हिस्से में बारह एक बजे और आखिरी हिस्से में जब फ़ज़र की अजान से कुछ पहले.</w:t>
      </w:r>
    </w:p>
    <w:p>
      <w:r>
        <w:rPr>
          <w:b/>
        </w:rPr>
        <w:t xml:space="preserve">[04:28] </w:t>
      </w:r>
      <w:r>
        <w:t>lekin hazrat aisha batati hai ki prophet mohammad ne jab old ho gaye the aap, prophet old ho gaye the to us waqt zyada tar aakhiri hisse mein namaz padhte the tajud ki. to is tarike se depend karta hai ki kiske paas kaun sa waqt hai. ji.</w:t>
      </w:r>
    </w:p>
    <w:p>
      <w:pPr>
        <w:jc w:val="right"/>
      </w:pPr>
      <w:r>
        <w:t>लेकिन हज़रत आशा बताती है कि prophet मोहम्मद ने जब old हो गए थे आप, prophet old हो गए थे तो उस वक्त ज़्यादातर आखिरी हिस्से में नमाज़ पढ़ते थे ताजूद की. तो इस तरीके से depend करता है कि किसके पास कौन सा वक्त है. जी.</w:t>
      </w:r>
    </w:p>
    <w:p>
      <w:r>
        <w:rPr>
          <w:b/>
        </w:rPr>
        <w:t xml:space="preserve">[04:52] </w:t>
      </w:r>
      <w:r>
        <w:t>lekin raat ka hissa jo hai aakhiri hissa zyada tar log usi waqt namaz padhte hain woh pazir se taqriban do ghante pehle, dedh ghante pehle. ji ji. woh waqt hota hai. ji. to DocsApp kai baar aisa hota hai ki aap tahajjud ki niyat baandhte hain but you miss tahajjud. so, it, is it possible that when a person wakes up, can he pray or can he pray during the day?</w:t>
      </w:r>
    </w:p>
    <w:p>
      <w:pPr>
        <w:jc w:val="right"/>
      </w:pPr>
      <w:r>
        <w:t>लेकिन रात का हिस्सा जो है आखिरी हिस्सा ज़्यादातर लोग उसी वक्त नमाज़ पड़ते हैं वो पज़ीर से तकरीबन दो घंटे पहले, डेढ़ घंटे पहले. जी जी. वो वक्त होता है. जी. तो DocsApp कई बार ऐसा होता है कि आप तहज्जुत की नियत बांधते हैं but you miss तहज्जुत. So, it, is it possible that when a person wakes up, can he pray or can he pray during the day?</w:t>
      </w:r>
    </w:p>
    <w:p>
      <w:r>
        <w:rPr>
          <w:b/>
        </w:rPr>
        <w:t xml:space="preserve">[05:21] </w:t>
      </w:r>
      <w:r>
        <w:t>so can you explain a little bit about that? haan, hadith, ek hadith pe aata hai ki agar kisi shakhs ne niyat ki, uski intention hai ki woh namaz padhe. niyat karne ka matlab yeh nahi hai ki woh bole ki main niyat karta hoon, ki main namaz padhunga, tajud ki kal, yeh sab kehne ki zaroorat nahi hai. irada matlab hai, allah taala dil ke irade ko dekhta hai.</w:t>
      </w:r>
    </w:p>
    <w:p>
      <w:pPr>
        <w:jc w:val="right"/>
      </w:pPr>
      <w:r>
        <w:t>So can you explain a little bit about that? हाँ, हदीस, एक हदीस पे आता है कि अगर किसी शख्स ने नियत की, उसकी intention है कि वो नमाज़ पड़े. नियत करने का मतलब यह नहीं है कि वो बोले कि मैं नियत करता हूँ, कि मैं नमाज़ पढ़ूँगा, ताज्युद की कल, ये सब कहने की ज़रूरत नहीं है. इरादा मतलब है, अल्लाह दाला दिल के इरादे को देखता है.</w:t>
      </w:r>
    </w:p>
    <w:p>
      <w:r>
        <w:rPr>
          <w:b/>
        </w:rPr>
        <w:t xml:space="preserve">[05:51] </w:t>
      </w:r>
      <w:r>
        <w:t>to agar kisi ne kisi ka irada hai ki woh namaz padhega aur kisi wajah se woh nahi uth saka aur waqt nikal gaya to ulluma ka kehna hai ki woh baad mein hi padh sakta hai.</w:t>
      </w:r>
    </w:p>
    <w:p>
      <w:pPr>
        <w:jc w:val="right"/>
      </w:pPr>
      <w:r>
        <w:t>तो अगर किसी ने किसी का इरादा है कि वो नमाज़ पढ़ेगा और किसी वजह से वो नहीं उठ सका और वक्त निकल गया तो उल्लुमा का कहना है कि वह बाद में ही पढ़ सकता है.</w:t>
      </w:r>
    </w:p>
    <w:p>
      <w:r>
        <w:rPr>
          <w:b/>
        </w:rPr>
        <w:t xml:space="preserve">[06:05] </w:t>
      </w:r>
      <w:r>
        <w:t>fazir ki namaz ke baad bhi padh sakta hai balki ulluma ka kehna hai ki fazir se lekar zohar tak kisi waqt bhi woh tajud ke namaz qaza ke taur par padh sakta hai aur hadish mein aata hai ki joshakhs nahi uth saka tajud ke liye, lekin uska irada tha. phir usne baad mein namaz padi, wazir ke baad.</w:t>
      </w:r>
    </w:p>
    <w:p>
      <w:pPr>
        <w:jc w:val="right"/>
      </w:pPr>
      <w:r>
        <w:t>फ़ज़ीर की नमाज़ के बाद भी पढ़ सकता है बल्कि उल्लुमा का कहना है कि फ़ज़ीर से लेकर जोहर तक किसी वक्त भी वह ताजूद के नमाज़ कज़ा के तौर पर पढ़ सकता है और हदीश में आता है कि ज्वशख्स नहीं उठ सका ताजूद के लिए, लेकिन उसका इरादा था. फिर उसने बाद में नमाज़ पड़ी, वज़ीर के बाद.</w:t>
      </w:r>
    </w:p>
    <w:p>
      <w:r>
        <w:rPr>
          <w:b/>
        </w:rPr>
        <w:t xml:space="preserve">[06:34] </w:t>
      </w:r>
      <w:r>
        <w:t>to usko wahi sawab milega jo usko raat ko agar woh sahi waqt par uthta to us waqt milta.</w:t>
      </w:r>
    </w:p>
    <w:p>
      <w:pPr>
        <w:jc w:val="right"/>
      </w:pPr>
      <w:r>
        <w:t>तो उसको वही सवाल मिलेगा जो उसको रात को अगर वह सही वक्त पर उठता तो उस वक्त मिलता.</w:t>
      </w:r>
    </w:p>
    <w:p>
      <w:r>
        <w:rPr>
          <w:b/>
        </w:rPr>
        <w:t xml:space="preserve">[06:42] </w:t>
      </w:r>
      <w:r>
        <w:t>to isliye yaani waqt ki importance hai lekin agar nahi uth sake to qaza kar sakte hain balki hadish mein aata hai ki rasullah sallam ne bahut kam waqt reh gaya tha ek baar to sirf ek rakat padi, ek rakat padh ke namaz salam pheri taaki kuch to hissa mil jaaye. ji.</w:t>
      </w:r>
    </w:p>
    <w:p>
      <w:pPr>
        <w:jc w:val="right"/>
      </w:pPr>
      <w:r>
        <w:t>तो इसलिए यानी वक्त की importance है लेकिन अगर नहीं उठ सके तो क़ज़ा कर सकते हैं बल्कि हदीश में आता है कि रसूल्लाह सल्लम ने बहुत कम वक्त रह गया था एक बार तो सिर्फ एक रक्त पड़ी, एक रक्त पड़ के नमाज़ सलाम फेर दिया ताकि कुछ तो हिस्सा मिल जाए. जी.</w:t>
      </w:r>
    </w:p>
    <w:p>
      <w:r>
        <w:rPr>
          <w:b/>
        </w:rPr>
        <w:t xml:space="preserve">[07:07] </w:t>
      </w:r>
      <w:r>
        <w:t>to isliye waqt to zaroori hai lekin relaxation bhi hai ismein baad mein padh sakte hain. ji ji mashaallah. doctor sahab Maulana Wahiduddin Khan sahab wrote that the spirit of tahajjud is in remembrance of god in the hours of solitude. that is night time.</w:t>
      </w:r>
    </w:p>
    <w:p>
      <w:pPr>
        <w:jc w:val="right"/>
      </w:pPr>
      <w:r>
        <w:t>तो इसलिए वक्त तो ज़रूरी है लेकिन relaxation भी है इसमें बाद में पढ़ सकते हैं. जी जी माशाल्लाह. Doctor साहब मुलाना बैदुद्दीन खान साहब wrote that the spirit of तहजुद is in remembrance of god in the hours of solitude. That is night time.</w:t>
      </w:r>
    </w:p>
    <w:p>
      <w:r>
        <w:rPr>
          <w:b/>
        </w:rPr>
        <w:t xml:space="preserve">[07:31] </w:t>
      </w:r>
      <w:r>
        <w:t>so when a person who sleeps very little and wakes up, he is refreshed and, you know, his power of concentration on the prayer is immense and you know his personality is so engaged that you know his attachment to god finds its way through his eyes.</w:t>
      </w:r>
    </w:p>
    <w:p>
      <w:pPr>
        <w:jc w:val="right"/>
      </w:pPr>
      <w:r>
        <w:t>So when a person who sleeps very little and wakes up, he is refreshed and, you know, his power of concentration on the prayer is immense and you know his personality is so engaged that you know his attachment to God finds its way through his eyes.</w:t>
      </w:r>
    </w:p>
    <w:p>
      <w:r>
        <w:rPr>
          <w:b/>
        </w:rPr>
        <w:t xml:space="preserve">[07:51] </w:t>
      </w:r>
      <w:r>
        <w:t>so is it that this is the reason that you know the tahajjud prayer is in the last part of the you know night or what is the reason that why tahajjud prayer is in the last part of the night? haan, yeh sawal bahut achha hai. asal mein jo raat ka waqt hai, khaastaur se jo aakhiri hissa hai pazir se kuch pehle ka char baje ka maan lijiye.</w:t>
      </w:r>
    </w:p>
    <w:p>
      <w:pPr>
        <w:jc w:val="right"/>
      </w:pPr>
      <w:r>
        <w:t>So is it that this is the reason that you know the तहज्युत prayer is in the last part of the you know night or what is the reason that why तहज्जुत prayer is in the last part of the night? हाँ, यह सवाल बहुत अच्छा है. असल में जो रात का वक्त है, खासतौर से जो आखिरी हिस्सा है वज़ीर से कुछ पहले का चार बजे का मान लीजिए.</w:t>
      </w:r>
    </w:p>
    <w:p>
      <w:r>
        <w:rPr>
          <w:b/>
        </w:rPr>
        <w:t xml:space="preserve">[08:20] </w:t>
      </w:r>
      <w:r>
        <w:t>to koi agar char baje tak soye ya phir uthe to ek to uska zehn bilkul shaant ho jaata hai. jo duniyavi khayalaat sab cheez ghoom rahi hoti hai zehn mein, din mein office ka bhi kaam hai, ghar ka bhi kaam hai, kuch aur bhi cheezein hain to zehn kaafi ji. uska yaani occupied rehta hai. ji.</w:t>
      </w:r>
    </w:p>
    <w:p>
      <w:pPr>
        <w:jc w:val="right"/>
      </w:pPr>
      <w:r>
        <w:t>तो कोई अगर चार बजे तक सोए या फिर उठे तो एक तो उसका ज़हन बिल्कुल शांत हो जाता है. जो दुनियावी ख्यालात सब चीज़ घूम रही होती है ज़ेहन में, दिन में office का भी काम है, घर का भी काम है, कुछ और भी चीज़ें हैं तो ज़ेहन काफी जी. उसका यानी occupied रहता है. जी.</w:t>
      </w:r>
    </w:p>
    <w:p>
      <w:r>
        <w:rPr>
          <w:b/>
        </w:rPr>
        <w:t xml:space="preserve">[08:41] </w:t>
      </w:r>
      <w:r>
        <w:t>to wo aisa waqt hota hai ke jab complete silence hai, koi distraction nahi hai, koi disturbance nahi hai, koi phone call nahi hai, koi door bell nahi hai, koi delivery nahi aa rahi hai aapke paas. to koi disturbance nahi hai. ghar ke bhi zyada tar log so rahe hain. complete solitude, complete silence.</w:t>
      </w:r>
    </w:p>
    <w:p>
      <w:pPr>
        <w:jc w:val="right"/>
      </w:pPr>
      <w:r>
        <w:t>तो वो ऐसा वक्त होता है कि जब complete silence है, कोई distraction नहीं है, कोई disturbance नहीं है, कोई phone call नहीं है, कोई door bell नहीं है, कोई delivery नहीं आ रही है आपके पास. तो कोई disturbance नहीं है. घर के भी ज़्यादातर लोग सो रहे हैं. Complete solitude, complete silence.</w:t>
      </w:r>
    </w:p>
    <w:p>
      <w:r>
        <w:rPr>
          <w:b/>
        </w:rPr>
        <w:t xml:space="preserve">[09:03] </w:t>
      </w:r>
      <w:r>
        <w:t>to iski wajah se wo bada keemti waqt hai aur one can detach oneself from the worldly activities. ji. baqi aap din mein nahi detach nahi kar sakte apne ko. sirf yeh ek wahid waqt hai ke jab bilkul silence hai aur bilkul khamoshi hai aur bilkul solitude hai aur ismein ek cheez aur hai ke hadith mein aata hai ke farishte aate hain is waqt, zyada farishte.</w:t>
      </w:r>
    </w:p>
    <w:p>
      <w:pPr>
        <w:jc w:val="right"/>
      </w:pPr>
      <w:r>
        <w:t>तो इसकी वजह से वो बड़ा कीमती वक्त है और one can detach oneself from the worldly activities. जी. बाकी आप दिन में नहीं detach नहीं कर सकते अपने को. सिर्फ यह एक वाहिद वक्त है कि जब बिल्कुल silence है और बिल्कुल खामोशी है और बिल्कुल solitude है और इसमें एक चीज़ और है कि हदीश में आता है कि फरिश्ते आते हैं इस वक्त, ज़्यादा फरिश्ते.</w:t>
      </w:r>
    </w:p>
    <w:p>
      <w:r>
        <w:rPr>
          <w:b/>
        </w:rPr>
        <w:t xml:space="preserve">[09:32] </w:t>
      </w:r>
      <w:r>
        <w:t>asha alla. to farishte bhi humein inspire karte hain. ji. to ye sab cheezein mila ke bahut sari baatein hain aur ye bahut hi spiritual time bhi hai. ji. yaani agar dekhein aap subah savere agar aap uthe to badi achhi si ek pizza hoti hai aur ek halki si thandak hoti hai aur bada achha mahaul hota hai.</w:t>
      </w:r>
    </w:p>
    <w:p>
      <w:pPr>
        <w:jc w:val="right"/>
      </w:pPr>
      <w:r>
        <w:t>आशा अल्ला. तो फरिश्ते भी हमें inspire करते हैं. जी. तो ये सब चीज़ें मिला के बहुत सारी बातें हैं और ये बहुत ही spiritual time भी है. जी. यानी अगर देखें आप सुबह सवेरे अगर आप उठे तो बड़ी अच्छी सी एक पिज़ा होती है और एक हल्की सी ठंडक होती है और बड़ा अच्छा माहौल होता है.</w:t>
      </w:r>
    </w:p>
    <w:p>
      <w:r>
        <w:rPr>
          <w:b/>
        </w:rPr>
        <w:t xml:space="preserve">[09:56] </w:t>
      </w:r>
      <w:r>
        <w:t>to in sab cheezon ki wajah se bahut hi appropriate time hai yeh dua ke liye aur khuda se apni gunahon ke maafi ke liye aur planning jo daawati planning karni hai uske liye allah taalaah se dua karne ke liye. sari cheezon ke liye bahut hi right time hai yeh is ji. lihaz doctor sir, jaise aapne kaha ke bahut right time hai, bahut hi spiritual time hai. ji.</w:t>
      </w:r>
    </w:p>
    <w:p>
      <w:pPr>
        <w:jc w:val="right"/>
      </w:pPr>
      <w:r>
        <w:t>तो इन सब चीज़ों की वजह से बहुत ही appropriate time है यह दुआ के लिए और खुदा से अपनी गुनावों के माफी के लिए और planning जो दावती planning करनी है उसके लिए अल्लाह तालाह से दुआ करने के लिए. सारी चीज़ों के लिए बहुत ही right time है यह इस जी. लिहाज doctor sir, जैसे आपने कहा कि बहुत right time है, बहुत ही spiritual time है. जी.</w:t>
      </w:r>
    </w:p>
    <w:p>
      <w:r>
        <w:rPr>
          <w:b/>
        </w:rPr>
        <w:t xml:space="preserve">[10:24] </w:t>
      </w:r>
      <w:r>
        <w:t>It is also said that a believer comes closest to Allah during the time of and, you know, his or her life is filled with brightness and peace. Quran and hadith emphasizes a lot on the importance of tahajjud.</w:t>
      </w:r>
    </w:p>
    <w:p>
      <w:pPr>
        <w:jc w:val="right"/>
      </w:pPr>
      <w:r>
        <w:t>It is also said that a believer comes closest to अल्लाह during the time of and, you know, his or her life is filled with brightness and peace. Quran and hadith emphasizes a lot on the importance of तहज्जुत.</w:t>
      </w:r>
    </w:p>
    <w:p>
      <w:r>
        <w:rPr>
          <w:b/>
        </w:rPr>
        <w:t xml:space="preserve">[10:41] </w:t>
      </w:r>
      <w:r>
        <w:t>For example, doctor sahib in Surah Isra, it is said that wake up during the night and prayer and do prayer, this additional prayer and it may be that, you know, god raises you to a station of praise and glory. So doctor, the question is that, the question that emerges is that what makes tahajjud time so auspicious that you know once dua is accepted?</w:t>
      </w:r>
    </w:p>
    <w:p>
      <w:pPr>
        <w:jc w:val="right"/>
      </w:pPr>
      <w:r>
        <w:t>For example, doctor साहब in सुर्याल इसरा, it is said that wake up during the night and prayer and do prayer, this additional prayer and it may be that, you know, god raises you to a station of praise and glory. So doctor, the question is that, the question that emerges is that what makes तहज्युर time so auspicious that you know once दुआ is accepted?</w:t>
      </w:r>
    </w:p>
    <w:p>
      <w:r>
        <w:rPr>
          <w:b/>
        </w:rPr>
        <w:t xml:space="preserve">[11:11] </w:t>
      </w:r>
      <w:r>
        <w:t>yeh auspicious time ka masla nahi hai. matlab koi aisa nahi hai koi time hai jismein aapne aap uth gaye aur aapne namaz padh li to bahut sawab hai. ji. balki ek suitable time hai.</w:t>
      </w:r>
    </w:p>
    <w:p>
      <w:pPr>
        <w:jc w:val="right"/>
      </w:pPr>
      <w:r>
        <w:t>यह auspicious time का मसला नहीं है. मतलब कोई ऐसा नहीं है कोई time है जिसमें आपने आप उठ गए और आपने नमाज़ पढ़ ली तो बहुत सवाब है. जी. बल्कि एक suitable time है.</w:t>
      </w:r>
    </w:p>
    <w:p>
      <w:r>
        <w:rPr>
          <w:b/>
        </w:rPr>
        <w:t xml:space="preserve">[11:26] </w:t>
      </w:r>
      <w:r>
        <w:t>quran mein aata hai in nashiyat allaili ya ashaddugatao va aqum makila ki raat ka jo uthna hai</w:t>
      </w:r>
    </w:p>
    <w:p>
      <w:pPr>
        <w:jc w:val="right"/>
      </w:pPr>
      <w:r>
        <w:t>कुरान में आता है इन नाशियत अल्लैली या अशद्दुगताओं व अक्व मकीला कि रात का जो उठना है</w:t>
      </w:r>
    </w:p>
    <w:p>
      <w:r>
        <w:rPr>
          <w:b/>
        </w:rPr>
        <w:t xml:space="preserve">[11:34] </w:t>
      </w:r>
      <w:r>
        <w:t>tumhare liye bahut yaani apne ko zer karna hai, itna aasan nahi hai aur baat bahut achhi samajh</w:t>
      </w:r>
    </w:p>
    <w:p>
      <w:pPr>
        <w:jc w:val="right"/>
      </w:pPr>
      <w:r>
        <w:t>तुम्हारे लिए बहुत यानी अपने को ज़ेर करना है, इतना आसान नहीं है और बात बहुत अच्छी समझ</w:t>
      </w:r>
    </w:p>
    <w:p>
      <w:r>
        <w:rPr>
          <w:b/>
        </w:rPr>
        <w:t xml:space="preserve">[11:42] </w:t>
      </w:r>
      <w:r>
        <w:t>mein aati hai ki yaani jab aap quran padhte hain usmein us waqt mein quran padhte hain namaz</w:t>
      </w:r>
    </w:p>
    <w:p>
      <w:pPr>
        <w:jc w:val="right"/>
      </w:pPr>
      <w:r>
        <w:t>में आती है कि यानी जब आप कुरान पढ़ते हैं उसमें उस वक्त में कुरान पढ़ते हैं नमाज़</w:t>
      </w:r>
    </w:p>
    <w:p>
      <w:r>
        <w:rPr>
          <w:b/>
        </w:rPr>
        <w:t xml:space="preserve">[11:50] </w:t>
      </w:r>
      <w:r>
        <w:t>mein to badi clarity hoti hai.</w:t>
      </w:r>
    </w:p>
    <w:p>
      <w:pPr>
        <w:jc w:val="right"/>
      </w:pPr>
      <w:r>
        <w:t>में तो बड़ी clarity होती है.</w:t>
      </w:r>
    </w:p>
    <w:p>
      <w:r>
        <w:rPr>
          <w:b/>
        </w:rPr>
        <w:t xml:space="preserve">[11:58] </w:t>
      </w:r>
      <w:r>
        <w:t>ji. to sara mamla jo hai wo clarity ka hai ke bahut hi baat samajh mein aati hai. aap bahut achhi dua kar paate hain yaani bahut hi appropriate time hai. Islam mein koi lucky time nahi hota hai ke lucky time hai, unlucky time hai, ya lucky jagah hai koi. ji. ya koi shakhs hai, lucky unlucky. ji. yeh concept nahi hai. bahut ahum baat hai yeh. yeh bahut ahum hai. logon log aisa kehte hain ke yahan ghar jo hai bahut lucky hai hamara.</w:t>
      </w:r>
    </w:p>
    <w:p>
      <w:pPr>
        <w:jc w:val="right"/>
      </w:pPr>
      <w:r>
        <w:t>जी. तो सारा मामला जो है वह clarity का है कि बहुत ही बात समझ में आती है. आप बहुत अच्छी दोआक कर पाते हैं यानी बहुत ही appropriate time है. इस्लाम में कोई lucky time नहीं होता है कि lucky time है, unlucky time है, या lucky जगह है कोई. जी. या कोई शख्स है, lucky unlucky. जी. यह concept नहीं है. बहुत अहम् बात है यह. यह बहुत अहम् है. लोगों लोग ऐसा कहते हैं कि यहां घर जो है बहुत lucky है हमारा.</w:t>
      </w:r>
    </w:p>
    <w:p>
      <w:r>
        <w:rPr>
          <w:b/>
        </w:rPr>
        <w:t xml:space="preserve">[12:28] </w:t>
      </w:r>
      <w:r>
        <w:t>yeh hamari dukaan badi unlucky hai. ji. ya wo shakhs mere liye bahut lucky hai. yeh sab cheezein nahi hai. sirf appropriate time hai. us waqt agar aap ibadat karenge to aapki kaifiyat zyada hogi. ji. kaifiyat, kaifiyat paida hogi zyada. to kaifiyat agar aapki dil mein zyada ubhregi to uska yaqeenan zyada asar hoga aur zyada sawab hoga. ji.</w:t>
      </w:r>
    </w:p>
    <w:p>
      <w:pPr>
        <w:jc w:val="right"/>
      </w:pPr>
      <w:r>
        <w:t>यह हमारी दुकान बड़ी unlucky है. जी. या वह शख्स मेरे लिए बहुत lucky है. यह सब चीज़ें नहीं है. सिर्फ appropriate time है. उस वक्त अगर आप इबादत करेंगे तो आपकी कैफियत ज़्यादा होगी. जी. कैफियत, कैफियत पैदा होगी ज़्यादा. तो कैफियत अगर आपकी दिल में ज़्यादा उभरेगी तो उसका यकीनन ज़्यादा असर होगा और ज़्यादा सवाब होगा. जी.</w:t>
      </w:r>
    </w:p>
    <w:p>
      <w:r>
        <w:rPr>
          <w:b/>
        </w:rPr>
        <w:t xml:space="preserve">[12:54] </w:t>
      </w:r>
      <w:r>
        <w:t>Doc sahib, there is also a hadith that Allah descends down on the lower heaven and says, is there anyone who prays to me so that I accept his prayer? I will request if you can explain this hadith to all of us.</w:t>
      </w:r>
    </w:p>
    <w:p>
      <w:pPr>
        <w:jc w:val="right"/>
      </w:pPr>
      <w:r>
        <w:t>Doc साहब, there is also a हदीज़ that अल्लाह descends down on the lower heaven and says, is there anyone who prays to me so that I accept his prayer? I will request if you can explain this हदीस to all of us.</w:t>
      </w:r>
    </w:p>
    <w:p>
      <w:r>
        <w:rPr>
          <w:b/>
        </w:rPr>
        <w:t xml:space="preserve">[13:12] </w:t>
      </w:r>
      <w:r>
        <w:t>haan, yeh bahut achhi hadith hai ke jo aakhri waqt hai raat ka wahi tahajjud wala waqt, us waqt Allah taalaah nazil hota hai lower heaven par, lowest heaven par aur kehta hai ke hai koi jo mujhse dua kare to main uski dua qubool karoon. hai koi jo mujhse mange to main usko doon.</w:t>
      </w:r>
    </w:p>
    <w:p>
      <w:pPr>
        <w:jc w:val="right"/>
      </w:pPr>
      <w:r>
        <w:t>हाँ, यह बहुत अच्छी हदीस है कि जो आखिरी वक्त है रात का वही तज्जुद वाला वक्त, उस वक्त अल्लाह तालाह नाज़िल होता है lower heaven पर, lowest heaven पर और कहता है कि है कोई जो मुझसे दुआ करे तो मैं उसकी दुआ उबूल करूं. है कोई जो मुझसे मांगे तो मैं उसको दूं.</w:t>
      </w:r>
    </w:p>
    <w:p>
      <w:r>
        <w:rPr>
          <w:b/>
        </w:rPr>
        <w:t xml:space="preserve">[13:39] </w:t>
      </w:r>
      <w:r>
        <w:t>hai koi jo maghfirat talab kare mujhse to main usse maaf karoon. to yeh darasal physical sense mein nahi hai ke Allah taalaah utar ke aata hai neeche jaise hum jaate hain 1st Floor se Ground Floor par seedhiyon se. aisa aisa nahi hai yeh to iska matlab yeh hai ke Allah mutawajjah hota hai insano ki taraf.</w:t>
      </w:r>
    </w:p>
    <w:p>
      <w:pPr>
        <w:jc w:val="right"/>
      </w:pPr>
      <w:r>
        <w:t>है कोई जो मख्वरत तलब करे मुझसे तो मैं उससे माफ करूं. तो यह दरअसल physical sense में नहीं है कि अल्लाह तालाह उतर के आता है नीचे जैसे हम जाते हैं 1st Floor से Ground Floor पर सीढ़ियों से. ऐसा ऐसा नहीं है यह तो इसका मतलब यह है कि अल्लाह मतवज्य होता है इंसानों की तरफ.</w:t>
      </w:r>
    </w:p>
    <w:p>
      <w:r>
        <w:rPr>
          <w:b/>
        </w:rPr>
        <w:t xml:space="preserve">[14:06] </w:t>
      </w:r>
      <w:r>
        <w:t>to zahir hai jab Allah taalaah mutawajjah hoga to uske jo dua hai aur uski jo ibadat hai to wo yaqeenan uska bahut zyada asar hoga aur bahut Allah taalaah ki taraf se qubuliyat badh jayegi. ji. DocsApp there is a tradition attributed to Hazrat Ibn Masood that once he prayed with</w:t>
      </w:r>
    </w:p>
    <w:p>
      <w:pPr>
        <w:jc w:val="right"/>
      </w:pPr>
      <w:r>
        <w:t>तो ज़ाहिर है जब अल्लाह तालाह मतवज्य होगा तो उसके जो दुआ है और उसकी जो इबादत है तो वह यकीनन उसका बहुत ज़्यादा असर होगा और बहुत अल्लाह ताल्लाह की तरफ से कुबुलियत बढ़ जाएगी. जी. DocsApp there is a tradition attributed to हज़रत इब्ने मसूद that once he prayed with</w:t>
      </w:r>
    </w:p>
    <w:p>
      <w:r>
        <w:rPr>
          <w:b/>
        </w:rPr>
        <w:t xml:space="preserve">[14:36] </w:t>
      </w:r>
      <w:r>
        <w:t>the prophet during the night and prophet stood for so long that Hazrat Masood, Hazrat Ibn Masood resolved of a very bad thing. So when he was asked that what that bad thing was, he said that he considered sitting down and discontinuing, you know, the prayer with prophet.</w:t>
      </w:r>
    </w:p>
    <w:p>
      <w:pPr>
        <w:jc w:val="right"/>
      </w:pPr>
      <w:r>
        <w:t>the prophet during the night and prophet stood for so long that हज़रत मसूद, हज़रतीवने मसूद resolved of a very bad thing. So when he was asked that what that bad thing was, he said that he considered sitting down and discontinuing, you know, the prayer with prophet.</w:t>
      </w:r>
    </w:p>
    <w:p>
      <w:r>
        <w:rPr>
          <w:b/>
        </w:rPr>
        <w:t xml:space="preserve">[14:59] </w:t>
      </w:r>
      <w:r>
        <w:t>So prophet used to prostrate for so long and sometime, you know, his prostration would be as long as his bowing and it was here that he would ask for Allah's grace. He would besiege him in many ways And prophet said that when you are in the state of prostration, at that state, you are most near to God. So often beseech when you are in a state of prostration.</w:t>
      </w:r>
    </w:p>
    <w:p>
      <w:pPr>
        <w:jc w:val="right"/>
      </w:pPr>
      <w:r>
        <w:t>So prophet used to prostrate for so long and sometime, you know, his prostration would be as long as his bowing and it was here that he would ask for Allah's grace. He would besiege him in many ways And prophet said that when you are in the state of prostration, at that state, you are most near to God. So often beseech when you are in a state of prostration.</w:t>
      </w:r>
    </w:p>
    <w:p>
      <w:r>
        <w:rPr>
          <w:b/>
        </w:rPr>
        <w:t xml:space="preserve">[15:27] </w:t>
      </w:r>
      <w:r>
        <w:t>So, doctor, one question that would be there in everybody's mind that when did prophet started praying the tahajjud? ji. iske bare mein bataein. aapne bahut achhi hadith bayan ki.</w:t>
      </w:r>
    </w:p>
    <w:p>
      <w:pPr>
        <w:jc w:val="right"/>
      </w:pPr>
      <w:r>
        <w:t>So, doctor, one question that would be there in everybody's mind that when did prophet started praying the हरज्योत? जी. इसके बारे में बताएं. आपने बहुत अच्छी आदीश बयान की.</w:t>
      </w:r>
    </w:p>
    <w:p>
      <w:r>
        <w:rPr>
          <w:b/>
        </w:rPr>
        <w:t xml:space="preserve">[15:41] </w:t>
      </w:r>
      <w:r>
        <w:t>wah kya to zyada tar jo hadisen aayi hain tahajjud ke talluq se wo Hazrat Aisha ki hain.</w:t>
      </w:r>
    </w:p>
    <w:p>
      <w:pPr>
        <w:jc w:val="right"/>
      </w:pPr>
      <w:r>
        <w:t>वाह क्या तो ज़्यादातर जो हदीसें आई हैं ताज्जुद्ध के ताल्लुक से वह हजरत आईशा की हैं.</w:t>
      </w:r>
    </w:p>
    <w:p>
      <w:r>
        <w:rPr>
          <w:b/>
        </w:rPr>
        <w:t xml:space="preserve">[16:08] </w:t>
      </w:r>
      <w:r>
        <w:t>ji, Hazrat Aisha raziallah anha chuki aapke saath rehti thi prophet ke saath rehti thi. to wo dekhti thi aur unhone bahut hi zyada hadisen collect ki. taqreeban do hazar se zyada hadisen humein Hazrat Aisha ki taraf se mili hain. to ek waqia hai ek sahab the Madina mein unka naam tha Saad bin Hisham.</w:t>
      </w:r>
    </w:p>
    <w:p>
      <w:pPr>
        <w:jc w:val="right"/>
      </w:pPr>
      <w:r>
        <w:t>जी, हजरत आईशा रिज्ज अल्लाह ना चूंकि आपके साथ रहती थी prophet के साथ रहती थी. तो वो देखती थी और उन्होंने बहुत ही ज़्यादा हदीसें collect की. तकरीबन दो हज़ार से ज़्यादा हदीसें हमें हज़रताईशा की तरफ से मिली हैं. तो एक वाक्या है एक साहब थे मदीना में उनका नाम था साद बिन हिशाम.</w:t>
      </w:r>
    </w:p>
    <w:p>
      <w:r>
        <w:rPr>
          <w:b/>
        </w:rPr>
        <w:t xml:space="preserve">[16:36] </w:t>
      </w:r>
      <w:r>
        <w:t>wo ek taabi the yaani second generation profit ke baad, second generation sahaba ke baad.</w:t>
      </w:r>
    </w:p>
    <w:p>
      <w:pPr>
        <w:jc w:val="right"/>
      </w:pPr>
      <w:r>
        <w:t>वो एक ताबी थे यानी second generation profit के बाद, second generation साहबा के बाद.</w:t>
      </w:r>
    </w:p>
    <w:p>
      <w:r>
        <w:rPr>
          <w:b/>
        </w:rPr>
        <w:t xml:space="preserve">[16:41] </w:t>
      </w:r>
      <w:r>
        <w:t>to unke zehan mein kuch sawalat the.</w:t>
      </w:r>
    </w:p>
    <w:p>
      <w:pPr>
        <w:jc w:val="right"/>
      </w:pPr>
      <w:r>
        <w:t>तो उनके जैन में कुछ सवालात थे.</w:t>
      </w:r>
    </w:p>
    <w:p>
      <w:r>
        <w:rPr>
          <w:b/>
        </w:rPr>
        <w:t xml:space="preserve">[16:46] </w:t>
      </w:r>
      <w:r>
        <w:t>to wo aaye hazrat abdullah ibn abbas razillahan ke paas.</w:t>
      </w:r>
    </w:p>
    <w:p>
      <w:pPr>
        <w:jc w:val="right"/>
      </w:pPr>
      <w:r>
        <w:t>तो वो आए हज़रत अब्दुल्लाह Ibn Abbas रज़िल्लाहान के पास.</w:t>
      </w:r>
    </w:p>
    <w:p>
      <w:r>
        <w:rPr>
          <w:b/>
        </w:rPr>
        <w:t xml:space="preserve">[16:51] </w:t>
      </w:r>
      <w:r>
        <w:t>hazrat abdullah ibn abbas prophet ke cousin the.</w:t>
      </w:r>
    </w:p>
    <w:p>
      <w:pPr>
        <w:jc w:val="right"/>
      </w:pPr>
      <w:r>
        <w:t>हज़रत अब्दुल्लाह Ibn Abbas prophet के cousin थे.</w:t>
      </w:r>
    </w:p>
    <w:p>
      <w:r>
        <w:rPr>
          <w:b/>
        </w:rPr>
        <w:t xml:space="preserve">[16:56] </w:t>
      </w:r>
      <w:r>
        <w:t>hazrat abbas ke bete.</w:t>
      </w:r>
    </w:p>
    <w:p>
      <w:pPr>
        <w:jc w:val="right"/>
      </w:pPr>
      <w:r>
        <w:t>हज़रत अब्बास के बेटे.</w:t>
      </w:r>
    </w:p>
    <w:p>
      <w:r>
        <w:rPr>
          <w:b/>
        </w:rPr>
        <w:t xml:space="preserve">[17:01] </w:t>
      </w:r>
      <w:r>
        <w:t>hazrat abbas ke naam se hi abbasi dynasty shuru hui thi.</w:t>
      </w:r>
    </w:p>
    <w:p>
      <w:pPr>
        <w:jc w:val="right"/>
      </w:pPr>
      <w:r>
        <w:t>हज़रत अब्बास के नाम से ही अब्बासी dynasty शुरू हुई थी.</w:t>
      </w:r>
    </w:p>
    <w:p>
      <w:r>
        <w:rPr>
          <w:b/>
        </w:rPr>
        <w:t xml:space="preserve">[17:07] </w:t>
      </w:r>
      <w:r>
        <w:t>to Hazrat Abdullah ibn Abbas bilkul prophet ke bete ki tarah se the aur ghar mein aksar rehte the aur Hazrat Aisha ke student the. And he is considered to be the first commentator on the Quran. ji. unhone Quran ki bahut hi achhi tarah se explain kiya.</w:t>
      </w:r>
    </w:p>
    <w:p>
      <w:pPr>
        <w:jc w:val="right"/>
      </w:pPr>
      <w:r>
        <w:t>तो हज़रत अब्दुल्लाह ibn Abbas बिल्कुल prophet के बेटे की तरह से थे और घर में अक्सर रहते थे और हज़रत आईशा के student थे. And he is considered to be the first commentator on the कुरान. जी. उन्होंने कुरान की बहुत ही अच्छी तरह से explain किया.</w:t>
      </w:r>
    </w:p>
    <w:p>
      <w:r>
        <w:rPr>
          <w:b/>
        </w:rPr>
        <w:t xml:space="preserve">[17:24] </w:t>
      </w:r>
      <w:r>
        <w:t>to Saad bin Hisham aaye Hazrat Abdullah Ibn Abbas ke paas kaha ke mere paas kuch sawalat hain jaise main jaanna chahta hoon prophet ke witr ke bare mein. witr wo namaz hai jo Isha mein aakhir mein padhi jaati hai teen rakat.</w:t>
      </w:r>
    </w:p>
    <w:p>
      <w:pPr>
        <w:jc w:val="right"/>
      </w:pPr>
      <w:r>
        <w:t>तो सात भी निशाम आए हजरत अब्दुलाई अपने बास के पास कहा कि मेरे पास कुछ सवालात हैं जैसे मैं जानना चाहता हूं prophet के वित्र के बारे में. वित्र वह नमाज़ है जो ईशा में आखिर में पड़ी जाती है तीन रक्त.</w:t>
      </w:r>
    </w:p>
    <w:p>
      <w:r>
        <w:rPr>
          <w:b/>
        </w:rPr>
        <w:t xml:space="preserve">[17:42] </w:t>
      </w:r>
      <w:r>
        <w:t>to Hazrat Abdullah Ibn Abbas raziallah anha ne kaha ke main tumhe ek aise shakhs ka naam batata hoon jo is zameen par is subject par sabse zyada janne wala hai. to unhone kaha bataiye. to unhone kaha ke tum jao Hazrat Aisha raziallah anha ke paas, Ummul Mu'mineen, mother of the believers ke paas. to unhone kaha theek hai main jaata hoon.</w:t>
      </w:r>
    </w:p>
    <w:p>
      <w:pPr>
        <w:jc w:val="right"/>
      </w:pPr>
      <w:r>
        <w:t>तो हज़रत अब्दुलैब ने अब्बास रज़ज़लान ने कहा कि मैं तुम्हें एक ऐसे शख्स का नाम बताता हूं जो इस ज़मीन पर इस subject पर सबसे ज़्यादा जानने वाला है. तो उन्होंने कहा बताइए. तो उन्होंने कहा कि तुम जाओ हज़रत आइशा राजी अल्लाह अन्न के पास, उमुल मुमिनीन, mother of the believers के पास. तो उन्होंने कहा ठीक है मैं जाता हूं.</w:t>
      </w:r>
    </w:p>
    <w:p>
      <w:r>
        <w:rPr>
          <w:b/>
        </w:rPr>
        <w:t xml:space="preserve">[18:11] </w:t>
      </w:r>
      <w:r>
        <w:t>to Abdullah Ibn Abbas ne kaha ke jab tumhein kuch baat pata chale to mere paas aana mujhe bhi batana. to wo directly nahi gaye wo ek aur sahab ke paas gaye jo wo bhi tabi the. unka naam tha Hakim bin Aflah. to Hakim bin Aflah ke paas gaye aur kaha ke mere paas kuch sawalat hain. main Hazrat Aisha ke paas jaanna chahta hoon. aap mujhe leke chaliye.</w:t>
      </w:r>
    </w:p>
    <w:p>
      <w:pPr>
        <w:jc w:val="right"/>
      </w:pPr>
      <w:r>
        <w:t>तो अब्दुलैब ने बास ने कहा कि जब तुम्हें कुछ बात पता चले तो मेरे पास आना मुझे भी बताना. तो वह directly नहीं गए वह एक और साहब के पास गए जो वह भी तावई थे. उनका नाम था हकीम बिन अफलाह. तो हकीम बिन अफलाह के पास गए और कहा कि मेरे पास कुछ सवालात है. मैं हज़रत आईशा के पास जानना चाहता हूँ. आप मुझे लेके चलिए.</w:t>
      </w:r>
    </w:p>
    <w:p>
      <w:r>
        <w:rPr>
          <w:b/>
        </w:rPr>
        <w:t xml:space="preserve">[18:40] </w:t>
      </w:r>
      <w:r>
        <w:t>to unhone kaha nahi nahi main nahi ja sakta. unhone inkar kar diya bilkul saaf. to bahut israr kiya inhone. qasam dilayi to khair kaise kaise taiyar ho gaye. to saath lekar gaye. Hazrat Aisha ke ghar mein dakhil hue. to Hazrat Aisha ne dono ko dekha. to Hakim bin Aflah se Hazrat Aisha ne kaha ke yeh tumhare saath kaun hai?</w:t>
      </w:r>
    </w:p>
    <w:p>
      <w:pPr>
        <w:jc w:val="right"/>
      </w:pPr>
      <w:r>
        <w:t>तो उन्होंने कहा नहीं नहीं मैं नहीं जा सकता. उन्होंने इनकार कर दिया बिल्कुल साफ. तो बहुत दिसरार किया इन्होंने. कसम दिलाई तो ख़र कैसे कैसे तैयार हो गए. तो साथ लेकर गए. हजरताईशाए घर में दाखिल हुए. तो हजरताईशा ने दोनों को देखा. तो हकीम बिन अफ़िला से हजरताईशाए ने कहा कि यह तुम्हारे साथ कौन है?</w:t>
      </w:r>
    </w:p>
    <w:p>
      <w:r>
        <w:rPr>
          <w:b/>
        </w:rPr>
        <w:t xml:space="preserve">[19:09] </w:t>
      </w:r>
      <w:r>
        <w:t>to unhon ne kaha ke yeh saad ibn hisham hai. to hazrat aisha pehchan nahi paai. boli ke kaun hisham? to unhon ne kaha ke aamir ke bete, aamir, rajjat aamir ek saabi the. to pehchan gayi woh. to dua di, unko reham ki dua di aur kaha ke aamir kitne achhe insaan the.</w:t>
      </w:r>
    </w:p>
    <w:p>
      <w:pPr>
        <w:jc w:val="right"/>
      </w:pPr>
      <w:r>
        <w:t>तो उन्होंने कहा कि यह साद इब्न हिशाम है. तो हजरत आईशा पहचान नहीं पाई. बोली कि कौन हिशाम? तो उन्होंने कहा कि आमिर के बेटे, आमिर, रजत आमिर एक साबी थे. तो पहचान गई वह. तो दुआ दी, उनको रहम की दुआ दी और कहा कि आमिर कितने अच्छे इंसान थे.</w:t>
      </w:r>
    </w:p>
    <w:p>
      <w:r>
        <w:rPr>
          <w:b/>
        </w:rPr>
        <w:t xml:space="preserve">[19:38] </w:t>
      </w:r>
      <w:r>
        <w:t>phir saath baith gaye wahan aur rajjat aisha se puchha ke ae ummul mumineen, o mother of the believers. aap hamein prophet ke character ke baare mein bataiye. rasullah sallam ke akhlaq ke baare mein bataiye. to hazrat aisha ne ek sawal kiya to yeh chaunk gaye.</w:t>
      </w:r>
    </w:p>
    <w:p>
      <w:pPr>
        <w:jc w:val="right"/>
      </w:pPr>
      <w:r>
        <w:t>फिर साथ बैठ गए वहां और रजत आयशा से पुछा कि ए उमुल मुमिनीन, ओ mother of the believers. आप हमें prophet के character के बारे में बताइए. रसुल्लाह सल्लम के अखलाह के बारे में बताइए. तो हज़रित आइशा ने एक सवाल किया तो यह चौंक गए.</w:t>
      </w:r>
    </w:p>
    <w:p>
      <w:r>
        <w:rPr>
          <w:b/>
        </w:rPr>
        <w:t xml:space="preserve">[20:03] </w:t>
      </w:r>
      <w:r>
        <w:t>hazrat aisha ne kaha saath se ke kya tum quran nahi padhte? to woh chaunk gaye. unhon ne kaha haan haan zaroor padhta hoon, kyun nahi padhta hoon? to hazrat aisha ne kaha ke dekho rasullah, prophet mohammad sarapa quran the. yaani his character was an embodiment of the quran.</w:t>
      </w:r>
    </w:p>
    <w:p>
      <w:pPr>
        <w:jc w:val="right"/>
      </w:pPr>
      <w:r>
        <w:t>हज़रित आइशा ने कहा साथ से के क्या तुम कुरान नहीं पढ़ते? तो वह चौंक गए. उन्होंने कहा हां हां ज़रूर पढ़ता हूं, क्यों नहीं पढ़ता हूं? तो हज़रत आइशा ने कहा कि देखो रसूल्लाह, prophet मोहम्मद सरापा कुरान थे. यानी his character was an embodiment of the Quran.</w:t>
      </w:r>
    </w:p>
    <w:p>
      <w:r>
        <w:rPr>
          <w:b/>
        </w:rPr>
        <w:t xml:space="preserve">[20:33] </w:t>
      </w:r>
      <w:r>
        <w:t>His character was the personification of the quran. yaani jo bhi quran mein allah akhlaq ki baatein hai woh sab prophet mohammad ke andar maujood thi. yaani woh ek chalte phirte quran the.</w:t>
      </w:r>
    </w:p>
    <w:p>
      <w:pPr>
        <w:jc w:val="right"/>
      </w:pPr>
      <w:r>
        <w:t>His character was the personification of the Quran. यानी जो भी Quran में अलाह अखलाह की बातें है वो सब prophet मोहम्मद के अंदर मौजूद थी. यानी वो एक चलते फिरते कुरान थे.</w:t>
      </w:r>
    </w:p>
    <w:p>
      <w:r>
        <w:rPr>
          <w:b/>
        </w:rPr>
        <w:t xml:space="preserve">[20:50] </w:t>
      </w:r>
      <w:r>
        <w:t>He was a walking quran aur quran ne khud isko tasleem kiya hai ke inna qulla aala khuluqi nazeen, ae paighambar aap bahut hi aala akhlaq par faaiz hain. Your cheezein sublime character. to yeh sawal ka jawab sunkar saat din shaam ko bada itmeenaan hua.</w:t>
      </w:r>
    </w:p>
    <w:p>
      <w:pPr>
        <w:jc w:val="right"/>
      </w:pPr>
      <w:r>
        <w:t>He was a walking कुरान और कुरान ने खुद इसको तस्लीम किया है कि इन्ना किल्ला अल्ला खुलुखी नज़ीन, ऐ पग़बर आप बहुत ही ऐला ऐख़लाह पर फ़ायदे. Your चीज़ें sublime character. तो यह सवाल का जवाब सुनकर सात दिन शाम को बड़ा इत्मीरान हुआ.</w:t>
      </w:r>
    </w:p>
    <w:p>
      <w:r>
        <w:rPr>
          <w:b/>
        </w:rPr>
        <w:t xml:space="preserve">[21:17] </w:t>
      </w:r>
      <w:r>
        <w:t>to unhon ne socha ke main kuch aur sawal kar loon uthne se pehle. to unhon ne kaha rajjat aisha se ke mujhe rasullah sallam prophet mohammad ke qiyamul lail ke baare mein bataiye. yaani tahajjud kaise padhte the? to phir rajjat aisha ne waise hi sawal kiya ke kya tum ya ummul muzammil nahi padhte? to unhon ne kaha zaroor padhta hoon, kyun nahi padhta hoon?</w:t>
      </w:r>
    </w:p>
    <w:p>
      <w:pPr>
        <w:jc w:val="right"/>
      </w:pPr>
      <w:r>
        <w:t>तो उन्होंने सोचा कि मैं कुछ और सवाल कर लूं उठने से पहले. तो उन्होंने कहा रजत आइशा से कि मुझे रसूल्लाह सल्लम prophet मोहम्मद के त्यामुल लैल के बारे में बताइए. यानी तहजूद कैसे पढ़ते थे? तो फिर रजत आइशा ने वैसे ही सवाल किया कि क्या तुम या usual मुज़मिल नहीं पढ़ते? तो उन्होंने कहा ज़रूर पढ़ता हूँ, क्यों नहीं पढ़ता हूँ?</w:t>
      </w:r>
    </w:p>
    <w:p>
      <w:r>
        <w:rPr>
          <w:b/>
        </w:rPr>
        <w:t xml:space="preserve">[21:47] </w:t>
      </w:r>
      <w:r>
        <w:t>to rajjat aisha ne bataya ke dekho jab surah al muzammil naazil hui, reveal hui to aakhir ki kuch ayatein poori tarah se reveal nahi hui thi aur shuru mein jo ayatein hain surah al muzammil ki chapter 73 usmein hukm aaya hai. commandment aaya hai tahajjud ke liye.</w:t>
      </w:r>
    </w:p>
    <w:p>
      <w:pPr>
        <w:jc w:val="right"/>
      </w:pPr>
      <w:r>
        <w:t>तो रजत आइशा ने बताया कि देखो जब सूर्ह अल मुज़मिल नाज़िल हुई, reveal हुई तो आखिर की कुछ आयतें पूरी तरह से reveal नहीं हुई थी और शुरू में जो आयतें हैं सूरा अल मुज़मिल की chapter 73 उसमें हुक्म आया है. Commandment आया है तहजूद के लिए.</w:t>
      </w:r>
    </w:p>
    <w:p>
      <w:r>
        <w:rPr>
          <w:b/>
        </w:rPr>
        <w:t xml:space="preserve">[22:13] </w:t>
      </w:r>
      <w:r>
        <w:t>Ya ayyuhal muzammil qumil laila illah qaleela. nisfahu awin qusmin minhu qaleela. aw zidd alaihi wa rattilil quran ha tartila.</w:t>
      </w:r>
    </w:p>
    <w:p>
      <w:pPr>
        <w:jc w:val="right"/>
      </w:pPr>
      <w:r>
        <w:t>या यु अल मुज़मिल कुमिल लैला इल्लाह कलीला. निस्फहु अविन कुस्मिन हो कलीला. अवज़िद अलई ही वरत तिलिल कुरान है तर्तीला.</w:t>
      </w:r>
    </w:p>
    <w:p>
      <w:r>
        <w:rPr>
          <w:b/>
        </w:rPr>
        <w:t xml:space="preserve">[22:24] </w:t>
      </w:r>
      <w:r>
        <w:t>ke ae kapde mein lapte hue insaan uth aur raat ki namaz padh aur aadha aadhi raat ko namaz padho ya usse kuch kam kar lo ya aadhi raat se kuch zyada kar lo aur quran ko theher theher ke padho.</w:t>
      </w:r>
    </w:p>
    <w:p>
      <w:pPr>
        <w:jc w:val="right"/>
      </w:pPr>
      <w:r>
        <w:t>कि ऐ कपड़े में लपटे हुए इंसान उठ और रात की नमाज़ पढ़ और आधा आधी रात को नमाज़ पढ़ो या उससे कुछ कम कर लो या आधी रात से कुछ ज़्यादा कर लो और कुरान को ठहर ठहर के पढ़ो.</w:t>
      </w:r>
    </w:p>
    <w:p>
      <w:r>
        <w:rPr>
          <w:b/>
        </w:rPr>
        <w:t xml:space="preserve">[22:45] </w:t>
      </w:r>
      <w:r>
        <w:t>to yeh commandment aaya jab quran mein surah al muzammil mein to us waqt koi namaz farz nahi thi. jaise ab paanch namazein farz hain to woh bilkul early period ka ke yeh surat thi jo reveal hui. to us waqt tahajjud ki namaz farz ho gayi.</w:t>
      </w:r>
    </w:p>
    <w:p>
      <w:pPr>
        <w:jc w:val="right"/>
      </w:pPr>
      <w:r>
        <w:t>तो यह commandment आया जब कुरान में सूर्य अल मुज़मिल में तो उस वक्त कोई नमाज़ फर्ज नहीं थी. जैसे अब पांच नमाज़े फर्ज हैं तो वह बिल्कुल early period का कि यह सूरत थी जो reveal हुई. तो उस वक्त तहज्जुद की नमाज़ फर्ज हो गई.</w:t>
      </w:r>
    </w:p>
    <w:p>
      <w:r>
        <w:rPr>
          <w:b/>
        </w:rPr>
        <w:t xml:space="preserve">[23:14] </w:t>
      </w:r>
      <w:r>
        <w:t>pehli namaz jo farz hui hai woh tahajjud ki hui hai. to chunke usmein aaya tha ke aadhi aadhi raat ko namaz padho, aadhi raat se kuch kam ya aadhi raat se kuch zyada to prophet aur sahaba aadhi aadhi raat tak namaz padhne lage. to kya hua ke unke sab ankle wagera soojne lage, pair soojne lage, lekin ek saal tak yeh silsila chala.</w:t>
      </w:r>
    </w:p>
    <w:p>
      <w:pPr>
        <w:jc w:val="right"/>
      </w:pPr>
      <w:r>
        <w:t>पहली नमाज़ जो फर्ज हुई है वह तहज्जुद की हुई है. तो चूंकि उसमें आया था कि आधी आधी रात को नमाज़ पढ़ो, आधी रात से कुछ कम या आधी रात से कुछ ज़्यादा तो profit और साहबा आधी आधी रात तक नमाज़ पढ़ने लगे. तो क्या हुआ कि उनके सब ankle वगैरह सूजने लगे, पैर सूजने लगे, लेकिन एक साल तक यह सिलसिला चला.</w:t>
      </w:r>
    </w:p>
    <w:p>
      <w:r>
        <w:rPr>
          <w:b/>
        </w:rPr>
        <w:t xml:space="preserve">[23:40] </w:t>
      </w:r>
      <w:r>
        <w:t>phir ek saal ke baad woh verses reveal hui jinmein relax kar diya tha. phir kaha gaya ke jo bhi tumse ho sake woh padh lo. ji. aur usmein yaani jo farz thi namaz, woh khatam karke usko obligatory namaz khatam karke optional.</w:t>
      </w:r>
    </w:p>
    <w:p>
      <w:pPr>
        <w:jc w:val="right"/>
      </w:pPr>
      <w:r>
        <w:t>फिर एक साल के बाद वह verses reveal हुई जिसमें relax कर दिया था. फिर कहा गया कि जो भी तुमसे हो सके वह पढ़ लो. जी. और उसमें यानी जो फर्ज थी नमाज़, वह खत्म करके उसको obligatory नमाज़ खत्म करके optional.</w:t>
      </w:r>
    </w:p>
    <w:p>
      <w:r>
        <w:rPr>
          <w:b/>
        </w:rPr>
        <w:t xml:space="preserve">[24:06] </w:t>
      </w:r>
      <w:r>
        <w:t>Optional namaz bana di gayi thi nafil ke taur par. to is tarike se yeh silsila shuru hua aur quran mein aaya ke jitna tumse aasani se ho sake padh lo. to yeh ek tareeqa tha jis tarah se tahajjud ki namaz shuru hui. alhamdulillah. Doctor we are talking about hazrat aisha.</w:t>
      </w:r>
    </w:p>
    <w:p>
      <w:pPr>
        <w:jc w:val="right"/>
      </w:pPr>
      <w:r>
        <w:t>Optional नमाज़ बना दी गई थी नफिल के तौर पर. तो इस तरीके से यह सिलसिला शुरू हुआ और कुरान में आया कि जितना तुमसे आसानी से हो सके पढ़ लो. तो यह एक अरिका था जिससे जिस तरह से ताज्युद की नमाज़ शुरू हुई. अलहम्दिल अल्ला. Doctor we are talking about हजरत आईशा.</w:t>
      </w:r>
    </w:p>
    <w:p>
      <w:r>
        <w:rPr>
          <w:b/>
        </w:rPr>
        <w:t xml:space="preserve">[24:33] </w:t>
      </w:r>
      <w:r>
        <w:t>She once said that reading the quran during the namaz is better than reading other than namaz. So can you explain what is the reason why did she say that?</w:t>
      </w:r>
    </w:p>
    <w:p>
      <w:pPr>
        <w:jc w:val="right"/>
      </w:pPr>
      <w:r>
        <w:t>She once said that reading the Quran during the नमाज़ is better than reading other than नमाज़. So can you explain what is the reason why did she say that?</w:t>
      </w:r>
    </w:p>
    <w:p>
      <w:r>
        <w:rPr>
          <w:b/>
        </w:rPr>
        <w:t xml:space="preserve">[24:49] </w:t>
      </w:r>
      <w:r>
        <w:t>iski wajah galiband yeh hai ki namaz mein jab insaan quran padhta hai to zahir uska zyada asar</w:t>
      </w:r>
    </w:p>
    <w:p>
      <w:pPr>
        <w:jc w:val="right"/>
      </w:pPr>
      <w:r>
        <w:t>उसकी वजह गालिबंद यह है कि नमाज़ में जब इंसान कुरान पढ़ता है तो जाहिर उसका ज़्यादा असर</w:t>
      </w:r>
    </w:p>
    <w:p>
      <w:r>
        <w:rPr>
          <w:b/>
        </w:rPr>
        <w:t xml:space="preserve">[24:58] </w:t>
      </w:r>
      <w:r>
        <w:t>hota hai aur chuki jab ek namazi niyyat karta hai aur allah mukabir keh ke namaz mein shuru</w:t>
      </w:r>
    </w:p>
    <w:p>
      <w:pPr>
        <w:jc w:val="right"/>
      </w:pPr>
      <w:r>
        <w:t>होता है और चूंकि जब एक नमाज़ी नियत करता है और अल्लाह मुक्बर कह के नमाज़ में शुरू</w:t>
      </w:r>
    </w:p>
    <w:p>
      <w:r>
        <w:rPr>
          <w:b/>
        </w:rPr>
        <w:t xml:space="preserve">[25:07] </w:t>
      </w:r>
      <w:r>
        <w:t>karta hai, to goya wah apne mahaul ko chhod raha hota hai aur ek doosri duniya mein jaata</w:t>
      </w:r>
    </w:p>
    <w:p>
      <w:pPr>
        <w:jc w:val="right"/>
      </w:pPr>
      <w:r>
        <w:t>करता है, तो गोया वह अपने माहौल को छोड़ रहा होता है और एक दूसरी दुनिया में जाता</w:t>
      </w:r>
    </w:p>
    <w:p>
      <w:r>
        <w:rPr>
          <w:b/>
        </w:rPr>
        <w:t xml:space="preserve">[25:16] </w:t>
      </w:r>
      <w:r>
        <w:t>hai, jahan wah dua karta hai, quran padhta hai, sajda karta hai, khuda ko yaad karta hai, to</w:t>
      </w:r>
    </w:p>
    <w:p>
      <w:pPr>
        <w:jc w:val="right"/>
      </w:pPr>
      <w:r>
        <w:t>है, जहां वह दुआ करता है, कुरान पढ़ता है, सजदा करता है, खुदा को याद करता है, तो</w:t>
      </w:r>
    </w:p>
    <w:p>
      <w:r>
        <w:rPr>
          <w:b/>
        </w:rPr>
        <w:t xml:space="preserve">[25:25] </w:t>
      </w:r>
      <w:r>
        <w:t>uski wajah se uski ek tarah se khuda se batchit shuru ho jati hai.</w:t>
      </w:r>
    </w:p>
    <w:p>
      <w:pPr>
        <w:jc w:val="right"/>
      </w:pPr>
      <w:r>
        <w:t>उसकी वजह से उसकी एक तरीके से खुदा से बातचीत शुरू हो जाती है.</w:t>
      </w:r>
    </w:p>
    <w:p>
      <w:r>
        <w:rPr>
          <w:b/>
        </w:rPr>
        <w:t xml:space="preserve">[25:35] </w:t>
      </w:r>
      <w:r>
        <w:t>jisko hadith mein aata hai munajaat ya yunaji rabbahu. yaani khuda se whisper ke andaaz mein uski baatein hone lagti hain. to zahir hai jab aisi kaifiyat hogi to uski taseer bahut badh jayegi, uska asar bahut badh jayega aur ghar maamuli taseer ki wajah se gaaliban yeh hazrat aisha ka call hai jo aapne abhi bataya. ji.</w:t>
      </w:r>
    </w:p>
    <w:p>
      <w:pPr>
        <w:jc w:val="right"/>
      </w:pPr>
      <w:r>
        <w:t>जिसको हदीश में आता है मनाजात या युनाजी रब्बा. यानी खुदा से विस्पर के अंदाज़ में उसकी बातें होने लगती हैं. तो ज़ाहिर है जब ऐसी कैफियत होगी तो उसकी तासीर बहुत बढ़ जाएगी, उसका असर बहुत बढ़ जाएगा और घर मामूली तासीर की वजह से गालीबन यह हज़रताइशा का call है जो आपने अभी बताया. जी.</w:t>
      </w:r>
    </w:p>
    <w:p>
      <w:r>
        <w:rPr>
          <w:b/>
        </w:rPr>
        <w:t xml:space="preserve">[26:02] </w:t>
      </w:r>
      <w:r>
        <w:t>doctor sahab, the most dangerous and mischievous being as we know is Satan.</w:t>
      </w:r>
    </w:p>
    <w:p>
      <w:pPr>
        <w:jc w:val="right"/>
      </w:pPr>
      <w:r>
        <w:t>Doctor साहब, the most dangerous and mischievous being as we know is Satan.</w:t>
      </w:r>
    </w:p>
    <w:p>
      <w:r>
        <w:rPr>
          <w:b/>
        </w:rPr>
        <w:t xml:space="preserve">[26:08] </w:t>
      </w:r>
      <w:r>
        <w:t>as he tries to hide his position and he is deceitful you know he tries to divert a</w:t>
      </w:r>
    </w:p>
    <w:p>
      <w:pPr>
        <w:jc w:val="right"/>
      </w:pPr>
      <w:r>
        <w:t>As he tries to hide his position and he is deceitful you know he tries to divert a</w:t>
      </w:r>
    </w:p>
    <w:p>
      <w:r>
        <w:rPr>
          <w:b/>
        </w:rPr>
        <w:t xml:space="preserve">[26:14] </w:t>
      </w:r>
      <w:r>
        <w:t>man's mind from right direction and tries to trap it in irrelevant matters.</w:t>
      </w:r>
    </w:p>
    <w:p>
      <w:pPr>
        <w:jc w:val="right"/>
      </w:pPr>
      <w:r>
        <w:t>man's mind from right direction and tries to trap it in irrelevant matters.</w:t>
      </w:r>
    </w:p>
    <w:p>
      <w:r>
        <w:rPr>
          <w:b/>
        </w:rPr>
        <w:t xml:space="preserve">[26:21] </w:t>
      </w:r>
      <w:r>
        <w:t>there is also a hadith that Satan tries to make a person miss the tahajjud prayer.</w:t>
      </w:r>
    </w:p>
    <w:p>
      <w:pPr>
        <w:jc w:val="right"/>
      </w:pPr>
      <w:r>
        <w:t>There is also a hadith that Satan tries to make a person miss the तहज्जुत prayer.</w:t>
      </w:r>
    </w:p>
    <w:p>
      <w:r>
        <w:rPr>
          <w:b/>
        </w:rPr>
        <w:t xml:space="preserve">[26:27] </w:t>
      </w:r>
      <w:r>
        <w:t>so if you can explain about this.</w:t>
      </w:r>
    </w:p>
    <w:p>
      <w:pPr>
        <w:jc w:val="right"/>
      </w:pPr>
      <w:r>
        <w:t>So if you can explain about this.</w:t>
      </w:r>
    </w:p>
    <w:p>
      <w:r>
        <w:rPr>
          <w:b/>
        </w:rPr>
        <w:t xml:space="preserve">[26:34] </w:t>
      </w:r>
      <w:r>
        <w:t>ek hadith hai jisme aqa mohammad ne farmaya ke jab tum mein se koi bhi yaani har shakhs sota hai to shaitan uske sar par teen girah lagata hai knots. yeh ek physical sense mein samajhna theek nahi hai isko.</w:t>
      </w:r>
    </w:p>
    <w:p>
      <w:pPr>
        <w:jc w:val="right"/>
      </w:pPr>
      <w:r>
        <w:t>एक हदीस है जिसमें अजित मोहम्मद ने फरमाया कि जब तुम में से कोई भी यानी हर शख्स सोता है तो शैतान उसके सर पर तीन गिरह लगाता है knots. यह एक physical sense में समझना ठीक नहीं है इसको.</w:t>
      </w:r>
    </w:p>
    <w:p>
      <w:r>
        <w:rPr>
          <w:b/>
        </w:rPr>
        <w:t xml:space="preserve">[26:57] </w:t>
      </w:r>
      <w:r>
        <w:t>yeh ek symbolic hadith hai ke shaitan teen knots sar par lagata hai aur kehta hai ke keep sleeping, keep sleeping the night is so long. ji. to yeh darasal ek symbolic hadith hai.</w:t>
      </w:r>
    </w:p>
    <w:p>
      <w:pPr>
        <w:jc w:val="right"/>
      </w:pPr>
      <w:r>
        <w:t>यह एक symbolic हदीश है कि शैतान तीन knots सर पर लगाता है और कहता है कि keep sleeping, keep sleeping the night is so long. जी. तो यह दरअसल एक symbolic हदीश है.</w:t>
      </w:r>
    </w:p>
    <w:p>
      <w:r>
        <w:rPr>
          <w:b/>
        </w:rPr>
        <w:t xml:space="preserve">[27:18] </w:t>
      </w:r>
      <w:r>
        <w:t>iska matlab yeh hai ke shaitan tumhe asar karta hai tumhare zehan par aur phir usi hadith mein hai ke agar woh shakhs uth jaye to ek knot khul jaati hai aur agar usne wazu kar liya to doosri knot khul jaati hai aur agar usne namaz par nishru kar di to teesri knot khul jaati hai.</w:t>
      </w:r>
    </w:p>
    <w:p>
      <w:pPr>
        <w:jc w:val="right"/>
      </w:pPr>
      <w:r>
        <w:t>इसका मतलब यह है कि शैतान आपको असर करता है आपके ज़हन पर और फिर उसी हदीश में है कि अगर वो शख्स उठ जाए तो एक knot खुल जाती है और अगर उसने वजू कर लिया तो दूसरी knot खुल जाती है और अगर उसने नमाज़ पर निश्रु कर दी तो तीसरी knot खुल जाती है.</w:t>
      </w:r>
    </w:p>
    <w:p>
      <w:r>
        <w:rPr>
          <w:b/>
        </w:rPr>
        <w:t xml:space="preserve">[27:43] </w:t>
      </w:r>
      <w:r>
        <w:t>to jo asal baat kahi ja rahi hai ismein ke shaitan ke asar se bacho aur shaitan tumhe behkata hai aur uske asar se bacho to humein yeh, yeh jaanna chahiye ke agar hum namaz hum nahi padh rahe ya hamare andar khwahish nahi hai to hum shaitan ke asar mein hain. ji ji. to usse humein bachna chahiye. ji.</w:t>
      </w:r>
    </w:p>
    <w:p>
      <w:pPr>
        <w:jc w:val="right"/>
      </w:pPr>
      <w:r>
        <w:t>तो जो असल बात कही जा रही है इसमें कि शैतान के असर से बचो और शैतान तुम्हें बहक आता है और उसके असर से बचूँ तो हमें यह, यह जानना चाहिए कि अगर हम नमाज़ हम नहीं पढ़ रहे या हमारे अंदर ख्वाहिश नहीं है तो हम शैतान के असर में हैं. जी जी. तो उससे हमें बचना चाहिए. जी.</w:t>
      </w:r>
    </w:p>
    <w:p>
      <w:r>
        <w:rPr>
          <w:b/>
        </w:rPr>
        <w:t xml:space="preserve">[28:07] </w:t>
      </w:r>
      <w:r>
        <w:t>Doctor sir, we can say that, you know, the real sin of Satan was his refusal to acknowledge the favor which god almighty bestowed and, you know, it is Satan's effort to create this kind of temperament in every human being. We all know that God has bestowed bounties on humanity and for that one needs to express gratitude towards the creator.</w:t>
      </w:r>
    </w:p>
    <w:p>
      <w:pPr>
        <w:jc w:val="right"/>
      </w:pPr>
      <w:r>
        <w:t>Doctor sir, we can say that, you know, the real sin of satan was his refusal to acknowledge the favor which god almighty bestowed and, you know, it is satan's effort to create this kind of temperament in every human being. We all know that God has bestowed bounties on humanity and for that one needs to express gratitude towards the creator.</w:t>
      </w:r>
    </w:p>
    <w:p>
      <w:r>
        <w:rPr>
          <w:b/>
        </w:rPr>
        <w:t xml:space="preserve">[28:35] </w:t>
      </w:r>
      <w:r>
        <w:t>But Satan tries to steer away this expression of gratitude. So doctor, one question that comes in mind is that how does he do it? How does he attack us? If you can throw some light on this. Shaitan koi physical sense mein attack nahi kar sakta. Usko yeh taaqat nahi hai ke maan lijiye humein push kar de, hum gir jayein. Balke woh sirf zehan par asar karta hai.</w:t>
      </w:r>
    </w:p>
    <w:p>
      <w:pPr>
        <w:jc w:val="right"/>
      </w:pPr>
      <w:r>
        <w:t>But certain tries to steer away this expression of gratitude. So doctor, one question that comes in mind is that how does he do it? How does he attack us? If you can throw some light on this. शैतान कोई physical sense में attack नहीं कर सकता. उसको यह ताकत नहीं है कि मान लीजिए हमें push कर दे, हम गिर जाएं. बल्कि वह सिर्फ ज़हन पर असर करता है.</w:t>
      </w:r>
    </w:p>
    <w:p>
      <w:r>
        <w:rPr>
          <w:b/>
        </w:rPr>
        <w:t xml:space="preserve">[29:02] </w:t>
      </w:r>
      <w:r>
        <w:t>quran mein bhi yeh baat aayi hai lais lahu sultana ke tumhare paas shaitan se kaha ja raha hai ke tumhare paas koi taaqat nahi hai. sirf woh behka sakta hai aur jo baat quran mein aayi hai ke kis tarah behkata hai uske liye tazeen ka word use hua hai. zayyanalahumul shaitanu aamaalahum ke shaitan unke aamaal unke deeds ko beautify karke dikhata hai. yaani bure kaam ko achha karke dikhata hai.</w:t>
      </w:r>
    </w:p>
    <w:p>
      <w:pPr>
        <w:jc w:val="right"/>
      </w:pPr>
      <w:r>
        <w:t>कुरान में भी यह बात आई है लय से लहू सुल्तान कि तुम्हारे पास शैतान से कहा जा रहा है कि तुम्हारे पास कोई ताकत नहीं है. सिर्फ वह बहका सकता है और जो बात कुरान में आई है कि किस तरह बहकाता है उसके लिए तज़ीन का word use हुआ है. जैयं अलहुम शैतानु आमालाहुम के शैतान उनके आमाल उनके deeds को beautify करके दिखाता है. यानी बुरे काम को अच्छा करके दिखाता है.</w:t>
      </w:r>
    </w:p>
    <w:p>
      <w:r>
        <w:rPr>
          <w:b/>
        </w:rPr>
        <w:t xml:space="preserve">[29:32] </w:t>
      </w:r>
      <w:r>
        <w:t>to Maulana ne bataya tha ek baar ke hamare zehan mein do entry points hain. ek hai farishte ke liye aur ek hai shaitan ke liye. usko Maulana ne jo aaj ke term mein use kiya tha woh ego shaitan ke liye ego hi use kar le aap, zyada samajh mein aayega aur farishte ke liye conscience.</w:t>
      </w:r>
    </w:p>
    <w:p>
      <w:pPr>
        <w:jc w:val="right"/>
      </w:pPr>
      <w:r>
        <w:t>तो मौलाना ने बताया था एक बार कि हमारे ज़हन में दो entry points हैं. एक है परिष्ठे के लिए और एक है शैतान के लिए. उसको मौलाना ने जो आज के term में use किया था वो ego शैतान के लिए ego ही use कर ले आप, ज़्यादा समझ में आएगा और फरिश्ते के लिए conscience.</w:t>
      </w:r>
    </w:p>
    <w:p>
      <w:r>
        <w:rPr>
          <w:b/>
        </w:rPr>
        <w:t xml:space="preserve">[29:58] </w:t>
      </w:r>
      <w:r>
        <w:t>to shaitan ka asar zehan par hota hai aur wo aapke zehan mein bure khayalat dalta hai aur buri cheezon ko acha karke dikhata hai jisko quran mein tazeen bataya gaya hai. to jab bhi kuch aise aisi baat ho aisa lage ke hum shaitan ke asar mein hain to humein allah taala se dhwah karni chahiye.</w:t>
      </w:r>
    </w:p>
    <w:p>
      <w:pPr>
        <w:jc w:val="right"/>
      </w:pPr>
      <w:r>
        <w:t>तो शैतान का असर ज़हन पर होता है और वो आपके ज़हन में बुरे ख्यालाट डालता है और बुरी चीज़ों को अच्छा करके दिखाता है जिसको कुरान में तज़ीन बताया गया है. तो जब भी कुछ ऐसे ऐसी बात हो ऐसा लगे कि हम शैतान के असर में है तो हमें अल्लाह ताला से ध्वाह करनी चाहिए.</w:t>
      </w:r>
    </w:p>
    <w:p>
      <w:r>
        <w:rPr>
          <w:b/>
        </w:rPr>
        <w:t xml:space="preserve">[30:25] </w:t>
      </w:r>
      <w:r>
        <w:t>bahut se log hain aajkal bure kaam kar rahe hain jaise terrorism kar rahe hain log. ji. unko samajhte hain ke woh sahi kaam hai. halanki woh bahut hi galat kaam hai ke masoom logon ko marna yeh kaise sahi kaam ho sakta hai. to yahi woh shaitani amal hai ke shaitan ne unko kisi tarike se behka diya hai aur woh behak ke bure raste par chal rahe hain. ji.</w:t>
      </w:r>
    </w:p>
    <w:p>
      <w:pPr>
        <w:jc w:val="right"/>
      </w:pPr>
      <w:r>
        <w:t>बहुत से लोग हैं आजकल बुरे काम कर रहे हैं जैसे terrorism कर रहे हैं लोग. जी. उनको समझते हैं कि वह सही काम है. हालांकि वह बहुत ही गलत काम है कि मासूम लोगों को मारना यह कैसे सही काम हो सकता है. तो यही वह शैतानी अमल है कि शैतान ने उनको किसी तरीके से बहका दिया है और वह बहक के बुरे रास्ते पर चल रहे हैं. जी.</w:t>
      </w:r>
    </w:p>
    <w:p>
      <w:r>
        <w:rPr>
          <w:b/>
        </w:rPr>
        <w:t xml:space="preserve">[30:51] </w:t>
      </w:r>
      <w:r>
        <w:t>So doctor the question that comes in mind is that how can we save ourselves from satan? iske bare mein bhi bataiye. shaitan se sirf allahi bacha sakta hai. yaani shaitan se bachne ki sirf ek hi zariya hai ke aap allah se dua karein. khuda se madad mange.</w:t>
      </w:r>
    </w:p>
    <w:p>
      <w:pPr>
        <w:jc w:val="right"/>
      </w:pPr>
      <w:r>
        <w:t>So doctor the question that comes in mind is that how can we save ourselves from satan? इसके बारे में भी बताइए. शैतान से सिर्फ अल्लाही बचा सकता है. यानी शैतान से बचने की सिर्फ एक ही जरिया है कि आप अल्लाह से दुआ करें. खुदा से मदद मांगे.</w:t>
      </w:r>
    </w:p>
    <w:p>
      <w:r>
        <w:rPr>
          <w:b/>
        </w:rPr>
        <w:t xml:space="preserve">[31:18] </w:t>
      </w:r>
      <w:r>
        <w:t>jab bhi aisa lage ke aap kisi tarah se shaitan ki zad mein aa rahe hain to aapko chahiye ke dua karein aur quran mein aata hai eezah masahum, tayfuhum, minash shaitani tazakkur. ke jo allah ke bande hain jab unko shaitan touch karta hai, physical sense mein touch nahi karna matlab hai balki unke zehan par asar dalta hai to woh chaunk jaate hain, woh alert ho jaate hain.</w:t>
      </w:r>
    </w:p>
    <w:p>
      <w:pPr>
        <w:jc w:val="right"/>
      </w:pPr>
      <w:r>
        <w:t>जब भी ऐसा लगे कि आप किसी तरह से शैतान की जद में आ रहे हैं तो आपको चाहिए कि दुआ करें और कुरान में आता है ईज़ा मस्साहूम, तायफूम, मिना शैतानी तजक करू. कि जो अल्लाह के बंदे हैं जब उनको शैतान touch करता है, physical sense में touch नहीं करना मतलब है बल्कि उनके ज़हन पर असर डालता है तो वो चौंक जाते हैं, वो alert हो जाते हैं.</w:t>
      </w:r>
    </w:p>
    <w:p>
      <w:r>
        <w:rPr>
          <w:b/>
        </w:rPr>
        <w:t xml:space="preserve">[31:48] </w:t>
      </w:r>
      <w:r>
        <w:t>to yeh bahut ahum quran ke ayat hain ke aapke andar yeh salahiyat honi chahiye ke aap shaitan ke bas base ko shaitan ke jo uska harba hai usko samajh sake aur fauran alert ho jaye aur fauran khuda se dua karne lage.</w:t>
      </w:r>
    </w:p>
    <w:p>
      <w:pPr>
        <w:jc w:val="right"/>
      </w:pPr>
      <w:r>
        <w:t>तो यह बहुत अहम् कुरान के आयत हैं कि आपके अंदर यह सलाहियत होनी चाहिए कि आप शैतान के बस बसे को शैतान के जो उसका हरबा है उसको समझ सके और फ़ौरन alert हो जाए और फ़ौरन खुदा से दुआ करने लगे.</w:t>
      </w:r>
    </w:p>
    <w:p>
      <w:r>
        <w:rPr>
          <w:b/>
        </w:rPr>
        <w:t xml:space="preserve">[32:10] </w:t>
      </w:r>
      <w:r>
        <w:t>bahut si duaen hain shaitan se bachne ke liye jaise hum jab quran padhte hain to kehte hain aoozubillahimina shaitanir rajeem. yeh to sabko yaad rehti hai. yeh dua kar sakte hain jab bhi aapko mehsoos ho ya aap sirf yeh keh sakte hain lahaulawala quwwata illah billahil aliyyil azeem. yeh bhi dua sabko yaad hai.</w:t>
      </w:r>
    </w:p>
    <w:p>
      <w:pPr>
        <w:jc w:val="right"/>
      </w:pPr>
      <w:r>
        <w:t>बहुत सी दुआएं हैं शैतान से बचने के लिए जैसे हम जब कुरान पढ़ते हैं तो कहते हैं आउज़ बिल्लाही मिना शैतानी regime. यह तो सबको याद रहती है. यह दुआ कर सकते हैं जब भी आपको महसूस हो या आप सिर्फ यह कह सकते हैं लाहौल अलाह कुवात इल्लाही ललिए इलाजीम. यह भी दुआ सबको याद है.</w:t>
      </w:r>
    </w:p>
    <w:p>
      <w:r>
        <w:rPr>
          <w:b/>
        </w:rPr>
        <w:t xml:space="preserve">[32:30] </w:t>
      </w:r>
      <w:r>
        <w:t>to yeh bhi shaitan ji.</w:t>
      </w:r>
    </w:p>
    <w:p>
      <w:pPr>
        <w:jc w:val="right"/>
      </w:pPr>
      <w:r>
        <w:t>तो यह भी शैतान जी.</w:t>
      </w:r>
    </w:p>
    <w:p>
      <w:r>
        <w:rPr>
          <w:b/>
        </w:rPr>
        <w:t xml:space="preserve">[32:41] </w:t>
      </w:r>
      <w:r>
        <w:t>wo aoozubikaraabie aiyadurun.</w:t>
      </w:r>
    </w:p>
    <w:p>
      <w:pPr>
        <w:jc w:val="right"/>
      </w:pPr>
      <w:r>
        <w:t>वो आउज़बी करबी ऐ यहदुरून.</w:t>
      </w:r>
    </w:p>
    <w:p>
      <w:r>
        <w:rPr>
          <w:b/>
        </w:rPr>
        <w:t xml:space="preserve">[32:52] </w:t>
      </w:r>
      <w:r>
        <w:t>ki ae allah, main teri madad chahta hoon shaitan ke waswase se aur main teri madad chahta hoon,</w:t>
      </w:r>
    </w:p>
    <w:p>
      <w:pPr>
        <w:jc w:val="right"/>
      </w:pPr>
      <w:r>
        <w:t>कि ऐ अल्लाह, मैं तेरी मदद चाहता हूं शैतान के वस्वसे से और मैं तेरी मदद चाहता हूं,</w:t>
      </w:r>
    </w:p>
    <w:p>
      <w:r>
        <w:rPr>
          <w:b/>
        </w:rPr>
        <w:t xml:space="preserve">[33:03] </w:t>
      </w:r>
      <w:r>
        <w:t>teri panah chahta hoon ki shaitan mere qareeb aaye.</w:t>
      </w:r>
    </w:p>
    <w:p>
      <w:pPr>
        <w:jc w:val="right"/>
      </w:pPr>
      <w:r>
        <w:t>तेरी पनाह चाहता हूं कि शैतान मेरे क़रीब आए.</w:t>
      </w:r>
    </w:p>
    <w:p>
      <w:r>
        <w:rPr>
          <w:b/>
        </w:rPr>
        <w:t xml:space="preserve">[33:15] </w:t>
      </w:r>
      <w:r>
        <w:t>kar diya tha ke lage ke hamari apni dua hai. allahumma inni aoozubika min hamazatis shayateen, wa aoozubika rabbi ayyadoroon. to is tarah se shaitan ke waswase se bachne ka ek hi tareeka hai ke aap allah taala se madad karein aur madad chahein aur apni jo ibadat hai uske andar spirit paida karein.</w:t>
      </w:r>
    </w:p>
    <w:p>
      <w:pPr>
        <w:jc w:val="right"/>
      </w:pPr>
      <w:r>
        <w:t>कर दिया था कि लगे कि हमारी अपनी दुआ है. अल्लाहु मईन्नी आउज़बिका मिन हमज़ाती शायतीन, वो आउज़बिका रब्बी आईय दोरून. तो इस तरह से शैतान के वस्वसे से बचने का एक ही तरीका है कि आप अल्लाह तालाह से मदद करें और मदद चाहें और अपनी जो इबादत है उसके अंदर spirit पैदा करें.</w:t>
      </w:r>
    </w:p>
    <w:p>
      <w:r>
        <w:rPr>
          <w:b/>
        </w:rPr>
        <w:t xml:space="preserve">[33:39] </w:t>
      </w:r>
      <w:r>
        <w:t>jab spirit paida hogi sirf ek ritual nahi hoga tab jaise wo pehli ayat maine padhi thi ke woh chaunk jaate hain jab shaitan patch karte hain. to jab aapke andar woh salahiyat paida hogi, woh spirit aapke andar jayegi, iman aapka taza hoga, jab aapke andar gehri marifat jayegi to woh khud hi khud aap fauran pakad lenge ke yeh shaitan ka behkav aaya aur mujhe isse bachna chahiye.</w:t>
      </w:r>
    </w:p>
    <w:p>
      <w:pPr>
        <w:jc w:val="right"/>
      </w:pPr>
      <w:r>
        <w:t>जब spirit पैदा होगी सिर्फ एक ritual नहीं होगा तब जैसे वो पहली आयत मैंने पढ़ी थी कि वो चौंक जाते हैं जब शैतान patch करते हैं. तो जब आपके अंदर वो सलाहियत पैदा होगी, वो spirit आपके अंदर जाएगी, ईमान आपका ताज़ा होगा, जब आपके अंदर गहरी मार्फत जाएगी तो वो खुद ही खुद आप फ़ौरन पकड़ लेंगे कि यह शैतान का बहकाव आया और मुझे इससे बचना चाहिए.</w:t>
      </w:r>
    </w:p>
    <w:p>
      <w:r>
        <w:rPr>
          <w:b/>
        </w:rPr>
        <w:t xml:space="preserve">[34:05] </w:t>
      </w:r>
      <w:r>
        <w:t>ji, doctor sahib one question that I wanted to ask that was tahajjud prescribed to the people before the prophet mohammed? iske bare mein bhi bataiye.</w:t>
      </w:r>
    </w:p>
    <w:p>
      <w:pPr>
        <w:jc w:val="right"/>
      </w:pPr>
      <w:r>
        <w:t>जी, doctor साहब one question that I wanted to ask that was तहजुद prescribed to the people before the prophet मोहम्मद? इसके बारे में भी बताइए.</w:t>
      </w:r>
    </w:p>
    <w:p>
      <w:r>
        <w:rPr>
          <w:b/>
        </w:rPr>
        <w:t xml:space="preserve">[34:18] </w:t>
      </w:r>
      <w:r>
        <w:t>hadith mein aata hai aisa ke rasoolallasslam ne prophet mohammed ne farmaya ke tumse pehle yaani sahaba se kaha ke tumse pehle bhi jo nek bande the unka bhi yeh tareeka tha ke woh tahajjud ki namaz padha karte the aur yeh khuda se qareeb hone ka ek zariya hai aur buraiyon se bachne ka zariya hai, gunahon se maafi ka zariya hai.</w:t>
      </w:r>
    </w:p>
    <w:p>
      <w:pPr>
        <w:jc w:val="right"/>
      </w:pPr>
      <w:r>
        <w:t>आदिश में आता है ऐसा कि रसूल्लास्ल्लम ने prophet मोहम्मद ने फरमाया के तुमसे पहले यानी साहबा से कहा कि तुमसे पहले भी जो नेक बंदे थे उनका भी यह तरीका था कि वह ताजूद की नमाज़ पड़ा करते थे और यह खुदा से करीब होने का एक ज़रिया है और बुराइयों से बचने का ज़रिया है, गुनाहों से माफी का ज़रिया है.</w:t>
      </w:r>
    </w:p>
    <w:p>
      <w:r>
        <w:rPr>
          <w:b/>
        </w:rPr>
        <w:t xml:space="preserve">[34:43] </w:t>
      </w:r>
      <w:r>
        <w:t>to is tarah ki baatein hadith mein aati hain jisse pata chalta hai ke tahajjud hamesha se alehiman ka ke ka juz raha, unke ibadat ka juz raha, chunke itni ahum ibadat jo ahum tareen ibadat hai woh zaher pehle din se hi allah taala ne prescribe ki hogi insanon ke liye. ji.</w:t>
      </w:r>
    </w:p>
    <w:p>
      <w:pPr>
        <w:jc w:val="right"/>
      </w:pPr>
      <w:r>
        <w:t>तो इस तरह की बातें हदीश में आती है जिससे पता चलता है कि जुद्ध हमेशा से एलहीमान का के का जुज़ रहा, उनके इबादत का जुज़ रहा, चूंकि इतनी अहम् इबादत जो अहम् तरीण इबादत है वह ज़हर पहले दिन से ही अल्लाह तालाह ने prescribe की होगी इंसानों के लिए. जी.</w:t>
      </w:r>
    </w:p>
    <w:p>
      <w:r>
        <w:rPr>
          <w:b/>
        </w:rPr>
        <w:t xml:space="preserve">[35:09] </w:t>
      </w:r>
      <w:r>
        <w:t>So DocsApp is there any example of tahajjud from the life of earlier prophets that you can share with all of us. hadith mein aata hai hazrat dawood alai salam ke bare mein ke allah taala ko dawood alai salam yaani david ki namaz bahut pasand thi. hazrat dawood alai salam ka roza bahut pasand tha.</w:t>
      </w:r>
    </w:p>
    <w:p>
      <w:pPr>
        <w:jc w:val="right"/>
      </w:pPr>
      <w:r>
        <w:t>So DocsApp is there any example of तहज्जुत from the life of earlier prophets that you can share with all of us. हदीश में आता है हज़द दाऊद अली सलाम के बारे में कि अल्लाह तालाह को दाऊद अली सलाम यानी david की नमाज़ बहुत पसंद थी. हज़ाद दाऊद अली सलाम का रोज़ा बहुत पसंद था.</w:t>
      </w:r>
    </w:p>
    <w:p>
      <w:r>
        <w:rPr>
          <w:b/>
        </w:rPr>
        <w:t xml:space="preserve">[35:35] </w:t>
      </w:r>
      <w:r>
        <w:t>wo ek din chhod ke roza rakhte the aur raat ko uthte the namaz padhne ke liye. to khaas zikr hai hadith mein hazrat dawood alai salam ka aur quran mein bhi bahut acha zikr hai.</w:t>
      </w:r>
    </w:p>
    <w:p>
      <w:pPr>
        <w:jc w:val="right"/>
      </w:pPr>
      <w:r>
        <w:t>वो एक दिन छोड़ के रोज़ा रखते थे और रात को उठते थे नमाज़ पढ़ने के लिए. तो खास ज़िक्र है हदीश में हज़द दाऊद अली सलाम का और कुरान में भी बहुत अच्छा ज़िक्र है.</w:t>
      </w:r>
    </w:p>
    <w:p>
      <w:r>
        <w:rPr>
          <w:b/>
        </w:rPr>
        <w:t xml:space="preserve">[35:51] </w:t>
      </w:r>
      <w:r>
        <w:t>quran mein yeh zikr hai ke jab hazrat dawood alai salam dua karte the ya khuda ki glory bayan karte the, khuda ka zikr karte the to ek mauzde ke tehat pahad aur birds bhi unke saath woh zikr karne lagte the.</w:t>
      </w:r>
    </w:p>
    <w:p>
      <w:pPr>
        <w:jc w:val="right"/>
      </w:pPr>
      <w:r>
        <w:t>कुरान में यह ज़िक्र है कि जब हज़द दाऊद अली सलाम दुआ करते थे या खुदा की glory बयान करते थे, खुदा का ज़िक्र करते थे तो एक मौज़दे के तहत पहाड़ और birds भी उनके साथ वह ज़िक्र करने लगते थे.</w:t>
      </w:r>
    </w:p>
    <w:p>
      <w:r>
        <w:rPr>
          <w:b/>
        </w:rPr>
        <w:t xml:space="preserve">[36:12] </w:t>
      </w:r>
      <w:r>
        <w:t>to yeh to quran mein mazkoor hai aur jo kitab dawood alai salam ke upar nazil hui thi uska naam zaboor tha. jisko bible mein psalms kehte hain aur ullema ka kehna hai ke jo psalms hai woh kisi shakal mein wahi kitab hai jo as a dawood alai salam ke upar utari gayi thi.</w:t>
      </w:r>
    </w:p>
    <w:p>
      <w:pPr>
        <w:jc w:val="right"/>
      </w:pPr>
      <w:r>
        <w:t>तो यह तो कुरान में मज़कूर है और जो किताब दाऊद अले सलाम के ऊपर नाज़िल हुई थी उसका नाम ज़बूर था. जिसको bible में psalms कहते हैं और उल्लुमा का कहना है कि जो psalms है वो किसी शक्ल में वही किताब है जो as a दाऊद अली सलाम के ऊपर उतारी गई थी.</w:t>
      </w:r>
    </w:p>
    <w:p>
      <w:r>
        <w:rPr>
          <w:b/>
        </w:rPr>
        <w:t xml:space="preserve">[36:35] </w:t>
      </w:r>
      <w:r>
        <w:t>to uske andar dekhenge to woh thoda poetic andaaz ki verses hain usmein aur khuda ki glory aur uski azmat bayan ki gayi, bade ache alfaaz mein. jo bible ke quotes aap kabhi dekhte honge social media vagairah par to zyada tar woh Psalms ke hi hote hain.</w:t>
      </w:r>
    </w:p>
    <w:p>
      <w:pPr>
        <w:jc w:val="right"/>
      </w:pPr>
      <w:r>
        <w:t>तो उसके अंदर देखेंगे तो वो थोड़ा poetic अंदाज़ की verses हैं उसमें और खुदा की glory और उसकी अज़मत बयान की गई, बड़े अच्छे अल्फाज़ में. जो bible के quotes आप कभी देखते होंगे social media वगैरह पर तो ज़्यादातर वह Psalms के ही होते हैं.</w:t>
      </w:r>
    </w:p>
    <w:p>
      <w:r>
        <w:rPr>
          <w:b/>
        </w:rPr>
        <w:t xml:space="preserve">[36:55] </w:t>
      </w:r>
      <w:r>
        <w:t>to bahut hi usmein yaani gehri gehri duayen hain aur taskeelul quran mein maulana bhai tudin khan ne</w:t>
      </w:r>
    </w:p>
    <w:p>
      <w:pPr>
        <w:jc w:val="right"/>
      </w:pPr>
      <w:r>
        <w:t>तो बहुत ही उसमें यानी गहरी गहरी द्वाएं हैं और तस्कीलुल कुरान में मौलाना भई तुद्दीन खान ने</w:t>
      </w:r>
    </w:p>
    <w:p>
      <w:r>
        <w:rPr>
          <w:b/>
        </w:rPr>
        <w:t xml:space="preserve">[37:02] </w:t>
      </w:r>
      <w:r>
        <w:t>bhi likha hai is par ki jo banda khuda ko yaad karta hai aur khuda ki yaad mein</w:t>
      </w:r>
    </w:p>
    <w:p>
      <w:pPr>
        <w:jc w:val="right"/>
      </w:pPr>
      <w:r>
        <w:t>भी लिखा है इस पर कि जो बंदा खुदा को याद करता है और खुदा की याद में</w:t>
      </w:r>
    </w:p>
    <w:p>
      <w:r>
        <w:rPr>
          <w:b/>
        </w:rPr>
        <w:t xml:space="preserve">[37:10] </w:t>
      </w:r>
      <w:r>
        <w:t>sarsaar ho jata hai to goya sari kainat uske saath hamd aur sana mein mazgool ho jati hai</w:t>
      </w:r>
    </w:p>
    <w:p>
      <w:pPr>
        <w:jc w:val="right"/>
      </w:pPr>
      <w:r>
        <w:t>सरसार हो जाता है तो गोया सारी कायनात उसके साथ हम्द और सना में मज़गूल हो जाती है</w:t>
      </w:r>
    </w:p>
    <w:p>
      <w:r>
        <w:rPr>
          <w:b/>
        </w:rPr>
        <w:t xml:space="preserve">[37:17] </w:t>
      </w:r>
      <w:r>
        <w:t>lekin hazd daood ali salam ke bare mein yeh khaas baat thi ki pahad aur chidiyaen yani unki</w:t>
      </w:r>
    </w:p>
    <w:p>
      <w:pPr>
        <w:jc w:val="right"/>
      </w:pPr>
      <w:r>
        <w:t>लेकिन हज़द दाऊद अली सलाम के बारे में यह खास बात थी कि पहाड़ और चिड़ियाएं यानी उनकी</w:t>
      </w:r>
    </w:p>
    <w:p>
      <w:r>
        <w:rPr>
          <w:b/>
        </w:rPr>
        <w:t xml:space="preserve">[37:25] </w:t>
      </w:r>
      <w:r>
        <w:t>unki awaaz bhi sun paate the hazd daood ali salam.</w:t>
      </w:r>
    </w:p>
    <w:p>
      <w:pPr>
        <w:jc w:val="right"/>
      </w:pPr>
      <w:r>
        <w:t>उनकी आवाज़ भी sun पाते थे हज़द दाऊद अली सलाम.</w:t>
      </w:r>
    </w:p>
    <w:p>
      <w:r>
        <w:rPr>
          <w:b/>
        </w:rPr>
        <w:t xml:space="preserve">[37:33] </w:t>
      </w:r>
      <w:r>
        <w:t>to yeh hazrat dawood alai salam ka zikr aata hai quran mein. ji. hadith mein, iszail mein. Doc sahib, prayer as we know is not just a set of rituals. it is rather a way of acknowledging god's greatness. now whenever we do namaz or tahajjud, there are three phrases which are often repeated.</w:t>
      </w:r>
    </w:p>
    <w:p>
      <w:pPr>
        <w:jc w:val="right"/>
      </w:pPr>
      <w:r>
        <w:t>तो यह हज़द दाऊद अली सलाम का ज़िक्र आता है कुरान में. जी. हादिज में, इसज़ल में. Doc साहब, prayer as we know is not just a set of rituals. It is rather a way of acknowledging God's greatness. Now whenever we do नमाज़ और तहज्जुत, there are three phrases which are often repeated.</w:t>
      </w:r>
    </w:p>
    <w:p>
      <w:r>
        <w:rPr>
          <w:b/>
        </w:rPr>
        <w:t xml:space="preserve">[38:00] </w:t>
      </w:r>
      <w:r>
        <w:t>for example, alhamdulillahirabbil alameen which is humd, praise of god, takbeer, allahu akbar, glorifying god and assalamu alaikum warahmatullah, which is salamati that is peace and security. so when a believer incorporates these three in one's life, then it purifies the believers self.</w:t>
      </w:r>
    </w:p>
    <w:p>
      <w:pPr>
        <w:jc w:val="right"/>
      </w:pPr>
      <w:r>
        <w:t>For example, अलम्दुलिलाई रब्बिलालमीन which is humd, praise of god, तकबीर, अल्लाह हो अकबर, glorifying god and अस्सलाम अलैकुम बरहम्मद उल्लाह, which is सलामती that is peace and security. So when a believer incorporates these three in one's life, then it purifies the believers self.</w:t>
      </w:r>
    </w:p>
    <w:p>
      <w:r>
        <w:rPr>
          <w:b/>
        </w:rPr>
        <w:t xml:space="preserve">[38:26] </w:t>
      </w:r>
      <w:r>
        <w:t>but the question that comes in mind is that how does one, how does tahajjud help in refraining from evil? if you can explain that. quran mein aata hai namaz ke bare mein ke innas salata tanhaa anil fashaa'i walmunkar ke namaz buraiyon se bachati hai.</w:t>
      </w:r>
    </w:p>
    <w:p>
      <w:pPr>
        <w:jc w:val="right"/>
      </w:pPr>
      <w:r>
        <w:t>But the question that comes in mind is that how does one, how does तहज्जुद help in refraining from evil? If you can explain that. Quran में आता है नमाज़ के बारे में कि इन्नत सलाह ततनहा अनिल फाशाई वलमुन कर कि नमाज़ बुराइयों से बचाती है.</w:t>
      </w:r>
    </w:p>
    <w:p>
      <w:r>
        <w:rPr>
          <w:b/>
        </w:rPr>
        <w:t xml:space="preserve">[38:51] </w:t>
      </w:r>
      <w:r>
        <w:t>to zahir e tahajjud bhi ek namaz ki tarah ki ek shakal hai balki bahut hi higher form hai. namaz ka ek bahut hi higher form hai. to yakeenan yeh fayda usse bhi hota hoga aur khaas taur se tahajjud jo hai woh aur namazon se alag hai. yaani tahajjud mein ek mushaqqat bhi shamil hai, hardship bhi shamil hai ke raat ko aap so rahe hain, abhi neend poori nahi hui hai, uth jayein.</w:t>
      </w:r>
    </w:p>
    <w:p>
      <w:pPr>
        <w:jc w:val="right"/>
      </w:pPr>
      <w:r>
        <w:t>तो जाहिर ए तहजुद भी एक नमाज़ की तरह की एक शकल है बल्कि बहुत ही higher form है. नमाज़ का एक बहुत ही higher form है. तो यकीनन यह फ़ायदा उससे भी होता होगा और खासतौर से ताज्जुद जो है वो और नमाज़ों से अलग है. यानी ताज्जुद में एक मुशक्कत भी शामिल है, hardship भी शामिल है कि रात को आप सो रहे हैं, अभी नींद पूरी नहीं हुई है, उठ जाएं.</w:t>
      </w:r>
    </w:p>
    <w:p>
      <w:r>
        <w:rPr>
          <w:b/>
        </w:rPr>
        <w:t xml:space="preserve">[39:17] </w:t>
      </w:r>
      <w:r>
        <w:t>to woh uthna itna aasan nahi hai aur aajkal jo jis tarah ki lifestyle ho gaya hai, bahut der se bhi sote hain log aur bahut kaam hai din mein to uski wajah se neend poori kiye bagair uth jana ek aasan kaam nahi hai to usmein ek mushaqqat aur hardship, hardship bhi involve hai isliye uski taseer badh jaati hai, asar badh jata hai. to yakeenan usmein bhi yahi fayda hoga jo quran mein namaz ke bare mein aaya hai.</w:t>
      </w:r>
    </w:p>
    <w:p>
      <w:pPr>
        <w:jc w:val="right"/>
      </w:pPr>
      <w:r>
        <w:t>तो वह उठना इतना आसान नहीं है और आजकल जो जिस तरह की lifestyle हो गया है, बहुत देर से भी सोते हैं लोग और बहुत काम है दिन में तो उसकी वजह से नींद पूरी किए बगैर उठ जाना एक आसान काम नहीं है तो उसमें एक मुशक्कत और hardship, hardship भी involve है इसलिए उसकी तासीर बढ़ जाती है, असर बढ़ जाता है. तो यकीनन उसमें भी यही फ़ायदा होगा जो कुरान में नमाज़ के बारे में आया है.</w:t>
      </w:r>
    </w:p>
    <w:p>
      <w:r>
        <w:rPr>
          <w:b/>
        </w:rPr>
        <w:t xml:space="preserve">[39:47] </w:t>
      </w:r>
      <w:r>
        <w:t>ji mashallah. Doctor sab are there any sayings of the prophet where he is given glad tidings to all those who pray tahajjud? if you can talk a little bit about that. hadithon mein aata hai. bahut achi baatein aati hain. glad tidings jaise aapne kaha.</w:t>
      </w:r>
    </w:p>
    <w:p>
      <w:pPr>
        <w:jc w:val="right"/>
      </w:pPr>
      <w:r>
        <w:t>जी माशाल्लाह. Doctor सब are there any sayings of the prophet where he is given glad tidings to all those who प्रेता हज्जुत? If you can talk a little bit about that. हदीसों में आता है. बहुत अच्छी बातें आती हैं. Glad tidings जैसे आपने कहा.</w:t>
      </w:r>
    </w:p>
    <w:p>
      <w:r>
        <w:rPr>
          <w:b/>
        </w:rPr>
        <w:t xml:space="preserve">[40:13] </w:t>
      </w:r>
      <w:r>
        <w:t>to jaise hadith mein aata hai ke allah taala ne jannat mein kuch aise ghar banaye hain, kuch aise kamre banaye hain jo bilkul saaf aur shaffaf hain yaani usmein aar paar nazar aata hai. jaise aap samajh liye ke glass ke bane hue.</w:t>
      </w:r>
    </w:p>
    <w:p>
      <w:pPr>
        <w:jc w:val="right"/>
      </w:pPr>
      <w:r>
        <w:t>तो जैसे हदीस में आता है कि अल्लाह ताला ने जन्नत में कुछ ऐसे घर बनाए हैं, कुछ ऐसे कमरे बनाए हैं जो बिल्कुल साफ और शफ्फाफ हैं यानी उसमें आरपार नज़र आता है. जैसे आप समझ लिए कि glass के बने हुए.</w:t>
      </w:r>
    </w:p>
    <w:p>
      <w:r>
        <w:rPr>
          <w:b/>
        </w:rPr>
        <w:t xml:space="preserve">[40:28] </w:t>
      </w:r>
      <w:r>
        <w:t>wo un logon ke liye hain jo naram andaaz mein baatein karte hain, jo gareebon ko khana khilate hain yaani gareebon ki madad karte hain aur aksar roze rakhte hain aur raat ko uthkar namaz padhte hain. to ismein bhi tavajud ka zikr hai aur ek aur hadees mein hai usmein hai ki afshus salam wat e muttam wa silul aram wa sallu bil lail.</w:t>
      </w:r>
    </w:p>
    <w:p>
      <w:pPr>
        <w:jc w:val="right"/>
      </w:pPr>
      <w:r>
        <w:t>वो उन लोगों के लिए हैं जो नरम अंदाज़ में बातें करते हैं, जो गरीबों को खाना खिलाते हैं यानी गरीबों की मदद करते हैं और अक्सर रोज़े रखते हैं और रात को उठकर नमाज़ पड़ते हैं. तो इसमें भी तवजूद का ज़िक्र है और एक और हदीश में है उसमें है कि अफ़शुस सलाम वत ए मुत्ताम व सिलुल अराम व सल्लू बिल्लैल.</w:t>
      </w:r>
    </w:p>
    <w:p>
      <w:r>
        <w:rPr>
          <w:b/>
        </w:rPr>
        <w:t xml:space="preserve">[40:57] </w:t>
      </w:r>
      <w:r>
        <w:t>to yeh chaar baaten hain ki afshus salam ka matlab hai ki salam ko phailao.</w:t>
      </w:r>
    </w:p>
    <w:p>
      <w:pPr>
        <w:jc w:val="right"/>
      </w:pPr>
      <w:r>
        <w:t>तो यह चार बातें हैं कि अफ़शुस सलाम का मतलब है कि सलाम को फैलाओ.</w:t>
      </w:r>
    </w:p>
    <w:p>
      <w:r>
        <w:rPr>
          <w:b/>
        </w:rPr>
        <w:t xml:space="preserve">[41:14] </w:t>
      </w:r>
      <w:r>
        <w:t>jaise ek maine pichhli baar call bataya tha hazrat oena ka, unhone kaha tha ki hal adri massalam.</w:t>
      </w:r>
    </w:p>
    <w:p>
      <w:pPr>
        <w:jc w:val="right"/>
      </w:pPr>
      <w:r>
        <w:t>जैसे एक मैंने पिछली बार call बताया था हजरत ओएना का, उन्होंने कहा था कि हल अदरी मस्सलाम.</w:t>
      </w:r>
    </w:p>
    <w:p>
      <w:r>
        <w:rPr>
          <w:b/>
        </w:rPr>
        <w:t xml:space="preserve">[41:31] </w:t>
      </w:r>
      <w:r>
        <w:t>tum jante ho salam kya hai?</w:t>
      </w:r>
    </w:p>
    <w:p>
      <w:pPr>
        <w:jc w:val="right"/>
      </w:pPr>
      <w:r>
        <w:t>तुम जानते हो सलाम क्या है?</w:t>
      </w:r>
    </w:p>
    <w:p>
      <w:r>
        <w:rPr>
          <w:b/>
        </w:rPr>
        <w:t xml:space="preserve">[41:48] </w:t>
      </w:r>
      <w:r>
        <w:t>to yeh hai salam ki spirit aur dawat jis shakhs ko dena hai logon ke liye, logon ko dawat dena hai to uske liye to yeh spirit bahut zaroori hai yeh aisa saath ki saare insaan uske muske liye hamdaddi aur khairkhwahiye ki jazbaat hone chahiye. kisi ke liye koi nafrat nahi, koi negativity nahi.</w:t>
      </w:r>
    </w:p>
    <w:p>
      <w:pPr>
        <w:jc w:val="right"/>
      </w:pPr>
      <w:r>
        <w:t>तो यह है सलाम की spirit और दावत जिस शख्स को देना है लोगों के लिए, लोगों को दावत देना है तो उसके लिए तो यह spirit बहुत ज़रूरी है यह ऐसा साथ कि सारे इंसान उसके मुस्क के लिए हमदद्दी और खैरख्वाहिए की जज़्बात होने चाहिए. किसी के लिए कोई नफरत नहीं, कोई negativity नहीं.</w:t>
      </w:r>
    </w:p>
    <w:p>
      <w:r>
        <w:rPr>
          <w:b/>
        </w:rPr>
        <w:t xml:space="preserve">[42:09] </w:t>
      </w:r>
      <w:r>
        <w:t>ek sahabi ke baare mein rasoolullah ne kaha kahin se guzar rahe the ki yeh shakhs jannat mein jayega. to ek ek doosre sahabi uske ghar gaye wahan rahe. to baad mein unse kaha ki aap to aise hi hain jaise hamein koi khaas baat to hai nahi aapke andar. phir prophet ne kyun aapko kaha ki aap jannat mein jayenge? to unhone kaha ki haan main to aise hi hoon jaisa aapne dekha hai.</w:t>
      </w:r>
    </w:p>
    <w:p>
      <w:pPr>
        <w:jc w:val="right"/>
      </w:pPr>
      <w:r>
        <w:t>एक साहबी के बारे में रसूल्लाह ने कहा कहीं से गुज़र रहे थे कि यह शख्स जन्नत में जाएगा. तो एक एक दूसरे साहबी उसके घर गए वहां रहे. तो बाद में उनसे कहा कि आप तो ऐसे ही हैं जैसे हमें कोई खास बात तो है नहीं आपके अंदर. फिर prophet ने क्यों आपको कहा कि आप जन्नत में जाएंगे? तो उन्होंने कहा कि हां मैं तो ऐसे ही हूं जैसा आपने देखा है.</w:t>
      </w:r>
    </w:p>
    <w:p>
      <w:r>
        <w:rPr>
          <w:b/>
        </w:rPr>
        <w:t xml:space="preserve">[42:36] </w:t>
      </w:r>
      <w:r>
        <w:t>bas ek baat hai ki mere dil mein kisi ke khilaaf nafrat nahi hai. lazhdufi kalbi gishannali aahadeen. to unke samajh mein aaye ki haan yeh wajah thi ki aapko jannati bataya. to yeh bahut hi ahmm hai ki hamare dil mein logon ke liye salamati aur uske jazbaat hone chahiye.</w:t>
      </w:r>
    </w:p>
    <w:p>
      <w:pPr>
        <w:jc w:val="right"/>
      </w:pPr>
      <w:r>
        <w:t>बस एक बात है कि मेरे दिल में किसी के खिलाफ नफरत नहीं है. लाजिद्दूफी कल्बी गिश्षणली आहदीन. तो उनके समझ में आए कि हां यह वजह थी कि आपको जनती बताया. तो यह बहुत ही अहम् है कि हमारे दिल में लोगों के लिए सलामती और उसके जज़्बात होने चाहिए.</w:t>
      </w:r>
    </w:p>
    <w:p>
      <w:r>
        <w:rPr>
          <w:b/>
        </w:rPr>
        <w:t xml:space="preserve">[42:58] </w:t>
      </w:r>
      <w:r>
        <w:t>isi tarike se aaya ki khana khilayein, zareebon ko yaani unki help karein aur shila rahemi karein yaani jo rishtedaar hain unse achhe sulook, achha sulook rahe raat ko namaz pade. phir aakhiri mein aaya ki jannat mein dakhil ho jao salamati ke saath. ji. to aisi badi achhi achhi cheezein kurahadi ismein aayi hai.</w:t>
      </w:r>
    </w:p>
    <w:p>
      <w:pPr>
        <w:jc w:val="right"/>
      </w:pPr>
      <w:r>
        <w:t>इसी तरीके से आया कि खाना खिलाएं, ज़रीबों को यानी उनकी help करें और शिला रहमी करें यानी जो रिश्तेदार हैं उनसे अच्छे सुलूक, अच्छा सुलूक रहे रात को नमाज़ पड़े. फिर आखिरी में आया कि जन्नत में दाखिल हो जाओ सलामती के साथ. जी. तो ऐसी बड़ी अच्छी अच्छी चीज़ें कुराहादी इसमें आई है.</w:t>
      </w:r>
    </w:p>
    <w:p>
      <w:r>
        <w:rPr>
          <w:b/>
        </w:rPr>
        <w:t xml:space="preserve">[43:25] </w:t>
      </w:r>
      <w:r>
        <w:t>ismein bahut hi glad tidying hai believers ke liye. ji. doctor jab aap hazrat umar bin khatm ki zindagi ko bhi padhte hain to hum yeh paate hain ki wo der raat tak namaz padhte rehte.</w:t>
      </w:r>
    </w:p>
    <w:p>
      <w:pPr>
        <w:jc w:val="right"/>
      </w:pPr>
      <w:r>
        <w:t>इसमें बहुत ही glad tidying है believers के लिए. जी. Doctor जब आप हजरत उमर बिन खत्म की ज़िंदगी को भी पढ़ते हैं तो हम यह पाते हैं कि वो देर रात तक नमाज़ पढ़ते रहते.</w:t>
      </w:r>
    </w:p>
    <w:p>
      <w:r>
        <w:rPr>
          <w:b/>
        </w:rPr>
        <w:t xml:space="preserve">[43:40] </w:t>
      </w:r>
      <w:r>
        <w:t>jab aadhi raat ho jati to apne ghar walon ko uthate aur phir farmate namaz aur suna taha</w:t>
      </w:r>
    </w:p>
    <w:p>
      <w:pPr>
        <w:jc w:val="right"/>
      </w:pPr>
      <w:r>
        <w:t>जब आधी रात हो जाती तो अपने घर वालों को उठाते और फिर फरमाते नमाज़ और सुना ताहा</w:t>
      </w:r>
    </w:p>
    <w:p>
      <w:r>
        <w:rPr>
          <w:b/>
        </w:rPr>
        <w:t xml:space="preserve">[43:46] </w:t>
      </w:r>
      <w:r>
        <w:t>ki yeh ayat padhte hain ki bid your people, say their prayers and be constant in their observance.</w:t>
      </w:r>
    </w:p>
    <w:p>
      <w:pPr>
        <w:jc w:val="right"/>
      </w:pPr>
      <w:r>
        <w:t>की यह आयत पढ़ते हैं कि bid your people, say their prayers and be constant in their observance.</w:t>
      </w:r>
    </w:p>
    <w:p>
      <w:r>
        <w:rPr>
          <w:b/>
        </w:rPr>
        <w:t xml:space="preserve">[43:52] </w:t>
      </w:r>
      <w:r>
        <w:t>to ek sawal yeh bhi aata hai doctor sahab ki yeh tahajjud ke liye jab hum uthte hain</w:t>
      </w:r>
    </w:p>
    <w:p>
      <w:pPr>
        <w:jc w:val="right"/>
      </w:pPr>
      <w:r>
        <w:t>तो एक सवाल यह भी आता है doctor साहब कि यह तहज्जुत के लिए जब हम उठते हैं</w:t>
      </w:r>
    </w:p>
    <w:p>
      <w:r>
        <w:rPr>
          <w:b/>
        </w:rPr>
        <w:t xml:space="preserve">[43:58] </w:t>
      </w:r>
      <w:r>
        <w:t>to kya ghar ke jo aur members hain, unke saath bhi tahajjud ki namaz padhni chahiye?</w:t>
      </w:r>
    </w:p>
    <w:p>
      <w:pPr>
        <w:jc w:val="right"/>
      </w:pPr>
      <w:r>
        <w:t>तो क्या घर के जो और members हैं, उनके साथ भी तहज्जुत की नमाज़ पढ़नी चाहिए?</w:t>
      </w:r>
    </w:p>
    <w:p>
      <w:r>
        <w:rPr>
          <w:b/>
        </w:rPr>
        <w:t xml:space="preserve">[44:04] </w:t>
      </w:r>
      <w:r>
        <w:t>iske bare mein aap kya kahenge?</w:t>
      </w:r>
    </w:p>
    <w:p>
      <w:pPr>
        <w:jc w:val="right"/>
      </w:pPr>
      <w:r>
        <w:t>इसके बारे में आप क्या कहेंगे?</w:t>
      </w:r>
    </w:p>
    <w:p>
      <w:r>
        <w:rPr>
          <w:b/>
        </w:rPr>
        <w:t xml:space="preserve">[44:11] </w:t>
      </w:r>
      <w:r>
        <w:t>hadis mein aata hai ki ek shakhs uske upar allah raham karta hai jo uthta hai raat ko</w:t>
      </w:r>
    </w:p>
    <w:p>
      <w:pPr>
        <w:jc w:val="right"/>
      </w:pPr>
      <w:r>
        <w:t>हदीस में आता है कि एक शख्स उसके ऊपर अल्लाह रहम करता है जो उठता है रात को</w:t>
      </w:r>
    </w:p>
    <w:p>
      <w:r>
        <w:rPr>
          <w:b/>
        </w:rPr>
        <w:t xml:space="preserve">[44:18] </w:t>
      </w:r>
      <w:r>
        <w:t>namaz ke liye aur apni wife ko bhi jagata hai aur agar wo na uthe to uske upar</w:t>
      </w:r>
    </w:p>
    <w:p>
      <w:pPr>
        <w:jc w:val="right"/>
      </w:pPr>
      <w:r>
        <w:t>नमाज़ के लिए और अपनी wife को भी जगाता है और अगर वो ना उठे तो उसके ऊपर</w:t>
      </w:r>
    </w:p>
    <w:p>
      <w:r>
        <w:rPr>
          <w:b/>
        </w:rPr>
        <w:t xml:space="preserve">[44:25] </w:t>
      </w:r>
      <w:r>
        <w:t>halke se pyar se chand boonde qatre uske chehre par dalta hai aur yahi baat uske liye bhi</w:t>
      </w:r>
    </w:p>
    <w:p>
      <w:pPr>
        <w:jc w:val="right"/>
      </w:pPr>
      <w:r>
        <w:t>हल्के से प्यार से चंद बूंदे कतरे उसके चेहरे पर डालता है और यही बात उसके लिए भी</w:t>
      </w:r>
    </w:p>
    <w:p>
      <w:r>
        <w:rPr>
          <w:b/>
        </w:rPr>
        <w:t xml:space="preserve">[44:32] </w:t>
      </w:r>
      <w:r>
        <w:t>hai ki jo khatoon uthti hai raat ko aur namaz ke liye tajjud ke aur apne husband ko</w:t>
      </w:r>
    </w:p>
    <w:p>
      <w:pPr>
        <w:jc w:val="right"/>
      </w:pPr>
      <w:r>
        <w:t>है कि जो खातून उठती है रात को और नमाज़ के लिए तज्जुद के और अपने husband को</w:t>
      </w:r>
    </w:p>
    <w:p>
      <w:r>
        <w:rPr>
          <w:b/>
        </w:rPr>
        <w:t xml:space="preserve">[44:39] </w:t>
      </w:r>
      <w:r>
        <w:t>jagati hai aur agar wo na jage to halka se pyar se chand qatre uske chehre par dalti</w:t>
      </w:r>
    </w:p>
    <w:p>
      <w:pPr>
        <w:jc w:val="right"/>
      </w:pPr>
      <w:r>
        <w:t>जगाती है और अगर वो ना जगे तो हल्का से प्यार से चंद कतरे उसके चेहरे पर डालती</w:t>
      </w:r>
    </w:p>
    <w:p>
      <w:r>
        <w:rPr>
          <w:b/>
        </w:rPr>
        <w:t xml:space="preserve">[44:46] </w:t>
      </w:r>
      <w:r>
        <w:t>hai, chhidakti hai to allah us par bhi raham karta hai.</w:t>
      </w:r>
    </w:p>
    <w:p>
      <w:pPr>
        <w:jc w:val="right"/>
      </w:pPr>
      <w:r>
        <w:t>है, छिड़कती है तो अल्लाह उस पर भी रहम करता है.</w:t>
      </w:r>
    </w:p>
    <w:p>
      <w:r>
        <w:rPr>
          <w:b/>
        </w:rPr>
        <w:t xml:space="preserve">[44:54] </w:t>
      </w:r>
      <w:r>
        <w:t>to iska matlab yeh hai ki peeche nahi pad jaana chahiye, zabardasti uthaayein. agar thoda koshish karein halki phulki to theek hai. jo asal cheez hai wo yeh hai ki husband wife ko spiritual partner banna chahiye apna. achha.</w:t>
      </w:r>
    </w:p>
    <w:p>
      <w:pPr>
        <w:jc w:val="right"/>
      </w:pPr>
      <w:r>
        <w:t>तो इसका मतलब यह है कि पीछे नहीं पड़ जाना चाहिए, ज़बरदस्ती उठाएं. अगर थोड़ा कोशिश करें हल्की फुल्की तो ठीक है. जो असल चीज़ है वो यह है कि husband wife को spiritual partner बनना चाहिए अपना. अच्छा.</w:t>
      </w:r>
    </w:p>
    <w:p>
      <w:r>
        <w:rPr>
          <w:b/>
        </w:rPr>
        <w:t xml:space="preserve">[45:10] </w:t>
      </w:r>
      <w:r>
        <w:t>manana yeh keh kar diya tha ek intellectual partner aur spiritual partner aur rajat ayesha parmaatt ki hai ki jab main jaag rahi hoti thi tayjoot ke waqt to rasoollam usse baatein karte the.</w:t>
      </w:r>
    </w:p>
    <w:p>
      <w:pPr>
        <w:jc w:val="right"/>
      </w:pPr>
      <w:r>
        <w:t>मनाना यह कह कर दिया था एक intellectual partner और spiritual partner और रजत आयशा परमात्त की है कि जब मैं जाग रही होती थी तयजूत के वक्त तो रसूल्लाम उससे बातें करते थे.</w:t>
      </w:r>
    </w:p>
    <w:p>
      <w:r>
        <w:rPr>
          <w:b/>
        </w:rPr>
        <w:t xml:space="preserve">[45:31] </w:t>
      </w:r>
      <w:r>
        <w:t>to iska matlab hai ki jab bajood ke waqt hazrat aisha jaag rahi hoti thi to unse ek intellectual exchange hota tha. ab rasoollam sallam koi duniyavi baat thodi karte honge woh yahi gehri baatein kiya karte the.</w:t>
      </w:r>
    </w:p>
    <w:p>
      <w:pPr>
        <w:jc w:val="right"/>
      </w:pPr>
      <w:r>
        <w:t>तो इसका मतलब है कि जब बाजूद के वक्त हज़र ताइशा जाग रही होती थी तो उनसे एक intellectual exchange होता था. अब रसूल्लाह सल्लम कोई दुनियावी बात थोड़ी करते होंगे वह यही गहरी बातें किया करते थे.</w:t>
      </w:r>
    </w:p>
    <w:p>
      <w:r>
        <w:rPr>
          <w:b/>
        </w:rPr>
        <w:t xml:space="preserve">[45:48] </w:t>
      </w:r>
      <w:r>
        <w:t>to bahut achha hai ki agar family ke log bhi saath mein pade namaz aur saath mein intellectual</w:t>
      </w:r>
    </w:p>
    <w:p>
      <w:pPr>
        <w:jc w:val="right"/>
      </w:pPr>
      <w:r>
        <w:t>तो बहुत अच्छा है कि अगर family के लोग भी साथ में पड़े नमाज़ और साथ में intellectual</w:t>
      </w:r>
    </w:p>
    <w:p>
      <w:r>
        <w:rPr>
          <w:b/>
        </w:rPr>
        <w:t xml:space="preserve">[45:59] </w:t>
      </w:r>
      <w:r>
        <w:t>exchange ho unka, balki aap dekhiye ghar mein hum dekhte hain ki kisi bhi ghar mein to yeh</w:t>
      </w:r>
    </w:p>
    <w:p>
      <w:pPr>
        <w:jc w:val="right"/>
      </w:pPr>
      <w:r>
        <w:t>exchange हो उनका, बल्कि आप देखिए घर में हम देखते हैं कि किसी भी घर में तो यह</w:t>
      </w:r>
    </w:p>
    <w:p>
      <w:r>
        <w:rPr>
          <w:b/>
        </w:rPr>
        <w:t xml:space="preserve">[46:11] </w:t>
      </w:r>
      <w:r>
        <w:t>cheez dekhna chahiye ki hum kis tarah ki baaten karte hain jab hum baithte hain chaar log.</w:t>
      </w:r>
    </w:p>
    <w:p>
      <w:pPr>
        <w:jc w:val="right"/>
      </w:pPr>
      <w:r>
        <w:t>चीज़ देखना चाहिए कि हम किस तरह की बातें करते हैं जब हम बैठते हैं चार लोग.</w:t>
      </w:r>
    </w:p>
    <w:p>
      <w:r>
        <w:rPr>
          <w:b/>
        </w:rPr>
        <w:t xml:space="preserve">[46:23] </w:t>
      </w:r>
      <w:r>
        <w:t>bahut zaroori hai. ji, doctor sahab bahut zaroori hai ki hum is cheez ke liye ke conscious rahe ki kis tarike ki baatein hum log karte hain. ji. doctor sahab, prophet once said that praying tahajjud is better than the whole world. can you throw some light on this hadees?</w:t>
      </w:r>
    </w:p>
    <w:p>
      <w:pPr>
        <w:jc w:val="right"/>
      </w:pPr>
      <w:r>
        <w:t>बहुत ज़रूरी है. जी, doctor साहब बहुत ज़रूरी है कि हम इस चीज़ के लिए के conscious रहे कि किस तरीके की बातें हम लोग करते हैं. जी. Doctor साहब, prophet once said that praying तहजूद is better than the whole world. Can you throw some light on this हदीश?</w:t>
      </w:r>
    </w:p>
    <w:p>
      <w:r>
        <w:rPr>
          <w:b/>
        </w:rPr>
        <w:t xml:space="preserve">[46:44] </w:t>
      </w:r>
      <w:r>
        <w:t>ek hadees mein hazard mohammad sallalahul salu ne farmaya hai ki jo shakhs raat ko uthta hai, tajjud ke waqt chand rakaten padhta hai, to yeh aise hi hai jaise ki duniya saari duniya se behtar hai aur jo duniya mein hai usse yaani duniya aur saari duniya mein jo cheez hai usse behtar hai.</w:t>
      </w:r>
    </w:p>
    <w:p>
      <w:pPr>
        <w:jc w:val="right"/>
      </w:pPr>
      <w:r>
        <w:t>एक हदीश में हज़र्द मोहम्मद सल्ललाहुल सालू ने फरमाया है कि जो शख्स रात को उठता है, तैज्जूद के वक्त चंद रकतें पड़ता है, तो यह ऐसे ही है जैसे कि दुनिया सारी दुनिया से बेहतर है और जो दुनिया में है उससे यानी दुनिया और सारी दुनिया में जो चीज़ है उससे बेहतर है.</w:t>
      </w:r>
    </w:p>
    <w:p>
      <w:r>
        <w:rPr>
          <w:b/>
        </w:rPr>
        <w:t xml:space="preserve">[47:06] </w:t>
      </w:r>
      <w:r>
        <w:t>yaani duniya as a planet ji aur jo usmein cheezein hain saari cities hain aur infrastructure hai aur sab kuch mila ke usse wo chand rakaten, behtar hain. to yeh baat samajhna bada mushkil hai ki itni si namaz jo hai wo kaise is duniya se behtar ho sakti hai. kyunki duniya ki zindagi to ek bahut hi mahdood zindagi hai.</w:t>
      </w:r>
    </w:p>
    <w:p>
      <w:pPr>
        <w:jc w:val="right"/>
      </w:pPr>
      <w:r>
        <w:t>यानी दुनिया as a planet जी और जो उसमें चीज़ें हैं सारी cities हैं और infrastructure है और सब कुछ मिला के उससे वो चंद रखते हैं, बेहतर हैं. तो यह बात समझना बड़ा मुश्किल है कि इतनी सी नमाज़ जो है वो कैसे इस दुनिया से बेहतर हो सकती है. क्योंकि दुनिया की ज़िंदगी तो एक बहुत ही महदूद ज़िंदगी है.</w:t>
      </w:r>
    </w:p>
    <w:p>
      <w:r>
        <w:rPr>
          <w:b/>
        </w:rPr>
        <w:t xml:space="preserve">[47:33] </w:t>
      </w:r>
      <w:r>
        <w:t>test ke liye allah taala ne insaan ko yahan paida kiya hai aur wo khatm ho jayegi. lekin akhirat ki jo zindagi hai wo eternal hai. hamesha hamesha ki zindagi hai. to duniya ki zindagi kitni bhi achhi ho, agar wo limited hai to uske muqable mein to behtar nahi ho sakti jo unlimited hai. ek aur hadees mein aata hai jo thoda isko explain karti hai is baat ko.</w:t>
      </w:r>
    </w:p>
    <w:p>
      <w:pPr>
        <w:jc w:val="right"/>
      </w:pPr>
      <w:r>
        <w:t>Test के लिए अल्लाह तालाह ने इंसान को यहां पैदा किया है और वो खत्म हो जाएगी. लेकिन आखिरत की जो ज़िंदगी है वो eternal है. हमेशा हमेशा की ज़िंदगी है. तो दुनिया की ज़िंदगी कितनी भी अच्छी हो, अगर वो limited है तो उसके मुकाबले में तो बेहतर नहीं हो सकती जो unlimited है. एक और हदीश में आता है जो थोड़ा इसको explain करती है इस बात को.</w:t>
      </w:r>
    </w:p>
    <w:p>
      <w:r>
        <w:rPr>
          <w:b/>
        </w:rPr>
        <w:t xml:space="preserve">[48:02] </w:t>
      </w:r>
      <w:r>
        <w:t>molane ne kai baar isko sunaya hai. woh yeh ki jo day of judgement mein jab hisab kitab hoga to sabka hisab kitab ho jayega. kuch log jannat mein chale jayenge, kuch log jannat se deprive ho jayenge, sabka hisab kitab ho jayega. sirf ek aadmi reh jayega. uska kuch aisa hisab tha ki wo na idhar jaane ke liye theek hai, na udhar jaane ke liye theek hai.</w:t>
      </w:r>
    </w:p>
    <w:p>
      <w:pPr>
        <w:jc w:val="right"/>
      </w:pPr>
      <w:r>
        <w:t>मोलाने ने कई बार इसको सुनाया है. वह यह कि जो day of judgement में जब हिसाब किताब होगा तो सबका हिसाब किताब हो जाएगा. कुछ लोग जन्नत में चले जाएंगे, कुछ लोग जन्नत से deprive हो जाएंगे, सबका हिसाब किताब हो जाएगा. सिर्फ एक आदमी रह जाएगा. उसका कुछ ऐसा हिसाब था कि वो न इधर जाने के लिए ठीक है, न उधर जाने के लिए ठीक है.</w:t>
      </w:r>
    </w:p>
    <w:p>
      <w:r>
        <w:rPr>
          <w:b/>
        </w:rPr>
        <w:t xml:space="preserve">[48:30] </w:t>
      </w:r>
      <w:r>
        <w:t>to wo wahan khada rahega akela. to wo allah taala se kahega ki allah taala tu ne mujhe jannat mein nahi dakhil kiya to kam se kam dikha de mujhe. jannat kaisi hai? to allad allafarhayega apne farishton se ki inko zara dikha do jannat.</w:t>
      </w:r>
    </w:p>
    <w:p>
      <w:pPr>
        <w:jc w:val="right"/>
      </w:pPr>
      <w:r>
        <w:t>तो वो वहां खड़ा रहेगा अकेला. तो वो अल्लाह तालाह से कहेगा कि अल्लाह तालाह तूने मुझे जन्नत में नहीं दाखिल किया तो कम से कम दिखा दे मुझे. जन्नत कैसी है? तो अल्लाद अल्लाफरमाएगा अपने फरिश्तों से कि इनको ज़रा दिखा दो जन्नत.</w:t>
      </w:r>
    </w:p>
    <w:p>
      <w:r>
        <w:rPr>
          <w:b/>
        </w:rPr>
        <w:t xml:space="preserve">[48:56] </w:t>
      </w:r>
      <w:r>
        <w:t>ek round laga laga ke aaye yeh jannat mein. to wo zabriste le jaate hai, janat ghumaate hai, phir wapas aata hai wo shakhs. phir wo shakhs bolta hai allah se ki ae allah, tu ne mujhe apni janat dikha diya tu ismein mujhe daal bhi de.</w:t>
      </w:r>
    </w:p>
    <w:p>
      <w:pPr>
        <w:jc w:val="right"/>
      </w:pPr>
      <w:r>
        <w:t>एक round लगा लगा के आए यह जन्नत में. तो वो ज़बरीस्ते ले जाते है, जनत घुमाते है, फिर वापस आता है वो शख्स. फिर वो शख्स बोलता है अल्लाह से कि ऐ अल्लाह, तूने मुझे अपनी जनत दिखा दिया तू इसमें मुझे डाल भी दे.</w:t>
      </w:r>
    </w:p>
    <w:p>
      <w:r>
        <w:rPr>
          <w:b/>
        </w:rPr>
        <w:t xml:space="preserve">[49:19] </w:t>
      </w:r>
      <w:r>
        <w:t>tu allataala farmata hai ki ae mere bande tu mujhse jannat mat maang. tu jis duniya se aaya hai wo duniya aur ek aur duniya waisi main tujhe deta hoon lekin jannat mat maang. to wo banda kehta hai ki laqun wa ashka khalke ka.</w:t>
      </w:r>
    </w:p>
    <w:p>
      <w:pPr>
        <w:jc w:val="right"/>
      </w:pPr>
      <w:r>
        <w:t>तू अल्लाताला फरमाता है कि ऐ मेरे बंदे तू मुझसे जन्नत मत मांग. तू जिस दुनिया से आया है वह दुनिया और एक और दुनिया वैसी मैं तुझे देता हूं लेकिन जन्नत मत मांग. तो वह बंदा कहता है कि लाकून व अश्का खलके का.</w:t>
      </w:r>
    </w:p>
    <w:p>
      <w:r>
        <w:rPr>
          <w:b/>
        </w:rPr>
        <w:t xml:space="preserve">[49:48] </w:t>
      </w:r>
      <w:r>
        <w:t>kaise main tere bandon mein sabse unfortunate banda banu? to yeh jumla sunke allah taala ko hansi aa jati hai aur usko jannat mein dakhil kar deta hai. bahut kam aisi hadeesen hain jismein allah ke hansne ka zikr hai. ek baar prophet ne koi baat kahi to usmein kaha ki allah taala ko hansi aa gayi. to sahaba baithe hue the.</w:t>
      </w:r>
    </w:p>
    <w:p>
      <w:pPr>
        <w:jc w:val="right"/>
      </w:pPr>
      <w:r>
        <w:t>कैसे मैं तेरे बंदों में सबसे unfortunate बंदा बनूं? तो यह जुमला सुनके अल्लाह तालाह को हंसी आ जाती है और उसको जन्नत में दाखिल कर देता है. बहुत कम ऐसी हदीसें हैं जिसमें अल्लाह के हंसने का ज़िक्र है. एक बार prophet ने कोई बात कही तो उसमें कहा कि अल्लाह तालाह को हंसी आ गई. तो साहबा बैठे हुए थे.</w:t>
      </w:r>
    </w:p>
    <w:p>
      <w:r>
        <w:rPr>
          <w:b/>
        </w:rPr>
        <w:t xml:space="preserve">[50:17] </w:t>
      </w:r>
      <w:r>
        <w:t>unhone puchha ki yaar usoolullah kya allah taala ko bhi hansi aati hai? to prophet ne kahan aati hai hansi? aur kaha ki aise khuda se aise rabb se hamein na umeed nahi hona chahiye jo hansta bhi ho. to isse is hadees se thoda wazeh hota hai ki kya matlab hai tha iska? ji.</w:t>
      </w:r>
    </w:p>
    <w:p>
      <w:pPr>
        <w:jc w:val="right"/>
      </w:pPr>
      <w:r>
        <w:t>उन्होंने पुछा कि यार असूल उल्लाह क्या अल्लाह तालाह को भी हंसी आती है? तो prophet ने कहां आती हंसी? और कहा कि ऐसे खुदा से ऐसे रब्द से हमें ना उम्मीद नहीं होना चाहिए जो हंसता भी हो. तो इससे इस हदीश से थोड़ा वाज़े होता है कि क्या मतलब है था इसका? जी.</w:t>
      </w:r>
    </w:p>
    <w:p>
      <w:r>
        <w:rPr>
          <w:b/>
        </w:rPr>
        <w:t xml:space="preserve">[50:41] </w:t>
      </w:r>
      <w:r>
        <w:t>doctor, in your last program you spoke of a very important thing that one should make a spiritual corner in the house. so, i wanted to know if there is an example or saying of the prophet</w:t>
      </w:r>
    </w:p>
    <w:p>
      <w:pPr>
        <w:jc w:val="right"/>
      </w:pPr>
      <w:r>
        <w:t>Doctor, in your last program you spoke of a very important thing that one should make a spiritual corner in the house. So, I wanted to know if there is an example or saying of the prophet</w:t>
      </w:r>
    </w:p>
    <w:p>
      <w:r>
        <w:rPr>
          <w:b/>
        </w:rPr>
        <w:t xml:space="preserve">[51:09] </w:t>
      </w:r>
      <w:r>
        <w:t>prophet muhammad ne azad abu huraira se kaha. azad abu huraira ek bahut hi intihai dedicated sahabi the jo ki sirf masjid mein hi rehte the. horera kehte hain cat ko, to unko cats pasand thi to unka naam abu hurera pad gaya. to azaad abu huraira ka mamla yeh tha ki woh masjid mein rehte the, kuch nahi karte the.</w:t>
      </w:r>
    </w:p>
    <w:p>
      <w:pPr>
        <w:jc w:val="right"/>
      </w:pPr>
      <w:r>
        <w:t>prophet मुहम्मद ने आजद अबू होरैरा से कहा. आजद अबू होरैरा एक बहुत ही इंतिहाई dedicated साहबी थे जो कि सिर्फ मस्जिद में ही रहते थे. Horera कहते हैं cat को, तो उनको cats पसंद थी तो उनका नाम अबू होरेरा पड़ गया. तो आज़ाद अबू होरेरा का मामला यह था कि वह मस्जिद में रहते थे, कुछ नहीं करते थे.</w:t>
      </w:r>
    </w:p>
    <w:p>
      <w:r>
        <w:rPr>
          <w:b/>
        </w:rPr>
        <w:t xml:space="preserve">[51:36] </w:t>
      </w:r>
      <w:r>
        <w:t>kisi ne kuch khane ko de diya, kha liya, aise hi wahin wahin so gaye. to unka kaam yeh tha ke wo bas rasoolullah sallam ki koi bhi baat jo unhein milti thi, jo suntay thay fauran note kar letay thay. to uski waja se unki dedication ki waja se hamein panch hazar se zyada hadees mili hai jo hazrat abu huraira ne relate ki hai. bohat hi qeemti khazana hai.</w:t>
      </w:r>
    </w:p>
    <w:p>
      <w:pPr>
        <w:jc w:val="right"/>
      </w:pPr>
      <w:r>
        <w:t>किसी ने कुछ खाने को दे दिया, खा लिया, ऐसे ही वहीं वहीं सो गए. तो उनका काम यह था कि वो बस रसूल्लाह सल्लाम की कोई भी बात जो उन्हें मिलती थी, जो सुनते थे फ़ौरन note कर लेते थे. तो उसकी वजह से उनकी dedication की वजह से हमें पांच हज़ार से ज़्यादा हदी से मिली है जो हज़ाद अब्बु होरैरा ने relate की है. बहुत ही कीमती खज़ाना है.</w:t>
      </w:r>
    </w:p>
    <w:p>
      <w:r>
        <w:rPr>
          <w:b/>
        </w:rPr>
        <w:t xml:space="preserve">[52:02] </w:t>
      </w:r>
      <w:r>
        <w:t>to hazrat abu huraira se prophet mohammad ne ek bar kaha ke aye abu huraira tum apne ghar ke konon mein namaz pada karo, corners mein namaz pada karo. to tumhara jo ghar hai uski uska jo noor hai aasman par aise chamke ga jaise chotay chotay sitaron ki light zameen ke logon ke upar chamakti hai. to yeh bohat achay hadees hai. iska matlab hai ke ghar mein namaz padhni chahiye.</w:t>
      </w:r>
    </w:p>
    <w:p>
      <w:pPr>
        <w:jc w:val="right"/>
      </w:pPr>
      <w:r>
        <w:t>तो हज़द अबु हरैरा से prophet मोहम्मद ने एक बार कहा कि ऐ अबु हरैरा तुम अपने घर के कोनों में नमाज़ पड़ा करो, corners में नमाज़ पड़ा करो. तो तुम्हारा जो घर है उसकी उसका जो नूर है आसमान पर ऐसे चमकेगा जैसे छोटे छोटे सितारों की light ज़मीन के लोगों के ऊपर चमकती है. तो यह बहुत अच्छे हदीश है. इसका मतलब है कि घर में नवाज़ पड़नी चाहिए.</w:t>
      </w:r>
    </w:p>
    <w:p>
      <w:r>
        <w:rPr>
          <w:b/>
        </w:rPr>
        <w:t xml:space="preserve">[52:31] </w:t>
      </w:r>
      <w:r>
        <w:t>vasoolan ne kai aur hadeeson mein is is is baat ko kaha hai ke ghar mein bhi insan ko namaz padhni chahiye. ji. doctor sahib mulana wahiduddin khan sahib used to say that one who has learned the art of moral introspection is a person of inviolable integrity.</w:t>
      </w:r>
    </w:p>
    <w:p>
      <w:pPr>
        <w:jc w:val="right"/>
      </w:pPr>
      <w:r>
        <w:t>वसूलन ने कई और हदीशों में इस इस इस बात को कहा है कि घर में भी इंसान को नवाज़ पढ़नी चाहिए. जी. Doctor साहब मुलानव वैद्युद्दीन खान साहब used to say that one who has learned the art of moral introspection is a person of inviolable integrity.</w:t>
      </w:r>
    </w:p>
    <w:p>
      <w:r>
        <w:rPr>
          <w:b/>
        </w:rPr>
        <w:t xml:space="preserve">[52:54] </w:t>
      </w:r>
      <w:r>
        <w:t>so introspection leads to awakening of mind and leads to spiritual and intellectual development. so we can say that introspection means self assessment. so does tahajjud, is tahajjud good for self introspection? what is your comment on that?</w:t>
      </w:r>
    </w:p>
    <w:p>
      <w:pPr>
        <w:jc w:val="right"/>
      </w:pPr>
      <w:r>
        <w:t>So introspection leads to awakening of mind and leads to spiritual and intellectual development. So we can say that introspection means self assessment. So does तहज्जुद, is तहज्जुद good for self introspection? What is your comment on that?</w:t>
      </w:r>
    </w:p>
    <w:p>
      <w:r>
        <w:rPr>
          <w:b/>
        </w:rPr>
        <w:t xml:space="preserve">[53:17] </w:t>
      </w:r>
      <w:r>
        <w:t>haan yakeenan, choonke wo waqt hi aisa acha hota hai, ab aapko agar introspection karna hai, apne baray mein sochna hai, jisko molana kehtay thay self hammering, to zahir hai woh solitude aur khamoshi ka ek mahol hoga tabhi aap apne baray mein soch saktay hain.</w:t>
      </w:r>
    </w:p>
    <w:p>
      <w:pPr>
        <w:jc w:val="right"/>
      </w:pPr>
      <w:r>
        <w:t>हाँ यकीनन, चूँकि वो वक्त ही ऐसा अच्छा होता है, अब आपको अगर introspection करना है, अपने बारे में सोचना है, जिसको मोहलाना कहते थे self hammering, तो जाहिर है वह solitude और खामोशी का एक माहौल होगा तभी आप अपने बारे में सोच सकते हैं.</w:t>
      </w:r>
    </w:p>
    <w:p>
      <w:r>
        <w:rPr>
          <w:b/>
        </w:rPr>
        <w:t xml:space="preserve">[53:38] </w:t>
      </w:r>
      <w:r>
        <w:t>hadees mein aata hai ke ek bande ke baray mein ke zakar allah khaliyan fafajat aina ho ke usne apne rab ko tanhai mein yaad kiya to uski aankhon se aansu beh paray.</w:t>
      </w:r>
    </w:p>
    <w:p>
      <w:pPr>
        <w:jc w:val="right"/>
      </w:pPr>
      <w:r>
        <w:t>हदीश में आता है कि एक बंदे के बारे में कि ज़कर अल्लाह खालियन फफ़ाजत आईना हो कि उसने अपने रब को तन्हाई में याद किया तो उसके आंखों से आंसू बह पड़े.</w:t>
      </w:r>
    </w:p>
    <w:p>
      <w:r>
        <w:rPr>
          <w:b/>
        </w:rPr>
        <w:t xml:space="preserve">[53:56] </w:t>
      </w:r>
      <w:r>
        <w:t>to yeh jo tanhai ka mahol hota hai tahajjud ka, woh introspection ke liye bohat hi ideal hai ke aap apne baray mein sochen, apne kotahiyon ke baray mein sochen, jo aapse ghaltiyan hain uske baray mein sochen, dua karen to woh ideal time hai kyunke bilkul khamoshi koi distraction nahi hai, koi disturbance nahi hai.</w:t>
      </w:r>
    </w:p>
    <w:p>
      <w:pPr>
        <w:jc w:val="right"/>
      </w:pPr>
      <w:r>
        <w:t>तो यह जो तन्हाई का माहौल होता है तायजूत का, वह introspection के लिए बहुत ही ideal है कि आप अपने बारे में सोचें, अपने कोताइयों के बारे में सोचें, जो आपसे गलतियां हैं उसके बारे में सोचें, दुआ करें तो वह ideal time है क्योंकि बिल्कुल खामोशी कोई distraction नहीं है, कोई disturbance नहीं है.</w:t>
      </w:r>
    </w:p>
    <w:p>
      <w:r>
        <w:rPr>
          <w:b/>
        </w:rPr>
        <w:t xml:space="preserve">[54:22] </w:t>
      </w:r>
      <w:r>
        <w:t>to zahir hai ussay behtar waqt koi aur nahi ho sakta self introspection ka. ji and doctor one question that many people may have that should tahajjud prayer be read loudly or softly. so what is your advice on that? hazrat aisha ne bataya hai ke rasoolullah sallam prophet mohammad dono tarah se namaz parhtay thay.</w:t>
      </w:r>
    </w:p>
    <w:p>
      <w:pPr>
        <w:jc w:val="right"/>
      </w:pPr>
      <w:r>
        <w:t>तो ज़ाहिर है उससे बेहतर वक्त कोई और नहीं हो सकता self introspection का. जी and doctor one question that many people may have that should तहज्जुत पैर be read loudly or softly. So what is your advice on that? हजरत आईशा ने बताया है कि रसूल्लास्लाम prophet मोहम्मद दोनों तरह से नमाज़ पढ़ते थे.</w:t>
      </w:r>
    </w:p>
    <w:p>
      <w:r>
        <w:rPr>
          <w:b/>
        </w:rPr>
        <w:t xml:space="preserve">[54:50] </w:t>
      </w:r>
      <w:r>
        <w:t>hazrat aisha batati hai ke kabhi hum suntay thay unki awaz, wo zor se parhtay thay, kabhi awaz nahi sunai deti thi. to iska matlab hai ke dono tareeqay se namaz padhi ja sakti hai, loudly bhi qaraat kar saktay hain aur khamoshi se bhi kar saktay hain. ek bar prophet mohammad ghar se niklay, tahajjud ke waqt bahar gaye. to wo jo madina tha us bohat bohat choti si jagah thi.</w:t>
      </w:r>
    </w:p>
    <w:p>
      <w:pPr>
        <w:jc w:val="right"/>
      </w:pPr>
      <w:r>
        <w:t>हजरत आईशा बताती है कि कभी हम सुनते थे उनकी आवाज़, वो ज़ोर से पढ़ते थे, कभी आवाज़ नहीं सुनाई देती थी. तो इसका मतलब है कि दोनों तरीके से नमाज़ पड़ी जा सकती है, loudly भी करद कर सकते हैं और खामुशी से भी कर सकते हैं. एक बार prophet मोहम्मद घर से निकले, राज्युद के वक्त बाहर गए. तो वो जो मदीना था उस बहुत बहुत छोटी सी जगह थी.</w:t>
      </w:r>
    </w:p>
    <w:p>
      <w:r>
        <w:rPr>
          <w:b/>
        </w:rPr>
        <w:t xml:space="preserve">[55:19] </w:t>
      </w:r>
      <w:r>
        <w:t>hum samajhtay hain wo bohat bari city. wo ek aisay samajh liya colony, choti si colony. to gaye to agay barhay to hazrat abu bakr ka ghar ki taraf se guzray to hazrat abu bakr namaz parh rahay thay tahajjudgi. baray ahista ahista parh rahay thay. to khair wo agay aur gaye.</w:t>
      </w:r>
    </w:p>
    <w:p>
      <w:pPr>
        <w:jc w:val="right"/>
      </w:pPr>
      <w:r>
        <w:t>हम समझते हैं वो बहुत बड़ी city. वो एक ऐसे समझ लिया Colony, छोटी सी colony. तो गए तो आगे बढ़े तो हज़ार तबूबकर का घर की तरफ से गुजरे तो हज़ार तबूबकर नमाज़ पड़ रहे थे तायजूदगी. बड़े आइस्ता आइस्ता पड़ रहे थे. तो खैर वो आगे और गए.</w:t>
      </w:r>
    </w:p>
    <w:p>
      <w:r>
        <w:rPr>
          <w:b/>
        </w:rPr>
        <w:t xml:space="preserve">[55:40] </w:t>
      </w:r>
      <w:r>
        <w:t>to hazrat umar raziallahu anhu ka ghar tha wahan wahan se hazrat umar namaz parh rahay thay. wo bohat zor zor se parh rahay thay. tahajjud ki namaz. to baad mein jab din mein dono log milay to prophet ne hazrat abu bakr se kaha ke main tumharay ghar se guzra tha. tum bohat hi ahista namaz parh rahay thay. kya baat thi?</w:t>
      </w:r>
    </w:p>
    <w:p>
      <w:pPr>
        <w:jc w:val="right"/>
      </w:pPr>
      <w:r>
        <w:t>तो हज़त उमर रज़ज़ अल्लाहान का घर था वहां वहां से हज़त उमर नमाज़ पड़ रहे थे. वो बहुत ज़ोर ज़ोर से पड़ रहे थे. ताजुद की नमाज़. तो बाद में जब दिन में दोनों लोग मिले तो prophet ने अजित अबूबकर से कहा कि मैं तुम्हारे घर से गुजरा था. तुम बहुत ही आयस्ता नमाज़ पढ़ रहे थे. क्या बात थी?</w:t>
      </w:r>
    </w:p>
    <w:p>
      <w:r>
        <w:rPr>
          <w:b/>
        </w:rPr>
        <w:t xml:space="preserve">[56:07] </w:t>
      </w:r>
      <w:r>
        <w:t>to hazrat abu bakr ne kaha ke main jisko sunana chah raha tha maine usko suna diya. yani meri awaz allah ne sun li chahe main ahista bolta hoon zor se. to prophet ne kaha ke thora sa aur zor se pada karo. phir hazrat umar ki taraf matlab rujoo hue aur kaha ke main tumharay ghar ki taraf se bhi guzra tha. tum bohat zor zor se loudly qaraat kar rahay thay. aisa kyun kar rahay thay?</w:t>
      </w:r>
    </w:p>
    <w:p>
      <w:pPr>
        <w:jc w:val="right"/>
      </w:pPr>
      <w:r>
        <w:t>तो अजय दहूबकर ने कहा कि मैं जिसको सुनाना चाह रहा था मैंने उसको सुना दिया. यानी मेरी आवाज़ अल्लाह ने sun ली चाहे मैं आइस्ता बोलता है ज़ोर से. तो prophet ने कहा कि थोड़ा सा और ज़ोर से पड़ा करो. फिर हज़त उमर की तरफ मतलब अज्जा हुए और कहा कि मैं तुम्हारे घर की तरफ से भी गुजरा था. तुम बहुत ज़ोर ज़ोर से loudly गलत कर रहे थे. ऐसा क्यों कर रहे थे?</w:t>
      </w:r>
    </w:p>
    <w:p>
      <w:r>
        <w:rPr>
          <w:b/>
        </w:rPr>
        <w:t xml:space="preserve">[56:36] </w:t>
      </w:r>
      <w:r>
        <w:t>to unka ek khaas andaaz hota hai. hazrat umar raziallahu anhu ka unhon ne kaha ke main jo log ghaflat se so rahay thay unko jaga raha tha aur shaitan ko bhaga raha tha. ji. to prophet ne kaha ke bhai thora ahista parhta hai. ji. ji. doctor sahib bhi bataiye hum sab ko ke tahajjud ke namaz ke waqt hamein woh dua karni chahiye?</w:t>
      </w:r>
    </w:p>
    <w:p>
      <w:pPr>
        <w:jc w:val="right"/>
      </w:pPr>
      <w:r>
        <w:t>तो उनका एक खास अंदाज़ होता है. हज़ाद उमर रजिल्लान का उन्होंने कहा कि मैं जो लोग गफलत से सो रहे थे उनको जगा रहा था और शैतान को भगा रहा था. जी. तो prophet ने कहा कि भई थोड़ा स्था पड़ता है. जी. जी. Doctor स्वाह भी बताइए हम सबको कि तहज्जुत के नमाज़ के वक्त हमें वो दुआ करनी चाहिए?</w:t>
      </w:r>
    </w:p>
    <w:p>
      <w:r>
        <w:rPr>
          <w:b/>
        </w:rPr>
        <w:t xml:space="preserve">[57:04] </w:t>
      </w:r>
      <w:r>
        <w:t>waise prophet kai duayein kiya kartay thay. zaroori nahi hai ke hum unhi duayon ko dohraen. ke dua ka to mamla yeh hai ke dil aisa saath lafzon mein dhalen na ke aap koi words kuch kuch kuch aisay kalimat hain jo yaad kar len usko dohraen bar bar, balkay gehre dil aisa saath aapke seene mein umten aur wohi aisa saath jab lafzon mein dhal jaye to wohi haqeeqi ki dua hai.</w:t>
      </w:r>
    </w:p>
    <w:p>
      <w:pPr>
        <w:jc w:val="right"/>
      </w:pPr>
      <w:r>
        <w:t>वैसे profit कई दुआएं किया करते थे. ज़रूरी नहीं है कि हम उन्हीं दुआओं को दोहराएं. कि दुआ का तो मामला यह है कि दिल्ली ऐसा साथ लफ्ज़ों में ढलें ना कि आप कोई words कुछ कुछ कुछ ऐसे कलिमात हैं जो याद कर लें उसको दोहराएं बार बार, बल्कि गहरे दिली ऐसा साथ आपके सीने में उम्टें और वही ऐसा साथ जब लब्जों में ढल जाए तो वही हकीब की दुआ है.</w:t>
      </w:r>
    </w:p>
    <w:p>
      <w:r>
        <w:rPr>
          <w:b/>
        </w:rPr>
        <w:t xml:space="preserve">[57:34] </w:t>
      </w:r>
      <w:r>
        <w:t>to yahi baat hazrat mohammad ki bhi thi ke jab wo uthtay thay to hazrat aisha batati hai ke raat ke waqt sham ke waqt hum miswak aur pani rakh diya kartay thay prophet ke liye.</w:t>
      </w:r>
    </w:p>
    <w:p>
      <w:pPr>
        <w:jc w:val="right"/>
      </w:pPr>
      <w:r>
        <w:t>तो यही बात हज़द मोहम्मद की भी थी कि जब वो उठते थे तो हज़द अयशा बताती है कि रात के वक्त शाम के वक्त हम मिस्वाग और पानी रख दिया करते थे prophet के लिए.</w:t>
      </w:r>
    </w:p>
    <w:p>
      <w:r>
        <w:rPr>
          <w:b/>
        </w:rPr>
        <w:t xml:space="preserve">[57:48] </w:t>
      </w:r>
      <w:r>
        <w:t>to jab bhi wo uthte the to sabse pehle miswaq karte the aur phir kuch unke mosik kalimat</w:t>
      </w:r>
    </w:p>
    <w:p>
      <w:pPr>
        <w:jc w:val="right"/>
      </w:pPr>
      <w:r>
        <w:t>तो जब भी वो उठते थे तो सबसे पहले मिस्वाग करते थे और फिर कुछ उनके मोसिक कलिमात</w:t>
      </w:r>
    </w:p>
    <w:p>
      <w:r>
        <w:rPr>
          <w:b/>
        </w:rPr>
        <w:t xml:space="preserve">[57:56] </w:t>
      </w:r>
      <w:r>
        <w:t>nikalte the jab wazu karte the jaise allah hu akbar, allah hu akbar, alhamdu illa, subhan allah aise</w:t>
      </w:r>
    </w:p>
    <w:p>
      <w:pPr>
        <w:jc w:val="right"/>
      </w:pPr>
      <w:r>
        <w:t>निकलते थे जब वजू करते थे जैसे अल्लाह हु अकबर, अल्लाह हु अकबर, अलहम्दु इल्ला, सुभान अल्लाह ऐसे</w:t>
      </w:r>
    </w:p>
    <w:p>
      <w:r>
        <w:rPr>
          <w:b/>
        </w:rPr>
        <w:t xml:space="preserve">[58:05] </w:t>
      </w:r>
      <w:r>
        <w:t>kuch alfaaz nikalte the aur zyada asha batati hai ki jo aakhri ruku hai, aakhri verses hain chapter</w:t>
      </w:r>
    </w:p>
    <w:p>
      <w:pPr>
        <w:jc w:val="right"/>
      </w:pPr>
      <w:r>
        <w:t>कुछ अल्फाज़ निकलते थे और ज़्यादा आशा बताती है कि जो आखिरी रुकू है, आखिरी verses हैं chapter</w:t>
      </w:r>
    </w:p>
    <w:p>
      <w:r>
        <w:rPr>
          <w:b/>
        </w:rPr>
        <w:t xml:space="preserve">[58:13] </w:t>
      </w:r>
      <w:r>
        <w:t>number three soora aale imran ki, wo aksar padha karte the.</w:t>
      </w:r>
    </w:p>
    <w:p>
      <w:pPr>
        <w:jc w:val="right"/>
      </w:pPr>
      <w:r>
        <w:t>number three सूरा आले इमरान की, वो अक्सर पढ़ा करते थे.</w:t>
      </w:r>
    </w:p>
    <w:p>
      <w:r>
        <w:rPr>
          <w:b/>
        </w:rPr>
        <w:t xml:space="preserve">[58:22] </w:t>
      </w:r>
      <w:r>
        <w:t>waatilafillaili wan nahar, la ayati lillil ulil albab allazina yajkurunallaha qiyamaw wa quudaw wa ala junubihim, wa yatafakkaruna fi khalqis samawati wal arz. to yeh jo hissa hai soora aale imran ka aakhri hissa bohat hi meaningful hai.</w:t>
      </w:r>
    </w:p>
    <w:p>
      <w:pPr>
        <w:jc w:val="right"/>
      </w:pPr>
      <w:r>
        <w:t>वक्तिलाफिल्लैली वन नहार, ला आयातिल्ली उल्लील अल्लाहक अल्लाहक फीखल्क यामाओं वाकुउद्धव वालाजुनुबीहिम, वैयतफक्करूना फीखल्क समावाती वालर्ज. तो यह जो हिस्सा है सूर्या अली इमरान का आखिरी हिस्सा बहुत ही meaningful है.</w:t>
      </w:r>
    </w:p>
    <w:p>
      <w:r>
        <w:rPr>
          <w:b/>
        </w:rPr>
        <w:t xml:space="preserve">[58:43] </w:t>
      </w:r>
      <w:r>
        <w:t>isme zameen aur aasman ke bare mein bataya gaya hai ke woh log jo imaan wale hain woh</w:t>
      </w:r>
    </w:p>
    <w:p>
      <w:pPr>
        <w:jc w:val="right"/>
      </w:pPr>
      <w:r>
        <w:t>इसमें ज़मीन और आसमान के बारे में बताया गया है कि वह लोग जो ईमान वाले हैं वो</w:t>
      </w:r>
    </w:p>
    <w:p>
      <w:r>
        <w:rPr>
          <w:b/>
        </w:rPr>
        <w:t xml:space="preserve">[58:51] </w:t>
      </w:r>
      <w:r>
        <w:t>sote, jaagte, uthte, baithte, khuda ki jo creation hai uspe dhyan dete hain, uspe uspe sochte hain aur</w:t>
      </w:r>
    </w:p>
    <w:p>
      <w:pPr>
        <w:jc w:val="right"/>
      </w:pPr>
      <w:r>
        <w:t>सोते, जागते, उठते, बैठते, खुदा की जो creation है उसपे ध्यान देते हैं, उसपे उसपे सोचते हैं और</w:t>
      </w:r>
    </w:p>
    <w:p>
      <w:r>
        <w:rPr>
          <w:b/>
        </w:rPr>
        <w:t xml:space="preserve">[58:59] </w:t>
      </w:r>
      <w:r>
        <w:t>phir woh keh uthte hain ke maa khalaq kaha zabat ilah ki tune ye cheezein koi purpose less</w:t>
      </w:r>
    </w:p>
    <w:p>
      <w:pPr>
        <w:jc w:val="right"/>
      </w:pPr>
      <w:r>
        <w:t>फिर वो कह उठते हैं कि माँ खलक कहा ज़बात इलाह कि तूने ये चीज़ें कोई purpose less</w:t>
      </w:r>
    </w:p>
    <w:p>
      <w:r>
        <w:rPr>
          <w:b/>
        </w:rPr>
        <w:t xml:space="preserve">[59:07] </w:t>
      </w:r>
      <w:r>
        <w:t>nahin banayi hain, bahut hi meaningful creation hai teri aur phir woh dua karne lagte hain.</w:t>
      </w:r>
    </w:p>
    <w:p>
      <w:pPr>
        <w:jc w:val="right"/>
      </w:pPr>
      <w:r>
        <w:t>नहीं बनाई हैं, बहुत ही meaningful creation है तेरी और फिर वो दुआ करने लगते हैं.</w:t>
      </w:r>
    </w:p>
    <w:p>
      <w:r>
        <w:rPr>
          <w:b/>
        </w:rPr>
        <w:t xml:space="preserve">[59:15] </w:t>
      </w:r>
      <w:r>
        <w:t>bari gehre duayein aayi hain jo soora aale aale imran ke akhir mein yani pehlay pehlay khuda ki glory bayan ki aur phir duayein niklain unkay seene se. to aksar yeh parha kartay thay aisay hi soora, na soora, al muzammil parhtay thay. namaz mein aksar parhtay thay.</w:t>
      </w:r>
    </w:p>
    <w:p>
      <w:pPr>
        <w:jc w:val="right"/>
      </w:pPr>
      <w:r>
        <w:t>बड़ी गहरी दुआएं आई हैं जो सूर्य आले आले इमरान के आखिर में यानी पहले पहले खुदा की glory बयान की और फिर दुआएं निकलने लगी उनके सीने से. तो अक्सर यह पढ़ा करते थे ऐसे ही सूर्य, न सूरा, अल मुज़मील पढ़ते थे. नमाज़ में अक्सर पढ़ते थे.</w:t>
      </w:r>
    </w:p>
    <w:p>
      <w:r>
        <w:rPr>
          <w:b/>
        </w:rPr>
        <w:t xml:space="preserve">[59:42] </w:t>
      </w:r>
      <w:r>
        <w:t>to aap apni koi bhi dua kar saktay hain. apni dua urdu mein kar saktay hain, english mein kar saktay hain. maqsad yeh hai ke haqeeqi ki dua ho, real dua ho. yeh jo alfaaz hamein hadees se aur quran se miltay hain, yeh bhi wohi batatay hain ke kya aisa saath hotay thay nabiyon ke? kya aisa saath gehre aisa saath lafzon mein dhal jatay thay?</w:t>
      </w:r>
    </w:p>
    <w:p>
      <w:pPr>
        <w:jc w:val="right"/>
      </w:pPr>
      <w:r>
        <w:t>तो आप अपनी कोई भी दुआ कर सकते हैं. अपनी दुआ उर्दू में कर सकते हैं, english में कर सकते हैं. मकसद यह है कि हकील की दुआ हो, real दुआ हो. यह जो अल्फाज़ हमें हदीस से और कुरान से मिलते हैं, यह भी वही बताते हैं कि क्या ऐसा साथ होते थे नगंबरों के? क्या ऐसा साथ गहरे ऐसा साथ लब्जों में ढल जाते थे?</w:t>
      </w:r>
    </w:p>
    <w:p>
      <w:r>
        <w:rPr>
          <w:b/>
        </w:rPr>
        <w:t xml:space="preserve">[1:00:09] </w:t>
      </w:r>
      <w:r>
        <w:t>to wohi real prayer hai ke aapki apni dua ho aur phir woh jo lafzon mein dhalay gi to wohi haqeeqi dua kahlayegi.</w:t>
      </w:r>
    </w:p>
    <w:p>
      <w:pPr>
        <w:jc w:val="right"/>
      </w:pPr>
      <w:r>
        <w:t>तो वही real prayer है कि आपकी अपनी दुआ हो और फिर वह जो लब्जों में ढलेगी तो वही हकीकी दुआ कहलाएगी.</w:t>
      </w:r>
    </w:p>
    <w:p>
      <w:r>
        <w:rPr>
          <w:b/>
        </w:rPr>
        <w:t xml:space="preserve">[1:00:20] </w:t>
      </w:r>
      <w:r>
        <w:t>ji, doctor sahib we now come to the last question and before i ask that i just wanted to say that a well known philosopher aristotle said that it is well to be up before daybreak for such habit contributes to health, wealth and wisdom.</w:t>
      </w:r>
    </w:p>
    <w:p>
      <w:pPr>
        <w:jc w:val="right"/>
      </w:pPr>
      <w:r>
        <w:t>जी, doctor साहब we now come to the last question and before I ask that I just wanted to say that a well known philosopher Aristotle said that it is well to be up before daybreak for such habit contributes to health, wealth and wisdom.</w:t>
      </w:r>
    </w:p>
    <w:p>
      <w:r>
        <w:rPr>
          <w:b/>
        </w:rPr>
        <w:t xml:space="preserve">[1:00:42] </w:t>
      </w:r>
      <w:r>
        <w:t>and this statement was repeated by one of the founding fathers of united states, benjamin franklin. and now the famous quote early to bed early to rise makes you healthy, wealthy and wise. and even if you look at doctor sahib the spiritual side, the quran says the recitation at dawn is indeed witnessed.</w:t>
      </w:r>
    </w:p>
    <w:p>
      <w:pPr>
        <w:jc w:val="right"/>
      </w:pPr>
      <w:r>
        <w:t>And this statement was repeated by one of the founding fathers of United States, Benjamin Franklin. And now the famous quote early to bed early to rise makes you healthy, wealthy and wise. And even if you look at doctor साहब the spiritual side, the Quran says the recitation at dawn is indeed witnessed.</w:t>
      </w:r>
    </w:p>
    <w:p>
      <w:r>
        <w:rPr>
          <w:b/>
        </w:rPr>
        <w:t xml:space="preserve">[1:01:07] </w:t>
      </w:r>
      <w:r>
        <w:t>so there are several researchers, researchers which says that or which points out that if you get up in the morning, you know, your day is more productive. molana wahiduddin khan sahib used to say that avail the morning shower, the spiritual shower. so, you know, it's not only that you avail the morning, but your entire day gets planned.</w:t>
      </w:r>
    </w:p>
    <w:p>
      <w:pPr>
        <w:jc w:val="right"/>
      </w:pPr>
      <w:r>
        <w:t>So there are several researchers, researchers which says that or which points out that if you get up in the morning, you know, your day is more productive. मलाना विद्युन खान साहब used to say that avail the morning shower, the spiritual shower. So, you know, it's not only that you avail the morning, but your entire day gets planned.</w:t>
      </w:r>
    </w:p>
    <w:p>
      <w:r>
        <w:rPr>
          <w:b/>
        </w:rPr>
        <w:t xml:space="preserve">[1:01:32] </w:t>
      </w:r>
      <w:r>
        <w:t>you know, you can do worship, you can do contemplation, you can do reading, you can do lot many things. so the question that comes in mind is that even when you see many successful people, they often say that we wake up early in the morning. so can this be related, you know, to the early morning spiritual time? what is your, you know, advice on that?</w:t>
      </w:r>
    </w:p>
    <w:p>
      <w:pPr>
        <w:jc w:val="right"/>
      </w:pPr>
      <w:r>
        <w:t>You know, you can do worship, you can do contemplation, you can do reading, you can do lot many things. So the question that comes in mind is that even when you see many successful people, they often say that we wake up early in the morning. So can this be related, you know, to the early morning spiritual time? What is your, you know, advice on that?</w:t>
      </w:r>
    </w:p>
    <w:p>
      <w:r>
        <w:rPr>
          <w:b/>
        </w:rPr>
        <w:t xml:space="preserve">[1:01:59] </w:t>
      </w:r>
      <w:r>
        <w:t>bilkul aapne bahut achha bataya. mujhe yaad hai ki maulana bhi subah savere uthte the. hamesha chahe wo bimar ho ya theek ho. ji. wahi char baje qareeb uth jaate the aur namaz padhte the aur kuch quran ki ayaten jo bhi unhe yaad hoti thi loudly wo padha karte the. to maashallah maulane ki health bahut achhi thi. ji. aakhiri waqt tak he was 97.</w:t>
      </w:r>
    </w:p>
    <w:p>
      <w:pPr>
        <w:jc w:val="right"/>
      </w:pPr>
      <w:r>
        <w:t>बिल्कुल आपने बहुत अच्छा बताया. मुझे याद है कि मौलाना भी सुबह सवेरे उठते थे. हमेशा चाहे वो बीमार हो या ठीक हो. जी. वही चार बजे करीब उठ जाते थे और नमाज़ पढ़ते थे और कुछ कुरान की आयतें जो भी उन्हें याद होती थी loudly वो पढ़ा करते थे. तो माशाल्लाह मौलाने की health बहुत अच्छी थी. जी. आखिरी वक्त तक he was 97.</w:t>
      </w:r>
    </w:p>
    <w:p>
      <w:r>
        <w:rPr>
          <w:b/>
        </w:rPr>
        <w:t xml:space="preserve">[1:02:25] </w:t>
      </w:r>
      <w:r>
        <w:t>aakhiri waqt tak wo bilkul theek rahe aur unka zehan bhi bilkul sahi raha, memory bilkul theek rahi. to yeh baat sahi hai ki yeh jo morning ka waqt hai bada spiritual time hai lekin yeh health ke lihaz se bahut achha hai. agar koi walk kare, exercise kare, yoga kare, prahnam kare to yeh sab cheezen bahut achhi hai. main khud thoda bahut walk karta hoon aur exercise karta hoon.</w:t>
      </w:r>
    </w:p>
    <w:p>
      <w:pPr>
        <w:jc w:val="right"/>
      </w:pPr>
      <w:r>
        <w:t>आखिरी वक्त तक वो बिल्कुल ठीक रहे और उनका ज़हन भी बिल्कुल सही रहा, memory बिल्कुल ठीक रही. तो यह बात सही है कि यह जो morning का वक्त है बड़ा spiritual time है लेकिन यह health के लिहाज से बहुत अच्छा है. अगर कोई walk करे, exercise करे, योगा करे, प्राण्याम करे तो यह सब चीज़ें बहुत अच्छी है. मैं खुद थोड़ा बहुत walk करता हूं और exercise करता हूं.</w:t>
      </w:r>
    </w:p>
    <w:p>
      <w:r>
        <w:rPr>
          <w:b/>
        </w:rPr>
        <w:t xml:space="preserve">[1:02:53] </w:t>
      </w:r>
      <w:r>
        <w:t>isse yaani aadmi ek to stress free rehta hai aur jaise aapne kaha hai ki soch bhi bahut achhi ho jaati hai, clear ho jaati hai thinking aur health bhi yaani behtar hoti hai aur aadmi bimariyon se bachta hai. aajkal itna pollution hai to agar subah saver uth ke walk karein kahin jayein kisi park mein aur nature actually nature inspires us. ji.</w:t>
      </w:r>
    </w:p>
    <w:p>
      <w:pPr>
        <w:jc w:val="right"/>
      </w:pPr>
      <w:r>
        <w:t>इससे यानी आदमी एक तो stress free रहता है और जैसे आपने कहा है कि सोच भी बहुत अच्छी हो जाती है, clear हो जाती है thinking और health भी यानी बेहतर होती है और आदमी बीमारियों से बचता है. आजकल इतना pollution है तो अगर सुबह सवेर उठ के walk करें कहीं जाएं किसी park में और nature actually nature inspires us. जी.</w:t>
      </w:r>
    </w:p>
    <w:p>
      <w:r>
        <w:rPr>
          <w:b/>
        </w:rPr>
        <w:t xml:space="preserve">[1:03:19] </w:t>
      </w:r>
      <w:r>
        <w:t>aap agar yahan kisi building mein hai, kisi kamre mein to wo inspiration nahi aayega lekin abhi aap chale jaye kisi garden mein har taraf phool khil rahe hain, chidiyon ki chaichane ki aawazen aa rahi hain aur hawa ki sarsarahat hai wo sari cheezen jo hai wo ek khaas spiritual mahaul paida hota hai jo aapko inspire karta hai aur allah taalaah se bhi jodta hai.</w:t>
      </w:r>
    </w:p>
    <w:p>
      <w:pPr>
        <w:jc w:val="right"/>
      </w:pPr>
      <w:r>
        <w:t>आप अगर यहां किसी building में है, किसी कमरे में तो वह inspiration नहीं आएगा लेकिन अभी आप चले जाए किसी garden में हर तरफ फ़ूल खिल रहे हैं, चिड़ियाओं की चैचाने की आवाज़ें आ रही हैं और हवा की सरसराहट है वह सारी चीज़ें जो है वह एक खास spiritual माहौल पैदा होता है जो आपको inspire करता है और अल्लाह तालाह से भी जोड़ता है.</w:t>
      </w:r>
    </w:p>
    <w:p>
      <w:r>
        <w:rPr>
          <w:b/>
        </w:rPr>
        <w:t xml:space="preserve">[1:03:43] </w:t>
      </w:r>
      <w:r>
        <w:t>hum log mujhe yaad aata hai ki kuch mahine hum log doctor mukr ji nagar mein rahe the. to hamare ghar ke samne ek park tha. ji. to park mein yoga hota tha. ji. to hamari walda ne kaha usse main chhota tha. i was in school at that time ki tum bhi jaakar yahan yoga yoga kiya karo. ji ji. to main bhi chala gaya. achha. to main bhi yoga karta tha.</w:t>
      </w:r>
    </w:p>
    <w:p>
      <w:pPr>
        <w:jc w:val="right"/>
      </w:pPr>
      <w:r>
        <w:t>हम लोग मुझे याद आता है कि कुछ महीने हम लोग doctor मुक्र जी नगर में रहे थे. तो हमारे घर के सामने एक park था. जी. तो park में योगा होता था. जी. तो हमारी वालदा ने कहा उससे मैं छोटा था. I was in school at that time कि तुम भी जाकर यहां योगा योगा किया करो. जी जी. तो मैं भी चला गया. अच्छा. तो मैं भी योगा करता था.</w:t>
      </w:r>
    </w:p>
    <w:p>
      <w:r>
        <w:rPr>
          <w:b/>
        </w:rPr>
        <w:t xml:space="preserve">[1:04:08] </w:t>
      </w:r>
      <w:r>
        <w:t>to jo hamare master the yoga ke unhone kaha ki hamara ek shivar hone wala hai, ek camp lagne wala hai shantiwan mein. to tum bhi chalna? maine kaha theek hai zaroor chalenge. to bade savere aaye wo fazir ke waqt mujhe le gaye buses mein. buses khadi hui thi wo nirankari colony aur kingsway camp ke yahan se log aaye the wo base bhar ke.</w:t>
      </w:r>
    </w:p>
    <w:p>
      <w:pPr>
        <w:jc w:val="right"/>
      </w:pPr>
      <w:r>
        <w:t>तो जो हमारे master थे योगा के उन्होंने कहा कि हमारा एक शिवर होने वाला है, एक camp लगने वाला है शांतिवन में. तो तुम भी चलना? मैंने कहा ठीक है ज़रूर चलेंगे. तो बड़े सवेरे आए वो फज़िर के वक्त मुझे ले गए buses में. Buses खड़ी हुई थी वो निरंकारी colony और Kingsway Camp के यहां से लोग आए थे वो बसे भर के.</w:t>
      </w:r>
    </w:p>
    <w:p>
      <w:r>
        <w:rPr>
          <w:b/>
        </w:rPr>
        <w:t xml:space="preserve">[1:04:35] </w:t>
      </w:r>
      <w:r>
        <w:t>hum shanti van gaye aur wahan kuch yoga kiya, kuch aur yoga wagera kiya, phir wapas aaye to mujhe bas ek cheez yaad reh gayi ki unhone sprouted chane diye the humein raste mein khane ke to wo bahut achhi cheez hai yoga karein aur exercise karein aur walk karein aur jain bhi isse khulta hai, health bhi achhi hoti hai aur spiritually bhi aadmi awakened ho jata hai. doc sahab bahut bahut shukriya.</w:t>
      </w:r>
    </w:p>
    <w:p>
      <w:pPr>
        <w:jc w:val="right"/>
      </w:pPr>
      <w:r>
        <w:t>हम शांति वन गए और वहां कुछ योगा किया, कुछ और योगा वगैरह किया, फिर वापस आए तो मुझे बस एक चीज़ याद रह गई कि उन्होंने sprouted चने दिए थे हमें रास्ते में खाने के तो वो बहुत अच्छी चीज़ है योगा करें और exercise करें और walk करें और जैन भी इससे खुलता है, health भी अच्छी होती है और spiritually भी आदमी awakened हो जाता है. Doc साहब बहुत बहुत शुक्रिया.</w:t>
      </w:r>
    </w:p>
    <w:p>
      <w:r>
        <w:rPr>
          <w:b/>
        </w:rPr>
        <w:t xml:space="preserve">[1:05:04] </w:t>
      </w:r>
      <w:r>
        <w:t>aaj aapne bahut si rohani baaten batai, tahajjud ki namaz par. ji. we learned today that tahajjud is a practice of taking a spiritual bath by making oneself an awakened person. so if you want to ask allah about something, start praying tajjud today. thank you for watching this program. we will be back next sunday same time 10:30am.</w:t>
      </w:r>
    </w:p>
    <w:p>
      <w:pPr>
        <w:jc w:val="right"/>
      </w:pPr>
      <w:r>
        <w:t>आज आपने बहुत सी रोहानी बातें बताई, तहज्जुद की नमाज़ पर. जी. We learned today that तहज्जुद is a practice of taking a spiritual bath by making oneself an awakened person. So if you want to ask Allah about something, start praying Tajjud today. Thank you for watching this program. We will be back next Sunday same time 10:30AM.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