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February 20, 2011</w:t>
      </w:r>
    </w:p>
    <w:p>
      <w:r>
        <w:t>https://youtu.be/FzOkE_KElUA</w:t>
      </w:r>
    </w:p>
    <w:p>
      <w:r>
        <w:rPr>
          <w:b/>
        </w:rPr>
        <w:t xml:space="preserve">[00:14] </w:t>
      </w:r>
      <w:r>
        <w:t>Bismillah al-Rahman al-Rahim. Wa sallallahu ala al-nabi al-karim. Rabb ishrahli sadri, wa yassirli amri,</w:t>
      </w:r>
    </w:p>
    <w:p>
      <w:pPr>
        <w:jc w:val="right"/>
      </w:pPr>
      <w:r>
        <w:t>بسم اللہ الرحمن الرحیم ۔ وصلی اللہ علی النبی الکریم ۔رب اشرحلی صدری ، و یسرلیامری،</w:t>
      </w:r>
    </w:p>
    <w:p>
      <w:r>
        <w:rPr>
          <w:b/>
        </w:rPr>
        <w:t xml:space="preserve">[00:28] </w:t>
      </w:r>
      <w:r>
        <w:t>wa hlul uqdata min lisani, yafqahu qawli. Aaj ka title hai "From the Spiritual".</w:t>
      </w:r>
    </w:p>
    <w:p>
      <w:pPr>
        <w:jc w:val="right"/>
      </w:pPr>
      <w:r>
        <w:t>واحل العقدۃ من لسانی ، یفقہ قولی۔ آجکا ٹائٹلہے" فرامدا اسپریچولٹری"۔</w:t>
      </w:r>
    </w:p>
    <w:p>
      <w:r>
        <w:rPr>
          <w:b/>
        </w:rPr>
        <w:t xml:space="preserve">[00:41] </w:t>
      </w:r>
      <w:r>
        <w:t>Aaj subah main apne spiritual ke samne baitha tha</w:t>
      </w:r>
    </w:p>
    <w:p>
      <w:pPr>
        <w:jc w:val="right"/>
      </w:pPr>
      <w:r>
        <w:t>آجصبحکومیں اپنے اسپریچولٹریکےسامنے بیٹھاتھا</w:t>
      </w:r>
    </w:p>
    <w:p>
      <w:r>
        <w:rPr>
          <w:b/>
        </w:rPr>
        <w:t xml:space="preserve">[00:50] </w:t>
      </w:r>
      <w:r>
        <w:t>to ek taraf aaj ke papers mein news thi ke Middle East mein bahut hangama ho raha hai.</w:t>
      </w:r>
    </w:p>
    <w:p>
      <w:pPr>
        <w:jc w:val="right"/>
      </w:pPr>
      <w:r>
        <w:t>تو ایکطرف آج کے پیپرزمیں نیوزتھی کہ مڈلایسٹمیں بہت ہنگامہہورہاہے۔</w:t>
      </w:r>
    </w:p>
    <w:p>
      <w:r>
        <w:rPr>
          <w:b/>
        </w:rPr>
        <w:t xml:space="preserve">[01:04] </w:t>
      </w:r>
      <w:r>
        <w:t>To us mein aisi heading thi ke "Popular Revolt", "Anti-Regime Demonstration".</w:t>
      </w:r>
    </w:p>
    <w:p>
      <w:pPr>
        <w:jc w:val="right"/>
      </w:pPr>
      <w:r>
        <w:t>تواسمیں ایسی ہیڈنگتھیکہ "پاپولر ریول ٹ" ،"اینٹیریجیم ڈیمونسٹریشن" ۔</w:t>
      </w:r>
    </w:p>
    <w:p>
      <w:r>
        <w:rPr>
          <w:b/>
        </w:rPr>
        <w:t xml:space="preserve">[01:14] </w:t>
      </w:r>
      <w:r>
        <w:t>Yeh sab tha. Bahut se log mare gaye, bahut se log zakhmi hue. Taqriban poore Middle East mein, Muslim countries mein yeh phail gaya hai.</w:t>
      </w:r>
    </w:p>
    <w:p>
      <w:pPr>
        <w:jc w:val="right"/>
      </w:pPr>
      <w:r>
        <w:t>یہسب تھا۔ بہت سےلوگ مارےگئے،بہت سےلوگ زخمیہوئے۔ تقریباً پورے مڈلایسٹمیں، مسلم کنٹریزمیں یہپھیلگیاہے۔</w:t>
      </w:r>
    </w:p>
    <w:p>
      <w:r>
        <w:rPr>
          <w:b/>
        </w:rPr>
        <w:t xml:space="preserve">[01:30] </w:t>
      </w:r>
      <w:r>
        <w:t>December 2010 mein Yemen se shuru hua, ab February 2011 hai aur ruk nahi raha hai.</w:t>
      </w:r>
    </w:p>
    <w:p>
      <w:pPr>
        <w:jc w:val="right"/>
      </w:pPr>
      <w:r>
        <w:t>دسمبر 2 0 10میں یمنسےشروع ہوا ، اب فروری 20 11 ہے اور رکنہیںرہاہے۔</w:t>
      </w:r>
    </w:p>
    <w:p>
      <w:r>
        <w:rPr>
          <w:b/>
        </w:rPr>
        <w:t xml:space="preserve">[01:45] </w:t>
      </w:r>
      <w:r>
        <w:t>Yun us mein wahan ke Head of State jo hai, unko chhodna pada, iqtidar 30 saal ke baad.</w:t>
      </w:r>
    </w:p>
    <w:p>
      <w:pPr>
        <w:jc w:val="right"/>
      </w:pPr>
      <w:r>
        <w:t>یون یسمیں وہاںکےہیڈآف دیسٹیٹجوہے، انکوچھوڑنا پڑا، اقت دار 30سالکےبعد۔</w:t>
      </w:r>
    </w:p>
    <w:p>
      <w:r>
        <w:rPr>
          <w:b/>
        </w:rPr>
        <w:t xml:space="preserve">[01:55] </w:t>
      </w:r>
      <w:r>
        <w:t>Phir Egypt mein bhi 30 saal ke baad wahan ke jo ruler the, unko hatna pada. Yahi sab jagah hone ja raha hai shayad.</w:t>
      </w:r>
    </w:p>
    <w:p>
      <w:pPr>
        <w:jc w:val="right"/>
      </w:pPr>
      <w:r>
        <w:t>پھرایجپٹمیں بھی 30سالکےبعد وہاںکے جورولرتھے،انکو ہٹناپڑا۔ یہیسبجگہ ہونے جارہاہے شاید۔</w:t>
      </w:r>
    </w:p>
    <w:p>
      <w:r>
        <w:rPr>
          <w:b/>
        </w:rPr>
        <w:t xml:space="preserve">[02:07] </w:t>
      </w:r>
      <w:r>
        <w:t>To ek taraf yeh tha, doosri taraf mere saamne spiritual tha. Woh hara bhara khara hua tha,</w:t>
      </w:r>
    </w:p>
    <w:p>
      <w:pPr>
        <w:jc w:val="right"/>
      </w:pPr>
      <w:r>
        <w:t>توایکطرف یہتھا، دوسریطرفمیرےسامنے اسپریچولٹریتھا۔ وہہرابھراکھڑاہواتھا،</w:t>
      </w:r>
    </w:p>
    <w:p>
      <w:r>
        <w:rPr>
          <w:b/>
        </w:rPr>
        <w:t xml:space="preserve">[02:16] </w:t>
      </w:r>
      <w:r>
        <w:t>"No Complaint, No Protest, No Negative Thinking" ki ek tasveer bana hua tha. Phir main ne socha ke jab summer ka mausam aayega,</w:t>
      </w:r>
    </w:p>
    <w:p>
      <w:pPr>
        <w:jc w:val="right"/>
      </w:pPr>
      <w:r>
        <w:t>"نوکمپلینٹ، نو پروٹیسٹ، نو نیگیٹیوتھنکنگ" کیایک تصویربناہواتھا۔ پھرمیںنےسوچاکہجب سمرکاموسمآئےگا،</w:t>
      </w:r>
    </w:p>
    <w:p>
      <w:r>
        <w:rPr>
          <w:b/>
        </w:rPr>
        <w:t xml:space="preserve">[02:30] </w:t>
      </w:r>
      <w:r>
        <w:t>jab pattian jhar jayengi, tab bhi aise rahega yeh.</w:t>
      </w:r>
    </w:p>
    <w:p>
      <w:pPr>
        <w:jc w:val="right"/>
      </w:pPr>
      <w:r>
        <w:t>جب پتیاںجھڑجائیںگی، تب بھی ایسےرہےگایہ۔</w:t>
      </w:r>
    </w:p>
    <w:p>
      <w:r>
        <w:rPr>
          <w:b/>
        </w:rPr>
        <w:t xml:space="preserve">[02:37] </w:t>
      </w:r>
      <w:r>
        <w:t>To Quran mein phir yaad aaya mujhe, Quran majeed mein misaal di gayi hai ke sacha jo believer hai, Allah ko maanne wala, woh darakht ke manind hota hai.</w:t>
      </w:r>
    </w:p>
    <w:p>
      <w:pPr>
        <w:jc w:val="right"/>
      </w:pPr>
      <w:r>
        <w:t>تو قرآنمیں پھریادآیامجھے،قرآنمجیدمیںمثالدیگئیہے کہ سچاجو بیلیورہے، اللہ کوماننےوالا، وہ درخت کیمانندہوتاہے۔</w:t>
      </w:r>
    </w:p>
    <w:p>
      <w:r>
        <w:rPr>
          <w:b/>
        </w:rPr>
        <w:t xml:space="preserve">[02:52] </w:t>
      </w:r>
      <w:r>
        <w:t>To Allah ta'ala ne saari cheezon mein se ek hi cheez ko chuna, believer ki misaal ke liye.</w:t>
      </w:r>
    </w:p>
    <w:p>
      <w:pPr>
        <w:jc w:val="right"/>
      </w:pPr>
      <w:r>
        <w:t>تو اللہ تعالیٰنے ساریچیزوںمیںسےایکہیچیز کو چنا، بیلیورکیمثالکےلیے۔</w:t>
      </w:r>
    </w:p>
    <w:p>
      <w:r>
        <w:rPr>
          <w:b/>
        </w:rPr>
        <w:t xml:space="preserve">[03:01] </w:t>
      </w:r>
      <w:r>
        <w:t>To iska kam az kam ek pehlu yeh hai ke woh hamesha positivity mein jeeta hai.</w:t>
      </w:r>
    </w:p>
    <w:p>
      <w:pPr>
        <w:jc w:val="right"/>
      </w:pPr>
      <w:r>
        <w:t>تواسکا کمازکمایک پہلویہہے کہوہہمیشہ پازیٹیوٹیمیںجیتاہے۔</w:t>
      </w:r>
    </w:p>
    <w:p>
      <w:r>
        <w:rPr>
          <w:b/>
        </w:rPr>
        <w:t xml:space="preserve">[03:14] </w:t>
      </w:r>
      <w:r>
        <w:t>Negativity uske culture mein shamil nahi hai.</w:t>
      </w:r>
    </w:p>
    <w:p>
      <w:pPr>
        <w:jc w:val="right"/>
      </w:pPr>
      <w:r>
        <w:t>نیگیٹیوٹی اسکے کلچرمیںشامل نہیںہے۔</w:t>
      </w:r>
    </w:p>
    <w:p>
      <w:r>
        <w:rPr>
          <w:b/>
        </w:rPr>
        <w:t xml:space="preserve">[03:19] </w:t>
      </w:r>
      <w:r>
        <w:t>Chahe bahar ka mausam ho, khizan ka mausam ho, spring ho ya summer ho, woh hara bhara ho ya pattian jhar gayi hon, us par phool aur phal hon ya kuch bhi nah ho,</w:t>
      </w:r>
    </w:p>
    <w:p>
      <w:pPr>
        <w:jc w:val="right"/>
      </w:pPr>
      <w:r>
        <w:t>چاہے باہرکاموسمہو،خزاںکاموسمہو ، اسپرنگہویاسمرہو، وہ ہرابھراہو یا پتیاںجھڑگئیہوں، اسپر پھولاورپھلہوںیاکچھبھینہہو،</w:t>
      </w:r>
    </w:p>
    <w:p>
      <w:r>
        <w:rPr>
          <w:b/>
        </w:rPr>
        <w:t xml:space="preserve">[03:35] </w:t>
      </w:r>
      <w:r>
        <w:t>har haal mein woh ek haalat mein rehta hai.</w:t>
      </w:r>
    </w:p>
    <w:p>
      <w:pPr>
        <w:jc w:val="right"/>
      </w:pPr>
      <w:r>
        <w:t>ہرحال میں وہ ایکحالتمیںرہتاہے۔</w:t>
      </w:r>
    </w:p>
    <w:p>
      <w:r>
        <w:rPr>
          <w:b/>
        </w:rPr>
        <w:t xml:space="preserve">[03:41] </w:t>
      </w:r>
      <w:r>
        <w:t>To yeh insaan se matloob hai.</w:t>
      </w:r>
    </w:p>
    <w:p>
      <w:pPr>
        <w:jc w:val="right"/>
      </w:pPr>
      <w:r>
        <w:t>تویہیانسان سے مطلوبہے۔</w:t>
      </w:r>
    </w:p>
    <w:p>
      <w:r>
        <w:rPr>
          <w:b/>
        </w:rPr>
        <w:t xml:space="preserve">[03:45] </w:t>
      </w:r>
      <w:r>
        <w:t>Insaan ko bhi aise hi tareeqe se hamesha normal sentiment mein jeena hai.</w:t>
      </w:r>
    </w:p>
    <w:p>
      <w:pPr>
        <w:jc w:val="right"/>
      </w:pPr>
      <w:r>
        <w:t>انسان کو بھیاسیطرحسےہمیشہ نارمل سینٹیمنٹمیں جیناہے۔</w:t>
      </w:r>
    </w:p>
    <w:p>
      <w:r>
        <w:rPr>
          <w:b/>
        </w:rPr>
        <w:t xml:space="preserve">[03:56] </w:t>
      </w:r>
      <w:r>
        <w:t>Main samajhta hoon ke Allah ta'ala ka jo ideal insaan hai, woh yahi hai.</w:t>
      </w:r>
    </w:p>
    <w:p>
      <w:pPr>
        <w:jc w:val="right"/>
      </w:pPr>
      <w:r>
        <w:t>میں سمجھتاہوںکہاللہ تعالیٰکاجو آئیڈیلانسانہے، وہ یہیہے۔</w:t>
      </w:r>
    </w:p>
    <w:p>
      <w:r>
        <w:rPr>
          <w:b/>
        </w:rPr>
        <w:t xml:space="preserve">[04:05] </w:t>
      </w:r>
      <w:r>
        <w:t>Phir main ne socha ke aisa kyon hai ke insaan hamesha saari tareekh mein, aap dekhiye, yeh karta raha hai.</w:t>
      </w:r>
    </w:p>
    <w:p>
      <w:pPr>
        <w:jc w:val="right"/>
      </w:pPr>
      <w:r>
        <w:t>پھر میںنےسوچاکہایساکیوںہےکہانسان ہمیشہ ساریتاریخ میں، آپدیکھیے، یہیکرتارہاہے۔</w:t>
      </w:r>
    </w:p>
    <w:p>
      <w:r>
        <w:rPr>
          <w:b/>
        </w:rPr>
        <w:t xml:space="preserve">[04:14] </w:t>
      </w:r>
      <w:r>
        <w:t>Hangama, takrao, kisi ko blame de kar uske khilaf movement chalana,</w:t>
      </w:r>
    </w:p>
    <w:p>
      <w:pPr>
        <w:jc w:val="right"/>
      </w:pPr>
      <w:r>
        <w:t>ہنگامہ ، ٹکراؤ، کسی کو بلیمدےکراسکےخلاف موومنٹچلانا،</w:t>
      </w:r>
    </w:p>
    <w:p>
      <w:r>
        <w:rPr>
          <w:b/>
        </w:rPr>
        <w:t xml:space="preserve">[04:26] </w:t>
      </w:r>
      <w:r>
        <w:t>Anti-Regime, Anti-Establishment, Anti-Government, yeh saari history mein raha hai. Anti-Authority.</w:t>
      </w:r>
    </w:p>
    <w:p>
      <w:pPr>
        <w:jc w:val="right"/>
      </w:pPr>
      <w:r>
        <w:t>اینٹیریجیم،اینٹی اسٹیبلشمنٹ ،این ٹیگورنمنٹ،یہ ساری ہسٹریمیںرہاہے۔ اینٹی اتھار ٹی۔</w:t>
      </w:r>
    </w:p>
    <w:p>
      <w:r>
        <w:rPr>
          <w:b/>
        </w:rPr>
        <w:t xml:space="preserve">[04:37] </w:t>
      </w:r>
      <w:r>
        <w:t>To yeh kya</w:t>
      </w:r>
    </w:p>
    <w:p>
      <w:pPr>
        <w:jc w:val="right"/>
      </w:pPr>
      <w:r>
        <w:t>تویہکی</w:t>
      </w:r>
    </w:p>
    <w:p>
      <w:r>
        <w:rPr>
          <w:b/>
        </w:rPr>
        <w:t xml:space="preserve">[04:38] </w:t>
      </w:r>
      <w:r>
        <w:t>on hai? yaani kyon insaan ne darakht ka namoona nahi pakda aur yeh namoona pakad liya?</w:t>
      </w:r>
    </w:p>
    <w:p>
      <w:pPr>
        <w:jc w:val="right"/>
      </w:pPr>
      <w:r>
        <w:t>وںہے ؟ یعنیکیوںانسان نے درختکانمونہنہیںپکڑا اوریہنمونہپکڑلیا؟</w:t>
      </w:r>
    </w:p>
    <w:p>
      <w:r>
        <w:rPr>
          <w:b/>
        </w:rPr>
        <w:t xml:space="preserve">[04:50] </w:t>
      </w:r>
      <w:r>
        <w:t>to phir main socha ke ya aajkal aapne dekha hoga TV par jo jo log demonstration kar rahe hain, har jagah hangama kar rahe hain, unki tasveerein aa rahi hain TV par.</w:t>
      </w:r>
    </w:p>
    <w:p>
      <w:pPr>
        <w:jc w:val="right"/>
      </w:pPr>
      <w:r>
        <w:t>توپھرمیں سوچاکہ یاآجکلآپنےدیکھاہوگاٹیویپرجو جولوگ ڈیمونسٹریشنکررہےہیں،ہرجگہ ہنگامہکررہےہیں، انکیتصویریںآرہیہیںٹیویپر۔</w:t>
      </w:r>
    </w:p>
    <w:p>
      <w:r>
        <w:rPr>
          <w:b/>
        </w:rPr>
        <w:t xml:space="preserve">[05:02] </w:t>
      </w:r>
      <w:r>
        <w:t>khoob achhe kapde pehne hue, khoob tandrust, dekhne mein bilkul well-to-do lagte hain woh.</w:t>
      </w:r>
    </w:p>
    <w:p>
      <w:pPr>
        <w:jc w:val="right"/>
      </w:pPr>
      <w:r>
        <w:t>خوباچھےکپڑےپہنےہوئے، خوبتندرست، دیکھنےمیںبالکلویلٹوڈولگتےہیںوہ ۔</w:t>
      </w:r>
    </w:p>
    <w:p>
      <w:r>
        <w:rPr>
          <w:b/>
        </w:rPr>
        <w:t xml:space="preserve">[05:09] </w:t>
      </w:r>
      <w:r>
        <w:t>wahan hangama kar rahe hain.</w:t>
      </w:r>
    </w:p>
    <w:p>
      <w:pPr>
        <w:jc w:val="right"/>
      </w:pPr>
      <w:r>
        <w:t>وہاںہنگامہکررہےہیں۔</w:t>
      </w:r>
    </w:p>
    <w:p>
      <w:r>
        <w:rPr>
          <w:b/>
        </w:rPr>
        <w:t xml:space="preserve">[05:13] </w:t>
      </w:r>
      <w:r>
        <w:t>yeh ajeeb ghareeb phenomenon hai. yaani TV agar na ho to humein pata nahi chalta ke kaun log hain jo hangama kar rahe hain.</w:t>
      </w:r>
    </w:p>
    <w:p>
      <w:pPr>
        <w:jc w:val="right"/>
      </w:pPr>
      <w:r>
        <w:t>یہعجیبغریبفیناومیناہے۔یعنیٹیویاگرنہہوتاتوہمیںپتہنہیںچلتا کہکونلوگہیںجوہنگامہکررہےہیں۔</w:t>
      </w:r>
    </w:p>
    <w:p>
      <w:r>
        <w:rPr>
          <w:b/>
        </w:rPr>
        <w:t xml:space="preserve">[05:23] </w:t>
      </w:r>
      <w:r>
        <w:t>TV ne bata diya ke kaun log hain. yaani inko koi problem nahi.</w:t>
      </w:r>
    </w:p>
    <w:p>
      <w:pPr>
        <w:jc w:val="right"/>
      </w:pPr>
      <w:r>
        <w:t>ٹیوینےبتادیاکہکونلوگ ہیں۔ یعنیانکوکوئیپرابلمنہیں ۔</w:t>
      </w:r>
    </w:p>
    <w:p>
      <w:r>
        <w:rPr>
          <w:b/>
        </w:rPr>
        <w:t xml:space="preserve">[05:29] </w:t>
      </w:r>
      <w:r>
        <w:t>yahan tak ke ek main ne dekha, yeh TV par aaya, woh Egypt ka ek aadmi chala raha tha</w:t>
      </w:r>
    </w:p>
    <w:p>
      <w:pPr>
        <w:jc w:val="right"/>
      </w:pPr>
      <w:r>
        <w:t>یہاںتک کہ ایک میںنےدیکھا، یہ ٹیویپرآیا،وہ ایجپٹکاایکآدمیچلارہاتھا</w:t>
      </w:r>
    </w:p>
    <w:p>
      <w:r>
        <w:rPr>
          <w:b/>
        </w:rPr>
        <w:t xml:space="preserve">[05:39] </w:t>
      </w:r>
      <w:r>
        <w:t>ke mere paas ghar hai, mere paas job hai, mere paas paisa hai, mere paas sab kuch hai, lekin main "I want to, I want to live as a human".</w:t>
      </w:r>
    </w:p>
    <w:p>
      <w:pPr>
        <w:jc w:val="right"/>
      </w:pPr>
      <w:r>
        <w:t>کہمیرےپاسگھرہے، میرےپاس جابہے،میرےپاسپیسہہے، میرےپاسسبکچھہے، لیکن میں "آئیوانٹٹو، آئیوانٹٹولیوایزاےہیومن"۔</w:t>
      </w:r>
    </w:p>
    <w:p>
      <w:r>
        <w:rPr>
          <w:b/>
        </w:rPr>
        <w:t xml:space="preserve">[05:52] </w:t>
      </w:r>
      <w:r>
        <w:t>to main ne socha ke aakhir woh abhi bhi wohi human ke taur par jee raha hai, insaan ke taur par? kya</w:t>
      </w:r>
    </w:p>
    <w:p>
      <w:pPr>
        <w:jc w:val="right"/>
      </w:pPr>
      <w:r>
        <w:t>تومیںنےسوچاکہآخر وہابھیبھیوہہیومنکےطورپرجیرہاہے، انسانکےطورپر ؟کیا</w:t>
      </w:r>
    </w:p>
    <w:p>
      <w:r>
        <w:rPr>
          <w:b/>
        </w:rPr>
        <w:t xml:space="preserve">[05:59] </w:t>
      </w:r>
      <w:r>
        <w:t>museebat kya hai? museebat sirf yeh hai ke woh power par nahi hai. power par koi doosra hai. yeh hai insaan ka mizaj.</w:t>
      </w:r>
    </w:p>
    <w:p>
      <w:pPr>
        <w:jc w:val="right"/>
      </w:pPr>
      <w:r>
        <w:t>مصیبتکیاہے؟ مصیبتصرفیہہےکہوہ پاورپرنہیںہے۔ پاورپرکوئیدوسراہے۔ یہہے انسان کا مز اج ۔</w:t>
      </w:r>
    </w:p>
    <w:p>
      <w:r>
        <w:rPr>
          <w:b/>
        </w:rPr>
        <w:t xml:space="preserve">[06:13] </w:t>
      </w:r>
      <w:r>
        <w:t>ke authority ko na manna. ego, insaan ka ego itna badha hua hai, authority ko na manna.</w:t>
      </w:r>
    </w:p>
    <w:p>
      <w:pPr>
        <w:jc w:val="right"/>
      </w:pPr>
      <w:r>
        <w:t>کہ اتھارٹیکونہماننا۔ ایگوجوانسان کا ایگو اتنابڑھاہواہے، اتھارٹیکونہمان نا۔</w:t>
      </w:r>
    </w:p>
    <w:p>
      <w:r>
        <w:rPr>
          <w:b/>
        </w:rPr>
        <w:t xml:space="preserve">[06:22] </w:t>
      </w:r>
      <w:r>
        <w:t>aise nashukri paida hoti hai.</w:t>
      </w:r>
    </w:p>
    <w:p>
      <w:pPr>
        <w:jc w:val="right"/>
      </w:pPr>
      <w:r>
        <w:t>اسیسے ناشکریپیدا ہوتیہے۔</w:t>
      </w:r>
    </w:p>
    <w:p>
      <w:r>
        <w:rPr>
          <w:b/>
        </w:rPr>
        <w:t xml:space="preserve">[06:27] </w:t>
      </w:r>
      <w:r>
        <w:t>nashukri, ungrateful.</w:t>
      </w:r>
    </w:p>
    <w:p>
      <w:pPr>
        <w:jc w:val="right"/>
      </w:pPr>
      <w:r>
        <w:t>ناشکری، ان گریٹفلنس ۔</w:t>
      </w:r>
    </w:p>
    <w:p>
      <w:r>
        <w:rPr>
          <w:b/>
        </w:rPr>
        <w:t xml:space="preserve">[06:33] </w:t>
      </w:r>
      <w:r>
        <w:t>aadmi shukr mein nahin jita balke nashukri mein jeene lagta hai. shikayat, protest, negative thinking, ye to hai nashukri.</w:t>
      </w:r>
    </w:p>
    <w:p>
      <w:pPr>
        <w:jc w:val="right"/>
      </w:pPr>
      <w:r>
        <w:t>آدمیشکرمیںنہیںجیتابلکہناشکریمیںجینےلگتاہے۔ شک ایت ،پروٹیسٹ ،نیگیٹیوتھنکنگ، یہتوہےناشکری۔</w:t>
      </w:r>
    </w:p>
    <w:p>
      <w:r>
        <w:rPr>
          <w:b/>
        </w:rPr>
        <w:t xml:space="preserve">[06:45] </w:t>
      </w:r>
      <w:r>
        <w:t>to phir mujhe yaad aaya ke shaitan ne yahi kaha tha, shuru jo jab history shuru hui insaan ki, us waqt.</w:t>
      </w:r>
    </w:p>
    <w:p>
      <w:pPr>
        <w:jc w:val="right"/>
      </w:pPr>
      <w:r>
        <w:t>توپھرمجھےیادآیا کہ شیطاننےیہی کہاتھا، شروع جو جب ہسٹریشروع ہوئیانسان کی، اس وقت ۔</w:t>
      </w:r>
    </w:p>
    <w:p>
      <w:r>
        <w:rPr>
          <w:b/>
        </w:rPr>
        <w:t xml:space="preserve">[06:55] </w:t>
      </w:r>
      <w:r>
        <w:t>dekhiye, insaan ki history jo hai, shuru hoti hai kahan se? woh Quran mein, Bible mein bataya gaya hai.</w:t>
      </w:r>
    </w:p>
    <w:p>
      <w:pPr>
        <w:jc w:val="right"/>
      </w:pPr>
      <w:r>
        <w:t>دیکھیے،انسان کی ہسٹریجوہے، شروع ہوتیہےکہاںسے؟ وہ قرآنمیں،بائبلمیںبتایاگیاہے۔</w:t>
      </w:r>
    </w:p>
    <w:p>
      <w:r>
        <w:rPr>
          <w:b/>
        </w:rPr>
        <w:t xml:space="preserve">[07:07] </w:t>
      </w:r>
      <w:r>
        <w:t>Allah taala ne jab insaan ko paida kiya to us waqt do aur makhlooq thi. jin aur farishte.</w:t>
      </w:r>
    </w:p>
    <w:p>
      <w:pPr>
        <w:jc w:val="right"/>
      </w:pPr>
      <w:r>
        <w:t>اللہ تعالیٰنےجبانسانکو پیدا کیا تو اسوقت دواور مخلوق تھیں۔ جن اور فرشتے۔</w:t>
      </w:r>
    </w:p>
    <w:p>
      <w:r>
        <w:rPr>
          <w:b/>
        </w:rPr>
        <w:t xml:space="preserve">[07:20] </w:t>
      </w:r>
      <w:r>
        <w:t>jin aur angels. insaan ke siwa.</w:t>
      </w:r>
    </w:p>
    <w:p>
      <w:pPr>
        <w:jc w:val="right"/>
      </w:pPr>
      <w:r>
        <w:t>جن اور اینجلز۔ انسان کے سوا۔</w:t>
      </w:r>
    </w:p>
    <w:p>
      <w:r>
        <w:rPr>
          <w:b/>
        </w:rPr>
        <w:t xml:space="preserve">[07:25] </w:t>
      </w:r>
      <w:r>
        <w:t>to Allah taala ne kaha jin aur aur angels ko ke tum log insaan ke saamne jhuk jao.</w:t>
      </w:r>
    </w:p>
    <w:p>
      <w:pPr>
        <w:jc w:val="right"/>
      </w:pPr>
      <w:r>
        <w:t>تواللہتعالیٰنےکہا جن اور اور اینجلزکو کہتملوگ انسان کےسامنے جھکجاؤ۔</w:t>
      </w:r>
    </w:p>
    <w:p>
      <w:r>
        <w:rPr>
          <w:b/>
        </w:rPr>
        <w:t xml:space="preserve">[07:37] </w:t>
      </w:r>
      <w:r>
        <w:t>asal mein zameen jo thi, yeh zameen ab insaan ke charjamain di ja rahi thi. jhukne ka matlab yeh tha ke ab tum mauqa do isko kaam karne ka.</w:t>
      </w:r>
    </w:p>
    <w:p>
      <w:pPr>
        <w:jc w:val="right"/>
      </w:pPr>
      <w:r>
        <w:t>اصلمیںزمین جوتھی،یہزمین ابانسانکے چارجمیںدیجارہیتھی۔ جھکنےکامطلبیہتھا کہ اب تم موقعدو اسکوکامکرنے کا ۔</w:t>
      </w:r>
    </w:p>
    <w:p>
      <w:r>
        <w:rPr>
          <w:b/>
        </w:rPr>
        <w:t xml:space="preserve">[07:48] </w:t>
      </w:r>
      <w:r>
        <w:t>sabka test hochuka, ab insanka test honaha.</w:t>
      </w:r>
    </w:p>
    <w:p>
      <w:pPr>
        <w:jc w:val="right"/>
      </w:pPr>
      <w:r>
        <w:t>سبکا ٹیسٹ ہوچکا، اب انسانکا ٹیسٹ ہوناہے۔</w:t>
      </w:r>
    </w:p>
    <w:p>
      <w:r>
        <w:rPr>
          <w:b/>
        </w:rPr>
        <w:t xml:space="preserve">[07:52] </w:t>
      </w:r>
      <w:r>
        <w:t>to test lenekayliye zaruriyatha ki isko mauqa milay. isko barokut wa, apne aapko express karnay ka mauqa milay.</w:t>
      </w:r>
    </w:p>
    <w:p>
      <w:pPr>
        <w:jc w:val="right"/>
      </w:pPr>
      <w:r>
        <w:t>تو ٹیسٹ لینےکےلیے ضروریتھاکہاسکوموقع ملے۔ اسکو بیروکٹ وک، اپنےآپکو ایکسپریسکرنےکاموقعملے۔</w:t>
      </w:r>
    </w:p>
    <w:p>
      <w:r>
        <w:rPr>
          <w:b/>
        </w:rPr>
        <w:t xml:space="preserve">[08:03] </w:t>
      </w:r>
      <w:r>
        <w:t>to yeh jo kaha gaya tha jinn aur angels se keh jhuk jao, iska matlab yeh tha keh ab tumhein mauqa dena hai insaan ko.</w:t>
      </w:r>
    </w:p>
    <w:p>
      <w:pPr>
        <w:jc w:val="right"/>
      </w:pPr>
      <w:r>
        <w:t>تو یہجو کہاگیاتھا جنسےاور اینجلسےکہجھکجاؤ،اسکامطلبیہتھاکہابتمہیں موقعدیناہےانسانکو ۔</w:t>
      </w:r>
    </w:p>
    <w:p>
      <w:r>
        <w:rPr>
          <w:b/>
        </w:rPr>
        <w:t xml:space="preserve">[08:15] </w:t>
      </w:r>
      <w:r>
        <w:t>test ke taur par insaan ko zameen ka charaj diya gaya hai.</w:t>
      </w:r>
    </w:p>
    <w:p>
      <w:pPr>
        <w:jc w:val="right"/>
      </w:pPr>
      <w:r>
        <w:t>ٹیسٹ کےطورپرانسانکو زمین کا چارجدیاگیاہے۔</w:t>
      </w:r>
    </w:p>
    <w:p>
      <w:r>
        <w:rPr>
          <w:b/>
        </w:rPr>
        <w:t xml:space="preserve">[08:19] </w:t>
      </w:r>
      <w:r>
        <w:t>right ke taur par nahi. zameen kisi ka, zameen ka koi owner nahi hai. woh sirf Khuda hai jo uska owner hai. to us waqt dekhiye, angel to foran jhuk gaye.</w:t>
      </w:r>
    </w:p>
    <w:p>
      <w:pPr>
        <w:jc w:val="right"/>
      </w:pPr>
      <w:r>
        <w:t>رائٹکےطورپرنہیں ۔ زمین کسی کا، زمین کاکوئیاونرنہیںہے۔ وہ صرفخداہےجواسکااونرہے۔ تو اس وقت دیکھیے، اینجل توفوراًجھکگئے۔</w:t>
      </w:r>
    </w:p>
    <w:p>
      <w:r>
        <w:rPr>
          <w:b/>
        </w:rPr>
        <w:t xml:space="preserve">[08:34] </w:t>
      </w:r>
      <w:r>
        <w:t>lekin jo jinka sardar tha, iblis, iblis jisko shaitan iblis kaha jata hai, woh jinka sardar tha.</w:t>
      </w:r>
    </w:p>
    <w:p>
      <w:pPr>
        <w:jc w:val="right"/>
      </w:pPr>
      <w:r>
        <w:t>لیکن جو جنکا سردارتھا، ابلیس، ابلیس جسکو شیطان ابلیسکہاجاتاہے،وہجنکا سردارتھا۔</w:t>
      </w:r>
    </w:p>
    <w:p>
      <w:r>
        <w:rPr>
          <w:b/>
        </w:rPr>
        <w:t xml:space="preserve">[08:44] </w:t>
      </w:r>
      <w:r>
        <w:t>woh jhuka nahin.</w:t>
      </w:r>
    </w:p>
    <w:p>
      <w:pPr>
        <w:jc w:val="right"/>
      </w:pPr>
      <w:r>
        <w:t>وہ جھکانہیں۔</w:t>
      </w:r>
    </w:p>
    <w:p>
      <w:r>
        <w:rPr>
          <w:b/>
        </w:rPr>
        <w:t xml:space="preserve">[08:48] </w:t>
      </w:r>
      <w:r>
        <w:t>woh jhuk nahin. kyun? wohi nashukri mein par gaya woh. ke mujhe kyun nahin diya mauka? usko kyun diya?</w:t>
      </w:r>
    </w:p>
    <w:p>
      <w:pPr>
        <w:jc w:val="right"/>
      </w:pPr>
      <w:r>
        <w:t>وہجھکانہیں۔ کیوں ؟ وہی ناشکریمیںپڑگیا وہ۔ کہمجھےکیوںنہیںدیا موقع ؟اسکوکیوںدیا؟</w:t>
      </w:r>
    </w:p>
    <w:p>
      <w:r>
        <w:rPr>
          <w:b/>
        </w:rPr>
        <w:t xml:space="preserve">[09:01] </w:t>
      </w:r>
      <w:r>
        <w:t>dekhiye, us waqt bhi jinnat ko ya iblis ko sab kuch mila hua tha.</w:t>
      </w:r>
    </w:p>
    <w:p>
      <w:pPr>
        <w:jc w:val="right"/>
      </w:pPr>
      <w:r>
        <w:t>دیکھیے،اس وقت بھی جن اتکو یا ابلیسکوسبکچھملاہواتھا۔</w:t>
      </w:r>
    </w:p>
    <w:p>
      <w:r>
        <w:rPr>
          <w:b/>
        </w:rPr>
        <w:t xml:space="preserve">[09:08] </w:t>
      </w:r>
      <w:r>
        <w:t>itni zabardast power thi jinnat ki us waqt bhi aur aaj bhi keh uski ek misal Quran mein hai keh Hazrat Sulaiman jo the, woh king the, woh paighambar bhi the.</w:t>
      </w:r>
    </w:p>
    <w:p>
      <w:pPr>
        <w:jc w:val="right"/>
      </w:pPr>
      <w:r>
        <w:t>اتنی زبرد ستپاورتھی جنات کی اس وقت بھی اورآجبھی کہاسکیایک مثالقرآنمیںہے کہ حضرتسلیمانجوتھے،وہ کنگتھے، وہ پیغمبربھیتھے۔</w:t>
      </w:r>
    </w:p>
    <w:p>
      <w:r>
        <w:rPr>
          <w:b/>
        </w:rPr>
        <w:t xml:space="preserve">[09:26] </w:t>
      </w:r>
      <w:r>
        <w:t>to unke haan jinn log bhi kaam karte the.</w:t>
      </w:r>
    </w:p>
    <w:p>
      <w:pPr>
        <w:jc w:val="right"/>
      </w:pPr>
      <w:r>
        <w:t>تو انکے ہاں جنلوگبھی کامکرتے تھے۔</w:t>
      </w:r>
    </w:p>
    <w:p>
      <w:r>
        <w:rPr>
          <w:b/>
        </w:rPr>
        <w:t xml:space="preserve">[09:31] </w:t>
      </w:r>
      <w:r>
        <w:t>to ek baar unhen unhonne chaha keh Yemen mein jo throne hai, koi shebka, woh utha kar koi laaye yahan par Yerushalam mein.</w:t>
      </w:r>
    </w:p>
    <w:p>
      <w:pPr>
        <w:jc w:val="right"/>
      </w:pPr>
      <w:r>
        <w:t>تو ایک بار انہیں انہوںنےچاہاکہ یمنمیںجو تھرونہے، کوئی شیبہکا، وہ اٹھاکرکوئی لائے یہاںپر یروشلم میں۔</w:t>
      </w:r>
    </w:p>
    <w:p>
      <w:r>
        <w:rPr>
          <w:b/>
        </w:rPr>
        <w:t xml:space="preserve">[09:46] </w:t>
      </w:r>
      <w:r>
        <w:t>to ek jinn ka, ek jawan ka haan jo group tha, to ek jinn ne kaha keh main lata hoon. to usne ek second mein yeh usko wahan la ke rakh diya.</w:t>
      </w:r>
    </w:p>
    <w:p>
      <w:pPr>
        <w:jc w:val="right"/>
      </w:pPr>
      <w:r>
        <w:t>تو ایکجنکا ،ایک جوانکاہاںجو گروپتھا، توایکجننےکہا کہمیں لاتاہوں۔ تو اسنےایک سیکنڈمیں یہ اسکووہاںلاکےرکھدیا۔</w:t>
      </w:r>
    </w:p>
    <w:p>
      <w:r>
        <w:rPr>
          <w:b/>
        </w:rPr>
        <w:t xml:space="preserve">[10:00] </w:t>
      </w:r>
      <w:r>
        <w:t>yani Yemen ka takht la ke rakh diya Yerushalam mein. yeh itna power hai jinnat ko.</w:t>
      </w:r>
    </w:p>
    <w:p>
      <w:pPr>
        <w:jc w:val="right"/>
      </w:pPr>
      <w:r>
        <w:t>یعنی یمنکا تخت لاکےرکھدیا یروشلممیں۔ یہاتنا پاورہےجن اتکو ۔</w:t>
      </w:r>
    </w:p>
    <w:p>
      <w:r>
        <w:rPr>
          <w:b/>
        </w:rPr>
        <w:t xml:space="preserve">[10:11] </w:t>
      </w:r>
      <w:r>
        <w:t>to jinn iblis ne jo challenge diya Allah Ta'ala ko, wohi tha keh main sabko bhagaaunga.</w:t>
      </w:r>
    </w:p>
    <w:p>
      <w:pPr>
        <w:jc w:val="right"/>
      </w:pPr>
      <w:r>
        <w:t>تو جن ابلیسنےجوچیلنجدیااللہتعالیٰکو، وہیہتھا کہ میں سبکو بھگاؤںگا۔</w:t>
      </w:r>
    </w:p>
    <w:p>
      <w:r>
        <w:rPr>
          <w:b/>
        </w:rPr>
        <w:t xml:space="preserve">[10:21] </w:t>
      </w:r>
      <w:r>
        <w:t>saare insaan ko, saare nasl, insaan ki saari generation ko bhagaaunga. aur kya hoga phir? "la tajid aksar shakirin".</w:t>
      </w:r>
    </w:p>
    <w:p>
      <w:pPr>
        <w:jc w:val="right"/>
      </w:pPr>
      <w:r>
        <w:t>سارےانسان کو ،سارے نسل ،انسان کیساریجنریشنکوبھگاؤںگا۔ اورکیاہوگاپھر؟ "لا تج د اکثر شاکرین"۔</w:t>
      </w:r>
    </w:p>
    <w:p>
      <w:r>
        <w:rPr>
          <w:b/>
        </w:rPr>
        <w:t xml:space="preserve">[10:33] </w:t>
      </w:r>
      <w:r>
        <w:t>khuda se kaha usne ke tu majoori ko nahin payega shukr karne wala.</w:t>
      </w:r>
    </w:p>
    <w:p>
      <w:pPr>
        <w:jc w:val="right"/>
      </w:pPr>
      <w:r>
        <w:t>خداسےکہااسنے کہ تو میجورٹیکونہیں پائےگاشکرکرنےوالا۔</w:t>
      </w:r>
    </w:p>
    <w:p>
      <w:r>
        <w:rPr>
          <w:b/>
        </w:rPr>
        <w:t xml:space="preserve">[10:42] </w:t>
      </w:r>
      <w:r>
        <w:t>ab dekhiye ke shukr karne wale ka matlab kya hai? shukr karne wale ka matlab kya hai? wohi hai jo shaitan ki misaal mein dikhaya deta tha.</w:t>
      </w:r>
    </w:p>
    <w:p>
      <w:pPr>
        <w:jc w:val="right"/>
      </w:pPr>
      <w:r>
        <w:t>ابدیکھیےکہشکرکرنے والے کامطلبکیاہے ؟ شکر کرنے والے کامطلبکیاہے؟ وہیہےجو شیطان کی مثالمیںدکھائیدیتاتھا۔</w:t>
      </w:r>
    </w:p>
    <w:p>
      <w:r>
        <w:rPr>
          <w:b/>
        </w:rPr>
        <w:t xml:space="preserve">[10:54] </w:t>
      </w:r>
      <w:r>
        <w:t>yani Aadam ko 99 cheezein mili hui hain, ek cheez nahin mili hai. yani iblis ko ya jinnat ko us waqt bhi 99 cheezein mili hui thin.</w:t>
      </w:r>
    </w:p>
    <w:p>
      <w:pPr>
        <w:jc w:val="right"/>
      </w:pPr>
      <w:r>
        <w:t>یعنیآدمیکو 9 9 چیزیںملی ہوئیہیں، ایکچیزنہیںملی ہے۔ یعنی ابلیسکویا جناتکواس وقت بھی 9 9 چیزیںملی ہوئیتھیں۔</w:t>
      </w:r>
    </w:p>
    <w:p>
      <w:r>
        <w:rPr>
          <w:b/>
        </w:rPr>
        <w:t xml:space="preserve">[11:07] </w:t>
      </w:r>
      <w:r>
        <w:t>ek</w:t>
      </w:r>
    </w:p>
    <w:p>
      <w:pPr>
        <w:jc w:val="right"/>
      </w:pPr>
      <w:r>
        <w:t>ایک</w:t>
      </w:r>
    </w:p>
    <w:p>
      <w:r>
        <w:rPr>
          <w:b/>
        </w:rPr>
        <w:t xml:space="preserve">[11:08] </w:t>
      </w:r>
      <w:r>
        <w:t>cheez nahin mili thi jo allah ta'ala ne aadam ko de diya. bas is par woh nashukra ho gaya. ungrateful-ness mein par gaya woh.</w:t>
      </w:r>
    </w:p>
    <w:p>
      <w:pPr>
        <w:jc w:val="right"/>
      </w:pPr>
      <w:r>
        <w:t>چیزنہیںملی تھی جو اللہ تعالیٰنےآدمکودےدیا۔ بساسیپروہ ناشکراہوگیا۔ انگریٹفل نسمیںپڑگیا وہ۔</w:t>
      </w:r>
    </w:p>
    <w:p>
      <w:r>
        <w:rPr>
          <w:b/>
        </w:rPr>
        <w:t xml:space="preserve">[11:21] </w:t>
      </w:r>
      <w:r>
        <w:t>yahi kahani hai saare insaan ki.</w:t>
      </w:r>
    </w:p>
    <w:p>
      <w:pPr>
        <w:jc w:val="right"/>
      </w:pPr>
      <w:r>
        <w:t>یہی کہانیہے سارےانسان کی۔</w:t>
      </w:r>
    </w:p>
    <w:p>
      <w:r>
        <w:rPr>
          <w:b/>
        </w:rPr>
        <w:t xml:space="preserve">[11:26] </w:t>
      </w:r>
      <w:r>
        <w:t>jo log demonstration kar rahe hain mukhtalif tamam countries mein, aap TV par dekhiye unko. achche kapde pehne hue, khoob tandurust, har lehaaz se well-to-do maloom hote hain.</w:t>
      </w:r>
    </w:p>
    <w:p>
      <w:pPr>
        <w:jc w:val="right"/>
      </w:pPr>
      <w:r>
        <w:t>جولوگ ڈیمونسٹریشنکررہےہیں مختلف تمام کنٹریزمیں، آپ ٹیویپردیکھیےانکو۔ اچھےکپڑےپہنےہوئے، خوبتندرست، ہرلحاظسےویلٹوڈومعلومہوتےہیں۔</w:t>
      </w:r>
    </w:p>
    <w:p>
      <w:r>
        <w:rPr>
          <w:b/>
        </w:rPr>
        <w:t xml:space="preserve">[11:39] </w:t>
      </w:r>
      <w:r>
        <w:t>khud apne munh se woh usne keh diya keh main well-to-do hoon. ek cheez nahin mili hai keh freedom, political freedom.</w:t>
      </w:r>
    </w:p>
    <w:p>
      <w:pPr>
        <w:jc w:val="right"/>
      </w:pPr>
      <w:r>
        <w:t>خود اپنےمنہسےوہاسنےکہہدیاکہمیںویلٹوڈوہوں۔ ایکچیز نہیں ملی ہے کہ فریڈم، پولیٹیکلفریڈم۔</w:t>
      </w:r>
    </w:p>
    <w:p>
      <w:r>
        <w:rPr>
          <w:b/>
        </w:rPr>
        <w:t xml:space="preserve">[11:49] </w:t>
      </w:r>
      <w:r>
        <w:t>bas political freedom nahin hai to bas goya keh kuch nahin hai.</w:t>
      </w:r>
    </w:p>
    <w:p>
      <w:pPr>
        <w:jc w:val="right"/>
      </w:pPr>
      <w:r>
        <w:t>بسپولیٹیکلفریڈمنہیںہےتو بس گویاکہکچھنہیںہے۔</w:t>
      </w:r>
    </w:p>
    <w:p>
      <w:r>
        <w:rPr>
          <w:b/>
        </w:rPr>
        <w:t xml:space="preserve">[11:54] </w:t>
      </w:r>
      <w:r>
        <w:t>yaad rakhiye, nashukri is par nahin hoti ke aadmi sab kuch khode. nahin, sab kuch to mila hi rehta hai usko. koi ek cheez nahin milti hai, is par woh nashukra ho jata hai.</w:t>
      </w:r>
    </w:p>
    <w:p>
      <w:pPr>
        <w:jc w:val="right"/>
      </w:pPr>
      <w:r>
        <w:t>یادرکھیے، ناشکریاسپرنہیںہوتیکہآدمیسبکچھکھودے۔ نہیں ، سبکچھتوملاہیرہتاہےاسکو ۔ کوئیایکچیزنہیں ملتیہے، اسیپر وہ ناشکراہوجاتاہے۔</w:t>
      </w:r>
    </w:p>
    <w:p>
      <w:r>
        <w:rPr>
          <w:b/>
        </w:rPr>
        <w:t xml:space="preserve">[12:09] </w:t>
      </w:r>
      <w:r>
        <w:t>kabhi koi insaan aisa nahin ho sakta hai keh usse sab kuch chhin jaye.</w:t>
      </w:r>
    </w:p>
    <w:p>
      <w:pPr>
        <w:jc w:val="right"/>
      </w:pPr>
      <w:r>
        <w:t>کبھی کوئی انسان ایسانہیںہوسکتاہے کہ اسسےسبکچھچھنجائے۔</w:t>
      </w:r>
    </w:p>
    <w:p>
      <w:r>
        <w:rPr>
          <w:b/>
        </w:rPr>
        <w:t xml:space="preserve">[12:18] </w:t>
      </w:r>
      <w:r>
        <w:t>aisa kabhi nahin hota.</w:t>
      </w:r>
    </w:p>
    <w:p>
      <w:pPr>
        <w:jc w:val="right"/>
      </w:pPr>
      <w:r>
        <w:t>ایساکبھینہیںہوتا۔</w:t>
      </w:r>
    </w:p>
    <w:p>
      <w:r>
        <w:rPr>
          <w:b/>
        </w:rPr>
        <w:t xml:space="preserve">[12:20] </w:t>
      </w:r>
      <w:r>
        <w:t>to poori tareekh mein yahan insaan ne kya</w:t>
      </w:r>
    </w:p>
    <w:p>
      <w:pPr>
        <w:jc w:val="right"/>
      </w:pPr>
      <w:r>
        <w:t>تو پوریتاریخ میںیہیانساننےکیا</w:t>
      </w:r>
    </w:p>
    <w:p>
      <w:r>
        <w:rPr>
          <w:b/>
        </w:rPr>
        <w:t xml:space="preserve">[12:25] </w:t>
      </w:r>
      <w:r>
        <w:t>keh sab kuch mil rahega, sab kuch mil rahega, sab kuch mil rahega, lekin uska saara focus chala jayega us ek cheez par jo usko nahin mila hai.</w:t>
      </w:r>
    </w:p>
    <w:p>
      <w:pPr>
        <w:jc w:val="right"/>
      </w:pPr>
      <w:r>
        <w:t>کہسبکچھ ملارہےگا،سبکچھملارہےگا،سبکچھملارہےگا،لیکن اسکا سارافوکسچلاجائےگااسایکچیزپرجواسکونہیںملاہے۔</w:t>
      </w:r>
    </w:p>
    <w:p>
      <w:r>
        <w:rPr>
          <w:b/>
        </w:rPr>
        <w:t xml:space="preserve">[12:37] </w:t>
      </w:r>
      <w:r>
        <w:t>to Quran mein bataya gaya hai ke</w:t>
      </w:r>
    </w:p>
    <w:p>
      <w:pPr>
        <w:jc w:val="right"/>
      </w:pPr>
      <w:r>
        <w:t>تو قرآنمیںبتایاگیاہےکہ"</w:t>
      </w:r>
    </w:p>
    <w:p>
      <w:r>
        <w:rPr>
          <w:b/>
        </w:rPr>
        <w:t xml:space="preserve">[12:47] </w:t>
      </w:r>
      <w:r>
        <w:t>al zee mas yabat. inna lillahi wa inna ilayhi rajiun. matlab ek cheez to baharhal aadmi ko nahin milegi. chahe koi badshah ho ya aam aadmi ho.</w:t>
      </w:r>
    </w:p>
    <w:p>
      <w:pPr>
        <w:jc w:val="right"/>
      </w:pPr>
      <w:r>
        <w:t>الذیمص یبت "۔ اناللہ و اناالیہراجعون۔مطلبایکچیزتو بہرحالآدمیکونہملےگی۔ چاہےکوئیبادشاہہویا عامآدمیہو۔</w:t>
      </w:r>
    </w:p>
    <w:p>
      <w:r>
        <w:rPr>
          <w:b/>
        </w:rPr>
        <w:t xml:space="preserve">[12:59] </w:t>
      </w:r>
      <w:r>
        <w:t>in sau ke sau kisi ko bhi nahin milegi. paighambar ko bhi nahin.</w:t>
      </w:r>
    </w:p>
    <w:p>
      <w:pPr>
        <w:jc w:val="right"/>
      </w:pPr>
      <w:r>
        <w:t>ان سو کےسو کسیکوبھینہیںملےگی۔ پیغمبرکوبھینہیں ۔</w:t>
      </w:r>
    </w:p>
    <w:p>
      <w:r>
        <w:rPr>
          <w:b/>
        </w:rPr>
        <w:t xml:space="preserve">[13:06] </w:t>
      </w:r>
      <w:r>
        <w:t>to is ek cheez ko ignore karo. focus karo 99 par, ek par mat focus karo. shukr aur nashukri ka ye khulasa hai.</w:t>
      </w:r>
    </w:p>
    <w:p>
      <w:pPr>
        <w:jc w:val="right"/>
      </w:pPr>
      <w:r>
        <w:t>تو اسایکچیزکو اگنورکرو۔ فوکسکرو 9 9 پر،ایک پرمتفوکسکرو۔ شکراورناشکریکایہخلاصہہے۔</w:t>
      </w:r>
    </w:p>
    <w:p>
      <w:r>
        <w:rPr>
          <w:b/>
        </w:rPr>
        <w:t xml:space="preserve">[13:19] </w:t>
      </w:r>
      <w:r>
        <w:t>yani grateful hona aur ungrateful hona ka ye khulasa hai. agar</w:t>
      </w:r>
    </w:p>
    <w:p>
      <w:pPr>
        <w:jc w:val="right"/>
      </w:pPr>
      <w:r>
        <w:t>یعنی گریٹفلہونااورانگریٹفلہوناکایہخلاصہہے۔ اگر</w:t>
      </w:r>
    </w:p>
    <w:p>
      <w:r>
        <w:rPr>
          <w:b/>
        </w:rPr>
        <w:t xml:space="preserve">[13:24] </w:t>
      </w:r>
      <w:r>
        <w:t>aap 99 par focus karenge to aap hamesha shukr ke thrill mein jiyenge, thrill. aur agar aap ek par focus kiya aapne to hamesha aap bas shikayat, protest, nafrat, inteqaam is mein jeene lagenge.</w:t>
      </w:r>
    </w:p>
    <w:p>
      <w:pPr>
        <w:jc w:val="right"/>
      </w:pPr>
      <w:r>
        <w:t>آپ 9 9 پرفوکسکریںگے تو آپ ہمیشہ شکرکےتھرلمیںجئیںگے،تھرل۔ اور اگرآپ ایک پرفوکسکیاآپنے تو ہمیشہآپ آپ بسشکایت، پروٹیسٹ، نفرت،انتقام اسمیںجینےلگیںگے۔</w:t>
      </w:r>
    </w:p>
    <w:p>
      <w:r>
        <w:rPr>
          <w:b/>
        </w:rPr>
        <w:t xml:space="preserve">[13:45] </w:t>
      </w:r>
      <w:r>
        <w:t>to ye jo ho raha hai, ye bahut hi zyada sochne ki baat hai.</w:t>
      </w:r>
    </w:p>
    <w:p>
      <w:pPr>
        <w:jc w:val="right"/>
      </w:pPr>
      <w:r>
        <w:t>تویہجوہورہاہے، یہ بہت ہی زیادہ سوچنےکیباتہے۔</w:t>
      </w:r>
    </w:p>
    <w:p>
      <w:r>
        <w:rPr>
          <w:b/>
        </w:rPr>
        <w:t xml:space="preserve">[13:56] </w:t>
      </w:r>
      <w:r>
        <w:t>ek pehlu iska ye hai ke hadees mein aaya hai ke qayamat se pehle kuch nishaniyan zaahir hongi, kuch signs. qayamat se pehle</w:t>
      </w:r>
    </w:p>
    <w:p>
      <w:pPr>
        <w:jc w:val="right"/>
      </w:pPr>
      <w:r>
        <w:t>ایک پہلواسکایہہے کہحدیثمیںآیاہےکہ قیامتسےپہلے کچھ نش انیاںظاہرہوںگی، کچھسائنز ۔قیامتسےپہلے</w:t>
      </w:r>
    </w:p>
    <w:p>
      <w:r>
        <w:rPr>
          <w:b/>
        </w:rPr>
        <w:t xml:space="preserve">[14:12] </w:t>
      </w:r>
      <w:r>
        <w:t>is mein se ek nishani ye batayi gayi hai ke yaman se ek aag aayegi jo poore area ko apni lapet mein le legi.</w:t>
      </w:r>
    </w:p>
    <w:p>
      <w:pPr>
        <w:jc w:val="right"/>
      </w:pPr>
      <w:r>
        <w:t>اسمیںسے ایک نشانییہبتائیگئیہے کہ یمنسے ایک آگاٹھےگی جو پورےایریاکواپنی لپیٹمیںلےلےگی۔</w:t>
      </w:r>
    </w:p>
    <w:p>
      <w:r>
        <w:rPr>
          <w:b/>
        </w:rPr>
        <w:t xml:space="preserve">[14:21] </w:t>
      </w:r>
      <w:r>
        <w:t>is area se murad muslim area hai, america, europe nahin hai.</w:t>
      </w:r>
    </w:p>
    <w:p>
      <w:pPr>
        <w:jc w:val="right"/>
      </w:pPr>
      <w:r>
        <w:t>اسایریاسے مرادمسلمایریاہے، امریک ہ،یورپنہیںہے۔</w:t>
      </w:r>
    </w:p>
    <w:p>
      <w:r>
        <w:rPr>
          <w:b/>
        </w:rPr>
        <w:t xml:space="preserve">[14:28] </w:t>
      </w:r>
      <w:r>
        <w:t>to ye hi to muslim world hai jisko hum world world kehte hain. aur yaman hi se shuru hui ye december 2010 mein.</w:t>
      </w:r>
    </w:p>
    <w:p>
      <w:pPr>
        <w:jc w:val="right"/>
      </w:pPr>
      <w:r>
        <w:t>تو یہیتو مسلمورلڈہے جسکوہمورلڈورلڈکہتےہیں۔ اور یمنہیسےشروع ہوئی یہ دسمبر 2010میں۔</w:t>
      </w:r>
    </w:p>
    <w:p>
      <w:r>
        <w:rPr>
          <w:b/>
        </w:rPr>
        <w:t xml:space="preserve">[14:39] </w:t>
      </w:r>
      <w:r>
        <w:t>to ye aag jo hai haqeeqat mein political aag hai. aag se murad wo fiziki aag nahin hai. ye tamsil ki zaban hai.</w:t>
      </w:r>
    </w:p>
    <w:p>
      <w:pPr>
        <w:jc w:val="right"/>
      </w:pPr>
      <w:r>
        <w:t>تویہ آگجوہے حقیقتمیںپولیٹیکلآگہے۔ آگسےمرادوہ فزیکلآگنہیںہے۔ یہ تمثیلکیزبان ہے۔</w:t>
      </w:r>
    </w:p>
    <w:p>
      <w:r>
        <w:rPr>
          <w:b/>
        </w:rPr>
        <w:t xml:space="preserve">[14:51] </w:t>
      </w:r>
      <w:r>
        <w:t>ye tamsil ki zaban hai. hadees mein jo aag ka lafz aaya hai, naar, noon, alif, re, naar ka lafz, fire, ise bulata hai political fire, siyasi aag.</w:t>
      </w:r>
    </w:p>
    <w:p>
      <w:pPr>
        <w:jc w:val="right"/>
      </w:pPr>
      <w:r>
        <w:t>یہتمثیلکیزبان ہے۔ حدیث میںجوآگکالفظآیاہے، نار، نون،الف،رے،نارکالفظ،فائر ، اسے بلاتاہےپولیٹیکلفائر ،سیاسی آگ۔</w:t>
      </w:r>
    </w:p>
    <w:p>
      <w:r>
        <w:rPr>
          <w:b/>
        </w:rPr>
        <w:t xml:space="preserve">[15:03] </w:t>
      </w:r>
      <w:r>
        <w:t>to ye hi hai siyasi aag.</w:t>
      </w:r>
    </w:p>
    <w:p>
      <w:pPr>
        <w:jc w:val="right"/>
      </w:pPr>
      <w:r>
        <w:t>تویہیتوہےسیاسی آگ۔</w:t>
      </w:r>
    </w:p>
    <w:p>
      <w:r>
        <w:rPr>
          <w:b/>
        </w:rPr>
        <w:t xml:space="preserve">[15:08] </w:t>
      </w:r>
      <w:r>
        <w:t>is siyasi aag ka matlab kya hai? iska matlab hai ke musalman apni bigaad ke aakhri darje mein pahunch chuke honge.</w:t>
      </w:r>
    </w:p>
    <w:p>
      <w:pPr>
        <w:jc w:val="right"/>
      </w:pPr>
      <w:r>
        <w:t>اس سیاسی آگکامطلبکیاہے ؟ اسکامطلبہےکہمس لمان اپنی بگاڑکے آخری درج ےمیںپہنچچکےہوںگے۔</w:t>
      </w:r>
    </w:p>
    <w:p>
      <w:r>
        <w:rPr>
          <w:b/>
        </w:rPr>
        <w:t xml:space="preserve">[15:17] </w:t>
      </w:r>
      <w:r>
        <w:t>iske aage aag ka koi darja nahin. ye matlab hai iska. ye ek manifestation hai, ek izhaar hai is baat ka. ab musalman jo hain apni bigaad ke aakhri darje mein pahunch chuke hain.</w:t>
      </w:r>
    </w:p>
    <w:p>
      <w:pPr>
        <w:jc w:val="right"/>
      </w:pPr>
      <w:r>
        <w:t>اسکےآگےآگکوئیدرجہہینہیں۔ یہمطلبہےاسکا ۔ یہ ایک مینیفیسٹیشنہے، ایک اظہارہے اسباتکا ۔اب مسلمانجوہیں اپنی بگاڑکےآخریدرجےمیںپہنچچکےہیں۔</w:t>
      </w:r>
    </w:p>
    <w:p>
      <w:r>
        <w:rPr>
          <w:b/>
        </w:rPr>
        <w:t xml:space="preserve">[15:33] </w:t>
      </w:r>
      <w:r>
        <w:t>bas nashukri, nashukri, nashukri, nashukri.</w:t>
      </w:r>
    </w:p>
    <w:p>
      <w:pPr>
        <w:jc w:val="right"/>
      </w:pPr>
      <w:r>
        <w:t>بسناشکری،ناشکری،ناشکری،ناشکری۔</w:t>
      </w:r>
    </w:p>
    <w:p>
      <w:r>
        <w:rPr>
          <w:b/>
        </w:rPr>
        <w:t xml:space="preserve">[15:37] </w:t>
      </w:r>
      <w:r>
        <w:t>bigaad kya hai? nashukri ka naam bigaad hai.</w:t>
      </w:r>
    </w:p>
    <w:p>
      <w:pPr>
        <w:jc w:val="right"/>
      </w:pPr>
      <w:r>
        <w:t>بگاڑکیاہے؟ناشکریکا نامبگاڑہے۔</w:t>
      </w:r>
    </w:p>
    <w:p>
      <w:r>
        <w:rPr>
          <w:b/>
        </w:rPr>
        <w:t xml:space="preserve">[15:43] </w:t>
      </w:r>
      <w:r>
        <w:t>ye Quran majeed ki pehli aayat hai: "alhamdu lillahi rabbil aalameen".</w:t>
      </w:r>
    </w:p>
    <w:p>
      <w:pPr>
        <w:jc w:val="right"/>
      </w:pPr>
      <w:r>
        <w:t>یہقرآنمجیدکیپہلیآیتہے:"الحمدل لہ رب العالم ین"۔</w:t>
      </w:r>
    </w:p>
    <w:p>
      <w:r>
        <w:rPr>
          <w:b/>
        </w:rPr>
        <w:t xml:space="preserve">[15:50] </w:t>
      </w:r>
      <w:r>
        <w:t>mufassireen ne likha hai ke hamd jo hai is mein shukr ka mafhum ghalib hai.</w:t>
      </w:r>
    </w:p>
    <w:p>
      <w:pPr>
        <w:jc w:val="right"/>
      </w:pPr>
      <w:r>
        <w:t>مفسریننےلکھاہےکہحمدجوہے اسمیں شکرکا مفہومغالبہے۔</w:t>
      </w:r>
    </w:p>
    <w:p>
      <w:r>
        <w:rPr>
          <w:b/>
        </w:rPr>
        <w:t xml:space="preserve">[15:57] </w:t>
      </w:r>
      <w:r>
        <w:t>is mein tareef ka mafhum bhi aata hai lekin shukr ka mafhum ghalib hai. yani grateful-ness ke khuda ya tera shukr hai, tu rabb al-aleen hai.</w:t>
      </w:r>
    </w:p>
    <w:p>
      <w:pPr>
        <w:jc w:val="right"/>
      </w:pPr>
      <w:r>
        <w:t>اسمیں تعریفکامفہومبھیآتاہےلیکن شکرکامفہومغالبہے۔یعنی گریٹفل نس کہخدایاتیراشکرہے، توربالعالم ینہے۔</w:t>
      </w:r>
    </w:p>
    <w:p>
      <w:r>
        <w:rPr>
          <w:b/>
        </w:rPr>
        <w:t xml:space="preserve">[16:08] </w:t>
      </w:r>
      <w:r>
        <w:t>ye khulasa hai deen khudawandi ka. Allah jo deen chahta hai insaan se, iska khulasa ye hai ke aap hamd ke nafsiyat mein jiyen.</w:t>
      </w:r>
    </w:p>
    <w:p>
      <w:pPr>
        <w:jc w:val="right"/>
      </w:pPr>
      <w:r>
        <w:t>یہ خلاصہہے دین خداوندیکا ۔ اللہ جودینچاہتاہےانسانسے،اسکاخلاصہیہہے کہآپ حمد کینفسیاتمیں جیئیں۔</w:t>
      </w:r>
    </w:p>
    <w:p>
      <w:r>
        <w:rPr>
          <w:b/>
        </w:rPr>
        <w:t xml:space="preserve">[16:22] </w:t>
      </w:r>
      <w:r>
        <w:t>hamd ke sentiment mein jiyen.</w:t>
      </w:r>
    </w:p>
    <w:p>
      <w:pPr>
        <w:jc w:val="right"/>
      </w:pPr>
      <w:r>
        <w:t>حمد کے سینٹیمنٹمیںجیئیں۔</w:t>
      </w:r>
    </w:p>
    <w:p>
      <w:r>
        <w:rPr>
          <w:b/>
        </w:rPr>
        <w:t xml:space="preserve">[16:26] </w:t>
      </w:r>
      <w:r>
        <w:t>hamd ke zehan ke saath jiyo. yani shukr ke: alhamdulillah rabb al-aleen. ye koi koi yani kuch lafzon ki baat nahin hai.</w:t>
      </w:r>
    </w:p>
    <w:p>
      <w:pPr>
        <w:jc w:val="right"/>
      </w:pPr>
      <w:r>
        <w:t>حمد کے ذہنکےساتھ جیئیں۔ یعنیشکرکے: "الحمدللہ ربالعالمین"۔یہکوئی کوئی یعنی کچھ शब्द وںکیباتنہیںہے۔</w:t>
      </w:r>
    </w:p>
    <w:p>
      <w:r>
        <w:rPr>
          <w:b/>
        </w:rPr>
        <w:t xml:space="preserve">[16:40] </w:t>
      </w:r>
      <w:r>
        <w:t>kuch words ki baat nahin hai ke woh aap munh se bol diya, bas nahin. hamd mein jeena. aap ki soch, aap ke jazbaat, aap ka attitude, har cheez: hamd, hamd, hamd, shukr, shukr, shukr.</w:t>
      </w:r>
    </w:p>
    <w:p>
      <w:pPr>
        <w:jc w:val="right"/>
      </w:pPr>
      <w:r>
        <w:t>کچھ ورڈزکیباتنہیں ہےکہوہآپمنہسےبول دیا،بسنہیں۔ حمد میںجینا۔ آپ کی سوچ، آپ کےجذبات ،آپ کاایٹیٹیوڈ، ہرچیز:حمد،حمد،حمد، شکر،شکر،شکر۔</w:t>
      </w:r>
    </w:p>
    <w:p>
      <w:r>
        <w:rPr>
          <w:b/>
        </w:rPr>
        <w:t xml:space="preserve">[16:56] </w:t>
      </w:r>
      <w:r>
        <w:t>shukr ka charcha ho, shukr ki soch ho, shukr aap ka har waqt focus mein rahta ho, shukr aap ka concern bana hua ho.</w:t>
      </w:r>
    </w:p>
    <w:p>
      <w:pPr>
        <w:jc w:val="right"/>
      </w:pPr>
      <w:r>
        <w:t>شکرکا چرچہہو،شکرکیسوچہو، شکرآپ کا ہروقت فوکسمیںرہتاہو، شکرآپکاکنسرنبناہواہو۔</w:t>
      </w:r>
    </w:p>
    <w:p>
      <w:r>
        <w:rPr>
          <w:b/>
        </w:rPr>
        <w:t xml:space="preserve">[17:04] </w:t>
      </w:r>
      <w:r>
        <w:t>ek ye tareeqa hai. doosra tareeqa ye hai ke aap nashukri mein jeene lagen. to aaj ke musalman duniya mein kahin bhi jayen, ye sab lage ke sab nashukri hi mein je rahe hain.</w:t>
      </w:r>
    </w:p>
    <w:p>
      <w:pPr>
        <w:jc w:val="right"/>
      </w:pPr>
      <w:r>
        <w:t>ایک یہطریقہہے۔ دوسراطریقہیہہےکہآپناشکریمیںجینےلگیں۔ توآج کے مسلماندنیامیںکہیںبھیجائیں،یہسب لگےکہسبناشکریہیمیںجیرہےہیں۔</w:t>
      </w:r>
    </w:p>
    <w:p>
      <w:r>
        <w:rPr>
          <w:b/>
        </w:rPr>
        <w:t xml:space="preserve">[17:18] </w:t>
      </w:r>
      <w:r>
        <w:t>Sab shikayat ki boli bolein ge, sab protest ki boli bolein ge, sab nafrat ki boli bolein ge.</w:t>
      </w:r>
    </w:p>
    <w:p>
      <w:pPr>
        <w:jc w:val="right"/>
      </w:pPr>
      <w:r>
        <w:t>سب شکایتکیبولیبولیںگے، سب پروٹیسٹکیبولیبولیںگے، سب نفرتکیبولیبولیںگے۔</w:t>
      </w:r>
    </w:p>
    <w:p>
      <w:r>
        <w:rPr>
          <w:b/>
        </w:rPr>
        <w:t xml:space="preserve">[17:27] </w:t>
      </w:r>
      <w:r>
        <w:t>india se lekar aap america tak chale jayen, koi musalman aap ko nahin milega jo shukr ki boli bolta ho, sab nafrat ki boli.</w:t>
      </w:r>
    </w:p>
    <w:p>
      <w:pPr>
        <w:jc w:val="right"/>
      </w:pPr>
      <w:r>
        <w:t>انڈیاسےلےکرآپامریک ہتکچلےجائیے، کوئی مسلمانآپکونہیں ملےگاجوشکرکیبولیبولتاہو، سب نفرتکیبولی۔</w:t>
      </w:r>
    </w:p>
    <w:p>
      <w:r>
        <w:rPr>
          <w:b/>
        </w:rPr>
        <w:t xml:space="preserve">[17:36] </w:t>
      </w:r>
      <w:r>
        <w:t>To ye yeh baat nahi ke duniya aaj ki muslim duniya par shaitan dominate kar raha hai. Angel dominate nahi kar rahe. Satan ka influence hai, ye saari muslim duniya satan ke influence mein aa gayi hai.</w:t>
      </w:r>
    </w:p>
    <w:p>
      <w:pPr>
        <w:jc w:val="right"/>
      </w:pPr>
      <w:r>
        <w:t>تو یہ یہاسباتنہیںکہ دنیا آجکی مسلمدنیا پر شیطان ڈومینیٹکررہاہے۔ اینجلڈومینیٹنہیںکررہے۔ سی ٹسی ٹنکانفلوئنسہے،یہ ساری مسلمدنیا سیٹنکےانفلوئنسمیںآگئیہے۔</w:t>
      </w:r>
    </w:p>
    <w:p>
      <w:r>
        <w:rPr>
          <w:b/>
        </w:rPr>
        <w:t xml:space="preserve">[17:56] </w:t>
      </w:r>
      <w:r>
        <w:t>Sawal yeh hai: kyun woh log 9 5 par focus nahi kar rahe hain, ek par focus kar rahe hain? Political freedom ek cheez hai. Main muslim countries mein baar baar gaya hoon, khoob aaram se reh rahe the log.</w:t>
      </w:r>
    </w:p>
    <w:p>
      <w:pPr>
        <w:jc w:val="right"/>
      </w:pPr>
      <w:r>
        <w:t>سوالیہہے:کیوں وہلوگ 9 5 پرفوکسنہیںکررہےہیں، ایک پرفوکسکررہےہیں؟ پولیٹیکلفریڈم ایک ایکہے۔ میں مسلمکنٹریزمیںباربارگیاہوں، خوب آرامسےرہرہےتھےلوگ۔</w:t>
      </w:r>
    </w:p>
    <w:p>
      <w:r>
        <w:rPr>
          <w:b/>
        </w:rPr>
        <w:t xml:space="preserve">[18:10] </w:t>
      </w:r>
      <w:r>
        <w:t>Kisi cheez ki kami nahi thi. Free education, free medical facilities, easy job. Yani jo jis lehaz se bhi dekhen, sab aasan tha un ko.</w:t>
      </w:r>
    </w:p>
    <w:p>
      <w:pPr>
        <w:jc w:val="right"/>
      </w:pPr>
      <w:r>
        <w:t>کسی چیزکیکمینہیںتھی۔ فریایجوکیشن ،فری میڈیکلفیسلی ٹیز، ایزی جاب۔ یعنیجو جس لحاظسےبھیدیکھیں،سب آسانتھاانکو۔</w:t>
      </w:r>
    </w:p>
    <w:p>
      <w:r>
        <w:rPr>
          <w:b/>
        </w:rPr>
        <w:t xml:space="preserve">[18:22] </w:t>
      </w:r>
      <w:r>
        <w:t>Khoob aaram se reh rahe the.</w:t>
      </w:r>
    </w:p>
    <w:p>
      <w:pPr>
        <w:jc w:val="right"/>
      </w:pPr>
      <w:r>
        <w:t>خوبآرامسےرہرہےتھے۔</w:t>
      </w:r>
    </w:p>
    <w:p>
      <w:r>
        <w:rPr>
          <w:b/>
        </w:rPr>
        <w:t xml:space="preserve">[18:25] </w:t>
      </w:r>
      <w:r>
        <w:t>Political freedom ki kami thi. Political China mein political freedom nahi hai, phir bhi China taraqqi kar raha hai. Political freedom koi criteria nahi hai.</w:t>
      </w:r>
    </w:p>
    <w:p>
      <w:pPr>
        <w:jc w:val="right"/>
      </w:pPr>
      <w:r>
        <w:t>پولیٹیکلفریڈمکیکمیتھی۔ پولیٹیکلچائنہمیںپولیٹیکلفریڈمنہیںہے، پھربھیچائنہترقیکررہاہے۔ پولیٹیکلفریڈمکوئی کرائٹیریانہیںہے۔</w:t>
      </w:r>
    </w:p>
    <w:p>
      <w:r>
        <w:rPr>
          <w:b/>
        </w:rPr>
        <w:t xml:space="preserve">[18:39] </w:t>
      </w:r>
      <w:r>
        <w:t>Asal cheez yeh hai ke aap ko khane kamane ki azaadi ho, parhne likhne ki azaadi ho, ilaaj ki azaadi ho, chalne phirne ki azaadi ho, woh sab maujood tha wahan par.</w:t>
      </w:r>
    </w:p>
    <w:p>
      <w:pPr>
        <w:jc w:val="right"/>
      </w:pPr>
      <w:r>
        <w:t>اصلچیزیہہےکہآپکو کھانےکمانےکیآزادیہو،پڑھنےلکھنےکیآزادیہو، علاجکیآزادیہو،چلنےپھرنےکیآزادیہو،وہ سبموجود تھاوہاںپر۔</w:t>
      </w:r>
    </w:p>
    <w:p>
      <w:r>
        <w:rPr>
          <w:b/>
        </w:rPr>
        <w:t xml:space="preserve">[18:50] </w:t>
      </w:r>
      <w:r>
        <w:t>Is liye hadithon mein bohat zyada mana kiya gaya hai khurooj se, yani governments ke khilaf laraai larna, political authority ke khilaf hungama karna.</w:t>
      </w:r>
    </w:p>
    <w:p>
      <w:pPr>
        <w:jc w:val="right"/>
      </w:pPr>
      <w:r>
        <w:t>اسیلیےحدیثوںمیں بہتزیادہ منعکیاگیاہے خروجسے ،یعنی گورنمنٹس کےخلاف لڑائیلڑنا، پولیٹیکلاتھارٹیکےخلاف ہنگامہکرنا۔</w:t>
      </w:r>
    </w:p>
    <w:p>
      <w:r>
        <w:rPr>
          <w:b/>
        </w:rPr>
        <w:t xml:space="preserve">[19:06] </w:t>
      </w:r>
      <w:r>
        <w:t>Kyun? Is ka matlab kya hai? Is ka matlab yeh hai ke political seat par chahe koi bhi ho, opportunities khuli rehti hain doosre maydanon mein.</w:t>
      </w:r>
    </w:p>
    <w:p>
      <w:pPr>
        <w:jc w:val="right"/>
      </w:pPr>
      <w:r>
        <w:t>کیوں؟اسکامطلبکیاہے؟ اسکامطلبیہہےکہ پولیٹیکل سیٹپرچاہےکوئیبھیہو ، اپرچونیٹیزکھلیرہتیہیںدوسرے میدانوںمیں</w:t>
      </w:r>
    </w:p>
    <w:p>
      <w:r>
        <w:rPr>
          <w:b/>
        </w:rPr>
        <w:t xml:space="preserve">[19:16] </w:t>
      </w:r>
      <w:r>
        <w:t>Matlab education ka field, dawat ka field, business ka field, social work ka field, saare taraqqiyat ke field khule hue hain.</w:t>
      </w:r>
    </w:p>
    <w:p>
      <w:pPr>
        <w:jc w:val="right"/>
      </w:pPr>
      <w:r>
        <w:t>۔ مطلب ایجوکیشنکا فیلڈ، دعوتکافیل ڈ، بزنسکافیلڈ، سوشلورککافیلڈ، سارےترقیاتکےفیلڈکھلےہوئے ہیں۔</w:t>
      </w:r>
    </w:p>
    <w:p>
      <w:r>
        <w:rPr>
          <w:b/>
        </w:rPr>
        <w:t xml:space="preserve">[19:29] </w:t>
      </w:r>
      <w:r>
        <w:t>To political seat par koi aur baitha hua hai to baithne dijiye us ko.</w:t>
      </w:r>
    </w:p>
    <w:p>
      <w:pPr>
        <w:jc w:val="right"/>
      </w:pPr>
      <w:r>
        <w:t>تو پولیٹیکلسیٹپرکوئیاوربیٹھاہواہےتوبیٹھنےدیجئےاسکو،</w:t>
      </w:r>
    </w:p>
    <w:p>
      <w:r>
        <w:rPr>
          <w:b/>
        </w:rPr>
        <w:t xml:space="preserve">[19:35] </w:t>
      </w:r>
      <w:r>
        <w:t>Idhar doosre political field jo khuli hui hain, opportunities available kijiye. Lekin bas wohi humein chahiye: hato to wahan se political seat se.</w:t>
      </w:r>
    </w:p>
    <w:p>
      <w:pPr>
        <w:jc w:val="right"/>
      </w:pPr>
      <w:r>
        <w:t>ادردینپولیٹیکلفیلڈجو کھلیہوئیہیں،اپرچونیٹیزاسکواویلکیجئے۔ لیکن بس وہیہمیںچاہیے: ہٹوتووہاںسے پولیٹیکلسیٹسے۔</w:t>
      </w:r>
    </w:p>
    <w:p>
      <w:r>
        <w:rPr>
          <w:b/>
        </w:rPr>
        <w:t xml:space="preserve">[19:46] </w:t>
      </w:r>
      <w:r>
        <w:t>Lekin sawal yeh hai ke woh ek hate ga, doosra aaega. Saare log to kabhi bhi nahi baith sakte. Aisa na mumkin hai ke kisi mulk ke saare log political seat par baith jayen.</w:t>
      </w:r>
    </w:p>
    <w:p>
      <w:pPr>
        <w:jc w:val="right"/>
      </w:pPr>
      <w:r>
        <w:t>لیکن سوالیہہےکہوہایکہٹےگا،دوسراآئےگا۔ سارےلوگ توکبھیبھینہیںبیٹھسکتے۔ ایسانام مکنہے کہ کسی ملککےسارےلوگ پولیٹیکلسیٹپہبیٹھجائیں۔</w:t>
      </w:r>
    </w:p>
    <w:p>
      <w:r>
        <w:rPr>
          <w:b/>
        </w:rPr>
        <w:t xml:space="preserve">[19:59] </w:t>
      </w:r>
      <w:r>
        <w:t>To ek kitaab chhapi hai America se, kaha jata hai ke us ne trigger kiya hai.</w:t>
      </w:r>
    </w:p>
    <w:p>
      <w:pPr>
        <w:jc w:val="right"/>
      </w:pPr>
      <w:r>
        <w:t>توایککتاب چھپیہے امریک ہسے، کہاجاتاہےکہ وہاسینےٹریگرکیاہے۔</w:t>
      </w:r>
    </w:p>
    <w:p>
      <w:r>
        <w:rPr>
          <w:b/>
        </w:rPr>
        <w:t xml:space="preserve">[20:06] </w:t>
      </w:r>
      <w:r>
        <w:t>Us ne is yani popular revolution jis ko kaha jata hai, us ko trigger kiya hai. Us ne woh chhapi hai 2010 mein, is ka naam hai "From Dictatorship to Democracy".</w:t>
      </w:r>
    </w:p>
    <w:p>
      <w:pPr>
        <w:jc w:val="right"/>
      </w:pPr>
      <w:r>
        <w:t>اسینے اس یعنیپاپولرریولجس کوکہاجاتاہے،اسکو ٹریگرکیاہے۔اسنے وہ چھپیہے 20 10میں، اسکانامہے "فرام ڈکٹیٹرشپٹو ڈیموکریسی"۔</w:t>
      </w:r>
    </w:p>
    <w:p>
      <w:r>
        <w:rPr>
          <w:b/>
        </w:rPr>
        <w:t xml:space="preserve">[20:22] </w:t>
      </w:r>
      <w:r>
        <w:t>Ek American scholar ne likha hai, woh 93 pages ki kitaab hai, woh aur 24 languages mein is ka tarjuma kiya gaya hai.</w:t>
      </w:r>
    </w:p>
    <w:p>
      <w:pPr>
        <w:jc w:val="right"/>
      </w:pPr>
      <w:r>
        <w:t>ایک امریکی سکالرنے لکھاہے، وہ 9 3 پیجزکیکتاب ہے،وہ اور 2 4 لینگویجزمیںاسکاترجمہکیاگیاہے۔</w:t>
      </w:r>
    </w:p>
    <w:p>
      <w:r>
        <w:rPr>
          <w:b/>
        </w:rPr>
        <w:t xml:space="preserve">[20:33] </w:t>
      </w:r>
      <w:r>
        <w:t>24 languages "From Dictatorship to Democracy". To 24 zabaanon mein. Ab yeh muslim countries jo hain, arab countries, is mein azaadi yani is ki nahi thi ke aap akhbar nikalen, apna kitaaben chhapen, apni wahan sab government se control hota tha.</w:t>
      </w:r>
    </w:p>
    <w:p>
      <w:pPr>
        <w:jc w:val="right"/>
      </w:pPr>
      <w:r>
        <w:t>2 4 لینگویجز "فرام ڈکٹیٹرشپٹو ڈیموکریسی" ۔تو 24 زبان وںمیں۔اب یہ مسلم کنٹریزجوہیں،عرب کنٹریز، اسمیں آز ادی یعنی اسکینہیںتھیکہآپاخبارنکالیں،اپنا کتاب یںچھاپیں،اپنی وہاںسب گورنمنٹسےکنٹرولہوتاتھا۔</w:t>
      </w:r>
    </w:p>
    <w:p>
      <w:r>
        <w:rPr>
          <w:b/>
        </w:rPr>
        <w:t xml:space="preserve">[20:56] </w:t>
      </w:r>
      <w:r>
        <w:t>Yani publishing, printing, ye sab government se control hota tha. Aam logon ko ijaazat nahi thi.</w:t>
      </w:r>
    </w:p>
    <w:p>
      <w:pPr>
        <w:jc w:val="right"/>
      </w:pPr>
      <w:r>
        <w:t>یعنی پبلشنگ ،پرنٹنگ،یہسب گورنمنٹسےکنٹرولہوتاتھا۔ عاملوگوںکواجازتنہیںتھی۔</w:t>
      </w:r>
    </w:p>
    <w:p>
      <w:r>
        <w:rPr>
          <w:b/>
        </w:rPr>
        <w:t xml:space="preserve">[21:03] </w:t>
      </w:r>
      <w:r>
        <w:t>Yeh kitaab jo hai, aam tareeqe se chhap nahi sakti thi. Lekin zamaana aa gaya, aap jaante hain ke internet ka, ab chahe woh bazaar mein kitaab ki shakal mein na biki, tab bhi aap ko ghar mein maujood hai internet par.</w:t>
      </w:r>
    </w:p>
    <w:p>
      <w:pPr>
        <w:jc w:val="right"/>
      </w:pPr>
      <w:r>
        <w:t>یہ کتاب جوہے، عام طریقےسےچھپنہیںسکتیتھی۔ لیکن زمان ہآگیا، آپجانتےہیںکہ انٹرنیٹکا، ابچاہےوہ بازارمیںکتاب کیشکلمیںنہبکے،تببھیآپکو گ ھرمیںموجود ہے انٹرنیٹپر ۔</w:t>
      </w:r>
    </w:p>
    <w:p>
      <w:r>
        <w:rPr>
          <w:b/>
        </w:rPr>
        <w:t xml:space="preserve">[21:21] </w:t>
      </w:r>
      <w:r>
        <w:t>To unhon ne 24 zabaanon mein is kitaab ko internet par upload kar diya, 93 pages ki. Is kitaab ko.</w:t>
      </w:r>
    </w:p>
    <w:p>
      <w:pPr>
        <w:jc w:val="right"/>
      </w:pPr>
      <w:r>
        <w:t>تو انہوں نے 24 زبان وںمیںاسکتاب کو انٹرنیٹپر اپلوڈکردیا، 9 3 پیجزکی۔اسکتاب کو</w:t>
      </w:r>
    </w:p>
    <w:p>
      <w:r>
        <w:rPr>
          <w:b/>
        </w:rPr>
        <w:t xml:space="preserve">[21:32] </w:t>
      </w:r>
      <w:r>
        <w:t>Is ka title tha "From Dictatorship to Democracy". Kaha jata hai is kitaab ne trigger kiya. Main kehta hoon ke is kitaab ne trigger kiya to khud Quran ne kyun trigger nahi kiya?</w:t>
      </w:r>
    </w:p>
    <w:p>
      <w:pPr>
        <w:jc w:val="right"/>
      </w:pPr>
      <w:r>
        <w:t>اسکاٹائٹلتھا "فرام ڈکٹیٹرشپٹو ڈیموکریسی"۔ کہاجاتاہےاسیکتاب میںٹریگرکیا۔ میںکہتاہوںکہ اسکتاب میں ٹریگرکیاتوخود قرآننےکیوںٹ ریگرنہیںکیا؟</w:t>
      </w:r>
    </w:p>
    <w:p>
      <w:r>
        <w:rPr>
          <w:b/>
        </w:rPr>
        <w:t xml:space="preserve">[21:48] </w:t>
      </w:r>
      <w:r>
        <w:t>Yeh bhi sawaal hai na? Quran bhi maujood tha un ke paas, is mein likha hua tha "Al-Sulh Khair". Is ka matlab "From Violence to Peace".</w:t>
      </w:r>
    </w:p>
    <w:p>
      <w:pPr>
        <w:jc w:val="right"/>
      </w:pPr>
      <w:r>
        <w:t>یہبھیسوالہےنا؟ قرآنبھیموجود تھاانکےپاس، اسمیںلکھاہواتھا"الصلحخیر"۔ اسکامطلب"فرام وائیلنسٹوپیس" ۔</w:t>
      </w:r>
    </w:p>
    <w:p>
      <w:r>
        <w:rPr>
          <w:b/>
        </w:rPr>
        <w:t xml:space="preserve">[22:00] </w:t>
      </w:r>
      <w:r>
        <w:t>to "from dictatorship to democracy" aur trigger kar diya unko. aur doosri jo maujood thi unke paas Quran ki shakal mein, Hadees ki shakal mein, Sunnat-e-Rasool ki shakal mein "from violence to peace", usko trigger kyun nahi kiya ?</w:t>
      </w:r>
    </w:p>
    <w:p>
      <w:pPr>
        <w:jc w:val="right"/>
      </w:pPr>
      <w:r>
        <w:t>تو "فرام ڈکٹ یٹرشپٹوڈیموکریسی"اورٹریگرکردیاانکو۔ اور دوس ریجو موجود تھاانکےپاسقرآنکیشکلمیں،حدیثکیشکلمیں،سنترسولکیشکلمیں" فراموائیلنسٹوپیس"، اسکوٹری گرکیوںنہیںکیا ؟</w:t>
      </w:r>
    </w:p>
    <w:p>
      <w:r>
        <w:rPr>
          <w:b/>
        </w:rPr>
        <w:t xml:space="preserve">[22:18] </w:t>
      </w:r>
      <w:r>
        <w:t>yani matlab yeh tha keh tumhein sab kuch mila hua hai, to da'wat ka kaam karo, education mein jao, social reform karo, society ko acha banao,</w:t>
      </w:r>
    </w:p>
    <w:p>
      <w:pPr>
        <w:jc w:val="right"/>
      </w:pPr>
      <w:r>
        <w:t>یعنیمط لبیہتھاکہ تمکوسبکچھملاہواہے، تو دعوتیکامکرو، ایجوکیشنمیںجاؤ، سوشلریفارمکرو، سوسائٹیکواچھابناؤ،</w:t>
      </w:r>
    </w:p>
    <w:p>
      <w:r>
        <w:rPr>
          <w:b/>
        </w:rPr>
        <w:t xml:space="preserve">[22:35] </w:t>
      </w:r>
      <w:r>
        <w:t>yeh sab kaam karo.</w:t>
      </w:r>
    </w:p>
    <w:p>
      <w:pPr>
        <w:jc w:val="right"/>
      </w:pPr>
      <w:r>
        <w:t>یہسبکامکرو۔</w:t>
      </w:r>
    </w:p>
    <w:p>
      <w:r>
        <w:rPr>
          <w:b/>
        </w:rPr>
        <w:t xml:space="preserve">[22:37] </w:t>
      </w:r>
      <w:r>
        <w:t>yeh sab chhod kar ke bas political opposition, political revolt, anti authority hungame, is par kyun chale gaye?</w:t>
      </w:r>
    </w:p>
    <w:p>
      <w:pPr>
        <w:jc w:val="right"/>
      </w:pPr>
      <w:r>
        <w:t>یہسبچھوڑکرکےبسپولیٹیکلاپوزیشن، پولیٹیکلریولٹ، این ٹیاتھارٹی ہنگامے ،اسپرکیوںچلےگئے؟</w:t>
      </w:r>
    </w:p>
    <w:p>
      <w:r>
        <w:rPr>
          <w:b/>
        </w:rPr>
        <w:t xml:space="preserve">[22:50] </w:t>
      </w:r>
      <w:r>
        <w:t>kyun? yeh saada baat nahi hai. dekhiye, asal cheez yeh hai ke hamari society mein, hamare gharon mein charcha kis cheez ka hota hai, is par depend karta hai.</w:t>
      </w:r>
    </w:p>
    <w:p>
      <w:pPr>
        <w:jc w:val="right"/>
      </w:pPr>
      <w:r>
        <w:t>کیوں؟ یہسادہباتنہیںہے۔دیکھیے، اصلچیزیہہےکہہماریسوسائٹیمیں،ہمارےگھروںمیں چرچہکسچیزکاہوتاہے،اسپر ڈیپینڈکرتاہے۔</w:t>
      </w:r>
    </w:p>
    <w:p>
      <w:r>
        <w:rPr>
          <w:b/>
        </w:rPr>
        <w:t xml:space="preserve">[23:01] </w:t>
      </w:r>
      <w:r>
        <w:t>to wahan par kya tha? charcha jo tha, aadmi sochta kis cheez par</w:t>
      </w:r>
    </w:p>
    <w:p>
      <w:pPr>
        <w:jc w:val="right"/>
      </w:pPr>
      <w:r>
        <w:t>تووہاںپرکیاتھا؟ چرچہجوتھا، آدمیسوچتاکسچیزپر</w:t>
      </w:r>
    </w:p>
    <w:p>
      <w:r>
        <w:rPr>
          <w:b/>
        </w:rPr>
        <w:t xml:space="preserve">[23:06] </w:t>
      </w:r>
      <w:r>
        <w:t>, ghar mein kya baatein karta hai, aapas mein kis baat ka zyada zikr hota hai, wahi yeh ke dekho bhai, hamein azaadi nahi mili hui hai.</w:t>
      </w:r>
    </w:p>
    <w:p>
      <w:pPr>
        <w:jc w:val="right"/>
      </w:pPr>
      <w:r>
        <w:t>،گھرمیںکیاباتیںکرتاہے، آپسمیں کسباتکا زیادہ ذکرہوتاہے، وہیہی کہدیکھوبھئی،ہمیںآزادینہیںملی ہوئیہے۔</w:t>
      </w:r>
    </w:p>
    <w:p>
      <w:r>
        <w:rPr>
          <w:b/>
        </w:rPr>
        <w:t xml:space="preserve">[23:17] </w:t>
      </w:r>
      <w:r>
        <w:t>yani khana peena mil raha hai, ghar mil raha hai, car mili hui hai, sab kuch mila hua hai, is ka charcha nahin. matlab shukr ka charcha, shukr ke item ka charcha nahin, nashukri ke item ka charcha.</w:t>
      </w:r>
    </w:p>
    <w:p>
      <w:pPr>
        <w:jc w:val="right"/>
      </w:pPr>
      <w:r>
        <w:t>یعنیکھاناپیناملرہاہے، گھرملرہاہے، کار ملی ہوئیہے،سبکچھملاہواہے، اسکاچرچہنہیں۔ مطلبشکرکاچرچہ، شکرکےآئٹمکاچرچہنہیں، ناشکریکےآئٹمکاچرچہ۔</w:t>
      </w:r>
    </w:p>
    <w:p>
      <w:r>
        <w:rPr>
          <w:b/>
        </w:rPr>
        <w:t xml:space="preserve">[23:31] </w:t>
      </w:r>
      <w:r>
        <w:t>yeh yahan bhi hai, har jagah yahi hai. isi bhadak uthte hain log.</w:t>
      </w:r>
    </w:p>
    <w:p>
      <w:pPr>
        <w:jc w:val="right"/>
      </w:pPr>
      <w:r>
        <w:t>یہیہاںبھی ہے،ہرجگہیہیہے۔اسیبھ ڑکاٹھتےہیںلوگ ۔</w:t>
      </w:r>
    </w:p>
    <w:p>
      <w:r>
        <w:rPr>
          <w:b/>
        </w:rPr>
        <w:t xml:space="preserve">[23:35] </w:t>
      </w:r>
      <w:r>
        <w:t>aap gaur kijiye, kya wajah hai ke sayyid maududi ne likhi hai yeh baat "modernness" mein, aur uski kitaab hai "modernness" ke kyun bhadak uthte hain log?</w:t>
      </w:r>
    </w:p>
    <w:p>
      <w:pPr>
        <w:jc w:val="right"/>
      </w:pPr>
      <w:r>
        <w:t>آپغورکیجئے،کیاوجہ ہے کہ سیایمجوڈنےلکھیہےیہبات "ماڈرنوکٹ نس"میں، اوراسکیکتاب ہے"ماڈرنوکٹ نس" کہکیوںبھڑکاٹھتےہیںلوگ؟</w:t>
      </w:r>
    </w:p>
    <w:p>
      <w:r>
        <w:rPr>
          <w:b/>
        </w:rPr>
        <w:t xml:space="preserve">[23:47] </w:t>
      </w:r>
      <w:r>
        <w:t>yani mohabbat ki baat par bhadakte nahi. koi positive message ho to nahi bhadkenge, lekin agar koi negative baat ho, kisi ke khilaf ho, to log bhadak uthte hain aur sadkon par aa jaate hain.</w:t>
      </w:r>
    </w:p>
    <w:p>
      <w:pPr>
        <w:jc w:val="right"/>
      </w:pPr>
      <w:r>
        <w:t>یعنیمحبتکیباتپربھڑکتےنہیں۔ کوئی پازیٹیومیسجہوتونہیںبھڑکیںگے، لیکن اگر کوئی نیگیٹیوباتہو، کسی کےخلاف ہو،تو لوگبھڑکاٹھتےہیں اورسڑکوںپرآجاتےہیں۔</w:t>
      </w:r>
    </w:p>
    <w:p>
      <w:r>
        <w:rPr>
          <w:b/>
        </w:rPr>
        <w:t xml:space="preserve">[24:00] </w:t>
      </w:r>
      <w:r>
        <w:t>to usne ye baat likhi hai. to ye jo ho raha hai, popular revolt, ise sabit karta hai ke log khuda ke shukr mein nahin je rahe the, insaan ko lekar ek nashukri mein je rahe the.</w:t>
      </w:r>
    </w:p>
    <w:p>
      <w:pPr>
        <w:jc w:val="right"/>
      </w:pPr>
      <w:r>
        <w:t>تواسنےیہباتلکھیہے۔ تو یہجو ہورہاہے، پاپولرریول ٹ، اسے ثابتکرتاہےکہلوگ خداکےشکرمیںنہیںجیرہےتھے، انسان کو لےکرایکناشکریمیںجیرہےتھے۔</w:t>
      </w:r>
    </w:p>
    <w:p>
      <w:r>
        <w:rPr>
          <w:b/>
        </w:rPr>
        <w:t xml:space="preserve">[24:15] </w:t>
      </w:r>
      <w:r>
        <w:t>yani western ke influence mein ji rahe the, woh angels ke influence mein nahi ji rahe the.</w:t>
      </w:r>
    </w:p>
    <w:p>
      <w:pPr>
        <w:jc w:val="right"/>
      </w:pPr>
      <w:r>
        <w:t>یعنیسیٹنکےانفلوئنسمیںجیرہےتھے، وہاینجلزکےانفلوئنسمیںنہیںجیرہےتھے۔</w:t>
      </w:r>
    </w:p>
    <w:p>
      <w:r>
        <w:rPr>
          <w:b/>
        </w:rPr>
        <w:t xml:space="preserve">[24:27] </w:t>
      </w:r>
      <w:r>
        <w:t>warna woh bahut hi ajeeb baat hai ke doosri cheezein bhi wahan se maujood thin,</w:t>
      </w:r>
    </w:p>
    <w:p>
      <w:pPr>
        <w:jc w:val="right"/>
      </w:pPr>
      <w:r>
        <w:t>ورنہوہ بہت ہیعجیبباتہےکہ دوس ری چیزیںبھیوہاںسے موجود تھیں،</w:t>
      </w:r>
    </w:p>
    <w:p>
      <w:r>
        <w:rPr>
          <w:b/>
        </w:rPr>
        <w:t xml:space="preserve">[24:36] </w:t>
      </w:r>
      <w:r>
        <w:t>jaise hasan hazbi ne kitaab likhi thi "dawat liqazat". woh yahi baat hai</w:t>
      </w:r>
    </w:p>
    <w:p>
      <w:pPr>
        <w:jc w:val="right"/>
      </w:pPr>
      <w:r>
        <w:t>جیسےحسنحذیبینےکتاب لکھیتھی "دعوت لاقضات"۔ وہیہیباتہے</w:t>
      </w:r>
    </w:p>
    <w:p>
      <w:r>
        <w:rPr>
          <w:b/>
        </w:rPr>
        <w:t xml:space="preserve">[24:44] </w:t>
      </w:r>
      <w:r>
        <w:t>ke hukmaran nahi balke daai. matlab hamara kaam yeh nahi ke hukmaran banein, hum hamara kaam hai ke hum daai ka role ada karein. to yeh is liye kyun nahi trigger kiya?</w:t>
      </w:r>
    </w:p>
    <w:p>
      <w:pPr>
        <w:jc w:val="right"/>
      </w:pPr>
      <w:r>
        <w:t>کہحکمراننہیںبلکہداعی۔ مطلبہماراکام یہنہیںکہحکمرانبنیں،ہم ہماراکامہےکہہم داعیکا رولاداکریں۔ تو یہ اسلیےکیوںنہیںٹریگرکیا؟</w:t>
      </w:r>
    </w:p>
    <w:p>
      <w:r>
        <w:rPr>
          <w:b/>
        </w:rPr>
        <w:t xml:space="preserve">[24:55] </w:t>
      </w:r>
      <w:r>
        <w:t>aur us kitaab mein trigger kar diya.</w:t>
      </w:r>
    </w:p>
    <w:p>
      <w:pPr>
        <w:jc w:val="right"/>
      </w:pPr>
      <w:r>
        <w:t>اور اسکتاب میںٹریگرکردیا۔</w:t>
      </w:r>
    </w:p>
    <w:p>
      <w:r>
        <w:rPr>
          <w:b/>
        </w:rPr>
        <w:t xml:space="preserve">[24:58] </w:t>
      </w:r>
      <w:r>
        <w:t>to cheez yeh hai ke aap jis tarah ki soch mein jeete hon, jis tarah ke sentiment mein jeete hon, rozana aap apne mehfil mein, majlis mein jiska charcha karte hon, jo cheez aapke mind mein bhari hui ho, aapke dil mein bhari hui ho,</w:t>
      </w:r>
    </w:p>
    <w:p>
      <w:pPr>
        <w:jc w:val="right"/>
      </w:pPr>
      <w:r>
        <w:t>تو چیزیہہےکہآپ جس طرح کیسوچمیںجیتےہوں، جس طرحکےسینٹیمنٹمیںجیتےہوں، روزانہآپ اپنے محفلمیں، مجلس میںجسکاچرچہکرتے ہوں، جو چیزآپکےمائنڈمیںبھریہوئیہو،آپکےدلمیںبھریہوئیہو،</w:t>
      </w:r>
    </w:p>
    <w:p>
      <w:r>
        <w:rPr>
          <w:b/>
        </w:rPr>
        <w:t xml:space="preserve">[25:15] </w:t>
      </w:r>
      <w:r>
        <w:t>is se bhadkenge. aap</w:t>
      </w:r>
    </w:p>
    <w:p>
      <w:pPr>
        <w:jc w:val="right"/>
      </w:pPr>
      <w:r>
        <w:t>اسسے بھڑکیںگے۔آپ</w:t>
      </w:r>
    </w:p>
    <w:p>
      <w:r>
        <w:rPr>
          <w:b/>
        </w:rPr>
        <w:t xml:space="preserve">[25:19] </w:t>
      </w:r>
      <w:r>
        <w:t>to aman ki baat par nahi bhadke, dawat ki baat par nahi bhadke, mohabbat ki baat par nahi bhadke, aur is par bhadak uthe.</w:t>
      </w:r>
    </w:p>
    <w:p>
      <w:pPr>
        <w:jc w:val="right"/>
      </w:pPr>
      <w:r>
        <w:t>تو امنکیباتپرنہیںبھڑکے، دعوتکیباتپرنہیںبھڑکے، محبتکیباتپرنہیںبھڑکے، اور اسپر بھڑکاٹھے۔</w:t>
      </w:r>
    </w:p>
    <w:p>
      <w:r>
        <w:rPr>
          <w:b/>
        </w:rPr>
        <w:t xml:space="preserve">[25:30] </w:t>
      </w:r>
      <w:r>
        <w:t>to yeh is baat ka ek sign hai, is baat ki ek alamat hai ke is zamane ke musalman jo hain, woh western ke influence mein ji rahe hain.</w:t>
      </w:r>
    </w:p>
    <w:p>
      <w:pPr>
        <w:jc w:val="right"/>
      </w:pPr>
      <w:r>
        <w:t>تویہ اسباتکا ایک سائنہے،اسبات کی ایک علامتہے کہاسزمان ےکے مسلمانجوہیں،وہ سیٹنکےانفلوئنسمیںجیرہےہیں۔</w:t>
      </w:r>
    </w:p>
    <w:p>
      <w:r>
        <w:rPr>
          <w:b/>
        </w:rPr>
        <w:t xml:space="preserve">[25:41] </w:t>
      </w:r>
      <w:r>
        <w:t>western jo sikhata hai, usko idhar se seekh lete hain, aur khuda ke jo paighaam hai, quran mein, hadees mein, sunnat mein, woh woh nahi, is ka nahi, unko pata hai.</w:t>
      </w:r>
    </w:p>
    <w:p>
      <w:pPr>
        <w:jc w:val="right"/>
      </w:pPr>
      <w:r>
        <w:t>سیٹنجوسکھاتاہے،اسکو ادھرسےسیکھلیتےہیں، اورخداکےجوپیغامہے، قرآنمیں،حدیثمیں،سنتمیں،وہوہنہیں، اسکانہیں،انکوپتہہے۔</w:t>
      </w:r>
    </w:p>
    <w:p>
      <w:r>
        <w:rPr>
          <w:b/>
        </w:rPr>
        <w:t xml:space="preserve">[25:54] </w:t>
      </w:r>
      <w:r>
        <w:t>makkah ka rasool allah sallallahu alaihi wasallam makkah mein jab, yani seventh century ke first quarter mein, to kuch sahaba ne shikayat ki ke hum ko sataya ja raha hai.</w:t>
      </w:r>
    </w:p>
    <w:p>
      <w:pPr>
        <w:jc w:val="right"/>
      </w:pPr>
      <w:r>
        <w:t>مکہکا رسولاللہصلیاللہعلیہوسلممکہمیںجب ،یعنی سیونتھسینچریکےفرسٹکوارٹرمیں، تو کچھصحابہنےشکایتکیکہہمکوستایاجارہاہے۔</w:t>
      </w:r>
    </w:p>
    <w:p>
      <w:r>
        <w:rPr>
          <w:b/>
        </w:rPr>
        <w:t xml:space="preserve">[26:05] </w:t>
      </w:r>
      <w:r>
        <w:t>to makkah mein us waqt, us waqt mushrikeen ka ghalba tha,</w:t>
      </w:r>
    </w:p>
    <w:p>
      <w:pPr>
        <w:jc w:val="right"/>
      </w:pPr>
      <w:r>
        <w:t>تو مکہمیںاس وقت، اسوقت مشرکینکاغلبہتھا،</w:t>
      </w:r>
    </w:p>
    <w:p>
      <w:r>
        <w:rPr>
          <w:b/>
        </w:rPr>
        <w:t xml:space="preserve">[26:12] </w:t>
      </w:r>
      <w:r>
        <w:t>ahl e imaan ka ghalba nahi tha. to woh sataate the kamzor musalmano ko. rasool allah shikayat ki, unhon ne to aap ne kya farmaya?</w:t>
      </w:r>
    </w:p>
    <w:p>
      <w:pPr>
        <w:jc w:val="right"/>
      </w:pPr>
      <w:r>
        <w:t>اہلایمانکاغلبہنہیںتھا۔ تو وہستاتےتھے کمزور مسلمانوںکو۔ رسولاللہشکایتکی،انہوںنے توآپ نےکیافرمایا؟</w:t>
      </w:r>
    </w:p>
    <w:p>
      <w:r>
        <w:rPr>
          <w:b/>
        </w:rPr>
        <w:t xml:space="preserve">[26:25] </w:t>
      </w:r>
      <w:r>
        <w:t>Aapne farmaya ki "Sabra ya Ali Yasir, fa innama ilayka al jannah". Sabar karo, sabar karo, kyun ki tum ko jannat milegi. Yeh chand din sar kar ke, chand din sabar kar ke, abadi jannat milne wali hai.</w:t>
      </w:r>
    </w:p>
    <w:p>
      <w:pPr>
        <w:jc w:val="right"/>
      </w:pPr>
      <w:r>
        <w:t>آپنےفرمایاکہ"صب را یا علی یاسر ،فانماالیکمالجنہ"۔ صبرکرو،صبرکرو،کیونکہتم کوجنتملےگی۔یہ چنددن سرکر کے ،چند دن صبرکرکے،ابدیجنتملنےوالی ہے۔</w:t>
      </w:r>
    </w:p>
    <w:p>
      <w:r>
        <w:rPr>
          <w:b/>
        </w:rPr>
        <w:t xml:space="preserve">[26:42] </w:t>
      </w:r>
      <w:r>
        <w:t>Yeh nahi kaha aapne ki chalo utho, ladna hai humein zalimon se, ikatthe ho jao sab log, hangama hangama karna hai.</w:t>
      </w:r>
    </w:p>
    <w:p>
      <w:pPr>
        <w:jc w:val="right"/>
      </w:pPr>
      <w:r>
        <w:t>یہنہیںکہاآپنےکہچلو اٹھو، لڑناہےہمیں ظالموںسے، اکٹھےہوجاؤسبلوگ، ہنگامہہنگامہکرناہے۔</w:t>
      </w:r>
    </w:p>
    <w:p>
      <w:r>
        <w:rPr>
          <w:b/>
        </w:rPr>
        <w:t xml:space="preserve">[26:53] </w:t>
      </w:r>
      <w:r>
        <w:t>Yani wahan par jab shikayaten ki yeh logon ne is tarah ki, to aapne koi negative baat nahi boli, unke khilaf nafrat nahi phailayi, unke khilaf hangama khara karne ke liye nahi kaha kisi ko, unke khilaf ladne ke liye nahi kaha.</w:t>
      </w:r>
    </w:p>
    <w:p>
      <w:pPr>
        <w:jc w:val="right"/>
      </w:pPr>
      <w:r>
        <w:t>یعنیوہاںپرجب شکایتیںکیںیہلوگوںنےاسطرح کی، تو آپنےکوئینیگیٹیوبولینہیںبولی، انکےخلاف نفرتنہیںپھیلائی، انکےخلاف ہنگامہکھڑاکرنےکےلیے نہیںکہاکسی کو، انکےخلاف لڑنےکےلیےنہیںکہا۔</w:t>
      </w:r>
    </w:p>
    <w:p>
      <w:r>
        <w:rPr>
          <w:b/>
        </w:rPr>
        <w:t xml:space="preserve">[27:09] </w:t>
      </w:r>
      <w:r>
        <w:t>Farmaya ki "Sabra ya Ali Yasir, fa innama ilayka al jannah".</w:t>
      </w:r>
    </w:p>
    <w:p>
      <w:pPr>
        <w:jc w:val="right"/>
      </w:pPr>
      <w:r>
        <w:t>فرمایاکہ"صب را یا علی یاسر،ف انماالیکمالجنہ"۔</w:t>
      </w:r>
    </w:p>
    <w:p>
      <w:r>
        <w:rPr>
          <w:b/>
        </w:rPr>
        <w:t xml:space="preserve">[27:16] </w:t>
      </w:r>
      <w:r>
        <w:t>Sabar se kaam lo, peishans se kaam lo,</w:t>
      </w:r>
    </w:p>
    <w:p>
      <w:pPr>
        <w:jc w:val="right"/>
      </w:pPr>
      <w:r>
        <w:t>صبرسےکام لو،پیشنسےکام لو،</w:t>
      </w:r>
    </w:p>
    <w:p>
      <w:r>
        <w:rPr>
          <w:b/>
        </w:rPr>
        <w:t xml:space="preserve">[27:22] </w:t>
      </w:r>
      <w:r>
        <w:t>Un cheezon ko nazar andaz karo, kyun ki tum ko to bahut badi cheez milne wali hai, aur woh jannat hai. Yani ek paisa kho kar ke tum trillion, trillion, trillion dollar paane wale ho.</w:t>
      </w:r>
    </w:p>
    <w:p>
      <w:pPr>
        <w:jc w:val="right"/>
      </w:pPr>
      <w:r>
        <w:t>انچیزوںکونظر اندازکرو، کیونکہتمکوتوبہتبڑیچیزملنےوالیہے، اوروہجنتہے۔ یعنیایکپیسہکھوکرکےتم ٹریلین،ٹریلین،ٹریلینڈالرپانےوالےہو ۔</w:t>
      </w:r>
    </w:p>
    <w:p>
      <w:r>
        <w:rPr>
          <w:b/>
        </w:rPr>
        <w:t xml:space="preserve">[27:37] </w:t>
      </w:r>
      <w:r>
        <w:t>To aap ne focus ko hata diya,</w:t>
      </w:r>
    </w:p>
    <w:p>
      <w:pPr>
        <w:jc w:val="right"/>
      </w:pPr>
      <w:r>
        <w:t>توآپ نے فوکسکوہٹادیا،</w:t>
      </w:r>
    </w:p>
    <w:p>
      <w:r>
        <w:rPr>
          <w:b/>
        </w:rPr>
        <w:t xml:space="preserve">[27:41] </w:t>
      </w:r>
      <w:r>
        <w:t>Yani nashukri se hata kar shukr par daal diya focus ko. Yani woh log jo hain, jo Makkah mein sataya ja rahe the, to us se nashukri paida ho rahi thi, ghusa aa raha tha, nafrat aa rahi thi,</w:t>
      </w:r>
    </w:p>
    <w:p>
      <w:pPr>
        <w:jc w:val="right"/>
      </w:pPr>
      <w:r>
        <w:t>یعنی ناشکری سےہٹاکرشکرپرڈالدیا فوکسکو۔ یعنیوہلوگجوہیں،جو مکہمیں ستایاجارہےتھے،تواسسےناشکریپیدا ہورہیتھی، غصہآرہاتھا،نفرت آرہیتھی،</w:t>
      </w:r>
    </w:p>
    <w:p>
      <w:r>
        <w:rPr>
          <w:b/>
        </w:rPr>
        <w:t xml:space="preserve">[27:54] </w:t>
      </w:r>
      <w:r>
        <w:t>Negative sentiment aa rahe the. Is se har focus, focus hata diya aapne, focus jannat ki taraf daal diya. Yeh hai Rasul Allah sallallahu alaihi wa sallam ka namuna.</w:t>
      </w:r>
    </w:p>
    <w:p>
      <w:pPr>
        <w:jc w:val="right"/>
      </w:pPr>
      <w:r>
        <w:t>نیگیٹیوسینٹیمنٹآرہےتھے۔اسسےہرفوکس، فوکسہٹادیاآپنے، فوکسجنتکیطرفڈالدیا۔ یہہے رسولاللہصلیاللہعلیہوسلمکانمونہ۔</w:t>
      </w:r>
    </w:p>
    <w:p>
      <w:r>
        <w:rPr>
          <w:b/>
        </w:rPr>
        <w:t xml:space="preserve">[28:07] </w:t>
      </w:r>
      <w:r>
        <w:t>To yeh to unke paas Quran tha, unke paas hadith thi, unke paas Rasul Allah ki sunnat thi, woh woh bhi to bata rahi thi sab baatein. To American scholar ki kitab jo hai, usko, usko, usne trigger kar diya.</w:t>
      </w:r>
    </w:p>
    <w:p>
      <w:pPr>
        <w:jc w:val="right"/>
      </w:pPr>
      <w:r>
        <w:t>تویہیتو انکےپاس قرآنتھا،انکےپاسحدیثتھی،انکےپاسرسولاللہکیسنتتھی، وہ وہبھیتو بتارہیتھیسب باتیں۔ تو امریک ناسکالرکیکتاب جوہے،اسکو،اسکو، اسنے ٹریگرکردیا۔</w:t>
      </w:r>
    </w:p>
    <w:p>
      <w:r>
        <w:rPr>
          <w:b/>
        </w:rPr>
        <w:t xml:space="preserve">[28:21] </w:t>
      </w:r>
      <w:r>
        <w:t>Isi ek isi tarah ke sentiment mein je rahe the. Agar woh positive sentiment mein jeete to Quran o hadith se trigger hote. Woh</w:t>
      </w:r>
    </w:p>
    <w:p>
      <w:pPr>
        <w:jc w:val="right"/>
      </w:pPr>
      <w:r>
        <w:t>اسیایکاسیطرحکےسینٹیمنٹمیںجیرہےتھے۔ اگر وہ پازیٹیوسینٹیمنٹمیںجیتے تو قرآنوحدیثسے ٹریگرہوتے۔وہ</w:t>
      </w:r>
    </w:p>
    <w:p>
      <w:r>
        <w:rPr>
          <w:b/>
        </w:rPr>
        <w:t xml:space="preserve">[28:32] </w:t>
      </w:r>
      <w:r>
        <w:t>Je rahe the, woh shikayat ke nafsiyaat mein, nafrat ke nafsiyaat mein. To phir yeh kitab trigger kar gayi "From Dictatorship to Democracy". Democracy kya hai? Democracy ko itna barha diya gaya hai.</w:t>
      </w:r>
    </w:p>
    <w:p>
      <w:pPr>
        <w:jc w:val="right"/>
      </w:pPr>
      <w:r>
        <w:t>جیرہےتھے،وہ شک ایت کینفسیاتمیں ،نفرتکینفسیاتمیں۔ توپھریہکتاب ٹریگرکرگئی" فرام ڈکٹیٹرشپٹو ڈیموکریسی"۔ڈیموکریسیکیاہے؟ڈیموکریسیکواتنابڑھادیاگیاہے۔</w:t>
      </w:r>
    </w:p>
    <w:p>
      <w:r>
        <w:rPr>
          <w:b/>
        </w:rPr>
        <w:t xml:space="preserve">[28:49] </w:t>
      </w:r>
      <w:r>
        <w:t>Ek kitab mein ne parhi, moti si kitab, bahut zyada analysis kiya tha democracy ka.</w:t>
      </w:r>
    </w:p>
    <w:p>
      <w:pPr>
        <w:jc w:val="right"/>
      </w:pPr>
      <w:r>
        <w:t>ایککتاب میںنےپڑھی، موٹیسیکتاب ،بہت زبردست انالیسزکیاتھا ڈیموکریسیکا۔</w:t>
      </w:r>
    </w:p>
    <w:p>
      <w:r>
        <w:rPr>
          <w:b/>
        </w:rPr>
        <w:t xml:space="preserve">[28:57] </w:t>
      </w:r>
      <w:r>
        <w:t>Is mein usne kaha ki kaha jaata hai, democracy ke is tarah se define kiya jaata hai ki "Government of the people, by the people, for the people".</w:t>
      </w:r>
    </w:p>
    <w:p>
      <w:pPr>
        <w:jc w:val="right"/>
      </w:pPr>
      <w:r>
        <w:t>اسمیںاسنےکہاکہکہایہجاتاہے، ڈیموکریسیکے اسطرحسےڈیفائنکیاجاتاہے کہ"گورنمنٹآفداپیپلب ائےداپیپلفارداپیپل"۔</w:t>
      </w:r>
    </w:p>
    <w:p>
      <w:r>
        <w:rPr>
          <w:b/>
        </w:rPr>
        <w:t xml:space="preserve">[29:07] </w:t>
      </w:r>
      <w:r>
        <w:t>But people kahan rule karte hain?</w:t>
      </w:r>
    </w:p>
    <w:p>
      <w:pPr>
        <w:jc w:val="right"/>
      </w:pPr>
      <w:r>
        <w:t>بٹپیپلکہاںرولکرتےہیں؟</w:t>
      </w:r>
    </w:p>
    <w:p>
      <w:r>
        <w:rPr>
          <w:b/>
        </w:rPr>
        <w:t xml:space="preserve">[29:12] </w:t>
      </w:r>
      <w:r>
        <w:t>Ek kuch log jo elect hote hain election mein, woh thode se hote hain, wohi rule karte hain. Woh</w:t>
      </w:r>
    </w:p>
    <w:p>
      <w:pPr>
        <w:jc w:val="right"/>
      </w:pPr>
      <w:r>
        <w:t>ایک کچھلوگ جوالیکٹہوتےہیںالیکشنمیں، وہتھوڑےسےہوتےہیں،وہیرولکرتےہیں۔وہ</w:t>
      </w:r>
    </w:p>
    <w:p>
      <w:r>
        <w:rPr>
          <w:b/>
        </w:rPr>
        <w:t xml:space="preserve">[29:21] </w:t>
      </w:r>
      <w:r>
        <w:t>So called majority jo hai, woh rule karti hai. To kahna yeh chahiye ki "Government of the majority, by the majority, for the majority". Dost ne mazaak udaaya tha democracy ka, British scholar tha woh,</w:t>
      </w:r>
    </w:p>
    <w:p>
      <w:pPr>
        <w:jc w:val="right"/>
      </w:pPr>
      <w:r>
        <w:t>سو کالڈمیجورٹیجوہے،وہرولکرتیہے۔ تو کہنایہچاہیےکہ"گورنمنٹ آف دامیجورٹیبائےدامیجورٹیفاردیمیجورٹی"۔ دوستنےمذاقاڑایاتھا ڈیموکریسیکا، برٹش اسکالرتھاوہ،</w:t>
      </w:r>
    </w:p>
    <w:p>
      <w:r>
        <w:rPr>
          <w:b/>
        </w:rPr>
        <w:t xml:space="preserve">[29:35] </w:t>
      </w:r>
      <w:r>
        <w:t>Aur haqeeqat yeh hai, aap duniya mein jahan bhi dekh li jiye, saare log to rule karte hain. Kya saare log seat, government ki seat par baithe rehte hain?</w:t>
      </w:r>
    </w:p>
    <w:p>
      <w:pPr>
        <w:jc w:val="right"/>
      </w:pPr>
      <w:r>
        <w:t>اور حقیقتیہیہے،آپدنیامیںجہاںبھیدیکھلیجئے، سارےلوگ تورولکرتےہیں۔ کیاسارےلوگ سیٹ،گورنمنٹکیسیٹپربیٹھےرہتےہیں؟</w:t>
      </w:r>
    </w:p>
    <w:p>
      <w:r>
        <w:rPr>
          <w:b/>
        </w:rPr>
        <w:t xml:space="preserve">[29:45] </w:t>
      </w:r>
      <w:r>
        <w:t>Koi ek aadmi hota hai jiske paas ek party hoti hai, wohi rule karta hai.</w:t>
      </w:r>
    </w:p>
    <w:p>
      <w:pPr>
        <w:jc w:val="right"/>
      </w:pPr>
      <w:r>
        <w:t>کوئیایکآدمیہوتاہے جسکےپاساتھارٹیہوتیہے، وہیرولکرتاہے۔</w:t>
      </w:r>
    </w:p>
    <w:p>
      <w:r>
        <w:rPr>
          <w:b/>
        </w:rPr>
        <w:t xml:space="preserve">[29:51] </w:t>
      </w:r>
      <w:r>
        <w:t>Yani baqi log phir bhi subject hi rehte hain. To difference sirf ek hua hai ki king jo hota tha, ke life long hota tha. Woh ab jo hai, woh paanch saal ke baad election hota hai. Itna hi to farq hua hai.</w:t>
      </w:r>
    </w:p>
    <w:p>
      <w:pPr>
        <w:jc w:val="right"/>
      </w:pPr>
      <w:r>
        <w:t>یعنیباقیلوگپھربھیسبجیکٹہیرہتےہیں۔توڈیفرنسصرفایکہواہےکہ کنگجوہوتاتھا، کہلائفلانگوہرہتاتھا۔وہ ابجوہے،وہ پانچسالکےبعد الیکشنہوتاہے۔اتناہیتوفرقہواہے۔</w:t>
      </w:r>
    </w:p>
    <w:p>
      <w:r>
        <w:rPr>
          <w:b/>
        </w:rPr>
        <w:t xml:space="preserve">[30:04] </w:t>
      </w:r>
      <w:r>
        <w:t>To kaha ki democracy ho ya kingship ho, aap ko behar haal kisi ke ma tahet ban kar rehna hai. To aap yeh mat dekhiye ke political seat par mein hoon ya koi doosra hai.</w:t>
      </w:r>
    </w:p>
    <w:p>
      <w:pPr>
        <w:jc w:val="right"/>
      </w:pPr>
      <w:r>
        <w:t>توکہاکہڈیموکریسیہو یا کنگشپہو، آپکو بہرحال کسی کےماتحتبنکررہناہے۔ توآپیہ متدیکھیےکہ پولیٹیکلسیٹپرمیںہوںیاکوئیدوسراہے۔</w:t>
      </w:r>
    </w:p>
    <w:p>
      <w:r>
        <w:rPr>
          <w:b/>
        </w:rPr>
        <w:t xml:space="preserve">[30:19] </w:t>
      </w:r>
      <w:r>
        <w:t>Yeh dekhein, mujhko kya opportunity mili hui hain. To aap dekhein ke sab kuch mila hua hai. Hum log jahan baithe hue hain, humein sab kuch mila hua hai, halaanke hum political power hamaare paas nahi hai.</w:t>
      </w:r>
    </w:p>
    <w:p>
      <w:pPr>
        <w:jc w:val="right"/>
      </w:pPr>
      <w:r>
        <w:t>یہدیکھیں،مجھکوکیااپرچونیٹیزملیہوئی ہیں۔ توآپدیکھیںکہسبکچھملاہواہے۔ ہملوگجہاںبیٹھےہوئےہیں،ہمہیکوسبکچھملاہواہے، حالانکہہم پولیٹیکلپاورہمارےپاسنہیں ہے۔</w:t>
      </w:r>
    </w:p>
    <w:p>
      <w:r>
        <w:rPr>
          <w:b/>
        </w:rPr>
        <w:t xml:space="preserve">[30:33] </w:t>
      </w:r>
      <w:r>
        <w:t>To political power ki zaroorat kya hai? Political power to mein bataaun ke headache hai. Headache jo log hote hain political seat par, unke halaat ko parhiye.</w:t>
      </w:r>
    </w:p>
    <w:p>
      <w:pPr>
        <w:jc w:val="right"/>
      </w:pPr>
      <w:r>
        <w:t>توپولیٹیکلپاورکیضرورتکیاہے؟ پولیٹیکلپاورتومیںبتا ؤںکہہیڈیکہے۔ہیڈیک جولوگ ہوتےہیں پولیٹیکلسیٹپر،انکےحالاتکوپڑھیے۔</w:t>
      </w:r>
    </w:p>
    <w:p>
      <w:r>
        <w:rPr>
          <w:b/>
        </w:rPr>
        <w:t xml:space="preserve">[30:45] </w:t>
      </w:r>
      <w:r>
        <w:t>Subah shaam woh headache mein jeete hain.</w:t>
      </w:r>
    </w:p>
    <w:p>
      <w:pPr>
        <w:jc w:val="right"/>
      </w:pPr>
      <w:r>
        <w:t>صبح شام وہہیڈیکمیںجیتےہیں۔</w:t>
      </w:r>
    </w:p>
    <w:p>
      <w:r>
        <w:rPr>
          <w:b/>
        </w:rPr>
        <w:t xml:space="preserve">[30:48] </w:t>
      </w:r>
      <w:r>
        <w:t>Ek lamha bhi nahi peace of mind nahi.</w:t>
      </w:r>
    </w:p>
    <w:p>
      <w:pPr>
        <w:jc w:val="right"/>
      </w:pPr>
      <w:r>
        <w:t>ایک لمحہبھیانہیں پیسآفمائنڈنہیں۔</w:t>
      </w:r>
    </w:p>
    <w:p>
      <w:r>
        <w:rPr>
          <w:b/>
        </w:rPr>
        <w:t xml:space="preserve">[30:54] </w:t>
      </w:r>
      <w:r>
        <w:t>ek lamhe pe saaf mind nahin.</w:t>
      </w:r>
    </w:p>
    <w:p>
      <w:pPr>
        <w:jc w:val="right"/>
      </w:pPr>
      <w:r>
        <w:t>ایک لمحےپی سآفمائنڈنہیں۔</w:t>
      </w:r>
    </w:p>
    <w:p>
      <w:r>
        <w:rPr>
          <w:b/>
        </w:rPr>
        <w:t xml:space="preserve">[30:59] </w:t>
      </w:r>
      <w:r>
        <w:t>to political set par baith kar ke headache lene se achha hai ke hum headache free jaa rahe hain, sab kaam kar rahe hain, saari opportunities ko avail kar rahe hain.</w:t>
      </w:r>
    </w:p>
    <w:p>
      <w:pPr>
        <w:jc w:val="right"/>
      </w:pPr>
      <w:r>
        <w:t>تو پولیٹیکلسیٹپربیٹھکرکےہیڈیکلینےسے اچھاہےکہہم ہیڈیکفری جیرہےہیں، سب کام کررہےہیں، ساری اپرچونیٹیزکواویلکررہےہیں۔</w:t>
      </w:r>
    </w:p>
    <w:p>
      <w:r>
        <w:rPr>
          <w:b/>
        </w:rPr>
        <w:t xml:space="preserve">[31:12] </w:t>
      </w:r>
      <w:r>
        <w:t>lekin setting jo hai, woh aisa aggravate karta hai is ek point ko ke dekho, political power to humare paas hai nahin.</w:t>
      </w:r>
    </w:p>
    <w:p>
      <w:pPr>
        <w:jc w:val="right"/>
      </w:pPr>
      <w:r>
        <w:t>لیکن سیٹنجوہے،وہ ایسا ایگریویٹکرتاہے اس ایک پوائنٹکو کہدیکھو، پولیٹیکلپاورتوہمارےپاسہےنہیں۔</w:t>
      </w:r>
    </w:p>
    <w:p>
      <w:r>
        <w:rPr>
          <w:b/>
        </w:rPr>
        <w:t xml:space="preserve">[31:21] </w:t>
      </w:r>
      <w:r>
        <w:t>yani baaki cheezein bhool jaata hai woh aadmi.</w:t>
      </w:r>
    </w:p>
    <w:p>
      <w:pPr>
        <w:jc w:val="right"/>
      </w:pPr>
      <w:r>
        <w:t>یعنیباقیچیزیںبھولجاتاہےوہ آجانسان۔</w:t>
      </w:r>
    </w:p>
    <w:p>
      <w:r>
        <w:rPr>
          <w:b/>
        </w:rPr>
        <w:t xml:space="preserve">[31:27] </w:t>
      </w:r>
      <w:r>
        <w:t>to yeh bahut hi zyada bad sign hai jo is waqt ho raha hai. haqeeqat mein yeh jo hai, "from dictatorship to to democracy" nahin hai.</w:t>
      </w:r>
    </w:p>
    <w:p>
      <w:pPr>
        <w:jc w:val="right"/>
      </w:pPr>
      <w:r>
        <w:t>تو یہبہت ہی زیادہ بیڈ سائنہے جو اسوقت ہورہاہے۔ حقیقتمیںیہ یہجوہے، "فرامڈکٹیٹرشپٹو ٹو ٹوڈیموکریسی"نہیںہے۔</w:t>
      </w:r>
    </w:p>
    <w:p>
      <w:r>
        <w:rPr>
          <w:b/>
        </w:rPr>
        <w:t xml:space="preserve">[31:43] </w:t>
      </w:r>
      <w:r>
        <w:t>yani balke main yeh kahunga ke farishton ke influence se shaitan ke influence ki taraf, yani "from angel influence to shaitan influence".</w:t>
      </w:r>
    </w:p>
    <w:p>
      <w:pPr>
        <w:jc w:val="right"/>
      </w:pPr>
      <w:r>
        <w:t>یعنی بلکہمیں یہکہوںگاکہ فرشتوںکے انفلوئنس سے سیٹنکےانفلوئنسکیطرف، یعنی"فراماینجل کانفلوئنس ٹو سیٹنکانفلوئنس"۔</w:t>
      </w:r>
    </w:p>
    <w:p>
      <w:r>
        <w:rPr>
          <w:b/>
        </w:rPr>
        <w:t xml:space="preserve">[31:59] </w:t>
      </w:r>
      <w:r>
        <w:t>is ko Allah Ta'ala Rasool Allah Sallallahu Alaihi Wasallam ne "aag" kaha, political aag. to yeh saare log political aag mein is waqt jal rahe hain.</w:t>
      </w:r>
    </w:p>
    <w:p>
      <w:pPr>
        <w:jc w:val="right"/>
      </w:pPr>
      <w:r>
        <w:t>اس کواللہ تعالیٰرسولاللہصلیاللہعلیہوسلمنے"اگ"کہا،پولیٹیکلاگ۔ تویہ سارےلوگپولیٹیکلاگمیںاسوقتجلرہےہیں۔</w:t>
      </w:r>
    </w:p>
    <w:p>
      <w:r>
        <w:rPr>
          <w:b/>
        </w:rPr>
        <w:t xml:space="preserve">[32:11] </w:t>
      </w:r>
      <w:r>
        <w:t>yeh na baghawat hai, na koi, na koi hungama hai. yeh yeh political aag hai, shaitan ki aag hai.</w:t>
      </w:r>
    </w:p>
    <w:p>
      <w:pPr>
        <w:jc w:val="right"/>
      </w:pPr>
      <w:r>
        <w:t>یہ نہبغاوتہے، نہکوئی ،نہکوئی ہنگامہہے۔ یہ یہ پولیٹیکلاگہے، سیٹنکاگہے۔</w:t>
      </w:r>
    </w:p>
    <w:p>
      <w:r>
        <w:rPr>
          <w:b/>
        </w:rPr>
        <w:t xml:space="preserve">[32:23] </w:t>
      </w:r>
      <w:r>
        <w:t>to hum sab ko bhi, hum sab bhi chhote pemaane par is mein jeete hain.</w:t>
      </w:r>
    </w:p>
    <w:p>
      <w:pPr>
        <w:jc w:val="right"/>
      </w:pPr>
      <w:r>
        <w:t>توہم سبکوبھی ،ہمسب بھی چھوٹےپیمانےپراسیمیںجیتےہیں۔</w:t>
      </w:r>
    </w:p>
    <w:p>
      <w:r>
        <w:rPr>
          <w:b/>
        </w:rPr>
        <w:t xml:space="preserve">[32:28] </w:t>
      </w:r>
      <w:r>
        <w:t>wahan bade pemaane par ho raha hai, lekin humare yahan gharo mein, paros mein, society mein yahi ho raha hai ke ek shikayat ko lekar ke hungama khada kar dete hain.</w:t>
      </w:r>
    </w:p>
    <w:p>
      <w:pPr>
        <w:jc w:val="right"/>
      </w:pPr>
      <w:r>
        <w:t>وہاںبڑےپیمانےپرہورہاہے، لیکن ہمارے ہاںگھروںمیں، پڑوسمیں، سوسائٹیمیںیہیہورہاہے کہایک شکایتکولےکرکےہنگامہکھڑاکردیتےہیں۔</w:t>
      </w:r>
    </w:p>
    <w:p>
      <w:r>
        <w:rPr>
          <w:b/>
        </w:rPr>
        <w:t xml:space="preserve">[32:42] </w:t>
      </w:r>
      <w:r>
        <w:t>aap akhbaar mein parhiye, akhbaar jo news hoti hain, sab isi qism ki hoti hain ke logon ko sab kuch mila hua hai, lekin koi ek cheez jo nahin mili ho, usi ko lekar hungama karte hain.</w:t>
      </w:r>
    </w:p>
    <w:p>
      <w:pPr>
        <w:jc w:val="right"/>
      </w:pPr>
      <w:r>
        <w:t>آپ اخبارمیںپڑھیے، اخبارجونیوزہوتیہیں، سب اسیقسم کیہوتیہیں کہلوگوںکوسبکچھملاہواہے، لیکن کوئیایکچیزجو نہملی ہو،اسیکولےکرہنگامہکرتے ہیں۔</w:t>
      </w:r>
    </w:p>
    <w:p>
      <w:r>
        <w:rPr>
          <w:b/>
        </w:rPr>
        <w:t xml:space="preserve">[32:56] </w:t>
      </w:r>
      <w:r>
        <w:t>yehi to shaitan ka kaam tha. shaitan ko sab kuch mila hua tha, ek cheez nahin mili hui thi ke yani khilafat ki seat jo thi, uske baad aadam ko mil gayi thi.</w:t>
      </w:r>
    </w:p>
    <w:p>
      <w:pPr>
        <w:jc w:val="right"/>
      </w:pPr>
      <w:r>
        <w:t>یہیتو سیٹنکاکامتھا۔ سیٹنکوسبکچھملاہواتھا، ایکچیزنہیں ملی ہوئیتھی کہ یعنی خلافتکیسیٹجوتھی، اسکےبعد آدمکوملگئیتھی۔</w:t>
      </w:r>
    </w:p>
    <w:p>
      <w:r>
        <w:rPr>
          <w:b/>
        </w:rPr>
        <w:t xml:space="preserve">[33:14] </w:t>
      </w:r>
      <w:r>
        <w:t>to yeh is se har aadmi ko tauba karna chahiye, har aadmi ko har waqt sochte rehna chahiye.</w:t>
      </w:r>
    </w:p>
    <w:p>
      <w:pPr>
        <w:jc w:val="right"/>
      </w:pPr>
      <w:r>
        <w:t>تو یہ اسسے ہرآدمیکوتوبہکرناچاہیے، ہرآدمیکوہروقتسوچتےرہناچاہیے۔</w:t>
      </w:r>
    </w:p>
    <w:p>
      <w:r>
        <w:rPr>
          <w:b/>
        </w:rPr>
        <w:t xml:space="preserve">[33:20] </w:t>
      </w:r>
      <w:r>
        <w:t>jab bhi aap ke andar koi nafrat aaye, shikayat aaye, protest ka mizaj aaye, koi negative think aaye, to aap apne aap se sochiye ke yeh kyun?</w:t>
      </w:r>
    </w:p>
    <w:p>
      <w:pPr>
        <w:jc w:val="right"/>
      </w:pPr>
      <w:r>
        <w:t>جب بھیآپ کےاندرکوئی نفرتآئے، شکایت آئے، پروٹیسٹکامزاجآئے، کوئینیگیٹیوتھنکآئے،توآپ اپنےآپسےسوچیےکہ یہکیوں ؟</w:t>
      </w:r>
    </w:p>
    <w:p>
      <w:r>
        <w:rPr>
          <w:b/>
        </w:rPr>
        <w:t xml:space="preserve">[33:33] </w:t>
      </w:r>
      <w:r>
        <w:t>to aap pata chalega ke yeh to shaitan ke influence mein aa gaya hoon. main is waqt mein shaitan ke influence mein aa gaya hoon.</w:t>
      </w:r>
    </w:p>
    <w:p>
      <w:pPr>
        <w:jc w:val="right"/>
      </w:pPr>
      <w:r>
        <w:t>توآپپتہچلےگاکہ یہتو سیٹنکےانفلوئنسمیںآگیاہوں۔میں اسوقتمیںسیٹنکےانفلوئنسمیںآگیاہوں۔</w:t>
      </w:r>
    </w:p>
    <w:p>
      <w:r>
        <w:rPr>
          <w:b/>
        </w:rPr>
        <w:t xml:space="preserve">[33:43] </w:t>
      </w:r>
      <w:r>
        <w:t>to aap ko kahna chahiye ke "Allahumma inni a'udhu bika min al-shaytan al-rajim, a'udhu billahi min hawl al-shayateen, la hawla wa la quwwata illa billah al-ali al-azeem".</w:t>
      </w:r>
    </w:p>
    <w:p>
      <w:pPr>
        <w:jc w:val="right"/>
      </w:pPr>
      <w:r>
        <w:t>توآپکو کہناچاہیےکہ"اللہ مانیاعوذبکمنالشیطانالرجیم، اعوذباللہ من حول الشیاطین، لاحولولا قوۃالا باللہ العلیالعظیم"۔</w:t>
      </w:r>
    </w:p>
    <w:p>
      <w:r>
        <w:rPr>
          <w:b/>
        </w:rPr>
        <w:t xml:space="preserve">[33:53] </w:t>
      </w:r>
      <w:r>
        <w:t>yeh sab padh kar ke bhagana chahiye aise khayalat ko. lekar aap usi ke peeche padh jayen, usi ko lekar aap organization banayen, usi ko lekar demonstration karein, usi ko lekar sadkon mein aa jayen.</w:t>
      </w:r>
    </w:p>
    <w:p>
      <w:pPr>
        <w:jc w:val="right"/>
      </w:pPr>
      <w:r>
        <w:t>یہسبپڑھکرکےبھگاناچاہیےایسےخیالاتکو ۔ لےکےآپاسیکےپیچھےپڑجائیں، اسیکولےکرکےآپ ارگنائزیشنبنائیں،اسیکولےکرڈیمونسٹریشنکریں،اسیکولےکرسڑکوںمیںآجائیں۔</w:t>
      </w:r>
    </w:p>
    <w:p>
      <w:r>
        <w:rPr>
          <w:b/>
        </w:rPr>
        <w:t xml:space="preserve">[34:04] </w:t>
      </w:r>
      <w:r>
        <w:t>nahin, shaitan ko bhagaiye uske khilaf Allah Ta'ala ki madad maang kar ke.</w:t>
      </w:r>
    </w:p>
    <w:p>
      <w:pPr>
        <w:jc w:val="right"/>
      </w:pPr>
      <w:r>
        <w:t>نہیں،شیطان کو بھگائیے اسکےخلاف اللہتعالیٰکیمد د مانگکرکے۔</w:t>
      </w:r>
    </w:p>
    <w:p>
      <w:r>
        <w:rPr>
          <w:b/>
        </w:rPr>
        <w:t xml:space="preserve">[34:14] </w:t>
      </w:r>
      <w:r>
        <w:t>to yeh sirf araboon ka masla nahin hai, har insaan ka masla hai. sab isi qadeem ke saath saath jeete hain, koi chhote daayre mein, koi bade daayre mein, koi political daayre mein, koi roz marrah ke daayre mein.</w:t>
      </w:r>
    </w:p>
    <w:p>
      <w:pPr>
        <w:jc w:val="right"/>
      </w:pPr>
      <w:r>
        <w:t>تویہصرفعربوںکامسئلہنہیںہے، ہرانسانکامسئلہہے۔ سب اسی قدیمکے ساتھ ساتھجیتےہیں، کوئیچھوٹےدائرےمیں،کوئیبڑےدائرےمیں، کوئیپولیٹیکلدائرےمیں،کوئی روز مرہکےدائرےمیں۔</w:t>
      </w:r>
    </w:p>
    <w:p>
      <w:r>
        <w:rPr>
          <w:b/>
        </w:rPr>
        <w:t xml:space="preserve">[34:30] </w:t>
      </w:r>
      <w:r>
        <w:t>to main samajhta hoon ke Quran mein yeh baat bahut zyada waazeh hai ke criterion jo hai, sahi zindagi, ghalat zindagi ka sirf ek hai.</w:t>
      </w:r>
    </w:p>
    <w:p>
      <w:pPr>
        <w:jc w:val="right"/>
      </w:pPr>
      <w:r>
        <w:t>تو میں سمجھتاہوںکہ قرآنمیں یہباتبہت زیادہ واضحہے کہ کرائٹیرینجوہے، صحیحزندگی ،غلطزندگی کاصرفایکہے۔</w:t>
      </w:r>
    </w:p>
    <w:p>
      <w:r>
        <w:rPr>
          <w:b/>
        </w:rPr>
        <w:t xml:space="preserve">[34:40] </w:t>
      </w:r>
      <w:r>
        <w:t>woh yeh ke aap shukr ke ehsaas mein jee rahe hain ya nashukri ke ehsaas mein jee rahe hain, yahi hai bas aur kuch nahin. baaki sab isi ki manifestations hain,</w:t>
      </w:r>
    </w:p>
    <w:p>
      <w:pPr>
        <w:jc w:val="right"/>
      </w:pPr>
      <w:r>
        <w:t>وہیہکہآپ شکرکےاحساسمیںجیرہےہیںیاناشکریکےاحساسمیںجیرہےہیں، یہیہےبس اور کچھنہیں۔ باقیسباسیکیمینیفیسٹیشنزہیں،</w:t>
      </w:r>
    </w:p>
    <w:p>
      <w:r>
        <w:rPr>
          <w:b/>
        </w:rPr>
        <w:t xml:space="preserve">[34:54] </w:t>
      </w:r>
      <w:r>
        <w:t>sab isi ki manifestations hain.</w:t>
      </w:r>
    </w:p>
    <w:p>
      <w:pPr>
        <w:jc w:val="right"/>
      </w:pPr>
      <w:r>
        <w:t>سب اسیکیمینیفیسٹیشنزہیں۔</w:t>
      </w:r>
    </w:p>
    <w:p>
      <w:r>
        <w:rPr>
          <w:b/>
        </w:rPr>
        <w:t xml:space="preserve">[34:57] </w:t>
      </w:r>
      <w:r>
        <w:t>agar aap nashukri ke saath jee rahe hain to samjhiye ke aap shaitan ke influence mein aa gaye hain. agar shukr ke saath jeete hain to matlab yeh samjhiye ke aap farishte aap ka aap ko saath de rahe hain, aap farishton ke influence mein jee rahe hain.</w:t>
      </w:r>
    </w:p>
    <w:p>
      <w:pPr>
        <w:jc w:val="right"/>
      </w:pPr>
      <w:r>
        <w:t>اگر آپ ناشکریکےساتھ جیرہےہیںتوسمجھیےکہآپ شیطانکےانفلوئنسمیںآگئےہیں۔ اگر شکرکےساتھ جیتےہیں تو مطلب یہسم جھیےکہآپ فرشتےآپکا آپکوساتھدےرہےہیں، آپفرشتوںکےانفلوئنسمیں جیرہےہیں۔</w:t>
      </w:r>
    </w:p>
    <w:p>
      <w:r>
        <w:rPr>
          <w:b/>
        </w:rPr>
        <w:t xml:space="preserve">[35:17] </w:t>
      </w:r>
      <w:r>
        <w:t>yeh yeh baat jo hai, sab zyada sochne ki hai,</w:t>
      </w:r>
    </w:p>
    <w:p>
      <w:pPr>
        <w:jc w:val="right"/>
      </w:pPr>
      <w:r>
        <w:t>یہ یباتجوہے، سب زیادہ سوچنےکیہے،</w:t>
      </w:r>
    </w:p>
    <w:p>
      <w:r>
        <w:rPr>
          <w:b/>
        </w:rPr>
        <w:t xml:space="preserve">[35:21] </w:t>
      </w:r>
      <w:r>
        <w:t>sab zyada sochne ki yahi baat hai. aur har din, har subah shaam aadmi ko chahiye ke apna muhasaba kare, apna introspection kare.</w:t>
      </w:r>
    </w:p>
    <w:p>
      <w:pPr>
        <w:jc w:val="right"/>
      </w:pPr>
      <w:r>
        <w:t>سب زیادہ سوچنےکییہیباتہے۔ اور ہردن،ہرصبح شام آدمیکوچاہیےکہاپنا محاسبہکرے، اپناانٹروسپیک شنکرے۔</w:t>
      </w:r>
    </w:p>
    <w:p>
      <w:r>
        <w:rPr>
          <w:b/>
        </w:rPr>
        <w:t xml:space="preserve">[35:36] </w:t>
      </w:r>
      <w:r>
        <w:t>hamesha</w:t>
      </w:r>
    </w:p>
    <w:p>
      <w:pPr>
        <w:jc w:val="right"/>
      </w:pPr>
      <w:r>
        <w:t>ہمیشہ</w:t>
      </w:r>
    </w:p>
    <w:p>
      <w:r>
        <w:rPr>
          <w:b/>
        </w:rPr>
        <w:t xml:space="preserve">[35:40] </w:t>
      </w:r>
      <w:r>
        <w:t>aaj mein soch raha tha ke log maut ko kyun nahi sochte? yani jo hungame hain, sochein ke hum abhi shaam ko mar sakte hain to koi hungama na karein.</w:t>
      </w:r>
    </w:p>
    <w:p>
      <w:pPr>
        <w:jc w:val="right"/>
      </w:pPr>
      <w:r>
        <w:t>آجمیں سوچرہاتھاکہ لوگ موتکوکیوںنہیںسوچتے ؟ یعنیجوہنگامےہیں، سوچیںکہہم ابھیشامکومرسکتےہیںتو کوئیہنگامہنہکریں۔</w:t>
      </w:r>
    </w:p>
    <w:p>
      <w:r>
        <w:rPr>
          <w:b/>
        </w:rPr>
        <w:t xml:space="preserve">[35:55] </w:t>
      </w:r>
      <w:r>
        <w:t>bhai, kaun jaanta hai? hum hamesha zinda rehte hain. koi pachaas saal marta hai, koi 60 saal mein, koi 70 saal mein. marna to har ek ko hai.</w:t>
      </w:r>
    </w:p>
    <w:p>
      <w:pPr>
        <w:jc w:val="right"/>
      </w:pPr>
      <w:r>
        <w:t>بھئی،کون جنتاہے؟ہمہمیشہزندہرہتےہیں۔ کوئیپچاسسالمرتاہے،کوئی60سالمیں،کوئی70سالمیں۔ مرناتوہرایککوہے۔</w:t>
      </w:r>
    </w:p>
    <w:p>
      <w:r>
        <w:rPr>
          <w:b/>
        </w:rPr>
        <w:t xml:space="preserve">[36:02] </w:t>
      </w:r>
      <w:r>
        <w:t>agar log yeh sochein to koi hungama na karein. is liye hadees mein aata hai ke "aksar zikr hada im al zat al maut" ke agar maut ko yaad karo to sab lazzatein khatam ho jayengi.</w:t>
      </w:r>
    </w:p>
    <w:p>
      <w:pPr>
        <w:jc w:val="right"/>
      </w:pPr>
      <w:r>
        <w:t>اگرلوگیہسوچیں تو کوئیہنگامہنہکریں۔ اسلیےحدیثمیںآتاہےکہ "اکثر ذکرہادبال ذ ات الموت" کہاگر موتکویادکروتوسب لذتیں ختمہوجائیںگی۔</w:t>
      </w:r>
    </w:p>
    <w:p>
      <w:r>
        <w:rPr>
          <w:b/>
        </w:rPr>
        <w:t xml:space="preserve">[36:17] </w:t>
      </w:r>
      <w:r>
        <w:t>yeh political lazzat bhi khatam, material lazzat bhi khatam. jitni bhi cheezein jo hain, jo hawas aur khwahish, sab khatam.</w:t>
      </w:r>
    </w:p>
    <w:p>
      <w:pPr>
        <w:jc w:val="right"/>
      </w:pPr>
      <w:r>
        <w:t>یہپولیٹیکللذتبھیختم ،مٹیریللذتبھیختم۔ جتنیبھیچیزیںجوہیں، جو ہوس اورخواہش،سبختم۔</w:t>
      </w:r>
    </w:p>
    <w:p>
      <w:r>
        <w:rPr>
          <w:b/>
        </w:rPr>
        <w:t xml:space="preserve">[36:28] </w:t>
      </w:r>
      <w:r>
        <w:t>to phir hangame hi khatam ho jayenge,</w:t>
      </w:r>
    </w:p>
    <w:p>
      <w:pPr>
        <w:jc w:val="right"/>
      </w:pPr>
      <w:r>
        <w:t>توپھر ہنگامےہیختمہوجائیںگے،</w:t>
      </w:r>
    </w:p>
    <w:p>
      <w:r>
        <w:rPr>
          <w:b/>
        </w:rPr>
        <w:t xml:space="preserve">[36:33] </w:t>
      </w:r>
      <w:r>
        <w:t>hangame bhi khatam ho jayenge. to bas soch raha tha ke aakhir maut jo hai, jo insaan ko regulate karti hai, insaan ki khwahishon ko, insaan ki desire ko regulate karti hai, woh regulator hai kya insaan ki khwahishon aur aur desire ke maamle mein?</w:t>
      </w:r>
    </w:p>
    <w:p>
      <w:pPr>
        <w:jc w:val="right"/>
      </w:pPr>
      <w:r>
        <w:t>ہنگامےبھیختمہوجائیںگے۔ تو بسسوچرہاتھاکہ آخر موتجوہے، جوانسانکو ری گولیٹکرتیہے، انسان کیخواہشوںکو،انسانکیڈیزائرکوریگولیٹکرتیہے، وہریگولیٹرہے کیا انسان کی خواہشوںاور اورڈیزائرکے معاملےمیں؟</w:t>
      </w:r>
    </w:p>
    <w:p>
      <w:r>
        <w:rPr>
          <w:b/>
        </w:rPr>
        <w:t xml:space="preserve">[36:56] </w:t>
      </w:r>
      <w:r>
        <w:t>to kyun nahi sochta aadmi?</w:t>
      </w:r>
    </w:p>
    <w:p>
      <w:pPr>
        <w:jc w:val="right"/>
      </w:pPr>
      <w:r>
        <w:t>توکیوںنہیںسوچتاآدمی؟</w:t>
      </w:r>
    </w:p>
    <w:p>
      <w:r>
        <w:rPr>
          <w:b/>
        </w:rPr>
        <w:t xml:space="preserve">[36:59] </w:t>
      </w:r>
      <w:r>
        <w:t>to iska wajah yeh samajh mein aayi ke log dekhte hain ke hum to sab kuch mila hua hai. hum ko sham ko soye, subah ko uthhe to sab kuch haasil hai.</w:t>
      </w:r>
    </w:p>
    <w:p>
      <w:pPr>
        <w:jc w:val="right"/>
      </w:pPr>
      <w:r>
        <w:t>تواسکا وجہ یہسمجھمیںآئی کہلوگ دیکھتےہیںکہہمتو سبکچھملاہواہے۔ہمکو شامکو سوئے، صبحکواٹھےتوسبکچھحاصل ہے۔</w:t>
      </w:r>
    </w:p>
    <w:p>
      <w:r>
        <w:rPr>
          <w:b/>
        </w:rPr>
        <w:t xml:space="preserve">[37:10] </w:t>
      </w:r>
      <w:r>
        <w:t>yani sham ko aap soye to aap khana bhi haasil tha, aap ko ghar bhi aap ke paas tha, baal bache bhi aap ke paas the, sab kuch tha. sham ko subah uthhe to phir dobaara aap ko mila hua hai.</w:t>
      </w:r>
    </w:p>
    <w:p>
      <w:pPr>
        <w:jc w:val="right"/>
      </w:pPr>
      <w:r>
        <w:t>یعنیشامکوآپسوئےتوآپ کھانابھیحاصل تھا،آپکوگھربھیآپکےپاستھا، بال بچےبھیآپکےپاستھے، سبکچھتھا۔ شامکو صبحاٹھےتوپھردوبارہآپکوملاہواہے۔</w:t>
      </w:r>
    </w:p>
    <w:p>
      <w:r>
        <w:rPr>
          <w:b/>
        </w:rPr>
        <w:t xml:space="preserve">[37:22] </w:t>
      </w:r>
      <w:r>
        <w:t>to shayad in ka shi log samajhte hain ke marne ke baad dobaara humein use mil jayegi. sab cheezein kya farq padega?</w:t>
      </w:r>
    </w:p>
    <w:p>
      <w:pPr>
        <w:jc w:val="right"/>
      </w:pPr>
      <w:r>
        <w:t>تو شاید انکاشی لوگسمجھتےہیںکہمرنےکےبعددوبارہہمیںاسےملجائےگی۔سبچیزیں کیافرقپڑےگا؟</w:t>
      </w:r>
    </w:p>
    <w:p>
      <w:r>
        <w:rPr>
          <w:b/>
        </w:rPr>
        <w:t xml:space="preserve">[37:31] </w:t>
      </w:r>
      <w:r>
        <w:t>yani har subah ko humein sab kuch dobaara mil jata hai. aisi maut ke baad bhi humein sab kuch dobaara mil jayega. to shaitan mein samajhta hoon ke inka shi mind mein yeh baat daalta hai ke darne ki kya baat hai?</w:t>
      </w:r>
    </w:p>
    <w:p>
      <w:pPr>
        <w:jc w:val="right"/>
      </w:pPr>
      <w:r>
        <w:t>یعنیہر صبحکوہمیںسبکچھ دوبارہملجاتاہے۔ ایسی موتکےبعدبھیہمیںسبکچھدوبارہملجائےگا۔ تو شیطان میںسمجھتاہوںکہانکاشیمائنڈمیںیہبات ڈالتاہے کہڈرنےکیکیاباتہے؟</w:t>
      </w:r>
    </w:p>
    <w:p>
      <w:r>
        <w:rPr>
          <w:b/>
        </w:rPr>
        <w:t xml:space="preserve">[37:46] </w:t>
      </w:r>
      <w:r>
        <w:t>jise ab mila hua hai, use tab mil rahega.</w:t>
      </w:r>
    </w:p>
    <w:p>
      <w:pPr>
        <w:jc w:val="right"/>
      </w:pPr>
      <w:r>
        <w:t>جسےابملاہواہے،اسے تبملارہےگا۔</w:t>
      </w:r>
    </w:p>
    <w:p>
      <w:r>
        <w:rPr>
          <w:b/>
        </w:rPr>
        <w:t xml:space="preserve">[37:50] </w:t>
      </w:r>
      <w:r>
        <w:t>aur Quran mein hai bhi ke jo log aakhirat ke maamle mein bahsein karte the, woh yeh kehte the bhi ke dekhein, hum aaj bhi khushhaal hain, wahan bhi khushhaal rahenge.</w:t>
      </w:r>
    </w:p>
    <w:p>
      <w:pPr>
        <w:jc w:val="right"/>
      </w:pPr>
      <w:r>
        <w:t>اورقرآنمیں ہےبھی کہجولوگ آخرتکے معاملےمیں بحثیںکرتے تھے، وہیہیکہتےتھے بھی کہدیکھیں،ہمآجبھیخوشحالہیں،وہاںبھیخوشحالرہیںگے۔</w:t>
      </w:r>
    </w:p>
    <w:p>
      <w:r>
        <w:rPr>
          <w:b/>
        </w:rPr>
        <w:t xml:space="preserve">[38:05] </w:t>
      </w:r>
      <w:r>
        <w:t>to aaj ko le kar ke kal par qiyas karte hain. woh halaanke dekhiye, aaj jo kuch mila hua hai, woh aap ko inaam ke taur par nahi mila hai,</w:t>
      </w:r>
    </w:p>
    <w:p>
      <w:pPr>
        <w:jc w:val="right"/>
      </w:pPr>
      <w:r>
        <w:t>تو آج کولےکرکےکل پرقیاسکرتےہیں۔ وہ حالانکہدیکھیے، آججوکچھملاہواہے، وہ آپ کو انعامکےطورپرنہیںملاہے،</w:t>
      </w:r>
    </w:p>
    <w:p>
      <w:r>
        <w:rPr>
          <w:b/>
        </w:rPr>
        <w:t xml:space="preserve">[38:18] </w:t>
      </w:r>
      <w:r>
        <w:t>woh to test paper ke taur par mila hua hai.</w:t>
      </w:r>
    </w:p>
    <w:p>
      <w:pPr>
        <w:jc w:val="right"/>
      </w:pPr>
      <w:r>
        <w:t>وہتو ٹیسٹ پیپرکےطورپرملاہواہے۔</w:t>
      </w:r>
    </w:p>
    <w:p>
      <w:r>
        <w:rPr>
          <w:b/>
        </w:rPr>
        <w:t xml:space="preserve">[38:24] </w:t>
      </w:r>
      <w:r>
        <w:t>jo kuch bhi aap ke paas hai, chahe health hai, chahe ghar hai, chahe aulaad hai ya business hai ya job hai, sab ka sab test paper hai.</w:t>
      </w:r>
    </w:p>
    <w:p>
      <w:pPr>
        <w:jc w:val="right"/>
      </w:pPr>
      <w:r>
        <w:t>جوکچھبھیآپکےپاسہے، چاہےہیلتھہے، چاہےگھرہے،چاہے اولادہےیا بزنس ہےیاجابہے، سب کاسب ٹیسٹ پیپرہے۔</w:t>
      </w:r>
    </w:p>
    <w:p>
      <w:r>
        <w:rPr>
          <w:b/>
        </w:rPr>
        <w:t xml:space="preserve">[38:36] </w:t>
      </w:r>
      <w:r>
        <w:t>yahan tak ke political role bhi test paper hai. yani agar yeh jaane aadmi ke political role bhi test paper hai to kahe ke bhai, achha hai ke hamare paas nahi hai,</w:t>
      </w:r>
    </w:p>
    <w:p>
      <w:pPr>
        <w:jc w:val="right"/>
      </w:pPr>
      <w:r>
        <w:t>یہاںتککہپولیٹیکلرولبھیٹیسٹ پیپرہے۔ یعنیاگریہجانےآدمیکہپولیٹیکلرولبھیٹیسٹ پیپرہے تو کہےکہبھئی،اچھاہےکہہمارےپاسنہیں ہے،</w:t>
      </w:r>
    </w:p>
    <w:p>
      <w:r>
        <w:rPr>
          <w:b/>
        </w:rPr>
        <w:t xml:space="preserve">[38:47] </w:t>
      </w:r>
      <w:r>
        <w:t>doosre ke paas hai. yeh kyunki bohat bada test hai. yeh to</w:t>
      </w:r>
    </w:p>
    <w:p>
      <w:pPr>
        <w:jc w:val="right"/>
      </w:pPr>
      <w:r>
        <w:t>دوسرےکےپاسہے۔ یہ کیونکہبہتبڑاٹیسٹ ہے۔یہتو</w:t>
      </w:r>
    </w:p>
    <w:p>
      <w:r>
        <w:rPr>
          <w:b/>
        </w:rPr>
        <w:t xml:space="preserve">[38:54] </w:t>
      </w:r>
      <w:r>
        <w:t>yani agar political role ko aap test paper samjhein to kabhi bhi aap tam na nahi karenge ke jo uske baghair hi hum achhe hain.</w:t>
      </w:r>
    </w:p>
    <w:p>
      <w:pPr>
        <w:jc w:val="right"/>
      </w:pPr>
      <w:r>
        <w:t>یعنیاگرپولیٹیکلرولکوآپٹیسٹ پیپرسمجھیں تو کبھیبھیآپتم نانہیںکریںگے کہجواسکےبغیرہیہماچھےہیں۔</w:t>
      </w:r>
    </w:p>
    <w:p>
      <w:r>
        <w:rPr>
          <w:b/>
        </w:rPr>
        <w:t xml:space="preserve">[39:07] </w:t>
      </w:r>
      <w:r>
        <w:t>to duniya mein cheezein milengi test paper ke taur par, aakhirat mein milengi inaam ke taur par.</w:t>
      </w:r>
    </w:p>
    <w:p>
      <w:pPr>
        <w:jc w:val="right"/>
      </w:pPr>
      <w:r>
        <w:t>تو دنیا میںچیزیں ملی ںگی ٹیسٹ پیپرکےطورپر، آخرتمیںملیںگیانعامکےطورپر۔</w:t>
      </w:r>
    </w:p>
    <w:p>
      <w:r>
        <w:rPr>
          <w:b/>
        </w:rPr>
        <w:t xml:space="preserve">[39:18] </w:t>
      </w:r>
      <w:r>
        <w:t>to inaam ka mustahiq jab nahi banaya humne to inaam kaise milega? ke duniya mein jo test paper hai, uske liye yehi kaafi hai ke aap paida ho jayen.</w:t>
      </w:r>
    </w:p>
    <w:p>
      <w:pPr>
        <w:jc w:val="right"/>
      </w:pPr>
      <w:r>
        <w:t>تو انعامکا مستحقجبنہیںبنایاہمنےتوانعامکیسےملےگا؟ کہدنیا میں جوٹیسٹ پیپرہے،اسکےلیے یہیکافیہےکہآپپیدا ہوجائیں۔</w:t>
      </w:r>
    </w:p>
    <w:p>
      <w:r>
        <w:rPr>
          <w:b/>
        </w:rPr>
        <w:t xml:space="preserve">[39:29] </w:t>
      </w:r>
      <w:r>
        <w:t>paida ho gaye to aap ko mustahiq ho gaye aap un saari cheezon ke, kyunki paida hone ka matlab hai ke aap test mein daal diye gaye.</w:t>
      </w:r>
    </w:p>
    <w:p>
      <w:pPr>
        <w:jc w:val="right"/>
      </w:pPr>
      <w:r>
        <w:t>پیدا ہوگئےتوآپکو مستحقہوگئےآپانساریچیزوںکے ،کیونکہپیدا ہونےکامطلب ہے کہآپٹیسٹ میںڈالدیےگئے۔</w:t>
      </w:r>
    </w:p>
    <w:p>
      <w:r>
        <w:rPr>
          <w:b/>
        </w:rPr>
        <w:t xml:space="preserve">[39:38] </w:t>
      </w:r>
      <w:r>
        <w:t>to mere birth jo hai, wohi kaafi hai ke aap ko sab cheezein mil jayen.</w:t>
      </w:r>
    </w:p>
    <w:p>
      <w:pPr>
        <w:jc w:val="right"/>
      </w:pPr>
      <w:r>
        <w:t>تو میر برتھجوہے، وہیکافیہےکہآپکوسبچیزیںملجائیں۔</w:t>
      </w:r>
    </w:p>
    <w:p>
      <w:r>
        <w:rPr>
          <w:b/>
        </w:rPr>
        <w:t xml:space="preserve">[39:46] </w:t>
      </w:r>
      <w:r>
        <w:t>lekin maut ke baad jo zindagi hai, woh maamla bilkul doosra hai. woh to aap ke good deed par milega.</w:t>
      </w:r>
    </w:p>
    <w:p>
      <w:pPr>
        <w:jc w:val="right"/>
      </w:pPr>
      <w:r>
        <w:t>لیکن موتکےبعد جوزندگی ہے، وہ معاملہبالکلدوسراہے۔ وہتو آپ کے گڈڈیڈپہملےگا۔</w:t>
      </w:r>
    </w:p>
    <w:p>
      <w:r>
        <w:rPr>
          <w:b/>
        </w:rPr>
        <w:t xml:space="preserve">[39:59] </w:t>
      </w:r>
      <w:r>
        <w:t>aap ne kitna allah se talluq qaim kiya, kitna aap allah se muhabbat ki, kitna aap allah se dare, kitna aap allah ke raaste par chale, is par milega.</w:t>
      </w:r>
    </w:p>
    <w:p>
      <w:pPr>
        <w:jc w:val="right"/>
      </w:pPr>
      <w:r>
        <w:t>آپ نےکتنا اللہ سےتعلققائمکیا،کتناآپاللہسےمحبتکی،کتناآپاللہسےڈرے، کتناآپاللہ کےراستےپرچلے ، اسپرملےگا۔</w:t>
      </w:r>
    </w:p>
    <w:p>
      <w:r>
        <w:rPr>
          <w:b/>
        </w:rPr>
        <w:t xml:space="preserve">[40:12] </w:t>
      </w:r>
      <w:r>
        <w:t>to yeh ghalat qiyas hai ke duniya mein mila hua hai to wahan wahan mila rahega humko</w:t>
      </w:r>
    </w:p>
    <w:p>
      <w:pPr>
        <w:jc w:val="right"/>
      </w:pPr>
      <w:r>
        <w:t>تویہغلط قیاسہے کہدنیا میںملاہواہےتووہاںوہاںملارہےگاہمکو</w:t>
      </w:r>
    </w:p>
    <w:p>
      <w:r>
        <w:rPr>
          <w:b/>
        </w:rPr>
        <w:t xml:space="preserve">[40:16] </w:t>
      </w:r>
      <w:r>
        <w:t>lekin aami yuz toh ho jata hai to samajhta hai ke bas yeh to rahega, yeh to mila hi rahega, mila hua hai, mila hi rahega.</w:t>
      </w:r>
    </w:p>
    <w:p>
      <w:pPr>
        <w:jc w:val="right"/>
      </w:pPr>
      <w:r>
        <w:t>۔ لیکن آدمییوزٹوہوجاتاہے تو سمجھتاہےکہبس یہتورہےگا،یہتوملاہیرہےگا،ملاہواہے،ملاہیرہےگا۔</w:t>
      </w:r>
    </w:p>
    <w:p>
      <w:r>
        <w:rPr>
          <w:b/>
        </w:rPr>
        <w:t xml:space="preserve">[40:27] </w:t>
      </w:r>
      <w:r>
        <w:t>baharhal sab se zyada zaroori hai ke aap sochne ki aadat dalen har maamle mein. sab zyada sochne ki aadat dalen.</w:t>
      </w:r>
    </w:p>
    <w:p>
      <w:pPr>
        <w:jc w:val="right"/>
      </w:pPr>
      <w:r>
        <w:t>بہرحالسبسےزیادہ ضروریہےکہآپ سوچنےکیعادتڈالیں ہرمعاملےمیں۔ سب زیادہ سوچنےکیعادتڈالیں۔</w:t>
      </w:r>
    </w:p>
    <w:p>
      <w:r>
        <w:rPr>
          <w:b/>
        </w:rPr>
        <w:t xml:space="preserve">[40:40] </w:t>
      </w:r>
      <w:r>
        <w:t>kal mein ek tv mein tha to ek sawal wahan kiya gaya mujhse.</w:t>
      </w:r>
    </w:p>
    <w:p>
      <w:pPr>
        <w:jc w:val="right"/>
      </w:pPr>
      <w:r>
        <w:t>کل میں ایک ٹیویمیںتھا تو ایکسوال وہاںکیاگیا مجھسے۔</w:t>
      </w:r>
    </w:p>
    <w:p>
      <w:r>
        <w:rPr>
          <w:b/>
        </w:rPr>
        <w:t xml:space="preserve">[40:49] </w:t>
      </w:r>
      <w:r>
        <w:t>ek sawal kiya gaya to wahi mein ne shaitan wali baat batayi ke shaitan ne jo challenge kiya tha to usne yeh nahin yeh kaha ke yaani mein la tajida akthar shakireen,</w:t>
      </w:r>
    </w:p>
    <w:p>
      <w:pPr>
        <w:jc w:val="right"/>
      </w:pPr>
      <w:r>
        <w:t>ایکسوالکیاگیا تووہیمیںنے سیٹنوالیباتبتائی کہ سیٹننےجو چیلنجکیاتھا تو اسنےیہنہیں یہکہاکہ یعنیمیں لاتجداکثر شاکرین،</w:t>
      </w:r>
    </w:p>
    <w:p>
      <w:r>
        <w:rPr>
          <w:b/>
        </w:rPr>
        <w:t xml:space="preserve">[41:04] </w:t>
      </w:r>
      <w:r>
        <w:t>ae khuda tu apne to in insan o mein kimi majorti ko shukar karne wala nahin payega. to mein ne kaha ke dekhen, usne yeh nahin kaha ke unko namaz parhne wala nahin payega.</w:t>
      </w:r>
    </w:p>
    <w:p>
      <w:pPr>
        <w:jc w:val="right"/>
      </w:pPr>
      <w:r>
        <w:t>اےخداتو اپنے تو ان انسان وںمیں کیمیجورٹیکو شکرکرنےوالانہیںپائےگا۔ تو میںنےکہاکہدیکھیں،اسنےیہنہیںکہا کہ توانکو نمازپڑھنےوالانہیںپائےگا۔</w:t>
      </w:r>
    </w:p>
    <w:p>
      <w:r>
        <w:rPr>
          <w:b/>
        </w:rPr>
        <w:t xml:space="preserve">[41:19] </w:t>
      </w:r>
      <w:r>
        <w:t>saare namaz, saare logon ko mein be namazi bana dungaa, saare logon ko mein haj se rok dungaa. yeh to nahin kaha usne.</w:t>
      </w:r>
    </w:p>
    <w:p>
      <w:pPr>
        <w:jc w:val="right"/>
      </w:pPr>
      <w:r>
        <w:t>سارےنماز،سارےلوگوںکومیںبےنمازیبنادوںگا، سارےلوگوںکومیں حجسےروکدوںگا۔ یہتونہیںکہااسنے۔</w:t>
      </w:r>
    </w:p>
    <w:p>
      <w:r>
        <w:rPr>
          <w:b/>
        </w:rPr>
        <w:t xml:space="preserve">[41:31] </w:t>
      </w:r>
      <w:r>
        <w:t>yeh haalat karun ga ke koi koi madrasa nahin rahe, koi masjid nahin rahe, aisa haal karun ga in muslimano ka. yeh to nahin challenge diya usne, challenge diya shukr ka.</w:t>
      </w:r>
    </w:p>
    <w:p>
      <w:pPr>
        <w:jc w:val="right"/>
      </w:pPr>
      <w:r>
        <w:t>یہحالتکردوںگاکہکوئیکوئیمدرس ہنہرہے،کوئیمسجدنہرہے، ایساحالکردوںگاان مسلمانوںکا۔ یہتونہیںچیلنجدیا اسنے، چیلنجدیاشکرکا۔</w:t>
      </w:r>
    </w:p>
    <w:p>
      <w:r>
        <w:rPr>
          <w:b/>
        </w:rPr>
        <w:t xml:space="preserve">[41:43] </w:t>
      </w:r>
      <w:r>
        <w:t>to bahut ajeeb baat hai. yani iska matlab hai ke muslim samaj mein agar khoob masjiden hon, khoob madrase hon, khoob namazen parhi ja rahi hon, khoob haj kiye ja rahe hon to iska matlab nahin ke aap shaitan ke influence se bache hue hain.</w:t>
      </w:r>
    </w:p>
    <w:p>
      <w:pPr>
        <w:jc w:val="right"/>
      </w:pPr>
      <w:r>
        <w:t>توبہت عجیبباتہے۔ یعنیاسکامطلبہےکہمسلم سماجمیںاگر خوب مسجدیںہوں،خوبمدرس ےہوں، خوب نمازیںپڑھیجارہیہوں،خوبحجکیےجارہےہوں تواسکامطلبنہیں کہآپشیطانکےانفلوئنسسےبچےہوئےہیں۔</w:t>
      </w:r>
    </w:p>
    <w:p>
      <w:r>
        <w:rPr>
          <w:b/>
        </w:rPr>
        <w:t xml:space="preserve">[41:59] </w:t>
      </w:r>
      <w:r>
        <w:t>woh to dekhna hai ke shukr aur na shukri ke maamle mein aap kaise hain. yeh bahut zyada sochne ki baat hai.</w:t>
      </w:r>
    </w:p>
    <w:p>
      <w:pPr>
        <w:jc w:val="right"/>
      </w:pPr>
      <w:r>
        <w:t>وہتودیکھناہےکہشکر اور ناشکریکےمعاملےمیںآپکیسےہیں۔ یہبہت زیادہ سوچنےکیباتہے۔</w:t>
      </w:r>
    </w:p>
    <w:p>
      <w:r>
        <w:rPr>
          <w:b/>
        </w:rPr>
        <w:t xml:space="preserve">[42:08] </w:t>
      </w:r>
      <w:r>
        <w:t>yani shaitan ne agar apne challenge mein yeh nahin kaha ke log jo hain, yeh bhi nahin kaha ke khuda log khuda ke munkir ban jayenge, yeh bhi nahin kaha usne ke saare insanon ko mein khuda ka munkir bana dungaa, yeh bhi nahin kaha usne.</w:t>
      </w:r>
    </w:p>
    <w:p>
      <w:pPr>
        <w:jc w:val="right"/>
      </w:pPr>
      <w:r>
        <w:t>یعنیشیطاننے اگر اپنے چیلنجمیںیہنہیںکہا کہ لوگ جوہیں، یہبھینہیںکہاکہخدا لوگخداکےمنکربنجائیںگے،یہبھینہیںکہااسنے کہسارےانسانوںکومیںخداکامنکربنادوںگا،یہبھینہیںکہااسنے۔</w:t>
      </w:r>
    </w:p>
    <w:p>
      <w:r>
        <w:rPr>
          <w:b/>
        </w:rPr>
        <w:t xml:space="preserve">[42:24] </w:t>
      </w:r>
      <w:r>
        <w:t>koi la ilah nahin parhega, yeh bhi nahin kaha usne. koi namaz nahin parhega, koi roza nahin rakhega, koi haj nahin karega, yeh bhi nahin kaha usne.</w:t>
      </w:r>
    </w:p>
    <w:p>
      <w:pPr>
        <w:jc w:val="right"/>
      </w:pPr>
      <w:r>
        <w:t>کوئی لاالہنہیںپڑھےگا،یہبھینہیں کہااسنے۔ کوئینمازنہیںپڑھےگا،کوئیروزہنہیںرکھےگا،کوئیحجنہیںکرےگا، یہبھینہیںکہااسنے۔</w:t>
      </w:r>
    </w:p>
    <w:p>
      <w:r>
        <w:rPr>
          <w:b/>
        </w:rPr>
        <w:t xml:space="preserve">[42:34] </w:t>
      </w:r>
      <w:r>
        <w:t>koi masjid nahin banayega, koi madrasa nahin banayega, yeh nahin kaha usne.</w:t>
      </w:r>
    </w:p>
    <w:p>
      <w:pPr>
        <w:jc w:val="right"/>
      </w:pPr>
      <w:r>
        <w:t>کوئیمسجدنہیںبنائےگا،کوئیمدرس ہنہیںبنائےگا،یہنہیںکہااسنے۔</w:t>
      </w:r>
    </w:p>
    <w:p>
      <w:r>
        <w:rPr>
          <w:b/>
        </w:rPr>
        <w:t xml:space="preserve">[42:39] </w:t>
      </w:r>
      <w:r>
        <w:t>usne kaha ke log shukr nahin karenge, mein shukr ke raaste se logon ko hata dungaa. to iska matlab kya hua?</w:t>
      </w:r>
    </w:p>
    <w:p>
      <w:pPr>
        <w:jc w:val="right"/>
      </w:pPr>
      <w:r>
        <w:t>اسنےکہاکہلوگشکرنہیںکریںگے، میںشکرکےراستےسےلوگوںکوہٹادوںگا۔ تو اسکامطلبکیاہوا؟</w:t>
      </w:r>
    </w:p>
    <w:p>
      <w:r>
        <w:rPr>
          <w:b/>
        </w:rPr>
        <w:t xml:space="preserve">[42:50] </w:t>
      </w:r>
      <w:r>
        <w:t>mein ne kaha ke dekhiye, muslim samaj ya muslim fard ko janchne ka mayar kya hai? ke woh islam par hai ya islam par nahin hai?</w:t>
      </w:r>
    </w:p>
    <w:p>
      <w:pPr>
        <w:jc w:val="right"/>
      </w:pPr>
      <w:r>
        <w:t>میںنےکہاکہدیکھیے، مسلم سماج یا مسلم فرد کو جانچنےکا معیارکیاہے؟ کہوہاسلام پرہے یا اسلامپرنہیںہے؟</w:t>
      </w:r>
    </w:p>
    <w:p>
      <w:r>
        <w:rPr>
          <w:b/>
        </w:rPr>
        <w:t xml:space="preserve">[43:01] </w:t>
      </w:r>
      <w:r>
        <w:t>yani shaitan ke influence mein hai ke ya janjin ke influence mein hai? iska kya criterion hai?</w:t>
      </w:r>
    </w:p>
    <w:p>
      <w:pPr>
        <w:jc w:val="right"/>
      </w:pPr>
      <w:r>
        <w:t>یعنیسیٹنکےانفلوئنسمیںہےکہ کہاینجل کےانفلوئنسمیںہے؟اسکا کیاکر ائٹیرینہے؟</w:t>
      </w:r>
    </w:p>
    <w:p>
      <w:r>
        <w:rPr>
          <w:b/>
        </w:rPr>
        <w:t xml:space="preserve">[43:08] </w:t>
      </w:r>
      <w:r>
        <w:t>agar namazon ki dhoom ho, masjiden bhari hui hon, khoob madrase ban rahe hon to yeh criterion nahin hai. hajj mein wahan bheed lagi hui ho to yeh criterion nahin hai ke aap islam par hain.</w:t>
      </w:r>
    </w:p>
    <w:p>
      <w:pPr>
        <w:jc w:val="right"/>
      </w:pPr>
      <w:r>
        <w:t>اگر نمازوںکیدھومہو،مسجدیںبھریہوئی ہوں،خوب مدرس ےبنرہےہوں تو یہکرائٹیریننہیںہے۔ حجمیںوہاںبھیڑلگیہوئیہوتویہکرائٹیریننہیںہے کہآپاسلام پر ہیں۔</w:t>
      </w:r>
    </w:p>
    <w:p>
      <w:r>
        <w:rPr>
          <w:b/>
        </w:rPr>
        <w:t xml:space="preserve">[43:21] </w:t>
      </w:r>
      <w:r>
        <w:t>criterion yeh hai ke aap shukr mein je rahe hon ya tab aap haq par hain. na shukri mein je rahe hon to haq par nahin hain. yeh bahut zyada sochne ki baat hai, bahut zyada sochne ki baat hai. yeh</w:t>
      </w:r>
    </w:p>
    <w:p>
      <w:pPr>
        <w:jc w:val="right"/>
      </w:pPr>
      <w:r>
        <w:t>کرائٹیرینیہہےکہآپ شکرمیںجیرہےہوںیا تبآپ حقپرہیں۔ ناشکریمیںجیرہےہوںتوحقپرنہیںہیں۔ یہبہت زیادہ سوچنےکیباتہے، بہت زیادہسوچنےکیباتہے۔یہ</w:t>
      </w:r>
    </w:p>
    <w:p>
      <w:r>
        <w:rPr>
          <w:b/>
        </w:rPr>
        <w:t xml:space="preserve">[43:41] </w:t>
      </w:r>
      <w:r>
        <w:t>ek sahib se, ek muslim se meri baat ho rahi thi to unhon ne yahi baat kahi ke aap kaisi baat karte hain? dekhiye, masjiden aabaad hain, dekhiye, madrase itne qaim hain, dekhiye, itne muslim jalse ho rahe hain, dekhiye, itne muslim parche chap rahe hain, yeh itni muslim kitabein chap rahi hain.</w:t>
      </w:r>
    </w:p>
    <w:p>
      <w:pPr>
        <w:jc w:val="right"/>
      </w:pPr>
      <w:r>
        <w:t>ایک صاحبسے،ایک مسلمانسےمیریباتہورہیتھیتوانہوںنےیہیباتکہیکہ آپکیسیباتکرتے ہیں ؟ دیکھیے،مسجدیںآباد ہیں،دیکھیے،مدرس ےاتنےقائمہیں، دیکھیے،اتنے مسلم جلسےہورہےہیں، دیکھیے،اتنےمسلم پرچےچھپرہےہیں،یہاتنیمسلمکتاب یں چھ پرہیہیں۔</w:t>
      </w:r>
    </w:p>
    <w:p>
      <w:r>
        <w:rPr>
          <w:b/>
        </w:rPr>
        <w:t xml:space="preserve">[43:56] </w:t>
      </w:r>
      <w:r>
        <w:t>hajj mein itne zyada aadmi hote hain, 30-30 lakh aadmi hote hain hajj mein. to mein ne kaha yeh to aap ka apna criterion hai.</w:t>
      </w:r>
    </w:p>
    <w:p>
      <w:pPr>
        <w:jc w:val="right"/>
      </w:pPr>
      <w:r>
        <w:t>حجمیں اتنازیادہ آدمیہوتےہیں، 30-30لاکھآدمیہوتےہیںحجمیں۔ تومیںنےکہایہتوآپکا اپناکرائٹیرینہے۔</w:t>
      </w:r>
    </w:p>
    <w:p>
      <w:r>
        <w:rPr>
          <w:b/>
        </w:rPr>
        <w:t xml:space="preserve">[44:07] </w:t>
      </w:r>
      <w:r>
        <w:t>quran ko parhiye ke shaitan ne jo challenge kiya tha, woh kya tha? shaitan yeh kahan keh raha tha? yeh sab cheezein mein khatam kar dungaa.</w:t>
      </w:r>
    </w:p>
    <w:p>
      <w:pPr>
        <w:jc w:val="right"/>
      </w:pPr>
      <w:r>
        <w:t>قرآنکوپڑھیے کہ شیطاننےجوچیلنجکیاتھا،وہکیاتھا؟ شیطان یہکہاںکہاتھا؟ یہسبچیزیںمیںختمکردوںگا۔</w:t>
      </w:r>
    </w:p>
    <w:p>
      <w:r>
        <w:rPr>
          <w:b/>
        </w:rPr>
        <w:t xml:space="preserve">[44:19] </w:t>
      </w:r>
      <w:r>
        <w:t>ek islam ki kitaab nahin chhapegi, ek madrasa nahin banega, ek masjid mein minaar nahin hoga, koi namaz nahin parhega, koi roza nahin rakhega, koi haj nahin karega. yeh kahan shaitan ne kaha tha?</w:t>
      </w:r>
    </w:p>
    <w:p>
      <w:pPr>
        <w:jc w:val="right"/>
      </w:pPr>
      <w:r>
        <w:t>ایک اسلام ککتاب نہیںچھپےگی، ایک مدرس ہنہیںبنےگا، ایک مسجدمیںمینارنہیںہوگا، کوئی نمازنہیںپڑھےگا،کوئیروزہنہیںرکھےگا،کوئیحجنہیںکرےگا۔یہکہاںشیطاننےکہاتھا؟</w:t>
      </w:r>
    </w:p>
    <w:p>
      <w:r>
        <w:rPr>
          <w:b/>
        </w:rPr>
        <w:t xml:space="preserve">[44:33] </w:t>
      </w:r>
      <w:r>
        <w:t>shaitan ne kaha tha ke koi shukar karne wala nahin rahega.</w:t>
      </w:r>
    </w:p>
    <w:p>
      <w:pPr>
        <w:jc w:val="right"/>
      </w:pPr>
      <w:r>
        <w:t>شیطان نےکہاتھاکہ کوئیشکرکرنےوالانہیںرہےگا۔</w:t>
      </w:r>
    </w:p>
    <w:p>
      <w:r>
        <w:rPr>
          <w:b/>
        </w:rPr>
        <w:t xml:space="preserve">[44:40] </w:t>
      </w:r>
      <w:r>
        <w:t>la tajida akthar shakireen. to kaha ke jo mayar hai, jo criterion hai, jo distinct hai, woh yeh hai: shukr aur na shukri.</w:t>
      </w:r>
    </w:p>
    <w:p>
      <w:pPr>
        <w:jc w:val="right"/>
      </w:pPr>
      <w:r>
        <w:t>لا تجداکثر شاکرین۔ تو کہاکہجو معیارہے،جو کرائٹیرینہے، جوڈسٹرکٹہے، وہیہہے: شکراورناشکری۔</w:t>
      </w:r>
    </w:p>
    <w:p>
      <w:r>
        <w:rPr>
          <w:b/>
        </w:rPr>
        <w:t xml:space="preserve">[44:54] </w:t>
      </w:r>
      <w:r>
        <w:t>to ye jo ho raha hai is waqt muslim countriyon mein, woh sab na shukri ke hungame hain.</w:t>
      </w:r>
    </w:p>
    <w:p>
      <w:pPr>
        <w:jc w:val="right"/>
      </w:pPr>
      <w:r>
        <w:t>تویہجوہورہاہےاسوقت مسلمکنٹریزمیں،وہسبناشکریکے ہنگامےہیں۔</w:t>
      </w:r>
    </w:p>
    <w:p>
      <w:r>
        <w:rPr>
          <w:b/>
        </w:rPr>
        <w:t xml:space="preserve">[45:01] </w:t>
      </w:r>
      <w:r>
        <w:t>ye sab na shukri ke hungame hain. is ka saboot ye hai ke aap TV mein dekh lijie, khoob log tandurust dikhaye jate hain, khoob acche acche kapde pahne hue hain, khoob welth do dikhaye padte hain. aap dekh len in ki tasviren ko TV mein jo demonstration karte hain,</w:t>
      </w:r>
    </w:p>
    <w:p>
      <w:pPr>
        <w:jc w:val="right"/>
      </w:pPr>
      <w:r>
        <w:t>یہسبناشکریکےہنگامےہیں۔ اسکاثبوتیہہےکہآپٹیویمیںدیکھلیجئے، خوبلوگ تندرستدکھائےجاتےہیں، خوباچھےاچھےکپڑےپہنےہوئےہیں، خوبویلٹوڈودکھائےپڑتےہیں۔آپدیکھلیںانکیتصویروںکو ٹیویمیں جوڈیمونسٹریشنکرتےہیں،</w:t>
      </w:r>
    </w:p>
    <w:p>
      <w:r>
        <w:rPr>
          <w:b/>
        </w:rPr>
        <w:t xml:space="preserve">[45:22] </w:t>
      </w:r>
      <w:r>
        <w:t>hatta ke apni zaban se unhon ne keh diya ke hum well-to-do hain har eitbar se, lekin hamen political freedom chahiye. ye hai sat na karda,</w:t>
      </w:r>
    </w:p>
    <w:p>
      <w:pPr>
        <w:jc w:val="right"/>
      </w:pPr>
      <w:r>
        <w:t>حتیکہ اپنیزبان سےانہوںنےکہہدیاکہہم ویلٹوڈوہیں ہراعتبارسے،لیکنہمیںپولیٹیکلفریڈمچاہیے۔ یہہے سیٹنکورڈ،</w:t>
      </w:r>
    </w:p>
    <w:p>
      <w:r>
        <w:rPr>
          <w:b/>
        </w:rPr>
        <w:t xml:space="preserve">[45:31] </w:t>
      </w:r>
      <w:r>
        <w:t>ye sat na kush shikayat hai. ye aur is se na shukri bin, ye sab na shukri ke hungame hain. ye sab na shukri ke hungame hain. India mein bhi log na shukri ke hungame karte hain.</w:t>
      </w:r>
    </w:p>
    <w:p>
      <w:pPr>
        <w:jc w:val="right"/>
      </w:pPr>
      <w:r>
        <w:t>یہسیٹنکشکایت ہے۔یہ اور اسیسےناشکریبن، یہسب ناشکریکےہنگامےہیں۔ یہسبناشکریکےہنگامےہیں۔انڈیامیںبھیلوگناشکریکےہنگامےکرتےہیں۔</w:t>
      </w:r>
    </w:p>
    <w:p>
      <w:r>
        <w:rPr>
          <w:b/>
        </w:rPr>
        <w:t xml:space="preserve">[45:45] </w:t>
      </w:r>
      <w:r>
        <w:t>India mein musalmanon ke nazdik azadi hai, phir bhi yahan par hungame hote rehte hain government ke khilaf. hamare saath discrimination kya aata hai, hamare saath imtiyaz kya aata hai, kuchh bhi nahin, koi discrimination nahin, koi imtiyaz nahin.</w:t>
      </w:r>
    </w:p>
    <w:p>
      <w:pPr>
        <w:jc w:val="right"/>
      </w:pPr>
      <w:r>
        <w:t>انڈیامیں مسلمانوںکےنزدیکآزادیہے، پھربھییہاںپرہنگامےہوتےرہتےہیں گورنمنٹکےخلاف ۔ ہمارےساتھڈسکرپشنکیاآتاہے،ہمارےساتھ امتیازکیاآتاہے، کچھبھینہیں،کوئی ڈسکرپشننہیں،کوئیامتیازنہیں ۔</w:t>
      </w:r>
    </w:p>
    <w:p>
      <w:r>
        <w:rPr>
          <w:b/>
        </w:rPr>
        <w:t xml:space="preserve">[46:00] </w:t>
      </w:r>
      <w:r>
        <w:t>lekin shaitan ne bhaRa kar rakha hai ke dekho bhai, tumhare saath na shukri ho rahi hai.</w:t>
      </w:r>
    </w:p>
    <w:p>
      <w:pPr>
        <w:jc w:val="right"/>
      </w:pPr>
      <w:r>
        <w:t>لیکن شیطاننے باقارکھاہےکہدیکھوبھئی،تمہارےساتھناشکریہورہیہے۔</w:t>
      </w:r>
    </w:p>
    <w:p>
      <w:r>
        <w:rPr>
          <w:b/>
        </w:rPr>
        <w:t xml:space="preserve">[46:09] </w:t>
      </w:r>
      <w:r>
        <w:t>to na India mein koi aisi cheez ho rahi hai, na arab countriyon mein ho rahi hai. lekin har jagah aap dekhen, log shikayaton mein jeete hain.</w:t>
      </w:r>
    </w:p>
    <w:p>
      <w:pPr>
        <w:jc w:val="right"/>
      </w:pPr>
      <w:r>
        <w:t>تو نہانڈیامیں کوئیایسیچیزہورہیہے،نہ عرب کنٹریزمیںہورہیہے۔ لیکن ہرجگہآپدیکھیں،لوگ شکایتوںمیںجیتےہیں۔</w:t>
      </w:r>
    </w:p>
    <w:p>
      <w:r>
        <w:rPr>
          <w:b/>
        </w:rPr>
        <w:t xml:space="preserve">[46:19] </w:t>
      </w:r>
      <w:r>
        <w:t>kisi</w:t>
      </w:r>
    </w:p>
    <w:p>
      <w:pPr>
        <w:jc w:val="right"/>
      </w:pPr>
      <w:r>
        <w:t>کسی</w:t>
      </w:r>
    </w:p>
    <w:p>
      <w:r>
        <w:rPr>
          <w:b/>
        </w:rPr>
        <w:t xml:space="preserve">[46:20] </w:t>
      </w:r>
      <w:r>
        <w:t>bhi country mein ye zamaana to aisa hai ke yani ke har cheez ki ifrat hai.</w:t>
      </w:r>
    </w:p>
    <w:p>
      <w:pPr>
        <w:jc w:val="right"/>
      </w:pPr>
      <w:r>
        <w:t>بھی کنٹریمیں یہ زمان ہتو ایسا ہے کہ یعنی کہہرچیزکیافراطہے۔</w:t>
      </w:r>
    </w:p>
    <w:p>
      <w:r>
        <w:rPr>
          <w:b/>
        </w:rPr>
        <w:t xml:space="preserve">[46:29] </w:t>
      </w:r>
      <w:r>
        <w:t>hadith mein aata hai ke shaitan ka dajjal jab aayega to uske saath roti ke pahad honge. roti ka pahad lekar aayega woh.</w:t>
      </w:r>
    </w:p>
    <w:p>
      <w:pPr>
        <w:jc w:val="right"/>
      </w:pPr>
      <w:r>
        <w:t>حدیثمیںآتاہے کہ شی طان کہدجالجبآئےگا تو اسکےساتھ روٹیکےپہاڑہوںگے۔ روٹیکاپہاڑلےکرآئےگاوہ۔</w:t>
      </w:r>
    </w:p>
    <w:p>
      <w:r>
        <w:rPr>
          <w:b/>
        </w:rPr>
        <w:t xml:space="preserve">[46:41] </w:t>
      </w:r>
      <w:r>
        <w:t>to is ka matlab nahin ke ye roti jo pakai jaati hai tandoor mein, woh roti nahin. maashiyat, economic cheezein, is ka matlab ye hai ke dajjal jo hai,</w:t>
      </w:r>
    </w:p>
    <w:p>
      <w:pPr>
        <w:jc w:val="right"/>
      </w:pPr>
      <w:r>
        <w:t>تواسکامطلبنہیںکہیہروٹیجو پکائیجاتیہے تندورمیں،وہروٹی نہیں ۔ معاشیات، اکنامک چیزیں، اسکامطلبیہہے کہ دجالجوہے،</w:t>
      </w:r>
    </w:p>
    <w:p>
      <w:r>
        <w:rPr>
          <w:b/>
        </w:rPr>
        <w:t xml:space="preserve">[46:54] </w:t>
      </w:r>
      <w:r>
        <w:t>uske zamane mein farawani hogi khane pine ki, samaan hayat ki, khane kapde ki, har cheez ki farawani hogi. phir dajjal ka baat paRhakar aayega logon ko?</w:t>
      </w:r>
    </w:p>
    <w:p>
      <w:pPr>
        <w:jc w:val="right"/>
      </w:pPr>
      <w:r>
        <w:t>اسکے زمانےمیں فراوانیہوگیکھانےپینےکی،سامانحیات کی ،کھانے کپڑےکی،ہرچیزکیفراوانیہوگی۔ پھر دجالکسباتپہبھاکاآئےگالوگوںکو ؟</w:t>
      </w:r>
    </w:p>
    <w:p>
      <w:r>
        <w:rPr>
          <w:b/>
        </w:rPr>
        <w:t xml:space="preserve">[47:06] </w:t>
      </w:r>
      <w:r>
        <w:t>woh ye hai ke kisi ek cheez ko lekar</w:t>
      </w:r>
    </w:p>
    <w:p>
      <w:pPr>
        <w:jc w:val="right"/>
      </w:pPr>
      <w:r>
        <w:t>وہیہیہے کہکسی ایکچیزکولےکر</w:t>
      </w:r>
    </w:p>
    <w:p>
      <w:r>
        <w:rPr>
          <w:b/>
        </w:rPr>
        <w:t xml:space="preserve">[47:09] </w:t>
      </w:r>
      <w:r>
        <w:t>bhaRa dega ke dekho bhai, tum ko political freedom nahin hai, ise bhaRa dega. to khud hadith mein mojood hai ke dajjal aayega to uske saath roti ke pahad honge.</w:t>
      </w:r>
    </w:p>
    <w:p>
      <w:pPr>
        <w:jc w:val="right"/>
      </w:pPr>
      <w:r>
        <w:t>بھاکادےگا کہدیکھوبھئی،تمکو پولیٹیکلفریڈمنہیںہے، اسے بھڑکادےگا۔ تو خودحدیثمیںموجود ہےکہدجالآئےگاتواسکےساتھ روٹیکےپہاڑہوںگے۔</w:t>
      </w:r>
    </w:p>
    <w:p>
      <w:r>
        <w:rPr>
          <w:b/>
        </w:rPr>
        <w:t xml:space="preserve">[47:25] </w:t>
      </w:r>
      <w:r>
        <w:t>yani farawani hogi khane pine ki, paise ki, khane kapde ki. to un cheezon ki shikayat</w:t>
      </w:r>
    </w:p>
    <w:p>
      <w:pPr>
        <w:jc w:val="right"/>
      </w:pPr>
      <w:r>
        <w:t>یعنی فراوانیہوگی کھانے پینےکی، پیسےکی، کھانےکپڑےکی۔ توانچیزوںکیشکایت</w:t>
      </w:r>
    </w:p>
    <w:p>
      <w:r>
        <w:rPr>
          <w:b/>
        </w:rPr>
        <w:t xml:space="preserve">[47:36] </w:t>
      </w:r>
      <w:r>
        <w:t>nahin hogi logon ko. shikayat kisi aur, kisi ek cheez ki shikayat nikaal kar ke dajjal bhaRa dega logon ko. to ye to ho raha hai.</w:t>
      </w:r>
    </w:p>
    <w:p>
      <w:pPr>
        <w:jc w:val="right"/>
      </w:pPr>
      <w:r>
        <w:t>نہیںہوگی لوگوںکو۔شکایت کسی اور ،کسی ایکچیزکیشکایتنکالکرکہدجالبھاکادےگالوگوںکو۔ تویہیتوہورہاہے۔</w:t>
      </w:r>
    </w:p>
    <w:p>
      <w:r>
        <w:rPr>
          <w:b/>
        </w:rPr>
        <w:t xml:space="preserve">[47:47] </w:t>
      </w:r>
      <w:r>
        <w:t>political freedom kya cheez hai? political freedom jis jisko kahte hain log, woh kabhi mumkin nahin, possible nahin hai. kyunki seat par to koi ek aadmi baithega, woh woh role karega, woh hukm chalayega.</w:t>
      </w:r>
    </w:p>
    <w:p>
      <w:pPr>
        <w:jc w:val="right"/>
      </w:pPr>
      <w:r>
        <w:t>پولیٹیکلفریڈمکیاچیزہے؟ پولیٹیکلفریڈمجس جسکوکہتےہیں لوگ،وہکبھی ممکنہینہیں،پاسیبلہینہیںہے۔ کیونکہ سیٹپرتوکوئیایکآدمیبیٹھےگا، وہ وہ رولکرےگا،وہ حکمچلائےگا۔</w:t>
      </w:r>
    </w:p>
    <w:p>
      <w:r>
        <w:rPr>
          <w:b/>
        </w:rPr>
        <w:t xml:space="preserve">[48:01] </w:t>
      </w:r>
      <w:r>
        <w:t>sab log thodi baithenge.</w:t>
      </w:r>
    </w:p>
    <w:p>
      <w:pPr>
        <w:jc w:val="right"/>
      </w:pPr>
      <w:r>
        <w:t>سب لوگتھوڑیبیٹھجائیںگے۔</w:t>
      </w:r>
    </w:p>
    <w:p>
      <w:r>
        <w:rPr>
          <w:b/>
        </w:rPr>
        <w:t xml:space="preserve">[48:04] </w:t>
      </w:r>
      <w:r>
        <w:t>ab dekhen, isi Egypt mein dekhiye, 1952 mein, is se pehle King Farwouq wahan the, un se shikayat logon ko hui ke ye badshahat chalate hain, ye kingship chalate hain.</w:t>
      </w:r>
    </w:p>
    <w:p>
      <w:pPr>
        <w:jc w:val="right"/>
      </w:pPr>
      <w:r>
        <w:t>ابدیکھیں،اسیایجپٹمیںدیکھیے، 19 5 2 میں، اسسےپہلے کنگفار وقوہاںتھے، انسے شکایتلوگوںکوہوئی کہیہبادشاہتچلاتےہیں، یہکنگشپچلاتےہیں۔</w:t>
      </w:r>
    </w:p>
    <w:p>
      <w:r>
        <w:rPr>
          <w:b/>
        </w:rPr>
        <w:t xml:space="preserve">[48:18] </w:t>
      </w:r>
      <w:r>
        <w:t>to bada hungama karke karte karte King Farouq ko hata diya, un seat kar diya. 1952 mein us ke baad General Najeeb aaye, un ke khilaf</w:t>
      </w:r>
    </w:p>
    <w:p>
      <w:pPr>
        <w:jc w:val="right"/>
      </w:pPr>
      <w:r>
        <w:t>توبڑاہنگامہکرکےکرتے کرتے کنگ فاروقکوہٹادیا، انسیٹکردیا۔ 195 2 میں اس کےبعد جنرلنجیبآئے، انکےخلاف</w:t>
      </w:r>
    </w:p>
    <w:p>
      <w:r>
        <w:rPr>
          <w:b/>
        </w:rPr>
        <w:t xml:space="preserve">[48:30] </w:t>
      </w:r>
      <w:r>
        <w:t>bhi hungama. yahan tak ke chhah mahine mein un ko house arrest kar diya gaya. us ke baad Jamal Abdul Nasser aaye, un ke khilaf bhi hungama.</w:t>
      </w:r>
    </w:p>
    <w:p>
      <w:pPr>
        <w:jc w:val="right"/>
      </w:pPr>
      <w:r>
        <w:t>بھیہنگامہ۔ یہاںتککہچھمہینےمیں انکو ہاؤساریسٹکردیاگیا۔ اسکےبعد جمالعبدالناصرآئے، انکےخلاف بھیہنگامہ۔</w:t>
      </w:r>
    </w:p>
    <w:p>
      <w:r>
        <w:rPr>
          <w:b/>
        </w:rPr>
        <w:t xml:space="preserve">[48:40] </w:t>
      </w:r>
      <w:r>
        <w:t>yahan tak ke woh jo hain, heart attack hua aur mar gaye. woh un ke baad Umar Sadat aaye, phir phir un ke khilaf bhi hungama.</w:t>
      </w:r>
    </w:p>
    <w:p>
      <w:pPr>
        <w:jc w:val="right"/>
      </w:pPr>
      <w:r>
        <w:t>یہاںتک کہ وہجوہیں، ہارٹاٹیکہوگااورمرگئے۔وہ انکےبعد عمر ساداتآئے،پھرپھرانکےخلافبھیہنگامہ۔</w:t>
      </w:r>
    </w:p>
    <w:p>
      <w:r>
        <w:rPr>
          <w:b/>
        </w:rPr>
        <w:t xml:space="preserve">[48:49] </w:t>
      </w:r>
      <w:r>
        <w:t>un ko goli maar di gayi. us ke baad Husain Mubarak aaye, un ke khilaf bhi hungama. un ko resign karna pada. to</w:t>
      </w:r>
    </w:p>
    <w:p>
      <w:pPr>
        <w:jc w:val="right"/>
      </w:pPr>
      <w:r>
        <w:t>انکوگولیماردیگئی۔ اسکےبعدحسنمبارکآئے،انکےخلافبھیہنگامہ۔ انکوریزائنکرناپڑا۔ تو</w:t>
      </w:r>
    </w:p>
    <w:p>
      <w:r>
        <w:rPr>
          <w:b/>
        </w:rPr>
        <w:t xml:space="preserve">[48:57] </w:t>
      </w:r>
      <w:r>
        <w:t>koi bhi hukumat hogi to us mein chand aadmi ke haath mein to power rahega. sab ke haath mein kaise power rahega? ye to mumkin nahin hai.</w:t>
      </w:r>
    </w:p>
    <w:p>
      <w:pPr>
        <w:jc w:val="right"/>
      </w:pPr>
      <w:r>
        <w:t>کوئیبھی حکومت ہوگیتواسمیں چند آدمیکےہاتھمیںتوپاوررہےگا۔ سبکےہاتھمیںکیسےپاوررہےگا؟ یہتو ممکننہیںہے۔</w:t>
      </w:r>
    </w:p>
    <w:p>
      <w:r>
        <w:rPr>
          <w:b/>
        </w:rPr>
        <w:t xml:space="preserve">[49:08] </w:t>
      </w:r>
      <w:r>
        <w:t>ab jo aane wala hai, woh bhi koi ek aadmi aake baith jayega. ye thodi ke ek ek aadmi ke haath mein power power rahega. woh to practically impossible hai.</w:t>
      </w:r>
    </w:p>
    <w:p>
      <w:pPr>
        <w:jc w:val="right"/>
      </w:pPr>
      <w:r>
        <w:t>ابجوآنےوالاہے،وہبھیکوئیایکآدمیآکےبیٹھجائےگا۔ یہتھوڑیکہایکایکآدمیکےہاتھمیںپاورپاوررہےگا۔ وہتوپریکٹیکلیامپاسیبل ہے۔</w:t>
      </w:r>
    </w:p>
    <w:p>
      <w:r>
        <w:rPr>
          <w:b/>
        </w:rPr>
        <w:t xml:space="preserve">[49:21] </w:t>
      </w:r>
      <w:r>
        <w:t>lekin shaitan jo hai, woh bhaka ta rahta hai, bhaka ta rahta hai.</w:t>
      </w:r>
    </w:p>
    <w:p>
      <w:pPr>
        <w:jc w:val="right"/>
      </w:pPr>
      <w:r>
        <w:t>لیکن سیٹنجوہے،وہ بھاکاتارہتاہے،بھاکاتارہتاہے۔</w:t>
      </w:r>
    </w:p>
    <w:p>
      <w:r>
        <w:rPr>
          <w:b/>
        </w:rPr>
        <w:t xml:space="preserve">[49:27] </w:t>
      </w:r>
      <w:r>
        <w:t>shaitan aaj par dhyan jo hai, markaz kardeta hai. Aaj par zehen ko centralize kardeta hai, kal par hata deta hai. Kal kya hoga?</w:t>
      </w:r>
    </w:p>
    <w:p>
      <w:pPr>
        <w:jc w:val="right"/>
      </w:pPr>
      <w:r>
        <w:t>سیٹن آج پر دھیانجوہے، مرک زکردیتاہے۔ آج پر ذہنکوسینٹرلائزکردیتاہے، کل پر ہٹادیتاہے۔کلکیاہوگا؟</w:t>
      </w:r>
    </w:p>
    <w:p>
      <w:r>
        <w:rPr>
          <w:b/>
        </w:rPr>
        <w:t xml:space="preserve">[49:39] </w:t>
      </w:r>
      <w:r>
        <w:t>Bas yeh shaitan ka tareeqa hai.</w:t>
      </w:r>
    </w:p>
    <w:p>
      <w:pPr>
        <w:jc w:val="right"/>
      </w:pPr>
      <w:r>
        <w:t>بس یہشیطانکاطریقہہے۔</w:t>
      </w:r>
    </w:p>
    <w:p>
      <w:r>
        <w:rPr>
          <w:b/>
        </w:rPr>
        <w:t xml:space="preserve">[49:45] </w:t>
      </w:r>
      <w:r>
        <w:t>Yeh hangamon ke baad bhi koi aadmi, ek hi aadmi baithega, aakar ke aise ke saare cities jo hain, woh jakar ke takht par baith jayenge. Aisa to mumkin nahin, possible nahin hai.</w:t>
      </w:r>
    </w:p>
    <w:p>
      <w:pPr>
        <w:jc w:val="right"/>
      </w:pPr>
      <w:r>
        <w:t>یہ ہنگامےکےبعدبھیکوئی آدمی،ایکہیآدمیبیٹھےگا،آکرکے ایسےکہسارےسٹیزنجوہیں،وہجاکرکے تختپربیٹھجائیںگے۔ایساتو ممکنہینہیں،پاسیبلہینہیںہے۔</w:t>
      </w:r>
    </w:p>
    <w:p>
      <w:r>
        <w:rPr>
          <w:b/>
        </w:rPr>
        <w:t xml:space="preserve">[49:59] </w:t>
      </w:r>
      <w:r>
        <w:t>Yoon un mein sabse pehle democracy kaha jata hai ke shuru hui. City state thi wahan par, Greece mein city state.</w:t>
      </w:r>
    </w:p>
    <w:p>
      <w:pPr>
        <w:jc w:val="right"/>
      </w:pPr>
      <w:r>
        <w:t>یون انمیں سبسےپہلے ڈیموکریسیکہاجاتاہےکہشروع ہوئی۔ سٹیاسٹیٹتھیوہاںپر، گریسمیںس ٹیاسٹیٹ۔</w:t>
      </w:r>
    </w:p>
    <w:p>
      <w:r>
        <w:rPr>
          <w:b/>
        </w:rPr>
        <w:t xml:space="preserve">[50:09] </w:t>
      </w:r>
      <w:r>
        <w:t>To wahan par kya kiya tha logon ne? Woh the, woh idealist log, idealist ke sab sab karol, sab karol.</w:t>
      </w:r>
    </w:p>
    <w:p>
      <w:pPr>
        <w:jc w:val="right"/>
      </w:pPr>
      <w:r>
        <w:t>تووہاںپر کیا کیاتھالوگوںنے ؟وہیتھے،وہ آئیڈیلسٹلوگ،آئیڈیلسٹ کہ سب سبکارول، سب کارول۔</w:t>
      </w:r>
    </w:p>
    <w:p>
      <w:r>
        <w:rPr>
          <w:b/>
        </w:rPr>
        <w:t xml:space="preserve">[50:19] </w:t>
      </w:r>
      <w:r>
        <w:t>To wahan par Athens mein saare log ikattha hote the aur sab ke consensus se baat pass ki jati thi.</w:t>
      </w:r>
    </w:p>
    <w:p>
      <w:pPr>
        <w:jc w:val="right"/>
      </w:pPr>
      <w:r>
        <w:t>تووہاںپر ایتھنزمیں سارےلوگاکٹھاہوتےتھے اور اورسب کےکنس نسسسےباتپاسکیجاتیتھی۔</w:t>
      </w:r>
    </w:p>
    <w:p>
      <w:r>
        <w:rPr>
          <w:b/>
        </w:rPr>
        <w:t xml:space="preserve">[50:29] </w:t>
      </w:r>
      <w:r>
        <w:t>Yeh pata chala ke chal nahin sakta, yeh work nahin kar sakta,</w:t>
      </w:r>
    </w:p>
    <w:p>
      <w:pPr>
        <w:jc w:val="right"/>
      </w:pPr>
      <w:r>
        <w:t>یہپتہچلاکہچلنہیںسکتا،یہ یہورکنہیںکرسکتا،</w:t>
      </w:r>
    </w:p>
    <w:p>
      <w:r>
        <w:rPr>
          <w:b/>
        </w:rPr>
        <w:t xml:space="preserve">[50:33] </w:t>
      </w:r>
      <w:r>
        <w:t>Yeh is ki koi feasibility nahin hai. To dheere dheere, dheere dheere consensus, consensus ke bajaye majority par aage log. Majority par aage.</w:t>
      </w:r>
    </w:p>
    <w:p>
      <w:pPr>
        <w:jc w:val="right"/>
      </w:pPr>
      <w:r>
        <w:t>یہ اسکیکوئیفیزی بلٹینہیںہے۔ تو دھیرےدھیرے،دھیرےدھیرے کنسنسس ،کنسنسسکےبجائے میجورٹیپرآگئےلوگ۔ میجورٹیپہآگئے۔</w:t>
      </w:r>
    </w:p>
    <w:p>
      <w:r>
        <w:rPr>
          <w:b/>
        </w:rPr>
        <w:t xml:space="preserve">[50:44] </w:t>
      </w:r>
      <w:r>
        <w:t>France mein jo inqilab aaya democracy ka, to bola gaya tha ke Government of the people, by the people, for the people. Lekin yeh bhi ek ek ek false false food mein jeena hai.</w:t>
      </w:r>
    </w:p>
    <w:p>
      <w:pPr>
        <w:jc w:val="right"/>
      </w:pPr>
      <w:r>
        <w:t>فرانس میںجوانقلابآیا ڈیموکریسیکا ،تو بولاگیاتھا کہ گورنمنٹآفداپیپل،بائےداپیپل،فارداپیپل۔لیکنیہبھیایک ایک ایک فالس فالسفوڈ میںجیناہے۔</w:t>
      </w:r>
    </w:p>
    <w:p>
      <w:r>
        <w:rPr>
          <w:b/>
        </w:rPr>
        <w:t xml:space="preserve">[50:57] </w:t>
      </w:r>
      <w:r>
        <w:t>Government of majority hoti hai, Government of people kabhi bhi nahin hota hai.</w:t>
      </w:r>
    </w:p>
    <w:p>
      <w:pPr>
        <w:jc w:val="right"/>
      </w:pPr>
      <w:r>
        <w:t>گورنمنٹآفمیجورٹیہوتیہے، گورنمنٹآفپیپلکبھیبھینہیںہوتاہے۔</w:t>
      </w:r>
    </w:p>
    <w:p>
      <w:r>
        <w:rPr>
          <w:b/>
        </w:rPr>
        <w:t xml:space="preserve">[51:01] </w:t>
      </w:r>
      <w:r>
        <w:t>Impossible hai. To lekin shaitan, shaitan logon ko aisa bhaka ta hai. Shaitan bhaka ta hai logon ko.</w:t>
      </w:r>
    </w:p>
    <w:p>
      <w:pPr>
        <w:jc w:val="right"/>
      </w:pPr>
      <w:r>
        <w:t>امپاسیبل ہے۔ تو لیکن سیٹن، سیٹنلوگوںکوایسابھاکاتاہے۔ سیٹنبھاکاتاہےلوگوںکو ۔</w:t>
      </w:r>
    </w:p>
    <w:p>
      <w:r>
        <w:rPr>
          <w:b/>
        </w:rPr>
        <w:t xml:space="preserve">[51:13] </w:t>
      </w:r>
      <w:r>
        <w:t>Har har insan ko sochna chahiye ke main har subah shaam ke main shaitan ke influence mein to nahin aa gaya hoon. Isliye aap dekhte hain ke hamare mission mein zor diya jata hai positive thinking par.</w:t>
      </w:r>
    </w:p>
    <w:p>
      <w:pPr>
        <w:jc w:val="right"/>
      </w:pPr>
      <w:r>
        <w:t>ہر ہر انسان کو سوچناچاہیےکہ میں ہرصبح شام کہمیں سیٹنکےانفلوئنسمیںتونہیںآگیاہوں۔ اسیلیےآپدیکھتےہیںکہہمارےمشنمیں زوردیاجاتاہے پازیٹیوتھنکنگپر۔</w:t>
      </w:r>
    </w:p>
    <w:p>
      <w:r>
        <w:rPr>
          <w:b/>
        </w:rPr>
        <w:t xml:space="preserve">[51:28] </w:t>
      </w:r>
      <w:r>
        <w:t>Hum kehte hain ke negative thinking ek percent bhi nah lao apne andar.</w:t>
      </w:r>
    </w:p>
    <w:p>
      <w:pPr>
        <w:jc w:val="right"/>
      </w:pPr>
      <w:r>
        <w:t>ہمکہتےہیںکہنیگیٹیوتھنکنگ ایک پرسنٹبھینہلاؤاپنےاندر۔</w:t>
      </w:r>
    </w:p>
    <w:p>
      <w:r>
        <w:rPr>
          <w:b/>
        </w:rPr>
        <w:t xml:space="preserve">[51:35] </w:t>
      </w:r>
      <w:r>
        <w:t>Aaj hi subah hamare mission ke ek sahib se mulaqat hui to kisi office mein woh kaam karte hain. Unhon ne kaha hamare office mein aaj kal kuch aisa ho raha hai.</w:t>
      </w:r>
    </w:p>
    <w:p>
      <w:pPr>
        <w:jc w:val="right"/>
      </w:pPr>
      <w:r>
        <w:t>آجہیصبح ہمارے اسمشنکےایکصاحبسےملاقاتہوئی تو کسی افسمیںوہکامکرتے ہیں۔ انہوںنےکہاہمارےافسمیںآجکلکچھ ایساہورہاہے۔</w:t>
      </w:r>
    </w:p>
    <w:p>
      <w:r>
        <w:rPr>
          <w:b/>
        </w:rPr>
        <w:t xml:space="preserve">[51:45] </w:t>
      </w:r>
      <w:r>
        <w:t>Yani kuch office ke baare mein unhon ne koi aisi baat ki jis se unke andar ek shikayati zehen mujhe mehsoos hua. To maine kaha dekhen is shikayat khatam kijiye, aap dua kijiye.</w:t>
      </w:r>
    </w:p>
    <w:p>
      <w:pPr>
        <w:jc w:val="right"/>
      </w:pPr>
      <w:r>
        <w:t>یعنیکچھافسکےبارےمیںانہوںنےکوئیایسیباتکی جسسےانکےاندر ایک شکایتیذہنمجھےمحسوسہوا۔ تومیںنےکہادیکھیںاسشکایتختمکیجئے، آپ دعاکیجئے۔</w:t>
      </w:r>
    </w:p>
    <w:p>
      <w:r>
        <w:rPr>
          <w:b/>
        </w:rPr>
        <w:t xml:space="preserve">[51:56] </w:t>
      </w:r>
      <w:r>
        <w:t>Shikayat ka alternate dua hai. Jahan aap dekhen ke aap ko koi cheez pasand nahin aa rahi hai aur aap ke andar shikayat develop ho rahi hai, to jald se dua kijiye.</w:t>
      </w:r>
    </w:p>
    <w:p>
      <w:pPr>
        <w:jc w:val="right"/>
      </w:pPr>
      <w:r>
        <w:t>شکایت کا الٹرنیٹودعاہے۔ جہاںآپدیکھیںکہ آپ کوکوئیچیز پسندنہیں آرہیہے اور آپکےاندرشکایتڈیولپہورہیہے،توجلدیسےدعاکیجئے۔</w:t>
      </w:r>
    </w:p>
    <w:p>
      <w:r>
        <w:rPr>
          <w:b/>
        </w:rPr>
        <w:t xml:space="preserve">[52:11] </w:t>
      </w:r>
      <w:r>
        <w:t>Dua alternate hai shikayat ka. Dua alternate hai negative thinking ka. Dua alternate hai protest ka.</w:t>
      </w:r>
    </w:p>
    <w:p>
      <w:pPr>
        <w:jc w:val="right"/>
      </w:pPr>
      <w:r>
        <w:t>دعاالٹرنیٹوہے شک ایتکا ۔ دعاالٹر نی ٹوہےنیگیٹیوتھنکنگکا۔ دعا الٹرنیٹوہے پروٹیسٹکا۔</w:t>
      </w:r>
    </w:p>
    <w:p>
      <w:r>
        <w:rPr>
          <w:b/>
        </w:rPr>
        <w:t xml:space="preserve">[52:20] </w:t>
      </w:r>
      <w:r>
        <w:t>Dua alternate hai nafrat ka.</w:t>
      </w:r>
    </w:p>
    <w:p>
      <w:pPr>
        <w:jc w:val="right"/>
      </w:pPr>
      <w:r>
        <w:t>دعاالٹرنیٹوہے نفرتکا ۔</w:t>
      </w:r>
    </w:p>
    <w:p>
      <w:r>
        <w:rPr>
          <w:b/>
        </w:rPr>
        <w:t xml:space="preserve">[52:24] </w:t>
      </w:r>
      <w:r>
        <w:t>Har woh cheez jis ke liye aap gussa ho jate hain, jis ke liye aap bhadak uthte hain, jis ke liye aap sadkon par aate hain, us ko dua kijiye. Us ke liye Allah se maangiye.</w:t>
      </w:r>
    </w:p>
    <w:p>
      <w:pPr>
        <w:jc w:val="right"/>
      </w:pPr>
      <w:r>
        <w:t>ہروہچیزجسکےلیےآپ غصہہوجاتےہیں، جسکےلیےآپبھڑکاٹھتےہیں، جسکےلیےآپ سڑکوںپہاترآتےہیں،اسکودعاکیجئے۔اسکےلیے اللہسےمانگی ے۔</w:t>
      </w:r>
    </w:p>
    <w:p>
      <w:r>
        <w:rPr>
          <w:b/>
        </w:rPr>
        <w:t xml:space="preserve">[52:39] </w:t>
      </w:r>
      <w:r>
        <w:t>Kitni umda taleem hai hadees mein: "Adwalhum haqqa m wasil Allah haqqa kum".</w:t>
      </w:r>
    </w:p>
    <w:p>
      <w:pPr>
        <w:jc w:val="right"/>
      </w:pPr>
      <w:r>
        <w:t>کتنیعمدہتعلیم ہےحدیثمیں: "ادوالہم حق م وصل اللہحق کم"۔</w:t>
      </w:r>
    </w:p>
    <w:p>
      <w:r>
        <w:rPr>
          <w:b/>
        </w:rPr>
        <w:t xml:space="preserve">[52:48] </w:t>
      </w:r>
      <w:r>
        <w:t>Yani dusron ka haqq unhen do, dusron ke taqaze pure karo,</w:t>
      </w:r>
    </w:p>
    <w:p>
      <w:pPr>
        <w:jc w:val="right"/>
      </w:pPr>
      <w:r>
        <w:t>یعنیدوسروںکا حق انہیں دو،دوسروںکے تقاضےپورےکرو،</w:t>
      </w:r>
    </w:p>
    <w:p>
      <w:r>
        <w:rPr>
          <w:b/>
        </w:rPr>
        <w:t xml:space="preserve">[52:53] </w:t>
      </w:r>
      <w:r>
        <w:t>Apne taqaze Allah se maango.</w:t>
      </w:r>
    </w:p>
    <w:p>
      <w:pPr>
        <w:jc w:val="right"/>
      </w:pPr>
      <w:r>
        <w:t>اپنے تقاضےاللہسےمانگو ۔</w:t>
      </w:r>
    </w:p>
    <w:p>
      <w:r>
        <w:rPr>
          <w:b/>
        </w:rPr>
        <w:t xml:space="preserve">[52:57] </w:t>
      </w:r>
      <w:r>
        <w:t>Is hadees par gaur karte hue mujhe ek baat samajh mein aati hai ke human rights ka jo concept hai, woh Islami concept nahin hai. Islami concept hai divine rights.</w:t>
      </w:r>
    </w:p>
    <w:p>
      <w:pPr>
        <w:jc w:val="right"/>
      </w:pPr>
      <w:r>
        <w:t>اسحدیثپرغورکرتے ہوئے مجھےایکباتسمجھمیںآتیہے کہ ہیومنرائٹسکاجوکانسیپٹہے،وہاسلامی کانسیپٹنہیںہے۔ اسلامی کانسیپٹہےڈیوائنرائٹس۔</w:t>
      </w:r>
    </w:p>
    <w:p>
      <w:r>
        <w:rPr>
          <w:b/>
        </w:rPr>
        <w:t xml:space="preserve">[53:08] </w:t>
      </w:r>
      <w:r>
        <w:t>Yani khuda ke huqooq par aap apne aap ko centralize karein, khuda ke huqooq ko apne focus mein rakhein. Yeh ke mujhe yeh haqq nahin mila, mujhe woh haqq nahin mila, yeh shaitan ki baat hai.</w:t>
      </w:r>
    </w:p>
    <w:p>
      <w:pPr>
        <w:jc w:val="right"/>
      </w:pPr>
      <w:r>
        <w:t>یعنیخداکےحقوق پرآپ اپنے آپ کو سینٹرلائزکریں، خداکےحقوق کواپنےفوکسمیںرکھیں۔ یہ کہمجھےیہحقنہیںملا،مجھےوہحقنہیںملا، یہ سیٹنکباتہے۔</w:t>
      </w:r>
    </w:p>
    <w:p>
      <w:r>
        <w:rPr>
          <w:b/>
        </w:rPr>
        <w:t xml:space="preserve">[53:20] </w:t>
      </w:r>
      <w:r>
        <w:t>tamam paighambar aap dekhiye, jitne paigh</w:t>
      </w:r>
    </w:p>
    <w:p>
      <w:pPr>
        <w:jc w:val="right"/>
      </w:pPr>
      <w:r>
        <w:t>تمام پیغمبرآپدیکھیے،جتنےپیغم</w:t>
      </w:r>
    </w:p>
    <w:p>
      <w:r>
        <w:rPr>
          <w:b/>
        </w:rPr>
        <w:t xml:space="preserve">[53:22] </w:t>
      </w:r>
      <w:r>
        <w:t>bar aaye, sab mein divine rights ki baat ki, kisi ne bhi human rights ki baat nahi ki. saare fitne human rights se paida hote hain.</w:t>
      </w:r>
    </w:p>
    <w:p>
      <w:pPr>
        <w:jc w:val="right"/>
      </w:pPr>
      <w:r>
        <w:t>برآئے، سب میںڈیوائنرائٹسکیباتکی، کسی نےبھی ہیومنرائٹسکیباتنہیں کی۔ سارے فتنےہیومنرائٹسےپیدا ہوتےہیں۔</w:t>
      </w:r>
    </w:p>
    <w:p>
      <w:r>
        <w:rPr>
          <w:b/>
        </w:rPr>
        <w:t xml:space="preserve">[53:32] </w:t>
      </w:r>
      <w:r>
        <w:t>human rights mein emphasis hai shikayat. jitne bhi human rights activist hain, woh shikayat ki baatein bolte hain. duniya bhar mein jitne human rights activist hain, woh kya shikayat, nafrat, yehi bolian ki hoti hai hamesha.</w:t>
      </w:r>
    </w:p>
    <w:p>
      <w:pPr>
        <w:jc w:val="right"/>
      </w:pPr>
      <w:r>
        <w:t>ہیومنرائٹس میںایمپلیسٹہےشکایت۔ جتنےبھیہیومنرائٹایکٹیوسٹہیں،وہشکایتکیباتیںبولتےہیں۔ دنیا بھرمیںجتنےہیومنرائٹایکٹیوسٹہیں،وہکیا شک ایت ،نفرت، یہیبولیانکیہوتیہےہمیشہ۔</w:t>
      </w:r>
    </w:p>
    <w:p>
      <w:r>
        <w:rPr>
          <w:b/>
        </w:rPr>
        <w:t xml:space="preserve">[53:48] </w:t>
      </w:r>
      <w:r>
        <w:t>yeh koi boli nahi hai.</w:t>
      </w:r>
    </w:p>
    <w:p>
      <w:pPr>
        <w:jc w:val="right"/>
      </w:pPr>
      <w:r>
        <w:t>یہکوئیبولینہیںہے۔</w:t>
      </w:r>
    </w:p>
    <w:p>
      <w:r>
        <w:rPr>
          <w:b/>
        </w:rPr>
        <w:t xml:space="preserve">[53:51] </w:t>
      </w:r>
      <w:r>
        <w:t>isliye mein yeh kahunga ke paighambaron ka jo tareeqa hai, paighambaron ka jo tareeqa hai, Rasool Allah sallallahu alaihi wa sallam samet, woh hai divine rights par focus karna.</w:t>
      </w:r>
    </w:p>
    <w:p>
      <w:pPr>
        <w:jc w:val="right"/>
      </w:pPr>
      <w:r>
        <w:t>اسلیےمیں یہکہوںگاکہ پیغمبروںکاجو طریقہہے، پیغمبروںکاجو طریقہہے،رسولاللہصلیاللہعلیہوسلم سمیت، وہہے ڈیوائنرائٹسپر فوکسکرنا۔</w:t>
      </w:r>
    </w:p>
    <w:p>
      <w:r>
        <w:rPr>
          <w:b/>
        </w:rPr>
        <w:t xml:space="preserve">[54:05] </w:t>
      </w:r>
      <w:r>
        <w:t>aur yeh aik aik yeh aik aik bigaar ki baat hai. samaaj mein badambaazi paida karna hai, samaaj mein nafrat paida karna hai keh aap human rights ki baatein karein, human duties ki baat kijaye.</w:t>
      </w:r>
    </w:p>
    <w:p>
      <w:pPr>
        <w:jc w:val="right"/>
      </w:pPr>
      <w:r>
        <w:t>اور یہ ایک ایک یہایک ایک بگاڑکیباتہے۔ سماجمیں بدامبازیپیدا کرناہے،سماجمیںنفرتپیداکرناہےکہآپ ہیومنرائٹسکیباتیںکریں، ہیومنڈیوٹیزکیباتکیجائے۔</w:t>
      </w:r>
    </w:p>
    <w:p>
      <w:r>
        <w:rPr>
          <w:b/>
        </w:rPr>
        <w:t xml:space="preserve">[54:18] </w:t>
      </w:r>
      <w:r>
        <w:t>to formula kya hai?</w:t>
      </w:r>
    </w:p>
    <w:p>
      <w:pPr>
        <w:jc w:val="right"/>
      </w:pPr>
      <w:r>
        <w:t>تو فارمولاکیاہے؟</w:t>
      </w:r>
    </w:p>
    <w:p>
      <w:r>
        <w:rPr>
          <w:b/>
        </w:rPr>
        <w:t xml:space="preserve">[54:21] </w:t>
      </w:r>
      <w:r>
        <w:t>two point formula: "divine rights, human duties". yeh formula hua: two point formula: "divine rights, human duties".</w:t>
      </w:r>
    </w:p>
    <w:p>
      <w:pPr>
        <w:jc w:val="right"/>
      </w:pPr>
      <w:r>
        <w:t>ٹوپوائنٹفارمولا: "ڈیوائنرائٹس،ہیومنڈیوٹیز"۔ یہ فارمولاہوا: ٹوپوائنٹفارمولا: "ڈیوائنرائٹس، ہیومنڈیوٹیز"۔</w:t>
      </w:r>
    </w:p>
    <w:p>
      <w:r>
        <w:rPr>
          <w:b/>
        </w:rPr>
        <w:t xml:space="preserve">[54:33] </w:t>
      </w:r>
      <w:r>
        <w:t>insaan ke maamle mein duty poori kijye, khuda ke maamle mein uska haq ada kijye.</w:t>
      </w:r>
    </w:p>
    <w:p>
      <w:pPr>
        <w:jc w:val="right"/>
      </w:pPr>
      <w:r>
        <w:t>انسان کےمعاملےمیںڈیوٹیپوریکیجئے، خداکےمعاملےمیںاسکاحقاداکیجئے۔</w:t>
      </w:r>
    </w:p>
    <w:p>
      <w:r>
        <w:rPr>
          <w:b/>
        </w:rPr>
        <w:t xml:space="preserve">[54:41] </w:t>
      </w:r>
      <w:r>
        <w:t>is hadees par ghaur karte hue mere saamne yeh baat aati hai keh islam ne ya paighambaron ne two point formula diya hai.</w:t>
      </w:r>
    </w:p>
    <w:p>
      <w:pPr>
        <w:jc w:val="right"/>
      </w:pPr>
      <w:r>
        <w:t>اسحدیثپرغورکرتے ہوئےمیرےسامنےیہباتآتیہے کہاسلام نے یا پیغمبروںنے ٹوپوائنٹفارمولادیاہے۔</w:t>
      </w:r>
    </w:p>
    <w:p>
      <w:r>
        <w:rPr>
          <w:b/>
        </w:rPr>
        <w:t xml:space="preserve">[54:51] </w:t>
      </w:r>
      <w:r>
        <w:t>woh bees bees karta hai yani do usoolon par: "divine rights, human duties". human duties keh insaan ke baare mein aap sochein, aap to apni duty yaad karein.</w:t>
      </w:r>
    </w:p>
    <w:p>
      <w:pPr>
        <w:jc w:val="right"/>
      </w:pPr>
      <w:r>
        <w:t>وہ بیس بیسکرتاہےیعنیدواصولوںپر: "ڈیوائنرائٹس،ہیومنڈیوٹیز"۔ ہیومنڈیوٹیز کہانسان کےبارےمیںآپسوچیں،آپ تواپنی ڈیوٹییادکریں۔</w:t>
      </w:r>
    </w:p>
    <w:p>
      <w:r>
        <w:rPr>
          <w:b/>
        </w:rPr>
        <w:t xml:space="preserve">[55:04] </w:t>
      </w:r>
      <w:r>
        <w:t>insaan ke baare mein sochein to aap yeh sochein keh mujhe kya karna chahiye, mujhe kya dena hai insaan ko. meri taraf se insaan ko kya milna chahiye? meri taraf se usko khairkhwahi mile, meri taraf se mohabbat mile, meri taraf se mile keh main uske liye koi problem create nahi kar raha hoon.</w:t>
      </w:r>
    </w:p>
    <w:p>
      <w:pPr>
        <w:jc w:val="right"/>
      </w:pPr>
      <w:r>
        <w:t>انسان کےبارےمیںسوچیںتوآپیہسوچیںکہمجھےکیا کرناچاہیے،مجھےکیادیناہے انسانکو ۔ میریطرفسےانسانکوکیاملناچاہیے؟ میریطرفسےاسکوخیرخواہیملے،میریطرفسےمحبت ملے، میریطرفسے ملےکہمیں اسکےلیےکوئیپرابلم کریٹنہکررہاہوں۔</w:t>
      </w:r>
    </w:p>
    <w:p>
      <w:r>
        <w:rPr>
          <w:b/>
        </w:rPr>
        <w:t xml:space="preserve">[55:22] </w:t>
      </w:r>
      <w:r>
        <w:t>yeh sab mile insaan ko meri taraf se. aur khuda ke liye ek khuda ka haq ada karein aap. aur sab ka haq yeh hai keh aap shukar shukarguzar banen.</w:t>
      </w:r>
    </w:p>
    <w:p>
      <w:pPr>
        <w:jc w:val="right"/>
      </w:pPr>
      <w:r>
        <w:t>یہسبملے انسانکومیریطرفسے۔ اورخداکےلیے ایکخداکاحقوقاداکریںآپ ۔اورسبکاحقیہہےکہآپشکر شکرگزاربنیں۔</w:t>
      </w:r>
    </w:p>
    <w:p>
      <w:r>
        <w:rPr>
          <w:b/>
        </w:rPr>
        <w:t xml:space="preserve">[55:31] </w:t>
      </w:r>
      <w:r>
        <w:t>shukarguzari khuda ka haq hai. jab allah ta'ala ne aapko yeh sab cheezein diya hai,</w:t>
      </w:r>
    </w:p>
    <w:p>
      <w:pPr>
        <w:jc w:val="right"/>
      </w:pPr>
      <w:r>
        <w:t>شکرگزاریخداکاحقہے۔ جب اللہ تعالینےآپکو یہسبچیزیںدیا ہے،</w:t>
      </w:r>
    </w:p>
    <w:p>
      <w:r>
        <w:rPr>
          <w:b/>
        </w:rPr>
        <w:t xml:space="preserve">[55:41] </w:t>
      </w:r>
      <w:r>
        <w:t>kal ek saath TV mein baat ho rahi thi to maine yeh kaha keh shukarguzari ka kya samajhte hain aap? keh aap ko sone ka paad diya jaye to aap shukar karein.</w:t>
      </w:r>
    </w:p>
    <w:p>
      <w:pPr>
        <w:jc w:val="right"/>
      </w:pPr>
      <w:r>
        <w:t>کل ایکساتھ ٹی ویمیںباتہورہیتھیتومیںنےیہکہا کہ شکرگزاریکاکیاسمجھتےہیںآپ؟ کہآپکوسونےکاپاڑدیاجائےتوآپشکرکریں۔</w:t>
      </w:r>
    </w:p>
    <w:p>
      <w:r>
        <w:rPr>
          <w:b/>
        </w:rPr>
        <w:t xml:space="preserve">[55:50] </w:t>
      </w:r>
      <w:r>
        <w:t>already aap ko shukar karna hai jo mila hua hai aap ko. to maine kaha keh dekhiye, aap ke do kaan hain aur do aankhein. ji, agar aankh kaan ki jagah hoti aur kaan aankh ki jagah hota to kitna ajeeb haliya ban jaata hai aap ka.</w:t>
      </w:r>
    </w:p>
    <w:p>
      <w:pPr>
        <w:jc w:val="right"/>
      </w:pPr>
      <w:r>
        <w:t>الریڈیآپکوشکرکرناہےجوملاہواہےآپکو ۔ تومیںنےکہاکہدیکھیے،آپ کے دو کان ہیں اور دوآنکھیں۔ جی، اگر آنکھ کانکیجگہہوتی اورکان آنکھکیجگہہوتا تو کتناعجیبحلیہبنجاتاہےآپکا۔</w:t>
      </w:r>
    </w:p>
    <w:p>
      <w:r>
        <w:rPr>
          <w:b/>
        </w:rPr>
        <w:t xml:space="preserve">[56:07] </w:t>
      </w:r>
      <w:r>
        <w:t>yani do aankh jo hai yahan hoti aur do kaan yahan hote to zindagi mushkil ban jaati.</w:t>
      </w:r>
    </w:p>
    <w:p>
      <w:pPr>
        <w:jc w:val="right"/>
      </w:pPr>
      <w:r>
        <w:t>یعنیدو آنکھجوہے یہاں ہوتیاور دو کانیہاںہوتے تو زندگی مشکل بنجاتی۔</w:t>
      </w:r>
    </w:p>
    <w:p>
      <w:r>
        <w:rPr>
          <w:b/>
        </w:rPr>
        <w:t xml:space="preserve">[56:16] </w:t>
      </w:r>
      <w:r>
        <w:t>aise aap ke haathon mein dekhiye, das ungli haath mein, das ungli paon mein. haath ki ungli badi hai, paon ki ungli chhoti hai. agar haath ki ungli chhoti hoti, paon ki ungli badi hoti to phir zindagi mushkil ho jaati.</w:t>
      </w:r>
    </w:p>
    <w:p>
      <w:pPr>
        <w:jc w:val="right"/>
      </w:pPr>
      <w:r>
        <w:t>ایسےآپکےہاتھوںمیںدیکھیے، دسانگلی ہاتھمیں،دسانگلی پاؤںمیں۔ ہاتھکیانگلی بڑیہے،پاؤںکیانگلیچھوٹیہے۔ اگر ہاتھکیانگلیچھوٹیہوتی، پاؤںکیانگلی بڑیہوتی تو پھرزندگی مشکل ہوجاتی۔</w:t>
      </w:r>
    </w:p>
    <w:p>
      <w:r>
        <w:rPr>
          <w:b/>
        </w:rPr>
        <w:t xml:space="preserve">[56:33] </w:t>
      </w:r>
      <w:r>
        <w:t>to is tarah sochte rahein to aap already jo mila hua hai, wohi sab shukar ka khazana hai. phir aap ko oxygen supply ho raha hai,</w:t>
      </w:r>
    </w:p>
    <w:p>
      <w:pPr>
        <w:jc w:val="right"/>
      </w:pPr>
      <w:r>
        <w:t>تو اس طرحسوچتےرہیںتوآپ الریڈیجو ملاہواہے، وہی سبشکرکا خزانہہے۔ پھرآپکو اکسیجنسپلائیہورہاہے،</w:t>
      </w:r>
    </w:p>
    <w:p>
      <w:r>
        <w:rPr>
          <w:b/>
        </w:rPr>
        <w:t xml:space="preserve">[56:43] </w:t>
      </w:r>
      <w:r>
        <w:t>aap ko hawa mili hui hai jis se aap ke baad jo hai do satoon tak pahunchti hai. suraj mila hua hai aap ko, zameen, aasman sab mila hua hai aap ko.</w:t>
      </w:r>
    </w:p>
    <w:p>
      <w:pPr>
        <w:jc w:val="right"/>
      </w:pPr>
      <w:r>
        <w:t>آپکوہوا ملیہوئی ہے جسسےآپکےبعد جوہے دو ستوںتکپہنچتیہے۔ سورجملاہواہےآپکو ، زمین ،آسمانسبملاہواہےآپکو ۔</w:t>
      </w:r>
    </w:p>
    <w:p>
      <w:r>
        <w:rPr>
          <w:b/>
        </w:rPr>
        <w:t xml:space="preserve">[56:54] </w:t>
      </w:r>
      <w:r>
        <w:t>isi par shukar kijye. political seat aap ko nahi mili hui to isi par hangama karenge.</w:t>
      </w:r>
    </w:p>
    <w:p>
      <w:pPr>
        <w:jc w:val="right"/>
      </w:pPr>
      <w:r>
        <w:t>اسیپرشکرکیجئے۔ پولیٹیکلسیٹآپکونہیںملیہوئیتواسیپرہنگامہکریںگے۔</w:t>
      </w:r>
    </w:p>
    <w:p>
      <w:r>
        <w:rPr>
          <w:b/>
        </w:rPr>
        <w:t xml:space="preserve">[57:03] </w:t>
      </w:r>
      <w:r>
        <w:t>woh to seat ki baat hai.</w:t>
      </w:r>
    </w:p>
    <w:p>
      <w:pPr>
        <w:jc w:val="right"/>
      </w:pPr>
      <w:r>
        <w:t>وہتو سیٹنکیباتہے۔</w:t>
      </w:r>
    </w:p>
    <w:p>
      <w:r>
        <w:rPr>
          <w:b/>
        </w:rPr>
        <w:t xml:space="preserve">[57:10] </w:t>
      </w:r>
      <w:r>
        <w:t>yeh</w:t>
      </w:r>
    </w:p>
    <w:p>
      <w:pPr>
        <w:jc w:val="right"/>
      </w:pPr>
      <w:r>
        <w:t>یہ</w:t>
      </w:r>
    </w:p>
    <w:p>
      <w:r>
        <w:rPr>
          <w:b/>
        </w:rPr>
        <w:t xml:space="preserve">[57:11] </w:t>
      </w:r>
      <w:r>
        <w:t>yeh baatein hain sochne ki.</w:t>
      </w:r>
    </w:p>
    <w:p>
      <w:pPr>
        <w:jc w:val="right"/>
      </w:pPr>
      <w:r>
        <w:t>یسبباتیںہیںسوچنےکی۔</w:t>
      </w:r>
    </w:p>
    <w:p>
      <w:r>
        <w:rPr>
          <w:b/>
        </w:rPr>
        <w:t xml:space="preserve">[57:16] </w:t>
      </w:r>
      <w:r>
        <w:t>ek naara le kar khara ho jaana aur hangama karna, yeh soch woh soch nahi hoti hai, woh to seat ke naare hote hain.</w:t>
      </w:r>
    </w:p>
    <w:p>
      <w:pPr>
        <w:jc w:val="right"/>
      </w:pPr>
      <w:r>
        <w:t>ایک نعرہلےکرکھڑاہوجانااورہنگامہکرنا، یہسوچ وہسوچنہیںہوتیہے،وہتو سیٹنکےنعرےہوتےہیں۔</w:t>
      </w:r>
    </w:p>
    <w:p>
      <w:r>
        <w:rPr>
          <w:b/>
        </w:rPr>
        <w:t xml:space="preserve">[57:30] </w:t>
      </w:r>
      <w:r>
        <w:t>kal main soch raha tha keh quran majeed mein hai: "sakhkhara lakum mahfooz samawat wal ard". yeh sochna kya cheez hai?</w:t>
      </w:r>
    </w:p>
    <w:p>
      <w:pPr>
        <w:jc w:val="right"/>
      </w:pPr>
      <w:r>
        <w:t>کل میںسوچرہاتھاکہ قرآنمجیدمیںہے: "سخر لکممحفوظسماوات وال ارض"۔ یہ سوچناکیاچیزہے؟</w:t>
      </w:r>
    </w:p>
    <w:p>
      <w:r>
        <w:rPr>
          <w:b/>
        </w:rPr>
        <w:t xml:space="preserve">[57:38] </w:t>
      </w:r>
      <w:r>
        <w:t>is ki misaal deta hoon main aap ko:</w:t>
      </w:r>
    </w:p>
    <w:p>
      <w:pPr>
        <w:jc w:val="right"/>
      </w:pPr>
      <w:r>
        <w:t>اسکیمثالدیتاہوںمیںآپکو :</w:t>
      </w:r>
    </w:p>
    <w:p>
      <w:r>
        <w:rPr>
          <w:b/>
        </w:rPr>
        <w:t xml:space="preserve">[57:42] </w:t>
      </w:r>
      <w:r>
        <w:t>"sakhkhara lakum mahfooz samawat wal ard". zameen aur aasman mein jo kuchh hai, sab tumhare liye musakhkhar kar diya gaya hai, tumhare taabe kar diya gaya hai.</w:t>
      </w:r>
    </w:p>
    <w:p>
      <w:pPr>
        <w:jc w:val="right"/>
      </w:pPr>
      <w:r>
        <w:t>"س خرلکممحفوظسماوات والارض"۔ زمین وآسمانمیںجوکچھہے،سبتمہارےلیے مسخرکردیاگیاہے، تمہارےتابعکردیاگیاہے۔</w:t>
      </w:r>
    </w:p>
    <w:p>
      <w:r>
        <w:rPr>
          <w:b/>
        </w:rPr>
        <w:t xml:space="preserve">[57:53] </w:t>
      </w:r>
      <w:r>
        <w:t>to maine socha keh dekhiye, zameen hamare qabze mein hai, suraj hamein roshni de raha hai, hawa hamein, darakht hamein oxygen supply kar rahe hain.</w:t>
      </w:r>
    </w:p>
    <w:p>
      <w:pPr>
        <w:jc w:val="right"/>
      </w:pPr>
      <w:r>
        <w:t>تومیںنےسوچاکہدیکھیے، زمین ہمارےقبضےمیںہے، سورجہمیںروشنیدےرہاہے، ہوا ہمیں، درختہمیں اکسیجنسپلائیکررہےہیں۔</w:t>
      </w:r>
    </w:p>
    <w:p>
      <w:r>
        <w:rPr>
          <w:b/>
        </w:rPr>
        <w:t xml:space="preserve">[58:04] </w:t>
      </w:r>
      <w:r>
        <w:t>hum car se zameen par daudte hain, ya paani ke jahaz se samandaron mein tairte hain, hawai jahaz se hawa modte hain, rocket hamara space tak jaata hai.</w:t>
      </w:r>
    </w:p>
    <w:p>
      <w:pPr>
        <w:jc w:val="right"/>
      </w:pPr>
      <w:r>
        <w:t>ہم کار سےزمین پردوڑتےہیں، یا پانیکےجہازسےسمندروںمیں تیرتےہیں، ہوائیجہازسےہوا موڑتےہیں، راکٹہمارا اسپ یستکجاتا ہے۔</w:t>
      </w:r>
    </w:p>
    <w:p>
      <w:r>
        <w:rPr>
          <w:b/>
        </w:rPr>
        <w:t xml:space="preserve">[58:17] </w:t>
      </w:r>
      <w:r>
        <w:t>yeh saara zameen o aasmaan hamare hamare charaj mein hai. lekin yeh kab tak hai? maut se pehle wali zindagi mein.</w:t>
      </w:r>
    </w:p>
    <w:p>
      <w:pPr>
        <w:jc w:val="right"/>
      </w:pPr>
      <w:r>
        <w:t>یہسارازمین وآسمانہمارے ہمارے چارجمیںہے۔ لیکن یہ کبتکہے؟ موتسے پہلے والی زندگی میں۔</w:t>
      </w:r>
    </w:p>
    <w:p>
      <w:r>
        <w:rPr>
          <w:b/>
        </w:rPr>
        <w:t xml:space="preserve">[58:27] </w:t>
      </w:r>
      <w:r>
        <w:t>maut ke baad sab alta ho jayega, sab chhin jayega. to yahan par hai usool Allah Ta'ala ka mamla: "Sakhara lakum ma fis samawati wa ma fil ard". maut ke baad kya hoga?</w:t>
      </w:r>
    </w:p>
    <w:p>
      <w:pPr>
        <w:jc w:val="right"/>
      </w:pPr>
      <w:r>
        <w:t>موتکےبعد سبالٹاہوجائےگا،سبچھنجائےگا۔ تویہاںپر ہے اصول اللہ تعالیکامعاملہ: "سخرلکممحفوظسماوات والارض"۔موتکےبعدکیاہوگا؟</w:t>
      </w:r>
    </w:p>
    <w:p>
      <w:r>
        <w:rPr>
          <w:b/>
        </w:rPr>
        <w:t xml:space="preserve">[58:38] </w:t>
      </w:r>
      <w:r>
        <w:t>"Harra lamakum ma fis samawati wa ma fil ard". kaisi ajeeb baat hai, sab kuch hum se chhin jaye.</w:t>
      </w:r>
    </w:p>
    <w:p>
      <w:pPr>
        <w:jc w:val="right"/>
      </w:pPr>
      <w:r>
        <w:t>"ح رملکممحفوظسماوات ومحفوظ" ۔ کیسیعجیبباتہے، سبکچھہمسےچھنجائے۔</w:t>
      </w:r>
    </w:p>
    <w:p>
      <w:r>
        <w:rPr>
          <w:b/>
        </w:rPr>
        <w:t xml:space="preserve">[58:46] </w:t>
      </w:r>
      <w:r>
        <w:t>yahan mila hua hai sab kuch, wahan kuch bhi nahi mila hua.</w:t>
      </w:r>
    </w:p>
    <w:p>
      <w:pPr>
        <w:jc w:val="right"/>
      </w:pPr>
      <w:r>
        <w:t>یہاں ملاہواہے سبکچھ،وہاں کچھبھینہملارہے۔</w:t>
      </w:r>
    </w:p>
    <w:p>
      <w:r>
        <w:rPr>
          <w:b/>
        </w:rPr>
        <w:t xml:space="preserve">[58:52] </w:t>
      </w:r>
      <w:r>
        <w:t>to aap bataiye keh jise pani ke baghair machhli tadapti hai, waise hi insaan tadpayega kisi chattan par. yahi ek cheez aap sochain keh maut se pehle hamare liye "Sakhara lakum ma fis samawati wa ma fil ard" ka mamla hai.</w:t>
      </w:r>
    </w:p>
    <w:p>
      <w:pPr>
        <w:jc w:val="right"/>
      </w:pPr>
      <w:r>
        <w:t>توآپبتائیےکہجسے پانی کےبغیرمچھلیتڑپتیہے،ویسےہیانسانت ڑپےگا کسیچٹانپر ۔ یہیایکچیزآپسوچیںکہ موتسےپہلے ہمارےلیے "سخرلکممحفوظسماواتوالارض"کامعاملہہے۔</w:t>
      </w:r>
    </w:p>
    <w:p>
      <w:r>
        <w:rPr>
          <w:b/>
        </w:rPr>
        <w:t xml:space="preserve">[59:07] </w:t>
      </w:r>
      <w:r>
        <w:t>maut ke baad hamare liye "Harra lamakum ma fis samawati wa ma fil ard" ka mamla ho jayega.</w:t>
      </w:r>
    </w:p>
    <w:p>
      <w:pPr>
        <w:jc w:val="right"/>
      </w:pPr>
      <w:r>
        <w:t>موتکےبعد ہمارےلیے "ح رملکممحفوظسماواتوالارض"کامعاملہہوجائےگا۔</w:t>
      </w:r>
    </w:p>
    <w:p>
      <w:r>
        <w:rPr>
          <w:b/>
        </w:rPr>
        <w:t xml:space="preserve">[59:12] </w:t>
      </w:r>
      <w:r>
        <w:t>to zindagi badal jaye, soch badal jaye, sar-garmiyan badal jayein, activities badal jayein.</w:t>
      </w:r>
    </w:p>
    <w:p>
      <w:pPr>
        <w:jc w:val="right"/>
      </w:pPr>
      <w:r>
        <w:t>تو زندگی بدلجائے، سوچبدلجائے، سرگرمیاںبدلجائیں،ایکٹیویٹیزبدلجائیں۔</w:t>
      </w:r>
    </w:p>
    <w:p>
      <w:r>
        <w:rPr>
          <w:b/>
        </w:rPr>
        <w:t xml:space="preserve">[59:23] </w:t>
      </w:r>
      <w:r>
        <w:t>main usko soch ke kaanp uthta hoon keh aaj hamare liye "Sakhara lakum ma fis samawati wa ma fil ard" ka mamla hai. aur maut ke baad kya hoga? "Harra lamakum ma fis samawati wa ma fil ard".</w:t>
      </w:r>
    </w:p>
    <w:p>
      <w:pPr>
        <w:jc w:val="right"/>
      </w:pPr>
      <w:r>
        <w:t>میں اسکوسوچکےکانپاٹھتاہوں کہ آجہمارےلیے "سخرلکممحفوظسماواتوالارض"کامعاملہہے۔ اورموتکےبعدکیاہوگا؟ "ح رملکممحفوظسماوات والارض"۔</w:t>
      </w:r>
    </w:p>
    <w:p>
      <w:r>
        <w:rPr>
          <w:b/>
        </w:rPr>
        <w:t xml:space="preserve">[59:34] </w:t>
      </w:r>
      <w:r>
        <w:t>yahan sab kuch hai, wahan kuch bhi nahi.</w:t>
      </w:r>
    </w:p>
    <w:p>
      <w:pPr>
        <w:jc w:val="right"/>
      </w:pPr>
      <w:r>
        <w:t>یہاںسبکچھہے،وہاںکچھبھینہیں ۔</w:t>
      </w:r>
    </w:p>
    <w:p>
      <w:r>
        <w:rPr>
          <w:b/>
        </w:rPr>
        <w:t xml:space="preserve">[59:39] </w:t>
      </w:r>
      <w:r>
        <w:t>yeh sab soch mein jeena</w:t>
      </w:r>
    </w:p>
    <w:p>
      <w:pPr>
        <w:jc w:val="right"/>
      </w:pPr>
      <w:r>
        <w:t>یہیسبسوچمیںجینا</w:t>
      </w:r>
    </w:p>
    <w:p>
      <w:r>
        <w:rPr>
          <w:b/>
        </w:rPr>
        <w:t xml:space="preserve">[59:41] </w:t>
      </w:r>
      <w:r>
        <w:t>hai. isi ka naam imaan hai, isi ka naam Islam hai. main dua karta hoon keh Allah Ta'ala mujh ko aur aap ko isi tarah ka insaan banaye.</w:t>
      </w:r>
    </w:p>
    <w:p>
      <w:pPr>
        <w:jc w:val="right"/>
      </w:pPr>
      <w:r>
        <w:t>ہے۔ اسیکانام ایمانہے، اسیکانام اسلام ہے۔ میں دعاکرتاہوںکہاللہتعالی مجھکواورآپکو اسیطرح کاانسان بنائے۔</w:t>
      </w:r>
    </w:p>
    <w:p>
      <w:r>
        <w:rPr>
          <w:b/>
        </w:rPr>
        <w:t xml:space="preserve">[59:50] </w:t>
      </w:r>
      <w:r>
        <w:t>Aqoolu qawli hadha wa astaghfirullaha li wa lakum jamieen.</w:t>
      </w:r>
    </w:p>
    <w:p>
      <w:pPr>
        <w:jc w:val="right"/>
      </w:pPr>
      <w:r>
        <w:t>اقول قولیھذا واستغفراللہ لول کماجمعین۔</w:t>
      </w:r>
    </w:p>
    <w:p>
      <w:r>
        <w:rPr>
          <w:b/>
        </w:rPr>
        <w:t xml:space="preserve">[1:00:08] </w:t>
      </w:r>
      <w:r>
        <w:t>Maulana Iqbal Umri ne Tamil Nadu se likha hai: "Kya hukoomat ke baghair pure Islam par amal ho sakta hai ?</w:t>
      </w:r>
    </w:p>
    <w:p>
      <w:pPr>
        <w:jc w:val="right"/>
      </w:pPr>
      <w:r>
        <w:t>مول انا اقبال عمرینے تملناڈوسےلکھاہے :"کیا حکومت کے بغیر پورے اسلام پر عمل ہوسکتاہے ؟</w:t>
      </w:r>
    </w:p>
    <w:p>
      <w:r>
        <w:rPr>
          <w:b/>
        </w:rPr>
        <w:t xml:space="preserve">[1:00:18] </w:t>
      </w:r>
      <w:r>
        <w:t>Kya Hadees Jibrail wala Islam nijat ke liye kafi hai ?" Beshak saare paighambaron ne baghair hukoomat ke aala imani zindagi guzari.</w:t>
      </w:r>
    </w:p>
    <w:p>
      <w:pPr>
        <w:jc w:val="right"/>
      </w:pPr>
      <w:r>
        <w:t>کیا حدیث جبرائیلوالااسلام نجاتکےلیے کافیہے ؟" بلاشبہ سارےپیغمبروںنےبغیرحکومت کے اعلیٰایمانیزندگی گزاری۔</w:t>
      </w:r>
    </w:p>
    <w:p>
      <w:r>
        <w:rPr>
          <w:b/>
        </w:rPr>
        <w:t xml:space="preserve">[1:00:31] </w:t>
      </w:r>
      <w:r>
        <w:t>Khud Rasool Allah (SAW) ke dauran jo hukoomat thi, woh hukoomat kya thi? aajkal ke lihaz se kuch bhi nahi thi. woh aaj jo government ka jo concept hai, jo state ka jo concept hai, uske lihaz se dekhein to woh kuch bhi nahi tha. woh</w:t>
      </w:r>
    </w:p>
    <w:p>
      <w:pPr>
        <w:jc w:val="right"/>
      </w:pPr>
      <w:r>
        <w:t>خود رسولاللہصلیاللہعلیہوسلمکےدورانجوحکومتتھی،وہحکومت کیاتھی؟ آجکللحاظسےکچھبھینہیںتھی۔وہ آججو گورنمنٹکاجوکانسیپٹہے، جو اسٹیٹکاجوکانسیپٹہے، اسکےلحاظسےدیکھیںتووہکچھبھینہیںتھا۔وہ</w:t>
      </w:r>
    </w:p>
    <w:p>
      <w:r>
        <w:rPr>
          <w:b/>
        </w:rPr>
        <w:t xml:space="preserve">[1:00:45] </w:t>
      </w:r>
      <w:r>
        <w:t>hukoomat ka koi ta'alluq imaan se aur jannati zindagi se nahi hai. woh dekhein, hukoomat ka aajkal jo lafz bola jata hai, woh hukoomat nahi bola jata.</w:t>
      </w:r>
    </w:p>
    <w:p>
      <w:pPr>
        <w:jc w:val="right"/>
      </w:pPr>
      <w:r>
        <w:t>حکومت کاکوئی تعلق ایمانسے اور جن تیزندگی سےنہیں ہے۔ وہ دیکھیں،حکومت کا آجکلجو لفظبولاجاتاہے،وہحکومت نہیںبولاجاتا ۔</w:t>
      </w:r>
    </w:p>
    <w:p>
      <w:r>
        <w:rPr>
          <w:b/>
        </w:rPr>
        <w:t xml:space="preserve">[1:00:57] </w:t>
      </w:r>
      <w:r>
        <w:t>yeh government ka lafz ab chhod diya gaya hai. ab bola jata hai "administration". woh behtar sahi lafz hai. pehle zamane mein bolte the "kingship", "government", "rule". ab yeh sab nahi chalta.</w:t>
      </w:r>
    </w:p>
    <w:p>
      <w:pPr>
        <w:jc w:val="right"/>
      </w:pPr>
      <w:r>
        <w:t>یہ گورنمنٹکالفظابچھوڑدیاگیاہے۔ اببولاجاتاہے"ایڈمنسٹریشن"۔ وہبہتصحیحلفظہے۔ پہلے زمانےمیں بول تےتھے "کنگشپ" ،"گورنمنٹ" ،"رول"۔ابیہسبنہیںچلتا۔</w:t>
      </w:r>
    </w:p>
    <w:p>
      <w:r>
        <w:rPr>
          <w:b/>
        </w:rPr>
        <w:t xml:space="preserve">[1:01:11] </w:t>
      </w:r>
      <w:r>
        <w:t>modern zindagi mein iska naam hota hai "administration". bilkul sahi naam hai.</w:t>
      </w:r>
    </w:p>
    <w:p>
      <w:pPr>
        <w:jc w:val="right"/>
      </w:pPr>
      <w:r>
        <w:t>ماڈرنزندگی میں اسکانامہوتاہے "ایڈمنسٹریشن"۔بالکلصحیحنامہے۔</w:t>
      </w:r>
    </w:p>
    <w:p>
      <w:r>
        <w:rPr>
          <w:b/>
        </w:rPr>
        <w:t xml:space="preserve">[1:01:15] </w:t>
      </w:r>
      <w:r>
        <w:t>yani muntazim kar. to government to intezam ke liye hai, bas intezam koi bhi karega. mayor intezam karta hai corporation ka, principal intezam karta hai school ka ,</w:t>
      </w:r>
    </w:p>
    <w:p>
      <w:pPr>
        <w:jc w:val="right"/>
      </w:pPr>
      <w:r>
        <w:t>یعنیمنت ظم کار۔ تو گورنمنٹتو انتظامکےلیےہے،بس انتظامکوئیبھیکرےگا۔ میئرانتظامکرتاہے کارپوریشنکا، پرنسپلانتظامکرتاہے اسکولکا ،</w:t>
      </w:r>
    </w:p>
    <w:p>
      <w:r>
        <w:rPr>
          <w:b/>
        </w:rPr>
        <w:t xml:space="preserve">[1:01:29] </w:t>
      </w:r>
      <w:r>
        <w:t>vice chancellor intezam karta hai university ka, manager intezam karta hai company ka. aisi rooh jo yeh administration hai, administration jo hai, woh intezam karti hai mulk</w:t>
      </w:r>
    </w:p>
    <w:p>
      <w:pPr>
        <w:jc w:val="right"/>
      </w:pPr>
      <w:r>
        <w:t>وائسچانسلرانتظامکرتاہے یونیورسٹیکا، مینیجر انتظامکرتاہےکمپنیکا۔ ایسی روحجو یہ ایڈمنسٹریشن ہے، ایڈمنسٹریشنجوہے، وہ انتظامکرتیہےملک</w:t>
      </w:r>
    </w:p>
    <w:p>
      <w:r>
        <w:rPr>
          <w:b/>
        </w:rPr>
        <w:t xml:space="preserve">[1:01:43] </w:t>
      </w:r>
      <w:r>
        <w:t>ka. bas iska koi talluq jannat dozakh se nahi hai. woh hai jannat dozakh ka jo muamla hai, woh Allah par yaqeen , Allah se mohabbat , Allah se khauf , Allah ke kahe par chalna,</w:t>
      </w:r>
    </w:p>
    <w:p>
      <w:pPr>
        <w:jc w:val="right"/>
      </w:pPr>
      <w:r>
        <w:t>کا۔ بس اسکا کوئی تعلق جنتدوزخسےنہیںہے۔ وہ ہے جنتدوزخکاجومعاملہہے،وہاللہ پریقین ،اللہ سے محبت ،اللہ سے خوف ،اللہ کے کہےپرچلنا،</w:t>
      </w:r>
    </w:p>
    <w:p>
      <w:r>
        <w:rPr>
          <w:b/>
        </w:rPr>
        <w:t xml:space="preserve">[1:02:00] </w:t>
      </w:r>
      <w:r>
        <w:t>woh sab cheezon se talluq</w:t>
      </w:r>
    </w:p>
    <w:p>
      <w:pPr>
        <w:jc w:val="right"/>
      </w:pPr>
      <w:r>
        <w:t>وہسبچیزوںسے تعلق</w:t>
      </w:r>
    </w:p>
    <w:p>
      <w:r>
        <w:rPr>
          <w:b/>
        </w:rPr>
        <w:t xml:space="preserve">[1:02:02] </w:t>
      </w:r>
      <w:r>
        <w:t>hai. yeh bohat bari, bohat hi zyada bari yani yeh galatfehmi hai ke Islam mukammal nahi hoga jab tak ke hukoomat na hamare haath mein ho .</w:t>
      </w:r>
    </w:p>
    <w:p>
      <w:pPr>
        <w:jc w:val="right"/>
      </w:pPr>
      <w:r>
        <w:t>ہے۔ یہبہت بڑی، بہت ہیزیادہ بڑی یعنی یہ غلطفہمیہے کہ اسلام مک ملاسوقتنہیںہوگاجبتککہحکومت نہہمارےہاتھمیںہو ۔</w:t>
      </w:r>
    </w:p>
    <w:p>
      <w:r>
        <w:rPr>
          <w:b/>
        </w:rPr>
        <w:t xml:space="preserve">[1:02:15] </w:t>
      </w:r>
      <w:r>
        <w:t>bilkul base hai, lagho hai aur ghair ilmi bhi hai, ghair islami bhi hai, ghair aqli bhi hai. yeh soch mein isko bilkul hi ek ek shayari samajhta hoon. shayari is se zyada kuch is haqeeqat nahi hai. iski</w:t>
      </w:r>
    </w:p>
    <w:p>
      <w:pPr>
        <w:jc w:val="right"/>
      </w:pPr>
      <w:r>
        <w:t>بالکل بیس ہے، لغوہے اور غیر علمیبھیہے،غیر اسلامی بھیہے، غیر عقلیبھیہے۔ یہسوچ میں اسکو بالکل ہیایک ایک شاعریسمجھتاہوں۔شاعری اسسےزیادہ کچھ اسحقیقتنہیںہے۔اسکی</w:t>
      </w:r>
    </w:p>
    <w:p>
      <w:r>
        <w:rPr>
          <w:b/>
        </w:rPr>
        <w:t xml:space="preserve">[1:02:34] </w:t>
      </w:r>
      <w:r>
        <w:t>mister fazl karim ne gurgaon se likha hai :"kya jamaat ki namaz mein muqtadi ko imam ke saath saath quran parhna zaroori hai?</w:t>
      </w:r>
    </w:p>
    <w:p>
      <w:pPr>
        <w:jc w:val="right"/>
      </w:pPr>
      <w:r>
        <w:t>مسٹر فضل کریمنے گڑگاؤںسےلکھاہے :"کیا جماعتکی نمازمیں مقتدیکو امامکے ساتھ ساتھ قرآنپڑھناضروریہے؟</w:t>
      </w:r>
    </w:p>
    <w:p>
      <w:r>
        <w:rPr>
          <w:b/>
        </w:rPr>
        <w:t xml:space="preserve">[1:02:46] </w:t>
      </w:r>
      <w:r>
        <w:t>"yeh sab fiqhi masail hain. iskiya is chakar mein kyun pade hue hain? aap</w:t>
      </w:r>
    </w:p>
    <w:p>
      <w:pPr>
        <w:jc w:val="right"/>
      </w:pPr>
      <w:r>
        <w:t>"یہ سب فقہیمسئلےہیں۔ اسکیا اسچکرمیںکیوںپڑےہوئےہیں؟آپ</w:t>
      </w:r>
    </w:p>
    <w:p>
      <w:r>
        <w:rPr>
          <w:b/>
        </w:rPr>
        <w:t xml:space="preserve">[1:02:53] </w:t>
      </w:r>
      <w:r>
        <w:t>ye ahl-e-hadees ke aur aur hanafiyon ke jhagde hain. ye sab mein isko bahut hi tafseel se likhch</w:t>
      </w:r>
    </w:p>
    <w:p>
      <w:pPr>
        <w:jc w:val="right"/>
      </w:pPr>
      <w:r>
        <w:t>یہ اہلحدیثکےاور اور حنفیوںکےجھگڑےہیں۔یہسب میں اسکو بہت ہی تفصیل سےلکھچ</w:t>
      </w:r>
    </w:p>
    <w:p>
      <w:r>
        <w:rPr>
          <w:b/>
        </w:rPr>
        <w:t xml:space="preserve">[1:03:01] </w:t>
      </w:r>
      <w:r>
        <w:t>kahoon. meri kitaab parh lijie: "tajdeed deen". iska koi taalluq islam se nahin hai. in cheezon ka, in masailon ka koi taalluq islam se nahin hai.</w:t>
      </w:r>
    </w:p>
    <w:p>
      <w:pPr>
        <w:jc w:val="right"/>
      </w:pPr>
      <w:r>
        <w:t>کاہوں۔ میریکتاب پڑھلیجئے: "تجدید دین"۔ اسکاکوئیتعلق اسلامسےنہیںہے۔انچیزوںکا،انمسئلوںکا کوئیتعلق اسلامسےنہیںہے۔</w:t>
      </w:r>
    </w:p>
    <w:p>
      <w:r>
        <w:rPr>
          <w:b/>
        </w:rPr>
        <w:t xml:space="preserve">[1:03:10] </w:t>
      </w:r>
      <w:r>
        <w:t>ye sab khwah-makhwah ke fiqhi jhagde hain. to agar aapko jaanna hai iski tafseel to hamaari kitaab hai chhapi hui: "tajdeed deen". isko aap parh lijie.</w:t>
      </w:r>
    </w:p>
    <w:p>
      <w:pPr>
        <w:jc w:val="right"/>
      </w:pPr>
      <w:r>
        <w:t>یہسب خوامخواہکےفقہیجھگڑےہیں۔ تواگر آپکوجانناہےاسکیتفصیل توہماریکتاب ہے چھپیہوئی: "تجدید دین"۔اسکوآپپڑھلیجئے۔</w:t>
      </w:r>
    </w:p>
    <w:p>
      <w:r>
        <w:rPr>
          <w:b/>
        </w:rPr>
        <w:t xml:space="preserve">[1:03:22] </w:t>
      </w:r>
      <w:r>
        <w:t>Miss Sochville Kon Delhi se likha hai: "How to control negative thought?" Kindly comment.</w:t>
      </w:r>
    </w:p>
    <w:p>
      <w:pPr>
        <w:jc w:val="right"/>
      </w:pPr>
      <w:r>
        <w:t>مس سوچت ول کونے دلیسےلکھاہے: "ہاؤٹوکنٹرول نیگیٹیوتھا ٹس"۔ کائنڈلیکمنٹ۔</w:t>
      </w:r>
    </w:p>
    <w:p>
      <w:r>
        <w:rPr>
          <w:b/>
        </w:rPr>
        <w:t xml:space="preserve">[1:03:30] </w:t>
      </w:r>
      <w:r>
        <w:t>bahut hi aasan hai. dekhie, mushkil cheez woh hoti hai jab aapko koi yani paisa kharch karna pade, kahin ladaai kar ladna pade, kahin.</w:t>
      </w:r>
    </w:p>
    <w:p>
      <w:pPr>
        <w:jc w:val="right"/>
      </w:pPr>
      <w:r>
        <w:t>بہتہیآسانہے۔ دیکھیے،مشکلچیزوہہوتیہےجب آپکو کوئی یعنی پیسہخرچکرناپڑے،کہیں لڑائیکرلڑناپڑے،کہیں۔</w:t>
      </w:r>
    </w:p>
    <w:p>
      <w:r>
        <w:rPr>
          <w:b/>
        </w:rPr>
        <w:t xml:space="preserve">[1:03:44] </w:t>
      </w:r>
      <w:r>
        <w:t>ismein to sirf apne mind ko activate karna hai. bas mein aksar kaha karta hoon ke negative thought mind ke satah par aate hain. mind ki satah par isko defuse kar sakte hain. aap</w:t>
      </w:r>
    </w:p>
    <w:p>
      <w:pPr>
        <w:jc w:val="right"/>
      </w:pPr>
      <w:r>
        <w:t>اسمیںتوصرف اپنےمائنڈکوایکٹیویٹکرناہے۔بس میںاکثرکہاکرتاہوںکہ نیگیٹیوتھاٹمائنڈکےسطح پرآتےہیں۔ مائنڈکیسطحپراسکوڈیفیوزکرسکتےہیں۔آپ</w:t>
      </w:r>
    </w:p>
    <w:p>
      <w:r>
        <w:rPr>
          <w:b/>
        </w:rPr>
        <w:t xml:space="preserve">[1:03:57] </w:t>
      </w:r>
      <w:r>
        <w:t>agar kisi bheriye ko maarna ho to aapko gun chahiye.</w:t>
      </w:r>
    </w:p>
    <w:p>
      <w:pPr>
        <w:jc w:val="right"/>
      </w:pPr>
      <w:r>
        <w:t>اگرکسی بھیڑیےکومارناہوتوآپکو گنچاہیے۔</w:t>
      </w:r>
    </w:p>
    <w:p>
      <w:r>
        <w:rPr>
          <w:b/>
        </w:rPr>
        <w:t xml:space="preserve">[1:04:01] </w:t>
      </w:r>
      <w:r>
        <w:t>car khareedna hai to aapko paisa chahiye. yahan se america jaana hai to aapko hawai jahaz chahiye. lekin negative thought control karne ke baad to sirf apne mind ko activate karna hai. bas aur kuchh bhi nahin.</w:t>
      </w:r>
    </w:p>
    <w:p>
      <w:pPr>
        <w:jc w:val="right"/>
      </w:pPr>
      <w:r>
        <w:t>کار خریدناہےتوآپکوپیسہچاہیے۔ یہاںسے امریکہجاناہےتوآپکوہوائیجہازچاہیے۔ لیکن نیگیٹیوتھاٹکنٹرولکرنےکےبعد توصرفاپنے مائنڈکوایکٹیویٹکرناہے۔بساورکچھبھینہیں۔</w:t>
      </w:r>
    </w:p>
    <w:p>
      <w:r>
        <w:rPr>
          <w:b/>
        </w:rPr>
        <w:t xml:space="preserve">[1:04:13] </w:t>
      </w:r>
      <w:r>
        <w:t>yani mujh mein mumkin hota hai. ye main to woh dain second defuse kar deta hoon. mere mind mein thought negative thought daily aate hain.</w:t>
      </w:r>
    </w:p>
    <w:p>
      <w:pPr>
        <w:jc w:val="right"/>
      </w:pPr>
      <w:r>
        <w:t>یعنی مفتمیں ممکن ہوتاہے۔ یہ میںتوو دانسیکنڈڈیفیوزکردیتاہوں۔ میرےمائنڈمیںتھاٹ نیگیٹیوتھاٹ ڈیلیآتےہیں۔</w:t>
      </w:r>
    </w:p>
    <w:p>
      <w:r>
        <w:rPr>
          <w:b/>
        </w:rPr>
        <w:t xml:space="preserve">[1:04:24] </w:t>
      </w:r>
      <w:r>
        <w:t>woh dain second mein defuse kar deta hoon. isse aasan to koi kaam nahin hai. doosre har kaam isse zyada mushkil hain</w:t>
      </w:r>
    </w:p>
    <w:p>
      <w:pPr>
        <w:jc w:val="right"/>
      </w:pPr>
      <w:r>
        <w:t>ودانسیکنڈمیںڈیفیوزکردیتاہوں۔ اسسےآسانتوکوئیکامہینہیںہے۔ دوسرےہرکام اسسےزیادہ مشکلہیں</w:t>
      </w:r>
    </w:p>
    <w:p>
      <w:r>
        <w:rPr>
          <w:b/>
        </w:rPr>
        <w:t xml:space="preserve">[1:04:31] </w:t>
      </w:r>
      <w:r>
        <w:t>kyonki is mein mann lagti hai, is mein aapko un rajil gaani parti hai, is mein aapko asbaab chahiye, iske liye bahut saari cheezein chahiye.</w:t>
      </w:r>
    </w:p>
    <w:p>
      <w:pPr>
        <w:jc w:val="right"/>
      </w:pPr>
      <w:r>
        <w:t>کیونکہاسمیں منیلگتیہے، اسمیںآپکو ان رجیلگانیپڑتیہے، اسمیںآپکو اسبابچاہیے،اسکےلیے بہت ساریچیزیںچاہیے۔</w:t>
      </w:r>
    </w:p>
    <w:p>
      <w:r>
        <w:rPr>
          <w:b/>
        </w:rPr>
        <w:t xml:space="preserve">[1:04:40] </w:t>
      </w:r>
      <w:r>
        <w:t>ismein kya hai? is mein kuchh nahin chahiye. ye sirf aap ka attitude jo hai, wohi sab kuchh hai. sirf attitude. to ye kitna isse zyada aasan to koi hai? ye hai he nahin ke thinking process ko control kijie. bas it all depends on thinking process.</w:t>
      </w:r>
    </w:p>
    <w:p>
      <w:pPr>
        <w:jc w:val="right"/>
      </w:pPr>
      <w:r>
        <w:t>اسمیںکیاہے؟اسمیںکچھنہیںچاہیے۔ یہصرفآپ کاایٹیٹیوڈجوہے،وہی سبکچھہے۔ صرف ایٹیٹیوڈ۔ تو یہکتنااسسےزیادہآسانتوکوئیہے؟یہہےہینہیں کہ تھنکنگپروسیسکو کنٹرولکیجئے۔بس اٹآلڈیپینڈزان تھنکنگپروسیس۔</w:t>
      </w:r>
    </w:p>
    <w:p>
      <w:r>
        <w:rPr>
          <w:b/>
        </w:rPr>
        <w:t xml:space="preserve">[1:05:02] </w:t>
      </w:r>
      <w:r>
        <w:t>it all depends upon thinking process. to thinking process control kijie. bas negative thought se har waqt aap bache rahenge. yani kisi baahar ko control nahin karna hai, apne ko control karna hai.</w:t>
      </w:r>
    </w:p>
    <w:p>
      <w:pPr>
        <w:jc w:val="right"/>
      </w:pPr>
      <w:r>
        <w:t>اٹآلڈیپینڈزاپون تھنکنگپروسیس۔توتھنکنگپروسیسکنٹرولکیجئے۔ بس نیگیٹیوتھاٹسے ہروقتآپبچےرہیںگے۔ یعنیکسی باہرکوکنٹرولنہیںکرناہے، اپنے کوکنٹرولکرناہے۔</w:t>
      </w:r>
    </w:p>
    <w:p>
      <w:r>
        <w:rPr>
          <w:b/>
        </w:rPr>
        <w:t xml:space="preserve">[1:05:15] </w:t>
      </w:r>
      <w:r>
        <w:t>to apne ko control karne se zyada aasan kaam kya ho sakta hai? aap bataie,</w:t>
      </w:r>
    </w:p>
    <w:p>
      <w:pPr>
        <w:jc w:val="right"/>
      </w:pPr>
      <w:r>
        <w:t>تو اپنےکوکنٹرولکرنے سےزیادہ آسانکامکیاہوسکتاہے؟آپبتائیے،</w:t>
      </w:r>
    </w:p>
    <w:p>
      <w:r>
        <w:rPr>
          <w:b/>
        </w:rPr>
        <w:t xml:space="preserve">[1:05:21] </w:t>
      </w:r>
      <w:r>
        <w:t>apne ko control karne se zyada aasan kya kaam ho sakta hai?</w:t>
      </w:r>
    </w:p>
    <w:p>
      <w:pPr>
        <w:jc w:val="right"/>
      </w:pPr>
      <w:r>
        <w:t>اپنےکوکنٹرولکرنےسےزیادہآسانکیا کامہوسکتاہے؟</w:t>
      </w:r>
    </w:p>
    <w:p>
      <w:r>
        <w:rPr>
          <w:b/>
        </w:rPr>
        <w:t xml:space="preserve">[1:05:25] </w:t>
      </w:r>
      <w:r>
        <w:t>to apne thinking process ko control kijie, isko discipline mein rakhiye aur bas negative thought se aap bahut door rahenge.</w:t>
      </w:r>
    </w:p>
    <w:p>
      <w:pPr>
        <w:jc w:val="right"/>
      </w:pPr>
      <w:r>
        <w:t>تو اپنے تھنکنگپروسیسکوکنٹرولکیجئے، اسکو ڈسپلنمیںرکھیے اوربس نیگیٹیوتھاٹسےآپ بہت دوررہیںگے۔</w:t>
      </w:r>
    </w:p>
    <w:p>
      <w:r>
        <w:rPr>
          <w:b/>
        </w:rPr>
        <w:t xml:space="preserve">[1:05:36] </w:t>
      </w:r>
      <w:r>
        <w:t>mister aamir bin yusuf ne pakistan se likha hai. maulana, inka pehle ek comment hai aur phir sawaal hai. hum pehle comment padhte hain.</w:t>
      </w:r>
    </w:p>
    <w:p>
      <w:pPr>
        <w:jc w:val="right"/>
      </w:pPr>
      <w:r>
        <w:t>مسٹر عامر بن یوسفنے پاکستانسے لکھاہے۔ مولانا،انکاپہلے ایککمنٹہےاورپھرسوال ہے۔ہمپہلےکمنٹپڑھتےہیں۔</w:t>
      </w:r>
    </w:p>
    <w:p>
      <w:r>
        <w:rPr>
          <w:b/>
        </w:rPr>
        <w:t xml:space="preserve">[1:05:45] </w:t>
      </w:r>
      <w:r>
        <w:t>main aap ki 90 percent baaton ko sahi samajhta hoon.</w:t>
      </w:r>
    </w:p>
    <w:p>
      <w:pPr>
        <w:jc w:val="right"/>
      </w:pPr>
      <w:r>
        <w:t>میں آپ کی 90پرسنٹ باتوںکو صحیحسمجھتاہوں۔</w:t>
      </w:r>
    </w:p>
    <w:p>
      <w:r>
        <w:rPr>
          <w:b/>
        </w:rPr>
        <w:t xml:space="preserve">[1:05:50] </w:t>
      </w:r>
      <w:r>
        <w:t>baqi 10 percent mein apna kam ilmi ka hona ya phir woh aap ki mis calculation ki wajah bhi ho sakti hai. magar phir bhi main pakistan se baith kar aap ki har baat ko samajh kar apne andar bithane ki koshish karta hoon.</w:t>
      </w:r>
    </w:p>
    <w:p>
      <w:pPr>
        <w:jc w:val="right"/>
      </w:pPr>
      <w:r>
        <w:t>باقی 10پرسنٹمیں اپنا کم علمیکاہونا یا پھروہآپکی مس کیلکولیشنکیوجہ بھیہوسکتیہے۔ مگرپھربھیمیں پاکستانسے بیٹھکر آپ کی ہر باتکو سمجھکر اپنے اندر بٹھانےکیکوشش کرتاہوں۔</w:t>
      </w:r>
    </w:p>
    <w:p>
      <w:r>
        <w:rPr>
          <w:b/>
        </w:rPr>
        <w:t xml:space="preserve">[1:06:07] </w:t>
      </w:r>
      <w:r>
        <w:t>mera sawaal aaj ka ye hai: bahut se muslim leaders hain jin mein na koi proper taleem hai, na koi soch, aur na koi fikr, na koi sincerity. phir bhi aam un par aankhen band kar ke yaqeen kar lete hain.</w:t>
      </w:r>
    </w:p>
    <w:p>
      <w:pPr>
        <w:jc w:val="right"/>
      </w:pPr>
      <w:r>
        <w:t>میراسوال آجکایہہے: بہت سے مسلملیڈرزہیں جنمیں نہ کوئی پراپر تعلیم ہے، نہ کوئی سوچ ،اورنہکوئیفکر ،نہ کوئی سنسیریٹی۔پھربھی عوام انپر آنکھیںبندکرکے یقینکرلیتےہیں۔</w:t>
      </w:r>
    </w:p>
    <w:p>
      <w:r>
        <w:rPr>
          <w:b/>
        </w:rPr>
        <w:t xml:space="preserve">[1:06:24] </w:t>
      </w:r>
      <w:r>
        <w:t>aakhir log apne leader ki andhi taqleed kyon karte hain? dekhie, taqleed ki baat nahin hai.</w:t>
      </w:r>
    </w:p>
    <w:p>
      <w:pPr>
        <w:jc w:val="right"/>
      </w:pPr>
      <w:r>
        <w:t>آخر لوگ اپنے لیڈر کی اند ھیتقلید کیوںکرتے ہیں؟ دیکھیے،تقلیدکیباتنہیں ہے۔</w:t>
      </w:r>
    </w:p>
    <w:p>
      <w:r>
        <w:rPr>
          <w:b/>
        </w:rPr>
        <w:t xml:space="preserve">[1:06:33] </w:t>
      </w:r>
      <w:r>
        <w:t>ye baat hai log jeete hain sachchi khayalon mein, negativity mein.</w:t>
      </w:r>
    </w:p>
    <w:p>
      <w:pPr>
        <w:jc w:val="right"/>
      </w:pPr>
      <w:r>
        <w:t>یہباتہے لوگ جیتےہیں سچیخیالاتمیں،نیگیٹیوٹیمیں۔</w:t>
      </w:r>
    </w:p>
    <w:p>
      <w:r>
        <w:rPr>
          <w:b/>
        </w:rPr>
        <w:t xml:space="preserve">[1:06:41] </w:t>
      </w:r>
      <w:r>
        <w:t>yani apna apni zimmedari doosron par daalne mein. khulasa ye hai ke apni zimmedari doosron par daal len. to ye jo third class leader hain, woh hamesha doosre kharab bolte hain.</w:t>
      </w:r>
    </w:p>
    <w:p>
      <w:pPr>
        <w:jc w:val="right"/>
      </w:pPr>
      <w:r>
        <w:t>یعنی اپنا اپنی ذمہداریدوسروںپرڈالنےمیں۔خلاصہیہہےکہاپنیذمہداریدوسروںپرڈاللیں۔ تویہجو تھرڈکلاسلیڈرہیں، وہہمیشہدوسرےخراببولتےہیں۔</w:t>
      </w:r>
    </w:p>
    <w:p>
      <w:r>
        <w:rPr>
          <w:b/>
        </w:rPr>
        <w:t xml:space="preserve">[1:06:50] </w:t>
      </w:r>
      <w:r>
        <w:t>to bada achha lagta hai unko. kuchh bhi is mein na qabiliyat ki zaroorat hai, na na kisi ilm ki zaroorat hai. kahin bhi kharhe ho kar ke aap doosre kharab boliye,</w:t>
      </w:r>
    </w:p>
    <w:p>
      <w:pPr>
        <w:jc w:val="right"/>
      </w:pPr>
      <w:r>
        <w:t>توبڑااچھالگتاہےانکو۔ کچھبھیاسمیںنہقابلیتکیضرورتہے، نہ نہکسی علم کیضرورتہے۔ کہیںبھیکھڑےہوکرکہآپدوسرےخراببولیے،</w:t>
      </w:r>
    </w:p>
    <w:p>
      <w:r>
        <w:rPr>
          <w:b/>
        </w:rPr>
        <w:t xml:space="preserve">[1:07:02] </w:t>
      </w:r>
      <w:r>
        <w:t>bas bheer lag jayegi wahan par .</w:t>
      </w:r>
    </w:p>
    <w:p>
      <w:pPr>
        <w:jc w:val="right"/>
      </w:pPr>
      <w:r>
        <w:t>بسبھیڑلگجائےگیوہاںپر ۔</w:t>
      </w:r>
    </w:p>
    <w:p>
      <w:r>
        <w:rPr>
          <w:b/>
        </w:rPr>
        <w:t xml:space="preserve">[1:07:06] </w:t>
      </w:r>
      <w:r>
        <w:t>to dusre kharab bolna yeh to shaitan ka hai tareeqa. jab bhi dusre kharab bolenge aap to shaitan ki fauj aa jayegi wahan aap ki madad karne ke liye.</w:t>
      </w:r>
    </w:p>
    <w:p>
      <w:pPr>
        <w:jc w:val="right"/>
      </w:pPr>
      <w:r>
        <w:t>تودوسرےخراب بولنایہتو سیٹنک وہہے طریقہ۔ جب بھی دوسرےخراببولیںگےآپتو سیٹنکیفوج آجائےگیوہاںآپکیمددکرنےکےلیے۔</w:t>
      </w:r>
    </w:p>
    <w:p>
      <w:r>
        <w:rPr>
          <w:b/>
        </w:rPr>
        <w:t xml:space="preserve">[1:07:21] </w:t>
      </w:r>
      <w:r>
        <w:t>yeh karnama in leaders ka nahin hai, yeh karnama shaitan ka hai.</w:t>
      </w:r>
    </w:p>
    <w:p>
      <w:pPr>
        <w:jc w:val="right"/>
      </w:pPr>
      <w:r>
        <w:t>یہ کارنامہ انلیڈروںکانہیںہے، یہکارنامہسیٹنکاہے۔</w:t>
      </w:r>
    </w:p>
    <w:p>
      <w:r>
        <w:rPr>
          <w:b/>
        </w:rPr>
        <w:t xml:space="preserve">[1:07:26] </w:t>
      </w:r>
      <w:r>
        <w:t>aap tajurba kar lijiye, aap kisi road par khade ho jaiye, likhiye bolne kisi kisi ke khilaf, bheed lag jayegi wahan par kyunki shaitan sab ko laata hai wahan par. to leaders ke yeh karnama nahin, yeh shaitan ka karnama hai.</w:t>
      </w:r>
    </w:p>
    <w:p>
      <w:pPr>
        <w:jc w:val="right"/>
      </w:pPr>
      <w:r>
        <w:t>آپ تجربہکرلیجئے،آپ کسی روڈپرکھڑےہوجائیے،لکھیےبولنےکسی کسی کےخلاف، بھیڑلگجائےگیوہاںپرکیونکہ سیٹنسبکولاتاہےوہاںپر۔ تو لیڈروںکے یہکارنامہنہیں،یہ سیٹنکاکارنامہہے۔</w:t>
      </w:r>
    </w:p>
    <w:p>
      <w:r>
        <w:rPr>
          <w:b/>
        </w:rPr>
        <w:t xml:space="preserve">[1:07:40] </w:t>
      </w:r>
      <w:r>
        <w:t>duniya mein kahin bhi aap chahe india mein ho ya bahar kahin ho, kisi ke khilaf bolne khade ho jaiye, anti-authority boliye, bas kisi ke khilaf,</w:t>
      </w:r>
    </w:p>
    <w:p>
      <w:pPr>
        <w:jc w:val="right"/>
      </w:pPr>
      <w:r>
        <w:t>دنیا میں کہیںبھیآپ چاہےانڈیامیںہویاباہرکہیںہو، کسی کےخلاف بولنےکھڑےہوجائیے، اینٹیاتھارٹیبولیے،بس کسی کےخلاف،</w:t>
      </w:r>
    </w:p>
    <w:p>
      <w:r>
        <w:rPr>
          <w:b/>
        </w:rPr>
        <w:t xml:space="preserve">[1:07:52] </w:t>
      </w:r>
      <w:r>
        <w:t>chahe shatir sil ke khilaf bolna ho, government ke khilaf bolna ho, kisi ke khilaf bolna ho, ab bheed lag jayegi aap ko. to yeh leaders ki kamyabi nahin, yeh shaitan ki kamyabi hai. yaad rakhiye kyunki shaitan ki fauj is mein hai ki woh sab ko laa kar aap ke samne khada kare, wahan crowd de de aap ko.</w:t>
      </w:r>
    </w:p>
    <w:p>
      <w:pPr>
        <w:jc w:val="right"/>
      </w:pPr>
      <w:r>
        <w:t>چاہےشاطیرس ولکےخلاف بولناہو، گورنمنٹکےخلاف بولناہو، کسی کےخلاف بولناہو، اببھیڑلگجائےگیآپکو ۔ تویہ لیڈروںکیکامیابینہیں،یہشیطانکیکامیابیہے۔یادرکھیے کیونکہشیطانکیفوجاسیمیںہےکہ وہسبکولالاکےآپکےسامنےکھڑاکرے، وہاںکراؤڈ دےدےآپکو۔</w:t>
      </w:r>
    </w:p>
    <w:p>
      <w:r>
        <w:rPr>
          <w:b/>
        </w:rPr>
        <w:t xml:space="preserve">[1:08:13] </w:t>
      </w:r>
      <w:r>
        <w:t>to crowd jo aata hai, woh shaitan unko ikattha kar ke laata hai wahan par.</w:t>
      </w:r>
    </w:p>
    <w:p>
      <w:pPr>
        <w:jc w:val="right"/>
      </w:pPr>
      <w:r>
        <w:t>تو کراؤڈجوآتاہے،وہ شیطان انکو اکٹھاکرکےلاتاہےوہاںپر۔</w:t>
      </w:r>
    </w:p>
    <w:p>
      <w:r>
        <w:rPr>
          <w:b/>
        </w:rPr>
        <w:t xml:space="preserve">[1:08:20] </w:t>
      </w:r>
      <w:r>
        <w:t>to</w:t>
      </w:r>
    </w:p>
    <w:p>
      <w:pPr>
        <w:jc w:val="right"/>
      </w:pPr>
      <w:r>
        <w:t>تو</w:t>
      </w:r>
    </w:p>
    <w:p>
      <w:r>
        <w:rPr>
          <w:b/>
        </w:rPr>
        <w:t xml:space="preserve">[1:08:21] </w:t>
      </w:r>
      <w:r>
        <w:t>khulasa yeh hai ki agar aap negative boli bolenge to shaitan aap ki help karega, positive boli bolenge to aap ko angel ki help milegi. is mein koi shak nahin hai.</w:t>
      </w:r>
    </w:p>
    <w:p>
      <w:pPr>
        <w:jc w:val="right"/>
      </w:pPr>
      <w:r>
        <w:t>خلاصہیہہےکہاگرآپ نیگیٹیوبولیبولیںگےتو شیطان آپکیہیلپکرےگا، پازیٹیوبولیبولیںگےتوآپکو اینجلکیہیلپملےگی۔ اسمیںکوئیشکنہیںہے۔</w:t>
      </w:r>
    </w:p>
    <w:p>
      <w:r>
        <w:rPr>
          <w:b/>
        </w:rPr>
        <w:t xml:space="preserve">[1:08:32] </w:t>
      </w:r>
      <w:r>
        <w:t>mis mashana ne dilli se likha hai: "kai baar hum chahte hue bhi sabr nahin kar pate aur kisi na kisi tareeqe se na shukri kar jate hain.</w:t>
      </w:r>
    </w:p>
    <w:p>
      <w:pPr>
        <w:jc w:val="right"/>
      </w:pPr>
      <w:r>
        <w:t>مس ماشانےدلیسےلکھاہے: "کئیبار ہم چاہتےہوئے بھی صبرنہیں کرپاتے اور کسی نہکسی طریقےسے ن اشکریکرجاتےہیں۔</w:t>
      </w:r>
    </w:p>
    <w:p>
      <w:r>
        <w:rPr>
          <w:b/>
        </w:rPr>
        <w:t xml:space="preserve">[1:08:42] </w:t>
      </w:r>
      <w:r>
        <w:t>sabr karne ka sab se achha islami tareeqa kya hai?</w:t>
      </w:r>
    </w:p>
    <w:p>
      <w:pPr>
        <w:jc w:val="right"/>
      </w:pPr>
      <w:r>
        <w:t>صبرکرنےکا سب سے اچھا اسلامی طریقہ کیا ہے ؟</w:t>
      </w:r>
    </w:p>
    <w:p>
      <w:r>
        <w:rPr>
          <w:b/>
        </w:rPr>
        <w:t xml:space="preserve">[1:08:47] </w:t>
      </w:r>
      <w:r>
        <w:t>koi quran ki aayat bataiye sabr ki dua ke liye." sab se achha tareeqa hai jhoot bolna chhodiye. yeh jhoot hai ki hum chahte hue bhi sabr nahin kar pate.</w:t>
      </w:r>
    </w:p>
    <w:p>
      <w:pPr>
        <w:jc w:val="right"/>
      </w:pPr>
      <w:r>
        <w:t>کوئی قرآنکی آیت بت ائیے صبرکیدعاکےلیے۔" سبسےاچھاطریقہہےجھوٹبولناچھوڑیے۔ یہ جھوٹہےکہہم چاہتےہوئےبھیصبرنہیںکرپاتے۔</w:t>
      </w:r>
    </w:p>
    <w:p>
      <w:r>
        <w:rPr>
          <w:b/>
        </w:rPr>
        <w:t xml:space="preserve">[1:09:00] </w:t>
      </w:r>
      <w:r>
        <w:t>aap chahenge to sabr kyun nahin kar payenge? yeh to jhoot hai. quran mein kaha gaya hai: "dekhiye,</w:t>
      </w:r>
    </w:p>
    <w:p>
      <w:pPr>
        <w:jc w:val="right"/>
      </w:pPr>
      <w:r>
        <w:t>آپچاہیںگےتوصبرکیوںنہیںکرپائیںگے؟یہتوجھوٹہے۔ قرآنمیںکہاگیاہے:"دیکھیے،</w:t>
      </w:r>
    </w:p>
    <w:p>
      <w:r>
        <w:rPr>
          <w:b/>
        </w:rPr>
        <w:t xml:space="preserve">[1:09:10] </w:t>
      </w:r>
      <w:r>
        <w:t>yuhibbuna an yumdu bima lam yafalu." jo aap ne kiya nahin, us ka credit lena.</w:t>
      </w:r>
    </w:p>
    <w:p>
      <w:pPr>
        <w:jc w:val="right"/>
      </w:pPr>
      <w:r>
        <w:t>یحبونیومبمالمیفعلوا۔"جوآپنےکیا نہیں،اسکاکریڈٹلینا۔</w:t>
      </w:r>
    </w:p>
    <w:p>
      <w:r>
        <w:rPr>
          <w:b/>
        </w:rPr>
        <w:t xml:space="preserve">[1:09:14] </w:t>
      </w:r>
      <w:r>
        <w:t>yani kaise mumkin hai ki aap chahen aur aur sabr na ho aap se? hum to aise aisa jaante nahin. jo hum chahte hain, woh hum kar bhi dalte hain.</w:t>
      </w:r>
    </w:p>
    <w:p>
      <w:pPr>
        <w:jc w:val="right"/>
      </w:pPr>
      <w:r>
        <w:t>یعنی کیسے ممکنہےکہآپچاہیںاور اور صبرنہ نہہوآپسے ؟ ہمتوایسےایسا جانتےنہیں۔ جو ہمچاہتےہیں،وہہمکربھیڈالتےہیں۔</w:t>
      </w:r>
    </w:p>
    <w:p>
      <w:r>
        <w:rPr>
          <w:b/>
        </w:rPr>
        <w:t xml:space="preserve">[1:09:25] </w:t>
      </w:r>
      <w:r>
        <w:t>to aisi cheez ka credit lena chahte hain aap jo aap ne kiya hi nahin. to apne chaahne ko sochiye ki aap chaah nahin rahe. yeh ghalat sochna hai ki aap chaah rahe hain.</w:t>
      </w:r>
    </w:p>
    <w:p>
      <w:pPr>
        <w:jc w:val="right"/>
      </w:pPr>
      <w:r>
        <w:t>تو ایسیچیزکا کریڈٹلیناچاہتےہیںآپجوآپنےکیا ہینہیں۔ تواپنے چاہنےکوسوچیےکہآپچاہنہیںرہے۔ یہغلطسوچناہےکہآپ چاہرہےہیں۔</w:t>
      </w:r>
    </w:p>
    <w:p>
      <w:r>
        <w:rPr>
          <w:b/>
        </w:rPr>
        <w:t xml:space="preserve">[1:09:35] </w:t>
      </w:r>
      <w:r>
        <w:t>yeh ghalat soch hai aap ki. aap chaah nahin rahe hain. aap shaitan ke influence mein hain, negative thought ke influence mein hain.</w:t>
      </w:r>
    </w:p>
    <w:p>
      <w:pPr>
        <w:jc w:val="right"/>
      </w:pPr>
      <w:r>
        <w:t>یہغلطسوچہےآپکی۔آپچاہنہیںرہےہیں۔ آپسیٹنکےانفلوئنسمیںہیں، نیگیٹیوتھاٹکےانفلوئنسمیںہیں۔</w:t>
      </w:r>
    </w:p>
    <w:p>
      <w:r>
        <w:rPr>
          <w:b/>
        </w:rPr>
        <w:t xml:space="preserve">[1:09:43] </w:t>
      </w:r>
      <w:r>
        <w:t>is ko diffuse nahin kar pa rahe hain. to khwahamakhwah keh rahe hain ki hum to chaah rahe hain. agar chahte to aap sabr kar lete. to chaahne ko mazboot kijiye, chaahne ko.</w:t>
      </w:r>
    </w:p>
    <w:p>
      <w:pPr>
        <w:jc w:val="right"/>
      </w:pPr>
      <w:r>
        <w:t>اسکو ڈیفیوزنہیںکرپارہےہیں۔توخوامخواہکہہرہےہیںکہہمہمتوچاہرہےہیں۔ اگر چاہتےہوتوآپصبرکرلیتے۔ تو چاہنےکو مضبوطکیجئے، چاہنےکو۔</w:t>
      </w:r>
    </w:p>
    <w:p>
      <w:r>
        <w:rPr>
          <w:b/>
        </w:rPr>
        <w:t xml:space="preserve">[1:09:55] </w:t>
      </w:r>
      <w:r>
        <w:t>aur aisi cheezein credit na lene ki koshish kijiye jis ko aap ne kiya hi nahin ho. yuhibbuna an yumdu bima lam yafalu.</w:t>
      </w:r>
    </w:p>
    <w:p>
      <w:pPr>
        <w:jc w:val="right"/>
      </w:pPr>
      <w:r>
        <w:t>اور ایسیچیزیںکریڈٹنہ لینےکیکوششکیجئےجسکوآپ نے کیاہینہیںہو۔ یحبونیوم بمالمیفعلوا۔</w:t>
      </w:r>
    </w:p>
    <w:p>
      <w:r>
        <w:rPr>
          <w:b/>
        </w:rPr>
        <w:t xml:space="preserve">[1:10:03] </w:t>
      </w:r>
      <w:r>
        <w:t>fala tahsabanna min al-azab. ki agar aadmi is phir bhi pakad mein aayega. yani ek kaam aadmi ne kiya nahin aur woh chahta hai ki mujhe is ka reward mile.</w:t>
      </w:r>
    </w:p>
    <w:p>
      <w:pPr>
        <w:jc w:val="right"/>
      </w:pPr>
      <w:r>
        <w:t>فلاتص ور من العذابکہ اگر آ دمی اسپھربھیپکڑمیںآئےگا۔ یعنی ایککام آدمینےکیا نہیں اور اسچاہتاہےکہمجھےاسکاریوارڈملے۔</w:t>
      </w:r>
    </w:p>
    <w:p>
      <w:r>
        <w:rPr>
          <w:b/>
        </w:rPr>
        <w:t xml:space="preserve">[1:10:15] </w:t>
      </w:r>
      <w:r>
        <w:t>to is chaahne par is ko pakad se bachega nahin. woh phir bhi pakad mein aayega. woh is aayat par gaur kijiye aap: "yuhibbuna an yumdu bima lam yafalu. fala tahsabanna min al-azab." is aayat par gaur kijiye.</w:t>
      </w:r>
    </w:p>
    <w:p>
      <w:pPr>
        <w:jc w:val="right"/>
      </w:pPr>
      <w:r>
        <w:t>تواس چاہنےپراسکو اسکو پکڑسےبچےگانہیں۔وہ پھربھیپکڑمیںآئےگا۔وہ اسآیتپرغورکیجئےآپ: "یحبونیوم بمالمیفعلوا۔فلاتص ور من العذاب۔" اسآیتپرغورکیجئے۔</w:t>
      </w:r>
    </w:p>
    <w:p>
      <w:r>
        <w:rPr>
          <w:b/>
        </w:rPr>
        <w:t xml:space="preserve">[1:10:31] </w:t>
      </w:r>
      <w:r>
        <w:t>mistar ji em dar ne kashmir se likha hai: "azan ke baad ki dua mein maqam-e-mahmood ka lafz aata hai.</w:t>
      </w:r>
    </w:p>
    <w:p>
      <w:pPr>
        <w:jc w:val="right"/>
      </w:pPr>
      <w:r>
        <w:t>مسٹر جیایم ڈارنےکشمیرسےلکھاہے: "اذانکےبعد کی دعامیں مقام محمودکا لفظآتاہے۔</w:t>
      </w:r>
    </w:p>
    <w:p>
      <w:r>
        <w:rPr>
          <w:b/>
        </w:rPr>
        <w:t xml:space="preserve">[1:10:41] </w:t>
      </w:r>
      <w:r>
        <w:t>is ka matlab kya hai?" aap meri tafsir parhiye: "tazkir-ul-quran". is mein "as aluka bi maqam-e-mahmood" ki wazahat maujood hai.</w:t>
      </w:r>
    </w:p>
    <w:p>
      <w:pPr>
        <w:jc w:val="right"/>
      </w:pPr>
      <w:r>
        <w:t>اسکامطلب کیاہے ؟" آپ میریتفسیرپڑھیے:"تذکر القرآن"۔ اسمیں "اسا یب سکربکمقام محمودہ"کیوضاحتموجود ہے۔</w:t>
      </w:r>
    </w:p>
    <w:p>
      <w:r>
        <w:rPr>
          <w:b/>
        </w:rPr>
        <w:t xml:space="preserve">[1:10:53] </w:t>
      </w:r>
      <w:r>
        <w:t>is ko aap parh lijiye.</w:t>
      </w:r>
    </w:p>
    <w:p>
      <w:pPr>
        <w:jc w:val="right"/>
      </w:pPr>
      <w:r>
        <w:t>اسکوآپپڑھلیجئے۔</w:t>
      </w:r>
    </w:p>
    <w:p>
      <w:r>
        <w:rPr>
          <w:b/>
        </w:rPr>
        <w:t xml:space="preserve">[1:10:57] </w:t>
      </w:r>
      <w:r>
        <w:t>mis naghma siddiqui ne dilli se likha hai: "as what is happening in the muslim world today directly due to the political interpretation of islam.</w:t>
      </w:r>
    </w:p>
    <w:p>
      <w:pPr>
        <w:jc w:val="right"/>
      </w:pPr>
      <w:r>
        <w:t>مس نغمہصدی قینے دلیسےلکھاہے: "از واٹازہیپننگاندا مسلم ورلڈٹوڈے ڈائریکٹلیڈیوٹودا پولیٹیکل انٹرپریٹیشناف اسلام۔</w:t>
      </w:r>
    </w:p>
    <w:p>
      <w:r>
        <w:rPr>
          <w:b/>
        </w:rPr>
        <w:t xml:space="preserve">[1:11:09] </w:t>
      </w:r>
      <w:r>
        <w:t>"kindly comment. sahi hai, bilkul sahi hai. political interpretation hi ka calamity hai yeh. kyunki dekhiye, political interpretation ka kya hota hai?</w:t>
      </w:r>
    </w:p>
    <w:p>
      <w:pPr>
        <w:jc w:val="right"/>
      </w:pPr>
      <w:r>
        <w:t>"کائنڈلیکمنٹ۔ صحیحہے،بالکلصحیحہے۔ پولیٹیکلانٹرپریٹیشن ہی کاکلمنیشنہےیہ۔ کیونکہدیکھیے،پولیٹیکلانٹرپریٹیشنکاکیاہوتاہے؟</w:t>
      </w:r>
    </w:p>
    <w:p>
      <w:r>
        <w:rPr>
          <w:b/>
        </w:rPr>
        <w:t xml:space="preserve">[1:11:20] </w:t>
      </w:r>
      <w:r>
        <w:t>focus chala jaata hai political seat par .</w:t>
      </w:r>
    </w:p>
    <w:p>
      <w:pPr>
        <w:jc w:val="right"/>
      </w:pPr>
      <w:r>
        <w:t>فوکس چلاجاتاہےپولیٹیکلسیٹپر ۔</w:t>
      </w:r>
    </w:p>
    <w:p>
      <w:r>
        <w:rPr>
          <w:b/>
        </w:rPr>
        <w:t xml:space="preserve">[1:11:24] </w:t>
      </w:r>
      <w:r>
        <w:t>spiritual interpretation mein focus mein aap rehte hain ke mujhe apna apne ko theek karna hai. to agar aap in political interpretation dein to focus jo hai doosre par chala jayega.</w:t>
      </w:r>
    </w:p>
    <w:p>
      <w:pPr>
        <w:jc w:val="right"/>
      </w:pPr>
      <w:r>
        <w:t>سپریچولانٹرپریٹیشنمیںفوکسمیںآپرہتےہیں کہمجھےاپنا اپنے کوٹھیککرناہے۔ تو اگر آپ ان پولیٹیکلانٹرپریٹیشن دیں تو فوکسجوہےدوسرے پرچلاجائےگا۔</w:t>
      </w:r>
    </w:p>
    <w:p>
      <w:r>
        <w:rPr>
          <w:b/>
        </w:rPr>
        <w:t xml:space="preserve">[1:11:38] </w:t>
      </w:r>
      <w:r>
        <w:t>spiritual interpretation dein to focus pe aap khud rahenge. to political interpretation ki sab se bari kharabi yeh hai ke focus badal deta hai. woh sari kharabi jo hai authority mein hai, sari kharabi ruler mein hai. bas isko maro, isko hatao.</w:t>
      </w:r>
    </w:p>
    <w:p>
      <w:pPr>
        <w:jc w:val="right"/>
      </w:pPr>
      <w:r>
        <w:t>سپریچولانٹرپریٹیشندیںتوفوکسپہآپخودرہیںگے۔ تو پولیٹیکلانٹرپریٹیشنکیسبسےبڑیخرابییہہےکہفوکسبدلدیتاہے۔وہ ساریخرابیجوہےاتھارٹیمیںہے، ساریخرابیرولرمیںہے۔بساسکومارو،اسکوہٹاؤ۔</w:t>
      </w:r>
    </w:p>
    <w:p>
      <w:r>
        <w:rPr>
          <w:b/>
        </w:rPr>
        <w:t xml:space="preserve">[1:11:52] </w:t>
      </w:r>
      <w:r>
        <w:t>isi culmination hai jo is waqt ho raha hai. ismein koi shaq nahi.</w:t>
      </w:r>
    </w:p>
    <w:p>
      <w:pPr>
        <w:jc w:val="right"/>
      </w:pPr>
      <w:r>
        <w:t>اسیکلمنیشنہےجواسوقت ہورہاہے۔ اسمیںکوئیشکنہیں۔</w:t>
      </w:r>
    </w:p>
    <w:p>
      <w:r>
        <w:rPr>
          <w:b/>
        </w:rPr>
        <w:t xml:space="preserve">[1:11:59] </w:t>
      </w:r>
      <w:r>
        <w:t>Miss Talat Anjum Khan ne Delhi se likha hai: "Humans are called Ashraf ul Makhlooqat." Mention the case of Sulaiman as he asked one of his jinn to bring the throne.</w:t>
      </w:r>
    </w:p>
    <w:p>
      <w:pPr>
        <w:jc w:val="right"/>
      </w:pPr>
      <w:r>
        <w:t>مس طلعت انجمنخان نے دلیسےلکھاہے: "ہیومنز ار کالڈ اشرف المخلوقات ۔ "یومینشن داکیس اف سلیمان ایزہیاسک ڈ ون افہزجن زٹوبرنگداتھرون۔</w:t>
      </w:r>
    </w:p>
    <w:p>
      <w:r>
        <w:rPr>
          <w:b/>
        </w:rPr>
        <w:t xml:space="preserve">[1:12:15] </w:t>
      </w:r>
      <w:r>
        <w:t>My question is: So how are humans better than jinn? What is the meaning of Ashraf ul Makhlooqat?</w:t>
      </w:r>
    </w:p>
    <w:p>
      <w:pPr>
        <w:jc w:val="right"/>
      </w:pPr>
      <w:r>
        <w:t>مائیکوئسچناز:سو ہاؤویاربیٹردینجن ز؟ واٹازدامیننگاف اشرف المخلوقات ؟</w:t>
      </w:r>
    </w:p>
    <w:p>
      <w:r>
        <w:rPr>
          <w:b/>
        </w:rPr>
        <w:t xml:space="preserve">[1:12:22] </w:t>
      </w:r>
      <w:r>
        <w:t>Ashraf ul Makhlooqat da quran mein hai, na hadith mein hai. yeh toh awami zuban hai ke awam mein chala hua hai. Ashraf ul Makhlooqat quran mein hai: "waqad karramna bani Adam." dono faraq hain.</w:t>
      </w:r>
    </w:p>
    <w:p>
      <w:pPr>
        <w:jc w:val="right"/>
      </w:pPr>
      <w:r>
        <w:t>ا شرف المخلوقات داقر آنمیںہے،ناحدیثمیںہے۔یہتو عوامی زبان ہے کہعواممیںچلاہواہے۔اشرف المخلوقات قرآنمیںہے:"وقتکر منابنی آدم۔" دونوںفرقہیں۔</w:t>
      </w:r>
    </w:p>
    <w:p>
      <w:r>
        <w:rPr>
          <w:b/>
        </w:rPr>
        <w:t xml:space="preserve">[1:12:37] </w:t>
      </w:r>
      <w:r>
        <w:t>yani insaan ko mind diya, insaan ko azadi di, insaan ko aisi bohat si cheezein jo ke darakht ko, pahaad ko, samandar ko nahi di hain.</w:t>
      </w:r>
    </w:p>
    <w:p>
      <w:pPr>
        <w:jc w:val="right"/>
      </w:pPr>
      <w:r>
        <w:t>یعنیانسانکو مائنڈدیا، انسانکو آز ادیدی، انسانکو ایسیبہت سیچیزیںجوکہ درخت کو،پہاڑکو،سمندرکونہیںدیہیں۔</w:t>
      </w:r>
    </w:p>
    <w:p>
      <w:r>
        <w:rPr>
          <w:b/>
        </w:rPr>
        <w:t xml:space="preserve">[1:12:45] </w:t>
      </w:r>
      <w:r>
        <w:t>lekin woh inaam ke taur par nahi, woh test ke taur par hai. Ashraf ul Makhlooqat ka lafz batata hai ke woh bator an</w:t>
      </w:r>
    </w:p>
    <w:p>
      <w:pPr>
        <w:jc w:val="right"/>
      </w:pPr>
      <w:r>
        <w:t>لیکن وہانعامکےطورپرنہیں،وہٹیسٹ کےطورپرہے۔ اشرف الم خلوقاتکالفظبتاتاہےکہوہبطوران</w:t>
      </w:r>
    </w:p>
    <w:p>
      <w:r>
        <w:rPr>
          <w:b/>
        </w:rPr>
        <w:t xml:space="preserve">[1:12:52] </w:t>
      </w:r>
      <w:r>
        <w:t>aam hai, woh bator inaam nahi hai, woh test ke taur par hai. yani woh kisi ka shair hai ke woh jitna zyada , yani insaan ka insaan ka test aur bhi zyada hai, doosron se bhi zyada hai.</w:t>
      </w:r>
    </w:p>
    <w:p>
      <w:pPr>
        <w:jc w:val="right"/>
      </w:pPr>
      <w:r>
        <w:t>عامہے،وہ بطورانعامنہیںہے،وہ ٹیسٹ کےطورپرہے۔ یعنی وہ کسی کاشعرہےکہ وہ جتنازیادہ ،یعنی انسانکا انسان کا ٹیسٹ اوربھیزیادہ ہے، دوسروںسےبھیزیادہہے۔</w:t>
      </w:r>
    </w:p>
    <w:p>
      <w:r>
        <w:rPr>
          <w:b/>
        </w:rPr>
        <w:t xml:space="preserve">[1:13:13] </w:t>
      </w:r>
      <w:r>
        <w:t>cheenti ka test kuch bhi nahi hai, chidiya ka test kuch bhi nahi hai, lekin insaan ka test bohat zyada hai.</w:t>
      </w:r>
    </w:p>
    <w:p>
      <w:pPr>
        <w:jc w:val="right"/>
      </w:pPr>
      <w:r>
        <w:t>چیونٹیکاٹیسٹ کچھبھینہیں ہے، چڑیاکاٹیسٹ کچھبھینہیںہے،لیکن انسانکاٹیسٹ بہتزیادہ ہے۔</w:t>
      </w:r>
    </w:p>
    <w:p>
      <w:r>
        <w:rPr>
          <w:b/>
        </w:rPr>
        <w:t xml:space="preserve">[1:13:21] </w:t>
      </w:r>
      <w:r>
        <w:t>kyunki insaan ko Allah ta'ala ne aankh di, kaan diya, dimaag diya, azadi di, toh iska test bohat zyada hai. kya isse aakhri juz kya hai sawal ka?</w:t>
      </w:r>
    </w:p>
    <w:p>
      <w:pPr>
        <w:jc w:val="right"/>
      </w:pPr>
      <w:r>
        <w:t>کیونکہانسانکو اللہتعالینے آنکھدی،کان دی، دماغدیا، آز ادیدی، تو اسکا ٹیسٹ بہتزیادہ ہے۔ کیا اسسےآخریجز کیاہے سوالکا؟</w:t>
      </w:r>
    </w:p>
    <w:p>
      <w:r>
        <w:rPr>
          <w:b/>
        </w:rPr>
        <w:t xml:space="preserve">[1:13:34] </w:t>
      </w:r>
      <w:r>
        <w:t>Ah, how is how are humans better than jinn? And what is the meaning of better ki baatein nahi hai, physical power ki baatein hai.</w:t>
      </w:r>
    </w:p>
    <w:p>
      <w:pPr>
        <w:jc w:val="right"/>
      </w:pPr>
      <w:r>
        <w:t>اہ، ہاؤاز ہاؤآرہیومنزبیٹردینجن؟ اینڈواٹازدامیننگافبی ٹرکیباتنہیںہے، فزیکلپاورکیباتہے۔</w:t>
      </w:r>
    </w:p>
    <w:p>
      <w:r>
        <w:rPr>
          <w:b/>
        </w:rPr>
        <w:t xml:space="preserve">[1:13:45] </w:t>
      </w:r>
      <w:r>
        <w:t>insaan ko Allah ta'ala ne dimaag diya hai, insaan dimaag se machine tak ka banata hai.</w:t>
      </w:r>
    </w:p>
    <w:p>
      <w:pPr>
        <w:jc w:val="right"/>
      </w:pPr>
      <w:r>
        <w:t>انسان کواللہتعالینےدماغدیاہے،انسان دماغسے مشیننکالبناتاہے۔</w:t>
      </w:r>
    </w:p>
    <w:p>
      <w:r>
        <w:rPr>
          <w:b/>
        </w:rPr>
        <w:t xml:space="preserve">[1:13:49] </w:t>
      </w:r>
      <w:r>
        <w:t>machine ke zariye se bohat bade bade kaam karta hai, woh jinn se badhkar kaam karta hai, woh . lekin physical power jinn ke paas zyada hai, jinn machine nahi bana sakta, jinn jahaz, jinn jahaz nahi bana sakta,</w:t>
      </w:r>
    </w:p>
    <w:p>
      <w:pPr>
        <w:jc w:val="right"/>
      </w:pPr>
      <w:r>
        <w:t>مشینکےذریعےسے بہت بڑےبڑےکامکرتاہے،وہ جنسےبڑھکرکامکرتاہے،وہ ۔لیکن فزیکلپاور انجنکےپاسزیادہ ہے، جن مش یننہیںبناسکتا،جنہوا جہاز، جنہوا جہازنہیںبناسکتا،</w:t>
      </w:r>
    </w:p>
    <w:p>
      <w:r>
        <w:rPr>
          <w:b/>
        </w:rPr>
        <w:t xml:space="preserve">[1:14:04] </w:t>
      </w:r>
      <w:r>
        <w:t>motor car nahi bana sakta, jinn rocket nahi bana sakta. toh yeh faraq hai. yani physical power bilashuba jinn ke paas zyada hai, lekin mental power insaan ke paas zyada hai.</w:t>
      </w:r>
    </w:p>
    <w:p>
      <w:pPr>
        <w:jc w:val="right"/>
      </w:pPr>
      <w:r>
        <w:t>موٹرکارنہیںبناسکتا،جن راکٹنہیںبناسکتا۔ تو یہفرقہے۔ یعنیفزیکلپاوربلاشبہجناتکےپاسزیادہہے،لیکن مینٹلپاورانسانکےپاسزیادہ ہے۔</w:t>
      </w:r>
    </w:p>
    <w:p>
      <w:r>
        <w:rPr>
          <w:b/>
        </w:rPr>
        <w:t xml:space="preserve">[1:14:14] </w:t>
      </w:r>
      <w:r>
        <w:t>insaan ne dekhiye, insaan se pehle zameen thi jinn ke charo janib. jinn ne koi solution nahi banayi, yeh insaan tha jisne solution banayi.</w:t>
      </w:r>
    </w:p>
    <w:p>
      <w:pPr>
        <w:jc w:val="right"/>
      </w:pPr>
      <w:r>
        <w:t>انساننے دیکھیے، انسان سے پہلے زمین تھی جن کےچارجمیں۔ جن وںنےکوئیسولیشننہیںبنائی، یہانسان تھا جسنےسولیشنبنائی۔</w:t>
      </w:r>
    </w:p>
    <w:p>
      <w:r>
        <w:rPr>
          <w:b/>
        </w:rPr>
        <w:t xml:space="preserve">[1:14:26] </w:t>
      </w:r>
      <w:r>
        <w:t>to farq hai :aik physical power, aik mental power. is farq ko aap zehan mein rakhein to baat samajh mein aa jaye gi.</w:t>
      </w:r>
    </w:p>
    <w:p>
      <w:pPr>
        <w:jc w:val="right"/>
      </w:pPr>
      <w:r>
        <w:t>تو فرقہے :ایک فزیکلپاور،ایک مینٹلپاور۔ اسفرق کو آپ ذہنمیںرکھیںتوباتسمجھمیںآجائےگی۔</w:t>
      </w:r>
    </w:p>
    <w:p>
      <w:r>
        <w:rPr>
          <w:b/>
        </w:rPr>
        <w:t xml:space="preserve">[1:14:38] </w:t>
      </w:r>
      <w:r>
        <w:t>Mr. Tahir Rasool ne Gadhgaon se likha hai: "You had mentioned some lines in favor of democracy.</w:t>
      </w:r>
    </w:p>
    <w:p>
      <w:pPr>
        <w:jc w:val="right"/>
      </w:pPr>
      <w:r>
        <w:t>مسٹر طاہد رسولنے گڑگاؤںسےلکھاہے: "یوہیڈمینشن سملائنز انفیوراف ڈیموکریسی۔</w:t>
      </w:r>
    </w:p>
    <w:p>
      <w:r>
        <w:rPr>
          <w:b/>
        </w:rPr>
        <w:t xml:space="preserve">[1:14:47] </w:t>
      </w:r>
      <w:r>
        <w:t>In the present society, the crime rate is touching peaks. There are molestation, rapes, thefts, etcetera.</w:t>
      </w:r>
    </w:p>
    <w:p>
      <w:pPr>
        <w:jc w:val="right"/>
      </w:pPr>
      <w:r>
        <w:t>سنسان پریزنٹ سوسائٹی،داکرائمریٹاز ٹچنگ پیکس۔ دیرارمولیسٹی شنز، ری پس، تھیفٹس،ایٹسیٹرا۔</w:t>
      </w:r>
    </w:p>
    <w:p>
      <w:r>
        <w:rPr>
          <w:b/>
        </w:rPr>
        <w:t xml:space="preserve">[1:14:56] </w:t>
      </w:r>
      <w:r>
        <w:t>but muslims don't have the right to implement the sharia, like cutting the hands of a thief. is democracy an end for muslims now?</w:t>
      </w:r>
    </w:p>
    <w:p>
      <w:pPr>
        <w:jc w:val="right"/>
      </w:pPr>
      <w:r>
        <w:t>بٹ مسلمزڈونٹہیودارائٹٹوامپلیمنٹدا شریعہ، لائککٹنگداہینڈزافاتھیف۔ از ڈیموکریسیان ف فار مسلمزناؤ؟</w:t>
      </w:r>
    </w:p>
    <w:p>
      <w:r>
        <w:rPr>
          <w:b/>
        </w:rPr>
        <w:t xml:space="preserve">[1:15:06] </w:t>
      </w:r>
      <w:r>
        <w:t>please comment.</w:t>
      </w:r>
    </w:p>
    <w:p>
      <w:pPr>
        <w:jc w:val="right"/>
      </w:pPr>
      <w:r>
        <w:t>پلیزکمنٹ۔</w:t>
      </w:r>
    </w:p>
    <w:p>
      <w:r>
        <w:rPr>
          <w:b/>
        </w:rPr>
        <w:t xml:space="preserve">[1:15:09] </w:t>
      </w:r>
      <w:r>
        <w:t>"kya baat hai? yeh koi yeh bhi confusion hai is mein. kya matlab is ka? yani aik usooli baat mein yeh kahoon ga ke kabhi bhi dunya mein crime free dunya nahi rahi hai.</w:t>
      </w:r>
    </w:p>
    <w:p>
      <w:pPr>
        <w:jc w:val="right"/>
      </w:pPr>
      <w:r>
        <w:t>"کیا باتہے؟یہکوئییہبھیکنفیوژنہےاسمیں۔ کیامطلب اسکاہے؟ یعنی ایک اصولیباتمیںیہکہوںگا کہ کبھی بھی دنیا میں کرائم فریدنیا نہیںرہیہے۔</w:t>
      </w:r>
    </w:p>
    <w:p>
      <w:r>
        <w:rPr>
          <w:b/>
        </w:rPr>
        <w:t xml:space="preserve">[1:15:21] </w:t>
      </w:r>
      <w:r>
        <w:t>yeh soch galat hai aap ki. jab muslim rule hai, tab bhi so called muslim rule jo tha, woh aath sau saal tak, tab bhi crime the, har qism ke crime the.</w:t>
      </w:r>
    </w:p>
    <w:p>
      <w:pPr>
        <w:jc w:val="right"/>
      </w:pPr>
      <w:r>
        <w:t>یہسوچغلطہےآپکی۔ جب مسلمرولہے،تببھی سو کالڈمسلمرولجوتھا،وہ آٹھسوسالتک،تببھیکرائمتھے،ہرقسمکےکرائمتھے۔</w:t>
      </w:r>
    </w:p>
    <w:p>
      <w:r>
        <w:rPr>
          <w:b/>
        </w:rPr>
        <w:t xml:space="preserve">[1:15:32] </w:t>
      </w:r>
      <w:r>
        <w:t>farq sirf kya hai? aaj hum media ke zamanay mein hain, aap ke ilm mein aa jata hai, woh tab ilm mein nahi aata tha. woh</w:t>
      </w:r>
    </w:p>
    <w:p>
      <w:pPr>
        <w:jc w:val="right"/>
      </w:pPr>
      <w:r>
        <w:t>فرقصرفکیاہے؟آجہممیڈیاکےزمان ےمیںہیں، آپ کےعلم میںآجاتاہے،وہ تب علم میںنہیںآتاتھا۔وہ</w:t>
      </w:r>
    </w:p>
    <w:p>
      <w:r>
        <w:rPr>
          <w:b/>
        </w:rPr>
        <w:t xml:space="preserve">[1:15:39] </w:t>
      </w:r>
      <w:r>
        <w:t>yani abhi crime hua aur jaldi se aapko aap jan liya. aap isko aap ne pehle kya tha? pehle na akhbar tha, na radio tha, na TV tha, to aap bekhabar rahte the. iske crime free world kabhi duniya mein nahin raha. yaad rakhiye,</w:t>
      </w:r>
    </w:p>
    <w:p>
      <w:pPr>
        <w:jc w:val="right"/>
      </w:pPr>
      <w:r>
        <w:t>یعنیابھیکرائمہوا اورجلدیسےآپکوآپ جانلیا۔آپاسکو آپ نے پہلے کیاتھا؟پہلے نہاخبارتھا،نہریڈیوتھا،نہٹیویتھا،توآپ بےخبررہتےتھے۔اسکے کرائم فری ورلڈکبھیدنیا میںنہیںرہا۔یادرکھیے،</w:t>
      </w:r>
    </w:p>
    <w:p>
      <w:r>
        <w:rPr>
          <w:b/>
        </w:rPr>
        <w:t xml:space="preserve">[1:15:54] </w:t>
      </w:r>
      <w:r>
        <w:t>aap gaur kijiye ke hazrat aadam jo the, pehle insaan the aur paigambar bhi the. unki pehli nasl mein qabil ne habil ko maar dala. woh crime tha kya tha? woh</w:t>
      </w:r>
    </w:p>
    <w:p>
      <w:pPr>
        <w:jc w:val="right"/>
      </w:pPr>
      <w:r>
        <w:t>آپغورکیجئےکہ حضرتآدمجوتھے،پہلےانسانتھے اورپیغمبربھیتھے۔ انکی پہلینسلمیں قابیلنےہابیلکومارڈالا۔ وہکرائمتھاکہکیاتھا؟وہ</w:t>
      </w:r>
    </w:p>
    <w:p>
      <w:r>
        <w:rPr>
          <w:b/>
        </w:rPr>
        <w:t xml:space="preserve">[1:16:05] </w:t>
      </w:r>
      <w:r>
        <w:t>yeh pehli nasl mein unke apne direct bete the. unke bete qabil ne habil ko maar dala. woh crime tha kya tha? woh to crime free world duniya mein mumkin nahin hai. yeh ghalat baat hai yeh sochna.</w:t>
      </w:r>
    </w:p>
    <w:p>
      <w:pPr>
        <w:jc w:val="right"/>
      </w:pPr>
      <w:r>
        <w:t>یہپہلینسلمیں انکے اپنے ڈائریکٹبیٹےتھے۔انکےبیٹے قابیلنےہابیلکومارڈالا۔وہ کرائمتھاکہکیاتھا؟وہ تو کرائم فری ورلڈدنیامیںممکنہینہیںہے۔یہغلطباتہے یہسوچنا۔</w:t>
      </w:r>
    </w:p>
    <w:p>
      <w:r>
        <w:rPr>
          <w:b/>
        </w:rPr>
        <w:t xml:space="preserve">[1:16:19] </w:t>
      </w:r>
      <w:r>
        <w:t>muslimano ne ek ek khud sakhta tasawwur bana rakha hai ke islam aayega to crime free ho jayega. yeh bilkul mumkin nahin hai. crime free kaise ho jayega?</w:t>
      </w:r>
    </w:p>
    <w:p>
      <w:pPr>
        <w:jc w:val="right"/>
      </w:pPr>
      <w:r>
        <w:t>مس لمانوںنے ایکایک خود ساخت ہ شانہتصوربنارکھاہے کہاسلام آئےگاتوکرائمفریہوجائےگا۔یہبالکلممکننہیںہے۔ کرائمفریکیسےہوجائےگا؟</w:t>
      </w:r>
    </w:p>
    <w:p>
      <w:r>
        <w:rPr>
          <w:b/>
        </w:rPr>
        <w:t xml:space="preserve">[1:16:30] </w:t>
      </w:r>
      <w:r>
        <w:t>insaan ko allah ta'ala aazad diya hai, mehsoos karega. woh tarah tarah se mehsoos karega. woh</w:t>
      </w:r>
    </w:p>
    <w:p>
      <w:pPr>
        <w:jc w:val="right"/>
      </w:pPr>
      <w:r>
        <w:t>انسانکو اللہتعالیآز ادیدیہے، محسوسکرےگا۔وہ طرحطرح سےمحسوسکرےگا۔وہ</w:t>
      </w:r>
    </w:p>
    <w:p>
      <w:r>
        <w:rPr>
          <w:b/>
        </w:rPr>
        <w:t xml:space="preserve">[1:16:35] </w:t>
      </w:r>
      <w:r>
        <w:t>aap rok nahin sakte isko mehsoos free dom se. yeh tasawwur ghalat hai ke islami qanoon nafiz ho jaye to crime free ho jayega.</w:t>
      </w:r>
    </w:p>
    <w:p>
      <w:pPr>
        <w:jc w:val="right"/>
      </w:pPr>
      <w:r>
        <w:t>آپروکنہیںسکتےاسکومحسوساففریڈمسے۔ یہ تص وریغلطہےکہ اسلامی قانون نافذہوجائےتوکرائمفریہوجائےگا۔</w:t>
      </w:r>
    </w:p>
    <w:p>
      <w:r>
        <w:rPr>
          <w:b/>
        </w:rPr>
        <w:t xml:space="preserve">[1:16:45] </w:t>
      </w:r>
      <w:r>
        <w:t>crime phir bhi rahenge. yeh yeh yeh political interpretation ka ka ka ka tamasha hai. yeh ke political interpretation jo hai, isne ek ek khud sakhta tasawwur banaya hai muslim rule ka, jo ke muslim rule haqiqat mein tha hi nahin. aisa kabhi is wajeh se focus</w:t>
      </w:r>
    </w:p>
    <w:p>
      <w:pPr>
        <w:jc w:val="right"/>
      </w:pPr>
      <w:r>
        <w:t>کرائمپھربھیرہیںگے۔ یہ یہ یہپولیٹیکلانٹرپریٹیشنکا کا کا کاتماشہہے۔یہ کہپولیٹیکلانٹرپریٹیشنجوہے،اسنے ایک ایکخود ساخت ہتصوربنایاہے مسلمرولکا ،جو کہ مسلمرولحقیقتمیںتھاہینہیں۔ایساکبھی اسوجہسےفوکس</w:t>
      </w:r>
    </w:p>
    <w:p>
      <w:r>
        <w:rPr>
          <w:b/>
        </w:rPr>
        <w:t xml:space="preserve">[1:17:04] </w:t>
      </w:r>
      <w:r>
        <w:t>ko badliye. focus jo hai, bajaye political rule ke, dawat ko kijiye, aakhirat ko kijiye, jannat ko kijiye. yahi sahi tareeqa hai.</w:t>
      </w:r>
    </w:p>
    <w:p>
      <w:pPr>
        <w:jc w:val="right"/>
      </w:pPr>
      <w:r>
        <w:t>کوبدلیے۔ فوکسجوہے،بجائے پولیٹیکلرولکے، دعوتکو کیجئے،آخرتکوکیجئے،جنتکوکیجئے۔ یہیصحیحطریقہہے۔</w:t>
      </w:r>
    </w:p>
    <w:p>
      <w:r>
        <w:rPr>
          <w:b/>
        </w:rPr>
        <w:t xml:space="preserve">[1:17:14] </w:t>
      </w:r>
      <w:r>
        <w:t>doctor muslima siddiqui ne nai dilli se likha hai: "why is it that keeping patience is the most difficult thing for man?</w:t>
      </w:r>
    </w:p>
    <w:p>
      <w:pPr>
        <w:jc w:val="right"/>
      </w:pPr>
      <w:r>
        <w:t>ڈاکٹرمسلمہ صدی قی نے نئیدلیسےلکھاہے: "وائیازاٹدیٹکیپنگ پیشنس ازداموسٹ ڈیفیکلٹ تھنگفار مین؟</w:t>
      </w:r>
    </w:p>
    <w:p>
      <w:r>
        <w:rPr>
          <w:b/>
        </w:rPr>
        <w:t xml:space="preserve">[1:17:24] </w:t>
      </w:r>
      <w:r>
        <w:t>while becoming impatient is the easiest thing on earth."</w:t>
      </w:r>
    </w:p>
    <w:p>
      <w:pPr>
        <w:jc w:val="right"/>
      </w:pPr>
      <w:r>
        <w:t>وائل بیکمنگ امپیشنٹازدا ایزیسٹتھنگان ارتھ۔</w:t>
      </w:r>
    </w:p>
    <w:p>
      <w:r>
        <w:rPr>
          <w:b/>
        </w:rPr>
        <w:t xml:space="preserve">[1:17:30] </w:t>
      </w:r>
      <w:r>
        <w:t>mere to sabse mushkil kaam hai yani patient hona, yani sabr karna. mujhe to sabse kaise log kehte hain ke mushkil kaam hai? bhai bhai, to yeh to emotion management ka mamla hai.</w:t>
      </w:r>
    </w:p>
    <w:p>
      <w:pPr>
        <w:jc w:val="right"/>
      </w:pPr>
      <w:r>
        <w:t>" میراتوسبسےمشکل کامہے یعنی پیشنٹہونا، یعنیصبرکرنا۔ مجھےتوسبسے کیسےلوگکہتےہیںکہمشکلکامہے؟بھئی بھئی،تویہتوایموشنمینجمنٹکامعاملہہے۔</w:t>
      </w:r>
    </w:p>
    <w:p>
      <w:r>
        <w:rPr>
          <w:b/>
        </w:rPr>
        <w:t xml:space="preserve">[1:17:43] </w:t>
      </w:r>
      <w:r>
        <w:t>abhi jab abhi ek zarba aaya, abhi isko khatam kar dijiye. yeh mushkil kyun hai? main main hairan hoon ke mushkil kyun hai? yeh</w:t>
      </w:r>
    </w:p>
    <w:p>
      <w:pPr>
        <w:jc w:val="right"/>
      </w:pPr>
      <w:r>
        <w:t>ابھی جب ابھیایک ضربہآیا،ابھیاسکوختمکردیجئے۔ یہمشکلکیوںہے؟میںمیں حیرانہوںکہمشکلکیوںہے؟یہ</w:t>
      </w:r>
    </w:p>
    <w:p>
      <w:r>
        <w:rPr>
          <w:b/>
        </w:rPr>
        <w:t xml:space="preserve">[1:17:53] </w:t>
      </w:r>
      <w:r>
        <w:t>mushkil kyun hai?</w:t>
      </w:r>
    </w:p>
    <w:p>
      <w:pPr>
        <w:jc w:val="right"/>
      </w:pPr>
      <w:r>
        <w:t>مشکلکیوںہے؟</w:t>
      </w:r>
    </w:p>
    <w:p>
      <w:r>
        <w:rPr>
          <w:b/>
        </w:rPr>
        <w:t xml:space="preserve">[1:17:55] </w:t>
      </w:r>
      <w:r>
        <w:t>dekhiye, maine ek martaba ek article likha tha psychological research ko lekar ke. insaan ka mamla yeh hai ke aap ko ek ek negative sentiment aata hai, gussa aaya masalan to psychological kya hai?</w:t>
      </w:r>
    </w:p>
    <w:p>
      <w:pPr>
        <w:jc w:val="right"/>
      </w:pPr>
      <w:r>
        <w:t>دیکھیے،میںنے ایک مرتبہایک آرٹیکللکھاتھا سائیکلوجیکلریسرچکولےکرکے۔ انسان کامعاملہیہہےکہ آپ کوایک ایک نیگیٹیوسینٹیمنٹآتاہے،غصہآیامثلاً تو سائیکالوجیکیاہے؟</w:t>
      </w:r>
    </w:p>
    <w:p>
      <w:r>
        <w:rPr>
          <w:b/>
        </w:rPr>
        <w:t xml:space="preserve">[1:18:11] </w:t>
      </w:r>
      <w:r>
        <w:t>ke woh thirty second up trend ho, iska hoga, idhar jayega. woh lekin agar chup hain, chup hain, chup hain aap to thirty second ke baad woh phir down trend ho jayega, iska down word jaane lagega. woh</w:t>
      </w:r>
    </w:p>
    <w:p>
      <w:pPr>
        <w:jc w:val="right"/>
      </w:pPr>
      <w:r>
        <w:t>کہوہ تھرٹیسیکنڈ اپٹرینڈہو،اسکاہوگا، ادھرجائےگا۔وہ لیکن اگر چپرہےہیں،چپرہےہیں،چپرہےہیںآپتو تھرٹیسیکنڈکےبعد وہپھر ڈاؤنٹرینڈہوجائےگا،اسکا ڈاؤنورڈجانےلگےگا۔وہ</w:t>
      </w:r>
    </w:p>
    <w:p>
      <w:r>
        <w:rPr>
          <w:b/>
        </w:rPr>
        <w:t xml:space="preserve">[1:18:24] </w:t>
      </w:r>
      <w:r>
        <w:t>pehle aap thirty second up word, thirty second ke baad down word. lekin jab aap chup hain, aap agar bol lenge to phir badhta rahega, badhta rahega, badhta rahega.</w:t>
      </w:r>
    </w:p>
    <w:p>
      <w:pPr>
        <w:jc w:val="right"/>
      </w:pPr>
      <w:r>
        <w:t>پہلے آپ تھرٹیسیکنڈاپورڈ، تھرٹیسیکنڈکےبعد ڈاؤنورڈ۔لیکنجبآپچپرہےہیں،آپ اگر بول لیںگےتوپھر بڑھتارہےگا،بڑھتارہےگا،بڑھتارہےگا۔</w:t>
      </w:r>
    </w:p>
    <w:p>
      <w:r>
        <w:rPr>
          <w:b/>
        </w:rPr>
        <w:t xml:space="preserve">[1:18:33] </w:t>
      </w:r>
      <w:r>
        <w:t>asl masla yeh hai ke aap isko isi par sochein, iska charcha karein, iske liye bolein, iske liye jhagda karein, to woh badhta hai, badhta hai, badhta hai.</w:t>
      </w:r>
    </w:p>
    <w:p>
      <w:pPr>
        <w:jc w:val="right"/>
      </w:pPr>
      <w:r>
        <w:t>اصلمسئلہیہہےکہآپاسکو اسیپرسوچیں،اسیکاچرچاکریں،اسیکےلیےبول یں، اسیکےلیےجھگڑاکریں، تبوہبڑھتاہے،بڑھتاہے،بڑھتاہے۔</w:t>
      </w:r>
    </w:p>
    <w:p>
      <w:r>
        <w:rPr>
          <w:b/>
        </w:rPr>
        <w:t xml:space="preserve">[1:18:42] </w:t>
      </w:r>
      <w:r>
        <w:t>mera tareeqa kya hai? jaldi se main chup ho jata hoon, jaldi se main isko diffuse karne ki koshish karne lagta hoon to 30 second ke baad woh neeche aa jata hai.</w:t>
      </w:r>
    </w:p>
    <w:p>
      <w:pPr>
        <w:jc w:val="right"/>
      </w:pPr>
      <w:r>
        <w:t>میراطریقہکیاہے؟جلدیسےمیںچپہوجاتاہوں، جلدیسےمیں اسکو ڈیفیوزکرنےکیکوششکرنےلگتاہوںتو 30سیکنڈکےبعدوہنیچےآجاتاہے۔</w:t>
      </w:r>
    </w:p>
    <w:p>
      <w:r>
        <w:rPr>
          <w:b/>
        </w:rPr>
        <w:t xml:space="preserve">[1:18:52] </w:t>
      </w:r>
      <w:r>
        <w:t>mujhe to koi mushkil nahin lagta.</w:t>
      </w:r>
    </w:p>
    <w:p>
      <w:pPr>
        <w:jc w:val="right"/>
      </w:pPr>
      <w:r>
        <w:t>مجھےتوکوئیمشکلنہیںلگتا۔</w:t>
      </w:r>
    </w:p>
    <w:p>
      <w:r>
        <w:rPr>
          <w:b/>
        </w:rPr>
        <w:t xml:space="preserve">[1:18:54] </w:t>
      </w:r>
      <w:r>
        <w:t>aksar log yahi batein kehte hain lekin main kehta hoon ke ke aap psychological nahin jaante, aap insaan ke mind ko nahin jaante, insaan ki intellectual capacity ko nahin jaante.</w:t>
      </w:r>
    </w:p>
    <w:p>
      <w:pPr>
        <w:jc w:val="right"/>
      </w:pPr>
      <w:r>
        <w:t>اکثرلوگیہیباتیںکہتےہیںلیکنمیں کہتاہوںکہ کہآپ سائیکالوجیکونہیںجانتے،آپ انسان کےمائنڈکونہیںجانتے، انسان کیانٹلیکچولکیپیسٹیکونہیںجانتے۔</w:t>
      </w:r>
    </w:p>
    <w:p>
      <w:r>
        <w:rPr>
          <w:b/>
        </w:rPr>
        <w:t xml:space="preserve">[1:19:04] </w:t>
      </w:r>
      <w:r>
        <w:t>30 second mein aap isko diffuse kar sakte hain agar aap sach much chahein isko control karna.</w:t>
      </w:r>
    </w:p>
    <w:p>
      <w:pPr>
        <w:jc w:val="right"/>
      </w:pPr>
      <w:r>
        <w:t>30سیکنڈمیںآپاسکوڈیفیوزکرسکتےہیںاگرآپ سچمچچاہیںاسکوکنٹرولکرنا۔</w:t>
      </w:r>
    </w:p>
    <w:p>
      <w:r>
        <w:rPr>
          <w:b/>
        </w:rPr>
        <w:t xml:space="preserve">[1:19:12] </w:t>
      </w:r>
      <w:r>
        <w:t>mister mazahir siddiqui ne dilli se likha hai: "aapne bataya ke duniya sirf ek imtihaan hai.</w:t>
      </w:r>
    </w:p>
    <w:p>
      <w:pPr>
        <w:jc w:val="right"/>
      </w:pPr>
      <w:r>
        <w:t>مسٹر مظاہر صدی قینے دلیسے لکھاہے: "آپنے بت ایاکہ دنیا صرف ایک امتحانہے۔</w:t>
      </w:r>
    </w:p>
    <w:p>
      <w:r>
        <w:rPr>
          <w:b/>
        </w:rPr>
        <w:t xml:space="preserve">[1:19:20] </w:t>
      </w:r>
      <w:r>
        <w:t>agar humein kisi bhi wajah se koi takleef pahunchti hai to kya yeh bhi hamare liye imtihaan hai ya hamare kiye ki saza?" nahin nahin, saza har giz nahin hai.</w:t>
      </w:r>
    </w:p>
    <w:p>
      <w:pPr>
        <w:jc w:val="right"/>
      </w:pPr>
      <w:r>
        <w:t>اگر ہمیںکسی بھی وجہ سے کوئی تک لیف پہنچتیہے تو کیا یہبھی ہمارےلیے امتحانہے یا ہمارے کیےکی سزا ؟"نہیں نہیں،س زاہرگزنہیںہے۔</w:t>
      </w:r>
    </w:p>
    <w:p>
      <w:r>
        <w:rPr>
          <w:b/>
        </w:rPr>
        <w:t xml:space="preserve">[1:19:32] </w:t>
      </w:r>
      <w:r>
        <w:t>saza jo hai sirf aakhirat mein hogi, woh bhi imtihaan hai. surah fajr padh lijiye aap, surah al fajr quran majeed mein,</w:t>
      </w:r>
    </w:p>
    <w:p>
      <w:pPr>
        <w:jc w:val="right"/>
      </w:pPr>
      <w:r>
        <w:t>سزاجوہےصرفآخرتمیںہوگی، وہبھیامتحانہے۔ سورہفجرپڑھلیجئےآپ،سورہ الفجرقرآنمجیدمیں،</w:t>
      </w:r>
    </w:p>
    <w:p>
      <w:r>
        <w:rPr>
          <w:b/>
        </w:rPr>
        <w:t xml:space="preserve">[1:19:41] </w:t>
      </w:r>
      <w:r>
        <w:t>surah al fajr ke teesre paare mein ke duniya mein insaan ko kuch milta hai to woh bhi imtihaan hai, kuch chhinata bhi imtihaan hai.</w:t>
      </w:r>
    </w:p>
    <w:p>
      <w:pPr>
        <w:jc w:val="right"/>
      </w:pPr>
      <w:r>
        <w:t>سورہ الفجر کےتیسرےپارےمیں کہدنیا میں انسانکوکچھملتاہےتووہبھیامتحانہے، کچھ چھنتاتب بھیامتحانہے۔</w:t>
      </w:r>
    </w:p>
    <w:p>
      <w:r>
        <w:rPr>
          <w:b/>
        </w:rPr>
        <w:t xml:space="preserve">[1:19:52] </w:t>
      </w:r>
      <w:r>
        <w:t>achhay tareeqay se parhiye, ghaur se surah al fajr ko teesray paray mein to aap ko is ka jawab mil jaye ga.</w:t>
      </w:r>
    </w:p>
    <w:p>
      <w:pPr>
        <w:jc w:val="right"/>
      </w:pPr>
      <w:r>
        <w:t>اچھےطریقےسےپڑھیے،غورسےسورہ الفجرکو تیسرےپارےمیںتوآپکواسکاجوابملجائےگا۔</w:t>
      </w:r>
    </w:p>
    <w:p>
      <w:r>
        <w:rPr>
          <w:b/>
        </w:rPr>
        <w:t xml:space="preserve">[1:20:01] </w:t>
      </w:r>
      <w:r>
        <w:t>molana amanullah riyaz ne dilli se likha hai: "khuda ki qurbat kya hai aur is ko hasil karne ka tareeqa kya hai ?"</w:t>
      </w:r>
    </w:p>
    <w:p>
      <w:pPr>
        <w:jc w:val="right"/>
      </w:pPr>
      <w:r>
        <w:t>مول انا امان اللہ ریاضینے دلیسےلکھاہے: "خداکی قربت کیا ہے اور اسکو حاصل کرنے کا طریقہ کیا ہے ؟"</w:t>
      </w:r>
    </w:p>
    <w:p>
      <w:r>
        <w:rPr>
          <w:b/>
        </w:rPr>
        <w:t xml:space="preserve">[1:20:11] </w:t>
      </w:r>
      <w:r>
        <w:t>khuda ki qurbat woh hai woh aadmi ko milti hai khuda se mohabbat se, ziyada mohabbat aur ziyada qurbat.</w:t>
      </w:r>
    </w:p>
    <w:p>
      <w:pPr>
        <w:jc w:val="right"/>
      </w:pPr>
      <w:r>
        <w:t>خداکیقربتجوہےوہآدمیکوملتیہے خداسےمح بتسے، زیادہ محبت اورزیادہ قربت ۔</w:t>
      </w:r>
    </w:p>
    <w:p>
      <w:r>
        <w:rPr>
          <w:b/>
        </w:rPr>
        <w:t xml:space="preserve">[1:20:23] </w:t>
      </w:r>
      <w:r>
        <w:t>mohabbat kaise paida hoti hai? ke aap poori zindagi ko khuda ki blessings samjhein, khuda ki rehmat samjhein ke jo zindagi mili hai yeh bhi rehmat hai, jo samaan e hayaat hai woh bhi rehmat hai.</w:t>
      </w:r>
    </w:p>
    <w:p>
      <w:pPr>
        <w:jc w:val="right"/>
      </w:pPr>
      <w:r>
        <w:t>محبتکیسےپیدا ہوتیہے؟ کہ آپ پوریزندگی کوخداکیبلیسنگسمجھیں، خداکیرحمتسمجھیں کہجوزندگی ملیہے یہبھیرحمتہے، جو سامانحیاتہےوہبھیرحمتہے۔</w:t>
      </w:r>
    </w:p>
    <w:p>
      <w:r>
        <w:rPr>
          <w:b/>
        </w:rPr>
        <w:t xml:space="preserve">[1:20:38] </w:t>
      </w:r>
      <w:r>
        <w:t>zameen se aasman tak jo cheezein hain, hum hamaray jo kaam aa rahi hain woh sab sab rehmat hai allah ta'ala ki. is se mohabbat paida ho gi</w:t>
      </w:r>
    </w:p>
    <w:p>
      <w:pPr>
        <w:jc w:val="right"/>
      </w:pPr>
      <w:r>
        <w:t>زمین سےآسمانتکجوچیزیںہیں،ہمہمارے جو کام آرہیہیںوہسبسب رحمتہےاللہتعالیکی۔ اسسےمحبتپیداہوگی</w:t>
      </w:r>
    </w:p>
    <w:p>
      <w:r>
        <w:rPr>
          <w:b/>
        </w:rPr>
        <w:t xml:space="preserve">[1:20:52] </w:t>
      </w:r>
      <w:r>
        <w:t>aur jitna mohabbat barhe gi utni aap ko ma'rifat barhe gi, utni qurbat barhe gi. asal cheez yeh hai ke jo kuch mila hua hai is ko hum bator rehmat khuda wandi daryaft nahi kiya.</w:t>
      </w:r>
    </w:p>
    <w:p>
      <w:pPr>
        <w:jc w:val="right"/>
      </w:pPr>
      <w:r>
        <w:t>اور جتنامحبتبڑھےگی اتنیآپمعرفتبڑھےگی، اتنیقربتبڑھےگی۔ اصلچیزیہہےکہجوکچھ ملاہواہےاسکوہمبطوررحمتخداوندیدریافتنہیںکیا۔</w:t>
      </w:r>
    </w:p>
    <w:p>
      <w:r>
        <w:rPr>
          <w:b/>
        </w:rPr>
        <w:t xml:space="preserve">[1:21:01] </w:t>
      </w:r>
      <w:r>
        <w:t>hum ne</w:t>
      </w:r>
    </w:p>
    <w:p>
      <w:pPr>
        <w:jc w:val="right"/>
      </w:pPr>
      <w:r>
        <w:t>ہمنے</w:t>
      </w:r>
    </w:p>
    <w:p>
      <w:r>
        <w:rPr>
          <w:b/>
        </w:rPr>
        <w:t xml:space="preserve">[1:21:04] </w:t>
      </w:r>
      <w:r>
        <w:t>woh jo quran majeed mein hai qaaroon ke baray mein: "in ma ootiya ala ilm al hindi" . is ne fasaanaat mein sab log jeetay hain. qaaroon ke paas bohat daulat thi to us ne kaha ke yeh to mein apne ilm se mein ne daulat paai hai.</w:t>
      </w:r>
    </w:p>
    <w:p>
      <w:pPr>
        <w:jc w:val="right"/>
      </w:pPr>
      <w:r>
        <w:t>وہجو قرآنمجیدمیںہے قارونکےبارےمیں: "ان مااوتیت علی علم الہندی" ۔اسینفسیاتمیںسبلوگجیتےہیں۔ قارونکےپاسبہت دولتتھی تواسنےکہاکہیہتومیں اپنے علمسےمیںنےدولتپائیہے۔</w:t>
      </w:r>
    </w:p>
    <w:p>
      <w:r>
        <w:rPr>
          <w:b/>
        </w:rPr>
        <w:t xml:space="preserve">[1:21:20] </w:t>
      </w:r>
      <w:r>
        <w:t>"in ma ootiya ala ilm al hindi" . to asal mein yeh fasaanaat hoti hai kancheesli ya ankancheesli</w:t>
      </w:r>
    </w:p>
    <w:p>
      <w:pPr>
        <w:jc w:val="right"/>
      </w:pPr>
      <w:r>
        <w:t>"ان مااوتیت علیعلم الہندی" ۔تو اصلمیںیہنفسیاتہوتی ہے کانشیسلییاانکانشیسلی</w:t>
      </w:r>
    </w:p>
    <w:p>
      <w:r>
        <w:rPr>
          <w:b/>
        </w:rPr>
        <w:t xml:space="preserve">[1:21:28] </w:t>
      </w:r>
      <w:r>
        <w:t>ke meri health jo hai is liye ke mein subah shaam exercise karta hoon aur bohat hi sahih khana khata hoon. mera jawab kya hai? is liye ke mein ne achhi education li hai, mein business kiya hai, mein ne bohat achhi planning ki hai.</w:t>
      </w:r>
    </w:p>
    <w:p>
      <w:pPr>
        <w:jc w:val="right"/>
      </w:pPr>
      <w:r>
        <w:t>کہمیریہیلتھجوہے اسلیے کہمیں صبحشام ایکسرسائزکرتاہوں اور بہتہیصحیحکھاناکھاتاہوں۔ میراجابکیاہے؟اسلیےکہمیںنےاچھی ایجوکیشنلیہے، میںب زنسکیاہے،میںنےبہتاچھیپلاننگکیہے۔</w:t>
      </w:r>
    </w:p>
    <w:p>
      <w:r>
        <w:rPr>
          <w:b/>
        </w:rPr>
        <w:t xml:space="preserve">[1:21:42] </w:t>
      </w:r>
      <w:r>
        <w:t>har cheez ko aadmi apne khaane mein daal ta rehta hai, har cheez ko, hatta ke apni paidaish ko bhi maa baap khaane mein daalay hue hain.</w:t>
      </w:r>
    </w:p>
    <w:p>
      <w:pPr>
        <w:jc w:val="right"/>
      </w:pPr>
      <w:r>
        <w:t>ہرچیزکو آدمیاپنےخانےمیںڈالےرہتاہے، ہرچیزکو، حتیکہاپنی پیدائش کوبھی ماںباپخانےمیںڈالےہوئےہیں۔</w:t>
      </w:r>
    </w:p>
    <w:p>
      <w:r>
        <w:rPr>
          <w:b/>
        </w:rPr>
        <w:t xml:space="preserve">[1:21:51] </w:t>
      </w:r>
      <w:r>
        <w:t>mein mein maa baap ne mujhe paida kiya, woh khuda khuda khaane mein nahi daalta hai. woh</w:t>
      </w:r>
    </w:p>
    <w:p>
      <w:pPr>
        <w:jc w:val="right"/>
      </w:pPr>
      <w:r>
        <w:t>میںمیں ماںباپنےمجھےپیدا کیا، وہخداخداخانےمیںنہیںڈالتاہے۔وہ</w:t>
      </w:r>
    </w:p>
    <w:p>
      <w:r>
        <w:rPr>
          <w:b/>
        </w:rPr>
        <w:t xml:space="preserve">[1:21:56] </w:t>
      </w:r>
      <w:r>
        <w:t>to maa baap se mohabbat hoti hai, bete se mohabbat hoti hai, khuda se mohabbat nahi hoti. to ma'rifat sar chashma e mohabbat hai, yani yani yahin se aaghaz hota hai.</w:t>
      </w:r>
    </w:p>
    <w:p>
      <w:pPr>
        <w:jc w:val="right"/>
      </w:pPr>
      <w:r>
        <w:t>تو ماںباپسےمحبتہوتیہے، بیٹےسےمحبتہوتیہے، خداسےمحبتنہیںہوتی۔ تو معرفت سرچشمہمحبتہے، یعنی یعنییہیںسےآغاز ہوتاہے۔</w:t>
      </w:r>
    </w:p>
    <w:p>
      <w:r>
        <w:rPr>
          <w:b/>
        </w:rPr>
        <w:t xml:space="preserve">[1:22:09] </w:t>
      </w:r>
      <w:r>
        <w:t>ma'rifat yahin se shuru hoti hai. ma'rifat ke aap ko yeh daryaft ho jaye ke sab kuch allah ta'ala ki blessing hai, sab kuch allah ta'ala ki rehmat hai, sab kuch allah ta'ala ka inaam hai.</w:t>
      </w:r>
    </w:p>
    <w:p>
      <w:pPr>
        <w:jc w:val="right"/>
      </w:pPr>
      <w:r>
        <w:t>معرفت یہیںسےشروع ہوتیہے۔ معرفت کہآپکو یہ دریا فتہوجائے کہ سبکچھاللہتعالیکیبلیسنگہے، سبکچھاللہتعالیکیرحمت ہے، سبکچھاللہتعالیکاانعامہے۔</w:t>
      </w:r>
    </w:p>
    <w:p>
      <w:r>
        <w:rPr>
          <w:b/>
        </w:rPr>
        <w:t xml:space="preserve">[1:22:22] </w:t>
      </w:r>
      <w:r>
        <w:t>jab daryaft ho gi to ma'rifat ho gi, ma'rifat ho gi to qurbat ho gi, qurbat ho gi to aap ki zindagi mein woh sara woh sari sifaat za</w:t>
      </w:r>
    </w:p>
    <w:p>
      <w:pPr>
        <w:jc w:val="right"/>
      </w:pPr>
      <w:r>
        <w:t>جب دریا فتہوگی تو معرفتہوگی،معرفتہوگیتوقربتہوگی، قربتہوگیتوآپکیزندگی میں وہ سارا وہساریصفاتظ</w:t>
      </w:r>
    </w:p>
    <w:p>
      <w:r>
        <w:rPr>
          <w:b/>
        </w:rPr>
        <w:t xml:space="preserve">[1:22:32] </w:t>
      </w:r>
      <w:r>
        <w:t>hirah hon gi jo qurbat khuda wandi se paida hoti hain kisi insaan ke andar aur dunya se aakhirat tak is ka aap ko milta jaye ga nateeja.</w:t>
      </w:r>
    </w:p>
    <w:p>
      <w:pPr>
        <w:jc w:val="right"/>
      </w:pPr>
      <w:r>
        <w:t>اہرہوںگی جو قربت خداوندیسے پیدا ہوتیہیںکسی انسانکےاندر اوردنیا سےآخرتتک اسکاآپکو ملتاجائےگا نتیجہ۔</w:t>
      </w:r>
    </w:p>
    <w:p>
      <w:r>
        <w:rPr>
          <w:b/>
        </w:rPr>
        <w:t xml:space="preserve">[1:22:43] </w:t>
      </w:r>
      <w:r>
        <w:t>mr azmat hussain khan ne bihar se likha hai: "agar kisi mulk ka hakim awami mafad ke bajaye apne khandan i mafad ko tarjeeh de aur logon ko exploit kare to kya aisi soorat mein bhi hakim ke khilaaf peaceful protest karna najaaiz hai?" yeh sab jhooti baatein hain. is par bohat likha hai, hamari kitabein parhiye,</w:t>
      </w:r>
    </w:p>
    <w:p>
      <w:pPr>
        <w:jc w:val="right"/>
      </w:pPr>
      <w:r>
        <w:t>مسٹر عظمت حسین خان نے بہارسےلکھاہے: "اگرکسی ملککا حاکم ع وامی مفادکےبجائے اپنے خان دانی مفادکو ترجیحدے اور لوگوںکو ایکسپلائٹکرے تو کیا ایسی صورت میں بھی حاکمکے خلاف پیسفل پروٹیسٹکرنا ناجائزہے؟"یہسب جھوٹیباتیںہیں۔اسپر بہتلکھاہے،ہماریکتابیںپڑھیے،</w:t>
      </w:r>
    </w:p>
    <w:p>
      <w:r>
        <w:rPr>
          <w:b/>
        </w:rPr>
        <w:t xml:space="preserve">[1:23:09] </w:t>
      </w:r>
      <w:r>
        <w:t>hamari kitab mein parhiye, yeh sab bilkul jhooti baatein hain aur is nah Islam ka talluq Islam se hai nah aqal se.</w:t>
      </w:r>
    </w:p>
    <w:p>
      <w:pPr>
        <w:jc w:val="right"/>
      </w:pPr>
      <w:r>
        <w:t>ہماریکتاب یںپڑھیے،یہسببالکلجھوٹیباتیںہیں اور اسنہ اسلام کاتعلقاسلام سےہےنہعقلسے۔</w:t>
      </w:r>
    </w:p>
    <w:p>
      <w:r>
        <w:rPr>
          <w:b/>
        </w:rPr>
        <w:t xml:space="preserve">[1:23:16] </w:t>
      </w:r>
      <w:r>
        <w:t>log jhoot bhejte hain, jhoot mein. hum ne apni kitab mein in baaton ko bohat ziyada likha hai, is ko parhiye aap to aap is ke baad sawal kijiye.</w:t>
      </w:r>
    </w:p>
    <w:p>
      <w:pPr>
        <w:jc w:val="right"/>
      </w:pPr>
      <w:r>
        <w:t>لوگ جھوٹبھیجتےہیں،جھوٹمیں۔ ہمنےاپنی کتاب میںانباتوںکابہت زیادہ لکھاہے،اسکوپڑھیےآپ تو آپ اسکےبعد سوال کیجئے۔</w:t>
      </w:r>
    </w:p>
    <w:p>
      <w:r>
        <w:rPr>
          <w:b/>
        </w:rPr>
        <w:t xml:space="preserve">[1:23:30] </w:t>
      </w:r>
      <w:r>
        <w:t>molana abdul basit umar ne doha, qatar se likha hai:</w:t>
      </w:r>
    </w:p>
    <w:p>
      <w:pPr>
        <w:jc w:val="right"/>
      </w:pPr>
      <w:r>
        <w:t>مول انا عبدالب اسط عمرینے دوحہ،قطرسےلکھاہے:</w:t>
      </w:r>
    </w:p>
    <w:p>
      <w:r>
        <w:rPr>
          <w:b/>
        </w:rPr>
        <w:t xml:space="preserve">[1:23:35] </w:t>
      </w:r>
      <w:r>
        <w:t>"molana, poore quran mein life support system par ghhor aur fikr se shukr ka samandar ubal parta hai, magar hamari tamanna yeh hoti hai ke test ke taur par mili hui cheezon ki kasrat se shukr karein.</w:t>
      </w:r>
    </w:p>
    <w:p>
      <w:pPr>
        <w:jc w:val="right"/>
      </w:pPr>
      <w:r>
        <w:t>"مول انا، پورے قرآنمیں لائف سپورٹ سسٹمپر غوراور فکرسے شکرکا سم ندر ابلپڑتاہے، مگر ہماری تم نایہہوتیہے کہ ٹیسٹ کےطور پر ملی ہوئی چیزوںکی کثرت سے شکرکریں۔</w:t>
      </w:r>
    </w:p>
    <w:p>
      <w:r>
        <w:rPr>
          <w:b/>
        </w:rPr>
        <w:t xml:space="preserve">[1:23:52] </w:t>
      </w:r>
      <w:r>
        <w:t>molana, kya aisa mumkin hai? molana, life support system ko shukr ke taur par paane ka nuqta aaghaz kya hai?" nuqta aaghaz sochna,</w:t>
      </w:r>
    </w:p>
    <w:p>
      <w:pPr>
        <w:jc w:val="right"/>
      </w:pPr>
      <w:r>
        <w:t>مولانا،کیا ایسا ممکن ہے ؟ مولانا، لائفسپورٹسسٹمکو شکرکےطور پر پانےکا نقطہ آغاز کیا ہے؟" نقطہآغازسوچنا،</w:t>
      </w:r>
    </w:p>
    <w:p>
      <w:r>
        <w:rPr>
          <w:b/>
        </w:rPr>
        <w:t xml:space="preserve">[1:24:06] </w:t>
      </w:r>
      <w:r>
        <w:t>sochna aur kya? jaise mein aik martaba amrica gaya to jab mein utra california ke airport par to bahar nikla to wahan hum mein is tarah saans le raha tha jaise yahan saans le raha hoon oxygen mein.</w:t>
      </w:r>
    </w:p>
    <w:p>
      <w:pPr>
        <w:jc w:val="right"/>
      </w:pPr>
      <w:r>
        <w:t>سوچنا اورکیا ؟ جیسے میں ایکمرتبہ امریک ہگیا توجبمیں ات را کیلیفورنیاکےایئرپورٹپر تو باہرنکلا تو وہاںہیمیں اسطرحسانسلےرہاتھاجیسےیہاںسانسلےرہاہوں اکسیجنمیں۔</w:t>
      </w:r>
    </w:p>
    <w:p>
      <w:r>
        <w:rPr>
          <w:b/>
        </w:rPr>
        <w:t xml:space="preserve">[1:24:25] </w:t>
      </w:r>
      <w:r>
        <w:t>to maine socha ke dekhiye khuda kitna meherban hai. mein india mein tha, tab bhi mere liye oxygen supply ho rahi thi frame mein.</w:t>
      </w:r>
    </w:p>
    <w:p>
      <w:pPr>
        <w:jc w:val="right"/>
      </w:pPr>
      <w:r>
        <w:t>تو میںنےسوچاکہدیکھیےخداکتنامہربانہے۔ میں انڈیامیںتھا،تب بھیمیرےلیے اکسیجنسپلائیہورہاتھا فریمیں۔</w:t>
      </w:r>
    </w:p>
    <w:p>
      <w:r>
        <w:rPr>
          <w:b/>
        </w:rPr>
        <w:t xml:space="preserve">[1:24:33] </w:t>
      </w:r>
      <w:r>
        <w:t>america mein hoon, tab bhi mere liye oxygen supply ho rahi hai frame mein. yeh sochna, yeh sochna. phir mein ne socha india mein meri aankh jo thi suraj ki roshni thi to mein dekh pa raha tha.</w:t>
      </w:r>
    </w:p>
    <w:p>
      <w:pPr>
        <w:jc w:val="right"/>
      </w:pPr>
      <w:r>
        <w:t>امریک ہمیںہوں،تببھیمیرےلیےاکسیجنسپلائیہورہاہےفریمیں۔ یہ سوچنا، یہ سوچنا۔ پھر میںسوچا انڈیامیں میریآنکھجوتھی سورجکیروشنیتھیتومیںدیکھپارہاتھا۔</w:t>
      </w:r>
    </w:p>
    <w:p>
      <w:r>
        <w:rPr>
          <w:b/>
        </w:rPr>
        <w:t xml:space="preserve">[1:24:49] </w:t>
      </w:r>
      <w:r>
        <w:t>aap jaante hain aankh hai, roshni nahi hai to aap dekh nahi sakte. to dekhne ke liye khuda ne yahan bhi suraj roshan kiya hai to main dekh raha hoon. main socha america mein suraj roshan hai, wahan bhi roshni hai to main dekh pa raha hoon.</w:t>
      </w:r>
    </w:p>
    <w:p>
      <w:pPr>
        <w:jc w:val="right"/>
      </w:pPr>
      <w:r>
        <w:t>آپجانتےہیںآنکھہے، روشنینہیںہےتوآپدیکھنہیںسکتے۔ تو دیکھنےکےلیےخدانےیہاںبھیسورجرو شنکررکھاہےتومیںدیکھرہاہوں۔ میںسوچاامریکہمیںسورجروشنہے، وہاںبھیروشنیہے تومیںدیکھپارہاہوں۔</w:t>
      </w:r>
    </w:p>
    <w:p>
      <w:r>
        <w:rPr>
          <w:b/>
        </w:rPr>
        <w:t xml:space="preserve">[1:25:04] </w:t>
      </w:r>
      <w:r>
        <w:t>to</w:t>
      </w:r>
    </w:p>
    <w:p>
      <w:pPr>
        <w:jc w:val="right"/>
      </w:pPr>
      <w:r>
        <w:t>تو</w:t>
      </w:r>
    </w:p>
    <w:p>
      <w:r>
        <w:rPr>
          <w:b/>
        </w:rPr>
        <w:t xml:space="preserve">[1:25:05] </w:t>
      </w:r>
      <w:r>
        <w:t>sochna jo hai us se aap discover karte hain allah ki rehmato ko, life support system ko. to baal baal aapka bilkul shukr mein doob jaata hai, baar baar doob jaata hai shukr mein.</w:t>
      </w:r>
    </w:p>
    <w:p>
      <w:pPr>
        <w:jc w:val="right"/>
      </w:pPr>
      <w:r>
        <w:t>سوچناجوہےاسسےآپ ڈسکورکرتےہیں اللہ کیرحمتوںکو، لائفسپورٹسسٹمکو ۔ تو بال بال آپکا بالکل شکر میں ڈوبجاتاہے، باربار ڈوبجاتاہےشکرمیں۔</w:t>
      </w:r>
    </w:p>
    <w:p>
      <w:r>
        <w:rPr>
          <w:b/>
        </w:rPr>
        <w:t xml:space="preserve">[1:25:19] </w:t>
      </w:r>
      <w:r>
        <w:t>to isi ko quran mein tafakkur kaha gaya, tafakkur, tadabbur, tabassum. to sab kuchh base karta hai tafakkur par, soch par.</w:t>
      </w:r>
    </w:p>
    <w:p>
      <w:pPr>
        <w:jc w:val="right"/>
      </w:pPr>
      <w:r>
        <w:t>تو اسیکوقرآنمیں تفکر کہاگیا،تف کر،تد بر،تب سم ۔ توسبکچھ بیسکرتاہے تف کر پر ، سوچپر ۔</w:t>
      </w:r>
    </w:p>
    <w:p>
      <w:r>
        <w:rPr>
          <w:b/>
        </w:rPr>
        <w:t xml:space="preserve">[1:25:31] </w:t>
      </w:r>
      <w:r>
        <w:t>quran majeed jo hai surah aal-e-imran mein: "inn fi khalqis samawati wal ardi wakhtilafil laili wan nahari la ayaatil lil albab allazina yatafakkaroona fi". woh jo hai quran majeed mein jo log sochte hain, surah aal-e-imran ke aakhir hakm mein sochna, sochna, sochna.</w:t>
      </w:r>
    </w:p>
    <w:p>
      <w:pPr>
        <w:jc w:val="right"/>
      </w:pPr>
      <w:r>
        <w:t>قرآنمجیدجوہےسورہآلعمرانمیں: "إنفيخلق السماوات والأ رض واختلاف الليلوالنهار لآيات الليلالألباب الذين يتفکرون في" ۔وہجوہے قرآنمجیدمیں جولوگسوچتےہیں، سورہآلعمرانکےآخرحکممیں سوچنا،سوچنا،سوچنا۔</w:t>
      </w:r>
    </w:p>
    <w:p>
      <w:r>
        <w:rPr>
          <w:b/>
        </w:rPr>
        <w:t xml:space="preserve">[1:25:50] </w:t>
      </w:r>
      <w:r>
        <w:t>isi se maarifat aati hai, isi se imaan badhta hai, isi se sab kuchh hota hai.</w:t>
      </w:r>
    </w:p>
    <w:p>
      <w:pPr>
        <w:jc w:val="right"/>
      </w:pPr>
      <w:r>
        <w:t>اسیسےمعرفتآتیہے، اسیسے ایمانبڑھتاہے، اسیسے سبکچھہوتاہے۔</w:t>
      </w:r>
    </w:p>
    <w:p>
      <w:r>
        <w:rPr>
          <w:b/>
        </w:rPr>
        <w:t xml:space="preserve">[1:25:57] </w:t>
      </w:r>
      <w:r>
        <w:t>to</w:t>
      </w:r>
    </w:p>
    <w:p>
      <w:pPr>
        <w:jc w:val="right"/>
      </w:pPr>
      <w:r>
        <w:t>تو</w:t>
      </w:r>
    </w:p>
    <w:p>
      <w:r>
        <w:rPr>
          <w:b/>
        </w:rPr>
        <w:t xml:space="preserve">[1:26:00] </w:t>
      </w:r>
      <w:r>
        <w:t>main samajhta hoon ke apni soch ko develop kijiye, apni soch ko develop kijiye, is ke baad sab kuchh haasil ho jayega.</w:t>
      </w:r>
    </w:p>
    <w:p>
      <w:pPr>
        <w:jc w:val="right"/>
      </w:pPr>
      <w:r>
        <w:t>میںسمجھتاہوںکہاپنیسوچکوڈیولپکیجئے، اپنیسوچکوڈیولپکیجئے،اسکےبعدسبکچھحاصل ہوجائےگا۔</w:t>
      </w:r>
    </w:p>
    <w:p>
      <w:r>
        <w:rPr>
          <w:b/>
        </w:rPr>
        <w:t xml:space="preserve">[1:26:11] </w:t>
      </w:r>
      <w:r>
        <w:t>doctor farida khan ne dilli se likha hai: "maseeh ne kaha ke rab ul afwaj farmata hai ke maine baans rabajai magar tum naache nahi, maine noha kiya magar tum roye nahi."</w:t>
      </w:r>
    </w:p>
    <w:p>
      <w:pPr>
        <w:jc w:val="right"/>
      </w:pPr>
      <w:r>
        <w:t>ڈاکٹرفریدہخانمنے دلیسےلکھاہے: "مسیحنےکہاکہ ر ب الافواج فرماتاہے کہمیںنے بانس ریبجائی مگرتم ناچےنہیں ، میںنے نوحہکیا مگرتم روئےنہیں۔"</w:t>
      </w:r>
    </w:p>
    <w:p>
      <w:r>
        <w:rPr>
          <w:b/>
        </w:rPr>
        <w:t xml:space="preserve">[1:26:26] </w:t>
      </w:r>
      <w:r>
        <w:t>isko explain kariye.</w:t>
      </w:r>
    </w:p>
    <w:p>
      <w:pPr>
        <w:jc w:val="right"/>
      </w:pPr>
      <w:r>
        <w:t>اسکو ایکسپلینکریے۔</w:t>
      </w:r>
    </w:p>
    <w:p>
      <w:r>
        <w:rPr>
          <w:b/>
        </w:rPr>
        <w:t xml:space="preserve">[1:26:31] </w:t>
      </w:r>
      <w:r>
        <w:t>aur yeh bara quran majeed mein woh bara ajeeb hai. yeh hissa iska arabi mein, arabi tarjume mein maine parha isko to: "inna zamarnal kum fama raqastum wa nadabnal kum fama bakaitum".</w:t>
      </w:r>
    </w:p>
    <w:p>
      <w:pPr>
        <w:jc w:val="right"/>
      </w:pPr>
      <w:r>
        <w:t>اوریہبڑا قرآنمجیدمیں وہ بڑاعجیبہے۔یہ حصہ اسکا عربیمیں،عربیترجمےمیںمیںنےپڑھااسکو تو :"إنا زمبرنالکمفمارق صتم و ندبنالکمفمابکیتم"۔</w:t>
      </w:r>
    </w:p>
    <w:p>
      <w:r>
        <w:rPr>
          <w:b/>
        </w:rPr>
        <w:t xml:space="preserve">[1:26:50] </w:t>
      </w:r>
      <w:r>
        <w:t>"inna zamarnal kum fama raqastum wa nadabnal kum fama bakaitum". humne, humne baans rabajai magar tumne dans nahi kiya, humne noha kiya magar tum roye nahi.</w:t>
      </w:r>
    </w:p>
    <w:p>
      <w:pPr>
        <w:jc w:val="right"/>
      </w:pPr>
      <w:r>
        <w:t>"إنا زمبرنالکمفمارقصتم و ندبنالکمفمابکیتم"۔ ہمنے،ہمنے بانسریبجائی مگرتمنےڈانسنہیںکیا ، ہمنے نوحہکیامگرتمروئےنہیں۔</w:t>
      </w:r>
    </w:p>
    <w:p>
      <w:r>
        <w:rPr>
          <w:b/>
        </w:rPr>
        <w:t xml:space="preserve">[1:27:06] </w:t>
      </w:r>
      <w:r>
        <w:t>yeh sirf maseeh ke liye saare paighambaron ki kahani hai, saare paighambaron ki kahani. yaani paighambaron ne Allah ka naghma gaaya, Allah ke aala ka zikr kiya,</w:t>
      </w:r>
    </w:p>
    <w:p>
      <w:pPr>
        <w:jc w:val="right"/>
      </w:pPr>
      <w:r>
        <w:t>یہصرفمسیحکےلیےسارےپیغمبروںکیکہانیہے، سارےپیغمبروںکیکہانی۔ یعنی پیغمبروںنے اللہ کانغمہگایا، اللہ کے اعلیٰکاذکرکیا،</w:t>
      </w:r>
    </w:p>
    <w:p>
      <w:r>
        <w:rPr>
          <w:b/>
        </w:rPr>
        <w:t xml:space="preserve">[1:27:23] </w:t>
      </w:r>
      <w:r>
        <w:t>kamalat khuda wandi logon ko bataye lekin woh thirakne aaye, logon ko thirakne aaye. log doosri taraf paighambaron ne insaan ko jahannum se daraya,</w:t>
      </w:r>
    </w:p>
    <w:p>
      <w:pPr>
        <w:jc w:val="right"/>
      </w:pPr>
      <w:r>
        <w:t>کمالاتخداوندی لوگوںکوبت ائے لیکن وہتھرللےآئے،لوگوںکوتھرللےآئے۔لوگ دوسریطرف پیغمبروںنے انسانکو جہنمسےڈرایا،</w:t>
      </w:r>
    </w:p>
    <w:p>
      <w:r>
        <w:rPr>
          <w:b/>
        </w:rPr>
        <w:t xml:space="preserve">[1:27:37] </w:t>
      </w:r>
      <w:r>
        <w:t>Khuda ki pakad se daraya lekin un ke andar koi girya o zaari nahi hua, tarpay nahi. is ke liye woh yeh poori tareekh ki kahani is mein aa gayi.</w:t>
      </w:r>
    </w:p>
    <w:p>
      <w:pPr>
        <w:jc w:val="right"/>
      </w:pPr>
      <w:r>
        <w:t>خداکیپکڑسےڈرایا لیکن انکےاندرکوئی گر یاطارینہیںہوا، تڑپےنہیں۔اسکےلیےوہ یہپوریتاریخ کیکہانیاسمیںآگئی۔</w:t>
      </w:r>
    </w:p>
    <w:p>
      <w:r>
        <w:rPr>
          <w:b/>
        </w:rPr>
        <w:t xml:space="preserve">[1:27:50] </w:t>
      </w:r>
      <w:r>
        <w:t>yeh, yeh sirf Hazrat Maseeh ki baat nahi hai,</w:t>
      </w:r>
    </w:p>
    <w:p>
      <w:pPr>
        <w:jc w:val="right"/>
      </w:pPr>
      <w:r>
        <w:t>یہ ،یہ صرف حضرتمسیحکیباتنہیںہے،</w:t>
      </w:r>
    </w:p>
    <w:p>
      <w:r>
        <w:rPr>
          <w:b/>
        </w:rPr>
        <w:t xml:space="preserve">[1:27:54] </w:t>
      </w:r>
      <w:r>
        <w:t>saare paighambaron ki kahani yeh hai: "inna zammarnalakum famarqastum wa nadabnalakum famabakaytum". ajeeb baat hai, aaj bhi yahi haal hai.</w:t>
      </w:r>
    </w:p>
    <w:p>
      <w:pPr>
        <w:jc w:val="right"/>
      </w:pPr>
      <w:r>
        <w:t>سارے پیغمبروںکیکہانییہہے: "إنازمبرنالکمفمارقصتم و ندبنالکمفمابکیتم"۔ عجیبباتہے،آجبھییہیحالہے۔</w:t>
      </w:r>
    </w:p>
    <w:p>
      <w:r>
        <w:rPr>
          <w:b/>
        </w:rPr>
        <w:t xml:space="preserve">[1:28:04] </w:t>
      </w:r>
      <w:r>
        <w:t>yeh shaitan bansuri baja raha hai to log us par thirak rahe hain aur farishtay baja rahe hain to us par kisi ko thirakne nahi aata. yeh sab kya hai? yeh aaj kal jo hangame ho rahe hain, yeh sab shaitan ki bansuri par ho rahe hain, yeh sab yeh farishtay ki bansuri par nahi ho rahe hain.</w:t>
      </w:r>
    </w:p>
    <w:p>
      <w:pPr>
        <w:jc w:val="right"/>
      </w:pPr>
      <w:r>
        <w:t>یہشیطان بانسریبجارہاہےتولوگاسپرتھرلکررہےہیں اورفرشتےبجارہےہیںتواسپرکسی کوتھرلنہیںآتا۔ یہسبکیاہے؟یہ آجکلجوہنگامےہورہےہیں،یہسبشیطانکیبانسریپرہورہےہیں،یہسبیہ فرشتےکیبانسریپرنہیںہورہےہیں۔</w:t>
      </w:r>
    </w:p>
    <w:p>
      <w:r>
        <w:rPr>
          <w:b/>
        </w:rPr>
        <w:t xml:space="preserve">[1:28:21] </w:t>
      </w:r>
      <w:r>
        <w:t>achha, yeh ghareeb insaan hai. ya hasrat ali al-baat ma yatin rasool Allah kaanon pe istehza'on. khud Allah ta'ala ne farmaya: " bad hasrat hai ke paighambar aaye, paighambar aaye lekin un ko woh istehza karte rahe, yaani ridicule karte rahe un ko".</w:t>
      </w:r>
    </w:p>
    <w:p>
      <w:pPr>
        <w:jc w:val="right"/>
      </w:pPr>
      <w:r>
        <w:t>اچھا،یہغریب انسانہے۔ یا حس رت علی البات مایاتینرسول اللہ کانوںپہاستعزون ۔ خود اللہتعالینےفرمایا:" بد بحسرتہے کہ پیغمبر آئے،پیغمبرآئےلیکنانکو وہ استہزاءکرتے رہے،یعنیریٹیکولکرتےرہےانکو"۔</w:t>
      </w:r>
    </w:p>
    <w:p>
      <w:r>
        <w:rPr>
          <w:b/>
        </w:rPr>
        <w:t xml:space="preserve">[1:28:42] </w:t>
      </w:r>
      <w:r>
        <w:t>aik ajeeb ghareeb kahani hai insaan ki.</w:t>
      </w:r>
    </w:p>
    <w:p>
      <w:pPr>
        <w:jc w:val="right"/>
      </w:pPr>
      <w:r>
        <w:t>ایکعجیبغریبکہانیہےانسان کی۔</w:t>
      </w:r>
    </w:p>
    <w:p>
      <w:r>
        <w:rPr>
          <w:b/>
        </w:rPr>
        <w:t xml:space="preserve">[1:28:49] </w:t>
      </w:r>
      <w:r>
        <w:t>molana abdul basit umar ne doha, qatar se likha hai: "molana, kya yeh sahi hai ke hum, humein jo cheezein mili hui hain, is ko Allah ki rehmat ke taur par paane ke liye hum apni haisiyat o waqai ko daryaft karein warna hum cheezon ko granted hi lete rahenge?" haan, sahi hai,</w:t>
      </w:r>
    </w:p>
    <w:p>
      <w:pPr>
        <w:jc w:val="right"/>
      </w:pPr>
      <w:r>
        <w:t>مول انا عبد الباسطعمرینے دوحہ،قطرسےلکھاہے: "مول انا،کیا یہ صحیحہےکہ ہم ،ہمیںجوچیزیں ملی ہوئی ہیں، اسکو اللہ کیرحمتکےطور پر پانےکےلیے ہم اپنی حیثیت وقیعکودریا فتکریں ورنہہم چیزوںکو فار گرانٹڈہیلیتےرہیںگے؟" ہاں،صحیحہے،</w:t>
      </w:r>
    </w:p>
    <w:p>
      <w:r>
        <w:rPr>
          <w:b/>
        </w:rPr>
        <w:t xml:space="preserve">[1:29:12] </w:t>
      </w:r>
      <w:r>
        <w:t>yeh to hum kehte hain.</w:t>
      </w:r>
    </w:p>
    <w:p>
      <w:pPr>
        <w:jc w:val="right"/>
      </w:pPr>
      <w:r>
        <w:t>یہیتوہمکہتےہیں۔</w:t>
      </w:r>
    </w:p>
    <w:p>
      <w:r>
        <w:rPr>
          <w:b/>
        </w:rPr>
        <w:t xml:space="preserve">[1:29:17] </w:t>
      </w:r>
      <w:r>
        <w:t>sochiye ga, jab hi hum janenge ke Allah ki taraf se hai warna woh samjhenge ke woh to hai, to hai granted to phir lete rahenge is ko jaisa ke logon ne le rakha hai.</w:t>
      </w:r>
    </w:p>
    <w:p>
      <w:pPr>
        <w:jc w:val="right"/>
      </w:pPr>
      <w:r>
        <w:t>سو چیںگے،جبھیہمجانیںگےکہاللہ کیطرفسےہے ورنہوہسمجھیںگےکہوہتوہے،توہے فار گرانٹڈتوپھرلیتےرہیںگےاسکو جیساکہلوگوںنےلےرکھاہے۔</w:t>
      </w:r>
    </w:p>
    <w:p>
      <w:r>
        <w:rPr>
          <w:b/>
        </w:rPr>
        <w:t xml:space="preserve">[1:29:30] </w:t>
      </w:r>
      <w:r>
        <w:t>sab kuch tafakkur, soch par mabni hai.</w:t>
      </w:r>
    </w:p>
    <w:p>
      <w:pPr>
        <w:jc w:val="right"/>
      </w:pPr>
      <w:r>
        <w:t>سبکچھ تف کر ،سوچپر مبنیہے۔</w:t>
      </w:r>
    </w:p>
    <w:p>
      <w:r>
        <w:rPr>
          <w:b/>
        </w:rPr>
        <w:t xml:space="preserve">[1:29:37] </w:t>
      </w:r>
      <w:r>
        <w:t>mister azmat hussain khan ne bihar se likha hai: "hukm raah yeh kyun nahi sochte ke jab ke sab Adam ki aulad hain, phir un ke saath kyun na insaaf kiya jaye?</w:t>
      </w:r>
    </w:p>
    <w:p>
      <w:pPr>
        <w:jc w:val="right"/>
      </w:pPr>
      <w:r>
        <w:t>مسٹر عظمت حسین خان نے بہارسےلکھاہے: "حکم راہ یہکیوںنہیں سوچتے کہ جب کہسب آدمکی اولادہیں، پھر انکےساتھ کیوںنہ انصافکیا جائے ؟</w:t>
      </w:r>
    </w:p>
    <w:p>
      <w:r>
        <w:rPr>
          <w:b/>
        </w:rPr>
        <w:t xml:space="preserve">[1:29:52] </w:t>
      </w:r>
      <w:r>
        <w:t>aisa karne se haakim ke khilaaf hangama nahin hoga. har aadmi apna right hasil karne ke saath apni responsibilities ka bhi dhyaan rakhega." kya matlab? yeh to wazih nahin hai,</w:t>
      </w:r>
    </w:p>
    <w:p>
      <w:pPr>
        <w:jc w:val="right"/>
      </w:pPr>
      <w:r>
        <w:t>ایسا کرنے سے حاکمکےخلاف ہنگامہنہیںہوگا۔ ہر آدمی اپنا رائٹ حاصل کرنے کے ساتھ اپنی ریسپانسب یل ٹیزکابھی دھیان رکھےگا۔" کیا مطلب؟یہتو واضحنہیںہے،</w:t>
      </w:r>
    </w:p>
    <w:p>
      <w:r>
        <w:rPr>
          <w:b/>
        </w:rPr>
        <w:t xml:space="preserve">[1:30:07] </w:t>
      </w:r>
      <w:r>
        <w:t>koi samajh nahin aaya mere. dekhen, ek dobaara soch kar ke dekhen, sawaal banana hai to soch. hum to barson sochte hain to hum ek sawaal banaate hain.</w:t>
      </w:r>
    </w:p>
    <w:p>
      <w:pPr>
        <w:jc w:val="right"/>
      </w:pPr>
      <w:r>
        <w:t>کوئیسمجھنہیںآیامیرے۔ دیکھیں،ایک دوبارہ سوچکرکے دیکھیں،سوال بناناہےتو سوچ ۔ہمتو برسوںسوچتےہیںتوہمایکسوالبناتےہیں۔</w:t>
      </w:r>
    </w:p>
    <w:p>
      <w:r>
        <w:rPr>
          <w:b/>
        </w:rPr>
        <w:t xml:space="preserve">[1:30:18] </w:t>
      </w:r>
      <w:r>
        <w:t>log dharadhar sawaal bana lete hain. main hairan hoon logon ko, yeh bhi ajeeb ghareeb haal hai logon ka. sahaba ke baare mein bataata hai ke woh sawaal nahin karte the kyunki sochte the, zyada sochte, zyada the.</w:t>
      </w:r>
    </w:p>
    <w:p>
      <w:pPr>
        <w:jc w:val="right"/>
      </w:pPr>
      <w:r>
        <w:t>لوگ دھڑادھڑسوالبنالیتےہیں۔میںحیرانہوںلوگوںکو،یہبھی عجیبغریبحالہےلوگوںکا۔ صحابہکےبارےمیںبتاتاہےکہوہسوالہینہیںکرتے تھےکیونکہسوچتےتھے،زیادہ سوچتے،زیادہ تھے۔</w:t>
      </w:r>
    </w:p>
    <w:p>
      <w:r>
        <w:rPr>
          <w:b/>
        </w:rPr>
        <w:t xml:space="preserve">[1:30:30] </w:t>
      </w:r>
      <w:r>
        <w:t>main sawaal karna hota hai to main bahut sochta hoon, likhta hoon, phaarta hoon, likhta hoon, phaarta hoon.</w:t>
      </w:r>
    </w:p>
    <w:p>
      <w:pPr>
        <w:jc w:val="right"/>
      </w:pPr>
      <w:r>
        <w:t>میں سوالکرناہوتاہوتومیںبہت سوچتاہوں، لکھتاہوں،پھاڑتاہوں،لکھتاہوں،پھاڑتاہوں۔</w:t>
      </w:r>
    </w:p>
    <w:p>
      <w:r>
        <w:rPr>
          <w:b/>
        </w:rPr>
        <w:t xml:space="preserve">[1:30:37] </w:t>
      </w:r>
      <w:r>
        <w:t>sab se pehli zaroori baat hai ke sawaal bahut hi clear ho, bilkul clear ho. parhe aur samjhe, parhe aur samjhe to aage agle Sunday ko aap sawaal kijiye, insha Allah is ka jawab denge.</w:t>
      </w:r>
    </w:p>
    <w:p>
      <w:pPr>
        <w:jc w:val="right"/>
      </w:pPr>
      <w:r>
        <w:t>سبسےپہلیضروریباتہےکہسوالبہتہی کلیئرہو ، بالکل کلیئرہو۔پڑھےاورسمجھے،پڑھےاورسمجھے تو آگے اگلے سنڈےکوآپسوالکیجئے،انشاءاللہاسکاجوابدیںگے۔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