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Position of Woman in Islam March 6, 2022 Maulana Wahiduddin Khan</w:t>
      </w:r>
    </w:p>
    <w:p>
      <w:r>
        <w:t>https://www.youtube.com/watch?v=xEPOBSMmqk4</w:t>
      </w:r>
    </w:p>
    <w:p>
      <w:r>
        <w:rPr>
          <w:b/>
        </w:rPr>
        <w:t xml:space="preserve">[00:12] </w:t>
      </w:r>
      <w:r>
        <w:t>bismillahir rahmani rahim, assalamulaillahil rahamat ullah. aaj ka hamara topic hai position of women in islam. to yeh position of women ko samajhne ke liye humein qadeendaur ke halaat ko jaanna hoga. qadeendaur jo tha wo ek agrarian society tha yaani agriculture race tha wo.</w:t>
      </w:r>
    </w:p>
    <w:p>
      <w:pPr>
        <w:jc w:val="right"/>
      </w:pPr>
      <w:r>
        <w:t>बिस्मिल्लाहिल रहमानी रहीम, अस्सलामुलाहिल्कुम राहमत उल्लाह. आज का हमारा topic है position of women in इस्लाम. तो यह position of women को समझने के लिए हमें कदीनदौर के हालात को जानना होगा. कदीनदौर जो था वह एक agrarian society था यानी agriculture race था वह.</w:t>
      </w:r>
    </w:p>
    <w:p>
      <w:r>
        <w:rPr>
          <w:b/>
        </w:rPr>
        <w:t xml:space="preserve">[00:39] </w:t>
      </w:r>
      <w:r>
        <w:t>to wahan par jo halaat the bahar ki duniya ke, wo bahut sakht the. wahan par khet mein hal chalana hota aur building banane ka kaam hota tha, shikar ka kaam hota tha, shikar karte the log aur isi tarike se sabse bada kaam jo tha wo difa ka kaam tha. to ye saare kaam jo hai wo mard karte the.</w:t>
      </w:r>
    </w:p>
    <w:p>
      <w:pPr>
        <w:jc w:val="right"/>
      </w:pPr>
      <w:r>
        <w:t>तो वहां पर जो हालात थे बाहर की दुनिया के, वह बहुत सख़्त थे. वहां पर खेत में हल चलाना होता और building बनाने का काम होता था, शिकार का काम होता था, शिकार करते थे लोग और इसी तरीके से सबसे बड़ा काम जो था वो दिफा का काम था. तो ये सारे काम जो है वो मर्द करते थे.</w:t>
      </w:r>
    </w:p>
    <w:p>
      <w:r>
        <w:rPr>
          <w:b/>
        </w:rPr>
        <w:t xml:space="preserve">[01:05] </w:t>
      </w:r>
      <w:r>
        <w:t>to is wajah se mardon ki ahmiyat jo hai wo bahut zyada ho gayi thi aur us daur mein wo chuka hi industrial age se pehle ka daur hai to wo bilkul daur different tha.</w:t>
      </w:r>
    </w:p>
    <w:p>
      <w:pPr>
        <w:jc w:val="right"/>
      </w:pPr>
      <w:r>
        <w:t>तो इस वजह से मर्दों की अहमियत जो है वो बहुत ज़्यादा हो गई थी और उस दौर में वो चूका ही industrial age से पहले का दौर है तो वो बिल्कुल दौर different था.</w:t>
      </w:r>
    </w:p>
    <w:p>
      <w:r>
        <w:rPr>
          <w:b/>
        </w:rPr>
        <w:t xml:space="preserve">[01:19] </w:t>
      </w:r>
      <w:r>
        <w:t>to usse pehle jo daur tha usmein male child ki bahut zyada zaroorat hoti thi kyunki bahar ke saare kaam manually hote the aur male child hi kar pata tha kyunki wo jo physical strength, physical stamina hota hai to wo usmein usi ke zariye se wo hota tha kaam. to aurat ka jo kaam tha wo ghar sambhalne ka tha.</w:t>
      </w:r>
    </w:p>
    <w:p>
      <w:pPr>
        <w:jc w:val="right"/>
      </w:pPr>
      <w:r>
        <w:t>तो उससे पहले जो दौर था उसमें male child की बहुत ज़्यादा ज़रूरत होती थी क्योंकि बाहर के सारे काम manually होते थे और male child ही कर पाता था क्योंकि वह जो physical strength, physical stamina होता है तो वह उसमें उसी के जरिए से वह होता था काम. तो औरत का जो काम था वह घर संभालने का था.</w:t>
      </w:r>
    </w:p>
    <w:p>
      <w:r>
        <w:rPr>
          <w:b/>
        </w:rPr>
        <w:t xml:space="preserve">[01:44] </w:t>
      </w:r>
      <w:r>
        <w:t>bachcha paida karna, bachche ke parvarish karna aur wo zamana bilkul different tha wo sohoolte nahi thi.</w:t>
      </w:r>
    </w:p>
    <w:p>
      <w:pPr>
        <w:jc w:val="right"/>
      </w:pPr>
      <w:r>
        <w:t>बच्चा पैदा करना, बच्चे के परवरिश करना और वो ज़माना बिल्कुल different था वो सोहूलते नहीं थी.</w:t>
      </w:r>
    </w:p>
    <w:p>
      <w:r>
        <w:rPr>
          <w:b/>
        </w:rPr>
        <w:t xml:space="preserve">[01:52] </w:t>
      </w:r>
      <w:r>
        <w:t>jaise aaj hamare paas har tarah ki machinein hoti hain, fauran kaam ho jata hai to aurat jo hai din bhar ghar ke kaamon mein lagi rehti thi to na to uske andar wo physical strength thi mardon wali, na uske wo halaat the jo hote hain halaat jiske zariye se ek aurat bahar nikal kar kaam kar sakti hai. to is tarike se aurat ka saara kaam jo hai na, wo ghar ke andar hi hota tha.</w:t>
      </w:r>
    </w:p>
    <w:p>
      <w:pPr>
        <w:jc w:val="right"/>
      </w:pPr>
      <w:r>
        <w:t>जैसे आज हमारे पास हर तरह की मशीनें होती हैं, फ़ौरन काम हो जाता है तो औरत जो है दिन भर घर के कामों में लगी रहती थी तो ना तो उसके अंदर वो physical strength थी मर्दों वाली, ना उसके वो हालात थे जो होते हैं हालात जिसके जरिए से एक औरत बाहर निकल कर काम कर सकती है. तो इस तरीके से औरत का सारा काम जो है ना, वो घर के अंदर ही होता था.</w:t>
      </w:r>
    </w:p>
    <w:p>
      <w:r>
        <w:rPr>
          <w:b/>
        </w:rPr>
        <w:t xml:space="preserve">[02:21] </w:t>
      </w:r>
      <w:r>
        <w:t>to uska saara waqt use mein jaata tha kyunki jab bachcha bachche ke liye usko bahut time nikalna padta tha, pehle zamane mein koi day care center nahi hota tha, na itna paisa tha ki log istemal karke usko apni facilities ko hasil karein. transport nahi thi, machinein nahi thi, education nahi thi ki education lekar ke wo bahar ki duniya mein jaakar kaam karein.</w:t>
      </w:r>
    </w:p>
    <w:p>
      <w:pPr>
        <w:jc w:val="right"/>
      </w:pPr>
      <w:r>
        <w:t>तो उसका सारा वक्त उसे में जाता था क्योंकि जब बच्चा बच्चे के लिए उसको बहुत time निकालना पड़ता था, पहले जमाने में कोई day care center नहीं होता था, ना इतना पैसा था कि लोग इस्तेमाल करके उसको अपनी facilities को हासिल करें. Transport नहीं थी, मशीनें नहीं थीं, education नहीं थी कि education लेकर के वह बाहर की दुनिया में जाकर काम करें.</w:t>
      </w:r>
    </w:p>
    <w:p>
      <w:r>
        <w:rPr>
          <w:b/>
        </w:rPr>
        <w:t xml:space="preserve">[02:46] </w:t>
      </w:r>
      <w:r>
        <w:t>medical facilities nahi thi, bachche bimar ho jaate the, ab uski dekhbhal karni hoti thi khud. koi hospital nahi tha ki wahan jaake usko admit kar de. to is tarike se aur us zamane mein child mortality rate bhi isiliye bahut zyada tha kyunki ilaaj ki nahi thi.</w:t>
      </w:r>
    </w:p>
    <w:p>
      <w:pPr>
        <w:jc w:val="right"/>
      </w:pPr>
      <w:r>
        <w:t>Medical facilities नहीं थी, बच्चे बीमार हो जाते थे, अब उसकी देखभाल करनी होती थी खुद. कोई hospital नहीं था कि वहाँ जाके उसको admit कर दे. तो इस तरीके से और उस ज़माने में child mortality rate भी इसीलिए बहुत ज़्यादा था क्योंकि इलाज की नहीं थी.</w:t>
      </w:r>
    </w:p>
    <w:p>
      <w:r>
        <w:rPr>
          <w:b/>
        </w:rPr>
        <w:t xml:space="preserve">[03:04] </w:t>
      </w:r>
      <w:r>
        <w:t>to ye saari wajah thi ki aur aurat ki jo zimmedari thi wo ghar ki zimmedari thi aur iski wajah se uski jo koi ahmiyat nahi van paati thi society mein aur bahar ki duniya mein mard dominate karte the.</w:t>
      </w:r>
    </w:p>
    <w:p>
      <w:pPr>
        <w:jc w:val="right"/>
      </w:pPr>
      <w:r>
        <w:t>तो ये सारी वजह थी कि और औरत की जो ज़िम्मेदारी थी वो घर की ज़िम्मेदारी थी और इसकी वजह से उसकी जो कोई अहमियत नहीं वन पाती थी society में और बाहर की दुनिया में मर्द dominate करते थे.</w:t>
      </w:r>
    </w:p>
    <w:p>
      <w:r>
        <w:rPr>
          <w:b/>
        </w:rPr>
        <w:t xml:space="preserve">[03:21] </w:t>
      </w:r>
      <w:r>
        <w:t>mardi ke paas political power hota tha, wahi ruler hote the, aur jo mazhabi peshwa kingship mein sabse badi jo cheez thi wo political power tha aur uske baad jo tha wo pesh, mazhabi peshwa ka darja tha. to mazhabi log jo hain priestly class jo hai wo bhi samarthon par hi hoti thi, mardi hoti thi priests.</w:t>
      </w:r>
    </w:p>
    <w:p>
      <w:pPr>
        <w:jc w:val="right"/>
      </w:pPr>
      <w:r>
        <w:t>मर्दी के पास political power होता था, वही ruler होते थे, और जो मज़हबी पेशवा kingship में सबसे बड़ी जो चीज़ थी वह political power था और उसके बाद जो था वह पेश, मज़हबी पेशवा का दर्जा था. तो मज़हबी लोग जो हैं priestly class जो है वह भी समर्थों पर ही होती थी, मर्दी होती थी priests.</w:t>
      </w:r>
    </w:p>
    <w:p>
      <w:r>
        <w:rPr>
          <w:b/>
        </w:rPr>
        <w:t xml:space="preserve">[03:45] </w:t>
      </w:r>
      <w:r>
        <w:t>to is tarike se poori bahar ki duniya par mardon ka qabza tha, aur yeh to ek wajah thi jiski wajah se auraton ka darja bahut hi kam tha, yaani bas wo ghar ke andar kaam kare. to us doosri wajah jo thi wo ye thi ki wo age tha jo superstition ka age tha. science se pehle ka jo age tha wo superstition ka age tha.</w:t>
      </w:r>
    </w:p>
    <w:p>
      <w:pPr>
        <w:jc w:val="right"/>
      </w:pPr>
      <w:r>
        <w:t>तो इस तरीके से पूरी बाहर की दुनिया पर मर्दों का क़ब्ज़ा था, और यह तो एक वजह थी जिसकी वजह से औरतों का दर्जा बहुत ही कम था, यानी बस वह घर के अंदर काम करे. तो उस दूसरी वजह जो थी वो ये थी कि वो age था जो superstition का age था. Science से पहले का जो age था वो superstition का age था.</w:t>
      </w:r>
    </w:p>
    <w:p>
      <w:r>
        <w:rPr>
          <w:b/>
        </w:rPr>
        <w:t xml:space="preserve">[04:12] </w:t>
      </w:r>
      <w:r>
        <w:t>insaan hamesha yahi chahta hai ki cheezon ko explain kare. to ab science nahi thi to wo explain karta tha tawahum se, tawahumat tarah tarah ke tawahumat poori poori encyclopedia hai mythology par.</w:t>
      </w:r>
    </w:p>
    <w:p>
      <w:pPr>
        <w:jc w:val="right"/>
      </w:pPr>
      <w:r>
        <w:t>इंसान हमेशा यही चाहता है कि चीज़ों को explain करे. तो अब science नहीं थी तो वह explain करता था तवाहूम से, तवाहूमात तरह तरह के तवाहूमात पूरी पूरी encyclopedia है mythology पर.</w:t>
      </w:r>
    </w:p>
    <w:p>
      <w:r>
        <w:rPr>
          <w:b/>
        </w:rPr>
        <w:t xml:space="preserve">[04:27] </w:t>
      </w:r>
      <w:r>
        <w:t>to main chand tawahumat ke bare mein aapki taraf matlab ajay karungi ki kis tarike se jo irrational beliefs the superstition ki wajah se to wo na sirf doosri cheezon ke bare mein the balki aurat ke bare mein bhi the. to tarah tarah ke superstitions the jiski wajah se aurat ka darja bahut kam ho gaya tha. ab misal ke taur par jal jale aate hain. ab log nahi samajh paate the ki jal jala kyun aata hai?</w:t>
      </w:r>
    </w:p>
    <w:p>
      <w:pPr>
        <w:jc w:val="right"/>
      </w:pPr>
      <w:r>
        <w:t>तो मैं चंद तवाहूमात के बारे में आपकी तरफ मतलब अजय करूंगी कि किस तरीके से जो irrational beliefs थे superstition की वजह से तो वह ना सिर्फ दूसरी चीज़ों के बारे में थे बल्कि औरत के बारे में भी थे. तो तरह तरह के superstitions थे जिसकी वजह से औरत का दर्जा बहुत कम हो गया था. अब मिसाल के तौर पर जल जले आते हैं. अब लोग नहीं समझ पाते थे कि जल जला क्यों आता है?</w:t>
      </w:r>
    </w:p>
    <w:p>
      <w:r>
        <w:rPr>
          <w:b/>
        </w:rPr>
        <w:t xml:space="preserve">[04:57] </w:t>
      </w:r>
      <w:r>
        <w:t>to sabse pehle to yeh tha ki zameen goal hai, wo ghoom rahi hai. apne orbit par gravity ki wajah se wo apne orbit par rehti hai. to yeh sab logon ko maloom nahi tha.</w:t>
      </w:r>
    </w:p>
    <w:p>
      <w:pPr>
        <w:jc w:val="right"/>
      </w:pPr>
      <w:r>
        <w:t>तो सबसे पहले तो यह था कि ज़मीन goal है, वह घूम रही है. अपने orbit पर gravity की वजह से वह अपने orbit पर रहती है. तो यह सब लोगों को मालूम नहीं था.</w:t>
      </w:r>
    </w:p>
    <w:p>
      <w:r>
        <w:rPr>
          <w:b/>
        </w:rPr>
        <w:t xml:space="preserve">[05:11] </w:t>
      </w:r>
      <w:r>
        <w:t>wo kehte the, kabhi kehte the koi giant jo hai na usko apni singh par lekar khada hua hai, kabhi kehte koi janwar turtle lekar usko khada hua hai, kabhi kehte ki wo jo hai guards usko lekar khade hue hain, to jab guards gussa ho jaate hain to gusse mein jhatak dete hain to usmein jal jal aa jata hai. wo janwar thak jata hai, side badalta hai to jal jal aa jata hai.</w:t>
      </w:r>
    </w:p>
    <w:p>
      <w:pPr>
        <w:jc w:val="right"/>
      </w:pPr>
      <w:r>
        <w:t>वो कहते थे, कभी कहते थे कोई giant जो है ना उसको अपनी सिंह पर लेकर खड़ा हुआ है, कभी कहते कोई जानवर turtle लेकर उसको खड़ा हुआ है, कभी कहते कि वो जो है guards उसको लेकर खड़े हुए हैं, तो जब guards गुस्सा हो जाते हैं तो गुस्से में झटक देते हैं तो उसमें जल जल आ जाता है. वह जानवर थक जाता है, side बदलता है तो जल जल आ जाता है.</w:t>
      </w:r>
    </w:p>
    <w:p>
      <w:r>
        <w:rPr>
          <w:b/>
        </w:rPr>
        <w:t xml:space="preserve">[05:37] </w:t>
      </w:r>
      <w:r>
        <w:t>to isi tarike se sab tarah tarah ke superstitions the. yeh bhi superstition tha ki zameen ko bukhar aata hai to bukhar mein tharthari hoti hai to wo tharthari jo hai na wo jal jale ki shakal mein aati hai. to isi tarike se yeh to chand purv poori encyclopedia hai superstition par.</w:t>
      </w:r>
    </w:p>
    <w:p>
      <w:pPr>
        <w:jc w:val="right"/>
      </w:pPr>
      <w:r>
        <w:t>तो इसी तरीके से सब तरह तरह के superstitions थे. यह भी superstition था कि ज़मीन को बुखार आता है तो बुखार में थरथरी होती है तो वह थरथरी जो है ना वह जल जले की शक्ल में आती है. तो इसी तरीके से यह तो चांद पूर्व पूरी encyclopedia है superstition पर.</w:t>
      </w:r>
    </w:p>
    <w:p>
      <w:r>
        <w:rPr>
          <w:b/>
        </w:rPr>
        <w:t xml:space="preserve">[05:56] </w:t>
      </w:r>
      <w:r>
        <w:t>to suraj giran, chand giran ke bare mein isi tarike se tha ki china mein tha ki bahut hi huge dragon hai aur wo kabhi kabhi gussa ho jata hai wo zameen ko nigal leta hai. to tamam log bahar ek bade maidan mein aakar chikhte hain zor zor se shor machate hain to wo dar ke mare wo nikal deta hai zameen ko.</w:t>
      </w:r>
    </w:p>
    <w:p>
      <w:pPr>
        <w:jc w:val="right"/>
      </w:pPr>
      <w:r>
        <w:t>तो सूरज गिरन, चांद गिरन के बारे में इसी तरीके से था कि China में था कि बहुत ही huge dragon है और वह कभी कभी गुस्सा हो जाता है वह ज़मीन को निगल लेता है. तो तमाम लोग बाहर एक बड़े मैदान में आकर चिखते हैं ज़ोर ज़ोर से शोर मचाते हैं तो वो डर के मरे वो निकाल देता है ज़मीन को.</w:t>
      </w:r>
    </w:p>
    <w:p>
      <w:r>
        <w:rPr>
          <w:b/>
        </w:rPr>
        <w:t xml:space="preserve">[06:20] </w:t>
      </w:r>
      <w:r>
        <w:t>to doosra jo tha ki koi bada aadmi marta hai to suraj giran, chand giran hote hai. wo gam manate hai bade aadmi ki maut par, khaas taur par badshah ya uski family ke log. to yeh zamana tha yahi zamana jo tha superstition ka isi isi andaaz mein aurat ke position ko bhi aurat ke haiysiyat ko bhi explain kiya gaya.</w:t>
      </w:r>
    </w:p>
    <w:p>
      <w:pPr>
        <w:jc w:val="right"/>
      </w:pPr>
      <w:r>
        <w:t>तो दूसरा जो था कि कोई बड़ा आदमी मरता है तो सूरज गिरन, चांद गिरन होते है. वो गम मनाते है बड़े आदमी की मौत पर, खास तौर पर बादशाह या उसकी family के लोग. तो यह ज़माना था यही ज़माना जो था superstition का इसी इसी अंदाज़ में औरत के position को भी औरत के हैसियत को भी explain किया गया.</w:t>
      </w:r>
    </w:p>
    <w:p>
      <w:r>
        <w:rPr>
          <w:b/>
        </w:rPr>
        <w:t xml:space="preserve">[06:49] </w:t>
      </w:r>
      <w:r>
        <w:t>to misaal ke taur par grease jo ke bahut zyada wahan par ilm sara, wahin se ilm nikla hai. tamam cheezon par aapko badi bade philosophers paida hue. lekin wo philosophers kya the? wo daur hi superstition ka tha. wo bhi unhi cheezon ko mante the. kyunki observation verification ye kuch nahi hota tha bas ek farz kar liya jata tha.</w:t>
      </w:r>
    </w:p>
    <w:p>
      <w:pPr>
        <w:jc w:val="right"/>
      </w:pPr>
      <w:r>
        <w:t>तो मिसाल के तौर पर grease जो के बहुत ज़्यादा वहां पर इल्म सारा, वहीं से इल्म निकला है. तमाम चीज़ों पर आपको बड़ी बड़े philosophers पैदा हुए. लेकिन वो philosophers क्या थे? वो दौर ही superstition का था. वो भी उन्हीं चीज़ों को मानते थे. क्योंकि observation verification ये कुछ नहीं होता था बस एक फर्ज कर लिया जाता था.</w:t>
      </w:r>
    </w:p>
    <w:p>
      <w:r>
        <w:rPr>
          <w:b/>
        </w:rPr>
        <w:t xml:space="preserve">[07:18] </w:t>
      </w:r>
      <w:r>
        <w:t>ye observation aur verification to ye sab science ne science se pehle matlab science ne to baad mein yeh kaam kiya hai. Islam ne yeh sab bataya Islam ne ek jo mindset banaya jo soch banai ke sirf Khuda ek hai aur baqi tamam creation jo hai usko hum tajj us experiment kar sakte hain usmein. wo Allah ne hamare liye banai hai. to iske asar se hi science ki shuruat hui.</w:t>
      </w:r>
    </w:p>
    <w:p>
      <w:pPr>
        <w:jc w:val="right"/>
      </w:pPr>
      <w:r>
        <w:t>ये observation और verification तो ये सब science ने science से पहले मतलब science ने तो बाद में यह काम किया है. इस्लाम ने यह सब बताया इस्लाम ने एक जो mindset बनाया जो सोच बनाई के सिर्फ खुदा एक है और बाकी तमाम creation जो है उसको हम तज उस experiment कर सकते हैं उसमें. वो अल्लाह ने हमारे लिए बनाई है. तो इसके असर से ही science की शुरुआत हुई.</w:t>
      </w:r>
    </w:p>
    <w:p>
      <w:r>
        <w:rPr>
          <w:b/>
        </w:rPr>
        <w:t xml:space="preserve">[07:48] </w:t>
      </w:r>
      <w:r>
        <w:t>to pehle zamane mein jabki itne bada philosopher tha, aristotle, usne kaha kyunki yeh bilkul accepted axiom tha ki aurat ke andar ko akhal kam hoti hai kyunki aurat woh exposure hi nahi tha, education nahi thi, woh mahaul hi nahi thi ki aurat kuch learning kar sake. to wo samajhte the aurat ke akhal hi kam hai. ab jaise kisi bhi ko aap padhaen likhayenge, usko koi mahaul na den.</w:t>
      </w:r>
    </w:p>
    <w:p>
      <w:pPr>
        <w:jc w:val="right"/>
      </w:pPr>
      <w:r>
        <w:t>तो पहले ज़माने में जबकि इतने बड़ा philosopher था, aristocratle, उसने कहा क्योंकि यह बिल्कुल accepted axiom था कि औरत के अंदर को अखल कम होती है क्योंकि औरत वह exposure ही नहीं था, education नहीं थी, वह माहौल ही नहीं थी कि औरत कुछ learning कर सके. तो वह समझते थे औरत के अखल ही कम है. अब जैसे किसी भी को आप पढ़ाएं लिखाएंगे, उसको कोई माहौल न दें.</w:t>
      </w:r>
    </w:p>
    <w:p>
      <w:r>
        <w:rPr>
          <w:b/>
        </w:rPr>
        <w:t xml:space="preserve">[08:18] </w:t>
      </w:r>
      <w:r>
        <w:t>seekhne ka to kahan se seekhega? to aisi aurat ko koi mahaul hi nahi tha kuch learning karne ka. to wo keh deta aurat ke akhal hi kam hai. to usko ye bilkul accepted tha. to Aristotle ne kaha ki aurat ke daant kam hote hain isliye uske akhal kam hai. to daant ko akhal se jodte the. to burden Russell ne uska maza udaya hai ki uske do do bimiyan thi daant gin nahi sakta tha.</w:t>
      </w:r>
    </w:p>
    <w:p>
      <w:pPr>
        <w:jc w:val="right"/>
      </w:pPr>
      <w:r>
        <w:t>सीखने का तो कहां से सीखेगा? तो ऐसी औरत को कोई माहौल ही नहीं था कुछ learning करने का. तो वो कह देता औरत के अखल ही कम है. तो उसको ये बिल्कुल accepted था. तो अरिस्टाटल ने कहा कि औरत के दांत कम होते हैं इसलिए उसके अखल कम है. तो दांत को अखल से जोड़ते थे. तो burden Russell ने उसका मज़ा उड़ाया है कि उसके दो दो बीमियां थी दांत गिन नहीं सकता था.</w:t>
      </w:r>
    </w:p>
    <w:p>
      <w:r>
        <w:rPr>
          <w:b/>
        </w:rPr>
        <w:t xml:space="preserve">[08:46] </w:t>
      </w:r>
      <w:r>
        <w:t>to yeh zamana tha ki verification wagera nahi karte the. yeh to sab science se aaya hai ki observation aur verification par itna zyada zor diya gaya. to yeh zamanat tha. to yahi jo tabahumati daur tha uska asar jo hai aurat ki position par bada aur aurat chunki uska mahauli wahi tha to koi bada role wo society mein kar nahi pati thi.</w:t>
      </w:r>
    </w:p>
    <w:p>
      <w:pPr>
        <w:jc w:val="right"/>
      </w:pPr>
      <w:r>
        <w:t>तो यह ज़माना था कि verification वगैरह नहीं करते थे. यह तो सब science से आया है कि observation और verification पर इतना ज़्यादा ज़ोर दिया गया. तो यह जमानत था. तो यही जो तबाहुमाती दौर था उसका असर जो है औरत की position पर बड़ा और औरत चूंकि उसका माहौली वही था तो कोई बड़ा role वह society में कर नहीं पाती थी.</w:t>
      </w:r>
    </w:p>
    <w:p>
      <w:r>
        <w:rPr>
          <w:b/>
        </w:rPr>
        <w:t xml:space="preserve">[09:13] </w:t>
      </w:r>
      <w:r>
        <w:t>to kar nahi pati thi to usi hisab se uske bare mein kahaniyan mashhoor huin. aur sabse pehli kahani jo greek mythology mein hai ki ek aurat thi pandora, to usko zeus ne banaya tha, zeus ek god tha, king of gods, to usne banaya phir usko zameen par bheja, to wo ek apne saath ek box lekar aayi.</w:t>
      </w:r>
    </w:p>
    <w:p>
      <w:pPr>
        <w:jc w:val="right"/>
      </w:pPr>
      <w:r>
        <w:t>तो कर नहीं पाती थी तो उसी हिसाब से उसके बारे में कहानियां मशहूर हुईं. और सबसे पहली कहानी जो greek mythology में है कि एक औरत थी pandora, तो उसको zeus ने बनाया था, zeus एक god था, king of gods, तो उसने बनाया फिर उसको ज़मीन पर भेजा, तो वह एक अपने साथ एक box लेकर आई.</w:t>
      </w:r>
    </w:p>
    <w:p>
      <w:r>
        <w:rPr>
          <w:b/>
        </w:rPr>
        <w:t xml:space="preserve">[09:40] </w:t>
      </w:r>
      <w:r>
        <w:t>to kehte hain ki duniya mein jitni bhi evil hai wo sab usi box mein bhari hui thi. usne ek din gussa ho gayi aur box khol diya to evils duniya mein phail gayi. halanki Islam ne bataya ki insaan ko aazadi di gayi hai to wo exercise karta hai usko kabhi use karta hai, kabhi misuse karta hai aur usi se sari buraiyan paida hoti hai. lekin wo tamam buraiyan jo hai na wo aurat ko attribute kardi gayi hai.</w:t>
      </w:r>
    </w:p>
    <w:p>
      <w:pPr>
        <w:jc w:val="right"/>
      </w:pPr>
      <w:r>
        <w:t>तो कहते हैं कि दुनिया में जितनी भी evil है वो सब उसी box में भरी हुई थी. उसने एक दिन गुस्सा हो गई और box खोल दिया तो evils दुनिया में फ़ैल गई. हालांकि इस्लाम ने बताया कि इंसान को आज़ादी दी गई है तो वो exercise करता है उसको कभी use करता है, कभी misuse करता है और उसी से सारी बुराइयां पैदा होती है. लेकिन वो तमाम बुराइयां जो है ना वो औरत को attribute कर दी गई है.</w:t>
      </w:r>
    </w:p>
    <w:p>
      <w:r>
        <w:rPr>
          <w:b/>
        </w:rPr>
        <w:t xml:space="preserve">[10:07] </w:t>
      </w:r>
      <w:r>
        <w:t>phir doosri jo thi jo sabse pehli aurat thi eve, to wahin se perception aurat ka sab galat ho gaya kyunki yeh kaha gaya ki jo Adam and Eve jo hai wo jannat mein rakhe gaye the aur wahan par ek ped ko mana kiya gaya tha ki is ped ka phal mat khana.</w:t>
      </w:r>
    </w:p>
    <w:p>
      <w:pPr>
        <w:jc w:val="right"/>
      </w:pPr>
      <w:r>
        <w:t>फिर दूसरी जो थी जो सबसे पहली औरत थी eve, तो वहीं से perception औरत का सब गलत हो गया क्योंकि यह कहा गया कि जो Adam and Eve जो है वो जन्नत में रखे गए थे और वहां पर एक पेड़ को मना किया गया था की इस पेड़ का फ़ल मत खाना.</w:t>
      </w:r>
    </w:p>
    <w:p>
      <w:r>
        <w:rPr>
          <w:b/>
        </w:rPr>
        <w:t xml:space="preserve">[10:30] </w:t>
      </w:r>
      <w:r>
        <w:t>to ek din kya hua ki shaitan ne bahkaya aur phal jo hai in logon ne kha liya hai Adam and Eve ne to isko uski wajah se wo jannat se nikal diye gaye aur jab duniya mein aaye to tamam har tarah ki musibaten unko pesh aayi. to yeh kaha gaya ki Eve ne Adam ko bahkaya, Eve ke bahkane par Adam ne khaya kyunki aurat ka darja hi kam tha na to har burai ko aurat par laga diya jata tha.</w:t>
      </w:r>
    </w:p>
    <w:p>
      <w:pPr>
        <w:jc w:val="right"/>
      </w:pPr>
      <w:r>
        <w:t>तो एक दिन क्या हुआ की शैतान ने बहकाया और फ़ल जो है इन लोगों ने खा लिया है Adam and Eve ने तो इसको उसकी वजह से वो जन्नत से निकाल दिए गए और जब दुनिया में आए तो तमाम हर तरह की मुसीबतें उनको पेश आई. तो यह कहा गया कि ईव ने आदम को बहकाया, ईव के बहकाने पर आदम ने खाया क्योंकि औरत का दर्ज ही कम था ना तो हर बुराई को औरत पर लगा दिया जाता था.</w:t>
      </w:r>
    </w:p>
    <w:p>
      <w:r>
        <w:rPr>
          <w:b/>
        </w:rPr>
        <w:t xml:space="preserve">[10:59] </w:t>
      </w:r>
      <w:r>
        <w:t>to itna bada masla ho gaya ki jab Adam wahan se nikale gaye itna bada unhone sin kiya, to us sin ko jo hai wo nakabile maafi tha aur uske liye usi ko original sin kehte hain yani har bachcha jo paida hota hai wo us original sin ke saath paida hota hai aur isi ke liye hadrati saare salam jaisa ki christians mante hain aaye aur unko original sin se pak karne ke liye.</w:t>
      </w:r>
    </w:p>
    <w:p>
      <w:pPr>
        <w:jc w:val="right"/>
      </w:pPr>
      <w:r>
        <w:t>तो इतना बड़ा मसला हो गया कि जब आदम वहां से निकाले गए इतना बड़ा उन्होंने sin किया, तो उस sin को जो है वह नाकाबले माफी था और उसके लिए उसी को original sin कहते हैं यानी हर बच्चा जो पैदा होता है वो उस original sin के साथ पैदा होता है और इसी के लिए हदरती सारे सलाम जैसा कि christians मानते हैं आए और उनको original sin से पाक करने के लिए.</w:t>
      </w:r>
    </w:p>
    <w:p>
      <w:r>
        <w:rPr>
          <w:b/>
        </w:rPr>
        <w:t xml:space="preserve">[11:26] </w:t>
      </w:r>
      <w:r>
        <w:t>to itni badi badi baaten jo hain wo aurat ko laga di gayi thi ki tamam buraiyan jo hain aurat ki wajah se duniya mein aayi hain. to yahan ab is is background mein jab hum dekhenge ki Islam mein aurat ka kya mukam diya diya Islam ne tab usko clear hoga. to Islam ne har cheez ko haqeeqat ke nazar se reality ke nazar se dekha to na ki myth ke nazar se.</w:t>
      </w:r>
    </w:p>
    <w:p>
      <w:pPr>
        <w:jc w:val="right"/>
      </w:pPr>
      <w:r>
        <w:t>तो इतनी बड़ी बड़ी बातें जो हैं वो औरत को लगा दी गई थी कि तमाम बुराइयां जो हैं औरत की वजह से दुनिया में आई हैं. तो यहां अब इस इस background में जब हम देखेंगे कि इस्लाम में औरत का क्या मुकाम दिया दिया इस्लाम ने तब उसको clear होगा. तो इस्लाम ने हर चीज़ को हकीकत के नज़र से reality के नज़र से देखा तो ना कि myth के नज़र से.</w:t>
      </w:r>
    </w:p>
    <w:p>
      <w:r>
        <w:rPr>
          <w:b/>
        </w:rPr>
        <w:t xml:space="preserve">[11:54] </w:t>
      </w:r>
      <w:r>
        <w:t>to isi wajah se Islam mein ekdam shuru se hi hum dekhte hain ki tamam na sirf aurat ke bare mein balki jo doosre jo hote hain jo explanations based on super strain wo sab Islam ne khatam kiya. sabse pehla jo waqya bada waqya hua wo girhan ke bare mein solar eclipse aur lunar eclipse.</w:t>
      </w:r>
    </w:p>
    <w:p>
      <w:pPr>
        <w:jc w:val="right"/>
      </w:pPr>
      <w:r>
        <w:t>तो इसी वजह से इस्लाम में एकदम शुरू से ही हम देखते हैं कि तमाम ना सिर्फ औरत के बारे में बल्कि जो दूसरे जो होते हैं जो explanations based on super strain वो सब इस्लाम ने खत्म किया. सबसे पहला जो वाक्या बड़ा वाक्या हुआ वो गिरहण के बारे में solar eclipse और lunar eclipse.</w:t>
      </w:r>
    </w:p>
    <w:p>
      <w:r>
        <w:rPr>
          <w:b/>
        </w:rPr>
        <w:t xml:space="preserve">[12:19] </w:t>
      </w:r>
      <w:r>
        <w:t>to jab Rasool Allah sallallahu alaihi wasallam ke bete Ibrahim infancy mein unka intiqal ho gaya to ittefaq aisa tha ki suraj giran pada. to tamam log jaisa ki pehle se chala a raha tha to tamam log kehne lage ki yeh prophet ke bete ki death ki wajah se yeh giran pada hai. to jab Rasool Allah sallallahu alaihi wasallam ne ijri mein hua tha.</w:t>
      </w:r>
    </w:p>
    <w:p>
      <w:pPr>
        <w:jc w:val="right"/>
      </w:pPr>
      <w:r>
        <w:t>तो जब रसूल्लाह सलाह सलाह के बेटे इब्राहिम infancy में उनका इंतज़ाल हो गया तो इत्तेफ़ाक़ ऐसा था कि सूरज गिरान पड़ा. तो तमाम लोग जैसा कि पहले से चला आ रहा था तो तमाम लोग कहने लगे कि यह prophet के बेटे की death की वजह से यह गिरान पड़ा है. तो जब रसूल्लाह सेवाल दस इजरी में हुआ था.</w:t>
      </w:r>
    </w:p>
    <w:p>
      <w:r>
        <w:rPr>
          <w:b/>
        </w:rPr>
        <w:t xml:space="preserve">[12:46] </w:t>
      </w:r>
      <w:r>
        <w:t>to jab Rasool Allah sallallahu alaihi wasallam ko maloom hua to aap jo hai foran masjid mein aaye. jab koi bada masla hota hai to aap foreign masjid mein aate. wahan logon ko jama karte hain aur un logon ko address karte hain.</w:t>
      </w:r>
    </w:p>
    <w:p>
      <w:pPr>
        <w:jc w:val="right"/>
      </w:pPr>
      <w:r>
        <w:t>तो जब रसूल्लाह सेवाल को मालूम हुआ तो आप जो है फ़ौरन मस्जिद में आए. जब कोई बड़ा मसला होता है तो आप foreign मस्जिद में आते. वहां लोगों को जमा करते हैं और उन लोगों को address करते हैं.</w:t>
      </w:r>
    </w:p>
    <w:p>
      <w:r>
        <w:rPr>
          <w:b/>
        </w:rPr>
        <w:t xml:space="preserve">[12:59] </w:t>
      </w:r>
      <w:r>
        <w:t>to aap foreign masjid mein aaye aur aapne bataya ke yeh kisi ki maut se iska koi talluq</w:t>
      </w:r>
    </w:p>
    <w:p>
      <w:pPr>
        <w:jc w:val="right"/>
      </w:pPr>
      <w:r>
        <w:t>तो आप foreign मस्जिद में आए और आपने बताया कि यह किसी की मौत से इसका कोई ताल्लुख</w:t>
      </w:r>
    </w:p>
    <w:p>
      <w:r>
        <w:rPr>
          <w:b/>
        </w:rPr>
        <w:t xml:space="preserve">[13:05] </w:t>
      </w:r>
      <w:r>
        <w:t>nahin hai balke yeh Allah ki nishaniyan hai aur jab aisa ho to tum log Allah ko yaad</w:t>
      </w:r>
    </w:p>
    <w:p>
      <w:pPr>
        <w:jc w:val="right"/>
      </w:pPr>
      <w:r>
        <w:t>नहीं है बल्कि यह अल्लाह की निशानियां है और जब ऐसा हो तो तुम लोग अल्लाह को याद</w:t>
      </w:r>
    </w:p>
    <w:p>
      <w:r>
        <w:rPr>
          <w:b/>
        </w:rPr>
        <w:t xml:space="preserve">[13:11] </w:t>
      </w:r>
      <w:r>
        <w:t>karo aur aapne bhi daur kar namaz padhi aur yeh sab inse yeh sab Allah taala ki glory</w:t>
      </w:r>
    </w:p>
    <w:p>
      <w:pPr>
        <w:jc w:val="right"/>
      </w:pPr>
      <w:r>
        <w:t>करो और आपने भी दौर कर नमाज़ पढ़ी और यह सब इनसे यह सब अल्लाह तालाह की glory</w:t>
      </w:r>
    </w:p>
    <w:p>
      <w:r>
        <w:rPr>
          <w:b/>
        </w:rPr>
        <w:t xml:space="preserve">[13:18] </w:t>
      </w:r>
      <w:r>
        <w:t>aur majesty ko batate hain ki kis tarike se Allah in tamam celestial bodies ko control karta hai</w:t>
      </w:r>
    </w:p>
    <w:p>
      <w:pPr>
        <w:jc w:val="right"/>
      </w:pPr>
      <w:r>
        <w:t>और majesty को बताते हैं कि किस तरीके से अल्लाह इन तमाम सेरेश्यनबाज़ी, celestial bodies को control कर</w:t>
      </w:r>
    </w:p>
    <w:p>
      <w:r>
        <w:rPr>
          <w:b/>
        </w:rPr>
        <w:t xml:space="preserve">[13:24] </w:t>
      </w:r>
      <w:r>
        <w:t>raha hai, to woh us waqt poora aapne unko bataya, to woh mamla khatam hua ke kisi ke</w:t>
      </w:r>
    </w:p>
    <w:p>
      <w:pPr>
        <w:jc w:val="right"/>
      </w:pPr>
      <w:r>
        <w:t>रहा है, तो वो उस वक्त पूरा आपने उनको बताया, तो वो मामला खतम हुआ कि किसी के</w:t>
      </w:r>
    </w:p>
    <w:p>
      <w:r>
        <w:rPr>
          <w:b/>
        </w:rPr>
        <w:t xml:space="preserve">[13:30] </w:t>
      </w:r>
      <w:r>
        <w:t>marne jeene se uska koi talluq hai.</w:t>
      </w:r>
    </w:p>
    <w:p>
      <w:pPr>
        <w:jc w:val="right"/>
      </w:pPr>
      <w:r>
        <w:t>मरने जीने से उसका कोई ताल्लोक है.</w:t>
      </w:r>
    </w:p>
    <w:p>
      <w:r>
        <w:rPr>
          <w:b/>
        </w:rPr>
        <w:t xml:space="preserve">[13:37] </w:t>
      </w:r>
      <w:r>
        <w:t>isi tarike se jo hawa ki kahani hai to wo kahani puri detail se Quran mein aayi hai aur usmein jo Arabic mein dual form aata hai ki dono ne kiya, dono ne kiya.</w:t>
      </w:r>
    </w:p>
    <w:p>
      <w:pPr>
        <w:jc w:val="right"/>
      </w:pPr>
      <w:r>
        <w:t>इसी तरीके से जो हवा की कहानी है तो वह कहानी पूरी detail से पुरान में आई है और उसमें जो Arabic में dual form आता है कि दोनों ने किया, दोनों ने किया.</w:t>
      </w:r>
    </w:p>
    <w:p>
      <w:r>
        <w:rPr>
          <w:b/>
        </w:rPr>
        <w:t xml:space="preserve">[14:07] </w:t>
      </w:r>
      <w:r>
        <w:t>to jo auraton ka jo darja gira hua tha uski wajah se usko inheritance mein hissa nahi diya jata tha. kehte the ki wo zaiful akhal hoti hai mein iske akhal mein kami hoti hai to wo isko manage nahi kar payegi. to Islam ne pehli baar tareekh mein aurat ko inheritance mein darja diya aur pura uski detail Quran mein aayi hai.</w:t>
      </w:r>
    </w:p>
    <w:p>
      <w:pPr>
        <w:jc w:val="right"/>
      </w:pPr>
      <w:r>
        <w:t>तो जो औरतों का जो दर्जा गिरा हुआ था उसकी वजह से उसको inheritance में हिस्सा नहीं दिया जाता था. कहते थे की वो जाईफुल आख़िल होती है में इसके आख़िल में कमी होती है तो वो इसको manage नहीं कर पाएगी. तो इस्लाम ने पहली बार तारीख में औरत को inheritance में दर्जा दिया और पूरा उसकी detail कुरान में आई है.</w:t>
      </w:r>
    </w:p>
    <w:p>
      <w:r>
        <w:rPr>
          <w:b/>
        </w:rPr>
        <w:t xml:space="preserve">[14:31] </w:t>
      </w:r>
      <w:r>
        <w:t>is par Maulana Sahab ki kitab jo hai Tareekh Khawateen e Islam usmein bahut detail mein yeh sab baaten hai usko aap log padh sakte hai. aur jo sabse badi baat thi ki akhirat mein kya darja hoga? to akhirat mein bar bar Quran mein aaya hai ki jo bhi believers hai jo Allah se dar kar is duniya mein zindagi guzarte hai un logon ko akhirat mein barabar ka darja milega.</w:t>
      </w:r>
    </w:p>
    <w:p>
      <w:pPr>
        <w:jc w:val="right"/>
      </w:pPr>
      <w:r>
        <w:t>इस पर मौलाना साहब की किताब जो है तारियों खातों ने इस्लाम उसमें बहुत detail में ये सब बातें है उसको आप लोग पढ़ सकते है. और जो सबसे बड़ी बात थी कि आखिरत में क्या दर्जा होगा? तो आखिरत में बार बार कुरान में आया है कि जो भी believers है जो अल्लाह से डर कर इस दुनिया में ज़िंदगी गुजारते है उन लोगों को आखिरत में बराबर का दर्जा मिलेगा.</w:t>
      </w:r>
    </w:p>
    <w:p>
      <w:r>
        <w:rPr>
          <w:b/>
        </w:rPr>
        <w:t xml:space="preserve">[14:59] </w:t>
      </w:r>
      <w:r>
        <w:t>to bahut sari aayat hai to usmein ek aayat main aapko batati hu chapter four aur verse one twenty four. jo koi nekamal karega wo mard ho ya aurat. agar wo momin hoga to wo jannat mein dakhil hoga. to uske baad hum dekhte hain ki Rasool Allah sallallahu alaihi wasallam ki zindagi mein auraton ka kya mukam tha? to aapne aur aurat ko pura darja diya.</w:t>
      </w:r>
    </w:p>
    <w:p>
      <w:pPr>
        <w:jc w:val="right"/>
      </w:pPr>
      <w:r>
        <w:t>तो बहुत सारी आते है तो उसमें एक आयात मैं आपको बताती हूं chapter four और verse one twenty four. जो कोई ने कमल करेगा वो मर्द हो या औरत. अगर वो मुमिन होगा तो वो जन्नत में दाखिल होगा. तो उसके बाद हम देखते हैं कि रसुल्लाह सलम की ज़िंदगी में औरतों का क्या मुकाम था? तो आपने और औरत को पूरा दर्जा दिया.</w:t>
      </w:r>
    </w:p>
    <w:p>
      <w:r>
        <w:rPr>
          <w:b/>
        </w:rPr>
        <w:t xml:space="preserve">[15:25] </w:t>
      </w:r>
      <w:r>
        <w:t>yahan tak ki aapke jo pehli wife thi Hazrat Khadija, to jab aap wo prophet banaya gaya to, to jab aapne namaz padhne shuru ki to wo unhone aapke saath namaz, barabar aapke saath wo namaz mein shareek hoti thi. aapne kabhi nahi kaha ki nahi auraton ke liye yeh nahi hai. jabki pehle zamane mein yeh sab mardon ke liye tha, auraton ko bas khali ghar mein kaam karna hota tha.</w:t>
      </w:r>
    </w:p>
    <w:p>
      <w:pPr>
        <w:jc w:val="right"/>
      </w:pPr>
      <w:r>
        <w:t>यहां तक कि आपके जो पहली wife थी अदरत का दीजा, तो जब आप वो profit बनाया गया तो, तो जब आपने नमाज़ पढ़ने शुरू की तो वो उन्होंने आपके साथ नमाज़, बराबर आपके साथ वो नमाज़ में शरीक होती थी. आपने कभी नहीं कहा कि नहीं औरतों के लिए ये नहीं है. जबकि पहले ज़माने में यह सब मर्दों के लिए था, औरतों को बस खाली घर में काम करना होता था.</w:t>
      </w:r>
    </w:p>
    <w:p>
      <w:r>
        <w:rPr>
          <w:b/>
        </w:rPr>
        <w:t xml:space="preserve">[15:52] </w:t>
      </w:r>
      <w:r>
        <w:t>to Khadija business bhi karti thi, uske liye bhi kabhi aapne unko mana nahi kiya. to bahut sari detail hai, to usko aap usi kitab mein Khawateen e Islam mein dekh sakte hain. to Hazrat Aisha jo aapki biwi thi, wo bahut zyada zaheen thi aur bahut zyada unki akhal unki hafza tha, jisko photographic memory kehte hain.</w:t>
      </w:r>
    </w:p>
    <w:p>
      <w:pPr>
        <w:jc w:val="right"/>
      </w:pPr>
      <w:r>
        <w:t>तो खदीजा business भी करती थी, उसके लिए भी कभी आपने उनको मना नहीं किया. तो बहुत सारी detail है, तो उसको आप उसी किताब में खातुन इस्लाम में देख सकते हैं. तो हजरत आइशा जो आपकी बीवी थी, वो बहुत ज़्यादा ज़हीन थी और बहुत ज़्यादा उनकी अखाज़ उनकी हाफज़ा था, जिसको photographic memory कहते हैं.</w:t>
      </w:r>
    </w:p>
    <w:p>
      <w:r>
        <w:rPr>
          <w:b/>
        </w:rPr>
        <w:t xml:space="preserve">[16:19] </w:t>
      </w:r>
      <w:r>
        <w:t>to unhone bahut zyada aapse deen ilm hasil kiya aur aap unko har baat batate the, samjhate the, unse discussion karte the. to wo chunki wo absorb karti thi, bahut zyada extraordinary intelligence unke andar tha. to isliye unhone bahut baaton ko pakda yahan tak ke bahut se sahaba bhi unke paas aate the aur deen ilm hasil karte the.</w:t>
      </w:r>
    </w:p>
    <w:p>
      <w:pPr>
        <w:jc w:val="right"/>
      </w:pPr>
      <w:r>
        <w:t>तो उन्होंने बहुत ज़्यादा आपसे दिन एहल्म हासिल किया और आप उनको हर बात बताते थे, समझाते थे, उनसे discussion करते थे. तो वो चूँकि वो absorb करती थी, बहुत ज़्यादा extraordinary intelligence उनके अंदर था. तो इसलिए उन्होंने बहुत बातों को पकड़ा यहाँ तक के बहुत से सहाबा भी उनके पास आते थे और दीनेहिल मासिल करते थे.</w:t>
      </w:r>
    </w:p>
    <w:p>
      <w:r>
        <w:rPr>
          <w:b/>
        </w:rPr>
        <w:t xml:space="preserve">[16:46] </w:t>
      </w:r>
      <w:r>
        <w:t>jahan koi ishkal hota tha wo unke paas aate the. to is tarike se aurat ko mukammal aazadi thi. ek Bareera aur Movies ka qissa hai ki Bareera jo hai wo white thi aur Movies black the to unko Movies pasand nahi the aur Movies, wo Bareera ko bahut zyada pasand karte the.</w:t>
      </w:r>
    </w:p>
    <w:p>
      <w:pPr>
        <w:jc w:val="right"/>
      </w:pPr>
      <w:r>
        <w:t>जहां कोई इश्काल होता था वो उनके पास आते थे. तो इस तरीके से औरत को मुकंबल आज़ादी थी. एक बरीरा और movies का किस्सा है कि बरीरा जो है वह white थी और movies black थे तो उनको movies पसंद नहीं थे और movies, वह बारीरा को बहुत ज़्यादा पसंद करते थे.</w:t>
      </w:r>
    </w:p>
    <w:p>
      <w:r>
        <w:rPr>
          <w:b/>
        </w:rPr>
        <w:t xml:space="preserve">[17:08] </w:t>
      </w:r>
      <w:r>
        <w:t>to is tarike se aur unhone rasoolullah salm ki baat nahin suni.</w:t>
      </w:r>
    </w:p>
    <w:p>
      <w:pPr>
        <w:jc w:val="right"/>
      </w:pPr>
      <w:r>
        <w:t>तो इस तरीके से और उन्होंने रसूल्लाह सलम की बात नहीं सुनी.</w:t>
      </w:r>
    </w:p>
    <w:p>
      <w:r>
        <w:rPr>
          <w:b/>
        </w:rPr>
        <w:t xml:space="preserve">[17:20] </w:t>
      </w:r>
      <w:r>
        <w:t>uske bawajood rasoolullah salm ne unko koi poori ijazat di ke woh apni marzi ke mutabiq amal kar</w:t>
      </w:r>
    </w:p>
    <w:p>
      <w:pPr>
        <w:jc w:val="right"/>
      </w:pPr>
      <w:r>
        <w:t>उसके बावजूद रसूल्लाह सलम ने उनको कोई पूरी इजाज़त दी कि वह अपनी मर्ज़ी के मुताबिक अमल कर</w:t>
      </w:r>
    </w:p>
    <w:p>
      <w:r>
        <w:rPr>
          <w:b/>
        </w:rPr>
        <w:t xml:space="preserve">[17:33] </w:t>
      </w:r>
      <w:r>
        <w:t>sakti hai aur jo hai auratein har tarah se aazadi hai aap aapke saath masjid mein namaz padhti</w:t>
      </w:r>
    </w:p>
    <w:p>
      <w:pPr>
        <w:jc w:val="right"/>
      </w:pPr>
      <w:r>
        <w:t>सकती है और जो है औरतें हर तरह से आज़ादती है आप आपके साथ मस्जिद में नमाज़ पढ़ती</w:t>
      </w:r>
    </w:p>
    <w:p>
      <w:r>
        <w:rPr>
          <w:b/>
        </w:rPr>
        <w:t xml:space="preserve">[17:46] </w:t>
      </w:r>
      <w:r>
        <w:t>thi, raat kai namaz bhi esha ki namaz bhi aapke saath padhti thi to aap kabhi mana nahin</w:t>
      </w:r>
    </w:p>
    <w:p>
      <w:pPr>
        <w:jc w:val="right"/>
      </w:pPr>
      <w:r>
        <w:t>थी, रात कई नमाज़ भी एशाह की नमाज़ भी आपके साथ पढ़ती थी तो आप कभी मना नहीं</w:t>
      </w:r>
    </w:p>
    <w:p>
      <w:r>
        <w:rPr>
          <w:b/>
        </w:rPr>
        <w:t xml:space="preserve">[17:59] </w:t>
      </w:r>
      <w:r>
        <w:t>karte the unko ke matao raat ke waqt hai.</w:t>
      </w:r>
    </w:p>
    <w:p>
      <w:pPr>
        <w:jc w:val="right"/>
      </w:pPr>
      <w:r>
        <w:t>करते थे उनको कि माताओ रात के वक्त है.</w:t>
      </w:r>
    </w:p>
    <w:p>
      <w:r>
        <w:rPr>
          <w:b/>
        </w:rPr>
        <w:t xml:space="preserve">[18:12] </w:t>
      </w:r>
      <w:r>
        <w:t>to rasoolullah se salm ka sharman attend karti thi. to jo rasoolullah unki biwiyan thi unse aap mashwara bhi karte the. unko sab baat bata dete hain. unko apne saath safar mein bhi le jaate the. to ek bahut hi dilchasp waqea hai ki ek baar aap hajj ke mauqe par jo aapke saath jo sawari par fazl ibne abbas baithe hue the. to fazl ibne abbas jo hai kaafi handsome the.</w:t>
      </w:r>
    </w:p>
    <w:p>
      <w:pPr>
        <w:jc w:val="right"/>
      </w:pPr>
      <w:r>
        <w:t>तो रसूल्लाह से सल्म का शर्मान attend करती थी. तो जो रसूल्लाह उनकी बीवियां थी उनसे आप मशवरा भी करते थे. उनको सब बात बता देते हैं. उनको अपने साथ सफर में भी ले जाते थे. तो एक बहुत ही दिलचस्प वाक्या है कि एक बार आप हंज के मौके पर जो आपके साथ जो सवारी पर फ़ज़ल इब्ने अब्बाज़ बैठे हुए थे. तो फ़ज़ल इब्ने अब्बाज़ जो है काफी handsome थे.</w:t>
      </w:r>
    </w:p>
    <w:p>
      <w:r>
        <w:rPr>
          <w:b/>
        </w:rPr>
        <w:t xml:space="preserve">[18:41] </w:t>
      </w:r>
      <w:r>
        <w:t>to ek aurat aai kuch masla poochne ke liye kyunki wo pehla hajj tha to logon ko maloom nahi tha ki kya pehle karna hai? kya baad mein karna hai? to aurat mard sab aapke paas aate the poochne ke liye. to koi aurat aai wah bhi khoobsurat thi aur dono ek doosre ko dekhne lage. to rasoolallasm ne aurat ko kuch nahi kaha yeh khaas baat hai aurat ko kuch nahi kaha. fazliib ne abbas ko aise unhone aise kar diya.</w:t>
      </w:r>
    </w:p>
    <w:p>
      <w:pPr>
        <w:jc w:val="right"/>
      </w:pPr>
      <w:r>
        <w:t>तो एक औरत आई कुछ मसला पूछने के लिए क्योंकि वो पहला हंस था तो लोगों को मालूम नहीं था कि क्या पहले करना है? क्या बाद में करना है? तो औरत मर्द सब आपके पास आते थे पूछने के लिए. तो कोई औरत आई वह भी खूबसूरत थी और दोनों एक दूसरे को देखने लगे. तो रसूल्लास्लम ने औरत को कुछ नहीं कहा यह खास बात है औरत को कुछ नहीं कहा. फ़ज़लीब ने अब्बाज़ को ऐसे उन्होंने ऐसे कर दिया.</w:t>
      </w:r>
    </w:p>
    <w:p>
      <w:r>
        <w:rPr>
          <w:b/>
        </w:rPr>
        <w:t xml:space="preserve">[19:07] </w:t>
      </w:r>
      <w:r>
        <w:t>to haath bas chehra pher diya aur aisi aisi kitabein likhi gayi hai ki agar koi mard jo hai aurat ko ghure to pachas mard wahan hone chahiye jo us mard ki aankh nikalne ke liye. to aisi aisi kitabein islam mein likhi gayi hai aur dekhiye rasool ka us waqt kya hai? aurat ko to kuch kaha hi nahi aur sirf mard ko kaha ki chehra apna udhaar kar lo.</w:t>
      </w:r>
    </w:p>
    <w:p>
      <w:pPr>
        <w:jc w:val="right"/>
      </w:pPr>
      <w:r>
        <w:t>तो हाथ बस चेहरा फेर दिया और ऐसी ऐसी किताबें लिखी गई है कि अगर कोई मर्द जो है औरत को घूरे तो पचास मर्द वहां होने चाहिए जो उस मर्द की आंख निकालने के लिए. तो ऐसी ऐसी किताबें इस्लाम में लिखी गई है और देखिए रसोल का उस वक्त क्या है? औरत को तो कुछ कहा ही नहीं और सिर्फ मर्द को कहा कि चेहरा अपना उधार कर लो.</w:t>
      </w:r>
    </w:p>
    <w:p>
      <w:r>
        <w:rPr>
          <w:b/>
        </w:rPr>
        <w:t xml:space="preserve">[19:34] </w:t>
      </w:r>
      <w:r>
        <w:t>to aurteon ka poori aazadi thi aur chehra bhi nahi dhakti jab namaz mein jaati thi chehrane dhakti thi. hajj karte hain chehra nahi dhakte. to aam zindagi mein chehra dhakne ka koi matlab hi nahi hai. to chehre ka parda nahi hai. yeh to jo local culture tha uske asar se logon ne yeh chehre ka parda kiya, haath ka parda kiya. yeh local culture hai, yeh islam nahi hai.</w:t>
      </w:r>
    </w:p>
    <w:p>
      <w:pPr>
        <w:jc w:val="right"/>
      </w:pPr>
      <w:r>
        <w:t>तो औरतेंओं का पूरी आज़ादी थी और चेहरा भी नहीं ढकती जब नमाज़ में जाती थी चेहराने ढकती थी. हज करते हैं चेहरा नहीं ढकते. तो आम ज़िंदगी में चेहरा ढकने का कोई मतलब ही नहीं है. तो चेहरे का पर्दा नहीं है. यह तो जो local culture था उसके असर से लोगों ने यह चेहरे का पर्दा किया, हाथ का पर्दा किया. यह local culture है, यह इस्लाम नहीं है.</w:t>
      </w:r>
    </w:p>
    <w:p>
      <w:r>
        <w:rPr>
          <w:b/>
        </w:rPr>
        <w:t xml:space="preserve">[20:02] </w:t>
      </w:r>
      <w:r>
        <w:t>to aurtein yahan tak ke maidan-e-jang bhi jaati thi, wahan marham patti karti thi aur jo log, jo log wahan hote the unke liye aur intezam bhi karti thi to auraton ke liye koi bhi rukawat nahi thi. yahan tak ke har tarah se unko mauka diya gaya tha kaam karne ka. to jo masla tha wo yeh tha ki zamana tha.</w:t>
      </w:r>
    </w:p>
    <w:p>
      <w:pPr>
        <w:jc w:val="right"/>
      </w:pPr>
      <w:r>
        <w:t>तो औरतें यहां तक के मैदानें जंग भी जाती थी, वहां मरम पट्टी करती थी और जो लोग, जो लोग वहां होते थे उनके लिए और इंतज़ाम भी करती थी तो औरतों के लिए कोई भी रुकावट नहीं थी. यहां तक के हर तरह से उनको मौका दिया गया था काम करने का. तो जो मसला था वो ये था कि जमाना था.</w:t>
      </w:r>
    </w:p>
    <w:p>
      <w:r>
        <w:rPr>
          <w:b/>
        </w:rPr>
        <w:t xml:space="preserve">[20:28] </w:t>
      </w:r>
      <w:r>
        <w:t>us zamane mein asal mein aisa hua ki us waqt arab mein to poori aazadi thi. arab mein pehle bhi aurtein aazad thi aur rasoolullah aslm ke zamane mein bhi aazad thi. lekin baad mein aisa hua ki tamam converts ho hue poora poora Iran islam le aaya. to woh jo islam mein parda bahut zyada tha.</w:t>
      </w:r>
    </w:p>
    <w:p>
      <w:pPr>
        <w:jc w:val="right"/>
      </w:pPr>
      <w:r>
        <w:t>उस जमाने में असल में ऐसा हुआ कि उस वक्त अरब में तो पूरी आज़ादी थी. अरब में पहले भी औरतें आज़ाद थी और रसूल्लाह असलम के जमाने में भी आज़ाद थी. लेकिन बाद में ऐसा हुआ कि तमाम converts हो हुए पूरा पूरा Iran इस्लाम ले आया. तो वह जो इस्लाम में पर्दा बहुत ज़्यादा था.</w:t>
      </w:r>
    </w:p>
    <w:p>
      <w:r>
        <w:rPr>
          <w:b/>
        </w:rPr>
        <w:t xml:space="preserve">[20:51] </w:t>
      </w:r>
      <w:r>
        <w:t>to wahan se logon mein wo convert ke influence se parda hone laga itna zyada. warna bas sanjeeda, sanjeedgi jo hai wo zaroori hai. kapde dheele dhaale ho, tight fitting na ho, soi na ho, yeh saari cheezein zaroori hain aur aurat har kaam kar sakti hai aurat ke andar. har tarah ki jo jiske andar jo salahiyato mard ke andar bhi har mard har kaam nahi kar sakta.</w:t>
      </w:r>
    </w:p>
    <w:p>
      <w:pPr>
        <w:jc w:val="right"/>
      </w:pPr>
      <w:r>
        <w:t>तो वहां से लोगों में वो convert के influence से पर्दा होने लगा इतना ज़्यादा. वरना बस संजीदा, संजीदगी जो है वो ज़रूरी है. कपड़े ढीले ढाले हो, tight fitting ना हो, सोई ना हो, ये सारी चीज़ें ज़रूरी हैं और औरत हर काम कर सकती है औरत के अंदर. हर तरह की जो जिसके अंदर जो सलाहिए तो मर्द के अंदर भी हर मर्द हर काम नहीं कर सकता.</w:t>
      </w:r>
    </w:p>
    <w:p>
      <w:r>
        <w:rPr>
          <w:b/>
        </w:rPr>
        <w:t xml:space="preserve">[21:20] </w:t>
      </w:r>
      <w:r>
        <w:t>to apni salahiyat ke aitbaar se aurat har kaam kar sakti hai islam mein. bilkul bhi kisi tarah ki usko kisi kaam ke liye usko mana nahi kiya gaya hai aur rasoolullah sarsalm ke usmein se hamein yahi pata chalta hai.</w:t>
      </w:r>
    </w:p>
    <w:p>
      <w:pPr>
        <w:jc w:val="right"/>
      </w:pPr>
      <w:r>
        <w:t>तो अपनी सलाहियत के इतवार से औरत हर काम कर सकती है इस्लाम में. बिल्कुल भी किसी तरह की उसको किसी काम के लिए उसको मना नहीं किया गया है और रसूल्लाह सरसलम के उसमें से हमें यही पता चलता है.</w:t>
      </w:r>
    </w:p>
    <w:p>
      <w:r>
        <w:rPr>
          <w:b/>
        </w:rPr>
        <w:t xml:space="preserve">[21:47] </w:t>
      </w:r>
      <w:r>
        <w:t>ji, jaza kalla aapa for giving up very important talk today. i will also request online viewers that please mention your location when you post your questions or comments. yeh sawal meerut se bheja hai miss shavana ne. unhone likha hai ki bahut si baatein wazeh huin aaj ke talk se.</w:t>
      </w:r>
    </w:p>
    <w:p>
      <w:pPr>
        <w:jc w:val="right"/>
      </w:pPr>
      <w:r>
        <w:t>जी, जज़ा कल्ला आपा for giving up very important talk today. I will also request online viewers that please mention your location when you post your questions or comments. यह सवाल मेरठ से भेजा है miss शवाना ने. उन्होंने लिखा है कि बहुत सी बातें वाज़ें हुईं आज के talk से.</w:t>
      </w:r>
    </w:p>
    <w:p>
      <w:r>
        <w:rPr>
          <w:b/>
        </w:rPr>
        <w:t xml:space="preserve">[22:13] </w:t>
      </w:r>
      <w:r>
        <w:t>kai log humse yeh poochte hain khaskar non muslims that how did the prophet of islam elevate the position of women? iske baare mein bataein. ab rasoolullah sarsalm ne yahi kiya ki har mauqe par auraton ko participation allow kiya.</w:t>
      </w:r>
    </w:p>
    <w:p>
      <w:pPr>
        <w:jc w:val="right"/>
      </w:pPr>
      <w:r>
        <w:t>कई लोग हमसे यह पूछते हैं खासकर non मुस्लिमs that how did the prophet of इस्लाम elevate the position of women? इसके बारे में बताएं. अब रसूल्लाह सर्सलम ने यही किया कि हर मौके पर औरतों को participation allow किया.</w:t>
      </w:r>
    </w:p>
    <w:p>
      <w:r>
        <w:rPr>
          <w:b/>
        </w:rPr>
        <w:t xml:space="preserve">[22:38] </w:t>
      </w:r>
      <w:r>
        <w:t>ab aurtein namaz padhne jaati thi, sermon attend karti thi, maidan-e-jang mein jaati thi, business karti thi. kabhi aapne mana nahi kiya unko.</w:t>
      </w:r>
    </w:p>
    <w:p>
      <w:pPr>
        <w:jc w:val="right"/>
      </w:pPr>
      <w:r>
        <w:t>अब औरतें नमाज़ पढ़ने जाती थी, sermon attend करती थी, मैदाने जंग में जाती थी, business करती थी. कभी आपने मना नहीं किया उनको.</w:t>
      </w:r>
    </w:p>
    <w:p>
      <w:r>
        <w:rPr>
          <w:b/>
        </w:rPr>
        <w:t xml:space="preserve">[22:48] </w:t>
      </w:r>
      <w:r>
        <w:t>ek baar kisi ek ek sahabi ne kaha ki to yahi ab wo zamana dekhiye wo zamana doosra tha. bahar ki duniya mein aurat ke liye kuch kaam nahi tha.</w:t>
      </w:r>
    </w:p>
    <w:p>
      <w:pPr>
        <w:jc w:val="right"/>
      </w:pPr>
      <w:r>
        <w:t>एक बार किसी एक एक सहाबिया ने कहा कि तो यही अब वो जमाना देखिए वो जमाना दूसरा था. बाहर की दुनिया में औरत के लिए कुछ काम नहीं था.</w:t>
      </w:r>
    </w:p>
    <w:p>
      <w:r>
        <w:rPr>
          <w:b/>
        </w:rPr>
        <w:t xml:space="preserve">[23:13] </w:t>
      </w:r>
      <w:r>
        <w:t>to jo available opportunities thi to usmein aapne kabhi mana nahi kiya. ek umm mein dada thi.</w:t>
      </w:r>
    </w:p>
    <w:p>
      <w:pPr>
        <w:jc w:val="right"/>
      </w:pPr>
      <w:r>
        <w:t>तो जो available opportunities थी तो उसमें आपने कभी मना नहीं किया. एक उम्म में दादा थी.</w:t>
      </w:r>
    </w:p>
    <w:p>
      <w:r>
        <w:rPr>
          <w:b/>
        </w:rPr>
        <w:t xml:space="preserve">[23:21] </w:t>
      </w:r>
      <w:r>
        <w:t>ek baar unke husband ne ek baar unhone apna aap apna bag jo hai woh waqt kar diya</w:t>
      </w:r>
    </w:p>
    <w:p>
      <w:pPr>
        <w:jc w:val="right"/>
      </w:pPr>
      <w:r>
        <w:t>एक बार उनके husband ने एक बार उन्होंने अपना आप अपना बाग जो है वो वक्त कर दिया</w:t>
      </w:r>
    </w:p>
    <w:p>
      <w:r>
        <w:rPr>
          <w:b/>
        </w:rPr>
        <w:t xml:space="preserve">[23:32] </w:t>
      </w:r>
      <w:r>
        <w:t>islam koi zaroorat thi wahan to unhone kaha maine apna bag de diya shauk se, bahut khushi se</w:t>
      </w:r>
    </w:p>
    <w:p>
      <w:pPr>
        <w:jc w:val="right"/>
      </w:pPr>
      <w:r>
        <w:t>इस्लाम कोई ज़रूरत थी वहां तो उन्होंने कहा मैंने अपना बाग दे दिया शौक से, बहुत खुशी से</w:t>
      </w:r>
    </w:p>
    <w:p>
      <w:r>
        <w:rPr>
          <w:b/>
        </w:rPr>
        <w:t xml:space="preserve">[23:43] </w:t>
      </w:r>
      <w:r>
        <w:t>woh wahan se bag chhod kar chali aayi.</w:t>
      </w:r>
    </w:p>
    <w:p>
      <w:pPr>
        <w:jc w:val="right"/>
      </w:pPr>
      <w:r>
        <w:t>वो वहाँ से बाग छोड़ कर चली आई.</w:t>
      </w:r>
    </w:p>
    <w:p>
      <w:r>
        <w:rPr>
          <w:b/>
        </w:rPr>
        <w:t xml:space="preserve">[23:54] </w:t>
      </w:r>
      <w:r>
        <w:t>to har kaam karte the aur kabhi bhi rasoolullah sasm ne unko mana nahi kiya. sirf ek baar haadar t, asma kaun haadar t? aadar ta bagr ki beti thi. ji ji. bahut hi bareek kapda pehan ke aai thi. to aapne mana kiya. to ki aisa kapda nahi pehanna hai.</w:t>
      </w:r>
    </w:p>
    <w:p>
      <w:pPr>
        <w:jc w:val="right"/>
      </w:pPr>
      <w:r>
        <w:t>तो हर काम करते थे और कभी भी रसूल्लाह सस्लाम ने उनको मना नहीं किया. सिर्फ एक बार हादरत, असमा कौन आदरत? आदरता बाग्र की बेटी थी. जी जी. बहुत ही बारीक कपड़ा पहन के आई थी. तो आपने मना किया. तो कि ऐसा कपड़ा नहीं पहनना है.</w:t>
      </w:r>
    </w:p>
    <w:p>
      <w:r>
        <w:rPr>
          <w:b/>
        </w:rPr>
        <w:t xml:space="preserve">[24:13] </w:t>
      </w:r>
      <w:r>
        <w:t>to bas yeh hai ki aurat ko apni bahut sanjeeda uski tarz mein rehna hai, sanjeedgi se rehna hai, kapde sahi pehanna hai, tight fitting kapde nahi pehanna hai, yeh sab zaroori hai aur baqi jo hai wo jitna bhi kaam wo kar sakti hai wo karein. kabhi rasoolullah ne mana nahi kiya kisi kaam ko.</w:t>
      </w:r>
    </w:p>
    <w:p>
      <w:pPr>
        <w:jc w:val="right"/>
      </w:pPr>
      <w:r>
        <w:t>तो बस यह है कि औरत को अपनी बहुत संजीदा उसकी तर्ज में रहना है, संजीदगी से रहना है, कपड़े सही पहनना है, tight fitting कपड़े नहीं पहनना है, यह सब ज़रूरी है और बाकी जो है वह जितना भी काम वह कर सकती है वह करें. कभी रसुल्लाह ने मना नहीं किया किसी काम को.</w:t>
      </w:r>
    </w:p>
    <w:p>
      <w:r>
        <w:rPr>
          <w:b/>
        </w:rPr>
        <w:t xml:space="preserve">[24:37] </w:t>
      </w:r>
      <w:r>
        <w:t>isi se pata chalta hai ki kitna zyada aapne unki position ko elevate kiya hai. ji. ab main ismein ek rasoolullah ka ek, ki ek saying add karunga.</w:t>
      </w:r>
    </w:p>
    <w:p>
      <w:pPr>
        <w:jc w:val="right"/>
      </w:pPr>
      <w:r>
        <w:t>इसी से पता चलता है कि कितना ज़्यादा आपने उनकी position को elevate किया है. जी. अब मैं इसमें एक रसूल्लाह का एक, की एक saying add करूंगा.</w:t>
      </w:r>
    </w:p>
    <w:p>
      <w:r>
        <w:rPr>
          <w:b/>
        </w:rPr>
        <w:t xml:space="preserve">[24:51] </w:t>
      </w:r>
      <w:r>
        <w:t>aadesh, rasoolullah salah salah ne hazrat aadi yeb nahatim ko kaha tha ki agar tumhari zindagi lambi ho to tum dekho ge ki ek aurat haira se niklegi aur kaba akele jaakar kisi ki panah liye bagair tawaf karegi.</w:t>
      </w:r>
    </w:p>
    <w:p>
      <w:pPr>
        <w:jc w:val="right"/>
      </w:pPr>
      <w:r>
        <w:t>आदेश, रसूल्लाह सलाह सलाह ने हज़रत आदि येब नाहातिम को कहा था कि अगर तुम्हारी ज़िंदगी लंबी हो तो तुम देखोगे कि एक औरत हैरा से निकलेगी और काबा अकेले जाकर किसी की पनाह लिए बगैर तवाफ करेगी.</w:t>
      </w:r>
    </w:p>
    <w:p>
      <w:r>
        <w:rPr>
          <w:b/>
        </w:rPr>
        <w:t xml:space="preserve">[25:10] </w:t>
      </w:r>
      <w:r>
        <w:t>haira yeh kufa jo maujooda kufa hai Iraq mein wahan par ek shahar tha pehle aur kaba yeh hijaz mein makka saudi mein yaani bahut lambi musafat hai wahan se wahan tak. us zamane mein akele aana ek impossible baat thi. wasoolullah ne kaha tha ki tum dekho ge yaani hum jo deen lekar aaye hain, yeh aisa deen hai ki har ek ko aazadi milegi, opportunity milegi.</w:t>
      </w:r>
    </w:p>
    <w:p>
      <w:pPr>
        <w:jc w:val="right"/>
      </w:pPr>
      <w:r>
        <w:t>हीरा यह कूफा जो मौजूदा कूफा है Iraq में वहां पर एक शहर था पहले और काबा यह हिजाज़ में मक्का सऊदी में यानी बहुत लंबी मुसाफत है वहां से वहां तक. उस जमाने में अकेले आना एक impossible बात थी. वसूल्लाह ने कहा था कि तुम देखोगे यानी हम जो दीन लेकर आए हैं, यह ऐसा दीन है कि हर एक को आज़ादी मिलेगी, opportunity मिलेगी.</w:t>
      </w:r>
    </w:p>
    <w:p>
      <w:r>
        <w:rPr>
          <w:b/>
        </w:rPr>
        <w:t xml:space="preserve">[25:35] </w:t>
      </w:r>
      <w:r>
        <w:t>yahan tak ki ek aurat bhi akele safar karke ek jagah se doosre kaam ke liye, apne kaam ke liye jayegi aur aayegi akele. to yeh sirf safar ki baat nahi balki har cheez ke liye yeh ek numayinta misar hai ki rasoolla ne kaise har ek ke liye mauka khola tha. to yeh samajhne ki baat hai humko. ji. ab dekhiye aaj kaha jata hai ki bagair maharamb ke hum kahin ja nahi sakte. abhi dekhiye kitna clear misal hai. halaat ke hisab se hoga.</w:t>
      </w:r>
    </w:p>
    <w:p>
      <w:pPr>
        <w:jc w:val="right"/>
      </w:pPr>
      <w:r>
        <w:t>यहाँ तक कि एक औरत भी अकेले सफर करके एक जगह से दूसरे काम के लिए, अपने काम के लिए जाएगी और आएगी अकेले. तो यह सिर्फ सफर की बात नहीं बल्कि हर चीज़ के लिए यह एक नुमाइंता मिसार है कि रसूल्ला ने कैसे हर एक के लिए मौका खोला था. तो यह समझने की बात है हमको. जी. अब देखिए आज कहा जाता है कि बगैर महारंभ के हम कहीं जा नहीं सकते. अभी देखिए कितना clear मिसाल है. हालात के हिसाब से होगा.</w:t>
      </w:r>
    </w:p>
    <w:p>
      <w:r>
        <w:rPr>
          <w:b/>
        </w:rPr>
        <w:t xml:space="preserve">[26:04] </w:t>
      </w:r>
      <w:r>
        <w:t>agar halaat safe nahi hai to hamein akele nahi jana chahiye. halaat safe hai jaise aap jahaz ki sawari hoti hai khastor par, hum wahan baith jaate hain jah jahaz utarta hai wahan koi aakar hamein le jaata hai. to bilkul safety ke point of view se bilkul theek hai yeh baat.</w:t>
      </w:r>
    </w:p>
    <w:p>
      <w:pPr>
        <w:jc w:val="right"/>
      </w:pPr>
      <w:r>
        <w:t>अगर हालात safe नहीं है तो हमें अकेले नहीं जाना चाहिए. हालात safe है जैसे आप जहाज की सवारी होती है खासतौर पर, हम वहां बैठ जाते हैं जहा जहाज उतरता है वहां कोई आकर हमें ले जाता है. तो बिल्कुल safety के point of view से बिल्कुल ठीक है यह बात.</w:t>
      </w:r>
    </w:p>
    <w:p>
      <w:r>
        <w:rPr>
          <w:b/>
        </w:rPr>
        <w:t xml:space="preserve">[26:21] </w:t>
      </w:r>
      <w:r>
        <w:t>to yeh hum logon ne rasoolullah sausalm ki misalon ko logon ko nahi bataya balki jo fauqhanen jo hamein bataya hai, bas hum utna nahi jaante hain. to hamein we will have to go back to the life of the prophet and to his examples only then we can return to the pristine original islam.</w:t>
      </w:r>
    </w:p>
    <w:p>
      <w:pPr>
        <w:jc w:val="right"/>
      </w:pPr>
      <w:r>
        <w:t>तो यह हम लोगों ने रसूल्लाह सौसलम की मिसालों को लोगों को नहीं बताया बल्कि जो फौकहानें जो हमें बताया है, बस हम उतना नहीं जानते हैं. तो हमें we will have to go back to the life of the prophet and to his examples only then we can return to the pristine original islam.</w:t>
      </w:r>
    </w:p>
    <w:p>
      <w:r>
        <w:rPr>
          <w:b/>
        </w:rPr>
        <w:t xml:space="preserve">[26:45] </w:t>
      </w:r>
      <w:r>
        <w:t>ji in fact aapa i would also like to narrate, you know, one or two hadith which very clearly shows that in islam the position of women is actually higher and definitely not lower. like quran mein bhi jaise aap aaya ki you are member one of another. so you know it is like equal status and prophet once narrated you know a very important thing.</w:t>
      </w:r>
    </w:p>
    <w:p>
      <w:pPr>
        <w:jc w:val="right"/>
      </w:pPr>
      <w:r>
        <w:t>जी in fact आपा I would also like to narrate, you know, one or two हदीस which very clearly shows that in इस्लाम the position of women is actually higher and definitely not lower. Like कुरान में भी जैसे आप आया कि you are member one of another. So you know it is like according equal status and prophet once narrated you know a very important thing.</w:t>
      </w:r>
    </w:p>
    <w:p>
      <w:r>
        <w:rPr>
          <w:b/>
        </w:rPr>
        <w:t xml:space="preserve">[27:13] </w:t>
      </w:r>
      <w:r>
        <w:t>he said that the best person of religion is one who excels in character and the best among you is one who treats his women folk best.</w:t>
      </w:r>
    </w:p>
    <w:p>
      <w:pPr>
        <w:jc w:val="right"/>
      </w:pPr>
      <w:r>
        <w:t>He said that the best person of religion is one who excels in character and the best among you is one who treats his women folk best.</w:t>
      </w:r>
    </w:p>
    <w:p>
      <w:r>
        <w:rPr>
          <w:b/>
        </w:rPr>
        <w:t xml:space="preserve">[27:26] </w:t>
      </w:r>
      <w:r>
        <w:t>so this is very clear in terms of that the position of women in islam is very high and aapka jo ek aur incident aur jo hadith hai ki ek shakhs rasul ullah ke paas aaya aur usne pucha ki who deserves the most respect, you know, among my parents? to rasul ullah ne kaha your mother. unhone dobara pucha kaun? unhone dobara kaha mother.</w:t>
      </w:r>
    </w:p>
    <w:p>
      <w:pPr>
        <w:jc w:val="right"/>
      </w:pPr>
      <w:r>
        <w:t>So this is very clear in terms of that the position of women in islam is very high and आपका जो एक और incident और जो हदीस है कि एक शख्स रसुल उल्लाह के पास आया और उसने पुछा कि who deserves the most respect, you know, among my parents? तो रसुल उल्लाह ने कहा your mother. उन्होंने दोबारा पुछा कौन? उन्होंने दोबारा कहा mother.</w:t>
      </w:r>
    </w:p>
    <w:p>
      <w:r>
        <w:rPr>
          <w:b/>
        </w:rPr>
        <w:t xml:space="preserve">[27:56] </w:t>
      </w:r>
      <w:r>
        <w:t>teen baar unhon ne mother kaha. chauthi baar jab us shakhs ne pucha to unhon ne kaha your father and we all know that the ultimate of islam is to guide mankind to pass the test of life and become a deserving candidate of paradise.</w:t>
      </w:r>
    </w:p>
    <w:p>
      <w:pPr>
        <w:jc w:val="right"/>
      </w:pPr>
      <w:r>
        <w:t>तीन बार उन्होंने mother कहा. चौथी बार जब उस शख्स ने पुछा तो उन्होंने कहा your father and we all know that the ultimate of Islam is to guide mankind to pass the test of life and become a deserving candidate of paradise.</w:t>
      </w:r>
    </w:p>
    <w:p>
      <w:r>
        <w:rPr>
          <w:b/>
        </w:rPr>
        <w:t xml:space="preserve">[28:15] </w:t>
      </w:r>
      <w:r>
        <w:t>So, you know, when prophet said that heaven lies at the feet of mothers, isse zyada badi baat</w:t>
      </w:r>
    </w:p>
    <w:p>
      <w:pPr>
        <w:jc w:val="right"/>
      </w:pPr>
      <w:r>
        <w:t>So, you know, when prophet said that heaven lies at the feet of mothers, इससे ज़्यादा बड़ी बात</w:t>
      </w:r>
    </w:p>
    <w:p>
      <w:r>
        <w:rPr>
          <w:b/>
        </w:rPr>
        <w:t xml:space="preserve">[28:21] </w:t>
      </w:r>
      <w:r>
        <w:t>aur nahin ho sakti aur Maulana sahib ne woh sahi expression use kiya tha apni writing mein that</w:t>
      </w:r>
    </w:p>
    <w:p>
      <w:pPr>
        <w:jc w:val="right"/>
      </w:pPr>
      <w:r>
        <w:t>और नहीं हो सकती और मुलाना साहब ने वह सही expression use किया था अपनी writing में that</w:t>
      </w:r>
    </w:p>
    <w:p>
      <w:r>
        <w:rPr>
          <w:b/>
        </w:rPr>
        <w:t xml:space="preserve">[28:27] </w:t>
      </w:r>
      <w:r>
        <w:t>ladies first was used in the modern time but you know I mean when you look at these</w:t>
      </w:r>
    </w:p>
    <w:p>
      <w:pPr>
        <w:jc w:val="right"/>
      </w:pPr>
      <w:r>
        <w:t>ladies first was used in the modern time but you know I mean when you look at these</w:t>
      </w:r>
    </w:p>
    <w:p>
      <w:r>
        <w:rPr>
          <w:b/>
        </w:rPr>
        <w:t xml:space="preserve">[28:33] </w:t>
      </w:r>
      <w:r>
        <w:t>verses and these sayings of the prophet you know he said that this expression of ladies first was</w:t>
      </w:r>
    </w:p>
    <w:p>
      <w:pPr>
        <w:jc w:val="right"/>
      </w:pPr>
      <w:r>
        <w:t>verses and these sayings of the prophet you know he said that this expression of ladies first was</w:t>
      </w:r>
    </w:p>
    <w:p>
      <w:r>
        <w:rPr>
          <w:b/>
        </w:rPr>
        <w:t xml:space="preserve">[28:39] </w:t>
      </w:r>
      <w:r>
        <w:t>established in Islam at the very outset.</w:t>
      </w:r>
    </w:p>
    <w:p>
      <w:pPr>
        <w:jc w:val="right"/>
      </w:pPr>
      <w:r>
        <w:t>established in Islam at the very outset.</w:t>
      </w:r>
    </w:p>
    <w:p>
      <w:r>
        <w:rPr>
          <w:b/>
        </w:rPr>
        <w:t xml:space="preserve">[28:46] </w:t>
      </w:r>
      <w:r>
        <w:t>so it is very wrong to say that the position of women in islam is weak. it is misunderstood and people are not aware and we must educate them, we must make them aware of what quran says and what prophet you know did in his own life and also exhorted others to do with respect to women. yeh dilchasp baat kya yaad aaya ki main class mein koi baat bata rahi thi</w:t>
      </w:r>
    </w:p>
    <w:p>
      <w:pPr>
        <w:jc w:val="right"/>
      </w:pPr>
      <w:r>
        <w:t>So it is very wrong to say that the position of women in Islam is weak. It is misunderstood and people are not aware and we must educate them, we must make them aware of what Quran says and what prophet you know did in his own life and also exhorted others to do with respect to women. यह दिलचस्प बात क्या याद आया कि मैं class में कोई बात बता रही थी</w:t>
      </w:r>
    </w:p>
    <w:p>
      <w:r>
        <w:rPr>
          <w:b/>
        </w:rPr>
        <w:t xml:space="preserve">[29:14] </w:t>
      </w:r>
      <w:r>
        <w:t>ki yeh rasoolullah ki sunna thi yeh hai. to student ne kaha ki fouqaha hamare imam abu hanifa ka to rai yeh hai. to yeh is se clear yeh samajh mein aata ki aaj jo hamari auraton ki position khaas taur par jo giri hui nazar aati hai logon ko wo fuqaha ka mazhab hai. rasoolullah swara sallam ka diya hua mazhab nahi hai.</w:t>
      </w:r>
    </w:p>
    <w:p>
      <w:pPr>
        <w:jc w:val="right"/>
      </w:pPr>
      <w:r>
        <w:t>कि यह रसूल्लाह की सुनना थी यह है. तो student ने कहा कि फौकहा हमारे मामाबू अनीफा का तो राय यह है. तो यह इससे clear यह समझ में आता कि आज जो हमारी औरतों की position खास तौर पर जो गिरी हुई नज़र आती है लोगों को वो फुकहा का मज़हब है. रसूल्लाह स्वरा सल्लम का दिया हुआ मज़हब नहीं है.</w:t>
      </w:r>
    </w:p>
    <w:p>
      <w:r>
        <w:rPr>
          <w:b/>
        </w:rPr>
        <w:t xml:space="preserve">[29:38] </w:t>
      </w:r>
      <w:r>
        <w:t>to hamein is mein differentiate karna padega between the religion of the jurist and the religion we are given by the prophet of islam. ji, ji bilkul sahi aap. aap yeh agla sawal ahmedabad se bheja hai miss farhana ne. unhon ne likha hai ki islam gives women all opportunities like you just mentioned in your talk. then why is it that the muslim community at large does not follow it?</w:t>
      </w:r>
    </w:p>
    <w:p>
      <w:pPr>
        <w:jc w:val="right"/>
      </w:pPr>
      <w:r>
        <w:t>तो हमें इसमें differentiate करना पड़ेगा between the religion of the jurist and the religion we are given by the prophet of islam. जी, जी बिल्कुल सही आप. आप यह अगला सवाल अहमदाबाद से भेजा है miss फरहाना ने. उन्होंने लिखा है कि islam gives women all opportunities like you just mentioned in your talk. Then why is it that the मुस्लिम community at large does not follow it?</w:t>
      </w:r>
    </w:p>
    <w:p>
      <w:r>
        <w:rPr>
          <w:b/>
        </w:rPr>
        <w:t xml:space="preserve">[30:06] </w:t>
      </w:r>
      <w:r>
        <w:t>to is mein is mein itna disconnect kyon hai? to wahi hai ki hum log aaj ek culture ko follow kar rahe hain. rasoolullah sallam ke diye hue mazhab ko quran ke diye hue mazhab ko nahi follow kar rahe hain. agar hum unko batate bhi hai to woh kehte hain ki yeh to imam hanifa ne to yeh kaha hai.</w:t>
      </w:r>
    </w:p>
    <w:p>
      <w:pPr>
        <w:jc w:val="right"/>
      </w:pPr>
      <w:r>
        <w:t>तो इसमें इसमें इतना disconnect क्यों है? तो वही है कि हम लोग आज एक culture को follow कर रहे हैं. रसूल्लाह सरसलम के दिए हुए मज़हब को कुरान के दिए हुए मज़हब को नहीं follow कर रहे हैं. अगर हम उनको बताते भी है तो वो कहते हैं कि ये तो इमाम हनीफा ने तो ये कहा है.</w:t>
      </w:r>
    </w:p>
    <w:p>
      <w:r>
        <w:rPr>
          <w:b/>
        </w:rPr>
        <w:t xml:space="preserve">[30:27] </w:t>
      </w:r>
      <w:r>
        <w:t>woh samajhte hai ki jo imam abu hanifa aur doosre jurist ne jo hum humko bata diya hai bas wahi sahi hai. woh quran hadith par jaate hi nahi kyunki zyada tar log to wahi hai jo quran sirf recite karte hai unko arabi bhi nahi aati.</w:t>
      </w:r>
    </w:p>
    <w:p>
      <w:pPr>
        <w:jc w:val="right"/>
      </w:pPr>
      <w:r>
        <w:t>वो समझते है की जो मामाबू हनीफा और दूसरे जोरिश ने जो हम हमको बता दिया है बस वही सही है. वो कुरान हदीश पर जाते ही नहीं क्योंकि ज़्यादातर लोग तो वही है जो कुरान सिर्फ recite करते है उनको अरबी भी नहीं आती.</w:t>
      </w:r>
    </w:p>
    <w:p>
      <w:r>
        <w:rPr>
          <w:b/>
        </w:rPr>
        <w:t xml:space="preserve">[30:44] </w:t>
      </w:r>
      <w:r>
        <w:t>to majority unhi logon ki hai aur jo convert ka jo mazhab tha, culture tha, unki jo traditions thi usi ko hum log follow kar rahe hain aur chunki ab pandrah sau saal guzar chuke hain to hum samajhte hain ki yahi islam hai. to is ko hamein samajhna padega quran o hadith jab hum, se hum jab unko batayein to unko thoda theherna chahiye, sochna chahiye ki kya sahi hai, kya galat hai?</w:t>
      </w:r>
    </w:p>
    <w:p>
      <w:pPr>
        <w:jc w:val="right"/>
      </w:pPr>
      <w:r>
        <w:t>तो majority उन्हीं लोगों की है और जो convert का जो मज़हब था, culture था, उनकी जो traditions थी उसी को हम लोग follow कर रहे हैं और चूंकि अब पंद्रह सौ साल गुज़र चुके हैं तो हम समझते हैं कि यही इस्लाम है. तो इसको हमें समझना पड़ेगा कुरानु हदीश जब हम, से हम जब उनको बताएं तो उनको थोड़ा ठहरना चाहिए, सोचना चाहिए कि क्या सही है, क्या गलत है?</w:t>
      </w:r>
    </w:p>
    <w:p>
      <w:r>
        <w:rPr>
          <w:b/>
        </w:rPr>
        <w:t xml:space="preserve">[31:13] </w:t>
      </w:r>
      <w:r>
        <w:t>na ki woh imam abu hanifa ko rasoolullah sallam se bhi zyada bada darja dete hain. to is wajah se jo unhon ne keh diya bas usi ko mante hain. baqi unko zaroorat hi nahi ki woh quran aur hadith se direct awash kar sake. woh samajhte hain ki aam aadmi ijtihad kar nahi sakta. saare bade bade log yahi kehte hain hum ijtihad kaise karein? zamana badal gaya to ijtihad to karna hi padega.</w:t>
      </w:r>
    </w:p>
    <w:p>
      <w:pPr>
        <w:jc w:val="right"/>
      </w:pPr>
      <w:r>
        <w:t>ना कि वो इमाम अबू हनीफा को रसूल्लाह सरसलम से भी ज़्यादा बड़ा दर्जा देते हैं. तो इस वजह से जो उन्होंने कह दिया बस उसी को मानते हैं. बाकी उनको ज़रूरत ही नहीं कि वो कुरान और हदीश से direct अवश्य कर सके. वह समझते हैं कि आम आदमी इस्तेहात कर नहीं सकता. सारे बड़े बड़े लोग यही कहते हैं हम इस्तेहात कैसे करें? जमाना बदल गया तो इस्तेहात तो करना ही पड़ेगा.</w:t>
      </w:r>
    </w:p>
    <w:p>
      <w:r>
        <w:rPr>
          <w:b/>
        </w:rPr>
        <w:t xml:space="preserve">[31:37] </w:t>
      </w:r>
      <w:r>
        <w:t>ijtihad ka to itna zyada woh hai islam mein ki agar hum galat ijtihad bhi karenge tab bhi humko sawab milega to phir hum kyon nahi ijtihad karte? islam ki spirit ko le kar ke hum ijtihad kar sakte hain aur tabhi hum apne apne halaat ko badal payenge. ji. ek rasoolullah ke khadij aur kuch misale mein mujhe samajh mein aati hai yahan par.</w:t>
      </w:r>
    </w:p>
    <w:p>
      <w:pPr>
        <w:jc w:val="right"/>
      </w:pPr>
      <w:r>
        <w:t>इस्तेहात का तो इतना ज़्यादा वो है इस्लाम में कि अगर हम गलत इस्तेहात भी करेंगे तब भी हमको सवाल मिलेगा तो फिर हम क्यों नहीं इस्तेहात करते? इस्लाम की spirit को लेकर के हम इस्तेहात कर सकते हैं और तभी हम अपने अपने हालात को बदल पाएंगे. जी. एक रसूल्लाह के खदीज और कुछ मिसाले में मुझे समझ में आती है यहाँ पर.</w:t>
      </w:r>
    </w:p>
    <w:p>
      <w:r>
        <w:rPr>
          <w:b/>
        </w:rPr>
        <w:t xml:space="preserve">[32:04] </w:t>
      </w:r>
      <w:r>
        <w:t>rasoolullah sallallahu alaihi wasallam ne kaha tha ki mere baad mathanat pilav padhana padhana shuru kar diya jayega. to rasoolullah logon ne pucha ki mathanat kya cheez hai? rasoolullah ne yeh bhi kaha tha ki is ko koi tabdeel nahi kar payega. koi nahi hoga jo is ko tabdeel karein. to rasoolullah ne kaha ki woh kitab jo quran ke alawa likh li jaye. uske aage rasoolullah sallallahu alaihi wasallam ne kaha ki tum par quran laazim hai.</w:t>
      </w:r>
    </w:p>
    <w:p>
      <w:pPr>
        <w:jc w:val="right"/>
      </w:pPr>
      <w:r>
        <w:t>रसूल्लाह सलाह सलाह ने कहा था कि मेरे बाद मथनात पिलाव पढ़ाना पढ़ा शुरू कर दिया जाएगा. तो रसूल्लाह लोगों ने पुछा कि मथनात क्या चीज़ है? रसुल्ला ने यह भी कहा था कि इसको कोई तब्दील नहीं कर पाएगा. कोई नहीं होगा जो इसको तब्दील करें. तो रसुल्लाह ने कहा कि वह किताब जो कुरान के अलावा लिख ली जाए. उसके आगे रसूल्लाह सलाह सलाह ने कहा कि तुम पर कुरान लासिम है.</w:t>
      </w:r>
    </w:p>
    <w:p>
      <w:r>
        <w:rPr>
          <w:b/>
        </w:rPr>
        <w:t xml:space="preserve">[32:34] </w:t>
      </w:r>
      <w:r>
        <w:t>usi ke zariye tum hidayat paoge. to ab dekhiye rasoolullah ki zindagi mein jaisa ki apa ne kaha, eidgah ke tal, eidgi namaz ke taluq rasoolullah ke bare mein aata ki rasoolullah bar bar kehte the aur hukum dete tak auraton ko eidgah lekar jao. bahut kaha tha. bazulon ne hi kaha ki kisi ke paas agar apna dupatta na ho to kya karein? to kaha ki woh apni behan ke dupatta mein aaye, lekin aaye. jaise mardon ka opportunity hai, ibadat karne ke bahar nikal kar woh aise auraton ko bhi hai.</w:t>
      </w:r>
    </w:p>
    <w:p>
      <w:pPr>
        <w:jc w:val="right"/>
      </w:pPr>
      <w:r>
        <w:t>उसी के जरिए तुम हिदायत पाओगे. तो अब देखिए रसूल्लाह की ज़िंदगी में जैसा कि आपा ने कहा, ईदगाह के ताल, ईदगी नमाज़ के तालुक्ष रसुल्लाह के बारे में आता कि रसुल्लाह बार बार कहते थे और हुक्म देते तक औरतों को ईदगाह लेकर जाओ. बहुत कहा था. बाजूलों ने ही कहा कि किसी के पास अगर अपना डुपट्टा ना हो तो क्या करें? तो कहा कि वह अपनी बहन के डुपट्टे में आए, लेकिन आए. जैसे मर्दों का opportunity है, इबादत करने के बाहर निकलकर वह ऐसे औरतों को भी है.</w:t>
      </w:r>
    </w:p>
    <w:p>
      <w:r>
        <w:rPr>
          <w:b/>
        </w:rPr>
        <w:t xml:space="preserve">[33:04] </w:t>
      </w:r>
      <w:r>
        <w:t>yeh cheez hai aur agar rasoolullah se pehle ki tareekh mein jayein, ya ibtidai islam mein jayein, to dekhiye auraton ne kitna bada role kiya hai. yeh hum samajhne, samajhne ki zaroorat hai.</w:t>
      </w:r>
    </w:p>
    <w:p>
      <w:pPr>
        <w:jc w:val="right"/>
      </w:pPr>
      <w:r>
        <w:t>यह चीज़ है और अगर रसुल्ला से पहले की तारीख में जाएं, या इब्तिदाई इस्लाम में जाएं, तो देखिए औरतों ने कितना बड़ा role किया है. यह हम समझने, समझने की ज़रूरत है.</w:t>
      </w:r>
    </w:p>
    <w:p>
      <w:r>
        <w:rPr>
          <w:b/>
        </w:rPr>
        <w:t xml:space="preserve">[33:19] </w:t>
      </w:r>
      <w:r>
        <w:t>makkah jo ek shahar basaya gaya hai, yeh pehle rasoolullah jab nabi banaye gaye the to ek aurat thi jisne rasoolullah ko sambhala tha wahan par. koi mard nahi tha wahan par. hazrat khadija.</w:t>
      </w:r>
    </w:p>
    <w:p>
      <w:pPr>
        <w:jc w:val="right"/>
      </w:pPr>
      <w:r>
        <w:t>मक्का जो एक शहर बसाया गया है, यह पहले रसुल्लाह जब नवी बनाए गए थे तो एक औरत थी जिसने रसुल्लाह को संभाला था वहाँ पर. कोई मर्द नहीं था वहाँ पर. हज़रत खदीजा.</w:t>
      </w:r>
    </w:p>
    <w:p>
      <w:r>
        <w:rPr>
          <w:b/>
        </w:rPr>
        <w:t xml:space="preserve">[33:46] </w:t>
      </w:r>
      <w:r>
        <w:t>unhon ne rasoolullah ko sambhala, tasalli diya. wahi lekar gayi thi warqa bin naufal ke paas ke aap ke bhai ko ke saath yeh mamla pesh aa gayi. is par aap mashwara dijiye. to yeh role dekhein islam mein role jo hai bilkul clear define hai. baad mein hum logon ne jo ek quran ke alawa ya hadith se rasool ke alawa kuch aur doosri cheez define kar li hai.</w:t>
      </w:r>
    </w:p>
    <w:p>
      <w:pPr>
        <w:jc w:val="right"/>
      </w:pPr>
      <w:r>
        <w:t>उन्होंने रसुल्लाह को संभाला, तसल्ली दिया. वही लेकर गई थी वर्काबिन नौफल के पास के आपके भाई को के साथ यह मामला पेश आ गई. इस पर आप मशवरा दीजिए. तो यह role देखें इस्लाम में role जो है बिल्कुल clear define है. बाद में हम लोगों ने जो एक कुरान के अलावा या हदीश से रसूल के अलावा कुछ और दूसरी चीज़ define कर ली है.</w:t>
      </w:r>
    </w:p>
    <w:p>
      <w:r>
        <w:rPr>
          <w:b/>
        </w:rPr>
        <w:t xml:space="preserve">[34:13] </w:t>
      </w:r>
      <w:r>
        <w:t>us buniyad par hum auraton ke role ko samajhne ki koshish karte hain. to yeh islam ka roz nahi ho sakta hai. matlab, quran ko to badal nahi sake kyunki woh to zimma quran ki hifazat ka allah ne khud le liya lekin woh tafsir mein sab kuch badal dala aur woh jo convert ka culture tha na usko poori tarah se unhon ne le liya aur usi ko islam samajhne lage.</w:t>
      </w:r>
    </w:p>
    <w:p>
      <w:pPr>
        <w:jc w:val="right"/>
      </w:pPr>
      <w:r>
        <w:t>उस बुनियाद पर हम औरतों के role को समझने की कोशिश करते हैं. तो यह इस्लाम का रोज़ नहीं हो सकता है. मतलब, कुरान को तो बदल नहीं सके क्योंकि वह तो ज़िम्मा कुरान की हिफादत का अल्लाह ने खुद ले लिया लेकिन वह तफ्सीर में सब कुछ बदल डाला और वो जो convert का culture था ना उसको पूरी तरीके से उन्होंने ले लिया और उसी को इस्लाम समझने लगे.</w:t>
      </w:r>
    </w:p>
    <w:p>
      <w:r>
        <w:rPr>
          <w:b/>
        </w:rPr>
        <w:t xml:space="preserve">[34:42] </w:t>
      </w:r>
      <w:r>
        <w:t>aap ka kuch comments padhna chahunga. yeh bheja hai srinagar se riyaz bhatt sahib ne. unhon ne likha hai, you i am reminded of a quote of Maulana Wahiduddin Khan sahib that men and women are equal in the sense that they are not supplement but are complement because both choose their field as per their roles to support basic unit of society.</w:t>
      </w:r>
    </w:p>
    <w:p>
      <w:pPr>
        <w:jc w:val="right"/>
      </w:pPr>
      <w:r>
        <w:t>आपका कुछ comments पढ़ना चाहूंगा. ये भेजा है श्रीनगर से रियाज भट्ट साहब ने. उन्होंने लिखा है, आप I am reminded of a quote of मुलाना वैदुद्दीन खान साहब that men and women are equal in the sense that they are not supplement but are complement because both choose their field as per their roles to support basic unit of society.</w:t>
      </w:r>
    </w:p>
    <w:p>
      <w:r>
        <w:rPr>
          <w:b/>
        </w:rPr>
        <w:t xml:space="preserve">[35:11] </w:t>
      </w:r>
      <w:r>
        <w:t>doctor saniyas ne in khan sahib jo dubai se program dekh rahe hain, unhon ne likha hai, mashallah brilliant session on the status of women in islam. i am watching this program from dubai. doctor safeena tabassum ne saharanpur se likha hai, thank you for this enlightening talk. this is the real revival of ummah. may this mission spread to the entire world and all your efforts be accepted by god.</w:t>
      </w:r>
    </w:p>
    <w:p>
      <w:pPr>
        <w:jc w:val="right"/>
      </w:pPr>
      <w:r>
        <w:t>Doctor सानियस ने इन खान साहब जो दुबई से program देख रहे हैं, उन्होंने लिखा है, माशालाह brilliant session on the status of women in Islam. I am watching this program from दुबई. Doctor सफीना तबसुम ने सहारनपुर से लिखा है, thank you for this enlightening talk. This is the real revival of उम्मा. May this mission spread to the entire world and all your efforts be accepted by God.</w:t>
      </w:r>
    </w:p>
    <w:p>
      <w:r>
        <w:rPr>
          <w:b/>
        </w:rPr>
        <w:t xml:space="preserve">[35:39] </w:t>
      </w:r>
      <w:r>
        <w:t>ek comment aur sawal bheja hai srinagar se aamir mori sahib ne. unhon ne likha hai, apa even in today's age women are preoccupied in their everyday household responsibilities. kindly advise all of us that how can husband and wife develop intellectual partnership in such a situation.</w:t>
      </w:r>
    </w:p>
    <w:p>
      <w:pPr>
        <w:jc w:val="right"/>
      </w:pPr>
      <w:r>
        <w:t>एक comment और सवाल भेजा है श्रीनगर से आमिर मोरी साहब ने. उन्होंने लिखा है, आपा even in today's age women are preoccupied in their everyday household responsibilities. Kindly advise all of us that how can husband and wife develop intellectual partnership in such a situation.</w:t>
      </w:r>
    </w:p>
    <w:p>
      <w:r>
        <w:rPr>
          <w:b/>
        </w:rPr>
        <w:t xml:space="preserve">[36:06] </w:t>
      </w:r>
      <w:r>
        <w:t>aur aurat ki blame nahi diya ja sakta hai is masle mein. is masle mein mard ko blame jata hai kyunki usne aisa culture ghar mein banaya hua hota hai ki aurat har waqt ghar ke kaam mein lagi rehti hai. kabhi uski farmaish se hongi, kabhi bachchon ki farmaish se hongi, kabhi rishtedar aa rahe honge, dost aa rahe honge. to aurat bechari kya kare? aurat to kaam karna chahti hai.</w:t>
      </w:r>
    </w:p>
    <w:p>
      <w:pPr>
        <w:jc w:val="right"/>
      </w:pPr>
      <w:r>
        <w:t>और औरत की blame नहीं दिया जा सकता है इस मसले में. इस मसले में मर्द को blame जाता है क्योंकि उसने ऐसा culture घर में बनाया हुआ होता है कि औरत हर वक्त घर के काम में लगी रहती है. कभी उसकी फ़रमाई से होंगी, कभी बच्चों की फ़रमाई से होंगी, कभी रिश्तेदार आ रहे होंगे, दोस्त आ रहे होंगे. तो औरत बेचारी क्या करे? औरत तो काम करना चाहती है.</w:t>
      </w:r>
    </w:p>
    <w:p>
      <w:r>
        <w:rPr>
          <w:b/>
        </w:rPr>
        <w:t xml:space="preserve">[36:32] </w:t>
      </w:r>
      <w:r>
        <w:t>hamari zyada se zyada kaam apna time jo hai mission mein lagaye aur kam se kam kaam ghar</w:t>
      </w:r>
    </w:p>
    <w:p>
      <w:pPr>
        <w:jc w:val="right"/>
      </w:pPr>
      <w:r>
        <w:t>हमारी ज़्यादा से ज़्यादा काम अपना time जो है mission में लगाए और कम से कम काम घर</w:t>
      </w:r>
    </w:p>
    <w:p>
      <w:r>
        <w:rPr>
          <w:b/>
        </w:rPr>
        <w:t xml:space="preserve">[36:48] </w:t>
      </w:r>
      <w:r>
        <w:t>ke kaam mein lagaye kyunke das tarah ki jab sabziyan banegi salan banega to usmein bahut zyada kaam badhega.</w:t>
      </w:r>
    </w:p>
    <w:p>
      <w:pPr>
        <w:jc w:val="right"/>
      </w:pPr>
      <w:r>
        <w:t>के काम में लगाए क्योंकि दस तरह की जब सब्ज़ियां बनेगी सालन बनेगा तो उसमें बहुत ज़्यादा काम बढ़ेगा.</w:t>
      </w:r>
    </w:p>
    <w:p>
      <w:r>
        <w:rPr>
          <w:b/>
        </w:rPr>
        <w:t xml:space="preserve">[37:05] </w:t>
      </w:r>
      <w:r>
        <w:t>ek baar main pakistan gayi thi to wahan maine gina to tera rang ke dishes thi tera dishes thi ek mez par.</w:t>
      </w:r>
    </w:p>
    <w:p>
      <w:pPr>
        <w:jc w:val="right"/>
      </w:pPr>
      <w:r>
        <w:t>एक बार मैं Pakistan गई थी तो वहां मैंने गिना तो तेरह रंग के dishes थी तेरह dishes थी एक मेज पर.</w:t>
      </w:r>
    </w:p>
    <w:p>
      <w:r>
        <w:rPr>
          <w:b/>
        </w:rPr>
        <w:t xml:space="preserve">[37:13] </w:t>
      </w:r>
      <w:r>
        <w:t>to jab aurat tera dishes taiyar karegi aur yeh yaad karte hi ekdum se ehsaas ho jayega ki hum bahut hi galat apne time ka apne paise ka istemal kar rahe hain. wahi time, wahi paisa din ke liye kharch karein.</w:t>
      </w:r>
    </w:p>
    <w:p>
      <w:pPr>
        <w:jc w:val="right"/>
      </w:pPr>
      <w:r>
        <w:t>तो जब औरत तेरह dishes तैयार करेगी और यह याद करते ही एकदम से एहसास हो जाएगा कि हम बहुत ही गलत अपने time का अपने पैसे का इस्तेमाल कर रहे हैं. वही time, वही पैसा दिन के लिए खर्च करें.</w:t>
      </w:r>
    </w:p>
    <w:p>
      <w:r>
        <w:rPr>
          <w:b/>
        </w:rPr>
        <w:t xml:space="preserve">[37:42] </w:t>
      </w:r>
      <w:r>
        <w:t>to aurat mard ko ki madadgar bane aur mard aurat ki madadgar bane. ek yahan par Maulana ka quote hai, simple living, high thinking. to high thinking agar chahiye to simple living to zaroori hai.</w:t>
      </w:r>
    </w:p>
    <w:p>
      <w:pPr>
        <w:jc w:val="right"/>
      </w:pPr>
      <w:r>
        <w:t>तो औरत मर्द को की मददगार बने और मर्द औरत की मददगार बने. एक यहां पर मौलाना का quote है, simple living, high thinking. तो high thinking अगर चाहिए तो simple living तो ज़रूरी है.</w:t>
      </w:r>
    </w:p>
    <w:p>
      <w:r>
        <w:rPr>
          <w:b/>
        </w:rPr>
        <w:t xml:space="preserve">[37:59] </w:t>
      </w:r>
      <w:r>
        <w:t>jaisa aapne kaha ke simple living honi chahiye tairun janah hifz samay illah ad karana minh elmand ki</w:t>
      </w:r>
    </w:p>
    <w:p>
      <w:pPr>
        <w:jc w:val="right"/>
      </w:pPr>
      <w:r>
        <w:t>जैसा आपने कहा कि simple living होनी चाहिए ताईरुन जनाहे हिफिज़ समय इल्लाह अद कराना मीनूह एलमंद कि</w:t>
      </w:r>
    </w:p>
    <w:p>
      <w:r>
        <w:rPr>
          <w:b/>
        </w:rPr>
        <w:t xml:space="preserve">[38:10] </w:t>
      </w:r>
      <w:r>
        <w:t>rasullah sallah ne humko humko chhodkar gaye aur halat yeh thi ke koi ek parinda bhi apna par</w:t>
      </w:r>
    </w:p>
    <w:p>
      <w:pPr>
        <w:jc w:val="right"/>
      </w:pPr>
      <w:r>
        <w:t>रसुल्लाह सल्लाह ने हमको हमको छोड़कर गए और हालत यह थी कि कोई एक परिंदा भी अपना पर</w:t>
      </w:r>
    </w:p>
    <w:p>
      <w:r>
        <w:rPr>
          <w:b/>
        </w:rPr>
        <w:t xml:space="preserve">[38:22] </w:t>
      </w:r>
      <w:r>
        <w:t>hilata aasman mein to usse humko ek ilmyaad dilate hain.</w:t>
      </w:r>
    </w:p>
    <w:p>
      <w:pPr>
        <w:jc w:val="right"/>
      </w:pPr>
      <w:r>
        <w:t>हिलाता आसमान में तो उससे हमको एक इल्मयाद दिलाते हैं.</w:t>
      </w:r>
    </w:p>
    <w:p>
      <w:r>
        <w:rPr>
          <w:b/>
        </w:rPr>
        <w:t xml:space="preserve">[38:34] </w:t>
      </w:r>
      <w:r>
        <w:t>yani occasion hona chahiye. koi ek cheez ki is se yeh sabaq milna hai. us type se agar hum ek doosre ke saath lad karne ki koshish karein to main samajhta hoon ki aadmi is tareeqe se intellectual partner ban sakta hai, husband, wife. mawran sahib khana khate thay to agar do sabzi bhi banti thi, unka yeh tha ki bas ek sabzi bane.</w:t>
      </w:r>
    </w:p>
    <w:p>
      <w:pPr>
        <w:jc w:val="right"/>
      </w:pPr>
      <w:r>
        <w:t>यानी occasion होना चाहिए. कोई एक चीज़ की इससे यह सबक मिलना है. उस type से अगर हम एक दूसरे के साथ लड़ करने की कोशिश करें तो मैं समझता हूं कि आदमी इस तरीके से intellectual partner वन सकता है, husband, wife. मावरण साहब खाना खाते थे तो अगर दो सब्ज़ी भी बनती थी, उनका यह था की बस एक सब्ज़ी बने.</w:t>
      </w:r>
    </w:p>
    <w:p>
      <w:r>
        <w:rPr>
          <w:b/>
        </w:rPr>
        <w:t xml:space="preserve">[39:00] </w:t>
      </w:r>
      <w:r>
        <w:t>do banti thi to hum ek hi bartan mein dono sabzi rakh dete thay ki abhi daant padegi. to khanae mein bahut zyada saadgi chahiye aur woh kabhi nahi unhone kaha ki khana achha nahi hai. mission mein laga payengi.</w:t>
      </w:r>
    </w:p>
    <w:p>
      <w:pPr>
        <w:jc w:val="right"/>
      </w:pPr>
      <w:r>
        <w:t>दो बनती थी तो हम एक ही बर्तन में दोनों सब्ज़ी रख देते थे की अभी डांट पड़ेगी. तो खानाए में बहुत ज़्यादा सादगी चाहिए और वो कभी नहीं उन्होंने कहा की खाना अच्छा नहीं है. Mission में लगा पाएंगी.</w:t>
      </w:r>
    </w:p>
    <w:p>
      <w:r>
        <w:rPr>
          <w:b/>
        </w:rPr>
        <w:t xml:space="preserve">[39:29] </w:t>
      </w:r>
      <w:r>
        <w:t>aur aap ek important cheez hai ki jaise ki aap sab log jante hain ki Maulana yeh to kehte hi thay hamesha ki mard aur aurat ek doosre ke intellectual partner hain. ek baar unhone usko aur aage badhaya bhi.</w:t>
      </w:r>
    </w:p>
    <w:p>
      <w:pPr>
        <w:jc w:val="right"/>
      </w:pPr>
      <w:r>
        <w:t>और आप एक important चीज़ है कि जैसे कि आप सब लोग जानते हैं कि मुलाना यह तो कहते ही थे हमेशा कि मर्द और औरत एक दूसरे के intellectual partner हैं. एक बार उन्होंने उसको और आगे बढ़ाया भी.</w:t>
      </w:r>
    </w:p>
    <w:p>
      <w:r>
        <w:rPr>
          <w:b/>
        </w:rPr>
        <w:t xml:space="preserve">[39:42] </w:t>
      </w:r>
      <w:r>
        <w:t>unhone kaha ke main intellectual partner to kehta hoon lekin main yeh kahunga ke woh ek doosre ke</w:t>
      </w:r>
    </w:p>
    <w:p>
      <w:pPr>
        <w:jc w:val="right"/>
      </w:pPr>
      <w:r>
        <w:t>उन्होंने कहा कि मैं intellectual partner तो कहता हूँ लेकिन मैं यह कहूंगा कि वह एक दूसरे के</w:t>
      </w:r>
    </w:p>
    <w:p>
      <w:r>
        <w:rPr>
          <w:b/>
        </w:rPr>
        <w:t xml:space="preserve">[39:48] </w:t>
      </w:r>
      <w:r>
        <w:t>training partners hain and phir unhone usko waazeh bhi kiya ke allah talan ne sab insano ke andar</w:t>
      </w:r>
    </w:p>
    <w:p>
      <w:pPr>
        <w:jc w:val="right"/>
      </w:pPr>
      <w:r>
        <w:t>training partners हैं and फिर उन्होंने उसको वाज़े भी किया कि अल्लाह तालन ने सब इंसानों के अंदर</w:t>
      </w:r>
    </w:p>
    <w:p>
      <w:r>
        <w:rPr>
          <w:b/>
        </w:rPr>
        <w:t xml:space="preserve">[39:54] </w:t>
      </w:r>
      <w:r>
        <w:t>affection dala hai and for a husband and a wife, they can be each other sympathetic critic because</w:t>
      </w:r>
    </w:p>
    <w:p>
      <w:pPr>
        <w:jc w:val="right"/>
      </w:pPr>
      <w:r>
        <w:t>affection डाला है and for a husband and a wife, they can be each other sympathetic critic because</w:t>
      </w:r>
    </w:p>
    <w:p>
      <w:r>
        <w:rPr>
          <w:b/>
        </w:rPr>
        <w:t xml:space="preserve">[40:00] </w:t>
      </w:r>
      <w:r>
        <w:t>we all have weaknesses but we don't know about our weakness until the other person shows us our</w:t>
      </w:r>
    </w:p>
    <w:p>
      <w:pPr>
        <w:jc w:val="right"/>
      </w:pPr>
      <w:r>
        <w:t>we all have weaknesses but we don't know about our weakness until the other person shows us our</w:t>
      </w:r>
    </w:p>
    <w:p>
      <w:r>
        <w:rPr>
          <w:b/>
        </w:rPr>
        <w:t xml:space="preserve">[40:06] </w:t>
      </w:r>
      <w:r>
        <w:t>weakness or talks about it and who can be a better person than your own intellectual companion like</w:t>
      </w:r>
    </w:p>
    <w:p>
      <w:pPr>
        <w:jc w:val="right"/>
      </w:pPr>
      <w:r>
        <w:t>weakness or talks about it and who can be a better person than your own intellectual companion like</w:t>
      </w:r>
    </w:p>
    <w:p>
      <w:r>
        <w:rPr>
          <w:b/>
        </w:rPr>
        <w:t xml:space="preserve">[40:12] </w:t>
      </w:r>
      <w:r>
        <w:t>a husband or a wife.</w:t>
      </w:r>
    </w:p>
    <w:p>
      <w:pPr>
        <w:jc w:val="right"/>
      </w:pPr>
      <w:r>
        <w:t>a husband or a wife.</w:t>
      </w:r>
    </w:p>
    <w:p>
      <w:r>
        <w:rPr>
          <w:b/>
        </w:rPr>
        <w:t xml:space="preserve">[40:18] </w:t>
      </w:r>
      <w:r>
        <w:t>to Maulana sahib ne samjhate hue kaha ki they both are like cog wheels to one another and god has created man and woman with different abilities. what is important is that we must discover each other's ability and go hand in hand.</w:t>
      </w:r>
    </w:p>
    <w:p>
      <w:pPr>
        <w:jc w:val="right"/>
      </w:pPr>
      <w:r>
        <w:t>तो मनाना साहब ने समझाते हुए कहा कि they both are like cog wheels to one another and god has created man and woman with different abilities. What is important is that we must discover each other's ability and go hand in hand.</w:t>
      </w:r>
    </w:p>
    <w:p>
      <w:r>
        <w:rPr>
          <w:b/>
        </w:rPr>
        <w:t xml:space="preserve">[40:37] </w:t>
      </w:r>
      <w:r>
        <w:t>to woh tabhi ho sakta hai jab aap ek doosre ke liye sympathetic partner bane, ek sympathetic critic bane and only then you will be able to evolve yourself in terms of your thinking, your thought process, your behavior and this will make you best in conduct aur asal mein is zindagi mein yahi test hai ki Allah taala yahi dekh rahe hain ki who is best in conduct.</w:t>
      </w:r>
    </w:p>
    <w:p>
      <w:pPr>
        <w:jc w:val="right"/>
      </w:pPr>
      <w:r>
        <w:t>तो वह तभी हो सकता है जब आप एक दूसरे के लिए sympathetic partner बने, एक sympathetic critic बने and only then you will be able to evolve yourself in terms of your thinking, your thought process, your behavior and this will make you best in conduct और असल में इस ज़िंदगी में यही test है कि अल्लाह तालाह यही देख रहे हैं कि who is best in conduct.</w:t>
      </w:r>
    </w:p>
    <w:p>
      <w:r>
        <w:rPr>
          <w:b/>
        </w:rPr>
        <w:t xml:space="preserve">[41:04] </w:t>
      </w:r>
      <w:r>
        <w:t>to is liye ek mard aur aurat ghar mein ek doosre ke liye sympathetic critic bante hue ek doosre ko ek better insaan bana sakte hain. yeh jo aapne baat batai hai na training wali yeh bahut hi important hai. asal mein auraton ki training nahi hoti hai to log farz kar lete hai inke andar yeh salahiyat nahi hai ki woh bahar jaake deen ka kaam kar sake. ab woh wajah hoti hai ki trained nahi hoti woh.</w:t>
      </w:r>
    </w:p>
    <w:p>
      <w:pPr>
        <w:jc w:val="right"/>
      </w:pPr>
      <w:r>
        <w:t>तो इसलिए एक मर्द और औरत घर में एक दूसरे के लिए sympathetic critic बनते हुए एक दूसरे को एक better इंसान बना सकते हैं. यह जो आपने बात बताई है ना training वाली यह बहुत ही important है. असल में औरतों की training नहीं होती है तो लोग फर्ज कर लेते है इनके अंदर यह सलाहियत नहीं है कि वह बाहर जाके दिन का काम कर सके. अब वह वजह होती है कि trained नहीं होती वह.</w:t>
      </w:r>
    </w:p>
    <w:p>
      <w:r>
        <w:rPr>
          <w:b/>
        </w:rPr>
        <w:t xml:space="preserve">[41:33] </w:t>
      </w:r>
      <w:r>
        <w:t>to yeh insaan mard aurat dono jo kuch bhi hai woh potentially hota hai. to mard bahar nikalta hai, school jata hai, society mein jata hai. uski training ho jati hai aurat ki training nahi hoti ghar mein baithe baithe. to log yeh farz kar lete is aurat ke andar yeh salahiyat hi nahi hai. to uski training mein nahi karte.</w:t>
      </w:r>
    </w:p>
    <w:p>
      <w:pPr>
        <w:jc w:val="right"/>
      </w:pPr>
      <w:r>
        <w:t>तो यह इंसान मर्द औरत दोनों जो कुछ भी है वह potentially होता है. तो मर्द बाहर निकलता है, school जाता है, society में जाता है. उसकी training हो जाती है औरत की training नहीं होती घर में बैठे बैठे. तो लोग यह फर्ज कर लेते इस औरत के अंदर यह सलाहियत ही नहीं है. तो उसकी training में नहीं करते.</w:t>
      </w:r>
    </w:p>
    <w:p>
      <w:r>
        <w:rPr>
          <w:b/>
        </w:rPr>
        <w:t xml:space="preserve">[41:53] </w:t>
      </w:r>
      <w:r>
        <w:t>to Rasoolullah sarsalam, hadrata Aisha khud batati hai ki jab aap uthte thay tahajjud ke baghal aur main bhi bedaar hoti to mujhe sab discuss karte baatein batate. to train karte thay iska matlab hai ki baqayda. haan ji. to hamein bhi apne auraton ko train karna hai, unse wahi baatein karni hai. jaise Maulana sahib ghar mein bhi deen ki hi baatein karte thay.</w:t>
      </w:r>
    </w:p>
    <w:p>
      <w:pPr>
        <w:jc w:val="right"/>
      </w:pPr>
      <w:r>
        <w:t>तो रसूल्लाह सरसलम, रहदरताइशा खुद बताती है कि जब आप उठते थे तहत जुद्ध के बग़ल और मैं भी बेदार होती तो मुझे सब discuss करते बातें बताते. तो train करते थे इसका मतलब है कि बाकायदा. हाँ जी. तो हमें भी अपने औरतों को train करना है, उनसे वही बातें करनी है. जैसे मौलान साहब घर में भी दिन की ही बातें करते थे.</w:t>
      </w:r>
    </w:p>
    <w:p>
      <w:r>
        <w:rPr>
          <w:b/>
        </w:rPr>
        <w:t xml:space="preserve">[42:16] </w:t>
      </w:r>
      <w:r>
        <w:t>main bhi jo is tarah se mujhe jo woh hua ki main mission mein lagoon to bas deen ki hi baatein karte thay. kabhi koi discovery batate thay, kabhi koi baat unhone padhi hai, koi khaas baat to woh hamein batate thay. to uski wajah se hamein jazba hamare andar bedaar hota tha. to yahi tamam mardon ko bhi yahi karna hai agar woh chahte hain ki auratein jo hai woh is mission ko lekar aage badhe.</w:t>
      </w:r>
    </w:p>
    <w:p>
      <w:pPr>
        <w:jc w:val="right"/>
      </w:pPr>
      <w:r>
        <w:t>मैं भी जो इस तरह से मुझे जो वो हुआ कि मैं mission में लगूं तो बस दिन की ही बातें करते थे. कभी कोई discovery बताते थे, कभी कोई बात उन्होंने पढ़ी है, कोई खास बात तो वो हमें बताते थे. तो उसकी वजह से हमें जज़्बा हमारे अंदर बेदार होता था. तो यही तमाम मर्दों को भी यही करना है अगर वो चाहते हैं कि औरतें जो है वो इस mission को लेकर आगे बढ़े.</w:t>
      </w:r>
    </w:p>
    <w:p>
      <w:r>
        <w:rPr>
          <w:b/>
        </w:rPr>
        <w:t xml:space="preserve">[42:42] </w:t>
      </w:r>
      <w:r>
        <w:t>ji aur aap aapne bahut sahi example diya hazrat Aisha ka bhi jaise there are about almost 2,200 hadith attributed to Hazrat Aisha and whenever companions would face any difficulty, they would go to her. so how is that possible? it is only possible because like you rightly said, prophet trained her in the entire lifetime by discussion, by dialogue.</w:t>
      </w:r>
    </w:p>
    <w:p>
      <w:pPr>
        <w:jc w:val="right"/>
      </w:pPr>
      <w:r>
        <w:t>जी और आप आपने बहुत सही example दिया हाज़िद आयशा का भी जैसे there are about almost 2,200 हदीs attributed to हज़रत आईशा and whenever companions would face any difficulty, they would go to her. So how is that possible? It is only possible because like you rightly said, prophet trained her in the entire lifetime by discussion, by dialogue.</w:t>
      </w:r>
    </w:p>
    <w:p>
      <w:r>
        <w:rPr>
          <w:b/>
        </w:rPr>
        <w:t xml:space="preserve">[43:09] </w:t>
      </w:r>
      <w:r>
        <w:t>only then a person can, you know, become, you know, intellectual partner. to aapka kuch aur comments aur sawal lete hain. yeh comment bheja hai doctor Asim Khan sahib ne Saharanpur se. unhone likha hai, unhone Quran ke ayaat ka hawala diya hai ki Quran says in chapter 51 verse 49, we created pairs of all things including men and women so that you may ponder over it.</w:t>
      </w:r>
    </w:p>
    <w:p>
      <w:pPr>
        <w:jc w:val="right"/>
      </w:pPr>
      <w:r>
        <w:t>Only then a person can, you know, become, you know, intellectual partner. तो आपका कुछ और comments और सवाल लेते हैं. यह comment भेजा है doctor असम खान साहब ने सहारनपुर से. उन्होंने लिखा है, उन्होंने कुरान के आयाद का हवाला दिया है कि कुरान says in chapter 51 verse 49, we created pairs of all things including men and women so that you may ponder over it.</w:t>
      </w:r>
    </w:p>
    <w:p>
      <w:r>
        <w:rPr>
          <w:b/>
        </w:rPr>
        <w:t xml:space="preserve">[43:38] </w:t>
      </w:r>
      <w:r>
        <w:t>Miss Shabina Ali ne Calcutta se comment aur sawal bheja hai. unhone likha hai, thank you, apa for such an enlightening and encouraging talk. i have a question. by and large, it is still seen that women are not given any part in inheritance. there is a disparity between sons and daughters. some parents feel it is their sons who will inherit. kindly highlight on this.</w:t>
      </w:r>
    </w:p>
    <w:p>
      <w:pPr>
        <w:jc w:val="right"/>
      </w:pPr>
      <w:r>
        <w:t>Miss शबीना अली ने कलकत्ता से comment और सवाल भेजा है. उन्होंने लिखा है, Thank you, आपा for such an enlightening and encouraging talk. I have a question. By and large, it is still seen that women are not given any part in inheritance. There is a disparity between sons and daughters. Some parents feel it is their sons who will inherit. Kindly highlight on this.</w:t>
      </w:r>
    </w:p>
    <w:p>
      <w:r>
        <w:rPr>
          <w:b/>
        </w:rPr>
        <w:t xml:space="preserve">[44:08] </w:t>
      </w:r>
      <w:r>
        <w:t>asal mein yeh Islam nahi hai. yeh agricultural age ka ki wajah se aisa hua kyunki ab agriculture mein kya hota tha ki ab ek kuch khet hain, kuch baag hain. ab agar woh sab kheti baagi, khet baag jo hai sab apne ladkiyon ko woh baant baant ke de dein to unke paas kya rahega?</w:t>
      </w:r>
    </w:p>
    <w:p>
      <w:pPr>
        <w:jc w:val="right"/>
      </w:pPr>
      <w:r>
        <w:t>असल में यह इस्लाम नहीं है. यह agricultural age का की वजह से ऐसा हुआ क्योंकि अब agriculture में क्या होता था कि अब एक कुछ खेत हैं, कुछ बाग हैं. अब अगर वह सब खेती बागी, खेत बाग जो है सब अपने लड़कियों को वो बांट बांट के दे दें तो उनके पास क्या रहेगा?</w:t>
      </w:r>
    </w:p>
    <w:p>
      <w:r>
        <w:rPr>
          <w:b/>
        </w:rPr>
        <w:t xml:space="preserve">[44:32] </w:t>
      </w:r>
      <w:r>
        <w:t>to wahan se yeh nikla hai ki jo yahan ke India ke us kanoon mein to yeh tha pehle ki jo bada beta hota hai usi ko wahi inherit karta hai.</w:t>
      </w:r>
    </w:p>
    <w:p>
      <w:pPr>
        <w:jc w:val="right"/>
      </w:pPr>
      <w:r>
        <w:t>तो वहां से यह निकला है कि जो यहां के India के उस कानून में तो यह था पहले कि जो बड़ा बेटा होता है उसी को वही inherit करता है.</w:t>
      </w:r>
    </w:p>
    <w:p>
      <w:r>
        <w:rPr>
          <w:b/>
        </w:rPr>
        <w:t xml:space="preserve">[44:44] </w:t>
      </w:r>
      <w:r>
        <w:t>ab to kanoon badle gaye hain lekin yeh wajah thay agriculture ki to is liye woh usi wajah se woh jahez ka ravaaj hua woh mushkil hota hai.</w:t>
      </w:r>
    </w:p>
    <w:p>
      <w:pPr>
        <w:jc w:val="right"/>
      </w:pPr>
      <w:r>
        <w:t>अब तो कानून बदले गए हैं लेकिन यह वजह थे agriculture की तो इसलिए वह उसी वजह से वह जहेज का रवाज हुआ वो मुश्किल होता है.</w:t>
      </w:r>
    </w:p>
    <w:p>
      <w:r>
        <w:rPr>
          <w:b/>
        </w:rPr>
        <w:t xml:space="preserve">[45:12] </w:t>
      </w:r>
      <w:r>
        <w:t>ab to zamana badal gaya, ab to bahut sare log jo hai de rahe hai hissa inheritance mein, lekin woh jo purani rawayat hai uske asar se abhi bhi poori tarah se woh nahi hota hai. balki main to ek jaati taur par ek jaanti hoon ki ek khatoon thi unki shadi hui. to ittefaq aisa hua ki do hi saal mein unke husband ki death ho gayi.</w:t>
      </w:r>
    </w:p>
    <w:p>
      <w:pPr>
        <w:jc w:val="right"/>
      </w:pPr>
      <w:r>
        <w:t>अब तो जमाना बदल गया, अब तो बहुत सारे लोग जो है दे रहे है हिस्सा inheritance में, लेकिन वो जो पुरानी रवायात है उसके असर से अभी भी पूरी तरीके से वो नहीं होता है. बल्कि मैं तो एक जाती त्वर पर एक जानती हूं कि एक खातुन थी उनकी शादी हुई. तो इत्तफाक़ ऐसा हुआ कि दो ही साल में उनके husband की death हो गई.</w:t>
      </w:r>
    </w:p>
    <w:p>
      <w:r>
        <w:rPr>
          <w:b/>
        </w:rPr>
        <w:t xml:space="preserve">[45:38] </w:t>
      </w:r>
      <w:r>
        <w:t>to unko unke husband ne unke naam bahut sari cheezein kar di thi baag mein, khet mein, sab hissa likh diya tha. ab yeh masla hua ki yeh jayenge to yeh khet baag ka hissa nikal jayega. to yeh uski wajah se tha.</w:t>
      </w:r>
    </w:p>
    <w:p>
      <w:pPr>
        <w:jc w:val="right"/>
      </w:pPr>
      <w:r>
        <w:t>तो उनको उनके husband ने उनके नाम बहुत सारी चीज़ें कर दी थी बाग में, खेत में, सब हिस्सा लिख दिया था. अब यह मसला हुआ कि यह जाएंगे तो यह खेत बाग का हिस्सा निकल जाएगा. तो यह उसकी वजह से था.</w:t>
      </w:r>
    </w:p>
    <w:p>
      <w:r>
        <w:rPr>
          <w:b/>
        </w:rPr>
        <w:t xml:space="preserve">[46:07] </w:t>
      </w:r>
      <w:r>
        <w:t>yeh Islam nahi hai, yeh samajhna chahiye ki yeh Islam nahi hai, balki yeh rawayat hai usi ko log follow kar rahe hain. us par ek aayat mein aur uska tarjuma bilkul clear hai.</w:t>
      </w:r>
    </w:p>
    <w:p>
      <w:pPr>
        <w:jc w:val="right"/>
      </w:pPr>
      <w:r>
        <w:t>यह इस्लाम नहीं है, यह समझना चाहिए कि यह इस्लाम नहीं है, बल्कि यह रवायात है उसी को लोग follow कर रहे हैं. उस पर एक आयत में और उसका तर्चों बिल्कुल clear है.</w:t>
      </w:r>
    </w:p>
    <w:p>
      <w:r>
        <w:rPr>
          <w:b/>
        </w:rPr>
        <w:t xml:space="preserve">[46:35] </w:t>
      </w:r>
      <w:r>
        <w:t>maa baap aur karabdarron ki tarkah mein mardon ka bhi hissa hai aur maa baap aur karabdarron ki tarkah mein auraton ka bhi hissa hai. thoda ho ya zyada ek mukarrar kiya hua hissa. to Islam ne bilkul khiljat taur par auraton ke liye bhi tarkah mein hissa rakha firash mein aur mardon ke liye bhi rakha hai. to jo yeh sab kaam ho rahe hain ki auraton ko hissa nahi diya jata hai, yeh to rivaj ki baat hai, Islam nahi hai yeh.</w:t>
      </w:r>
    </w:p>
    <w:p>
      <w:pPr>
        <w:jc w:val="right"/>
      </w:pPr>
      <w:r>
        <w:t>मां बाप और कराबद्दारों की तरका में मर्दों का भी हिस्सा है और मां बाप और कराबद्दारों की तरका में औरतों का भी हिस्सा है. तोड़ा हो या ज़्यादा एक मुक्रर किया हुआ हिस्सा. तो इस्लाम ने बिल्कुल खिलजड़ तौर पर औरतों के लिए भी तर्का में हिस्सा रखा फिराश में और मर्दों के लिए भी रखा है. तो जो यह सब काम हो रहे हैं कि औरतों को हिस्सा नहीं दिया जाता है, ये तो रिवाज की बात है, इस्लाम नहीं है ये.</w:t>
      </w:r>
    </w:p>
    <w:p>
      <w:r>
        <w:rPr>
          <w:b/>
        </w:rPr>
        <w:t xml:space="preserve">[47:05] </w:t>
      </w:r>
      <w:r>
        <w:t>achha, yeh aurat ko aadha hissa diya jata hai, to logon ko yeh bhi ek raaz hota hai</w:t>
      </w:r>
    </w:p>
    <w:p>
      <w:pPr>
        <w:jc w:val="right"/>
      </w:pPr>
      <w:r>
        <w:t>अच्छा, ये औरत को आधा हिस्सा दिया जाता है, तो लोगों को ये भी एक राज होता है</w:t>
      </w:r>
    </w:p>
    <w:p>
      <w:r>
        <w:rPr>
          <w:b/>
        </w:rPr>
        <w:t xml:space="preserve">[47:12] </w:t>
      </w:r>
      <w:r>
        <w:t>ke aadha hissa kyon diya jata hai?</w:t>
      </w:r>
    </w:p>
    <w:p>
      <w:pPr>
        <w:jc w:val="right"/>
      </w:pPr>
      <w:r>
        <w:t>कि आधा हिस्सा क्यों दिया जाता है?</w:t>
      </w:r>
    </w:p>
    <w:p>
      <w:r>
        <w:rPr>
          <w:b/>
        </w:rPr>
        <w:t xml:space="preserve">[47:20] </w:t>
      </w:r>
      <w:r>
        <w:t>to islam mein bilkul reason based hai har cheez.</w:t>
      </w:r>
    </w:p>
    <w:p>
      <w:pPr>
        <w:jc w:val="right"/>
      </w:pPr>
      <w:r>
        <w:t>तो इस्लाम में बिल्कुल reason based है हर चीज़.</w:t>
      </w:r>
    </w:p>
    <w:p>
      <w:r>
        <w:rPr>
          <w:b/>
        </w:rPr>
        <w:t xml:space="preserve">[47:28] </w:t>
      </w:r>
      <w:r>
        <w:t>sirf samajhne ki zaroorat hoti hai.</w:t>
      </w:r>
    </w:p>
    <w:p>
      <w:pPr>
        <w:jc w:val="right"/>
      </w:pPr>
      <w:r>
        <w:t>सिर्फ समझने की ज़रूरत होती है.</w:t>
      </w:r>
    </w:p>
    <w:p>
      <w:r>
        <w:rPr>
          <w:b/>
        </w:rPr>
        <w:t xml:space="preserve">[47:36] </w:t>
      </w:r>
      <w:r>
        <w:t>ji. aap yeh agla sawal Lucknow se bheja hai miss Sufiya Khan ne aur unhone aapse poocha hai ki what is Islam's view on gender equality? is par bahut discussions hote hain yahan par kai log yeh sawal karte hain. to ismein bhi thodi si aap clarity dijiye.</w:t>
      </w:r>
    </w:p>
    <w:p>
      <w:pPr>
        <w:jc w:val="right"/>
      </w:pPr>
      <w:r>
        <w:t>जी. आप यह अगला सवाल लखनऊ से भेजा है miss सूफिया खान ने और उन्होंने आपसे पुछा है कि what is इस्लाम's view on gender equality? इस पर बहुत discussions होते हैं यहां पर कई लोग यह सवाल करते हैं. तो इसमें भी थोड़ी सी आप clarity दीजिए.</w:t>
      </w:r>
    </w:p>
    <w:p>
      <w:r>
        <w:rPr>
          <w:b/>
        </w:rPr>
        <w:t xml:space="preserve">[47:58] </w:t>
      </w:r>
      <w:r>
        <w:t>Islam mein total sense mein gender equality hai lekin sirf zaroorat ke tehat bahar jayein, bahar ka kaam karein. ab woh jo aajkal hai yeh beauty parlor hai, club hai, entertainment culture hai, iski Islam mein nahi ijazat hai. to iski to mardon ko bhi ijazat nahi hai. abhi abhi main kal hi Quran mein padh rahi thi ki jo believers hain woh har lahw wo kaam se pareh karte hain.</w:t>
      </w:r>
    </w:p>
    <w:p>
      <w:pPr>
        <w:jc w:val="right"/>
      </w:pPr>
      <w:r>
        <w:t>इस्लाम में total sense में gender equality है लेकिन सिर्फ ज़रूरत के तहत बाहर जाएं, बाहर का काम करें. अब वह जो आजकल है यह beauty parlor है, club है, entertainment culture है, इसकी इस्लाम में नहीं इजाज़त है. तो इसकी तो मर्दों को भी इजाज़त नहीं है. अभी अभी मैं कल ही कुरान में पढ़ रही थी कि जो believers है वो हर love वो काम से परेश करते हैं.</w:t>
      </w:r>
    </w:p>
    <w:p>
      <w:r>
        <w:rPr>
          <w:b/>
        </w:rPr>
        <w:t xml:space="preserve">[48:25] </w:t>
      </w:r>
      <w:r>
        <w:t>to yeh sab lahw wo kaam hai isse pareh hamein karna hai. to isi ki ijazat nahi hai baqi Islami spirit ko barkarar rakhte hue woh har tarah se usko mukammal ijazat hai ghar mein bhi aur ghar ke bahar bhi. ismein Maulana kaha karte thay woh main dohrata hoon.</w:t>
      </w:r>
    </w:p>
    <w:p>
      <w:pPr>
        <w:jc w:val="right"/>
      </w:pPr>
      <w:r>
        <w:t>तो ये सब लाभ वो काम है इससे परेश हमें करना है. तो इसी की इजाज़त नहीं है बाकी इस्लामी spirit को बरकरार रखते हुए वो हर तरह से उसको मुकम्मल आ जाती है घर में भी और घर के बाहर भी. इसमें मामलाना कहा करते थे वह मैं दोहराता हूं.</w:t>
      </w:r>
    </w:p>
    <w:p>
      <w:r>
        <w:rPr>
          <w:b/>
        </w:rPr>
        <w:t xml:space="preserve">[48:47] </w:t>
      </w:r>
      <w:r>
        <w:t>equal in respect, different in role aur isko aur clear karenge hum ke fazarat mein salma raz allah</w:t>
      </w:r>
    </w:p>
    <w:p>
      <w:pPr>
        <w:jc w:val="right"/>
      </w:pPr>
      <w:r>
        <w:t>Equal in respect, different in role और इसको और clear करेंगे हम कि फाज़रत में सलमा रज़ अल्लाह</w:t>
      </w:r>
    </w:p>
    <w:p>
      <w:r>
        <w:rPr>
          <w:b/>
        </w:rPr>
        <w:t xml:space="preserve">[48:59] </w:t>
      </w:r>
      <w:r>
        <w:t>na jo rasullah ki biwi hain, unhone rasullah se ek martaba yahi kaha tha allah ke rasul kya</w:t>
      </w:r>
    </w:p>
    <w:p>
      <w:pPr>
        <w:jc w:val="right"/>
      </w:pPr>
      <w:r>
        <w:t>ना जो रसुल्लाह की बीवी हैं, उन्होंने रसुल्लाह से एक मरता यही कहा था अल्लाह कि रसुल क्या</w:t>
      </w:r>
    </w:p>
    <w:p>
      <w:r>
        <w:rPr>
          <w:b/>
        </w:rPr>
        <w:t xml:space="preserve">[49:11] </w:t>
      </w:r>
      <w:r>
        <w:t>baat hai main dekhta hoon, quran mein mardon ka zikr hai, auraton ka zikr hota hi nahin hai.</w:t>
      </w:r>
    </w:p>
    <w:p>
      <w:pPr>
        <w:jc w:val="right"/>
      </w:pPr>
      <w:r>
        <w:t>बात है मैं देखता हूँ, कुरान में मर्दों का ज़िक्र है, औरतों का ज़िक्र होता ही नहीं है.</w:t>
      </w:r>
    </w:p>
    <w:p>
      <w:r>
        <w:rPr>
          <w:b/>
        </w:rPr>
        <w:t xml:space="preserve">[49:24] </w:t>
      </w:r>
      <w:r>
        <w:t>yeh sura alimran qirat number ek sau panchanve hai ke main tumhein se kisi ka amal zaaya karne wala nahi, khwah woh mard ho ya aurat. Hum sab ek doosre se ho. Ab do misaal main deta hoon jisse samajh sakte hain ke itna baas razzal lonon kehte hain ke eid ke din rasoola ne ek marta ko khutba diya. To phir samajh mein aaya ke auraton ko meri baat sunai nahi rahi hogi. Door us zamane mein to speaker, loud speaker to tha nahi.</w:t>
      </w:r>
    </w:p>
    <w:p>
      <w:pPr>
        <w:jc w:val="right"/>
      </w:pPr>
      <w:r>
        <w:t>यह सूरा अलीमरान कैत number एक सौ पंचानवे है कि मैं तुम्हें से किसी का अमल जाय करने वाला नहीं, खाह वो मर्द हो या औरत. हम सब एक दूसरे से हो. अब दो मिसाल मैं देता हूँ जिससे समझ सकते हैं कि इतना बास रज़ज़ल लोनों कहते हैं कि ईद के दिन रसोला ने एक मरता को खुदबा दिया. तो फिर समझ में आया कि औरतों को मेरी बात सुनाई नहीं रही होगी. दूर उस जमाने में तो speaker, loud speaker तो था नहीं.</w:t>
      </w:r>
    </w:p>
    <w:p>
      <w:r>
        <w:rPr>
          <w:b/>
        </w:rPr>
        <w:t xml:space="preserve">[49:52] </w:t>
      </w:r>
      <w:r>
        <w:t>To rasoola ne specially jaakar auraton ko phir dobara khutba diya. Unko samjhaya, naseehat kiya unko. Aur usi tareeqe se ek waqia hai ke rasoola salla salla salla daud lagai wahan par.</w:t>
      </w:r>
    </w:p>
    <w:p>
      <w:pPr>
        <w:jc w:val="right"/>
      </w:pPr>
      <w:r>
        <w:t>तो रसूल्ला ने specially जाकर औरतों को फिर दोबारा खुदबा दिया. उनको समझाया, नसीयत किया उनको. और उसी तरीके से एक वाक्या है कि रसूल्ला सल्लाह सल्लाह सल्लाह दौड़ लगाई वहाँ पर.</w:t>
      </w:r>
    </w:p>
    <w:p>
      <w:r>
        <w:rPr>
          <w:b/>
        </w:rPr>
        <w:t xml:space="preserve">[50:21] </w:t>
      </w:r>
      <w:r>
        <w:t>Aaj agar main aalim hoon to main samajhta hoon. Aaj agar aisa koi kare, khaas taur se aalim kare to bahut baaten banengi lekin rasoola ne aisa kiya hai. Ek marta nahi balki kai marta kya hai. To aisa nahi hai ke islam ne dabaya yeh kya yeh to baat ke, baat kawa kar. Agar hum quran aur haajiz ko padhe to aise bahut sari misalen milti hain. Dekhiye hazrat maryam par poora chapter hai.</w:t>
      </w:r>
    </w:p>
    <w:p>
      <w:pPr>
        <w:jc w:val="right"/>
      </w:pPr>
      <w:r>
        <w:t>आज अगर मैं आलीम हूँ तो मैं समझता हूँ. आज अगर ऐसा कोई करे, खास तौर से आलीम करे तो बहुत बादें बनेंगे लेकिन रसूल्ला ने ऐसा किया है. एक मरता नहीं बल्कि कई मरता क्या है. तो ऐसा नहीं है कि इस्लाम ने दबाया यह क्या यह तो बात के, बात कवा कर. अगर हम कुरान और हाजिज़ को पढ़े तो ऐसे बहुत सारी मिसारें मिलती हैं. देखिए हजरत मरियम पर पूरा chapter है.</w:t>
      </w:r>
    </w:p>
    <w:p>
      <w:r>
        <w:rPr>
          <w:b/>
        </w:rPr>
        <w:t xml:space="preserve">[50:45] </w:t>
      </w:r>
      <w:r>
        <w:t>Matlab siway har rasoola aur siway prophet ke naam par chapters hain lekin ek aurat ke naam par poora chapter hai hazrat mariyam aur teen usmein hai hadith mein teen misali auraten, usmein hadrat khadija. Haan. Hadrat mariyam aur hadrat aisha. To misali auraten, auraton par ke naam sir bhi auraten hain.</w:t>
      </w:r>
    </w:p>
    <w:p>
      <w:pPr>
        <w:jc w:val="right"/>
      </w:pPr>
      <w:r>
        <w:t>मतलब सिवाय हर रसूल्लाह और सिवाय प्रापेट के नाम पर chapters हैं लेकिन एक औरत के नाम पर पूरा chapter है हजरत मारियम और तीन उसमें है हदीश में तीन मिसाली औरतें, उसमें हदरत खदीजा. हां. हदरत मरियम और हदरत आशिया. तो मिसाली औरतों, औरतों पर के नाम sir भी औरतें हैं.</w:t>
      </w:r>
    </w:p>
    <w:p>
      <w:r>
        <w:rPr>
          <w:b/>
        </w:rPr>
        <w:t xml:space="preserve">[51:14] </w:t>
      </w:r>
      <w:r>
        <w:t>Ab jabki mardon ke naam prophet ke alawa nahi koi diya gaya hai ke yeh misali mard hai. To koi bhi kisi lihaz se bhi darja kam nahi hai. Sirf hamein yahi samajhna hai ke woh zamane mein mawqe kam the. Is wajah se auraten utna kaam nahi kar saken jitna ke islam ne unko mauqa ijazat di thi. To woh zamane ka ki wajah se hai na ke islam ki wajah se.</w:t>
      </w:r>
    </w:p>
    <w:p>
      <w:pPr>
        <w:jc w:val="right"/>
      </w:pPr>
      <w:r>
        <w:t>अब जबकि मर्दों के नाम profit के अलावा नहीं कोई दिया गया है कि यह मिशाली मर्द है. तो कोई भी किसी लिहाज से भी दर्जा कम नहीं है. सिर्फ हमें यही समझना है कि वह जमाने में मवाके कम थे. इस वजह से औरतें उतना काम नहीं कर सकें जितना कि इस्लाम ने उनको मौक इजाज़त दी थी. तो वह जमाने का की वजह से है ना कि इस्लाम की वजह से.</w:t>
      </w:r>
    </w:p>
    <w:p>
      <w:r>
        <w:rPr>
          <w:b/>
        </w:rPr>
        <w:t xml:space="preserve">[51:43] </w:t>
      </w:r>
      <w:r>
        <w:t>Ji, Maulana Wahiduddin Khan sahib kehte the ke potentially every man is a superman and every woman is a superwoman.</w:t>
      </w:r>
    </w:p>
    <w:p>
      <w:pPr>
        <w:jc w:val="right"/>
      </w:pPr>
      <w:r>
        <w:t>जी, मुलाना वैद्युन खान साहब कहते थे कि potentially every man is a superman and every woman is a superwoman.</w:t>
      </w:r>
    </w:p>
    <w:p>
      <w:r>
        <w:rPr>
          <w:b/>
        </w:rPr>
        <w:t xml:space="preserve">[51:53] </w:t>
      </w:r>
      <w:r>
        <w:t>What is required is that insatiable desire in both of them to convert this potential into actual aur jaise abhi Faraz sahib ne bhi kaha ke chapter three of the Quran says ke god very clearly says that I will not deny any reward of man and woman for their, for their labor. I will not deny the reward of a man and woman for the labors that they do.</w:t>
      </w:r>
    </w:p>
    <w:p>
      <w:pPr>
        <w:jc w:val="right"/>
      </w:pPr>
      <w:r>
        <w:t>What is required is that insatiable desire in both of them to convert this potential into actual और जैसे अभी फाराज साहब ने भी कहा कि chapter three of the Quran says कि god very clearly says that I will not deny any reward of man and woman for their, for their labor. I will not deny the reward of a man and woman for the labors that they do.</w:t>
      </w:r>
    </w:p>
    <w:p>
      <w:r>
        <w:rPr>
          <w:b/>
        </w:rPr>
        <w:t xml:space="preserve">[52:19] </w:t>
      </w:r>
      <w:r>
        <w:t>So what is important is like Maulana sahib mention and what Farhad sahib reminded that equal in respect and different in role. What man and woman must do is that they have to understand their role, their abilities and convert that into an actual, in an actual action. Aap agla sawal lete hain. Yeh doctor Nagma Siddiqui ne bheja hai Delhi se.</w:t>
      </w:r>
    </w:p>
    <w:p>
      <w:pPr>
        <w:jc w:val="right"/>
      </w:pPr>
      <w:r>
        <w:t>So what is important is like मुलाना साहब mention and what फरहाद साहब reminded that equal in respect and different in role. What man and woman must do is that they have to understand their role, their abilities and convert that into an actual, in an actual action. आप अगला सवाल लेते हैं. यह doctor नगमा सिद्देखी ने भेजा है दिल्ली से.</w:t>
      </w:r>
    </w:p>
    <w:p>
      <w:r>
        <w:rPr>
          <w:b/>
        </w:rPr>
        <w:t xml:space="preserve">[52:49] </w:t>
      </w:r>
      <w:r>
        <w:t>Unhone likha hai, Maulana emphasize the role of women in the CPS mission. How are women taking the mission forward? Iske bare mein bataein. Ji, Maulana sahib ne bees saal jo training ki hai CPS mein jo address karte the uske usmein bahut sari auraton ne hissa liya aur regular usmein program mein aati thi.</w:t>
      </w:r>
    </w:p>
    <w:p>
      <w:pPr>
        <w:jc w:val="right"/>
      </w:pPr>
      <w:r>
        <w:t>उन्होंने लिखा है, मुलाना emphasize the role of women in the CPS mission. How are women taking the mission forward? इसके बारे में बताएं. जी, मारा साहब ने बीस साल जो training की है cps में जो address करते थे उसके उसमें बहुत सारी औरतों ने हिस्सा लिया और regular उसमें program में आती थी.</w:t>
      </w:r>
    </w:p>
    <w:p>
      <w:r>
        <w:rPr>
          <w:b/>
        </w:rPr>
        <w:t xml:space="preserve">[53:17] </w:t>
      </w:r>
      <w:r>
        <w:t>To Maulana sahib ne hamesha unko barabar ka darja diya, unko address kiya, unke sawalat ko sunte the, jawab dete the aur unko encourage karte the ke aap kaam kariye din ka. To is tarike se bahut sari ladies jo hai wo taiyar hui aur sab log apni apni jagah par kaam mein lage hue hain.</w:t>
      </w:r>
    </w:p>
    <w:p>
      <w:pPr>
        <w:jc w:val="right"/>
      </w:pPr>
      <w:r>
        <w:t>तो मोहराल साहब ने हमेशा उनको बराबर का दर्जा दिया, उनको address किया, उनके सवालात को सुनते थे, जवाब देते थे और उनको encourage करते थे कि आप काम करिए दिन का. तो इस तरीके से बहुत सारी ladies जो है वो तैयार हुई और सब लोग अपनी अपनी जगह पर काम में लगे हुए हैं.</w:t>
      </w:r>
    </w:p>
    <w:p>
      <w:r>
        <w:rPr>
          <w:b/>
        </w:rPr>
        <w:t xml:space="preserve">[53:40] </w:t>
      </w:r>
      <w:r>
        <w:t>Har tarah ka kaam kar rahe hain, chahe wo return work ho, chahe wo speaking ka kaam ho, chahe wo usmein WhatsApp group mein kaam kar rahe hain. To tamam auraten distribution mein kaam kar rahi hain. To tamam auraten kaam mein lagi hui hain jinhone Maulana sahib se training li thi aur phir Maulana sahib ke videos hain usko sun sun kar log taiyar ho rahe hain. To yeh to bahut zyada unki training ho gayi.</w:t>
      </w:r>
    </w:p>
    <w:p>
      <w:pPr>
        <w:jc w:val="right"/>
      </w:pPr>
      <w:r>
        <w:t>हर तरह का काम कर रहे हैं, चाहे वो return work हो, चाहे वो speaking का काम हो, चाहे वो उसमें WhatsApp group में काम कर रहे हैं. तो तमाम औरतें distribution में काम कर रही हैं. तो तमाम औरतें काम में लगी हुई हैं जिन्होंने मौरान साहब से training ली थी और फिर मौरान साहब के videos हैं उसको sun sun कर लोग तैयार हो रहे हैं. तो यह तो बहुत ज़्यादा उनकी training हो गई.</w:t>
      </w:r>
    </w:p>
    <w:p>
      <w:r>
        <w:rPr>
          <w:b/>
        </w:rPr>
        <w:t xml:space="preserve">[54:07] </w:t>
      </w:r>
      <w:r>
        <w:t>Wahi maine jo kaha tha na training ki zaroorat hai. Unki training ho gayi hai isliye wo kaam kar pa rahi hain. To hamein bhi chahiye ke jo ab nai nai ladies jo join ho rahi hai mission mein unki bhi training ki jaye. Uske liye aise halaat taiyar kiye jaye, program kiye jaye aur unki training ki jaye taaki wo is mission ko lekar ke aage badh jayen.</w:t>
      </w:r>
    </w:p>
    <w:p>
      <w:pPr>
        <w:jc w:val="right"/>
      </w:pPr>
      <w:r>
        <w:t>वही मैंने जो कहा था ना training की ज़रूरत है. उनकी training हो गई है इसलिए वो काम कर पा रही हैं. तो हमें भी चाहिए कि जो अब नई नई ladies जो join हो रही है mission में उनकी भी training की जाए. उसके लिए ऐसे हालात तैयार किए जाए, program किए जाए और उनकी training की जाए ताकि वो इस mission को लेकर के आगे बढ़ जाएं.</w:t>
      </w:r>
    </w:p>
    <w:p>
      <w:r>
        <w:rPr>
          <w:b/>
        </w:rPr>
        <w:t xml:space="preserve">[54:29] </w:t>
      </w:r>
      <w:r>
        <w:t>Bahut bada yeh mission hai sari duniya mein islam ka paigham pahunchana hai to chand log jo hain wo nahi yeh kaam kar sakenge isliye bahut zyada hamein chahiye ke log ayen ismein aur is mission ko lekar ke aage badhe. Ismein Maulana ko barabar kaha karte the, innamaun nisa wa rijal aur shakh wa shajr dono ek doosre ke liye cogwheel ki manin hai.</w:t>
      </w:r>
    </w:p>
    <w:p>
      <w:pPr>
        <w:jc w:val="right"/>
      </w:pPr>
      <w:r>
        <w:t>बहुत बड़ा यह mission है सारी दुनिया में इस्लाम का प्राराम पहुंचाना है तो चंद लोग जो हैं वह नहीं यह काम कर सकेंगे इसलिए बहुत ज़्यादा हमें चाहिए कि लोग आएं इसमें और इस mission को लेकर के आगे बढ़े. इसमें मंगलाना को बराबर कहा करते थे, इन्नमंन्निसा और शखायक और विचाल के और औरत और पर्द दोनों एक दूसरे के लिए cogwheel की मानिन है.</w:t>
      </w:r>
    </w:p>
    <w:p>
      <w:r>
        <w:rPr>
          <w:b/>
        </w:rPr>
        <w:t xml:space="preserve">[54:55] </w:t>
      </w:r>
      <w:r>
        <w:t>To usi ko main dekhta hoon khud ke usi buniyad par CPS international mein auraten badi mein kaam kar rahi hain. Yeh alag baat hai ke itni dawat ka kaam itna bada hai, itna huge hai ke yeh kaafi auraten bhi lekin bahut badi taadad mein kaam kar rahi hain. Khud main urdu ke section ko dekhta hoon to ek, ek taadad hai hamare paas bhi jo urdu ke kaam mein hamari madad karti hai, aage badhati hai kaam ko.</w:t>
      </w:r>
    </w:p>
    <w:p>
      <w:pPr>
        <w:jc w:val="right"/>
      </w:pPr>
      <w:r>
        <w:t>तो उसी को मैं देखता हूं खुद कि उसी भुनियाद पर CPS international में औरतें बड़ी में काम कर रही हैं. यह अलग बात है कि इतनी दावत का काम इतना बड़ा है, इतना huge है कि यह काफी औरतें भी लेकिन बहुत बड़ी तादाद में काम कर रही हैं. खुद मैं उर्दू के section को देखता हूँ तो एक, एक तादाद है हमारे पास भी जो उर्दू के काम में हमारी मदद करती है, आगे बढ़ाती है काम को.</w:t>
      </w:r>
    </w:p>
    <w:p>
      <w:r>
        <w:rPr>
          <w:b/>
        </w:rPr>
        <w:t xml:space="preserve">[55:22] </w:t>
      </w:r>
      <w:r>
        <w:t>Dawat ke talluq se bhi maine dekha hai ke dawat mein wahan par auraten jaakar kaam kar jati hain jahan par mard nahi ja sakte aur Maulana ne ek mazmoon mein bhi likha tha, uska reason yeh hai ke aajkal auraton ko deny karna hai, auraton ko respect na dena, yeh aaj ke norm ke khilaf hai. Is wajah agar koi aurat jaakar kahin par dawat ka kaam karti hai to sab izzat se unko dekhte hain, uski baaten sunte hain, usse quran lete hain.</w:t>
      </w:r>
    </w:p>
    <w:p>
      <w:pPr>
        <w:jc w:val="right"/>
      </w:pPr>
      <w:r>
        <w:t>दावत के ताल्लुक से भी मैंने देखा है कि दावत में वहाँ पर औरतें जाकर काम कर जाती हैं जहा पर मर्द नहीं जा सकते और मराना ने एक मज़बून में भी लिखा था, उसका reason यह है कि आजकल औरतों को deny करना है, औरतों को respect न देना, यह आज के norm के खिलाफ है. इस वेश अगर कोई औरत जाकर कहीं पर दावत का काम करती है तो सब इज्जत से उनको देखते हैं, उसकी बातें सुनते हैं, उससे कुरान लेते हैं.</w:t>
      </w:r>
    </w:p>
    <w:p>
      <w:r>
        <w:rPr>
          <w:b/>
        </w:rPr>
        <w:t xml:space="preserve">[55:48] </w:t>
      </w:r>
      <w:r>
        <w:t>To jaise mardon ke liye dawat ka mauqa hai, opportunity hai, usse zyada auraton ke liye hai. To auraten kaam karen. Zyada unke liye mauqa hai aaj. CPSN international yeh rasta khola hai unke liye. Shad Hussain sahib ne Srinagar se comment bheja hai. A productive session indeed. It enlightens us regarding available sources of intellectual development which most people miss.</w:t>
      </w:r>
    </w:p>
    <w:p>
      <w:pPr>
        <w:jc w:val="right"/>
      </w:pPr>
      <w:r>
        <w:t>तो जैसे मर्दों के लिए दावत का मौका है, opportunity है, उससे ज़्यादा औरतों के लिए है. तो औरतें काम करें. ज़्यादा उनके लिए मौका है आज. CPCN international यह रास्ता खोला है उनके लिए. शाद हुसैन साहब ने श्रीनगर से comment भेजा है. A productive session indeed. It enlightens us regarding available sources of intellectual development which most people miss.</w:t>
      </w:r>
    </w:p>
    <w:p>
      <w:r>
        <w:rPr>
          <w:b/>
        </w:rPr>
        <w:t xml:space="preserve">[56:17] </w:t>
      </w:r>
      <w:r>
        <w:t>malana's legacy carried forward.</w:t>
      </w:r>
    </w:p>
    <w:p>
      <w:pPr>
        <w:jc w:val="right"/>
      </w:pPr>
      <w:r>
        <w:t>मलाना's legacy carried forward.</w:t>
      </w:r>
    </w:p>
    <w:p>
      <w:r>
        <w:rPr>
          <w:b/>
        </w:rPr>
        <w:t xml:space="preserve">[56:24] </w:t>
      </w:r>
      <w:r>
        <w:t>it is god's blessings. thank you.</w:t>
      </w:r>
    </w:p>
    <w:p>
      <w:pPr>
        <w:jc w:val="right"/>
      </w:pPr>
      <w:r>
        <w:t>It is God's blessings. Thank you.</w:t>
      </w:r>
    </w:p>
    <w:p>
      <w:r>
        <w:rPr>
          <w:b/>
        </w:rPr>
        <w:t xml:space="preserve">[56:31] </w:t>
      </w:r>
      <w:r>
        <w:t>aap agla sawal lete hain.</w:t>
      </w:r>
    </w:p>
    <w:p>
      <w:pPr>
        <w:jc w:val="right"/>
      </w:pPr>
      <w:r>
        <w:t>आप अगला सवाल लेते हैं.</w:t>
      </w:r>
    </w:p>
    <w:p>
      <w:r>
        <w:rPr>
          <w:b/>
        </w:rPr>
        <w:t xml:space="preserve">[56:38] </w:t>
      </w:r>
      <w:r>
        <w:t>yeh sawal bheja hai muradabad se miss afsah khan ne.</w:t>
      </w:r>
    </w:p>
    <w:p>
      <w:pPr>
        <w:jc w:val="right"/>
      </w:pPr>
      <w:r>
        <w:t>यह सवाल भेजा है मुराधाबाद से miss अफसाह खान ने.</w:t>
      </w:r>
    </w:p>
    <w:p>
      <w:r>
        <w:rPr>
          <w:b/>
        </w:rPr>
        <w:t xml:space="preserve">[56:45] </w:t>
      </w:r>
      <w:r>
        <w:t>unhone likha hai, any example from the time of prophet mohammed that he gave importance to having dialogue</w:t>
      </w:r>
    </w:p>
    <w:p>
      <w:pPr>
        <w:jc w:val="right"/>
      </w:pPr>
      <w:r>
        <w:t>उन्होंने लिखा है, any example from the time of prophet मोहम्मद that he gave importance to having dialogue</w:t>
      </w:r>
    </w:p>
    <w:p>
      <w:r>
        <w:rPr>
          <w:b/>
        </w:rPr>
        <w:t xml:space="preserve">[56:52] </w:t>
      </w:r>
      <w:r>
        <w:t>and interaction with women in religious or secular matters.</w:t>
      </w:r>
    </w:p>
    <w:p>
      <w:pPr>
        <w:jc w:val="right"/>
      </w:pPr>
      <w:r>
        <w:t>and interaction with women in religious or secular matters.</w:t>
      </w:r>
    </w:p>
    <w:p>
      <w:r>
        <w:rPr>
          <w:b/>
        </w:rPr>
        <w:t xml:space="preserve">[57:00] </w:t>
      </w:r>
      <w:r>
        <w:t>Wahan bhi hadrat khadija saath hoti thi. To har program mein saath hoti thi. Masjid mein zyada tar sara kaam masjid mein hi hota tha. Masjid mein auraten saath hoti thi, battlefield mein saath hoti thi. Sermons sunti thi. To sare hi kaam to usi mein discussion bhi hota tha. Ab ho sakta hai kuch cheezein record na hui hon lekin barabar discussion hota tha unse baatcheet hoti thi.</w:t>
      </w:r>
    </w:p>
    <w:p>
      <w:pPr>
        <w:jc w:val="right"/>
      </w:pPr>
      <w:r>
        <w:t>वहां भी हदलत खरीदा साथ होती थी. तो हर program में साथ होती थी. मस्जिद में ज़्यादातर सारा काम मस्जिद में ही होता था. मस्जिद में औरतें साथ होती थी, battlefield में साथ होती थी. Sermons सुनती थी. तो सारे ही काम तो उसी में discussion भी होता था. अब हो सकता है कुछ चीज़ें record ना हुई हों लेकिन बराबर discussion होता था उनसे बातचीत होती थी.</w:t>
      </w:r>
    </w:p>
    <w:p>
      <w:r>
        <w:rPr>
          <w:b/>
        </w:rPr>
        <w:t xml:space="preserve">[57:28] </w:t>
      </w:r>
      <w:r>
        <w:t>Auraten har sawal aap aati thi, har sawal ke liye aapke paas aati thi aapse jawab leti thi aapse. To yahi us zamane ka hi interaction tha ab aajkal ki tarah bade bade jaise program, conferences waghera hoti hai wo to hota nahi tha. Wahi jo masjid thi masjid jannat abhi wahi markaz thi. Wahin par sari baaten hoti thi. Wahin par aurat, mard sab aapse mustafeed hote the.</w:t>
      </w:r>
    </w:p>
    <w:p>
      <w:pPr>
        <w:jc w:val="right"/>
      </w:pPr>
      <w:r>
        <w:t>औरतें हर सवाल आप आती थी, हर सवाल के लिए आपके पास आती थी आपसे जवाब लेती थी आपसे. तो यही उस जमाने का ही interaction था अब आजकल की तरह बड़े बड़े जैसे program, conferences वगैरह होती है वो तो होता नहीं था. वही जो मस्जिद थी मस्जिद जन्म अभी वही मरकस थी. वहीं पर सारी बातें होती थी. वहीं पर औरत, मल्द सब आपसे मुस्तफीद होते थे.</w:t>
      </w:r>
    </w:p>
    <w:p>
      <w:r>
        <w:rPr>
          <w:b/>
        </w:rPr>
        <w:t xml:space="preserve">[57:55] </w:t>
      </w:r>
      <w:r>
        <w:t>To yahi tha, yahi dialogue tha, wahi interaction tha apne. Zamane ke lihaz se kaam hota hai to us zamane ke lihaz se poori tarike se auraten jo hai har kaam mein shamil hoti thi. Aapne kabhi kisi ko mana nahi kiya yahan tak aurat apna chota bachcha lekar aa jati thi namaz padhne bachcha rone lagta.</w:t>
      </w:r>
    </w:p>
    <w:p>
      <w:pPr>
        <w:jc w:val="right"/>
      </w:pPr>
      <w:r>
        <w:t>तो यही था, यही dialogue था, वही interaction था अपने. ज़माने के लिहाज से काम होता है तो उस ज़माने के लिहाज से पूरी तरीके से औरतें जो है हर काम में शामिल होती थी. आपने कभी किसी को मना नहीं किया यहां तक औरत अपना छोटा बच्चा लेकर आ जाती थी नमाज़ पढ़ने बच्चा रोने लगता.</w:t>
      </w:r>
    </w:p>
    <w:p>
      <w:r>
        <w:rPr>
          <w:b/>
        </w:rPr>
        <w:t xml:space="preserve">[58:15] </w:t>
      </w:r>
      <w:r>
        <w:t>tab bhi aapne nahin kehte the ke dekho bachcha humein disturb karta hai jiske chhote bachche ho woh</w:t>
      </w:r>
    </w:p>
    <w:p>
      <w:pPr>
        <w:jc w:val="right"/>
      </w:pPr>
      <w:r>
        <w:t>तब भी आपने नहीं कहते थे कि देखो बच्चा हमें disturb करता है जिसके छोटे बच्चे हो वो</w:t>
      </w:r>
    </w:p>
    <w:p>
      <w:r>
        <w:rPr>
          <w:b/>
        </w:rPr>
        <w:t xml:space="preserve">[58:23] </w:t>
      </w:r>
      <w:r>
        <w:t>na aaye tab bhi nahin balki aap jitna rasulla sallaam ne kiya to aaj to koi bhi jaakar</w:t>
      </w:r>
    </w:p>
    <w:p>
      <w:pPr>
        <w:jc w:val="right"/>
      </w:pPr>
      <w:r>
        <w:t>न आए तब भी नहीं बल्कि आप जितना रसूल्ला ससलम ने किया तो आज तो कोई भी जाकर</w:t>
      </w:r>
    </w:p>
    <w:p>
      <w:r>
        <w:rPr>
          <w:b/>
        </w:rPr>
        <w:t xml:space="preserve">[58:31] </w:t>
      </w:r>
      <w:r>
        <w:t>masjid mein koi aurat jaaye uska bachcha ro raha ho to woh to hai mamu kahenge ke tum</w:t>
      </w:r>
    </w:p>
    <w:p>
      <w:pPr>
        <w:jc w:val="right"/>
      </w:pPr>
      <w:r>
        <w:t>मस्जिद में कोई औरत जाए उसका बच्चा रो रहा हो तो वह तो है मामू कहेंगे कि तुम</w:t>
      </w:r>
    </w:p>
    <w:p>
      <w:r>
        <w:rPr>
          <w:b/>
        </w:rPr>
        <w:t xml:space="preserve">[58:39] </w:t>
      </w:r>
      <w:r>
        <w:t>kyon usko lekar aayi ho yahan?</w:t>
      </w:r>
    </w:p>
    <w:p>
      <w:pPr>
        <w:jc w:val="right"/>
      </w:pPr>
      <w:r>
        <w:t>क्यों उसको लेकर आई हो यहाँ?</w:t>
      </w:r>
    </w:p>
    <w:p>
      <w:r>
        <w:rPr>
          <w:b/>
        </w:rPr>
        <w:t xml:space="preserve">[58:48] </w:t>
      </w:r>
      <w:r>
        <w:t>To is tarike se aapne jo us zamane mein jo available opportunities thi poori aapne auraton ko usko allow kiya ke use istemal kare usse fayda uthaye aur apni training kare aur yahi wajah hai ke auraten itni trend ho gayi thi ke baad mein sari duniya mein ab yeh modern day se pehle yahi auraten thi jo gharon mein taleem deti thi.</w:t>
      </w:r>
    </w:p>
    <w:p>
      <w:pPr>
        <w:jc w:val="right"/>
      </w:pPr>
      <w:r>
        <w:t>तो इस तरीके से आपने जो उस जमाने में जो available opportunities थी पूरी आपने औरतों को उसको allow किया कि उसे इस्तेमाल करे उससे फ़ायदा उठाएं और अपनी training करे और यही वजह है कि औरतें इतनी trend हो गई थी के बाद में सारी दुनिया में अब यह modern day से पहले यही औरतें थी जो घरों में तालीम देती थी.</w:t>
      </w:r>
    </w:p>
    <w:p>
      <w:r>
        <w:rPr>
          <w:b/>
        </w:rPr>
        <w:t xml:space="preserve">[59:17] </w:t>
      </w:r>
      <w:r>
        <w:t>Urdu ki, arabi ki, farsi ki aur jo ibtedai taleem hoti thi, quran padhati thi. Yahan tak maine bhi ghar mein, ghar mein hi quran padhaye. To ye auraten hi sara karti thi. Gharon mein ye samajh lijiye primary school sare ghar ban gaye the. To balki angrezon ke zamane mein sari cheezon ka record taiyar hua tha. To unhone bataya ke ek ek state mein kai kai lakh primary schools hote the.</w:t>
      </w:r>
    </w:p>
    <w:p>
      <w:pPr>
        <w:jc w:val="right"/>
      </w:pPr>
      <w:r>
        <w:t>उर्दू की, अरबी की, फारसी की और जो इब्तेदाई तालीम होती थी, कुरान पढ़ाती थी. यहां तक मैंने भी घर में, घर में ही कुरान पढ़ाए. तो ये औरतें ही सारा करती थी. घरों में ये समझ लीजिए primary school सारे घर वन गए थे. तो बल्कि अंग्रेज़ों के जमाने में सारी चीज़ों का record तैयार हुआ था. तो उन्होंने बताया कि एक एक state में कई कई लाख primary schools होते थे.</w:t>
      </w:r>
    </w:p>
    <w:p>
      <w:r>
        <w:rPr>
          <w:b/>
        </w:rPr>
        <w:t xml:space="preserve">[59:46] </w:t>
      </w:r>
      <w:r>
        <w:t>to aur sabse pehla school jo hota tha wo gharon mein hota tha aur ye auratein jo hain</w:t>
      </w:r>
    </w:p>
    <w:p>
      <w:pPr>
        <w:jc w:val="right"/>
      </w:pPr>
      <w:r>
        <w:t>तो और सबसे पहला school जो होता था वो घरों में होता था और ये औरतें जो हैं</w:t>
      </w:r>
    </w:p>
    <w:p>
      <w:r>
        <w:rPr>
          <w:b/>
        </w:rPr>
        <w:t xml:space="preserve">[59:52] </w:t>
      </w:r>
      <w:r>
        <w:t>bachchon ko taaleem deti thi kyunki ab pehle zamane mein wo transport waghera thi nahi chhota bachcha jaise</w:t>
      </w:r>
    </w:p>
    <w:p>
      <w:pPr>
        <w:jc w:val="right"/>
      </w:pPr>
      <w:r>
        <w:t>बच्चों को तालीम देती थी क्योंकि अब पहले ज़माने में वो transport वगैरह थी नहीं छोटा बच्चा जैसे</w:t>
      </w:r>
    </w:p>
    <w:p>
      <w:r>
        <w:rPr>
          <w:b/>
        </w:rPr>
        <w:t xml:space="preserve">[59:58] </w:t>
      </w:r>
      <w:r>
        <w:t>aaj gaadi mein chala jaata hai school to wo tab to tha nahi.</w:t>
      </w:r>
    </w:p>
    <w:p>
      <w:pPr>
        <w:jc w:val="right"/>
      </w:pPr>
      <w:r>
        <w:t>आज गाड़ी में चला जाता है school तो वो तब तो था नहीं.</w:t>
      </w:r>
    </w:p>
    <w:p>
      <w:r>
        <w:rPr>
          <w:b/>
        </w:rPr>
        <w:t xml:space="preserve">[1:00:04] </w:t>
      </w:r>
      <w:r>
        <w:t>to primary education unko ghar mein mil jaati thi uske baad woh kisi darshaka mein jaate the.</w:t>
      </w:r>
    </w:p>
    <w:p>
      <w:pPr>
        <w:jc w:val="right"/>
      </w:pPr>
      <w:r>
        <w:t>तो primary education उनको घर में मिल जाती थी उसके बाद वह किसी दर्शका में जाते थे.</w:t>
      </w:r>
    </w:p>
    <w:p>
      <w:r>
        <w:rPr>
          <w:b/>
        </w:rPr>
        <w:t xml:space="preserve">[1:00:10] </w:t>
      </w:r>
      <w:r>
        <w:t>to isi wajah se hua ki rasoolaslam unko poori training di, poori tarike se unko encourage kiya.</w:t>
      </w:r>
    </w:p>
    <w:p>
      <w:pPr>
        <w:jc w:val="right"/>
      </w:pPr>
      <w:r>
        <w:t>तो इसी वजह से हुआ कि रसूल्लास्लाम उनको पूरी training दी, पूरी तरीके से उनको encourage किया.</w:t>
      </w:r>
    </w:p>
    <w:p>
      <w:r>
        <w:rPr>
          <w:b/>
        </w:rPr>
        <w:t xml:space="preserve">[1:00:17] </w:t>
      </w:r>
      <w:r>
        <w:t>Papa in fact there is one tradition of Hazrat Aisha which clearly showcases that there was proper interaction, dialogue among women and Hazrat Aisha you know says that tradition is that Hazrat Aisha says that the best women were the Ansar women. Shyness didn't prevent them from questioning regarding religion and acquiring religious understanding.</w:t>
      </w:r>
    </w:p>
    <w:p>
      <w:pPr>
        <w:jc w:val="right"/>
      </w:pPr>
      <w:r>
        <w:t>Papa in fact there is one tradition of हज़रत आईशा which clearly showcases that there was proper interaction, dialogue among women and हज़रत आईशा you know says that tradition is that हज़रत आईशा says that the best women were the अंसार women. Shyness didn't prevent them from questioning regarding religion and acquiring religious understanding.</w:t>
      </w:r>
    </w:p>
    <w:p>
      <w:r>
        <w:rPr>
          <w:b/>
        </w:rPr>
        <w:t xml:space="preserve">[1:00:44] </w:t>
      </w:r>
      <w:r>
        <w:t>to is se saaf zahir hai ke is ka matlab ke woh sawal karti thi, un ki religious understanding barhti thi aur ek bohat zabardast lesson jo hum log hudeebia incident se lete hain ke when prophet signed the treaty unilaterally and then, you know, they had to go back.</w:t>
      </w:r>
    </w:p>
    <w:p>
      <w:pPr>
        <w:jc w:val="right"/>
      </w:pPr>
      <w:r>
        <w:t>तो इससे साफ ज़ाहिर है कि इसका मतलब कि वह सवाल करती थी, उनकी religious understanding बढ़ती थी और एक बहुत ज़बरदस्त lesson जो हम लोग होदेविया incident से लेते हैं कि when prophet signed the treaty unilaterally and then, you know, they had to go back.</w:t>
      </w:r>
    </w:p>
    <w:p>
      <w:r>
        <w:rPr>
          <w:b/>
        </w:rPr>
        <w:t xml:space="preserve">[1:01:05] </w:t>
      </w:r>
      <w:r>
        <w:t>The companions were not happy, you know, with the signing of the treaty and so they were disappointed and prophet then, you know, asked the companions to sacrifice their animals which they had brought with them to be taken to, you know, Kawa. And, you know, he said that sacrifice your animals and shave off your heads. But none of the companions responded.</w:t>
      </w:r>
    </w:p>
    <w:p>
      <w:pPr>
        <w:jc w:val="right"/>
      </w:pPr>
      <w:r>
        <w:t>The companions were not happy, you know, with the signing of the treaty and so they were disappointed and prophet then, you know, asked the companions to sacrifice their animals which they had brought with them to be taken to, you know, Kawa. And, you know, he said that sacrifice your animals and shave off your heads. But none of the companions responded.</w:t>
      </w:r>
    </w:p>
    <w:p>
      <w:r>
        <w:rPr>
          <w:b/>
        </w:rPr>
        <w:t xml:space="preserve">[1:01:29] </w:t>
      </w:r>
      <w:r>
        <w:t>It was the first time that such a response was given by the companions and at that time</w:t>
      </w:r>
    </w:p>
    <w:p>
      <w:pPr>
        <w:jc w:val="right"/>
      </w:pPr>
      <w:r>
        <w:t>It was the first time that such a response was given by the companions and at that time</w:t>
      </w:r>
    </w:p>
    <w:p>
      <w:r>
        <w:rPr>
          <w:b/>
        </w:rPr>
        <w:t xml:space="preserve">[1:01:35] </w:t>
      </w:r>
      <w:r>
        <w:t>it was hazrat umme salma prophet's wife who advised the prophet that you do it and they will</w:t>
      </w:r>
    </w:p>
    <w:p>
      <w:pPr>
        <w:jc w:val="right"/>
      </w:pPr>
      <w:r>
        <w:t>it was हज़रत उम्मीद सलमा prophet's wife who advised the prophet that you do it and they will</w:t>
      </w:r>
    </w:p>
    <w:p>
      <w:r>
        <w:rPr>
          <w:b/>
        </w:rPr>
        <w:t xml:space="preserve">[1:01:42] </w:t>
      </w:r>
      <w:r>
        <w:t>certainly follow you and it so happened that prophet, you know, sacrificed the animal himself and he shaved</w:t>
      </w:r>
    </w:p>
    <w:p>
      <w:pPr>
        <w:jc w:val="right"/>
      </w:pPr>
      <w:r>
        <w:t>certainly follow you and it so happened that prophet, you know, sacrificed the animal himself and he shaved</w:t>
      </w:r>
    </w:p>
    <w:p>
      <w:r>
        <w:rPr>
          <w:b/>
        </w:rPr>
        <w:t xml:space="preserve">[1:01:49] </w:t>
      </w:r>
      <w:r>
        <w:t>off, you know, his head and at that incident it had such an emotional impact on the companions</w:t>
      </w:r>
    </w:p>
    <w:p>
      <w:pPr>
        <w:jc w:val="right"/>
      </w:pPr>
      <w:r>
        <w:t>off, you know, his head and at that incident it had such an emotional impact on the companions</w:t>
      </w:r>
    </w:p>
    <w:p>
      <w:r>
        <w:rPr>
          <w:b/>
        </w:rPr>
        <w:t xml:space="preserve">[1:01:56] </w:t>
      </w:r>
      <w:r>
        <w:t>that they were overwhelmed and they just started falling the profit.</w:t>
      </w:r>
    </w:p>
    <w:p>
      <w:pPr>
        <w:jc w:val="right"/>
      </w:pPr>
      <w:r>
        <w:t>that they were overwhelmed and they just started falling the profit.</w:t>
      </w:r>
    </w:p>
    <w:p>
      <w:r>
        <w:rPr>
          <w:b/>
        </w:rPr>
        <w:t xml:space="preserve">[1:02:03] </w:t>
      </w:r>
      <w:r>
        <w:t>So this shows that only a person who is very well aware about the social and the political affairs could give an advice like that. Umme Salma, Hazrat Umme Salma couldn't have given that advice out of, you know, I mean just that particular situation. That means she was updated. She was not confined to the four walls of the house.</w:t>
      </w:r>
    </w:p>
    <w:p>
      <w:pPr>
        <w:jc w:val="right"/>
      </w:pPr>
      <w:r>
        <w:t>So this shows that only a person who is very well aware about the social and the political affairs could give an advice like that. उम्मी सल्मा, हज़रत उम्मी सल्मा couldn't have given that advice out of, you know, I mean just that particular situation. That means she was updated. She was not confined to the four walls of the house.</w:t>
      </w:r>
    </w:p>
    <w:p>
      <w:r>
        <w:rPr>
          <w:b/>
        </w:rPr>
        <w:t xml:space="preserve">[1:02:27] </w:t>
      </w:r>
      <w:r>
        <w:t>She participated, she knew the psyche of the companions and after the companions responded, it did show that she was a brilliant lady with you know, insight, wisdom and statesmanship.</w:t>
      </w:r>
    </w:p>
    <w:p>
      <w:pPr>
        <w:jc w:val="right"/>
      </w:pPr>
      <w:r>
        <w:t>She participated, she knew the psyche of the companions and after the companions responded, it did show that she was a brilliant lady with you know, insight, wisdom and statesmanship.</w:t>
      </w:r>
    </w:p>
    <w:p>
      <w:r>
        <w:rPr>
          <w:b/>
        </w:rPr>
        <w:t xml:space="preserve">[1:02:41] </w:t>
      </w:r>
      <w:r>
        <w:t>The other important thing that one gathers is that prophet heeded to her advice which means that prophet did not ask Hazrat Abu Bakr but prophet heeded to the advice of Hazrat Umme Salma which means a woman giving an advice and prophet following it.</w:t>
      </w:r>
    </w:p>
    <w:p>
      <w:pPr>
        <w:jc w:val="right"/>
      </w:pPr>
      <w:r>
        <w:t>The other important thing that one gathers is that prophet heeded to her advice which means that prophet did not ask हज़रत अबू बकर but prophet heeded to the advice of हज़रत उम्मीद सलमा which means a woman giving an advice and prophet following it.</w:t>
      </w:r>
    </w:p>
    <w:p>
      <w:r>
        <w:rPr>
          <w:b/>
        </w:rPr>
        <w:t xml:space="preserve">[1:02:58] </w:t>
      </w:r>
      <w:r>
        <w:t>It's a great lesson that we learn from the life of prophet Muhammad that how interaction, dialogue and implementing of good ideas or suggestions were a practice of those times. Kuch misalein main dunga Rasulullah ki zindagi se. Rasulullah ka tareeqa yeh tha ke jaise Eid ke liye mardon ko nikalte the, waise auraton ko bhi nikalte the aur khutba dete the.</w:t>
      </w:r>
    </w:p>
    <w:p>
      <w:pPr>
        <w:jc w:val="right"/>
      </w:pPr>
      <w:r>
        <w:t>It's a great lesson that we learn from the life of prophet मोहम्मद that how interaction, dialogue and implementing of good ideas or suggestions were a practice of those times. कुछ मिसालें मैं दूंगा रसूल्लाह की ज़िंदगी से. रसूल्लाह का तरीका यह था कि जैसे ईद के लिए मर्दों को निकालते थे, वैसे औरतों को भी निकालते थे और खुदबा देते थे.</w:t>
      </w:r>
    </w:p>
    <w:p>
      <w:r>
        <w:rPr>
          <w:b/>
        </w:rPr>
        <w:t xml:space="preserve">[1:03:26] </w:t>
      </w:r>
      <w:r>
        <w:t>Eid ka ke method mein se hai ke khutba diya jata hai namaz ke baad. To choonke us zamane mein speaker, loud speaker nahi tha to auraton ko awaaz kam pahunchti thi to us ki taraf jaakar specially aap khutba dete the.</w:t>
      </w:r>
    </w:p>
    <w:p>
      <w:pPr>
        <w:jc w:val="right"/>
      </w:pPr>
      <w:r>
        <w:t>ईद का के method में से है कि खुदबा दिया जाता है नमाज़ के बाद. तो चूँकि उस ज़माने में speaker, loud speaker नहीं था तो औरतों को आवाज़ कम पहुंचती थी तो उसकी तरफ जाकर specially आप खुदबा देते थे.</w:t>
      </w:r>
    </w:p>
    <w:p>
      <w:r>
        <w:rPr>
          <w:b/>
        </w:rPr>
        <w:t xml:space="preserve">[1:03:39] </w:t>
      </w:r>
      <w:r>
        <w:t>to ek marta aur asulaah salah salah ne unke saamne khudba diya aur yeh kaha ki auraton tum</w:t>
      </w:r>
    </w:p>
    <w:p>
      <w:pPr>
        <w:jc w:val="right"/>
      </w:pPr>
      <w:r>
        <w:t>तो एक मरता और असुलाह सलाह सलाह ने उनके सामने खुदबा दिया और यह कहा कि औरतों तुम</w:t>
      </w:r>
    </w:p>
    <w:p>
      <w:r>
        <w:rPr>
          <w:b/>
        </w:rPr>
        <w:t xml:space="preserve">[1:04:04] </w:t>
      </w:r>
      <w:r>
        <w:t>usi tarike se hai ki madina mein the.</w:t>
      </w:r>
    </w:p>
    <w:p>
      <w:pPr>
        <w:jc w:val="right"/>
      </w:pPr>
      <w:r>
        <w:t>उसी तरीके से है कि मदीना में थे.</w:t>
      </w:r>
    </w:p>
    <w:p>
      <w:r>
        <w:rPr>
          <w:b/>
        </w:rPr>
        <w:t xml:space="preserve">[1:04:30] </w:t>
      </w:r>
      <w:r>
        <w:t>jain ab yeh abdallabeen masood ki biwi hain.</w:t>
      </w:r>
    </w:p>
    <w:p>
      <w:pPr>
        <w:jc w:val="right"/>
      </w:pPr>
      <w:r>
        <w:t>जैन अब यह अब्दलाबीन मसूद की बीवी हैं.</w:t>
      </w:r>
    </w:p>
    <w:p>
      <w:r>
        <w:rPr>
          <w:b/>
        </w:rPr>
        <w:t xml:space="preserve">[1:04:40] </w:t>
      </w:r>
      <w:r>
        <w:t>yeh tezaarat karti thi.</w:t>
      </w:r>
    </w:p>
    <w:p>
      <w:pPr>
        <w:jc w:val="right"/>
      </w:pPr>
      <w:r>
        <w:t>यह तेज़ारत करती थी.</w:t>
      </w:r>
    </w:p>
    <w:p>
      <w:r>
        <w:rPr>
          <w:b/>
        </w:rPr>
        <w:t xml:space="preserve">[1:04:50] </w:t>
      </w:r>
      <w:r>
        <w:t>to inko sawal poochna tha ki mere paas jo tezaarat kamaal aata hai to apne husband par main</w:t>
      </w:r>
    </w:p>
    <w:p>
      <w:pPr>
        <w:jc w:val="right"/>
      </w:pPr>
      <w:r>
        <w:t>तो इनको सवाल पूछना था कि मेरे पास जो तेज़ारत कमाल आता है तो अपने husband पर मैं</w:t>
      </w:r>
    </w:p>
    <w:p>
      <w:r>
        <w:rPr>
          <w:b/>
        </w:rPr>
        <w:t xml:space="preserve">[1:05:00] </w:t>
      </w:r>
      <w:r>
        <w:t>kharch kar sakti hoon ki nahi?</w:t>
      </w:r>
    </w:p>
    <w:p>
      <w:pPr>
        <w:jc w:val="right"/>
      </w:pPr>
      <w:r>
        <w:t>खर्च कर सकती हूँ कि नहीं?</w:t>
      </w:r>
    </w:p>
    <w:p>
      <w:r>
        <w:rPr>
          <w:b/>
        </w:rPr>
        <w:t xml:space="preserve">[1:05:10] </w:t>
      </w:r>
      <w:r>
        <w:t>To ek boodhi aurat us ne uthkar yeh kaha ke tumhare ko koi haq nahi hai. Ek Khalifa ke saamne. Tum ko koi haq nahi hai.</w:t>
      </w:r>
    </w:p>
    <w:p>
      <w:pPr>
        <w:jc w:val="right"/>
      </w:pPr>
      <w:r>
        <w:t>तो एक बूढ़ी औरत उसने उठकर यह कहा कि तुम्हारे को कोई हक नहीं है. एक खलीफा के सामने. तुमको कोई हक नहीं है.</w:t>
      </w:r>
    </w:p>
    <w:p>
      <w:r>
        <w:rPr>
          <w:b/>
        </w:rPr>
        <w:t xml:space="preserve">[1:05:15] </w:t>
      </w:r>
      <w:r>
        <w:t>kyunki quran mein bataya gaya ki agar tum usko ek, ek to masjid ke andar khud ba de</w:t>
      </w:r>
    </w:p>
    <w:p>
      <w:pPr>
        <w:jc w:val="right"/>
      </w:pPr>
      <w:r>
        <w:t>क्योंकि कुरान में बताया गया कि अगर तुम उसको एक, एक तो मस्जिद के अंदर खुद बा दे</w:t>
      </w:r>
    </w:p>
    <w:p>
      <w:r>
        <w:rPr>
          <w:b/>
        </w:rPr>
        <w:t xml:space="preserve">[1:05:25] </w:t>
      </w:r>
      <w:r>
        <w:t>raha wahan par mard bhi hai, aurat bhi hai aur ek aurat uthkar khalifa waqt ko tok deti</w:t>
      </w:r>
    </w:p>
    <w:p>
      <w:pPr>
        <w:jc w:val="right"/>
      </w:pPr>
      <w:r>
        <w:t>रहा वहाँ पर मर्द भी है, औरत भी है और एक औरत उठकर खलीफा वक्त को टोक देती</w:t>
      </w:r>
    </w:p>
    <w:p>
      <w:r>
        <w:rPr>
          <w:b/>
        </w:rPr>
        <w:t xml:space="preserve">[1:05:36] </w:t>
      </w:r>
      <w:r>
        <w:t>hai aur woh baat maan lete unki.</w:t>
      </w:r>
    </w:p>
    <w:p>
      <w:pPr>
        <w:jc w:val="right"/>
      </w:pPr>
      <w:r>
        <w:t>है और वह बात मान लेते उनकी.</w:t>
      </w:r>
    </w:p>
    <w:p>
      <w:r>
        <w:rPr>
          <w:b/>
        </w:rPr>
        <w:t xml:space="preserve">[1:05:47] </w:t>
      </w:r>
      <w:r>
        <w:t>To aise bohat saare incident hain jo batate hain ke un ke deen mein interaction hua karta tha. Aap ka kuch do comments hain, woh padh ke phir session ko khatam karna chahenge. Yeh comment bheja hai Atif Malik sahab ne Germany se unhone likha hai ke I am from Lahore living in Germany. I am a big fan of Maulana sahab, a great personality.</w:t>
      </w:r>
    </w:p>
    <w:p>
      <w:pPr>
        <w:jc w:val="right"/>
      </w:pPr>
      <w:r>
        <w:t>तो ऐसे बहुत सारे incident हैं जो बताते हैं कि उनके धर्म में interaction हुआ करता था. आपका कुछ दो comments हैं, वह पढ़ के फिर session को खत्म करना चाहेंगे. यह comment भेजा है आतिफ मलिक साहब ने Germany से उन्होंने लिखा है कि I am from लाहौर living in Germany. I am a big fan of मोलाना साहब, a great personality.</w:t>
      </w:r>
    </w:p>
    <w:p>
      <w:r>
        <w:rPr>
          <w:b/>
        </w:rPr>
        <w:t xml:space="preserve">[1:06:13] </w:t>
      </w:r>
      <w:r>
        <w:t>Miss Qurutulain ne Srinagar se likha hai, equal in dignity but different in role is the crux of gender equality in Islam and every man and woman is a cogwheel for each other. The court by Maulana Wahiduddin Khan sahab. This puts an end to the issue of gender inequality in Islam. Ok, so we will end the session now. We'll be back next Sunday 10:30AM. Thank you.</w:t>
      </w:r>
    </w:p>
    <w:p>
      <w:pPr>
        <w:jc w:val="right"/>
      </w:pPr>
      <w:r>
        <w:t>Miss कुरुतलैन ने श्रीनगर से लिखा है, equal in dignity but different in role is the crux of gender equality in Islam and every man and woman is a cogwheel for each other. The court by मुलाना वैदुद्दीन खान साहब. This puts an end to the issue of gender inequality in Islam. Ok, so we will end the session now. We'll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