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Interaction 2 February 27, 2022</w:t>
      </w:r>
    </w:p>
    <w:p>
      <w:r>
        <w:t>https://www.youtube.com/watch?v=cHWQVJ_3at0</w:t>
      </w:r>
    </w:p>
    <w:p>
      <w:r>
        <w:rPr>
          <w:b/>
        </w:rPr>
        <w:t xml:space="preserve">[00:13] </w:t>
      </w:r>
      <w:r>
        <w:t>Good evening, dear ladies. Today is 02/27/2022. A month of learning, sharing, introspection, and deep thinking has now come to a culmination of yet another session. In this entire month, we reflected upon the topics given in the start of every week.</w:t>
      </w:r>
    </w:p>
    <w:p>
      <w:pPr>
        <w:jc w:val="right"/>
      </w:pPr>
      <w:r>
        <w:t>Good evening, dear ladies. Today is 02/27/2022. A month of learning, sharing, introspection, and deep thinking has now come to a culmination of yet another session. In this entire month, we reflected upon the topics given in the start of every week.</w:t>
      </w:r>
    </w:p>
    <w:p>
      <w:r>
        <w:rPr>
          <w:b/>
        </w:rPr>
        <w:t xml:space="preserve">[00:40] </w:t>
      </w:r>
      <w:r>
        <w:t>This is one common platform for CPS ladies around the world who come together and share what they have learned and practically applied them in their daily lives and how they have changed themselves toward building towards positive personality, a personality which are deserving candidates for the paradise.</w:t>
      </w:r>
    </w:p>
    <w:p>
      <w:pPr>
        <w:jc w:val="right"/>
      </w:pPr>
      <w:r>
        <w:t>This is one common platform for CPS ladies around the world who come together and share what they have learned and practically applied them in their daily lives and how they have changed themselves toward building towards positive personality, a personality which are deserving candidates for the paradise.</w:t>
      </w:r>
    </w:p>
    <w:p>
      <w:r>
        <w:rPr>
          <w:b/>
        </w:rPr>
        <w:t xml:space="preserve">[01:06] </w:t>
      </w:r>
      <w:r>
        <w:t>The full topics of this month have been first, universal thinking in Islam. Second, unilateral ethics. Third, advantages of positive thinking. Fourth, the importance of tolerance and well wishing. The panelist on this platform are Doctor.</w:t>
      </w:r>
    </w:p>
    <w:p>
      <w:pPr>
        <w:jc w:val="right"/>
      </w:pPr>
      <w:r>
        <w:t>The full topics of this month have been first, universal thinking in Islam. Second, unilateral ethics. Third, advantages of positive thinking. Fourth, the importance of tolerance and well wishing. The panelist on this platform are Doctor.</w:t>
      </w:r>
    </w:p>
    <w:p>
      <w:r>
        <w:rPr>
          <w:b/>
        </w:rPr>
        <w:t xml:space="preserve">[01:31] </w:t>
      </w:r>
      <w:r>
        <w:t>Farida Khanam, Chairperson, CPS International Doctor. Safeena Tasneem, CPS Saharanpur professor Nazma Siddiqui, CPS Delhi, and miss Fahmida Khan, CPS Faridabad, and me who is hosting the program Shabina Ali from CPS Kolkata.</w:t>
      </w:r>
    </w:p>
    <w:p>
      <w:pPr>
        <w:jc w:val="right"/>
      </w:pPr>
      <w:r>
        <w:t>फरीदा खानम, Chairperson, CPS International Doctor. सफीना तबसुम, CPS सहारनपुर professor नजमा सिद्दीगी, CPS Delhi, and miss फैमीदा खान, CPS फरीज़ाबाद, and me who is hosting the program शबीना अली from CPS कोलकाता.</w:t>
      </w:r>
    </w:p>
    <w:p>
      <w:r>
        <w:rPr>
          <w:b/>
        </w:rPr>
        <w:t xml:space="preserve">[01:54] </w:t>
      </w:r>
      <w:r>
        <w:t>Please share your learnings, insights and questions relevant to the topics discussed this month in the group. All your queries will be addressed by professor Farida Khanam. Whatever you eliminate, please see that it should be precise and meaningful, and kindly tell your name and the place where you are speaking from.</w:t>
      </w:r>
    </w:p>
    <w:p>
      <w:pPr>
        <w:jc w:val="right"/>
      </w:pPr>
      <w:r>
        <w:t>Please share your learnings, insights and questions relevant to the topics discussed this month in the group. All your queries will be addressed by professor Farida Khanam. Whatever you eliminate, please see that it should be precise and meaningful, and kindly tell your name and the place where you are speaking from.</w:t>
      </w:r>
    </w:p>
    <w:p>
      <w:r>
        <w:rPr>
          <w:b/>
        </w:rPr>
        <w:t xml:space="preserve">[02:20] </w:t>
      </w:r>
      <w:r>
        <w:t>Now I invite doctor Safeena Tabassum to start the session. Assalamu alaikum. Balikum Islam. Month humne jo chaar topics discuss kiye jaisa Shabina ne bataya universal thinking in Islam.</w:t>
      </w:r>
    </w:p>
    <w:p>
      <w:pPr>
        <w:jc w:val="right"/>
      </w:pPr>
      <w:r>
        <w:t>Now I invite doctor सफ़ीना तबासुम to start the session. अस्लामालिकुल. बालिकू इस्लाम. Month हमने जो चार topics discuss किए जैसा शबीना ने बताया universal thinking in इस्लाम.</w:t>
      </w:r>
    </w:p>
    <w:p>
      <w:r>
        <w:rPr>
          <w:b/>
        </w:rPr>
        <w:t xml:space="preserve">[02:50] </w:t>
      </w:r>
      <w:r>
        <w:t>Yeh topic maine khud kai baar Maulana sahab se suna aur padha tha, lekin is hafte jab humne isko discuss kiya aur lagatar paanch dinon tak maine is se related Maulana sahab ki writings ka gehra mutala kiya. To yeh mere liye ek discovery ban gaya.</w:t>
      </w:r>
    </w:p>
    <w:p>
      <w:pPr>
        <w:jc w:val="right"/>
      </w:pPr>
      <w:r>
        <w:t>यह topic मैंने खुद कई बार मुलाना साहब से सुना और पढ़ा था, लेकिन इस हफ्ते जब हमने इसको discuss किया और लगातार पांच दिनों तक मैंने इससे related मुलाना साहब की writings का गहरा मोताला किया. तो यह मेरे लिए एक discovery वन गया.</w:t>
      </w:r>
    </w:p>
    <w:p>
      <w:r>
        <w:rPr>
          <w:b/>
        </w:rPr>
        <w:t xml:space="preserve">[03:14] </w:t>
      </w:r>
      <w:r>
        <w:t>Main is ke un pehluon ko kabhi jaan nahi paayi thi jo is baar maine isko jaana. Sab kuch padhne ke baad mujhe aisa laga ke Islam mein har darja ki universality hai. Itni afaqiyat hai is deen mein. Yeh baat maine is se pehle bilkul bhi nahi main is ko jaanti thi.</w:t>
      </w:r>
    </w:p>
    <w:p>
      <w:pPr>
        <w:jc w:val="right"/>
      </w:pPr>
      <w:r>
        <w:t>मैं इसके उन पहलुओं को कभी जान नहीं पाई थी जो इस बार मैंने इसको जाना. सब कुछ पढ़ने के बाद मुझे ऐसा लगा कि इस्लाम में हर दर्जा की universality है. इतनी अफाकियत है इस दिन में. यह बात मैंने इससे पहले बिल्कुल भी नहीं मैं इसको जानती थी.</w:t>
      </w:r>
    </w:p>
    <w:p>
      <w:r>
        <w:rPr>
          <w:b/>
        </w:rPr>
        <w:t xml:space="preserve">[03:37] </w:t>
      </w:r>
      <w:r>
        <w:t>Islam hum sab ko yeh sikhata hai ke hum tamam insaan, ek family hain. Hum sab ek jaan se paida kiye gaye hain. Hum blood sisters and brothers hain. Is baat ko jab maine realize kiya, jab maine isko iska aspect ko deeply samjha, to mujhe ek dil mehsoos hua, ek ek ajeeb sa ehsaas mehsoos hua.</w:t>
      </w:r>
    </w:p>
    <w:p>
      <w:pPr>
        <w:jc w:val="right"/>
      </w:pPr>
      <w:r>
        <w:t>इस्लाम हम सबको यह सिखाता है कि हम तमाम इंसान, एक family हैं. हम सब एक जान से पैदा किए गए हैं. हम blood sisters and brothers हैं. इस बात को जब मैंने realize किया, जब मैंने इसको इसका aspect को deeply समझा, तो मुझे एक दिल महसूस हुआ, एक एक अजीब सा एहसास महसूस हुआ.</w:t>
      </w:r>
    </w:p>
    <w:p>
      <w:r>
        <w:rPr>
          <w:b/>
        </w:rPr>
        <w:t xml:space="preserve">[04:06] </w:t>
      </w:r>
      <w:r>
        <w:t>Main sochne lagi ke yeh cheez to jaise mere liye ek hinnai thi. Nahi. Maine is tarah se sochne lagun ke main bhali ban jaungi ya karfa bardasht meri aadat ho jayegi.</w:t>
      </w:r>
    </w:p>
    <w:p>
      <w:pPr>
        <w:jc w:val="right"/>
      </w:pPr>
      <w:r>
        <w:t>मैं सोचने लगी कि यह चीज़ तो जैसे मेरे लिए एक हिन्नई थी. नहीं. मैंने इस तरह से सोचने लगूं कि मैं भाली वन जाऊंगी या कर्फा बर्दाश्त मेरी आदत हो जाएगी.</w:t>
      </w:r>
    </w:p>
    <w:p>
      <w:r>
        <w:rPr>
          <w:b/>
        </w:rPr>
        <w:t xml:space="preserve">[04:30] </w:t>
      </w:r>
      <w:r>
        <w:t>mujhe kisi se koi complaint, kisi se koi shikayat kuch nahi kyunki sab to main sab mujhe apni</w:t>
      </w:r>
    </w:p>
    <w:p>
      <w:pPr>
        <w:jc w:val="right"/>
      </w:pPr>
      <w:r>
        <w:t>मुझे किसी से कोई complaint, किसी से कोई शिकायत कुछ नहीं क्योंकि सब तो मैं सब मुझे अपनी</w:t>
      </w:r>
    </w:p>
    <w:p>
      <w:r>
        <w:rPr>
          <w:b/>
        </w:rPr>
        <w:t xml:space="preserve">[04:40] </w:t>
      </w:r>
      <w:r>
        <w:t>family, apne bilkul apne lagne lagenge aur zyada mujhe logu se hogi ki mujhe kisi se koi</w:t>
      </w:r>
    </w:p>
    <w:p>
      <w:pPr>
        <w:jc w:val="right"/>
      </w:pPr>
      <w:r>
        <w:t>family, अपने बिल्कुल अपने लगने लग ेंगे और ज़्यादा मुझे लोगू से होगी कि मुझे किसी से कोई</w:t>
      </w:r>
    </w:p>
    <w:p>
      <w:r>
        <w:rPr>
          <w:b/>
        </w:rPr>
        <w:t xml:space="preserve">[04:51] </w:t>
      </w:r>
      <w:r>
        <w:t>shikayat ka bhi mahsus hi nahi hogi.</w:t>
      </w:r>
    </w:p>
    <w:p>
      <w:pPr>
        <w:jc w:val="right"/>
      </w:pPr>
      <w:r>
        <w:t>शिकायत का भी महसूस ही नहीं होगी.</w:t>
      </w:r>
    </w:p>
    <w:p>
      <w:r>
        <w:rPr>
          <w:b/>
        </w:rPr>
        <w:t xml:space="preserve">[05:02] </w:t>
      </w:r>
      <w:r>
        <w:t>mujhe kisi ko tolerate karna mujhe lagega ki isse bahut aasan rahe.</w:t>
      </w:r>
    </w:p>
    <w:p>
      <w:pPr>
        <w:jc w:val="right"/>
      </w:pPr>
      <w:r>
        <w:t>मुझे किसी को tolerate करना मुझे लगेगा कि इससे बहुत आसान रहे.</w:t>
      </w:r>
    </w:p>
    <w:p>
      <w:r>
        <w:rPr>
          <w:b/>
        </w:rPr>
        <w:t xml:space="preserve">[05:13] </w:t>
      </w:r>
      <w:r>
        <w:t>aur mere andar logon ke liye sirf, logon ke liye sirf dua, unke liye shafqat, unke liye khairkhwahi, yeh sab feelings automatically develop ho jaati hain jab main unhein apna samajhne lagti hoon. Main us we and they culture se bahar aa jaati hoon. To main main is hafte is mahine sabse badi teaching kiya tha.</w:t>
      </w:r>
    </w:p>
    <w:p>
      <w:pPr>
        <w:jc w:val="right"/>
      </w:pPr>
      <w:r>
        <w:t>और मेरे अंदर लोगों के लिए सिर्फ, लोगों के लिए सिर्फ दुआ, उनके लिए शफ्त, उनके लिए खैरफाही, यह सब feelings automatically develop हो जाती हैं जब मैं उन्हें अपना समझने लगती हूं. मैं उस we and they culture से बाहर आ जाती हूं. तो मैं मैं इस हफ्ते इस महीने सबसे बड़ी teaching किया था.</w:t>
      </w:r>
    </w:p>
    <w:p>
      <w:r>
        <w:rPr>
          <w:b/>
        </w:rPr>
        <w:t xml:space="preserve">[05:41] </w:t>
      </w:r>
      <w:r>
        <w:t>Maine is naam ki aur aur use jaana ki hamare andar tamam tarah ki positivity azaadi hai. Hum yeh is se main samajh paayi. Abhi kuch roz pehle main ek document dekh leti hoon. Kyunki Safeena aapki awaaz nahi aa rahi hai?</w:t>
      </w:r>
    </w:p>
    <w:p>
      <w:pPr>
        <w:jc w:val="right"/>
      </w:pPr>
      <w:r>
        <w:t>मैंने इस नाम की और और उसे जाना कि हमारे अंदर तमाम तरह की positivity आज़ादी है. हम यह इस से मैं समझ पाई. अभी कुछ रोज़ पहले मैं एक Document देख लेती हूं. क्योंकि सफ़ीना आपकी आवाज़ नहीं आ रही है?</w:t>
      </w:r>
    </w:p>
    <w:p>
      <w:r>
        <w:rPr>
          <w:b/>
        </w:rPr>
        <w:t xml:space="preserve">[06:10] </w:t>
      </w:r>
      <w:r>
        <w:t>Ab aa rahi hai bas? Aapki awaaz cut rahi hai. Ji ji yeh cut rahi thi beach mein bahut. Achha sorry. Aur thoda loud hona chahiye. Awaaz bahut dheema hai. Achha. Main yeh bata rahi thi Shabina ki kuch din pehle kuch din pehle maine ek documentary dekhi thi. Usmein yeh bataya gaya ki kuch groups of people liye gaye, different ethnic groups the, different races the.</w:t>
      </w:r>
    </w:p>
    <w:p>
      <w:pPr>
        <w:jc w:val="right"/>
      </w:pPr>
      <w:r>
        <w:t>अब आ रही है बस? आपकी आवाज़ cut रही है. जी जी यह cut रही थी beach में बहुत. अच्छा sorry. और थोड़ा loud होना चाहिए. आवाज़ बहुत धीमा है. अच्छा. मैं यह बता रही थी शभीना कि कुछ दिनों पहले कुछ दिनों पहले मैंने एक documentary देखी थी. उसमें यह बताया गया कि कुछ groups of people लिए गए, different ethnic groups थे, different races थे.</w:t>
      </w:r>
    </w:p>
    <w:p>
      <w:r>
        <w:rPr>
          <w:b/>
        </w:rPr>
        <w:t xml:space="preserve">[06:36] </w:t>
      </w:r>
      <w:r>
        <w:t>Unko anonymously unka blood sample liya gaya, unke DNA check kiye gaye aur jab unke DNA details mein check hue to sabke DNA milte julte aaye. Kisi bhi group ka DNA aisa nahi tha ki woh doosre group se alag ho. Kisi mein kahin similarity thi. Kisi mein Mongolian wala trait tha. Kisi mein Asian wala trait tha. Koi black aisa tha ki usmein white wala trait tha. Matlab overall kahin se koi difference DNA ke base par nahi mil pa raha tha.</w:t>
      </w:r>
    </w:p>
    <w:p>
      <w:pPr>
        <w:jc w:val="right"/>
      </w:pPr>
      <w:r>
        <w:t>उनको anonymously उनका blood sample लिया गया, उनके DNA check किए गए और जब उनके DNA details में check हुए तो सबके DNA मिलते जुलते आए. किसी भी group का DNA ऐसा नहीं था कि वह दूसरे group से अलग हो. किसी में कहीं similarity थी. किसी में Mongolian वाला trait था. किसी में Asian वाला trait था. कोई black ऐसा था कि उसमें white वाला trait था. मतलब overall कहीं से कोई difference DNA के base पर नहीं मिल पा रहा था.</w:t>
      </w:r>
    </w:p>
    <w:p>
      <w:r>
        <w:rPr>
          <w:b/>
        </w:rPr>
        <w:t xml:space="preserve">[07:05] </w:t>
      </w:r>
      <w:r>
        <w:t>to us waqt par yeh discovery yeh documentary mere liye sirf ek information thi.</w:t>
      </w:r>
    </w:p>
    <w:p>
      <w:pPr>
        <w:jc w:val="right"/>
      </w:pPr>
      <w:r>
        <w:t>तो उस वक्त पर यह discovery यह documentary मेरे लिए सिर्फ एक information थी.</w:t>
      </w:r>
    </w:p>
    <w:p>
      <w:r>
        <w:rPr>
          <w:b/>
        </w:rPr>
        <w:t xml:space="preserve">[07:11] </w:t>
      </w:r>
      <w:r>
        <w:t>lekin jab maine isko mona ki teachings ke saath ko relate kiya to yeh liye mere ek idea</w:t>
      </w:r>
    </w:p>
    <w:p>
      <w:pPr>
        <w:jc w:val="right"/>
      </w:pPr>
      <w:r>
        <w:t>लेकिन जब मैंने इसको मोना कि teachings के साथ को relate किया तो यह लिए मेरे एक idea</w:t>
      </w:r>
    </w:p>
    <w:p>
      <w:r>
        <w:rPr>
          <w:b/>
        </w:rPr>
        <w:t xml:space="preserve">[07:17] </w:t>
      </w:r>
      <w:r>
        <w:t>matlab aur mujhe mehsoos hua ke kaise Muhammad sallallahu alaihi wasallam ne apne Hajjat ul Wida ke khutbe mein</w:t>
      </w:r>
    </w:p>
    <w:p>
      <w:pPr>
        <w:jc w:val="right"/>
      </w:pPr>
      <w:r>
        <w:t>मतलब और मुझे महसूस हुआ कि कैसे मोहम्मद सलाह उस्सलम ने अपने हजत उल विदा के खुद्बे में</w:t>
      </w:r>
    </w:p>
    <w:p>
      <w:r>
        <w:rPr>
          <w:b/>
        </w:rPr>
        <w:t xml:space="preserve">[07:24] </w:t>
      </w:r>
      <w:r>
        <w:t>kaha tha ke kisi arab aur kis non arab ko koi apni fauqiyat nahi, har insan ko kaise</w:t>
      </w:r>
    </w:p>
    <w:p>
      <w:pPr>
        <w:jc w:val="right"/>
      </w:pPr>
      <w:r>
        <w:t>कहा था कि किसी आराभ और किस non आराभ को कोई अपनी फौकियत नहीं, हर इंसान को कैसे</w:t>
      </w:r>
    </w:p>
    <w:p>
      <w:r>
        <w:rPr>
          <w:b/>
        </w:rPr>
        <w:t xml:space="preserve">[07:30] </w:t>
      </w:r>
      <w:r>
        <w:t>unhone equal bataya tha.</w:t>
      </w:r>
    </w:p>
    <w:p>
      <w:pPr>
        <w:jc w:val="right"/>
      </w:pPr>
      <w:r>
        <w:t>उन्होंने equal बताया था.</w:t>
      </w:r>
    </w:p>
    <w:p>
      <w:r>
        <w:rPr>
          <w:b/>
        </w:rPr>
        <w:t xml:space="preserve">[07:37] </w:t>
      </w:r>
      <w:r>
        <w:t>Woh woh documentary usi teaching se poori tarah se relate hoti bhi nazar aayi aur mujhe laga ki yeh mere liye har tarah ke khair ka zariya ban gaya is afaqiyat ko jaanna. Yeh bahut badi baat mehsoos hua mein. Saath mein mujhe yeh bhi laga ki jo log is afaqiyat mein jeene wale log honge unki soch bahut oonchi hogi. Woh har tarah ki cheez se upar uthkar, har bias se uthkar, apne mindset se uthkar cheezon ko dekhne ki nazar rakhenge.</w:t>
      </w:r>
    </w:p>
    <w:p>
      <w:pPr>
        <w:jc w:val="right"/>
      </w:pPr>
      <w:r>
        <w:t>वह वह documentary उसी teaching से पूरी तरह से relate होती भी नज़र आई और मुझे लगा कि यह मेरे लिए हर तरह के खैर का ज़रिया वन गया इस अफवाकियत को जानना. यह बहुत बड़ी बात महसूस हुआ में. साथ में मुझे यह भी लगा कि जो लोग इस अफवाकियत में जीने वाले लोग होंगे उनकी सोच बहुत ऊंची होगी. वह हर तरह की चीज़ से ऊपर उठकर, हर bias से उठकर, अपने mindset से उठकर चीज़ों को देखने की नज़र रखेंगे.</w:t>
      </w:r>
    </w:p>
    <w:p>
      <w:r>
        <w:rPr>
          <w:b/>
        </w:rPr>
        <w:t xml:space="preserve">[08:05] </w:t>
      </w:r>
      <w:r>
        <w:t>Unka vision bahut broad ho jayega aur bahut hi bada unka dil ho jayega. Woh hamesha doosron ke liye nafa bakhsh honge. Un un insaanon mein woh har quality hogi jo ki Islam apne afraad mein chahta hai. Islam aise hi afraad banana chahta hai ki jo log poori tarah se apne andar yeh afaqiyat samaye hue hon, unke andar yeh universality ho, woh ghetto mindset se bahar nikle hue hon.</w:t>
      </w:r>
    </w:p>
    <w:p>
      <w:pPr>
        <w:jc w:val="right"/>
      </w:pPr>
      <w:r>
        <w:t>उनका vision बहुत broad हो जाएगा और बहुत ही बड़ा उनका दिल हो जाएगा. वह हमेशा दूसरों के लिए नफा वक्ष होंगे. उन उन इंसानों में वह हर quality होगी जो कि इस्लाम अपने अपराध में चाहता है. इस्लाम ऐसे ही अपराध बनाना चाहता है कि जो लोग पूरी तरह से अपने अंदर यह अफाक्तियत समाए हुए हों, उनके अंदर यह universality हो, वह ghetto mindset से बाहर निकले हुए हों.</w:t>
      </w:r>
    </w:p>
    <w:p>
      <w:r>
        <w:rPr>
          <w:b/>
        </w:rPr>
        <w:t xml:space="preserve">[08:34] </w:t>
      </w:r>
      <w:r>
        <w:t>We and they ke concept ko woh radd kar diye, kar diye aur woh Islam ke liye ek asset ban jaye. To mujhe lagta hai is afaqiyat ki feeling se, universality ki feeling se hum dawah spirit mein bhi bahut izaafa payenge kyunki jab hum dekhenge ki hum sab bande us Khuda ke banaye hue hain, usi ek Khuda ke aage hum sabko jhukna hai, hum sabko pesh hona hai.</w:t>
      </w:r>
    </w:p>
    <w:p>
      <w:pPr>
        <w:jc w:val="right"/>
      </w:pPr>
      <w:r>
        <w:t>V and D के concept को वह रद्द कर दिए, कर दिए और वह इस्लाम के लिए एक asset वन जाए. तो मुझे लगता है इस अफ़ाक़ियत की feeling से, universality की feeling से हम दावा spirit में भी बहुत इज़ाफ़ा पाएंगे क्योंकि जब हम देखेंगे कि हम सब बंदे उसे खुदा के बनाए हुए हैं, उसी एक खुदा के आगे हम सबको झुकना है, हम सबको पेश होना है.</w:t>
      </w:r>
    </w:p>
    <w:p>
      <w:r>
        <w:rPr>
          <w:b/>
        </w:rPr>
        <w:t xml:space="preserve">[09:01] </w:t>
      </w:r>
      <w:r>
        <w:t>To hamari woh spirit mein thousand fold increase ho jayega ki hum sab tak us Khuda ka message pahunchayein. Hum chahenge ki har ek insaan jo is duniya mein hai woh us Khuda ki marzi ko jaan paaye, uske message ko jaan paaye.</w:t>
      </w:r>
    </w:p>
    <w:p>
      <w:pPr>
        <w:jc w:val="right"/>
      </w:pPr>
      <w:r>
        <w:t>तो हमारी वह spirit में thousand fold increase हो जाएगा कि हम सब तक उस खुदा का message पहुंचाएं. हम चाहेंगे कि हर एक इंसान जो इस दुनिया में है वह उस खुदा की मर्ज़ी को जान पाए, उसके message को जान पाए.</w:t>
      </w:r>
    </w:p>
    <w:p>
      <w:r>
        <w:rPr>
          <w:b/>
        </w:rPr>
        <w:t xml:space="preserve">[09:14] </w:t>
      </w:r>
      <w:r>
        <w:t>to mere liye yeh bohat hi zyada ek amazing discovery thi aur main umeed karti hoon ke aap</w:t>
      </w:r>
    </w:p>
    <w:p>
      <w:pPr>
        <w:jc w:val="right"/>
      </w:pPr>
      <w:r>
        <w:t>तो मेरे लिए यह बहुत ही ज़्यादा एक amazing discovery थी और मैं उम्मीद करती हूं कि आप</w:t>
      </w:r>
    </w:p>
    <w:p>
      <w:r>
        <w:rPr>
          <w:b/>
        </w:rPr>
        <w:t xml:space="preserve">[09:20] </w:t>
      </w:r>
      <w:r>
        <w:t>sab logon ne bhi is mahine bohat kuch seekha hoga is learning discussion group se aur main chahoongi</w:t>
      </w:r>
    </w:p>
    <w:p>
      <w:pPr>
        <w:jc w:val="right"/>
      </w:pPr>
      <w:r>
        <w:t>सब लोगों ने भी इस महीने बहुत कुछ सीखा होगा इस learning discussion group से और मैं चाहूंगी</w:t>
      </w:r>
    </w:p>
    <w:p>
      <w:r>
        <w:rPr>
          <w:b/>
        </w:rPr>
        <w:t xml:space="preserve">[09:26] </w:t>
      </w:r>
      <w:r>
        <w:t>ke aap log bhi isko hum logon ke saath share karein aur mujhe bas aakhir mein yeh kehna</w:t>
      </w:r>
    </w:p>
    <w:p>
      <w:pPr>
        <w:jc w:val="right"/>
      </w:pPr>
      <w:r>
        <w:t>कि आप लोग भी इसको हम लोगों के साथ share करें और मुझे बस आखिर में यह कहना</w:t>
      </w:r>
    </w:p>
    <w:p>
      <w:r>
        <w:rPr>
          <w:b/>
        </w:rPr>
        <w:t xml:space="preserve">[09:32] </w:t>
      </w:r>
      <w:r>
        <w:t>hai ke Allah taala hamein is soch wala banaye, is buland soch wala, aisi afwah ki soch wala</w:t>
      </w:r>
    </w:p>
    <w:p>
      <w:pPr>
        <w:jc w:val="right"/>
      </w:pPr>
      <w:r>
        <w:t>है कि अल्लाह तालाह हमें इस सोच वाला बनाएं, इस बुलंद सोच वाला, ऐसी अफवाह की सोच वाला</w:t>
      </w:r>
    </w:p>
    <w:p>
      <w:r>
        <w:rPr>
          <w:b/>
        </w:rPr>
        <w:t xml:space="preserve">[09:38] </w:t>
      </w:r>
      <w:r>
        <w:t>ke hum har ek ko apna samajh sakein, har kisi ki khairkhwahi ke liye hum dua kar sakein.</w:t>
      </w:r>
    </w:p>
    <w:p>
      <w:pPr>
        <w:jc w:val="right"/>
      </w:pPr>
      <w:r>
        <w:t>कि हम हर एक को अपना समझ सकें, हर किसी की खैरखवाही के लिए हम दुआ कर सकें.</w:t>
      </w:r>
    </w:p>
    <w:p>
      <w:r>
        <w:rPr>
          <w:b/>
        </w:rPr>
        <w:t xml:space="preserve">[09:45] </w:t>
      </w:r>
      <w:r>
        <w:t>Hum sache khairkhwah banein har insaan ke aur hamare dil mein Khuda ke liye woh tadap ho jo hamein Deen sahi samajh dein aur us par chalne ki tofeeq ataa farmayein aur yeh bahut hi important aspect teen ka jo humse miss ho raha hai isko hamein sab tak pahunchane ki bhi tofeeq ataa zzak Allah. I mean,</w:t>
      </w:r>
    </w:p>
    <w:p>
      <w:pPr>
        <w:jc w:val="right"/>
      </w:pPr>
      <w:r>
        <w:t>हम सच्चे खैरखवाह बने हर इंसान के और हमारे दिल में के लिए वह तड़प हो जो हमें तो सही समझ दें और उस पर चलने की तोफीयत का फरमाएं और यह बहुत ही important aspect तीन का जो हमसे miss हो रहा है इसको हमें सब तक पहुंचाने की भी तोफीयतें ज़ाक अल्ला. I mean,</w:t>
      </w:r>
    </w:p>
    <w:p>
      <w:r>
        <w:rPr>
          <w:b/>
        </w:rPr>
        <w:t xml:space="preserve">[10:14] </w:t>
      </w:r>
      <w:r>
        <w:t>Zzak Allah to phir karti hoon Shabina. Ab aap aage continue. Zzak Allah Doctor Safeena. Aapne bahut achhi baat batai. Universality ke upar aapne bataya and aapne yeh bhi bataya ki entire mankind brothers and sisters hain aur hamein ek doosre ke liye tadap honi chahiye.</w:t>
      </w:r>
    </w:p>
    <w:p>
      <w:pPr>
        <w:jc w:val="right"/>
      </w:pPr>
      <w:r>
        <w:t>ज़ाक अल्ला तो फिर करती हूं शपिना. अब आप आगे continue. ज़ाक अल्ला doctor सफ़िना. आपने बहुत अच्छी बात बताई. Universality के ऊपर आपने बताया and आपने यह भी बताया कि entire mankind brothers and sisters हैं और हमें एक दूसरे के लिए तड़प होनी चाहिए.</w:t>
      </w:r>
    </w:p>
    <w:p>
      <w:r>
        <w:rPr>
          <w:b/>
        </w:rPr>
        <w:t xml:space="preserve">[10:35] </w:t>
      </w:r>
      <w:r>
        <w:t>Ek human ke liye, doosre human ke liye ek tadap honi chahiye, ek emotions honi chahiye aur prophet ne bhi unhone aakhir khutbe mein yahi bataya tha ki ek black ke upar uski fauqiyat nahi uske aur ek white ko uske black ke upar fauqiyat nahi hai. So entire mankind is one human kind and hum hamare dil mein sabke liye ek well wishing honi chahiye.</w:t>
      </w:r>
    </w:p>
    <w:p>
      <w:pPr>
        <w:jc w:val="right"/>
      </w:pPr>
      <w:r>
        <w:t>एक human के लिए, दूसरे human के लिए एक तड़प होनी चाहिए, एक emotions होनी चाहिए और prophet भी उन्होंने आखिर खुद्बा में यही बताया था कि एक black के ऊपर उसकी फौकियत नहीं उसके और एक white को उसके black के ऊपर फौकियत नहीं है. So entire mankind is one human kind and हम हमारे दिल में सबके लिए एक well wishing होनी चाहिए.</w:t>
      </w:r>
    </w:p>
    <w:p>
      <w:r>
        <w:rPr>
          <w:b/>
        </w:rPr>
        <w:t xml:space="preserve">[11:02] </w:t>
      </w:r>
      <w:r>
        <w:t>Main ab dawat deti hoon Doctor Naima Siddiqui ko CPS Delhi to take the session further. Papa aap unmute kar rahe hain. Mute aap mute hain? Isko unmute kar lein. Ji ji. Achha line hai tu ab aa rahi hai awaaz? Jaza karna haan.</w:t>
      </w:r>
    </w:p>
    <w:p>
      <w:pPr>
        <w:jc w:val="right"/>
      </w:pPr>
      <w:r>
        <w:t>मैं अब दावत देती हूं doctor नत्मा सिद्धिकी को CPS Delhi to take the session further. Papa आप unmute कर रहे हैं. Mute आप mute हैं? इसको unmute कर लें. जी जी. अच्छा line है तू अब आ रही है आवाज़? जज़ा करना हां.</w:t>
      </w:r>
    </w:p>
    <w:p>
      <w:r>
        <w:rPr>
          <w:b/>
        </w:rPr>
        <w:t xml:space="preserve">[11:30] </w:t>
      </w:r>
      <w:r>
        <w:t>Abhi Shabana Ali sahiba ne aur Doctor Safeena ne bahut achhi tarah se explain kiya ki hamare kya topics the is mahine aur universal thinking par Doctor Safeena ne bahut zyada achhi tarah se elaborate kiya.</w:t>
      </w:r>
    </w:p>
    <w:p>
      <w:pPr>
        <w:jc w:val="right"/>
      </w:pPr>
      <w:r>
        <w:t>अभी शबाना अली साहिबा ने और Doctor सफ़ीना ने बहुत अच्छी तरह से explain किया कि हमारे क्या topics थे इस महीने और universal thinking पर Doctor सफ़ीना ने बहुत ज़्यादा अच्छी तरह से elaborate किया.</w:t>
      </w:r>
    </w:p>
    <w:p>
      <w:r>
        <w:rPr>
          <w:b/>
        </w:rPr>
        <w:t xml:space="preserve">[11:51] </w:t>
      </w:r>
      <w:r>
        <w:t>Halanki yeh saare topics Maulana ke lectures mein hum log sun chuke hain aur woh rehta hai lekin jab is group mein discussion hota hai to aisa lagta hai ki hum phir se woh cheez samajhkar aur internalize kar rahe hain aur reflect kar rahe hain aur insaan un un cheezon ko phir se sochne lagta hai.</w:t>
      </w:r>
    </w:p>
    <w:p>
      <w:pPr>
        <w:jc w:val="right"/>
      </w:pPr>
      <w:r>
        <w:t>हालांकि यह सारे topics बोलाना के lectures में हम लोग sun चुके हैं और वह रहता है लेकिन जब इस group में discussion होता है तो ऐसा लगता है कि हम फिर से वह चीज़ समझकर और internalize कर रहे हैं और reflect कर रहे हैं और इंसान उन उन चीज़ों को फिर से सोचने लगता है.</w:t>
      </w:r>
    </w:p>
    <w:p>
      <w:r>
        <w:rPr>
          <w:b/>
        </w:rPr>
        <w:t xml:space="preserve">[12:17] </w:t>
      </w:r>
      <w:r>
        <w:t>To Allah jo hai woh khud hi kehta hai main saare alam ka hoon. Agar woh saare alam ka hai to brotherhood ki to baat aur ek hi jode se Hazrat Adam aur Havva ke jode se saari duniya bani hai.</w:t>
      </w:r>
    </w:p>
    <w:p>
      <w:pPr>
        <w:jc w:val="right"/>
      </w:pPr>
      <w:r>
        <w:t>तो अल्लाह जो है वह ख़ुद ही कहता है मैं सारे आलम का हूं. अगर वह सारे आलम का है तो brotherhood की तो बात और एक ही जोड़े से हजरता आदम और रव्वा के जोड़े से सारी दुनिया बनी है.</w:t>
      </w:r>
    </w:p>
    <w:p>
      <w:r>
        <w:rPr>
          <w:b/>
        </w:rPr>
        <w:t xml:space="preserve">[12:34] </w:t>
      </w:r>
      <w:r>
        <w:t>To Maulana ne in cheezon ko itna brotherhood par Quranic wisdom mein brotherhood par ek lamba discussion hai, samajh mein aata hai to woh cheezein baar baar jab hum reflect karte hain to woh bahut samajh mein aane lagti hain cheezein aur apne upar apne behavior mein aa jaati hain.</w:t>
      </w:r>
    </w:p>
    <w:p>
      <w:pPr>
        <w:jc w:val="right"/>
      </w:pPr>
      <w:r>
        <w:t>तो मौलाना ने इन चीज़ों को इतना brotherhood पर कुरानिक wisdom में brotherhood पर एक लंबा discussion है, समझ में आता है तो वह चीज़ें बार बार जब हम reflect करते हैं तो वह बहुत समझ में आने लगती हैं चीज़ें और अपने ऊपर अपने behavior में आ जाती हैं.</w:t>
      </w:r>
    </w:p>
    <w:p>
      <w:r>
        <w:rPr>
          <w:b/>
        </w:rPr>
        <w:t xml:space="preserve">[12:56] </w:t>
      </w:r>
      <w:r>
        <w:t>Main aapse ek baat kahoon hum log America mein rehte the wahan mere husband ki kuch tabiyat kharab hui aur unhein blood ki zaroorat hui. To unka ek colleague black the unhone blood diya aur baad mein aakar bole ki brother look, my blood isn't new now. We all have the similar blood.</w:t>
      </w:r>
    </w:p>
    <w:p>
      <w:pPr>
        <w:jc w:val="right"/>
      </w:pPr>
      <w:r>
        <w:t>मैं आपसे एक बात कहूं हम लोग America में रहते थे वहां मेरे husband की कुछ तबीयत ख़राब हुई और उन्हें blood की ज़रूरत हुई. तो उनका एक colleague black थे उन्होंने blood दिया और बाद में आकर बोले कि brother look, my blood isn't new now. We all have the similar blood.</w:t>
      </w:r>
    </w:p>
    <w:p>
      <w:r>
        <w:rPr>
          <w:b/>
        </w:rPr>
        <w:t xml:space="preserve">[13:22] </w:t>
      </w:r>
      <w:r>
        <w:t>To dono ne gale ek doosre ko lagaya aur jitne log khade hue the, jo whites bhi the yeh main bahut pehle ki baat kar rahi hoon us zamane ki jab school bhi integrated nahi the, segregated school the, blacks ke alag the, whites ke alag the. Main 68 ki baat kar rahi hoon nineteen sixty eight ki.</w:t>
      </w:r>
    </w:p>
    <w:p>
      <w:pPr>
        <w:jc w:val="right"/>
      </w:pPr>
      <w:r>
        <w:t>तो दोनों ने गले एक दूसरे को लगाया और जितने लोग खड़े हुए थे, जो whites भी थे यह मैं बहुत पहले की बात कर रही हूं उस ज़माने की जब school भी integrated नहीं थे, segregated school थे, blacks के अलग थे, whites के अलग थे. मैं 68 की बात कर रही हूं nineteen sixty eight की.</w:t>
      </w:r>
    </w:p>
    <w:p>
      <w:r>
        <w:rPr>
          <w:b/>
        </w:rPr>
        <w:t xml:space="preserve">[13:45] </w:t>
      </w:r>
      <w:r>
        <w:t>To sab log jitne log the unke aankhon mein aansu se aa gaye ki hum logon ne superficial usko itna kar rakha hai aur hamara CPS global level par jo kaam kar raha hai, dawah ka kaam kar raha hai woh sabke liye kar raha hai.</w:t>
      </w:r>
    </w:p>
    <w:p>
      <w:pPr>
        <w:jc w:val="right"/>
      </w:pPr>
      <w:r>
        <w:t>तो सब लोग जितने लोग थे उनके आंखों में आंसू से आ गए कि हम लोगों ने superficial उसको इतना कर रखा है और हमारा CPS global level पर जो काम कर रहा है, दावत का काम कर रहा है वह सबके लिए कर रहा है.</w:t>
      </w:r>
    </w:p>
    <w:p>
      <w:r>
        <w:rPr>
          <w:b/>
        </w:rPr>
        <w:t xml:space="preserve">[14:03] </w:t>
      </w:r>
      <w:r>
        <w:t>To yeh universal thinking hi to hai jo CPS ke group mein hai aur woh har jagah usko phaila dein aur doosra topic universe unilateral ethics. Yeh bhi Maulana aisi aisi examples dete the ki koi bhi aapke saath kuch kare aapko bilateral nahi hona hai. Agar kisi ne aapke saath burai kari to aap bhi burai karenge.</w:t>
      </w:r>
    </w:p>
    <w:p>
      <w:pPr>
        <w:jc w:val="right"/>
      </w:pPr>
      <w:r>
        <w:t>तो यह universal thinking ही तो है जो CPS के group में है और वह हर जगह उसको फैला दें और दूसरा topic universe unilateral ethics. यह भी मौलाना ऐसी ऐसी examples देते थे कि कोई भी आपके साथ कुछ करे आपको bilateral नहीं होना है. अगर किसी ने आपके साथ बुराई करी तो आप भी बुराई करेंगे.</w:t>
      </w:r>
    </w:p>
    <w:p>
      <w:r>
        <w:rPr>
          <w:b/>
        </w:rPr>
        <w:t xml:space="preserve">[14:32] </w:t>
      </w:r>
      <w:r>
        <w:t>Unilateral yeh hai ki hum sirf apni taraf se positivity hi rakhenge aur Hudaibiya treaty mein yeh baat poori tarah se itni achhi tarah se ubhar ke aayi hai Huzoor ke poore description mein ki unhone har cheez maan li unilaterally ki unko Rasool na bhi maane koi baat nahi.</w:t>
      </w:r>
    </w:p>
    <w:p>
      <w:pPr>
        <w:jc w:val="right"/>
      </w:pPr>
      <w:r>
        <w:t>Univateral यह है कि हम सिर्फ़ अपनी तरफ़ से positivity ही रखेंगे और हुदैबिया treaty में यह बात पूरी तरह से इतनी अच्छी तरह से उभर के आई है हुज़ुर के पूरे description में कि उन्होंने हर चीज़ मान ली unilaterally कि उनको रसूल ना भी माने कोई बात नहीं.</w:t>
      </w:r>
    </w:p>
    <w:p>
      <w:r>
        <w:rPr>
          <w:b/>
        </w:rPr>
        <w:t xml:space="preserve">[14:58] </w:t>
      </w:r>
      <w:r>
        <w:t>unhone usko kaat diya aur sirf likh diya Muhammad son of Abdullah.</w:t>
      </w:r>
    </w:p>
    <w:p>
      <w:pPr>
        <w:jc w:val="right"/>
      </w:pPr>
      <w:r>
        <w:t>उन्होंने उसको काट दिया और सिर्फ़ लिख दिया मोहम्मद son of अब्दुल्ला.</w:t>
      </w:r>
    </w:p>
    <w:p>
      <w:r>
        <w:rPr>
          <w:b/>
        </w:rPr>
        <w:t xml:space="preserve">[15:05] </w:t>
      </w:r>
      <w:r>
        <w:t>to yeh unilateral thinking ki example yeh yeh ek insan ko pehle nahi samajh mein aati hai yeh</w:t>
      </w:r>
    </w:p>
    <w:p>
      <w:pPr>
        <w:jc w:val="right"/>
      </w:pPr>
      <w:r>
        <w:t>तो यह unilateral thinking की example यह यह एक इंसान को पहले नहीं समझ में आती है यह</w:t>
      </w:r>
    </w:p>
    <w:p>
      <w:r>
        <w:rPr>
          <w:b/>
        </w:rPr>
        <w:t xml:space="preserve">[15:12] </w:t>
      </w:r>
      <w:r>
        <w:t>baat ke hum koi hamare saath kuch bhi karein aur hum hamesha unilaterally positive rahe to yeh kitna</w:t>
      </w:r>
    </w:p>
    <w:p>
      <w:pPr>
        <w:jc w:val="right"/>
      </w:pPr>
      <w:r>
        <w:t>बात कि हम कोई हमारे साथ कुछ भी करें और हम हमेशा unilaterally positive रहे तो यह कितना</w:t>
      </w:r>
    </w:p>
    <w:p>
      <w:r>
        <w:rPr>
          <w:b/>
        </w:rPr>
        <w:t xml:space="preserve">[15:19] </w:t>
      </w:r>
      <w:r>
        <w:t>mushkil hai lekin Maulana ne jo hum logon ko sikhaya usse yeh cheez itni ubhar ke aati hai</w:t>
      </w:r>
    </w:p>
    <w:p>
      <w:pPr>
        <w:jc w:val="right"/>
      </w:pPr>
      <w:r>
        <w:t>मुश्किल है लेकिन मौलाना ने जो हम लोगों को सिखाया उससे यह चीज़ इतनी उभर के आती है</w:t>
      </w:r>
    </w:p>
    <w:p>
      <w:r>
        <w:rPr>
          <w:b/>
        </w:rPr>
        <w:t xml:space="preserve">[15:26] </w:t>
      </w:r>
      <w:r>
        <w:t>aur ab jab hum bar bar ise discuss karte hain with examples, with Quran to yeh bohat cheez</w:t>
      </w:r>
    </w:p>
    <w:p>
      <w:pPr>
        <w:jc w:val="right"/>
      </w:pPr>
      <w:r>
        <w:t>और अब जब हम बार बार इसे discuss करते हैं with examples, with कुरान तो यह बहुत चीज़</w:t>
      </w:r>
    </w:p>
    <w:p>
      <w:r>
        <w:rPr>
          <w:b/>
        </w:rPr>
        <w:t xml:space="preserve">[15:34] </w:t>
      </w:r>
      <w:r>
        <w:t>samajh mein aati hai har ek ko aur pichhle bar bhi kai logon ne kaha ke hamari personality</w:t>
      </w:r>
    </w:p>
    <w:p>
      <w:pPr>
        <w:jc w:val="right"/>
      </w:pPr>
      <w:r>
        <w:t>समझ में आती है हर एक को और पिछले बार भी कई लोगों ने कहा कि हमारी personality</w:t>
      </w:r>
    </w:p>
    <w:p>
      <w:r>
        <w:rPr>
          <w:b/>
        </w:rPr>
        <w:t xml:space="preserve">[15:41] </w:t>
      </w:r>
      <w:r>
        <w:t>kis tarah se badal gayi hai aur positive thinking to Maulana hamesha hi kaha karte the ke negative</w:t>
      </w:r>
    </w:p>
    <w:p>
      <w:pPr>
        <w:jc w:val="right"/>
      </w:pPr>
      <w:r>
        <w:t>किस तरह से बदल गई है और positive thinking तो मौलाना हमेशा ही कहा करते थे कि negative</w:t>
      </w:r>
    </w:p>
    <w:p>
      <w:r>
        <w:rPr>
          <w:b/>
        </w:rPr>
        <w:t xml:space="preserve">[15:48] </w:t>
      </w:r>
      <w:r>
        <w:t>situation mein positive thinking main jo ek example ismein le rahi hoon woh yeh ke corona ke zamane</w:t>
      </w:r>
    </w:p>
    <w:p>
      <w:pPr>
        <w:jc w:val="right"/>
      </w:pPr>
      <w:r>
        <w:t>situation में positive thinking मैं जो एक example इसमें ले रही हूं वह यह कि corona के जमाने</w:t>
      </w:r>
    </w:p>
    <w:p>
      <w:r>
        <w:rPr>
          <w:b/>
        </w:rPr>
        <w:t xml:space="preserve">[15:55] </w:t>
      </w:r>
      <w:r>
        <w:t>mein hamari meetings khatm ho gayi.</w:t>
      </w:r>
    </w:p>
    <w:p>
      <w:pPr>
        <w:jc w:val="right"/>
      </w:pPr>
      <w:r>
        <w:t>में हमारी meetings ख़त्म हो गई.</w:t>
      </w:r>
    </w:p>
    <w:p>
      <w:r>
        <w:rPr>
          <w:b/>
        </w:rPr>
        <w:t xml:space="preserve">[16:03] </w:t>
      </w:r>
      <w:r>
        <w:t>Hum ek doosre se milna khatm gaye. Hum ek doosre se mil nahi paate. Lekin agar hum ismein positivity dekhein to yeh ki hum online on Zoom meetings hone lagi jisse hum ek doosre se saare duniya se connection kar sakte hain.</w:t>
      </w:r>
    </w:p>
    <w:p>
      <w:pPr>
        <w:jc w:val="right"/>
      </w:pPr>
      <w:r>
        <w:t>हम एक दूसरे से मिलना ख़त्म गए. हम एक दूसरे से मिल नहीं पाते. लेकिन अगर हम इसमें positivity देखें तो यह कि हम online on Zoom meetings होने लगी जिससे हम एक दूसरे से सारे दुनिया से connection कर सकते हैं.</w:t>
      </w:r>
    </w:p>
    <w:p>
      <w:r>
        <w:rPr>
          <w:b/>
        </w:rPr>
        <w:t xml:space="preserve">[16:22] </w:t>
      </w:r>
      <w:r>
        <w:t>to yeh jo ek negative situation thi COVID ki, uski ek positivity ki kitni badi example hai aur main jo CPS ke members hain, jo saare Maulana ke videos aur literature online kar diye hain usse hamein kitna faayda hai.</w:t>
      </w:r>
    </w:p>
    <w:p>
      <w:pPr>
        <w:jc w:val="right"/>
      </w:pPr>
      <w:r>
        <w:t>तो यह जो एक negative situation थी COVID की, उसकी एक positivity की कितनी बड़ी example है और मैं जो CPS के members हैं, जो सारे मौलाना के videos और literature online कर दिए हैं उससे हमें कितना फ़ायदा है.</w:t>
      </w:r>
    </w:p>
    <w:p>
      <w:r>
        <w:rPr>
          <w:b/>
        </w:rPr>
        <w:t xml:space="preserve">[16:46] </w:t>
      </w:r>
      <w:r>
        <w:t>main un sabke liye bahut dua karti hoon ki Allah unhein iska ajar de ki hum logon ki samajh itni badh rahi hai. to yeh jitne bhi topics the universal thinking, advantage of positive thinking, unilateral thinking, importance of tolerance and well wishing yeh sab jo hain yeh sab character building ke topics hain.</w:t>
      </w:r>
    </w:p>
    <w:p>
      <w:pPr>
        <w:jc w:val="right"/>
      </w:pPr>
      <w:r>
        <w:t>मैं उन सबके लिए बहुत दुआ करती हूं कि अल्लाह उन्हें इसका अज़र दे कि हम लोगों की समझ इतनी बढ़ रही है. तो यह जितने भी topics थे universal thinking, advantage of positive thinking, unilateral thinking, importance of tolerance and well wishing यह सब जो हैं यह सब character building के topics हैं.</w:t>
      </w:r>
    </w:p>
    <w:p>
      <w:r>
        <w:rPr>
          <w:b/>
        </w:rPr>
        <w:t xml:space="preserve">[17:16] </w:t>
      </w:r>
      <w:r>
        <w:t>is in sabka aazat pada ki hamari hamari personality develop ho, hamari character bane. usmein hai gentleness, concern about other, acknowledging others, acknowledging God, acknowledging other people who have helped you, or soft heartedness, being compassionate, being optimistic, no hate, pure heart.</w:t>
      </w:r>
    </w:p>
    <w:p>
      <w:pPr>
        <w:jc w:val="right"/>
      </w:pPr>
      <w:r>
        <w:t>इस इन सबका आज़त पड़ा कि हमारी हमारी personality develop हो, हमारी character बने. उसमें है gentleness, concern about other, acknowledging others, acknowledging God, acknowledging other people who have helped you, or soft heartedness, being compassionate, being optimistic, no hate, pure heart.</w:t>
      </w:r>
    </w:p>
    <w:p>
      <w:r>
        <w:rPr>
          <w:b/>
        </w:rPr>
        <w:t xml:space="preserve">[17:46] </w:t>
      </w:r>
      <w:r>
        <w:t>So all positive aspects jo hain woh har insaan mein develop ho rahi hain. log bahut saare log acknowledge kar rahe hain use. kuch logon ne nahin bola hai ab tak but jisse bhi baat hoti hai jo kehte hain ki hum zyada actively involved nahin hain lekin hamari personality par bahut hamari thinking change hoti hai.</w:t>
      </w:r>
    </w:p>
    <w:p>
      <w:pPr>
        <w:jc w:val="right"/>
      </w:pPr>
      <w:r>
        <w:t>So all positive aspects जो हैं वह हर इंसान में develop हो रही हैं. लोग बहुत सारे लोग acknowledge कर रहे हैं उसे. कुछ लोगों ने नहीं बोला है अब तक but जिससे भी बात होती है जो कहते हैं कि हम ज़्यादा actively involved नहीं हैं लेकिन हमारी personality पर बहुत हमारी thinking change होती है.</w:t>
      </w:r>
    </w:p>
    <w:p>
      <w:r>
        <w:rPr>
          <w:b/>
        </w:rPr>
        <w:t xml:space="preserve">[18:14] </w:t>
      </w:r>
      <w:r>
        <w:t>to Maulana ka yahi woh tha ki hamein log aur yeh saari positive aspects jo hai woh it's a process woh ek din mein to nahin ho jati.</w:t>
      </w:r>
    </w:p>
    <w:p>
      <w:pPr>
        <w:jc w:val="right"/>
      </w:pPr>
      <w:r>
        <w:t>तो मौलाना का यही वह था कि हमें लोग और यह सारी positive aspects जो है वह it's a process वह एक दिन में तो नहीं हो जाती.</w:t>
      </w:r>
    </w:p>
    <w:p>
      <w:r>
        <w:rPr>
          <w:b/>
        </w:rPr>
        <w:t xml:space="preserve">[18:25] </w:t>
      </w:r>
      <w:r>
        <w:t>It's a process to hum is process mein involve ho gaye hain aur Allah ka shukr hai aur Allah hamein is qabil banaye ki yeh is all positivity se woh hamein jannat wali personality bana sake aur yeh kaam continue ho sake jaza kalla.</w:t>
      </w:r>
    </w:p>
    <w:p>
      <w:pPr>
        <w:jc w:val="right"/>
      </w:pPr>
      <w:r>
        <w:t>It's a process तो हम इस process में involve हो गए हैं और अल्लाह का शुक्र है और अल्लाह हमें इस क़ाबिल बनाए कि यह इस all positivity से वह हमें जन्नत वाली personality बना सके और यह काम continue हो सके जज़ा कल्ला.</w:t>
      </w:r>
    </w:p>
    <w:p>
      <w:r>
        <w:rPr>
          <w:b/>
        </w:rPr>
        <w:t xml:space="preserve">[18:49] </w:t>
      </w:r>
      <w:r>
        <w:t>jaza kalla apa nishma apa aapne bahut achhi baat batai aur aapne kaha hodarya chutti ki example aapne kaha jahan par rasood lalla ne apne wahan par rasood hone ka bhi wahan par unhone dawa nahin kiya tha aur aapne ek personality development ke upar focus kiya. aapne bataya ki ek compassionate ek insaan ko, ek human ko compassionate hona chahiye, positive hona chahiye.</w:t>
      </w:r>
    </w:p>
    <w:p>
      <w:pPr>
        <w:jc w:val="right"/>
      </w:pPr>
      <w:r>
        <w:t>जज़ा कल्ला आपा निश्मा आपा आपने बहुत अच्छी बात बताई और आपने कहा होदर्या छुट्टी की example आपने कहा जहां पर रसूद ललना ने अपने वहां पर रसूद होने का भी वहां पर उन्होंने दावा नहीं किया था और आपने एक personality development के ऊपर focus किया. आपने बताया कि एक compassionate एक इंसान को, एक human को compassionate होना चाहिए, positive होना चाहिए.</w:t>
      </w:r>
    </w:p>
    <w:p>
      <w:r>
        <w:rPr>
          <w:b/>
        </w:rPr>
        <w:t xml:space="preserve">[19:17] </w:t>
      </w:r>
      <w:r>
        <w:t>uske andar universal brotherhood ki feeling honi chahiye aur jaise ki Maulana sahab ki literature se hum sab jaante hain every one of us in this CPS mission very well know by Maulana's literature, by his audios and his videos. We have all developed ourselves towards building our personality towards paradise. We want to become the paradise deserving candidate.</w:t>
      </w:r>
    </w:p>
    <w:p>
      <w:pPr>
        <w:jc w:val="right"/>
      </w:pPr>
      <w:r>
        <w:t>उसके अंदर universal brotherhood की feeling होनी चाहिए और जैसे कि मोलाना साहब की literature से हम सब जानते हैं every one of us in this CPS mission very well know by मोलाना's literature, by his audios and his videos. We have all developed ourselves towards building our personality towards paradise. We want to become the paradise deserving candidate.</w:t>
      </w:r>
    </w:p>
    <w:p>
      <w:r>
        <w:rPr>
          <w:b/>
        </w:rPr>
        <w:t xml:space="preserve">[19:41] </w:t>
      </w:r>
      <w:r>
        <w:t>And each time when I listen to Monana's literature, and it is, it is something that I want to listen the entire day. agar mumkeen ho to main chaubees ghanta usko sunu. chahe main koi bhi kaam kar rahi hoon lekin Maulana ki awaaz kaan mein har taraf aati hai. unki har baat mein, har jumne mein, har sentence mein ek nayi meaning hamari zindagi ko jeene ke liye milti hai.</w:t>
      </w:r>
    </w:p>
    <w:p>
      <w:pPr>
        <w:jc w:val="right"/>
      </w:pPr>
      <w:r>
        <w:t>And each time when I listen to Monana's literature, and it is, it is something that I want to listen the entire day. अगर मुमकिन हो तो मैं चौबीस घंटा उसको सुनू. चाहे मैं कोई भी काम कर रही हूं लेकिन मोलाना की आवाज़ कान में हर तरफ आती है. उनकी हर बात में, हर जुमने में, हर sentence में एक नई meaning हमारी ज़िंदगी को जीने के लिए मिलती है.</w:t>
      </w:r>
    </w:p>
    <w:p>
      <w:r>
        <w:rPr>
          <w:b/>
        </w:rPr>
        <w:t xml:space="preserve">[20:08] </w:t>
      </w:r>
      <w:r>
        <w:t>kisi ko kehte hain reengineering of mind and that's what Monana has done. Through reengineering of mind, we have become very positive personalities.</w:t>
      </w:r>
    </w:p>
    <w:p>
      <w:pPr>
        <w:jc w:val="right"/>
      </w:pPr>
      <w:r>
        <w:t>किसी को कहते हैं reengineering of mind and that's what मोलाना has done. Through reengineering of mind, we have become very positive personalities.</w:t>
      </w:r>
    </w:p>
    <w:p>
      <w:r>
        <w:rPr>
          <w:b/>
        </w:rPr>
        <w:t xml:space="preserve">[20:17] </w:t>
      </w:r>
      <w:r>
        <w:t>And one thing which I feel that there's so much up and downs in life, so many negative situations are coming in alive, but Monana has equipped us through our mentality who can handle these situations in a positive in a positive way.</w:t>
      </w:r>
    </w:p>
    <w:p>
      <w:pPr>
        <w:jc w:val="right"/>
      </w:pPr>
      <w:r>
        <w:t>And one thing which I feel that there's so much up and downs in life, so many negative situations are coming in alive, but मोलाना has equipped us through our mentality who can handle these situations in a positive in a positive way.</w:t>
      </w:r>
    </w:p>
    <w:p>
      <w:r>
        <w:rPr>
          <w:b/>
        </w:rPr>
        <w:t xml:space="preserve">[20:41] </w:t>
      </w:r>
      <w:r>
        <w:t>So I now open this session to the and ladies who have participated in these programs for the questions, for the queries, for the insight. And, also, anything that they want to share with us, they have done this entire month. Any questions will be addressed by doctor Farida Hanam. She I will hand over the session to the ladies.</w:t>
      </w:r>
    </w:p>
    <w:p>
      <w:pPr>
        <w:jc w:val="right"/>
      </w:pPr>
      <w:r>
        <w:t>So I now open this session to the and ladies who have participated in these programs for the questions, for the queries, for the insight. And, also, anything that they want to share with us, they have done this entire month. Any questions will be addressed by doctor Farida Hanam. She I will hand over the session to the ladies.</w:t>
      </w:r>
    </w:p>
    <w:p>
      <w:r>
        <w:rPr>
          <w:b/>
        </w:rPr>
        <w:t xml:space="preserve">[21:09] </w:t>
      </w:r>
      <w:r>
        <w:t>Please tell your name as well as the place where you're calling from. Mazhar un nisa, please aap apna unmute karein apne aap ko. I have seen your hand. Yes. Yes, aap bolein. Please tell me and the place for ek maslam. mera naam Mazharunnisa hai. main Bangalore team se hoon. Masha Allah.</w:t>
      </w:r>
    </w:p>
    <w:p>
      <w:pPr>
        <w:jc w:val="right"/>
      </w:pPr>
      <w:r>
        <w:t>Please tell your name as well as the place where you're calling from. मज़र उन्नीसा, please आप अपना unmute करें अपने आप को. I have seen your hand. Yes. Yes, आप बोलें. Please tell me and the place for एक मस्लाम. मेरा नाम मज़हरुनीसा है. मैं बैंगलोर team से हूं. माशाल्लाह.</w:t>
      </w:r>
    </w:p>
    <w:p>
      <w:r>
        <w:rPr>
          <w:b/>
        </w:rPr>
        <w:t xml:space="preserve">[21:37] </w:t>
      </w:r>
      <w:r>
        <w:t>ek topic select kiya hai importance of positive thinking. jiske take away points main aapke saath share karna chahti hoon. Huda ki marifat hasil karni hai to hamein chahiye ki hum negative thinking ko nikalen aur positive thinking paida karein.</w:t>
      </w:r>
    </w:p>
    <w:p>
      <w:pPr>
        <w:jc w:val="right"/>
      </w:pPr>
      <w:r>
        <w:t>एक topic select किया है importance of positive thinking. जिसके take away points मैं आपके साथ share करना चाहती हूं. हुदा की मारीफत हासिल करनी है तो हमें चाहिए कि हम negative thinking को निकालें और positive thinking पैदा करें.</w:t>
      </w:r>
    </w:p>
    <w:p>
      <w:r>
        <w:rPr>
          <w:b/>
        </w:rPr>
        <w:t xml:space="preserve">[22:01] </w:t>
      </w:r>
      <w:r>
        <w:t>agar yeh condition hum poori karenge to hamein high level of marifat hasil hogi. is duniya ke banane wale ne is duniya mein har kisi ko different banaya hai. yahi difference hamare liye challenge banta hai. is duniya mein peace of mind unhin logon ko milta hai jo is baat ko bardasht karein, tolerant banein.</w:t>
      </w:r>
    </w:p>
    <w:p>
      <w:pPr>
        <w:jc w:val="right"/>
      </w:pPr>
      <w:r>
        <w:t>अगर यह condition हम पूरी करेंगे तो हमें high level of मारीफत हासिल होगी. इस दुनिया के बनाने वाले ने इस दुनिया में हर किसी को different बनाया है. यही difference हमारे लिए challenge बनता है. इस दुनिया में peace of mind उन्हीं लोगों को मिलता है जो इस बात को बर्दाश्त करें, tolerant बनें.</w:t>
      </w:r>
    </w:p>
    <w:p>
      <w:r>
        <w:rPr>
          <w:b/>
        </w:rPr>
        <w:t xml:space="preserve">[22:28] </w:t>
      </w:r>
      <w:r>
        <w:t>duniya ki creation plan ke tehat har insaan ko negative halaat pesh aate hain. ise accept kar lena chahiye. jab insaan mushkilat mein ghirta hai to use Quran ki yeh ayat yaad karni chahiye ki mushkil ke saath aasani hai, phir mushkil ke saath aasani hai. hum problems ko ignore karke opportunities se bharpoor faayda uthaen.</w:t>
      </w:r>
    </w:p>
    <w:p>
      <w:pPr>
        <w:jc w:val="right"/>
      </w:pPr>
      <w:r>
        <w:t>दुनिया की creation plan के तहत हर इंसान को negative हालात पेश आते हैं. इसे accept कर लेना चाहिए. जब इंसान मुश्किलात में घिरता है तो उसे क़ुरान की यह आयत याद करनी चाहिए कि मुश्किल के साथ आसानी है, फिर मुश्किल के साथ आसानी है. हम problems को ignore करके opportunities से भरपूर फ़ायदा उठाएं.</w:t>
      </w:r>
    </w:p>
    <w:p>
      <w:r>
        <w:rPr>
          <w:b/>
        </w:rPr>
        <w:t xml:space="preserve">[22:56] </w:t>
      </w:r>
      <w:r>
        <w:t>gham karne ke bajaye bua karein. ek positive shakhsiyat ki pehchan yeh hai ki woh Allah ki di gayi nematوں ka shukrguzaar bane. yeh ek shukrguzaar insaan ki family life bhi khushi aur contentment se bhari hoti hai. woh apne ko peaceful personality banata hai kyunki usse har cheez mein khair nazar aata hai.</w:t>
      </w:r>
    </w:p>
    <w:p>
      <w:pPr>
        <w:jc w:val="right"/>
      </w:pPr>
      <w:r>
        <w:t>गम करने के बजाय बुआ करें. एक positive शख्सियत की पहचान यह है कि वह अल्लाह की दी गई नेमतों का शुकुरगुज़ार बने. यह एक शुकुरगुज़ार इंसान की family life भी खुशी और contentment से भरी होती है. वह अपने को peaceful personality बनाता है क्योंकि उससे हर चीज़ में खैर नज़र आता है.</w:t>
      </w:r>
    </w:p>
    <w:p>
      <w:r>
        <w:rPr>
          <w:b/>
        </w:rPr>
        <w:t xml:space="preserve">[23:24] </w:t>
      </w:r>
      <w:r>
        <w:t>Hallaah se dua hai ki hamein in baaton par hamal karne wale banayein. jiza kallah aapne kaha hum shukrguzaar banein.</w:t>
      </w:r>
    </w:p>
    <w:p>
      <w:pPr>
        <w:jc w:val="right"/>
      </w:pPr>
      <w:r>
        <w:t>हल्लाह से दुआ है कि हमें इन बातों पर हमल करने वाले बनाएं. जिज़ा कल्लाह आपने कहा हम शुक्रगुज़ार बने.</w:t>
      </w:r>
    </w:p>
    <w:p>
      <w:r>
        <w:rPr>
          <w:b/>
        </w:rPr>
        <w:t xml:space="preserve">[23:39] </w:t>
      </w:r>
      <w:r>
        <w:t>har lamha Allah ke liye hamein har lamha har har mauqe par agar hum ek glass pani bhi agar peete hain apni pyaas bujhane ke liye aur apne hamein bhook lagi aur hum khana khaate hain to uske liye har lama, har jo hum saansein lete hain din bhar jiske hum unconscious hain ki hum saans bhi le rahe hain aur Allah ne is tarah se duniya ko custom made hamare liye hamari tamam zarooraton ko unhone poora kiya hai.</w:t>
      </w:r>
    </w:p>
    <w:p>
      <w:pPr>
        <w:jc w:val="right"/>
      </w:pPr>
      <w:r>
        <w:t>हर लम्हा अल्लाह के लिए हमें हर लम्हा हर हर मौके पर अगर हम एक glass पानी भी अगर पीते हैं अपनी प्याज़ बुझाने के लिए और अपने हमें भूख लगी और हम खाना खाते हैं तो उसके लिए हर लमा, हर जो हम सांसे लेते हैं दिन भर जिसके हम unconscious हैं कि हम सांस भी ले रहे हैं और अल्लाह ने इस तरह से दुनिया को custom made हमारे लिए हमारी तमाम ज़रूरतों को उन्होंने पूरा किया है.</w:t>
      </w:r>
    </w:p>
    <w:p>
      <w:r>
        <w:rPr>
          <w:b/>
        </w:rPr>
        <w:t xml:space="preserve">[24:07] </w:t>
      </w:r>
      <w:r>
        <w:t>iske liye kisi lamha ab aisa main apne bare mein bata rahi hoon ki kisi lamha kisi waqt aisi koi baat yaad aa jaati hai to main foran Allah ka shukr ada karti hoon aur isse yeh mehsoos hota hai. Allah ne kaha hai ki tum mujhe jitna shukr ada karo main tumhe aur dunga aur zyada dunga tumhe to hamein har lama, har pal zindagi ka hamein shukr hi shukr mein hamein guzarna chahiye.</w:t>
      </w:r>
    </w:p>
    <w:p>
      <w:pPr>
        <w:jc w:val="right"/>
      </w:pPr>
      <w:r>
        <w:t>इसके लिए किसी लम्हा अब ऐसा मैं अपने बारे में बता रही हूं कि किसी लम्हा किसी वक्त ऐसी कोई बात याद आ जाती है तो मैं फ़ौरन अल्लाह का शुक्र अदा करती हूं और इससे यह महसूस होता है. अल्लाह ने कहा है कि तुम मुझे जितना शुक्र अदा करो मैं तुम्हें और दूंगा और ज़्यादा दूंगा तुम्हें तो हमें हर लमा, हर पल ज़िंदगी का हमें शुक्र ही शुक्र में हमें गुज़ारना चाहिए.</w:t>
      </w:r>
    </w:p>
    <w:p>
      <w:r>
        <w:rPr>
          <w:b/>
        </w:rPr>
        <w:t xml:space="preserve">[24:34] </w:t>
      </w:r>
      <w:r>
        <w:t>isse hamari negativity bhi door hogi aur hum positive personality banenge aur koi ladies hain hamare beach kuch kehna chahti hain, kuch share karna chahti hain? ji bataiye. aapki awaaz clear nahin hai. aap naam aur place bataen apna.</w:t>
      </w:r>
    </w:p>
    <w:p>
      <w:pPr>
        <w:jc w:val="right"/>
      </w:pPr>
      <w:r>
        <w:t>इससे हमारी negativity भी दूर होगी और हम positive personality बनेंगे और कोई ladies हैं हमारे beach कुछ कहना चाहती हैं, कुछ share करना चाहती हैं? जी बताइए. आपकी आवाज़ clear नहीं है. आप नाम और place बताएं अपना.</w:t>
      </w:r>
    </w:p>
    <w:p>
      <w:r>
        <w:rPr>
          <w:b/>
        </w:rPr>
        <w:t xml:space="preserve">[25:04] </w:t>
      </w:r>
      <w:r>
        <w:t>ji assalam o alaikum. mera naam Sadhya Khatoon hai. ji. Sadhya Khatoon hai. West Bengal. ji. mera naam Sadhya Khatoon hai. main West Bengal mein rehti hoon aur abhi recently maine ek hafta pehle hi CPS join kiya hai. CPS Kolkata matlab West Bengal ki team se. ji Masha Allah, aage bataen.</w:t>
      </w:r>
    </w:p>
    <w:p>
      <w:pPr>
        <w:jc w:val="right"/>
      </w:pPr>
      <w:r>
        <w:t>जी असाम निकुम. मेरा नाम साध्या खातुन है. जी. साधिया खातुन है. West बंगाल. जी. मेरा नाम साधिया खातुन है. मैं West बंगाल में रहती हूं और अभी recently मैंने एक हफ्ता पहले ही CPS join किया है. CPS कोलकाता मतलब West Bengal की team से. जी माशालाह, आगे बताएं.</w:t>
      </w:r>
    </w:p>
    <w:p>
      <w:r>
        <w:rPr>
          <w:b/>
        </w:rPr>
        <w:t xml:space="preserve">[25:32] </w:t>
      </w:r>
      <w:r>
        <w:t>aap apni learning kuch share karein hamare saath?</w:t>
      </w:r>
    </w:p>
    <w:p>
      <w:pPr>
        <w:jc w:val="right"/>
      </w:pPr>
      <w:r>
        <w:t>आप अपनी learning कुछ share करें हमारे साथ?</w:t>
      </w:r>
    </w:p>
    <w:p>
      <w:r>
        <w:rPr>
          <w:b/>
        </w:rPr>
        <w:t xml:space="preserve">[25:37] </w:t>
      </w:r>
      <w:r>
        <w:t>haan, ji aasani ko. Ji sir.</w:t>
      </w:r>
    </w:p>
    <w:p>
      <w:pPr>
        <w:jc w:val="right"/>
      </w:pPr>
      <w:r>
        <w:t>हां, जी आसानी को. जी sir.</w:t>
      </w:r>
    </w:p>
    <w:p>
      <w:r>
        <w:rPr>
          <w:b/>
        </w:rPr>
        <w:t xml:space="preserve">[25:42] </w:t>
      </w:r>
      <w:r>
        <w:t>mujhe bhi yeh bolna hai.</w:t>
      </w:r>
    </w:p>
    <w:p>
      <w:pPr>
        <w:jc w:val="right"/>
      </w:pPr>
      <w:r>
        <w:t>मुझे भी यह बोलना है.</w:t>
      </w:r>
    </w:p>
    <w:p>
      <w:r>
        <w:rPr>
          <w:b/>
        </w:rPr>
        <w:t xml:space="preserve">[25:47] </w:t>
      </w:r>
      <w:r>
        <w:t>ji, mujhe bhi yeh bolna hai aaj yeh jaise maine padha to nahi, maine the importance of positive</w:t>
      </w:r>
    </w:p>
    <w:p>
      <w:pPr>
        <w:jc w:val="right"/>
      </w:pPr>
      <w:r>
        <w:t>जी, मुझे भी यह बोलना है आज यह जैसे मैंने पढ़ा तो नहीं, मैंने the importance of positive</w:t>
      </w:r>
    </w:p>
    <w:p>
      <w:r>
        <w:rPr>
          <w:b/>
        </w:rPr>
        <w:t xml:space="preserve">[25:52] </w:t>
      </w:r>
      <w:r>
        <w:t>thinking iske bare mein bolna hai.</w:t>
      </w:r>
    </w:p>
    <w:p>
      <w:pPr>
        <w:jc w:val="right"/>
      </w:pPr>
      <w:r>
        <w:t>thinking इसके बारे में बोलना है.</w:t>
      </w:r>
    </w:p>
    <w:p>
      <w:r>
        <w:rPr>
          <w:b/>
        </w:rPr>
        <w:t xml:space="preserve">[25:57] </w:t>
      </w:r>
      <w:r>
        <w:t>maine padha nahi hai lekin jo kuch bhi main soch rahi hoon usko bolna chahti hoon. Pre shared. Aap ijazat.</w:t>
      </w:r>
    </w:p>
    <w:p>
      <w:pPr>
        <w:jc w:val="right"/>
      </w:pPr>
      <w:r>
        <w:t>मैंने पढ़ा नहीं है लेकिन जो कुछ भी मैं सोच रही हूं उसको बोलना चाहती हूं. Pre shared. आप इजाज़त.</w:t>
      </w:r>
    </w:p>
    <w:p>
      <w:r>
        <w:rPr>
          <w:b/>
        </w:rPr>
        <w:t xml:space="preserve">[26:03] </w:t>
      </w:r>
      <w:r>
        <w:t>ji ji, t shared. haan, ji. jaise ki positive thinking ke bare mein hai ki hamesha muzbat nijaad matlab hamesha muzbat nijaad rehna chahiye logon ko.</w:t>
      </w:r>
    </w:p>
    <w:p>
      <w:pPr>
        <w:jc w:val="right"/>
      </w:pPr>
      <w:r>
        <w:t>जी जी, t shared. हां, जी. जैसे कि positive thinking के बारे में है कि हमेशा मुज़बत निजाद मतलब हमेशा मुज़बत निजाद रहना चाहिए लोगों को.</w:t>
      </w:r>
    </w:p>
    <w:p>
      <w:r>
        <w:rPr>
          <w:b/>
        </w:rPr>
        <w:t xml:space="preserve">[26:17] </w:t>
      </w:r>
      <w:r>
        <w:t>jab bhi insan ko gussa aaye to usko matlab jo hai control karke hamesha jo hai matlab usse</w:t>
      </w:r>
    </w:p>
    <w:p>
      <w:pPr>
        <w:jc w:val="right"/>
      </w:pPr>
      <w:r>
        <w:t>जब भी इंसान को गुस्सा आए तो उसको मतलब जो है control करके हमेशा जो है मतलब उससे</w:t>
      </w:r>
    </w:p>
    <w:p>
      <w:r>
        <w:rPr>
          <w:b/>
        </w:rPr>
        <w:t xml:space="preserve">[26:25] </w:t>
      </w:r>
      <w:r>
        <w:t>uske baad kya hoga aur is bare mein anjaam ke bare mein sochna chahiye ke jaise agar maine</w:t>
      </w:r>
    </w:p>
    <w:p>
      <w:pPr>
        <w:jc w:val="right"/>
      </w:pPr>
      <w:r>
        <w:t>उसके बाद क्या होगा और इस बारे में अंजाम के बारे में सोचना चाहिए कि जैसे अगर मैंने</w:t>
      </w:r>
    </w:p>
    <w:p>
      <w:r>
        <w:rPr>
          <w:b/>
        </w:rPr>
        <w:t xml:space="preserve">[26:34] </w:t>
      </w:r>
      <w:r>
        <w:t>gusse mein aakar kuch kar diya jaise ki aap hi bhi abhi bol rahi thi mazrane saath hi</w:t>
      </w:r>
    </w:p>
    <w:p>
      <w:pPr>
        <w:jc w:val="right"/>
      </w:pPr>
      <w:r>
        <w:t>गुस्से में आकर कुछ कर दिया जैसे कि आप ही भी अभी बोल रही थी मज़रने साथ ही</w:t>
      </w:r>
    </w:p>
    <w:p>
      <w:r>
        <w:rPr>
          <w:b/>
        </w:rPr>
        <w:t xml:space="preserve">[26:43] </w:t>
      </w:r>
      <w:r>
        <w:t>ke matlab jo hai insaan ko hamesha mujbat soch ke rakhna chahiye.</w:t>
      </w:r>
    </w:p>
    <w:p>
      <w:pPr>
        <w:jc w:val="right"/>
      </w:pPr>
      <w:r>
        <w:t>के मतलब जो है इंसान को हमेशा मुझबत सोच के रखना चाहिए.</w:t>
      </w:r>
    </w:p>
    <w:p>
      <w:r>
        <w:rPr>
          <w:b/>
        </w:rPr>
        <w:t xml:space="preserve">[26:52] </w:t>
      </w:r>
      <w:r>
        <w:t>iske bahut se faayde hain aur mulana sap bhi hamesha bolte the gam ke bajaye tabhi hum log</w:t>
      </w:r>
    </w:p>
    <w:p>
      <w:pPr>
        <w:jc w:val="right"/>
      </w:pPr>
      <w:r>
        <w:t>इसके बहुत से फ़ायदे हैं और मुलाना sap भी हमेशा बोलते थे गम के बजाय तभी हम लोग</w:t>
      </w:r>
    </w:p>
    <w:p>
      <w:r>
        <w:rPr>
          <w:b/>
        </w:rPr>
        <w:t xml:space="preserve">[27:31] </w:t>
      </w:r>
      <w:r>
        <w:t>is tarah ki baatein soch sakte hain aur aage jo</w:t>
      </w:r>
    </w:p>
    <w:p>
      <w:pPr>
        <w:jc w:val="right"/>
      </w:pPr>
      <w:r>
        <w:t>इस तरह की बातें सोच सकते हैं और आगे जो</w:t>
      </w:r>
    </w:p>
    <w:p>
      <w:r>
        <w:rPr>
          <w:b/>
        </w:rPr>
        <w:t xml:space="preserve">[28:11] </w:t>
      </w:r>
      <w:r>
        <w:t>hai uske liye step le sakte hain hum log aur aur aise to bahut kuch padhna hai lekin bas itna hi. jaisa kala sadhiya abhi ek hafte pehle hi aapse mujhse baat hui hai. famida papa ne aapka number mujhe diya tha. maine aapko cbs ka introduction diya.</w:t>
      </w:r>
    </w:p>
    <w:p>
      <w:pPr>
        <w:jc w:val="right"/>
      </w:pPr>
      <w:r>
        <w:t>है उसके लिए step ले सकते हैं हम लोग और और ऐसे तो बहुत कुछ पढ़ना है लेकिन बस इतना ही. जैसा कला साधिया अभी एक हफ्ते पहले ही आपसे मुझसे बात हुई है. फैमिदा papa ने आपका number मुझे दिया था. मैंने आपको CBS का introduction दिया.</w:t>
      </w:r>
    </w:p>
    <w:p>
      <w:r>
        <w:rPr>
          <w:b/>
        </w:rPr>
        <w:t xml:space="preserve">[28:32] </w:t>
      </w:r>
      <w:r>
        <w:t>aap bhi west bengal se hain aur maashallah inke father ne inko introduce kiya tha Maulana ki kitabein aur isalah yeh bachpan se dekhi thi ki yeh inke father isalah padhte the. to maashallah bahut achhi baat hai aur aur koi ladies hain yahan par jo kuch share karna chahti hain? shabano has raised hain. ma'am maine share. sabhi na ma'am. ji boliye.</w:t>
      </w:r>
    </w:p>
    <w:p>
      <w:pPr>
        <w:jc w:val="right"/>
      </w:pPr>
      <w:r>
        <w:t>आप भी West Bengal से हैं और माशालाह इनके father ने इनको introduce किया था मौलाना की किताबें और इसालाह यह बचपन से देखी थी कि यह इनके father इसालाह पढ़ते थे. तो माशालाह बहुत अच्छी बात है और और कोई ladies हैं यहां पर जो कुछ share करना चाहती हैं? शाबानो has raised हैं. Ma'am मैंने share. सभी ना ma'am. जी बोलिए.</w:t>
      </w:r>
    </w:p>
    <w:p>
      <w:r>
        <w:rPr>
          <w:b/>
        </w:rPr>
        <w:t xml:space="preserve">[29:01] </w:t>
      </w:r>
      <w:r>
        <w:t>ek baar faridaba se baat karwa deti. haan haan faridaba hai. aapki awaaz sun rahi hain. faridaba abhi kahenge unko main bulaungi. aap zaroor unse baat kar lijiyega. abhi shabano aap kuch kehna cha rahi hain? ji, astalama rekho. to pehle to yeh kehna cha rahi hoon ki aap khud sabko dekhkar aur yeh yeh feel karke ki we are the same moment hum sab ikatthe hain. itna achha lag raha alhamdullila.</w:t>
      </w:r>
    </w:p>
    <w:p>
      <w:pPr>
        <w:jc w:val="right"/>
      </w:pPr>
      <w:r>
        <w:t>एक बार फरीदाबा से बात करवा देती. हां हां फरीदाबा है. आपकी आवाज़ sun रही हैं. फरीदाबा अभी कहेंगे उनको मैं बुलाऊंगी. आप ज़रूर उनसे बात कर लीजिएगा. अभी शाबानों आप कुछ कहना चाह रही हैं? जी, अस्तलामा रेखो. तो पहले तो यह कहना चाह रही हूं कि आप खुद सबको देखकर और यह यह feel करके कि we are the same moment हम सब इकट्ठे हैं. इतना अच्छा लग रहा अलहमदुरिला.</w:t>
      </w:r>
    </w:p>
    <w:p>
      <w:r>
        <w:rPr>
          <w:b/>
        </w:rPr>
        <w:t xml:space="preserve">[29:31] </w:t>
      </w:r>
      <w:r>
        <w:t>alhamdullila hum kitne alag alag jagahon se hain. main is waqt california mein hoon aur aap sab log mukhtalif jagahon se sab ikatthe hain aur learning ke liye ikatthe hain.</w:t>
      </w:r>
    </w:p>
    <w:p>
      <w:pPr>
        <w:jc w:val="right"/>
      </w:pPr>
      <w:r>
        <w:t>अलहमदुरिला हम कितने अलग अलग जगहों से हैं. मैं इस वक्त California में हूं और आप सब लोग मुख्तिर जगहों से सब इकट्ठे हैं और learning के लिए इकट्ठे हैं.</w:t>
      </w:r>
    </w:p>
    <w:p>
      <w:r>
        <w:rPr>
          <w:b/>
        </w:rPr>
        <w:t xml:space="preserve">[29:43] </w:t>
      </w:r>
      <w:r>
        <w:t>At this moment hamara yahan par ikattha hona molana sahab ki jo conviction thi aur unki jo aurat</w:t>
      </w:r>
    </w:p>
    <w:p>
      <w:pPr>
        <w:jc w:val="right"/>
      </w:pPr>
      <w:r>
        <w:t>At this moment हमारा यहां पर इकट्ठा होना मोलाना साहब की जो conviction थी और उनकी जो औरत</w:t>
      </w:r>
    </w:p>
    <w:p>
      <w:r>
        <w:rPr>
          <w:b/>
        </w:rPr>
        <w:t xml:space="preserve">[29:50] </w:t>
      </w:r>
      <w:r>
        <w:t>ko lekar unki uski kirdaar ki importance ko lekar hum sabka yahan ikattha hona aur us jo sincerity</w:t>
      </w:r>
    </w:p>
    <w:p>
      <w:pPr>
        <w:jc w:val="right"/>
      </w:pPr>
      <w:r>
        <w:t>को लेकर उनकी उसकी किरदार की importance को लेकर हम सबका यहां इकट्ठा होना और उस जो sincerity</w:t>
      </w:r>
    </w:p>
    <w:p>
      <w:r>
        <w:rPr>
          <w:b/>
        </w:rPr>
        <w:t xml:space="preserve">[29:58] </w:t>
      </w:r>
      <w:r>
        <w:t>thi jis tarah se unhone hamein hamari apni capacity batai yeh us uska ek fal hai jo is</w:t>
      </w:r>
    </w:p>
    <w:p>
      <w:pPr>
        <w:jc w:val="right"/>
      </w:pPr>
      <w:r>
        <w:t>थी जिस तरह से उन्होंने हमें हमारी अपनी capacity बताई यह उस उसका एक फ़ल है जो इस</w:t>
      </w:r>
    </w:p>
    <w:p>
      <w:r>
        <w:rPr>
          <w:b/>
        </w:rPr>
        <w:t xml:space="preserve">[30:05] </w:t>
      </w:r>
      <w:r>
        <w:t>waqt hum ikatthe hain aur yeh lamhai shukr hai hum sabke liye alhamd lillah aur sabse aur main</w:t>
      </w:r>
    </w:p>
    <w:p>
      <w:pPr>
        <w:jc w:val="right"/>
      </w:pPr>
      <w:r>
        <w:t>वक्त हम इकट्ठे हैं और यह लम्हाई शुक्र है हम सबके लिए अलहम्द लिल्ला और सबसे और मैं</w:t>
      </w:r>
    </w:p>
    <w:p>
      <w:r>
        <w:rPr>
          <w:b/>
        </w:rPr>
        <w:t xml:space="preserve">[30:13] </w:t>
      </w:r>
      <w:r>
        <w:t>bahut excited hoon ki is waqt hamare saath preeda apma hai aur it's an honor for me ki</w:t>
      </w:r>
    </w:p>
    <w:p>
      <w:pPr>
        <w:jc w:val="right"/>
      </w:pPr>
      <w:r>
        <w:t>बहुत excited हूं कि इस वक्त हमारे साथ प्रीदा अपमा है और it's an honor for me कि</w:t>
      </w:r>
    </w:p>
    <w:p>
      <w:r>
        <w:rPr>
          <w:b/>
        </w:rPr>
        <w:t xml:space="preserve">[30:20] </w:t>
      </w:r>
      <w:r>
        <w:t>main pehli dafa is tarah se unke saath hoon.</w:t>
      </w:r>
    </w:p>
    <w:p>
      <w:pPr>
        <w:jc w:val="right"/>
      </w:pPr>
      <w:r>
        <w:t>मैं पहली दफा इस तरह से उनके साथ हूं.</w:t>
      </w:r>
    </w:p>
    <w:p>
      <w:r>
        <w:rPr>
          <w:b/>
        </w:rPr>
        <w:t xml:space="preserve">[30:28] </w:t>
      </w:r>
      <w:r>
        <w:t>of course meri jo baaki teachers hain, baaki mere jo guru hain famida apma, shavina pap, doctor safina, najma pap aur yeh jo hamare group admin hain inko to humne bahut bahut zyada keh sakte hain ki tang kiya.</w:t>
      </w:r>
    </w:p>
    <w:p>
      <w:pPr>
        <w:jc w:val="right"/>
      </w:pPr>
      <w:r>
        <w:t>Of course मेरी जो बाकी teachers हैं, बाकी मेरे जो गुरु हैं फैमीदा अपमा, शविना पाप, doctor सफ़ीना, नजमा पाप और यह जो हमारे group admin हैं इनको तो हमने बहुत बहुत ज़्यादा कह सकते हैं कि तंग किया.</w:t>
      </w:r>
    </w:p>
    <w:p>
      <w:r>
        <w:rPr>
          <w:b/>
        </w:rPr>
        <w:t xml:space="preserve">[30:44] </w:t>
      </w:r>
      <w:r>
        <w:t>ek ek baat ke liye humne inko approach kiya aur uska fori jawab mila hamein aur fori jawab koi mamooli baat nahi hai aur yeh jo conviction jo hamein nazar aayi aur phir hamein hamein specially mera journey and main yeh apna journey kyun thoda sa share karna cha rahi hoon?</w:t>
      </w:r>
    </w:p>
    <w:p>
      <w:pPr>
        <w:jc w:val="right"/>
      </w:pPr>
      <w:r>
        <w:t>एक एक बात के लिए हमने इनको approach किया और उसका फोरी जवाब मिला हमें और फोरी जवाब कोई मामूली बात नहीं है और यह जो conviction जो हमें नज़र आई और फिर हमें हमें specially मेरा journey and मैं यह अपना journey क्यों थोड़ा सा share करना चाह रही हूं?</w:t>
      </w:r>
    </w:p>
    <w:p>
      <w:r>
        <w:rPr>
          <w:b/>
        </w:rPr>
        <w:t xml:space="preserve">[31:04] </w:t>
      </w:r>
      <w:r>
        <w:t>sirf isliye ki maine abhi jaana ke kuch log naye hain jo is group mein join jinhone join kiya hai aur jinka safar abhi start hua hai ya unka pehle se start tha but agar woh yeh dekh paayein ya jaan paayein ki hamari zindagiyaan kitni badli hain. paanch pakki namaz bhi thi, quran ki tilawat bhi hoti thi, neki karna bhi pata tha ki neki karni chahiye, achha karna chahiye, bura karna chahiye.</w:t>
      </w:r>
    </w:p>
    <w:p>
      <w:pPr>
        <w:jc w:val="right"/>
      </w:pPr>
      <w:r>
        <w:t>सिर्फ़ इसलिए कि मैंने अभी जाना के कुछ लोग नए हैं जो इस group में join जिन्होंने join किया है और जिनका सफर अभी start हुआ है या उनका पहले से start था but अगर वह यह देख पाएं या जान पाएं कि हमारी ज़िंदगियां कितनी बदली हैं. पांच पक्की नमाज़ भी थी, कुरान की तलावत भी होती थी, नेकी करना भी पता था कि नेकी करनी चाहिए, अच्छा करना चाहिए, बुरा करना चाहिए.</w:t>
      </w:r>
    </w:p>
    <w:p>
      <w:r>
        <w:rPr>
          <w:b/>
        </w:rPr>
        <w:t xml:space="preserve">[31:32] </w:t>
      </w:r>
      <w:r>
        <w:t>lekin jo practical steps the, jo there was something missing aur woh missing jo tha woh allah to ilah allah taala ka shukr hai ki allah taala ne bahut karam kiya ki guraste banaye ki hum cbs se jude aur ab cbs family is part of our life aur din raat ka hissa hai cbs family aur iski wajah yeh hai ki hum isse bahut kuch haasil kar rahe hain.</w:t>
      </w:r>
    </w:p>
    <w:p>
      <w:pPr>
        <w:jc w:val="right"/>
      </w:pPr>
      <w:r>
        <w:t>लेकिन जो practical steps थे, जो there was something missing और वह missing जो था वह अल्लाहं तोर इलाह अल्लाह तालाह का शुक्र है कि अल्लाह तालाह ने बहुत कर्म किया कि गुरस्ते बनाए कि हम CPS से जुड़े और अब CPS family is part of our life और दिन रात का हिस्सा है CPS family और इसकी वजह यह है कि हम इससे बहुत कुछ हासिल कर रहे हैं.</w:t>
      </w:r>
    </w:p>
    <w:p>
      <w:r>
        <w:rPr>
          <w:b/>
        </w:rPr>
        <w:t xml:space="preserve">[32:02] </w:t>
      </w:r>
      <w:r>
        <w:t>insaan wahan par waqt nahi de pata jahan par aapko kuch haasil nahi ho raha. yeh insaan ki srisht hai.</w:t>
      </w:r>
    </w:p>
    <w:p>
      <w:pPr>
        <w:jc w:val="right"/>
      </w:pPr>
      <w:r>
        <w:t>इंसान वहां पर वक्त नहीं दे पाता जहां पर आपको कुछ हासिल नहीं हो रहा. यह इंसान की स्रिष्ट है.</w:t>
      </w:r>
    </w:p>
    <w:p>
      <w:r>
        <w:rPr>
          <w:b/>
        </w:rPr>
        <w:t xml:space="preserve">[32:08] </w:t>
      </w:r>
      <w:r>
        <w:t>to yeh bahut hi badi baat hai ki hamein eternal faayde ki jagah mil gayi hai aur main bas un sabko welcome karna chahti hoon from cbs as as a as a very very junior member kyunki mujhe pata hai ki kitni badi jump thi mere liye agar main akele yeh suffer karti aur hum sabko ek doosre ki support ki zaroorat hai. go ke meri activities group mein bahut kam ho gayi hain.</w:t>
      </w:r>
    </w:p>
    <w:p>
      <w:pPr>
        <w:jc w:val="right"/>
      </w:pPr>
      <w:r>
        <w:t>तो यह बहुत ही बड़ी बात है कि हमें eternal फ़ायदे की जगह मिल गई है और मैं बस उन सबको welcome करना चाहती हूं from CPS as as a as a very very junior member क्योंकि मुझे पता है कि कितनी बड़ी jump थी मेरे लिए अगर मैं अकेले यह suffer करती और हम सबको एक दूसरे की support की ज़रूरत है. गोके मेरी activities group में बहुत कम हो गई हैं.</w:t>
      </w:r>
    </w:p>
    <w:p>
      <w:r>
        <w:rPr>
          <w:b/>
        </w:rPr>
        <w:t xml:space="preserve">[32:38] </w:t>
      </w:r>
      <w:r>
        <w:t>magar meri jo learning hai woh group se usi tarah ja rahi hai. main apne baaki kaamon mein baaki mamlaat mein discussion ko padhna mere liye naguzir ho ho gaya hai aur uske bagair meri jo third process hai learning hai woh adhoori rehti hai.</w:t>
      </w:r>
    </w:p>
    <w:p>
      <w:pPr>
        <w:jc w:val="right"/>
      </w:pPr>
      <w:r>
        <w:t>मगर मेरी जो learning है वह group से उसी तरह जा रही है. मैं अपने बाकी कामों में बाकी मामलात में discussion को पढ़ना मेरे लिए नागुज़ीर हो हो गया है और उसके बगैर मेरी जो third process है learning है वह अधूरी रहती है.</w:t>
      </w:r>
    </w:p>
    <w:p>
      <w:r>
        <w:rPr>
          <w:b/>
        </w:rPr>
        <w:t xml:space="preserve">[32:56] </w:t>
      </w:r>
      <w:r>
        <w:t>so yeh jo source ka milna hai itself mere liye aab-e-zamzam ka ku'an kisab ki tarah mein mujhe nazar aata hai jabki main bilkul samajh nahi aa raha tha ki what to do next like quran bhi khol liya hai. aap apni abadat bhi ho rahi hain but what's what's missing? to un sabke liye ki yeh ek bahut khoobsurat safar hai aur group ka hissa bante rahein aur apni learning bhi share karte rahein.</w:t>
      </w:r>
    </w:p>
    <w:p>
      <w:pPr>
        <w:jc w:val="right"/>
      </w:pPr>
      <w:r>
        <w:t>So यह जो source का मिलना है itself मेरे लिए आबेज़गमज़म का कुआं किसाब की तरह में मुझे नज़र आता है जबकि मैं बिल्कुल समझ नहीं आ रहा था कि what to do next like कुरान भी खोल लिया है. आप अपनी अबाद दात भी हो रही हैं but what's what's missing? तो उन सबके लिए कि यह एक बहुत खूबसूरत सफ़र है और group का हिस्सा बनते रहें और अपनी learning भी share करते रहें.</w:t>
      </w:r>
    </w:p>
    <w:p>
      <w:r>
        <w:rPr>
          <w:b/>
        </w:rPr>
        <w:t xml:space="preserve">[33:23] </w:t>
      </w:r>
      <w:r>
        <w:t>to yeh yeh ichha aur jo shavina apa aapne kaha ki Maulana sahab ki awaaz hamare ghar ki fizaon ka hissa hai.</w:t>
      </w:r>
    </w:p>
    <w:p>
      <w:pPr>
        <w:jc w:val="right"/>
      </w:pPr>
      <w:r>
        <w:t>तो यह यह इच्छा और जो शविना आपा आपने कहा कि मुलाना साहब की आवाज़ हमारे घर की फिजाओं का हिस्सा है.</w:t>
      </w:r>
    </w:p>
    <w:p>
      <w:r>
        <w:rPr>
          <w:b/>
        </w:rPr>
        <w:t xml:space="preserve">[33:31] </w:t>
      </w:r>
      <w:r>
        <w:t>and of course yeh hum sab jo ghar mein hain khakha waateen aur kaam karte dauraan ab lagta hai ki positive approach aur aaj ise kehte hain opportunist being moment hamari opportunity yahi hoti hai ki hum kuch na kuch sun lein aur alhamdullila ab to cbs ki jo hai baaki videos yaani ki paridapa ke lectures are the part of our daily routine sunna.</w:t>
      </w:r>
    </w:p>
    <w:p>
      <w:pPr>
        <w:jc w:val="right"/>
      </w:pPr>
      <w:r>
        <w:t>And of course यह हम सब जो घर में हैं खाखा वातीन और काम करते दौरान अब लगता है कि positive approach और आज इसे कहते हैं opportunist being moment हमारी opportunity यही होती है कि हम कुछ ना कुछ sun लें और अलहमदुरिला अब तो CPS की जो है बाकी videos यानी कि परिदापा के lectures are the part of our daily routine सुनना.</w:t>
      </w:r>
    </w:p>
    <w:p>
      <w:r>
        <w:rPr>
          <w:b/>
        </w:rPr>
        <w:t xml:space="preserve">[33:54] </w:t>
      </w:r>
      <w:r>
        <w:t>this was my personal feeling jo ki main zaroor share karna cha rahi thi kyunki bahut bahut anginat jo hain hamari life mein changing aayein.</w:t>
      </w:r>
    </w:p>
    <w:p>
      <w:pPr>
        <w:jc w:val="right"/>
      </w:pPr>
      <w:r>
        <w:t>This was my personal feeling जो कि मैं ज़रूर share करना चाह रही थी क्योंकि बहुत बहुत अनगिनत जो हैं हमारी life में changing जाएं.</w:t>
      </w:r>
    </w:p>
    <w:p>
      <w:r>
        <w:rPr>
          <w:b/>
        </w:rPr>
        <w:t xml:space="preserve">[34:02] </w:t>
      </w:r>
      <w:r>
        <w:t>alhamdullila beshak alah taala ka yeh bahut karam hai aur cbs family ke liye bahut si jo duayein chalti rehti hain dil mein ki aur aaye din jo kaam nazar aate hain aur uske peeche jo unka poora kaam feel hota hai ki kis tarah se antak mehnat ho rahi hai, to yeh allah taala ki bhi badi karamnawazi allah taala un sabko jaza-e-khair de. jo topics the woh ek to yeh ki bahut relevant rahe from the jo ki ird gird hamare halaat the.</w:t>
      </w:r>
    </w:p>
    <w:p>
      <w:pPr>
        <w:jc w:val="right"/>
      </w:pPr>
      <w:r>
        <w:t>अलहम्दुरिला बेशक अलाताला का यह बहुत कर्म है और CPS family के लिए बहुत सी जो दुआएं चलती रहती हैं दिल में कि और आए दिन जो काम नज़र आते हैं और उसके पीछे जो उनका पूरा काम feel होता है कि किस तरह से अंतक मेहनत हो रही है, तो यह अल्लाह तालाह की भी बड़ी कर्मनिमाजी अल्लाह तालाह उन सबको जज़ाए ख़ैर दे. जो topics थे वह एक तो यह कि बहुत relevant रहे from the जो कि इर्द गिर्द हमारे हालात थे.</w:t>
      </w:r>
    </w:p>
    <w:p>
      <w:r>
        <w:rPr>
          <w:b/>
        </w:rPr>
        <w:t xml:space="preserve">[34:32] </w:t>
      </w:r>
      <w:r>
        <w:t>bahut madad milti hai aur bahut achhi baat yeh hoti hai ki yeh topics pehli dafa hum nahi kar rahe hain. hamdullila hamare seniors ne, hamare group admins ne, yeh pehle bhi hamein topic ek ek karke bade basics concept se hamein samjhaye hain aur aise samjhaye ki humne unse itni dafa sawal kiye hain aur jo sabse concern baat achambhewaali hoti thi ki woh puchte the ki kya aapko samajh bhi aayi hai ki nahi?</w:t>
      </w:r>
    </w:p>
    <w:p>
      <w:pPr>
        <w:jc w:val="right"/>
      </w:pPr>
      <w:r>
        <w:t>बहुत मदद मिलती है और बहुत अच्छी बात यह होती है कि यह topics पहली दफा हम नहीं कर रहे हैं. हम्दुलिला हमारे seniors ने, हमारे group admins ने, यह पहले भी हमें topic एक एक करके बड़े basics concept से हमें समझाए हैं और ऐसे समझाएं कि हमने उनसे इतनी दफा सवाल किए हैं और जो सबसे concern बात अचंभेवाली होती थी कि वह पूछते थे कि क्या आपको समझ भी आई है कि नहीं?</w:t>
      </w:r>
    </w:p>
    <w:p>
      <w:r>
        <w:rPr>
          <w:b/>
        </w:rPr>
        <w:t xml:space="preserve">[34:59] </w:t>
      </w:r>
      <w:r>
        <w:t>like they are so much responsible aur they were they are so much like committed ki woh unhone hamein har baat ek ek karke samjhani hai aur yahi woh cheez thi jisne hamein bandhe rakha. otherwise duniya mein hum magan ho jaate but the way they were they were like following us. yeh yeh bahut help karta raha hamein. jo jo topics the unse jo mujhe sabse zyada apna introspection karne ka mauka mila.</w:t>
      </w:r>
    </w:p>
    <w:p>
      <w:pPr>
        <w:jc w:val="right"/>
      </w:pPr>
      <w:r>
        <w:t>Like they are so much responsible और they were they are so much like committed कि वह उन्होंने हमें हर बात एक एक करके समझानी है और यही वह चीज़ थी जिसने हमें बांधे रखा. Otherwise दुनिया में हम मगन हो जाते but the way they were they were like following us. यह यह बहुत help करता रहा हमें. जो जो topics थे उनसे जो मुझे सबसे ज़्यादा अपना introspection करने का मौका मिला.</w:t>
      </w:r>
    </w:p>
    <w:p>
      <w:r>
        <w:rPr>
          <w:b/>
        </w:rPr>
        <w:t xml:space="preserve">[35:29] </w:t>
      </w:r>
      <w:r>
        <w:t>being nation to baad mein agar individual level par meri thought, meri jo thinking hai jo ki aur jo thinking ki jo capacity aur jo thinking ki ability par focus hamein jo focus ka shift hua na woh bhi Maulana sahab ki teaching se hua.</w:t>
      </w:r>
    </w:p>
    <w:p>
      <w:pPr>
        <w:jc w:val="right"/>
      </w:pPr>
      <w:r>
        <w:t>Being nation तो बाद में अगर individual level पर मेरी thought, मेरी जो thinking है जो कि और जो thinking की जो capacity और जो thinking की ability पर focus हमें जो focus का shift हुआ ना वह भी मुलाना साहब की teaching से हुआ.</w:t>
      </w:r>
    </w:p>
    <w:p>
      <w:r>
        <w:rPr>
          <w:b/>
        </w:rPr>
        <w:t xml:space="preserve">[35:46] </w:t>
      </w:r>
      <w:r>
        <w:t>ab jab woh mulana sahab ki lectures I'm so pardon me main sabko main main sirf apni jo</w:t>
      </w:r>
    </w:p>
    <w:p>
      <w:pPr>
        <w:jc w:val="right"/>
      </w:pPr>
      <w:r>
        <w:t>अब जब वह मुलाना साहब की lectures I'm so pardon me मैं सबको मैं मैं सिर्फ़ अपनी जो</w:t>
      </w:r>
    </w:p>
    <w:p>
      <w:r>
        <w:rPr>
          <w:b/>
        </w:rPr>
        <w:t xml:space="preserve">[35:52] </w:t>
      </w:r>
      <w:r>
        <w:t>learning hai share kar rahi hoon kyunki jo jo naye lecture hue unke liye ki hamein aa raha</w:t>
      </w:r>
    </w:p>
    <w:p>
      <w:pPr>
        <w:jc w:val="right"/>
      </w:pPr>
      <w:r>
        <w:t>learning है share कर रही हूं क्योंकि जो जो नए लक्षण हुए उनके लिए कि हमें आ रहा</w:t>
      </w:r>
    </w:p>
    <w:p>
      <w:r>
        <w:rPr>
          <w:b/>
        </w:rPr>
        <w:t xml:space="preserve">[35:59] </w:t>
      </w:r>
      <w:r>
        <w:t>jo sabse pehla discovery jo meri hui aur ab sabki hui hogi ki hamara focus shift hua aur</w:t>
      </w:r>
    </w:p>
    <w:p>
      <w:pPr>
        <w:jc w:val="right"/>
      </w:pPr>
      <w:r>
        <w:t>जो सबसे पहला discovery जो मेरी हुई और अब सबकी हुई होगी कि हमारा focus shift हुआ और</w:t>
      </w:r>
    </w:p>
    <w:p>
      <w:r>
        <w:rPr>
          <w:b/>
        </w:rPr>
        <w:t xml:space="preserve">[36:06] </w:t>
      </w:r>
      <w:r>
        <w:t>जो focus shift hua apni taraf inward usne jaise tahalka macha diya and woh jo hamari per moment</w:t>
      </w:r>
    </w:p>
    <w:p>
      <w:pPr>
        <w:jc w:val="right"/>
      </w:pPr>
      <w:r>
        <w:t>जो focus shift हुआ अपनी तरफ inward उसने जैसे तहलका मचा दिया and वह जो हमारी per moment</w:t>
      </w:r>
    </w:p>
    <w:p>
      <w:r>
        <w:rPr>
          <w:b/>
        </w:rPr>
        <w:t xml:space="preserve">[36:13] </w:t>
      </w:r>
      <w:r>
        <w:t>jo hamari taaqat hoti hai focus usko humne best utilize karna seekha aur yahi haal haal jo naye</w:t>
      </w:r>
    </w:p>
    <w:p>
      <w:pPr>
        <w:jc w:val="right"/>
      </w:pPr>
      <w:r>
        <w:t>जो हमारी ताकत होती है focus उसको हमने best utilize करना सीखा और यही हाल हाल जो नए</w:t>
      </w:r>
    </w:p>
    <w:p>
      <w:r>
        <w:rPr>
          <w:b/>
        </w:rPr>
        <w:t xml:space="preserve">[36:20] </w:t>
      </w:r>
      <w:r>
        <w:t>time ke saath jab bhi mahaul change hua wahi topic hamein ek naye andaaz se samajh aaya aur</w:t>
      </w:r>
    </w:p>
    <w:p>
      <w:pPr>
        <w:jc w:val="right"/>
      </w:pPr>
      <w:r>
        <w:t>time के साथ जब भी माहौल change हुआ वही topic हमें एक नए अंदाज़ से समझ आया और</w:t>
      </w:r>
    </w:p>
    <w:p>
      <w:r>
        <w:rPr>
          <w:b/>
        </w:rPr>
        <w:t xml:space="preserve">[36:26] </w:t>
      </w:r>
      <w:r>
        <w:t>naye andaaz se apne jo jo ek understanding hai usko mazeed behtari ka hamein madad mili aur najma</w:t>
      </w:r>
    </w:p>
    <w:p>
      <w:pPr>
        <w:jc w:val="right"/>
      </w:pPr>
      <w:r>
        <w:t>नए अंदाज़ से अपने जो जो एक understanding है उसको मज़ीद बेहतरी का हमें मदद मिली और नजमा</w:t>
      </w:r>
    </w:p>
    <w:p>
      <w:r>
        <w:rPr>
          <w:b/>
        </w:rPr>
        <w:t xml:space="preserve">[36:33] </w:t>
      </w:r>
      <w:r>
        <w:t>apa jabdvy you said ki jo milkar discussion mein maza aata hai aur woh jo understanding develop hoti</w:t>
      </w:r>
    </w:p>
    <w:p>
      <w:pPr>
        <w:jc w:val="right"/>
      </w:pPr>
      <w:r>
        <w:t>आपा जबदव्य you said कि जो मिलकर discussion में मज़ा आता है और वह जो understanding develop होती</w:t>
      </w:r>
    </w:p>
    <w:p>
      <w:r>
        <w:rPr>
          <w:b/>
        </w:rPr>
        <w:t xml:space="preserve">[36:40] </w:t>
      </w:r>
      <w:r>
        <w:t>hai aur phir aapki girah khulti hain woh woh kahin aapko khud akele baithkar samajh nahin aati aur</w:t>
      </w:r>
    </w:p>
    <w:p>
      <w:pPr>
        <w:jc w:val="right"/>
      </w:pPr>
      <w:r>
        <w:t>है और फिर आपकी गिरे खुलती हैं वह वह कहीं आपको ख़ुद अकेले बैठकर समझ नहीं आती और</w:t>
      </w:r>
    </w:p>
    <w:p>
      <w:r>
        <w:rPr>
          <w:b/>
        </w:rPr>
        <w:t xml:space="preserve">[36:47] </w:t>
      </w:r>
      <w:r>
        <w:t>jazak allah for this this arrangement ki I'm able to share.</w:t>
      </w:r>
    </w:p>
    <w:p>
      <w:pPr>
        <w:jc w:val="right"/>
      </w:pPr>
      <w:r>
        <w:t>जज़ाख़ अल्लाह for this this arrangement कि I'm able to share.</w:t>
      </w:r>
    </w:p>
    <w:p>
      <w:r>
        <w:rPr>
          <w:b/>
        </w:rPr>
        <w:t xml:space="preserve">[36:54] </w:t>
      </w:r>
      <w:r>
        <w:t>main zyada bol rahi hoon but i just wanna say ki mujhe yeh jo jo main jo woh apni aur apni is tamai taur par jo perception ki galti thi ki humne taqseem kar diya hai universal thinking mein ya unilateral usmein.</w:t>
      </w:r>
    </w:p>
    <w:p>
      <w:pPr>
        <w:jc w:val="right"/>
      </w:pPr>
      <w:r>
        <w:t>मैं ज़्यादा बोल रही हूं but I just wanna say कि मुझे यह जो जो main जो वह अपनी और अपनी इस तमाई तौर पर जो perception की गलती थी कि हमने तक़सीम कर दिया है universal thinking में या unilateral उसमें.</w:t>
      </w:r>
    </w:p>
    <w:p>
      <w:r>
        <w:rPr>
          <w:b/>
        </w:rPr>
        <w:t xml:space="preserve">[37:09] </w:t>
      </w:r>
      <w:r>
        <w:t>ek to responsibility mere taraf hai jo focus shift hai woh meri meri zaat hona chahiye aur yahi cheez mujhe unilateral jo culture hai us behavior hai uski taraf jis tarah se lekar jaati hai aur baaki jo aspect mujhe add main add nahi karna chahti kyunki aap sabne bahut achhe se explain kiye hain.</w:t>
      </w:r>
    </w:p>
    <w:p>
      <w:pPr>
        <w:jc w:val="right"/>
      </w:pPr>
      <w:r>
        <w:t>एक तो responsibility मेरे तरफ है जो focus shift है वह मेरी मेरी जात होना चाहिए और यही चीज़ मुझे unilateral जो culture है उस behavior है उसकी तरफ जिस तरह से लेकर जाती है और बाकी जो aspect मुझे add मैं add नहीं करना चाहती क्योंकि आप सबने बहुत अच्छे से explain किए हैं.</w:t>
      </w:r>
    </w:p>
    <w:p>
      <w:r>
        <w:rPr>
          <w:b/>
        </w:rPr>
        <w:t xml:space="preserve">[37:32] </w:t>
      </w:r>
      <w:r>
        <w:t>mera ek sawal hai at the end agar farida apas ko explain karein ki hamein yeh baat samajh aa gayi hai ki we were wrong aur jab yeh corona ke ka nahi pandemic ka scene tha to Maulana sahab ki ek talk thi jismein unhone kaha tha ki hamein is tamai taur par yeh taraaf karna hoga ki hum galat the. yeh jo corona hai yeh isliye nahi hai. it's a it's a signal allah taala ki taraf se ki ab hum is tamai taur par yeh taraf karenge that we were wrong as collectively we were wrong.</w:t>
      </w:r>
    </w:p>
    <w:p>
      <w:pPr>
        <w:jc w:val="right"/>
      </w:pPr>
      <w:r>
        <w:t>मेरा एक सवाल है at the end अगर फरीदा आपस को explain करें कि हमें यह बात समझ आ गई है कि we were wrong और जब यह corona के का नहीं pandemic का scene था तो मलाना साहब की एक talk थी जिसमें उन्होंने कहा था कि हमें इस तमाई तौर पर यह तराफ़ करना होगा कि हम ग़लत थे. यह जो corona है यह इसलिए नहीं है. It's a it's a signal अलातारा की तरफ़ से कि अब हम इस तमाई तौर पर यह तरफ़ करेंगे that we were wrong as collectively we were wrong.</w:t>
      </w:r>
    </w:p>
    <w:p>
      <w:r>
        <w:rPr>
          <w:b/>
        </w:rPr>
        <w:t xml:space="preserve">[37:59] </w:t>
      </w:r>
      <w:r>
        <w:t>to hamein bas faridaaba se tips chahiye, faridaaba se mazeed guidance chahiye ki haan haan ab hamein samajh</w:t>
      </w:r>
    </w:p>
    <w:p>
      <w:pPr>
        <w:jc w:val="right"/>
      </w:pPr>
      <w:r>
        <w:t>तो हमें बस फरीदाबा से tips चाहिए, फरीदाबा से मज़ीद guidance चाहिए कि हां हां अब हमें समझ</w:t>
      </w:r>
    </w:p>
    <w:p>
      <w:r>
        <w:rPr>
          <w:b/>
        </w:rPr>
        <w:t xml:space="preserve">[38:03] </w:t>
      </w:r>
      <w:r>
        <w:t>aa gayi hai.</w:t>
      </w:r>
    </w:p>
    <w:p>
      <w:pPr>
        <w:jc w:val="right"/>
      </w:pPr>
      <w:r>
        <w:t>आ गई है.</w:t>
      </w:r>
    </w:p>
    <w:p>
      <w:r>
        <w:rPr>
          <w:b/>
        </w:rPr>
        <w:t xml:space="preserve">[38:08] </w:t>
      </w:r>
      <w:r>
        <w:t>So being CPS members and being housewives hamare kya steps honge?</w:t>
      </w:r>
    </w:p>
    <w:p>
      <w:pPr>
        <w:jc w:val="right"/>
      </w:pPr>
      <w:r>
        <w:t>So being CPS members and being housewives हमारे क्या steps होंगे?</w:t>
      </w:r>
    </w:p>
    <w:p>
      <w:r>
        <w:rPr>
          <w:b/>
        </w:rPr>
        <w:t xml:space="preserve">[38:13] </w:t>
      </w:r>
      <w:r>
        <w:t>apni jo hai na understanding hamein humse share karein.</w:t>
      </w:r>
    </w:p>
    <w:p>
      <w:pPr>
        <w:jc w:val="right"/>
      </w:pPr>
      <w:r>
        <w:t>अपनी जो है ना understanding हमें हमसे share करें.</w:t>
      </w:r>
    </w:p>
    <w:p>
      <w:r>
        <w:rPr>
          <w:b/>
        </w:rPr>
        <w:t xml:space="preserve">[38:17] </w:t>
      </w:r>
      <w:r>
        <w:t>hamein bahut zaroorat hai ki ab humne karna kya hai?</w:t>
      </w:r>
    </w:p>
    <w:p>
      <w:pPr>
        <w:jc w:val="right"/>
      </w:pPr>
      <w:r>
        <w:t>हमें बहुत ज़रूरत है कि अब हमने करना क्या है?</w:t>
      </w:r>
    </w:p>
    <w:p>
      <w:r>
        <w:rPr>
          <w:b/>
        </w:rPr>
        <w:t xml:space="preserve">[38:22] </w:t>
      </w:r>
      <w:r>
        <w:t>Perception kaise change karna hai?</w:t>
      </w:r>
    </w:p>
    <w:p>
      <w:pPr>
        <w:jc w:val="right"/>
      </w:pPr>
      <w:r>
        <w:t>Perception कैसे change करना है?</w:t>
      </w:r>
    </w:p>
    <w:p>
      <w:r>
        <w:rPr>
          <w:b/>
        </w:rPr>
        <w:t xml:space="preserve">[38:27] </w:t>
      </w:r>
      <w:r>
        <w:t>to usme hamari help kar dein intezar kar lakh hai.</w:t>
      </w:r>
    </w:p>
    <w:p>
      <w:pPr>
        <w:jc w:val="right"/>
      </w:pPr>
      <w:r>
        <w:t>तो उसमें हमारी help कर दें इंतज़ार कर लाख है.</w:t>
      </w:r>
    </w:p>
    <w:p>
      <w:r>
        <w:rPr>
          <w:b/>
        </w:rPr>
        <w:t xml:space="preserve">[38:32] </w:t>
      </w:r>
      <w:r>
        <w:t>main doctor, main professor fareeda apa ko main invite karti hoon. Inke do questions hain. Fareeda apa aap isko address karoge? Ji. Woh ek to mujhe samajh mein nahi aaya ke corona se related istemal yeh tarah phir istemal tauba.</w:t>
      </w:r>
    </w:p>
    <w:p>
      <w:pPr>
        <w:jc w:val="right"/>
      </w:pPr>
      <w:r>
        <w:t>मैं doctor, मैं professor फरीदा आपा को मैं invite करती हूं. इनके दो questions हैं. फरीदा आपा आप इसको address करोगे? जी. वह एक तो मुझे समझ में नहीं आया कि corona से related इस्तेमाल यह तरह फिर इस्तेमाल तौबा.</w:t>
      </w:r>
    </w:p>
    <w:p>
      <w:r>
        <w:rPr>
          <w:b/>
        </w:rPr>
        <w:t xml:space="preserve">[38:54] </w:t>
      </w:r>
      <w:r>
        <w:t>to corona se related mujhe samajh nahi aaya mujhe yaad hai ki marna samne ka ki jo koi</w:t>
      </w:r>
    </w:p>
    <w:p>
      <w:pPr>
        <w:jc w:val="right"/>
      </w:pPr>
      <w:r>
        <w:t>तो corona से related मुझे समझ नहीं आया मुझे याद है कि मारना सामने का कि जो कोई</w:t>
      </w:r>
    </w:p>
    <w:p>
      <w:r>
        <w:rPr>
          <w:b/>
        </w:rPr>
        <w:t xml:space="preserve">[39:02] </w:t>
      </w:r>
      <w:r>
        <w:t>aisi galti hoti hai jisme tamam log istemal aur agar hum individually kuch galti karte hain to wah</w:t>
      </w:r>
    </w:p>
    <w:p>
      <w:pPr>
        <w:jc w:val="right"/>
      </w:pPr>
      <w:r>
        <w:t>ऐसी गलती होती है जिसमें तमाम लोग इस्तेमाल और अगर हम individually कुछ गलती करते हैं तो वह</w:t>
      </w:r>
    </w:p>
    <w:p>
      <w:r>
        <w:rPr>
          <w:b/>
        </w:rPr>
        <w:t xml:space="preserve">[39:11] </w:t>
      </w:r>
      <w:r>
        <w:t>individual tauba hogi aur sare log kisi galti mein mulabast hain to istemali tauba hogi tab allah taala</w:t>
      </w:r>
    </w:p>
    <w:p>
      <w:pPr>
        <w:jc w:val="right"/>
      </w:pPr>
      <w:r>
        <w:t>individual तौबा होगी और सारे लोग किसी गलती में मुलाबस्त हैं तो इस्तेमाली तौबा होगी तब अल्लाह ताला</w:t>
      </w:r>
    </w:p>
    <w:p>
      <w:r>
        <w:rPr>
          <w:b/>
        </w:rPr>
        <w:t xml:space="preserve">[39:19] </w:t>
      </w:r>
      <w:r>
        <w:t>ke aas maafi milegi.</w:t>
      </w:r>
    </w:p>
    <w:p>
      <w:pPr>
        <w:jc w:val="right"/>
      </w:pPr>
      <w:r>
        <w:t>के आस माफ़ी मिलेगी.</w:t>
      </w:r>
    </w:p>
    <w:p>
      <w:r>
        <w:rPr>
          <w:b/>
        </w:rPr>
        <w:t xml:space="preserve">[39:28] </w:t>
      </w:r>
      <w:r>
        <w:t>mujhe yeh samajh mein aa raha hai woh woh samajh mein nahi aaya corona se kya related hai? Apa yahi zaak allah apa yahi woh keh rahe the ke jo yeh yeh ek signal hai ke is waqt hum apni perception badlein aur hum humne jo is se pehle taaveer ki ghalti mein, interpretations mein ghaltiyan ki hain aur uske ji.</w:t>
      </w:r>
    </w:p>
    <w:p>
      <w:pPr>
        <w:jc w:val="right"/>
      </w:pPr>
      <w:r>
        <w:t>मुझे यह समझ में आ रहा है वह वह समझ में नहीं आया corona से क्या related है? आपा यही ज़ाक अल्लाह आपा यही वह कह रहे थे कि जो यह यह एक signal है कि इस वक्त हम अपनी perception बदलें और हम हमने जो इससे पहले तावीर की गलती में, interpretations में गलतियां की हैं और उसके जी.</w:t>
      </w:r>
    </w:p>
    <w:p>
      <w:r>
        <w:rPr>
          <w:b/>
        </w:rPr>
        <w:t xml:space="preserve">[39:50] </w:t>
      </w:r>
      <w:r>
        <w:t>bas jo humne ab uski taraf ek signal hai hum sab ke liye ke hum is tamai taur par duniya ko dekhein aur yeh aitraf karein ke humne galat ki hai, we were wrong, collectively we were wrong as a muslim ummah. Unke ek talk, ek talk mein maine yeh suna tha aur woh chuki woh bhi mere mind mein tha aur ab hum jis jagah par khade hain aur hamari jo learning ho rahi hai us silsile mein aapse mazeed guidance chahiye.</w:t>
      </w:r>
    </w:p>
    <w:p>
      <w:pPr>
        <w:jc w:val="right"/>
      </w:pPr>
      <w:r>
        <w:t>बस जो हमने अब उसकी तरफ एक signal है हम सबके लिए कि हम इस तमाई तौर पर दुनिया को देखें और यह ऐतराफ करें कि हमने गलत की है, we were wrong, collectively we were wrong as a मुस्लिम उम्मा. उनके एक talk, एक talk में मैंने यह सुना था और वह चूंकि वह भी मेरे mind में था और अब हम जिस जगह पर खड़े हैं और हमारी जो learning हो रही है उस सिलसिले में आपसे मज़ीद guidance चाहिए.</w:t>
      </w:r>
    </w:p>
    <w:p>
      <w:r>
        <w:rPr>
          <w:b/>
        </w:rPr>
        <w:t xml:space="preserve">[40:20] </w:t>
      </w:r>
      <w:r>
        <w:t>yeh samajh na raha hai ke agar koi badi museebat aati hai to iska matlab hai woh aati hai hamein hamare andar rethinking paisa karne ke liye.</w:t>
      </w:r>
    </w:p>
    <w:p>
      <w:pPr>
        <w:jc w:val="right"/>
      </w:pPr>
      <w:r>
        <w:t>यह समझ ना रहा है कि अगर कोई बड़ी मुसीबत आती है तो इसका मतलब है वह आती है हमें हमारे अंदर rethinking पैसा करने के लिए.</w:t>
      </w:r>
    </w:p>
    <w:p>
      <w:r>
        <w:rPr>
          <w:b/>
        </w:rPr>
        <w:t xml:space="preserve">[40:36] </w:t>
      </w:r>
      <w:r>
        <w:t>kya badi museebat hamare upar aa gayi hai to yeh ho sakta hai yeh samajh mein ab baat aati hai aur waise hai ke jaise woh aap keh rahi hain political interpretation kyunke tamam log isi mein maan rahe the political interpretation ko to woh ghlat tha. To tamam logon ko milkar taaba karni chahiye. Isi ko istemal taaba kehte hain.</w:t>
      </w:r>
    </w:p>
    <w:p>
      <w:pPr>
        <w:jc w:val="right"/>
      </w:pPr>
      <w:r>
        <w:t>क्या बड़ी मुसीबत हमारे ऊपर आ गई है तो यह हो सकता है यह समझ में अब बात आती है और वैसे है कि जैसे वह आप कह रही हैं political interpretation क्योंकि तमाम लोग इसी में मान रहे थे political interpretation को तो वह ग़लत था. तो तमाम लोगों को मिलकर ताबा करनी चाहिए. इसी को इस्तेमाल ताबा कहते हैं.</w:t>
      </w:r>
    </w:p>
    <w:p>
      <w:r>
        <w:rPr>
          <w:b/>
        </w:rPr>
        <w:t xml:space="preserve">[40:57] </w:t>
      </w:r>
      <w:r>
        <w:t>lekin hum logon ke liye to wahi hai ke bohat ziyada marana sahib apne aakhri zamane mein to bohat ziyada woh zor dete the tauba par. Matlab woh taubatan nusuj jisko kehte hain dil se poore khushoo khuzoo se poori spirit ke saath tauba karna.</w:t>
      </w:r>
    </w:p>
    <w:p>
      <w:pPr>
        <w:jc w:val="right"/>
      </w:pPr>
      <w:r>
        <w:t>लेकिन हम लोगों के लिए तो वही है कि बहुत ज़्यादा मराना साहब अपने आखिरी ज़माने में तो बहुत ज़्यादा वह ज़ोर देते थे तौबा पर. मतलब वह तौबतन नुसूज जिसको कहते हैं दिल से पूरे खुशू खुजू से पूरी spirit के साथ तौबा करना.</w:t>
      </w:r>
    </w:p>
    <w:p>
      <w:r>
        <w:rPr>
          <w:b/>
        </w:rPr>
        <w:t xml:space="preserve">[41:18] </w:t>
      </w:r>
      <w:r>
        <w:t>ek hai jaise saari saari keh diya jata hai woh nahi balki poore dil se apni ghalti ko maankar to tauba karna jab rasoolullah sallallahu sallallahu istaighfar karte the sattar baar to aap samajh sakte hain ke hamein kitna karna chahiye? To insaan to ghalti ka patla hai humko har waqt tayyar rehna chahiye ghalti maanne ke liye aur allah se maafi maangne ke liye.</w:t>
      </w:r>
    </w:p>
    <w:p>
      <w:pPr>
        <w:jc w:val="right"/>
      </w:pPr>
      <w:r>
        <w:t>एक है जैसे सारी सारी कह दिया जाता है वह नहीं बल्कि पूरे दिल से अपनी गलती को मानकर तो तौबा करना जब रसूल्लाह सल्लाह सल्लाह इस्तेफ़ार करते थे सत्तर बार तो आप समझ सकते हैं कि हमें कितना करना चाहिए? तो इंसान तो गलती का पतला है हमको हर वक्त तैयार रहना चाहिए गलती मानने के लिए और अल्लाह से माफ़ी मांगने के लिए.</w:t>
      </w:r>
    </w:p>
    <w:p>
      <w:r>
        <w:rPr>
          <w:b/>
        </w:rPr>
        <w:t xml:space="preserve">[41:44] </w:t>
      </w:r>
      <w:r>
        <w:t>main to sabse kehti hoon rozana raat ko bagail tauba kiye hue maafi maange hue so mat kya pata kal hamare yahan khule na khule. To yeh bohat zaroori hai.</w:t>
      </w:r>
    </w:p>
    <w:p>
      <w:pPr>
        <w:jc w:val="right"/>
      </w:pPr>
      <w:r>
        <w:t>मैं तो सबसे कहती हूं रोज़ाना रात को बगैल तौबा किए हुए माफ़ी मांगे हुए सो मत क्या पता कल हमारे यहां खुले ना खुले. तो यह बहुत ज़रूरी है.</w:t>
      </w:r>
    </w:p>
    <w:p>
      <w:r>
        <w:rPr>
          <w:b/>
        </w:rPr>
        <w:t xml:space="preserve">[42:00] </w:t>
      </w:r>
      <w:r>
        <w:t>yahan tak ke ek hadith hai ke rasoolullah sallallahu sallallahu ne farmaya ke allah taala jisko hadith qudsi kehte hain ke allah taala farmata hai ke agar insaan ghalti na kare aur tauba na kare to us par laha ghazab naak hota hai aur woh kehta hai ke agar tum tauba nahi karoge matlab ghalti karo aur tauba karo.</w:t>
      </w:r>
    </w:p>
    <w:p>
      <w:pPr>
        <w:jc w:val="right"/>
      </w:pPr>
      <w:r>
        <w:t>यहां तक के एक हदीश है कि रसूल्लाह सरोसलम ने फरमाया कि अल्लाह तालाह जिसको हदीश कुत्सी कहते हैं कि अल्लाह तालाह फरमाता है कि अगर इंसान गलती ना करे और तौबा ना करे तो उस पर लाह ग़ज़ब नाक होता है और वह कहता है कि अगर तुम तौबा नहीं करोगे मतलब गलती करो और तौबा करो.</w:t>
      </w:r>
    </w:p>
    <w:p>
      <w:r>
        <w:rPr>
          <w:b/>
        </w:rPr>
        <w:t xml:space="preserve">[42:23] </w:t>
      </w:r>
      <w:r>
        <w:t>is se hamare andar humility aati hai, modesty aati hai, jhukav paida hota hai isliye yeh bahut zaroori hai</w:t>
      </w:r>
    </w:p>
    <w:p>
      <w:pPr>
        <w:jc w:val="right"/>
      </w:pPr>
      <w:r>
        <w:t>इससे हमारे अंदर humility आती है, modesty आती है, झुकाव पैदा होता है इसलिए यह बहुत ज़रूरी है</w:t>
      </w:r>
    </w:p>
    <w:p>
      <w:r>
        <w:rPr>
          <w:b/>
        </w:rPr>
        <w:t xml:space="preserve">[42:29] </w:t>
      </w:r>
      <w:r>
        <w:t>jo aadmi galti nahi karta to uske andar bahut zyada wah arrogant ho jata hai ki maya to</w:t>
      </w:r>
    </w:p>
    <w:p>
      <w:pPr>
        <w:jc w:val="right"/>
      </w:pPr>
      <w:r>
        <w:t>जो आदमी गलती नहीं करता तो उसके अंदर बहुत ज़्यादा वह arrogant हो जाता है कि माया तो</w:t>
      </w:r>
    </w:p>
    <w:p>
      <w:r>
        <w:rPr>
          <w:b/>
        </w:rPr>
        <w:t xml:space="preserve">[42:35] </w:t>
      </w:r>
      <w:r>
        <w:t>koi galat kaam karta hi nahi to is tarah isiliye humko na sirf yeh hai ki bilkul clear</w:t>
      </w:r>
    </w:p>
    <w:p>
      <w:pPr>
        <w:jc w:val="right"/>
      </w:pPr>
      <w:r>
        <w:t>कोई गलत काम करता ही नहीं तो इस तरह इसीलिए हमको ना सिर्फ यह है कि बिल्कुल clear</w:t>
      </w:r>
    </w:p>
    <w:p>
      <w:r>
        <w:rPr>
          <w:b/>
        </w:rPr>
        <w:t xml:space="preserve">[42:41] </w:t>
      </w:r>
      <w:r>
        <w:t>galti ho balki bahut sari cheezein aisi hoti hain jo aisa lagta nahi ki humne galti ki hai</w:t>
      </w:r>
    </w:p>
    <w:p>
      <w:pPr>
        <w:jc w:val="right"/>
      </w:pPr>
      <w:r>
        <w:t>गलती हो बल्कि बहुत सारी चीज़ें ऐसी होती हैं जो ऐसा लगता नहीं कि हमने गलती की है</w:t>
      </w:r>
    </w:p>
    <w:p>
      <w:r>
        <w:rPr>
          <w:b/>
        </w:rPr>
        <w:t xml:space="preserve">[42:48] </w:t>
      </w:r>
      <w:r>
        <w:t>to usko bhi jaise Maulana sahib kehte the I am wrong I am wrong chahe unko galti na</w:t>
      </w:r>
    </w:p>
    <w:p>
      <w:pPr>
        <w:jc w:val="right"/>
      </w:pPr>
      <w:r>
        <w:t>तो उसको भी जैसे मोलाना साहब कहते थे I am wrong I am wrong चाहे उनको गलती ना</w:t>
      </w:r>
    </w:p>
    <w:p>
      <w:r>
        <w:rPr>
          <w:b/>
        </w:rPr>
        <w:t xml:space="preserve">[42:54] </w:t>
      </w:r>
      <w:r>
        <w:t>kiya unhone tab bhi kehte the kehte the main farishton ke samne yeh register kar raha hoon ki</w:t>
      </w:r>
    </w:p>
    <w:p>
      <w:pPr>
        <w:jc w:val="right"/>
      </w:pPr>
      <w:r>
        <w:t>किया उन्होंने तब भी कहते थे कहते थे मैं फरिश्तों के सामने यह register कर रहा हूं कि</w:t>
      </w:r>
    </w:p>
    <w:p>
      <w:r>
        <w:rPr>
          <w:b/>
        </w:rPr>
        <w:t xml:space="preserve">[43:00] </w:t>
      </w:r>
      <w:r>
        <w:t>maine apni galti ki maafi mangi allah taala se to yeh hamein galatouba karna galti ki maafi mangna</w:t>
      </w:r>
    </w:p>
    <w:p>
      <w:pPr>
        <w:jc w:val="right"/>
      </w:pPr>
      <w:r>
        <w:t>मैंने अपनी गलती की माफी मांगी अल्लाह ताला से तो यह हमें गलतौबा करना गलती की माफी मांगना</w:t>
      </w:r>
    </w:p>
    <w:p>
      <w:r>
        <w:rPr>
          <w:b/>
        </w:rPr>
        <w:t xml:space="preserve">[43:06] </w:t>
      </w:r>
      <w:r>
        <w:t>yeh bahut zyada zaroori hai.</w:t>
      </w:r>
    </w:p>
    <w:p>
      <w:pPr>
        <w:jc w:val="right"/>
      </w:pPr>
      <w:r>
        <w:t>यह बहुत ज़्यादा ज़रूरी है.</w:t>
      </w:r>
    </w:p>
    <w:p>
      <w:r>
        <w:rPr>
          <w:b/>
        </w:rPr>
        <w:t xml:space="preserve">[43:13] </w:t>
      </w:r>
      <w:r>
        <w:t>to allah talanad yahan tak kaha hai ke agar yeh log aisa nahi karenge to hum in logon ko khatam karke ek doosri doosri qaum banayenge doosri creature banayenge taake woh ग़लती karein aur maafi maange. To yeh to bohat zaroori hai. Jazza kar la aapma.</w:t>
      </w:r>
    </w:p>
    <w:p>
      <w:pPr>
        <w:jc w:val="right"/>
      </w:pPr>
      <w:r>
        <w:t>तो अल्लाह तालानंद यहां तक कहा है कि अगर यह लोग ऐसा नहीं करेंगे तो हम इन लोगों को खत्म करके एक दूसरी दूसरी कौम बनाएंगे दूसरी creature बनाएंगे ताकि वह ग़लती करें और माफ़ी मांगे. तो यह तो बहुत ज़रूरी है. जज़्ज़ा कर ला आपमा.</w:t>
      </w:r>
    </w:p>
    <w:p>
      <w:r>
        <w:rPr>
          <w:b/>
        </w:rPr>
        <w:t xml:space="preserve">[43:39] </w:t>
      </w:r>
      <w:r>
        <w:t>aapne bohat achhe se sawal ka jawab diya aur koi ladies hain? It is ten minutes to 07:00. We might take this session further. If we are not able to do it on time, kindly bear with this. And any other ladies who would like to share their reflection or any queries? Sadhiya se baat deti hoon aap aapki sadhiya. Shabina? Ji aapki awaaz nahi aa rahi hai?</w:t>
      </w:r>
    </w:p>
    <w:p>
      <w:pPr>
        <w:jc w:val="right"/>
      </w:pPr>
      <w:r>
        <w:t>आपने बहुत अच्छे से सवाल का जवाब दिया और कोई ladies हैं? It is ten minutes to 07:00. We might take this session further. If we are not able to do it on time, kindly bear with this. And any other ladies who would like to share their reflection or any queries? साधिया से बात देती हूं आप आपकी साधिया. शभीना? जी आपकी आवाज़ नहीं आ रही है?</w:t>
      </w:r>
    </w:p>
    <w:p>
      <w:r>
        <w:rPr>
          <w:b/>
        </w:rPr>
        <w:t xml:space="preserve">[44:08] </w:t>
      </w:r>
      <w:r>
        <w:t>haan haan shabina mein kahin ji hai sadhiya se. Phir sadhiya se baat kara deti hai unki apa ki. Shabina papa se baat karna cha rahi thi. Apa awaaz aa rahi hai? Zameen awaaz aa rahi hai? Ji ji sadhiya. Sadhiya khatiyon se. Aap baat kara dete hain. Sadhiya se. Ji ji main sadhiya. Sadhiya aap hain yahan par? Ji ma'am</w:t>
      </w:r>
    </w:p>
    <w:p>
      <w:pPr>
        <w:jc w:val="right"/>
      </w:pPr>
      <w:r>
        <w:t>हां हां शभीना में कहीं जी है साधिया से. फिर साधिया से बात करा देती है उनकी आपा की. शभीना papa से बात करना चाह रही थी. आपा आवाज़ आ रही है? ज़मीन आवाज़ आ रही है? जी जी साधिया. साधिया खातियों से. आप बात करा देते हैं. साधिया से. जी जी मैं साधिया. साधिया आप हैं यहां पर? जी ma'am</w:t>
      </w:r>
    </w:p>
    <w:p>
      <w:r>
        <w:rPr>
          <w:b/>
        </w:rPr>
        <w:t xml:space="preserve">[44:37] </w:t>
      </w:r>
      <w:r>
        <w:t>main hoon. Ji ji paridha aap hain aap unse kuch baat kar sakti hain? Ji. Naye dikh rahi hain. Aap screen dots dekhiye change kijiye. Aapki awaaz aa rahi hai? Aap kuch bhi poochna chahte hain poocho. Awaaz aa rahi hai? Ji assalam walikum. Walikum assalam. Aapko hamesha hum youtube mein dekhte the, tv mein dekhte hain.</w:t>
      </w:r>
    </w:p>
    <w:p>
      <w:pPr>
        <w:jc w:val="right"/>
      </w:pPr>
      <w:r>
        <w:t>मैं हूं. जी जी परिधा आप हैं आप उनसे कुछ बात कर सकती हैं? जी. नए दिख रही हैं. आप screen dots देखिए change कीजिए. आपकी आवाज़ आ रही है? आप कुछ भी पूछना चाहते हैं पूछिए. आवाज़ आ रही है? जी अस्लाम लिखो. वालीफ़ सलाम. आपको हमेशा हम YouTube में देखते थे, TV में देखते हैं.</w:t>
      </w:r>
    </w:p>
    <w:p>
      <w:r>
        <w:rPr>
          <w:b/>
        </w:rPr>
        <w:t xml:space="preserve">[45:05] </w:t>
      </w:r>
      <w:r>
        <w:t>aaj pehli baar aapse baat kar rahe hain. Bohat achha mere lagta ko bohat khushi ho rahi hai ke aap nayi nayi join kiya hai aur aap apni serious hain iske bare mein. Ji, pehle to main to molana sahib ko hi jaanti thi. Mujhe nahi pata tha ke matlab aap unki beti hain saniya sneh khan, sadhiya khan, mariya, doctor mariya. In logon ke bare mein kuch nahi jaanti thi. Phir jab search kiya tab maine aap logon ke bare mein jaana.</w:t>
      </w:r>
    </w:p>
    <w:p>
      <w:pPr>
        <w:jc w:val="right"/>
      </w:pPr>
      <w:r>
        <w:t>आज पहली बार आपसे बात कर रहे हैं. बहुत अच्छा मेरे लगता को बहुत खुशी हो रही है कि आप नई नई join किया है और आप अपनी serious हैं इसके बारे में. जी, पहले तो मैं तो मोलाना साहब को ही जानती थी. मुझे नहीं पता था कि मतलब आप उनकी बेटी हैं सानिया स्नेह खान, साधिया खान, मारिया, Doctor मारिया. इन लोगों के बारे में कुछ नहीं जानती थी. फिर जब search किया तब मैंने आप लोगों के बारे में जाना.</w:t>
      </w:r>
    </w:p>
    <w:p>
      <w:r>
        <w:rPr>
          <w:b/>
        </w:rPr>
        <w:t xml:space="preserve">[45:33] </w:t>
      </w:r>
      <w:r>
        <w:t>phir jo hai phir jaante gaye, jaante gaye ya raaj dekhe. Aapse baat smolana se bhi baat ho paati meri. Unko main bohat matlab unki kitabein padhti thi aur phir youtube mein bhi dekhti thi. Mere papa bohat unke matlab jo kitab padhte the. Har mahine risala kharidte the aur jo hai har mahine padhte the.</w:t>
      </w:r>
    </w:p>
    <w:p>
      <w:pPr>
        <w:jc w:val="right"/>
      </w:pPr>
      <w:r>
        <w:t>फिर जो है फिर जानते गए, जानते गए या राज देखे. आपसे बात स्मोलाना से भी बात हो पाती मेरी. उनको मैं बहुत मतलब उनकी किताबें पढ़ती थी और फिर YouTube में भी देखती थी. मेरे papa बहुत उनके मतलब जो किताब पढ़ते थे. हर महीने रिसाला खरीदते थे और जो है हर महीने पढ़ते थे.</w:t>
      </w:r>
    </w:p>
    <w:p>
      <w:r>
        <w:rPr>
          <w:b/>
        </w:rPr>
        <w:t xml:space="preserve">[45:58] </w:t>
      </w:r>
      <w:r>
        <w:t>to mujhe jab main kal aapki awaaz nahi aa rahi hai?</w:t>
      </w:r>
    </w:p>
    <w:p>
      <w:pPr>
        <w:jc w:val="right"/>
      </w:pPr>
      <w:r>
        <w:t>तो मुझे जब मैं कल आपकी आवाज़ नहीं आ रही है?</w:t>
      </w:r>
    </w:p>
    <w:p>
      <w:r>
        <w:rPr>
          <w:b/>
        </w:rPr>
        <w:t xml:space="preserve">[46:04] </w:t>
      </w:r>
      <w:r>
        <w:t>Mute ho gaya hai? Hello.</w:t>
      </w:r>
    </w:p>
    <w:p>
      <w:pPr>
        <w:jc w:val="right"/>
      </w:pPr>
      <w:r>
        <w:t>Mute हो गया है? Hello.</w:t>
      </w:r>
    </w:p>
    <w:p>
      <w:r>
        <w:rPr>
          <w:b/>
        </w:rPr>
        <w:t xml:space="preserve">[46:11] </w:t>
      </w:r>
      <w:r>
        <w:t>ji ji, ab awaaz aa rahi hai.</w:t>
      </w:r>
    </w:p>
    <w:p>
      <w:pPr>
        <w:jc w:val="right"/>
      </w:pPr>
      <w:r>
        <w:t>जी जी, अब आवाज़ आ रही है.</w:t>
      </w:r>
    </w:p>
    <w:p>
      <w:r>
        <w:rPr>
          <w:b/>
        </w:rPr>
        <w:t xml:space="preserve">[46:18] </w:t>
      </w:r>
      <w:r>
        <w:t>haan, to main wahi bol rahi thi ki jab main school mein notes banati thi to kabhi kabhi</w:t>
      </w:r>
    </w:p>
    <w:p>
      <w:pPr>
        <w:jc w:val="right"/>
      </w:pPr>
      <w:r>
        <w:t>हां, तो मैं वही बोल रही थी कि जब मैं school में notes बनाती थी तो कभी कभी</w:t>
      </w:r>
    </w:p>
    <w:p>
      <w:r>
        <w:rPr>
          <w:b/>
        </w:rPr>
        <w:t xml:space="preserve">[46:25] </w:t>
      </w:r>
      <w:r>
        <w:t>aisa hota tha ki Maulana sahib ke jo aalyshara ke shuru mein do teen line courts hote the</w:t>
      </w:r>
    </w:p>
    <w:p>
      <w:pPr>
        <w:jc w:val="right"/>
      </w:pPr>
      <w:r>
        <w:t>ऐसा होता था कि मोराना साहब के जो आल्यशारा के शुरू में दो तीन line courts होते थे</w:t>
      </w:r>
    </w:p>
    <w:p>
      <w:r>
        <w:rPr>
          <w:b/>
        </w:rPr>
        <w:t xml:space="preserve">[46:32] </w:t>
      </w:r>
      <w:r>
        <w:t>na, usi se shuruaat karti thi.</w:t>
      </w:r>
    </w:p>
    <w:p>
      <w:pPr>
        <w:jc w:val="right"/>
      </w:pPr>
      <w:r>
        <w:t>ना, उसी से शुरुआत करती थी.</w:t>
      </w:r>
    </w:p>
    <w:p>
      <w:r>
        <w:rPr>
          <w:b/>
        </w:rPr>
        <w:t xml:space="preserve">[46:39] </w:t>
      </w:r>
      <w:r>
        <w:t>jis tarah se matlab dedicated aur ekdum ek ek rukhi hoti hai na unka jaisa mizaj tha, vaisa mera to hai nahi aur main woh isse matlab one jaana bohat mushkil hai. Isse bohat mushkil hai, lekin bohat mehnat karna padega tabhi insaan vaisa one pata hai. Kyunke aadmi ek jagah rehta hai to koi baat nahi. Lekin jaise aap bheed mein jaayein, logon ke saath mein aur milega na, to thoda thoda un logon ka bhi apne andar aa jata hai.</w:t>
      </w:r>
    </w:p>
    <w:p>
      <w:pPr>
        <w:jc w:val="right"/>
      </w:pPr>
      <w:r>
        <w:t>जिस तरह से मतलब dedicated और एकदम एक एक रुखी होती है ना उनका जैसा मिजाज़ था, वैसा मेरा तो है नहीं और मैं वह इससे मतलब वन जाना बहुत मुश्किल है. इससे बहुत मुश्किल है, लेकिन बहुत मेहनत करना पड़ेगा तभी इंसान वैसा वन पाता है. क्योंकि आदमी एक जगह रहता है तो कोई बात नहीं. लेकिन जैसे आप भीड़ में जाएं, लोगों के साथ में और मिलेगा ना, तो थोड़ा थोड़ा उन लोगों का भी अपने अंदर आ जाता है.</w:t>
      </w:r>
    </w:p>
    <w:p>
      <w:r>
        <w:rPr>
          <w:b/>
        </w:rPr>
        <w:t xml:space="preserve">[47:06] </w:t>
      </w:r>
      <w:r>
        <w:t>to thoda sa miss ho jata hai aur aapka nazar nahi aa rahi hai. Aap bataein inke sawal ke jawab ke liye kis tarah se apni personality ko develop karein shadiyan. Main bata rahi hoon unke andar jazba to bohat ziyada hai. Koshish plus dua. Dua bhi karte rahein kyunke jahan hamein bhi koi lagta hai yeh mushkil ho rahi hai kaam nahi van raha hai to hum dua karte hain.</w:t>
      </w:r>
    </w:p>
    <w:p>
      <w:pPr>
        <w:jc w:val="right"/>
      </w:pPr>
      <w:r>
        <w:t>तो थोड़ा सा miss हो जाता है और आपका नज़र नहीं आ रही है. आप बताएं इनके सवाल के जवाब के लिए किस तरह से अपनी personality को develop करें शादीयां. मैं बता रही हूं उनके अंदर जज़्बा तो बहुत ज़्यादा है. कोशिश plus दुआ. दुआ भी करते रहें क्योंकि जहां हमें भी कोई लगता है यह मुश्किल हो रही है काम नहीं वन रहा है तो हम दुआ करते हैं.</w:t>
      </w:r>
    </w:p>
    <w:p>
      <w:r>
        <w:rPr>
          <w:b/>
        </w:rPr>
        <w:t xml:space="preserve">[47:35] </w:t>
      </w:r>
      <w:r>
        <w:t>to inshallah taala time lagega inshallah taala woh bhi apna intellectual aur spiritual development kar paayenge. Haan haan bhala hi jab madad aa jati hai to phir har kaam aasan ho jata hai. Ji, molana sahib bhi bolte the ke main to har waqt doaa ke sense mein rehta hoon. Har waqt halla se baatein karte rehta hoon. Doaan ka ek video honi mein suna tha. Aapse baat kehkar ghabrahat ho rahi hai. Aise baat nahi.</w:t>
      </w:r>
    </w:p>
    <w:p>
      <w:pPr>
        <w:jc w:val="right"/>
      </w:pPr>
      <w:r>
        <w:t>तो इंशाहल्लत अलाह time लगेगा इंशाहल्लत अलाह वह भी अपना intellectual और spiritual development कर पाएंगे. हां हां भला ही जब मदद आ जाती है तो फिर हर काम आसान हो जाता है. जी, मुलाना साहब भी बोलते थे कि मैं तो हर वक्त दोआ के sense में रहता हूं. हर वक्त हल्ला से बातें करते रहता हूं. दोआं का एक video होनी में सुना था. आपसे बात कहकर घबराहट हो रही है. ऐसे बात नहीं.</w:t>
      </w:r>
    </w:p>
    <w:p>
      <w:r>
        <w:rPr>
          <w:b/>
        </w:rPr>
        <w:t xml:space="preserve">[48:05] </w:t>
      </w:r>
      <w:r>
        <w:t>aise bade hain aap aap log kuch bhi nahi hai.</w:t>
      </w:r>
    </w:p>
    <w:p>
      <w:pPr>
        <w:jc w:val="right"/>
      </w:pPr>
      <w:r>
        <w:t>ऐसे बड़े हैं आप आप लोग कुछ भी नहीं है.</w:t>
      </w:r>
    </w:p>
    <w:p>
      <w:r>
        <w:rPr>
          <w:b/>
        </w:rPr>
        <w:t xml:space="preserve">[48:08] </w:t>
      </w:r>
      <w:r>
        <w:t>CPS members sab hamare liye barabar hain.</w:t>
      </w:r>
    </w:p>
    <w:p>
      <w:pPr>
        <w:jc w:val="right"/>
      </w:pPr>
      <w:r>
        <w:t>CPS members सब हमारे लिए बराबर हैं.</w:t>
      </w:r>
    </w:p>
    <w:p>
      <w:r>
        <w:rPr>
          <w:b/>
        </w:rPr>
        <w:t xml:space="preserve">[48:12] </w:t>
      </w:r>
      <w:r>
        <w:t>sab barabar hain hamare liye.</w:t>
      </w:r>
    </w:p>
    <w:p>
      <w:pPr>
        <w:jc w:val="right"/>
      </w:pPr>
      <w:r>
        <w:t>सब बराबर हैं हमारे लिए.</w:t>
      </w:r>
    </w:p>
    <w:p>
      <w:r>
        <w:rPr>
          <w:b/>
        </w:rPr>
        <w:t xml:space="preserve">[48:16] </w:t>
      </w:r>
      <w:r>
        <w:t>koi chote bada umar se kya hota hai?</w:t>
      </w:r>
    </w:p>
    <w:p>
      <w:pPr>
        <w:jc w:val="right"/>
      </w:pPr>
      <w:r>
        <w:t>कोई छोटे बड़ा उमर से क्या होता है?</w:t>
      </w:r>
    </w:p>
    <w:p>
      <w:r>
        <w:rPr>
          <w:b/>
        </w:rPr>
        <w:t xml:space="preserve">[48:20] </w:t>
      </w:r>
      <w:r>
        <w:t>aapke andar jo jazba hai wah to bahut zyada hai na?</w:t>
      </w:r>
    </w:p>
    <w:p>
      <w:pPr>
        <w:jc w:val="right"/>
      </w:pPr>
      <w:r>
        <w:t>आपके अंदर जो जज़्बा है वह तो बहुत ज़्यादा है ना?</w:t>
      </w:r>
    </w:p>
    <w:p>
      <w:r>
        <w:rPr>
          <w:b/>
        </w:rPr>
        <w:t xml:space="preserve">[48:24] </w:t>
      </w:r>
      <w:r>
        <w:t>apne jazbe ko dekhiye.</w:t>
      </w:r>
    </w:p>
    <w:p>
      <w:pPr>
        <w:jc w:val="right"/>
      </w:pPr>
      <w:r>
        <w:t>अपने जज़्बे को देखिए.</w:t>
      </w:r>
    </w:p>
    <w:p>
      <w:r>
        <w:rPr>
          <w:b/>
        </w:rPr>
        <w:t xml:space="preserve">[48:28] </w:t>
      </w:r>
      <w:r>
        <w:t>haan vah to hai jazba to hai lekin act bhi usko nahin la paate hain.</w:t>
      </w:r>
    </w:p>
    <w:p>
      <w:pPr>
        <w:jc w:val="right"/>
      </w:pPr>
      <w:r>
        <w:t>हां वह तो है जज़्बा तो है लेकिन act भी उसको नहीं ला पाते हैं.</w:t>
      </w:r>
    </w:p>
    <w:p>
      <w:r>
        <w:rPr>
          <w:b/>
        </w:rPr>
        <w:t xml:space="preserve">[48:32] </w:t>
      </w:r>
      <w:r>
        <w:t>jaise jazba bolte yah karna hai lekin usko jab karne ka vakt aata hai to khatm, aisa ho jata hai.</w:t>
      </w:r>
    </w:p>
    <w:p>
      <w:pPr>
        <w:jc w:val="right"/>
      </w:pPr>
      <w:r>
        <w:t>जैसे जज़्बा बोलते यह करना है लेकिन उसको जब करने का वक्त आता है तो खत्म, ऐसा हो जाता है.</w:t>
      </w:r>
    </w:p>
    <w:p>
      <w:r>
        <w:rPr>
          <w:b/>
        </w:rPr>
        <w:t xml:space="preserve">[48:36] </w:t>
      </w:r>
      <w:r>
        <w:t>molana sahib mamuli mamool log, kam umar ke logon ko itni izzat ke saath naam lete the. To har ek ki izzat barabar hai. Koi chhota bota aise koi fark nahi padta. Allah ke yahan asal cheez intention count hoti hai.</w:t>
      </w:r>
    </w:p>
    <w:p>
      <w:pPr>
        <w:jc w:val="right"/>
      </w:pPr>
      <w:r>
        <w:t>मोलाना साहब मामूली मामूल लोग, कम उम्र के लोगों को इतनी इज्जत के साथ नाम लेते थे. तो हर एक की इज़्ज़त बराबर है. कोई छोटा बोटा ऐसे कोई फ़र्क नहीं पड़ता. अल्लाह के यहां असल चीज़ intention count होती है.</w:t>
      </w:r>
    </w:p>
    <w:p>
      <w:r>
        <w:rPr>
          <w:b/>
        </w:rPr>
        <w:t xml:space="preserve">[49:03] </w:t>
      </w:r>
      <w:r>
        <w:t>aapka intention bilkul sahi hona chahiye allah ke liye kaam karte rahiye, allah ki madad milti rahegi.</w:t>
      </w:r>
    </w:p>
    <w:p>
      <w:pPr>
        <w:jc w:val="right"/>
      </w:pPr>
      <w:r>
        <w:t>आपका intention बिल्कुल सही होना चाहिए अल्लाह के लिए काम करते रहिए, अल्लाह की मदद मिलती रहेगी.</w:t>
      </w:r>
    </w:p>
    <w:p>
      <w:r>
        <w:rPr>
          <w:b/>
        </w:rPr>
        <w:t xml:space="preserve">[49:08] </w:t>
      </w:r>
      <w:r>
        <w:t>ek din mein to personality banti nahin.</w:t>
      </w:r>
    </w:p>
    <w:p>
      <w:pPr>
        <w:jc w:val="right"/>
      </w:pPr>
      <w:r>
        <w:t>एक दिन में तो personality बनती नहीं.</w:t>
      </w:r>
    </w:p>
    <w:p>
      <w:r>
        <w:rPr>
          <w:b/>
        </w:rPr>
        <w:t xml:space="preserve">[49:13] </w:t>
      </w:r>
      <w:r>
        <w:t>ab maulana sahab ki bhi koi ek din mein thodi bani thi na vah to sattar baras to</w:t>
      </w:r>
    </w:p>
    <w:p>
      <w:pPr>
        <w:jc w:val="right"/>
      </w:pPr>
      <w:r>
        <w:t>अब मौलाना साहब की भी कोई एक दिन में थोड़ी बनी थी ना वह तो सत्तर बरस तो</w:t>
      </w:r>
    </w:p>
    <w:p>
      <w:r>
        <w:rPr>
          <w:b/>
        </w:rPr>
        <w:t xml:space="preserve">[49:19] </w:t>
      </w:r>
      <w:r>
        <w:t>unhonne actively kaam kiya.</w:t>
      </w:r>
    </w:p>
    <w:p>
      <w:pPr>
        <w:jc w:val="right"/>
      </w:pPr>
      <w:r>
        <w:t>उन्होंने actively काम किया.</w:t>
      </w:r>
    </w:p>
    <w:p>
      <w:r>
        <w:rPr>
          <w:b/>
        </w:rPr>
        <w:t xml:space="preserve">[49:24] </w:t>
      </w:r>
      <w:r>
        <w:t>sattar baras, pachahattar baras dhire dhire dhire dhire jab CPS bana bana tha to us vakt unki umr</w:t>
      </w:r>
    </w:p>
    <w:p>
      <w:pPr>
        <w:jc w:val="right"/>
      </w:pPr>
      <w:r>
        <w:t>सत्तर बरस, पचहत्तर बरस धीरे धीरे धीरे धीरे जब CPS बना बना था तो उस वक्त उनकी उम्र</w:t>
      </w:r>
    </w:p>
    <w:p>
      <w:r>
        <w:rPr>
          <w:b/>
        </w:rPr>
        <w:t xml:space="preserve">[49:29] </w:t>
      </w:r>
      <w:r>
        <w:t>mein yah 75 hai aise hi kuchh thi. haan, 75. ji.</w:t>
      </w:r>
    </w:p>
    <w:p>
      <w:pPr>
        <w:jc w:val="right"/>
      </w:pPr>
      <w:r>
        <w:t>में यह 75 है ऐसे ही कुछ थी. हां, 75. जी.</w:t>
      </w:r>
    </w:p>
    <w:p>
      <w:r>
        <w:rPr>
          <w:b/>
        </w:rPr>
        <w:t xml:space="preserve">[49:35] </w:t>
      </w:r>
      <w:r>
        <w:t>bahut sahi laga aapse baat karke. ji main sadhiya ko ek line bolna chahti hoon jo molana ne mujhse kaha tha jab maine unse pehli baar baat ki thi unhone apa ko farida apa ko phone kiya tha aur maine farida apa ke through molana se pehli baar jo maine baat kiya aur maine apni woh helplessness zahir kiya to unhone mujhse yahi kaha tha. ek line sirf unhone kaha tha aur meri puri zindagi maine meri change ho gayi. Where there is will, there is way.</w:t>
      </w:r>
    </w:p>
    <w:p>
      <w:pPr>
        <w:jc w:val="right"/>
      </w:pPr>
      <w:r>
        <w:t>बहुत सही लगा आपसे बात करके. जी मैं साधिया को एक line बोलना चाहती हूं जो मोलाना ने मुझसे कहा था जब मैंने उनसे पहली बार बात की थी उन्होंने आपा को फरीदा आपा को phone किया था और मैंने फरीदा आपा के through मौलाना से पहली बार जो मैंने बात किया और मैंने अपनी वह helplessness ज़ाहिर किया तो उन्होंने मुझसे यही कहा था. एक line सिर्फ उन्होंने कहा था और मेरी पूरी ज़िंदगी मैंने मेरी change हो गई. Where there is will, there is way.</w:t>
      </w:r>
    </w:p>
    <w:p>
      <w:r>
        <w:rPr>
          <w:b/>
        </w:rPr>
        <w:t xml:space="preserve">[50:05] </w:t>
      </w:r>
      <w:r>
        <w:t>bas isi ko maine line ko maine follow kiya aur aaj main CPS member hoon mashallah yeh dua hai aur mehnat hai jo main yahan tak molana ne mujhe rasta jo dikhaya hai aur main is raste par chal rahi hoon. aur yahan par vani hai.</w:t>
      </w:r>
    </w:p>
    <w:p>
      <w:pPr>
        <w:jc w:val="right"/>
      </w:pPr>
      <w:r>
        <w:t>बस इसी को मैंने line को मैंने follow किया और आज मैं CPS member हूं माशालाह यह दुआ है और मेहनत है जो मैं यहां तक मोलाना ने मुझे रास्ता जो दिखाया है और मैं इस रास्ते पर चल रही हूं. और यहां पर वाणी है.</w:t>
      </w:r>
    </w:p>
    <w:p>
      <w:r>
        <w:rPr>
          <w:b/>
        </w:rPr>
        <w:t xml:space="preserve">[50:32] </w:t>
      </w:r>
      <w:r>
        <w:t>aap roma vani aap apna naam bata dekho dilbhar aaya.</w:t>
      </w:r>
    </w:p>
    <w:p>
      <w:pPr>
        <w:jc w:val="right"/>
      </w:pPr>
      <w:r>
        <w:t>आप रोमा वाणी आप अपना नाम बता देखो दिलभर आया.</w:t>
      </w:r>
    </w:p>
    <w:p>
      <w:r>
        <w:rPr>
          <w:b/>
        </w:rPr>
        <w:t xml:space="preserve">[50:41] </w:t>
      </w:r>
      <w:r>
        <w:t>ki mother nahin rahe to mujhe laga ki jaise sari duniya khali ho gai hai to unhin ke</w:t>
      </w:r>
    </w:p>
    <w:p>
      <w:pPr>
        <w:jc w:val="right"/>
      </w:pPr>
      <w:r>
        <w:t>कि mother नहीं रहे तो मुझे लगा कि जैसे सारी दुनिया ख़ाली हो गई है तो उन्हीं के</w:t>
      </w:r>
    </w:p>
    <w:p>
      <w:r>
        <w:rPr>
          <w:b/>
        </w:rPr>
        <w:t xml:space="preserve">[50:51] </w:t>
      </w:r>
      <w:r>
        <w:t>literature padh padhkar phir mujhe kisi ne kaha ki sahab aap aise na jitna bhi literature tha molana</w:t>
      </w:r>
    </w:p>
    <w:p>
      <w:pPr>
        <w:jc w:val="right"/>
      </w:pPr>
      <w:r>
        <w:t>literature पढ़ पढ़कर फिर मुझे किसी ने कहा कि साहब आप ऐसे ना जितना भी literature था मोलाना</w:t>
      </w:r>
    </w:p>
    <w:p>
      <w:r>
        <w:rPr>
          <w:b/>
        </w:rPr>
        <w:t xml:space="preserve">[51:01] </w:t>
      </w:r>
      <w:r>
        <w:t>sahab ka upra aur chhoti chhoti stories banakar na to soul stories maine record ki to vah vakt</w:t>
      </w:r>
    </w:p>
    <w:p>
      <w:pPr>
        <w:jc w:val="right"/>
      </w:pPr>
      <w:r>
        <w:t>साहब का उपरा और छोटी छोटी stories बनाकर ना तो soul stories मैंने record की तो वह वक़्त</w:t>
      </w:r>
    </w:p>
    <w:p>
      <w:r>
        <w:rPr>
          <w:b/>
        </w:rPr>
        <w:t xml:space="preserve">[51:11] </w:t>
      </w:r>
      <w:r>
        <w:t>jo tha mujhe laga jaise molana sahab mujhe khud guide kar rahe hain aur main aise randomly koi</w:t>
      </w:r>
    </w:p>
    <w:p>
      <w:pPr>
        <w:jc w:val="right"/>
      </w:pPr>
      <w:r>
        <w:t>जो था मुझे लगा जैसे मोलाना साहब मुझे ख़ुद guide कर रहे हैं और मैं ऐसे randomly कोई</w:t>
      </w:r>
    </w:p>
    <w:p>
      <w:r>
        <w:rPr>
          <w:b/>
        </w:rPr>
        <w:t xml:space="preserve">[51:21] </w:t>
      </w:r>
      <w:r>
        <w:t>kitab leti thi ya khud faridapa ki kitab leti thi aur at random ko jo page kholti thi</w:t>
      </w:r>
    </w:p>
    <w:p>
      <w:pPr>
        <w:jc w:val="right"/>
      </w:pPr>
      <w:r>
        <w:t>किताब लेती थी या ख़ुद फरीदापा की किताब लेती थी और at random को जो page खोलती थी</w:t>
      </w:r>
    </w:p>
    <w:p>
      <w:r>
        <w:rPr>
          <w:b/>
        </w:rPr>
        <w:t xml:space="preserve">[51:31] </w:t>
      </w:r>
      <w:r>
        <w:t>to vah sare books mein vah related topic nikal aati thi.</w:t>
      </w:r>
    </w:p>
    <w:p>
      <w:pPr>
        <w:jc w:val="right"/>
      </w:pPr>
      <w:r>
        <w:t>तो वह सारे books में वह related topic निकल आती थी.</w:t>
      </w:r>
    </w:p>
    <w:p>
      <w:r>
        <w:rPr>
          <w:b/>
        </w:rPr>
        <w:t xml:space="preserve">[51:41] </w:t>
      </w:r>
      <w:r>
        <w:t>to main apne notes ban banakar yeh karti thi. sirf ek baat ka hamesha dar rehta hai jaise aapne bataya ki we are making an effort to say qualify for jannat. ismein mujhe sirf ek baat ka dar lagta hai. aaj subah bhi jab tajudrimaj ki baat chali to doctor bhai sahab ne yeh kaha molana sahab ko quote karte hue kaha ki jo hamara ego hai woh hi shaitan hai.</w:t>
      </w:r>
    </w:p>
    <w:p>
      <w:pPr>
        <w:jc w:val="right"/>
      </w:pPr>
      <w:r>
        <w:t>तो मैं अपने notes बना बनाकर यह करती थी. सिर्फ़ एक बात का हमेशा डर रहता है जैसे आपने बताया कि we are making an effort to say qualify for जन्नत. इसमें मुझे सिर्फ़ एक बात का डर लगता है. आज सुबह भी जब ताजुद्रिमाज की बात चली तो doctor भाई साहब ने यह कहा मौलाना साहब को quote करते हुए कहा कि जो हमारा ego है वह ही शैतान है.</w:t>
      </w:r>
    </w:p>
    <w:p>
      <w:r>
        <w:rPr>
          <w:b/>
        </w:rPr>
        <w:t xml:space="preserve">[52:09] </w:t>
      </w:r>
      <w:r>
        <w:t>you know and the consciousness is the angel.</w:t>
      </w:r>
    </w:p>
    <w:p>
      <w:pPr>
        <w:jc w:val="right"/>
      </w:pPr>
      <w:r>
        <w:t>You know and the consciousness is the angel.</w:t>
      </w:r>
    </w:p>
    <w:p>
      <w:r>
        <w:rPr>
          <w:b/>
        </w:rPr>
        <w:t xml:space="preserve">[52:15] </w:t>
      </w:r>
      <w:r>
        <w:t>to kahin aisa na hokar hum sochne lage ki main yah kar rahi hoon to mujhe phir vahi</w:t>
      </w:r>
    </w:p>
    <w:p>
      <w:pPr>
        <w:jc w:val="right"/>
      </w:pPr>
      <w:r>
        <w:t>तो कहीं ऐसा ना होकर हम सोचने लगे कि मैं यह कर रही हूं तो मुझे फिर वही</w:t>
      </w:r>
    </w:p>
    <w:p>
      <w:r>
        <w:rPr>
          <w:b/>
        </w:rPr>
        <w:t xml:space="preserve">[52:22] </w:t>
      </w:r>
      <w:r>
        <w:t>baat hai jab mere man mein koi sawal uthta hai chahe koi bhi religious spiritual teacher ho aapka</w:t>
      </w:r>
    </w:p>
    <w:p>
      <w:pPr>
        <w:jc w:val="right"/>
      </w:pPr>
      <w:r>
        <w:t>बात है जब मेरे मन में कोई सवाल उठता है चाहे कोई भी religious spiritual teacher हो आपका</w:t>
      </w:r>
    </w:p>
    <w:p>
      <w:r>
        <w:rPr>
          <w:b/>
        </w:rPr>
        <w:t xml:space="preserve">[52:29] </w:t>
      </w:r>
      <w:r>
        <w:t>kisi na kisi bahane jawab dete to mujhe yah jawab mila ki sahab aap kuchh bhi sochkar mat</w:t>
      </w:r>
    </w:p>
    <w:p>
      <w:pPr>
        <w:jc w:val="right"/>
      </w:pPr>
      <w:r>
        <w:t>किसी ना किसी बहाने जवाब देते तो मुझे यह जवाब मिला कि साहब आप कुछ भी सोचकर मत</w:t>
      </w:r>
    </w:p>
    <w:p>
      <w:r>
        <w:rPr>
          <w:b/>
        </w:rPr>
        <w:t xml:space="preserve">[52:35] </w:t>
      </w:r>
      <w:r>
        <w:t>kijiye ki main yah kar raha hoon to iska mujhe yah fayda milega ya kal milega ya end</w:t>
      </w:r>
    </w:p>
    <w:p>
      <w:pPr>
        <w:jc w:val="right"/>
      </w:pPr>
      <w:r>
        <w:t>कीजिए कि मैं यह कर रहा हूं तो इसका मुझे यह फ़ायदा मिलेगा या कल मिलेगा या end</w:t>
      </w:r>
    </w:p>
    <w:p>
      <w:r>
        <w:rPr>
          <w:b/>
        </w:rPr>
        <w:t xml:space="preserve">[52:42] </w:t>
      </w:r>
      <w:r>
        <w:t>mera yah hoga ki main qualify kar raha hoon.</w:t>
      </w:r>
    </w:p>
    <w:p>
      <w:pPr>
        <w:jc w:val="right"/>
      </w:pPr>
      <w:r>
        <w:t>मेरा यह होगा कि मैं qualify कर रहा हूं.</w:t>
      </w:r>
    </w:p>
    <w:p>
      <w:r>
        <w:rPr>
          <w:b/>
        </w:rPr>
        <w:t xml:space="preserve">[52:49] </w:t>
      </w:r>
      <w:r>
        <w:t>aap sirf yeh sochkar kijiye ki mere guru ne kaha ho kyunki guru to hamein rasta dikhate hain. Suppose molana sahab said you have to be humble. Then I have to believe, I have to be humble period. jo aapne unilateral wale topic mein humne discuss kiya. yeh saamne wala kuch bhi kahe to hamein to apna yeh And that because we have to take it as a, we know that it's all there in the scriptures. Holy Quran mein likha hua hai sab kuch. But who is switching on?</w:t>
      </w:r>
    </w:p>
    <w:p>
      <w:pPr>
        <w:jc w:val="right"/>
      </w:pPr>
      <w:r>
        <w:t>आप सिर्फ़ यह सोचकर कीजिए कि मेरे गुरु ने कहा हो क्योंकि गुरु तो हमें रास्ता दिखाते हैं. Suppose मोलाना साहब said you have to be humble. Then I have to believe, I have to be humble period. जो आपने unilateral वाले topic में हमने discuss किया. यह सामने वाला कुछ भी कहे तो हमें तो अपना यह And that because we have to take it as a, we know that it's all there in the scriptures. Holy Quran में लिखा हुआ है सब कुछ. But who is switching on?</w:t>
      </w:r>
    </w:p>
    <w:p>
      <w:r>
        <w:rPr>
          <w:b/>
        </w:rPr>
        <w:t xml:space="preserve">[53:19] </w:t>
      </w:r>
      <w:r>
        <w:t>Because, the the light is there, and the wires are there, but the, you know, I take him as my spiritual teacher. So he has switched it on, you know? to mujhe bas wahi isliye I wanted to share this, you know, that when we are discussing we have to make sure that we just follow what molana sthaap and there it has to be a total trust.</w:t>
      </w:r>
    </w:p>
    <w:p>
      <w:pPr>
        <w:jc w:val="right"/>
      </w:pPr>
      <w:r>
        <w:t>Because, the the light is there, and the wires are there, but the, you know, I take him as my spiritual teacher. So he has switched it on, you know? तो मुझे बस वही इसलिए I wanted to share this, you know, that when we are discussing we have to make sure that we just follow what मौलाना स्थाप and there it has to be a total trust.</w:t>
      </w:r>
    </w:p>
    <w:p>
      <w:r>
        <w:rPr>
          <w:b/>
        </w:rPr>
        <w:t xml:space="preserve">[53:46] </w:t>
      </w:r>
      <w:r>
        <w:t>jisko shayad log blind faith kahein, jo kahein lekin it has to be a trust. unhone ab molana, main unko abaji bhi bolti hoon farida ji ke saamne hamesha. to he has said it and he has said it, period. We have to do it And we will be led to the right, onto the right path. And whatever the end, uthwalalah ke haath mein hai, So, but it's</w:t>
      </w:r>
    </w:p>
    <w:p>
      <w:pPr>
        <w:jc w:val="right"/>
      </w:pPr>
      <w:r>
        <w:t>जिसको शायद लोग blind faith कहें, जो कहें लेकिन it has to be a trust. उन्होंने अब मौलाना, मैं उनको अबाजी भी बोलती हूं फरीदा जी के सामने हमेशा. तो he has said it and he has said it, period. We have to do it And we will be led to the right, onto the right path. And whatever the end, उथवालाह के हाथ में है, So, but it's</w:t>
      </w:r>
    </w:p>
    <w:p>
      <w:r>
        <w:rPr>
          <w:b/>
        </w:rPr>
        <w:t xml:space="preserve">[54:16] </w:t>
      </w:r>
      <w:r>
        <w:t>you know, see each other. It's really very encouraging, you know. It's not like Allah has not forsaken us, you know. We are together mat mar jati hai.</w:t>
      </w:r>
    </w:p>
    <w:p>
      <w:pPr>
        <w:jc w:val="right"/>
      </w:pPr>
      <w:r>
        <w:t>you know, see each other. It's really very encouraging, you know. It's not like Allah has not forsaken us, you know. We are together मत मर जाती है.</w:t>
      </w:r>
    </w:p>
    <w:p>
      <w:r>
        <w:rPr>
          <w:b/>
        </w:rPr>
        <w:t xml:space="preserve">[54:45] </w:t>
      </w:r>
      <w:r>
        <w:t>shukriya. Walikum assalam aapne bahut apni dil ki baat kahi. bahut touching, bahut heart rendering aapne baat share kiya aur molana ne hamari zindagi aise hi change ki hai. farida apa kuch kahein? bahut achhi baat kahi kahi hai.</w:t>
      </w:r>
    </w:p>
    <w:p>
      <w:pPr>
        <w:jc w:val="right"/>
      </w:pPr>
      <w:r>
        <w:t>शुक्रिया. वालिकुम अस्लाम आपने बहुत अपनी दिल की बात कही. बहुत touching, बहुत heart rendering आपने बात share किया और मोलाना ने हमारी ज़िंदगी ऐसे ही change की है. फरीदा आपा कुछ कहें? बहुत अच्छी बात कही कही है.</w:t>
      </w:r>
    </w:p>
    <w:p>
      <w:r>
        <w:rPr>
          <w:b/>
        </w:rPr>
        <w:t xml:space="preserve">[55:10] </w:t>
      </w:r>
      <w:r>
        <w:t>jo ek nayi technology develop hui uski wajah se hum log door rehkar bhi ek doosre sumulaqat kar rahe hain, baatein kar rahe hain. to yeh allah hathalanki bahut bade rahmat hai aur hum hamein iska bahut shukrada karna chahiye.</w:t>
      </w:r>
    </w:p>
    <w:p>
      <w:pPr>
        <w:jc w:val="right"/>
      </w:pPr>
      <w:r>
        <w:t>जो एक नई technology develop हुई उसकी वजह से हम लोग दूर रहकर भी एक दूसरे समुलाकात कर रहे हैं, बातें कर रहे हैं. तो यह अल्लाह हाथालांकि बहुत बड़े रहमत है और हम हमें इसका बहुत शुक्रादा करना चाहिए.</w:t>
      </w:r>
    </w:p>
    <w:p>
      <w:r>
        <w:rPr>
          <w:b/>
        </w:rPr>
        <w:t xml:space="preserve">[55:25] </w:t>
      </w:r>
      <w:r>
        <w:t>to main is par ek aapko ek khadish, khadish share karungi is par ki ismein jo shahbanushahabana farmaya tha ki hum log yahan learning ke liye, masil karne ke liye ikatthe hue hain.</w:t>
      </w:r>
    </w:p>
    <w:p>
      <w:pPr>
        <w:jc w:val="right"/>
      </w:pPr>
      <w:r>
        <w:t>तो मैं इस पर एक आपको एक खदीश, खदीश share करूंगी इस पर कि इसमें जो शाहबानु शाहबाना फरमाया था कि हम लोग यहां learning के लिए, मासिल करने के लिए इकट्ठे हुए हैं.</w:t>
      </w:r>
    </w:p>
    <w:p>
      <w:r>
        <w:rPr>
          <w:b/>
        </w:rPr>
        <w:t xml:space="preserve">[55:46] </w:t>
      </w:r>
      <w:r>
        <w:t>to is par mujhe ek khadish yaad aayi ki allah ke kuch special farishte hain jo un logon ki tallash mein rehte hain jo allah ka zikr karte hain aur group mein halka banakar jab kai log milkar allah ka zikr karte hain to yeh allah talako bahut zyada pasand hai.</w:t>
      </w:r>
    </w:p>
    <w:p>
      <w:pPr>
        <w:jc w:val="right"/>
      </w:pPr>
      <w:r>
        <w:t>तो इस पर मुझे एक खदीश याद आई कि अल्लाह के कुछ special फरिश्ते हैं जो उन लोगों की तल्लाश में रहते हैं जो अल्लाह का ज़िक्र करते हैं और group में हल्का बना करके जब कई लोग मिलकर अल्लाह का ज़िक्र करते हैं तो यह अल्लाह तालाह को बहुत ज़्यादा पसंद है.</w:t>
      </w:r>
    </w:p>
    <w:p>
      <w:r>
        <w:rPr>
          <w:b/>
        </w:rPr>
        <w:t xml:space="preserve">[56:05] </w:t>
      </w:r>
      <w:r>
        <w:t>to yeh farishte jab aisi koi dekhte hain kuch meeting ho rahi hai jismein allah ka zikr to phir farishton ko awaaz dekar bolte hain. are farishton karke aate hain ki uska bahut zyada bahut zyada allah usse kuch hota hai.</w:t>
      </w:r>
    </w:p>
    <w:p>
      <w:pPr>
        <w:jc w:val="right"/>
      </w:pPr>
      <w:r>
        <w:t>तो यह फरिश्ते जब ऐसी कोई देखते हैं कुछ meeting हो रही है जिसमें अल्लाह का ज़िक्र तो फिर फरिश्तों को आवाज़ देकर बोलते हैं. अरे फरिश्तों करके आते हैं कि उसका बहुत ज़्यादा बहुत ज़्यादा अल्लाह उससे कुछ होता है.</w:t>
      </w:r>
    </w:p>
    <w:p>
      <w:r>
        <w:rPr>
          <w:b/>
        </w:rPr>
        <w:t xml:space="preserve">[56:26] </w:t>
      </w:r>
      <w:r>
        <w:t>usko allah rehmat se logon ko dhamp dete hain aur woh phir sabko iski khabar dete hain ki yahan par allah ke bande hain jo allah ka zikr kar rahe hain. to yeh bhi yeh Zoom meeting bhi usi tarah ka ek halka hai jahan allah ki baatein ho rahi hain, deen ki baatein ho rahi hain aur planning ho rahi hai ki ahamda hamein kis tarah kaam karna hai.</w:t>
      </w:r>
    </w:p>
    <w:p>
      <w:pPr>
        <w:jc w:val="right"/>
      </w:pPr>
      <w:r>
        <w:t>उसको अल्लाह रहमत से लोगों को ढांप देते हैं और वह फिर सबको इसकी खबर देते हैं कि यहां पर अल्लाह के बंदे हैं जो अल्लाह का ज़िक्र कर रहे हैं. तो यह भी यह Zoom meeting भी उसी तरह का एक हल्का है जहां अल्लाह की बातें हो रही हैं, दीन की बातें हो रही हैं और planning हो रही है कि अहमदा हमें किस तरह काम करना है.</w:t>
      </w:r>
    </w:p>
    <w:p>
      <w:r>
        <w:rPr>
          <w:b/>
        </w:rPr>
        <w:t xml:space="preserve">[56:49] </w:t>
      </w:r>
      <w:r>
        <w:t>to yeh bahut hi zyada khush hamari khushkismati hai ki hum aise daur mein paida hue hain kyunki pehle to yeh sab mawake the nahi sirf local hi kaam ho sakta tha to isiliye aap dekhte hain kitne bade bade parambar aaye lekin woh global dawa nahi ho paya kyunki technology nahi thi to is par humko allah talaka bahut zyada shukr ada karna hai ki allah talane hamein yeh mauka diya ki hum guruval dawa mein shirkat kar sakein.</w:t>
      </w:r>
    </w:p>
    <w:p>
      <w:pPr>
        <w:jc w:val="right"/>
      </w:pPr>
      <w:r>
        <w:t>तो यह बहुत ही ज़्यादा खुश हमारी खुशकिस्मती है कि हम ऐसे दौर में पैदा हुए हैं क्योंकि पहले तो यह सब मवाके थे नहीं सिर्फ local ही काम हो सकता था तो इसीलिए आप देखते हैं कितने बड़े बड़े परंबर आए लेकिन वह global दावा नहीं हो पाया क्योंकि technology नहीं थी तो इस पर हमको अल्लाह ताला का बहुत ज़्यादा शुक्र अदा करना है कि अल्लाह तालाह ने हमें यह मौका दिया कि हम गुरुवल दावा में शिरकत कर सकें.</w:t>
      </w:r>
    </w:p>
    <w:p>
      <w:r>
        <w:rPr>
          <w:b/>
        </w:rPr>
        <w:t xml:space="preserve">[57:19] </w:t>
      </w:r>
      <w:r>
        <w:t>to yahi mujhe is waqt kehna tha. jaza kalla apa aur koi ladies hain ji ya abhi saat bajkar dopahar ke liye. ji ji main yeh. keh rahi hoon molana ne jo sabse badi baat batai hai ki discover god usse close hona.</w:t>
      </w:r>
    </w:p>
    <w:p>
      <w:pPr>
        <w:jc w:val="right"/>
      </w:pPr>
      <w:r>
        <w:t>तो यही मुझे इस वक्त कहना था. जज़ा कल्ला अपा और कोई ladies हैं जी या अभी सात बजकर दोपहर के लिए. जी जी मैं यह. कह रही हूं मौलाना ने जो सबसे बड़ी बात बताई है कि discover god उससे close होना.</w:t>
      </w:r>
    </w:p>
    <w:p>
      <w:r>
        <w:rPr>
          <w:b/>
        </w:rPr>
        <w:t xml:space="preserve">[57:43] </w:t>
      </w:r>
      <w:r>
        <w:t>yeh ek itni badi baat hai ki aap mein itni himmat aa jati hai ki aap allah ko discover kar rahe hain, usse baat kar rahe hain, usse yeh kar rahe hain. So this is something so great ki allah hum allah se ko discover karke aur har waqt usko discover kar sakte hain. har waqt woh hamari baat sunta hai. waise to koi baat sune ya na sune. allah hamari baat sunna hai.</w:t>
      </w:r>
    </w:p>
    <w:p>
      <w:pPr>
        <w:jc w:val="right"/>
      </w:pPr>
      <w:r>
        <w:t>यह एक इतनी बड़ी बात है कि आप में इतनी हिम्मत आ जाती है कि आप अल्लाह को discover कर रहे हैं, उससे बात कर रहे हैं, उससे यह कर रहे हैं. So this is something so great कि अल्लाह हम अल्लाह से को discover करके और हर वक़्त उसको discover कर सकते हैं. हर वक़्त वह हमारी बात सुनता है. वैसे तो कोई बात सुने या ना सुने. अल्लाह हमारी बात सुनना है.</w:t>
      </w:r>
    </w:p>
    <w:p>
      <w:r>
        <w:rPr>
          <w:b/>
        </w:rPr>
        <w:t xml:space="preserve">[58:10] </w:t>
      </w:r>
      <w:r>
        <w:t>to molana ki yeh baat bahut aur doosra yeh hai ki har waqt aap har cheez ko har waqt aap palla ka adikr kar rahe hain. That is another great thing which molana ne do cheezon ko alag jo zindagi mein tha ki aapne ibadat kari aur phir aap chale woh sabko milwa diya hai. That is the biggest. ziddah killa apa, najma apa.</w:t>
      </w:r>
    </w:p>
    <w:p>
      <w:pPr>
        <w:jc w:val="right"/>
      </w:pPr>
      <w:r>
        <w:t>तो मौलाना कि यह बात बहुत और दूसरा यह है कि हर वक्त आप हर चीज़ को हर वक्त आप पल्ला का अधिक्र कर रहे हैं. That is another great thing which मौलाना ने दो चीज़ों को अलग जो ज़िंदगी में था कि आपने इबादत करी और फिर आप चले वह सबको मिलवा दिया है. That is the biggest. ज़िद्दा किल्ला आपा, नजमा आपा.</w:t>
      </w:r>
    </w:p>
    <w:p>
      <w:r>
        <w:rPr>
          <w:b/>
        </w:rPr>
        <w:t xml:space="preserve">[58:39] </w:t>
      </w:r>
      <w:r>
        <w:t>aur koi ladies hain jo kuchh share karna chahti hain?</w:t>
      </w:r>
    </w:p>
    <w:p>
      <w:pPr>
        <w:jc w:val="right"/>
      </w:pPr>
      <w:r>
        <w:t>और कोई ladies हैं जो कुछ share करना चाहती हैं?</w:t>
      </w:r>
    </w:p>
    <w:p>
      <w:r>
        <w:rPr>
          <w:b/>
        </w:rPr>
        <w:t xml:space="preserve">[58:47] </w:t>
      </w:r>
      <w:r>
        <w:t>kuchh kahana chahti hain?</w:t>
      </w:r>
    </w:p>
    <w:p>
      <w:pPr>
        <w:jc w:val="right"/>
      </w:pPr>
      <w:r>
        <w:t>कुछ कहना चाहती हैं?</w:t>
      </w:r>
    </w:p>
    <w:p>
      <w:r>
        <w:rPr>
          <w:b/>
        </w:rPr>
        <w:t xml:space="preserve">[58:55] </w:t>
      </w:r>
      <w:r>
        <w:t>main miss paimida apa ko invite karti hoon conclude karne ke liye is session ko.</w:t>
      </w:r>
    </w:p>
    <w:p>
      <w:pPr>
        <w:jc w:val="right"/>
      </w:pPr>
      <w:r>
        <w:t>मैं miss पैमिदा आपा को invite करती हूं conclude करने के लिए इस session को.</w:t>
      </w:r>
    </w:p>
    <w:p>
      <w:r>
        <w:rPr>
          <w:b/>
        </w:rPr>
        <w:t xml:space="preserve">[59:03] </w:t>
      </w:r>
      <w:r>
        <w:t>miss paimi daapa.</w:t>
      </w:r>
    </w:p>
    <w:p>
      <w:pPr>
        <w:jc w:val="right"/>
      </w:pPr>
      <w:r>
        <w:t>Miss पैमी दापा.</w:t>
      </w:r>
    </w:p>
    <w:p>
      <w:r>
        <w:rPr>
          <w:b/>
        </w:rPr>
        <w:t xml:space="preserve">[59:11] </w:t>
      </w:r>
      <w:r>
        <w:t>paimi dapa aapko awaaz aa rahi hai? haan shubina awaaz aa rahi hai. assilaam allikom meri awaaz aa rahi hai. ji ab awaaz aa rahi hai allikom assilaam.</w:t>
      </w:r>
    </w:p>
    <w:p>
      <w:pPr>
        <w:jc w:val="right"/>
      </w:pPr>
      <w:r>
        <w:t>पैमी दापा आपको आवाज़ आ रही है? हां शुभीना आवाज़ आ रही है. अस्सिलाम अल्लिकों मेरी आवाज़ आ रही है. जी अब आवाज़ आ रही है अल्लिकों अस्सिलाम.</w:t>
      </w:r>
    </w:p>
    <w:p>
      <w:r>
        <w:rPr>
          <w:b/>
        </w:rPr>
        <w:t xml:space="preserve">[59:27] </w:t>
      </w:r>
      <w:r>
        <w:t>pehle to khuda ka shukr ada karti hoon ki kaise ajeeb technology allah ne di hamein ki hum kahan kahan par baithe hue hain kis tarah se aur hum is tarah se ekdam pareeb lag rahe hain, bulakat ho rahi hai. allah ka discussion ho raha hai, alag alag hi baatein ho rahi hain. in saare system ki wajah se hum ghar baithe kuda ka kaam kar pa rahe hain.</w:t>
      </w:r>
    </w:p>
    <w:p>
      <w:pPr>
        <w:jc w:val="right"/>
      </w:pPr>
      <w:r>
        <w:t>पहले तो खुदा का शुक्र अदा करती हूं कि कैसे अजीब technology अल्लाह ने दी हमें कि हम कहां कहां पर बैठे हुए हैं किस तरह से और हम इस तरह से एकदम परीब लग रहे हैं, बुलाकात हो रही है. अल्लाह का discussion हो रहा है, अलग अलग ही बातें हो रही हैं. इन सारे system की वजह से हम घर बैठे कुदा का काम कर पा रहे हैं.</w:t>
      </w:r>
    </w:p>
    <w:p>
      <w:r>
        <w:rPr>
          <w:b/>
        </w:rPr>
        <w:t xml:space="preserve">[59:53] </w:t>
      </w:r>
      <w:r>
        <w:t>to yeh apni learnings badha rahe hain. allah un sabko iska ajar de jinki wajah se jinki mehnat ki wajah se hum yeh kaam kar pa rahe hain. sabhi ki learnings itni zyada matlab mujhe baithi main sun rahi thi jo itna mera mind khul gaya.</w:t>
      </w:r>
    </w:p>
    <w:p>
      <w:pPr>
        <w:jc w:val="right"/>
      </w:pPr>
      <w:r>
        <w:t>तो यह अपनी learnings बढ़ा रहे हैं. अल्लाह उन सबको इसका अजर दे जिनकी वजह से जिनकी मेहनत की वजह से हम यह काम कर पा रहे हैं. सभी की learnings इतनी ज़्यादा मतलब मुझे बैठी मैं sun रही थी जो इतना मेरा mind खुल गया.</w:t>
      </w:r>
    </w:p>
    <w:p>
      <w:r>
        <w:rPr>
          <w:b/>
        </w:rPr>
        <w:t xml:space="preserve">[1:00:18] </w:t>
      </w:r>
      <w:r>
        <w:t>mujhe bahut energy mili aaj karke shabano aur sister roma aur sadhiya jo abhi ekdam nayi hain, unhone itna achhe se usko bataya to bahut zyada achha laga.</w:t>
      </w:r>
    </w:p>
    <w:p>
      <w:pPr>
        <w:jc w:val="right"/>
      </w:pPr>
      <w:r>
        <w:t>मुझे बहुत energy मिली आज करके शाबानों और sister रोमा और साधियां जो अभी एकदम नई हैं, उन्होंने इतना अच्छे से उसको बताया तो बहुत ज़्यादा अच्छा लगा.</w:t>
      </w:r>
    </w:p>
    <w:p>
      <w:r>
        <w:rPr>
          <w:b/>
        </w:rPr>
        <w:t xml:space="preserve">[1:00:38] </w:t>
      </w:r>
      <w:r>
        <w:t>Group mein jo topic the is mahine usko doctor safina aur najma apne bahut achhe se example dekar jo topic ko bahut hi achhe se explain kiya saare topics ko. main aaj ek hadi se shuruaat karna cha rahi thi.</w:t>
      </w:r>
    </w:p>
    <w:p>
      <w:pPr>
        <w:jc w:val="right"/>
      </w:pPr>
      <w:r>
        <w:t>Group में जो topic थे इस महीने उसको doctor सफ़ीना और नजमा अपने बहुत अच्छे से example देकर जो topic को बहुत ही अच्छे से explain किया सारे topics को. मैं आज एक हादी से शुरुआत करना चाह रही थी.</w:t>
      </w:r>
    </w:p>
    <w:p>
      <w:r>
        <w:rPr>
          <w:b/>
        </w:rPr>
        <w:t xml:space="preserve">[1:01:03] </w:t>
      </w:r>
      <w:r>
        <w:t>aap sabke saath ek hai share karna chah rahi hoon ki aap log bhi usko zaroor jante honge. sunan yeh manja ki hadees hai ki kaaba ka jo aitraam hai usse zyada ek mammeen ka aitraam hai. isse mujhe yeh samajh aa raha tha ki aaj zamane mein koi muslim insan aisa na hoga jo kaaba ka aitraam na karta ho.</w:t>
      </w:r>
    </w:p>
    <w:p>
      <w:pPr>
        <w:jc w:val="right"/>
      </w:pPr>
      <w:r>
        <w:t>आप सबके साथ एक है share करना चाह रही हूं कि आप लोग भी उसको ज़रूर जानते होंगे. सुनन यह मान्जा की हदीश है कि काबा का जो ऐतराम है उससे ज़्यादा एक मामीन का ऐतराम है. इससे मुझे यह समझ आ रहा था कि आज ज़माने में कोई मुस्लिम इंसान ऐसा ना होगा जो काबा का ऐतराम ना करता हो.</w:t>
      </w:r>
    </w:p>
    <w:p>
      <w:r>
        <w:rPr>
          <w:b/>
        </w:rPr>
        <w:t xml:space="preserve">[1:01:30] </w:t>
      </w:r>
      <w:r>
        <w:t>chahe woh kitna hi galat insan ho, magar kaaba ka itraam woh zaroor karega. iski wajah yeh hai ki hum yeh jante hain ki kaaba khuda ka ghar hai, to insan zaroor khuda ke ghar ka itraam karega.</w:t>
      </w:r>
    </w:p>
    <w:p>
      <w:pPr>
        <w:jc w:val="right"/>
      </w:pPr>
      <w:r>
        <w:t>चाहे वह कितना ही गलत इंसान हो, मगर काबा का इतराम वह ज़रूर करेगा. इसकी वजह यह है कि हम यह जानते हैं कि काबा खुदा का घर है, तो इंसान ज़रूर खुदा के घर का इतराम करेगा.</w:t>
      </w:r>
    </w:p>
    <w:p>
      <w:r>
        <w:rPr>
          <w:b/>
        </w:rPr>
        <w:t xml:space="preserve">[1:01:49] </w:t>
      </w:r>
      <w:r>
        <w:t>lekin jab ek insan ka mamla ho, uske itraam karne ki baat hoti hai, uska respect karne ki baat hoti hai, to hum usko apni tarah ek doosra ek insan samajhte hain, insan ki tarah samajhte hain. hum nahi yaad rakh paate is baat ko ki hamare aur us insan ke beach mein hai. do insaan ke beach mein khuda hai.</w:t>
      </w:r>
    </w:p>
    <w:p>
      <w:pPr>
        <w:jc w:val="right"/>
      </w:pPr>
      <w:r>
        <w:t>लेकिन जब एक इंसान का मामला हो, उसके इतराम करने की बात होती है, उसका respect करने की बात होती है, तो हम उसको अपनी तरह एक दूसरा एक इंसान समझते हैं, इंसान की तरह समझते हैं. हम नहीं याद रख पाते इस बात को कि हमारे और उस इंसान के beach में है. दो इंसान के beach में खुदा है.</w:t>
      </w:r>
    </w:p>
    <w:p>
      <w:r>
        <w:rPr>
          <w:b/>
        </w:rPr>
        <w:t xml:space="preserve">[1:02:17] </w:t>
      </w:r>
      <w:r>
        <w:t>jo humko har waqt check karta rehta hai. doosri cheez yeh hai ki hum sabhi insano ko alag alag nigah se dekhte hain, alag alag soch se dekhte hain. gala, gaura, muslim, non muslim.</w:t>
      </w:r>
    </w:p>
    <w:p>
      <w:pPr>
        <w:jc w:val="right"/>
      </w:pPr>
      <w:r>
        <w:t>जो हमको हर वक्त check करता रहता है. दूसरी चीज़ यह है कि हम सभी इंसानों को अलग अलग निगाह से देखते हैं, अलग अलग सोच से देखते हैं. गाला, गौरा, मुस्लिम, non मुस्लिम.</w:t>
      </w:r>
    </w:p>
    <w:p>
      <w:r>
        <w:rPr>
          <w:b/>
        </w:rPr>
        <w:t xml:space="preserve">[1:02:34] </w:t>
      </w:r>
      <w:r>
        <w:t>rishtedar, gair rishtedar, paise wale log ya gareeb log aur na jaane kya kya soch ho, nazar se hum saare insano ko dekhte hain aur usi soch aur nazariye ke mutabiq hum ek un logon ke saath behave karte hain.</w:t>
      </w:r>
    </w:p>
    <w:p>
      <w:pPr>
        <w:jc w:val="right"/>
      </w:pPr>
      <w:r>
        <w:t>रिश्तेदार, गैर रिश्तेदार, पैसे वाले लोग या गरीब लोग और ना जाने क्या क्या सोच हो, नज़र से हम सारे इंसानों को देखते हैं और उसी सोच और नज़रिए के मुताबिक हम एक उन लोगों के साथ behave करते हैं.</w:t>
      </w:r>
    </w:p>
    <w:p>
      <w:r>
        <w:rPr>
          <w:b/>
        </w:rPr>
        <w:t xml:space="preserve">[1:02:53] </w:t>
      </w:r>
      <w:r>
        <w:t>to hatees par gaur karne se mujhe yeh ehsaas hua ki insano yani saare tamam insano ka hamein kaaba se zyada aitraam karna hai, bataya gaya hai. yaani sabhi ke saath mohabbat, yaktarfa mohabbat sabko ek nazar se dekhna, saare kuda ke bande hain. koi kisi bhi mazhab ka ho magar woh allahi ka banda hai.</w:t>
      </w:r>
    </w:p>
    <w:p>
      <w:pPr>
        <w:jc w:val="right"/>
      </w:pPr>
      <w:r>
        <w:t>तो हतीस पर गौर करने से मुझे यह एहसास हुआ कि इंसानों यानी सारे तमाम इंसानों का हमें काबा से ज़्यादा ऐतराम करना है, बताया गया है. यानी सभी के साथ मोहब्बत, यक्तरफा मोहब्बत सबको एक नज़र से देखना, सारे कुदा के बंदे हैं. कोई किसी भी मज़हब का हो मगर वह अल्लाही का बंदा है.</w:t>
      </w:r>
    </w:p>
    <w:p>
      <w:r>
        <w:rPr>
          <w:b/>
        </w:rPr>
        <w:t xml:space="preserve">[1:03:22] </w:t>
      </w:r>
      <w:r>
        <w:t>unke galat ravaiyon ko bardasht karke unka dil jeetna hai aur uska faayda hamein bahut tarah se milta hai is duniya mein bhi aur aankrat mein bhi aur sabse badi baat yahi bardasht aur sab sabhi hai hamein jo khuda se connect karti hai. amal hamein khuda ke liye karna hai, khuda ke liye amal hi pure amal hai.</w:t>
      </w:r>
    </w:p>
    <w:p>
      <w:pPr>
        <w:jc w:val="right"/>
      </w:pPr>
      <w:r>
        <w:t>उनके गलत रवियों को बर्दाश्त करके उनका दिल जीतना है और उसका फ़ायदा हमें बहुत तरह से मिलता है इस दुनिया में भी और आंकड़त में भी और सबसे बड़ी बात यही बर्दाश्त और सब सभी है हमें जो खुदा से connect करती है. अमल हमें खुदा के लिए करना है, खुदा के लिए अमल ही pure अमल है.</w:t>
      </w:r>
    </w:p>
    <w:p>
      <w:r>
        <w:rPr>
          <w:b/>
        </w:rPr>
        <w:t xml:space="preserve">[1:03:52] </w:t>
      </w:r>
      <w:r>
        <w:t>jis amal mein khuda na ho, yaani insan ke liye ho, usmein priority nahi ho sakti. us amal mein jo insan ke liye kiya jata hai usmein shikayat ho jati hai, nafrat besabri hai kyunki hum usko insan se relate karke dekhte hain. usko insan se relate karke sochte hain.</w:t>
      </w:r>
    </w:p>
    <w:p>
      <w:pPr>
        <w:jc w:val="right"/>
      </w:pPr>
      <w:r>
        <w:t>जिस अमल में खुदा ना हो, यानी इंसान के लिए हो, उसमें priority नहीं हो सकती. उस अमल में जो इंसान के लिए किया जाता है उसमें शिकायत हो जाती है, नफरत बेसबरी है क्योंकि हम उसको इंसान से relate करके देखते हैं. उसको इंसान से relate करके सोचते हैं.</w:t>
      </w:r>
    </w:p>
    <w:p>
      <w:r>
        <w:rPr>
          <w:b/>
        </w:rPr>
        <w:t xml:space="preserve">[1:04:14] </w:t>
      </w:r>
      <w:r>
        <w:t>to is hadees se mujhe yeh clear hua ki meri yeh learning hui ki insan se mohabbat karna aur uska well wisher hona, yeh bhi ek zariya hai khuda se khareed hone ka.</w:t>
      </w:r>
    </w:p>
    <w:p>
      <w:pPr>
        <w:jc w:val="right"/>
      </w:pPr>
      <w:r>
        <w:t>तो इस हदीश से मुझे यह clear हुआ कि मेरी यह learning हुई कि इंसान से मोहब्बत करना और उसका well wisher होना, यह भी एक ज़रिया है खुदा से खरीद होने का.</w:t>
      </w:r>
    </w:p>
    <w:p>
      <w:r>
        <w:rPr>
          <w:b/>
        </w:rPr>
        <w:t xml:space="preserve">[1:04:32] </w:t>
      </w:r>
      <w:r>
        <w:t>isiliye kaaba ka jo aitraan hai usse zyada ek believer ka aitraan, ek human being ka yeh mujhe clear hua jo maine aap sabke saath share kiya. quran ke chapter seven verse 12 mein bataya gaya hai ki jab huda ne iblis se puchha ki tumne adam ka seedha kyu nahi kara?</w:t>
      </w:r>
    </w:p>
    <w:p>
      <w:pPr>
        <w:jc w:val="right"/>
      </w:pPr>
      <w:r>
        <w:t>इसीलिए काबा का जो ऐतरान है उससे ज़्यादा एक believer का ऐतरान, एक human being का यह मुझे clear हुआ जो मैंने आप सबके साथ share किया. कुरान के chapter seven verse 12 में बताया गया है कि जब हुदा ने इबलीस से पुछा कि तुमने आदम का सीधा क्यों नहीं करा?</w:t>
      </w:r>
    </w:p>
    <w:p>
      <w:r>
        <w:rPr>
          <w:b/>
        </w:rPr>
        <w:t xml:space="preserve">[1:04:59] </w:t>
      </w:r>
      <w:r>
        <w:t>iblis bola ki main adam se behtar hoon aur tune adam ko matti se banaya hai mujhe aankh se. to maulana sahab ne isko explain karke yeh bataya ki iblis khuda ko seedha karne ke liye taiyar tha, magar woh adam ko seedha karne par raazi na hua. isliye woh hamesha ke liye jahandron mein karar diya gaya, de diya.</w:t>
      </w:r>
    </w:p>
    <w:p>
      <w:pPr>
        <w:jc w:val="right"/>
      </w:pPr>
      <w:r>
        <w:t>इबलीस बोला कि मैं आदम से बेहतर हूं और तूने आदम को मट्टी से बनाया है मुझे आंख से. तो मौलाना साहब ने इसको explain करके यह बताया कि इब्लीस खुदा को सीधा करने के लिए तैयार था, मगर वह आदम को सीधा करने पर राज़ी ना हुआ. इसलिए वह हमेशा के लिए जहान्द्रों में करार दिया गया, दे दिया.</w:t>
      </w:r>
    </w:p>
    <w:p>
      <w:r>
        <w:rPr>
          <w:b/>
        </w:rPr>
        <w:t xml:space="preserve">[1:05:27] </w:t>
      </w:r>
      <w:r>
        <w:t>hamesha ke liye jahandron, jahandron mein karar de diya gaya. yaani apne ego aur arrogance ki wajah se woh adam ke saamne nahi jhuka isliye woh jahannu mein aradhya de diya gaya. molana sahab kehte hain ki duniya mein zindagi guzarte hue hum kabhi na kabhi ek adam se do chaar hote hain.</w:t>
      </w:r>
    </w:p>
    <w:p>
      <w:pPr>
        <w:jc w:val="right"/>
      </w:pPr>
      <w:r>
        <w:t>हमेशा के लिए जहान्द्रों, जहान्द्रों में करार दे दिया गया. यानी अपने ego और arrogance की वजह से वह आदम के सामने नहीं छुका इसलिए वह जहन्नू में आराध्य दे दिया गया. मोलाना साहब कहते हैं कि दुनिया में ज़िंदगी गुज़ारते हुए हम कभी ना कभी एक आदम से दो चार होते हैं.</w:t>
      </w:r>
    </w:p>
    <w:p>
      <w:r>
        <w:rPr>
          <w:b/>
        </w:rPr>
        <w:t xml:space="preserve">[1:05:52] </w:t>
      </w:r>
      <w:r>
        <w:t>hamara contact kisi na kisi insan se parta hai.</w:t>
      </w:r>
    </w:p>
    <w:p>
      <w:pPr>
        <w:jc w:val="right"/>
      </w:pPr>
      <w:r>
        <w:t>हमारा contact किसी ना किसी इंसान से पड़ता है.</w:t>
      </w:r>
    </w:p>
    <w:p>
      <w:r>
        <w:rPr>
          <w:b/>
        </w:rPr>
        <w:t xml:space="preserve">[1:05:57] </w:t>
      </w:r>
      <w:r>
        <w:t>kabhi uska koi haq hota hai.</w:t>
      </w:r>
    </w:p>
    <w:p>
      <w:pPr>
        <w:jc w:val="right"/>
      </w:pPr>
      <w:r>
        <w:t>कभी उसका कोई हक होता है.</w:t>
      </w:r>
    </w:p>
    <w:p>
      <w:r>
        <w:rPr>
          <w:b/>
        </w:rPr>
        <w:t xml:space="preserve">[1:06:02] </w:t>
      </w:r>
      <w:r>
        <w:t>chahe woh valuation ki baat ho, koi achhe alfaz ki baat ho, kisi ki kisi bhi tarah ki</w:t>
      </w:r>
    </w:p>
    <w:p>
      <w:pPr>
        <w:jc w:val="right"/>
      </w:pPr>
      <w:r>
        <w:t>चाहे वह valuation की बात हो, कोई अच्छे अल्फास की बात हो, किसी की किसी भी तरह की</w:t>
      </w:r>
    </w:p>
    <w:p>
      <w:r>
        <w:rPr>
          <w:b/>
        </w:rPr>
        <w:t xml:space="preserve">[1:06:07] </w:t>
      </w:r>
      <w:r>
        <w:t>galat baat ko bardasht karna ho.</w:t>
      </w:r>
    </w:p>
    <w:p>
      <w:pPr>
        <w:jc w:val="right"/>
      </w:pPr>
      <w:r>
        <w:t>गलत बात को बर्दाश्त करना हो.</w:t>
      </w:r>
    </w:p>
    <w:p>
      <w:r>
        <w:rPr>
          <w:b/>
        </w:rPr>
        <w:t xml:space="preserve">[1:06:12] </w:t>
      </w:r>
      <w:r>
        <w:t>aise har mauqe par huda apni khamor saban mein keh raha hota hai ki mere hukm ki taameel</w:t>
      </w:r>
    </w:p>
    <w:p>
      <w:pPr>
        <w:jc w:val="right"/>
      </w:pPr>
      <w:r>
        <w:t>ऐसे हर मौके पर हुदा अपनी खामोर साबान में कह रहा होता है कि मेरे हुकुम की तामील</w:t>
      </w:r>
    </w:p>
    <w:p>
      <w:r>
        <w:rPr>
          <w:b/>
        </w:rPr>
        <w:t xml:space="preserve">[1:06:17] </w:t>
      </w:r>
      <w:r>
        <w:t>mein is adam ke samne jhuk jaun.</w:t>
      </w:r>
    </w:p>
    <w:p>
      <w:pPr>
        <w:jc w:val="right"/>
      </w:pPr>
      <w:r>
        <w:t>में इस आदम के सामने छुक जाऊं.</w:t>
      </w:r>
    </w:p>
    <w:p>
      <w:r>
        <w:rPr>
          <w:b/>
        </w:rPr>
        <w:t xml:space="preserve">[1:06:23] </w:t>
      </w:r>
      <w:r>
        <w:t>ab jo insan farishton wali rave shaktiyar kiye honge woh apne bare mein huda ke hukon ko pehchan lete hain aur apne ko uske aage daal dete hain. matlab woh huda ke hukon ko pehchan ke apne aap ko uske aage daal denge. to yeh aise wafadar bande huda ki janat mein basaye jayenge.</w:t>
      </w:r>
    </w:p>
    <w:p>
      <w:pPr>
        <w:jc w:val="right"/>
      </w:pPr>
      <w:r>
        <w:t>अब जो इंसान फरिश्तों वाली रवे शख्तयार किए होंगे वह अपने बारे में हुदा के हुकों को पहचान लेते हैं और अपने को उसके आगे डाल देते हैं. मतलब वह हुदा के हुकों को पहचान के अपने आप को उसके आगे डाल देंगे. तो यह ऐसे वफादार बंदे हुदा की जनत में बसाए जाएंगे.</w:t>
      </w:r>
    </w:p>
    <w:p>
      <w:r>
        <w:rPr>
          <w:b/>
        </w:rPr>
        <w:t xml:space="preserve">[1:06:48] </w:t>
      </w:r>
      <w:r>
        <w:t>lekin jo log ibnees ke tarike ko ek taiyar karen, woh apni badhai ke khaatir, apne ego ke khaatir, doosre ke aage jhukne ko taiyar na ho. woh iblis ke saath jahannnon mein daal diye jayenge. to yahi hamara dhyan hai ki farishton wala tarika hum ikhtaiyar karte hain ya iblis wala tarika.</w:t>
      </w:r>
    </w:p>
    <w:p>
      <w:pPr>
        <w:jc w:val="right"/>
      </w:pPr>
      <w:r>
        <w:t>लेकिन जो लोग इब्नीस के तरीके को एक तैयार करें, वह अपनी बढ़ाई के खातिर, अपने ego के खातिर, दूसरे के आगे झुकने को तैयार ना हो. वह इबलीस के साथ जहन्नों में डाल दिए जाएंगे. तो यही हमारा ध्यान है कि फरिश्तों वाला तरीका हम इख्तैयार करते हैं या इबलिस वाला तरीका.</w:t>
      </w:r>
    </w:p>
    <w:p>
      <w:r>
        <w:rPr>
          <w:b/>
        </w:rPr>
        <w:t xml:space="preserve">[1:07:16] </w:t>
      </w:r>
      <w:r>
        <w:t>to yeh clear hua mujhe manana sahab se ki baaton se aur quran ki bhar se. manana sahab kehte hain ki seedda aur ibadat ke itmaar se wo umeed sirf khuda ke aage jhukta hai. yaani khuda hi ka seedda karta hai, magar khuda ke aage ebaadhati jhukav insano ke darmiyan ikhlaaki jhukav ki surat mein zahir hota hai.</w:t>
      </w:r>
    </w:p>
    <w:p>
      <w:pPr>
        <w:jc w:val="right"/>
      </w:pPr>
      <w:r>
        <w:t>तो यह clear हुआ मुझे मनाना साहब से की बातों से और कुरान की भर से. मानाना साहब कहते हैं कि सीद्दा और इबादत के इत्मार से वो उम्मीद सिर्फ खुदा के आगे झुकता है. यानी खुदा ही का सीद्दा करता है, मगर खुदा के आगे एबाधती झुकाव इंसानों के दरमियान इखिलाकी झुकाव की सूरत में जाहिर होता है.</w:t>
      </w:r>
    </w:p>
    <w:p>
      <w:r>
        <w:rPr>
          <w:b/>
        </w:rPr>
        <w:t xml:space="preserve">[1:07:45] </w:t>
      </w:r>
      <w:r>
        <w:t>yaani doosron ke saath aala ikhlaq ityaar karne ka matlab hai ki hum khuda ke saamne hi seta kaam rahe hain. yeh clear hua. to asal to yahi maine yahi isse yeh samjha aur doosri cheez yeh jaan samajh rahi hoon ki asal ibadat yahi hai ki hum apni zindagi ko badalte hain.</w:t>
      </w:r>
    </w:p>
    <w:p>
      <w:pPr>
        <w:jc w:val="right"/>
      </w:pPr>
      <w:r>
        <w:t>यानी दूसरों के साथ आला इखिलाक इत्यार करने का मतलब है कि हम खुदा के सामने ही सेटा काम रहे हैं. यह clear हुआ. तो असल तो यही मैंने यही इससे यह समझा और दूसरी चीज़ यह जान समझ रही हूं कि असल इबादत यही है कि हम अपनी ज़िंदगी को बदलते हैं.</w:t>
      </w:r>
    </w:p>
    <w:p>
      <w:r>
        <w:rPr>
          <w:b/>
        </w:rPr>
        <w:t xml:space="preserve">[1:08:15] </w:t>
      </w:r>
      <w:r>
        <w:t>sirf hoda ke liye. to hamara seedha vafalat ka seedha na ho, hakee ki seedha ho. phir yahi hakee ki seedha ya saccha seedha hamare saare mamlaat ko dursat rakhta hai aur hamari rooh ko paak rakhta hai.</w:t>
      </w:r>
    </w:p>
    <w:p>
      <w:pPr>
        <w:jc w:val="right"/>
      </w:pPr>
      <w:r>
        <w:t>सिर्फ होदा के लिए. तो हमारा सीधा वफलत का सीधा ना हो, हकी की सीधा हो. फिर यही हकी की सीधा या सच्चा सीधा हमारे सारे मामलात को दुर्सत रखता है और हमारी रूह को पाक रखता है.</w:t>
      </w:r>
    </w:p>
    <w:p>
      <w:r>
        <w:rPr>
          <w:b/>
        </w:rPr>
        <w:t xml:space="preserve">[1:08:37] </w:t>
      </w:r>
      <w:r>
        <w:t>aakhir main aap sabse yeh share karna chah rahi hoon ki doosron ki di hui takleef unki baaton ko baadaash karna aur uske baad unke saath mohabbat bhi aur khairkhai ke saath rehna. deshka is duniya ka mushkil tareekaam hai.</w:t>
      </w:r>
    </w:p>
    <w:p>
      <w:pPr>
        <w:jc w:val="right"/>
      </w:pPr>
      <w:r>
        <w:t>आखिर मैं आप सबसे यह share करना चाह रही हूं कि दूसरों की दी हुई तकलीफ उनकी बातों को बादाश करना और उसके बाद उनके साथ मोहब्बत भी और खैरखाई के साथ रहना. देशक इस दुनिया का मुश्किल तरीकाम है.</w:t>
      </w:r>
    </w:p>
    <w:p>
      <w:r>
        <w:rPr>
          <w:b/>
        </w:rPr>
        <w:t xml:space="preserve">[1:08:59] </w:t>
      </w:r>
      <w:r>
        <w:t>magar molana sahab kehte hain ki insan ko kaanton ke saath phool phool bankar rehna hai. yahi single option hai is duniya mein zindagi ko jarne ka. to isko sochte hue maine jo samjha woh yeh ki kaante hi to test paper hain yeh hamare.</w:t>
      </w:r>
    </w:p>
    <w:p>
      <w:pPr>
        <w:jc w:val="right"/>
      </w:pPr>
      <w:r>
        <w:t>मगर मोलाना साहब कहते हैं कि इंसान को कांटों के साथ फ़ूल फ़ूल बनकर रहना है. यही single option है इस दुनिया में ज़िंदगी को जारने का. तो इसको सोचते हुए मैंने जो समझा वह यह कि काटे ही तो test paper हैं यह हमारे.</w:t>
      </w:r>
    </w:p>
    <w:p>
      <w:r>
        <w:rPr>
          <w:b/>
        </w:rPr>
        <w:t xml:space="preserve">[1:09:25] </w:t>
      </w:r>
      <w:r>
        <w:t>agar hum unke saath chhedkhani karte hain, chhedkhani karenge to hum phool nahi bane reh sakte. yaani momil nahi ho sakte ya fitrat prakayam nahi reh sakte.</w:t>
      </w:r>
    </w:p>
    <w:p>
      <w:pPr>
        <w:jc w:val="right"/>
      </w:pPr>
      <w:r>
        <w:t>अगर हम उनके साथ छेड़खानी करते हैं, छेड़खानी करेंगे तो हम फ़ूल नहीं बने रह सकते. यानी मोमिल नहीं हो सकते या फितरत प्रकायम नहीं रह सकते.</w:t>
      </w:r>
    </w:p>
    <w:p>
      <w:r>
        <w:rPr>
          <w:b/>
        </w:rPr>
        <w:t xml:space="preserve">[1:09:41] </w:t>
      </w:r>
      <w:r>
        <w:t>to hamein mohabbat khairkhai sabke saath ek tarah ka shulup khuda ke liye karna hi karna hi hai kyunki yahi asal e baadht hai aur yahi hamein fitrat par kayam rakhta hai aur yahi fitrat par apne ko kayam rakhna hamein jannat ka muskahir banata hai.</w:t>
      </w:r>
    </w:p>
    <w:p>
      <w:pPr>
        <w:jc w:val="right"/>
      </w:pPr>
      <w:r>
        <w:t>तो हमें मोहब्बत खैरकाही सबके साथ एक तरह का शुलूप खुदा के लिए करना ही करना ही है क्योंकि यही असल ए बाधत है और यही हमें फितरत पर कायम रखता है और यही फितरत पर अपने को कायम रखना हमें जन्नत का मुस्काहिर बनाता है.</w:t>
      </w:r>
    </w:p>
    <w:p>
      <w:r>
        <w:rPr>
          <w:b/>
        </w:rPr>
        <w:t xml:space="preserve">[1:10:07] </w:t>
      </w:r>
      <w:r>
        <w:t>to allah hamein is tarah practice develop karne wala banaye, is tarah sochne wala banaye.</w:t>
      </w:r>
    </w:p>
    <w:p>
      <w:pPr>
        <w:jc w:val="right"/>
      </w:pPr>
      <w:r>
        <w:t>तो अल्लाह हमें इस तरह practice develop करने वाला बनाएं, इस तरह सोचने वाला बनाएं.</w:t>
      </w:r>
    </w:p>
    <w:p>
      <w:r>
        <w:rPr>
          <w:b/>
        </w:rPr>
        <w:t xml:space="preserve">[1:10:21] </w:t>
      </w:r>
      <w:r>
        <w:t>yeh anltana hamare duan ko qabool karein.</w:t>
      </w:r>
    </w:p>
    <w:p>
      <w:pPr>
        <w:jc w:val="right"/>
      </w:pPr>
      <w:r>
        <w:t>यह अंलताना हमारे दुआं को कबूल करें.</w:t>
      </w:r>
    </w:p>
    <w:p>
      <w:r>
        <w:rPr>
          <w:b/>
        </w:rPr>
        <w:t xml:space="preserve">[1:10:36] </w:t>
      </w:r>
      <w:r>
        <w:t>to ab main sofia se request karungi ki woh duan kara dein.</w:t>
      </w:r>
    </w:p>
    <w:p>
      <w:pPr>
        <w:jc w:val="right"/>
      </w:pPr>
      <w:r>
        <w:t>तो अब मैं सोफिया से request करूंगी कि वह दुआं करा दें.</w:t>
      </w:r>
    </w:p>
    <w:p>
      <w:r>
        <w:rPr>
          <w:b/>
        </w:rPr>
        <w:t xml:space="preserve">[1:10:51] </w:t>
      </w:r>
      <w:r>
        <w:t>dova se qabal mein do sentence mein is guru ke hawale se kehna chahti hoon aur sabse pehle main doctor fareedaba ka shukriya aajata chahti hoon.</w:t>
      </w:r>
    </w:p>
    <w:p>
      <w:pPr>
        <w:jc w:val="right"/>
      </w:pPr>
      <w:r>
        <w:t>दोवा से कबल में दो sentence में इस गुरु के हवाले से कहना चाहती हूं और सबसे पहले मैं doctor फरीदाबा का शुक्रिया आ जाता चाहती हूं.</w:t>
      </w:r>
    </w:p>
    <w:p>
      <w:r>
        <w:rPr>
          <w:b/>
        </w:rPr>
        <w:t xml:space="preserve">[1:11:01] </w:t>
      </w:r>
      <w:r>
        <w:t>jinhone kuch din pehle mujhe bataya ki woh is kadar mehnat karti hain ki woh book ki reading aur uski editing mein raattiy baje tak lagi rehti hain aur vaaki unke paas time nahi hota ki woh padhan padhan logon ko jawab de sake.</w:t>
      </w:r>
    </w:p>
    <w:p>
      <w:pPr>
        <w:jc w:val="right"/>
      </w:pPr>
      <w:r>
        <w:t>जिन्होंने कुछ दिन पहले मुझे बताया कि वह इस कदर मेहनत करती हैं कि वह book की reading और उसकी editing में रात्तीय बजे तक लगी रहती हैं और वाकई उनके पास time नहीं होता कि वह पढ़न पढ़न लोगों को जवाब दे सके.</w:t>
      </w:r>
    </w:p>
    <w:p>
      <w:r>
        <w:rPr>
          <w:b/>
        </w:rPr>
        <w:t xml:space="preserve">[1:11:22] </w:t>
      </w:r>
      <w:r>
        <w:t>isse mujhe andaza ho raha tha ke main shayad unki student bhi banne ke layak nahi hoon kyunke main bahut jaldi soti hoon aur us din maine is baat ka irada kiya ke mujhe aur kitni zyada kis level par mehnat karni hai. yeh allah ka bahut qadam hai ke meri itni sare sisters saniyas ke sath humein unki sohbat naseeb ho rahi hai aur hum unhein dekh aur sun pa rahe hain aur unse faizab ho pa rahe hain.</w:t>
      </w:r>
    </w:p>
    <w:p>
      <w:pPr>
        <w:jc w:val="right"/>
      </w:pPr>
      <w:r>
        <w:t>इससे मुझे अंदाज़ा हो रहा था कि मैं शायद उनकी student भी बनने के लायक नहीं हूं क्योंकि मैं बहुत जल्दी सोती हूं और उस दिन मैंने इस बात का इरादा किया कि मुझे और कितनी ज़्यादा किस level पर मेहनत करनी है. यह अल्लाह का बहुत कदम है कि मेरी इतनी सारे sisters सैनियाs के साथ हमें उनकी सौबत नसीब हो रही है और हम उन्हें देख और sun पा रहे हैं और उनसे फैजाब हो पा रहे हैं.</w:t>
      </w:r>
    </w:p>
    <w:p>
      <w:r>
        <w:rPr>
          <w:b/>
        </w:rPr>
        <w:t xml:space="preserve">[1:11:51] </w:t>
      </w:r>
      <w:r>
        <w:t>allah ka beentah shukr hai ke hum logon ne CPS ladies interaction jaisi group ai. yeh month jo february ka bhi muqabla ho raha hai. yeh month kuch aisa tha ke hamare charon taraf se negativity hi phaili hui thi aur ek doosri ke sath humbleness bahut kam ho gaya tha.</w:t>
      </w:r>
    </w:p>
    <w:p>
      <w:pPr>
        <w:jc w:val="right"/>
      </w:pPr>
      <w:r>
        <w:t>अल्लाह का बीन्ताह शुक्र है कि हम लोगों ने CPS ladies interaction जैसी group आई. यह month जो फरवरी का भी मुकाबला हो रहा है. यह month कुछ ऐसा था कि हमारे चारों तरफ से negativity ही फैली हुई थी और एक दूसरी के साथ है humbleness बहुत कम हो गया था.</w:t>
      </w:r>
    </w:p>
    <w:p>
      <w:r>
        <w:rPr>
          <w:b/>
        </w:rPr>
        <w:t xml:space="preserve">[1:12:14] </w:t>
      </w:r>
      <w:r>
        <w:t>us waqt agar positive mind kahin mil pata tha to sirf apne group aur apne CPS ke member ke sath mil pata tha. wahan par ek baar phir se hamare andar inki taaski aai aur humne universal thinking ke zariye puran ki unayaton par bhi gaur kiya, jinhein hum aasani se padhkar nikal jaate the aur un par theek tarike se contemplation nahi kar paate the.</w:t>
      </w:r>
    </w:p>
    <w:p>
      <w:pPr>
        <w:jc w:val="right"/>
      </w:pPr>
      <w:r>
        <w:t>उस वक्त अगर positive mind कहीं मिल पाता था तो सिर्फ अपने group और अपने CPS के member के साथ मिल पाता था. वहां पर एक बार फिर से हमारे अंदर इन्होंने की तास्की आई और हमने universal thinking के ज़रिए पुरान की उनायतों पर भी गौर किया, जिन्हें हम आसानी से पढ़कर निकल जाते थे और उन पर ठीक तरीके से contemplation नहीं कर पाते थे.</w:t>
      </w:r>
    </w:p>
    <w:p>
      <w:r>
        <w:rPr>
          <w:b/>
        </w:rPr>
        <w:t xml:space="preserve">[1:12:43] </w:t>
      </w:r>
      <w:r>
        <w:t>is dauran hamare samne jo surahamin siddha, surah toor, sure ibrahim aur sure nahl ke ayat layi gayi, us ayat ko hum maine pehle bhi padha tha lekin is pure mahine discussion ke dauran woh ayat mere samne bilkul ek naye sabak aur naye hausle ke sath bhi samne aai aur mere shor ka hissa bani aur iske liye main pure CPS group ko bahut zyada shukriyada karna chahti hoon.</w:t>
      </w:r>
    </w:p>
    <w:p>
      <w:pPr>
        <w:jc w:val="right"/>
      </w:pPr>
      <w:r>
        <w:t>इस दौरान हमारे सामने जो सुराहामिन सिद्धा, सुराह तौर, सुरे इब्राहिम और सुरेनहल के आयत लाई गई, उस आयत को हम मैंने पहले भी पढ़ा था लेकिन इस पूरे महीने discussion के दौरान वह आयत मेरे सामने बिल्कुल एक नए सबक और नए हौसले के साथ भी सामने आई और मेरे शोर का हिस्सा बनी और इसके लिए मैं पूरे CPS group को बहुत ज़्यादा शुक्रियादा करना चाहती हूं.</w:t>
      </w:r>
    </w:p>
    <w:p>
      <w:r>
        <w:rPr>
          <w:b/>
        </w:rPr>
        <w:t xml:space="preserve">[1:13:13] </w:t>
      </w:r>
      <w:r>
        <w:t>unhone mukk ko samajhkar hamari behtareen tarike tak ki. is mahine jo kuch maine seekha meri ruan bhi isi ke sath hai ke jab allah taala ne apne surya siddhamin siddha mein humein kaha ke tum bhalai mein woh baat karo, bhale tumhein kuch bura kaha gaya hai.</w:t>
      </w:r>
    </w:p>
    <w:p>
      <w:pPr>
        <w:jc w:val="right"/>
      </w:pPr>
      <w:r>
        <w:t>उन्होंने मुक्क को समझकर हमारी बेहतरीन तरीके तक की. इस महीने जो कुछ मैंने सीखा मेरी रुआ भी इसी के साथ है कि जब अल्लाह ताला ने अपने सूर्य सिद्धामीन सिद्धा में हमें कहा कि तुम भलाई में वह बात करो, भले तुम्हें कुछ बुरा कहा गया है.</w:t>
      </w:r>
    </w:p>
    <w:p>
      <w:r>
        <w:rPr>
          <w:b/>
        </w:rPr>
        <w:t xml:space="preserve">[1:13:39] </w:t>
      </w:r>
      <w:r>
        <w:t>to mujhe ehsas hone laga ke humein iske liye allah se hausla marna hai ke akhba tu hamare andar woh hausla paida kar ke jab humein kuch bure alfaz keh diye jaen tab bhi hum uske badle mein achhe alfaz kahen. chahe hamare andar kisi bhi tarah ka khauf paida ho ke hum teri zaak ke puri tawakk ke sath yaqin karen, iman laen.</w:t>
      </w:r>
    </w:p>
    <w:p>
      <w:pPr>
        <w:jc w:val="right"/>
      </w:pPr>
      <w:r>
        <w:t>तो मुझे एहसास होने लगा कि हमें इसके लिए अल्लाह से हौसला मारना है कि अखबा तू हमारे अंदर वह हौसला पैदा कर कि जब हमें कुछ बुरे अल्फास कह दिए जाएं तब भी हम उसके बदले में अच्छे अल्फास कहें. चाहे हमारे अंदर किसी भी तरह का खौफ पैदा हो कि हम तेरी ज़ाक के पूरी तवक के साथ यकीन करें, ईमान लाएं.</w:t>
      </w:r>
    </w:p>
    <w:p>
      <w:r>
        <w:rPr>
          <w:b/>
        </w:rPr>
        <w:t xml:space="preserve">[1:14:05] </w:t>
      </w:r>
      <w:r>
        <w:t>athush par bharosa karte hue hum is baat ka risk utha len. hum kisi ke sath tirfotet ka mamla na karen. hum unke sath humdardi aur maaf karne ka jazba rakhen aur mohabbat ke faide paryakareem karen. allah taala ne jab humein surya toba mein sikhaya ke humein jihad karna hai apne maal aur apni jaan ke sath.</w:t>
      </w:r>
    </w:p>
    <w:p>
      <w:pPr>
        <w:jc w:val="right"/>
      </w:pPr>
      <w:r>
        <w:t>अथुश पर भरोसा करते हुए हम इस बात का risk उठा लें. हम किसी के साथ टिर्फोटेट का मामला ना करें. हम उनके साथ हम दर्दी और माफ करने का जज़्बा रखें और मोहब्बत के फ़ायदे पर्यकरीम करें. अल्लाह ताला ने जब हमें सूर्य तौबा में सिखाया कि हमें जिहाद करना है अपने माल और अपनी जान के साथ.</w:t>
      </w:r>
    </w:p>
    <w:p>
      <w:r>
        <w:rPr>
          <w:b/>
        </w:rPr>
        <w:t xml:space="preserve">[1:14:33] </w:t>
      </w:r>
      <w:r>
        <w:t>hum selfish log is cheezon ko shayad samajh nahi sakte, lekin ke koi humein theek se samjha de, hamara dujham us taraf la de. to allah ka bentah shukr hai ke is surah ki aity tamam char panch dinon ke discussion mein yeh baat humein theek tarike se samajh mein aai ke hamari jihad ka hissa kya hai?</w:t>
      </w:r>
    </w:p>
    <w:p>
      <w:pPr>
        <w:jc w:val="right"/>
      </w:pPr>
      <w:r>
        <w:t>हम selfish लोग इस चीज़ों को शायद समझ नहीं सकते, लेकिन कि कोई हमें ठीक से समझा दे, हमारा दुझाम उस तरफ ला दे. तो अल्लाह का बेन्ताह शुक्र है कि इस सूर्ह की ऐत्य तमाम चार पांच दिनों के discussion में यह बात हमें ठीक तरीके से समझ में आई कि हमारी जिहाद का हिस्सा क्या है?</w:t>
      </w:r>
    </w:p>
    <w:p>
      <w:r>
        <w:rPr>
          <w:b/>
        </w:rPr>
        <w:t xml:space="preserve">[1:14:58] </w:t>
      </w:r>
      <w:r>
        <w:t>humein apni activity maal aur apni jang ko kis tarah se study aur dehatreen positive discussion ki taraf le jana hai? suniye ibrahim ke discussion ke dauran allah taala ne jab nisaal rakhi ek gharkht ki jiski jad bhi gehri hai aur jiska jiska aaghar bhi kafi ooncha hai.</w:t>
      </w:r>
    </w:p>
    <w:p>
      <w:pPr>
        <w:jc w:val="right"/>
      </w:pPr>
      <w:r>
        <w:t>हमें अपनी activity माल और अपनी जांग को किस तरह से study और देहतरीन positive discussion की तरफ ले जाना है? सुनिए इब्राहिम के discussion के दौरान अल्लाह ताला ने जब निसाल रखी एक ग़रख्त की जिसकी जड़ भी गहरी है और जिसका जिसका आघार भी काफी ऊंचा है.</w:t>
      </w:r>
    </w:p>
    <w:p>
      <w:r>
        <w:rPr>
          <w:b/>
        </w:rPr>
        <w:t xml:space="preserve">[1:15:23] </w:t>
      </w:r>
      <w:r>
        <w:t>uske tashwi mein maulana sahab ne farmaya ke aam darakht agar apne charon taraf ke mahaul se gawa lekar gulund hota hai to momin bhi ek shauri darakht hai. elah hum tujhse is baat ke faryad karte hain ke tu humein vaisa momin bana jo har mauke par sahi ravaiya woh rahit kare jo quran humein sikhata hai. marshy tangi ho ya marshy fada gai.</w:t>
      </w:r>
    </w:p>
    <w:p>
      <w:pPr>
        <w:jc w:val="right"/>
      </w:pPr>
      <w:r>
        <w:t>उसके तश्वी में मौलाना साहब ने फरमाया कि आम दरख्त अगर अपने चारों तरफ के माहौल से गवा लेकर गुलंद होता है तो मोमिल भी एक शौरी दरख्त है. ऐलाह हम तुझसे इस बात के फर्याद करते हैं कि तू हमें वैसा मुमिन बना जो हर मौके पर सही रवैया वह राहित करे जो कुरान हमें सिखाता है. मार्शी तंगी हो या मार्शी फड़ा गई.</w:t>
      </w:r>
    </w:p>
    <w:p>
      <w:r>
        <w:rPr>
          <w:b/>
        </w:rPr>
        <w:t xml:space="preserve">[1:15:52] </w:t>
      </w:r>
      <w:r>
        <w:t>khushi ka lamha ho ya gamha lamha. shikayat ki baat ho ya tareef ki baat. har waqt tumhare is baat ka ke taufiq kata farma ke hum apna sahi response logon ke samne rakh saken. unke sath behtareen ikhlaqar gatna de saken. hum apne apna woh kirdar bana saken jo tere tere darbar mein qubool hota hai.</w:t>
      </w:r>
    </w:p>
    <w:p>
      <w:pPr>
        <w:jc w:val="right"/>
      </w:pPr>
      <w:r>
        <w:t>खुशी का लम्हा हो या गम्हा लम्हा. शिकायत की बात हो या तारीफ की बात. हर वक्त तुम्हारे इस बात का कि तौफीय कटा फरमा कि हम अपना सही response लोगों के सामने रख सकें. उनके साथ बेहतरीन इखिलाकर गत्ना दे सकें. हम अपने अपना वह किरदार बना सकें जो तेरे तेरे दरबार में कुबूल होता है.</w:t>
      </w:r>
    </w:p>
    <w:p>
      <w:r>
        <w:rPr>
          <w:b/>
        </w:rPr>
        <w:t xml:space="preserve">[1:16:21] </w:t>
      </w:r>
      <w:r>
        <w:t>surya nahl ki ay mein allah taala ne behtareen solution hum jaise insano ke liye rakha ke hum bahut jald shaitan ke behkawe mein aa jaate hain. allah taala ne humein sikhaya ke tum shaitan ke woh soose se bacho aur meri panah mango jiske jiske zariye allah taala apni khuli madad ke sath hamare samne aa jata hai.</w:t>
      </w:r>
    </w:p>
    <w:p>
      <w:pPr>
        <w:jc w:val="right"/>
      </w:pPr>
      <w:r>
        <w:t>सूर्य नाहल की आय में अल्लाह ताला ने बेहतरीन solution हम जैसे इंसानों के लिए रखा कि हम बहुत जल्द शैतान के बहकावे में आ जाते हैं. अल्लाह ताला ने हमें सिखाया कि तुम शैतान के वो सूसे से बच्चों और मेरी पनाह मांगो जिसके जिसके ज़रिए अल्लाह तालाह अपनी खुली मदद के साथ हमारे सामने आ जाता है.</w:t>
      </w:r>
    </w:p>
    <w:p>
      <w:r>
        <w:rPr>
          <w:b/>
        </w:rPr>
        <w:t xml:space="preserve">[1:16:46] </w:t>
      </w:r>
      <w:r>
        <w:t>shaitan ka hamla zaroor bada hota hai, lekin khuda ki madad mangne se, uski panah mangne se, uski pan, uski madad hamare samne ek mazboot tela ki shakal mein khadi ho jati hai aur beshak iman walon ke sath allah hota hai. allah kabhi apne chahne walon ko ruswah nahi karta.</w:t>
      </w:r>
    </w:p>
    <w:p>
      <w:pPr>
        <w:jc w:val="right"/>
      </w:pPr>
      <w:r>
        <w:t>शैतान का हमला ज़रूर बड़ा होता है, लेकिन खुदा की मदद मांगने से, उसकी पनाह मांगने से, उसकी पन, उसकी मदद हमारे सामने एक मज़बूत तेला की शक्ल में खड़ी हो जाती है और बेशक ईमान वालों के साथ अल्लाह होता है. अल्लाह कभी अपने चाहने वालों को रुस्वाह नहीं करता.</w:t>
      </w:r>
    </w:p>
    <w:p>
      <w:r>
        <w:rPr>
          <w:b/>
        </w:rPr>
        <w:t xml:space="preserve">[1:17:08] </w:t>
      </w:r>
      <w:r>
        <w:t>allah to hum sabhi sirf is ladies ke memberon ke upar apni khaas rehmat kar de aur apne</w:t>
      </w:r>
    </w:p>
    <w:p>
      <w:pPr>
        <w:jc w:val="right"/>
      </w:pPr>
      <w:r>
        <w:t>अल्लाह तो हम सभी सिर्फ इस ladies के memberओं के ऊपर अपनी खास रहमत कर दे और अपने</w:t>
      </w:r>
    </w:p>
    <w:p>
      <w:r>
        <w:rPr>
          <w:b/>
        </w:rPr>
        <w:t xml:space="preserve">[1:17:13] </w:t>
      </w:r>
      <w:r>
        <w:t>khaas madad se hamein nawaz de.</w:t>
      </w:r>
    </w:p>
    <w:p>
      <w:pPr>
        <w:jc w:val="right"/>
      </w:pPr>
      <w:r>
        <w:t>खास मदद से हमें नवाज़ दे.</w:t>
      </w:r>
    </w:p>
    <w:p>
      <w:r>
        <w:rPr>
          <w:b/>
        </w:rPr>
        <w:t xml:space="preserve">[1:17:19] </w:t>
      </w:r>
      <w:r>
        <w:t>hamein nek aur saleheen banaye is duniya mein aur apne aankh mein diye roz milk ke lakh taiyar farma.</w:t>
      </w:r>
    </w:p>
    <w:p>
      <w:pPr>
        <w:jc w:val="right"/>
      </w:pPr>
      <w:r>
        <w:t>हमें नेक और सालेहीन बनाए इस दुनिया में और अपने आंख में दिए रोज़ मिल्क के लाख तैयार फरमा.</w:t>
      </w:r>
    </w:p>
    <w:p>
      <w:r>
        <w:rPr>
          <w:b/>
        </w:rPr>
        <w:t xml:space="preserve">[1:17:24] </w:t>
      </w:r>
      <w:r>
        <w:t>allah hamein apne behtareen darjaat mein shamil farmaein.</w:t>
      </w:r>
    </w:p>
    <w:p>
      <w:pPr>
        <w:jc w:val="right"/>
      </w:pPr>
      <w:r>
        <w:t>अल्लाह हमें अपने बेहतरीन दर्जात में शामिल फरमाएं.</w:t>
      </w:r>
    </w:p>
    <w:p>
      <w:r>
        <w:rPr>
          <w:b/>
        </w:rPr>
        <w:t xml:space="preserve">[1:17:30] </w:t>
      </w:r>
      <w:r>
        <w:t>wah kharidwan allah hilah hilah mein.</w:t>
      </w:r>
    </w:p>
    <w:p>
      <w:pPr>
        <w:jc w:val="right"/>
      </w:pPr>
      <w:r>
        <w:t>वाह ख़रीदवान अल्लाह हिलाह हिलाह में.</w:t>
      </w:r>
    </w:p>
    <w:p>
      <w:r>
        <w:rPr>
          <w:b/>
        </w:rPr>
        <w:t xml:space="preserve">[1:17:35] </w:t>
      </w:r>
      <w:r>
        <w:t>salah male ko.</w:t>
      </w:r>
    </w:p>
    <w:p>
      <w:pPr>
        <w:jc w:val="right"/>
      </w:pPr>
      <w:r>
        <w:t>सलाह माले को.</w:t>
      </w:r>
    </w:p>
    <w:p>
      <w:r>
        <w:rPr>
          <w:b/>
        </w:rPr>
        <w:t xml:space="preserve">[1:17:41] </w:t>
      </w:r>
      <w:r>
        <w:t>ji sahab qallah, aapne bahut achhi dhuaan karwai.</w:t>
      </w:r>
    </w:p>
    <w:p>
      <w:pPr>
        <w:jc w:val="right"/>
      </w:pPr>
      <w:r>
        <w:t>जी साहब कल्लाह, आपने बहुत अच्छी धुआं करवाई.</w:t>
      </w:r>
    </w:p>
    <w:p>
      <w:r>
        <w:rPr>
          <w:b/>
        </w:rPr>
        <w:t xml:space="preserve">[1:17:51] </w:t>
      </w:r>
      <w:r>
        <w:t>allah dalah ise qubool karein aur hamein jannat naseeb karein aur yeh raste par jo hum chal rahe</w:t>
      </w:r>
    </w:p>
    <w:p>
      <w:pPr>
        <w:jc w:val="right"/>
      </w:pPr>
      <w:r>
        <w:t>अल्लाह डालाह इसे कुबूल करें और हमें जन्नत नसीब करें और यह रास्ते पर जो हम चल रहे</w:t>
      </w:r>
    </w:p>
    <w:p>
      <w:r>
        <w:rPr>
          <w:b/>
        </w:rPr>
        <w:t xml:space="preserve">[1:18:01] </w:t>
      </w:r>
      <w:r>
        <w:t>hain, yeh duniya ka safar hai aur yeh safar hamara jannat mein khatm ho.</w:t>
      </w:r>
    </w:p>
    <w:p>
      <w:pPr>
        <w:jc w:val="right"/>
      </w:pPr>
      <w:r>
        <w:t>हैं, यह दुनिया का सफ़र है और यह सफ़र हमारा जन्नत में ख़त्म हो.</w:t>
      </w:r>
    </w:p>
    <w:p>
      <w:r>
        <w:rPr>
          <w:b/>
        </w:rPr>
        <w:t xml:space="preserve">[1:18:11] </w:t>
      </w:r>
      <w:r>
        <w:t>aamir, main kharida apa ko is session ko end karne ke liye ending message hum sabko dein.</w:t>
      </w:r>
    </w:p>
    <w:p>
      <w:pPr>
        <w:jc w:val="right"/>
      </w:pPr>
      <w:r>
        <w:t>आमिर, मैं ख़रीदा आपा को इस session को end करने के लिए ending message हम सबको दें.</w:t>
      </w:r>
    </w:p>
    <w:p>
      <w:r>
        <w:rPr>
          <w:b/>
        </w:rPr>
        <w:t xml:space="preserve">[1:18:21] </w:t>
      </w:r>
      <w:r>
        <w:t>parida apa.</w:t>
      </w:r>
    </w:p>
    <w:p>
      <w:pPr>
        <w:jc w:val="right"/>
      </w:pPr>
      <w:r>
        <w:t>परीदा अपा.</w:t>
      </w:r>
    </w:p>
    <w:p>
      <w:r>
        <w:rPr>
          <w:b/>
        </w:rPr>
        <w:t xml:space="preserve">[1:18:30] </w:t>
      </w:r>
      <w:r>
        <w:t>aap bol dijiye.</w:t>
      </w:r>
    </w:p>
    <w:p>
      <w:pPr>
        <w:jc w:val="right"/>
      </w:pPr>
      <w:r>
        <w:t>आप बोल दीजिए.</w:t>
      </w:r>
    </w:p>
    <w:p>
      <w:r>
        <w:rPr>
          <w:b/>
        </w:rPr>
        <w:t xml:space="preserve">[1:18:40] </w:t>
      </w:r>
      <w:r>
        <w:t>ji ji ji snam rakho.</w:t>
      </w:r>
    </w:p>
    <w:p>
      <w:pPr>
        <w:jc w:val="right"/>
      </w:pPr>
      <w:r>
        <w:t>जी जी जी स्नाम रखो.</w:t>
      </w:r>
    </w:p>
    <w:p>
      <w:r>
        <w:rPr>
          <w:b/>
        </w:rPr>
        <w:t xml:space="preserve">[1:18:50] </w:t>
      </w:r>
      <w:r>
        <w:t>aap hamare mahine phir march mahine mein hum milenge aur nahin learn insight ke saath hamare is message.</w:t>
      </w:r>
    </w:p>
    <w:p>
      <w:pPr>
        <w:jc w:val="right"/>
      </w:pPr>
      <w:r>
        <w:t>आप हमारे महीने फिर March महीने में हम मिलेंगे और नहीं learn insight के साथ हमारे इस message.</w:t>
      </w:r>
    </w:p>
    <w:p>
      <w:r>
        <w:rPr>
          <w:b/>
        </w:rPr>
        <w:t xml:space="preserve">[1:19:00] </w:t>
      </w:r>
      <w:r>
        <w:t>aawaz nahin aa rahi hai.</w:t>
      </w:r>
    </w:p>
    <w:p>
      <w:pPr>
        <w:jc w:val="right"/>
      </w:pPr>
      <w:r>
        <w:t>आवाज़ नहीं आ रही है.</w:t>
      </w:r>
    </w:p>
    <w:p>
      <w:r>
        <w:rPr>
          <w:b/>
        </w:rPr>
        <w:t xml:space="preserve">[1:19:10] </w:t>
      </w:r>
      <w:r>
        <w:t>awaz aa rahi hai? cut rahi hai. achha. ab aap hamare is session ko ab hum log print karenge. aap apni ending session is session ko end karen apni message se. woh aisa hai ke jo maine abhi hatis batai thi na ke aise logon ki talash mein rehti hain farishte.</w:t>
      </w:r>
    </w:p>
    <w:p>
      <w:pPr>
        <w:jc w:val="right"/>
      </w:pPr>
      <w:r>
        <w:t>आवाज़ आ रही है? Cut रही है. अच्छा. अब आप हमारे इस session को अब हम लोग print करेंगे. आप अपनी ending session इस session को end करें अपनी message से. वह ऐसा है कि जो मैंने अभी हतीस बताई थी ना कि ऐसे लोगों की तलाश में रहती हैं फरिश्ते.</w:t>
      </w:r>
    </w:p>
    <w:p>
      <w:r>
        <w:rPr>
          <w:b/>
        </w:rPr>
        <w:t xml:space="preserve">[1:19:37] </w:t>
      </w:r>
      <w:r>
        <w:t>to us hadith mein aur lambi hadith bahut hi achhi hadith hai hamare is maksad ke liye.</w:t>
      </w:r>
    </w:p>
    <w:p>
      <w:pPr>
        <w:jc w:val="right"/>
      </w:pPr>
      <w:r>
        <w:t>तो उस हदीश में और लंबी हदीश बहुत ही अच्छी हदीश है हमारे इस मकसद के लिए.</w:t>
      </w:r>
    </w:p>
    <w:p>
      <w:r>
        <w:rPr>
          <w:b/>
        </w:rPr>
        <w:t xml:space="preserve">[1:19:45] </w:t>
      </w:r>
      <w:r>
        <w:t>to main faraad sahib se kehti hoon ke woh usko zara poori hadees bata dein.</w:t>
      </w:r>
    </w:p>
    <w:p>
      <w:pPr>
        <w:jc w:val="right"/>
      </w:pPr>
      <w:r>
        <w:t>तो मैं फराद साहब से कहती हूं कि वह उसको ज़रा पूरी हदीश बता दें.</w:t>
      </w:r>
    </w:p>
    <w:p>
      <w:r>
        <w:rPr>
          <w:b/>
        </w:rPr>
        <w:t xml:space="preserve">[1:19:53] </w:t>
      </w:r>
      <w:r>
        <w:t>wahi conclusion ho jayega.</w:t>
      </w:r>
    </w:p>
    <w:p>
      <w:pPr>
        <w:jc w:val="right"/>
      </w:pPr>
      <w:r>
        <w:t>वही conclusion हो जाएगा.</w:t>
      </w:r>
    </w:p>
    <w:p>
      <w:r>
        <w:rPr>
          <w:b/>
        </w:rPr>
        <w:t xml:space="preserve">[1:20:01] </w:t>
      </w:r>
      <w:r>
        <w:t>bhai, theek hai?</w:t>
      </w:r>
    </w:p>
    <w:p>
      <w:pPr>
        <w:jc w:val="right"/>
      </w:pPr>
      <w:r>
        <w:t>भाई, ठीक है?</w:t>
      </w:r>
    </w:p>
    <w:p>
      <w:r>
        <w:rPr>
          <w:b/>
        </w:rPr>
        <w:t xml:space="preserve">[1:20:09] </w:t>
      </w:r>
      <w:r>
        <w:t>bismillahil ramani rahim ji. yeh hadish hai ke rasoolah salah wali salah ne kaha, main translation padhta hoon uska ke allah ke kuch farishte hain jo ghumte rehte hain aur talash karte hain zikr karne walon ko. jab kisi qaum kho paate hain jo allah ka zikr kar rahe hon, to ek doosre ko awaz dete hain ke apni hajat ki taraf aao, apne maksad ki taraf aao.</w:t>
      </w:r>
    </w:p>
    <w:p>
      <w:pPr>
        <w:jc w:val="right"/>
      </w:pPr>
      <w:r>
        <w:t>बिस्मिल्लाहिल रमानीर राय जी. यह हदीश है कि रसूल्लाह सलाह वाली सलाह ने कहा, मैं translation पढ़ता हूं उसका कि अल्लाह के कुछ फरिश्ते हैं जो घूमते रहते हैं और तलाश करते हैं ज़िक्र करने वालों को. जब किसी कौम खो पाते हैं जो अल्लाह का ज़िक्र कर रहे हों, तो एक दूसरे को आवाज़ देते हैं कि अपनी हाजत की तरफ आओ, अपने मकसद की तरफ आओ.</w:t>
      </w:r>
    </w:p>
    <w:p>
      <w:r>
        <w:rPr>
          <w:b/>
        </w:rPr>
        <w:t xml:space="preserve">[1:20:39] </w:t>
      </w:r>
      <w:r>
        <w:t>phir woh unko dhank lete hain aasmani duniya tak, apne paron se.</w:t>
      </w:r>
    </w:p>
    <w:p>
      <w:pPr>
        <w:jc w:val="right"/>
      </w:pPr>
      <w:r>
        <w:t>फिर वह उनको ढांक लेते हैं आसमानी दुनिया तक, अपने परों से.</w:t>
      </w:r>
    </w:p>
    <w:p>
      <w:r>
        <w:rPr>
          <w:b/>
        </w:rPr>
        <w:t xml:space="preserve">[1:20:45] </w:t>
      </w:r>
      <w:r>
        <w:t>to jab unka rab unse poochta hai, halanki woh khoob janta hai unko ke mere bande kya kehte hain?</w:t>
      </w:r>
    </w:p>
    <w:p>
      <w:pPr>
        <w:jc w:val="right"/>
      </w:pPr>
      <w:r>
        <w:t>तो जब उनका रब उनसे पूछता है, हालांकि वह खूब जानता है उनको कि मेरे बंदे क्या कहते हैं?</w:t>
      </w:r>
    </w:p>
    <w:p>
      <w:r>
        <w:rPr>
          <w:b/>
        </w:rPr>
        <w:t xml:space="preserve">[1:20:51] </w:t>
      </w:r>
      <w:r>
        <w:t>to farishte kehte hain ke tumhari tasweer kar rahe the, tumhari taqweer kar rahe the, tumhari hamd bayan</w:t>
      </w:r>
    </w:p>
    <w:p>
      <w:pPr>
        <w:jc w:val="right"/>
      </w:pPr>
      <w:r>
        <w:t>तो फरिश्ते कहते हैं कि तुम्हारी तस्वीर कर रहे थे, तुम्हारी तक़वीर कर रहे थे, तुम्हारी हम्द बयान</w:t>
      </w:r>
    </w:p>
    <w:p>
      <w:r>
        <w:rPr>
          <w:b/>
        </w:rPr>
        <w:t xml:space="preserve">[1:20:57] </w:t>
      </w:r>
      <w:r>
        <w:t>kar rahe the, tumhari buzurgi bayan kar rahe the.</w:t>
      </w:r>
    </w:p>
    <w:p>
      <w:pPr>
        <w:jc w:val="right"/>
      </w:pPr>
      <w:r>
        <w:t>कर रहे थे, तुम्हारी बुज़ुर्गी बयान कर रहे थे.</w:t>
      </w:r>
    </w:p>
    <w:p>
      <w:r>
        <w:rPr>
          <w:b/>
        </w:rPr>
        <w:t xml:space="preserve">[1:21:03] </w:t>
      </w:r>
      <w:r>
        <w:t>to kehte hain ke kya unhone mujhe dekha hai?</w:t>
      </w:r>
    </w:p>
    <w:p>
      <w:pPr>
        <w:jc w:val="right"/>
      </w:pPr>
      <w:r>
        <w:t>तो कहते हैं कि क्या उन्होंने मुझे देखा है?</w:t>
      </w:r>
    </w:p>
    <w:p>
      <w:r>
        <w:rPr>
          <w:b/>
        </w:rPr>
        <w:t xml:space="preserve">[1:21:10] </w:t>
      </w:r>
      <w:r>
        <w:t>to farishte kehte hain nahi allah, unhone tumhein nahi dekha. to allah atla phir sawal karta hai ke kya ho agar woh mujhe dekh len? aur farishte kehte hain agar woh tumko dekh len to aur zyada tumhari yeh baat karenge aur zyada shiddat ke sath tumhari buzurgi aur tasweer bayan karenge. to phir allah taala sawal karta hai un farishton se.</w:t>
      </w:r>
    </w:p>
    <w:p>
      <w:pPr>
        <w:jc w:val="right"/>
      </w:pPr>
      <w:r>
        <w:t>तो फरिश्ते कहते हैं नहीं अल्लाह, उन्होंने तुम्हें नहीं देखा. तो अल्लाह अटला फिर सवाल करता है कि क्या हो अगर वह मुझे देख लें? और फरिश्ते कहते हैं अगर वह तुमको देख लें तो और ज़्यादा तुम्हारी यह बात करेंगे और ज़्यादा शिद्दत के साथ तुम्हारी बुज़ुर्गी और तस्वीर बयान करेंगे. तो फिर अल्लाह तलाह सवाल करता है उन फरिश्तों से.</w:t>
      </w:r>
    </w:p>
    <w:p>
      <w:r>
        <w:rPr>
          <w:b/>
        </w:rPr>
        <w:t xml:space="preserve">[1:21:38] </w:t>
      </w:r>
      <w:r>
        <w:t>to kya woh mang rahe hain? kya sawal kar rahe hain? woh farishte kehte hain ke tumse jannat mang rahe hain. to allah taala kehta hai ke kya unhone dekha? to farishte kehte hain nahi. unhone jannat ko nahi dekha. to farishte allah taala kehta hai ke kya ho agar woh usko dekh len?</w:t>
      </w:r>
    </w:p>
    <w:p>
      <w:pPr>
        <w:jc w:val="right"/>
      </w:pPr>
      <w:r>
        <w:t>तो क्या वह मांग रहे हैं? क्या सवाल कर रहे हैं? वह फरिश्ते कहते हैं कि तुमसे जमत मांग रहे हैं. तो अल्लाह तलाह कहता है कि क्या उन्होंने देखा? तो फरिश्ते कहते नहीं. उन्होंने जन्नत को नहीं देखा. तो फरिश्ते अल्लाह तालाह कहता है कि क्या हो अगर वह उसको देख लें?</w:t>
      </w:r>
    </w:p>
    <w:p>
      <w:r>
        <w:rPr>
          <w:b/>
        </w:rPr>
        <w:t xml:space="preserve">[1:22:04] </w:t>
      </w:r>
      <w:r>
        <w:t>to farishte kehta agar woh usko dekh len to aur zyada uski chahat karenge, aur zyada usko mangenge, aur zyada uske liye rakht karenge. phir allah ka sawal hota hai ke kis cheez se woh panah mang rahe the? to farishte kehte hain aag se. to us waqt allah taala ka sawal hota hai ke kya unhone aapko dekha hai?</w:t>
      </w:r>
    </w:p>
    <w:p>
      <w:pPr>
        <w:jc w:val="right"/>
      </w:pPr>
      <w:r>
        <w:t>तो फरिश्ते कहता अगर वह उसको देख लें तो और ज़्यादा उसकी चाहत करेंगे, और ज़्यादा उसको मांगेंगे, और ज़्यादा उसके लिए रख़बत करेंगे. फिर अल्लाह का सवाल होता है कि किस चीज़ से वह पनाह मांग रहे थे? तो फरिश्ते कहते हैं आग से. तो उस वक्त अल्लाह तालाह का सवाल होता है कि क्या उन्होंने आपको देखा है?</w:t>
      </w:r>
    </w:p>
    <w:p>
      <w:r>
        <w:rPr>
          <w:b/>
        </w:rPr>
        <w:t xml:space="preserve">[1:22:29] </w:t>
      </w:r>
      <w:r>
        <w:t>farishte kehte hain nahi pairab unhone aapko nahi dekha. to allah talat ka sawal hota hai. kya ho agar woh aapko dekh len? to farishte kehte hain ke agar woh aapko dekh len to usse bahut zyada bhagenge, usse bahut zyada darenge.</w:t>
      </w:r>
    </w:p>
    <w:p>
      <w:pPr>
        <w:jc w:val="right"/>
      </w:pPr>
      <w:r>
        <w:t>फरिश्ते कहते हैं नहीं पैरब उन्होंने आपको नहीं देखा. तो अल्लाह तालात का सवाल होता है. क्या हो अगर वह आपको देख लें? तो फरिश्ते कहते हैं कि अगर वह आपको देख लें तो उससे बहुत ज़्यादा भागेंगे, उससे बहुत ज़्यादा डरेंगे.</w:t>
      </w:r>
    </w:p>
    <w:p>
      <w:r>
        <w:rPr>
          <w:b/>
        </w:rPr>
        <w:t xml:space="preserve">[1:22:53] </w:t>
      </w:r>
      <w:r>
        <w:t>to us waqt allah sala farishton se kehta hai ke tumko main gawah banata hoon ke maine un tamam ko barsh diya. to koi ek farishton mein se kehta hai ke usmein ek woh bhi tha jo kisi doosri purpose se aaya tha aur us majlish ko dekhkar baith gaya.</w:t>
      </w:r>
    </w:p>
    <w:p>
      <w:pPr>
        <w:jc w:val="right"/>
      </w:pPr>
      <w:r>
        <w:t>तो उस वक्त अल्लाह सलाह फरिश्तों से कहता है कि तुमको मैं गवाह बनाता हूं कि मैंने उन तमाम को बर्श दिया. तो कोई एक फरीश्ताओं में से कहता है कि उसमें एक वह भी था जो किसी दूसरी purpose से आया था और उस मज़लिश को देखकर बैठ गया.</w:t>
      </w:r>
    </w:p>
    <w:p>
      <w:r>
        <w:rPr>
          <w:b/>
        </w:rPr>
        <w:t xml:space="preserve">[1:23:16] </w:t>
      </w:r>
      <w:r>
        <w:t>to allah taala unse kehta hai ke woh aise baithne wale hain ke unke saath doosre baithne walon ko bhi unfortunate nahi kiya ja sakta. to yeh majlish jo hai bahut ahum majlish hai.</w:t>
      </w:r>
    </w:p>
    <w:p>
      <w:pPr>
        <w:jc w:val="right"/>
      </w:pPr>
      <w:r>
        <w:t>तो अल्लाह तालाह उनसे कहता है कि वह ऐसे बैठने वाले हैं कि उनके साथ दूसरे बैठने वालों को भी unfortunate नहीं किया जा सकता. तो यह मज़लिश जो है बहुत अहम् मज़लिश है.</w:t>
      </w:r>
    </w:p>
    <w:p>
      <w:r>
        <w:rPr>
          <w:b/>
        </w:rPr>
        <w:t xml:space="preserve">[1:23:36] </w:t>
      </w:r>
      <w:r>
        <w:t>ek nai ummeed ke saath, ek naye hopes ke saath din ke kaam ke liye aage badhna hai, apne intellectual development ke liye aage badhna hai aur aakhirat mein hum sabko ikhatta hona hai ek saath jannat mein. jannat ki majlish ke liye ikhatta hona hai. uski niyat ke saath is majlish ka ittam karna hai. ek mahine tak ki training aur yeh mahaswar ka yeh session tha.</w:t>
      </w:r>
    </w:p>
    <w:p>
      <w:pPr>
        <w:jc w:val="right"/>
      </w:pPr>
      <w:r>
        <w:t>एक नई उम्मीद के साथ, एक नए hopes के साथ दिन के काम के लिए आगे बढ़ना है, अपने intellectual development के लिए आगे बढ़ना है और आख़िरात में हम सबको इकट्ठा होना है एक साथ जन्नत में. जन्नत की मज़लिश के लिए इकट्ठा होना है. उसकी नियत के साथ इस मज़लिश का इत्ताम करना है. एक महीने तक की training और यह महास्वार का यह session था.</w:t>
      </w:r>
    </w:p>
    <w:p>
      <w:r>
        <w:rPr>
          <w:b/>
        </w:rPr>
        <w:t xml:space="preserve">[1:24:05] </w:t>
      </w:r>
      <w:r>
        <w:t>isko jaari rakhna hai humko inshallah. khuda ke deen ke kaam par hamein bahut zyada mehnat karni hai. kyunki ab qayamat aisa lagta hai ke qayamat door nahi hai. to jitni zyada mehnat karni ho, jitni zyada hamein uske liye tagotao karni ho, hum khoob kar lein. kyunki pata nahi ke mofa milta hai ya nahi ab.</w:t>
      </w:r>
    </w:p>
    <w:p>
      <w:pPr>
        <w:jc w:val="right"/>
      </w:pPr>
      <w:r>
        <w:t>इसको जारी रखना है हमको इंशालिला. खुदा के दीन के काम पर हमें बहुत ज़्यादा मेहनत करनी है. क्योंकि अब कयामत ऐसा लगता है कि कयामत दूर नहीं है. तो जितनी ज़्यादा मेहनत करनी हो, जितनी ज़्यादा हमें उसके लिए तगोताओं करनी हो, हम खूब कर लें. क्योंकि पता नहीं कि मौफा मिलता है या नहीं अब.</w:t>
      </w:r>
    </w:p>
    <w:p>
      <w:r>
        <w:rPr>
          <w:b/>
        </w:rPr>
        <w:t xml:space="preserve">[1:24:33] </w:t>
      </w:r>
      <w:r>
        <w:t>qayamat ke din saare log aakar ikatthe ho jayen ke inko haryashal, haryashala mission mila tha.</w:t>
      </w:r>
    </w:p>
    <w:p>
      <w:pPr>
        <w:jc w:val="right"/>
      </w:pPr>
      <w:r>
        <w:t>खयामत के दिन सारे लोग आकर इकट्ठे हो जाएं कि इनको हर्यशाल, हर्यशाला mission मिला था.</w:t>
      </w:r>
    </w:p>
    <w:p>
      <w:r>
        <w:rPr>
          <w:b/>
        </w:rPr>
        <w:t xml:space="preserve">[1:24:38] </w:t>
      </w:r>
      <w:r>
        <w:t>jiske zariye woh hamein sahi din bata sakte the.</w:t>
      </w:r>
    </w:p>
    <w:p>
      <w:pPr>
        <w:jc w:val="right"/>
      </w:pPr>
      <w:r>
        <w:t>जिसके जरिए वह हमें सही दिन बता सकते थे.</w:t>
      </w:r>
    </w:p>
    <w:p>
      <w:r>
        <w:rPr>
          <w:b/>
        </w:rPr>
        <w:t xml:space="preserve">[1:24:43] </w:t>
      </w:r>
      <w:r>
        <w:t>lekin unhone susti ki.</w:t>
      </w:r>
    </w:p>
    <w:p>
      <w:pPr>
        <w:jc w:val="right"/>
      </w:pPr>
      <w:r>
        <w:t>लेकिन उन्होंने सुस्ती की.</w:t>
      </w:r>
    </w:p>
    <w:p>
      <w:r>
        <w:rPr>
          <w:b/>
        </w:rPr>
        <w:t xml:space="preserve">[1:24:49] </w:t>
      </w:r>
      <w:r>
        <w:t>to sirf hamare paas koi jawab nahi hoga.</w:t>
      </w:r>
    </w:p>
    <w:p>
      <w:pPr>
        <w:jc w:val="right"/>
      </w:pPr>
      <w:r>
        <w:t>तो सिर्फ हमारे पास कोई जवाब नहीं होगा.</w:t>
      </w:r>
    </w:p>
    <w:p>
      <w:r>
        <w:rPr>
          <w:b/>
        </w:rPr>
        <w:t xml:space="preserve">[1:24:54] </w:t>
      </w:r>
      <w:r>
        <w:t>allah tala mein zyada se zyada teen ke ko phailane apna intellectual development karne ki taufeeq atafarmae aameen.</w:t>
      </w:r>
    </w:p>
    <w:p>
      <w:pPr>
        <w:jc w:val="right"/>
      </w:pPr>
      <w:r>
        <w:t>अल्लाह तलाह में ज़्यादा से ज़्यादा तीन के को फैलाने अपना intellectual development करने की तौफीक अताफरमाएं आमिन.</w:t>
      </w:r>
    </w:p>
    <w:p>
      <w:r>
        <w:rPr>
          <w:b/>
        </w:rPr>
        <w:t xml:space="preserve">[1:24:59] </w:t>
      </w:r>
      <w:r>
        <w:t>aameen chaza qilla, raat bhai.</w:t>
      </w:r>
    </w:p>
    <w:p>
      <w:pPr>
        <w:jc w:val="right"/>
      </w:pPr>
      <w:r>
        <w:t>आमिन चज़ा किल्ला, रात भाई.</w:t>
      </w:r>
    </w:p>
    <w:p>
      <w:r>
        <w:rPr>
          <w:b/>
        </w:rPr>
        <w:t xml:space="preserve">[1:25:05] </w:t>
      </w:r>
      <w:r>
        <w:t>ek bahut achha safar aur yeh session hamara aaj conclude hua phir aur hum allah ki mehfil mein baithe hue hain. allah hamari is mehfil ko qubool kare. hamari is mehnat ko qubool kare aur hum mein aisi personality development hamari karwaye is CPS mission mein hamare judne ke baad ke hum inshallah yahan ka safar hamara conclude ho jannat ke safarta. inshallah aamin.</w:t>
      </w:r>
    </w:p>
    <w:p>
      <w:pPr>
        <w:jc w:val="right"/>
      </w:pPr>
      <w:r>
        <w:t>एक बहुत अच्छा सफर और यह session हमारा आज conclude हुआ फिर और हम अल्लाह की मेहफिल में बैठे हुए हैं. अल्लाह हमारी इस मेहफिल को कुबूल करें. हमारी इस मेहनत को कुबूल करें और हम में ऐसी personality development हमारी करवाए इस CPS mission में हमारे जुड़ने के बाद कि हम इन्शाल्लाह यहां का सफर हमारा conclude हो जन्नत के सफ़र्ता. इंशालाह आमीन.</w:t>
      </w:r>
    </w:p>
    <w:p>
      <w:r>
        <w:rPr>
          <w:b/>
        </w:rPr>
        <w:t xml:space="preserve">[1:25:33] </w:t>
      </w:r>
      <w:r>
        <w:t>to main is session ko conclude kar rahi hoon aur inshallah hum sab phir milenge march ke end mein aur naye topics ko lekar nai learning ke saath aur naye feedback ke saath phir hum milenge</w:t>
      </w:r>
    </w:p>
    <w:p>
      <w:pPr>
        <w:jc w:val="right"/>
      </w:pPr>
      <w:r>
        <w:t>तो मैं इस session को conclude कर रही हूं और इंशालाह हम सब फिर मिलेंगे march के end में और नए topics को लेकर नई learning के साथ और नए feedback के साथ फिर हम मिलेंगे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