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Misconception About Islam May 10, 2014 Maulana Wahiduddin Khan</w:t>
      </w:r>
    </w:p>
    <w:p>
      <w:r>
        <w:t>https://www.youtube.com/watch?v=1qx-vnlLc5g</w:t>
      </w:r>
    </w:p>
    <w:p>
      <w:r>
        <w:rPr>
          <w:b/>
        </w:rPr>
        <w:t xml:space="preserve">[00:11] </w:t>
      </w:r>
      <w:r>
        <w:t>bismillah rahman rahim.</w:t>
      </w:r>
    </w:p>
    <w:p>
      <w:pPr>
        <w:jc w:val="right"/>
      </w:pPr>
      <w:r>
        <w:t>بسم اللہ الرحمن الرحیم۔</w:t>
      </w:r>
    </w:p>
    <w:p>
      <w:r>
        <w:rPr>
          <w:b/>
        </w:rPr>
        <w:t xml:space="preserve">[00:16] </w:t>
      </w:r>
      <w:r>
        <w:t>may 10, 2014.</w:t>
      </w:r>
    </w:p>
    <w:p>
      <w:pPr>
        <w:jc w:val="right"/>
      </w:pPr>
      <w:r>
        <w:t>میں۔ 10، 2014۔</w:t>
      </w:r>
    </w:p>
    <w:p>
      <w:r>
        <w:rPr>
          <w:b/>
        </w:rPr>
        <w:t xml:space="preserve">[00:24] </w:t>
      </w:r>
      <w:r>
        <w:t>today i would like to say something</w:t>
      </w:r>
    </w:p>
    <w:p>
      <w:pPr>
        <w:jc w:val="right"/>
      </w:pPr>
      <w:r>
        <w:t>ٹوڈے آئی وڈ لائک ٹو سے سم تھنگ</w:t>
      </w:r>
    </w:p>
    <w:p>
      <w:r>
        <w:rPr>
          <w:b/>
        </w:rPr>
        <w:t xml:space="preserve">[00:30] </w:t>
      </w:r>
      <w:r>
        <w:t>in fragments.</w:t>
      </w:r>
    </w:p>
    <w:p>
      <w:pPr>
        <w:jc w:val="right"/>
      </w:pPr>
      <w:r>
        <w:t>ان فریگمنٹس۔</w:t>
      </w:r>
    </w:p>
    <w:p>
      <w:r>
        <w:rPr>
          <w:b/>
        </w:rPr>
        <w:t xml:space="preserve">[00:34] </w:t>
      </w:r>
      <w:r>
        <w:t>you know, there are some negative reporting about some teachings of islam.</w:t>
      </w:r>
    </w:p>
    <w:p>
      <w:pPr>
        <w:jc w:val="right"/>
      </w:pPr>
      <w:r>
        <w:t>یو نو، دیر آر سم نیگیٹیو رپورٹنگ اباؤٹ سم ٹیچنگز آف اسلام۔</w:t>
      </w:r>
    </w:p>
    <w:p>
      <w:r>
        <w:rPr>
          <w:b/>
        </w:rPr>
        <w:t xml:space="preserve">[00:48] </w:t>
      </w:r>
      <w:r>
        <w:t>but all these negative reporting is based on misgiving, misunderstanding.</w:t>
      </w:r>
    </w:p>
    <w:p>
      <w:pPr>
        <w:jc w:val="right"/>
      </w:pPr>
      <w:r>
        <w:t>بٹ آل دیز نیگیٹیو رپورٹنگ از بیسڈ آن مس گیونگ، مس انڈرسٹینڈنگ۔</w:t>
      </w:r>
    </w:p>
    <w:p>
      <w:r>
        <w:rPr>
          <w:b/>
        </w:rPr>
        <w:t xml:space="preserve">[01:03] </w:t>
      </w:r>
      <w:r>
        <w:t>the basic reason is that people fail to differentiate between islam and muslims.</w:t>
      </w:r>
    </w:p>
    <w:p>
      <w:pPr>
        <w:jc w:val="right"/>
      </w:pPr>
      <w:r>
        <w:t>دی بیسک ریزن از دیٹ پیپل فیل ٹو ڈیفرنشیٹ بٹوین اسلام اینڈ مسلمز۔</w:t>
      </w:r>
    </w:p>
    <w:p>
      <w:r>
        <w:rPr>
          <w:b/>
        </w:rPr>
        <w:t xml:space="preserve">[01:16] </w:t>
      </w:r>
      <w:r>
        <w:t>they</w:t>
      </w:r>
    </w:p>
    <w:p>
      <w:pPr>
        <w:jc w:val="right"/>
      </w:pPr>
      <w:r>
        <w:t>دے</w:t>
      </w:r>
    </w:p>
    <w:p>
      <w:r>
        <w:rPr>
          <w:b/>
        </w:rPr>
        <w:t xml:space="preserve">[01:19] </w:t>
      </w:r>
      <w:r>
        <w:t>see something in the life of muslims and they take it as a teaching of islam. but it is wrong.</w:t>
      </w:r>
    </w:p>
    <w:p>
      <w:pPr>
        <w:jc w:val="right"/>
      </w:pPr>
      <w:r>
        <w:t>سی سم تھنگ ان دی لائف آف مسلمز اینڈ دے ٹیک اٹ ایز اے ٹیچنگ آف اسلام۔ بٹ اٹ از رونگ۔</w:t>
      </w:r>
    </w:p>
    <w:p>
      <w:r>
        <w:rPr>
          <w:b/>
        </w:rPr>
        <w:t xml:space="preserve">[01:31] </w:t>
      </w:r>
      <w:r>
        <w:t>today i want to clarify some points of this kind.</w:t>
      </w:r>
    </w:p>
    <w:p>
      <w:pPr>
        <w:jc w:val="right"/>
      </w:pPr>
      <w:r>
        <w:t>ٹوڈے آئی وانٹ ٹو کلیریفائی سم پوائنٹس آف دس کائنڈ۔</w:t>
      </w:r>
    </w:p>
    <w:p>
      <w:r>
        <w:rPr>
          <w:b/>
        </w:rPr>
        <w:t xml:space="preserve">[01:41] </w:t>
      </w:r>
      <w:r>
        <w:t>first of all, there is a</w:t>
      </w:r>
    </w:p>
    <w:p>
      <w:pPr>
        <w:jc w:val="right"/>
      </w:pPr>
      <w:r>
        <w:t>فرسٹ آف آل، دیر از اے</w:t>
      </w:r>
    </w:p>
    <w:p>
      <w:r>
        <w:rPr>
          <w:b/>
        </w:rPr>
        <w:t xml:space="preserve">[01:48] </w:t>
      </w:r>
      <w:r>
        <w:t>great misunderstanding about peace and war.</w:t>
      </w:r>
    </w:p>
    <w:p>
      <w:pPr>
        <w:jc w:val="right"/>
      </w:pPr>
      <w:r>
        <w:t>گریٹ مس انڈرسٹینڈنگ اباؤٹ پیس اینڈ وار۔</w:t>
      </w:r>
    </w:p>
    <w:p>
      <w:r>
        <w:rPr>
          <w:b/>
        </w:rPr>
        <w:t xml:space="preserve">[01:56] </w:t>
      </w:r>
      <w:r>
        <w:t>mostly people believe that islam is religion of violence, violence is not.</w:t>
      </w:r>
    </w:p>
    <w:p>
      <w:pPr>
        <w:jc w:val="right"/>
      </w:pPr>
      <w:r>
        <w:t>موسٹلی پیپل بیلیو دیٹ اسلام از ریلیجن آف وائلنس، وائلنس از ناٹ۔</w:t>
      </w:r>
    </w:p>
    <w:p>
      <w:r>
        <w:rPr>
          <w:b/>
        </w:rPr>
        <w:t xml:space="preserve">[02:08] </w:t>
      </w:r>
      <w:r>
        <w:t>islam is a religion of peace. all the teachings of islam are based on peace. even the word islam has a connotation of peace.</w:t>
      </w:r>
    </w:p>
    <w:p>
      <w:pPr>
        <w:jc w:val="right"/>
      </w:pPr>
      <w:r>
        <w:t>اسلام از اے ریلیجن آف پیس۔ آل دی ٹیچنگز آف اسلام آر بیسڈ آن پیس۔ ایون دی ورڈ اسلام ہیز اے کونوٹیشن آف پیس۔</w:t>
      </w:r>
    </w:p>
    <w:p>
      <w:r>
        <w:rPr>
          <w:b/>
        </w:rPr>
        <w:t xml:space="preserve">[02:27] </w:t>
      </w:r>
      <w:r>
        <w:t>so, those muslims who are engaged in violence, their cases cases of division.</w:t>
      </w:r>
    </w:p>
    <w:p>
      <w:pPr>
        <w:jc w:val="right"/>
      </w:pPr>
      <w:r>
        <w:t>سو، دوست مسلمز ہو آر انگیج ان وائلنس، دیر کیسز کیس آف ڈیویژن۔</w:t>
      </w:r>
    </w:p>
    <w:p>
      <w:r>
        <w:rPr>
          <w:b/>
        </w:rPr>
        <w:t xml:space="preserve">[02:44] </w:t>
      </w:r>
      <w:r>
        <w:t>i would refer very important teaching of islam in this regard.</w:t>
      </w:r>
    </w:p>
    <w:p>
      <w:pPr>
        <w:jc w:val="right"/>
      </w:pPr>
      <w:r>
        <w:t>آئی وڈ ریفر ویری امپورٹنٹ ٹیچنگ آف اسلام ان دس ریگارڈ۔</w:t>
      </w:r>
    </w:p>
    <w:p>
      <w:r>
        <w:rPr>
          <w:b/>
        </w:rPr>
        <w:t xml:space="preserve">[02:53] </w:t>
      </w:r>
      <w:r>
        <w:t>all these people who are engaged in violence, their are non state actors or NGOs.</w:t>
      </w:r>
    </w:p>
    <w:p>
      <w:pPr>
        <w:jc w:val="right"/>
      </w:pPr>
      <w:r>
        <w:t>آل دیز پیپل ہو آر انگیج ان وائلنس، دیر آر نان اسٹیٹ ایکٹرز اور این جی اوز۔</w:t>
      </w:r>
    </w:p>
    <w:p>
      <w:r>
        <w:rPr>
          <w:b/>
        </w:rPr>
        <w:t xml:space="preserve">[03:05] </w:t>
      </w:r>
      <w:r>
        <w:t>and it is very important to know that in islam,</w:t>
      </w:r>
    </w:p>
    <w:p>
      <w:pPr>
        <w:jc w:val="right"/>
      </w:pPr>
      <w:r>
        <w:t>اینڈ اٹ از ویری امپورٹنٹ ٹو نو دیٹ ان اسلام،</w:t>
      </w:r>
    </w:p>
    <w:p>
      <w:r>
        <w:rPr>
          <w:b/>
        </w:rPr>
        <w:t xml:space="preserve">[03:16] </w:t>
      </w:r>
      <w:r>
        <w:t>war is a prerogative of state</w:t>
      </w:r>
    </w:p>
    <w:p>
      <w:pPr>
        <w:jc w:val="right"/>
      </w:pPr>
      <w:r>
        <w:t>وار از اے پریارٹیو آف اسٹیٹ</w:t>
      </w:r>
    </w:p>
    <w:p>
      <w:r>
        <w:rPr>
          <w:b/>
        </w:rPr>
        <w:t xml:space="preserve">[03:21] </w:t>
      </w:r>
      <w:r>
        <w:t>no group aur agencies deen state is allowed to use arms. it means that all those non-state actors who are engaged in violence, they are terrorists.</w:t>
      </w:r>
    </w:p>
    <w:p>
      <w:pPr>
        <w:jc w:val="right"/>
      </w:pPr>
      <w:r>
        <w:t>۔ نو گروپ اور ایجنسیز ادر دین اسٹیٹ از الاؤڈ ٹو یوز اربس۔ اٹ مینز دیٹ آل دوست نان اسٹیٹ ایکٹرز ہو آر انگیج ان وائلنس، دے آر ٹیررسٹ۔</w:t>
      </w:r>
    </w:p>
    <w:p>
      <w:r>
        <w:rPr>
          <w:b/>
        </w:rPr>
        <w:t xml:space="preserve">[03:41] </w:t>
      </w:r>
      <w:r>
        <w:t>because no institution deen state is allowed to use arms in Islam.</w:t>
      </w:r>
    </w:p>
    <w:p>
      <w:pPr>
        <w:jc w:val="right"/>
      </w:pPr>
      <w:r>
        <w:t>بیکاز نو انسٹیٹیوشن ادر دین اسٹیٹ از الاؤڈ ٹو یوز اربس ان اسلام۔</w:t>
      </w:r>
    </w:p>
    <w:p>
      <w:r>
        <w:rPr>
          <w:b/>
        </w:rPr>
        <w:t xml:space="preserve">[03:53] </w:t>
      </w:r>
      <w:r>
        <w:t>so, in this regard, the teaching of Islam is very clear. deen, there are some misgiving regarding women.</w:t>
      </w:r>
    </w:p>
    <w:p>
      <w:pPr>
        <w:jc w:val="right"/>
      </w:pPr>
      <w:r>
        <w:t>سو، ان دس ریگارڈ، دی ٹیچنگ آف اسلام از ویری کلیئر۔ دین، دیر آر سم مس گیونگ ریگارڈنگ وومن۔</w:t>
      </w:r>
    </w:p>
    <w:p>
      <w:r>
        <w:rPr>
          <w:b/>
        </w:rPr>
        <w:t xml:space="preserve">[04:07] </w:t>
      </w:r>
      <w:r>
        <w:t>once I happen to meet a justice, retired justice, he said that wrong teaching in Islam is that Islam degrade women.</w:t>
      </w:r>
    </w:p>
    <w:p>
      <w:pPr>
        <w:jc w:val="right"/>
      </w:pPr>
      <w:r>
        <w:t>ونس آئی ہیپن ٹو میٹ اے جسٹس، ریٹائرڈ جسٹس، ہی سیڈ دیٹ رونگ ٹیچنگ ان اسلام از دیٹ اسلام ڈی گریٹ وومن۔</w:t>
      </w:r>
    </w:p>
    <w:p>
      <w:r>
        <w:rPr>
          <w:b/>
        </w:rPr>
        <w:t xml:space="preserve">[04:25] </w:t>
      </w:r>
      <w:r>
        <w:t>I said this is completely misunderstanding.</w:t>
      </w:r>
    </w:p>
    <w:p>
      <w:pPr>
        <w:jc w:val="right"/>
      </w:pPr>
      <w:r>
        <w:t>آئی سیڈ دس از کمپلیٹلی مس انڈرسٹینڈنگ۔</w:t>
      </w:r>
    </w:p>
    <w:p>
      <w:r>
        <w:rPr>
          <w:b/>
        </w:rPr>
        <w:t xml:space="preserve">[04:33] </w:t>
      </w:r>
      <w:r>
        <w:t>in Islam, women enjoy the same status that is meant for men. men and women both are equal according to Islamic teachings.</w:t>
      </w:r>
    </w:p>
    <w:p>
      <w:pPr>
        <w:jc w:val="right"/>
      </w:pPr>
      <w:r>
        <w:t>ان اسلام، وومن انجوائے دا سیم اسٹیٹس دیٹ از مینٹ فار مین۔ مین اینڈ وومن بوتھ آر ایکول اکارڈنگ ٹو اسلامک ٹیچنگز۔</w:t>
      </w:r>
    </w:p>
    <w:p>
      <w:r>
        <w:rPr>
          <w:b/>
        </w:rPr>
        <w:t xml:space="preserve">[04:49] </w:t>
      </w:r>
      <w:r>
        <w:t>here I will give you two references, one from Quran and second from Hadith. in the chapter third, that is Aal-e-Imran,</w:t>
      </w:r>
    </w:p>
    <w:p>
      <w:pPr>
        <w:jc w:val="right"/>
      </w:pPr>
      <w:r>
        <w:t>ہیر آئی ویل گیو یو ٹو ریفرنسز، ون فرام قرآن اینڈ سیکنڈ فرام حدیث۔ ان دا چیپٹر تھرڈ، دیٹ از آل عمران،</w:t>
      </w:r>
    </w:p>
    <w:p>
      <w:r>
        <w:rPr>
          <w:b/>
        </w:rPr>
        <w:t xml:space="preserve">[05:05] </w:t>
      </w:r>
      <w:r>
        <w:t>there is a reference of men and women.</w:t>
      </w:r>
    </w:p>
    <w:p>
      <w:pPr>
        <w:jc w:val="right"/>
      </w:pPr>
      <w:r>
        <w:t>دیر از اے ریفرنس آف مین اینڈ وومن۔</w:t>
      </w:r>
    </w:p>
    <w:p>
      <w:r>
        <w:rPr>
          <w:b/>
        </w:rPr>
        <w:t xml:space="preserve">[05:09] </w:t>
      </w:r>
      <w:r>
        <w:t>in this Quranic verse, it is mentioned that ba'azakum min ba'az.</w:t>
      </w:r>
    </w:p>
    <w:p>
      <w:pPr>
        <w:jc w:val="right"/>
      </w:pPr>
      <w:r>
        <w:t>ان دس قرآنک ورس، اٹ از مینشن دیٹ بعضکم من بعض۔</w:t>
      </w:r>
    </w:p>
    <w:p>
      <w:r>
        <w:rPr>
          <w:b/>
        </w:rPr>
        <w:t xml:space="preserve">[05:22] </w:t>
      </w:r>
      <w:r>
        <w:t>ba'azakum min ba'az, it means that</w:t>
      </w:r>
    </w:p>
    <w:p>
      <w:pPr>
        <w:jc w:val="right"/>
      </w:pPr>
      <w:r>
        <w:t>بعضکم من بعض، اٹ مینز دیٹ</w:t>
      </w:r>
    </w:p>
    <w:p>
      <w:r>
        <w:rPr>
          <w:b/>
        </w:rPr>
        <w:t xml:space="preserve">[05:27] </w:t>
      </w:r>
      <w:r>
        <w:t>you are members one of another. so, men and women both are equal.</w:t>
      </w:r>
    </w:p>
    <w:p>
      <w:pPr>
        <w:jc w:val="right"/>
      </w:pPr>
      <w:r>
        <w:t>یو آر ممبرز ون آف انادر۔ سو، مین اینڈ وومن بوتھ آر ایکول۔</w:t>
      </w:r>
    </w:p>
    <w:p>
      <w:r>
        <w:rPr>
          <w:b/>
        </w:rPr>
        <w:t xml:space="preserve">[05:42] </w:t>
      </w:r>
      <w:r>
        <w:t>deen, there is Hadith. in this Hadith, Prophet of Islam he said an-nisa'u shaqaiq-ur-rijal.</w:t>
      </w:r>
    </w:p>
    <w:p>
      <w:pPr>
        <w:jc w:val="right"/>
      </w:pPr>
      <w:r>
        <w:t>دین، دیر از حدیث۔ ان دس حدیث، پراپرٹی آف اسلام ہی سیڈ النسا شقائق الرجال۔</w:t>
      </w:r>
    </w:p>
    <w:p>
      <w:r>
        <w:rPr>
          <w:b/>
        </w:rPr>
        <w:t xml:space="preserve">[05:56] </w:t>
      </w:r>
      <w:r>
        <w:t>it means that men and women both are two equal half of a single unit.</w:t>
      </w:r>
    </w:p>
    <w:p>
      <w:pPr>
        <w:jc w:val="right"/>
      </w:pPr>
      <w:r>
        <w:t>اٹ مینز دیٹ مین اینڈ وومن بوتھ آر ٹو ایکول ہاف آف ا سنگل یونٹ۔</w:t>
      </w:r>
    </w:p>
    <w:p>
      <w:r>
        <w:rPr>
          <w:b/>
        </w:rPr>
        <w:t xml:space="preserve">[06:08] </w:t>
      </w:r>
      <w:r>
        <w:t>I think this is the best expression of gender equality.</w:t>
      </w:r>
    </w:p>
    <w:p>
      <w:pPr>
        <w:jc w:val="right"/>
      </w:pPr>
      <w:r>
        <w:t>آئی تھنک دس از دا بیسٹ ایکسپریشن آف جینڈر ایکولٹی۔</w:t>
      </w:r>
    </w:p>
    <w:p>
      <w:r>
        <w:rPr>
          <w:b/>
        </w:rPr>
        <w:t xml:space="preserve">[06:15] </w:t>
      </w:r>
      <w:r>
        <w:t>there are deen, there are some other aspect, for example, regarding philanthropy or charity.</w:t>
      </w:r>
    </w:p>
    <w:p>
      <w:pPr>
        <w:jc w:val="right"/>
      </w:pPr>
      <w:r>
        <w:t>دیر آر دین، دیر آر سم ادر ایسپیکٹ، فار ایگزامپل، ریگارڈنگ فیلینتھراپی اور چیریٹی۔</w:t>
      </w:r>
    </w:p>
    <w:p>
      <w:r>
        <w:rPr>
          <w:b/>
        </w:rPr>
        <w:t xml:space="preserve">[06:34] </w:t>
      </w:r>
      <w:r>
        <w:t>Islam greatly emphasizes to to do charity and philanthropy.</w:t>
      </w:r>
    </w:p>
    <w:p>
      <w:pPr>
        <w:jc w:val="right"/>
      </w:pPr>
      <w:r>
        <w:t>اسلام گریٹلی ایمفسائز ٹو ٹو ڈو چیریٹی اینڈ فیلینتھراپی۔</w:t>
      </w:r>
    </w:p>
    <w:p>
      <w:r>
        <w:rPr>
          <w:b/>
        </w:rPr>
        <w:t xml:space="preserve">[06:46] </w:t>
      </w:r>
      <w:r>
        <w:t>there are many verses in the Quran or so in Hadith that emphasize the importance of charity.</w:t>
      </w:r>
    </w:p>
    <w:p>
      <w:pPr>
        <w:jc w:val="right"/>
      </w:pPr>
      <w:r>
        <w:t>دیر آر مینی ورسز ان دا قرآن اور سو ان حدیث دیٹ ایمفسائز دا امپورٹنس آف چیریٹی۔</w:t>
      </w:r>
    </w:p>
    <w:p>
      <w:r>
        <w:rPr>
          <w:b/>
        </w:rPr>
        <w:t xml:space="preserve">[06:58] </w:t>
      </w:r>
      <w:r>
        <w:t>In Islam, the equivalent word for charity is marhamah. Batwas bilhaqq, batwas bilmarhamah.</w:t>
      </w:r>
    </w:p>
    <w:p>
      <w:pPr>
        <w:jc w:val="right"/>
      </w:pPr>
      <w:r>
        <w:t>ان اسلام، دا ایکولنٹ ورڈ فار چیریٹی از مرحمہ۔ بتواس بالحق، بتواس بالمرحمہ۔ مرحمہ ہیز دا سیم میننگ دیٹ وی نو ٹوڈے ایز فیلینتھراپی اور چیریٹی۔</w:t>
      </w:r>
    </w:p>
    <w:p>
      <w:r>
        <w:rPr>
          <w:b/>
        </w:rPr>
        <w:t xml:space="preserve">[07:18] </w:t>
      </w:r>
      <w:r>
        <w:t>so Islam greatly emphasizes in charity and philanthropy. and</w:t>
      </w:r>
    </w:p>
    <w:p>
      <w:pPr>
        <w:jc w:val="right"/>
      </w:pPr>
      <w:r>
        <w:t>تو اسلام گریٹلی ایمفسائز ان چیریٹی اینڈ فیلینتھراپی۔ اینڈ</w:t>
      </w:r>
    </w:p>
    <w:p>
      <w:r>
        <w:rPr>
          <w:b/>
        </w:rPr>
        <w:t xml:space="preserve">[07:29] </w:t>
      </w:r>
      <w:r>
        <w:t>there is a verse that</w:t>
      </w:r>
    </w:p>
    <w:p>
      <w:pPr>
        <w:jc w:val="right"/>
      </w:pPr>
      <w:r>
        <w:t>دیر از اے ورس دیٹ</w:t>
      </w:r>
    </w:p>
    <w:p>
      <w:r>
        <w:rPr>
          <w:b/>
        </w:rPr>
        <w:t xml:space="preserve">[07:33] </w:t>
      </w:r>
      <w:r>
        <w:t>that tells us that in your earning, there is a right of those people who are who are deprived.</w:t>
      </w:r>
    </w:p>
    <w:p>
      <w:pPr>
        <w:jc w:val="right"/>
      </w:pPr>
      <w:r>
        <w:t>دیٹ ٹیل اس دیٹ ان یور ارننگ، دیر از اے رائٹ آف دوست پیپل ہو آر ہو آر ڈیپرائوڈ۔</w:t>
      </w:r>
    </w:p>
    <w:p>
      <w:r>
        <w:rPr>
          <w:b/>
        </w:rPr>
        <w:t xml:space="preserve">[07:50] </w:t>
      </w:r>
      <w:r>
        <w:t>who are deprived.</w:t>
      </w:r>
    </w:p>
    <w:p>
      <w:pPr>
        <w:jc w:val="right"/>
      </w:pPr>
      <w:r>
        <w:t>ہو آر ڈیپرائوڈ۔</w:t>
      </w:r>
    </w:p>
    <w:p>
      <w:r>
        <w:rPr>
          <w:b/>
        </w:rPr>
        <w:t xml:space="preserve">[07:53] </w:t>
      </w:r>
      <w:r>
        <w:t>deen, there is a institution of Zakat.</w:t>
      </w:r>
    </w:p>
    <w:p>
      <w:pPr>
        <w:jc w:val="right"/>
      </w:pPr>
      <w:r>
        <w:t>دین، دیر از اے انسٹیٹیوشن آف زکوۃ۔</w:t>
      </w:r>
    </w:p>
    <w:p>
      <w:r>
        <w:rPr>
          <w:b/>
        </w:rPr>
        <w:t xml:space="preserve">[08:00] </w:t>
      </w:r>
      <w:r>
        <w:t>every Muslim state, it is obligatory for Muslim state to establish Bait-ul-Maal. and in Bait-ul-Maal, they must</w:t>
      </w:r>
    </w:p>
    <w:p>
      <w:pPr>
        <w:jc w:val="right"/>
      </w:pPr>
      <w:r>
        <w:t>ایوری مسلم اسٹیٹ، اٹ از ابلیگیٹری فار مسلم اسٹیٹ ٹو اسٹیبلش بیت المال۔ اینڈ ان بیت المال، دے مسٹ</w:t>
      </w:r>
    </w:p>
    <w:p>
      <w:r>
        <w:rPr>
          <w:b/>
        </w:rPr>
        <w:t xml:space="preserve">[08:17] </w:t>
      </w:r>
      <w:r>
        <w:t>must acquire Zakat, that is a portion of every believer's earning.</w:t>
      </w:r>
    </w:p>
    <w:p>
      <w:pPr>
        <w:jc w:val="right"/>
      </w:pPr>
      <w:r>
        <w:t>مسٹ اکوائر زکوۃ، دیٹ از اے پورشن آف ایوری بیلیورز ارننگ۔</w:t>
      </w:r>
    </w:p>
    <w:p>
      <w:r>
        <w:rPr>
          <w:b/>
        </w:rPr>
        <w:t xml:space="preserve">[08:31] </w:t>
      </w:r>
      <w:r>
        <w:t>zakat as benefit for those people who are deprived people. there is a hadith: "to khuz min ruqaykum wa turad fuqaraykum".</w:t>
      </w:r>
    </w:p>
    <w:p>
      <w:pPr>
        <w:jc w:val="right"/>
      </w:pPr>
      <w:r>
        <w:t>زکوۃ از بینٹ فار دوست پیپل ہو آر ڈیپرائوڈ پیپل۔ دیر از اے حدیث: "توخذ من رعایکم وترد فقرائکم"۔</w:t>
      </w:r>
    </w:p>
    <w:p>
      <w:r>
        <w:rPr>
          <w:b/>
        </w:rPr>
        <w:t xml:space="preserve">[08:46] </w:t>
      </w:r>
      <w:r>
        <w:t>it means that this is the best definition of zakat.</w:t>
      </w:r>
    </w:p>
    <w:p>
      <w:pPr>
        <w:jc w:val="right"/>
      </w:pPr>
      <w:r>
        <w:t>اٹ مینز دیٹ دس از دا بیسٹ ڈیفینیشن آف زکوۃ۔</w:t>
      </w:r>
    </w:p>
    <w:p>
      <w:r>
        <w:rPr>
          <w:b/>
        </w:rPr>
        <w:t xml:space="preserve">[08:51] </w:t>
      </w:r>
      <w:r>
        <w:t>it means that</w:t>
      </w:r>
    </w:p>
    <w:p>
      <w:pPr>
        <w:jc w:val="right"/>
      </w:pPr>
      <w:r>
        <w:t>اٹ مینز دیٹ</w:t>
      </w:r>
    </w:p>
    <w:p>
      <w:r>
        <w:rPr>
          <w:b/>
        </w:rPr>
        <w:t xml:space="preserve">[08:57] </w:t>
      </w:r>
      <w:r>
        <w:t>it is to take from rich people and return it to poor people. this is zakat.</w:t>
      </w:r>
    </w:p>
    <w:p>
      <w:pPr>
        <w:jc w:val="right"/>
      </w:pPr>
      <w:r>
        <w:t>اٹ از ٹو ٹیک فرام رچ پیپل اینڈ ریٹرن اٹ ٹو پور پیپل۔ دس از زکوۃ۔</w:t>
      </w:r>
    </w:p>
    <w:p>
      <w:r>
        <w:rPr>
          <w:b/>
        </w:rPr>
        <w:t xml:space="preserve">[09:07] </w:t>
      </w:r>
      <w:r>
        <w:t>so, it is a important institution in islam that is called zakat or bait ul mal. then, there is a question about about justice.</w:t>
      </w:r>
    </w:p>
    <w:p>
      <w:pPr>
        <w:jc w:val="right"/>
      </w:pPr>
      <w:r>
        <w:t>سو، اٹ از اے امپورٹنٹ انسٹیٹیوشن ان اسلام دیٹ از کالڈ زکوۃ اور بیت المال۔ دین، دیر از اے کوئسچن اباؤٹ اباؤٹ جسٹس۔</w:t>
      </w:r>
    </w:p>
    <w:p>
      <w:r>
        <w:rPr>
          <w:b/>
        </w:rPr>
        <w:t xml:space="preserve">[09:23] </w:t>
      </w:r>
      <w:r>
        <w:t>according to islam, justice is very important teaching. i can see that there are two basic teachings of islam:</w:t>
      </w:r>
    </w:p>
    <w:p>
      <w:pPr>
        <w:jc w:val="right"/>
      </w:pPr>
      <w:r>
        <w:t>اکارڈنگ ٹو اسلام، جسٹس از ویری امپورٹنٹ ٹیچنگ۔ آئی کین سی دیٹ دیر آر ٹو بیسک ٹیچنگز آف اسلام:</w:t>
      </w:r>
    </w:p>
    <w:p>
      <w:r>
        <w:rPr>
          <w:b/>
        </w:rPr>
        <w:t xml:space="preserve">[09:37] </w:t>
      </w:r>
      <w:r>
        <w:t>tauheed and adl. tauheed means</w:t>
      </w:r>
    </w:p>
    <w:p>
      <w:pPr>
        <w:jc w:val="right"/>
      </w:pPr>
      <w:r>
        <w:t>توحید اینڈ عدل۔ توحید مینز</w:t>
      </w:r>
    </w:p>
    <w:p>
      <w:r>
        <w:rPr>
          <w:b/>
        </w:rPr>
        <w:t xml:space="preserve">[09:44] </w:t>
      </w:r>
      <w:r>
        <w:t>tauheed means oneness of god and adl means justice.</w:t>
      </w:r>
    </w:p>
    <w:p>
      <w:pPr>
        <w:jc w:val="right"/>
      </w:pPr>
      <w:r>
        <w:t>توحید مینز وننس آف گاڈ اینڈ عدل مینز جسٹس۔</w:t>
      </w:r>
    </w:p>
    <w:p>
      <w:r>
        <w:rPr>
          <w:b/>
        </w:rPr>
        <w:t xml:space="preserve">[09:52] </w:t>
      </w:r>
      <w:r>
        <w:t>so, in terms of in terms of ideology, the most important teaching is tauheed. and in terms of social obligations, justice is the most important teaching of islam.</w:t>
      </w:r>
    </w:p>
    <w:p>
      <w:pPr>
        <w:jc w:val="right"/>
      </w:pPr>
      <w:r>
        <w:t>سو، ان ٹرمز آف ان ٹرمز آف آئیڈیالوجی، دا موسٹ امپورٹنٹ ٹیچنگ از توحید۔ اینڈ ان ٹرمز آف سوشل ابلیگیشنز، جسٹس از دا موسٹ امپورٹنٹ ٹیچنگ آف اسلام۔</w:t>
      </w:r>
    </w:p>
    <w:p>
      <w:r>
        <w:rPr>
          <w:b/>
        </w:rPr>
        <w:t xml:space="preserve">[10:16] </w:t>
      </w:r>
      <w:r>
        <w:t>justice is everyone's duty as well as the duty of state to establish justice, social justice and justice in all walks of life.</w:t>
      </w:r>
    </w:p>
    <w:p>
      <w:pPr>
        <w:jc w:val="right"/>
      </w:pPr>
      <w:r>
        <w:t>جسٹس از ایوری ونز ڈیوٹی ایز ویل ایز دی ڈیوٹی آف اسٹیٹ ٹو اسٹیبلش جسٹس، سوشل جسٹس اینڈ جسٹس ان آل واک آف لائف۔</w:t>
      </w:r>
    </w:p>
    <w:p>
      <w:r>
        <w:rPr>
          <w:b/>
        </w:rPr>
        <w:t xml:space="preserve">[10:35] </w:t>
      </w:r>
      <w:r>
        <w:t>someone asked me about organ donation</w:t>
      </w:r>
    </w:p>
    <w:p>
      <w:pPr>
        <w:jc w:val="right"/>
      </w:pPr>
      <w:r>
        <w:t>سم ون آسکڈ می اباؤٹ ارگن ڈونیشن</w:t>
      </w:r>
    </w:p>
    <w:p>
      <w:r>
        <w:rPr>
          <w:b/>
        </w:rPr>
        <w:t xml:space="preserve">[10:40] </w:t>
      </w:r>
      <w:r>
        <w:t>. there is a misconception in this regard. some muslims have issued fatwa that organ donation is like masla.</w:t>
      </w:r>
    </w:p>
    <w:p>
      <w:pPr>
        <w:jc w:val="right"/>
      </w:pPr>
      <w:r>
        <w:t>۔ دیر از اے مس گیونگ ان دس ریگارڈ۔ سم مسلمز ہیو ایشوڈ فتویٰ دیٹ ارگن ڈونیشن از لائک مسئلہ۔</w:t>
      </w:r>
    </w:p>
    <w:p>
      <w:r>
        <w:rPr>
          <w:b/>
        </w:rPr>
        <w:t xml:space="preserve">[10:55] </w:t>
      </w:r>
      <w:r>
        <w:t>so, it is not allowed in islam. but it is wrong. masla means disfigurement</w:t>
      </w:r>
    </w:p>
    <w:p>
      <w:pPr>
        <w:jc w:val="right"/>
      </w:pPr>
      <w:r>
        <w:t>سو، اٹ از ناٹ الاؤڈ ان اسلام۔ بٹ اٹ از رونگ۔ مسئلہ مینز ڈس فیگرمنٹ</w:t>
      </w:r>
    </w:p>
    <w:p>
      <w:r>
        <w:rPr>
          <w:b/>
        </w:rPr>
        <w:t xml:space="preserve">[11:04] </w:t>
      </w:r>
      <w:r>
        <w:t>. disfigurement is not allowed in islam. but organ donation is not disfigurement.</w:t>
      </w:r>
    </w:p>
    <w:p>
      <w:pPr>
        <w:jc w:val="right"/>
      </w:pPr>
      <w:r>
        <w:t>۔ ڈس فیگرمنٹ از ناٹ الاؤڈ ان اسلام۔ بٹ ارگن ڈونیشن از ناٹ ڈس فیگرمنٹ۔</w:t>
      </w:r>
    </w:p>
    <w:p>
      <w:r>
        <w:rPr>
          <w:b/>
        </w:rPr>
        <w:t xml:space="preserve">[11:12] </w:t>
      </w:r>
      <w:r>
        <w:t>organ donation is very honorable contribution from a person to other person. it had nothing to do with disfigurement.</w:t>
      </w:r>
    </w:p>
    <w:p>
      <w:pPr>
        <w:jc w:val="right"/>
      </w:pPr>
      <w:r>
        <w:t>ارگن ڈونیشن از ویری انریبل کنٹریبیوشن فرام اے پرسن ٹو ادر پرسن۔ اٹ ہیڈ نتھنگ ٹو ڈو ود ڈس فیگرمنٹ۔</w:t>
      </w:r>
    </w:p>
    <w:p>
      <w:r>
        <w:rPr>
          <w:b/>
        </w:rPr>
        <w:t xml:space="preserve">[11:26] </w:t>
      </w:r>
      <w:r>
        <w:t>there is a very important teaching in islam that is called sadqa jariya.</w:t>
      </w:r>
    </w:p>
    <w:p>
      <w:pPr>
        <w:jc w:val="right"/>
      </w:pPr>
      <w:r>
        <w:t>دیر از اے ویری امپورٹنٹ ٹیچنگ ان اسلام دیٹ از کالڈ صدقۃ جاریہ۔</w:t>
      </w:r>
    </w:p>
    <w:p>
      <w:r>
        <w:rPr>
          <w:b/>
        </w:rPr>
        <w:t xml:space="preserve">[11:33] </w:t>
      </w:r>
      <w:r>
        <w:t>sadqa jariya means continued charity. continued charity. it means that one</w:t>
      </w:r>
    </w:p>
    <w:p>
      <w:pPr>
        <w:jc w:val="right"/>
      </w:pPr>
      <w:r>
        <w:t>صدقۃ جاریہ مینز کنٹینیوڈ چیریٹی۔ کنٹینیوڈ چیریٹی۔ اٹ مینز دیٹ ون</w:t>
      </w:r>
    </w:p>
    <w:p>
      <w:r>
        <w:rPr>
          <w:b/>
        </w:rPr>
        <w:t xml:space="preserve">[11:47] </w:t>
      </w:r>
      <w:r>
        <w:t>that kind of donation which is continued after donor's death</w:t>
      </w:r>
    </w:p>
    <w:p>
      <w:pPr>
        <w:jc w:val="right"/>
      </w:pPr>
      <w:r>
        <w:t>دیٹ کائنڈ آف ڈونیشن وچ از کنٹینیوڈ افٹر ڈونرز ڈیتھ</w:t>
      </w:r>
    </w:p>
    <w:p>
      <w:r>
        <w:rPr>
          <w:b/>
        </w:rPr>
        <w:t xml:space="preserve">[11:54] </w:t>
      </w:r>
      <w:r>
        <w:t>. for example, if you build a bridge, it will last after your death.</w:t>
      </w:r>
    </w:p>
    <w:p>
      <w:pPr>
        <w:jc w:val="right"/>
      </w:pPr>
      <w:r>
        <w:t>۔ فار ایگزامپل، اف یو بلڈ ا برج، اٹ ویل لاسٹ افٹر یور ڈیتھ۔</w:t>
      </w:r>
    </w:p>
    <w:p>
      <w:r>
        <w:rPr>
          <w:b/>
        </w:rPr>
        <w:t xml:space="preserve">[12:11] </w:t>
      </w:r>
      <w:r>
        <w:t>so, it gives your services even after your death. so, this is sadqa jariya.</w:t>
      </w:r>
    </w:p>
    <w:p>
      <w:pPr>
        <w:jc w:val="right"/>
      </w:pPr>
      <w:r>
        <w:t>سو، اٹ گیوز یور سروسز ایون افٹر یور ڈیتھ۔ سو، دس از صدقہ جاریہ۔</w:t>
      </w:r>
    </w:p>
    <w:p>
      <w:r>
        <w:rPr>
          <w:b/>
        </w:rPr>
        <w:t xml:space="preserve">[12:21] </w:t>
      </w:r>
      <w:r>
        <w:t>organ donation falls in this category.</w:t>
      </w:r>
    </w:p>
    <w:p>
      <w:pPr>
        <w:jc w:val="right"/>
      </w:pPr>
      <w:r>
        <w:t>ارگن ڈونیشن فاسٹ ان دس کیٹگری۔</w:t>
      </w:r>
    </w:p>
    <w:p>
      <w:r>
        <w:rPr>
          <w:b/>
        </w:rPr>
        <w:t xml:space="preserve">[12:25] </w:t>
      </w:r>
      <w:r>
        <w:t>i think that organ donation is best of sadqa jariya. it is completely wrong to say that organ donation is like masla.</w:t>
      </w:r>
    </w:p>
    <w:p>
      <w:pPr>
        <w:jc w:val="right"/>
      </w:pPr>
      <w:r>
        <w:t>آئی تھنک دیٹ ارگن ڈونیشن از بیسٹ آف صدقہ جاریہ۔ اٹ از کمپلیٹلی رونگ ٹو سی دیٹ ارگن ڈونیشن از لائک مسئلہ۔</w:t>
      </w:r>
    </w:p>
    <w:p>
      <w:r>
        <w:rPr>
          <w:b/>
        </w:rPr>
        <w:t xml:space="preserve">[12:38] </w:t>
      </w:r>
      <w:r>
        <w:t>it is completely wrong. masla is disfigurement.</w:t>
      </w:r>
    </w:p>
    <w:p>
      <w:pPr>
        <w:jc w:val="right"/>
      </w:pPr>
      <w:r>
        <w:t>اٹ از کمپلیٹلی رونگ۔ مسئلہ از ڈس فیگرمنٹ۔</w:t>
      </w:r>
    </w:p>
    <w:p>
      <w:r>
        <w:rPr>
          <w:b/>
        </w:rPr>
        <w:t xml:space="preserve">[12:44] </w:t>
      </w:r>
      <w:r>
        <w:t>if you if are involved in this kind of practice, that is unlawful in islam. but masla is not.</w:t>
      </w:r>
    </w:p>
    <w:p>
      <w:pPr>
        <w:jc w:val="right"/>
      </w:pPr>
      <w:r>
        <w:t>اف یو اف آر انوالو ان دس کائنڈ آف پریکٹس، دیٹ از انلاپل ان اسلام۔ بٹ مسئلہ از ناٹ۔</w:t>
      </w:r>
    </w:p>
    <w:p>
      <w:r>
        <w:rPr>
          <w:b/>
        </w:rPr>
        <w:t xml:space="preserve">[12:54] </w:t>
      </w:r>
      <w:r>
        <w:t>but organ donation is not masla. organ donation is very very respectable act.</w:t>
      </w:r>
    </w:p>
    <w:p>
      <w:pPr>
        <w:jc w:val="right"/>
      </w:pPr>
      <w:r>
        <w:t>بٹ ارگن ڈونیشن از ناٹ مسئلہ۔ ارگن ڈونیشن از ویری ویری ریسپیکٹیبل ایکٹ۔</w:t>
      </w:r>
    </w:p>
    <w:p>
      <w:r>
        <w:rPr>
          <w:b/>
        </w:rPr>
        <w:t xml:space="preserve">[13:05] </w:t>
      </w:r>
      <w:r>
        <w:t>it had nothing to do with masla.</w:t>
      </w:r>
    </w:p>
    <w:p>
      <w:pPr>
        <w:jc w:val="right"/>
      </w:pPr>
      <w:r>
        <w:t>اٹ ہیڈ نتھنگ ٹو ڈو ود مسئلہ۔</w:t>
      </w:r>
    </w:p>
    <w:p>
      <w:r>
        <w:rPr>
          <w:b/>
        </w:rPr>
        <w:t xml:space="preserve">[13:10] </w:t>
      </w:r>
      <w:r>
        <w:t>so, i think that all these misgivings are part of muslim practice.</w:t>
      </w:r>
    </w:p>
    <w:p>
      <w:pPr>
        <w:jc w:val="right"/>
      </w:pPr>
      <w:r>
        <w:t>سو، آئی تھنک دیٹ آل دیز مس گیونگ آر پارٹ آف مسلم پریکٹس۔</w:t>
      </w:r>
    </w:p>
    <w:p>
      <w:r>
        <w:rPr>
          <w:b/>
        </w:rPr>
        <w:t xml:space="preserve">[13:19] </w:t>
      </w:r>
      <w:r>
        <w:t>it is not part of islam. i would say that a very important formula.</w:t>
      </w:r>
    </w:p>
    <w:p>
      <w:pPr>
        <w:jc w:val="right"/>
      </w:pPr>
      <w:r>
        <w:t>اٹ از ناٹ پارٹ آف اسلام۔ آئی وڈ سی دیٹ اے ویری امپورٹنٹ فارمولا۔</w:t>
      </w:r>
    </w:p>
    <w:p>
      <w:r>
        <w:rPr>
          <w:b/>
        </w:rPr>
        <w:t xml:space="preserve">[13:31] </w:t>
      </w:r>
      <w:r>
        <w:t>it is very important to know the difference between islam and muslims.</w:t>
      </w:r>
    </w:p>
    <w:p>
      <w:pPr>
        <w:jc w:val="right"/>
      </w:pPr>
      <w:r>
        <w:t>اٹ از ویری امپورٹنٹ ٹو نو دا ڈیفرنس بٹوین اسلام اینڈ مسلمز۔</w:t>
      </w:r>
    </w:p>
    <w:p>
      <w:r>
        <w:rPr>
          <w:b/>
        </w:rPr>
        <w:t xml:space="preserve">[13:36] </w:t>
      </w:r>
      <w:r>
        <w:t>i would say that you have to differentiate between islam and muslims. you have to judge muslims in the light of islamic teachings and not vice versa.</w:t>
      </w:r>
    </w:p>
    <w:p>
      <w:pPr>
        <w:jc w:val="right"/>
      </w:pPr>
      <w:r>
        <w:t>آئی وڈ سی دیٹ یو ہیو ٹو ڈیفرنشیٹ بٹوین اسلام اینڈ مسلمز۔ یو ہیو ٹو جج مسلمز ان دا لائٹ آف اسلامک ٹیچنگ اینڈ ناٹ وائس ورسا۔</w:t>
      </w:r>
    </w:p>
    <w:p>
      <w:r>
        <w:rPr>
          <w:b/>
        </w:rPr>
        <w:t xml:space="preserve">[13:56] </w:t>
      </w:r>
      <w:r>
        <w:t>so, all these</w:t>
      </w:r>
    </w:p>
    <w:p>
      <w:pPr>
        <w:jc w:val="right"/>
      </w:pPr>
      <w:r>
        <w:t>سو، آل دیز</w:t>
      </w:r>
    </w:p>
    <w:p>
      <w:r>
        <w:rPr>
          <w:b/>
        </w:rPr>
        <w:t xml:space="preserve">[14:00] </w:t>
      </w:r>
      <w:r>
        <w:t>all these negative reporting is based on misunderstanding.</w:t>
      </w:r>
    </w:p>
    <w:p>
      <w:pPr>
        <w:jc w:val="right"/>
      </w:pPr>
      <w:r>
        <w:t>آل دیز نیگیٹیو رپورٹنگ از بیسڈ آن مس انڈرسٹینڈنگ۔</w:t>
      </w:r>
    </w:p>
    <w:p>
      <w:r>
        <w:rPr>
          <w:b/>
        </w:rPr>
        <w:t xml:space="preserve">[14:07] </w:t>
      </w:r>
      <w:r>
        <w:t>then, there is a</w:t>
      </w:r>
    </w:p>
    <w:p>
      <w:pPr>
        <w:jc w:val="right"/>
      </w:pPr>
      <w:r>
        <w:t>دین، دیر از اے</w:t>
      </w:r>
    </w:p>
    <w:p>
      <w:r>
        <w:rPr>
          <w:b/>
        </w:rPr>
        <w:t xml:space="preserve">[14:11] </w:t>
      </w:r>
      <w:r>
        <w:t>widespread misunderstanding that islam does not allow freedom of thought, freedom of expression.</w:t>
      </w:r>
    </w:p>
    <w:p>
      <w:pPr>
        <w:jc w:val="right"/>
      </w:pPr>
      <w:r>
        <w:t>وائیڈ سپریڈ مس انڈرسٹینڈنگ دیٹ اسلام ڈز ناٹ الاؤ فری فریڈم آف تھاٹ، فریڈم آف ایکسپریشن۔</w:t>
      </w:r>
    </w:p>
    <w:p>
      <w:r>
        <w:rPr>
          <w:b/>
        </w:rPr>
        <w:t xml:space="preserve">[14:24] </w:t>
      </w:r>
      <w:r>
        <w:t>because if muslims see any book, any statement, even any cartoon that is against their religion, they protest and organize demonstrations.</w:t>
      </w:r>
    </w:p>
    <w:p>
      <w:pPr>
        <w:jc w:val="right"/>
      </w:pPr>
      <w:r>
        <w:t>بیکاز اف مسلمز سی اینی بک، اینی اسٹیٹمنٹ، ایون اینی کارٹون دیٹ از اگینسٹ دیر ریلیشن، دے پروٹیسٹ اینڈ ارگنائز ڈیمونسٹریشن۔</w:t>
      </w:r>
    </w:p>
    <w:p>
      <w:r>
        <w:rPr>
          <w:b/>
        </w:rPr>
        <w:t xml:space="preserve">[14:41] </w:t>
      </w:r>
      <w:r>
        <w:t>even they try to kill those</w:t>
      </w:r>
    </w:p>
    <w:p>
      <w:pPr>
        <w:jc w:val="right"/>
      </w:pPr>
      <w:r>
        <w:t>ایون دے ٹرائی ٹو کل دو</w:t>
      </w:r>
    </w:p>
    <w:p>
      <w:r>
        <w:rPr>
          <w:b/>
        </w:rPr>
        <w:t xml:space="preserve">[14:46] </w:t>
      </w:r>
      <w:r>
        <w:t>seven persons. what is not islam? islam gives total freedom with the only exception that you not in you are not indulge in violence.</w:t>
      </w:r>
    </w:p>
    <w:p>
      <w:pPr>
        <w:jc w:val="right"/>
      </w:pPr>
      <w:r>
        <w:t>ست پرسنز۔ واٹ از ناٹ اسلام؟ اسلام گیوز ٹوٹل فریڈم ود دا اونلی ایکسیپشن دیٹ یو ناٹ ان یو آر ناٹ انڈلج ان وائلنس۔</w:t>
      </w:r>
    </w:p>
    <w:p>
      <w:r>
        <w:rPr>
          <w:b/>
        </w:rPr>
        <w:t xml:space="preserve">[15:04] </w:t>
      </w:r>
      <w:r>
        <w:t>if you follow peaceful method, then you are allowed. you can exercise your</w:t>
      </w:r>
    </w:p>
    <w:p>
      <w:pPr>
        <w:jc w:val="right"/>
      </w:pPr>
      <w:r>
        <w:t>اف یو فالو پیس فل میتھڈ، دین یو آر الاؤڈ۔ یو کین ایکسرسائز یور</w:t>
      </w:r>
    </w:p>
    <w:p>
      <w:r>
        <w:rPr>
          <w:b/>
        </w:rPr>
        <w:t xml:space="preserve">[15:14] </w:t>
      </w:r>
      <w:r>
        <w:t>freedom. i would like to say that freedom is a is a</w:t>
      </w:r>
    </w:p>
    <w:p>
      <w:pPr>
        <w:jc w:val="right"/>
      </w:pPr>
      <w:r>
        <w:t>فریڈم۔ آئی وڈ لائک ٹو سی دیٹ فریڈم از اے از اے</w:t>
      </w:r>
    </w:p>
    <w:p>
      <w:r>
        <w:rPr>
          <w:b/>
        </w:rPr>
        <w:t xml:space="preserve">[15:24] </w:t>
      </w:r>
      <w:r>
        <w:t>sacred right given to every human being by god almighty. the creation plan of god is based on freedom.</w:t>
      </w:r>
    </w:p>
    <w:p>
      <w:pPr>
        <w:jc w:val="right"/>
      </w:pPr>
      <w:r>
        <w:t>سیکرٹ رائٹ گیون ٹو ایوری ہیومن بینگ بائی گاڈ المائٹی۔ دا کرشن پلان آف گاڈ از بیسڈ آن فریڈم۔</w:t>
      </w:r>
    </w:p>
    <w:p>
      <w:r>
        <w:rPr>
          <w:b/>
        </w:rPr>
        <w:t xml:space="preserve">[15:34] </w:t>
      </w:r>
      <w:r>
        <w:t>so freedom is given by god almighty directly to every human being. no one can abolish freedom.</w:t>
      </w:r>
    </w:p>
    <w:p>
      <w:pPr>
        <w:jc w:val="right"/>
      </w:pPr>
      <w:r>
        <w:t>تو فریڈم از گیون بائی گاڈ المائٹی ڈائریکٹلی ٹو ایوری ہیومن بینگ۔ نو ون کین ابوش فریڈم۔</w:t>
      </w:r>
    </w:p>
    <w:p>
      <w:r>
        <w:rPr>
          <w:b/>
        </w:rPr>
        <w:t xml:space="preserve">[15:47] </w:t>
      </w:r>
      <w:r>
        <w:t>no one has right to abolish freedom. even muslim state has no any muslim state has no right to abolish freedom.</w:t>
      </w:r>
    </w:p>
    <w:p>
      <w:pPr>
        <w:jc w:val="right"/>
      </w:pPr>
      <w:r>
        <w:t>نو ون ہیز رائٹ ٹو ابوش فریڈم۔ ایون مسلم اسٹیٹ ہیز نو اینی مسلم اسٹیٹ ہیز نو رائٹ ٹو ابوش فریڈم۔</w:t>
      </w:r>
    </w:p>
    <w:p>
      <w:r>
        <w:rPr>
          <w:b/>
        </w:rPr>
        <w:t xml:space="preserve">[16:00] </w:t>
      </w:r>
      <w:r>
        <w:t>so, the only condition is that you use your you exercise your freedom without harming anyone.</w:t>
      </w:r>
    </w:p>
    <w:p>
      <w:pPr>
        <w:jc w:val="right"/>
      </w:pPr>
      <w:r>
        <w:t>سو، دا اونلی کنڈیشن از دیٹ یو یوز یور یو ایکسرسائز یور فریڈم وداؤٹ ہارمنگ اینی ادر۔</w:t>
      </w:r>
    </w:p>
    <w:p>
      <w:r>
        <w:rPr>
          <w:b/>
        </w:rPr>
        <w:t xml:space="preserve">[16:18] </w:t>
      </w:r>
      <w:r>
        <w:t>if you are peaceful, you are not</w:t>
      </w:r>
    </w:p>
    <w:p>
      <w:pPr>
        <w:jc w:val="right"/>
      </w:pPr>
      <w:r>
        <w:t>اف یو آر پیس فل، یو آر ناٹ</w:t>
      </w:r>
    </w:p>
    <w:p>
      <w:r>
        <w:rPr>
          <w:b/>
        </w:rPr>
        <w:t xml:space="preserve">[16:24] </w:t>
      </w:r>
      <w:r>
        <w:t>inflicting any harm, then you are free to exercise your your freedom.</w:t>
      </w:r>
    </w:p>
    <w:p>
      <w:pPr>
        <w:jc w:val="right"/>
      </w:pPr>
      <w:r>
        <w:t>انفلکٹنگ اینی ہارم، دین یو آر فری ٹو ایکسرسائز یور یور فریڈم۔</w:t>
      </w:r>
    </w:p>
    <w:p>
      <w:r>
        <w:rPr>
          <w:b/>
        </w:rPr>
        <w:t xml:space="preserve">[16:36] </w:t>
      </w:r>
      <w:r>
        <w:t>according to my study, freedom of expression is is a is a sacred right of every human being.</w:t>
      </w:r>
    </w:p>
    <w:p>
      <w:pPr>
        <w:jc w:val="right"/>
      </w:pPr>
      <w:r>
        <w:t>اکارڈنگ ٹو مائی اسٹڈی، فریڈم آف ایکسپریشن از از اے از اے سیکرٹ رائٹ آف ایوری ہیومن بینگ۔</w:t>
      </w:r>
    </w:p>
    <w:p>
      <w:r>
        <w:rPr>
          <w:b/>
        </w:rPr>
        <w:t xml:space="preserve">[16:50] </w:t>
      </w:r>
      <w:r>
        <w:t>and this right is given by god almighty directly. so, who can abolish this right?</w:t>
      </w:r>
    </w:p>
    <w:p>
      <w:pPr>
        <w:jc w:val="right"/>
      </w:pPr>
      <w:r>
        <w:t>اینڈ دس رائٹ از گیون بائی گاڈ المائٹی ڈائریکٹلی۔ سو، ہو کین ابوش دس رائٹ؟</w:t>
      </w:r>
    </w:p>
    <w:p>
      <w:r>
        <w:rPr>
          <w:b/>
        </w:rPr>
        <w:t xml:space="preserve">[17:03] </w:t>
      </w:r>
      <w:r>
        <w:t>i would like to add that islam is religion of nature, din al fitra. islam is religion of nature, din al fitra.</w:t>
      </w:r>
    </w:p>
    <w:p>
      <w:pPr>
        <w:jc w:val="right"/>
      </w:pPr>
      <w:r>
        <w:t>آئی وڈ لائک ٹو ایڈ دیٹ اسلام از ریلیجن آف نیچر، دین الفطرہ۔ اسلام از ریلیجن آف نیچر، دین الفطرہ۔</w:t>
      </w:r>
    </w:p>
    <w:p>
      <w:r>
        <w:rPr>
          <w:b/>
        </w:rPr>
        <w:t xml:space="preserve">[17:18] </w:t>
      </w:r>
      <w:r>
        <w:t>so, all those things that are natural, that are part of islam.</w:t>
      </w:r>
    </w:p>
    <w:p>
      <w:pPr>
        <w:jc w:val="right"/>
      </w:pPr>
      <w:r>
        <w:t>سو، آل دوست تھنگز دیٹ آر نیچرل، دیٹ آر پارٹ آف اسلام۔</w:t>
      </w:r>
    </w:p>
    <w:p>
      <w:r>
        <w:rPr>
          <w:b/>
        </w:rPr>
        <w:t xml:space="preserve">[17:28] </w:t>
      </w:r>
      <w:r>
        <w:t>including including freedom. freedom is part of nature.</w:t>
      </w:r>
    </w:p>
    <w:p>
      <w:pPr>
        <w:jc w:val="right"/>
      </w:pPr>
      <w:r>
        <w:t>انکلوڈنگ انکلوڈنگ فریڈم۔ فریڈم از پارٹ آف نیچر۔</w:t>
      </w:r>
    </w:p>
    <w:p>
      <w:r>
        <w:rPr>
          <w:b/>
        </w:rPr>
        <w:t xml:space="preserve">[17:34] </w:t>
      </w:r>
      <w:r>
        <w:t>without freedom, there is no progress, no development. if you abuse freedom, then it will lead to intellectual stagnation.</w:t>
      </w:r>
    </w:p>
    <w:p>
      <w:pPr>
        <w:jc w:val="right"/>
      </w:pPr>
      <w:r>
        <w:t>وداؤٹ فریڈم، دیر از نو پروگریس، نو ڈیولپمنٹ۔ اف یو ابوش فریڈم، دین اٹ ویل لیڈ ٹو انٹلیکچول اسٹیگنیشن۔</w:t>
      </w:r>
    </w:p>
    <w:p>
      <w:r>
        <w:rPr>
          <w:b/>
        </w:rPr>
        <w:t xml:space="preserve">[17:47] </w:t>
      </w:r>
      <w:r>
        <w:t>it will it will it will stop all kind of progress. so, it is completely unnatural against the laws of nature to to curb people's freedom.</w:t>
      </w:r>
    </w:p>
    <w:p>
      <w:pPr>
        <w:jc w:val="right"/>
      </w:pPr>
      <w:r>
        <w:t>اٹ ویل اٹ ویل اٹ ویل اسٹاپ آل کائنڈ آف پروگریس۔ سو، اٹ از کمپلیٹلی ان نیچرل اگینسٹ دے لاز آف نیچر ٹو ٹو کرپ پیپلز فریڈم۔</w:t>
      </w:r>
    </w:p>
    <w:p>
      <w:r>
        <w:rPr>
          <w:b/>
        </w:rPr>
        <w:t xml:space="preserve">[18:05] </w:t>
      </w:r>
      <w:r>
        <w:t>so, islam is religion of nature. and all those things that are good for human being, there is part of islam.</w:t>
      </w:r>
    </w:p>
    <w:p>
      <w:pPr>
        <w:jc w:val="right"/>
      </w:pPr>
      <w:r>
        <w:t>سو، اسلام از ریلیجن آف نیچر۔ اینڈ آل دوست تھنگز دیٹ آر گڈ فار ہیومن بینگ، دیر از پارٹ آف اسلام۔</w:t>
      </w:r>
    </w:p>
    <w:p>
      <w:r>
        <w:rPr>
          <w:b/>
        </w:rPr>
        <w:t xml:space="preserve">[18:21] </w:t>
      </w:r>
      <w:r>
        <w:t>so, i would like to say that if you want to know what is islam, you have to see the scriptures, that is quran and sunnah.</w:t>
      </w:r>
    </w:p>
    <w:p>
      <w:pPr>
        <w:jc w:val="right"/>
      </w:pPr>
      <w:r>
        <w:t>سو، آئی وڈ لائک ٹو سی دیٹ اف یو وانٹ ٹو نو واٹ از اسلام، یو ہیو ٹو سی دا اسکرپچرز، دیٹ از قرآن اینڈ سنت۔</w:t>
      </w:r>
    </w:p>
    <w:p>
      <w:r>
        <w:rPr>
          <w:b/>
        </w:rPr>
        <w:t xml:space="preserve">[18:37] </w:t>
      </w:r>
      <w:r>
        <w:t>don't see the</w:t>
      </w:r>
    </w:p>
    <w:p>
      <w:pPr>
        <w:jc w:val="right"/>
      </w:pPr>
      <w:r>
        <w:t>ڈونٹ سی دا</w:t>
      </w:r>
    </w:p>
    <w:p>
      <w:r>
        <w:rPr>
          <w:b/>
        </w:rPr>
        <w:t xml:space="preserve">[18:41] </w:t>
      </w:r>
      <w:r>
        <w:t>muslim practices. muslim practices are not source of islam.</w:t>
      </w:r>
    </w:p>
    <w:p>
      <w:pPr>
        <w:jc w:val="right"/>
      </w:pPr>
      <w:r>
        <w:t>مسلم پریکٹسز۔ مسلم پریکٹسز آر ناٹ سورس آف اسلام۔</w:t>
      </w:r>
    </w:p>
    <w:p>
      <w:r>
        <w:rPr>
          <w:b/>
        </w:rPr>
        <w:t xml:space="preserve">[18:50] </w:t>
      </w:r>
      <w:r>
        <w:t>the text of quran and sunnah is the source of islam. i happen to meet some people who talk against islam. when i asked them, have you read quran and sunnah?</w:t>
      </w:r>
    </w:p>
    <w:p>
      <w:pPr>
        <w:jc w:val="right"/>
      </w:pPr>
      <w:r>
        <w:t>دا ٹیکسٹ آف قرآن اینڈ سنت از دا سورس آف اسلام۔ آئی ہیپن ٹو میٹ سم پیپل ہو ٹاک اگینسٹ اسلام۔ وین آئی اسکڈ دیم، ہیو یو ریڈ قرآن اینڈ سنت؟</w:t>
      </w:r>
    </w:p>
    <w:p>
      <w:r>
        <w:rPr>
          <w:b/>
        </w:rPr>
        <w:t xml:space="preserve">[19:04] </w:t>
      </w:r>
      <w:r>
        <w:t>they said no. i said that, why you are talking against islam?</w:t>
      </w:r>
    </w:p>
    <w:p>
      <w:pPr>
        <w:jc w:val="right"/>
      </w:pPr>
      <w:r>
        <w:t>دے سیڈ نو۔ آئی سیڈ دیٹ، وائی یو آر ٹاکنگ اگینسٹ اسلام؟</w:t>
      </w:r>
    </w:p>
    <w:p>
      <w:r>
        <w:rPr>
          <w:b/>
        </w:rPr>
        <w:t xml:space="preserve">[19:09] </w:t>
      </w:r>
      <w:r>
        <w:t>if you are if if you if you never studied quran, if you never studied sunnah, then first of all, you have to you have to</w:t>
      </w:r>
    </w:p>
    <w:p>
      <w:pPr>
        <w:jc w:val="right"/>
      </w:pPr>
      <w:r>
        <w:t>اف یو آر اف اف یو اف یو نیور اسٹڈیڈ قرآن، اف یو نیور اسٹڈیڈ سنت، دین فرسٹ آف آل، یو ہیو ٹو یو ہیو ٹو</w:t>
      </w:r>
    </w:p>
    <w:p>
      <w:r>
        <w:rPr>
          <w:b/>
        </w:rPr>
        <w:t xml:space="preserve">[19:29] </w:t>
      </w:r>
      <w:r>
        <w:t>go through the quran. then you are then you are right to form your opinion about islam.</w:t>
      </w:r>
    </w:p>
    <w:p>
      <w:pPr>
        <w:jc w:val="right"/>
      </w:pPr>
      <w:r>
        <w:t>گو تھرو دا قرآن۔ دین یو آر دین یو آر رائٹ ٹو فارم یور اوپینین اباؤٹ اسلام۔</w:t>
      </w:r>
    </w:p>
    <w:p>
      <w:r>
        <w:rPr>
          <w:b/>
        </w:rPr>
        <w:t xml:space="preserve">[19:44] </w:t>
      </w:r>
      <w:r>
        <w:t>the very first verse of the quran is alhamdulillah, alhamdulillah rabbil alameen. it means that quran wants anyone to live in positivity.</w:t>
      </w:r>
    </w:p>
    <w:p>
      <w:pPr>
        <w:jc w:val="right"/>
      </w:pPr>
      <w:r>
        <w:t>دا ویری فرسٹ ورس آف دا قرآن از الحمد، الحمدللہ رب العالمین۔ اٹ مینز دیٹ قرآن وانٹس اینی ون ٹو لیو ان پازیٹیوٹی۔</w:t>
      </w:r>
    </w:p>
    <w:p>
      <w:r>
        <w:rPr>
          <w:b/>
        </w:rPr>
        <w:t xml:space="preserve">[19:59] </w:t>
      </w:r>
      <w:r>
        <w:t>the alhamdulillah, the spirit of alhamdulillah is to live with positive mind.</w:t>
      </w:r>
    </w:p>
    <w:p>
      <w:pPr>
        <w:jc w:val="right"/>
      </w:pPr>
      <w:r>
        <w:t>دا الحمد، دا اسپیریٹ آف الحمد از ٹو لیو ود پازیٹیو مائنڈ۔</w:t>
      </w:r>
    </w:p>
    <w:p>
      <w:r>
        <w:rPr>
          <w:b/>
        </w:rPr>
        <w:t xml:space="preserve">[20:10] </w:t>
      </w:r>
      <w:r>
        <w:t>so, as i think that greatest value in islam is to keep your positivity in every situation. and where you are positive, you are free of violence.</w:t>
      </w:r>
    </w:p>
    <w:p>
      <w:pPr>
        <w:jc w:val="right"/>
      </w:pPr>
      <w:r>
        <w:t>سو، اس آئی تھنک دیٹ گریٹسٹ ویلیو ان اسلام از ٹو کیپ یور پازیٹیوٹی ان ایوری سچویشن۔ اینڈ ویر یو آر پازیٹیو، یو آر فری آف وائلنس۔</w:t>
      </w:r>
    </w:p>
    <w:p>
      <w:r>
        <w:rPr>
          <w:b/>
        </w:rPr>
        <w:t xml:space="preserve">[20:25] </w:t>
      </w:r>
      <w:r>
        <w:t>positivity and violence can not go together.</w:t>
      </w:r>
    </w:p>
    <w:p>
      <w:pPr>
        <w:jc w:val="right"/>
      </w:pPr>
      <w:r>
        <w:t>پازیٹیوٹی اینڈ وائلنس کین ناٹ گو ٹوگیدر۔</w:t>
      </w:r>
    </w:p>
    <w:p>
      <w:r>
        <w:rPr>
          <w:b/>
        </w:rPr>
        <w:t xml:space="preserve">[20:37] </w:t>
      </w:r>
      <w:r>
        <w:t>i can see i have read i have studied islam from these original sources. and i can see that islam is religion of peace, religion of brotherhood, religion of fertility,</w:t>
      </w:r>
    </w:p>
    <w:p>
      <w:pPr>
        <w:jc w:val="right"/>
      </w:pPr>
      <w:r>
        <w:t>آئی کین سی آئی ہیو ریڈ آئی ہیو اسٹڈی اسلام فرام دس اوریجنل سورسز۔ اینڈ آئی کین سی دیٹ اسلام از ریلیجن آف پیس، ریلیجن آف برادرہوڈ، ریلیجن آف فرٹیلٹی،</w:t>
      </w:r>
    </w:p>
    <w:p>
      <w:r>
        <w:rPr>
          <w:b/>
        </w:rPr>
        <w:t xml:space="preserve">[20:54] </w:t>
      </w:r>
      <w:r>
        <w:t>religion of love, religion of justice.</w:t>
      </w:r>
    </w:p>
    <w:p>
      <w:pPr>
        <w:jc w:val="right"/>
      </w:pPr>
      <w:r>
        <w:t>ریلیجن آف لو، ریلیجن آف جسٹس۔</w:t>
      </w:r>
    </w:p>
    <w:p>
      <w:r>
        <w:rPr>
          <w:b/>
        </w:rPr>
        <w:t xml:space="preserve">[20:59] </w:t>
      </w:r>
      <w:r>
        <w:t>all these things are are necessary part of islam.</w:t>
      </w:r>
    </w:p>
    <w:p>
      <w:pPr>
        <w:jc w:val="right"/>
      </w:pPr>
      <w:r>
        <w:t>آل دیز تھنگز آر آر نیسیسری پارٹ آف اسلام۔</w:t>
      </w:r>
    </w:p>
    <w:p>
      <w:r>
        <w:rPr>
          <w:b/>
        </w:rPr>
        <w:t xml:space="preserve">[21:11] </w:t>
      </w:r>
      <w:r>
        <w:t>you know, islam is religion that have a preserved text. quran is a preserved text.</w:t>
      </w:r>
    </w:p>
    <w:p>
      <w:pPr>
        <w:jc w:val="right"/>
      </w:pPr>
      <w:r>
        <w:t>یو نو، اسلام از ریلیجن دیٹ ہیو اے پریزرو ٹیکسٹ۔ قرآن از اے پریزرو ٹیکسٹ۔</w:t>
      </w:r>
    </w:p>
    <w:p>
      <w:r>
        <w:rPr>
          <w:b/>
        </w:rPr>
        <w:t xml:space="preserve">[21:22] </w:t>
      </w:r>
      <w:r>
        <w:t>so, first of all, you have to see the quran.</w:t>
      </w:r>
    </w:p>
    <w:p>
      <w:pPr>
        <w:jc w:val="right"/>
      </w:pPr>
      <w:r>
        <w:t>سو، فرسٹ آف آل، یو ہیو ٹو سی دا قرآن۔</w:t>
      </w:r>
    </w:p>
    <w:p>
      <w:r>
        <w:rPr>
          <w:b/>
        </w:rPr>
        <w:t xml:space="preserve">[21:26] </w:t>
      </w:r>
      <w:r>
        <w:t>before going through the quran, you are you have no right to form your opinion about islam.</w:t>
      </w:r>
    </w:p>
    <w:p>
      <w:pPr>
        <w:jc w:val="right"/>
      </w:pPr>
      <w:r>
        <w:t>بیفور گوئنگ تھرو دا قرآن، یو آر یو ہیو نو رائٹ ٹو فارم یور اوپینین اباؤٹ اسلام۔</w:t>
      </w:r>
    </w:p>
    <w:p>
      <w:r>
        <w:rPr>
          <w:b/>
        </w:rPr>
        <w:t xml:space="preserve">[21:43] </w:t>
      </w:r>
      <w:r>
        <w:t>about myself, i can say that i have formed my opinion about islam by reading directly from this original language, there is arabic.</w:t>
      </w:r>
    </w:p>
    <w:p>
      <w:pPr>
        <w:jc w:val="right"/>
      </w:pPr>
      <w:r>
        <w:t>اباؤٹ مائی سیلف، آئی کین سی دیٹ آئی ہیو فارم مائی اوپینین اباؤٹ اسلام بائی ریڈنگ ڈائریکٹلی فرام دس اوریجنل لینگویج، دیر از عربک۔</w:t>
      </w:r>
    </w:p>
    <w:p>
      <w:r>
        <w:rPr>
          <w:b/>
        </w:rPr>
        <w:t xml:space="preserve">[21:54] </w:t>
      </w:r>
      <w:r>
        <w:t>but there are that that translations available in every language.</w:t>
      </w:r>
    </w:p>
    <w:p>
      <w:pPr>
        <w:jc w:val="right"/>
      </w:pPr>
      <w:r>
        <w:t>بٹ دیر آر دیٹ دیٹ ٹرانسیشنز اویلیبل ان ایوری لینگویج۔</w:t>
      </w:r>
    </w:p>
    <w:p>
      <w:r>
        <w:rPr>
          <w:b/>
        </w:rPr>
        <w:t xml:space="preserve">[22:01] </w:t>
      </w:r>
      <w:r>
        <w:t>we are living in the age of printing press. and now, the translations of the quran are available in every language, in english, in french, in german,</w:t>
      </w:r>
    </w:p>
    <w:p>
      <w:pPr>
        <w:jc w:val="right"/>
      </w:pPr>
      <w:r>
        <w:t>وی آر لیونگ ان دا ایج آف پرنٹنگ پریس۔ اینڈ ناو، دا ٹرانسیشنز آف دا قرآن آر اویلیبل ان ایوری لینگویج، ان انگلش، ان فرنچ، ان جرمن،</w:t>
      </w:r>
    </w:p>
    <w:p>
      <w:r>
        <w:rPr>
          <w:b/>
        </w:rPr>
        <w:t xml:space="preserve">[22:14] </w:t>
      </w:r>
      <w:r>
        <w:t>in every major language. so, it is very easy for anyone to have a copy from your nearest book shop or from your library.</w:t>
      </w:r>
    </w:p>
    <w:p>
      <w:pPr>
        <w:jc w:val="right"/>
      </w:pPr>
      <w:r>
        <w:t>ان ایوری میجر لینگویج۔ سو، اٹ از ویری ایزی فار اینی ون ٹو ہیو اے کاپی فرام یور نیسٹ بک شاپ اور فرام یور لائبریری۔</w:t>
      </w:r>
    </w:p>
    <w:p>
      <w:r>
        <w:rPr>
          <w:b/>
        </w:rPr>
        <w:t xml:space="preserve">[22:25] </w:t>
      </w:r>
      <w:r>
        <w:t>even quran is available on alter internet.</w:t>
      </w:r>
    </w:p>
    <w:p>
      <w:pPr>
        <w:jc w:val="right"/>
      </w:pPr>
      <w:r>
        <w:t>ایون قرآن از اویلیبل ان الٹر انٹرنیٹ۔</w:t>
      </w:r>
    </w:p>
    <w:p>
      <w:r>
        <w:rPr>
          <w:b/>
        </w:rPr>
        <w:t xml:space="preserve">[22:32] </w:t>
      </w:r>
      <w:r>
        <w:t>so, it is very easy to have direct information about Islam.</w:t>
      </w:r>
    </w:p>
    <w:p>
      <w:pPr>
        <w:jc w:val="right"/>
      </w:pPr>
      <w:r>
        <w:t>سو، اٹ از ویری ایزی ٹو ہیو ڈائریکٹ انفارمیشن اباؤٹ اسلام۔</w:t>
      </w:r>
    </w:p>
    <w:p>
      <w:r>
        <w:rPr>
          <w:b/>
        </w:rPr>
        <w:t xml:space="preserve">[22:45] </w:t>
      </w:r>
      <w:r>
        <w:t>I would say that</w:t>
      </w:r>
    </w:p>
    <w:p>
      <w:pPr>
        <w:jc w:val="right"/>
      </w:pPr>
      <w:r>
        <w:t>آئی وڈ سی دیٹ</w:t>
      </w:r>
    </w:p>
    <w:p>
      <w:r>
        <w:rPr>
          <w:b/>
        </w:rPr>
        <w:t xml:space="preserve">[22:52] </w:t>
      </w:r>
      <w:r>
        <w:t>that we are living in the age of information.</w:t>
      </w:r>
    </w:p>
    <w:p>
      <w:pPr>
        <w:jc w:val="right"/>
      </w:pPr>
      <w:r>
        <w:t>دیٹ وی آر لیونگ ان دا ایج آف انفارمیشن۔</w:t>
      </w:r>
    </w:p>
    <w:p>
      <w:r>
        <w:rPr>
          <w:b/>
        </w:rPr>
        <w:t xml:space="preserve">[23:00] </w:t>
      </w:r>
      <w:r>
        <w:t>So, in this age, it is not good to form your opinion by by reverse, by seeing, by only seeing media.</w:t>
      </w:r>
    </w:p>
    <w:p>
      <w:pPr>
        <w:jc w:val="right"/>
      </w:pPr>
      <w:r>
        <w:t>سو، ان دس ایج، اٹ از ناٹ گڈ ٹو فارم یور اوپینین بائی بائی ریورس، بائی سیئنگ، بائی اونلی سیئنگ میڈیا۔</w:t>
      </w:r>
    </w:p>
    <w:p>
      <w:r>
        <w:rPr>
          <w:b/>
        </w:rPr>
        <w:t xml:space="preserve">[23:13] </w:t>
      </w:r>
      <w:r>
        <w:t>You have to you have to to you have to gather your information directly from the direct s</w:t>
      </w:r>
    </w:p>
    <w:p>
      <w:pPr>
        <w:jc w:val="right"/>
      </w:pPr>
      <w:r>
        <w:t>یو ہیو ٹو یو ہیو ٹو ٹو یو ہیو ٹو گیدر یور انفارمیشن ڈائریکٹلی فرام دا ڈائریکٹ س</w:t>
      </w:r>
    </w:p>
    <w:p>
      <w:r>
        <w:rPr>
          <w:b/>
        </w:rPr>
        <w:t xml:space="preserve">[23:24] </w:t>
      </w:r>
      <w:r>
        <w:t>ources. I think that it is very easy to understand Islam because in every where, the translations are available.</w:t>
      </w:r>
    </w:p>
    <w:p>
      <w:pPr>
        <w:jc w:val="right"/>
      </w:pPr>
      <w:r>
        <w:t>ورسز۔ آئی تھنک دیٹ اٹ از ویری ایزی ٹو انڈرسٹینڈ اسلام بیکاز ان ایوری ویر، دا ٹرانسیشنز آر اویلیبل۔</w:t>
      </w:r>
    </w:p>
    <w:p>
      <w:r>
        <w:rPr>
          <w:b/>
        </w:rPr>
        <w:t xml:space="preserve">[23:42] </w:t>
      </w:r>
      <w:r>
        <w:t>Every where, in every schools, every college, every library, every book shop.</w:t>
      </w:r>
    </w:p>
    <w:p>
      <w:pPr>
        <w:jc w:val="right"/>
      </w:pPr>
      <w:r>
        <w:t>ایوری ویر، ان ایوری سکولز، ایوری کالج، ایوری لائبریری، ایوری بک شاپ۔</w:t>
      </w:r>
    </w:p>
    <w:p>
      <w:r>
        <w:rPr>
          <w:b/>
        </w:rPr>
        <w:t xml:space="preserve">[23:53] </w:t>
      </w:r>
      <w:r>
        <w:t>So, I think that it is our good to form your opinion without going through the Quran and Hadith.</w:t>
      </w:r>
    </w:p>
    <w:p>
      <w:pPr>
        <w:jc w:val="right"/>
      </w:pPr>
      <w:r>
        <w:t>سو، آئی تھنک دیٹ اٹ از آر گڈ ٹو فارم یور اوپینین وداؤٹ گوئنگ تھرو دا قرآن اینڈ حدیث۔</w:t>
      </w:r>
    </w:p>
    <w:p>
      <w:r>
        <w:rPr>
          <w:b/>
        </w:rPr>
        <w:t xml:space="preserve">[24:09] </w:t>
      </w:r>
      <w:r>
        <w:t>About myself, I can say that I have studied all the religions, all the major religions.</w:t>
      </w:r>
    </w:p>
    <w:p>
      <w:pPr>
        <w:jc w:val="right"/>
      </w:pPr>
      <w:r>
        <w:t>اباؤٹ مائی سیلف، آئی کین سی دیٹ آئی ہیو اسٹڈیڈ آل دا ریلیجنز، آل دا میجر ریلیجنز۔</w:t>
      </w:r>
    </w:p>
    <w:p>
      <w:r>
        <w:rPr>
          <w:b/>
        </w:rPr>
        <w:t xml:space="preserve">[24:20] </w:t>
      </w:r>
      <w:r>
        <w:t>Although, I am a practicing Muslim, but I have no bias against any religion.</w:t>
      </w:r>
    </w:p>
    <w:p>
      <w:pPr>
        <w:jc w:val="right"/>
      </w:pPr>
      <w:r>
        <w:t>آل دو، آئی ایم اے پریکٹسنگ مسلم، بٹ آئی ہیو نو بائس اگینسٹ اینی ریلیجن۔</w:t>
      </w:r>
    </w:p>
    <w:p>
      <w:r>
        <w:rPr>
          <w:b/>
        </w:rPr>
        <w:t xml:space="preserve">[24:30] </w:t>
      </w:r>
      <w:r>
        <w:t>I was born in a Muslim family, and I am a practicing Muslim, but I have no bias against any religion. I have studied all the religions, and I think it is very useful to study all the religions.</w:t>
      </w:r>
    </w:p>
    <w:p>
      <w:pPr>
        <w:jc w:val="right"/>
      </w:pPr>
      <w:r>
        <w:t>آئی واز بارن ان اے مسلم فیملی، اینڈ آئی ایم اے پریکٹسنگ مسلم، بٹ آئی ہیو نو بائس اگینسٹ اینی ریلیجن۔ آئی ہیو اسٹڈیڈ آل دا ریلیجنز، اینڈ آئی تھنک اٹ از ویری یوزفل ٹو اسٹڈی آل دا ریلیجنز۔</w:t>
      </w:r>
    </w:p>
    <w:p>
      <w:r>
        <w:rPr>
          <w:b/>
        </w:rPr>
        <w:t xml:space="preserve">[24:51] </w:t>
      </w:r>
      <w:r>
        <w:t>It is not good for anyone to develop bias against any religion or any other culture, any tradition.</w:t>
      </w:r>
    </w:p>
    <w:p>
      <w:pPr>
        <w:jc w:val="right"/>
      </w:pPr>
      <w:r>
        <w:t>اٹ از ناٹ گڈ فار اینی ون ٹو ڈیولپ بائس اگینسٹ اینی ریلیجن اور اینی ادر کلچر، اینی ٹریڈیشن۔</w:t>
      </w:r>
    </w:p>
    <w:p>
      <w:r>
        <w:rPr>
          <w:b/>
        </w:rPr>
        <w:t xml:space="preserve">[25:05] </w:t>
      </w:r>
      <w:r>
        <w:t>I think that if you want to live according to your religion, you have to know all, you have to to study other religions also, that will help you.</w:t>
      </w:r>
    </w:p>
    <w:p>
      <w:pPr>
        <w:jc w:val="right"/>
      </w:pPr>
      <w:r>
        <w:t>آئی تھنک دیٹ اف یو وانٹ ٹو لیو اکارڈنگ ٹو یور ریلیجن، یو ہیو ٹو نو آل، یو ہیو ٹو ٹو اسٹڈی ادر ریلیجنز السو، دیٹ ویل ہیلپ یو۔</w:t>
      </w:r>
    </w:p>
    <w:p>
      <w:r>
        <w:rPr>
          <w:b/>
        </w:rPr>
        <w:t xml:space="preserve">[25:22] </w:t>
      </w:r>
      <w:r>
        <w:t>And I can say about myself that when I studied all the religions, that proved to be helpful for me to be a good Muslim.</w:t>
      </w:r>
    </w:p>
    <w:p>
      <w:pPr>
        <w:jc w:val="right"/>
      </w:pPr>
      <w:r>
        <w:t>اینڈ آئی کین سی اباؤٹ مائی سیلف دیٹ وین آئی اسٹڈیڈ آل دا ریلیجنز، دیٹ پروف ٹو بی ہیلپ فل فار می ٹو بی اے گڈ مسلم۔</w:t>
      </w:r>
    </w:p>
    <w:p>
      <w:r>
        <w:rPr>
          <w:b/>
        </w:rPr>
        <w:t xml:space="preserve">[25:41] </w:t>
      </w:r>
      <w:r>
        <w:t>I think that Islam and also all the religion advocate love, compassion, peace, tolerance,</w:t>
      </w:r>
    </w:p>
    <w:p>
      <w:pPr>
        <w:jc w:val="right"/>
      </w:pPr>
      <w:r>
        <w:t>آئی تھنک دیٹ اسلام اینڈ السو آل دا ریلیجن ایڈوکیٹ لو، کمپیشن، پیس، ٹولرنس،</w:t>
      </w:r>
    </w:p>
    <w:p>
      <w:r>
        <w:rPr>
          <w:b/>
        </w:rPr>
        <w:t xml:space="preserve">[25:56] </w:t>
      </w:r>
      <w:r>
        <w:t>positive thinking, etcetera.</w:t>
      </w:r>
    </w:p>
    <w:p>
      <w:pPr>
        <w:jc w:val="right"/>
      </w:pPr>
      <w:r>
        <w:t>پازیٹیو تھنکنگ، ایٹسٹرہ۔</w:t>
      </w:r>
    </w:p>
    <w:p>
      <w:r>
        <w:rPr>
          <w:b/>
        </w:rPr>
        <w:t xml:space="preserve">[26:06] </w:t>
      </w:r>
      <w:r>
        <w:t>So, so although, although, I am a Muslim, but I love all human beings. All human beings, I I I I don't think that there is a this.</w:t>
      </w:r>
    </w:p>
    <w:p>
      <w:pPr>
        <w:jc w:val="right"/>
      </w:pPr>
      <w:r>
        <w:t>سو، سو آل دو، آل دو، آئی ایم اے مسلم، بٹ آئی لو آل ہیومن بینگ۔ آل ہیومن بینگ، آئی آئی آئی آئی ڈونٹ تھنک دیٹ دیر از اے دس۔</w:t>
      </w:r>
    </w:p>
    <w:p>
      <w:r>
        <w:rPr>
          <w:b/>
        </w:rPr>
        <w:t xml:space="preserve">[26:23] </w:t>
      </w:r>
      <w:r>
        <w:t>I don't think that this categorization is is good, that he is Muslim, he is kafir.</w:t>
      </w:r>
    </w:p>
    <w:p>
      <w:pPr>
        <w:jc w:val="right"/>
      </w:pPr>
      <w:r>
        <w:t>آئی ڈونٹ تھنک دیٹ دس کیٹیگرائزیشن از از گڈ، دیٹ ہی از مسلم، ہی از کافر۔</w:t>
      </w:r>
    </w:p>
    <w:p>
      <w:r>
        <w:rPr>
          <w:b/>
        </w:rPr>
        <w:t xml:space="preserve">[26:33] </w:t>
      </w:r>
      <w:r>
        <w:t>I never use word kafir. Everyone is human being.</w:t>
      </w:r>
    </w:p>
    <w:p>
      <w:pPr>
        <w:jc w:val="right"/>
      </w:pPr>
      <w:r>
        <w:t>آئی نیور یوز ورڈ کافر۔ ایوری ون از ہیومن بینگ۔</w:t>
      </w:r>
    </w:p>
    <w:p>
      <w:r>
        <w:rPr>
          <w:b/>
        </w:rPr>
        <w:t xml:space="preserve">[26:41] </w:t>
      </w:r>
      <w:r>
        <w:t>This kind of categorization is also in Islam, that this is Muslim, this is kafir. But if you read Quran, you will find that Quran uses again and again al insan al nas.</w:t>
      </w:r>
    </w:p>
    <w:p>
      <w:pPr>
        <w:jc w:val="right"/>
      </w:pPr>
      <w:r>
        <w:t>دس کائنڈ آف کیٹیگرائزیشن از السو ان اسلام، دیٹ دس از مسلم، دس از کافر۔ بٹ اف یو ریڈ قرآن، یو ویل فائنڈ دیٹ قرآن یوزز اگین اینڈ اگین ال انسان الناس۔</w:t>
      </w:r>
    </w:p>
    <w:p>
      <w:r>
        <w:rPr>
          <w:b/>
        </w:rPr>
        <w:t xml:space="preserve">[26:59] </w:t>
      </w:r>
      <w:r>
        <w:t>So, in the in the according Islamic teaching, every human being is insan.</w:t>
      </w:r>
    </w:p>
    <w:p>
      <w:pPr>
        <w:jc w:val="right"/>
      </w:pPr>
      <w:r>
        <w:t>سو، ان دا ان دا اکارڈنگ اسلامک ٹیچنگ، ایوری ہیومن بینگ از انسان۔</w:t>
      </w:r>
    </w:p>
    <w:p>
      <w:r>
        <w:rPr>
          <w:b/>
        </w:rPr>
        <w:t xml:space="preserve">[27:11] </w:t>
      </w:r>
      <w:r>
        <w:t>Those who believe in dal kufr or dal Islam, they are not good representatives of Islam.</w:t>
      </w:r>
    </w:p>
    <w:p>
      <w:pPr>
        <w:jc w:val="right"/>
      </w:pPr>
      <w:r>
        <w:t>دوست ہو بیلیو ان دال کفر اور دال اسلام، دیر ناٹ گڈ ریپریزنٹیٹیو آف اسلام۔</w:t>
      </w:r>
    </w:p>
    <w:p>
      <w:r>
        <w:rPr>
          <w:b/>
        </w:rPr>
        <w:t xml:space="preserve">[27:22] </w:t>
      </w:r>
      <w:r>
        <w:t>There is no dal kufr. The whole world is dal insan.</w:t>
      </w:r>
    </w:p>
    <w:p>
      <w:pPr>
        <w:jc w:val="right"/>
      </w:pPr>
      <w:r>
        <w:t>دیر از نو دال کفر۔ دا ہول ورلڈ از دال انسان۔</w:t>
      </w:r>
    </w:p>
    <w:p>
      <w:r>
        <w:rPr>
          <w:b/>
        </w:rPr>
        <w:t xml:space="preserve">[27:30] </w:t>
      </w:r>
      <w:r>
        <w:t>I don't believe in this kind, this kind of terminology.</w:t>
      </w:r>
    </w:p>
    <w:p>
      <w:pPr>
        <w:jc w:val="right"/>
      </w:pPr>
      <w:r>
        <w:t>آئی ڈونٹ بیلیو ان دس کائنڈ، دس کائنڈ آف ٹرمینالوجی۔</w:t>
      </w:r>
    </w:p>
    <w:p>
      <w:r>
        <w:rPr>
          <w:b/>
        </w:rPr>
        <w:t xml:space="preserve">[27:39] </w:t>
      </w:r>
      <w:r>
        <w:t>There is no dal kufr, there is no dal harb, there is no dal Islam. The whole world is dal insan.</w:t>
      </w:r>
    </w:p>
    <w:p>
      <w:pPr>
        <w:jc w:val="right"/>
      </w:pPr>
      <w:r>
        <w:t>دیر از نو دال کفر، دیر از نو دال حرب، دیر از نو دال اسلام۔ دا ہول ورلڈ از دال انسان۔</w:t>
      </w:r>
    </w:p>
    <w:p>
      <w:r>
        <w:rPr>
          <w:b/>
        </w:rPr>
        <w:t xml:space="preserve">[27:48] </w:t>
      </w:r>
      <w:r>
        <w:t>This kind of categorization is not mentioned in the Quran or</w:t>
      </w:r>
    </w:p>
    <w:p>
      <w:pPr>
        <w:jc w:val="right"/>
      </w:pPr>
      <w:r>
        <w:t>دس کائنڈ آف کیٹیگرائزیشن از ناٹ مینشن ان دا قرآن اور</w:t>
      </w:r>
    </w:p>
    <w:p>
      <w:r>
        <w:rPr>
          <w:b/>
        </w:rPr>
        <w:t xml:space="preserve">[27:54] </w:t>
      </w:r>
      <w:r>
        <w:t>hadith. This this kind of categorization developed only in latter period of history.</w:t>
      </w:r>
    </w:p>
    <w:p>
      <w:pPr>
        <w:jc w:val="right"/>
      </w:pPr>
      <w:r>
        <w:t>حدیث۔ دس دس کائنڈ آف کیٹیگرائزیشن ڈیولپڈ اونلی ان لیٹر پیریڈ آف ہسٹری۔</w:t>
      </w:r>
    </w:p>
    <w:p>
      <w:r>
        <w:rPr>
          <w:b/>
        </w:rPr>
        <w:t xml:space="preserve">[28:03] </w:t>
      </w:r>
      <w:r>
        <w:t>at is not mentioned in the Quran and Hadith. According to Quran, the whole world is dal insan.</w:t>
      </w:r>
    </w:p>
    <w:p>
      <w:pPr>
        <w:jc w:val="right"/>
      </w:pPr>
      <w:r>
        <w:t>اٹ از ناٹ مینشن ان دا قرآن اینڈ حدیث۔ اکارڈنگ ٹو قرآن، دا ہول ورلڈ از دال انسان۔</w:t>
      </w:r>
    </w:p>
    <w:p>
      <w:r>
        <w:rPr>
          <w:b/>
        </w:rPr>
        <w:t xml:space="preserve">[28:15] </w:t>
      </w:r>
      <w:r>
        <w:t>This is my, this is my, this is the result of my study. Assalam o alaikum wa rehmatullahi wa barakatuh.</w:t>
      </w:r>
    </w:p>
    <w:p>
      <w:pPr>
        <w:jc w:val="right"/>
      </w:pPr>
      <w:r>
        <w:t>دس از مائی دس از مائی دس از دا رزلٹ آف مائی اسٹڈی۔ السلام علیکم ورحمۃ اللہ وبرکاتہ۔</w:t>
      </w:r>
    </w:p>
    <w:p>
      <w:r>
        <w:rPr>
          <w:b/>
        </w:rPr>
        <w:t xml:space="preserve">[28:41] </w:t>
      </w:r>
      <w:r>
        <w:t>ah raziya ne likha hai: "Maulana, Maulana made it very clear that not abolishing freedom is part of God's plan to create challenge in this world and ensure that man constantly strives to develop himself by facing that challenge." Maulana, this is an amazing point: "Freedom is the secret right of every human being given by God Almighty."</w:t>
      </w:r>
    </w:p>
    <w:p>
      <w:pPr>
        <w:jc w:val="right"/>
      </w:pPr>
      <w:r>
        <w:t>اہ راضیہ نے لکھا ہے: "مولانا، مولانا میڈ اٹ ویری کلیئر دیٹ ناٹ ابولشنگ فریڈم از پارٹ آف گاڈز پلان ٹو کریٹ چیلنج ان دس ورلڈ اینڈ انشور دیٹ مین کانسٹنٹلی سٹرائیوز ٹو ڈیویلپ ہم سیلف بائی فیسنگ دیٹ چیلنج۔" مولانا، دس از این امیزنگ پوائنٹ: "فریڈم از دا سیکرٹ رائٹ آف ایوری ہیومن بینگ گیون بائے گاڈ المائ</w:t>
      </w:r>
    </w:p>
    <w:p>
      <w:r>
        <w:rPr>
          <w:b/>
        </w:rPr>
        <w:t xml:space="preserve">[29:11] </w:t>
      </w:r>
      <w:r>
        <w:t>ti." Maulana, "claim claim" sahib ka question lete hain. Unhon ne likha hai ke "I have already signed up with driving license department that at the time of my death, they can take as many organs as needed from my body." Maulana, is this allowed in Islam?</w:t>
      </w:r>
    </w:p>
    <w:p>
      <w:pPr>
        <w:jc w:val="right"/>
      </w:pPr>
      <w:r>
        <w:t>ٹی۔" مولانا کلیم کلیم صاحب کا کوئسچن لیتے ہیں۔ انہوں نے لکھا ہے کہ "آئی ہیو الریڈی سائنڈ اپ ود ڈرائیونگ لائسنس ڈیپارٹمنٹ دیٹ ایٹ دا ٹائم آف مائی ڈیتھ، دے کین ٹیک ایز مینی ارگنز ایز نیڈڈ فرام مائی باڈی۔" مولانا، از دس الاؤڈ ان اسلام؟</w:t>
      </w:r>
    </w:p>
    <w:p>
      <w:r>
        <w:rPr>
          <w:b/>
        </w:rPr>
        <w:t xml:space="preserve">[29:35] </w:t>
      </w:r>
      <w:r>
        <w:t>yes, yes, there is no doubt about it.</w:t>
      </w:r>
    </w:p>
    <w:p>
      <w:pPr>
        <w:jc w:val="right"/>
      </w:pPr>
      <w:r>
        <w:t>یس، یس، دیر از نو ڈاؤٹ اباؤٹ اٹ۔</w:t>
      </w:r>
    </w:p>
    <w:p>
      <w:r>
        <w:rPr>
          <w:b/>
        </w:rPr>
        <w:t xml:space="preserve">[29:41] </w:t>
      </w:r>
      <w:r>
        <w:t>there is no doubt about it. it is infaq, isi sadqa e jariya. it is yani islam, they account to islamic teaching.</w:t>
      </w:r>
    </w:p>
    <w:p>
      <w:pPr>
        <w:jc w:val="right"/>
      </w:pPr>
      <w:r>
        <w:t>دیر از نو ڈاؤٹ اباؤٹ اٹ۔ اٹ از انفاق، اسی صدقہ جاریہ۔ اٹ از یعنی اسلام، دے اکاؤنٹ ٹو اسلامک ٹیچنگ۔</w:t>
      </w:r>
    </w:p>
    <w:p>
      <w:r>
        <w:rPr>
          <w:b/>
        </w:rPr>
        <w:t xml:space="preserve">[29:53] </w:t>
      </w:r>
      <w:r>
        <w:t>we we are, we have to live in our society as a giver member, giver member of society.</w:t>
      </w:r>
    </w:p>
    <w:p>
      <w:pPr>
        <w:jc w:val="right"/>
      </w:pPr>
      <w:r>
        <w:t>وی وی آر، وی ہیو ٹو لیو ان اور سوسائٹی ایز اے گیور ممبر، گیور ممبر آف سوسائٹی۔</w:t>
      </w:r>
    </w:p>
    <w:p>
      <w:r>
        <w:rPr>
          <w:b/>
        </w:rPr>
        <w:t xml:space="preserve">[30:04] </w:t>
      </w:r>
      <w:r>
        <w:t>and sadqa e jariya iz also a phenomena of giving. ji,</w:t>
      </w:r>
    </w:p>
    <w:p>
      <w:pPr>
        <w:jc w:val="right"/>
      </w:pPr>
      <w:r>
        <w:t>اینڈ صدقہ جاریہ از السو ا فیناومینا آف گیونگ۔ جی،</w:t>
      </w:r>
    </w:p>
    <w:p>
      <w:r>
        <w:rPr>
          <w:b/>
        </w:rPr>
        <w:t xml:space="preserve">[30:14] </w:t>
      </w:r>
      <w:r>
        <w:t>try to live as a giver member of society. and organ donation is also part of this kind of living.</w:t>
      </w:r>
    </w:p>
    <w:p>
      <w:pPr>
        <w:jc w:val="right"/>
      </w:pPr>
      <w:r>
        <w:t>ٹرائی ٹو لیو ایز اے گیور ممبر آف سوسائٹی۔ اینڈ ارگن ڈونیشن از السو پارٹ آف دس کائنڈ آف لیونگ۔</w:t>
      </w:r>
    </w:p>
    <w:p>
      <w:r>
        <w:rPr>
          <w:b/>
        </w:rPr>
        <w:t xml:space="preserve">[30:30] </w:t>
      </w:r>
      <w:r>
        <w:t>Maulana Muslema apa ne bhi ek comment bheja hai. Unhon ne likha hai: "Maulana, you said that what is natural is Islam</w:t>
      </w:r>
    </w:p>
    <w:p>
      <w:pPr>
        <w:jc w:val="right"/>
      </w:pPr>
      <w:r>
        <w:t>مولانا مسلمہ اپا نے بھی ایک کمنٹ بھیجا ہے۔ انہوں نے لکھا ہے: "مولانا، یو سیڈ دیٹ واٹ از نیچرل از اسلام</w:t>
      </w:r>
    </w:p>
    <w:p>
      <w:r>
        <w:rPr>
          <w:b/>
        </w:rPr>
        <w:t xml:space="preserve">[30:42] </w:t>
      </w:r>
      <w:r>
        <w:t>". Does this mean that anything that is unnatural is not Islam?" Yes, yes,</w:t>
      </w:r>
    </w:p>
    <w:p>
      <w:pPr>
        <w:jc w:val="right"/>
      </w:pPr>
      <w:r>
        <w:t>۔ ڈز دس مین دیٹ اینی تھنگ دیٹ از ان نیچرل از ناٹ اسلام؟" یس، یس،</w:t>
      </w:r>
    </w:p>
    <w:p>
      <w:r>
        <w:rPr>
          <w:b/>
        </w:rPr>
        <w:t xml:space="preserve">[30:53] </w:t>
      </w:r>
      <w:r>
        <w:t>Your your your your point is very good point.</w:t>
      </w:r>
    </w:p>
    <w:p>
      <w:pPr>
        <w:jc w:val="right"/>
      </w:pPr>
      <w:r>
        <w:t>یور یور یور یور پوائنٹ از ویری گڈ پوائنٹ۔</w:t>
      </w:r>
    </w:p>
    <w:p>
      <w:r>
        <w:rPr>
          <w:b/>
        </w:rPr>
        <w:t xml:space="preserve">[31:02] </w:t>
      </w:r>
      <w:r>
        <w:t>What is unnatural is against the Islam, and what natural that part of Islam is very good.</w:t>
      </w:r>
    </w:p>
    <w:p>
      <w:pPr>
        <w:jc w:val="right"/>
      </w:pPr>
      <w:r>
        <w:t>واٹ از ان نیچرل از اگینسٹ دی اسلام، اینڈ واٹ نیچرل دیٹ پارٹ آف اسلام از ویری گڈ۔</w:t>
      </w:r>
    </w:p>
    <w:p>
      <w:r>
        <w:rPr>
          <w:b/>
        </w:rPr>
        <w:t xml:space="preserve">[31:10] </w:t>
      </w:r>
      <w:r>
        <w:t>good point. ji,</w:t>
      </w:r>
    </w:p>
    <w:p>
      <w:pPr>
        <w:jc w:val="right"/>
      </w:pPr>
      <w:r>
        <w:t>گڈ پوائنٹ۔ جی،</w:t>
      </w:r>
    </w:p>
    <w:p>
      <w:r>
        <w:rPr>
          <w:b/>
        </w:rPr>
        <w:t xml:space="preserve">[31:12] </w:t>
      </w:r>
      <w:r>
        <w:t>Maulana Razia ne question bheja hai ke "Why, despite being so powerless, man has this false notion of being powerful?" I think it is misuse of freedom,</w:t>
      </w:r>
    </w:p>
    <w:p>
      <w:pPr>
        <w:jc w:val="right"/>
      </w:pPr>
      <w:r>
        <w:t>مولانا راضیہ نے کوئسچن بھیجا ہے کہ "وائی ڈسپائٹ بینگ سو پاورلیس، مین ہیز دس فالس نوشن آف بینگ پاورفل؟" آئی تھنک اٹ از مس یوز آف فریڈم،</w:t>
      </w:r>
    </w:p>
    <w:p>
      <w:r>
        <w:rPr>
          <w:b/>
        </w:rPr>
        <w:t xml:space="preserve">[31:27] </w:t>
      </w:r>
      <w:r>
        <w:t>misuse of freedom.</w:t>
      </w:r>
    </w:p>
    <w:p>
      <w:pPr>
        <w:jc w:val="right"/>
      </w:pPr>
      <w:r>
        <w:t>مس یوز آف فریڈم۔</w:t>
      </w:r>
    </w:p>
    <w:p>
      <w:r>
        <w:rPr>
          <w:b/>
        </w:rPr>
        <w:t xml:space="preserve">[31:30] </w:t>
      </w:r>
      <w:r>
        <w:t>all though, no one can abolish the freedom, but</w:t>
      </w:r>
    </w:p>
    <w:p>
      <w:pPr>
        <w:jc w:val="right"/>
      </w:pPr>
      <w:r>
        <w:t>آل دو، نو ون کین ابولش دا فریڈم، بٹ</w:t>
      </w:r>
    </w:p>
    <w:p>
      <w:r>
        <w:rPr>
          <w:b/>
        </w:rPr>
        <w:t xml:space="preserve">[31:39] </w:t>
      </w:r>
      <w:r>
        <w:t>yani people always try to</w:t>
      </w:r>
    </w:p>
    <w:p>
      <w:pPr>
        <w:jc w:val="right"/>
      </w:pPr>
      <w:r>
        <w:t>یعنی پیپل الویز ٹرائی ٹو</w:t>
      </w:r>
    </w:p>
    <w:p>
      <w:r>
        <w:rPr>
          <w:b/>
        </w:rPr>
        <w:t xml:space="preserve">[31:45] </w:t>
      </w:r>
      <w:r>
        <w:t>try try in success. Although, they know that we they cannot abolish freedom, but they try to to to abolish the freed</w:t>
      </w:r>
    </w:p>
    <w:p>
      <w:pPr>
        <w:jc w:val="right"/>
      </w:pPr>
      <w:r>
        <w:t>ٹرائی ٹرائی ان سکسیس۔ آل دو، دے نو دیٹ وی دے کین ناٹ ابولش فریڈم، بٹ دے ٹرائی ٹو ٹو ٹو ابولش دا فریڈ</w:t>
      </w:r>
    </w:p>
    <w:p>
      <w:r>
        <w:rPr>
          <w:b/>
        </w:rPr>
        <w:t xml:space="preserve">[32:00] </w:t>
      </w:r>
      <w:r>
        <w:t>om. For example, Muslims of everywhere, Muslims have yani Muslims of against of of satab rasool.</w:t>
      </w:r>
    </w:p>
    <w:p>
      <w:pPr>
        <w:jc w:val="right"/>
      </w:pPr>
      <w:r>
        <w:t>م۔ فار ایگزامپل، مسلمز آف ایوری ویر، مسلمز ہیو یعنی مسلمز آف اگینسٹ آف آف ستب رسول۔</w:t>
      </w:r>
    </w:p>
    <w:p>
      <w:r>
        <w:rPr>
          <w:b/>
        </w:rPr>
        <w:t xml:space="preserve">[32:15] </w:t>
      </w:r>
      <w:r>
        <w:t>what is what they call sabb-e-Rasool? Every Muslim is against of this. They they protest, they organize demonstration, they issue fatwa to kill these people, but they failed.</w:t>
      </w:r>
    </w:p>
    <w:p>
      <w:pPr>
        <w:jc w:val="right"/>
      </w:pPr>
      <w:r>
        <w:t>واٹ از واٹ دے کال ستب رسول؟ ایوری مسلمز اگینسٹ آف دس، دے دے پروٹیسٹ، دے اگنائز ڈیمونسٹریشن، دے ایشو فتوی ٹو کل دس پیپل، بٹ دے فیلڈ۔</w:t>
      </w:r>
    </w:p>
    <w:p>
      <w:r>
        <w:rPr>
          <w:b/>
        </w:rPr>
        <w:t xml:space="preserve">[32:30] </w:t>
      </w:r>
      <w:r>
        <w:t>they try to to yani abandon this practice, but they failed, they failed completely failed.</w:t>
      </w:r>
    </w:p>
    <w:p>
      <w:pPr>
        <w:jc w:val="right"/>
      </w:pPr>
      <w:r>
        <w:t>دے ٹرائی ٹو ٹو یعنی ابینڈن دس پریکٹس، بٹ دے فیلڈ، دے فیلڈ کمپلیٹلی فیلڈ۔</w:t>
      </w:r>
    </w:p>
    <w:p>
      <w:r>
        <w:rPr>
          <w:b/>
        </w:rPr>
        <w:t xml:space="preserve">[32:41] </w:t>
      </w:r>
      <w:r>
        <w:t>so, it is, yani, human habit to do something that they cannot do.</w:t>
      </w:r>
    </w:p>
    <w:p>
      <w:pPr>
        <w:jc w:val="right"/>
      </w:pPr>
      <w:r>
        <w:t>سو، اٹ از یعنی ہیومن ہیبٹ ٹو ڈو سمتھنگ دیٹ دے کین ناٹ ڈو۔</w:t>
      </w:r>
    </w:p>
    <w:p>
      <w:r>
        <w:rPr>
          <w:b/>
        </w:rPr>
        <w:t xml:space="preserve">[32:52] </w:t>
      </w:r>
      <w:r>
        <w:t>der az mus use of freedom.</w:t>
      </w:r>
    </w:p>
    <w:p>
      <w:pPr>
        <w:jc w:val="right"/>
      </w:pPr>
      <w:r>
        <w:t>دیر از مس یوز آف فریڈم۔</w:t>
      </w:r>
    </w:p>
    <w:p>
      <w:r>
        <w:rPr>
          <w:b/>
        </w:rPr>
        <w:t xml:space="preserve">[32:57] </w:t>
      </w:r>
      <w:r>
        <w:t>Maulana, normally people think that philanthropy is only possible with those people who have wealth.</w:t>
      </w:r>
    </w:p>
    <w:p>
      <w:pPr>
        <w:jc w:val="right"/>
      </w:pPr>
      <w:r>
        <w:t>مولانا، نارملی پیپل تھنک دیٹ فلنتھراپی از اونلی پوسیبل ود دوست پیپل ہو ہیو ویلتھ۔</w:t>
      </w:r>
    </w:p>
    <w:p>
      <w:r>
        <w:rPr>
          <w:b/>
        </w:rPr>
        <w:t xml:space="preserve">[33:08] </w:t>
      </w:r>
      <w:r>
        <w:t>what about those people who do not have who do not possess material wealth? can they also do philanthropy? yes, there is hadith: "qalb khair is also achaarati."</w:t>
      </w:r>
    </w:p>
    <w:p>
      <w:pPr>
        <w:jc w:val="right"/>
      </w:pPr>
      <w:r>
        <w:t>واٹ اباؤٹ دوست پیپل ہو ڈو ناٹ ہیو ہو ڈو ناٹ پوزیس مٹیریل ویلتھ؟ کین دے السو ڈو فلنتھراپی؟ یس، دیر از حدیث: "قلب خیر از السو اچارٹی۔"</w:t>
      </w:r>
    </w:p>
    <w:p>
      <w:r>
        <w:rPr>
          <w:b/>
        </w:rPr>
        <w:t xml:space="preserve">[33:21] </w:t>
      </w:r>
      <w:r>
        <w:t>There is hadith that if you are, if you have no money, if you have nothing in material terms, then show your show your love towards other.</w:t>
      </w:r>
    </w:p>
    <w:p>
      <w:pPr>
        <w:jc w:val="right"/>
      </w:pPr>
      <w:r>
        <w:t>دیر از حدیث دیٹ اف یو آر، اف یو ہیو نو منی، اف یو ہیو نتھنگ ان مٹیریل ٹرمز، دین شو یور شو یور لو ٹورڈز ادر۔</w:t>
      </w:r>
    </w:p>
    <w:p>
      <w:r>
        <w:rPr>
          <w:b/>
        </w:rPr>
        <w:t xml:space="preserve">[33:38] </w:t>
      </w:r>
      <w:r>
        <w:t>say give them good advice and be be veloosher to other.</w:t>
      </w:r>
    </w:p>
    <w:p>
      <w:pPr>
        <w:jc w:val="right"/>
      </w:pPr>
      <w:r>
        <w:t>سے گیو دیم گڈ ایڈوائس اینڈ بی بی ویلوشر ٹو ادر۔</w:t>
      </w:r>
    </w:p>
    <w:p>
      <w:r>
        <w:rPr>
          <w:b/>
        </w:rPr>
        <w:t xml:space="preserve">[33:47] </w:t>
      </w:r>
      <w:r>
        <w:t>there is also cheri</w:t>
      </w:r>
    </w:p>
    <w:p>
      <w:pPr>
        <w:jc w:val="right"/>
      </w:pPr>
      <w:r>
        <w:t>دیر از السو چیری</w:t>
      </w:r>
    </w:p>
    <w:p>
      <w:r>
        <w:rPr>
          <w:b/>
        </w:rPr>
        <w:t xml:space="preserve">[33:49] </w:t>
      </w:r>
      <w:r>
        <w:t>ty. it is hadith: "if you are well-wisher to other by heart, then there is also a good charity."</w:t>
      </w:r>
    </w:p>
    <w:p>
      <w:pPr>
        <w:jc w:val="right"/>
      </w:pPr>
      <w:r>
        <w:t>ٹی۔ اٹ از حدیث: "اف یو آر ویلوشر ٹو ادر بائی ہارٹ، دین دیر از السو ا گڈ چیریٹی۔"</w:t>
      </w:r>
    </w:p>
    <w:p>
      <w:r>
        <w:rPr>
          <w:b/>
        </w:rPr>
        <w:t xml:space="preserve">[34:05] </w:t>
      </w:r>
      <w:r>
        <w:t>molana,</w:t>
      </w:r>
    </w:p>
    <w:p>
      <w:pPr>
        <w:jc w:val="right"/>
      </w:pPr>
      <w:r>
        <w:t>مولانا،</w:t>
      </w:r>
    </w:p>
    <w:p>
      <w:r>
        <w:rPr>
          <w:b/>
        </w:rPr>
        <w:t xml:space="preserve">[34:06] </w:t>
      </w:r>
      <w:r>
        <w:t>iqbal umri sahib ne bhi bheja hai ek sawal. unhon ne likha hai: "molana sahib, you you mentioned in your lecture just now that islam is based on tauheed and adl, yani justice.</w:t>
      </w:r>
    </w:p>
    <w:p>
      <w:pPr>
        <w:jc w:val="right"/>
      </w:pPr>
      <w:r>
        <w:t>اقبال عمری صاحب نے بھی بھیجا ہے ایک سوال۔ انہوں نے لکھا ہے: "مولانا صاحب، یو یو مینشن ان یور لیکچر جسٹ ناؤ دیٹ اسلام از بیسڈ ان توحید اینڈ عدل، یعنی جسٹس۔</w:t>
      </w:r>
    </w:p>
    <w:p>
      <w:r>
        <w:rPr>
          <w:b/>
        </w:rPr>
        <w:t xml:space="preserve">[34:21] </w:t>
      </w:r>
      <w:r>
        <w:t>please explain us what do you mean by justice and how can we act just in in a life?" is ke bare mein bataein.</w:t>
      </w:r>
    </w:p>
    <w:p>
      <w:pPr>
        <w:jc w:val="right"/>
      </w:pPr>
      <w:r>
        <w:t>پلیز ایکسپلین اس واٹ ڈو یو مین بائی جسٹس اینڈ ہاؤ کین وی ایکٹ جسٹ ان ان ا لائف؟" اس کے بارے میں بتائیں۔</w:t>
      </w:r>
    </w:p>
    <w:p>
      <w:r>
        <w:rPr>
          <w:b/>
        </w:rPr>
        <w:t xml:space="preserve">[34:34] </w:t>
      </w:r>
      <w:r>
        <w:t>according to islam, justice is a high human character, but justice is justice is justice.</w:t>
      </w:r>
    </w:p>
    <w:p>
      <w:pPr>
        <w:jc w:val="right"/>
      </w:pPr>
      <w:r>
        <w:t>اکارڈنگ ٹو اسلام، جسٹس از ا ہائی ہیومن کریکٹر، بٹ جسٹس از جسٹس از جسٹس۔</w:t>
      </w:r>
    </w:p>
    <w:p>
      <w:r>
        <w:rPr>
          <w:b/>
        </w:rPr>
        <w:t xml:space="preserve">[34:50] </w:t>
      </w:r>
      <w:r>
        <w:t>cant be imposed.</w:t>
      </w:r>
    </w:p>
    <w:p>
      <w:pPr>
        <w:jc w:val="right"/>
      </w:pPr>
      <w:r>
        <w:t>کینٹ بی امپوزڈ۔</w:t>
      </w:r>
    </w:p>
    <w:p>
      <w:r>
        <w:rPr>
          <w:b/>
        </w:rPr>
        <w:t xml:space="preserve">[34:53] </w:t>
      </w:r>
      <w:r>
        <w:t>islam advocates that everyone should follow justice, but it is not allowed in islam that you try to impose justice on other.</w:t>
      </w:r>
    </w:p>
    <w:p>
      <w:pPr>
        <w:jc w:val="right"/>
      </w:pPr>
      <w:r>
        <w:t>اسلام ایڈوکیٹس دیٹ ایوری ون شوڈ فالو جسٹس، بٹ اٹ از ناٹ الاؤڈ ان اسلام دیٹ یو ٹرائی ٹو امپوز جسٹس ان ادر۔</w:t>
      </w:r>
    </w:p>
    <w:p>
      <w:r>
        <w:rPr>
          <w:b/>
        </w:rPr>
        <w:t xml:space="preserve">[35:10] </w:t>
      </w:r>
      <w:r>
        <w:t>it is not a a item of</w:t>
      </w:r>
    </w:p>
    <w:p>
      <w:pPr>
        <w:jc w:val="right"/>
      </w:pPr>
      <w:r>
        <w:t>اٹ از ناٹ ا ائٹم اف</w:t>
      </w:r>
    </w:p>
    <w:p>
      <w:r>
        <w:rPr>
          <w:b/>
        </w:rPr>
        <w:t xml:space="preserve">[35:16] </w:t>
      </w:r>
      <w:r>
        <w:t>imposition. it is item of yani self following. you have to follow justice in your life.</w:t>
      </w:r>
    </w:p>
    <w:p>
      <w:pPr>
        <w:jc w:val="right"/>
      </w:pPr>
      <w:r>
        <w:t>امپوزیشن۔ اٹ از ائٹم اف یعنی سیلف فالونگ۔ یو ہیو ٹو فالو جسٹس ان یور لائف۔</w:t>
      </w:r>
    </w:p>
    <w:p>
      <w:r>
        <w:rPr>
          <w:b/>
        </w:rPr>
        <w:t xml:space="preserve">[35:29] </w:t>
      </w:r>
      <w:r>
        <w:t>it is not good to try to impose justice on other. that will create violence, that will create confrontation.</w:t>
      </w:r>
    </w:p>
    <w:p>
      <w:pPr>
        <w:jc w:val="right"/>
      </w:pPr>
      <w:r>
        <w:t>اٹ از ناٹ گڈ ٹو ٹرائی ٹو امپوز جسٹس ان ادر۔ دیٹ ویل کریٹ وائلنس، دیٹ ویل کریٹ کنفرنٹیشن۔</w:t>
      </w:r>
    </w:p>
    <w:p>
      <w:r>
        <w:rPr>
          <w:b/>
        </w:rPr>
        <w:t xml:space="preserve">[35:38] </w:t>
      </w:r>
      <w:r>
        <w:t>that that so this will lead to to injustice. if you try to impose justice by force, that will lead to injustice because is bound to create confrontation, violence and fighting.</w:t>
      </w:r>
    </w:p>
    <w:p>
      <w:pPr>
        <w:jc w:val="right"/>
      </w:pPr>
      <w:r>
        <w:t>دیٹ دیٹ سو دس ویل لیڈ ٹو ٹو انجسٹس۔ اف یو ٹرائی ٹو امپوز جسٹس بائی فورس، دیٹ ویل لیڈ ٹو انجسٹس بیکاز از باؤنڈ ٹو کریٹ کنفرنٹیشن، وائلنس اینڈ فائٹنگ۔</w:t>
      </w:r>
    </w:p>
    <w:p>
      <w:r>
        <w:rPr>
          <w:b/>
        </w:rPr>
        <w:t xml:space="preserve">[36:04] </w:t>
      </w:r>
      <w:r>
        <w:t>molana, ans sahib ne bhi comment bheja hai ke "molana, the most important point that was mentioned in today talk is that judge islam according to quran and sunnah and not as per the muslims practice." molana, why is it that when it comes to organ donation,</w:t>
      </w:r>
    </w:p>
    <w:p>
      <w:pPr>
        <w:jc w:val="right"/>
      </w:pPr>
      <w:r>
        <w:t>مولانا، انس صاحب نے بھی کمنٹ بھیجا ہے کہ "مولانا، دا موسٹ امپورٹنٹ پوائنٹ دیٹ واز مینشن ان ٹوڈے ٹاک از دیٹ جج اسلام اکارڈنگ ٹو قرآن اینڈ سنت اینڈ ناٹ ایز پر دا مسلمز پریکٹس۔" مولانا، وائی از اٹ دیٹ وین اٹ کمز ٹو ارگن ڈونیشن،</w:t>
      </w:r>
    </w:p>
    <w:p>
      <w:r>
        <w:rPr>
          <w:b/>
        </w:rPr>
        <w:t xml:space="preserve">[36:28] </w:t>
      </w:r>
      <w:r>
        <w:t>muslim say that it is not permissible in islam? what are their basis? wa</w:t>
      </w:r>
    </w:p>
    <w:p>
      <w:pPr>
        <w:jc w:val="right"/>
      </w:pPr>
      <w:r>
        <w:t>مسلم سے دیٹ اٹ از ناٹ پرمسیبل ان اسلام؟ واٹ ار دیر بیسز؟ وا</w:t>
      </w:r>
    </w:p>
    <w:p>
      <w:r>
        <w:rPr>
          <w:b/>
        </w:rPr>
        <w:t xml:space="preserve">[36:34] </w:t>
      </w:r>
      <w:r>
        <w:t>t is their premise that why do they say that organ donation is not allowed? there is hadith that masla is not allowed in islam.</w:t>
      </w:r>
    </w:p>
    <w:p>
      <w:pPr>
        <w:jc w:val="right"/>
      </w:pPr>
      <w:r>
        <w:t>ٹ از دیر پرمائز دیٹ وائی ڈو دے سے دیٹ ارگن ڈونیشن از ناٹ الاؤڈ؟ دیر از حدیث دیٹ مسئلہ از ناٹ الاؤڈ ان اسلام۔</w:t>
      </w:r>
    </w:p>
    <w:p>
      <w:r>
        <w:rPr>
          <w:b/>
        </w:rPr>
        <w:t xml:space="preserve">[36:45] </w:t>
      </w:r>
      <w:r>
        <w:t>so they take masla in in that term</w:t>
      </w:r>
    </w:p>
    <w:p>
      <w:pPr>
        <w:jc w:val="right"/>
      </w:pPr>
      <w:r>
        <w:t>سو دے ٹیک مسئلہ ان ان دیٹ ٹرم</w:t>
      </w:r>
    </w:p>
    <w:p>
      <w:r>
        <w:rPr>
          <w:b/>
        </w:rPr>
        <w:t xml:space="preserve">[36:52] </w:t>
      </w:r>
      <w:r>
        <w:t>. they say that organ donation is masla, but it is wrong because masla means disfigurement.</w:t>
      </w:r>
    </w:p>
    <w:p>
      <w:pPr>
        <w:jc w:val="right"/>
      </w:pPr>
      <w:r>
        <w:t>۔ دے سے دیٹ ارگن ڈونیشن از مسئلہ، بٹ اٹ از رونگ بیکاز مسئلہ مینز ڈسفگرمنٹ۔</w:t>
      </w:r>
    </w:p>
    <w:p>
      <w:r>
        <w:rPr>
          <w:b/>
        </w:rPr>
        <w:t xml:space="preserve">[37:04] </w:t>
      </w:r>
      <w:r>
        <w:t>disfigurement and organ donation is not disfigurement. it is and honorable, is very respectable act.</w:t>
      </w:r>
    </w:p>
    <w:p>
      <w:pPr>
        <w:jc w:val="right"/>
      </w:pPr>
      <w:r>
        <w:t>ڈسفگرمنٹ اینڈ ارگن ڈونیشن از ناٹ ڈسفگرمنٹ۔ اٹ از اینڈ انریبل، از ویری ریسپیکٹیبل ایکٹ۔</w:t>
      </w:r>
    </w:p>
    <w:p>
      <w:r>
        <w:rPr>
          <w:b/>
        </w:rPr>
        <w:t xml:space="preserve">[37:16] </w:t>
      </w:r>
      <w:r>
        <w:t>it is not masla, it is not dis, it is not disfigurement</w:t>
      </w:r>
    </w:p>
    <w:p>
      <w:pPr>
        <w:jc w:val="right"/>
      </w:pPr>
      <w:r>
        <w:t>اٹ از ناٹ مسئلہ، اٹ از ناٹ ڈس، اٹ از ناٹ ڈسفگرمنٹ</w:t>
      </w:r>
    </w:p>
    <w:p>
      <w:r>
        <w:rPr>
          <w:b/>
        </w:rPr>
        <w:t xml:space="preserve">[37:21] </w:t>
      </w:r>
      <w:r>
        <w:t>. so it is yani it is a mis understanding that they equate masla to and organ donation.</w:t>
      </w:r>
    </w:p>
    <w:p>
      <w:pPr>
        <w:jc w:val="right"/>
      </w:pPr>
      <w:r>
        <w:t>۔ سو اٹ از یعنی اٹ از ا مس انڈرسٹینڈنگ دیٹ دے ایکویٹ مسئلہ ٹو اینڈ ارگن ڈونیشن۔</w:t>
      </w:r>
    </w:p>
    <w:p>
      <w:r>
        <w:rPr>
          <w:b/>
        </w:rPr>
        <w:t xml:space="preserve">[37:35] </w:t>
      </w:r>
      <w:r>
        <w:t>det is completely wrong. Maulana, what you have explain? You know, dosto, you have given us a new perspective about organ donation when you said that no, it is it is not masla, it is not a disfigurement, it is sadqa j</w:t>
      </w:r>
    </w:p>
    <w:p>
      <w:pPr>
        <w:jc w:val="right"/>
      </w:pPr>
      <w:r>
        <w:t>دیٹ از کمپلیٹلی رونگ۔ مولانا، واٹ یو ہیو ایکسپلین؟ یو نو، دوستو، یو ہیو گیون اس ا نیو پرسپیکٹو اباؤٹ ارگن ڈونیشن وین یو سیڈ دیٹ نو، اٹ از اٹ از ناٹ مسئلہ، اٹ از ناٹ ا ڈسفگرمنٹ، اٹ از صدقہ ج</w:t>
      </w:r>
    </w:p>
    <w:p>
      <w:r>
        <w:rPr>
          <w:b/>
        </w:rPr>
        <w:t xml:space="preserve">[37:51] </w:t>
      </w:r>
      <w:r>
        <w:t>ariyah. So in a in a sense, in a way, you have re discovered, you have re defined the ah teachings of Islam from the same source.</w:t>
      </w:r>
    </w:p>
    <w:p>
      <w:pPr>
        <w:jc w:val="right"/>
      </w:pPr>
      <w:r>
        <w:t>اریہ۔ سو ان ا ان ا سینس، ان ا وے، یو ہیو ری ڈسکورڈ، یو ہیو ری ڈیفائن دا اہ ٹیچنگز اف اسلام فرام دا سیم سورس۔</w:t>
      </w:r>
    </w:p>
    <w:p>
      <w:r>
        <w:rPr>
          <w:b/>
        </w:rPr>
        <w:t xml:space="preserve">[38:02] </w:t>
      </w:r>
      <w:r>
        <w:t>You have ah interpreted or you have come out with a positive thing. Now, ah Maulana, what what is the formula of it?</w:t>
      </w:r>
    </w:p>
    <w:p>
      <w:pPr>
        <w:jc w:val="right"/>
      </w:pPr>
      <w:r>
        <w:t>یو ہیو اہ انٹرپریٹیٹڈ اور یو ہیو کم اؤٹ ود ا پوزیٹیو تھنگ۔ ناو، اہ مولانا، واٹ واٹ از دا فارمولا اف اٹ؟</w:t>
      </w:r>
    </w:p>
    <w:p>
      <w:r>
        <w:rPr>
          <w:b/>
        </w:rPr>
        <w:t xml:space="preserve">[38:11] </w:t>
      </w:r>
      <w:r>
        <w:t>How should we, you know, how should we see things in a positive</w:t>
      </w:r>
    </w:p>
    <w:p>
      <w:pPr>
        <w:jc w:val="right"/>
      </w:pPr>
      <w:r>
        <w:t>ہاؤ شوڈ وی، یو نو، ہاؤ شوڈ وی سی تھنگز ان ا پوزیٹیو</w:t>
      </w:r>
    </w:p>
    <w:p>
      <w:r>
        <w:rPr>
          <w:b/>
        </w:rPr>
        <w:t xml:space="preserve">[38:17] </w:t>
      </w:r>
      <w:r>
        <w:t>manner? Ab why, why its only you who is able to see the positive side, whereas other people only they only follow the, you know, what is mentioned in the text?</w:t>
      </w:r>
    </w:p>
    <w:p>
      <w:pPr>
        <w:jc w:val="right"/>
      </w:pPr>
      <w:r>
        <w:t>مینر؟ اب وائی، وائی اٹس اونلی یو ہو از ایبل ٹو سی دا پوزیٹیو سائیڈ، ویر ایز ادر پیپل اونلی دے اونلی فالو دا، یو نو، واٹ از مینشن ان دا ٹیکسٹ؟</w:t>
      </w:r>
    </w:p>
    <w:p>
      <w:r>
        <w:rPr>
          <w:b/>
        </w:rPr>
        <w:t xml:space="preserve">[38:31] </w:t>
      </w:r>
      <w:r>
        <w:t>Why they have not been able to understand it? Its its current, you know, implement in current situation, current context.</w:t>
      </w:r>
    </w:p>
    <w:p>
      <w:pPr>
        <w:jc w:val="right"/>
      </w:pPr>
      <w:r>
        <w:t>وائی دے ہیو ناٹ بین ایبل ٹو انڈرسٹینڈ اٹ؟ اٹس اٹس کرنٹ، یو نو، امپلیمنٹ ان کرنٹ سچویشن، کرنٹ کانٹیکسٹ۔</w:t>
      </w:r>
    </w:p>
    <w:p>
      <w:r>
        <w:rPr>
          <w:b/>
        </w:rPr>
        <w:t xml:space="preserve">[38:42] </w:t>
      </w:r>
      <w:r>
        <w:t>According to my experience, people generally live in bias, in complex.</w:t>
      </w:r>
    </w:p>
    <w:p>
      <w:pPr>
        <w:jc w:val="right"/>
      </w:pPr>
      <w:r>
        <w:t>اکارڈنگ ٹو مائی ایکسپیرینس، پیپل جنرلی لیو ان بائس، ان کمپلیکس۔</w:t>
      </w:r>
    </w:p>
    <w:p>
      <w:r>
        <w:rPr>
          <w:b/>
        </w:rPr>
        <w:t xml:space="preserve">[38:50] </w:t>
      </w:r>
      <w:r>
        <w:t>In the psychology of reaction to do this kind of psychology, they fail to see things in the right way.</w:t>
      </w:r>
    </w:p>
    <w:p>
      <w:pPr>
        <w:jc w:val="right"/>
      </w:pPr>
      <w:r>
        <w:t>ان دا سائیکالوجی اف ری ایکشن ٹو ڈو دس کائنڈ اف سائیکالوجی، دے فیل ٹو سی تھنگز ان دا رائٹ وے۔</w:t>
      </w:r>
    </w:p>
    <w:p>
      <w:r>
        <w:rPr>
          <w:b/>
        </w:rPr>
        <w:t xml:space="preserve">[39:01] </w:t>
      </w:r>
      <w:r>
        <w:t>I am free of bias, I have no complex against anyone. I see things objectively,</w:t>
      </w:r>
    </w:p>
    <w:p>
      <w:pPr>
        <w:jc w:val="right"/>
      </w:pPr>
      <w:r>
        <w:t>ائی ایم فری اف بوائس، ائی ہیو نو کمپلیکس اگینسٹ اینی ون۔ ائی سی تھنگز ابجیکٹولی،</w:t>
      </w:r>
    </w:p>
    <w:p>
      <w:r>
        <w:rPr>
          <w:b/>
        </w:rPr>
        <w:t xml:space="preserve">[39:10] </w:t>
      </w:r>
      <w:r>
        <w:t>so I am able to to</w:t>
      </w:r>
    </w:p>
    <w:p>
      <w:pPr>
        <w:jc w:val="right"/>
      </w:pPr>
      <w:r>
        <w:t>سو ائی ایم ایبل ٹو ٹو</w:t>
      </w:r>
    </w:p>
    <w:p>
      <w:r>
        <w:rPr>
          <w:b/>
        </w:rPr>
        <w:t xml:space="preserve">[39:17] </w:t>
      </w:r>
      <w:r>
        <w:t>to to think in the right way. There is a hadith: "Allah ashya kabahi".</w:t>
      </w:r>
    </w:p>
    <w:p>
      <w:pPr>
        <w:jc w:val="right"/>
      </w:pPr>
      <w:r>
        <w:t>ٹو ٹو تھنک ان دا رائٹ وے۔ دیر از ا حدیث: "اللہ اشیاء کباہی"۔</w:t>
      </w:r>
    </w:p>
    <w:p>
      <w:r>
        <w:rPr>
          <w:b/>
        </w:rPr>
        <w:t xml:space="preserve">[39:29] </w:t>
      </w:r>
      <w:r>
        <w:t>It is dua: "Allah ashya kabahi" yani O God, see me. Things as it is.</w:t>
      </w:r>
    </w:p>
    <w:p>
      <w:pPr>
        <w:jc w:val="right"/>
      </w:pPr>
      <w:r>
        <w:t>اٹ از دعا: "اللہ اشیاء کباہی" یعنی او گاڈ، سی می۔ تھنگز ایز اٹ از۔</w:t>
      </w:r>
    </w:p>
    <w:p>
      <w:r>
        <w:rPr>
          <w:b/>
        </w:rPr>
        <w:t xml:space="preserve">[39:39] </w:t>
      </w:r>
      <w:r>
        <w:t>It is also character of Muslims to think objectively as it is. To I have developed this kind of thinking.</w:t>
      </w:r>
    </w:p>
    <w:p>
      <w:pPr>
        <w:jc w:val="right"/>
      </w:pPr>
      <w:r>
        <w:t>اٹ از السو کریکٹر اف مسلمز ٹو تھنک ابجیکٹولی ایز اٹ از۔ تو ائی ہیو ڈیولپڈ دس کائنڈ اف تھنکنگ۔</w:t>
      </w:r>
    </w:p>
    <w:p>
      <w:r>
        <w:rPr>
          <w:b/>
        </w:rPr>
        <w:t xml:space="preserve">[39:52] </w:t>
      </w:r>
      <w:r>
        <w:t>I have no bias, no reaction, no degrade thought, no prejudice. So I am able to see things in the right way.</w:t>
      </w:r>
    </w:p>
    <w:p>
      <w:pPr>
        <w:jc w:val="right"/>
      </w:pPr>
      <w:r>
        <w:t>ائی ہیو نو بائس، نو ری ایکشن، نو ڈیگریڈ تھاٹ، نو پریجسس۔ سو ائی ایم ایبل ٹو سی تھنگز ان دا رائٹ وے۔</w:t>
      </w:r>
    </w:p>
    <w:p>
      <w:r>
        <w:rPr>
          <w:b/>
        </w:rPr>
        <w:t xml:space="preserve">[40:06] </w:t>
      </w:r>
      <w:r>
        <w:t>I can see things from right angle. This is the reason.</w:t>
      </w:r>
    </w:p>
    <w:p>
      <w:pPr>
        <w:jc w:val="right"/>
      </w:pPr>
      <w:r>
        <w:t>ائی کین سی تھنگز فرام رائٹ اینگل۔ دس از دا ریزن۔</w:t>
      </w:r>
    </w:p>
    <w:p>
      <w:r>
        <w:rPr>
          <w:b/>
        </w:rPr>
        <w:t xml:space="preserve">[40:16] </w:t>
      </w:r>
      <w:r>
        <w:t>So Maulana, are you saying that you know, it is it is natural that people get fall prey of biases?</w:t>
      </w:r>
    </w:p>
    <w:p>
      <w:pPr>
        <w:jc w:val="right"/>
      </w:pPr>
      <w:r>
        <w:t>سو مولانا، ار یو سینگ دیٹ یو نو، اٹ از اٹ از نیچرل دیٹ پیپل گیٹ فال پری اف بائسز؟</w:t>
      </w:r>
    </w:p>
    <w:p>
      <w:r>
        <w:rPr>
          <w:b/>
        </w:rPr>
        <w:t xml:space="preserve">[40:25] </w:t>
      </w:r>
      <w:r>
        <w:t>So let's say, if somebody has born in a Muslim family, learn the tradition and culture from his parents. So whenever he or she thinks about any thing, there are biases.</w:t>
      </w:r>
    </w:p>
    <w:p>
      <w:pPr>
        <w:jc w:val="right"/>
      </w:pPr>
      <w:r>
        <w:t>سو لیٹس سے، اف سم بڈی ہیز بورن ان ا مسلم فیملی، لرن دا ٹریڈیشن اینڈ کلچر فرام ہز پیرنٹس۔ سو وین ایور ہی اور شی تھنکس اباؤٹ اینی تھنگ، دیر ار بائسز۔</w:t>
      </w:r>
    </w:p>
    <w:p>
      <w:r>
        <w:rPr>
          <w:b/>
        </w:rPr>
        <w:t xml:space="preserve">[40:40] </w:t>
      </w:r>
      <w:r>
        <w:t>So it is important for a person to remove those biases and see things objectively.</w:t>
      </w:r>
    </w:p>
    <w:p>
      <w:pPr>
        <w:jc w:val="right"/>
      </w:pPr>
      <w:r>
        <w:t>سو اٹ از امپورٹنٹ فار ا پرسن ٹو ریموو دوست بائسز اینڈ سی تھنگز ابجیکٹولی۔</w:t>
      </w:r>
    </w:p>
    <w:p>
      <w:r>
        <w:rPr>
          <w:b/>
        </w:rPr>
        <w:t xml:space="preserve">[40:46] </w:t>
      </w:r>
      <w:r>
        <w:t>You are right, you are right. All these yani all these things are due to conditioning.</w:t>
      </w:r>
    </w:p>
    <w:p>
      <w:pPr>
        <w:jc w:val="right"/>
      </w:pPr>
      <w:r>
        <w:t>یو ار رائٹ، یو ار رائٹ۔ ال دیز یعنی ال دیز تھنگز ار ڈیو ٹو کنڈیشننگ۔</w:t>
      </w:r>
    </w:p>
    <w:p>
      <w:r>
        <w:rPr>
          <w:b/>
        </w:rPr>
        <w:t xml:space="preserve">[40:57] </w:t>
      </w:r>
      <w:r>
        <w:t>Conditioning. So if you de condition your mind, then you can see thing in the right way.</w:t>
      </w:r>
    </w:p>
    <w:p>
      <w:pPr>
        <w:jc w:val="right"/>
      </w:pPr>
      <w:r>
        <w:t>کنڈیشننگ۔ سو اف یو ڈی کنڈیشن یور مائنڈ، دین یو کین سی تھنگ ان دا رائٹ وے۔</w:t>
      </w:r>
    </w:p>
    <w:p>
      <w:r>
        <w:rPr>
          <w:b/>
        </w:rPr>
        <w:t xml:space="preserve">[41:09] </w:t>
      </w:r>
      <w:r>
        <w:t>Conditioning is the problem.</w:t>
      </w:r>
    </w:p>
    <w:p>
      <w:pPr>
        <w:jc w:val="right"/>
      </w:pPr>
      <w:r>
        <w:t>کنڈیشننگ از دا پرابلم۔</w:t>
      </w:r>
    </w:p>
    <w:p>
      <w:r>
        <w:rPr>
          <w:b/>
        </w:rPr>
        <w:t xml:space="preserve">[41:18] </w:t>
      </w:r>
      <w:r>
        <w:t>Maulana Kaleem sahib ne ek bheja hai question. Unho ne likha hai: "One of my friends from Pakistan told me that non Muslims there are refusing to take Quran for the fear of them being accused of desecrating it.</w:t>
      </w:r>
    </w:p>
    <w:p>
      <w:pPr>
        <w:jc w:val="right"/>
      </w:pPr>
      <w:r>
        <w:t>مولانا کلیم صاحب نے ایک بھیجا ہے کوئسچن۔ انہوں نے لکھا ہے: "ون اف مائی فرینڈز فرام پاکستان ٹولڈ می دیٹ نان مسلمز دیر ار ریفیوزنگ ٹو ٹیک قرآن فار دا فیئر اف دیم بینگ اکیوزڈ اف ڈیسیکریٹنگ اٹ۔</w:t>
      </w:r>
    </w:p>
    <w:p>
      <w:r>
        <w:rPr>
          <w:b/>
        </w:rPr>
        <w:t xml:space="preserve">[41:37] </w:t>
      </w:r>
      <w:r>
        <w:t>What do you say about this?" If it is,</w:t>
      </w:r>
    </w:p>
    <w:p>
      <w:pPr>
        <w:jc w:val="right"/>
      </w:pPr>
      <w:r>
        <w:t>واٹ ڈو یو سے اباؤٹ دس؟" اف اٹ از،</w:t>
      </w:r>
    </w:p>
    <w:p>
      <w:r>
        <w:rPr>
          <w:b/>
        </w:rPr>
        <w:t xml:space="preserve">[41:43] </w:t>
      </w:r>
      <w:r>
        <w:t>that is very wrong. Yani the blame goes to Muslims. Why Muslims have created such atmosphere?</w:t>
      </w:r>
    </w:p>
    <w:p>
      <w:pPr>
        <w:jc w:val="right"/>
      </w:pPr>
      <w:r>
        <w:t>دیٹ از ویری رونگ۔ یعنی دا بلیم گوز ٹو مسلمز۔ وائی مسلمز ہیو کریٹڈ سچ ایٹمسفیئر؟</w:t>
      </w:r>
    </w:p>
    <w:p>
      <w:r>
        <w:rPr>
          <w:b/>
        </w:rPr>
        <w:t xml:space="preserve">[41:52] </w:t>
      </w:r>
      <w:r>
        <w:t>Such in India, it is not this kind of fear.</w:t>
      </w:r>
    </w:p>
    <w:p>
      <w:pPr>
        <w:jc w:val="right"/>
      </w:pPr>
      <w:r>
        <w:t>سچ ان انڈیا، اٹ از ناٹ دس کائنڈ اف فیئر۔</w:t>
      </w:r>
    </w:p>
    <w:p>
      <w:r>
        <w:rPr>
          <w:b/>
        </w:rPr>
        <w:t xml:space="preserve">[42:01] </w:t>
      </w:r>
      <w:r>
        <w:t>you can fight in India, but if it is in Pakistan, that the blame goes to Muslims.</w:t>
      </w:r>
    </w:p>
    <w:p>
      <w:pPr>
        <w:jc w:val="right"/>
      </w:pPr>
      <w:r>
        <w:t>یو کین فائٹ ان انڈیا، بٹ اف اٹ از ان پاکستان، دیٹ دا بلیم گوز ٹو مسلمز۔</w:t>
      </w:r>
    </w:p>
    <w:p>
      <w:r>
        <w:rPr>
          <w:b/>
        </w:rPr>
        <w:t xml:space="preserve">[42:10] </w:t>
      </w:r>
      <w:r>
        <w:t>it is it is duty of Muslims to remove this kind of disaffection. Maulana Abdul Basit sahib ne bhi kuch bheja hai comment.</w:t>
      </w:r>
    </w:p>
    <w:p>
      <w:pPr>
        <w:jc w:val="right"/>
      </w:pPr>
      <w:r>
        <w:t>اٹ از اٹ از ڈیوٹی اف مسلمز ٹو ریموو دس کائنڈ اف ڈسکنفکشن۔ مولانا عبدالباسط صاحب نے بھی کچھ بھیجا ہے کمنٹ۔</w:t>
      </w:r>
    </w:p>
    <w:p>
      <w:r>
        <w:rPr>
          <w:b/>
        </w:rPr>
        <w:t xml:space="preserve">[42:20] </w:t>
      </w:r>
      <w:r>
        <w:t>unhone likha hai: "Maulana, aap ne jo baat kahi ke azaadi-e-rai har insaan ka haq hai,</w:t>
      </w:r>
    </w:p>
    <w:p>
      <w:pPr>
        <w:jc w:val="right"/>
      </w:pPr>
      <w:r>
        <w:t>انہوں نے لکھا ہے: "مولانا، اپ نے جو بات کہی کہ ازادی اے رائے ہر انسان کا حق ہے،</w:t>
      </w:r>
    </w:p>
    <w:p>
      <w:r>
        <w:rPr>
          <w:b/>
        </w:rPr>
        <w:t xml:space="preserve">[42:30] </w:t>
      </w:r>
      <w:r>
        <w:t>main yeh samajhta tha ke is duniya mein sirf haq bolne wale ke liye bolne ka haq hai. Agar koi galat bole to usko bolne mat do, lekin aap ko parhne se aur aap ki taqreer sunne ke baad zehan khula ke haq khula ke galat bolne wale ki azaadi khatam nahi karni hai, balkay uski galatfehmi door karni hai." He is right,</w:t>
      </w:r>
    </w:p>
    <w:p>
      <w:pPr>
        <w:jc w:val="right"/>
      </w:pPr>
      <w:r>
        <w:t>میں یہ سمجھتا تھا کہ اس دنیا میں صرف حق بولنے والے کے لیے بولنے کا حق ہے۔ اگر کوئی غلط بولے تو اس کو بولنے مت دو، لیکن اپ کو پڑھنے سے اور اپ کی تقریر سننے کے بعد ذہن کھلا کہ حق کھلا کہ غلط بولنے والے کی ازادی ختم نہیں کرنی ہے، بلکہ اس کی غلط فہمی دور کرنی ہے۔" ہی از رائٹ،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