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Interaction January 30, 2022</w:t>
      </w:r>
    </w:p>
    <w:p>
      <w:r>
        <w:t>https://www.youtube.com/watch?v=Q4CTlqZId2g</w:t>
      </w:r>
    </w:p>
    <w:p>
      <w:r>
        <w:rPr>
          <w:b/>
        </w:rPr>
        <w:t xml:space="preserve">[00:13] </w:t>
      </w:r>
      <w:r>
        <w:t>Assalamualikum. Good evening, dear ladies. A very warm welcome today. Today is 01/30/2022. And as we all know that the format of CPS ladies interaction group has been changed since January 2022. What we have decided that we will give four topics each in every week of this month.</w:t>
      </w:r>
    </w:p>
    <w:p>
      <w:pPr>
        <w:jc w:val="right"/>
      </w:pPr>
      <w:r>
        <w:t>अस्सलामालिकुम. Good evening, dear ladies. A very warm welcome today. Today is 01/30/2022. And as we all know that the format of CPS ladies interaction group has been changed since January 2022. What we have decided that we will give four topics each in every week of this month.</w:t>
      </w:r>
    </w:p>
    <w:p>
      <w:r>
        <w:rPr>
          <w:b/>
        </w:rPr>
        <w:t xml:space="preserve">[00:42] </w:t>
      </w:r>
      <w:r>
        <w:t>And this entire month of learning, sharing, and our takeaway for the four topics that we have discussed during this entire month. Now it has come to a culmination. And today, we will reflect upon what we have already learned and discussed.</w:t>
      </w:r>
    </w:p>
    <w:p>
      <w:pPr>
        <w:jc w:val="right"/>
      </w:pPr>
      <w:r>
        <w:t>And this entire month of learning, sharing, and our takeaway for the four topics that we have discussed during this entire month. Now it has come to a culmination. And today, we will reflect upon what we have already learned and discussed.</w:t>
      </w:r>
    </w:p>
    <w:p>
      <w:r>
        <w:rPr>
          <w:b/>
        </w:rPr>
        <w:t xml:space="preserve">[01:03] </w:t>
      </w:r>
      <w:r>
        <w:t>And based on that learning, anyone who wants to share their learning, give feedback, or their reflection on the topic discussed on in this entire month can do so. And, also, this platform is open for all the ladies who are participating in this Zoom meeting. They can participate. They can reach out. They can give their suggestions.</w:t>
      </w:r>
    </w:p>
    <w:p>
      <w:pPr>
        <w:jc w:val="right"/>
      </w:pPr>
      <w:r>
        <w:t>And based on that learning, anyone who wants to share their learning, give feedback, or their reflection on the topic discussed on in this entire month can do so. And, also, this platform is open for all the ladies who are participating in this Zoom meeting. They can participate. They can reach out. They can give their suggestions.</w:t>
      </w:r>
    </w:p>
    <w:p>
      <w:r>
        <w:rPr>
          <w:b/>
        </w:rPr>
        <w:t xml:space="preserve">[01:29] </w:t>
      </w:r>
      <w:r>
        <w:t>They can give give their feedback or have any queries regarding the topic. But one thing that we need to note that the whatever they share, whatever their feedback is, it should be very short, precise, and meaningful. Let me introduce myself. I am Shabina Ali from CPS Kolkata. And on our panel, we have Doctor Farida Khanoom, CPS international chairperson.</w:t>
      </w:r>
    </w:p>
    <w:p>
      <w:pPr>
        <w:jc w:val="right"/>
      </w:pPr>
      <w:r>
        <w:t>They can give give their feedback or have any queries regarding the topic. But one thing that we need to note that the whatever they share, whatever their feedback is, it should be very short, precise, and meaningful. Let me introduce myself. I am शविना अली from CPS कोलकाता. And on our panel, we have doctor फरीदा खानम, CPS international chairperson.</w:t>
      </w:r>
    </w:p>
    <w:p>
      <w:r>
        <w:rPr>
          <w:b/>
        </w:rPr>
        <w:t xml:space="preserve">[01:57] </w:t>
      </w:r>
      <w:r>
        <w:t>Professor Najma Siddiqui, she is from CPS Delhi. And Miss Farmeeda Khan, CPS International Faizabad and Doctor Safeena Tasneem from CPS Saharanpur. We have many ladies out here. Many ladies around 199 are the members of this group. And, we have very good interaction with each other in this entire month.</w:t>
      </w:r>
    </w:p>
    <w:p>
      <w:pPr>
        <w:jc w:val="right"/>
      </w:pPr>
      <w:r>
        <w:t>Professor नलजमा सिद्दीकी, she is from CPS Delhi. And miss फर्मीदा खान, CPS International फैज़ाबाद and doctor सफ़ीना तबसुम from CPS सहारनपुर. We have many ladies out here. Many ladies around 199 are the members of this group. And, we have very good interaction with each other in this entire month.</w:t>
      </w:r>
    </w:p>
    <w:p>
      <w:r>
        <w:rPr>
          <w:b/>
        </w:rPr>
        <w:t xml:space="preserve">[02:27] </w:t>
      </w:r>
      <w:r>
        <w:t>And I will I will just give you the topics that we have discussed during this period. The first topic was in the first week of January was who will gain entry into paradise. This was our first topic. The second topic was how can we save ourselves from eternal hell. The third topic was god realization or Marifa.</w:t>
      </w:r>
    </w:p>
    <w:p>
      <w:pPr>
        <w:jc w:val="right"/>
      </w:pPr>
      <w:r>
        <w:t>And I will I will just give you the topics that we have discussed during this period. The first topic was in the first week of January was who will gain entry into paradise. This was our first topic. The second topic was how can we save ourselves from eternal health. The third topic was god realization or Marifa.</w:t>
      </w:r>
    </w:p>
    <w:p>
      <w:r>
        <w:rPr>
          <w:b/>
        </w:rPr>
        <w:t xml:space="preserve">[02:57] </w:t>
      </w:r>
      <w:r>
        <w:t>The last topic during the last week of this month was Prophet Muhammad said, remember death often as it demolishes all desires. So these are the four topics, and Farida Apa will be catering to the queries, question answers if anybody wants to put up. So I'm going to start with Doctor Safeena Tasneem.</w:t>
      </w:r>
    </w:p>
    <w:p>
      <w:pPr>
        <w:jc w:val="right"/>
      </w:pPr>
      <w:r>
        <w:t>The last topic during the last week of this month was prophet Mohammed said, remember death often as it demolishes all desires. So these are the four topics, and Farida Apa will be catering to the queries, question answers if anybody wants to put up. So I'm going to start with doctor सफीना तबसुम.</w:t>
      </w:r>
    </w:p>
    <w:p>
      <w:r>
        <w:rPr>
          <w:b/>
        </w:rPr>
        <w:t xml:space="preserve">[03:21] </w:t>
      </w:r>
      <w:r>
        <w:t>She will enlighten us with her illumination and followed by Professor Najma Siddiqui and Miss Farmeeda Khan. She will be concluding this session. So, I start with Doctor Safeena Tasneem. Please welcome Doctor Safeena Tasneem. Haan, Assalamualikum.</w:t>
      </w:r>
    </w:p>
    <w:p>
      <w:pPr>
        <w:jc w:val="right"/>
      </w:pPr>
      <w:r>
        <w:t>She will enlighten us with her illumination and followed by professor नजबा सिद्दीकी and miss फ़मीदा खान. She will be concluding this session. So, I start with doctor सफ़ीना तबसुम. Please welcome doctor सफ़ीना तबसुम. हां, अस्सलामुलायकुम.</w:t>
      </w:r>
    </w:p>
    <w:p>
      <w:r>
        <w:rPr>
          <w:b/>
        </w:rPr>
        <w:t xml:space="preserve">[03:45] </w:t>
      </w:r>
      <w:r>
        <w:t>is month group mein jo topics aur puranic verses humne discuss kiye, woh mainly jannat, jahanum aur akhirat ke fikr ko barhane wale the. Humne unse bohat kuch seekha aur unse related Maulana sahib ki books aur videos ko suna aur usse mazeed learning hasil ki.</w:t>
      </w:r>
    </w:p>
    <w:p>
      <w:pPr>
        <w:jc w:val="right"/>
      </w:pPr>
      <w:r>
        <w:t>इस month group में जो topics और पुरानिक verses हमने discuss किए, वह mainly जन्नत रोज़क और आखिरत के फ़िक्र को बढ़ाने वाले थे. हमने उनसे बहुत कुछ सीखा और उनसे related मुलाना साहब की books और videos को सुना और उससे मज़ीद learning हासिल की.</w:t>
      </w:r>
    </w:p>
    <w:p>
      <w:r>
        <w:rPr>
          <w:b/>
        </w:rPr>
        <w:t xml:space="preserve">[04:06] </w:t>
      </w:r>
      <w:r>
        <w:t>main jo kuch bhi bol rahi hoon woh bhi maine Maulana sahib ki learning se hi liya hai aur unki books se jaise Baghi-e-Jannat, Kitab-e-Marifat aur Nar-e-Jahannum. Humne is mahine yeh books Maulana sahib ki Final Journey, Reflections from Life and Death. Itni sari books humne is baar Maulana sahib ki in topics se related is sawale se parhi aur apna intellectual development kiya.</w:t>
      </w:r>
    </w:p>
    <w:p>
      <w:pPr>
        <w:jc w:val="right"/>
      </w:pPr>
      <w:r>
        <w:t>मैं जो कुछ भी बोल रही हूं वह भी मैंने मुलाना साहब की learning से ही लिया है और उनकी books से जैसे बागैय जन्नत किताबें मार्फत और नारे जहन्नम हमने इस महीने यह books मुलाना साहब की final journey, reflections from life and death. इतनी सारी books हमने इस बार मुलाना साहब की इन topic से related इस सवाले से पढ़ी और अपना intellectual development किया.</w:t>
      </w:r>
    </w:p>
    <w:p>
      <w:r>
        <w:rPr>
          <w:b/>
        </w:rPr>
        <w:t xml:space="preserve">[04:36] </w:t>
      </w:r>
      <w:r>
        <w:t>maine is mahine ke discussion se aur in books se jo jaana hai woh main batana chahti hoon. Maine jaana ke har insaan jo is duniya mein paida hota hai, woh ek muqarrar muddat ke baad usko marna hai aur apne Khuda ke samne hazir hona hai. Yahi insaan ka sabse bada masla hai. Uske baad uske liye abhi mustaqbil ka faisla kiya jayega.</w:t>
      </w:r>
    </w:p>
    <w:p>
      <w:pPr>
        <w:jc w:val="right"/>
      </w:pPr>
      <w:r>
        <w:t>मैंने इस महीने के discussion से और इन books से जो जाना है वह मैं बताना चाहती हूं. मैंने जाना कि हर इंसान जो इस दुनिया में पैदा होता है, वह एक मुकार्र मुद्दत के बाद उसको मरना है और अपने कुदा के सामने हाज़िर होना है. यही इंसान का सबसे बड़ा मसला है. उसके बाद उसके लिए अभी मुस्तक्विल का फ़ैसला किया जाएगा.</w:t>
      </w:r>
    </w:p>
    <w:p>
      <w:r>
        <w:rPr>
          <w:b/>
        </w:rPr>
        <w:t xml:space="preserve">[05:05] </w:t>
      </w:r>
      <w:r>
        <w:t>isi ko aakhirat ki nijaat ya salvation kaha jata hai. Poore mahine ka discussion is fikr ko barhata raha aur usne hamein yeh samjhaya ke insaan ke liye aakhirat mein jannat ka faisla hota hai ya jahannum ka. Yahi uski success ka criteria hai. Jannat ka husool hi uski kamyabi hai.</w:t>
      </w:r>
    </w:p>
    <w:p>
      <w:pPr>
        <w:jc w:val="right"/>
      </w:pPr>
      <w:r>
        <w:t>इसी को आख़िरत के निजात या salvation कहा जाता है. पूरे महीने का discussion इस फ़िक्र को बढ़ाता रहा और उसने हमें यह समझाया कि इंसान के लिए आखिरत में जन्नत का फ़ैसला होता है या जहन्नत का यही उसकी success का criteria है. जन्नत का हसूल ही उसकी कामयाबी है.</w:t>
      </w:r>
    </w:p>
    <w:p>
      <w:r>
        <w:rPr>
          <w:b/>
        </w:rPr>
        <w:t xml:space="preserve">[05:33] </w:t>
      </w:r>
      <w:r>
        <w:t>yeh nijaat ya salvation sirf unko milegi jo uske liye deserving candidate ban paye. To humein apni zindagi ko is tarah se plan karna hai ke hum apne aap ko jannat ke qabil ya uske mustahiq ban paye.</w:t>
      </w:r>
    </w:p>
    <w:p>
      <w:pPr>
        <w:jc w:val="right"/>
      </w:pPr>
      <w:r>
        <w:t>यह नज़ात या salvation सिर्फ उनको मिलेगी जो उसके लिए deserving candidate वन पाए. तो हमें अपनी ज़िंदगी को इस तरह से plan करना है कि हम अपने आप को जन्नत के काबिल या उसके मुस्तहिक वन पाए.</w:t>
      </w:r>
    </w:p>
    <w:p>
      <w:r>
        <w:rPr>
          <w:b/>
        </w:rPr>
        <w:t xml:space="preserve">[05:50] </w:t>
      </w:r>
      <w:r>
        <w:t>Hadees mein kaha gaya hai ke jannat ka rasta na khushgawar cheezon se hokar guzarta hai aur iske baraks jahannum uske raste mein khushgawariyan bhari hui hain. Yani jannat mein jane ke liye usmein dakhla pane ke liye humein tamam tarah ki nakhushgariyon ko bardasht karna hai.</w:t>
      </w:r>
    </w:p>
    <w:p>
      <w:pPr>
        <w:jc w:val="right"/>
      </w:pPr>
      <w:r>
        <w:t>हदीस में कहा गया है कि जन्नत का रास्ता ना खुशगवार चीज़ों से होकर गुज़रता है और इसके बरख्श जहन्नुम उसके रास्ते में खुशगवारियां भरी हुई हैं. यानी जन्नत में जाने के लिए उसमें दाखला पाने के लिए हमें तमाम तरह की नाखुशगवारियों को बर्दाश्त करना है.</w:t>
      </w:r>
    </w:p>
    <w:p>
      <w:r>
        <w:rPr>
          <w:b/>
        </w:rPr>
        <w:t xml:space="preserve">[06:14] </w:t>
      </w:r>
      <w:r>
        <w:t>apne desires, apne khwahishon ko, apni pasand ko control karna hai, us par rok lagani hai. Kyun ke yeh jo desires hain, yeh hum Shaitan ko entry point dete hain. Hum par havi hone ke liye, hamare nafs par qabu pane ke liye. To humein is tarah ke sab entry points par apna nigran banna hai. Humein musalsal yeh nigrani karni hai. Wahan se baat karna hai ke bohat zyada zaroori hai.</w:t>
      </w:r>
    </w:p>
    <w:p>
      <w:pPr>
        <w:jc w:val="right"/>
      </w:pPr>
      <w:r>
        <w:t>अपने desires, अपने ख्वाहिशों को, अपनी पसंद को control करना है, उस पर रोक लगानी है. क्योंकि यह जो desires हैं, यह हम Saturn को entry point देते हैं. हम पर हावी होने के लिए, हमारे नफ्स पर काबू पाने के लिए. तो हमें इस तरह के सब entry points पर अपना निगरा बनना है. हमें मुसलसल यह निगरानी करनी है. वहां से बात करना है कि बहुत ज़्यादा ज़रूरी है.</w:t>
      </w:r>
    </w:p>
    <w:p>
      <w:r>
        <w:rPr>
          <w:b/>
        </w:rPr>
        <w:t xml:space="preserve">[06:44] </w:t>
      </w:r>
      <w:r>
        <w:t>isi tarah hum muzakkir ka personality ban payenge aur yahi woh personality hai jo jannat ke liye deserving hogi. Paradise ek ideal aur perfect word hai. Yeh ek aisi cheez hai jiski talab har insaan ko hai aur yeh paradise itni keemti hai ke woh kisi ko bhi uske haqeeqi amal ke bina par nahi mil sakti.</w:t>
      </w:r>
    </w:p>
    <w:p>
      <w:pPr>
        <w:jc w:val="right"/>
      </w:pPr>
      <w:r>
        <w:t>इसी तरह हम मुज़क का personality वन पाएंगे और यही वह personality है जो जन्नत के लिए deserving होगी. Paradise एक ideal और perfect word है. यह एक ऐसी चीज़ है जिसकी तलब हर इंसान को है और यह paradise इतनी पीमती है कि वह किसी को भी उसके हकीकी अमल के बिना पर नहीं मिल सकती.</w:t>
      </w:r>
    </w:p>
    <w:p>
      <w:r>
        <w:rPr>
          <w:b/>
        </w:rPr>
        <w:t xml:space="preserve">[07:11] </w:t>
      </w:r>
      <w:r>
        <w:t>koi bhi amal, kaisa bhi amal ho, itni bhi taadaad mein ho, kabhi bhi is azeem khushi ka badal nahi ban sakta aur na hi hamari kisi tarah ki khushfehmiyon ke bina par hamein mil sakti hai. Iske liye hum insaan kyun ke ghalti ke bane hain, baar baar ghalti karte hain. To hum insaan kabhi bhi perfect amal kar hi nahi sakte.</w:t>
      </w:r>
    </w:p>
    <w:p>
      <w:pPr>
        <w:jc w:val="right"/>
      </w:pPr>
      <w:r>
        <w:t>कोई भी अमल, कैसा भी अमल हो, इतनी भी तादाद में हो, कभी भी इस अवधि खुशी का बदल नहीं वन सकता और ना ही हमारी किसी तरह की कुशफहमियों के बिना पर हमें मिल सकती है. इसके लिए हम इंसान क्योंकि गलती के बने हैं, बार बार गलती करते हैं. तो हम इंसान कभी भी perfect अमल कर ही नहीं सकते.</w:t>
      </w:r>
    </w:p>
    <w:p>
      <w:r>
        <w:rPr>
          <w:b/>
        </w:rPr>
        <w:t xml:space="preserve">[07:37] </w:t>
      </w:r>
      <w:r>
        <w:t>hum jo cheez kar sakte hain woh apni soch ko baar baar sahi kar sakte hain. Soch ke satah par apni correction kar sakte hain aur apni soch ko perfect kar sakte hain. Shayad yahi cheez hamein jannat ke liye deserving bana sakti hai. Aksar Maulana sahib kaha karte the ke jannat na mili to kuch na mila.</w:t>
      </w:r>
    </w:p>
    <w:p>
      <w:pPr>
        <w:jc w:val="right"/>
      </w:pPr>
      <w:r>
        <w:t>हम जो चीज़ कर सकते हैं वह अपनी सोच को बार बार सही कर सकते हैं. सोच के सतह पर अपनी correction कर सकते हैं और अपनी सोच को perfect कर सकते हैं. शायद यही चीज़ हमें जन्नत के लिए deserving बना सकती है. अक्सर मुलाना साहब कहा करते थे कि जन्नत ना मिली तो कुछ ना मिला.</w:t>
      </w:r>
    </w:p>
    <w:p>
      <w:r>
        <w:rPr>
          <w:b/>
        </w:rPr>
        <w:t xml:space="preserve">[08:02] </w:t>
      </w:r>
      <w:r>
        <w:t>yeh call har insaan ke liye ek goal hai. Har insaan ko ek mayar deta hai, ek criteria deta hai ke woh usse apni life ki kamyabi ko dekhe.</w:t>
      </w:r>
    </w:p>
    <w:p>
      <w:pPr>
        <w:jc w:val="right"/>
      </w:pPr>
      <w:r>
        <w:t>यह call हर इंसान के लिए एक goal है. हर इंसान को एक म्यार देता है, एक criteria देता है कि वह उससे अपनी life की कामयाबी को देखें.</w:t>
      </w:r>
    </w:p>
    <w:p>
      <w:r>
        <w:rPr>
          <w:b/>
        </w:rPr>
        <w:t xml:space="preserve">[08:14] </w:t>
      </w:r>
      <w:r>
        <w:t>hum agar is duniya mein kitni bhi badi kamyabi hasil kar lein, kuch bhi achieve kar lein, kitni bhi zyada shohrat aur position hamein mil jaye, lekin agar hum aakhirat mein jannat na pa sake, to hamari yeh sari kamyabi bekeemat hai. Allah ki nazar mein uska koi mol nahi. To aisi keemti jannat ka hamein bohat zyada hareess banna hai. Iske tehat hi apni zindagi ki planning karni hai.</w:t>
      </w:r>
    </w:p>
    <w:p>
      <w:pPr>
        <w:jc w:val="right"/>
      </w:pPr>
      <w:r>
        <w:t>हम अगर इस दुनिया में कितनी भी बड़ी कामयाबी हासिल कर लें, कुछ भी achieve कर लें, कितनी भी ज़्यादा शौर्त और position हमें मिल जाए, लेकिन अगर हम आखिरत में जन्नत ना पा सके, तो हमारी यह सारी कामयाबी बेकीमत है. अल्हा कि नज़र में उसका कोई मोल नहीं. तो ऐसी कीमती जन्नत का हमें बहुत ज़्यादा हरीश बनना है. इसके तहत ही अपनी ज़िंदगी की planning करनी है.</w:t>
      </w:r>
    </w:p>
    <w:p>
      <w:r>
        <w:rPr>
          <w:b/>
        </w:rPr>
        <w:t xml:space="preserve">[08:44] </w:t>
      </w:r>
      <w:r>
        <w:t>koi excuse ismein rukawat nahi banne dena hai aur aakhri had tak yeh himmat karna hai ke hamari zindagi ki planning aakhirat oriented planning ho. Hamari life duniya parasti se bohat door ho kyun ke aakhirat ki jannat uske liye hai jo is duniya ki lazzaton se apne ko berakht kar le.</w:t>
      </w:r>
    </w:p>
    <w:p>
      <w:pPr>
        <w:jc w:val="right"/>
      </w:pPr>
      <w:r>
        <w:t>कोई excuse इसमें रुकावट नहीं बनने देना है और आखिरी हद तक यह हित्मान करना है कि हमारी ज़िंदगी की planning आखिरत oriented planning हो. हमारी life दुनिया परिस्थी से बहुत दूर हो क्योंकि आखिरत की जन्नत उसके लिए है जो इस दुनिया की लज्जतों से अपने को बेरखबत कर ले.</w:t>
      </w:r>
    </w:p>
    <w:p>
      <w:r>
        <w:rPr>
          <w:b/>
        </w:rPr>
        <w:t xml:space="preserve">[09:08] </w:t>
      </w:r>
      <w:r>
        <w:t>is liye allah se dua hai ke hum is purfreb duniya mein kark dhoondne se khud ko bacha saken. hum duniya mein rehte hue aakhid ki tayyari kar saken aur hum apne ko aapdi kamyabi ka mustahhit bana saken aur is azeem kaam mein hum ek doosre ki madad bhi kar saken aur allah taoumar yeh intellectual development ka safar jo is strop mein ho raha hai ise jaari rakhen.</w:t>
      </w:r>
    </w:p>
    <w:p>
      <w:pPr>
        <w:jc w:val="right"/>
      </w:pPr>
      <w:r>
        <w:t>इसलिए अल्लाह से दुआ है कि हम इस पूर्फ़रेब दुनिया में कर्क ढूंढने से खुद को बचा सकें. हम दुनिया में रहते हुए आख़िद की तैयारी कर सकें और हम अपने को आपदी कामयाबी का मुस्तहित बना सकें और इस अजीम काम में हम एक दूसरे की मदद भी कर सकें और अल्लाह ताऊमर यह intellectual development का सफर जो इस स्त्रोप में हो रहा है इसे जारी रखें.</w:t>
      </w:r>
    </w:p>
    <w:p>
      <w:r>
        <w:rPr>
          <w:b/>
        </w:rPr>
        <w:t xml:space="preserve">[09:36] </w:t>
      </w:r>
      <w:r>
        <w:t>alhatala hum sabki madad karna hai. jaza karla. jaza karla. doctor spina for your introspection and your sharing. can you hear me?</w:t>
      </w:r>
    </w:p>
    <w:p>
      <w:pPr>
        <w:jc w:val="right"/>
      </w:pPr>
      <w:r>
        <w:t>अल्हाताला हम सबकी मदद करना है. जज़ा करला. जज़ा करला. Doctor सपीना for your introspection and your sharing. Can you hear me?</w:t>
      </w:r>
    </w:p>
    <w:p>
      <w:r>
        <w:rPr>
          <w:b/>
        </w:rPr>
        <w:t xml:space="preserve">[10:03] </w:t>
      </w:r>
      <w:r>
        <w:t>doctor spina tabassum for sharing your insights and your illumination. i asked professor najma siddiki please unmute yourself. thank you. assalam aalay kum.</w:t>
      </w:r>
    </w:p>
    <w:p>
      <w:pPr>
        <w:jc w:val="right"/>
      </w:pPr>
      <w:r>
        <w:t>Doctor सपीना तबसुम for sharing your insights and your illumination. I asked professor नजमा सिद्धिकी Please unmute yourself. Thank you. अस्सलाम आलय कुम.</w:t>
      </w:r>
    </w:p>
    <w:p>
      <w:r>
        <w:rPr>
          <w:b/>
        </w:rPr>
        <w:t xml:space="preserve">[10:23] </w:t>
      </w:r>
      <w:r>
        <w:t>abhi doctor safina ne bahut specifically in baaton ka ki jo samajh bani hai uski baat batai. main thoda sa generalized form mein iske bare mein baat karungi ki yeh jo hamara interaction group hai ladies ka, isse general generalized way mein kya hamein fayda hai?</w:t>
      </w:r>
    </w:p>
    <w:p>
      <w:pPr>
        <w:jc w:val="right"/>
      </w:pPr>
      <w:r>
        <w:t>अभी doctor सफ़ीना ने बहुत specifically इन बातों का कि जो समझ बनी है उसकी बात बताई. मैं थोड़ा सा generalized form में इसके बारे में बात करूंगी कि यह जो हमारा interaction group है ladies का, इससे general generalized way में क्या हमें फ़ायदा है?</w:t>
      </w:r>
    </w:p>
    <w:p>
      <w:r>
        <w:rPr>
          <w:b/>
        </w:rPr>
        <w:t xml:space="preserve">[10:51] </w:t>
      </w:r>
      <w:r>
        <w:t>to jab bhi hum ek focus discussion ek topic par karte hain to uski jo understanding hai vah itni zyada meaningful hoti hai aur uske jo concepts hain vah internalize ho jate hain jo otherwise nahi ho pate the.</w:t>
      </w:r>
    </w:p>
    <w:p>
      <w:pPr>
        <w:jc w:val="right"/>
      </w:pPr>
      <w:r>
        <w:t>तो जब भी हम एक focus discussion एक topic पर करते हैं तो उसकी जो understanding है वह इतनी ज़्यादा meaningful होती है और उसके जो concepts हैं वह internalize हो जाते हैं जो otherwise नहीं हो पाते थे.</w:t>
      </w:r>
    </w:p>
    <w:p>
      <w:r>
        <w:rPr>
          <w:b/>
        </w:rPr>
        <w:t xml:space="preserve">[11:07] </w:t>
      </w:r>
      <w:r>
        <w:t>to yeh ek bahut badi baat hai aur uske sath sath related jab maulana ke videos hamein dekhne</w:t>
      </w:r>
    </w:p>
    <w:p>
      <w:pPr>
        <w:jc w:val="right"/>
      </w:pPr>
      <w:r>
        <w:t>तो यह एक बहुत बड़ी बात है और उसके साथ साथ related जब मौलाना के videos हमें देखने</w:t>
      </w:r>
    </w:p>
    <w:p>
      <w:r>
        <w:rPr>
          <w:b/>
        </w:rPr>
        <w:t xml:space="preserve">[11:14] </w:t>
      </w:r>
      <w:r>
        <w:t>ko milte hain to ek holistic perspective hamein milta hai maulana ke video se on that particular topic</w:t>
      </w:r>
    </w:p>
    <w:p>
      <w:pPr>
        <w:jc w:val="right"/>
      </w:pPr>
      <w:r>
        <w:t>को मिलते हैं तो एक holistic perspective हमें मिलता है मौलाना के video से on that particular topic</w:t>
      </w:r>
    </w:p>
    <w:p>
      <w:r>
        <w:rPr>
          <w:b/>
        </w:rPr>
        <w:t xml:space="preserve">[11:22] </w:t>
      </w:r>
      <w:r>
        <w:t>aur hum jo maulana ki literature hai usko par bhi focus karke usko padhna shuru karte hain, uski</w:t>
      </w:r>
    </w:p>
    <w:p>
      <w:pPr>
        <w:jc w:val="right"/>
      </w:pPr>
      <w:r>
        <w:t>और हम जो मौलाना की literature है उसको पर भी focus करके उसको पढ़ना शुरू करते हैं, उसकी</w:t>
      </w:r>
    </w:p>
    <w:p>
      <w:r>
        <w:rPr>
          <w:b/>
        </w:rPr>
        <w:t xml:space="preserve">[11:30] </w:t>
      </w:r>
      <w:r>
        <w:t>understanding develop karte hain.</w:t>
      </w:r>
    </w:p>
    <w:p>
      <w:pPr>
        <w:jc w:val="right"/>
      </w:pPr>
      <w:r>
        <w:t>understanding develop करते हैं.</w:t>
      </w:r>
    </w:p>
    <w:p>
      <w:r>
        <w:rPr>
          <w:b/>
        </w:rPr>
        <w:t xml:space="preserve">[11:38] </w:t>
      </w:r>
      <w:r>
        <w:t>to is discussion ka yeh bahut bada faayda hai ke jaise hi topics hain hamare ke entry to</w:t>
      </w:r>
    </w:p>
    <w:p>
      <w:pPr>
        <w:jc w:val="right"/>
      </w:pPr>
      <w:r>
        <w:t>तो इस discussion का यह बहुत बड़ा फ़ायदा है कि जैसे ही topics हैं हमारे कि entry to</w:t>
      </w:r>
    </w:p>
    <w:p>
      <w:r>
        <w:rPr>
          <w:b/>
        </w:rPr>
        <w:t xml:space="preserve">[11:45] </w:t>
      </w:r>
      <w:r>
        <w:t>paradise, death and to yeh saari aspects jo hain woh hamare bahut achhi tarah se samajh mein aati</w:t>
      </w:r>
    </w:p>
    <w:p>
      <w:pPr>
        <w:jc w:val="right"/>
      </w:pPr>
      <w:r>
        <w:t>paradise, death and तो यह सारी aspects जो हैं वह हमारे बहुत अच्छी तरह से समझ में आती</w:t>
      </w:r>
    </w:p>
    <w:p>
      <w:r>
        <w:rPr>
          <w:b/>
        </w:rPr>
        <w:t xml:space="preserve">[11:53] </w:t>
      </w:r>
      <w:r>
        <w:t>hain aur iske alawa jab different participants apne aspects batate hain to woh hamare different aspects concretize ho</w:t>
      </w:r>
    </w:p>
    <w:p>
      <w:pPr>
        <w:jc w:val="right"/>
      </w:pPr>
      <w:r>
        <w:t>हैं और इसके अलावा जब different participants अपने aspects बताते हैं तो वह हमारे different aspects concretize हो</w:t>
      </w:r>
    </w:p>
    <w:p>
      <w:r>
        <w:rPr>
          <w:b/>
        </w:rPr>
        <w:t xml:space="preserve">[12:01] </w:t>
      </w:r>
      <w:r>
        <w:t>jaate hain hamare dimagh mein.</w:t>
      </w:r>
    </w:p>
    <w:p>
      <w:pPr>
        <w:jc w:val="right"/>
      </w:pPr>
      <w:r>
        <w:t>जाते हैं हमारे दिमाग में.</w:t>
      </w:r>
    </w:p>
    <w:p>
      <w:r>
        <w:rPr>
          <w:b/>
        </w:rPr>
        <w:t xml:space="preserve">[12:09] </w:t>
      </w:r>
      <w:r>
        <w:t>yeh to tha ki jab hum general topic ko baat karte hain. doosre jis din hum quranic verses ke upar baat karte hain to understanding of quran become so much meaningful jo otherwise hamein lagta tha ki possible nahi thi.</w:t>
      </w:r>
    </w:p>
    <w:p>
      <w:pPr>
        <w:jc w:val="right"/>
      </w:pPr>
      <w:r>
        <w:t>यह तो था कि जब हम general topic को बात करते हैं. दूसरे जिस दिन हम कुरानिक verses के ऊपर बात करते हैं तो understanding of कुरान become so much meaningful जो otherwise हमें लगता था कि possible नहीं थी.</w:t>
      </w:r>
    </w:p>
    <w:p>
      <w:r>
        <w:rPr>
          <w:b/>
        </w:rPr>
        <w:t xml:space="preserve">[12:27] </w:t>
      </w:r>
      <w:r>
        <w:t>ab un aur usse hum apni learning extract karte hain un verses se aur apply karte hain apne</w:t>
      </w:r>
    </w:p>
    <w:p>
      <w:pPr>
        <w:jc w:val="right"/>
      </w:pPr>
      <w:r>
        <w:t>अब उन और उससे हम अपनी learning extract करते हैं उन verses से और apply करते हैं अपने</w:t>
      </w:r>
    </w:p>
    <w:p>
      <w:r>
        <w:rPr>
          <w:b/>
        </w:rPr>
        <w:t xml:space="preserve">[12:35] </w:t>
      </w:r>
      <w:r>
        <w:t>behavior par to usse samajh jo banti hai aur shayad hamari personality par bhi uska bahut asar padta</w:t>
      </w:r>
    </w:p>
    <w:p>
      <w:pPr>
        <w:jc w:val="right"/>
      </w:pPr>
      <w:r>
        <w:t>behavior पर तो उससे समझ जो बनती है और शायद हमारी personality पर भी उसका बहुत असर पड़ता</w:t>
      </w:r>
    </w:p>
    <w:p>
      <w:r>
        <w:rPr>
          <w:b/>
        </w:rPr>
        <w:t xml:space="preserve">[12:44] </w:t>
      </w:r>
      <w:r>
        <w:t>hai aur yeh ek process develop ho gayi hai jo sab log is group mein karte hain aur</w:t>
      </w:r>
    </w:p>
    <w:p>
      <w:pPr>
        <w:jc w:val="right"/>
      </w:pPr>
      <w:r>
        <w:t>है और यह एक process develop हो गई है जो सब लोग इस group में करते हैं और</w:t>
      </w:r>
    </w:p>
    <w:p>
      <w:r>
        <w:rPr>
          <w:b/>
        </w:rPr>
        <w:t xml:space="preserve">[12:52] </w:t>
      </w:r>
      <w:r>
        <w:t>jo yeh creation plan of God hai aur God oriented life hai, hereafter base life hai to jo</w:t>
      </w:r>
    </w:p>
    <w:p>
      <w:pPr>
        <w:jc w:val="right"/>
      </w:pPr>
      <w:r>
        <w:t>जो यह creation plan of God है और God oriented life है, hereafter base life है तो जो</w:t>
      </w:r>
    </w:p>
    <w:p>
      <w:r>
        <w:rPr>
          <w:b/>
        </w:rPr>
        <w:t xml:space="preserve">[13:01] </w:t>
      </w:r>
      <w:r>
        <w:t>saare topics hain woh in sab cheezon ko hamari samajh aur understanding itni zyada barhate hain ki us</w:t>
      </w:r>
    </w:p>
    <w:p>
      <w:pPr>
        <w:jc w:val="right"/>
      </w:pPr>
      <w:r>
        <w:t>सारे topics हैं वह इन सब चीज़ों को हमारी समझ और understanding इतनी ज़्यादा बढ़ाते हैं कि उस</w:t>
      </w:r>
    </w:p>
    <w:p>
      <w:r>
        <w:rPr>
          <w:b/>
        </w:rPr>
        <w:t xml:space="preserve">[13:09] </w:t>
      </w:r>
      <w:r>
        <w:t>us ka bahut effect hota hai.</w:t>
      </w:r>
    </w:p>
    <w:p>
      <w:pPr>
        <w:jc w:val="right"/>
      </w:pPr>
      <w:r>
        <w:t>उसका बहुत effect होता है.</w:t>
      </w:r>
    </w:p>
    <w:p>
      <w:r>
        <w:rPr>
          <w:b/>
        </w:rPr>
        <w:t xml:space="preserve">[13:18] </w:t>
      </w:r>
      <w:r>
        <w:t>to yeh jo ise aur iske alawa hum reinforce karte hain apni learning aur introspection bahut zyada possible hota hai kyunki ek to bolana bahut kehte the ki introspection hum karen.</w:t>
      </w:r>
    </w:p>
    <w:p>
      <w:pPr>
        <w:jc w:val="right"/>
      </w:pPr>
      <w:r>
        <w:t>तो यह जो इसे और इसके अलावा हम reinforce करते हैं अपनी learning और introspection बहुत ज़्यादा possible होता है क्योंकि एक तो बोलाना बहुत कहते थे कि introspection हम करें.</w:t>
      </w:r>
    </w:p>
    <w:p>
      <w:r>
        <w:rPr>
          <w:b/>
        </w:rPr>
        <w:t xml:space="preserve">[13:38] </w:t>
      </w:r>
      <w:r>
        <w:t>to ab yahan par ek zaruri ho gaya hai ki jo baat hum keh rahe hain usko hum apne apni zindagi mein kitna apply kiya hai aur is sabse hamara intellectual development hota hai jo mulana ka focus hai ki islam ko samajhne ke liye aapko intellectually develop karna padega. to in cheezon se sara intellectual development hota hai.</w:t>
      </w:r>
    </w:p>
    <w:p>
      <w:pPr>
        <w:jc w:val="right"/>
      </w:pPr>
      <w:r>
        <w:t>तो अब यहां पर एक ज़रूरी हो गया है कि जो बात हम कह रहे हैं उसको हम अपने अपनी ज़िंदगी में कितना apply किया है और इस सबसे हमारा intellectual development होता है जो मुलाना का focus है कि इस्लाम को समझने के लिए आपको intellectually develop करना पड़ेगा. तो इन चीज़ों से सारा intellectual development होता है.</w:t>
      </w:r>
    </w:p>
    <w:p>
      <w:r>
        <w:rPr>
          <w:b/>
        </w:rPr>
        <w:t xml:space="preserve">[14:05] </w:t>
      </w:r>
      <w:r>
        <w:t>jo last ke topic the entry to paradise, death, discovery of god.</w:t>
      </w:r>
    </w:p>
    <w:p>
      <w:pPr>
        <w:jc w:val="right"/>
      </w:pPr>
      <w:r>
        <w:t>जो last के topic थे entry to paradise, death, discovery of god.</w:t>
      </w:r>
    </w:p>
    <w:p>
      <w:r>
        <w:rPr>
          <w:b/>
        </w:rPr>
        <w:t xml:space="preserve">[14:12] </w:t>
      </w:r>
      <w:r>
        <w:t>to yeh sab cheezein Maulana Wahid jaise discovery of god ko woh kehte hain ki ek reference kisi</w:t>
      </w:r>
    </w:p>
    <w:p>
      <w:pPr>
        <w:jc w:val="right"/>
      </w:pPr>
      <w:r>
        <w:t>तो यह सब चीज़ें मौलाना वही जैसे discovery of god को वह कहते हैं कि एक reference किसी</w:t>
      </w:r>
    </w:p>
    <w:p>
      <w:r>
        <w:rPr>
          <w:b/>
        </w:rPr>
        <w:t xml:space="preserve">[14:19] </w:t>
      </w:r>
      <w:r>
        <w:t>bhi cheez se ek reference point lekar we start from our body aur ek ek cheez ka shukriya</w:t>
      </w:r>
    </w:p>
    <w:p>
      <w:pPr>
        <w:jc w:val="right"/>
      </w:pPr>
      <w:r>
        <w:t>भी चीज़ से एक reference point लेकर we start from our body और एक एक चीज़ का शुक्रिया</w:t>
      </w:r>
    </w:p>
    <w:p>
      <w:r>
        <w:rPr>
          <w:b/>
        </w:rPr>
        <w:t xml:space="preserve">[14:27] </w:t>
      </w:r>
      <w:r>
        <w:t>ada karein Allah ka ki kaise usne yeh sab kuch hamein diya hai aur hamare dimagh se is se</w:t>
      </w:r>
    </w:p>
    <w:p>
      <w:pPr>
        <w:jc w:val="right"/>
      </w:pPr>
      <w:r>
        <w:t>अदा करें अल्लाह का कि कैसे उसने यह सब कुछ हमें दिया है और हमारे दिमाग से इससे</w:t>
      </w:r>
    </w:p>
    <w:p>
      <w:r>
        <w:rPr>
          <w:b/>
        </w:rPr>
        <w:t xml:space="preserve">[14:34] </w:t>
      </w:r>
      <w:r>
        <w:t>jab sugar nikalta hai to hum Allah hi ko to discover kar rahe hain aur to main ek yeh</w:t>
      </w:r>
    </w:p>
    <w:p>
      <w:pPr>
        <w:jc w:val="right"/>
      </w:pPr>
      <w:r>
        <w:t>जब sugar निकलता है तो हम अल्लाही को तो discover कर रहे हैं और तो मैं एक यह</w:t>
      </w:r>
    </w:p>
    <w:p>
      <w:r>
        <w:rPr>
          <w:b/>
        </w:rPr>
        <w:t xml:space="preserve">[14:42] </w:t>
      </w:r>
      <w:r>
        <w:t>generalized way mein maine discuss kiya hai ki hamein is se apna kitna faayda hai, doosron se lekar kitna</w:t>
      </w:r>
    </w:p>
    <w:p>
      <w:pPr>
        <w:jc w:val="right"/>
      </w:pPr>
      <w:r>
        <w:t>generalized way में मैंने discuss किया है कि हमें इससे अपना कितना फ़ायदा है, दूसरों से लेकर कितना</w:t>
      </w:r>
    </w:p>
    <w:p>
      <w:r>
        <w:rPr>
          <w:b/>
        </w:rPr>
        <w:t xml:space="preserve">[14:49] </w:t>
      </w:r>
      <w:r>
        <w:t>faayda ho raha hai in sab cheezon ka aur hamari personality jo hai woh it's a process which</w:t>
      </w:r>
    </w:p>
    <w:p>
      <w:pPr>
        <w:jc w:val="right"/>
      </w:pPr>
      <w:r>
        <w:t>फ़ायदा हो रहा है इन सब चीज़ों का और हमारी personality जो है वह it's a process which</w:t>
      </w:r>
    </w:p>
    <w:p>
      <w:r>
        <w:rPr>
          <w:b/>
        </w:rPr>
        <w:t xml:space="preserve">[14:57] </w:t>
      </w:r>
      <w:r>
        <w:t>is being developed aur kuch log jo itna interaction nahi karte lekin meri kai logon se baat hui</w:t>
      </w:r>
    </w:p>
    <w:p>
      <w:pPr>
        <w:jc w:val="right"/>
      </w:pPr>
      <w:r>
        <w:t>is being developed और कुछ लोग जो इतना interaction नहीं करते लेकिन मेरी कई लोगों से बात हुई</w:t>
      </w:r>
    </w:p>
    <w:p>
      <w:r>
        <w:rPr>
          <w:b/>
        </w:rPr>
        <w:t xml:space="preserve">[15:04] </w:t>
      </w:r>
      <w:r>
        <w:t>woh kehte hain ki hamari understanding badhti hai</w:t>
      </w:r>
    </w:p>
    <w:p>
      <w:pPr>
        <w:jc w:val="right"/>
      </w:pPr>
      <w:r>
        <w:t>वह कहते हैं कि हमारी understanding बढ़ती है</w:t>
      </w:r>
    </w:p>
    <w:p>
      <w:r>
        <w:rPr>
          <w:b/>
        </w:rPr>
        <w:t xml:space="preserve">[15:12] </w:t>
      </w:r>
      <w:r>
        <w:t>jaza kal na najma apa aapne bahut achhi baat kahi. hamare is group mein interaction aur jo learning aur bahut sari cheezen jo video aur literature jo hum share karte hain is platform par.</w:t>
      </w:r>
    </w:p>
    <w:p>
      <w:pPr>
        <w:jc w:val="right"/>
      </w:pPr>
      <w:r>
        <w:t>जज़ाकल ना नजमा अपा आपने बहुत अच्छी बात कही. हमारे इस group में interaction और जो learning और बहुत सारी चीज़ें जो video और literature जो हम share करते हैं इस platform पर.</w:t>
      </w:r>
    </w:p>
    <w:p>
      <w:r>
        <w:rPr>
          <w:b/>
        </w:rPr>
        <w:t xml:space="preserve">[15:23] </w:t>
      </w:r>
      <w:r>
        <w:t>isse hamara intellectual development bahut hua aage badha hai aur kaafi kuch humne jana hai, seekha hai aur ek behtar tarike se maulana ki ideology of peace ko bahut achhe tarike se samjha samjha hai aur ek aur cheez jo mujhe bahut achhe samajh mein aati hai ki my father that is god realization hamari life mein is chhoti si zindagi mein hamare liye kitni zaruri hai. yeh hamari personality development ko enhance karti hai.</w:t>
      </w:r>
    </w:p>
    <w:p>
      <w:pPr>
        <w:jc w:val="right"/>
      </w:pPr>
      <w:r>
        <w:t>इससे हमारा intellectual development बहुत हुआ आगे बढ़ा है और काफ़ी कुछ हमने जाना है, सीखा है और एक बेहतर तरीके से मौलाना की ideology of peace को बहुत अच्छे तरीके से समझा समझा है और एक और चीज़ जो मुझे बहुत अच्छे समझ में आती है कि my father that is god realization हमारी life में इस छोटी सी ज़िंदगी में हमारे लिए कितनी ज़रूरी है. यह हमारी personality development को enhance करती है.</w:t>
      </w:r>
    </w:p>
    <w:p>
      <w:r>
        <w:rPr>
          <w:b/>
        </w:rPr>
        <w:t xml:space="preserve">[15:52] </w:t>
      </w:r>
      <w:r>
        <w:t>aisi personality hamari banati hai jo hum jante ke muskahak hote hain. to main ab is platform ko open karti hoon tamam participants ke liye who can share their learning, their viewpoints or anything that they want to, any feedback, any suggestion. but please take note because, we are keeping track of the time, and, inshallah, we'll finish off in time.</w:t>
      </w:r>
    </w:p>
    <w:p>
      <w:pPr>
        <w:jc w:val="right"/>
      </w:pPr>
      <w:r>
        <w:t>ऐसी personality हमारी बनाती है जो हम जनते के मुस्काहक होते हैं. तो मैं अब इस platform को open करती हूं तमाम participants के लिए who can share their learning, their viewpoints or anything that they want to, any feedback, any suggestion. But please take note because, we are keeping track of the time, and, inshallah, we'll finish off in time.</w:t>
      </w:r>
    </w:p>
    <w:p>
      <w:r>
        <w:rPr>
          <w:b/>
        </w:rPr>
        <w:t xml:space="preserve">[16:18] </w:t>
      </w:r>
      <w:r>
        <w:t>So you need to be precise and short, and, please keep your whatever you want to share to</w:t>
      </w:r>
    </w:p>
    <w:p>
      <w:pPr>
        <w:jc w:val="right"/>
      </w:pPr>
      <w:r>
        <w:t>So you need to be precise and short, and, please keep your whatever you want to share to</w:t>
      </w:r>
    </w:p>
    <w:p>
      <w:r>
        <w:rPr>
          <w:b/>
        </w:rPr>
        <w:t xml:space="preserve">[16:24] </w:t>
      </w:r>
      <w:r>
        <w:t>be to the point. Thank you.</w:t>
      </w:r>
    </w:p>
    <w:p>
      <w:pPr>
        <w:jc w:val="right"/>
      </w:pPr>
      <w:r>
        <w:t>be to the point. Thank you.</w:t>
      </w:r>
    </w:p>
    <w:p>
      <w:r>
        <w:rPr>
          <w:b/>
        </w:rPr>
        <w:t xml:space="preserve">[16:30] </w:t>
      </w:r>
      <w:r>
        <w:t>question bhi kar sakte hain.</w:t>
      </w:r>
    </w:p>
    <w:p>
      <w:pPr>
        <w:jc w:val="right"/>
      </w:pPr>
      <w:r>
        <w:t>Question भी कर सकते हैं.</w:t>
      </w:r>
    </w:p>
    <w:p>
      <w:r>
        <w:rPr>
          <w:b/>
        </w:rPr>
        <w:t xml:space="preserve">[16:36] </w:t>
      </w:r>
      <w:r>
        <w:t>aap question bhi kar sakte hain.</w:t>
      </w:r>
    </w:p>
    <w:p>
      <w:pPr>
        <w:jc w:val="right"/>
      </w:pPr>
      <w:r>
        <w:t>आप question भी कर सकते हैं.</w:t>
      </w:r>
    </w:p>
    <w:p>
      <w:r>
        <w:rPr>
          <w:b/>
        </w:rPr>
        <w:t xml:space="preserve">[16:42] </w:t>
      </w:r>
      <w:r>
        <w:t>Kindly come forward with your love. Assalamualaikum.</w:t>
      </w:r>
    </w:p>
    <w:p>
      <w:pPr>
        <w:jc w:val="right"/>
      </w:pPr>
      <w:r>
        <w:t>Kindly come forward with your love. अस्सलामालिकुम.</w:t>
      </w:r>
    </w:p>
    <w:p>
      <w:r>
        <w:rPr>
          <w:b/>
        </w:rPr>
        <w:t xml:space="preserve">[16:49] </w:t>
      </w:r>
      <w:r>
        <w:t>mera naam tazain hai aur main bangalore team ki coordinator hoon. to cps group mein last month char topics ki discussion hui thi aur jahan tak learning ki baat ki jaye, main ek topic par hamari bangalore team ki taraf se learning ek share kara chahti hoon. isse jo hamein cps whatsapp group se hui hai. yeh learning hamari poori bangalore team ki taraf se hai.</w:t>
      </w:r>
    </w:p>
    <w:p>
      <w:pPr>
        <w:jc w:val="right"/>
      </w:pPr>
      <w:r>
        <w:t>मेरा नाम तज़ाइन है और मैं बैंगलोर team की coordinator हूं. तो CPS group में last month चार topics की discussion हुई थी और जहां तक learning की बात की जाए, मैं एक topic पर हमारी बैंगलोर team की तरफ से learning एक share करा चाहती हूं. इससे जो हमें CPS WhatsApp group से हुई है. यह learning हमारी पूरी बैंगलोर team की तरफ से है.</w:t>
      </w:r>
    </w:p>
    <w:p>
      <w:r>
        <w:rPr>
          <w:b/>
        </w:rPr>
        <w:t xml:space="preserve">[17:14] </w:t>
      </w:r>
      <w:r>
        <w:t>pehlay to Allah ka shukr hai ki Allah ne hamein sahi raah dikhai aur is group se ek</w:t>
      </w:r>
    </w:p>
    <w:p>
      <w:pPr>
        <w:jc w:val="right"/>
      </w:pPr>
      <w:r>
        <w:t>पहले तो अल्लाह का शुकूर है कि अल्लाह ने हमें सही राह दिखाई और इस group से एक</w:t>
      </w:r>
    </w:p>
    <w:p>
      <w:r>
        <w:rPr>
          <w:b/>
        </w:rPr>
        <w:t xml:space="preserve">[17:21] </w:t>
      </w:r>
      <w:r>
        <w:t>hamein zariya banaya hamari learning team ke.</w:t>
      </w:r>
    </w:p>
    <w:p>
      <w:pPr>
        <w:jc w:val="right"/>
      </w:pPr>
      <w:r>
        <w:t>हमें ज़रिया बनाया हमारी learning team के.</w:t>
      </w:r>
    </w:p>
    <w:p>
      <w:r>
        <w:rPr>
          <w:b/>
        </w:rPr>
        <w:t xml:space="preserve">[17:28] </w:t>
      </w:r>
      <w:r>
        <w:t>Allah hum sab ko is par amal karne ki aur is par saabit qadmi se rakh kar hum sab aap ka</w:t>
      </w:r>
    </w:p>
    <w:p>
      <w:pPr>
        <w:jc w:val="right"/>
      </w:pPr>
      <w:r>
        <w:t>अल्लाह हम सबको इस पर अमल करने की और इस पर साबित ख़दमी से रखकर हम सब आपका</w:t>
      </w:r>
    </w:p>
    <w:p>
      <w:r>
        <w:rPr>
          <w:b/>
        </w:rPr>
        <w:t xml:space="preserve">[17:35] </w:t>
      </w:r>
      <w:r>
        <w:t>tahe dil se shukriyada karte hain.</w:t>
      </w:r>
    </w:p>
    <w:p>
      <w:pPr>
        <w:jc w:val="right"/>
      </w:pPr>
      <w:r>
        <w:t>तहे दिन से शुक्रियादा करते हैं.</w:t>
      </w:r>
    </w:p>
    <w:p>
      <w:r>
        <w:rPr>
          <w:b/>
        </w:rPr>
        <w:t xml:space="preserve">[17:42] </w:t>
      </w:r>
      <w:r>
        <w:t>topic hai jannat yaani jannat ka ahal kaun hai?</w:t>
      </w:r>
    </w:p>
    <w:p>
      <w:pPr>
        <w:jc w:val="right"/>
      </w:pPr>
      <w:r>
        <w:t>Topic है जन्नत यानी जन्नत का अहल कौन है?</w:t>
      </w:r>
    </w:p>
    <w:p>
      <w:r>
        <w:rPr>
          <w:b/>
        </w:rPr>
        <w:t xml:space="preserve">[17:49] </w:t>
      </w:r>
      <w:r>
        <w:t>insan ka maqsad is duniya mein yeh hai ki woh apne aap ko paradisiacal personality mein mold kar sake.</w:t>
      </w:r>
    </w:p>
    <w:p>
      <w:pPr>
        <w:jc w:val="right"/>
      </w:pPr>
      <w:r>
        <w:t>इंसान का मकसद इस दुनिया में यह है कि वह अपने आप को paradisiacal personality में mold कर सके.</w:t>
      </w:r>
    </w:p>
    <w:p>
      <w:r>
        <w:rPr>
          <w:b/>
        </w:rPr>
        <w:t xml:space="preserve">[17:57] </w:t>
      </w:r>
      <w:r>
        <w:t>iske liye jo allah ne ise faraham kiya hai. jannat uske liye hai jo is duniya ko akhirak ke liye khurbaan karne ko taiyar ho. vah khudda ke raste mein apna waqt apni energies ko sacrifice karta ho. hadish mein aata hai ki allah ki rehmat se jannat milti hai. is hadish se hamari weakness zahir hoti hai ki hum kitna bhi achha aaman kar len vah jannat jaisi precious cheese ka price nahi chuka sakti.</w:t>
      </w:r>
    </w:p>
    <w:p>
      <w:pPr>
        <w:jc w:val="right"/>
      </w:pPr>
      <w:r>
        <w:t>इसके लिए जो अल्लाह ने इसे फरहाम किया है. जन्नत उसके लिए है जो इस दुनिया को आखिरक के लिए खुर्बान करने को तैयार हो. वह खुददा के रास्ते में अपना वक्त अपनी energies को sacrifice करता हो. हदीश में आता है कि अल्लाह की रहमत से जनत मिलती है. इस हदीश से हमारी weakness जाहिर होती है कि हम कितना भी अच्छा आमान कर लें वह जनत जैसी precious cheese का price नहीं चुका सकती.</w:t>
      </w:r>
    </w:p>
    <w:p>
      <w:r>
        <w:rPr>
          <w:b/>
        </w:rPr>
        <w:t xml:space="preserve">[18:24] </w:t>
      </w:r>
      <w:r>
        <w:t>agar yeh hadish na hoti to insan khuda ke raste mein bahut kuch kar deta aur aap apne aap ko jannati kehlata. yeh hadish hamari aisi feelings ko full stop lagati hai. to jab bhi main koi achha kaam karoon, achha amal karoon, mujhe yeh feeling nahi aani chahiye ki yeh maine kiya hai. mujhe mere achhe aamal se arrogance nahi hona chahiye.</w:t>
      </w:r>
    </w:p>
    <w:p>
      <w:pPr>
        <w:jc w:val="right"/>
      </w:pPr>
      <w:r>
        <w:t>अगर यह हदीश ना होती तो इंसान खुदा के रास्ते में बहुत कुछ कर देता और आप अपने आप को जनती कहलाता. यह हदीश हमारी ऐसी feelings को full stop लगाती है. तो जब भी मैं कोई अच्छा काम करूं, अच्छा अमल करूं, मुझे यह feeling नहीं आनी चाहिए कि यह मैंने किया है. मुझे मेरे अच्छे आमाल से arrogance नहीं होना चाहिए.</w:t>
      </w:r>
    </w:p>
    <w:p>
      <w:r>
        <w:rPr>
          <w:b/>
        </w:rPr>
        <w:t xml:space="preserve">[18:49] </w:t>
      </w:r>
      <w:r>
        <w:t>to bangalore team ki is topic se yeh learning hui hai ki jannat ke ahal banne ke liye hum sincerely koshish karen apne aapko paradisiacal personality banane mein aur allah subhan awtala ki rehmat ke bahut hi zyada tarabka ho. jaza kullaha assalamalit mein. jaza kullam aapne bahut achhi baat kahi from bangalore team.</w:t>
      </w:r>
    </w:p>
    <w:p>
      <w:pPr>
        <w:jc w:val="right"/>
      </w:pPr>
      <w:r>
        <w:t>तो बैंगलोर team की इस topic से यह learning हुई है कि जन्मत के अहल बनने के लिए हम sincerely कोशिश करें अपने आपको paradisiacal personality बनाने में और अल्लाह सुभान अवताला कि रहमत के बहुत ही ज़्यादा तरबका हो. जज़ा कल्लाह असलामालित में. जज़ा कल्लाम आपने बहुत अच्छी बात कही from बैंगलोर team.</w:t>
      </w:r>
    </w:p>
    <w:p>
      <w:r>
        <w:rPr>
          <w:b/>
        </w:rPr>
        <w:t xml:space="preserve">[19:13] </w:t>
      </w:r>
      <w:r>
        <w:t>hum bahut zyada shukrguzaar banein aur jo hamein Allah ne is mauka diya ki hum is tarah ke</w:t>
      </w:r>
    </w:p>
    <w:p>
      <w:pPr>
        <w:jc w:val="right"/>
      </w:pPr>
      <w:r>
        <w:t>हम बहुत ज़्यादा शुक्रगुज़ार बने और जो हमें अल्लाह ने इस मौका दिया कि हम इस तरह के</w:t>
      </w:r>
    </w:p>
    <w:p>
      <w:r>
        <w:rPr>
          <w:b/>
        </w:rPr>
        <w:t xml:space="preserve">[19:20] </w:t>
      </w:r>
      <w:r>
        <w:t>WhatsApp group hamare liye Allah taala ne isko mohiya kya hamare liye aur hum sab aapas mein jude hain.</w:t>
      </w:r>
    </w:p>
    <w:p>
      <w:pPr>
        <w:jc w:val="right"/>
      </w:pPr>
      <w:r>
        <w:t>WhatsApp group हमारे लिए अल्लाह डालाह ने इसको मोहिया क्या हमारे लिए और हम सब आपस में जुड़े हैं.</w:t>
      </w:r>
    </w:p>
    <w:p>
      <w:r>
        <w:rPr>
          <w:b/>
        </w:rPr>
        <w:t xml:space="preserve">[19:28] </w:t>
      </w:r>
      <w:r>
        <w:t>hum apni learnings ko share karte hain aur zyada deep learning karte hain. dekhne wala.</w:t>
      </w:r>
    </w:p>
    <w:p>
      <w:pPr>
        <w:jc w:val="right"/>
      </w:pPr>
      <w:r>
        <w:t>हम अपनी learnings को share करते हैं और ज़्यादा deep learning करते हैं. देखने वाला.</w:t>
      </w:r>
    </w:p>
    <w:p>
      <w:r>
        <w:rPr>
          <w:b/>
        </w:rPr>
        <w:t xml:space="preserve">[19:35] </w:t>
      </w:r>
      <w:r>
        <w:t>aap mere se koi aur share karna chahta ho, woh zara apna zaroor naam bataein.</w:t>
      </w:r>
    </w:p>
    <w:p>
      <w:pPr>
        <w:jc w:val="right"/>
      </w:pPr>
      <w:r>
        <w:t>आप मेरे से कोई और share करना चाहता हो, वह ज़रा अपना ज़रूर नाम बताएं.</w:t>
      </w:r>
    </w:p>
    <w:p>
      <w:r>
        <w:rPr>
          <w:b/>
        </w:rPr>
        <w:t xml:space="preserve">[19:43] </w:t>
      </w:r>
      <w:r>
        <w:t>Please tell your name and the place from where you are speaking from.</w:t>
      </w:r>
    </w:p>
    <w:p>
      <w:pPr>
        <w:jc w:val="right"/>
      </w:pPr>
      <w:r>
        <w:t>Please tell your name and the place from where you are speaking from.</w:t>
      </w:r>
    </w:p>
    <w:p>
      <w:r>
        <w:rPr>
          <w:b/>
        </w:rPr>
        <w:t xml:space="preserve">[19:51] </w:t>
      </w:r>
      <w:r>
        <w:t>ab thodi ab bolo. aawaz bahut halki aa rahi hai sharmeen ali ki. aap sahi hai papa? better hui hai, better. ok. aur koi participant kuch kehna chahti hain? dustiyan akhtar hain yahan par. mashallahab bahut active hain is group mein.</w:t>
      </w:r>
    </w:p>
    <w:p>
      <w:pPr>
        <w:jc w:val="right"/>
      </w:pPr>
      <w:r>
        <w:t>अब थोड़ी अब बोलो. आवाज़ बहुत हल्की आ रही है शर्मीन अली की. आप सही है papa? Better हुई है, better. Ok. और कोई participant कुछ कहना चाहती हैं? दुस्तियां अख्तर हैं यहां पर. माशालाहब बहुत active हैं इस group में.</w:t>
      </w:r>
    </w:p>
    <w:p>
      <w:r>
        <w:rPr>
          <w:b/>
        </w:rPr>
        <w:t xml:space="preserve">[20:20] </w:t>
      </w:r>
      <w:r>
        <w:t>aapki main learnings hamesha padhti rehti hoon. aap please kuch kahen? walik me slam. aap thoda zor se bolen.</w:t>
      </w:r>
    </w:p>
    <w:p>
      <w:pPr>
        <w:jc w:val="right"/>
      </w:pPr>
      <w:r>
        <w:t>आपकी मैं learnings हमेशा पढ़ती रहती हूं. आप please कुछ कहें? वालिक में स्लाम. आप थोड़ा ज़ोर से बोलें.</w:t>
      </w:r>
    </w:p>
    <w:p>
      <w:r>
        <w:rPr>
          <w:b/>
        </w:rPr>
        <w:t xml:space="preserve">[20:37] </w:t>
      </w:r>
      <w:r>
        <w:t>kalyan bolila ki main is group mein hi maulana ki kitab ko padhne ke sath, adhak ke sath discussion par meri learning kaafi aa gayi hai aur main agar is ek month ke bare mein kahun ki is ek month mein maine kya seekha? to is ek month mein mujhe shudat se ehsas hua ki jannat mein jana itna zyada aasan nahi hai.</w:t>
      </w:r>
    </w:p>
    <w:p>
      <w:pPr>
        <w:jc w:val="right"/>
      </w:pPr>
      <w:r>
        <w:t>कल्याण बोलिला कि मैं इस group में ही मौलाना की किताब को पढ़ने के साथ, अद्धक के साथ discussion पर मेरी learning काफी आ गई है और मैं अगर इस एक month के बारे में कहूं कि इसके एक month में मैंने क्या सीखा? तो इस एक month में मुझे शुद्धत से एहसास हुआ कि जन्नत में जाना इतना ज़्यादा आसान नहीं है.</w:t>
      </w:r>
    </w:p>
    <w:p>
      <w:r>
        <w:rPr>
          <w:b/>
        </w:rPr>
        <w:t xml:space="preserve">[21:00] </w:t>
      </w:r>
      <w:r>
        <w:t>jiska gumaan hamesha hum musalmano ko rehta hai ya mujhe bhi stationary rehta tha aur quran ke aakhir ko discussion ke dauran mujhe yeh baat realize nahi jab hum log poore ankboot ki aayat padh rahe the jo humne pandrah solah january ko mila tha ki kya tumhein jaata nahi jayega? to zaroor hum logon ko jaate hain aur isse pehle ki hum unhein kisi faisle ki taraf nahi jaayen.</w:t>
      </w:r>
    </w:p>
    <w:p>
      <w:pPr>
        <w:jc w:val="right"/>
      </w:pPr>
      <w:r>
        <w:t>जिसका गुमान हमेशा हम मुस्लिमों को रहता है या मुझे भी stationary रहता था और कुरान के आखिर को discussion के दौरान मुझे यह बात realize नहीं जब हम लोग पूरे अंकबूत की आय पड़ रहे थे जो हमने पंद्रह सोलह जनवरी को मिला था कि क्या तुम्हें जाता नहीं जाएगा? तो ज़रूर हम लोगों को जाते हैं और इससे पहले कि हम उन्हें किसी फ़ैसले की तरफ नहीं जाएं.</w:t>
      </w:r>
    </w:p>
    <w:p>
      <w:r>
        <w:rPr>
          <w:b/>
        </w:rPr>
        <w:t xml:space="preserve">[21:27] </w:t>
      </w:r>
      <w:r>
        <w:t>toh isse jitne bhi life ke problem hain aur jaise ki hum thand mein kaafi beemar pade toh</w:t>
      </w:r>
    </w:p>
    <w:p>
      <w:pPr>
        <w:jc w:val="right"/>
      </w:pPr>
      <w:r>
        <w:t>तो इससे जितने भी life के problem हैं और जैसे कि हम ठंड में काफी बीमार पड़े तो</w:t>
      </w:r>
    </w:p>
    <w:p>
      <w:r>
        <w:rPr>
          <w:b/>
        </w:rPr>
        <w:t xml:space="preserve">[21:37] </w:t>
      </w:r>
      <w:r>
        <w:t>iske liye bahut achha positive view mil gaya sochne ke liye ki yeh hamari koi aisi pareshani bhi</w:t>
      </w:r>
    </w:p>
    <w:p>
      <w:pPr>
        <w:jc w:val="right"/>
      </w:pPr>
      <w:r>
        <w:t>इसके लिए बहुत अच्छा positive view मिल गया सोचने के लिए कि यह हमारी कोई ऐसी परेशान भी</w:t>
      </w:r>
    </w:p>
    <w:p>
      <w:r>
        <w:rPr>
          <w:b/>
        </w:rPr>
        <w:t xml:space="preserve">[21:47] </w:t>
      </w:r>
      <w:r>
        <w:t>nahi agar jannat nahi jaana hai toh khuda hamein zaroor pesh lega aur hamein is par safar se</w:t>
      </w:r>
    </w:p>
    <w:p>
      <w:pPr>
        <w:jc w:val="right"/>
      </w:pPr>
      <w:r>
        <w:t>नहीं अगर जन्मत नहीं जाना है तो खुदा हमें ज़रूर पेश लेगा और हमें इस पर सफर से</w:t>
      </w:r>
    </w:p>
    <w:p>
      <w:r>
        <w:rPr>
          <w:b/>
        </w:rPr>
        <w:t xml:space="preserve">[21:57] </w:t>
      </w:r>
      <w:r>
        <w:t>rehna hoga aur iske bawajood bhi hamein khuda ko relax dekhiye realize hua ki hamein khuda ki ehsaas</w:t>
      </w:r>
    </w:p>
    <w:p>
      <w:pPr>
        <w:jc w:val="right"/>
      </w:pPr>
      <w:r>
        <w:t>रहना होगा और इसके बावजूद भी हमें खुदा को relax देखिए realize हुआ कि हमें खुदा की एहसास</w:t>
      </w:r>
    </w:p>
    <w:p>
      <w:r>
        <w:rPr>
          <w:b/>
        </w:rPr>
        <w:t xml:space="preserve">[22:07] </w:t>
      </w:r>
      <w:r>
        <w:t>ho, khuda ki burjood ko samajhna kitna zyada zaroori bhi hai aur yeh ki khuda parde mein hai</w:t>
      </w:r>
    </w:p>
    <w:p>
      <w:pPr>
        <w:jc w:val="right"/>
      </w:pPr>
      <w:r>
        <w:t>हो, खुदा की बुर्जूद को समझना कितना ज़्यादा ज़रूरी भी है और यह कि खुदा पर्दे में है</w:t>
      </w:r>
    </w:p>
    <w:p>
      <w:r>
        <w:rPr>
          <w:b/>
        </w:rPr>
        <w:t xml:space="preserve">[22:17] </w:t>
      </w:r>
      <w:r>
        <w:t>iske bawajood bhi hum khuda ko aur samajh sakte hain aur kabhi kitabein marfat padhne ke darmyan hamari</w:t>
      </w:r>
    </w:p>
    <w:p>
      <w:pPr>
        <w:jc w:val="right"/>
      </w:pPr>
      <w:r>
        <w:t>इसके बावजूद भी हम खुदा को और समझ सकते हैं और कभी किताबें मार्फत पढ़ने के दर्यान हमारी</w:t>
      </w:r>
    </w:p>
    <w:p>
      <w:r>
        <w:rPr>
          <w:b/>
        </w:rPr>
        <w:t xml:space="preserve">[22:27] </w:t>
      </w:r>
      <w:r>
        <w:t>thinking itni zyada badh jaati hai.</w:t>
      </w:r>
    </w:p>
    <w:p>
      <w:pPr>
        <w:jc w:val="right"/>
      </w:pPr>
      <w:r>
        <w:t>thinking इतनी ज़्यादा बढ़ जाती है.</w:t>
      </w:r>
    </w:p>
    <w:p>
      <w:r>
        <w:rPr>
          <w:b/>
        </w:rPr>
        <w:t xml:space="preserve">[22:38] </w:t>
      </w:r>
      <w:r>
        <w:t>aisa lagta hai ki sabse zyada jo cheez zahir hai woh khuda ki asmat hai aur hum mamooli insaan agar khuda ke bare mein nikal bhi ehsaas kar paate hain. to woh is wajah se ho pata ki group ne hum yeh hum art of thinking sikhai hai. group ne hum yeh sochne aur tumhein kyunki humne aapko bataya hai.</w:t>
      </w:r>
    </w:p>
    <w:p>
      <w:pPr>
        <w:jc w:val="right"/>
      </w:pPr>
      <w:r>
        <w:t>ऐसा लगता है कि सबसे ज़्यादा जो चीज़ ज़ाहिर है वह कोदा की असमत है और हम मामूली इंसान अगर कोदा के बारे में निकल भी एहसास कर पाते हैं. तो वह इस वजह से हो पाता कि group ने हम यह हम art of thinking सिखाई है. Group ने हम यह सोचने और तुम्हें क्योंकि हमने आपको बताया है.</w:t>
      </w:r>
    </w:p>
    <w:p>
      <w:r>
        <w:rPr>
          <w:b/>
        </w:rPr>
        <w:t xml:space="preserve">[22:59] </w:t>
      </w:r>
      <w:r>
        <w:t>hamein is laiq banaya hai ki hum janwaron ki tarah na jiye balki hum apne zehan ka istemal</w:t>
      </w:r>
    </w:p>
    <w:p>
      <w:pPr>
        <w:jc w:val="right"/>
      </w:pPr>
      <w:r>
        <w:t>हमें इस लायक बनाया है कि हम जानवरों की तरह ना जिए बल्कि हम अपने ज़ेहन का इस्तेमाल</w:t>
      </w:r>
    </w:p>
    <w:p>
      <w:r>
        <w:rPr>
          <w:b/>
        </w:rPr>
        <w:t xml:space="preserve">[23:05] </w:t>
      </w:r>
      <w:r>
        <w:t>karein jo Allah ke sabse badi ata kart niyam hai aur kitabein maafat padhne ke dauran is cheez ki</w:t>
      </w:r>
    </w:p>
    <w:p>
      <w:pPr>
        <w:jc w:val="right"/>
      </w:pPr>
      <w:r>
        <w:t>करें जो अल्लाह के सबसे बड़ी अताकर्त नियम है और किताबें माफत पढ़ने के दौरान इस चीज़ की</w:t>
      </w:r>
    </w:p>
    <w:p>
      <w:r>
        <w:rPr>
          <w:b/>
        </w:rPr>
        <w:t xml:space="preserve">[23:11] </w:t>
      </w:r>
      <w:r>
        <w:t>bahut behtareen practice hoti hai ki hum kitne zyada sangida hon aur kitne zyada Allah ki niyamon par</w:t>
      </w:r>
    </w:p>
    <w:p>
      <w:pPr>
        <w:jc w:val="right"/>
      </w:pPr>
      <w:r>
        <w:t>बहुत बेहतरीन practice होती है कि हम कितने ज़्यादा संगीदा हों और कितने ज़्यादा अल्लाह की नियमों पर</w:t>
      </w:r>
    </w:p>
    <w:p>
      <w:r>
        <w:rPr>
          <w:b/>
        </w:rPr>
        <w:t xml:space="preserve">[23:18] </w:t>
      </w:r>
      <w:r>
        <w:t>uske har chhoti badi theekon par aur karein aur hum yeh dekh sakein ki kis tarah se apne</w:t>
      </w:r>
    </w:p>
    <w:p>
      <w:pPr>
        <w:jc w:val="right"/>
      </w:pPr>
      <w:r>
        <w:t>उसके हर छोटी बड़ी ठीकों पर और करें और हम यह देख सकें कि किस तरह से अपने</w:t>
      </w:r>
    </w:p>
    <w:p>
      <w:r>
        <w:rPr>
          <w:b/>
        </w:rPr>
        <w:t xml:space="preserve">[23:24] </w:t>
      </w:r>
      <w:r>
        <w:t>management ko karta hai aur uski kitni zyada lillisim hoti hai.</w:t>
      </w:r>
    </w:p>
    <w:p>
      <w:pPr>
        <w:jc w:val="right"/>
      </w:pPr>
      <w:r>
        <w:t>management को करता है और उसकी कितनी ज़्यादा लिल्लीसिम होती है.</w:t>
      </w:r>
    </w:p>
    <w:p>
      <w:r>
        <w:rPr>
          <w:b/>
        </w:rPr>
        <w:t xml:space="preserve">[23:31] </w:t>
      </w:r>
      <w:r>
        <w:t>to alhamdulillah ye poora mahina quran ke adon ke saath aur topic ke discussion ke saath bahut behtar rahi ki hamein quran ka ehsaas bahut zyada asmat ke saath hua aur uske saath jab hamare sisters the usse related topic woh apni learning deti thi aur book ke topic jab woh share karti thi to woh sab cheezein hamari learning ki is tweet ko kaafi badha rahi thi.</w:t>
      </w:r>
    </w:p>
    <w:p>
      <w:pPr>
        <w:jc w:val="right"/>
      </w:pPr>
      <w:r>
        <w:t>तो अलहम्द लिलाइए पूरा महीना कुरान के adओं के साथ और topic के discussion के साथ बहुत बेहतर रही कि हमें कोणा का ए साथ बहुत ज़्यादा असमत के साथ हुआ और उसके साथ जब हमारे sisters थे उससे related topic वह अपनी learning देती थी और book के topic जब वह share करती थी तो वह सब चीज़ें हमारी learning की इस tweet को काफी बढ़ा रही थी.</w:t>
      </w:r>
    </w:p>
    <w:p>
      <w:r>
        <w:rPr>
          <w:b/>
        </w:rPr>
        <w:t xml:space="preserve">[23:56] </w:t>
      </w:r>
      <w:r>
        <w:t>toh main Alawa ki bahut shukr bata raha hoon ki main aise group mein hoon aur in sister</w:t>
      </w:r>
    </w:p>
    <w:p>
      <w:pPr>
        <w:jc w:val="right"/>
      </w:pPr>
      <w:r>
        <w:t>तो मैं अलावा की बहुत शुक्र बता रहा हूं कि मैं ऐसे group में हूं और इन sister</w:t>
      </w:r>
    </w:p>
    <w:p>
      <w:r>
        <w:rPr>
          <w:b/>
        </w:rPr>
        <w:t xml:space="preserve">[24:01] </w:t>
      </w:r>
      <w:r>
        <w:t>ko main ke saath mein apardha ki realization hoon.</w:t>
      </w:r>
    </w:p>
    <w:p>
      <w:pPr>
        <w:jc w:val="right"/>
      </w:pPr>
      <w:r>
        <w:t>को मैं के साथ में अपर्धा की realization हूं.</w:t>
      </w:r>
    </w:p>
    <w:p>
      <w:r>
        <w:rPr>
          <w:b/>
        </w:rPr>
        <w:t xml:space="preserve">[24:07] </w:t>
      </w:r>
      <w:r>
        <w:t>main kuch sweeth paari mein samajh pa rahi hoon.</w:t>
      </w:r>
    </w:p>
    <w:p>
      <w:pPr>
        <w:jc w:val="right"/>
      </w:pPr>
      <w:r>
        <w:t>मैं कुछ स्वीत पारी में समझ पा रही हूं.</w:t>
      </w:r>
    </w:p>
    <w:p>
      <w:r>
        <w:rPr>
          <w:b/>
        </w:rPr>
        <w:t xml:space="preserve">[24:13] </w:t>
      </w:r>
      <w:r>
        <w:t>Allah se bahut dua hai ki Allah ho sakti hai khud rehnumai kare ho hamare.</w:t>
      </w:r>
    </w:p>
    <w:p>
      <w:pPr>
        <w:jc w:val="right"/>
      </w:pPr>
      <w:r>
        <w:t>अल्लाह से बहुत दुआ है कि अल्लाह हो सकती है खुद रहनुमाई करे हो हमारे.</w:t>
      </w:r>
    </w:p>
    <w:p>
      <w:r>
        <w:rPr>
          <w:b/>
        </w:rPr>
        <w:t xml:space="preserve">[24:18] </w:t>
      </w:r>
      <w:r>
        <w:t>Learning spirit ko, learning spirit ko itna zyada badha deti hai woh hum apni pados mein jagah aata parnaati.</w:t>
      </w:r>
    </w:p>
    <w:p>
      <w:pPr>
        <w:jc w:val="right"/>
      </w:pPr>
      <w:r>
        <w:t>Learning spirit को, learning spirit को इतना ज़्यादा बढ़ा देती है वह हम अपनी पड़ोस में जगह आता पर्णाति.</w:t>
      </w:r>
    </w:p>
    <w:p>
      <w:r>
        <w:rPr>
          <w:b/>
        </w:rPr>
        <w:t xml:space="preserve">[24:24] </w:t>
      </w:r>
      <w:r>
        <w:t>hamein jaisa karna hai.</w:t>
      </w:r>
    </w:p>
    <w:p>
      <w:pPr>
        <w:jc w:val="right"/>
      </w:pPr>
      <w:r>
        <w:t>हमें जैसा करना है.</w:t>
      </w:r>
    </w:p>
    <w:p>
      <w:r>
        <w:rPr>
          <w:b/>
        </w:rPr>
        <w:t xml:space="preserve">[24:30] </w:t>
      </w:r>
      <w:r>
        <w:t>jaza karna, sukhiya. sukhiya ji, aapne bahut achhi baat kahi khuda ke marthak ke upar ki khuda ke marthak hamein mil jaye aur hamein iske liye dua karni chahiye. aur ek baat aur samajh mein aati hai ki khuda hi is poore tamam kaynath ka affairs ko manage kar rahe hain. I can see Rumi Vani raising hands. Please Rumi Vani can you please share your viewpoints?</w:t>
      </w:r>
    </w:p>
    <w:p>
      <w:pPr>
        <w:jc w:val="right"/>
      </w:pPr>
      <w:r>
        <w:t>जज़ा करना, सुखिया. सुखिया जी, आपने बहुत अच्छी बात कही खुदा के मार्थक के ऊपर कि खुदा के मार्थक हमें मिल जाए और हमें इसके लिए दुआ करनी चाहिए. और एक बात और समझ में आती है कि खुदा ही इस पूरे तमाम कायनाथ का affairs को manage कर रहे हैं. I can see रोमी वानी raising hands. Please रोमी वानी can you please share your viewpoints?</w:t>
      </w:r>
    </w:p>
    <w:p>
      <w:r>
        <w:rPr>
          <w:b/>
        </w:rPr>
        <w:t xml:space="preserve">[24:58] </w:t>
      </w:r>
      <w:r>
        <w:t>assalamalikum. Shabina I'm pehle to aap sabse maafi mangti hoon saith theek na hone ki wajah se. main padhti to sabka hoon lekin interact zyada nahi kar pati hoon. lekin is mahine mein maine dekha ki hum jannat ki baatein kar rahe the to one of my remarks was that actually zindagi itself is the art of dying. maine kaha tha.</w:t>
      </w:r>
    </w:p>
    <w:p>
      <w:pPr>
        <w:jc w:val="right"/>
      </w:pPr>
      <w:r>
        <w:t>अस्लामालिकुम. शाबिना I'm पहले तो आप सबसे माफ़ी मांगती हूं सैठ ठीक ना होने की वजह से. मैं पढ़ती तो सबका हूं लेकिन interact ज़्यादा नहीं कर पाती हूं. लेकिन इस महीने में मैंने देखा कि हम जन्नत की बातें कर रहे थे तो one of my remarks was that actually ज़िंदगी itself is the art of dying. मैंने कहा था.</w:t>
      </w:r>
    </w:p>
    <w:p>
      <w:r>
        <w:rPr>
          <w:b/>
        </w:rPr>
        <w:t xml:space="preserve">[25:27] </w:t>
      </w:r>
      <w:r>
        <w:t>to us waqt mujhe yeh ehsaas hua, Maulana Sahab allah ka karam hai, unke saath bhi jab kabhi mulakat hui. to unke readings mein se ek baat ka mujhe hamesha ehzaaz raha ki agar hum kuch bhi na jaane, lekin sirf hum practice karein presence of Allah.</w:t>
      </w:r>
    </w:p>
    <w:p>
      <w:pPr>
        <w:jc w:val="right"/>
      </w:pPr>
      <w:r>
        <w:t>तो उस वक़्त मुझे यह एहसास हुआ, मौलाना साहब अल्लाह का कर्म है, उनके साथ भी जब कभी मुलाकात हुई. तो उनके readings में से एक बात का मुझे हमेशा एज़ाज़ रहा कि अगर हम कुछ भी ना जानें, लेकिन सिर्फ हम practice करें presence of अल्ला.</w:t>
      </w:r>
    </w:p>
    <w:p>
      <w:r>
        <w:rPr>
          <w:b/>
        </w:rPr>
        <w:t xml:space="preserve">[25:53] </w:t>
      </w:r>
      <w:r>
        <w:t>ek agar woh faith rakhein aur jo likha hua hai, uske mutabik chalein, to hamein phir aage peeche ka kuch sochna hi nahi hai. Life is so simple aur khud Maulana Sahab ke writings itne simple hain. to mujhe yahi hamesha lagta hai ki zyada deep nahi sochna hai jo moolya hai Maulana Sahab ke explanations ka.</w:t>
      </w:r>
    </w:p>
    <w:p>
      <w:pPr>
        <w:jc w:val="right"/>
      </w:pPr>
      <w:r>
        <w:t>एक अगर वह faith रखें और जो लिखा हुआ है, उसके मुताबिक चलें, तो हमें फिर आगे पीछे का कुछ सोचना ही नहीं है. Life is so simple और ख़ुद मोलाना साहब के writings इतने simple हैं. तो मुझे यही हमेशा लगता है कि ज़्यादा deep नहीं सोचना है जो मूल्य है मोलाना साहब के explanations का.</w:t>
      </w:r>
    </w:p>
    <w:p>
      <w:r>
        <w:rPr>
          <w:b/>
        </w:rPr>
        <w:t xml:space="preserve">[26:22] </w:t>
      </w:r>
      <w:r>
        <w:t>ki aap allah mein complete woh faith rakhein na, shraddha rakhein unmein aur practice karein ki woh hum par nazar rakhe hue hain.</w:t>
      </w:r>
    </w:p>
    <w:p>
      <w:pPr>
        <w:jc w:val="right"/>
      </w:pPr>
      <w:r>
        <w:t>कि आप अल्लाह में complete वह faith रखें ना, श्रद्धा रखें उनमें और practice करें कि वह हम पर नज़र रखे हुए हैं.</w:t>
      </w:r>
    </w:p>
    <w:p>
      <w:r>
        <w:rPr>
          <w:b/>
        </w:rPr>
        <w:t xml:space="preserve">[26:31] </w:t>
      </w:r>
      <w:r>
        <w:t>ek woh hai aur doosra jo hamare saath hota hai, agar hum yeh practice karein ki this is his will aur jaise kehte hain ki Islam is the submission to the will of Allah, to agar contentment mein rahein to mujhe lagta hai ki aage peeche sabse theek hi rahega.</w:t>
      </w:r>
    </w:p>
    <w:p>
      <w:pPr>
        <w:jc w:val="right"/>
      </w:pPr>
      <w:r>
        <w:t>एक वह है और दूसरा जो हमारे साथ होता है, अगर हम यह practice करें कि this is his will और जैसे कहते हैं कि इस्लाम is the submission to the will of अल्लाह, तो अगर contentment में रहें तो मुझे लगता है कि आगे पीछे सबसे ठीक ही रहेगा.</w:t>
      </w:r>
    </w:p>
    <w:p>
      <w:r>
        <w:rPr>
          <w:b/>
        </w:rPr>
        <w:t xml:space="preserve">[26:57] </w:t>
      </w:r>
      <w:r>
        <w:t>to agar you know discussions mein main dekhti hoon ki hum jab zyada deep sochte hain na to kaafi confusion bhi paida hota hai. kyunki the more we think, the more challenges we have to face.</w:t>
      </w:r>
    </w:p>
    <w:p>
      <w:pPr>
        <w:jc w:val="right"/>
      </w:pPr>
      <w:r>
        <w:t>तो अगर you know discussions में मैं देखती हूं कि हम जब ज़्यादा deep सोचते हैं ना तो काफ़ी confusion भी पैदा होता है. क्योंकि the more we think, the more challenges we have to face.</w:t>
      </w:r>
    </w:p>
    <w:p>
      <w:r>
        <w:rPr>
          <w:b/>
        </w:rPr>
        <w:t xml:space="preserve">[27:14] </w:t>
      </w:r>
      <w:r>
        <w:t>to Maulana Sahab ke jo readings main itne barson se karte aayi hoon, to main dekhti hoon ki Maulana Sahab sab har ek cheez ko ek simplicity aur ek badi simple aur bade convenient level par aur aasan tarike se hamein batate hain.</w:t>
      </w:r>
    </w:p>
    <w:p>
      <w:pPr>
        <w:jc w:val="right"/>
      </w:pPr>
      <w:r>
        <w:t>तो मोलाना साहब के जो readings मैं इतने बरसों से करते आई हूं, तो मैं देखती हूं कि मौलाना साहब सब हर एक चीज़ को एक simplicity और एक बड़ी simple और बड़े convenient level पर और आसान तरीके से हमें बताते हैं.</w:t>
      </w:r>
    </w:p>
    <w:p>
      <w:r>
        <w:rPr>
          <w:b/>
        </w:rPr>
        <w:t xml:space="preserve">[27:33] </w:t>
      </w:r>
      <w:r>
        <w:t>toh you know jaise Fareeda Pahe aur you know Nazwanashi aur sab hum jab likhte hain toh group</w:t>
      </w:r>
    </w:p>
    <w:p>
      <w:pPr>
        <w:jc w:val="right"/>
      </w:pPr>
      <w:r>
        <w:t>तो you know जैसे फरीदा पाहे और you know नाजवांशी और सब हम जब लिखते हैं तो group</w:t>
      </w:r>
    </w:p>
    <w:p>
      <w:r>
        <w:rPr>
          <w:b/>
        </w:rPr>
        <w:t xml:space="preserve">[27:48] </w:t>
      </w:r>
      <w:r>
        <w:t>mein agar us tarah ki simplicity guidance hogi na toh mujhe lagta hamari behnein aur bhi comfortable feel karengi. Hello. Ji, Asunamaalikim.</w:t>
      </w:r>
    </w:p>
    <w:p>
      <w:pPr>
        <w:jc w:val="right"/>
      </w:pPr>
      <w:r>
        <w:t>में अगर उस तरह की simplicity guidance होगी ना तो मुझे लगता हमारी बहनें और भी comfortable feel करेंगी. Hello. जी, असुनामालिकुम.</w:t>
      </w:r>
    </w:p>
    <w:p>
      <w:r>
        <w:rPr>
          <w:b/>
        </w:rPr>
        <w:t xml:space="preserve">[28:04] </w:t>
      </w:r>
      <w:r>
        <w:t>Ji, Buzar karna, Roma Miss Roma, aap kahan se bol rahi hain? Main Kashmir se bol rahi hoon Srinagar se. Thank you Jiza Kalna. Aapne jo kuch bhi hamare saath share kiya aur aapne jo suggestion diya hai inshallah, main apni team ko isko forward karungi aur we will cater to that. And aapne aapne jo yeh baat kahi ki Maulana ki writing bahut hi simple hai. Aapne bilkul sahi kaha.</w:t>
      </w:r>
    </w:p>
    <w:p>
      <w:pPr>
        <w:jc w:val="right"/>
      </w:pPr>
      <w:r>
        <w:t>जी, बुज़ार करना, रोमा Miss रोमा, आप कहां से बोल रही हैं? मैं कश्मीर से बोल रही हूं श्रीनगर से. Thank you जिज़ा कल्णा. आपने जो कुछ भी हमारे साथ share किया और आपने जो suggestion दिया है इंशाल्लाह, मैं अपनी team को इसको forward करूंगी और we will cater to that. And आपने आपने जो यह बात कही कि मौनाने की writing बहुत ही simple है. आपने बिल्कुल सही कहा.</w:t>
      </w:r>
    </w:p>
    <w:p>
      <w:r>
        <w:rPr>
          <w:b/>
        </w:rPr>
        <w:t xml:space="preserve">[28:32] </w:t>
      </w:r>
      <w:r>
        <w:t>jaise ki main bhi yeh bahut zyada feel karti hoon ki main koi bhi topic par agar Maulana ki koi bhi article ya koi bhi unke lecture sunti hoon, to bahut aasani se unki baat samajh mein aati hai. usmein koi confusion nahi rehti aur na hi ismein kisi aur author ki isko lekar ke further research karne ki zaroorat padti hai. Maulana ki writing aur ideology jo woh literature bolte hain woh apne aap mein hi ek complete sense deta hai hamein. Mashallah hamari learning bahut zyada achhi ho jaati hai is wajah se.</w:t>
      </w:r>
    </w:p>
    <w:p>
      <w:pPr>
        <w:jc w:val="right"/>
      </w:pPr>
      <w:r>
        <w:t>जैसे कि मैं भी यह बहुत ज़्यादा feel करती हूं कि मैं कोई भी topic पर अगर मौनाने की कोई भी article या कोई भी उनके lecture सुनती हूं, तो बहुत आसानी से उनकी बात समझ में आती है. उसमें कोई confusion नहीं रहती और ना ही इसमें किसी और author की इसको लेकर के further research करने की ज़रूरत पड़ती है. मौलाने कि writing और ideology जो वह literature बोलते हैं वह अपने आप में ही एक complete sense देता है हमें. माशालाह हमारी learning बहुत ज़्यादा अच्छी हो जाती है इस वजह से.</w:t>
      </w:r>
    </w:p>
    <w:p>
      <w:r>
        <w:rPr>
          <w:b/>
        </w:rPr>
        <w:t xml:space="preserve">[29:02] </w:t>
      </w:r>
      <w:r>
        <w:t>Thank you so much. My pleasure lekin mujhe maaf karna main yeh likhna nahi chahti thi lekin aaj hamare closed group mein apna dil ki baat maine aapse sabke saamne rakh li. to agar koi gussaki hui ho to maaf karna. nahi nahi, hum logon ne to aap aisi baat nahi keh rahe hain. hum logon ne to shuru mein hi kaha tha ki suggestions is always a welcome. We are going to improve on that.</w:t>
      </w:r>
    </w:p>
    <w:p>
      <w:pPr>
        <w:jc w:val="right"/>
      </w:pPr>
      <w:r>
        <w:t>Thank you so much. My pleasure लेकिन मुझे माफ़ करना मैं यह लिखना नहीं चाहती थी लेकिन आज हमारे closed group में अपना दिल की बात मैंने आपसे सबके सामने रख ली. तो अगर कोई गुस्साकी हुई हो तो माफ़ करना. नहीं नहीं, हम लोगों ने तो आप ऐसी बात नहीं कह रहे हैं. हम लोगों ने तो शुरू में ही कहा था कि suggestions is always a welcome. We are going to improve on that.</w:t>
      </w:r>
    </w:p>
    <w:p>
      <w:r>
        <w:rPr>
          <w:b/>
        </w:rPr>
        <w:t xml:space="preserve">[29:29] </w:t>
      </w:r>
      <w:r>
        <w:t>Yeah, because Maulana Sahab has changed my life, you know, his readings, you know, and his unke deedar hue. And so I just feel that we should not think too much. bas jaise maa baap hamein kuch kehte hain aur hum maan lete hain ya teacher hamein kuch sikhati hai to hum seekh lete hain.</w:t>
      </w:r>
    </w:p>
    <w:p>
      <w:pPr>
        <w:jc w:val="right"/>
      </w:pPr>
      <w:r>
        <w:t>Yeah, because मोलाना साहब has changed my life, you know, his readings, you know, and his उनके दीदार हुए. And so I just feel that we should not think too much. बस जैसे मां बाप हमें कुछ कहते हैं और हम मान लेते हैं या teacher हमें कुछ सिखाती है तो हम सीख लेते हैं.</w:t>
      </w:r>
    </w:p>
    <w:p>
      <w:r>
        <w:rPr>
          <w:b/>
        </w:rPr>
        <w:t xml:space="preserve">[29:50] </w:t>
      </w:r>
      <w:r>
        <w:t>bas agar us niyat se chalein to I think life will become happier and you know jo hum hereafter ki ka bhi sochte hain to inshallah, you know, if we live well by Maulana Sahab's word and his, you know, teachings. I think we could move on further inshallah Ameen, Assalam Alaikum Ji. Walikissalam, Inshallah, Ameen.</w:t>
      </w:r>
    </w:p>
    <w:p>
      <w:pPr>
        <w:jc w:val="right"/>
      </w:pPr>
      <w:r>
        <w:t>बस अगर उस नियत से चलें तो I think life will become happier and you know जो हम hereafter की का भी सोचते हैं तो inshallah, you know, if we live well by मुलाना साहब's word and his, you know, teachings. I think we could move on further inshallah अमीन, अस्लाम अल्लेकोम जी. वाली किस्लाम, इंशालाह, अमीन.</w:t>
      </w:r>
    </w:p>
    <w:p>
      <w:r>
        <w:rPr>
          <w:b/>
        </w:rPr>
        <w:t xml:space="preserve">[30:19] </w:t>
      </w:r>
      <w:r>
        <w:t>aur koi ladies hai jo aage aana chahti hain, kuch kahein? apni learning share karein? Ji Assalam Aliku. Balikur Assalam. Ji main Shavana Khatun main bas is group ke bare mein baat karna chahti hoon ki is group se mujhe kya fayda hua? Ji. Ji bataein sun rahe hain. Ji.</w:t>
      </w:r>
    </w:p>
    <w:p>
      <w:pPr>
        <w:jc w:val="right"/>
      </w:pPr>
      <w:r>
        <w:t>और कोई ladies है जो आगे आना चाहती हैं, कुछ कहें? अपनी learning share करें? जी अस्लाम अलीकू. बालिकूर अस्लाम. जी मैं शवाना खातुर मैं बस इस group के बारे में बात करना चाहती हूं कि इस group से मुझे क्या फ़ायदा हुआ? जी. जी बताएं sun रहे हैं. जी.</w:t>
      </w:r>
    </w:p>
    <w:p>
      <w:r>
        <w:rPr>
          <w:b/>
        </w:rPr>
        <w:t xml:space="preserve">[30:49] </w:t>
      </w:r>
      <w:r>
        <w:t>mujhe yeh seekhne ko di na ki jaise pehle hum apna frustration nahi kar paate the. har waqt hum apna muhaswar nahi kar rahe hote the aur abhi kya hota hai ki jab se hum is group mein hain aur is group ke discussion mein unko hum hissa le na le phir bhi usko hum padh rahe hote hain.</w:t>
      </w:r>
    </w:p>
    <w:p>
      <w:pPr>
        <w:jc w:val="right"/>
      </w:pPr>
      <w:r>
        <w:t>मुझे यह सीखने को दी ना कि जैसे पहले हम अपना frustration नहीं कर पाते थे. हर वक्त हम अपना मुहास्वार नहीं कर रहे होते थे और अभी क्या होता है कि जब से हम इस group में हैं और इस group के discussion में उनको हम हिस्सा ले ना ले फिर भी उसको हम पढ़ रहे होते हैं.</w:t>
      </w:r>
    </w:p>
    <w:p>
      <w:r>
        <w:rPr>
          <w:b/>
        </w:rPr>
        <w:t xml:space="preserve">[31:11] </w:t>
      </w:r>
      <w:r>
        <w:t>to agar, to yeh is tarah se hamare saath work jaise speed breaker ka kaam hamara yeh hua is group mein aane se. hum duniya mein jab khoye rehte hain to hamein pata hi nahi chalta ki hamein paanch waqt ka namaz ka bas yaad rehta tha aur har waqt kar rahe hote the aur phir apne kaam mein busy rehte the. lekin jab yeh group hum jab aaye hain to har waqt hamara muhasba hota rehta hai.</w:t>
      </w:r>
    </w:p>
    <w:p>
      <w:pPr>
        <w:jc w:val="right"/>
      </w:pPr>
      <w:r>
        <w:t>तो अगर, तो यह इस तरह से हमारे साथ work जैसे speed breaker का काम हमारा यह हुआ इस group में आने से. हम दुनिया में जब खोए रहते हैं तो हमें पता ही नहीं चलता कि हमें पांच वक्त का नमाज़ का बस याद रहता था और हर वक्त कर रहे होते थे और फिर अपने काम में busy रहते थे. लेकिन जब यह group हम जब आए हैं तो हर वक्त हमारा मोहाज़बा होता रहता है.</w:t>
      </w:r>
    </w:p>
    <w:p>
      <w:r>
        <w:rPr>
          <w:b/>
        </w:rPr>
        <w:t xml:space="preserve">[31:40] </w:t>
      </w:r>
      <w:r>
        <w:t>kuch bhi comments hai usko padh liye hain. agar nahi padhe to har waqt aisa lagta hai jaise hum kuch galat kar rahe hain. kuch achha kaam kuch chhod rahe hain. achha cheez se hum waqif nahi ho rahe hain. kisi agar hamare paas waqt bach raha hai to hum kisi aur kaam mein lag rahe hain to foran hum sochne lagte hain ki agar isko padhte hain to isse hamein kuch na kuch knowledge milta hai aur kuch achhi galti janne ko milta hai. achhi cheez hi seekh rahe hote hain isko padhkar ke.</w:t>
      </w:r>
    </w:p>
    <w:p>
      <w:pPr>
        <w:jc w:val="right"/>
      </w:pPr>
      <w:r>
        <w:t>कुछ भी comments है उसको पढ़ लिए हैं. अगर नहीं पढ़े तो हर वक्त ऐसा लगता है जैसे हम कुछ गलत कर रहे हैं. कुछ अच्छा काम कुछ छोड़ रहे हैं. अच्छा चीज़ से हम वाकिफ नहीं हो रहे हैं. किसी अगर हमारे पास वक्त बच रहा है तो हम किसी और काम में लग रहे हैं तो फ़ौरन हम सोचने लगते हैं कि अगर इसको पढ़ते हैं तो इससे हमें कुछ ना कुछ knowledge मिलता है और कुछ अच्छी गलती जानने को मिलता है. अच्छी चीज़ ही सीख रहे होते हैं इसको पढ़कर के.</w:t>
      </w:r>
    </w:p>
    <w:p>
      <w:r>
        <w:rPr>
          <w:b/>
        </w:rPr>
        <w:t xml:space="preserve">[32:09] </w:t>
      </w:r>
      <w:r>
        <w:t>to isliye hum is group mein aane ke baad hamein yeh fayda hua ki hum har waqt apna muhaswa kar rahe hote hain. Ji bas main itna hi kehna cha rahi thi. Washallah Shipana aapne bahut achhi baat kahi. aap hum sab is group par judne ke baad hum apna muhazba introspection bahut zyada karne lage hain aur is baat ka dhyan rakhte hain ki hamari learning zyada se zyada ho is group ko judne ke baad.</w:t>
      </w:r>
    </w:p>
    <w:p>
      <w:pPr>
        <w:jc w:val="right"/>
      </w:pPr>
      <w:r>
        <w:t>तो इसलिए हम इस group में आने के बाद हमें यह फ़ायदा हुआ कि हम हर वक्त अपना मोहास्वा कर रहे होते हैं. जी बस मैं इतना ही कहना चाह रही थी. वाशाल्लाह शिप्पाना आपने बहुत अच्छी बात कही. आप हम सब इस group पर जुड़ने के बाद हम अपना मुहाज़बा introspection बहुत ज़्यादा करने लगे हैं और इस बात का ध्यान रखते हैं कि हमारी learning ज़्यादा से ज़्यादा हो इस group को जुड़ने के बाद.</w:t>
      </w:r>
    </w:p>
    <w:p>
      <w:r>
        <w:rPr>
          <w:b/>
        </w:rPr>
        <w:t xml:space="preserve">[32:37] </w:t>
      </w:r>
      <w:r>
        <w:t>kyunki kai log apne apne comments daalte hain toh har ek jo jo bhi participant hai woh apni</w:t>
      </w:r>
    </w:p>
    <w:p>
      <w:pPr>
        <w:jc w:val="right"/>
      </w:pPr>
      <w:r>
        <w:t>क्योंकि कई लोग अपने अपने comments डालते हैं तो हर एक जो जो भी participant है वह अपनी</w:t>
      </w:r>
    </w:p>
    <w:p>
      <w:r>
        <w:rPr>
          <w:b/>
        </w:rPr>
        <w:t xml:space="preserve">[32:43] </w:t>
      </w:r>
      <w:r>
        <w:t>learning jab daalte hain toh hamein ek naya perspective samajh mein aata hai.</w:t>
      </w:r>
    </w:p>
    <w:p>
      <w:pPr>
        <w:jc w:val="right"/>
      </w:pPr>
      <w:r>
        <w:t>learning जब डालते हैं तो हमें एक नया perspective समझ में आता है.</w:t>
      </w:r>
    </w:p>
    <w:p>
      <w:r>
        <w:rPr>
          <w:b/>
        </w:rPr>
        <w:t xml:space="preserve">[32:50] </w:t>
      </w:r>
      <w:r>
        <w:t>to aap log zyada se zyada participate karen.</w:t>
      </w:r>
    </w:p>
    <w:p>
      <w:pPr>
        <w:jc w:val="right"/>
      </w:pPr>
      <w:r>
        <w:t>तो आप लोग ज़्यादा से ज़्यादा participate करें.</w:t>
      </w:r>
    </w:p>
    <w:p>
      <w:r>
        <w:rPr>
          <w:b/>
        </w:rPr>
        <w:t xml:space="preserve">[32:57] </w:t>
      </w:r>
      <w:r>
        <w:t>jo bhi topics diya ja raha hai aur jo bhi learnings aapki ho rahi hain usmein aap participate karen.</w:t>
      </w:r>
    </w:p>
    <w:p>
      <w:pPr>
        <w:jc w:val="right"/>
      </w:pPr>
      <w:r>
        <w:t>जो भी topics दिया जा रहा है और जो भी learnings आपकी हो रही है उसमें आप participate करें.</w:t>
      </w:r>
    </w:p>
    <w:p>
      <w:r>
        <w:rPr>
          <w:b/>
        </w:rPr>
        <w:t xml:space="preserve">[33:04] </w:t>
      </w:r>
      <w:r>
        <w:t>aur koi seema main dekh pa rahi hoon?</w:t>
      </w:r>
    </w:p>
    <w:p>
      <w:pPr>
        <w:jc w:val="right"/>
      </w:pPr>
      <w:r>
        <w:t>और कोई सीमा मैं देख पा रही हूं?</w:t>
      </w:r>
    </w:p>
    <w:p>
      <w:r>
        <w:rPr>
          <w:b/>
        </w:rPr>
        <w:t xml:space="preserve">[33:11] </w:t>
      </w:r>
      <w:r>
        <w:t>seema yahan aap kuch kahein?</w:t>
      </w:r>
    </w:p>
    <w:p>
      <w:pPr>
        <w:jc w:val="right"/>
      </w:pPr>
      <w:r>
        <w:t>सीमा यहां आप कुछ कहें?</w:t>
      </w:r>
    </w:p>
    <w:p>
      <w:r>
        <w:rPr>
          <w:b/>
        </w:rPr>
        <w:t xml:space="preserve">[33:18] </w:t>
      </w:r>
      <w:r>
        <w:t>aur koi ladies kuch kehna chahti hoon? rubina aashi, saniya chaus, aaishal. main kuch kehna chahti hoon. haan, asslam alaikum rehmat ullah hi barkata hoon. quality islam. mera, haan main yeh kehna chahti hoon main bhi jab se ismein judi hoon.</w:t>
      </w:r>
    </w:p>
    <w:p>
      <w:pPr>
        <w:jc w:val="right"/>
      </w:pPr>
      <w:r>
        <w:t>और कोई ladies कुछ कहना चाहती हूं? रुबीना आशी, सानिया चौस, आईशाल. मैं कुछ कहना चाहती हूं. हां, अस्लाम अलिकुम रहमत उल्लाह ही बर्काता हूं. Quality इस्लाम. मेरा, हां मैं यह कहना चाहती हूं मैं भी जब से इसमें जुड़ी हूं.</w:t>
      </w:r>
    </w:p>
    <w:p>
      <w:r>
        <w:rPr>
          <w:b/>
        </w:rPr>
        <w:t xml:space="preserve">[33:43] </w:t>
      </w:r>
      <w:r>
        <w:t>aap to maashi allah bahut mujhe bhi knowledge mila hai kyunki main bhi deen ka thoda bahut jo bhi allah ne mujhe yeh day di kaam karti hoon to kuch knowledge yahan se lekar main apne bhi logon ko us tarah se explain kar paati hoon. bas itna hi aur zaa karla khair aur aap log dua karien aur bhi main thoda zyada kaam kar sakoon. meri awaaz aai sahi? ji ji aapki awaaz sahi hai. aap kis kaun si city se hain yeh bataein aap?</w:t>
      </w:r>
    </w:p>
    <w:p>
      <w:pPr>
        <w:jc w:val="right"/>
      </w:pPr>
      <w:r>
        <w:t>आप तो माशी अल्लाह बहुत मुझे भी knowledge मिला है क्योंकि मैं भी दीन का थोड़ा बहुत जो भी अल्लाह ने मुझे यह दाय दी काम करती हूं तो कुछ knowledge यहां से लेकर मैं अपने भी लोगों को उस तरह से explain कर पाती हूं. बस इतना ही और ज़ज़ा करला खैर और आप लोग दुआ करिए और भी मैं थोड़ा ज़्यादा काम कर सकूं. मेरी आवाज़ आई सही? जी जी आपकी आवाज़ सही है. आप किस कौन सी city से हैं यह बताएं आप?</w:t>
      </w:r>
    </w:p>
    <w:p>
      <w:r>
        <w:rPr>
          <w:b/>
        </w:rPr>
        <w:t xml:space="preserve">[34:13] </w:t>
      </w:r>
      <w:r>
        <w:t>aapki awaaz sunai nahi de rahi hai sahi se musallam ki sabhi na ji.</w:t>
      </w:r>
    </w:p>
    <w:p>
      <w:pPr>
        <w:jc w:val="right"/>
      </w:pPr>
      <w:r>
        <w:t>आपकी आवाज़ सुनाई नहीं दे रही है सही से मुसलम की सभी ना जी.</w:t>
      </w:r>
    </w:p>
    <w:p>
      <w:r>
        <w:rPr>
          <w:b/>
        </w:rPr>
        <w:t xml:space="preserve">[34:20] </w:t>
      </w:r>
      <w:r>
        <w:t>ji mujhe to haan boliye humko ekdam aapki awaaz sunai nahi de rahi hai. Assalam alaikum.</w:t>
      </w:r>
    </w:p>
    <w:p>
      <w:pPr>
        <w:jc w:val="right"/>
      </w:pPr>
      <w:r>
        <w:t>जी मुझे तो हां बोलिए हमको एकदम आपकी आवाज़ सुनाई नहीं दे रही है. असालाम अलीकूम.</w:t>
      </w:r>
    </w:p>
    <w:p>
      <w:r>
        <w:rPr>
          <w:b/>
        </w:rPr>
        <w:t xml:space="preserve">[34:28] </w:t>
      </w:r>
      <w:r>
        <w:t>hai nahi awaaz aa rahi hai.</w:t>
      </w:r>
    </w:p>
    <w:p>
      <w:pPr>
        <w:jc w:val="right"/>
      </w:pPr>
      <w:r>
        <w:t>है नहीं आवाज़ आ रही है.</w:t>
      </w:r>
    </w:p>
    <w:p>
      <w:r>
        <w:rPr>
          <w:b/>
        </w:rPr>
        <w:t xml:space="preserve">[34:36] </w:t>
      </w:r>
      <w:r>
        <w:t>haan aapki awaaz humko dum nahi</w:t>
      </w:r>
    </w:p>
    <w:p>
      <w:pPr>
        <w:jc w:val="right"/>
      </w:pPr>
      <w:r>
        <w:t>हां आपकी आवाज़ हमको दम नहीं</w:t>
      </w:r>
    </w:p>
    <w:p>
      <w:r>
        <w:rPr>
          <w:b/>
        </w:rPr>
        <w:t xml:space="preserve">[34:44] </w:t>
      </w:r>
      <w:r>
        <w:t>No. Aslam alaikum. Walekum assalam. Haan.</w:t>
      </w:r>
    </w:p>
    <w:p>
      <w:pPr>
        <w:jc w:val="right"/>
      </w:pPr>
      <w:r>
        <w:t>No. Aslam alaikum. वालेकुम अस्लाम. हां.</w:t>
      </w:r>
    </w:p>
    <w:p>
      <w:r>
        <w:rPr>
          <w:b/>
        </w:rPr>
        <w:t xml:space="preserve">[34:50] </w:t>
      </w:r>
      <w:r>
        <w:t>seema aap kuch kehna chahti hain?</w:t>
      </w:r>
    </w:p>
    <w:p>
      <w:pPr>
        <w:jc w:val="right"/>
      </w:pPr>
      <w:r>
        <w:t>सीमा आप कुछ कहना चाहती हैं?</w:t>
      </w:r>
    </w:p>
    <w:p>
      <w:r>
        <w:rPr>
          <w:b/>
        </w:rPr>
        <w:t xml:space="preserve">[34:56] </w:t>
      </w:r>
      <w:r>
        <w:t>haan, aapki awaaz mujhe nahi sunai de rahi hai.</w:t>
      </w:r>
    </w:p>
    <w:p>
      <w:pPr>
        <w:jc w:val="right"/>
      </w:pPr>
      <w:r>
        <w:t>हां, आपकी आवाज़ मुझे नहीं सुनाई दे रही है.</w:t>
      </w:r>
    </w:p>
    <w:p>
      <w:r>
        <w:rPr>
          <w:b/>
        </w:rPr>
        <w:t xml:space="preserve">[35:02] </w:t>
      </w:r>
      <w:r>
        <w:t>aur kisi ko meri awaaz nahi sunai de rahi hai? Please bataein.</w:t>
      </w:r>
    </w:p>
    <w:p>
      <w:pPr>
        <w:jc w:val="right"/>
      </w:pPr>
      <w:r>
        <w:t>और किसी को मेरी आवाज़ नहीं सुनाई दे रही है? Please बताएं.</w:t>
      </w:r>
    </w:p>
    <w:p>
      <w:r>
        <w:rPr>
          <w:b/>
        </w:rPr>
        <w:t xml:space="preserve">[35:08] </w:t>
      </w:r>
      <w:r>
        <w:t>nahi bilkul sahi aa rahi hai dono ki.</w:t>
      </w:r>
    </w:p>
    <w:p>
      <w:pPr>
        <w:jc w:val="right"/>
      </w:pPr>
      <w:r>
        <w:t>नहीं बिल्कुल सही आ रही है दोनों की.</w:t>
      </w:r>
    </w:p>
    <w:p>
      <w:r>
        <w:rPr>
          <w:b/>
        </w:rPr>
        <w:t xml:space="preserve">[35:14] </w:t>
      </w:r>
      <w:r>
        <w:t>Ok seema thoda sa recording dekh lein kya hai?</w:t>
      </w:r>
    </w:p>
    <w:p>
      <w:pPr>
        <w:jc w:val="right"/>
      </w:pPr>
      <w:r>
        <w:t>Ok सीमा थोड़ा सा recording देख लें क्या है?</w:t>
      </w:r>
    </w:p>
    <w:p>
      <w:r>
        <w:rPr>
          <w:b/>
        </w:rPr>
        <w:t xml:space="preserve">[35:20] </w:t>
      </w:r>
      <w:r>
        <w:t>aapke audio mein koi. Haan main</w:t>
      </w:r>
    </w:p>
    <w:p>
      <w:pPr>
        <w:jc w:val="right"/>
      </w:pPr>
      <w:r>
        <w:t>आपके audio में कोई. हां मैं</w:t>
      </w:r>
    </w:p>
    <w:p>
      <w:r>
        <w:rPr>
          <w:b/>
        </w:rPr>
        <w:t xml:space="preserve">[35:27] </w:t>
      </w:r>
      <w:r>
        <w:t>yahi keh rahi thi ki main main jis din se yeh group mein join hui hoon mujhe bhi</w:t>
      </w:r>
    </w:p>
    <w:p>
      <w:pPr>
        <w:jc w:val="right"/>
      </w:pPr>
      <w:r>
        <w:t>यही कह रही थी कि मैं मैं जिस दिन से यह group में join हुई हूं मुझे भी</w:t>
      </w:r>
    </w:p>
    <w:p>
      <w:r>
        <w:rPr>
          <w:b/>
        </w:rPr>
        <w:t xml:space="preserve">[35:31] </w:t>
      </w:r>
      <w:r>
        <w:t>bahut knowledge milta hai isse taaki main jo din ka thoda bahut kaam karti hoon to yahan se</w:t>
      </w:r>
    </w:p>
    <w:p>
      <w:pPr>
        <w:jc w:val="right"/>
      </w:pPr>
      <w:r>
        <w:t>बहुत knowledge मिलता है इससे ताकि मैं जो दिन का थोड़ा बहुत काम करती हूं तो यहां से</w:t>
      </w:r>
    </w:p>
    <w:p>
      <w:r>
        <w:rPr>
          <w:b/>
        </w:rPr>
        <w:t xml:space="preserve">[35:35] </w:t>
      </w:r>
      <w:r>
        <w:t>main knowledge lekar Maulana ki jo jo sab kitab main padhti hoon kal Quran ke tarjuma to main</w:t>
      </w:r>
    </w:p>
    <w:p>
      <w:pPr>
        <w:jc w:val="right"/>
      </w:pPr>
      <w:r>
        <w:t>मैं knowledge लेकर मौलाना की जो जो सब किताब मैं पढ़ती हूं कल कुरान के तरजूमा तो मैं</w:t>
      </w:r>
    </w:p>
    <w:p>
      <w:r>
        <w:rPr>
          <w:b/>
        </w:rPr>
        <w:t xml:space="preserve">[35:40] </w:t>
      </w:r>
      <w:r>
        <w:t>bhi apne kaam mein woh experience lagati hoon.</w:t>
      </w:r>
    </w:p>
    <w:p>
      <w:pPr>
        <w:jc w:val="right"/>
      </w:pPr>
      <w:r>
        <w:t>भी अपने काम में वह experience लगाती हूं.</w:t>
      </w:r>
    </w:p>
    <w:p>
      <w:r>
        <w:rPr>
          <w:b/>
        </w:rPr>
        <w:t xml:space="preserve">[35:44] </w:t>
      </w:r>
      <w:r>
        <w:t>hota hai aisa.</w:t>
      </w:r>
    </w:p>
    <w:p>
      <w:pPr>
        <w:jc w:val="right"/>
      </w:pPr>
      <w:r>
        <w:t>होता है ऐसा.</w:t>
      </w:r>
    </w:p>
    <w:p>
      <w:r>
        <w:rPr>
          <w:b/>
        </w:rPr>
        <w:t xml:space="preserve">[35:49] </w:t>
      </w:r>
      <w:r>
        <w:t>to isiliye aap sabko jazakallah khair is group mein mujhe join karane ke liye.</w:t>
      </w:r>
    </w:p>
    <w:p>
      <w:pPr>
        <w:jc w:val="right"/>
      </w:pPr>
      <w:r>
        <w:t>तो इसीलिए आप सबको ज़ज़कल्ला खैर इस group में मुझे join कराने के लिए.</w:t>
      </w:r>
    </w:p>
    <w:p>
      <w:r>
        <w:rPr>
          <w:b/>
        </w:rPr>
        <w:t xml:space="preserve">[35:53] </w:t>
      </w:r>
      <w:r>
        <w:t>kaskar ke sabhi na ali ko.</w:t>
      </w:r>
    </w:p>
    <w:p>
      <w:pPr>
        <w:jc w:val="right"/>
      </w:pPr>
      <w:r>
        <w:t>कास्कर के सभी ना अली को.</w:t>
      </w:r>
    </w:p>
    <w:p>
      <w:r>
        <w:rPr>
          <w:b/>
        </w:rPr>
        <w:t xml:space="preserve">[35:58] </w:t>
      </w:r>
      <w:r>
        <w:t>aai meri awaaz? ji ji, aapki awaaz sunai di. hum log sabne suna. aapne seema from kolkata team hai. maashallah bahut kaam karti hain aur mere saath kaafi saalon se judi hui hain aur seema aap apne aap ko mute kar lein. achha, theek hai. aur koi ladies agar aana chahenge hamare paas aur nau minute baaki isse pehle ki main garmida apa ko doon? kisi ke paas koi aur koi sawal ho to bataein?</w:t>
      </w:r>
    </w:p>
    <w:p>
      <w:pPr>
        <w:jc w:val="right"/>
      </w:pPr>
      <w:r>
        <w:t>आई मेरी आवाज़? जी जी, आपकी आवाज़ सुनाई दी. हम लोग सबने सुना. आपने सीमा from कोलकाता team है. माशालाह बहुत काम करती हैं और मेरे साथ काफी सालों से जुड़ी हुई हैं और सीमा आप अपने आप को mute कर लें. अच्छा, ठीक है. और कोई ladies अगर आना चाहेंगे हमारे पास और नौ minute बाकी इससे पहले कि मैं गर्मीदा आपा को दूं? किसी के पास कोई और कोई सवाल हो तो बताएं?</w:t>
      </w:r>
    </w:p>
    <w:p>
      <w:r>
        <w:rPr>
          <w:b/>
        </w:rPr>
        <w:t xml:space="preserve">[36:28] </w:t>
      </w:r>
      <w:r>
        <w:t>nahi shabina. main ek baar phir shavana khatoon ko sunne ke baad mujhe mahsus hua ki mujhe bhi aap sabka shukriya ada karna chahiye.</w:t>
      </w:r>
    </w:p>
    <w:p>
      <w:pPr>
        <w:jc w:val="right"/>
      </w:pPr>
      <w:r>
        <w:t>नहीं शभी ना. मैं एक बार फिर शवाना खातुन को सुनने के बाद मुझे महसूस हुआ कि मुझे भी आप सबका शुक्रिया अदा करना चाहिए.</w:t>
      </w:r>
    </w:p>
    <w:p>
      <w:r>
        <w:rPr>
          <w:b/>
        </w:rPr>
        <w:t xml:space="preserve">[36:39] </w:t>
      </w:r>
      <w:r>
        <w:t>main shahad se theek nahi thi lekin jaise phone haath mein uthati thi to dekhti thi ki aaj kya kya topic hai aur matlab jaise woh meri ek qism ki dawa van gayi to kyunki mind phir apni bimari se uthkar bas isi mein rehta tha ki aaj kya discussion chal raha hai aur kaun kya kehte hain? to ek baar shukriya ada karna tha. shukriya shabina. aslam aliko.</w:t>
      </w:r>
    </w:p>
    <w:p>
      <w:pPr>
        <w:jc w:val="right"/>
      </w:pPr>
      <w:r>
        <w:t>मैं शहद से ठीक नहीं थी लेकिन जैसे phone हाथ में उठाती थी तो देखती थी कि आज क्या क्या topic है और मतलब जैसे वह मेरी एक किस्म की दवा वन गई तो क्योंकि mind फिर अपनी बीमारी से उठकर बस इसी में रहता था कि आज क्या discussion चल रहा है और कौन क्या कहते हैं? तो एक बार शुक्रिया अदा करना था. शुक्रिया शभिना. अस्लाम अलीको.</w:t>
      </w:r>
    </w:p>
    <w:p>
      <w:r>
        <w:rPr>
          <w:b/>
        </w:rPr>
        <w:t xml:space="preserve">[37:09] </w:t>
      </w:r>
      <w:r>
        <w:t>aslam shukriya hamari poori team ka aur tamam ladies ka jo apni learnings ko, apni feedback ko aur jo bhi woh seekh karti hain aur is group ko unhone bahut lively banakar rakha hai marshaalla se aur hum bahut zyada encourage karte hain tamam log ki ismein zyada se zyada hamari participation ho.</w:t>
      </w:r>
    </w:p>
    <w:p>
      <w:pPr>
        <w:jc w:val="right"/>
      </w:pPr>
      <w:r>
        <w:t>अस्लाम शुक्रिया हमारी पूरी team का और तमाम ladies का जो अपनी learnings को, अपनी feedback को और जो भी वह सीख करती हैं और इस group को उन्होंने बहुत lively बनाकर रखा है मार्शाल्ला से और हम बहुत ज़्यादा encourage करते हैं तमाम लोग कि इसमें ज़्यादा से ज़्यादा हमारी participation हो.</w:t>
      </w:r>
    </w:p>
    <w:p>
      <w:r>
        <w:rPr>
          <w:b/>
        </w:rPr>
        <w:t xml:space="preserve">[37:30] </w:t>
      </w:r>
      <w:r>
        <w:t>kuch log hain jo bahut mute rehte hain woh bhi aage aaein apna introspection ya koi bhi insight ho share karein taaki hamari bhi learning badhe. hum sab students hain aur hum sab koshish kar rahe hain ki hum zyada se zyada seekh paein. aur koi ladies hain isse pehle ki main miss fareeda khan ko bulaoon? unko kaun se? ji, kahiye rubina aashi. aap kahan se bol rahe hain? kaun se?</w:t>
      </w:r>
    </w:p>
    <w:p>
      <w:pPr>
        <w:jc w:val="right"/>
      </w:pPr>
      <w:r>
        <w:t>कुछ लोग हैं जो बहुत mute रहते हैं वह भी आगे आएं अपना introspection या कोई भी insight हो share करें ताकि हमारी भी learning बढ़े. हम सब students हैं और हम सब कोशिश कर रहे हैं कि हम ज़्यादा से ज़्यादा सीख पाएं. और कोई ladies हैं इससे पहले कि मैं Miss फरीदा खान को बुलाऊं? उनको कौन से? जी, कहिए रुबीना आशी. आप कहां से बोल रहे हैं? कौन से?</w:t>
      </w:r>
    </w:p>
    <w:p>
      <w:r>
        <w:rPr>
          <w:b/>
        </w:rPr>
        <w:t xml:space="preserve">[37:59] </w:t>
      </w:r>
      <w:r>
        <w:t>ji main raichur se bol rahi hoon. raichur karnataka. ji. ok, kahe aap? ji. haan, ji alam lella yeh group to bahut achha hai. bahut zyada ladies ka jo apne apne jo learnings hain usko rozana bheja ja raha hai. main ek job par karti hoon.</w:t>
      </w:r>
    </w:p>
    <w:p>
      <w:pPr>
        <w:jc w:val="right"/>
      </w:pPr>
      <w:r>
        <w:t>जी मैं रायचूर से बोल रही हूं. रायचूर कर्नाटक. जी. Ok, कहे आप? जी. हां, जी अलम लेल्ला यह group तो बहुत अच्छा है. बहुत ज़्यादा ladies का जो अपने अपने जो learnings हैं उसको रोज़ाना भेजा जा रहा है. मैं एक job पर करती हूं.</w:t>
      </w:r>
    </w:p>
    <w:p>
      <w:r>
        <w:rPr>
          <w:b/>
        </w:rPr>
        <w:t xml:space="preserve">[38:18] </w:t>
      </w:r>
      <w:r>
        <w:t>mujhe waqt to kam hi milta hai magar main jabhi bhi waqt milta hai main usko zyada se</w:t>
      </w:r>
    </w:p>
    <w:p>
      <w:pPr>
        <w:jc w:val="right"/>
      </w:pPr>
      <w:r>
        <w:t>मुझे वक्त तो कम ही मिलता है मगर मैं जभी भी वक्त मिलता है मैं उसको ज़्यादा से</w:t>
      </w:r>
    </w:p>
    <w:p>
      <w:r>
        <w:rPr>
          <w:b/>
        </w:rPr>
        <w:t xml:space="preserve">[38:27] </w:t>
      </w:r>
      <w:r>
        <w:t>zyada aainda se karne ki koshish karungi aur aap logon se jo bhi ideas mil rahe hain usko</w:t>
      </w:r>
    </w:p>
    <w:p>
      <w:pPr>
        <w:jc w:val="right"/>
      </w:pPr>
      <w:r>
        <w:t>ज़्यादा आइंदा से करने की कोशिश करूंगी और आप लोगों से जो भी ideas मिल रहे हैं उसको</w:t>
      </w:r>
    </w:p>
    <w:p>
      <w:r>
        <w:rPr>
          <w:b/>
        </w:rPr>
        <w:t xml:space="preserve">[38:36] </w:t>
      </w:r>
      <w:r>
        <w:t>main apne work mein use karne ki koshish kar rahi hoon aur Maulana ka jo bhi literature hai</w:t>
      </w:r>
    </w:p>
    <w:p>
      <w:pPr>
        <w:jc w:val="right"/>
      </w:pPr>
      <w:r>
        <w:t>मैं अपने work में use करने की कोशिश कर रही हूं और मुलाना का जो भी literature है</w:t>
      </w:r>
    </w:p>
    <w:p>
      <w:r>
        <w:rPr>
          <w:b/>
        </w:rPr>
        <w:t xml:space="preserve">[38:45] </w:t>
      </w:r>
      <w:r>
        <w:t>alam mila main bhi padhti hoon zyada se zyada.</w:t>
      </w:r>
    </w:p>
    <w:p>
      <w:pPr>
        <w:jc w:val="right"/>
      </w:pPr>
      <w:r>
        <w:t>अलम मिला मैं भी पढ़ती हूं ज़्यादा से ज़्यादा.</w:t>
      </w:r>
    </w:p>
    <w:p>
      <w:r>
        <w:rPr>
          <w:b/>
        </w:rPr>
        <w:t xml:space="preserve">[38:54] </w:t>
      </w:r>
      <w:r>
        <w:t>ji islam kya hai aur aurat mein hamare insaniyat kitabe padh chuki hoon usko utilize karke usko mulana ka jo kaam hai usko badhane ki koshish kar rahi hoon.</w:t>
      </w:r>
    </w:p>
    <w:p>
      <w:pPr>
        <w:jc w:val="right"/>
      </w:pPr>
      <w:r>
        <w:t>जी इस्लाम क्या है और औरत में हमारे इंसानियत किताबें पढ़ चुकी हों उसको utilize करके उसको मुलाना का जो काम है उसको बढ़ाने की कोशिश कर रही हूं.</w:t>
      </w:r>
    </w:p>
    <w:p>
      <w:r>
        <w:rPr>
          <w:b/>
        </w:rPr>
        <w:t xml:space="preserve">[39:12] </w:t>
      </w:r>
      <w:r>
        <w:t>zaa kalla, milina aashi, aapne bahut achhi baat kahi aur yeh bahut zaroori hai ki maulana ki jo short videos aur jo literature hamare whatsapp par share hote hain main bahut zyada share karti hoon aur maine dekha hai ki jo jo log jo hamare group se jude hain woh to jante nahi hain ki cts international kya kar raha hai?</w:t>
      </w:r>
    </w:p>
    <w:p>
      <w:pPr>
        <w:jc w:val="right"/>
      </w:pPr>
      <w:r>
        <w:t>जज़ा कल्ला, मिलीना आशीष, आपने बहुत अच्छी बात कही और यह बहुत ज़रूरी है कि मौलाना की जो short videos और जो literature हमारे WhatsApp पर share होते हैं मैं बहुत ज़्यादा share करती हूं और मैंने देखा है कि जो जो लोग जो हमारे group से जुड़े हैं वह तो जानते नहीं हैं कि CTS International क्या कर रहा है?</w:t>
      </w:r>
    </w:p>
    <w:p>
      <w:r>
        <w:rPr>
          <w:b/>
        </w:rPr>
        <w:t xml:space="preserve">[39:35] </w:t>
      </w:r>
      <w:r>
        <w:t>jo lekin jo log hamare friends hain, hamare relatives hain, jo bahar country mein hamare jo dost hai vagairah jo hamare friends jo bahar rehte hain, unse bhi yeh short videos share karne ka bahut zyada fayda hota hai. is tarah se kya hai ki ek global world abhi ek global village hai. hum jo bhi share karenge woh ek ek insaan se doosre insaan tak pahunchte hain. ek tarah ka woh ek chain banta hai.</w:t>
      </w:r>
    </w:p>
    <w:p>
      <w:pPr>
        <w:jc w:val="right"/>
      </w:pPr>
      <w:r>
        <w:t>जो लेकिन जो लोग हमारे friends हैं, हमारे relatives हैं, जो बाहर country में हमारे जो दोस्त है वगैरह जो हमारे friends जो बाहर रहते हैं, उनसे भी यह short videos share करने का बहुत ज़्यादा फ़ायदा होता है. इस तरह से क्या है कि एक global world अभी एक global village है. हम जो भी share करेंगे वह एक एक इंसान से दूसरे इंसान तक पहुंचते हैं. एक तरह का वह एक chain बनता है.</w:t>
      </w:r>
    </w:p>
    <w:p>
      <w:r>
        <w:rPr>
          <w:b/>
        </w:rPr>
        <w:t xml:space="preserve">[40:00] </w:t>
      </w:r>
      <w:r>
        <w:t>to hamein to cps mein aise bhi molana ne sikhaya hai ki aap zyada se zyada is kaam mein participate karen. to aap sabse yeh request hai ki molana ki jo bhi short videos aate hain aur aapko jo sahi lagta hai, ek hamari ek non muslim group hoti hai aur ek muslim group hoti hai. to jo aapko lagta hai ki ek secular message islam ka de raha hai moladane ki video, woh aap apne secular group mein share karen, non muslim group mein share karen.</w:t>
      </w:r>
    </w:p>
    <w:p>
      <w:pPr>
        <w:jc w:val="right"/>
      </w:pPr>
      <w:r>
        <w:t>तो हमें तो CPS में ऐसे भी मोलाना ने सिखाया है कि आप ज़्यादा से ज़्यादा इस काम में participate करें. तो आप सबसे यह request है कि मोलाना की जो भी short videos आते हैं और आपको जो सही लगता है, एक हमारी एक non Muslim group होती है और एक Muslim group होती है. तो जो आपको लगता है कि एक secular message इस्लाम का दे रहा है मोलदाने की video, वह आप अपने secular group में share करें, non मुस्लिम group में share करें.</w:t>
      </w:r>
    </w:p>
    <w:p>
      <w:r>
        <w:rPr>
          <w:b/>
        </w:rPr>
        <w:t xml:space="preserve">[40:28] </w:t>
      </w:r>
      <w:r>
        <w:t>maine khud kiya hai aur maine bahut positive effect dekha hai. jis jagah par main rehti hoon, wahan par kai muslim, non muslim families hain. jab koi hamari interaction hoti hai to woh log mujhse aakar kehte hain ki dekhiye aapka woh jo spiritual message aap jo roz good morning ke ke saath jo hamare saath hamare paas whatsapp group mein subah subah aankh khulte hi saath hum log intezar karte hain ki woh spiritual message aaj ke din kya aaya hai? to is tarah se aap log bhi kar sakti hain apne groups mein.</w:t>
      </w:r>
    </w:p>
    <w:p>
      <w:pPr>
        <w:jc w:val="right"/>
      </w:pPr>
      <w:r>
        <w:t>मैंने ख़ुद किया है और मैंने बहुत positive effect देखा है. जिस जगह पर मैं रहती हूं, वहां पर कई मुस्लिम, non मुस्लिम families हैं. जब कोई हमारी interaction होती है तो वह लोग मुझसे आकर कहते हैं कि देखिए आपका वह जो spiritual message आप जो रोज़ good morning के के साथ जो हमारे साथ हमारे पास WhatsApp group में सुबह सुबह आंख खुलते ही साथ हम लोग इंतज़ार करते हैं कि वह spiritual message आज के दिन क्या आया है? तो इस तरह से आप लोग भी कर सकती हैं अपने groups में.</w:t>
      </w:r>
    </w:p>
    <w:p>
      <w:r>
        <w:rPr>
          <w:b/>
        </w:rPr>
        <w:t xml:space="preserve">[40:58] </w:t>
      </w:r>
      <w:r>
        <w:t>to isse hamari bhi learning padhti hai aur jin logon ke saath hum share karte hain, unke saath ek right aur true message pahunchta hai. cheez prasad karna. aur koi ladies aage aana chahengi? ji last mein main zaroor kuch kehna chaungi group ke hawale se.</w:t>
      </w:r>
    </w:p>
    <w:p>
      <w:pPr>
        <w:jc w:val="right"/>
      </w:pPr>
      <w:r>
        <w:t>तो इससे हमारी भी learning पड़ती है और जिन लोगों के साथ हम share करते हैं, उनके साथ एक right और true message पहुंचता है. चीज़ प्रसाद करना. और कोई ladies आगे आना चाहेंगी? जी last में मैं ज़रूर कुछ कहना चाहूंगी group के हवाले से.</w:t>
      </w:r>
    </w:p>
    <w:p>
      <w:r>
        <w:rPr>
          <w:b/>
        </w:rPr>
        <w:t xml:space="preserve">[41:24] </w:t>
      </w:r>
      <w:r>
        <w:t>maine bahut is group mein jo hai doctor safeena, nazmaapa, faimidaapa ka bahut dimag khaye hain, unko bahut man kiya hai. maine bahut sawalaat kiye hain. to aur main bahut active rahi is group mein itna zyada maashallah se seekhne ko mila ki ab main apne hawale se yeh keh sakti hoon ki ek andar aisa sukoon hai jo bechaini thi, jo shikayati shikrve wali life thi ek complaint mein bilkul jeena.</w:t>
      </w:r>
    </w:p>
    <w:p>
      <w:pPr>
        <w:jc w:val="right"/>
      </w:pPr>
      <w:r>
        <w:t>मैंने बहुत इस group में जो है doctor सफीना, नज़मापा, फैमीदापा का बहुत दिमाग खाए हैं, उनको बहुत मन किया है. मैंने बहुत सवालात किए हैं. तो और मैं बहुत active रही इस group में इतना ज़्यादा माशाल्ला से सीखने को मिला कि अब मैं अपने हवाले से यह कह सकती हूं कि एक अंदर ऐसा सुकून है जो बेचैनी थी, जो शिकायती शिक्रवे वाली life थी एक complaint में बिल्कुल जीना.</w:t>
      </w:r>
    </w:p>
    <w:p>
      <w:r>
        <w:rPr>
          <w:b/>
        </w:rPr>
        <w:t xml:space="preserve">[41:53] </w:t>
      </w:r>
      <w:r>
        <w:t>us se bahar aane ka bahut mauka mila aur andar se benteha sukoon aur ab koi bhi baat kisi ki bhi jo boodhi hoti hai ya dil ko dukha deti hai, ab woh baat us level par aakar lagti nahi hai, woh feel hi nahi hoti aur koi bimari, koi aazmaish kuch bhi aaye to ek andar se rehta hai ki yeh waqti pair chahiye chala jayega.</w:t>
      </w:r>
    </w:p>
    <w:p>
      <w:pPr>
        <w:jc w:val="right"/>
      </w:pPr>
      <w:r>
        <w:t>उससे बाहर आने का बहुत मौका मिला और अंदर से बेंटेहा सुकून और अब कोई भी बात किसी की भी जो बूढ़ी होती है या दिल को दुखा देती है, अब वह बात उस level पर आकर लगती नहीं है, वह feel ही नहीं होती और कोई बीमारी, कोई आज़माइश कुछ भी आए तो एक अंदर से रहता है कि यह वक्ती पैर चाहिए चला जाएगा.</w:t>
      </w:r>
    </w:p>
    <w:p>
      <w:r>
        <w:rPr>
          <w:b/>
        </w:rPr>
        <w:t xml:space="preserve">[42:18] </w:t>
      </w:r>
      <w:r>
        <w:t>iske baad aasani hai to malana sahab ke audio, video, sentences unke dimag mein ghoomte rehte hain. ab tak aur maashallah se har lama aur kadam par molana sahab ki woh baatein yaad a jaati hai ki jab aap seekhte hain na aapka jab process shuru ho jata hai. aap discover karne lagte hain cheezon ko, janne lagte hain. to ek level aata hai aap agar galti karte hain ki aapko foran agle lame pata chal jata hai. to ab woh bhi aisa secondon mein pata lagta hai ki haan humne galat kar diya.</w:t>
      </w:r>
    </w:p>
    <w:p>
      <w:pPr>
        <w:jc w:val="right"/>
      </w:pPr>
      <w:r>
        <w:t>इसके बाद आसानी है तो मलाना साहब के audio, video, sentences उनके दिमाग में घूमते रहते हैं. अब तक और माशा अल्लाह से हर लमा और कदम पर मौलाना साहब की वह बातें याद आ जाती है कि जब आप सीखते हैं ना आपका जब process शुरू हो जाता है. आप discover करने लगते हैं चीज़ों को, जानने लगते हैं. तो एक level आता है आप अगर गलती करते हैं कि आपको फ़ौरन अगले लमे पता चल जाता है. तो अब वह भी ऐसा secondओं में पता लगता है कि हां हमने गलत कर दिया.</w:t>
      </w:r>
    </w:p>
    <w:p>
      <w:r>
        <w:rPr>
          <w:b/>
        </w:rPr>
        <w:t xml:space="preserve">[42:47] </w:t>
      </w:r>
      <w:r>
        <w:t>yeh cheez humne galat kar di. yeh humse guna ho gaya ya yeh humne backbiting kar di. to hamein palatne ka wapas jaakar allah taala khet paas. chahe kahin bhi ya kisi bhi ilake mein, kahin bali.</w:t>
      </w:r>
    </w:p>
    <w:p>
      <w:pPr>
        <w:jc w:val="right"/>
      </w:pPr>
      <w:r>
        <w:t>यह चीज़ हमने गलत कर दी. यह हमसे गुना हो गया या यह हमने backbiting कर दी. तो हमें पलटने का वापस जाकर अल्लाह ताला खेत पास. चाहे कहीं भी या किसी भी इलाके में, कहीं बलि.</w:t>
      </w:r>
    </w:p>
    <w:p>
      <w:r>
        <w:rPr>
          <w:b/>
        </w:rPr>
        <w:t xml:space="preserve">[43:13] </w:t>
      </w:r>
      <w:r>
        <w:t>allah unko, kaweshon ko qubool farmaen aur apne unke jannat mein allah mukamde, aalah ghar aata farmai, sharm, zaa kar lakhe. aameen aapki dhua allah qabul kare. aapne sahi kaha ki yeh aisa hi hum sab is team mein rehkar ke mahsus karte hain ki hum khud apne liye guard van gaye hain.</w:t>
      </w:r>
    </w:p>
    <w:p>
      <w:pPr>
        <w:jc w:val="right"/>
      </w:pPr>
      <w:r>
        <w:t>अल्लाह उनको, कावेशों को कुबूल फरमाएं और अपने उनके जन्नत में अल्लाह मुकामदे, आलाह घर आता फरमाई, शर्म, जज़ा कर लखे. आमीन आपकी धुआ अल्लाह क़बूल करें. आपने सही कहा कि यह ऐसा ही हम सब इस team में रहकर के महसूस करते हैं कि हम ख़ुद अपने लिए guard वन गए हैं.</w:t>
      </w:r>
    </w:p>
    <w:p>
      <w:r>
        <w:rPr>
          <w:b/>
        </w:rPr>
        <w:t xml:space="preserve">[43:33] </w:t>
      </w:r>
      <w:r>
        <w:t>ab main miss faimida khan ko dawat deti hoon ki woh aap aaein aur apni learning share karein ya hamein koi bhi suggestion ya feedback dena chahti hain aur apna introspection hamare saath share karein.</w:t>
      </w:r>
    </w:p>
    <w:p>
      <w:pPr>
        <w:jc w:val="right"/>
      </w:pPr>
      <w:r>
        <w:t>अब मैं miss फैमीदा खान को दावत देती हूं कि वह आप आएं और अपनी learning share करें या हमें कोई भी suggestion या feedback देना चाहती हैं और अपना introspection हमारे साथ share करें.</w:t>
      </w:r>
    </w:p>
    <w:p>
      <w:r>
        <w:rPr>
          <w:b/>
        </w:rPr>
        <w:t xml:space="preserve">[43:46] </w:t>
      </w:r>
      <w:r>
        <w:t>Miss Faida Khan, aapki awaaz thodi tooti tooti hoti hai. Achha. Assalam walekum awaaz aa rahi</w:t>
      </w:r>
    </w:p>
    <w:p>
      <w:pPr>
        <w:jc w:val="right"/>
      </w:pPr>
      <w:r>
        <w:t>Miss फैमिदा खान, आपकी आवाज़ थोड़ी टूटी टूटी होती है. अच्छा. अस्सलाम वाले को आवाज़ आ रही</w:t>
      </w:r>
    </w:p>
    <w:p>
      <w:r>
        <w:rPr>
          <w:b/>
        </w:rPr>
        <w:t xml:space="preserve">[44:16] </w:t>
      </w:r>
      <w:r>
        <w:t>hai? Ji, walekum assalam. Sabki learning sunkar jo bahut achha ehsaas ho raha tha ki log logon ko is group se sab log apne intehaan ki tayyari kar rahe hain aur aakhir mein kaamyaab ho sake.</w:t>
      </w:r>
    </w:p>
    <w:p>
      <w:pPr>
        <w:jc w:val="right"/>
      </w:pPr>
      <w:r>
        <w:t>है? जी, वाले को मसलाम. सबकी learning सुनकर जो बहुत अच्छा एहसास हो रहा था कि लोग लोगों को इस group से सब लोग अपने इंतहान की तैयारी कर रहे हैं और आखिर में कामयाब हो सके.</w:t>
      </w:r>
    </w:p>
    <w:p>
      <w:r>
        <w:rPr>
          <w:b/>
        </w:rPr>
        <w:t xml:space="preserve">[44:45] </w:t>
      </w:r>
      <w:r>
        <w:t>alawa mujhe bhi aise taqleef ek jaise sabko fark pada ho alawa hum sabke liye is yeh group ek aakhirat mein nijaat ka zariya bane. Aaj khareeda hamare saath hai.</w:t>
      </w:r>
    </w:p>
    <w:p>
      <w:pPr>
        <w:jc w:val="right"/>
      </w:pPr>
      <w:r>
        <w:t>अलावा मुझे भी ऐसे तफीफ एक जैसे सबको फ़र्क पड़ा हो अलावा हम सबके लिए इस यह group एक आखिरत में निचात का जरिया बने. आज खरीदा हमारे साथ है.</w:t>
      </w:r>
    </w:p>
    <w:p>
      <w:r>
        <w:rPr>
          <w:b/>
        </w:rPr>
        <w:t xml:space="preserve">[45:04] </w:t>
      </w:r>
      <w:r>
        <w:t>yeh bahut badi blessing hai hamare liye ki hum unse sawalaat kar sake, apne aur bhi apni cheezon ko clear kar sakte hain. Fareeda panshala hamare saath rahengi hamesha meeting mein.</w:t>
      </w:r>
    </w:p>
    <w:p>
      <w:pPr>
        <w:jc w:val="right"/>
      </w:pPr>
      <w:r>
        <w:t>यह बहुत बड़ी blessing है हमारे लिए कि हम उनसे सवालात कर सके, अपने और भी अपनी चीज़ों को clear कर सकते हैं. फरीदा पंशाला हमारे साथ रहेंगी हमेशा meeting में.</w:t>
      </w:r>
    </w:p>
    <w:p>
      <w:r>
        <w:rPr>
          <w:b/>
        </w:rPr>
        <w:t xml:space="preserve">[45:19] </w:t>
      </w:r>
      <w:r>
        <w:t>to main saare group ke ladies se request karungi ki woh log jahan bhi kahin unko aisa lage ki question karna hai kahin na aap phansi hain to aap zaroor use sawal kariye kyunki bahut badi hamare liye pressing ho gaya hai. Khareedar apna time samay deti hai. To loutala siddhavay ke apa ko hamare saath rakhen usehat ke saath rakhen apa ko. Apa ka presence hai. Aisa ehsaas dilata hai.</w:t>
      </w:r>
    </w:p>
    <w:p>
      <w:pPr>
        <w:jc w:val="right"/>
      </w:pPr>
      <w:r>
        <w:t>तो मैं सारे group के ladies से request करूंगी कि वह लोग जहां भी कहीं उनको ऐसा लगे कि question करना है कहीं ना आप फ़ंसी हैं तो आप ज़रूर उसे सवाल करिए क्योंकि बहुत बड़ी हमारे लिए pressing हो गया है. खरीदार अपना time समय देती है. तो लोटाला सिद्धवाय के आपा को हमारे साथ रखें उसेहत के साथ रखें आपा को. आपा का presence है. ऐसा एहसास दिलाता है.</w:t>
      </w:r>
    </w:p>
    <w:p>
      <w:r>
        <w:rPr>
          <w:b/>
        </w:rPr>
        <w:t xml:space="preserve">[45:48] </w:t>
      </w:r>
      <w:r>
        <w:t>jaise ki Allah ne apa ko hamari islaah ke liye bithaya hai taaki hum apni islaah apni learning ko sahi nazar se dekh sakein, samajh sakein. Pehle main apa ka bahut shukriya ada karungi ki apa ne hamare liye itna time nikala. Ismein inhe jo chaar topics group mein daale gaye hain.</w:t>
      </w:r>
    </w:p>
    <w:p>
      <w:pPr>
        <w:jc w:val="right"/>
      </w:pPr>
      <w:r>
        <w:t>जैसे कि अल्लाह ने आपा को हमारी इस्लाह के लिए बैठाया है ताकि हम अपनी इस्लाह अपनी learning को सही नज़र से देख सकें, समझ सकें. पहले मैं आपा का बहुत शुक्रिया अदा करूंगी कि आपा ने हमारे लिए इतना time निकाला. इसमें इन्हें जो चार topics group में डाले गए हैं.</w:t>
      </w:r>
    </w:p>
    <w:p>
      <w:r>
        <w:rPr>
          <w:b/>
        </w:rPr>
        <w:t xml:space="preserve">[46:13] </w:t>
      </w:r>
      <w:r>
        <w:t>us mein jannat jahana hua hai khuda ki marfat aur maat par hum discussion kar rahe the.</w:t>
      </w:r>
    </w:p>
    <w:p>
      <w:pPr>
        <w:jc w:val="right"/>
      </w:pPr>
      <w:r>
        <w:t>उसमें जन्नत जहाना हुआ है खुदा की मार्फत और मात पर हम discussion कर रहे थे.</w:t>
      </w:r>
    </w:p>
    <w:p>
      <w:r>
        <w:rPr>
          <w:b/>
        </w:rPr>
        <w:t xml:space="preserve">[46:21] </w:t>
      </w:r>
      <w:r>
        <w:t>to discussion se yeh clear hua ki humko sabse zyada is cheez ko importance deni hai, wah khuda</w:t>
      </w:r>
    </w:p>
    <w:p>
      <w:pPr>
        <w:jc w:val="right"/>
      </w:pPr>
      <w:r>
        <w:t>तो discussion से यह clear हुआ कि हमको सबसे ज़्यादा इस चीज़ को importance देनी है, वह खुदा</w:t>
      </w:r>
    </w:p>
    <w:p>
      <w:r>
        <w:rPr>
          <w:b/>
        </w:rPr>
        <w:t xml:space="preserve">[46:29] </w:t>
      </w:r>
      <w:r>
        <w:t>ki marfat hai aur khuda ko pane ke liye jo sabse badi qeemat hai jaise Maulana sahab yeh</w:t>
      </w:r>
    </w:p>
    <w:p>
      <w:pPr>
        <w:jc w:val="right"/>
      </w:pPr>
      <w:r>
        <w:t>की मार्फत है और खुदा को पाने के लिए जो सबसे बड़ी फीमत है जैसे मालाना साहब यह</w:t>
      </w:r>
    </w:p>
    <w:p>
      <w:r>
        <w:rPr>
          <w:b/>
        </w:rPr>
        <w:t xml:space="preserve">[46:37] </w:t>
      </w:r>
      <w:r>
        <w:t>kaha ki khuda ko pane ki sabse badi qeemat khud hamari apni zaat hai.</w:t>
      </w:r>
    </w:p>
    <w:p>
      <w:pPr>
        <w:jc w:val="right"/>
      </w:pPr>
      <w:r>
        <w:t>कहा कि खुदा को पाने की सबसे बड़ी फीमत खुद हमारी अपनी ज़ाद है.</w:t>
      </w:r>
    </w:p>
    <w:p>
      <w:r>
        <w:rPr>
          <w:b/>
        </w:rPr>
        <w:t xml:space="preserve">[46:45] </w:t>
      </w:r>
      <w:r>
        <w:t>is se kamtar koi cheez bhi khuda ko pane ki qeemat nahi ban sakti.</w:t>
      </w:r>
    </w:p>
    <w:p>
      <w:pPr>
        <w:jc w:val="right"/>
      </w:pPr>
      <w:r>
        <w:t>इससे कमतर कोई चीज़ भी खुदा को पाने की फीमत नहीं वन सकती.</w:t>
      </w:r>
    </w:p>
    <w:p>
      <w:r>
        <w:rPr>
          <w:b/>
        </w:rPr>
        <w:t xml:space="preserve">[46:54] </w:t>
      </w:r>
      <w:r>
        <w:t>hum jab logon se baat karte hain to aisa main soch hota hai ki to ki woh har cheezon ko bahut zyada importance dete hain. Duniya ki har cheez ko bahut importance dete hain. Diye hue hain. Siway Khuda ke. Isliye unke paas sab kuch hota hai magar Khuda nahi hota.</w:t>
      </w:r>
    </w:p>
    <w:p>
      <w:pPr>
        <w:jc w:val="right"/>
      </w:pPr>
      <w:r>
        <w:t>हम जब लोगों से बात करते हैं तो ऐसा मैं सोच होता है कि तो कि वह हर चीज़ों को बहुत ज़्यादा importance देते हैं. दुनिया की हर चीज़ को बहुत importance देते हैं. दिए हुए हैं. सिवाय खुदा के. इसलिए उनके पास सब कुछ होता है मगर खुदा नहीं होता.</w:t>
      </w:r>
    </w:p>
    <w:p>
      <w:r>
        <w:rPr>
          <w:b/>
        </w:rPr>
        <w:t xml:space="preserve">[47:17] </w:t>
      </w:r>
      <w:r>
        <w:t>to insaan jab supreme importance Khuda ko dega, tabhi usko Khuda ki marfa hasil hoti hai. Aajkal har ghar mein har aurat ka haal yeh ki woh khana, kapda, fashion, parlor, shopping aur duniya ki bekar ki baatein hansi, mazak aur bewajah ki baatein hain. Kya kya drama hona jaane kya kya?</w:t>
      </w:r>
    </w:p>
    <w:p>
      <w:pPr>
        <w:jc w:val="right"/>
      </w:pPr>
      <w:r>
        <w:t>तो इंसान जब supreme importance खुदा को देगा, तभी उसको खुदा की मार्फा ठासिल होती है. आजकल हर घर में हर औरत का हाल यह कि वह खाना, कपड़ा, fashion, parlor, shopping और दुनिया की बेकार की बातें हंसी, मज़ाक और बेवजह की बातें हैं. क्या क्या drama होना जाने क्या क्या?</w:t>
      </w:r>
    </w:p>
    <w:p>
      <w:r>
        <w:rPr>
          <w:b/>
        </w:rPr>
        <w:t xml:space="preserve">[47:46] </w:t>
      </w:r>
      <w:r>
        <w:t>sirf yahi saare kaam sabke paas rehte hain. Isliye unke paas time hi nahi hota hai. To yeh sab kuch humne jisne diya hai, jo is kainath ka malik hai, usko supreme concern banai. Usko apni zindagi mein laiye. Maa baap se, bachchon se, husband se, sabse pehle Allah Rabbul Alameen hai.</w:t>
      </w:r>
    </w:p>
    <w:p>
      <w:pPr>
        <w:jc w:val="right"/>
      </w:pPr>
      <w:r>
        <w:t>सिर्फ यही सारे काम सबके पास रहते हैं. इसलिए उनके पास time ही नहीं होता है. तो यह सब कुछ हमें जिसने दिया है, जो इस कायनाथ का मालिक है, उसको supreme concern बनाई. उसको अपनी ज़िंदगी में लाइए. मां बाप से, बच्चों से, husband से, सबसे पहले अल्लाह रब्बू लाल्मीण है.</w:t>
      </w:r>
    </w:p>
    <w:p>
      <w:r>
        <w:rPr>
          <w:b/>
        </w:rPr>
        <w:t xml:space="preserve">[48:15] </w:t>
      </w:r>
      <w:r>
        <w:t>humein zindagi ko pahad ki tarah sarpan ka nahi chalna hai. Zindagi khudk ke saath school ka safar hai. Zindagi mein itni zyada cheezein shaamil kar li jaati hain ki aur sabhi cheezon ko most important samjha jaata hai. Zindagi ko aasan kariye, zyada zindagi chahiye.</w:t>
      </w:r>
    </w:p>
    <w:p>
      <w:pPr>
        <w:jc w:val="right"/>
      </w:pPr>
      <w:r>
        <w:t>हमें ज़िंदगी को पहाड़ की तरह सर्पन्न का नहीं चलना है. ज़िंदगी खुदक के साथ school का सफर है. ज़िंदगी में इतनी ज़्यादा चीज़ें शामिल कर ली जाती हैं कि और सभी चीज़ों को most important समझा जाता है. ज़िंदगी को आसान करिए, ज़्यादा ज़िंदगी चाहिए.</w:t>
      </w:r>
    </w:p>
    <w:p>
      <w:r>
        <w:rPr>
          <w:b/>
        </w:rPr>
        <w:t xml:space="preserve">[48:42] </w:t>
      </w:r>
      <w:r>
        <w:t>Maulana sahab kehte the simple living, high thinking.</w:t>
      </w:r>
    </w:p>
    <w:p>
      <w:pPr>
        <w:jc w:val="right"/>
      </w:pPr>
      <w:r>
        <w:t>मालाना साहब कहते थे simple living, high thinking.</w:t>
      </w:r>
    </w:p>
    <w:p>
      <w:r>
        <w:rPr>
          <w:b/>
        </w:rPr>
        <w:t xml:space="preserve">[48:47] </w:t>
      </w:r>
      <w:r>
        <w:t>choti si line itna bada wisdom hai.</w:t>
      </w:r>
    </w:p>
    <w:p>
      <w:pPr>
        <w:jc w:val="right"/>
      </w:pPr>
      <w:r>
        <w:t>छोटी सी line इतना बड़ा wisdom है.</w:t>
      </w:r>
    </w:p>
    <w:p>
      <w:r>
        <w:rPr>
          <w:b/>
        </w:rPr>
        <w:t xml:space="preserve">[48:52] </w:t>
      </w:r>
      <w:r>
        <w:t>humein is duniya mein marne ki tayyari karni hai na humein sirf marne ki apni bohat ki tayyari</w:t>
      </w:r>
    </w:p>
    <w:p>
      <w:pPr>
        <w:jc w:val="right"/>
      </w:pPr>
      <w:r>
        <w:t>हमें इस दुनिया में मरने की तैयारी करनी है ना हमें सिर्फ मरने की अपनी बहुत की तैयारी</w:t>
      </w:r>
    </w:p>
    <w:p>
      <w:r>
        <w:rPr>
          <w:b/>
        </w:rPr>
        <w:t xml:space="preserve">[48:57] </w:t>
      </w:r>
      <w:r>
        <w:t>karni hai jeene ki nahi.</w:t>
      </w:r>
    </w:p>
    <w:p>
      <w:pPr>
        <w:jc w:val="right"/>
      </w:pPr>
      <w:r>
        <w:t>करनी है जीने की नहीं.</w:t>
      </w:r>
    </w:p>
    <w:p>
      <w:r>
        <w:rPr>
          <w:b/>
        </w:rPr>
        <w:t xml:space="preserve">[49:02] </w:t>
      </w:r>
      <w:r>
        <w:t>koi bhi technology aisi abhi tak nahi bani hai na ban sakti hai ki woh humein maut se bacha le.</w:t>
      </w:r>
    </w:p>
    <w:p>
      <w:pPr>
        <w:jc w:val="right"/>
      </w:pPr>
      <w:r>
        <w:t>कोई भी technology ऐसी अभी तक नहीं बनी है ना वन सकती है कि वह हमें मौत से बचा लें.</w:t>
      </w:r>
    </w:p>
    <w:p>
      <w:r>
        <w:rPr>
          <w:b/>
        </w:rPr>
        <w:t xml:space="preserve">[49:07] </w:t>
      </w:r>
      <w:r>
        <w:t>humein marna hi hai.</w:t>
      </w:r>
    </w:p>
    <w:p>
      <w:pPr>
        <w:jc w:val="right"/>
      </w:pPr>
      <w:r>
        <w:t>हमें मरना ही है.</w:t>
      </w:r>
    </w:p>
    <w:p>
      <w:r>
        <w:rPr>
          <w:b/>
        </w:rPr>
        <w:t xml:space="preserve">[49:13] </w:t>
      </w:r>
      <w:r>
        <w:t>to duniya ki soch mein rahenge to aakhirat ko lightly liye rahenge. Aakhirat ki soch mein jiyenge tab hum duniya ko waqt zaroorat de sakenge. To humein Khuda ki yaad, aakhirat ki yaad mein jeena hai. Agar humne Khuda ke liye waqt nahi nikala to Khuda humein aakhirat mein kyun waqt dega?</w:t>
      </w:r>
    </w:p>
    <w:p>
      <w:pPr>
        <w:jc w:val="right"/>
      </w:pPr>
      <w:r>
        <w:t>तो दुनिया की सोच में रहेंगे तो आखिरत को lightly लिए रहेंगे. आखिरत की सोच में जिएंगे तब हम दुनिया को वक्त ज़रूरत दे सकेंगे. तो हमें खुदा की याद, आखिरत की याद में जीना है. अगर हमने खुदा के लिए वक्त नहीं निकाला तो खुदा हमें आखिरत में क्यों वक्त देगा?</w:t>
      </w:r>
    </w:p>
    <w:p>
      <w:r>
        <w:rPr>
          <w:b/>
        </w:rPr>
        <w:t xml:space="preserve">[49:41] </w:t>
      </w:r>
      <w:r>
        <w:t>kyun humein importance dega? Maulana sahab kehte the ki Islam mein achha hona yeh hai ki aadmi Allah ke liye doosri cheezon ko chhod de. Koi karamati cheez ya koi namaz roza kar lena yeh Islam sirf yahi Islam nahi hai.</w:t>
      </w:r>
    </w:p>
    <w:p>
      <w:pPr>
        <w:jc w:val="right"/>
      </w:pPr>
      <w:r>
        <w:t>क्यों हमें importance देगा? मौलाना साहब कहते थे कि इस्लाम में अच्छा होना यह है कि आदमी अल्लाह के लिए दूसरी चीज़ों को छोड़ दे. कोई करामाती चीज़ या कोई नमाज़ रोज़ा कर लेना यह इस्लाम सिर्फ यही इस्लाम नहीं है.</w:t>
      </w:r>
    </w:p>
    <w:p>
      <w:r>
        <w:rPr>
          <w:b/>
        </w:rPr>
        <w:t xml:space="preserve">[50:04] </w:t>
      </w:r>
      <w:r>
        <w:t>jab tak hum apni soch ko nahi badlein humein apni soch ko badalna hai aur sabse badi cheez yeh hai ki ek aurat apni zimmedari ko samjhe. Ek aurat hi ki zimmedari hai ki woh pehle apni soch ko badle, phir apni family, apne bachchon ke, apne aas paas ke mahaul ko badle.</w:t>
      </w:r>
    </w:p>
    <w:p>
      <w:pPr>
        <w:jc w:val="right"/>
      </w:pPr>
      <w:r>
        <w:t>जब तक हम अपनी सोच को नहीं बदलें हमें अपनी सोच को बदलना है और सबसे बड़ी चीज़ यह है कि एक औरत अपनी ज़िम्मेदारी को समझे. एक औरत ही की ज़िम्मेदारी है कि वह पहले अपनी सोच को बदले, फिर अपनी family, अपने बच्चों के, अपने आस पास के माहौल को बदले.</w:t>
      </w:r>
    </w:p>
    <w:p>
      <w:r>
        <w:rPr>
          <w:b/>
        </w:rPr>
        <w:t xml:space="preserve">[50:28] </w:t>
      </w:r>
      <w:r>
        <w:t>uske gharwalon ka jo hamara aurat ki samjhe ki hamare gharwalon ka focus kidhar hai? Duniya ki taraf hai ki aahrat ki taraf hai? Har aurat ki yeh zimmedari hai aur yeh kaam sirf ek aurat hi kar sakti hai.</w:t>
      </w:r>
    </w:p>
    <w:p>
      <w:pPr>
        <w:jc w:val="right"/>
      </w:pPr>
      <w:r>
        <w:t>उसके घरवालों का जो हमारा औरत की समझे कि हमारे घरवालों का focus किधर है? दुनिया की तरफ है कि आह्रत की तरफ है? हर औरत की यह ज़िम्मेदारी है और यह काम सिर्फ एक औरत ही कर सकती है.</w:t>
      </w:r>
    </w:p>
    <w:p>
      <w:r>
        <w:rPr>
          <w:b/>
        </w:rPr>
        <w:t xml:space="preserve">[50:44] </w:t>
      </w:r>
      <w:r>
        <w:t>uske liye humein apna mahaul badalna padega, Maulana sahab ki kitabon ko padhe, tasqeer aur Quran padhe, bachchon ke saath baithein, us par discussion karein, usko samjhayein aur yeh jo apni numayishi cheezein, chhoti cheezein hain use uske unki wajah se hum apne andar ek khokhlapan hamare andar aa jaata hai. Humein insaan ki satr par nahi reh paate.</w:t>
      </w:r>
    </w:p>
    <w:p>
      <w:pPr>
        <w:jc w:val="right"/>
      </w:pPr>
      <w:r>
        <w:t>उसके लिए हमें अपना माहौल बदलना पड़ेगा, मालाना साहब की किताबों को पढ़े, तस्कीर और कुरान पढ़े, बच्चों के साथ बैठें, उस पर discussion करें, उसको समझाएं और यह जो अपनी नुमाइशी चीज़ें, छोटी चीज़ें हैं उसे उसके उनकी वजह से हम अपने अंदर एक खोखलापन हमारे अंदर आ जाता है. हमें इंसान की सत्र पर नहीं रह पाते.</w:t>
      </w:r>
    </w:p>
    <w:p>
      <w:r>
        <w:rPr>
          <w:b/>
        </w:rPr>
        <w:t xml:space="preserve">[51:12] </w:t>
      </w:r>
      <w:r>
        <w:t>humein seekhna hai, war karna hai, sochna hai, amal karna hai. Apne bachchon ka focus focus Khuda se jodna hai. Yeh hamari zimmedari hai. Har aurat to yeh baat ko samajhna hai ki hamari zimmedari kya hai? Dekhiye hum yeh nahi keh sakte ki hamare paas time nahi hai. Hum yeh bilkul bhi yeh nahi keh sakte.</w:t>
      </w:r>
    </w:p>
    <w:p>
      <w:pPr>
        <w:jc w:val="right"/>
      </w:pPr>
      <w:r>
        <w:t>हमें सीखना है, war करना है, सोचना है, अमल करना है. अपने बच्चों का focus focus खुदा से जोड़ना है. यह हमारी ज़िम्मेदारी है. हर औरत तो यह बात को समझना है कि हमारी ज़िम्मेदारी क्या है? देखिए हम यह नहीं कह सकते कि हमारे पास time नहीं है. हम यह बिल्कुल भी यह नहीं कह सकते.</w:t>
      </w:r>
    </w:p>
    <w:p>
      <w:r>
        <w:rPr>
          <w:b/>
        </w:rPr>
        <w:t xml:space="preserve">[51:38] </w:t>
      </w:r>
      <w:r>
        <w:t>hum misaal ke taur par main kuch misaal dena chahungi aapke samne ki jaise doctor Safeena hai ki ek matlab ek bahut badi misaal hai. Ek doctor hai, ek hospital chalati hain aur uske alawa woh ghar dekhti hai. Unke paas kitni sari zimmedari ho gayi.</w:t>
      </w:r>
    </w:p>
    <w:p>
      <w:pPr>
        <w:jc w:val="right"/>
      </w:pPr>
      <w:r>
        <w:t>हम मिसाल के तौर पर मैं कुछ मिसाल देना चाहूंगी आपके सामने कि जैसे doctor सफीना है कि एक मतलब एक बहुत बड़ी मिसाल है. एक doctor है, एक hospital चलाती हैं और उसके अलावा वह घर देखती है. उनके पास कितनी सारी ज़िम्मेदारी हो गई.</w:t>
      </w:r>
    </w:p>
    <w:p>
      <w:r>
        <w:rPr>
          <w:b/>
        </w:rPr>
        <w:t xml:space="preserve">[51:57] </w:t>
      </w:r>
      <w:r>
        <w:t>uske baad woh group ko itni zyada sanjeedgi ke saath dekhti hain ki main matlab main laya nahi kar sakti to woh kitni sanjeeda aurat hain aur kitna zyada importance deti hai dawat ke kaam ko. Woh kuch aur bhi bahut saare kaam woh karti hain group ke saath. CPS ka bahut important kaam karti hai.</w:t>
      </w:r>
    </w:p>
    <w:p>
      <w:pPr>
        <w:jc w:val="right"/>
      </w:pPr>
      <w:r>
        <w:t>उसके बाद वह group को इतनी ज़्यादा संजीदगी के साथ देखती हैं कि मैं मतलब मैं लया नहीं कर सकती तो वह कितनी संजीदा औरत हैं और कितना ज़्यादा importance देती है दावत के काम को. वह कुछ और भी बहुत सारे काम वह करती हैं group के साथ. CPS का बहुत important काम करती है.</w:t>
      </w:r>
    </w:p>
    <w:p>
      <w:r>
        <w:rPr>
          <w:b/>
        </w:rPr>
        <w:t xml:space="preserve">[52:18] </w:t>
      </w:r>
      <w:r>
        <w:t>meri beti kehti hai aksar ki yeh Safeena Appa itni sanjeedgi, itni zyada zimmedari se itna important kaam</w:t>
      </w:r>
    </w:p>
    <w:p>
      <w:pPr>
        <w:jc w:val="right"/>
      </w:pPr>
      <w:r>
        <w:t>मेरी बेटी कहती है अक्सर कि यह सफीना अप्पा इतनी संजीदगी, इतनी ज़्यादा सीमेदारी से इतना important काम</w:t>
      </w:r>
    </w:p>
    <w:p>
      <w:r>
        <w:rPr>
          <w:b/>
        </w:rPr>
        <w:t xml:space="preserve">[52:28] </w:t>
      </w:r>
      <w:r>
        <w:t>karti hai ki main kabhi soch shapeena ali hai, ghar bhi dekhti hain, bachchon ko bhi dekhti hain,</w:t>
      </w:r>
    </w:p>
    <w:p>
      <w:pPr>
        <w:jc w:val="right"/>
      </w:pPr>
      <w:r>
        <w:t>करती है कि मैं कभी सोच शपीना अली है, घर भी देखती हैं, बच्चों को भी देखती हैं,</w:t>
      </w:r>
    </w:p>
    <w:p>
      <w:r>
        <w:rPr>
          <w:b/>
        </w:rPr>
        <w:t xml:space="preserve">[52:39] </w:t>
      </w:r>
      <w:r>
        <w:t>poori tarah se saari zimmedari ko dekhti hain.</w:t>
      </w:r>
    </w:p>
    <w:p>
      <w:pPr>
        <w:jc w:val="right"/>
      </w:pPr>
      <w:r>
        <w:t>पूरी तरह से सारी ज़िम्मेदारी को देखती हैं.</w:t>
      </w:r>
    </w:p>
    <w:p>
      <w:r>
        <w:rPr>
          <w:b/>
        </w:rPr>
        <w:t xml:space="preserve">[52:50] </w:t>
      </w:r>
      <w:r>
        <w:t>us zimmedari ke baad woh bade mein jaati hain, bulai jaati hain.</w:t>
      </w:r>
    </w:p>
    <w:p>
      <w:pPr>
        <w:jc w:val="right"/>
      </w:pPr>
      <w:r>
        <w:t>उस ज़िम्मेदारी के बाद वह बड़े में जाती हैं, बुलाई जाती हैं.</w:t>
      </w:r>
    </w:p>
    <w:p>
      <w:r>
        <w:rPr>
          <w:b/>
        </w:rPr>
        <w:t xml:space="preserve">[52:58] </w:t>
      </w:r>
      <w:r>
        <w:t>abhi recently unhone CPF ko represent kiya UNESCO mein.</w:t>
      </w:r>
    </w:p>
    <w:p>
      <w:pPr>
        <w:jc w:val="right"/>
      </w:pPr>
      <w:r>
        <w:t>अभी recently उन्होंने CPF को represent किया UNESCO में.</w:t>
      </w:r>
    </w:p>
    <w:p>
      <w:r>
        <w:rPr>
          <w:b/>
        </w:rPr>
        <w:t xml:space="preserve">[53:07] </w:t>
      </w:r>
      <w:r>
        <w:t>uske alawa woh bahut saare kaam karti hain aur Sufia Akhtar hain jinke husband khatm ho gaye.</w:t>
      </w:r>
    </w:p>
    <w:p>
      <w:pPr>
        <w:jc w:val="right"/>
      </w:pPr>
      <w:r>
        <w:t>उसके अलावा वह बहुत सारे काम करती हैं और सूफिया अख्तर हैं जिनके husband खत्म हो गए.</w:t>
      </w:r>
    </w:p>
    <w:p>
      <w:r>
        <w:rPr>
          <w:b/>
        </w:rPr>
        <w:t xml:space="preserve">[53:16] </w:t>
      </w:r>
      <w:r>
        <w:t>unhone apni zindagi khuda ko de di.</w:t>
      </w:r>
    </w:p>
    <w:p>
      <w:pPr>
        <w:jc w:val="right"/>
      </w:pPr>
      <w:r>
        <w:t>उन्होंने अपनी ज़िंदगी खुदा को दी दी.</w:t>
      </w:r>
    </w:p>
    <w:p>
      <w:r>
        <w:rPr>
          <w:b/>
        </w:rPr>
        <w:t xml:space="preserve">[53:25] </w:t>
      </w:r>
      <w:r>
        <w:t>har tarah ki ladies hain aur dono yeh kabhi nahi kehti ki mere paas kaam Allah ke liye waqt nahi hai. Jo waqt sab sirf unke paas Allah ke liye hi hai. Woh apni zaroorat ka kaam khali karti hai. Uske alawa aap dekhiye aaj ke zamane mein bachche jo young bachche hote hain ladke ladkiyan to aaj ke zamane mein hum sab jaante hain ki woh kis qadar ekdam galat raaste par hai.</w:t>
      </w:r>
    </w:p>
    <w:p>
      <w:pPr>
        <w:jc w:val="right"/>
      </w:pPr>
      <w:r>
        <w:t>हर तरह की ladies हैं और दोनों यह कभी नहीं कहती कि मेरे पास काम अल्लाह के लिए वक्त नहीं है. जो वक्त सब सिर्फ उनके पास अल्लाह के लिए ही है. वह अपनी ज़रूरत का काम खाली करती है. उसके अलावा आप देखिए आज के ज़माने में बच्चे जो young बच्चे होते हैं लड़के लड़कियां तो आज के ज़माने में हम सब जानते हैं कि वह किस कदर एकदम गलत रास्ते पर है.</w:t>
      </w:r>
    </w:p>
    <w:p>
      <w:r>
        <w:rPr>
          <w:b/>
        </w:rPr>
        <w:t xml:space="preserve">[53:50] </w:t>
      </w:r>
      <w:r>
        <w:t>lekin CPS ke andar jo bachche hain ekdam young bachche jo abhi padh bhi rahe hain aur wohi apne poori zindagi unhone CPS ko de diya. Unke paas koi khaichi nahi hai.</w:t>
      </w:r>
    </w:p>
    <w:p>
      <w:pPr>
        <w:jc w:val="right"/>
      </w:pPr>
      <w:r>
        <w:t>लेकिन CPS के अंदर जो बच्चे हैं एकदम young बच्चे जो अभी पढ़ भी रहे हैं और वही अपने पूरी ज़िंदगी उन्होंने CPS को दे दिया. उनके पास कोई खाईची नहीं है.</w:t>
      </w:r>
    </w:p>
    <w:p>
      <w:r>
        <w:rPr>
          <w:b/>
        </w:rPr>
        <w:t xml:space="preserve">[54:17] </w:t>
      </w:r>
      <w:r>
        <w:t>likha aur aisa trend kiya jis mind mein yeh ghusa, jis timag mein yeh ghusa, woh timag hi badal gaya.</w:t>
      </w:r>
    </w:p>
    <w:p>
      <w:pPr>
        <w:jc w:val="right"/>
      </w:pPr>
      <w:r>
        <w:t>लिखा और ऐसा trend किया जिस mind में यह घुसा, जिस तिमाग में यह घुसा, वह तिमाग ही बदल गया.</w:t>
      </w:r>
    </w:p>
    <w:p>
      <w:r>
        <w:rPr>
          <w:b/>
        </w:rPr>
        <w:t xml:space="preserve">[54:24] </w:t>
      </w:r>
      <w:r>
        <w:t>yeh itni badi rehmat hai Maulana sahab hamari zindagi ko to main aisi matlab request karungi sabse ki</w:t>
      </w:r>
    </w:p>
    <w:p>
      <w:pPr>
        <w:jc w:val="right"/>
      </w:pPr>
      <w:r>
        <w:t>यह इतनी बड़ी रहमत है मौलाना साहब हमारी ज़िंदगी को तो मैं ऐसी मतलब request करूंगी सबसे कि</w:t>
      </w:r>
    </w:p>
    <w:p>
      <w:r>
        <w:rPr>
          <w:b/>
        </w:rPr>
        <w:t xml:space="preserve">[54:39] </w:t>
      </w:r>
      <w:r>
        <w:t>aisi ladies hamara focus hona chahiye ki jo zindagi ko khuda ke liye diye hain, jo apni khwahishon</w:t>
      </w:r>
    </w:p>
    <w:p>
      <w:pPr>
        <w:jc w:val="right"/>
      </w:pPr>
      <w:r>
        <w:t>ऐसी ladies हमारा focus होना चाहिए कि जो ज़िंदगी को खुदा के लिए दिए हैं, जो अपनी खाइशों</w:t>
      </w:r>
    </w:p>
    <w:p>
      <w:r>
        <w:rPr>
          <w:b/>
        </w:rPr>
        <w:t xml:space="preserve">[54:54] </w:t>
      </w:r>
      <w:r>
        <w:t>ko, apni cheezon ko ekdum jisko kehte hain na marfat ke liye khud apni zaat ko dena.</w:t>
      </w:r>
    </w:p>
    <w:p>
      <w:pPr>
        <w:jc w:val="right"/>
      </w:pPr>
      <w:r>
        <w:t>को, अपनी चीज़ों को एकदम जिसको कहते हैं ना मार्फत के लिए खुद अपनी ज़्याद को देना.</w:t>
      </w:r>
    </w:p>
    <w:p>
      <w:r>
        <w:rPr>
          <w:b/>
        </w:rPr>
        <w:t xml:space="preserve">[55:10] </w:t>
      </w:r>
      <w:r>
        <w:t>to is tarah ka kaam woh kar rahe hain. to hamein unko focus banana hai na ke woh fashion aur status wale logon ko hamein focus banana hai aur uske alawa tareekh ki auratein jo hamari maein hain, unko Allah ne hamare liye misaal qayam kar diya hai. jo jo bhi unka unke footstep par chalega wahi kamyab hoga, wahi Allah ka mehboob banda hoga. to yahi haqeeqat hai, haqeeqat yahi hai.</w:t>
      </w:r>
    </w:p>
    <w:p>
      <w:pPr>
        <w:jc w:val="right"/>
      </w:pPr>
      <w:r>
        <w:t>तो इस तरह का काम वह कर रहे हैं. तो हमें उनको focus बनाना है ना कि वह fashion और status वाले लोगों को हमको focus बनाना है और उसके अलावा तारीख की औरतें जो हमारी माएं हैं, उनको अल्लाह ने हमारे लिए मिसाल कायम कर दिया है. जो जो भी उनका उनके footstep पर चलेगा वही कामयाब होगा, वही अल्लाह का महबूब बंदा होगा. तो यही हकीकत है, हकीकत यही है.</w:t>
      </w:r>
    </w:p>
    <w:p>
      <w:r>
        <w:rPr>
          <w:b/>
        </w:rPr>
        <w:t xml:space="preserve">[55:39] </w:t>
      </w:r>
      <w:r>
        <w:t>hum yeh keh nahi sakte ke nahi haqeeqat yeh hai jo hum kar rahe hain, jisme hum jee rahe hain, jo hamari khwahish hai, jo hamari zindagi yeh haqeeqat yeh hai. hum yeh nahi keh sakte kyunke haqeeqat yahi hai ke hamein aise hi jeena hai. hamein Allah taala ne aise hi bataya to hamari himmat nahi hai ke hum Khuda ke against bhi keh dein. hum apne bachchon se, maa baap se, ghar se itni mohabbat karte hain, unhi inke peeche apne ko tabah karein.</w:t>
      </w:r>
    </w:p>
    <w:p>
      <w:pPr>
        <w:jc w:val="right"/>
      </w:pPr>
      <w:r>
        <w:t>हम यह कह नहीं सकते कि नहीं हकीकत यह है जो हम कर रहे हैं, जिसमें हम जी रहे हैं, जो हमारी खाइश है, जो हमारी ज़िंदगी यह हकीकत यह है. हम यह नहीं कह सकते क्योंकि हकीकत यही है कि हमें ऐसे ही जीना है. हमको अल्लाह ताला ने ऐसे ही बताया तो हमारी हिम्मत नहीं है कि हम खुदा के against भी कह दें. हम अपने बच्चों से, मां बाप से, घर से इतनी मोहब्बत करते हैं, उन्हीं इनके पीछे अपने को तबाह करें.</w:t>
      </w:r>
    </w:p>
    <w:p>
      <w:r>
        <w:rPr>
          <w:b/>
        </w:rPr>
        <w:t xml:space="preserve">[56:07] </w:t>
      </w:r>
      <w:r>
        <w:t>kya hamare andar itni himmat hai ke hum keh sakein ke nahi hum Khuda se zyada hum apne family ko mohabbat karte hain? hum keh nahi sakte apni zubaan se hum keh nahi sakte hamare andar, itni himmat hi nahi hai. to jab hum ke baad apni zubaan se keh nahi sakte to hum karte kyun hain? sara focus kyun duniya mein bhi hai? hum kyun apni zindagi ko barbaad kar rahe hain? Allah parthiyan to hum akele khade honge na?</w:t>
      </w:r>
    </w:p>
    <w:p>
      <w:pPr>
        <w:jc w:val="right"/>
      </w:pPr>
      <w:r>
        <w:t>क्या हमारे अंदर इतनी हिम्मत है कि हम कह सकें कि नहीं हम खुदा से ज़्यादा हम अपने family को मोहब्बत करते हैं? हम कह नहीं सकते अपनी जवान से हम कह नहीं सकते हमारे अंदर, इतनी हिम्मत ही नहीं है. तो जब हम के बाद अपनी जवान से कह नहीं सकते तो हम करते क्यों हैं? सारा focus क्यों दुनिया में भी है? हम क्यों अपनी ज़िंदगी को बर्बाद कर रहे हैं? अल्लाह पर्थियां तो हम अकेले खड़े होंगे ना?</w:t>
      </w:r>
    </w:p>
    <w:p>
      <w:r>
        <w:rPr>
          <w:b/>
        </w:rPr>
        <w:t xml:space="preserve">[56:35] </w:t>
      </w:r>
      <w:r>
        <w:t>wahan to hamein hamare hi hisab hoga. hum apni family ke saath nahi jaoge. to hamein apni taalluq badhana hai. Khuda se bahut zyada taalluq badhana hai. to hamein uske liye sabse zyada sabse pehle apna time nikalna hai. aap aadha ghanta ek khanja bhi time nikaliye nikalna shuru karein. aapke paas book nahi hai to CPS aapko maloom hai sari kitabein bhijwayega.</w:t>
      </w:r>
    </w:p>
    <w:p>
      <w:pPr>
        <w:jc w:val="right"/>
      </w:pPr>
      <w:r>
        <w:t>वहां तो हमें हमारे ही हिसाब होगा. हम अपनी family के साथ नहीं जाओगे. तो हमें अपनी ताल्लुक बढ़ाना है. कोदा से बहुत ज़्यादा ताल्लुक बढ़ाना है. तो हमें उसके लिए सबसे ज़्यादा सबसे पहले अपना time निकालना है. आप आधा घंटा एक खंजा भी time निकालिए निकालना शुरू करें. आपके पास book नहीं है तो CPS आपको मालूम है सारी किताबें भिजवाएगा.</w:t>
      </w:r>
    </w:p>
    <w:p>
      <w:r>
        <w:rPr>
          <w:b/>
        </w:rPr>
        <w:t xml:space="preserve">[57:05] </w:t>
      </w:r>
      <w:r>
        <w:t>aap tazkir aur Quran padhiye, Maulana ki videos ko suniye. ek ghanta aadha ghante ke liye aap aisa karein aur padhiye, sochiye, ek aur kariye, itna waqt lagaiye, Khuda seedh dwar kariye aur namaz ke alawa aapka jo yeh time hoga yeh namaz uske saath nahi jodiyye to apna time nikaliye aadha ek ghante ke liye.</w:t>
      </w:r>
    </w:p>
    <w:p>
      <w:pPr>
        <w:jc w:val="right"/>
      </w:pPr>
      <w:r>
        <w:t>आप तस्कीर और कुरान पढ़िए, मुलाना की videos को सुनिए. एक घंटा आधा घंटे के लिए आप ऐसा करें और पढ़िए, सोचिए, एक और करिए, इतना वक्त लगाइए, खुदा सीध द्वार करिए और नमाज़ के अलावा आपका जो यह time होगा यह नमाज़ उसके साथ नहीं जोड़िए तो अपना time निकालिए आधा एक घंटे के लिए.</w:t>
      </w:r>
    </w:p>
    <w:p>
      <w:r>
        <w:rPr>
          <w:b/>
        </w:rPr>
        <w:t xml:space="preserve">[57:30] </w:t>
      </w:r>
      <w:r>
        <w:t>jo aapko khud ans ke liye nikalna hai aur phir apne bachchon ke saath share kariye aur amal mein laiye.</w:t>
      </w:r>
    </w:p>
    <w:p>
      <w:pPr>
        <w:jc w:val="right"/>
      </w:pPr>
      <w:r>
        <w:t>जो आपको खुद अंश के लिए निकालना है और फिर अपने बच्चों के साथ share करिए और अमल में लाइए.</w:t>
      </w:r>
    </w:p>
    <w:p>
      <w:r>
        <w:rPr>
          <w:b/>
        </w:rPr>
        <w:t xml:space="preserve">[57:36] </w:t>
      </w:r>
      <w:r>
        <w:t>dheere dheere aapko yeh aadha ghanta itni lazzat dene lagega ki aap khud hi doosri cheezon ko chhodne lagenge.</w:t>
      </w:r>
    </w:p>
    <w:p>
      <w:pPr>
        <w:jc w:val="right"/>
      </w:pPr>
      <w:r>
        <w:t>धीरे धीरे आपको यह आधा घंटा इतनी लज़्ज़त देने लगेगा कि आप खुद ही दूसरी चीज़ों को छोड़ने लगेंगे.</w:t>
      </w:r>
    </w:p>
    <w:p>
      <w:r>
        <w:rPr>
          <w:b/>
        </w:rPr>
        <w:t xml:space="preserve">[57:43] </w:t>
      </w:r>
      <w:r>
        <w:t>agar aapne usko soch ki satah par samajh liya to phir khud ko badalna chahenge.</w:t>
      </w:r>
    </w:p>
    <w:p>
      <w:pPr>
        <w:jc w:val="right"/>
      </w:pPr>
      <w:r>
        <w:t>अगर आपने उसको सोच की सतह पर समझ लिया तो फिर खुद को बदलना चाहेंगे.</w:t>
      </w:r>
    </w:p>
    <w:p>
      <w:r>
        <w:rPr>
          <w:b/>
        </w:rPr>
        <w:t xml:space="preserve">[57:49] </w:t>
      </w:r>
      <w:r>
        <w:t>har insaan ke saath yeh hai.</w:t>
      </w:r>
    </w:p>
    <w:p>
      <w:pPr>
        <w:jc w:val="right"/>
      </w:pPr>
      <w:r>
        <w:t>हर इंसान के साथ यह है.</w:t>
      </w:r>
    </w:p>
    <w:p>
      <w:r>
        <w:rPr>
          <w:b/>
        </w:rPr>
        <w:t xml:space="preserve">[57:56] </w:t>
      </w:r>
      <w:r>
        <w:t>to yeh yakeen hai khuda ke ke ko paanay ka zariya wan jayega insaan mein.</w:t>
      </w:r>
    </w:p>
    <w:p>
      <w:pPr>
        <w:jc w:val="right"/>
      </w:pPr>
      <w:r>
        <w:t>तो यह यकीन है खुदा के के को पाने का ज़रिया वन जाएगा इंसान में.</w:t>
      </w:r>
    </w:p>
    <w:p>
      <w:r>
        <w:rPr>
          <w:b/>
        </w:rPr>
        <w:t xml:space="preserve">[58:03] </w:t>
      </w:r>
      <w:r>
        <w:t>to aurat ka ek ooncha mauqan ek bada role Allah taala ne bataya hai. isko individual level par hamein samajhna hai. har ladies ko yeh kahungi har ladies ko suggest karungi ke Maulana sahab ki kitab jo Aurat Memari Insaniyat hai, usko zaroor padhein. agar aap Urdu nahi jaanti hain to ab uski recording ho gayi hai.</w:t>
      </w:r>
    </w:p>
    <w:p>
      <w:pPr>
        <w:jc w:val="right"/>
      </w:pPr>
      <w:r>
        <w:t>तो औरत का एक ऊंचा मौकान एक बड़ा role अल्ला ताला ने बताया है. इसको individual level पर हमको समझना है. हर ladies को यह कहूंगी हर ladies को suggest करूंगी कि मौलाना साहब की किताब जो औरत मेमारी इंसानियत है, उसको ज़रूर पढ़ें. अगर आप उर्दू नहीं जानती हैं तो अब उसकी recording हो गई है.</w:t>
      </w:r>
    </w:p>
    <w:p>
      <w:r>
        <w:rPr>
          <w:b/>
        </w:rPr>
        <w:t xml:space="preserve">[58:28] </w:t>
      </w:r>
      <w:r>
        <w:t>aur inshallah bahut jaldi woh uska woh bhi aa jayega. to aap usko audio vagera to aap usko sun bhi sakenge jo Urdu nahi padh sakte. lekin har aurat ko bahut zaroori hai Aurat Nimal Insaniyat padhna. padhein aur sunein aur jo bhi kitabein aap logon ko chahiye aap please mujhe WhatsApp kariye aap apna address dijiye. main aapko bhejwaungi.</w:t>
      </w:r>
    </w:p>
    <w:p>
      <w:pPr>
        <w:jc w:val="right"/>
      </w:pPr>
      <w:r>
        <w:t>और इंशाला बहुत जल्दी वह उसका वह भी आ जाएगा. तो आप उसको audio वगैरह तो आप उसको sun भी सकेंगे जो उद्दू नहीं पढ़ सकते. लेकिन हर औरत को बहुत ज़रूरी है औरत निमाल इंसानियत पढ़ना. पढ़ें और सुनें और जो भी किताबें आप लोगों को चाहिए आप please मुझे WhatsApp करिए आप अपना address दीजिए. मैं आपको भेजवाऊंगी.</w:t>
      </w:r>
    </w:p>
    <w:p>
      <w:r>
        <w:rPr>
          <w:b/>
        </w:rPr>
        <w:t xml:space="preserve">[58:58] </w:t>
      </w:r>
      <w:r>
        <w:t>aap padhiye. aap apne ko badliye aur Allah taala se bahut zyada dwara kijiye. bahut zyada zaroori hai. sabse zyada yahi zaroori hai aur kuch bhi nahi zaroori hai. to yahi mujhe kehna tha aur main sotiyan se request karungi ke doaa kara dein.</w:t>
      </w:r>
    </w:p>
    <w:p>
      <w:pPr>
        <w:jc w:val="right"/>
      </w:pPr>
      <w:r>
        <w:t>आप पढ़िए. आप अपने को बदलिए और अल्लाह ताला से बहुत ज़्यादा द्वारा कीजिए. बहुत ज़्यादा ज़रूरी है. सबसे ज़्यादा यही ज़रूरी है और कुछ भी नहीं ज़रूरी है. तो यही मुझे कहना था और मैं सोतियां से request करूंगी कि दोआ करा दें.</w:t>
      </w:r>
    </w:p>
    <w:p>
      <w:r>
        <w:rPr>
          <w:b/>
        </w:rPr>
        <w:t xml:space="preserve">[59:28] </w:t>
      </w:r>
      <w:r>
        <w:t>zarurat hai na to nahin jaata.</w:t>
      </w:r>
    </w:p>
    <w:p>
      <w:pPr>
        <w:jc w:val="right"/>
      </w:pPr>
      <w:r>
        <w:t>ज़रूरत है ना तो नहीं जाता.</w:t>
      </w:r>
    </w:p>
    <w:p>
      <w:r>
        <w:rPr>
          <w:b/>
        </w:rPr>
        <w:t xml:space="preserve">[59:34] </w:t>
      </w:r>
      <w:r>
        <w:t>maine jab aajkal kitabein mafa padhe hue hain to mujhe realize hua hai ki agar mujhe allah ki</w:t>
      </w:r>
    </w:p>
    <w:p>
      <w:pPr>
        <w:jc w:val="right"/>
      </w:pPr>
      <w:r>
        <w:t>मैंने जब आजकल किताबें माफा पढ़े हुए हैं तो मुझे realize हुआ है कि अगर मुझे अल्लाह की</w:t>
      </w:r>
    </w:p>
    <w:p>
      <w:r>
        <w:rPr>
          <w:b/>
        </w:rPr>
        <w:t xml:space="preserve">[59:40] </w:t>
      </w:r>
      <w:r>
        <w:t>mafaten hasil karni hain to mujhe apni materialistic life ko ghatana hoga aur mujhe realize hua ki main</w:t>
      </w:r>
    </w:p>
    <w:p>
      <w:pPr>
        <w:jc w:val="right"/>
      </w:pPr>
      <w:r>
        <w:t>माफतें हासिल करनी हैं तो मुझे अपनी materialistic life को घटाना होगा और मुझे realize हुआ कि मैं</w:t>
      </w:r>
    </w:p>
    <w:p>
      <w:r>
        <w:rPr>
          <w:b/>
        </w:rPr>
        <w:t xml:space="preserve">[59:46] </w:t>
      </w:r>
      <w:r>
        <w:t>donon cheez ek saath nahin kar sakti to main material life mein bhi rahoon aur main allah ki</w:t>
      </w:r>
    </w:p>
    <w:p>
      <w:pPr>
        <w:jc w:val="right"/>
      </w:pPr>
      <w:r>
        <w:t>दोनों चीज़ एक साथ नहीं कर सकती तो मैं material life में भी रहूं और मैं अल्लाह की</w:t>
      </w:r>
    </w:p>
    <w:p>
      <w:r>
        <w:rPr>
          <w:b/>
        </w:rPr>
        <w:t xml:space="preserve">[59:52] </w:t>
      </w:r>
      <w:r>
        <w:t>matr bhi haath ulta hoon.</w:t>
      </w:r>
    </w:p>
    <w:p>
      <w:pPr>
        <w:jc w:val="right"/>
      </w:pPr>
      <w:r>
        <w:t>मात्र भी हाथ उल्टा हूं.</w:t>
      </w:r>
    </w:p>
    <w:p>
      <w:r>
        <w:rPr>
          <w:b/>
        </w:rPr>
        <w:t xml:space="preserve">[59:59] </w:t>
      </w:r>
      <w:r>
        <w:t>dua ke liye main ab Maulana ki kitab, kitabein matra si chandaen padhkar apni dua poori karungi do minute ka kaam. Sufiya thoda awaaz awaaz bahut dheemi aa rahi hai. Maulana ki kitab kitabein marthak se main chandan yahan phir ji ke kar rahi hoon. discount wan tha mutalashi haq masal.</w:t>
      </w:r>
    </w:p>
    <w:p>
      <w:pPr>
        <w:jc w:val="right"/>
      </w:pPr>
      <w:r>
        <w:t>दुआ के लिए मैं अब मालाना की किताब, किताबें मात्रा सी चंडाएं पढ़कर अपनी दुआ पूरी करूंगी दो minute का काम. सुफिया थोड़ा आवाज़ आवाज़ बहुत धीमी आ रही है. मौलाना की किताब किताबें मार्थक से मैं चंडान यहां फिर जी के कर रही हूं. Discount वान था मुतलाशी हक मसल.</w:t>
      </w:r>
    </w:p>
    <w:p>
      <w:r>
        <w:rPr>
          <w:b/>
        </w:rPr>
        <w:t xml:space="preserve">[1:00:22] </w:t>
      </w:r>
      <w:r>
        <w:t>usne Khadise Eid mein Kashmir jil gaye awwal safa 154 par yani Aillah agar main jaanta ke teri ibadat karne ka sabse achha tareeka kya hai? to main usi tarah teri ibadat karta, lekin main is call nahi jaanta. is hadith ke hawale se Maulana ne kafi detail mein samjhaya, bataya.</w:t>
      </w:r>
    </w:p>
    <w:p>
      <w:pPr>
        <w:jc w:val="right"/>
      </w:pPr>
      <w:r>
        <w:t>उसने खदी से ईद में कश्लीर जिल गए अववल सफा 154 पर यानी ऐल्लाह अगर मैं जानता कि तेरी इबादत करने का सबसे अच्छा तरीका क्या है? तो मैं उसी तरह तेरी इबादत करता, लेकिन मैं इस call नहीं जानता. इस हदीज के हवाले से मौलाना ने काफी detail में समझाया, बताया.</w:t>
      </w:r>
    </w:p>
    <w:p>
      <w:r>
        <w:rPr>
          <w:b/>
        </w:rPr>
        <w:t xml:space="preserve">[1:00:49] </w:t>
      </w:r>
      <w:r>
        <w:t>mukhtasar yeh hai ke Maulana ne hamein bataya ke ruhaniyat aur spirituality woh hai jo thinking based ho, reason based ho. hamein Quran par gaur mufikr karna hai, sahi aur galat ke fark ko jaanna hai. intellectual revolution ki taraf jaana hai.</w:t>
      </w:r>
    </w:p>
    <w:p>
      <w:pPr>
        <w:jc w:val="right"/>
      </w:pPr>
      <w:r>
        <w:t>मुख्तसर यह है कि मौलाना ने हमें बताया कि रुहानियत और spirituality वह है जो thinking based हो, reason based हो. हमें कुरान पर गौर मुफीक्र करना है, सही और गलत के फ़र्क को जानना है. Intellectual revolution की तरफ जाना है.</w:t>
      </w:r>
    </w:p>
    <w:p>
      <w:r>
        <w:rPr>
          <w:b/>
        </w:rPr>
        <w:t xml:space="preserve">[1:01:12] </w:t>
      </w:r>
      <w:r>
        <w:t>Khuda ke prose mein jagah paane se pehle hamein yahin spiritual civilization banani hai. jiski tarbiyat yeh CPS ladies interaction group karti hai. Allah hamein spiritual scientist chaunek aur salihin logon ki sohbat ata parmaein.</w:t>
      </w:r>
    </w:p>
    <w:p>
      <w:pPr>
        <w:jc w:val="right"/>
      </w:pPr>
      <w:r>
        <w:t>खुदा के prose में जगह पाने से पहले हमें यहीं spiritual civilization बनानी है. जिसकी तर्बिक यह CPS ladies interaction group करती है. अल्लाह हमें spiritual scientist चौनेक और सालिहीन लोगों की स्लोबत अता परमाएं.</w:t>
      </w:r>
    </w:p>
    <w:p>
      <w:r>
        <w:rPr>
          <w:b/>
        </w:rPr>
        <w:t xml:space="preserve">[1:01:36] </w:t>
      </w:r>
      <w:r>
        <w:t>Allah hamara intellectual diplomat aur dehi ataka ke amal mein dalein taake hum Khuda ke pados mein rehne ke qabil ban sakein. hami to hami to aankh ke dwara zarda kala swatriya.</w:t>
      </w:r>
    </w:p>
    <w:p>
      <w:pPr>
        <w:jc w:val="right"/>
      </w:pPr>
      <w:r>
        <w:t>अल्लाह हमारा intellectual diplomat और देही अटका के अमल में डालें ताकि हम खुदा के पड़ोस में रहने के काबिल वन सकें. हामी तो मामी तो आंख के द्वारा ज़र्दा कला स्वत्रिया.</w:t>
      </w:r>
    </w:p>
    <w:p>
      <w:r>
        <w:rPr>
          <w:b/>
        </w:rPr>
        <w:t xml:space="preserve">[1:02:04] </w:t>
      </w:r>
      <w:r>
        <w:t>aapne bahut achhi dua karwai jaisa ke dua dua Maulana ne jo humne sikhaya Allah taala Maulana ko aur hum sab jantal firdaus jodne jagah aata karein aur waqt ho chala hai. It is 07:17. jaisa ke hum keh rahe the ke ek ghanta se agar hamein thoda zyada waqt lagega to inshanadar.</w:t>
      </w:r>
    </w:p>
    <w:p>
      <w:pPr>
        <w:jc w:val="right"/>
      </w:pPr>
      <w:r>
        <w:t>आपने बहुत अच्छी दुआ करवाई जैसा कि दुआ दुआ मौलाना ने जो हमने सिखाया अल्लाह ताला मौलाना को और हम सब जनतल फिरदौस जड़ने जगह आता करें और वक़्त हो चला है. It is 07:17. जैसा कि हम कह रहे थे कि एक घंटा से अगर हमें थोड़ा ज़्यादा वक़्त लगेगा तो इंशानदार.</w:t>
      </w:r>
    </w:p>
    <w:p>
      <w:r>
        <w:rPr>
          <w:b/>
        </w:rPr>
        <w:t xml:space="preserve">[1:02:28] </w:t>
      </w:r>
      <w:r>
        <w:t>isi tarah se hum aage mahine February ke end mein is tarah se learning hum apni share karenge.</w:t>
      </w:r>
    </w:p>
    <w:p>
      <w:pPr>
        <w:jc w:val="right"/>
      </w:pPr>
      <w:r>
        <w:t>इसी तरह से हम आगे महीने February के end में इस तरह से learning हम अपनी share करेंगे.</w:t>
      </w:r>
    </w:p>
    <w:p>
      <w:r>
        <w:rPr>
          <w:b/>
        </w:rPr>
        <w:t xml:space="preserve">[1:02:35] </w:t>
      </w:r>
      <w:r>
        <w:t>February ka man shayad 28 ya 29 hoga, woh dekhna hoga.</w:t>
      </w:r>
    </w:p>
    <w:p>
      <w:pPr>
        <w:jc w:val="right"/>
      </w:pPr>
      <w:r>
        <w:t>February का मन शायद 28 या 29 होगा, वह देखना होगा.</w:t>
      </w:r>
    </w:p>
    <w:p>
      <w:r>
        <w:rPr>
          <w:b/>
        </w:rPr>
        <w:t xml:space="preserve">[1:02:43] </w:t>
      </w:r>
      <w:r>
        <w:t>to main is session ko compute karti hoon with a message from fareeda apa.</w:t>
      </w:r>
    </w:p>
    <w:p>
      <w:pPr>
        <w:jc w:val="right"/>
      </w:pPr>
      <w:r>
        <w:t>तो मैं इस session को compute करती हूं with a message from फरीदा आपा.</w:t>
      </w:r>
    </w:p>
    <w:p>
      <w:r>
        <w:rPr>
          <w:b/>
        </w:rPr>
        <w:t xml:space="preserve">[1:02:51] </w:t>
      </w:r>
      <w:r>
        <w:t>fareeda aap is message is session ko aap compute kar dein.</w:t>
      </w:r>
    </w:p>
    <w:p>
      <w:pPr>
        <w:jc w:val="right"/>
      </w:pPr>
      <w:r>
        <w:t>फरीदा आप इस message इस session को आप compute कर दें.</w:t>
      </w:r>
    </w:p>
    <w:p>
      <w:r>
        <w:rPr>
          <w:b/>
        </w:rPr>
        <w:t xml:space="preserve">[1:02:59] </w:t>
      </w:r>
      <w:r>
        <w:t>main kuch baat kehti hoon lekin dua main chah rahi thi ke Farad sahab se karwayein. to jo sari baatein maine suni hain ladies ki to mujhe bahut achha laga. kisi ne mahasebe ki baat ki, kisi ne kafi Khuda ki baat ki, kisi ne kaha gaya khaas taur par Femida Khan ne jo kaha ke Allah kya hum akele khade honge na ke family member ke saath.</w:t>
      </w:r>
    </w:p>
    <w:p>
      <w:pPr>
        <w:jc w:val="right"/>
      </w:pPr>
      <w:r>
        <w:t>मैं कुछ बात कहती हूं लेकिन दुआ मैं चाह रही थी कि फराद साहब से करवाएं. तो जो सारी बातें मैंने सुनी हैं ladies की तो मुझे बहुत अच्छा लगा. किसी ने महासेबे की बात की, किसी ने काफी खुदा की बात की, किसी ने कहा गया खास तौर पर फ़ैमीदा खान ने जो कहा कि अल्लाह क्या हम अकेले खड़े होंगे ना कि family member के साथ.</w:t>
      </w:r>
    </w:p>
    <w:p>
      <w:r>
        <w:rPr>
          <w:b/>
        </w:rPr>
        <w:t xml:space="preserve">[1:03:28] </w:t>
      </w:r>
      <w:r>
        <w:t>to yahi bhi sab baatein hamein sochna hai, baatein to sab achhi kahi gayi hain aur usi par zyada se zyada amal karna hai kyunke har har kaam insaan jab sochta hai tabhi woh gehrai se baaton ko samajh sakta hai. bagair soche hue to aap das baar bhi padh liye to woh zyada usse aadmi akhz nahi kar pata hai. to hamein sochna zyada hai. Maulana sahab yahi karte the. padhte the sochte the padhte the sochte the.</w:t>
      </w:r>
    </w:p>
    <w:p>
      <w:pPr>
        <w:jc w:val="right"/>
      </w:pPr>
      <w:r>
        <w:t>तो यही भी सब बातें हमें सोचना है, बातें तो सब अच्छी कही गई है और उसी पर ज़्यादा से ज़्यादा अमल करना है क्योंकि हर हर काम इंसान जब सोचता है तभी वह गहराई से बातों को समझ सकता है. बगैर सोचे हुए तो आप दस बार भी पढ़ लिए तो वह ज़्यादा उससे आदमी अख़ज़ नहीं कर पाता है. तो हमें सोचना ज़्यादा है. मोराणा साहब यही करते थे. पढ़ते थे सोचते थे पढ़ते थे सोचते थे.</w:t>
      </w:r>
    </w:p>
    <w:p>
      <w:r>
        <w:rPr>
          <w:b/>
        </w:rPr>
        <w:t xml:space="preserve">[1:03:58] </w:t>
      </w:r>
      <w:r>
        <w:t>yahan tak ke khate peete har waqt sochte rehte the. to yahi hamein bhi karna hai ke zyada se zyada hamein sochna hai.</w:t>
      </w:r>
    </w:p>
    <w:p>
      <w:pPr>
        <w:jc w:val="right"/>
      </w:pPr>
      <w:r>
        <w:t>यहां तक के खाते पीते हर वक्त सोचते रहते थे. तो यही हमें भी करना है कि ज़्यादा से ज़्यादा हमें सोचना है.</w:t>
      </w:r>
    </w:p>
    <w:p>
      <w:r>
        <w:rPr>
          <w:b/>
        </w:rPr>
        <w:t xml:space="preserve">[1:04:05] </w:t>
      </w:r>
      <w:r>
        <w:t>kisi ne kaha tha ke kuch humse galti ho jati hai to hum maafi mangte hain phir hamein sukoon milta hai to yeh sab baatein hain isse pata chalta hai ladies ke andar kafi intellectual development hua hai bas usi ko improve karte rahe kyunke Maulana sahab ne yahi bataya ke hamein musalsal apna intellectual development karte rehna hai kyunke is intellectual development karne ki jagah yahi duniya hai.</w:t>
      </w:r>
    </w:p>
    <w:p>
      <w:pPr>
        <w:jc w:val="right"/>
      </w:pPr>
      <w:r>
        <w:t>किसी ने कहा था कि कुछ हमसे गलती हो जाती है तो हम माफी मांगते हैं फिर हमें सुकून मिलता है तो यह सब बातें हैं इससे पता चलता है ladies के अंदर काफी intellectual development हुआ है बस उसी को improve करते रहे क्योंकि मोराना साहब ने यही बताया कि हमको मुसलसल अपना intellectual development करते रहना है क्योंकि इस intellectual development करने की जगह यही दुनिया है.</w:t>
      </w:r>
    </w:p>
    <w:p>
      <w:r>
        <w:rPr>
          <w:b/>
        </w:rPr>
        <w:t xml:space="preserve">[1:04:32] </w:t>
      </w:r>
      <w:r>
        <w:t>is duniya mein hum jitna kar payenge usi ke mutabik hamein atharv mein nai zindagi milegi. to isko bahut hi ahmiyat ke saath hamein yeh kaam karna hai inshallah. inshallah apah, ameer. jaisa karlaah everyone for participating in this program and making it a successful, venture for all of us.</w:t>
      </w:r>
    </w:p>
    <w:p>
      <w:pPr>
        <w:jc w:val="right"/>
      </w:pPr>
      <w:r>
        <w:t>इस दुनिया में हम जितना कर पाएंगे उसी के मुताबिक हमको अथर्व में नई ज़िंदगी मिलेगी. तो इसको बहुत ही अहमियत के साथ हमें यह काम करना है इंशालाह. इंशालाह अपाह, अमीर. जैसा कर्लाह everyone for participating in this program and making it a successful, venture for all of us.</w:t>
      </w:r>
    </w:p>
    <w:p>
      <w:r>
        <w:rPr>
          <w:b/>
        </w:rPr>
        <w:t xml:space="preserve">[1:05:01] </w:t>
      </w:r>
      <w:r>
        <w:t>And, we are going to meet together again. And I would request everyone to be have we can have more participants here. Only 21 ladies have participated in this session. I think Doctor Safina Tabassum has raised a had to say something. Doctor Safina, aap kuch kehna chahti hain?</w:t>
      </w:r>
    </w:p>
    <w:p>
      <w:pPr>
        <w:jc w:val="right"/>
      </w:pPr>
      <w:r>
        <w:t>And, we are going to meet together again. And I would request everyone to be have we can have more participants here. Only 21 ladies have participated in this session. I think Doctor सफ़ीना तबस्सु has raised a had to say something. Doctor सफ़ीना, आप कुछ कहना चाहती हैं?</w:t>
      </w:r>
    </w:p>
    <w:p>
      <w:r>
        <w:rPr>
          <w:b/>
        </w:rPr>
        <w:t xml:space="preserve">[1:05:25] </w:t>
      </w:r>
      <w:r>
        <w:t>ji, Shavina Ali main ek thoda sa ek sawal is poore discussion ke baad dahan mein aaya hai. main Fareedaaba se chahoongi agar woh waqt group bata sakein is waqt ke yeh thinking aur overthinking ka kya mamla hai? is par agar kuch confusion hamari kuch door ho sake to. bahut baar maine yeh baat suni hai.</w:t>
      </w:r>
    </w:p>
    <w:p>
      <w:pPr>
        <w:jc w:val="right"/>
      </w:pPr>
      <w:r>
        <w:t>जी, शविना अली मैं एक थोड़ा सा एक सवाल इस पूरे discussion के बाद दहन में आया है. मैं फरीदाबा से चाहूंगी अगर वह वक्त group बता सकें इस वक्त कि यह thinking और over thinking का क्या मामला है? इस पर अगर कुछ confusion हमारी कुछ दूर हो सके तो. बहुत बार मैंने यह बात सुनी है.</w:t>
      </w:r>
    </w:p>
    <w:p>
      <w:r>
        <w:rPr>
          <w:b/>
        </w:rPr>
        <w:t xml:space="preserve">[1:05:54] </w:t>
      </w:r>
      <w:r>
        <w:t>aap fareeda ka, aapke liye ek sawal aaya hai ki please differentiate between thinking and overthinking. paridha ko aap sun pa rahi hain? aapki aawaz nahi aa rahi hai. aap mute, unmute karein. ji, ab sunai de raha hai?</w:t>
      </w:r>
    </w:p>
    <w:p>
      <w:pPr>
        <w:jc w:val="right"/>
      </w:pPr>
      <w:r>
        <w:t>आप फरीदा का, आपके लिए एक सवाल आया है कि please differentiate between thinking and overthinking. परिधा को आप sun पा रही हैं? आपकी आवाज़ नहीं आ रही है. आप mute, unmute करें. जी, अब सुनाई दे रहा है?</w:t>
      </w:r>
    </w:p>
    <w:p>
      <w:r>
        <w:rPr>
          <w:b/>
        </w:rPr>
        <w:t xml:space="preserve">[1:06:24] </w:t>
      </w:r>
      <w:r>
        <w:t>ji ji, ab sunai de raha hai.</w:t>
      </w:r>
    </w:p>
    <w:p>
      <w:pPr>
        <w:jc w:val="right"/>
      </w:pPr>
      <w:r>
        <w:t>जी जी, अब सुनाई दे रहा है.</w:t>
      </w:r>
    </w:p>
    <w:p>
      <w:r>
        <w:rPr>
          <w:b/>
        </w:rPr>
        <w:t xml:space="preserve">[1:06:32] </w:t>
      </w:r>
      <w:r>
        <w:t>mera khayal mein over thinking jab hogi jab hum duniya ke bare mein bahut zyada soch rahe ho,</w:t>
      </w:r>
    </w:p>
    <w:p>
      <w:pPr>
        <w:jc w:val="right"/>
      </w:pPr>
      <w:r>
        <w:t>मेरा ख्याल में over thinking जब होगी जब हम दुनिया के बारे में बहुत ज़्यादा सोच रहे हो,</w:t>
      </w:r>
    </w:p>
    <w:p>
      <w:r>
        <w:rPr>
          <w:b/>
        </w:rPr>
        <w:t xml:space="preserve">[1:06:40] </w:t>
      </w:r>
      <w:r>
        <w:t>negative soch rahe hon aur agar hum positive soch rahe hain, khuda ke bare mein soch rahe hain,</w:t>
      </w:r>
    </w:p>
    <w:p>
      <w:pPr>
        <w:jc w:val="right"/>
      </w:pPr>
      <w:r>
        <w:t>negative सोच रहे हों और अगर हम positive सोच रहे हैं, खुदा के बारे में सोच रहे हैं,</w:t>
      </w:r>
    </w:p>
    <w:p>
      <w:r>
        <w:rPr>
          <w:b/>
        </w:rPr>
        <w:t xml:space="preserve">[1:06:48] </w:t>
      </w:r>
      <w:r>
        <w:t>akhraat ke bare mein soch rahe hain wah to hum jitna bhi sochein tadabbur aur tafakkur ke bare</w:t>
      </w:r>
    </w:p>
    <w:p>
      <w:pPr>
        <w:jc w:val="right"/>
      </w:pPr>
      <w:r>
        <w:t>अखरत के बारे में सोच रहे हैं वह तो हम जितना भी सोचें तदब्बुर और तफकुर के बारे</w:t>
      </w:r>
    </w:p>
    <w:p>
      <w:r>
        <w:rPr>
          <w:b/>
        </w:rPr>
        <w:t xml:space="preserve">[1:06:56] </w:t>
      </w:r>
      <w:r>
        <w:t>mein to quran mein bahut zyada kaha gaya hai na?</w:t>
      </w:r>
    </w:p>
    <w:p>
      <w:pPr>
        <w:jc w:val="right"/>
      </w:pPr>
      <w:r>
        <w:t>में तो कुराम में बहुत ज़्यादा कहा गया है ना?</w:t>
      </w:r>
    </w:p>
    <w:p>
      <w:r>
        <w:rPr>
          <w:b/>
        </w:rPr>
        <w:t xml:space="preserve">[1:07:05] </w:t>
      </w:r>
      <w:r>
        <w:t>aakhirat ke bare mein maximum honi chahiye. to usmein kabhi bhi over thinking nahi hogi. ji. main ek question add karna chahti hoon ki practically hamari life mein kai sare situations aate hain. negative, positive situation aur khas kar jab hamare sath koi negative situation hota hai na, to hum negatively hi react karte hain. to wahan par hamari overthinking kaam karne lagti hai.</w:t>
      </w:r>
    </w:p>
    <w:p>
      <w:pPr>
        <w:jc w:val="right"/>
      </w:pPr>
      <w:r>
        <w:t>आख़िरत के बारे में maximum होनी चाहिए. तो उसमें कभी भी over thinking नहीं होगी. जी. मैं एक question add करना चाहती हूं कि practically हमारी life में कई सारे situations आते हैं. Negative, positive situation और ख़ास करके जब हमारे साथ कोई negative situation होता है ना, तो हम negatively ही react करते हैं. तो वहां पर हमारी overthinking काम करने लगती है.</w:t>
      </w:r>
    </w:p>
    <w:p>
      <w:r>
        <w:rPr>
          <w:b/>
        </w:rPr>
        <w:t xml:space="preserve">[1:07:34] </w:t>
      </w:r>
      <w:r>
        <w:t>to hum jab ek negative thinking lete hain na to ek process hamare zehan mein shuru ho jata hai. ek negative thinking is followed by another negative thinking and we go over thinking and this is where we indulge in overthinking.</w:t>
      </w:r>
    </w:p>
    <w:p>
      <w:pPr>
        <w:jc w:val="right"/>
      </w:pPr>
      <w:r>
        <w:t>तो हम जब एक negative thinking लेते हैं ना तो एक process हमारे ज़ेहन में शुरू हो जाता है. एक negative thinking is followed by another negative thinking and we go over thinking and this is where we indulge in overthinking.</w:t>
      </w:r>
    </w:p>
    <w:p>
      <w:r>
        <w:rPr>
          <w:b/>
        </w:rPr>
        <w:t xml:space="preserve">[1:07:49] </w:t>
      </w:r>
      <w:r>
        <w:t>what we have to do here is that, as we are all cps members and we always beat molana's literature, molana ki abhi maine kuch hi din pehle ek video dekhi thi ki meri aakhiri daryart hai positive thinking aur hum kisi ke liye bhi koi negative thinking na rakhein. chahe wah koi ek insan ho, chahe wah koi hamare liye ek situation ho.</w:t>
      </w:r>
    </w:p>
    <w:p>
      <w:pPr>
        <w:jc w:val="right"/>
      </w:pPr>
      <w:r>
        <w:t>What we have to do here is that, as we are all CPS members and we always beat मोलाना's literature, मोलाना की अभी मैंने कुछ ही दिन पहले एक video देखी थी कि मेरी आख़िरी दर्यार्त है positive thinking और हम किसी के लिए भी कोई negative thinking ना रखें. चाहे वह कोई एक इंसान हो, चाहे वह कोई हमारे लिए एक situation हो.</w:t>
      </w:r>
    </w:p>
    <w:p>
      <w:r>
        <w:rPr>
          <w:b/>
        </w:rPr>
        <w:t xml:space="preserve">[1:08:11] </w:t>
      </w:r>
      <w:r>
        <w:t>to jab hum khud apne ek guard bante hain, tab hamein khud pata chal jata hai ki where we are crossing the line, where we are crossing the border. so here comes the, here comes when we keep a guard on ourselves, then we can ourselves come to see that we, in a certain situation, we have started overthinking. so i think for me overthinking is like this.</w:t>
      </w:r>
    </w:p>
    <w:p>
      <w:pPr>
        <w:jc w:val="right"/>
      </w:pPr>
      <w:r>
        <w:t>तो जब हम खुद अपने एक guard बनते हैं, तब हमें खुद पता चल जाता है कि where we are crossing the line, where we are crossing the border. So here comes the, here comes when we keep a guard on ourselves, then we can ourselves come to see that we, in a certain situation, we have started overthinking. So I think for me overthinking is like this.</w:t>
      </w:r>
    </w:p>
    <w:p>
      <w:r>
        <w:rPr>
          <w:b/>
        </w:rPr>
        <w:t xml:space="preserve">[1:08:38] </w:t>
      </w:r>
      <w:r>
        <w:t>we can put a stop to ourself by not thinking negatively more and more. thank you. ek second zara sab yeh batana cha rahi thi main ki ab udhar da jo bahut hi senior sahabi the to unke inteqal ke baad koi gaya unki biwi ke paas ke unki kuch baat hamein batai hai. to unhone yahi bataya ki wah sara sara din soch mein gark rehte the.</w:t>
      </w:r>
    </w:p>
    <w:p>
      <w:pPr>
        <w:jc w:val="right"/>
      </w:pPr>
      <w:r>
        <w:t>We can put a stop to ourself by not thinking negatively more and more. Thank you. एक second जरा सब यह बताना चाह रही थी मैं कि अब उधर दा जो बहुत ही senior साहबी थे तो उनके इंतकाल के बाद कोई गया उनकी बीवी के पास के उनकी कुछ बात हमें बताई है. तो उन्होंने यही बताया कि वह सारा सारा दिन सोच में गर्क रहते थे.</w:t>
      </w:r>
    </w:p>
    <w:p>
      <w:r>
        <w:rPr>
          <w:b/>
        </w:rPr>
        <w:t xml:space="preserve">[1:09:04] </w:t>
      </w:r>
      <w:r>
        <w:t>unhone kaha attafakkur wale the bahar sochna aur ibarat hasil karna. matlab to yeh sara sara din bhi aap sochein to isko over thinking nahi kahenge. thank you, apoor. may i seek permission for us all to end this session? anybody have to say anything?</w:t>
      </w:r>
    </w:p>
    <w:p>
      <w:pPr>
        <w:jc w:val="right"/>
      </w:pPr>
      <w:r>
        <w:t>उन्होंने कहा अत्तफकुर वाले थे बाहर सोचना और इब्रत हासिल करना. मतलब तो यह सारा सारा दिन भी आप सोचें तो इसको over thinking नहीं कहेंगे. Thank you, अपूर. May I seek permission for us all to end this session? Anybody have to say anything?</w:t>
      </w:r>
    </w:p>
    <w:p>
      <w:r>
        <w:rPr>
          <w:b/>
        </w:rPr>
        <w:t xml:space="preserve">[1:09:30] </w:t>
      </w:r>
      <w:r>
        <w:t>thank you, especially for sabina ali. so thank you akbar. thank you, sweera family. and thank you for fareeda ji and pameera ji and najma ji and everybody everybody everybody. khuda office. please keep praying for each other all of us. zarur. zarur. to i end the session. inshallah we'll meet again. by god's will. inshallah. amen.</w:t>
      </w:r>
    </w:p>
    <w:p>
      <w:pPr>
        <w:jc w:val="right"/>
      </w:pPr>
      <w:r>
        <w:t>Thank you, especially for सबीना अली. So thank you अकबर. Thank you, स्वीरा family. And thank you for फरीदा जी and पमीरा जी and नजमा जी and everybody everybody everybody. खुदा office. Please keep praying for each other all of us. ज़रूर. ज़रूर. तो I end the session. Inshallah we'll meet again. By god's will. Inshallah. Amen.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