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Concept of Hijab in Islam February 20, 2022 Prof. Farida Khanam</w:t>
      </w:r>
    </w:p>
    <w:p>
      <w:r>
        <w:t>https://www.youtube.com/watch?v=QrrSDEKy2gc</w:t>
      </w:r>
    </w:p>
    <w:p>
      <w:r>
        <w:rPr>
          <w:b/>
        </w:rPr>
        <w:t xml:space="preserve">[00:11] </w:t>
      </w:r>
      <w:r>
        <w:t>assalamu alaikum rahmatullah. bismillahir rahmanir rahim, assalalaah alai naviil karim. islam mein jaise mardon ko bahut sare role diye gaye hain, auraton ke beach bahut sa role diya gaya hai.</w:t>
      </w:r>
    </w:p>
    <w:p>
      <w:pPr>
        <w:jc w:val="right"/>
      </w:pPr>
      <w:r>
        <w:t>अस्सलामु अलीकुमार रहमत उल्लाह. बिस्मिल्लाहीर रहमानीर रहीम, अससलालाह अलै नवील करीम. इस्लाम में जैसे मर्दों को बहुत सारे role दिए गए हैं, औरतों के beach बहुत सा role दिया गया है.</w:t>
      </w:r>
    </w:p>
    <w:p>
      <w:r>
        <w:rPr>
          <w:b/>
        </w:rPr>
        <w:t xml:space="preserve">[00:36] </w:t>
      </w:r>
      <w:r>
        <w:t>aajkal yeh dekha ja raha hai ki aap quran aur hadith ko padhein to maloom hoga ki aurat aur mard ke talluq se jo zimmedariyan hain, ek doosre se milne chunne ke talluq se jo waqia samne aate hain, jo hukmate hain, usko yeh khas perspective mein lekar bilkul mard auraton ko ek doosre se milne ko napasand kiya jata hai. usmein bahut sari baatein aati hain. misal ke taur par hijab ki baat aati hai.</w:t>
      </w:r>
    </w:p>
    <w:p>
      <w:pPr>
        <w:jc w:val="right"/>
      </w:pPr>
      <w:r>
        <w:t>आजकल यह देखा जा रहा है कि आप कुरान और हदीज को पढ़ें तो मालूम होगा कि औरत और मर्द के ताल्लुक से जो ज़िम्मेदारियां हैं, एक दूसरे से मिलने चुनने के ताल्लुक से जो वाकिया सामने आते हैं, जो हुक माते हैं, उसको यह खास perspective में लेकर बिल्कुल मर दौरात को एक दूसरे से मिलने को नापसंद किया जाता है. उसमें बहुत सारी बातें आती है. मिसाल के तौर पर हिजाब की बात आती है.</w:t>
      </w:r>
    </w:p>
    <w:p>
      <w:r>
        <w:rPr>
          <w:b/>
        </w:rPr>
        <w:t xml:space="preserve">[01:05] </w:t>
      </w:r>
      <w:r>
        <w:t>usmein baat aati hai ki makhloot taalim nahi honi chahiye. secular taalim nahi honi chahiye. ibadat karte the.</w:t>
      </w:r>
    </w:p>
    <w:p>
      <w:pPr>
        <w:jc w:val="right"/>
      </w:pPr>
      <w:r>
        <w:t>उसमें बात आती है कि मखलूत तालीम नहीं होनी चाहिए. Secular तालीम नहीं होनी चाहिए. इबादत करते थे.</w:t>
      </w:r>
    </w:p>
    <w:p>
      <w:r>
        <w:rPr>
          <w:b/>
        </w:rPr>
        <w:t xml:space="preserve">[01:28] </w:t>
      </w:r>
      <w:r>
        <w:t>misal ke taur par hum dekhein to maloom hota hai ki jab qibla ki tabdeeli ka waqea pesh</w:t>
      </w:r>
    </w:p>
    <w:p>
      <w:pPr>
        <w:jc w:val="right"/>
      </w:pPr>
      <w:r>
        <w:t>मिसाल के तौर पर हम देखें तो मालूम होता है कि जब किब्ला की तब्दीली का वाकया पेश</w:t>
      </w:r>
    </w:p>
    <w:p>
      <w:r>
        <w:rPr>
          <w:b/>
        </w:rPr>
        <w:t xml:space="preserve">[01:49] </w:t>
      </w:r>
      <w:r>
        <w:t>aaya to us waqt ek masjid ke andar aurat aur mar dono namaz padh rahe the.</w:t>
      </w:r>
    </w:p>
    <w:p>
      <w:pPr>
        <w:jc w:val="right"/>
      </w:pPr>
      <w:r>
        <w:t>आया तो उस वक्त एक मस्जिद के अंदर औरत और मर दोनों नमाज़ पढ़ रहे थे.</w:t>
      </w:r>
    </w:p>
    <w:p>
      <w:r>
        <w:rPr>
          <w:b/>
        </w:rPr>
        <w:t xml:space="preserve">[02:11] </w:t>
      </w:r>
      <w:r>
        <w:t>doctor fareeda khanam sahiba se kuch sawal karenge ki auraton ke talluq se khas taur se hijab ka masla jo hai, us talluq se kuch sawal hum karenge aaj. sabse pehla sawal jo hai, aapse ki islam se pehle arab mein parde ki kya shakal thi? yeh janna bahut zaroori hai ki islam se pehle arab mein kya parda tha?</w:t>
      </w:r>
    </w:p>
    <w:p>
      <w:pPr>
        <w:jc w:val="right"/>
      </w:pPr>
      <w:r>
        <w:t>Doctor फरीदा खानम साहिबा से कुछ सवाल करेंगे कि औरतों के ताल्लुक से खास तौर से हिजाब का मसला जो है, उस ताल्लुक से कुछ सवाल हम करेंगे आज. सबसे पहला सवाल जो है, आपसे कि इस्लाम से पहले अरब में पर्दे की क्या शक्ल थी? यह जानना बहुत ज़रूरी है कि इस्लाम से पहले अरब में क्या पर्दा था?</w:t>
      </w:r>
    </w:p>
    <w:p>
      <w:r>
        <w:rPr>
          <w:b/>
        </w:rPr>
        <w:t xml:space="preserve">[02:40] </w:t>
      </w:r>
      <w:r>
        <w:t>to arab ki auratein kafi aazad thin. apna har kaam kar leti thin, bahar bhi nikalti thin aur wah tezaraten bhi karti thin. apne jo unke jo bhav hote the, aanchad usmein bhi jati thin. to sabse pehla hum dekhte hain hazrat khadija ke misal.</w:t>
      </w:r>
    </w:p>
    <w:p>
      <w:pPr>
        <w:jc w:val="right"/>
      </w:pPr>
      <w:r>
        <w:t>तो अरब की औरतें काफी आज़ाद थीं. अपना हर काम कर लेती थीं, बाहर भी निकलती थीं और वह तेज़ारत भी करती थीं. अपने जो उनके जो भाव होते थे, आंचड़ उसमें भी जाती थी. तो सबसे पहला हम देखते हैं हजरत खदीजा के मिसाल.</w:t>
      </w:r>
    </w:p>
    <w:p>
      <w:r>
        <w:rPr>
          <w:b/>
        </w:rPr>
        <w:t xml:space="preserve">[03:03] </w:t>
      </w:r>
      <w:r>
        <w:t>jab rasoolullah sallallahu wasallam ko wahi mili aur aap bahut ghabraye hue ghar aaye to hazrat khadija ne jo response diya wah itna mature response tha ki agar ek aurat agar bilkul ghar mein band rahe to wah aisa response nahi de sakti.</w:t>
      </w:r>
    </w:p>
    <w:p>
      <w:pPr>
        <w:jc w:val="right"/>
      </w:pPr>
      <w:r>
        <w:t>जब रसूल्लाह सल्लाह वसल्लाह को वही मिली और आप बहुत घबराए हुए घर आए तो हजरत खदीजा ने जो response दिया वह इतना mature response था कि अगर एक औरत अगर बिल्कुल घर में बंद रहे तो वह ऐसा response नहीं दे सकती.</w:t>
      </w:r>
    </w:p>
    <w:p>
      <w:r>
        <w:rPr>
          <w:b/>
        </w:rPr>
        <w:t xml:space="preserve">[03:21] </w:t>
      </w:r>
      <w:r>
        <w:t>sabse pehle to hazrat khadija ne aapko dharaj diya, aapko litaya ki aap aaram karein uske baad wo pehle khud gayi kyunki arab mein kai isai rehte the. to jab wo bahar nikli to ek chadar odh kar nikli. to wo gayi aur sari maloomat hasil ki ki yeh jo jo aaya tha garehira mein kaun tha yeh? wahi farishta tha jo doosre paigambaron ke paas aata tha ya koi aur masla hai.</w:t>
      </w:r>
    </w:p>
    <w:p>
      <w:pPr>
        <w:jc w:val="right"/>
      </w:pPr>
      <w:r>
        <w:t>सबसे पहले तो हजरत खदीया ने आपको धारज दिया, आपको लिटाया कि आप आराम करें उसके बाद वो पहले खुद गई क्योंकि अरब में कई ईसाई रहते थे. तो जब वो बाहर निकली तो एक चादर ओढ़ कर निकली. तो वह गई और सारी मालूमा था सिल की कि यह जो जो आया था गारेहरा में कौन था यह? वही फरिश्ता था जो दूसरे पागंपरों के पास आता था या कोई और मसला है.</w:t>
      </w:r>
    </w:p>
    <w:p>
      <w:r>
        <w:rPr>
          <w:b/>
        </w:rPr>
        <w:t xml:space="preserve">[03:50] </w:t>
      </w:r>
      <w:r>
        <w:t>to jab unko baqi ek manan ho gaya to wo dobara aayi aur rasoolullah sallallahu wasallam ko lekar gayi. to wo jo zamana tha usmein asal mein arab ki society mein do tabqe the. ek to wah hota tabqa tha jo qabile se mutalliq tha, jo shurfa kaha jata tha, jinki society mein position thi.</w:t>
      </w:r>
    </w:p>
    <w:p>
      <w:pPr>
        <w:jc w:val="right"/>
      </w:pPr>
      <w:r>
        <w:t>तो जब उनको बाकी एक मनान हो गया तो वह दोबारा आई और लसूल्लाह सल्लाह सल्लाह सल्लाह को लेकर गई. तो वह जो जमाना था उसमें असल में अरब की society में दो तबके थे. एक तो वह होता तबका था जो कबीले से मुतालिक था, जो शोरफा कहा जाता था, जिनकी society में position थी.</w:t>
      </w:r>
    </w:p>
    <w:p>
      <w:r>
        <w:rPr>
          <w:b/>
        </w:rPr>
        <w:t xml:space="preserve">[04:15] </w:t>
      </w:r>
      <w:r>
        <w:t>to unki auratein jo hai bahar jab nikalti thi to chadar odh kar nikalti thi. to chadar odh kar nikalti thi wah nishani hoti thi ki yeh sharif zadi hain. to aur baki doosra jo tabqa tha wah slave girls ka tha. to slave girls wah zamana tha ancient world mein slaves ki khareed o farokht hoti thi. mard bhi hote the aurat bhi hoti thi.</w:t>
      </w:r>
    </w:p>
    <w:p>
      <w:pPr>
        <w:jc w:val="right"/>
      </w:pPr>
      <w:r>
        <w:t>तो उनकी औरतें जो है बाहर जब निकलती थी तो चादर ओढ़ कर निकलती थी. तो चादर ओढ़ कर निकलती थी वह निशानी होती थी कि यह शरीफ जादी हैं. तो और बाकी दूसरा जो तबका था वह slave girls का था. तो slave girls वह जमाना था ancient world में slaves की खरीदो फरोख्त होती थी. मर्द भी होते थे औरत भी होती थी.</w:t>
      </w:r>
    </w:p>
    <w:p>
      <w:r>
        <w:rPr>
          <w:b/>
        </w:rPr>
        <w:t xml:space="preserve">[04:42] </w:t>
      </w:r>
      <w:r>
        <w:t>to yeh slave guns ka koi haiysiyat nahi hoti thi society mein. koi position nahi hoti thi wah. labor class the. unke koi equality nahi thi. to yeh log jo hain, wah main aapko zara bataungi ki yeh log kis tarah ka burqa odhte the. burqa to bahut baad mein wo izad hua hai.</w:t>
      </w:r>
    </w:p>
    <w:p>
      <w:pPr>
        <w:jc w:val="right"/>
      </w:pPr>
      <w:r>
        <w:t>तो यह slave guns का कोई हैसियत नहीं होती थी society में. कोई position नहीं होती थी वह. Labor class थे. उनके कोई equality नहीं थी. तो यह लोग जो हैं, वह मैं आपको ज़रा बताऊंगी कि ये लोग किस तरीके का बुर्का ओढ़ते थे. बुर्का नहीं बुर्का तो बहुत बाद में वो ईज़ाद हुआ है.</w:t>
      </w:r>
    </w:p>
    <w:p>
      <w:r>
        <w:rPr>
          <w:b/>
        </w:rPr>
        <w:t xml:space="preserve">[05:06] </w:t>
      </w:r>
      <w:r>
        <w:t>burqa to na quran mein ismane mein aaya hai balki jo quran mein aaya hai wah khimar aur julbab aaya hai. to yeh jo slave girls thi chunki unhein kaam karna hota tha to wo arab mein dekhi garmi bahut hoti thi to garmi mein jawab rehte hain sabko tazar paaye ki sarf garam ho jata hai to sarf kapda rakh lete hain. to arab mein to aurat mat sabhi sarf kapda rakhte the.</w:t>
      </w:r>
    </w:p>
    <w:p>
      <w:pPr>
        <w:jc w:val="right"/>
      </w:pPr>
      <w:r>
        <w:t>बुर्का तो ना कुरान में इस्माने में आया है बल्कि जो कुरान में आया है वह खिमार और जुलबाब आया है. तो यह जो slave girls थी चूंकि उन्हें काम करना होता था तो वह अरब मैं देखी गर्मी बहुत होती थी तो गर्मी में जवाब रहते हैं सबको तज़र पाए कि सर्प गर्म हो जाता है तो सर्प कपड़ा रख लेते हैं. तो अरब में तो औरत मत सभी सर्प कपड़ा रखते थे.</w:t>
      </w:r>
    </w:p>
    <w:p>
      <w:r>
        <w:rPr>
          <w:b/>
        </w:rPr>
        <w:t xml:space="preserve">[05:34] </w:t>
      </w:r>
      <w:r>
        <w:t>to yeh jo slave girls hoti thi wo is tarah se, is tarah se karti thi aur yeh pallu jo hai dono peeche rehta tha ki haath free ho kaam karne ke liye. to is yeh sab khula rehta tha. to slave girls ki koi haiysiyat nahi hoti thi to unko log bahar chhed chhad bhi kar diya karte the.</w:t>
      </w:r>
    </w:p>
    <w:p>
      <w:pPr>
        <w:jc w:val="right"/>
      </w:pPr>
      <w:r>
        <w:t>तो यह जो slave girls होती थी वह इस तरीके से, इस तरीके से करती थी और यह पल्लू जो है दोनों पीछे रहता था कि हाथ free हो काम करने के लिए. तो इस यह सब खुला रहता था. तो slave girls की कोई हैसियत नहीं होती थी तो उनको लोग बाहर छेड़ छाड़ भी कर दिया करते थे.</w:t>
      </w:r>
    </w:p>
    <w:p>
      <w:r>
        <w:rPr>
          <w:b/>
        </w:rPr>
        <w:t xml:space="preserve">[05:54] </w:t>
      </w:r>
      <w:r>
        <w:t>to yahi slave girls jab musalman hui aur bahar nikli to logon ne unko wahi haiysiyat samjhi ki yeh slave girls hain inke sath to chedhkhani hoti hai. to un is background mein aap log jante hain ki quran ke aksar aaye the jinhe unka koi shaaninuzul hota hai, koi background hota hai.</w:t>
      </w:r>
    </w:p>
    <w:p>
      <w:pPr>
        <w:jc w:val="right"/>
      </w:pPr>
      <w:r>
        <w:t>तो यही slave girls जब मुसलमान हुई और बाहर निकली तो लोगों ने उनको वही हैसियत समझी कि यह slave girls हैं इनके साथ तो चेड़खानी होती है. तो उन इस background में आप लोग जानते हैं कि कुरान के अक्सर आए थे जिन्हें उनका कोई शानिनुजूल होता है, कोई background होता है.</w:t>
      </w:r>
    </w:p>
    <w:p>
      <w:r>
        <w:rPr>
          <w:b/>
        </w:rPr>
        <w:t xml:space="preserve">[06:18] </w:t>
      </w:r>
      <w:r>
        <w:t>to is background mein wah ayat utri ki tum log jab bahar niklo to tum log apne jo odhni hai isko odhni kehte hain. jo odhni hai usko upar aise kar liya karo. odhni ko is tarah se kar liya karo taki tum pehchane jao aur tum satai na jao. to pehchan hi jao.</w:t>
      </w:r>
    </w:p>
    <w:p>
      <w:pPr>
        <w:jc w:val="right"/>
      </w:pPr>
      <w:r>
        <w:t>तो इस background में वह आयत उतरी कि तुम लोग जब बाहर निकलो तो तुम लोग अपने जो ओढ़नी है इसको ओढ़नी कहते हैं. जो ओढ़नी है उसको ऊपर ऐसे कर लिया करो. ओढ़नी को इस तरीके से कर लिया करो ताकि तुम पहचाने जाओ और तुम सताई ना जाओ. तो पहचान ही जाओ.</w:t>
      </w:r>
    </w:p>
    <w:p>
      <w:r>
        <w:rPr>
          <w:b/>
        </w:rPr>
        <w:t xml:space="preserve">[06:42] </w:t>
      </w:r>
      <w:r>
        <w:t>quran mein har kaam jo hai har roop mein wah reason based hai taki tum pehchan hi jao ki tum sharif aurat ho aur tum yeh sab pasand nahi karti ho. to isliye yeh hook mutra tha. to sabne phir yeh is tarah se bilkul jo main ude hue hoon bas yahi yahi tha. isko khamar bolte the.</w:t>
      </w:r>
    </w:p>
    <w:p>
      <w:pPr>
        <w:jc w:val="right"/>
      </w:pPr>
      <w:r>
        <w:t>पुरान में हर काम जो है हर रूप में वह reason based है ताकि तुम पहचान ही जाओ कि तुम शरीफ औरत हो और तुम यह सब पसंद नहीं करती हो. तो इसलिए यह हूक मूत्रा था. तो सबने फिर यह इस तरीके से बिल्कुल जो मैं उड़े हुए हूं बस यही यही था. इसको खमार बोलते थे.</w:t>
      </w:r>
    </w:p>
    <w:p>
      <w:r>
        <w:rPr>
          <w:b/>
        </w:rPr>
        <w:t xml:space="preserve">[07:05] </w:t>
      </w:r>
      <w:r>
        <w:t>to yahi tha istri tarike se bahar lekin jo swarfat hai poori duniya mein swarfa jo the woh unki auraten bahar nahin nikalti thi. bahar koi achha jaab nahin hota tha wahi agriculture, agriculture ya menial jobs jo hote hain to woh jo log karte the woh wahi hote the labor class.</w:t>
      </w:r>
    </w:p>
    <w:p>
      <w:pPr>
        <w:jc w:val="right"/>
      </w:pPr>
      <w:r>
        <w:t>तो यही था इस्ती तरीके से बाहर लेकिन जो स्वरफात है पूरी दुनिया में स्वरफा जो थे वह उनकी औरतें बाहर नहीं निकलती थी. बाहर कोई अच्छा जाब नहीं होता था वही agriculture, agriculture या menial jobs जो होते हैं तो वह जो लोग करते थे वह वही होते थे labor class.</w:t>
      </w:r>
    </w:p>
    <w:p>
      <w:r>
        <w:rPr>
          <w:b/>
        </w:rPr>
        <w:t xml:space="preserve">[07:26] </w:t>
      </w:r>
      <w:r>
        <w:t>to yeh bahut hi mayub samjha jata tha ki achhe khandan ki auraten bahar nikle aur na bahar safe tha. daku wagera bahut hote the na police fauj ka zamana nahin tha. to yeh auraten andar hi rehti thi. jab bahar nikalti thi to is tarike se yeh badi chadar, badi chadar odhkar nikalti thi to chake taaki woh pehchan hi jaye ki yeh sharif jaadi hain.</w:t>
      </w:r>
    </w:p>
    <w:p>
      <w:pPr>
        <w:jc w:val="right"/>
      </w:pPr>
      <w:r>
        <w:t>तो यह बहुत ही मायूब समझा जाता था कि अच्छे खानदान की औरतें बाहर निकले और ना बाहर safe था. डाकू वगैरह बहुत होते थे ना police फौज का जमाना नहीं था. तो यह औरतें अंदर ही रहती थी. जब बाहर निकलती थी तो इस तरीके से यह बड़ी चादर, बड़ी चादर ओढ़कर निकलती थी तो चाके ताकि वह पहचान ही जाए कि यह शरीफ जादी हैं.</w:t>
      </w:r>
    </w:p>
    <w:p>
      <w:r>
        <w:rPr>
          <w:b/>
        </w:rPr>
        <w:t xml:space="preserve">[07:55] </w:t>
      </w:r>
      <w:r>
        <w:t>to is tarike se yeh badi chadar jo hai yeh, yeh, yeh thi jilbaap. yeh neeche tak aati thi yeh. isko jilbab bolte the aur yeh jo yeh jo hai isko khemar bolte hain. to islam mein yahi parda hai, khemar aur jilbab aur yeh jo hai hijab to islam mein yaani quran mein is maane mein aaya hi nahin hai.</w:t>
      </w:r>
    </w:p>
    <w:p>
      <w:pPr>
        <w:jc w:val="right"/>
      </w:pPr>
      <w:r>
        <w:t>तो इस तरीके से यह बड़ी चादर जो है यह, यह, यह थी जिल बाप. यह नीचे तक आती थी यह. इसको जिलबाब बोलते थे और यह जो यह जो है इसको खेमार बोलते हैं. तो इस्लाम में यही पर्दा है, खेमार और जिलबाब और यह जो है हिजाब तो इस्लाम में यानी कुरान में इस माने में आया ही नहीं है.</w:t>
      </w:r>
    </w:p>
    <w:p>
      <w:r>
        <w:rPr>
          <w:b/>
        </w:rPr>
        <w:t xml:space="preserve">[08:23] </w:t>
      </w:r>
      <w:r>
        <w:t>is maane mein aaya hi nahin hai burqe ke maane mein jilbab woh hijab ke maane to aad hai. jaise curtain hota hai aad, jaise light aur darkness ke beach mein ek aad hota hai. ek light ek taraf ek taraf andhera hai. Believers, unbelievers, wrongdoers, righteous. to ek yeh separate karne ke liye hijab hota hai.</w:t>
      </w:r>
    </w:p>
    <w:p>
      <w:pPr>
        <w:jc w:val="right"/>
      </w:pPr>
      <w:r>
        <w:t>इस माने में आया ही नहीं है बुर्खे के माने में जिलबाब वह हिजाब के माने तो आड़ है. जैसे curtain होता है आड़, जैसे light और darkness के beach में एक आड़ होता है. एक light एक तरफ एक तरफ अंधेरा है. Believers, unbelievers, wrongdoers, righteous. तो एक यह separate करने के लिए हिजाब होता है.</w:t>
      </w:r>
    </w:p>
    <w:p>
      <w:r>
        <w:rPr>
          <w:b/>
        </w:rPr>
        <w:t xml:space="preserve">[08:46] </w:t>
      </w:r>
      <w:r>
        <w:t>yeh sab alfaaz jo hai na baad mein doosre convert culture aur jo faukha ne kuch ijazat ki hain, to yeh sari cheezein baad mein rawaj paayi hain. us waqt jo arab society mein rassullah sallah sallah sallah ke zamane mein jo tha woh wahin tha. khemar aur jilbab. jilbab swarfah ke liye aur khemar sabke liye.</w:t>
      </w:r>
    </w:p>
    <w:p>
      <w:pPr>
        <w:jc w:val="right"/>
      </w:pPr>
      <w:r>
        <w:t>यह सब अल्फाद जो है ना बाद में दूसरे convert culture और जो फौखा ने कुछ इजाज़त की हैं, तो यह सारी चीज़ें बाद में रवाज पाई हैं. उस वक्त जो अरब society में रस्सुल्लाह सल्लाह सल्लाह सल्लाह के जमाने में जो था वह वहीं था. खेमार और जिलबाब. जिलबाब श्वरफा के लिए और खेमार सबके लिए.</w:t>
      </w:r>
    </w:p>
    <w:p>
      <w:r>
        <w:rPr>
          <w:b/>
        </w:rPr>
        <w:t xml:space="preserve">[09:15] </w:t>
      </w:r>
      <w:r>
        <w:t>to yeh tha. apar ek love bahut use kiya jata hai satr. seen tere satr. satr ka matlab kya hai? satr ke maane hote hain chhupana, dhankna. yaani aurat ke jism ka ya mard ke jism ka woh hissa jisko chhupaya jaye, dhanka jaye kapde se. to yeh hota hai satr.</w:t>
      </w:r>
    </w:p>
    <w:p>
      <w:pPr>
        <w:jc w:val="right"/>
      </w:pPr>
      <w:r>
        <w:t>तो यह था. अपार एक love बहुत use किया जाता है सत्र. Seen तेरे सत्र. सत्र का मतलब क्या है? सत्र के माने होते हैं छुपाना, ढांकना. यानी औरत के जिस्म का या मर्द के जिस्म का वह हिस्सा जिसको छुपाया जाए, ढांका जाए कपड़े से. तो यह होता है सत्र.</w:t>
      </w:r>
    </w:p>
    <w:p>
      <w:r>
        <w:rPr>
          <w:b/>
        </w:rPr>
        <w:t xml:space="preserve">[09:44] </w:t>
      </w:r>
      <w:r>
        <w:t>to satr jo hai, jo dhankne ki cheez hai, usmein se yeh do cheezein exempted hain. haath aur yeh face aur baat swakha ne paanv ke liye bhi kaha hai ki woh bhi exempted hai. to woh jilbaap jo hai woh neeche tak chali jati thi. to neeche ka jo jo zahir ho jaye woh quran mein hai ki jo zahir ho jaye to woh bhi jab chalenge to woh paanv zahir ho jayega aur haath aur yeh face.</w:t>
      </w:r>
    </w:p>
    <w:p>
      <w:pPr>
        <w:jc w:val="right"/>
      </w:pPr>
      <w:r>
        <w:t>तो सत्र जो है, जो ढांकने की चीज़ है, उसमें से यह दो चीज़ें exempted हैं. हाथ और यह face और बात स्वखा ने पांव के लिए भी कहा है कि वह भी exempted है. तो वह जिलबाप जो है वह नीचे तक चली जाती थी. तो नीचे का जो जो जाहिर हो जाए वह कुरान में है कि जो जाहिर हो जाए तो वह भी जब चलेंगे तो वह पांव जाहिर हो जाएगा और हाथ और यह face.</w:t>
      </w:r>
    </w:p>
    <w:p>
      <w:r>
        <w:rPr>
          <w:b/>
        </w:rPr>
        <w:t xml:space="preserve">[10:12] </w:t>
      </w:r>
      <w:r>
        <w:t>to yeh sab cheezein satr mein shamil nahin hai.</w:t>
      </w:r>
    </w:p>
    <w:p>
      <w:pPr>
        <w:jc w:val="right"/>
      </w:pPr>
      <w:r>
        <w:t>तो यह सब चीज़ें सत्र में शामिल नहीं है.</w:t>
      </w:r>
    </w:p>
    <w:p>
      <w:r>
        <w:rPr>
          <w:b/>
        </w:rPr>
        <w:t xml:space="preserve">[10:16] </w:t>
      </w:r>
      <w:r>
        <w:t>to satr ghar ke liye bhi hai aur bahar ke liye bhi hai aur wah khaas taur par</w:t>
      </w:r>
    </w:p>
    <w:p>
      <w:pPr>
        <w:jc w:val="right"/>
      </w:pPr>
      <w:r>
        <w:t>तो सत्र घर के लिए भी है और बाहर के लिए भी है और वह खास तौर पर</w:t>
      </w:r>
    </w:p>
    <w:p>
      <w:r>
        <w:rPr>
          <w:b/>
        </w:rPr>
        <w:t xml:space="preserve">[10:20] </w:t>
      </w:r>
      <w:r>
        <w:t>jo jilbab hai wah bahar ke liye hai.</w:t>
      </w:r>
    </w:p>
    <w:p>
      <w:pPr>
        <w:jc w:val="right"/>
      </w:pPr>
      <w:r>
        <w:t>जो जिलबाब है वह बाहर के लिए है.</w:t>
      </w:r>
    </w:p>
    <w:p>
      <w:r>
        <w:rPr>
          <w:b/>
        </w:rPr>
        <w:t xml:space="preserve">[10:25] </w:t>
      </w:r>
      <w:r>
        <w:t>baqi satr sabke liye hai.</w:t>
      </w:r>
    </w:p>
    <w:p>
      <w:pPr>
        <w:jc w:val="right"/>
      </w:pPr>
      <w:r>
        <w:t>बाकी सत्र सबके लिए है.</w:t>
      </w:r>
    </w:p>
    <w:p>
      <w:r>
        <w:rPr>
          <w:b/>
        </w:rPr>
        <w:t xml:space="preserve">[10:29] </w:t>
      </w:r>
      <w:r>
        <w:t>ismein aapka main add karna chahoonga ki satr jo hai yeh mardon ke liye bhi ek jo aap</w:t>
      </w:r>
    </w:p>
    <w:p>
      <w:pPr>
        <w:jc w:val="right"/>
      </w:pPr>
      <w:r>
        <w:t>इसमें आपका मैं add करना चाहूंगा कि सत्र जो है यह मर्दों के लिए भी एक जो आप</w:t>
      </w:r>
    </w:p>
    <w:p>
      <w:r>
        <w:rPr>
          <w:b/>
        </w:rPr>
        <w:t xml:space="preserve">[10:34] </w:t>
      </w:r>
      <w:r>
        <w:t>apne zikri ka wah auraton ke liye hai.</w:t>
      </w:r>
    </w:p>
    <w:p>
      <w:pPr>
        <w:jc w:val="right"/>
      </w:pPr>
      <w:r>
        <w:t>अपने ज़िक्री का वह औरतों के लिए है.</w:t>
      </w:r>
    </w:p>
    <w:p>
      <w:r>
        <w:rPr>
          <w:b/>
        </w:rPr>
        <w:t xml:space="preserve">[10:38] </w:t>
      </w:r>
      <w:r>
        <w:t>mardon ke liye bhi hai aur donon ke liye zaroori hai ki uska lihaz karein, khayal karein.</w:t>
      </w:r>
    </w:p>
    <w:p>
      <w:pPr>
        <w:jc w:val="right"/>
      </w:pPr>
      <w:r>
        <w:t>मर्दों के लिए भी है और दोनों के लिए ज़रूरी है कि उसका लिहाज करें, ख्याल करें.</w:t>
      </w:r>
    </w:p>
    <w:p>
      <w:r>
        <w:rPr>
          <w:b/>
        </w:rPr>
        <w:t xml:space="preserve">[10:43] </w:t>
      </w:r>
      <w:r>
        <w:t>balki rasullah salah salah ne se saahabk ram ne puchha tha to unhone saahabk ram ne yeh puchha</w:t>
      </w:r>
    </w:p>
    <w:p>
      <w:pPr>
        <w:jc w:val="right"/>
      </w:pPr>
      <w:r>
        <w:t>बल्कि रसुल्लाह सलाह सलाह ने से साहबक राम ने पुछा था तो उन्होंने साहबक राम ने यह पुछा</w:t>
      </w:r>
    </w:p>
    <w:p>
      <w:r>
        <w:rPr>
          <w:b/>
        </w:rPr>
        <w:t xml:space="preserve">[11:18] </w:t>
      </w:r>
      <w:r>
        <w:t>kaun salfaaz istemaal hue hain?</w:t>
      </w:r>
    </w:p>
    <w:p>
      <w:pPr>
        <w:jc w:val="right"/>
      </w:pPr>
      <w:r>
        <w:t>कौन साल्फाज़ इस्तेमाल हुए हैं?</w:t>
      </w:r>
    </w:p>
    <w:p>
      <w:r>
        <w:rPr>
          <w:b/>
        </w:rPr>
        <w:t xml:space="preserve">[11:53] </w:t>
      </w:r>
      <w:r>
        <w:t>to ek to wahi hai surah noor mein, ki jab tum log yeh udhni jo hai, woh yahan seena dhak liya karo. jabki hijab mein to seena dhakta hi nahin hai, sirf shareer dhakta hai. sar par itna emphasis bhi nahin hai. woh to dhaka hua rehta tha, understood hai ki woh sar dhaka hua hai. lekin emphasis jis par hai woh to sab khula hua rehta hai.</w:t>
      </w:r>
    </w:p>
    <w:p>
      <w:pPr>
        <w:jc w:val="right"/>
      </w:pPr>
      <w:r>
        <w:t>तो एक तो वही है सूर्य नूर में, कि जब तुम लोग यह उड़नी जो है, वह यहां सीना ढक लिया करो. जबकि हिजाब में तो सीना ढकता ही नहीं है, सिर्फ शरीर ढकता है. सर पर इतना emphasis भी नहीं है. वह तो ढका हुआ रहता था, understood है कि वह सर ढका हुआ है. लेकिन emphasis जिस पर है वह तो सब खुला हुआ रहता है.</w:t>
      </w:r>
    </w:p>
    <w:p>
      <w:r>
        <w:rPr>
          <w:b/>
        </w:rPr>
        <w:t xml:space="preserve">[12:20] </w:t>
      </w:r>
      <w:r>
        <w:t>to jo log aajkal kar rahe hain woh islam ki teaching se bilkul bilkul mutabiqat nahin rakhta aur doosri jo hai ayat surah ahzab mein to usmein yeh hai anabhi apni biwiyon aur musalman auraton se kaho ki neeche kar liya karein apne upar thodi si apni chadaren. isse jaldi pehchan ho jayegi, woh satai na jayengi.</w:t>
      </w:r>
    </w:p>
    <w:p>
      <w:pPr>
        <w:jc w:val="right"/>
      </w:pPr>
      <w:r>
        <w:t>तो जो लोग आजकल कर रहे हैं वह इस्लाम की teaching से बिल्कुल बिल्कुल मुताबुकत नहीं रखता और दूसरी जो है आयत सूर्य अल्लाह हज़ाब में तो उसमें यह है अनभी अपनी बीवियों और मुसलमान औरतों से कहो कि नीचे कर लिया करें अपने ऊपर थोड़ी सी अपनी चादरें. इससे जल्दी पहचान हो जाएगी, वह सताई न जाएंगी.</w:t>
      </w:r>
    </w:p>
    <w:p>
      <w:r>
        <w:rPr>
          <w:b/>
        </w:rPr>
        <w:t xml:space="preserve">[12:49] </w:t>
      </w:r>
      <w:r>
        <w:t>to wahi hai ki pehchan ho jayegi ki yeh sharif log hain aur yeh sab unko bardast nahin hai. ab ab naya islamic character unka hai aur uske mutabiq hi woh rehna chahti hain.</w:t>
      </w:r>
    </w:p>
    <w:p>
      <w:pPr>
        <w:jc w:val="right"/>
      </w:pPr>
      <w:r>
        <w:t>तो वही है कि पहचान हो जाएगी कि यह शरीफ लोग हैं और यह सब उनको बर्दास्त नहीं है. अब अब नया इस्लामic character उनका है और उसके मुताबिक ही वह रहना चाहती हैं.</w:t>
      </w:r>
    </w:p>
    <w:p>
      <w:r>
        <w:rPr>
          <w:b/>
        </w:rPr>
        <w:t xml:space="preserve">[13:04] </w:t>
      </w:r>
      <w:r>
        <w:t>to yeh hai, to is wajah se aur jab ansal ki auraton ne jab yeh kaam utre aur</w:t>
      </w:r>
    </w:p>
    <w:p>
      <w:pPr>
        <w:jc w:val="right"/>
      </w:pPr>
      <w:r>
        <w:t>तो यह है, तो इस वजह से और जब अंसाल की औरतों ने जब यह काम उतरे और</w:t>
      </w:r>
    </w:p>
    <w:p>
      <w:r>
        <w:rPr>
          <w:b/>
        </w:rPr>
        <w:t xml:space="preserve">[13:10] </w:t>
      </w:r>
      <w:r>
        <w:t>ansal ki auraton ko bataya gaya to unhone wahi apni chaadaron ko thoda sa phaadkar jhuptte se bada</w:t>
      </w:r>
    </w:p>
    <w:p>
      <w:pPr>
        <w:jc w:val="right"/>
      </w:pPr>
      <w:r>
        <w:t>अंसाल की औरतों को बताया गया तो उन्होंने वही अपनी चादरों को थोड़ा सा फाड़कर झुपट्टे से बड़ा</w:t>
      </w:r>
    </w:p>
    <w:p>
      <w:r>
        <w:rPr>
          <w:b/>
        </w:rPr>
        <w:t xml:space="preserve">[13:16] </w:t>
      </w:r>
      <w:r>
        <w:t>woh usko bilkul poore tareeke se lapet kar haalaanki us waqt bhi woh namaz ke liye jaati thi</w:t>
      </w:r>
    </w:p>
    <w:p>
      <w:pPr>
        <w:jc w:val="right"/>
      </w:pPr>
      <w:r>
        <w:t>वह उसको बिल्कुल पूरे तरीके से लपेट कर हालांकि उस वक्त भी वह नमाज़ के लिए जाती थी</w:t>
      </w:r>
    </w:p>
    <w:p>
      <w:r>
        <w:rPr>
          <w:b/>
        </w:rPr>
        <w:t xml:space="preserve">[13:23] </w:t>
      </w:r>
      <w:r>
        <w:t>aur unka face khula hua rehta tha lekin woh achhe tareeke se aise dhaak leti thi balki Iran</w:t>
      </w:r>
    </w:p>
    <w:p>
      <w:pPr>
        <w:jc w:val="right"/>
      </w:pPr>
      <w:r>
        <w:t>और उनका face खुला हुआ रहता था लेकिन वह अच्छे तरीके से ऐसे ढाक लेती थी बल्कि Iran</w:t>
      </w:r>
    </w:p>
    <w:p>
      <w:r>
        <w:rPr>
          <w:b/>
        </w:rPr>
        <w:t xml:space="preserve">[13:29] </w:t>
      </w:r>
      <w:r>
        <w:t>mein isi tareeke ka burqa raayaj hai.</w:t>
      </w:r>
    </w:p>
    <w:p>
      <w:pPr>
        <w:jc w:val="right"/>
      </w:pPr>
      <w:r>
        <w:t>में इसी तरीके का बुर्का रायज़ है.</w:t>
      </w:r>
    </w:p>
    <w:p>
      <w:r>
        <w:rPr>
          <w:b/>
        </w:rPr>
        <w:t xml:space="preserve">[13:36] </w:t>
      </w:r>
      <w:r>
        <w:t>matlab parda rayaz hai. burqe ka lafz to woh tha hi nahin. burqa to ek cover hota tha. khaas taur par woh janwaron ko kabhi ghode ke upar face par yahan cover dalte the. kabhi jo hal chalate hain bail bail to unko dalte ki idhar udhar khane peena shuru kar denge. to hal chal nahin chala payenge theek se. to unko jo joote jate hain hal mein to unke upar yeh dal dete the.</w:t>
      </w:r>
    </w:p>
    <w:p>
      <w:pPr>
        <w:jc w:val="right"/>
      </w:pPr>
      <w:r>
        <w:t>मतलब पर्दा रायज़ है. बुर्के का लफ्ज़ तो वो था ही नहीं. बुर्का तो एक cover होता था. खासतौर पर वो जानवरों को कभी घोड़े के ऊपर face पर यहां cover डालते थे. कभी जो हल चलाते हैं बैल बैल तो उनको डालते कि उधर उधर खाने पीना शुरू कर देंगे. तो हल चल नहीं चला पाएंगे ठीक से. तो उनको जो जोते जाते हैं हल में तो उनके ऊपर यह डाल देते थे.</w:t>
      </w:r>
    </w:p>
    <w:p>
      <w:r>
        <w:rPr>
          <w:b/>
        </w:rPr>
        <w:t xml:space="preserve">[14:04] </w:t>
      </w:r>
      <w:r>
        <w:t>to usko burqa kehte the. to woh is kaam ke liye istemal nahin hua hai lekin yeh baad mein jo convert culture tha khaas taur par iran mein, rome mein aur different cultures mein, ancient culture mein, woh chuki tamam log bahut hi bade mass scale par convert hue to woh log apna culture lekar aaye to wahi culture ko islamization us culture ka islamization ho gaya.</w:t>
      </w:r>
    </w:p>
    <w:p>
      <w:pPr>
        <w:jc w:val="right"/>
      </w:pPr>
      <w:r>
        <w:t>तो उसको बुर्का कहते थे. तो वह इस काम के लिए इस्तेमाल नहीं हुआ है लेकिन यह बाद में जो convert culture था खास तौर पर Iran में, Rome में और different cultures में, ancient culture में, वह चूंकि तमाम लोग बहुत ही बड़े mass scale पर convert हुए तो वह लोग अपना culture लेकर आए तो वही culture को इस्लामization उस culture का इस्लामization हो गया.</w:t>
      </w:r>
    </w:p>
    <w:p>
      <w:r>
        <w:rPr>
          <w:b/>
        </w:rPr>
        <w:t xml:space="preserve">[14:33] </w:t>
      </w:r>
      <w:r>
        <w:t>jaise india mein bahut zyada burqa rawaj hua aur motakne ka rawaj hua to woh ghunghat ka Islamization tha. ek bahut hi mashhoor scholar the. ab unka intezar ho gaya ajgar ali engineer. unhone is par poora lecture diya tha ki yeh burqa jo hai, yeh jo saamne yeh latkaya jata hai. yeh ghunghat ka Islamization hai.</w:t>
      </w:r>
    </w:p>
    <w:p>
      <w:pPr>
        <w:jc w:val="right"/>
      </w:pPr>
      <w:r>
        <w:t>जैसे India में बहुत ज़्यादा बुर्का रवाज हुआ और मोटकने का रवाज हुआ तो वह घूंघट का Islamization था. एक बहुत ही मशहूर scholar थे. अब उनका इंतज़ार हो गया अजगर अली engineer. उन्होंने इस पर पूरा lecture दिया था कि यह बुर्का जो है, यह जो सामने यह लटकाया जाता है. यह घूंघट का इस्लामization है.</w:t>
      </w:r>
    </w:p>
    <w:p>
      <w:r>
        <w:rPr>
          <w:b/>
        </w:rPr>
        <w:t xml:space="preserve">[14:55] </w:t>
      </w:r>
      <w:r>
        <w:t>to har aisi tarah isiliye dekhiye ki har mulk mein, har jagah, har society mein alag alag tarike hain burqe ke. agar ek hi tarika hota aur islam ke commandment ke mutabiq jaise namaz roza hai to sab jagah ek hi hota hai. to yeh jo cultural manifestation hai to yeh culture ke mutabiq usmein changes ho sakte hain.</w:t>
      </w:r>
    </w:p>
    <w:p>
      <w:pPr>
        <w:jc w:val="right"/>
      </w:pPr>
      <w:r>
        <w:t>तो हर ऐसी तरह इसीलिए देखिए कि हर मुल्क में, हर जगह, हर society में अलग अलग तरीके हैं बुर्के के. अगर एक ही तरीका होता और इस्लाम के commandment के मुताबिक जैसे नमाज़ रोज़ा है तो सब जगह एक ही होता है. तो यह जो cultural manifestation है तो यह culture के मुताबिक उसमें changes हो सकते हैं.</w:t>
      </w:r>
    </w:p>
    <w:p>
      <w:r>
        <w:rPr>
          <w:b/>
        </w:rPr>
        <w:t xml:space="preserve">[15:22] </w:t>
      </w:r>
      <w:r>
        <w:t>to yeh hijab to aad ke maane mein jaise ki maine abhi bataya to usmein isse koi talluk nahin hai lekin yeh baad mein jaise unki yahudiyon ki topi hoti hai to yahudi jo orthodox yahudi hote hain bahut bada sa head ki tarah ki topi odha karte the. lekin ab modern yahudi jo hai to woh ek symbolic sense mein woh ek chhoti si topi yahan par rakh lete hain. pin wagera se usko attach kar lete hain.</w:t>
      </w:r>
    </w:p>
    <w:p>
      <w:pPr>
        <w:jc w:val="right"/>
      </w:pPr>
      <w:r>
        <w:t>तो यह हिजाब तो आड़ के माने में जैसे कि मैंने अभी बताया तो उसमें इससे कोई ताल्लुक नहीं है लेकिन यह बाद में जैसे उनकी यहूदियों की टोपी होती है तो यहूदी जो orthodox यहूदी होते हैं बहुत बड़ा सा head की तरह की टोपी ओढ़ा करते थे. लेकिन अब modern यहूदी जो है तो वह एक symbolic sense में वह एक छोटी सी टोपी यहां पर रख लेते हैं. Pin वगैरह से उसको attach कर लेते हैं.</w:t>
      </w:r>
    </w:p>
    <w:p>
      <w:r>
        <w:rPr>
          <w:b/>
        </w:rPr>
        <w:t xml:space="preserve">[15:52] </w:t>
      </w:r>
      <w:r>
        <w:t>to woh symbolic value hai uski. to isi tarike se yeh dress jo hai hijab yeh bhi ek symbol ban gaya hai kyunki woh jo poora jo parda hai woh to doosre kism hai usmein poori chadar neeche tak latak gayi aur jaise yeh bilkul dheela dheela gaun bhi hota hai woh bhi chalega. to lekin yeh sirf is hijab jo hai yeh uska woh kipa ki manimd hai.</w:t>
      </w:r>
    </w:p>
    <w:p>
      <w:pPr>
        <w:jc w:val="right"/>
      </w:pPr>
      <w:r>
        <w:t>तो वह symbolic value है उसकी. तो इसी तरीके से यह dress जो है hijab यह भी एक symbol वन गया है क्योंकि वह जो पूरा जो पर्दा है वह तो दूसरे किस्म है उसमें पूरी चादर नीचे तक लटक गई और जैसे यह बिल्कुल ढीला ढीला गाउन भी होता है वह भी चलेगा. तो लेकिन यह सिर्फ इस हिजाब जो है यह उसका वह किपा की मानिम्द है.</w:t>
      </w:r>
    </w:p>
    <w:p>
      <w:r>
        <w:rPr>
          <w:b/>
        </w:rPr>
        <w:t xml:space="preserve">[16:19] </w:t>
      </w:r>
      <w:r>
        <w:t>ek chhota sa unhone ek bana liya woh unki woh identity ban gayi woh. woh puran mein hijab ka lazzi nahin hai. to doosri baat yeh hai ki jo islami dress hai, asal woh cheez hai, woh important hai. to ek allama nasruddin albani, to woh bahut bade aalim the, woh muhaddith the aur twentieth century ke.</w:t>
      </w:r>
    </w:p>
    <w:p>
      <w:pPr>
        <w:jc w:val="right"/>
      </w:pPr>
      <w:r>
        <w:t>एक छोटा सा उन्होंने एक बना लिया वह उनकी वह identity वन गई वह. वह पुरान में हिजाब का लब्जी नहीं है. तो दूसरी बात यह है कि जो इस्लामी dress है, असल वह चीज़ है, वह important है. तो एक अल्लामा नासुद्दीन अलबानी, तो वह बहुत बड़े आलिम थे, वह मोहद्दिष्य थे और twentieth century के.</w:t>
      </w:r>
    </w:p>
    <w:p>
      <w:r>
        <w:rPr>
          <w:b/>
        </w:rPr>
        <w:t xml:space="preserve">[16:45] </w:t>
      </w:r>
      <w:r>
        <w:t>to unhone ek kitab likhi hai musalman aurat ka parda. to asal focus jo hai woh uska dress hai ki uska dress kaisa hona chahiye? to number ek us sadr ko chhupana to woh to hai hi. to jo hijab ho, jo bhi parda woh kare usmein woh zeenat wala na ho.</w:t>
      </w:r>
    </w:p>
    <w:p>
      <w:pPr>
        <w:jc w:val="right"/>
      </w:pPr>
      <w:r>
        <w:t>तो उन्होंने एक किताब लिखी है मुसलमान औरत का पर्दा. तो असल focus जो है वह उसका dress है कि उसका dress कैसा होना चाहिए? तो number एक उस सदर को छुपाना तो वह तो है ही. तो जो हिजाब हो, जो भी पर्दा वह करे उसमें वह जीनत वाला ना हो.</w:t>
      </w:r>
    </w:p>
    <w:p>
      <w:r>
        <w:rPr>
          <w:b/>
        </w:rPr>
        <w:t xml:space="preserve">[17:06] </w:t>
      </w:r>
      <w:r>
        <w:t>aajkal to zeenati wale burke chal rahe hain aur jo kapda woh pehne ho bareek kapda na ho, seat rohar kapda na ho, tight fitting kapda na ho to yeh sab hai taaki pata chale ki bhai ek sanjeeda aurat hai woh apne bah mastak zindagi uski hai.</w:t>
      </w:r>
    </w:p>
    <w:p>
      <w:pPr>
        <w:jc w:val="right"/>
      </w:pPr>
      <w:r>
        <w:t>आजकल तो जीनती वाले बुर्के चल रहे हैं और जो कपड़ा वह पहने हो बारीक कपड़ा ना हो, seat रोहर कपड़ा ना हो, tight fitting कपड़ा ना हो तो यह सब है ताकि पता चले कि भई एक संजीदा औरत है वह अपने बाह मस्तक ज़िंदगी उसकी है.</w:t>
      </w:r>
    </w:p>
    <w:p>
      <w:r>
        <w:rPr>
          <w:b/>
        </w:rPr>
        <w:t xml:space="preserve">[17:22] </w:t>
      </w:r>
      <w:r>
        <w:t>bahar ja rahi hai kisi tafree ke liye nahi ja rahi hai balki kisi achhe kaam ke liye</w:t>
      </w:r>
    </w:p>
    <w:p>
      <w:pPr>
        <w:jc w:val="right"/>
      </w:pPr>
      <w:r>
        <w:t>बाहर जा रही है किसी तफरी के लिए नहीं जा रही है बल्कि किसी अच्छे काम के लिए</w:t>
      </w:r>
    </w:p>
    <w:p>
      <w:r>
        <w:rPr>
          <w:b/>
        </w:rPr>
        <w:t xml:space="preserve">[17:27] </w:t>
      </w:r>
      <w:r>
        <w:t>ja rahi hai to is tareeke se asal parda yeh hai aur nigaahe neeche rakhna aur sanjeedgi se</w:t>
      </w:r>
    </w:p>
    <w:p>
      <w:pPr>
        <w:jc w:val="right"/>
      </w:pPr>
      <w:r>
        <w:t>जा रही है तो इस तरीके से असल पर्दा यह है और निगाए नीचे रखना और संजीदगी से</w:t>
      </w:r>
    </w:p>
    <w:p>
      <w:r>
        <w:rPr>
          <w:b/>
        </w:rPr>
        <w:t xml:space="preserve">[17:32] </w:t>
      </w:r>
      <w:r>
        <w:t>bahar jaakar apna kaam karna.</w:t>
      </w:r>
    </w:p>
    <w:p>
      <w:pPr>
        <w:jc w:val="right"/>
      </w:pPr>
      <w:r>
        <w:t>बाहर जाकर अपना काम करना.</w:t>
      </w:r>
    </w:p>
    <w:p>
      <w:r>
        <w:rPr>
          <w:b/>
        </w:rPr>
        <w:t xml:space="preserve">[17:38] </w:t>
      </w:r>
      <w:r>
        <w:t>na ki tafree ke liye bahar nikalna.</w:t>
      </w:r>
    </w:p>
    <w:p>
      <w:pPr>
        <w:jc w:val="right"/>
      </w:pPr>
      <w:r>
        <w:t>ना कि तफरी के लिए बाहर निकलना.</w:t>
      </w:r>
    </w:p>
    <w:p>
      <w:r>
        <w:rPr>
          <w:b/>
        </w:rPr>
        <w:t xml:space="preserve">[17:43] </w:t>
      </w:r>
      <w:r>
        <w:t>to yeh hai asal parda lekin logon ne bas hijaab ko asal parda maan liya hai.</w:t>
      </w:r>
    </w:p>
    <w:p>
      <w:pPr>
        <w:jc w:val="right"/>
      </w:pPr>
      <w:r>
        <w:t>तो यह है असल पर्दा लेकिन लोगों ने बस हिजाब को असल पर्दा मान लिया है.</w:t>
      </w:r>
    </w:p>
    <w:p>
      <w:r>
        <w:rPr>
          <w:b/>
        </w:rPr>
        <w:t xml:space="preserve">[17:48] </w:t>
      </w:r>
      <w:r>
        <w:t>baaki to kuch bhi karein woh sab jaayaz ho jaata hai.</w:t>
      </w:r>
    </w:p>
    <w:p>
      <w:pPr>
        <w:jc w:val="right"/>
      </w:pPr>
      <w:r>
        <w:t>बाकी तो कुछ भी करें वह सब जायज़ हो जाता है.</w:t>
      </w:r>
    </w:p>
    <w:p>
      <w:r>
        <w:rPr>
          <w:b/>
        </w:rPr>
        <w:t xml:space="preserve">[17:54] </w:t>
      </w:r>
      <w:r>
        <w:t>apa jab hum yeh jilbab wali ayat ka mutala karte hain to maloom hota khaas pasand zar maloom hota hai. usko hum zikr karenge aur usse aap par kuch clarification chahenge. abu malik ek tabai hai woh kehte hain, mufassir hain. kaan anasumun al manafiqeen ya tar rajun al indisa, fakeel alhum dalika, fakeelu in namanaaf, nawaludhalika bil imai.</w:t>
      </w:r>
    </w:p>
    <w:p>
      <w:pPr>
        <w:jc w:val="right"/>
      </w:pPr>
      <w:r>
        <w:t>आपा जब हम यह जिलबाब वाली आयत का मुताला करते हैं तो मालूम होता खास पसंद ज़र मालूम होता है. उसको हम ज़िक्र करेंगे और उससे आप पर कुछ clarification चाहेंगे. अबू मालिक एक ताबई है वो कहते हैं, मुफसीर हैं. कान अनासुम्न अल मनाफिकीन या तार रजून अल इंदिसा, फ़कील अलहुम दालिका, फ़कालू इन नमानाफ, नवालुदालिका बिल इमाई.</w:t>
      </w:r>
    </w:p>
    <w:p>
      <w:r>
        <w:rPr>
          <w:b/>
        </w:rPr>
        <w:t xml:space="preserve">[18:20] </w:t>
      </w:r>
      <w:r>
        <w:t>ki manafiqeen mein se kuch aadmi the jo auraton ko pareshan karte the. unko kaha ki aisa kyun karte ho? to unhone kaha ki hum yeh jo labour class ki auraten hoti ya slave girl hoti hai usko karte hain. tab jo auraten thin, shrofah ki auraten thin, sharif auraten thin. unko kaha gaya ki aap isse bachne ke liye yeh upay kar lijiye. to jaisa aapne shuru mein kaha tha ki labour class ki auraton ke liye aisa nahin hai.</w:t>
      </w:r>
    </w:p>
    <w:p>
      <w:pPr>
        <w:jc w:val="right"/>
      </w:pPr>
      <w:r>
        <w:t>कि मनाफिकीन में से कुछ आदमी थे जो औरतों को परेशान करते थे. उनको कहा कि ऐसा क्यों करते हो? तो उन्होंने कहा कि हम यह जो labour class की औरतें होती या slave girl होती हैं उसको करते हैं. तब जो औरतें थीं, श्रोफा की औरतें थीं, शरीफ औरतें थीं. उनको कहा गया कि आप इससे बचने के लिए यह उपाय कर लीजिए. तो जैसा आपने शुरू में कहा था कि labour class की औरतों के लिए ऐसा नहीं है.</w:t>
      </w:r>
    </w:p>
    <w:p>
      <w:r>
        <w:rPr>
          <w:b/>
        </w:rPr>
        <w:t xml:space="preserve">[18:47] </w:t>
      </w:r>
      <w:r>
        <w:t>to hum dekhte hain ke fukha waghera bhi kehte ki labour class ki auraton jo rahengi woh parda nahi karenge. to yeh fark ka reason isse samajh mein aata hai ki woh bas logon ko fitne se bachane ke liye aisa tha taaki jhagda na ho kyunki auratein, auraton ka mamla aisa hota ki agar usmein kuch aage peeche ho to jang bhi ho jaya karti hai. to un sab cheezon se bachane ke liye tha aisa, main samajhta hoon.</w:t>
      </w:r>
    </w:p>
    <w:p>
      <w:pPr>
        <w:jc w:val="right"/>
      </w:pPr>
      <w:r>
        <w:t>तो हम देखते हैं कि फुखा वगैरह भी कहते कि labour class की औरतों जो रहेंगी वह पर्दा नहीं करेंगे. तो यह फ़र्क का reason इससे समझ में आता है कि वह बस लोगों को fitने से बचाने के लिए ऐसा था ताकि झगड़ा ना हो क्योंकि औरतें, औरतों का मामला ऐसा होता कि अगर उसमें कुछ आगे पीछे हो तो जंग भी हो जाया करती है. तो उन सब चीज़ों से बचाने के लिए था ऐसा, मैं समझता हूं.</w:t>
      </w:r>
    </w:p>
    <w:p>
      <w:r>
        <w:rPr>
          <w:b/>
        </w:rPr>
        <w:t xml:space="preserve">[19:14] </w:t>
      </w:r>
      <w:r>
        <w:t>matlab hai ki usmein halaat ke hisab se usmein changes ho sakte hain, modification ho sakta hai. agar ek hi tareeqa hota to phir sari duniya mein ki musalman ek hi tareeqe ka hijab ya parda kar rahe hote. to halaat ke lihaz se hum apne aap ko tabdeel bhi kar sakte hain. usmein changes bhi la sakte hain. kyunki yeh hijab ka lafz hi nahi aaya hai Quran mein.</w:t>
      </w:r>
    </w:p>
    <w:p>
      <w:pPr>
        <w:jc w:val="right"/>
      </w:pPr>
      <w:r>
        <w:t>मतलब है कि उसमें हालात के हिसाब से उसमें changes हो सकते हैं, modification हो सकता है. अगर एक ही तरीका होता तो फिर सारी दुनिया में कि मुसलमान एक ही तरीके का हिजाब या पर्दा कर रहे होते. तो हालात के लिहाज से हम अपने आप को तब्दील भी कर सकते हैं. उसमें changes भी ला सकते हैं. क्योंकि यह हिजाब का लब्ज ही नहीं आया है कुरान में.</w:t>
      </w:r>
    </w:p>
    <w:p>
      <w:r>
        <w:rPr>
          <w:b/>
        </w:rPr>
        <w:t xml:space="preserve">[19:42] </w:t>
      </w:r>
      <w:r>
        <w:t>Quran mein jo lafz aaya hai woh khemar ka aur jilbab ka to ismein koi woh nahi aur jahan tak college school hota hai uska ek uniform hota hai. jab college mein yeh school mein dakhla liya jata hai to us uniform ke mutabik hi hamein rehna hota hai. to ab yeh jo jin logon ne uski undertaking di ki hum is uniform ko accept karte hain. baad mein unhone kaha ki nahi hum accept nahi karenge.</w:t>
      </w:r>
    </w:p>
    <w:p>
      <w:pPr>
        <w:jc w:val="right"/>
      </w:pPr>
      <w:r>
        <w:t>कुरान में जो लब्जा आया है वह खेमार का और जिलबाब का तो इसमें कोई वह नहीं और जहां तक college school होता है उसका एक uniform होता है. जब college में यह school में दाखला लिया जाता है तो उस uniform के मुताबिक ही हमें रहना होता है. तो अब यह जो जिन लोगों ने उसकी undertaking दी कि हम इस uniform को accept करते हैं. बाद में उन्होंने कहा कि नहीं हम accept नहीं करेंगे.</w:t>
      </w:r>
    </w:p>
    <w:p>
      <w:r>
        <w:rPr>
          <w:b/>
        </w:rPr>
        <w:t xml:space="preserve">[20:12] </w:t>
      </w:r>
      <w:r>
        <w:t>to yeh to galat hai kyunki maine khud bhi jis college mein padha hai, halanki woh muslim founders the uske college ke lekin wahan burqa allowed nahi tha. to tamam ladkiyan bahar jo peons ke ghar hote the wahan burqa utar ke andar jati thin. to yeh hota hai aisi koi baat nahi thi ki koi nayi baat hai yeh.</w:t>
      </w:r>
    </w:p>
    <w:p>
      <w:pPr>
        <w:jc w:val="right"/>
      </w:pPr>
      <w:r>
        <w:t>तो यह तो गलत है क्योंकि मैंने खुद भी जिस college में पढ़ा है, हालांकि वह मुस्लिम founders थे उसके college के लेकिन वहां बुर्का allowed नहीं था. तो तमाम लड़कियां बाहर जो peons के घर होते थे वहां बड़का उतार के अंदर जाती थीं. तो यह होता है ऐसी कोई बात नहीं थी कि कोई नई बात है यह.</w:t>
      </w:r>
    </w:p>
    <w:p>
      <w:r>
        <w:rPr>
          <w:b/>
        </w:rPr>
        <w:t xml:space="preserve">[20:34] </w:t>
      </w:r>
      <w:r>
        <w:t>to lekin yeh ek issue ban gaya woh bahut, bahut takleef de hai yeh issue. isko issue nahi banana chahiye. protest waghera to Islam mein allowed hi nahi hai. aap dekhiye ki Rasool Allah sallallahu alaihi wasallam aur aapke ashaab ko kitni takleefein di gayin lekin aapne kabhi protest nahi kiya. aap jo yeh jo slave girls, slaves hote the unko to bahut sataya jata tha.</w:t>
      </w:r>
    </w:p>
    <w:p>
      <w:pPr>
        <w:jc w:val="right"/>
      </w:pPr>
      <w:r>
        <w:t>तो लेकिन यह एक issue वन गया वह बहुत, बहुत तकलीफ दे है यह issue. इसको issue नहीं बनाना चाहिए. Protest वगैरह तो इस्लाम में allowed ही नहीं है. आप देखिए कि रसूल्लाह सर्वशलम और आपके असाहब को कितनी तकलीफें दी गईं लेकिन आपने कभी protest नहीं किया. आप जो यह जो slave girls, slaves होते थे उनको तो बहुत सताया जाता था.</w:t>
      </w:r>
    </w:p>
    <w:p>
      <w:r>
        <w:rPr>
          <w:b/>
        </w:rPr>
        <w:t xml:space="preserve">[21:03] </w:t>
      </w:r>
      <w:r>
        <w:t>wahan ke garam ret mein lita diya jata tha. patthar lag diya jata tha aur jab aapko maloom hota hai to aap bas yahi kehte hain ki sabr karo, sabr karo. to Islam mein protest to bilkul allowed hi nahi hai. uske doosre upay ho sakte hain. doosri mansooba bandi ho sakti hai. to yeh jo Islam ki jo spirit hai, uske mutabik hamein rehna padega tabhi Khuda ki madad hamein milegi.</w:t>
      </w:r>
    </w:p>
    <w:p>
      <w:pPr>
        <w:jc w:val="right"/>
      </w:pPr>
      <w:r>
        <w:t>वहां के गर्म रेत में लिटा दिया जाता था. पत्थर लग दिया जाता था और जब आपको मालूम होता है तो आप बस यही कहते हैं कि सब्र करो, सब्र करो. तो इस्लाम में protest तो बिल्कुल allowed ही नहीं है. उसके दूसरे उपाय हो सकते हैं. दूसरी मंसुआ बंदी हो सकती है. तो यह जो इस्लाम की जो spirit है, उसके मुताबिक हमें रहना पड़ेगा तभी खुदा की मदद हमें मिलेगी.</w:t>
      </w:r>
    </w:p>
    <w:p>
      <w:r>
        <w:rPr>
          <w:b/>
        </w:rPr>
        <w:t xml:space="preserve">[21:33] </w:t>
      </w:r>
      <w:r>
        <w:t>achha, aapka ek sawal yeh hai ki yeh sawal aata hai aur aur to jo, jo abhi jo raaij burqa hai, black dress jisko hum kehte hain, agar koi na odhe to yeh samjha jata ki Islam se kharij hai. to yeh sawal hamare samne aaye ki kya burqa na odhne se aurati Islam se kharij ho jayengi?</w:t>
      </w:r>
    </w:p>
    <w:p>
      <w:pPr>
        <w:jc w:val="right"/>
      </w:pPr>
      <w:r>
        <w:t>अच्छा, आपका एक सवाल यह है कि यह सवाल आता है और और तो जो, जो अभी जो रायज बुर्का है, black dress जिसको हम कहते हैं, अगर कोई ना ओढ़े तो यह समझा जाता कि इस्लाम से खारिज है. तो यह सवाल हमारे सामने आए कि क्या बुर्खा ना उड़ने से औरती इस्लाम से खारिज हो जाएंगी?</w:t>
      </w:r>
    </w:p>
    <w:p>
      <w:r>
        <w:rPr>
          <w:b/>
        </w:rPr>
        <w:t xml:space="preserve">[21:58] </w:t>
      </w:r>
      <w:r>
        <w:t>ab burqa yani parde ki maane mein burqa to Islam mein us, woh lafzi nahi hai Quran mein. lekin jo parda hai, to woh parda aur sanjeeda dress yeh sab to zaroori hai lekin phir bhi woh to appearance hai na. to hamein jo hamari inner personality kaisi hai uske mutabik insan ka faisla hoga ki woh jannat mein jayega ki nahi jayega?</w:t>
      </w:r>
    </w:p>
    <w:p>
      <w:pPr>
        <w:jc w:val="right"/>
      </w:pPr>
      <w:r>
        <w:t>अब बुर्खा यानी पर्दे की माने में बुर्खा तो इस्लाम में उस, वह लब्ज़ी नहीं है कुरान में. लेकिन जो पर्दा है, तो वह पर्दा और संजीदा dress यह सब तो ज़रूरी है लेकिन फिर भी वह तो appearance है ना. तो हमें जो हमारी inner personality कैसी है उसके मुताबिक इंसान का फ़ैसला होगा कि वह जन्नत में जाएगा कि नहीं जाएगा?</w:t>
      </w:r>
    </w:p>
    <w:p>
      <w:r>
        <w:rPr>
          <w:b/>
        </w:rPr>
        <w:t xml:space="preserve">[22:25] </w:t>
      </w:r>
      <w:r>
        <w:t>na ki burqa jo bhi odhega sab jannat mein jayega, aisa to nahi ho sakta. to jo hum spirit hai uski us us spirit ko hum samjhenge aur uske mutabik amal karenge.</w:t>
      </w:r>
    </w:p>
    <w:p>
      <w:pPr>
        <w:jc w:val="right"/>
      </w:pPr>
      <w:r>
        <w:t>ना कि बुर्का जो भी उड़ेगा सब जन्नत में जाएगा, ऐसा तो नहीं हो सकता. तो जो हम spirit है उसकी उस उस spirit को हम समझेंगे और उसके मुताबिक अमल करेंगे.</w:t>
      </w:r>
    </w:p>
    <w:p>
      <w:r>
        <w:rPr>
          <w:b/>
        </w:rPr>
        <w:t xml:space="preserve">[22:36] </w:t>
      </w:r>
      <w:r>
        <w:t>misaal ke taur par khuda se taallo, takwa, khuda se mohabbat, khuda ki khashiyat aur bandon ki khairkhai,</w:t>
      </w:r>
    </w:p>
    <w:p>
      <w:pPr>
        <w:jc w:val="right"/>
      </w:pPr>
      <w:r>
        <w:t>मिसाल के तौर पर खुदा से ताल्लो, तक्वा, खुदा से मोहब्बत, खुदा की खशियत और बंदों की खैरखाई,</w:t>
      </w:r>
    </w:p>
    <w:p>
      <w:r>
        <w:rPr>
          <w:b/>
        </w:rPr>
        <w:t xml:space="preserve">[22:46] </w:t>
      </w:r>
      <w:r>
        <w:t>matlab apni poori ek spiritual personality banayenge, Islamic character banayenge to burqe mein andar saare fashion hote hain.</w:t>
      </w:r>
    </w:p>
    <w:p>
      <w:pPr>
        <w:jc w:val="right"/>
      </w:pPr>
      <w:r>
        <w:t>मतलब अपनी पूरी एक spiritual personality बनाएंगे, इस्लामic character बनाएंगे तो बुर्खे में अंदर सारे fashion होते हैं.</w:t>
      </w:r>
    </w:p>
    <w:p>
      <w:r>
        <w:rPr>
          <w:b/>
        </w:rPr>
        <w:t xml:space="preserve">[22:57] </w:t>
      </w:r>
      <w:r>
        <w:t>to yeh nahi hai, yeh to koi baat nahi hai ki burqa pehnge to jannat mein jayenge.</w:t>
      </w:r>
    </w:p>
    <w:p>
      <w:pPr>
        <w:jc w:val="right"/>
      </w:pPr>
      <w:r>
        <w:t>तो यह नहीं है, यह तो कोई बात नहीं है कि बुर्खा पहनेगे तो जन्नत में जाएंगे.</w:t>
      </w:r>
    </w:p>
    <w:p>
      <w:r>
        <w:rPr>
          <w:b/>
        </w:rPr>
        <w:t xml:space="preserve">[23:07] </w:t>
      </w:r>
      <w:r>
        <w:t>yeh sab khush khyaali ki baatein hain.</w:t>
      </w:r>
    </w:p>
    <w:p>
      <w:pPr>
        <w:jc w:val="right"/>
      </w:pPr>
      <w:r>
        <w:t>यह सब खुश ख्याली की बातें हैं.</w:t>
      </w:r>
    </w:p>
    <w:p>
      <w:r>
        <w:rPr>
          <w:b/>
        </w:rPr>
        <w:t xml:space="preserve">[23:18] </w:t>
      </w:r>
      <w:r>
        <w:t>hamare soch durust nahi rahegi to hum kitna bhi zahir appearance hamara kapda achha rahega. latla ke nazdeek ko bul nahi hai. to tazkiya asal cheez hai chinnat mein dakhle ke liye. na ki koi zahiri taur par kuch pehen lena. yeh zaroori hai. ek sawal yeh hai ki auraton ka role kya hai?</w:t>
      </w:r>
    </w:p>
    <w:p>
      <w:pPr>
        <w:jc w:val="right"/>
      </w:pPr>
      <w:r>
        <w:t>हमारे सोच दुर्सत नहीं रहेगी तो हम कितना भी ज़ाहिर appearance हमारा कपड़ा अच्छा रहेगा. लतला के नज़दीक को बुल नहीं है. तो तज़गीय असल चीज़ है चिन्नत में दाखले के लिए. ना कि कोई ज़ाहिरी तौर पर कुछ पहन लेना. यह ज़रूरी है. एक सवाल यह है कि औरतों का role क्या है?</w:t>
      </w:r>
    </w:p>
    <w:p>
      <w:r>
        <w:rPr>
          <w:b/>
        </w:rPr>
        <w:t xml:space="preserve">[23:41] </w:t>
      </w:r>
      <w:r>
        <w:t>sabse pehle hum dekhenge ki Arab ne jab Rasool Allah sallallahu alaihi wasallam ki besat hui to woh jo Islami society bani to usmein auraton ka kya role tha? to hum dekhte hain ab Hazrat Khadija se lekar ke Hazrat Aisha tak ki auratein har kaam karti thi. sabse awwal din se Hazrat Khadija jo hai Rasool Allah sallallahu alaihi wasallam ke sath namaz padh rahi thi. business karti thi.</w:t>
      </w:r>
    </w:p>
    <w:p>
      <w:pPr>
        <w:jc w:val="right"/>
      </w:pPr>
      <w:r>
        <w:t>सबसे पहले हम देखेंगे कि अरब ने जब रसूल्लाह से रस्लाम की बेसद हुई तो वह जो इस्लामी society बनी तो उसमें औरतों का क्या role था? तो हम देखते हैं अब हज़द खदीरा से लेकर के हज़रत आशा तक की औरतें हर काम करती थी. सबसे अव्वल दिन से हज़त खदीजा जो है रसूल्लाह से उसेल्लाम के साथ नमाज़ पड़ रही थी. Business करती थी.</w:t>
      </w:r>
    </w:p>
    <w:p>
      <w:r>
        <w:rPr>
          <w:b/>
        </w:rPr>
        <w:t xml:space="preserve">[24:11] </w:t>
      </w:r>
      <w:r>
        <w:t>business aapne mana nahi kiya ki ab hum musalman ho gaye, ab business nahi auratein kar sakti. har kaam karti thi woh aur yahan tak ke maidan e jang mein jati thi aur zakhmiyon ki frustrate karti thi. unka marham patti karti thi. unke liye har kaam karti thi jo bhi woh kar sakti thi. sabse pehle yeh dekhna hai ki Allah taala ne auraton ko salahiyat di hai. Allah taala kisi ko bhi bila wajah salahiyat nahi dete hain.</w:t>
      </w:r>
    </w:p>
    <w:p>
      <w:pPr>
        <w:jc w:val="right"/>
      </w:pPr>
      <w:r>
        <w:t>Business आपने मना नहीं किया कि अब हम मुसलमान हो गए, अब business नहीं औरतें कर सकती. हर काम करती थी वह और यहां तक के मैदाने जंग में जाती थी और ज़ख़्मियों की frustrate करती थी. उनका मरम पट्टी करती थी. उनके लिए हर काम करती थी जो भी वह कर सकती थी. सबसे पहले यह देखना है कि अल्लाह ताला ने औरतों को सलाहियत दी है. अल्लाह तालाह किसी को भी बिला वजह सलाहियत नहीं देते हैं.</w:t>
      </w:r>
    </w:p>
    <w:p>
      <w:r>
        <w:rPr>
          <w:b/>
        </w:rPr>
        <w:t xml:space="preserve">[24:40] </w:t>
      </w:r>
      <w:r>
        <w:t>janwar hote hain. unko jitni zaroorat hai bas utna hi Allah taala usko instinct mein utna hi daal dete hain. usse kuch aur aap expect karein to woh janwar nahi kar payega. to jab auraton ko salahiyat di hai woh har kaam kar sakti hain. to kyun nahi karengi? bas yeh hai ki jo ancient world tha, usmein na to educational institutions the, na bahar ki duniya mein opportunities thin.</w:t>
      </w:r>
    </w:p>
    <w:p>
      <w:pPr>
        <w:jc w:val="right"/>
      </w:pPr>
      <w:r>
        <w:t>जानवर होते हैं. उनको जितनी ज़रूरत है बस उतना ही अल्लाह तालाह उसको instinct में उतना ही डाल देते हैं. उससे कुछ और आप expect करें तो वह जानवर नहीं कर पाएगा. तो जब औरतों को सलाहियत दी है वह हर काम कर सकती हैं. तो क्यों नहीं करेंगी? बस यह है कि जो ancient world था, उसमें ना तो educational institutions थे, ना बाहर की दुनिया में opportunities थीं.</w:t>
      </w:r>
    </w:p>
    <w:p>
      <w:r>
        <w:rPr>
          <w:b/>
        </w:rPr>
        <w:t xml:space="preserve">[25:09] </w:t>
      </w:r>
      <w:r>
        <w:t>to jab aurat na taaleem hasil karegi, na bahar niklegi to uska jo hai exposure nahi hota. usko koi bhi usko tayyar prepared mind nahi hoti kuch karne ke liye. to aurat sirf ghar ka kaam karti thi. uski wajah se uski koi value nahi hoti thi. to ghar mein to aisa koi important kaam hota nahi kaam to sare bahar hote hain.</w:t>
      </w:r>
    </w:p>
    <w:p>
      <w:pPr>
        <w:jc w:val="right"/>
      </w:pPr>
      <w:r>
        <w:t>तो जब औरत ना तालीम हासिल करेगी, ना बाहर निकलेगी तो उसका जो है exposure नहीं होता. उसको कोई भी उसको तैयार prepared mind नहीं होती कुछ करने के लिए. तो औरत सिर्फ घर का काम करती थी. उसकी वजह से उसकी कोई value नहीं होती थी. तो घर में तो ऐसा कोई important काम होता नहीं गाम तो सारे बाहर होते हैं.</w:t>
      </w:r>
    </w:p>
    <w:p>
      <w:r>
        <w:rPr>
          <w:b/>
        </w:rPr>
        <w:t xml:space="preserve">[25:35] </w:t>
      </w:r>
      <w:r>
        <w:t>to mard hi bread winner hota tha, mard hi defense karta tha, mard hi protector hota tha, sab kuch mard karta tha. to is tareeqe se uski ahmiyat thi, aurat ki ahmiyat nahi thi. to is wajah se aurat ki jo hai woh bahut kam thi, ahmiyat bahut kam thi. to aisa nahi ki aurat ke andar salahiyat nahi thi. lekin aurat ki education nahi hoti thi.</w:t>
      </w:r>
    </w:p>
    <w:p>
      <w:pPr>
        <w:jc w:val="right"/>
      </w:pPr>
      <w:r>
        <w:t>तो मर्दी bread winner होता था, मर्दी defense करता था, मर्दी protector होता था, सब कुछ मर्द करता था. तो इस तरीके से उसकी अहमियत थी, औरत की अहमियत नहीं थी. तो इस वजह से औरत की जो है वह बहुत कम थी, अहमियत बहुत कम थी. तो ऐसा नहीं कि औरत के अंदर सलाहियत नहीं थी. लेकिन औरत की education नहीं होती थी.</w:t>
      </w:r>
    </w:p>
    <w:p>
      <w:r>
        <w:rPr>
          <w:b/>
        </w:rPr>
        <w:t xml:space="preserve">[26:02] </w:t>
      </w:r>
      <w:r>
        <w:t>aurat bahar nahi nikalti thi to uske liye tayyar nahi hoti. matlab potentially woh sab kuch thi lekin actual mein nahi thi. to woh halaat the. to Islam ne jab duniya ko badla aazadi Islam mein aayi aurat mard ko barabar ke hoqoof mile, har mauqe par auraton ko shamil kiya gaya. yahan tak ki Rasool Allah sallallahu alaihi wasallam auraton se mashwara bhi lete the. to phir auratein is kaam ke liye tayyar ho gayin.</w:t>
      </w:r>
    </w:p>
    <w:p>
      <w:pPr>
        <w:jc w:val="right"/>
      </w:pPr>
      <w:r>
        <w:t>औरत बाहर नहीं निकलती थी तो उसके लिए तैयार नहीं होती. मतलब potentially वह सब कुछ थी लेकिन actual में नहीं थी. तो वह हालात थे. तो इस्लाम ने जब दुनिया को बदला आज़ादी इस्लाम में आई औरत मर्द को बराबर के होकूफ मिले, हर मौके पर औरतों को शामिल किया गया. यहां तक कि रसूल्लाह सल्लाह सल्लाह सल्लाह सल्लाम औरतों से मशवरा भी लेते थे. तो फिर औरतें इस काम के लिए तैयार हो गई.</w:t>
      </w:r>
    </w:p>
    <w:p>
      <w:r>
        <w:rPr>
          <w:b/>
        </w:rPr>
        <w:t xml:space="preserve">[26:32] </w:t>
      </w:r>
      <w:r>
        <w:t>yahan tak ki poori jo primary education thi, us medieval world mein woh sab auratein apne gharon mein deti thi bachchon ko taaleem. to auraton ne kabhi kisi kaam se roka nahi Rasool Allah sallallahu alaihi wasallam ne. yahan tak auratein namaz mein bachcha lekar aati thi, bachcha rone lagta tha. to aap nahi kehte the ki tum aisa kyun kar rahi ho bachche, chhote bachche lekar aati ho.</w:t>
      </w:r>
    </w:p>
    <w:p>
      <w:pPr>
        <w:jc w:val="right"/>
      </w:pPr>
      <w:r>
        <w:t>यहां तक कि पूरी जो primary education थी, उस medieval world में वह सब औरतें अपने घरों में देती थी बच्चों को तालीम. तो औरतों ने कभी किसी काम से रोका नहीं रसूल्लाह सल्लाह सल्लाह ने. यहां तक औरतें नमाज़ में बच्चा लेकर आती थी, बच्चा रोने लगता था. तो आप नहीं कहते थे कि तुम ऐसा क्यों कर रही हो बच्चे, छोटे बच्चे लेकर आती हो.</w:t>
      </w:r>
    </w:p>
    <w:p>
      <w:r>
        <w:rPr>
          <w:b/>
        </w:rPr>
        <w:t xml:space="preserve">[26:57] </w:t>
      </w:r>
      <w:r>
        <w:t>hamari namaz disturb hoti hai balki aap apni namaz ko shorten kar dete the. jab namaz mein Quran ke portions padhe jate hain to aap kam bhi padh sakte hain aur zyada bhi padh sakte hain. to aap apni namaz ko kam kar dete the ki in auraton ko takleef na ho. to is tareeqe se aur us zamane ke lihaz se jo kaam the wo sab auratein karti thin.</w:t>
      </w:r>
    </w:p>
    <w:p>
      <w:pPr>
        <w:jc w:val="right"/>
      </w:pPr>
      <w:r>
        <w:t>हमारी नमाज़ disturb होती है बल्कि आप अपनी नमाज़ को shorten कर देते थे. जब नमाज़ में कुरान के portions पड़े जाते हैं तो आप कम भी पढ़ सकते हैं और ज़्यादा भी पढ़ सकते हैं. तो आप अपनी नमाज़ को कम कर देते थे कि इन औरतों को तकलीफ न हो. तो इस तरीके से और उस ज़माने के लिहाज से जो काम थे वो सब औरतें करती थीं.</w:t>
      </w:r>
    </w:p>
    <w:p>
      <w:r>
        <w:rPr>
          <w:b/>
        </w:rPr>
        <w:t xml:space="preserve">[27:24] </w:t>
      </w:r>
      <w:r>
        <w:t>to ab aajkal ke zamane ke lihaz se jo kaam honge wo, wo bhi auratein usi usi ground par hum kar sakte hain. yeh daleel lekar aaj bhi auratein sab kaam kar sakti hain. jab us nahi mana kiya gaya to aaj kaise mana hoga? aaj to woh jo culture hai hamara, jo cultural part hai Islam ka, usmein rukawatein hain. Islam ki teachings mein koi rukawat nahi hai.</w:t>
      </w:r>
    </w:p>
    <w:p>
      <w:pPr>
        <w:jc w:val="right"/>
      </w:pPr>
      <w:r>
        <w:t>तो अब आजकल के ज़माने के लिहाज से जो काम होंगे वो, वह भी औरतें उसी उसी ground पर हम कर सकते हैं. यह दलील लेकर आज भी औरतें सब काम कर सकती हैं. जब उस नहीं मना किया गया तो आज कैसे मना होगा? आज तो वह जो culture है हमारा, जो cultural part है इस्लाम का, उसमें रुकावटें हैं. इस्लाम की teachings में कोई रुकावट नहीं है.</w:t>
      </w:r>
    </w:p>
    <w:p>
      <w:r>
        <w:rPr>
          <w:b/>
        </w:rPr>
        <w:t xml:space="preserve">[27:48] </w:t>
      </w:r>
      <w:r>
        <w:t>to usko hamein we have to differentiate between culture, cultural part of Islam and real part of Islam. ab ismein ek do point main add karunga. ek Misri aalim hai Abdullhaalim Abu Shakhwa. inki kitab hai Harirul Mar'atil Muslima.</w:t>
      </w:r>
    </w:p>
    <w:p>
      <w:pPr>
        <w:jc w:val="right"/>
      </w:pPr>
      <w:r>
        <w:t>तो उसको हमें we have to differentiate between culture, cultural part of इस्लाम and real part of इस्लाम. अब इसमें एक दो point मैं add करूंगा. एक मिश्री आलिम है अब्दुल्हालीम अबू शख्वा. इनकी किताब है हरिरुल मर अतिल मुस्लिमा.</w:t>
      </w:r>
    </w:p>
    <w:p>
      <w:r>
        <w:rPr>
          <w:b/>
        </w:rPr>
        <w:t xml:space="preserve">[28:09] </w:t>
      </w:r>
      <w:r>
        <w:t>ismein inhone jaisa ki pehle tha. to role bahut azeem hai auraton ka. ab yeh hai ki us zamane mein auraton ke liye itni opportunities nahi thi to unhone woh avail nahi kar sakti thi aaj opportunity hai to isko zaroor avail karna chahiye.</w:t>
      </w:r>
    </w:p>
    <w:p>
      <w:pPr>
        <w:jc w:val="right"/>
      </w:pPr>
      <w:r>
        <w:t>इसमें इन्होंने जैसा कि पहले था. तो role बहुत अजीम है औरतों का. अब यह है कि उस ज़माने में औरतों के लिए इतनी opportunities नहीं थी तो उन्होंने वह avail नहीं कर सकती थी आज opportunity है तो इसको ज़रूर avail करना चाहिए.</w:t>
      </w:r>
    </w:p>
    <w:p>
      <w:r>
        <w:rPr>
          <w:b/>
        </w:rPr>
        <w:t xml:space="preserve">[28:39] </w:t>
      </w:r>
      <w:r>
        <w:t>ab yeh hai ki woh black dress pehan kar hi jaye ya nahi jaye, to yeh halaat ke hisab se faisla karna chahiye. Quran mein jo hai, ek lafz jo aaya hai aur us par Europe ke ullaama ne bataya hai.</w:t>
      </w:r>
    </w:p>
    <w:p>
      <w:pPr>
        <w:jc w:val="right"/>
      </w:pPr>
      <w:r>
        <w:t>अब यह है कि वह black dress पहन कर ही जाए या नहीं जाए, तो यह हालात के हिसाब से फ़ैसला करना चाहिए. कुरान में जो है, एक लफ्ज जो आया है और उस पर Europe के उल्लाने बताया है.</w:t>
      </w:r>
    </w:p>
    <w:p>
      <w:r>
        <w:rPr>
          <w:b/>
        </w:rPr>
        <w:t xml:space="preserve">[28:52] </w:t>
      </w:r>
      <w:r>
        <w:t>Europe mein jo rehte hain America aur London waghera ke ullaama yeh faisla diya hai to agar kisi khaas kapde ki wajah se aapko takleef di ja rahi hai to us kapda ko mat pehniye. yeh wahan ke alama ne us waqt yeh suggestion diya tha.</w:t>
      </w:r>
    </w:p>
    <w:p>
      <w:pPr>
        <w:jc w:val="right"/>
      </w:pPr>
      <w:r>
        <w:t>Europe में जो रहते हैं America और London वगैरह के उल्लाने यह फ़ैसला दिया है तो अगर किसी खास कपड़े की वजह से आपको तकलीफ दी जा रही है तो उस कपड़ा को मत पहनिए. यह वहां के अलमा ने उस वक्त यह suggestion दिया था.</w:t>
      </w:r>
    </w:p>
    <w:p>
      <w:r>
        <w:rPr>
          <w:b/>
        </w:rPr>
        <w:t xml:space="preserve">[29:18] </w:t>
      </w:r>
      <w:r>
        <w:t>to role adaa karna zaroori hai kyunki uske baghair dono mardavaran dono ek doosre ke cogwheel ki tarah hai.</w:t>
      </w:r>
    </w:p>
    <w:p>
      <w:pPr>
        <w:jc w:val="right"/>
      </w:pPr>
      <w:r>
        <w:t>तो role आधार करना ज़रूरी है क्योंकि उसके बगैर दोनों मर्दावरण दोनों एक दूसरे के cogwheel की तरह है.</w:t>
      </w:r>
    </w:p>
    <w:p>
      <w:r>
        <w:rPr>
          <w:b/>
        </w:rPr>
        <w:t xml:space="preserve">[29:25] </w:t>
      </w:r>
      <w:r>
        <w:t>uske baghair to samaaj chal nahi sakta.</w:t>
      </w:r>
    </w:p>
    <w:p>
      <w:pPr>
        <w:jc w:val="right"/>
      </w:pPr>
      <w:r>
        <w:t>उसके बगैर तो समाज चल नहीं सकता.</w:t>
      </w:r>
    </w:p>
    <w:p>
      <w:r>
        <w:rPr>
          <w:b/>
        </w:rPr>
        <w:t xml:space="preserve">[29:32] </w:t>
      </w:r>
      <w:r>
        <w:t>aur role ada karne ke liye aapko Islam ne koi mutaayyan kapda nahi diya.</w:t>
      </w:r>
    </w:p>
    <w:p>
      <w:pPr>
        <w:jc w:val="right"/>
      </w:pPr>
      <w:r>
        <w:t>और role अदा करने के लिए आपको इस्लाम ने कोई मुताईजन कपड़ा नहीं दिया.</w:t>
      </w:r>
    </w:p>
    <w:p>
      <w:r>
        <w:rPr>
          <w:b/>
        </w:rPr>
        <w:t xml:space="preserve">[29:39] </w:t>
      </w:r>
      <w:r>
        <w:t>kuch khaast sharte lagaaye jo aapaa ne zikr kiya hai.</w:t>
      </w:r>
    </w:p>
    <w:p>
      <w:pPr>
        <w:jc w:val="right"/>
      </w:pPr>
      <w:r>
        <w:t>कुछ खास्त शर्ते लगाए जो आपा ने ज़िक्र किया है.</w:t>
      </w:r>
    </w:p>
    <w:p>
      <w:r>
        <w:rPr>
          <w:b/>
        </w:rPr>
        <w:t xml:space="preserve">[29:46] </w:t>
      </w:r>
      <w:r>
        <w:t>usi hisaab se hum apne</w:t>
      </w:r>
    </w:p>
    <w:p>
      <w:pPr>
        <w:jc w:val="right"/>
      </w:pPr>
      <w:r>
        <w:t>उसी हिसाब से हम अपने</w:t>
      </w:r>
    </w:p>
    <w:p>
      <w:r>
        <w:rPr>
          <w:b/>
        </w:rPr>
        <w:t xml:space="preserve">[29:54] </w:t>
      </w:r>
      <w:r>
        <w:t>kyunki maurana ne to bahut zyada encourage kiya khawateen ko kaam karne ke liye. to tamam khawateen jo hai wah mission mein lagi hui hain. ab dekhiye auraton ko chuki mauka nahi diya ja raha tha to auraton ke andar jazba jo hai bahut hi bhara hua tha kuch karne ka. jab unko mauka mila to wo ekdum se din raat unhone apne aap ko devote kar diya.</w:t>
      </w:r>
    </w:p>
    <w:p>
      <w:pPr>
        <w:jc w:val="right"/>
      </w:pPr>
      <w:r>
        <w:t>क्योंकि मौराना ने तो बहुत ज़्यादा encourage किया खवातीन को काम करने के लिए. तो तमाम खवातीन जो है वह mission में लगी हुई हैं. अब देखिए औरतों को चूंकि मौका नहीं दिया जा रहा था तो औरतों के अंदर जज़्बा जो है बहुत ही भरा हुआ था कुछ करने का. जब उनको मौका मिला तो वो एकदम से दिन रात उन्होंने अपने आप को devote कर दिया.</w:t>
      </w:r>
    </w:p>
    <w:p>
      <w:r>
        <w:rPr>
          <w:b/>
        </w:rPr>
        <w:t xml:space="preserve">[30:20] </w:t>
      </w:r>
      <w:r>
        <w:t>to auraton ke khas baat yeh hai ki unke andar bahut jaldba hota hai, sensitive bahut hoti hain. time unke paas hota hai aur ab, ab aaj ki aurat educated hai to wah bahut hi achha kaam kar sakti hai. usko exposure hai, baat ko samajhti hai wah. to jo literature tha dawa work wala wah sara literature hamare paas hai.</w:t>
      </w:r>
    </w:p>
    <w:p>
      <w:pPr>
        <w:jc w:val="right"/>
      </w:pPr>
      <w:r>
        <w:t>तो औरतों के खास बात यह है कि उनके अंदर बहुत जल्दबा होता है, sensitive बहुत होती हैं. Time उनके पास होता है और अब, अब आज की औरत educated है तो वह बहुत ही अच्छा काम कर सकती है. उसको exposure है, बात को समझती है वह. तो जो literature था दावा work वाला वह सारा literature हमारे पास है.</w:t>
      </w:r>
    </w:p>
    <w:p>
      <w:r>
        <w:rPr>
          <w:b/>
        </w:rPr>
        <w:t xml:space="preserve">[30:43] </w:t>
      </w:r>
      <w:r>
        <w:t>to wah usko padhkar, samajhkar bahut sara kaam kar rahi hain aur khas taur par social media mein kaam kar rahi hain aur aaj ki duniya itni favorable world hai ki khas taur par auraton yeh to bahut zyada qadar hoti hai. unki bahut ahmiyat hai. to har kaam wah kar sakti hain, koi rukawat nahi hai. to abhi ek misaal hai, ek maulana ne kahin likha tha.</w:t>
      </w:r>
    </w:p>
    <w:p>
      <w:pPr>
        <w:jc w:val="right"/>
      </w:pPr>
      <w:r>
        <w:t>तो वह उसको पढ़कर, समझकर बहुत सारा काम कर रही हैं और खास तौर पर social media में काम कर रही हैं और आज की दुनिया इतनी favorable world है कि खास तौर पर औरतों यह तो बहुत ज़्यादा कदर होती है. उनकी बहुत अहमियत है. तो हर काम वह कर सकती हैं, कोई रुकावट नहीं है. तो अभी एक मिसाल है, एक मौलाना ने कहीं लिखा था.</w:t>
      </w:r>
    </w:p>
    <w:p>
      <w:r>
        <w:rPr>
          <w:b/>
        </w:rPr>
        <w:t xml:space="preserve">[31:10] </w:t>
      </w:r>
      <w:r>
        <w:t>ek town sand ek machinery tha. to usne kisi jangal mein africa ke kuch logon ko bheja ke wahan jangal mein un logon ko civilize kiya jaye jangli logon ko. to wah jangli itne zyada log the waisi ki wah sare mardon ko kha gaye. to phir mardon ke paas telegraph, telegram ke jariye se unhone message bhej diya tha ki hamara yeh faint hua hai.</w:t>
      </w:r>
    </w:p>
    <w:p>
      <w:pPr>
        <w:jc w:val="right"/>
      </w:pPr>
      <w:r>
        <w:t>एक town sand एक machinery था. तो उसने किसी जंगल में Africa के कुछ लोगों को भेजा के वहां जंगल में उन लोगों को civilize किया जाए जंगली लोगों को. तो वह जंगली इतने ज़्यादा लोग थे वैसी कि वह सारे मर्दों को खा गए. तो फिर मर्दों के पास telegraph, telegram के जरिए से उन्होंने message भेज दिया था कि हमारा यह faint हुआ है.</w:t>
      </w:r>
    </w:p>
    <w:p>
      <w:r>
        <w:rPr>
          <w:b/>
        </w:rPr>
        <w:t xml:space="preserve">[31:37] </w:t>
      </w:r>
      <w:r>
        <w:t>to unki biwiyon ne kaha ki ab jab hamare mard sab khatm ho gaye hain to ab hum jee ke kya karenge? hum bhi jayenge wahin dekhenge kya hota hai. to wo sari ladies wah gayi helicopter ke jariye se aur wo ladies unke liye toffee wagera aur jo bhi cheezein thi sab liye gayin aur wo ladies ko wo jangli log aaye dekha aur, un ladies ko kuch nahi kaha, harm nahi pahunchaya. to un ladies ne wah dheere dheere kaam karti rahin, kaam karti rahin.</w:t>
      </w:r>
    </w:p>
    <w:p>
      <w:pPr>
        <w:jc w:val="right"/>
      </w:pPr>
      <w:r>
        <w:t>तो उनकी बीवियों ने कहा कि अब जब हमारे मर्द सब खत्म हो गए हैं तो अब हम जी के क्या करेंगे? हम भी जाएंगे वहीं देखेंगे क्या होता है. तो वो सारी ladies वहां गई helicopter के जरिए से और वो ladies उनके लिए toffee वगैरह और जो भी चीज़ें थी सब लिए गईं और वो ladies को वो जंगली लोग आए देखा और, उन ladies को कुछ नहीं कहा, harm नहीं पहुंचाया. तो उन ladies ने वह धीरे धीरे काम करती रहीं, काम करती रहीं.</w:t>
      </w:r>
    </w:p>
    <w:p>
      <w:r>
        <w:rPr>
          <w:b/>
        </w:rPr>
        <w:t xml:space="preserve">[32:06] </w:t>
      </w:r>
      <w:r>
        <w:t>tamam logon ko civilize kar diya unke zaman mein. bible ka translation kiya, wahan sadke banai, wahan aspatal banaye, educational institutions banaye. to ladies ko jitna mauka hai kaam karne ka, utna gents ko bhi aaj nahi hai. kyunki unka bahut khayal kiya jata hai aaj ki duniya mein. to ladies low profile mein kaam karti hain.</w:t>
      </w:r>
    </w:p>
    <w:p>
      <w:pPr>
        <w:jc w:val="right"/>
      </w:pPr>
      <w:r>
        <w:t>तमाम लोगों को civilize कर दिया उनके ज़मान में. Bible का translation किया, वहां सड़के बनाई, वहां अस्पताल बनाए, educational institutions बनाए. तो ladies को जितना मौका है काम करने का, उतना gents को भी आज नहीं है. क्योंकि उनका बहुत ख्याल किया जाता है आज की दुनिया में. तो ladies low profile में काम करती हैं.</w:t>
      </w:r>
    </w:p>
    <w:p>
      <w:r>
        <w:rPr>
          <w:b/>
        </w:rPr>
        <w:t xml:space="preserve">[32:30] </w:t>
      </w:r>
      <w:r>
        <w:t>to isliye unko koi ego clash nahi hota aur isi wajah se hamare yahan jo khawateen hai bahut zyada kaam kar rahi hain. khas taur par jo program wagera mein pehle to hamare yahan bhi delhi field team thi usmein bahut kaam hota tha. log jate the programs mein khas taur par doctor safeena aur wah kai ladies professor najma siddi ki. to wah aajkal wah corona ke zamane se wah band ho gaya.</w:t>
      </w:r>
    </w:p>
    <w:p>
      <w:pPr>
        <w:jc w:val="right"/>
      </w:pPr>
      <w:r>
        <w:t>तो इसलिए उनको कोई ego clash नहीं होता और इसी वजह से हमारे यहां जो खवातीन है बहुत ज़्यादा काम कर रही हैं. खास तौर पर जो program वगैरह में पहले तो हमारे यहां भी दिल्ली field team थी उसमें बहुत काम होता था. लोग जाते थे programs में खास तौर पर doctor सफीना और वह कई ladies professor नजमा सिद्धि की. तो वह आजकल वह corona के जमाने से वह बंद हो गया.</w:t>
      </w:r>
    </w:p>
    <w:p>
      <w:r>
        <w:rPr>
          <w:b/>
        </w:rPr>
        <w:t xml:space="preserve">[33:00] </w:t>
      </w:r>
      <w:r>
        <w:t>lekin abhi bhi jahan jahan halat theek hai, wahan wahan kaam ho raha hai khas taur par. bangalore ki jo sara fatma hai, bade bade program mein jati hain. unko wahan bulaya jata hai, lecture deti hain colleges mein. kyunki bangalore mein khas taur par isaiyon ke bahut haidare hain. to unke program hote rehte hain to wah jakar wahan islam ka aur c p s ka introduction deti hain positive andaaz mein.</w:t>
      </w:r>
    </w:p>
    <w:p>
      <w:pPr>
        <w:jc w:val="right"/>
      </w:pPr>
      <w:r>
        <w:t>लेकिन अभी भी जहां जहां हालात ठीक है, वहां वहां काम हो रहा है खासतौर पर. बैंगलोर की जो सारा फात्मा है, बड़े बड़े program में जाती हैं. उनको वहां बुलाया जाता है, lecture देती हैं colleges में. क्योंकि बैंगलोर में खास तौर पर ईसाइयों के बहुत हैदारे हैं. तो उनके program होते रहते हैं तो वह जाकर वहां इस्लाम का और c p s का introduction देती हैं positive अंदाज़ में.</w:t>
      </w:r>
    </w:p>
    <w:p>
      <w:r>
        <w:rPr>
          <w:b/>
        </w:rPr>
        <w:t xml:space="preserve">[33:29] </w:t>
      </w:r>
      <w:r>
        <w:t>phir uske baad wah literature distribute karti hain. isi tarike se shavina ali hain. wah bahut unhone programs mein gayi bahar. bahut bahut zyada distribute kiya literature. social media mein hamari hawa teen jo hai bahut zyada kaam kar rahi hai. to usmein main naam bahut sari ladies hain. main chand naam le lungi. doctor maria khan hai unke program bahut maqbool hain.</w:t>
      </w:r>
    </w:p>
    <w:p>
      <w:pPr>
        <w:jc w:val="right"/>
      </w:pPr>
      <w:r>
        <w:t>फिर उसके बाद वह literature distribute करती हैं. इसी तरीके से शविना अली हैं. वह बहुत उन्होंने programs में गई बाहर. बहुत बहुत ज़्यादा distribute किया literature. Social media में हमारी हवा तीन जो है बहुत ज़्यादा काम कर रही है. तो उसमें मैं नाम बहुत सारी ladies हैं. मैं चंद नाम ले लूंगी. Doctor Maria खान है उनके program बहुत मकबूल हैं.</w:t>
      </w:r>
    </w:p>
    <w:p>
      <w:r>
        <w:rPr>
          <w:b/>
        </w:rPr>
        <w:t xml:space="preserve">[33:56] </w:t>
      </w:r>
      <w:r>
        <w:t>fahmida khan hai pura ek group ladies ka chalati hain. unki beti hain taraf khan wah unka saath de rahi hain. din bhar wah computer mein baithi rehti hain aur videos wagera banati rehti hain. doctor nagma siddi ki hain, stuti malhotra aur seema jalal dubai mein kaam kar rahi hain. yeh to chand naam hai. bahut sari ladies jo hain wah judi hui hai aur bahut zyada devotion ke saath kaam kar rahi hai.</w:t>
      </w:r>
    </w:p>
    <w:p>
      <w:pPr>
        <w:jc w:val="right"/>
      </w:pPr>
      <w:r>
        <w:t>फैमीदा खान है पूरा एक group ladies का चलाती हैं. उनकी बेटी हैं तरफ़ खान वह उनका साथ दे रही हैं. दिन भर वह computer में बैठी रहती हैं और videos वगैरह बनाती रहती हैं. Doctor नगमा सिद्धि की हैं, स्तुति मल्होत्रा और सीमा जलाल दुबई में काम कर रही हैं. यह तो चंद नाम है. बहुत सारी ladies जो हैं वह जुड़ी हुई है और बहुत ज़्यादा devotion के साथ काम कर रही है.</w:t>
      </w:r>
    </w:p>
    <w:p>
      <w:r>
        <w:rPr>
          <w:b/>
        </w:rPr>
        <w:t xml:space="preserve">[34:25] </w:t>
      </w:r>
      <w:r>
        <w:t>to aaj jo sabse bada kaam ladies ke karne ka hai aur sabse pehle to unhein ghar sambhalna</w:t>
      </w:r>
    </w:p>
    <w:p>
      <w:pPr>
        <w:jc w:val="right"/>
      </w:pPr>
      <w:r>
        <w:t>तो आज जो सबसे बड़ा काम ladies के करने का है और सबसे पहले तो उन्हें घर संभालना</w:t>
      </w:r>
    </w:p>
    <w:p>
      <w:r>
        <w:rPr>
          <w:b/>
        </w:rPr>
        <w:t xml:space="preserve">[34:31] </w:t>
      </w:r>
      <w:r>
        <w:t>hai, bachchon ki tarbiyat karni hai uske baad jo unke paas time rehta hai, to usmein woh daawa</w:t>
      </w:r>
    </w:p>
    <w:p>
      <w:pPr>
        <w:jc w:val="right"/>
      </w:pPr>
      <w:r>
        <w:t>है, बच्चों की तर्बीयत करनी है उसके बाद जो उनके पास time रहता है, तो उसमें वह दावा</w:t>
      </w:r>
    </w:p>
    <w:p>
      <w:r>
        <w:rPr>
          <w:b/>
        </w:rPr>
        <w:t xml:space="preserve">[34:37] </w:t>
      </w:r>
      <w:r>
        <w:t>work ka kaam unko karna hai kyunki daawa work karna bahut zyada important hai aur ladies jitne achhe</w:t>
      </w:r>
    </w:p>
    <w:p>
      <w:pPr>
        <w:jc w:val="right"/>
      </w:pPr>
      <w:r>
        <w:t>work का काम उनको करना है क्योंकि दावा work करना बहुत ज़्यादा important है और ladies जितने अच्छे</w:t>
      </w:r>
    </w:p>
    <w:p>
      <w:r>
        <w:rPr>
          <w:b/>
        </w:rPr>
        <w:t xml:space="preserve">[34:43] </w:t>
      </w:r>
      <w:r>
        <w:t>tareeqe se kar sakti hain, jitna unke paas mauka hai, to usko unhein istemaal karna chahiye kyunke saari</w:t>
      </w:r>
    </w:p>
    <w:p>
      <w:pPr>
        <w:jc w:val="right"/>
      </w:pPr>
      <w:r>
        <w:t>तरीके से कर सकती हैं, जितना उनके पास मौका है, तो उसको उन्हें इस्तेमाल करना चाहिए क्योंकि सारी</w:t>
      </w:r>
    </w:p>
    <w:p>
      <w:r>
        <w:rPr>
          <w:b/>
        </w:rPr>
        <w:t xml:space="preserve">[34:49] </w:t>
      </w:r>
      <w:r>
        <w:t>duniya ko hamein khuda ka praram pahunchana hai.</w:t>
      </w:r>
    </w:p>
    <w:p>
      <w:pPr>
        <w:jc w:val="right"/>
      </w:pPr>
      <w:r>
        <w:t>दुनिया को हमें खुदा का प्राराम पहुंचाना है.</w:t>
      </w:r>
    </w:p>
    <w:p>
      <w:r>
        <w:rPr>
          <w:b/>
        </w:rPr>
        <w:t xml:space="preserve">[34:56] </w:t>
      </w:r>
      <w:r>
        <w:t>to yeh ismein jitne log bhi involve hon, utna hi kam hai aaj. kitne se saat aath billion log hain, kitne log hain? to unko pahunchane ke liye bahut sare logon ka involvement zaruri hai aur ismein bahut bade sawab ka kaam hai. yeh khuda ki yeh nusrat ka kaam hai.</w:t>
      </w:r>
    </w:p>
    <w:p>
      <w:pPr>
        <w:jc w:val="right"/>
      </w:pPr>
      <w:r>
        <w:t>तो यह इसमें जितने लोग भी involve हों, उतना ही कम है आज. कितने से सात आठ billion लोग हैं, कितने लोग हैं? तो उनको पहुंचाने के लिए बहुत सारे लोगों का involvement ज़रूरी है और इसमें बहुत बड़े सवाब का काम है. यह खुदा की यह नुसरत का काम है.</w:t>
      </w:r>
    </w:p>
    <w:p>
      <w:r>
        <w:rPr>
          <w:b/>
        </w:rPr>
        <w:t xml:space="preserve">[35:18] </w:t>
      </w:r>
      <w:r>
        <w:t>to ismein aap jab log aap log lagenge to aapko pure tarike par aapko khuda ki madad milegi, khuda ki support milegi aur inshallah tala aap apne potential ko actual banayenge. is duniya mein bhi kamyabi hasil karenge aur inshallah taala akhirat mein bhi allah taala ke yahan sarf roh karar payenge. to main yahi message dungi aur aapko kuch kehna hai to aap bataiye.</w:t>
      </w:r>
    </w:p>
    <w:p>
      <w:pPr>
        <w:jc w:val="right"/>
      </w:pPr>
      <w:r>
        <w:t>तो इसमें आप जब लोग आप लोग लगेंगे तो आपको पूरे तरीके पर आपको खुदा की मदद मिलेगी, खुदा की support मिलेगी और इंशाल लताला आप अपने potential को actual बनाएंगे. इस दुनिया में भी कामयाबी हासिल करेंगे और इंशाह अल्लाह तालाह आखिरत में भी अल्लाह तालाह के यहां सुर्फ रोह करार पाएंगे. तो मैं यही message दूंगी और आपको कुछ कहना है तो आप बताइए.</w:t>
      </w:r>
    </w:p>
    <w:p>
      <w:r>
        <w:rPr>
          <w:b/>
        </w:rPr>
        <w:t xml:space="preserve">[35:46] </w:t>
      </w:r>
      <w:r>
        <w:t>aap is par kuch kehna to nahi albattah ek sawal yahan par uthta hai ki auratein jab dawat ka kaam karenge to dawat ka kaam karte ke liye jo hota hai ek cheez do cheezein hoti hain.</w:t>
      </w:r>
    </w:p>
    <w:p>
      <w:pPr>
        <w:jc w:val="right"/>
      </w:pPr>
      <w:r>
        <w:t>आप इस पर कुछ कहना तो नहीं अल्बत्ता एक सवाल यहां पर उठता है कि औरतें जब दावत का काम करेंगे तो दावत का काम करते के लिए जो होता है एक चीज़ दो चीज़ें होती हैं.</w:t>
      </w:r>
    </w:p>
    <w:p>
      <w:r>
        <w:rPr>
          <w:b/>
        </w:rPr>
        <w:t xml:space="preserve">[35:57] </w:t>
      </w:r>
      <w:r>
        <w:t>ek to hai ki quran mein allafs qawwam, mard ke liye ek qawwam hai auraton par aur dusra dusre sawal yeh uthta hai ki kya auratein agar kahin bahar job karne jayein ya dawat ka kaam karne jayein to islam ke tawar se unke liye yeh zaruri hai ya farz hai ki wah apne shauran se ijazat lein. ijazat de tab jayein. nahi ijazat de to islam ke tawar se wah haram hoga begar ijazat kaam karein. is par kuch bataiye aap.</w:t>
      </w:r>
    </w:p>
    <w:p>
      <w:pPr>
        <w:jc w:val="right"/>
      </w:pPr>
      <w:r>
        <w:t>एक तो है कि कुरान में अल्लफ्स कव्वाम, मर्द के लिए एक कव्वाम है औरतों पर और दूसरा दूसरे सवाल यह उठता है कि क्या औरतें अगर कहीं बाहर job करने जाएं या दावत का काम करने जाएं तो इस्लाम के तवार से उनके लिए यह ज़रूरी है या फ़र्ज है कि वह अपने शौरन से इजाज़त लें. इजाज़त दे तब जाएं. नहीं इजाज़त दे तो इस्लाम के तवार से वह हराम होगा बेगार इजाज़त काम करें. इस पर कुछ बताइए आप.</w:t>
      </w:r>
    </w:p>
    <w:p>
      <w:r>
        <w:rPr>
          <w:b/>
        </w:rPr>
        <w:t xml:space="preserve">[36:24] </w:t>
      </w:r>
      <w:r>
        <w:t>yeh haram halaal ki baat nahi hai lekin ab ghar ka ek mahaul hota hai. ghar ka mahaul ke mutabik ek mutual understanding ke jariye se kaam karna chahiye. har waqt tension rahega to aadmi ki to sehti kharab ho jayegi. kaam kya karega?</w:t>
      </w:r>
    </w:p>
    <w:p>
      <w:pPr>
        <w:jc w:val="right"/>
      </w:pPr>
      <w:r>
        <w:t>यह हराम हालाल की बात नहीं है लेकिन अब घर का एक माहौल होता है. घर का माहौल के मुताबिक एक mutual understanding के जरिए से काम करना चाहिए. हर वक्त tension रहेगा तो आदमी की तो सेहती खराब हो जाएगी. काम क्या करेगा?</w:t>
      </w:r>
    </w:p>
    <w:p>
      <w:r>
        <w:rPr>
          <w:b/>
        </w:rPr>
        <w:t xml:space="preserve">[36:40] </w:t>
      </w:r>
      <w:r>
        <w:t>to mard bhi jo hota hai usko aap samjha sakte hain ismein hum sara fatma ke misaal hai unke husband ejad ahmed jinka abhin takal ho chuka hai to wah english school ke padhe hue the aur yeh urdu bhi nahi jante the. to inhone sara fatma ne unko padh padh ke sunti thi tasqi ulquran, dusre literature aur unko pure tarike se unko pura mission samjha diya tha.</w:t>
      </w:r>
    </w:p>
    <w:p>
      <w:pPr>
        <w:jc w:val="right"/>
      </w:pPr>
      <w:r>
        <w:t>तो मर्द भी जो होता है उसको आप समझा सकते हैं इसमें हम सारा फात्मा के मिसाल है उनके husband एजाद अहमद जिनका अभिन्न तकल हो चुका है तो वह english school के पढ़े हुए थे और यह उर्दू भी नहीं जानते थे. तो इन्होंने सारा फात्मा ने उनको पढ़ पढ़ के सुनाती थी तस्की उल्कुरान, दूसरे literature और उनको पूरे तरीके से उनको पूरा mission समझा दिया था.</w:t>
      </w:r>
    </w:p>
    <w:p>
      <w:r>
        <w:rPr>
          <w:b/>
        </w:rPr>
        <w:t xml:space="preserve">[37:10] </w:t>
      </w:r>
      <w:r>
        <w:t>to ghar mein kaam karein auraton ko bahut mauka milta hai. agar ghar ka mahaul sahi nahi hai to bataein, samjhaein ki kis tarike se yeh kaam zaruri hai. khuda ki razamandi ke liye kaam karne koi hamara worldly interest to hai nahi. to inshallah taala khuda ki madad hasil hogi aur woh bhi samjhenge aur agar ijazat matlab hai ki unki usmein wah hona chahiye approval to hona chahiye.</w:t>
      </w:r>
    </w:p>
    <w:p>
      <w:pPr>
        <w:jc w:val="right"/>
      </w:pPr>
      <w:r>
        <w:t>तो घर में काम करें औरतों को बहुत मौका मिलता है. अगर घर का माहौल सही नहीं है तो बताएं, समझाएं कि किस तरीके से यह काम ज़रूरी है. खुदा की रजामंदी के लिए काम करने कोई हमारा worldly interest तो है नहीं. तो इंशाल लाह ताला खुदा की मदद हासिल होगी और वह भी समझेंगे और अगर इजाज़त मतलब है कि उनकी उसमें वह होना चाहिए approval तो होना चाहिए.</w:t>
      </w:r>
    </w:p>
    <w:p>
      <w:r>
        <w:rPr>
          <w:b/>
        </w:rPr>
        <w:t xml:space="preserve">[37:38] </w:t>
      </w:r>
      <w:r>
        <w:t>mard bhi koi kaam kare to aurat se mashwara kare, aurat koi kaam kare to mard se mashwara kare. mashwara karna to islam mein bahut hi puran mein puri chapter hai mashware par aishwara. to yeh to miljhulkar hi kaam karne ka hai. mard agar directly involve nahi hota to wah in support to kar hi sakta hai.</w:t>
      </w:r>
    </w:p>
    <w:p>
      <w:pPr>
        <w:jc w:val="right"/>
      </w:pPr>
      <w:r>
        <w:t>मर्द भी कोई काम करे तो औरत से मशवरा करे, औरत कोई काम करे तो मर्द से मशवरा करे. मशवरा करना तो इस्लाम में बहुत ही पुरान में पूरी chapter है मशवरे पर ऐश्वरा. तो यह तो मिलझुलकर ही काम करने का है. मर्द अगर directly involve नहीं होता तो वह इन support तो कर ही सकता है.</w:t>
      </w:r>
    </w:p>
    <w:p>
      <w:r>
        <w:rPr>
          <w:b/>
        </w:rPr>
        <w:t xml:space="preserve">[38:01] </w:t>
      </w:r>
      <w:r>
        <w:t>agar usko samajh mein aa jaye ke yeh kaam ahum hai aur isko karna zaroori hai to usko</w:t>
      </w:r>
    </w:p>
    <w:p>
      <w:pPr>
        <w:jc w:val="right"/>
      </w:pPr>
      <w:r>
        <w:t>अगर उसको समझ में आ जाए कि यह काम अहम् है और इसको करना ज़रूरी है तो उसको</w:t>
      </w:r>
    </w:p>
    <w:p>
      <w:r>
        <w:rPr>
          <w:b/>
        </w:rPr>
        <w:t xml:space="preserve">[38:09] </w:t>
      </w:r>
      <w:r>
        <w:t>usko shamil karna bahut hi achha rahega aur inshallah taala, taala uske dil ko badlenge aur abhi hamare</w:t>
      </w:r>
    </w:p>
    <w:p>
      <w:pPr>
        <w:jc w:val="right"/>
      </w:pPr>
      <w:r>
        <w:t>उसको शामिल करना बहुत ही अच्छा रहेगा और इंशाल लताला, लताला उसके दिल को बदलेंगे और अभी हमारे</w:t>
      </w:r>
    </w:p>
    <w:p>
      <w:r>
        <w:rPr>
          <w:b/>
        </w:rPr>
        <w:t xml:space="preserve">[38:17] </w:t>
      </w:r>
      <w:r>
        <w:t>yahan ek sahab hain daftar mein.</w:t>
      </w:r>
    </w:p>
    <w:p>
      <w:pPr>
        <w:jc w:val="right"/>
      </w:pPr>
      <w:r>
        <w:t>यहां एक साहब हैं दफ्तर में.</w:t>
      </w:r>
    </w:p>
    <w:p>
      <w:r>
        <w:rPr>
          <w:b/>
        </w:rPr>
        <w:t xml:space="preserve">[38:25] </w:t>
      </w:r>
      <w:r>
        <w:t>to unke father jo hai is mission ko nahi samajh rahe the.</w:t>
      </w:r>
    </w:p>
    <w:p>
      <w:pPr>
        <w:jc w:val="right"/>
      </w:pPr>
      <w:r>
        <w:t>तो उनके father जो है इस mission को नहीं समझ रहे थे.</w:t>
      </w:r>
    </w:p>
    <w:p>
      <w:r>
        <w:rPr>
          <w:b/>
        </w:rPr>
        <w:t xml:space="preserve">[38:33] </w:t>
      </w:r>
      <w:r>
        <w:t>unhone dheere dheere unko ek ek kitab ek ek kitab le ja le jaakar di.</w:t>
      </w:r>
    </w:p>
    <w:p>
      <w:pPr>
        <w:jc w:val="right"/>
      </w:pPr>
      <w:r>
        <w:t>उन्होंने धीरे धीरे उनको एक एक किताब एक एक किताब ले जा ले जाकर दी.</w:t>
      </w:r>
    </w:p>
    <w:p>
      <w:r>
        <w:rPr>
          <w:b/>
        </w:rPr>
        <w:t xml:space="preserve">[38:41] </w:t>
      </w:r>
      <w:r>
        <w:t>islam to bahut hi rational, rational religion hai, bahut hi samajh mein aane wali simple baatein hain jo hamare dimag mein seedhe utarki hain, hamare mind, mind ko appeal karti hain. to har ek usko samajh sakta hai aur jahan tak qawwam ka taal rukh hai to usmein quran mein yeh hai ki mard kharch karte hain. to ab jo kharch karega to uska to kuch na kuch seb hi hota hi hai.</w:t>
      </w:r>
    </w:p>
    <w:p>
      <w:pPr>
        <w:jc w:val="right"/>
      </w:pPr>
      <w:r>
        <w:t>इस्लाम तो बहुत ही rational, rational religion है, बहुत ही समझ में आने वाली simple बातें हैं जो हमारे दिमाग में सीधे उतर्की हैं, हमारे mind, mind को appeal करती हैं. तो हर एक उसको समझ सकता है और जहां तक कव्वाम का ताल रुख है तो उसमें कुरान में यह है कि मर्द खर्च करते हैं. तो अब जो खर्च करेगा तो उसका तो कुछ ना कुछ सेब ही होता ही है.</w:t>
      </w:r>
    </w:p>
    <w:p>
      <w:r>
        <w:rPr>
          <w:b/>
        </w:rPr>
        <w:t xml:space="preserve">[39:09] </w:t>
      </w:r>
      <w:r>
        <w:t>to ab chunki aur ab zamana badal gaya hai, auratein bhi kama rahi hain, auratein bhi kharch karti hain. to wah thoda sa usmein uska utna zyada wah relevant wah baat nahi rahi. lekin miljhul kar kaam karna hi zyada behtar hai isi mein barkat hoti hai. qawwam ke talluq se main ek baat add karunga.</w:t>
      </w:r>
    </w:p>
    <w:p>
      <w:pPr>
        <w:jc w:val="right"/>
      </w:pPr>
      <w:r>
        <w:t>तो अब चूँकि और अब जमाना बदल गया है, औरतें भी कमा रही हैं, औरतें भी खर्च करती हैं. तो वह थोड़ा सा उसमें उसका उतना ज़्यादा वह relevant वह बात नहीं रही. लेकिन मिलझुल कर काम करना ही ज़्यादा बेहतर है इसी में बर्कत होती है. कवाम के ताल्लुक से मैं एक बात add करूंगा.</w:t>
      </w:r>
    </w:p>
    <w:p>
      <w:r>
        <w:rPr>
          <w:b/>
        </w:rPr>
        <w:t xml:space="preserve">[39:33] </w:t>
      </w:r>
      <w:r>
        <w:t>wah yeh hai ki qawwam ka matlab yeh samajhte hain kuch log ki iska matlab hai ki bilkul wah aapke liye slave ki manind hai. yani aap kahein din ko raat to usko bhi samajhna chahiye. aisa bilkul bhi nahi hai. yahan par main yeh kahunga. ek mosi rali mein unhone likha hai ki iska matlab yeh nahi hai ki aap bibi ko uski aazadi na dein. qawwam ka matlab yeh nahi ki bibi ko uski aazadi na dein.</w:t>
      </w:r>
    </w:p>
    <w:p>
      <w:pPr>
        <w:jc w:val="right"/>
      </w:pPr>
      <w:r>
        <w:t>वह यह है कि कवाम का मतलब यह समझते हैं कुछ लोग कि इसका मतलब है कि बिल्कुल वह आपके लिए slave की मानिन्द है. यानी आप कहें दिन को रात तो उसको भी समझना चाहिए. ऐसा बिल्कुल भी नहीं है. यहां पर मैं यह कहूंगा. एक मौसी राली में उन्होंने लिखा है कि इसका मतलब यह नहीं है कि आप बीवी को उसकी आज़ादी ना दें. कौवाम का मतलब यह नहीं कि बीवी को उसकी आज़ादी ना दें.</w:t>
      </w:r>
    </w:p>
    <w:p>
      <w:r>
        <w:rPr>
          <w:b/>
        </w:rPr>
        <w:t xml:space="preserve">[40:01] </w:t>
      </w:r>
      <w:r>
        <w:t>usko bilkul bhi koi kaam karne na dein. bilkul iska matlab nahi hai. iska matlab asal mein yeh hai ki aapke upar ek zimmedari dali gayi hai. islam mein yeh hai ki kharch ki zimmedari ya nafkai ki zimmedari jo hai mard ke upar hai.</w:t>
      </w:r>
    </w:p>
    <w:p>
      <w:pPr>
        <w:jc w:val="right"/>
      </w:pPr>
      <w:r>
        <w:t>उसको बिल्कुल भी कोई काम करने ना दें. बिल्कुल इसका मतलब नहीं है. इसका मतलब असल में यह है कि आपके ऊपर एक ज़िम्मेदारी डाली गई है. इस्लाम में यह है कि खर्च की ज़िम्मेदारी या नफ्कई की ज़िम्मेदारी जो है मर्द के ऊपर है.</w:t>
      </w:r>
    </w:p>
    <w:p>
      <w:r>
        <w:rPr>
          <w:b/>
        </w:rPr>
        <w:t xml:space="preserve">[40:17] </w:t>
      </w:r>
      <w:r>
        <w:t>Even yeh hai ke agar aap nafqaah nahi utha sakte to yeh khawam ki taluq si tha.</w:t>
      </w:r>
    </w:p>
    <w:p>
      <w:pPr>
        <w:jc w:val="right"/>
      </w:pPr>
      <w:r>
        <w:t>Even यह है कि अगर आप नफ्काह नहीं उठा सकते तो यह खवाम की तालुक सी था.</w:t>
      </w:r>
    </w:p>
    <w:p>
      <w:r>
        <w:rPr>
          <w:b/>
        </w:rPr>
        <w:t xml:space="preserve">[40:40] </w:t>
      </w:r>
      <w:r>
        <w:t>to kuch comments jo aap sabhi logon ne bheje hain, main woh apa ko padh ke sunana chahunga.</w:t>
      </w:r>
    </w:p>
    <w:p>
      <w:pPr>
        <w:jc w:val="right"/>
      </w:pPr>
      <w:r>
        <w:t>तो कुछ comments जो आप सभी लोगों ने भेजे हैं, मैं वह आपा को पढ़ के सुनाना चाहूंगा.</w:t>
      </w:r>
    </w:p>
    <w:p>
      <w:r>
        <w:rPr>
          <w:b/>
        </w:rPr>
        <w:t xml:space="preserve">[41:04] </w:t>
      </w:r>
      <w:r>
        <w:t>kuch do teen sawal bhi hain apa, woh bhi main poochunga.</w:t>
      </w:r>
    </w:p>
    <w:p>
      <w:pPr>
        <w:jc w:val="right"/>
      </w:pPr>
      <w:r>
        <w:t>कुछ दो तीन सवाल भी हैं आपा, वह भी मैं पूछूंगा.</w:t>
      </w:r>
    </w:p>
    <w:p>
      <w:r>
        <w:rPr>
          <w:b/>
        </w:rPr>
        <w:t xml:space="preserve">[41:28] </w:t>
      </w:r>
      <w:r>
        <w:t>us se pehle yahan par main kahunga ke aaj ka talk aapne bahut hi mashallah bahut achhe se address kiya.</w:t>
      </w:r>
    </w:p>
    <w:p>
      <w:pPr>
        <w:jc w:val="right"/>
      </w:pPr>
      <w:r>
        <w:t>उससे पहले यहां पर मैं कहूंगा कि आज का talk आपने बहुत ही मशहल्लाह बहुत अच्छे से address किया.</w:t>
      </w:r>
    </w:p>
    <w:p>
      <w:r>
        <w:rPr>
          <w:b/>
        </w:rPr>
        <w:t xml:space="preserve">[41:52] </w:t>
      </w:r>
      <w:r>
        <w:t>mujhe bhi Maulana ki woh ek line yaad aa gayi jo unhon ne kitaab mein likhi thi ki Islam unhon ne likha tha ki Islamic dress is your inner character and not what you wear outside. toh I think is mein bahut achhe se unhon ne isko summarize kiya. main kuch comments padhunga aap. jaise yeh comment bheja hai Farheen Nadeem sahab ne Karachi se.</w:t>
      </w:r>
    </w:p>
    <w:p>
      <w:pPr>
        <w:jc w:val="right"/>
      </w:pPr>
      <w:r>
        <w:t>मुझे भी मुलाना कि वह एक line याद आ गई जो उन्होंने किताब में लिखी थी कि इस्लाम उन्होंने लिखा था कि Islamic dress is your inner character and not what you wear outside. तो I think इसमें बहुत अच्छे से उन्होंने इसको summarize किया. मैं कुछ comments पढूंगा आप. जैसे यह comment भेजा है फरहीन नदीम साहब ने कराची से.</w:t>
      </w:r>
    </w:p>
    <w:p>
      <w:r>
        <w:rPr>
          <w:b/>
        </w:rPr>
        <w:t xml:space="preserve">[42:20] </w:t>
      </w:r>
      <w:r>
        <w:t>unhon ne likha hai very informative now this abaya and scarf is a progression of jilbab. Manzoor Ahmed sahab ne Pakistan se likha hai, wailing of face aur hijab is not obligatory in religion. Illinois se Maria, Miss Maria Majeed ne likha hai, salam thanks for all the details with history and logic behind hijab.</w:t>
      </w:r>
    </w:p>
    <w:p>
      <w:pPr>
        <w:jc w:val="right"/>
      </w:pPr>
      <w:r>
        <w:t>उन्होंने लिखा है very informative now this abaya and scarf is a progression of जिलबाब. मंजूर अहमद साहब ने Pakistan से लिखा है, wailing of face और हिजाब is not obligatory in religion. Illinois से Maria, Miss Maria माजेज़ ने लिखा है, सलाम thanks for all the details with history and logic behind हिजाब.</w:t>
      </w:r>
    </w:p>
    <w:p>
      <w:r>
        <w:rPr>
          <w:b/>
        </w:rPr>
        <w:t xml:space="preserve">[42:50] </w:t>
      </w:r>
      <w:r>
        <w:t>usi tarah Sara Aman Saiba ne likha hai, inner personality being modest every woman girl needs to be valued. Miss Roma Vani ne Jammu Kashmir se likha hai, thank you doctor Farida ji for this clarification based on historical facts about the progressive role of culture upon religion. aapka ek ek comment aur sawal aaya hai.</w:t>
      </w:r>
    </w:p>
    <w:p>
      <w:pPr>
        <w:jc w:val="right"/>
      </w:pPr>
      <w:r>
        <w:t>उसी तरह सारा अमन साईवा ने लिखा है, inner personality being modest every woman girl needs to be valued. Miss रोमावानी ने जम्मू कश्मीर से लिखा है, thank you doctor फरीदा जी for this clarification based on historical facts about the progressive role of culture upon religion. आपका एक एक comment और सवाल आया है.</w:t>
      </w:r>
    </w:p>
    <w:p>
      <w:r>
        <w:rPr>
          <w:b/>
        </w:rPr>
        <w:t xml:space="preserve">[43:16] </w:t>
      </w:r>
      <w:r>
        <w:t>Aditya Sharma ji hain, jo Brahmin hain, jo is program ko dekh rahe hain. toh unhon ne likha hai ki ma'am ko mera pranam. ab unka sawal yeh hai, unhon ne likha hai ki kyunki woh Brahmin hain, toh unki jo saffron dress hai, woh pehente hain woh. ab unko kuch masla pesh aata hai ki jab woh kisi Musalman dukandar ke paas jaate hain toh kai log unko theek se service nahi dete.</w:t>
      </w:r>
    </w:p>
    <w:p>
      <w:pPr>
        <w:jc w:val="right"/>
      </w:pPr>
      <w:r>
        <w:t>आदित्य शर्मा जी हैं, जो ब्राह्मण हैं, जो इस program को देख रहे हैं. तो उन्होंने लिखा है कि ma'am को मेरा प्रणाम. अब उनका सवाल यह है, उन्होंने लिखा है कि क्योंकि वह ब्राह्मण हैं, तो उनकी जो saffron dress है, वह पहनते हैं वह. अब उनको कुछ मसला पेश आता है कि जब वह किसी मुसलमान दुकानदार के पास जाते हैं तो कई लोग उनको ठीक से service नहीं देते.</w:t>
      </w:r>
    </w:p>
    <w:p>
      <w:r>
        <w:rPr>
          <w:b/>
        </w:rPr>
        <w:t xml:space="preserve">[43:43] </w:t>
      </w:r>
      <w:r>
        <w:t>to woh aapse janana chaah rahe hain ke kya yeh sahi tareeqa hai ya nahi?</w:t>
      </w:r>
    </w:p>
    <w:p>
      <w:pPr>
        <w:jc w:val="right"/>
      </w:pPr>
      <w:r>
        <w:t>तो वह आपसे जानना चाह रहे हैं कि क्या यह सही तरीका है या नहीं?</w:t>
      </w:r>
    </w:p>
    <w:p>
      <w:r>
        <w:rPr>
          <w:b/>
        </w:rPr>
        <w:t xml:space="preserve">[43:46] </w:t>
      </w:r>
      <w:r>
        <w:t>to iske bare mein bhi kuch aap kehna chahein.</w:t>
      </w:r>
    </w:p>
    <w:p>
      <w:pPr>
        <w:jc w:val="right"/>
      </w:pPr>
      <w:r>
        <w:t>तो इसके बारे में भी कुछ आप कहना चाहें.</w:t>
      </w:r>
    </w:p>
    <w:p>
      <w:r>
        <w:rPr>
          <w:b/>
        </w:rPr>
        <w:t xml:space="preserve">[43:50] </w:t>
      </w:r>
      <w:r>
        <w:t>hamara bhi parnam unko. Ji.</w:t>
      </w:r>
    </w:p>
    <w:p>
      <w:pPr>
        <w:jc w:val="right"/>
      </w:pPr>
      <w:r>
        <w:t>हमारा भी पर्णाम उनको. जी.</w:t>
      </w:r>
    </w:p>
    <w:p>
      <w:r>
        <w:rPr>
          <w:b/>
        </w:rPr>
        <w:t xml:space="preserve">[43:54] </w:t>
      </w:r>
      <w:r>
        <w:t>dress to bhai sab rang khuda ke banaye hue hain.</w:t>
      </w:r>
    </w:p>
    <w:p>
      <w:pPr>
        <w:jc w:val="right"/>
      </w:pPr>
      <w:r>
        <w:t>Dress तो भाई सब रंग खुदा के बनाए हुए हैं.</w:t>
      </w:r>
    </w:p>
    <w:p>
      <w:r>
        <w:rPr>
          <w:b/>
        </w:rPr>
        <w:t xml:space="preserve">[43:58] </w:t>
      </w:r>
      <w:r>
        <w:t>aap ek rang pehniye chahe doosra rang pehniye.</w:t>
      </w:r>
    </w:p>
    <w:p>
      <w:pPr>
        <w:jc w:val="right"/>
      </w:pPr>
      <w:r>
        <w:t>आप एक रंग पहनिए चाहे दूसरा रंग पहनिए.</w:t>
      </w:r>
    </w:p>
    <w:p>
      <w:r>
        <w:rPr>
          <w:b/>
        </w:rPr>
        <w:t xml:space="preserve">[44:02] </w:t>
      </w:r>
      <w:r>
        <w:t>ab jo sahi behavior jiska nahi hai uske andar kami hai.</w:t>
      </w:r>
    </w:p>
    <w:p>
      <w:pPr>
        <w:jc w:val="right"/>
      </w:pPr>
      <w:r>
        <w:t>अब जो सही behavior जिसका नहीं है उसके अंदर कमी है.</w:t>
      </w:r>
    </w:p>
    <w:p>
      <w:r>
        <w:rPr>
          <w:b/>
        </w:rPr>
        <w:t xml:space="preserve">[44:06] </w:t>
      </w:r>
      <w:r>
        <w:t>allah usko hidayat dein. Ji.</w:t>
      </w:r>
    </w:p>
    <w:p>
      <w:pPr>
        <w:jc w:val="right"/>
      </w:pPr>
      <w:r>
        <w:t>अल्लाह उसको हिदायत दें. जी.</w:t>
      </w:r>
    </w:p>
    <w:p>
      <w:r>
        <w:rPr>
          <w:b/>
        </w:rPr>
        <w:t xml:space="preserve">[44:10] </w:t>
      </w:r>
      <w:r>
        <w:t>to ab sab saare color koi jisko jo pasand hai woh pehnta hai.</w:t>
      </w:r>
    </w:p>
    <w:p>
      <w:pPr>
        <w:jc w:val="right"/>
      </w:pPr>
      <w:r>
        <w:t>तो अब सब सारे color कोई जिसको जो पसंद है वह पहनता है.</w:t>
      </w:r>
    </w:p>
    <w:p>
      <w:r>
        <w:rPr>
          <w:b/>
        </w:rPr>
        <w:t xml:space="preserve">[44:14] </w:t>
      </w:r>
      <w:r>
        <w:t>toh yeh color se toh yeh nahi hona chahiye aisa. aap apne color par rahein aur inshallah doosre log theek honge. ji. aur is bias upar uthenge. In fact Maulana toh kaha karte the ki businessman is a successful businessman who has a customer friendly attitude. toh agar aapke andar customer friendly behavior hoga toh sab aapke paas aayenge.</w:t>
      </w:r>
    </w:p>
    <w:p>
      <w:pPr>
        <w:jc w:val="right"/>
      </w:pPr>
      <w:r>
        <w:t>तो यह color से तो यह नहीं होना चाहिए ऐसा. आप अपने color पर रहे हैं और इंशाल दूसरे लोग ठीक होंगे. जी. और इस बायस ऊपर उठेंगे. In fact मुलाना तो कहा करते थे कि businessman is a successful businessman who has a customer friendly attitude. तो अगर आपके अंदर customer friendly behavior होगा तो सब आपके पास आऐंगे.</w:t>
      </w:r>
    </w:p>
    <w:p>
      <w:r>
        <w:rPr>
          <w:b/>
        </w:rPr>
        <w:t xml:space="preserve">[44:42] </w:t>
      </w:r>
      <w:r>
        <w:t>toh usmein fark nahi karna chahiye. toh yeh shayad ek kuch stray incident hai lekin haan isko generalize bhi nahi kiya ja sakta. sahi hai. ismein main ek cheez add karunga. toh yeh jo hai ki yeh toh ek dukaan hai, ek normal si baat hai ki samaji mamlaat ki cheez hai. wahan par agar aisa woh karte hain toh unhon ne theek nahi kiya. unko aisa nahi karna chahiye aur koi bhi agar aisa karta hai toh woh theek nahi hai. main yeh samajhta hoon. asal cheez toh character hoti haan. hai na ki dress.</w:t>
      </w:r>
    </w:p>
    <w:p>
      <w:pPr>
        <w:jc w:val="right"/>
      </w:pPr>
      <w:r>
        <w:t>तो उसमें फ़र्क नहीं करना चाहिए. तो यह शायद एक कुछ stray incident है लेकिन हां इसको generalize भी नहीं किया जा सकता. सही है. इसमें मैं एक चीज़ add करूंगा. तो यह जो है कि यह तो एक दुकान है, एक normal सी बात है कि समाजी मामराथ की चीज़ है. वहां पर अगर ऐसा वह करते हैं तो उन्होंने ठीक नहीं किया. उनको ऐसा नहीं करना चाहिए और कोई भी अगर ऐसा करता है तो वह ठीक नहीं है. मैं यह समझता हूं. असल चीज़ तो character होती हां. है ना कि dress.</w:t>
      </w:r>
    </w:p>
    <w:p>
      <w:r>
        <w:rPr>
          <w:b/>
        </w:rPr>
        <w:t xml:space="preserve">[45:12] </w:t>
      </w:r>
      <w:r>
        <w:t>haan, dress nahi hai. ji, aap kuch aur comments aaye hain jo main padhna chahunga. jaise ek ek comment aaya hai Rustam Aksh sahab ka. unhon ne likha hai very nice teachings, fantastic and fabulous work for the Mahashra. Doctor Safeena Tabassum ne Saharanpur se likha hai, very important discussion.</w:t>
      </w:r>
    </w:p>
    <w:p>
      <w:pPr>
        <w:jc w:val="right"/>
      </w:pPr>
      <w:r>
        <w:t>हां, dress नहीं है. जी, आप कुछ और comments आए हैं जो मैं पढ़ना चाहूंगा. जैसे एक एक comment आया है रुस्त की अकश साहब का. उन्होंने लिखा है very nice teachings, fantastic and fabulous work for the महाश्रा. Doctor सफीना तबसुम ने सारनपुर से लिखा है, very important discussion.</w:t>
      </w:r>
    </w:p>
    <w:p>
      <w:r>
        <w:rPr>
          <w:b/>
        </w:rPr>
        <w:t xml:space="preserve">[45:38] </w:t>
      </w:r>
      <w:r>
        <w:t>This is truly helpful and in very simple and clear words, jazakallah. aur comments hain jaise Miss Shabina Ali ne Calcutta se likha hai, very properly explained and informative session. All this confusion is because people don't want to educate themselves. They have conditioned mind and don't want to change their thinking.</w:t>
      </w:r>
    </w:p>
    <w:p>
      <w:pPr>
        <w:jc w:val="right"/>
      </w:pPr>
      <w:r>
        <w:t>This is truly helpful and in very simple and clear words, जज़ा कल्ला. और comments हैं जैसे miss शबीना अली ने कलकत्ता से लिखा है, very properly explained and informative session. All this confusion is because people don't want to educate themselves. They have conditioned mind and don't want to change their thinking.</w:t>
      </w:r>
    </w:p>
    <w:p>
      <w:r>
        <w:rPr>
          <w:b/>
        </w:rPr>
        <w:t xml:space="preserve">[46:04] </w:t>
      </w:r>
      <w:r>
        <w:t>Inspite of so many arguments and looking at history during prophets time, people don't want to change their mindset. Doctor Aslam Khan ne likha hai Saharanpur se women's devotion is most appreciable. No mission can succeed without participation of our women's potential.</w:t>
      </w:r>
    </w:p>
    <w:p>
      <w:pPr>
        <w:jc w:val="right"/>
      </w:pPr>
      <w:r>
        <w:t>Inspite of so many arguments and looking at history during prophets time, people don't want to change their mindset. Doctor असलम खान ने लिखा है सारणपुर से women's devotion is most appreciable. No mission can succeed without participation of our women's potential.</w:t>
      </w:r>
    </w:p>
    <w:p>
      <w:r>
        <w:rPr>
          <w:b/>
        </w:rPr>
        <w:t xml:space="preserve">[46:27] </w:t>
      </w:r>
      <w:r>
        <w:t>Ayaz Ahmed sahab ne Jamshedpur se likha hai mashallah aaj ka program waqt ki zaroorat ke adwaar se</w:t>
      </w:r>
    </w:p>
    <w:p>
      <w:pPr>
        <w:jc w:val="right"/>
      </w:pPr>
      <w:r>
        <w:t>अयाज़ अहमद साहब ने जमशेदपुर से लिखा है माशाल्लाह आज का program वक्त की ज़रूरत के अद्वार से</w:t>
      </w:r>
    </w:p>
    <w:p>
      <w:r>
        <w:rPr>
          <w:b/>
        </w:rPr>
        <w:t xml:space="preserve">[46:32] </w:t>
      </w:r>
      <w:r>
        <w:t>bahut behtareen tha.</w:t>
      </w:r>
    </w:p>
    <w:p>
      <w:pPr>
        <w:jc w:val="right"/>
      </w:pPr>
      <w:r>
        <w:t>बहुत बेहतरीन था.</w:t>
      </w:r>
    </w:p>
    <w:p>
      <w:r>
        <w:rPr>
          <w:b/>
        </w:rPr>
        <w:t xml:space="preserve">[46:38] </w:t>
      </w:r>
      <w:r>
        <w:t>apa ne bahut khoobsurti se parde ki wazahat ki jaza kalk hai.</w:t>
      </w:r>
    </w:p>
    <w:p>
      <w:pPr>
        <w:jc w:val="right"/>
      </w:pPr>
      <w:r>
        <w:t>आपा ने बहुत खूबसूरती से पर्दे की वज़ाहत की जज़ा कल्क है.</w:t>
      </w:r>
    </w:p>
    <w:p>
      <w:r>
        <w:rPr>
          <w:b/>
        </w:rPr>
        <w:t xml:space="preserve">[46:43] </w:t>
      </w:r>
      <w:r>
        <w:t>Aamir Mori sahab ne Srinagar se sawal bheja hai.</w:t>
      </w:r>
    </w:p>
    <w:p>
      <w:pPr>
        <w:jc w:val="right"/>
      </w:pPr>
      <w:r>
        <w:t>आमिर मोरी साहब ने श्रीनगर से सवाल भेजा है.</w:t>
      </w:r>
    </w:p>
    <w:p>
      <w:r>
        <w:rPr>
          <w:b/>
        </w:rPr>
        <w:t xml:space="preserve">[46:49] </w:t>
      </w:r>
      <w:r>
        <w:t>unhone likha hai, apa could you please provide us some advice on how Muslim women should dress according</w:t>
      </w:r>
    </w:p>
    <w:p>
      <w:pPr>
        <w:jc w:val="right"/>
      </w:pPr>
      <w:r>
        <w:t>उन्होंने लिखा है, आपा could you please provide us some advice on how मुस्लिम women should dress according</w:t>
      </w:r>
    </w:p>
    <w:p>
      <w:r>
        <w:rPr>
          <w:b/>
        </w:rPr>
        <w:t xml:space="preserve">[46:54] </w:t>
      </w:r>
      <w:r>
        <w:t>to the Quran and hadith?</w:t>
      </w:r>
    </w:p>
    <w:p>
      <w:pPr>
        <w:jc w:val="right"/>
      </w:pPr>
      <w:r>
        <w:t>to the कुरान and हदीस?</w:t>
      </w:r>
    </w:p>
    <w:p>
      <w:r>
        <w:rPr>
          <w:b/>
        </w:rPr>
        <w:t xml:space="preserve">[47:00] </w:t>
      </w:r>
      <w:r>
        <w:t>toh wohi maine bataya na ki ek khimar lag jata hai, ek jilbab aata hai. toh lekin agar yeh bada dupatta jaise hum odhte hain toh yahi khimar aur jilbab dono ka kaam karega. toh mujhe toh lagta hai ki yahi Islami dress hai. ab kisi ko bahut zyada karna hai toh woh ek aur chadar upar se daal sakta hai. na woh face dhakna apna yeh sab toh Quran mein hai nahi.</w:t>
      </w:r>
    </w:p>
    <w:p>
      <w:pPr>
        <w:jc w:val="right"/>
      </w:pPr>
      <w:r>
        <w:t>तो वही मैंने बताया ना कि एक खेमाल लग जाता है, एक जिलबाब आता है. तो लेकिन अगर यह बड़ा डुपट्टा जैसे हम उड़ते हैं तो यही खेमार और जिलबाब दोनों का काम करेगा. तो मुझे तो लगता है कि यही इस्लामी dress है. अब किसी को बहुत ज़्यादा करना है तो वह एक और चादर ऊपर से डाल सकता है. ना वह face ढकना अपना यह सब तो कुरान में है नहीं.</w:t>
      </w:r>
    </w:p>
    <w:p>
      <w:r>
        <w:rPr>
          <w:b/>
        </w:rPr>
        <w:t xml:space="preserve">[47:27] </w:t>
      </w:r>
      <w:r>
        <w:t>ab koi karna chahe toh woh azaad hai kuch bhi woh kar sakta hai lekin Islam ke naam par karna ismein ek raaz ho sakta hai. aapka kuch aur comments hain jaise Anur Jamal Khan sahab ne bheja hai Delhi se unhon ne likha hai ki aapki baatcheet se khush hua aur aapke liye dua karta hoon.</w:t>
      </w:r>
    </w:p>
    <w:p>
      <w:pPr>
        <w:jc w:val="right"/>
      </w:pPr>
      <w:r>
        <w:t>अब कोई करना चाहे तो वह आज़ाद है कुछ भी वह कर सकता है लेकिन इस्लाम के नाम पर करना इसमें एक राज हो सकता है. आपका कुछ और comments हैं जैसे अनुर जमाल खान साहब ने भेजा है दिल्ली से उन्होंने लिखा है कि आपकी बातचीत से खुश हुआ और आपके लिए दुआ करता हूं.</w:t>
      </w:r>
    </w:p>
    <w:p>
      <w:r>
        <w:rPr>
          <w:b/>
        </w:rPr>
        <w:t xml:space="preserve">[47:48] </w:t>
      </w:r>
      <w:r>
        <w:t>gaushi ashraf siddiki sahab ne comment bheja hai, very informative and you people make islam so easy and</w:t>
      </w:r>
    </w:p>
    <w:p>
      <w:pPr>
        <w:jc w:val="right"/>
      </w:pPr>
      <w:r>
        <w:t>गौशी अशरफ सिद्दिकी साहब ने comment भेजा है, very informative and you people make इस्लाम so easy and</w:t>
      </w:r>
    </w:p>
    <w:p>
      <w:r>
        <w:rPr>
          <w:b/>
        </w:rPr>
        <w:t xml:space="preserve">[47:52] </w:t>
      </w:r>
      <w:r>
        <w:t>understandable and answer to those who said there is no space for women in islam.</w:t>
      </w:r>
    </w:p>
    <w:p>
      <w:pPr>
        <w:jc w:val="right"/>
      </w:pPr>
      <w:r>
        <w:t>understandable and answer to those who said there is no space for women in इस्लाम.</w:t>
      </w:r>
    </w:p>
    <w:p>
      <w:r>
        <w:rPr>
          <w:b/>
        </w:rPr>
        <w:t xml:space="preserve">[47:57] </w:t>
      </w:r>
      <w:r>
        <w:t>ek sawal yeh bhi hai aapka nemit khan sahab ne kiya hai.</w:t>
      </w:r>
    </w:p>
    <w:p>
      <w:pPr>
        <w:jc w:val="right"/>
      </w:pPr>
      <w:r>
        <w:t>एक सवाल यह भी है आपका नेमित खान साहब ने किया है.</w:t>
      </w:r>
    </w:p>
    <w:p>
      <w:r>
        <w:rPr>
          <w:b/>
        </w:rPr>
        <w:t xml:space="preserve">[48:01] </w:t>
      </w:r>
      <w:r>
        <w:t>unhone aapse puchha ki itna zyada mumbai se hain.</w:t>
      </w:r>
    </w:p>
    <w:p>
      <w:pPr>
        <w:jc w:val="right"/>
      </w:pPr>
      <w:r>
        <w:t>उन्होंने आपसे पुछा कि इतना ज़्यादा Mumbai से हैं.</w:t>
      </w:r>
    </w:p>
    <w:p>
      <w:r>
        <w:rPr>
          <w:b/>
        </w:rPr>
        <w:t xml:space="preserve">[48:06] </w:t>
      </w:r>
      <w:r>
        <w:t>unhone is sawal kiya hai.</w:t>
      </w:r>
    </w:p>
    <w:p>
      <w:pPr>
        <w:jc w:val="right"/>
      </w:pPr>
      <w:r>
        <w:t>उन्होंने इस सवाल किया है.</w:t>
      </w:r>
    </w:p>
    <w:p>
      <w:r>
        <w:rPr>
          <w:b/>
        </w:rPr>
        <w:t xml:space="preserve">[48:10] </w:t>
      </w:r>
      <w:r>
        <w:t>kitna zyada protest culture kyon hai?</w:t>
      </w:r>
    </w:p>
    <w:p>
      <w:pPr>
        <w:jc w:val="right"/>
      </w:pPr>
      <w:r>
        <w:t>कितना ज़्यादा protest culture क्यों है?</w:t>
      </w:r>
    </w:p>
    <w:p>
      <w:r>
        <w:rPr>
          <w:b/>
        </w:rPr>
        <w:t xml:space="preserve">[48:15] </w:t>
      </w:r>
      <w:r>
        <w:t>iske bare mein bhi aap wazeh karen.</w:t>
      </w:r>
    </w:p>
    <w:p>
      <w:pPr>
        <w:jc w:val="right"/>
      </w:pPr>
      <w:r>
        <w:t>इसके बारे में भी आप वाज़े करें.</w:t>
      </w:r>
    </w:p>
    <w:p>
      <w:r>
        <w:rPr>
          <w:b/>
        </w:rPr>
        <w:t xml:space="preserve">[48:20] </w:t>
      </w:r>
      <w:r>
        <w:t>yeh Islam mein protest nahi hai. uski sabse pehle toh insaan ko sabr karna hai, uske baad planning karna hai, halaat badalne ke liye kuch mazeed mehnat karni hai, duaen karni hai. Protest karna nahi hai. agar protest karna hota toh sabse pehle Rasool Allah se Islam protest karte itni sakht takleefein aapko di gayi hain. aapko apna button chhodna pada.</w:t>
      </w:r>
    </w:p>
    <w:p>
      <w:pPr>
        <w:jc w:val="right"/>
      </w:pPr>
      <w:r>
        <w:t>यह इस्लाम में protest नहीं है. उसकी सबसे पहले तो इंसान को सब्र करना है, उसके बाद planning करना है, हालात बदलने के लिए कुछ मज़ीद मेहनत करनी है, दुआएं करनी है. Protest करना नहीं है. अगर protest करना होता तो सबसे पहले रसूल्लाह से रस्लाम protest करते इतनी सख़्त तकलीफें आपको दी गई हैं. आपको अपना button छोड़ना पड़ा.</w:t>
      </w:r>
    </w:p>
    <w:p>
      <w:r>
        <w:rPr>
          <w:b/>
        </w:rPr>
        <w:t xml:space="preserve">[48:47] </w:t>
      </w:r>
      <w:r>
        <w:t>toh protest jo aajkal yeh secular democracy hai, democratic culture hai protest ka. Human rights jahan nahi poore hote toh unko protest ka haq diya gaya hai. toh us haqt ka haqt ka woh galat istemal kar rahe hain. yeh toh colleges aur universityon ko bhi woh schools ko bhi yeh haq hai ki woh apna uniform banayein aur uniform ke mutabik jo students wahan aate hain us par amal karein.</w:t>
      </w:r>
    </w:p>
    <w:p>
      <w:pPr>
        <w:jc w:val="right"/>
      </w:pPr>
      <w:r>
        <w:t>तो protest जो आजकल यह secular democracy है, democratic culture है protest का. Human rights जहां नहीं पूरे होते तो उनको protest का हक दिया गया है. तो उस हक्त का हक्त का वह गलत इस्तेमाल कर रहे हैं. यह तो colleges और universityओं को भी वह schools को भी यह हक है कि वह अपना uniform बनाएं और uniform के मुताबिक जो students वहां आते हैं उस पर अमल करें.</w:t>
      </w:r>
    </w:p>
    <w:p>
      <w:r>
        <w:rPr>
          <w:b/>
        </w:rPr>
        <w:t xml:space="preserve">[49:16] </w:t>
      </w:r>
      <w:r>
        <w:t>toh yeh toh bilkul galat protest tha. uska doosra tareeqa woh jaate principal ke paas baatcheet karte peacefully aur unko nahi woh suit kar raha hai toh kahin jaakar doosri jagah dakhila lete hain. toh uske aur bhi tareeqe ho sakte hain planning ke saath kaam karna na ki protest ke tareeqe kaam karna yeh hai Islami tareeqa. Protest toh har haalat mein galat hai. ji. is par main ek cheez add karna chahunga.</w:t>
      </w:r>
    </w:p>
    <w:p>
      <w:pPr>
        <w:jc w:val="right"/>
      </w:pPr>
      <w:r>
        <w:t>तो यह तो बिल्कुल गलत protest था. उसका दूसरा तरीका वह जाते principal के पास बातचीत करते peacefully और उनको नहीं वह suit कर रहा है तो कहीं जाकर दूसरी जगह दाखला लेते हैं. तो उसके और भी तरीके हो सकते हैं planning के साथ काम करना ना कि protest के तरीके काम करना यह है इस्लामी तरीका. Protest तो हर हालत में गलत है. जी. इस पर मैं एक चीज़ add करना चाहूंगा.</w:t>
      </w:r>
    </w:p>
    <w:p>
      <w:r>
        <w:rPr>
          <w:b/>
        </w:rPr>
        <w:t xml:space="preserve">[49:44] </w:t>
      </w:r>
      <w:r>
        <w:t>rasoolullah ke zamane mein jo aapne misal diya to ek wahan se misal ek do misal main deta hoon.</w:t>
      </w:r>
    </w:p>
    <w:p>
      <w:pPr>
        <w:jc w:val="right"/>
      </w:pPr>
      <w:r>
        <w:t>रसूल्लाह के जमाने में जो आपने मिसाल दिया तो एक वहां से मिसाल एक दो मिसाल मैं देता हूं.</w:t>
      </w:r>
    </w:p>
    <w:p>
      <w:r>
        <w:rPr>
          <w:b/>
        </w:rPr>
        <w:t xml:space="preserve">[50:14] </w:t>
      </w:r>
      <w:r>
        <w:t>woh yeh hai ki itna bas razal lonon kehte hain ki ek ait maasil hui.</w:t>
      </w:r>
    </w:p>
    <w:p>
      <w:pPr>
        <w:jc w:val="right"/>
      </w:pPr>
      <w:r>
        <w:t>वह यह है कि इतना बास रजल लोनों कहते हैं कि एक ऐत मासिल हुई.</w:t>
      </w:r>
    </w:p>
    <w:p>
      <w:r>
        <w:rPr>
          <w:b/>
        </w:rPr>
        <w:t xml:space="preserve">[50:44] </w:t>
      </w:r>
      <w:r>
        <w:t>ghair Islami kalma kehna pade, kufr ka kalma kehna pade toh bol do. Avoid karne ke liye aap conflict ko yeh nahi kar sakte hain. Conflict ya protest karne bilkul bhi Islam mein nahi hai. aap avoid karo.</w:t>
      </w:r>
    </w:p>
    <w:p>
      <w:pPr>
        <w:jc w:val="right"/>
      </w:pPr>
      <w:r>
        <w:t>गैर इस्लामी कल्मा कहना पड़े, कुफ्र का कल्मा कहना पड़े तो बोल दो. Avoid करने के लिए आप conflict को यह नहीं कर सकते हैं. Conflict या protest करने बिल्कुल भी इस्लाम में नहीं है. आप avoid करो.</w:t>
      </w:r>
    </w:p>
    <w:p>
      <w:r>
        <w:rPr>
          <w:b/>
        </w:rPr>
        <w:t xml:space="preserve">[51:12] </w:t>
      </w:r>
      <w:r>
        <w:t>toh yeh lack of sabr ki wajah se yeh sab protest hota hai ya kuch bhi hota hai. sabr ki na hone ki wajah se hota hai. itna aap Makke mein sataye gaye sabko kaha, Rasool Allah ne sabr kijiye aap. toh yeh sabr ki kami ki wajah se, mazboot culture na hone ki wajah se. hum toh culture jisko Maulana kehte hain uske na hone ki wajah se yeh sab cheezein. yeh hum individual ke andar inculcate karein. Arnisar mission ki kitabein padhayein toh inshallah yeh cheezein aa sakti hain. bilkul sahi farmaya aapne.</w:t>
      </w:r>
    </w:p>
    <w:p>
      <w:pPr>
        <w:jc w:val="right"/>
      </w:pPr>
      <w:r>
        <w:t>तो यह lack of सब्र की वजह से यह सब protest होता है या कुछ भी होता है. सब्र की ना होने की वजह से होता है. इतना आप मक्के में सतायक है सबको कहा, रसुलाने का सब्र कीजिए आप. तो यह सब्र की कमी की वजह से, मज़बत culture ना होने की वजह से. हम तो culture जिसको मौलाना कहते हैं उसके ना होने की वजह से यह सब चीज़ें. यह हम individual के अंदर inculcate करें. अर्निसार mission की किताबें पढ़ाएं तो इन्शालाह यह चीज़ें आ सकती हैं. बिल्कुल सही फरमाया आपने.</w:t>
      </w:r>
    </w:p>
    <w:p>
      <w:r>
        <w:rPr>
          <w:b/>
        </w:rPr>
        <w:t xml:space="preserve">[51:41] </w:t>
      </w:r>
      <w:r>
        <w:t>matlab Rasool Allah sallallahu alaihi wasallam ke yahan isse matlab hazaron guna zyada masail the. toh yeh nahi ki yeh matlab nahi hai ki sabr karne se avoid karne se woh bhi planning thi.</w:t>
      </w:r>
    </w:p>
    <w:p>
      <w:pPr>
        <w:jc w:val="right"/>
      </w:pPr>
      <w:r>
        <w:t>मतलब रसूल्लाह सरसलम के यहां इससे मतलब हज़ारों गुना ज़्यादा मसाल थे. तो यह नहीं कि यह मतलब नहीं है कि सब्र करने से avoid करने से वह भी planning थी.</w:t>
      </w:r>
    </w:p>
    <w:p>
      <w:r>
        <w:rPr>
          <w:b/>
        </w:rPr>
        <w:t xml:space="preserve">[52:10] </w:t>
      </w:r>
      <w:r>
        <w:t>phir jab wahan par Sulaybiyyah mein jo peace treaty hui thi das saala, toh woh jab un logon ne usko tod diya, toh uske baad aapne bilkul khamoshi se planning ke saath Makka ki, Makka ke dakhle ki tayyari ki. us waqt protest kar sakte the. aapne protest nahi kiya balki planning kiya. toh har kaam planning ke zariye ho sakta hai.</w:t>
      </w:r>
    </w:p>
    <w:p>
      <w:pPr>
        <w:jc w:val="right"/>
      </w:pPr>
      <w:r>
        <w:t>फिर जब वहां पर सुलेवद्याब्या में जो peace treaty हुई थी दस साला, तो वह जब उन लोगों ने उसको तोड़ दिया, तो उसके बाद आपने बिल्कुल खामोशी से planning के साथ मक्का की, मक्का के दाखले की तैयारी की. उस व्द्याप protest कर सकते थे. आपने protest नहीं किया बल्कि planning किया. तो हर काम planning के जरिए हो सकता है.</w:t>
      </w:r>
    </w:p>
    <w:p>
      <w:r>
        <w:rPr>
          <w:b/>
        </w:rPr>
        <w:t xml:space="preserve">[52:36] </w:t>
      </w:r>
      <w:r>
        <w:t>lekin waqti taur par aapko sabr karna padta hai aur avoidance ki policy par chalna padta hai aur yahi poori zindagi Rasool Allah sallallahu alaihi wasallam ki humko yahi sabak deti hai. aapka aakhir sawal poochne se pehle do comments aur padhna chahunga. yeh bheja hai Maulana Muhammad Yaqoob Umri sahab ne Delhi se. unhon ne likha hai, aapka today's program was very nice and had a clear message on hijab and dress code.</w:t>
      </w:r>
    </w:p>
    <w:p>
      <w:pPr>
        <w:jc w:val="right"/>
      </w:pPr>
      <w:r>
        <w:t>लेकिन वक्ती तौर पर आपको सब्र करना पड़ता है और avoidance की policy पर चलना पड़ता है और यही पूरी ज़िंदगी रसूल्लाह सौस्लाम की हमको यही सबक देती है. आपका आखिर सवाल पूछने से पहले दो comments और पढ़ना चाहूंगा. यह भेजा है बुलाना मोहम्मद याकुब उम्री साहब ने दिल्ली से. उन्होंने लिखा है, आपका today's program was very nice and had a clear message on हिजाब and dress code.</w:t>
      </w:r>
    </w:p>
    <w:p>
      <w:r>
        <w:rPr>
          <w:b/>
        </w:rPr>
        <w:t xml:space="preserve">[53:06] </w:t>
      </w:r>
      <w:r>
        <w:t>jazakallah. Miss Sufia Akhtar ne Bihar se likha hai very much, very many thanks ma'am. aaj hum sab ek team ke saath sun rahe hain. aapka ek sawal yeh bhi aata hai, do teen sawal hain jisko link kiya ja sakta hai ki agar hum Quran ko padhein toh Quran ka jo gist hai woh yahi aata hai ki insaan ko batana ki kya hai Khuda ka creation plan.</w:t>
      </w:r>
    </w:p>
    <w:p>
      <w:pPr>
        <w:jc w:val="right"/>
      </w:pPr>
      <w:r>
        <w:t>जज़ा कल्ला. Miss सूफिया अख्तर ने बिहार से लिखा है very much, very many thanks ma'am. आज हम सब एक team के साथ sun रहे हैं. आपका एक सवाल यह भी आता है, दो तीन सवाल हैं जिसको link किया जा सकता है कि अगर हम कुरान को पढ़ें तो कुरान का जो gist है वह यही आता है कि इंसान को बताना कि क्या है खुदा का creation plan.</w:t>
      </w:r>
    </w:p>
    <w:p>
      <w:r>
        <w:rPr>
          <w:b/>
        </w:rPr>
        <w:t xml:space="preserve">[53:35] </w:t>
      </w:r>
      <w:r>
        <w:t>bahut sari verses, in fact poora Quran jo hai woh usi cheez ko emphasize karta hai. aakhirat ko ya jo aane wali zindagi hai.</w:t>
      </w:r>
    </w:p>
    <w:p>
      <w:pPr>
        <w:jc w:val="right"/>
      </w:pPr>
      <w:r>
        <w:t>बहुत सारी verses, in fact पूरा कुरान जो है वह उसी चीज़ को emphasize करता है. आखिरत को या जो आने वाली ज़िंदगी है.</w:t>
      </w:r>
    </w:p>
    <w:p>
      <w:r>
        <w:rPr>
          <w:b/>
        </w:rPr>
        <w:t xml:space="preserve">[53:44] </w:t>
      </w:r>
      <w:r>
        <w:t>yeh hadees mein bhi aata hai ke is baat ko kaha gaya ke a worse will also bear witness against a person whether its obligation was fulfilled or not aur hazrat abu dardda kaha karte the ke mujhe us baat ka bohat dar hai ke allah kahin mere se puch le ke did you act upon what you knew? to aaj ka jo yeh period hai, yeh kaha ja sakta hai ke last phase of human history hai.</w:t>
      </w:r>
    </w:p>
    <w:p>
      <w:pPr>
        <w:jc w:val="right"/>
      </w:pPr>
      <w:r>
        <w:t>यह हदीज़ में भी आता है कि इस बात को कहा गया कि a worse will also bear witness against a person whether its obligation was fulfilled or not और हज़रत अबू दरदर्दा कहा करते थे कि मुझे उस बात का बहुत डर है कि अल्लाह कहीं मेरे से पुछ ले कि did you act upon what you knew? तो आज का जो यह period है, यह कहा जा सकता है कि last phase of human history है.</w:t>
      </w:r>
    </w:p>
    <w:p>
      <w:r>
        <w:rPr>
          <w:b/>
        </w:rPr>
        <w:t xml:space="preserve">[54:12] </w:t>
      </w:r>
      <w:r>
        <w:t>itne zyada earthquakes aa rahe hain.</w:t>
      </w:r>
    </w:p>
    <w:p>
      <w:pPr>
        <w:jc w:val="right"/>
      </w:pPr>
      <w:r>
        <w:t>इतने ज़्यादा earthquakes आ रहे हैं.</w:t>
      </w:r>
    </w:p>
    <w:p>
      <w:r>
        <w:rPr>
          <w:b/>
        </w:rPr>
        <w:t xml:space="preserve">[54:15] </w:t>
      </w:r>
      <w:r>
        <w:t>covid-nineteen abhi tak chal raha hai, volcanic eruptions ho rahe hain, scientist ne yeh kaha hai ki yeh</w:t>
      </w:r>
    </w:p>
    <w:p>
      <w:pPr>
        <w:jc w:val="right"/>
      </w:pPr>
      <w:r>
        <w:t>COVID-nineteen अभी तक चल रहा है, volcanic eruptions हो रहे हैं, scientist ने यह कहा है कि यह</w:t>
      </w:r>
    </w:p>
    <w:p>
      <w:r>
        <w:rPr>
          <w:b/>
        </w:rPr>
        <w:t xml:space="preserve">[54:19] </w:t>
      </w:r>
      <w:r>
        <w:t>duniya shayad apne aakhri phase mein hai.</w:t>
      </w:r>
    </w:p>
    <w:p>
      <w:pPr>
        <w:jc w:val="right"/>
      </w:pPr>
      <w:r>
        <w:t>दुनिया शायद अपने आखिरी phase में है.</w:t>
      </w:r>
    </w:p>
    <w:p>
      <w:r>
        <w:rPr>
          <w:b/>
        </w:rPr>
        <w:t xml:space="preserve">[54:23] </w:t>
      </w:r>
      <w:r>
        <w:t>to hum sab dekhte hain ki asal mein jitne bhi muslims hain, woh controversies mein pad jaate hain,</w:t>
      </w:r>
    </w:p>
    <w:p>
      <w:pPr>
        <w:jc w:val="right"/>
      </w:pPr>
      <w:r>
        <w:t>तो हम सब देखते हैं कि असल में जितने भी मुस्लिमs हैं, वह controversies में पड़ जाते हैं,</w:t>
      </w:r>
    </w:p>
    <w:p>
      <w:r>
        <w:rPr>
          <w:b/>
        </w:rPr>
        <w:t xml:space="preserve">[54:27] </w:t>
      </w:r>
      <w:r>
        <w:t>fas jaate hain.</w:t>
      </w:r>
    </w:p>
    <w:p>
      <w:pPr>
        <w:jc w:val="right"/>
      </w:pPr>
      <w:r>
        <w:t>फ़ंस जाते हैं.</w:t>
      </w:r>
    </w:p>
    <w:p>
      <w:r>
        <w:rPr>
          <w:b/>
        </w:rPr>
        <w:t xml:space="preserve">[54:31] </w:t>
      </w:r>
      <w:r>
        <w:t>lekin yeh last phase of human history mein aap kya advise karenge?</w:t>
      </w:r>
    </w:p>
    <w:p>
      <w:pPr>
        <w:jc w:val="right"/>
      </w:pPr>
      <w:r>
        <w:t>लेकिन यह last phase of human history में आप क्या advise करेंगे?</w:t>
      </w:r>
    </w:p>
    <w:p>
      <w:r>
        <w:rPr>
          <w:b/>
        </w:rPr>
        <w:t xml:space="preserve">[54:35] </w:t>
      </w:r>
      <w:r>
        <w:t>What should we focus more on?</w:t>
      </w:r>
    </w:p>
    <w:p>
      <w:pPr>
        <w:jc w:val="right"/>
      </w:pPr>
      <w:r>
        <w:t>What should we focus more on?</w:t>
      </w:r>
    </w:p>
    <w:p>
      <w:r>
        <w:rPr>
          <w:b/>
        </w:rPr>
        <w:t xml:space="preserve">[54:39] </w:t>
      </w:r>
      <w:r>
        <w:t>iske bare mein kuch bataiye.</w:t>
      </w:r>
    </w:p>
    <w:p>
      <w:pPr>
        <w:jc w:val="right"/>
      </w:pPr>
      <w:r>
        <w:t>इसके बारे में कुछ बताइए.</w:t>
      </w:r>
    </w:p>
    <w:p>
      <w:r>
        <w:rPr>
          <w:b/>
        </w:rPr>
        <w:t xml:space="preserve">[54:43] </w:t>
      </w:r>
      <w:r>
        <w:t>bilkul aapne sahi kaha ke duniya ke masael mein ulajhne ke bajaye hum apni aakhirat ki fikr karein. jab yeh duniya khatam hone wali hai tamam log keh rahe hain, tamam science da keh rahe hain abhi jo volcano aaya tha aisa zabardast volcano tha ke aadhi duniya mein uska awaaz sunegi, uska vibration aadhi duniya tak pahuncha.</w:t>
      </w:r>
    </w:p>
    <w:p>
      <w:pPr>
        <w:jc w:val="right"/>
      </w:pPr>
      <w:r>
        <w:t>बिल्कुल आपने सही कहा कि दुनिया के मसाल में उलझने के बजाय हम अपनी आखिरत की फ़िक्र करें. जब यह दुनिया खत्म होने वाली है तमाम लोग कह रहे हैं, तमाम science दा कह रहे अभी जो वाल्कानों आया था ऐसा ज़बरदस्त वाल्कानों था वह कि आधी दुनिया में उसका आवाज़ सुनेगी, उसका vibration आधी दुनिया तक पहुंचा.</w:t>
      </w:r>
    </w:p>
    <w:p>
      <w:r>
        <w:rPr>
          <w:b/>
        </w:rPr>
        <w:t xml:space="preserve">[55:08] </w:t>
      </w:r>
      <w:r>
        <w:t>to ab aap sochiye to bilkul aisi hai jaise sur phoonk gaya ho kyunke sur do baar phoonka jayega. ab aap sochiye ke final sur hoga to poori duniya teh-o-nahas ho sakti hai. to itna aakhri zamana hai. abhi Brazil mein itna zabardast sailab aaya hai ke sau sau aadmi mar gaye aur kitne log to laapata honge.</w:t>
      </w:r>
    </w:p>
    <w:p>
      <w:pPr>
        <w:jc w:val="right"/>
      </w:pPr>
      <w:r>
        <w:t>तो अब आप सोचिए तो बिल्कुल ऐसी है जैसे सूर फूंक गया हो क्योंकि सूर दो बार फूंका जाएगा. अब आप सोचिए कि final सूर होगा तो पूरी दुनिया तहस नहस हो सकती है. तो इतना आखिरी जमाना है. अभी Brazil में इतना ज़बरदस्त सैलाब आया है कि सौ सौ आदमी मर गए और कितने लोग तो लापता होंगे.</w:t>
      </w:r>
    </w:p>
    <w:p>
      <w:r>
        <w:rPr>
          <w:b/>
        </w:rPr>
        <w:t xml:space="preserve">[55:30] </w:t>
      </w:r>
      <w:r>
        <w:t>to is tarah se jo hai bohat zyada hum logon ko serious hona hai aur apni aakhirat ki tayyari ke liye poora full time apne aap ko devote kar dena hai. kyunke kabhi bhi hamara khalique ki aamti ki baat nahi hai. kabhi bhi hamara aakhri waqt aa sakta hai. to jo humne amal is duniya mein kiya hai, usi ke mutabiq hum aakhirat mein uthaye jayenge. to is par humko bohat hi zyada seriously sochna hai.</w:t>
      </w:r>
    </w:p>
    <w:p>
      <w:pPr>
        <w:jc w:val="right"/>
      </w:pPr>
      <w:r>
        <w:t>तो इस तरीके से जो है बहुत ज़्यादा हम लोगों को serious होना है और अपनी आखिरत की तैयारी के लिए पूरा full time अपने आप को devote कर देना है. क्योंकि कभी भी हमारा खालिक की आमती की बात नहीं है. कभी भी हमारा आखिरी वक्त आ सकता है. तो जो हमने अमल इस दुनिया में किया है, उसी के मुताबिक हम आखिरत में उठाए जाएंगे. तो इस पर हमको बहुत ही ज़्यादा seriously सोचना है.</w:t>
      </w:r>
    </w:p>
    <w:p>
      <w:r>
        <w:rPr>
          <w:b/>
        </w:rPr>
        <w:t xml:space="preserve">[55:58] </w:t>
      </w:r>
      <w:r>
        <w:t>maulana ki sari kitabein jo hain, aakhirat ki tayyari hi ke bare mein hain. jo bhi kitab aap padhiye to usmein aapko yahi milega khuda se taall lo, khuda ki marifat aur aakhirat ke liye apne aap ko tayyar karna. to inshallah allah allah hum yahi message dete rahenge aur aur aap logon ke upar bohat hi achha aap log response aaye hain. aap sab logon ka khuda jaza khair ata farmaye.</w:t>
      </w:r>
    </w:p>
    <w:p>
      <w:pPr>
        <w:jc w:val="right"/>
      </w:pPr>
      <w:r>
        <w:t>मौलाने की सारी किताबें जो हैं, आख़िरत की तैयारी ही के बारे में हैं. जो भी किताब आप पढ़िए तो उसमें आपको यही मिलेगा खुदा से ताल लो, खुदा की मार्फत और आख़िरत के लिए अपने आप को तैयार करना. तो इन्शाह अल्लाह अल्लाह अल्लाह हम यही message देते रहेंगे और और आप लोगों के ऊपर बहुत ही अच्छा आप लोग response आए हैं. आप सब लोगों का खुदा जज़ा खैरता फरमाएं.</w:t>
      </w:r>
    </w:p>
    <w:p>
      <w:r>
        <w:rPr>
          <w:b/>
        </w:rPr>
        <w:t xml:space="preserve">[56:27] </w:t>
      </w:r>
      <w:r>
        <w:t>jaza jaza khair ata haa. Ok, before we end this session, one very important announcement. We will be releasing new book of Maulana Wahiduddin Khan sahib. This is a book which is a translation of Urdu book Ulama aur Daure Jadeed.</w:t>
      </w:r>
    </w:p>
    <w:p>
      <w:pPr>
        <w:jc w:val="right"/>
      </w:pPr>
      <w:r>
        <w:t>जज़ा जज़ा खैरता हापा. Ok, before we end this session, one very important announcement. We will be releasing new book of मुलाना वैदुद्दीन खान साहब. This is a book which is a translation of उर्दू book उल्लेमा और दौरे जदीत.</w:t>
      </w:r>
    </w:p>
    <w:p>
      <w:r>
        <w:rPr>
          <w:b/>
        </w:rPr>
        <w:t xml:space="preserve">[56:50] </w:t>
      </w:r>
      <w:r>
        <w:t>The English title of this book is The Role of Ulama in the Modern Age, Reforming Minds Towards Creative Thinking. So, this book is uploaded on CPS website. You can download this book from there and share it in your circle. It's a very important book in the present context that what is the role of Ulama in the modern age.</w:t>
      </w:r>
    </w:p>
    <w:p>
      <w:pPr>
        <w:jc w:val="right"/>
      </w:pPr>
      <w:r>
        <w:t>The English title of this book is The Role of उल्लेमा in the Modern Age, Reforming Minds Towards Creative Thinking. So, this book is uploaded on CPS website. You can download this book from there and share it in your circle. It's a very important book in the present context that what is the role of उल्लेमा in the modern age.</w:t>
      </w:r>
    </w:p>
    <w:p>
      <w:r>
        <w:rPr>
          <w:b/>
        </w:rPr>
        <w:t xml:space="preserve">[57:18] </w:t>
      </w:r>
      <w:r>
        <w:t>And this book is translated in English by Maulana Wahiduddin Khan sahab.</w:t>
      </w:r>
    </w:p>
    <w:p>
      <w:pPr>
        <w:jc w:val="right"/>
      </w:pPr>
      <w:r>
        <w:t>And this book is translated in English by मुलाना वेदुद्दीन खान साहब.</w:t>
      </w:r>
    </w:p>
    <w:p>
      <w:r>
        <w:rPr>
          <w:b/>
        </w:rPr>
        <w:t xml:space="preserve">[57:25] </w:t>
      </w:r>
      <w:r>
        <w:t>We've published it and now it is available for everyone to read it.</w:t>
      </w:r>
    </w:p>
    <w:p>
      <w:pPr>
        <w:jc w:val="right"/>
      </w:pPr>
      <w:r>
        <w:t>We've published it and now it is available for everyone to read it.</w:t>
      </w:r>
    </w:p>
    <w:p>
      <w:r>
        <w:rPr>
          <w:b/>
        </w:rPr>
        <w:t xml:space="preserve">[57:33] </w:t>
      </w:r>
      <w:r>
        <w:t>So I will request Doctor Saniye Astin Khan sahab to release this new book of Maulana sahab.</w:t>
      </w:r>
    </w:p>
    <w:p>
      <w:pPr>
        <w:jc w:val="right"/>
      </w:pPr>
      <w:r>
        <w:t>So I will request Doctor सानीय अस्तेन खान साहब to release this new book of मुलाना साहब.</w:t>
      </w:r>
    </w:p>
    <w:p>
      <w:r>
        <w:rPr>
          <w:b/>
        </w:rPr>
        <w:t xml:space="preserve">[57:41] </w:t>
      </w:r>
      <w:r>
        <w:t>Bismillahir Rahmanir Rahim.</w:t>
      </w:r>
    </w:p>
    <w:p>
      <w:pPr>
        <w:jc w:val="right"/>
      </w:pPr>
      <w:r>
        <w:t>बिस्मिल्लाही रैमानी रहीम.</w:t>
      </w:r>
    </w:p>
    <w:p>
      <w:r>
        <w:rPr>
          <w:b/>
        </w:rPr>
        <w:t xml:space="preserve">[57:49] </w:t>
      </w:r>
      <w:r>
        <w:t>mujhe bohat khushi ho rahi hai is kitab ko release karte hue. The role of Ulama in the modern age reforming minds towards creative thinking.</w:t>
      </w:r>
    </w:p>
    <w:p>
      <w:pPr>
        <w:jc w:val="right"/>
      </w:pPr>
      <w:r>
        <w:t>मुझे बहुत खुशी हो रही है इस किताब को release करते हुए. The role of ओलमा in the modern age reforming minds towards creative thinking.</w:t>
      </w:r>
    </w:p>
    <w:p>
      <w:r>
        <w:rPr>
          <w:b/>
        </w:rPr>
        <w:t xml:space="preserve">[58:04] </w:t>
      </w:r>
      <w:r>
        <w:t>yeh kitab ullama aur daur-e-jadeed ka translation hai aur yeh bahut hi ahum kitab hai chunki Maulana ki</w:t>
      </w:r>
    </w:p>
    <w:p>
      <w:pPr>
        <w:jc w:val="right"/>
      </w:pPr>
      <w:r>
        <w:t>यह किताब उल्लामा और दौरेजेदीत का translation है और यह बहुत ही अहम् किताब है चूंकि बौलाना की</w:t>
      </w:r>
    </w:p>
    <w:p>
      <w:r>
        <w:rPr>
          <w:b/>
        </w:rPr>
        <w:t xml:space="preserve">[58:14] </w:t>
      </w:r>
      <w:r>
        <w:t>jo writings hain woh ullama hazrat ke liye bahut zaroori hain chunki unki jo traditional education hai agar</w:t>
      </w:r>
    </w:p>
    <w:p>
      <w:pPr>
        <w:jc w:val="right"/>
      </w:pPr>
      <w:r>
        <w:t>जो writings हैं वह उल्लंबा हज़रात के लिए बहुत ज़रूरी हैं चूंकि उनकी जो traditional education है अगर</w:t>
      </w:r>
    </w:p>
    <w:p>
      <w:r>
        <w:rPr>
          <w:b/>
        </w:rPr>
        <w:t xml:space="preserve">[58:25] </w:t>
      </w:r>
      <w:r>
        <w:t>uske saath saath jo modern fikr hai, scientific daur ki baatein hain woh bhi agar ullama samajh len</w:t>
      </w:r>
    </w:p>
    <w:p>
      <w:pPr>
        <w:jc w:val="right"/>
      </w:pPr>
      <w:r>
        <w:t>उसके साथ साथ जो modern फ़िक्र है, scientific दौर की बातें हैं वह भी अगर उल्लुमा समझ लें</w:t>
      </w:r>
    </w:p>
    <w:p>
      <w:r>
        <w:rPr>
          <w:b/>
        </w:rPr>
        <w:t xml:space="preserve">[58:35] </w:t>
      </w:r>
      <w:r>
        <w:t>to woh apni baatein bahut achhi tarah se logon ko bata sakte hain aur unke mind address ho sakte hain.</w:t>
      </w:r>
    </w:p>
    <w:p>
      <w:pPr>
        <w:jc w:val="right"/>
      </w:pPr>
      <w:r>
        <w:t>तो वह अपनी बातें बहुत अच्छी तरह से लोगों को बता सकते हैं और उनके mind address हो सकते हैं.</w:t>
      </w:r>
    </w:p>
    <w:p>
      <w:r>
        <w:rPr>
          <w:b/>
        </w:rPr>
        <w:t xml:space="preserve">[58:46] </w:t>
      </w:r>
      <w:r>
        <w:t>to main bohat khushi se yeh book release kar raha hoon.</w:t>
      </w:r>
    </w:p>
    <w:p>
      <w:pPr>
        <w:jc w:val="right"/>
      </w:pPr>
      <w:r>
        <w:t>तो मैं बहुत खुशी से यह book release कर रहा हूं.</w:t>
      </w:r>
    </w:p>
    <w:p>
      <w:r>
        <w:rPr>
          <w:b/>
        </w:rPr>
        <w:t xml:space="preserve">[58:52] </w:t>
      </w:r>
      <w:r>
        <w:t>The role of ulma in the modern age.</w:t>
      </w:r>
    </w:p>
    <w:p>
      <w:pPr>
        <w:jc w:val="right"/>
      </w:pPr>
      <w:r>
        <w:t>The role of ओलमा in the modern age.</w:t>
      </w:r>
    </w:p>
    <w:p>
      <w:r>
        <w:rPr>
          <w:b/>
        </w:rPr>
        <w:t xml:space="preserve">[58:58] </w:t>
      </w:r>
      <w:r>
        <w:t>Allaha taala un sab logon ko jizai khair de jinhone iska translation kiya aur publish kiya.</w:t>
      </w:r>
    </w:p>
    <w:p>
      <w:pPr>
        <w:jc w:val="right"/>
      </w:pPr>
      <w:r>
        <w:t>अल्लाताला उन सब लोगों को जिज़ाई खैर दे जिन्होंने इसका translation किया और publish किया.</w:t>
      </w:r>
    </w:p>
    <w:p>
      <w:r>
        <w:rPr>
          <w:b/>
        </w:rPr>
        <w:t xml:space="preserve">[59:04] </w:t>
      </w:r>
      <w:r>
        <w:t>Ok, just reiteration last week we had announced the launch of Maulana Wahiduddin Khan legacy competition.</w:t>
      </w:r>
    </w:p>
    <w:p>
      <w:pPr>
        <w:jc w:val="right"/>
      </w:pPr>
      <w:r>
        <w:t>Ok, just reiteration last week we had announced the launch of मुलाना वैदुद्दीन खान legacy competition.</w:t>
      </w:r>
    </w:p>
    <w:p>
      <w:r>
        <w:rPr>
          <w:b/>
        </w:rPr>
        <w:t xml:space="preserve">[59:10] </w:t>
      </w:r>
      <w:r>
        <w:t>We are very happy that you know the responses are coming from all over the world.</w:t>
      </w:r>
    </w:p>
    <w:p>
      <w:pPr>
        <w:jc w:val="right"/>
      </w:pPr>
      <w:r>
        <w:t>We are very happy that you know the responses are coming from all over the world.</w:t>
      </w:r>
    </w:p>
    <w:p>
      <w:r>
        <w:rPr>
          <w:b/>
        </w:rPr>
        <w:t xml:space="preserve">[59:17] </w:t>
      </w:r>
      <w:r>
        <w:t>The details of the legacy competition is pinned to this session. So you can log on to the details and please share it in the academic circle in your universities, to participate in the Maulana Wahiduddin Khan legacy competition and get grants of up to 5,000 US dollars. So we will end the session now. We'll be back next Sunday 10:30AM. Thank you.</w:t>
      </w:r>
    </w:p>
    <w:p>
      <w:pPr>
        <w:jc w:val="right"/>
      </w:pPr>
      <w:r>
        <w:t>The details of the legacy competition is pinned to this session. So you can log on to the details and please share it in the academic circle in your universities, to participate in the मलाना वेदुद्दीन खान legacy competition and get grants of up to 5,000 US dollars. So we will end the session now. We'll be back next Sunday 10:30AM.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