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Spirit of Namaz February 13, 2022 Dr. Saniyasnain Khan</w:t>
      </w:r>
    </w:p>
    <w:p>
      <w:r>
        <w:t>https://www.youtube.com/watch?v=Mh4K7ZR4RbE</w:t>
      </w:r>
    </w:p>
    <w:p>
      <w:r>
        <w:rPr>
          <w:b/>
        </w:rPr>
        <w:t xml:space="preserve">[00:10] </w:t>
      </w:r>
      <w:r>
        <w:t>Assalam Alaikum. Jaise ke hum jaante hain ke Islam mein paanch important pillars hain. Tauheed ke baad jo sabse important pillar aata hai woh namaz hai. Rasool Allah ne ek mauqe par farmaya ke namaz ki misaal aisi hai jaise kisi shakhs ke darwaze par ek nehar ho, jiska pani gehra aur meetha ho aur woh rozana usmein paanch martaba nahaye.</w:t>
      </w:r>
    </w:p>
    <w:p>
      <w:pPr>
        <w:jc w:val="right"/>
      </w:pPr>
      <w:r>
        <w:t>अस्सलाम अलैकुम. जैसे कि हम जानते हैं कि इस्लाम में पांच important pillars हैं. तोहीद के बाद जो सबसे important pillar आता है वह नमाज़ है. रसूल उल्लाह ने एक मौके पर फरमाया कि निमाज़ की मसाल ऐसी है जैसे किसी शख्स के दरवाज़े पर एक नहर हो, जिसका पानी गहरा और मीठा हो और वह रोज़ाना उसमें पांच मर्तबा नहाए.</w:t>
      </w:r>
    </w:p>
    <w:p>
      <w:r>
        <w:rPr>
          <w:b/>
        </w:rPr>
        <w:t xml:space="preserve">[00:39] </w:t>
      </w:r>
      <w:r>
        <w:t>to tumhara kya khayal hai ke usmein se kuch mail baqi rahegi? yeh bohat hi pyari magar gehri baat hai aur main kahunga ke ismein Rasool Allah ne hum sabko aakhirat ki kamyabi ki baat kahi hai. to chaliye aaj hum namaz ke upar hi baatchit karte hain Doctor Saniyasnain Khan sahib ke saath. Assalam Alaikum, sahib kaise hain aap? Walekum Salam, Alhamdillah. Ji, Alhamdillah.</w:t>
      </w:r>
    </w:p>
    <w:p>
      <w:pPr>
        <w:jc w:val="right"/>
      </w:pPr>
      <w:r>
        <w:t>तो तुम्हारा क्या ख्याल है कि उसमें से कुछ मैल बाकी रहेगी? यह बहुत ही प्यारी मगर गहरी बात है और मैं कहूंगा कि इसमें रसूल उल्लाह ने हम सबको आख़िरत की कामयाबी की बात कही है. तो चलिए आज हम नमाज़ के ऊपर ही बातचीत करते हैं doctor सानी अस्नयन खान साहब के साथ. अस्सलामा अलिकुम, साहब कैसे हैं आप? वालेक मस्लाम, अलम दिल्ला. जी, अलम दिल्ला.</w:t>
      </w:r>
    </w:p>
    <w:p>
      <w:r>
        <w:rPr>
          <w:b/>
        </w:rPr>
        <w:t xml:space="preserve">[01:08] </w:t>
      </w:r>
      <w:r>
        <w:t>Doctor sahib, namaz is an important form of worship. The first question that comes in mind is that was, did namaz begin during the time of prophet Muhammad or was it part of other prophets sharia as well? Bismillahir Rahmanir Rahim, Quran se kuch ishara milta hai ke aur jo prophets the unhone bhi namaz padhi.</w:t>
      </w:r>
    </w:p>
    <w:p>
      <w:pPr>
        <w:jc w:val="right"/>
      </w:pPr>
      <w:r>
        <w:t>Doctor साहब, नमाज़ is an important form of worship. The first question that comes in mind is that was, did नमाज़ begin during the time of prophet मोहम्मद or was it part of other prophets शरिया as well? बिस्मिल्लाही रमानी रहीम, कुरान से कुछ इशारा मिलता है कि और जो prophets थे उन्होंने भी नमाज़ पढ़ी.</w:t>
      </w:r>
    </w:p>
    <w:p>
      <w:r>
        <w:rPr>
          <w:b/>
        </w:rPr>
        <w:t xml:space="preserve">[01:35] </w:t>
      </w:r>
      <w:r>
        <w:t>to namaz lagta hai ke saare paighambaron ke deen ka hissa raha, sharia ka hissa raha. jaise Quran mein aata hai Hazrat Ibrahim ki dua aati hai, Rabbi j'alni muqeem-us-salati wa min zurriyyati. keh aye hamare Rab mujhe namaz ka paaban bana aur meri naslon ko bhi namaz ka paaban bana. to namaz ka zikr Hazrat Ibrahim ki dua mein hai.</w:t>
      </w:r>
    </w:p>
    <w:p>
      <w:pPr>
        <w:jc w:val="right"/>
      </w:pPr>
      <w:r>
        <w:t>तो नमाज़ लगता है कि सारे प्यागंबरों के दिन का हिस्सा रहा, शरीयत का हिस्सा रहा. जैसे कुरान में आता है हज़त इब्राहिम की दुआ आती है, रब्बी ज़ अलनी मुखी मस्सलाहती बमिन ज़ुर्री आती. कह ए हमारे रब मुझे नमाज़ का पाबन बना और मेरी नस्लों को भी नमाज़ का पाबन बना. तो नमाज़ का ज़िक्र हज़रत इब्राहिम की दुआ में है.</w:t>
      </w:r>
    </w:p>
    <w:p>
      <w:r>
        <w:rPr>
          <w:b/>
        </w:rPr>
        <w:t xml:space="preserve">[02:03] </w:t>
      </w:r>
      <w:r>
        <w:t>aise hi ek paighambar the Shoaib Alaihissalam jinko bible mein Jethro kehte hain. to Shoaib Alaihissalam ke qaum ne unse kaha ke aye Shoaib kya tumhari namaz yeh sikhati hai ke hamare maboodon ko bura bhala kaho.</w:t>
      </w:r>
    </w:p>
    <w:p>
      <w:pPr>
        <w:jc w:val="right"/>
      </w:pPr>
      <w:r>
        <w:t>ऐसे ही एक प्यागंबर थे शोएब अलहिस्सलाम जिनको bible में जेथरो कहते हैं. तो शोएब अलई सलाम के कौम ने उनसे कहा कि ऐ शोएब क्या तुम्हारी नमाज़ यह सिखाती है कि हमारे माबूदों को बुरा भला कहो.</w:t>
      </w:r>
    </w:p>
    <w:p>
      <w:r>
        <w:rPr>
          <w:b/>
        </w:rPr>
        <w:t xml:space="preserve">[02:23] </w:t>
      </w:r>
      <w:r>
        <w:t>to iska matlab hai ke koi namaz ki shakal us waqt bhi rahi hogi aur Isa Alaihissalam</w:t>
      </w:r>
    </w:p>
    <w:p>
      <w:pPr>
        <w:jc w:val="right"/>
      </w:pPr>
      <w:r>
        <w:t>तो इसका मतलब है कि कोई नमाज़ की शक्ल उस वक्त भी रही होगी और ईसा अली सलाम</w:t>
      </w:r>
    </w:p>
    <w:p>
      <w:r>
        <w:rPr>
          <w:b/>
        </w:rPr>
        <w:t xml:space="preserve">[02:31] </w:t>
      </w:r>
      <w:r>
        <w:t>ke waqai mein bhi yeh maujood hai ke Isa Alaihissalam jab god mein the apni maan ke</w:t>
      </w:r>
    </w:p>
    <w:p>
      <w:pPr>
        <w:jc w:val="right"/>
      </w:pPr>
      <w:r>
        <w:t>के वाकई में भी यह मौजूद है कि ईसा अली सलाम जब गोद में थे अपनी मां के</w:t>
      </w:r>
    </w:p>
    <w:p>
      <w:r>
        <w:rPr>
          <w:b/>
        </w:rPr>
        <w:t xml:space="preserve">[02:39] </w:t>
      </w:r>
      <w:r>
        <w:t>Hazrat Maryam ke to usi waqt bol pade the to usmein unhone kaha tha woh awsani bissalati war zakati</w:t>
      </w:r>
    </w:p>
    <w:p>
      <w:pPr>
        <w:jc w:val="right"/>
      </w:pPr>
      <w:r>
        <w:t>हज़रत मरियम के तो उसी वक्त बोल पड़े थे तो उसमें उन्होंने कहा था वह औसानी बिस्सलातिवर जकाति</w:t>
      </w:r>
    </w:p>
    <w:p>
      <w:r>
        <w:rPr>
          <w:b/>
        </w:rPr>
        <w:t xml:space="preserve">[02:47] </w:t>
      </w:r>
      <w:r>
        <w:t>madum to hayya ke mujhe Allah ne hukm diya hai namaz padhne ka jab tak main zinda raha hoon.</w:t>
      </w:r>
    </w:p>
    <w:p>
      <w:pPr>
        <w:jc w:val="right"/>
      </w:pPr>
      <w:r>
        <w:t>मादुम तो हैया कि मुझे अल्लाह ने हुक्म दिया है नमाज़ पढ़ने का जब तक मैं ज़िंदा रहा हूं.</w:t>
      </w:r>
    </w:p>
    <w:p>
      <w:r>
        <w:rPr>
          <w:b/>
        </w:rPr>
        <w:t xml:space="preserve">[02:55] </w:t>
      </w:r>
      <w:r>
        <w:t>to isse pata chalta hai ke saare paighambaron ke sharia ka hissa raha namaz, chunke namaz intehai ahmatareen rukn hai Islam mein aur ek hi din saare paighambaron ko diya gaya hai. yeh bhi Quran se pata chalta hai. Ji. to Doctor sahib, agla sawal yahi aata hai ke how did prophet Muhammad receive the commandment to do namaz? iske bare mein bataiye.</w:t>
      </w:r>
    </w:p>
    <w:p>
      <w:pPr>
        <w:jc w:val="right"/>
      </w:pPr>
      <w:r>
        <w:t>तो इससे पता चलता है कि सारे प्यागंबरों के शरियत का हिस्सा रहा नमाज़, चूंकि नमाज़ इंतिहाई अहम् तरीन रुकन है इस्लाम में और एक ही दिन सारे प्यागंबरों को दिया गया है. यह भी कुरान से पता चलता है. जी. तो डोक साहब, अगला सवाल यही आता है कि how did prophet मोहम्मद receive the commandment to do नमाज़? इसके बारे में बताइए.</w:t>
      </w:r>
    </w:p>
    <w:p>
      <w:r>
        <w:rPr>
          <w:b/>
        </w:rPr>
        <w:t xml:space="preserve">[03:24] </w:t>
      </w:r>
      <w:r>
        <w:t>Prophet Muhammad ko jo commandments mile zyada tar balki saare hi woh wahi ke zariye mile, revelation ke zariye. lekin namaz ka jo hukm hai woh bohat hi alag tarah se hua. to usse namaz ki bohat hi zyada badi ahmiyat samajh mein aati hai.</w:t>
      </w:r>
    </w:p>
    <w:p>
      <w:pPr>
        <w:jc w:val="right"/>
      </w:pPr>
      <w:r>
        <w:t>Prophet मोहम्मद को जो commandments मिले ज़्यादातर बल्कि सारे ही वह वही के जरिए मिले, revelation के जरिए. लेकिन नमाज़ का जो हुक्म है वो बहुत ही अलग तरह से हुआ. तो उससे नमाज़ की बहुत ही ज़्यादा बड़ी अहमियत समझ में आती है.</w:t>
      </w:r>
    </w:p>
    <w:p>
      <w:r>
        <w:rPr>
          <w:b/>
        </w:rPr>
        <w:t xml:space="preserve">[03:46] </w:t>
      </w:r>
      <w:r>
        <w:t>kitabon mein aata hai ke prophet Muhammad Makka mein aakhri daur ki baat hai Makka ke aakhri daur ki yani Madina jaane se kuch pehle. to Ummehani ke makan par so rahe the. Ummehani Hazrat Ali ki behan thi yani prophet ki cousin. to Ummehani ke makan par so rahi thi.</w:t>
      </w:r>
    </w:p>
    <w:p>
      <w:pPr>
        <w:jc w:val="right"/>
      </w:pPr>
      <w:r>
        <w:t>किताबों में आता है कि prophet मोहम्मद मक्का में आखिरी दौर की बात है मक्कर के आखिरी दौर की यानी मदीना जाने से कुछ पहले. तो उम्मेहानी के मकान पर सो रहे थे. उम्मेहानी हज़रत अली की बहन थी यानी prophet की cousin. तो उम्मेहानी के मकान पर सो रही थी.</w:t>
      </w:r>
    </w:p>
    <w:p>
      <w:r>
        <w:rPr>
          <w:b/>
        </w:rPr>
        <w:t xml:space="preserve">[04:13] </w:t>
      </w:r>
      <w:r>
        <w:t>woh makan ab purane zamane mein to us waqt thoda raha hoga chunke sirf Kaaba hai us waqt. ab to woh ek masjid ban gayi hai. to woh ab andar hai woh jagah. log batate hain ke yeh maqam tha jahan Rasool Allah so rahe the aur mera aaj ka waqia hua.</w:t>
      </w:r>
    </w:p>
    <w:p>
      <w:pPr>
        <w:jc w:val="right"/>
      </w:pPr>
      <w:r>
        <w:t>वह मकान अब पुराने जमाने में तो उस वक्त थोड़ा रहा होगा चुके सिर्फ काबत है उस वक्त. अब तो वह एक मस्जिद वन गई है. तो वह अब अंदर है वह जगह. लोग बताते हैं कि यह मकाम था जहां रसूल राह सो रहे थे और मेरा आज का वाक्या हुआ.</w:t>
      </w:r>
    </w:p>
    <w:p>
      <w:r>
        <w:rPr>
          <w:b/>
        </w:rPr>
        <w:t xml:space="preserve">[04:33] </w:t>
      </w:r>
      <w:r>
        <w:t>to wahan ghar mein so rahe the Ummehani ke makan par to farishte Jibreel aaye aur farishte Jibreel ne uthaya aur ek, ek aur horse ki tarah se ek animal bhi saath mein tha unke safed rang ka jisko Buraq kaha jata hai.</w:t>
      </w:r>
    </w:p>
    <w:p>
      <w:pPr>
        <w:jc w:val="right"/>
      </w:pPr>
      <w:r>
        <w:t>तो वहां घर में सो रहे थे उमेहानी के मकान पर तो परिष्ठे जिबरील आए और परिष्ठे जिबरील ने उठाया और एक, एक और horse की तरह से एक animal भी साथ में था उनके सफ़ेद रंग का जिसको बुराक कहा जाता है.</w:t>
      </w:r>
    </w:p>
    <w:p>
      <w:r>
        <w:rPr>
          <w:b/>
        </w:rPr>
        <w:t xml:space="preserve">[04:54] </w:t>
      </w:r>
      <w:r>
        <w:t>to farishte Jibreel ne bithaya prophet ko us Buraq par aur woh Buraq prophet ko lekar bohat hi tez raftaar se yani split second mein woh pahunch gaya Jerusalem.</w:t>
      </w:r>
    </w:p>
    <w:p>
      <w:pPr>
        <w:jc w:val="right"/>
      </w:pPr>
      <w:r>
        <w:t>तो अजित जिबरील ने बैठाया prophet को उस बुराक पर और वो बुराक़ prophet को लेकर बहुत ही तेज़ रफ़्तार से यानी split second में वो पहुंच गया Jerusalem.</w:t>
      </w:r>
    </w:p>
    <w:p>
      <w:r>
        <w:rPr>
          <w:b/>
        </w:rPr>
        <w:t xml:space="preserve">[05:10] </w:t>
      </w:r>
      <w:r>
        <w:t>yeh waqia ek spiritual andaaz ka waqia hai jaise pyamberon ko prophet mohammad ne namaz padhai yaani he led the prayer aur peeche saare prophets thay.</w:t>
      </w:r>
    </w:p>
    <w:p>
      <w:pPr>
        <w:jc w:val="right"/>
      </w:pPr>
      <w:r>
        <w:t>यह वाक्या एक spiritual अंदाज़ का वाक्या है जैसे प्यागंबरों को prophet मोहम्मद ने नमाज़ पढ़ाई यानी he led the prayer और पीछे सारे prophets थे.</w:t>
      </w:r>
    </w:p>
    <w:p>
      <w:r>
        <w:rPr>
          <w:b/>
        </w:rPr>
        <w:t xml:space="preserve">[05:39] </w:t>
      </w:r>
      <w:r>
        <w:t>allah taala ne saare prophets ko wahan jama kiya tha aur unko namaz padhai. Prophet mohammad aage thay aur saare ghamber peeche thay. Phir wahan se jibreel le gaye prophet ko jannat aur wahan allah taala se mulaqat hui. Yeh koi physical andaaz ki mulaqat nahi thi. Yeh ek farishte ke zariye baat ho rahi thi.</w:t>
      </w:r>
    </w:p>
    <w:p>
      <w:pPr>
        <w:jc w:val="right"/>
      </w:pPr>
      <w:r>
        <w:t>अल्लाह तालाह ने सारे prophets को वहां जमा किया था और उनको नमाज़ पढ़ाई. Prophet मोहम्मद आगे थे और सारे गंबर पीछे थे. फिर वहां से जिबरील ले गए prophet को जन्नत और वहां अल्लाह तालाह से मुलाकात हुई. यह कोई physical अंदाज़ की मुलाकात नहीं थी. यह एक फरिश्ते के ज़रिए बात हो रही थी.</w:t>
      </w:r>
    </w:p>
    <w:p>
      <w:r>
        <w:rPr>
          <w:b/>
        </w:rPr>
        <w:t xml:space="preserve">[06:03] </w:t>
      </w:r>
      <w:r>
        <w:t>to wahan pahunch ke jannat mein allah taala ne hazrat mohammad ko namaz ka hukum diya aur kaha ke pachas baar namaz padhni hongi 50 times. To wo jab bahar aaye prophet to bahar musalislam thay wahan. To musalislam ne kaha tum kya leke aaye ho? To prophet ne kaha ke pachas namaze meri ummat ke upar farz ki gayi hain.</w:t>
      </w:r>
    </w:p>
    <w:p>
      <w:pPr>
        <w:jc w:val="right"/>
      </w:pPr>
      <w:r>
        <w:t>तो वहां पहुंच के जन्नत में अल्लाह तालाह ने हज़रत मोहम्मद को नमाज़ का हुकुम दिया और कहा कि पचास बार नमाज़ पढ़नी होंगी 50 times. तो वो जब बाहर आए prophet तो बाहर मुसालिस्लाम थे वहां. तो मुसालिस्लाम ने कहा तुम क्या लेके आए हो? तो prophet ने कहा कि पचास नमाज़े मेरी उम्मत के ऊपर फर्ज की गई हैं.</w:t>
      </w:r>
    </w:p>
    <w:p>
      <w:r>
        <w:rPr>
          <w:b/>
        </w:rPr>
        <w:t xml:space="preserve">[06:33] </w:t>
      </w:r>
      <w:r>
        <w:t>to musalislam ne kaha ke pachas namaze tumhari ummed nahi padh sakti. Maine bani israil ke upar tazraba kar liya. Tum jao wapas aur kam karao. To profit wapas gaya allah taala ke paas. Rishte ke zariye baat hui ke yeh bahut zyada hai kam kar dein. To allah taala ne chalis kar di. Chalis baar nawas farz kar di. Phir aaye wapas. Phir musali salam ne kaha, phir gaye to tees kar di.</w:t>
      </w:r>
    </w:p>
    <w:p>
      <w:pPr>
        <w:jc w:val="right"/>
      </w:pPr>
      <w:r>
        <w:t>तो मुसालिस्लाम ने कहा कि पचास नमाज़े तुम्हारी उम्मीद नहीं पड़ सकती. मैंने बनी इस्राहिल के ऊपर तज़रबा कर लिया. तुम जाओ वापस और कम कराओ. तो profit वापस गया अल्लाह तालाह के पास. रिश्ते के जरिए बात हुई कि यह बहुत ज़्यादा है कम कर दें. तो अल्लाह तालाह ने चालीस कर दी. चालीस बार नवास फर्ज कर दी. फिर आए वापस. फिर मुसाली सलाम ने कहा, फिर गए तो तीस कर दी.</w:t>
      </w:r>
    </w:p>
    <w:p>
      <w:r>
        <w:rPr>
          <w:b/>
        </w:rPr>
        <w:t xml:space="preserve">[07:01] </w:t>
      </w:r>
      <w:r>
        <w:t>phir aise karte karte bees aur das aur aakhir mein paanch ho gayi. Jab paanch nawaze leke aaye rasoolullah wapas phir musali salam ke paas to unhone kaha paanch bhi zyada hai teen karvao. To prophet mohammad sallah waleislam ne kaha mujhe sharm aati hai kya main phir jaun aur kam karane.</w:t>
      </w:r>
    </w:p>
    <w:p>
      <w:pPr>
        <w:jc w:val="right"/>
      </w:pPr>
      <w:r>
        <w:t>फिर ऐसे करते करते बीस और दस और आखिर में पांच हो गई. जब पांच नवाज़े लेके आए रसूल्लाह वापस फिर मुसालिस्लाम के पास तो उन्होंने कहा पांच भी ज़्यादा है तीन करवाओ. तो prophet मोहम्मद सल्लाह वालेस्लाम ने कहा मुझे शर्म आती है क्या मैं फिर जाऊं और कम कराने.</w:t>
      </w:r>
    </w:p>
    <w:p>
      <w:r>
        <w:rPr>
          <w:b/>
        </w:rPr>
        <w:t xml:space="preserve">[07:24] </w:t>
      </w:r>
      <w:r>
        <w:t>to is tarike se namaz farz ho gayi paanch baar to iski jo ghair mamooli tarike sailataala ne nawaz farz ki hai, isse pata chalta hai ke nawaz bahut hi ahum rukun hai islam ka. Ji, mashallah aapne bahut hi detail mein isko waze kiya doctor sahab, jaza karla. Doctor sahab, jaisa ke hum jante hain ke masjid nabvi is a second holiest site in islam.</w:t>
      </w:r>
    </w:p>
    <w:p>
      <w:pPr>
        <w:jc w:val="right"/>
      </w:pPr>
      <w:r>
        <w:t>तो इस तरीके से नमाज़ फर्ज हो गई पांच बार तो इसकी जो गैर मामूली तरीके सैला ताला ने नवाज़ फर्ज की है, इससे पता चलता है कि नवाज़ बहुत ही अहम् रुकुन है इस्लाम का. जी, माशालाह आपने बहुत ही detail में इसको वाज़े किया doctor साहब, जज़ा करला. Doctor साहब, जैसा कि हम जानते हैं कि मस्जिद नबवी is a second holiest site in इस्लाम.</w:t>
      </w:r>
    </w:p>
    <w:p>
      <w:r>
        <w:rPr>
          <w:b/>
        </w:rPr>
        <w:t xml:space="preserve">[07:51] </w:t>
      </w:r>
      <w:r>
        <w:t>to ek question jo bahut se log janana bhi chahenge ke how was prophet's mosque built in madina? Iske bare mein aap bataein. Jab prophet mohammad sallalah walehuslam madina mein migrate kar gaye aur saath mein sahaba bhi chale gaye to wahan par prophet ne socha ke ek masjid banai jaye. To ek jagah prophet ko pasand aayi.</w:t>
      </w:r>
    </w:p>
    <w:p>
      <w:pPr>
        <w:jc w:val="right"/>
      </w:pPr>
      <w:r>
        <w:t>तो एक question जो बहुत से लोग जानना भी चाहेंगे कि how was prophet's mosque built in मदीना? इसके बारे में आप बताएं. जब prophet मोहम्मद सल्ललाह वालेहुसलम मदीना में migrate कर गए और साथ में सहाबा भी चले गए तो वहां पर prophet ने सोचा कि एक मस्जिद बनाई जाए. तो एक जगह prophet को पसंद आई.</w:t>
      </w:r>
    </w:p>
    <w:p>
      <w:r>
        <w:rPr>
          <w:b/>
        </w:rPr>
        <w:t xml:space="preserve">[08:21] </w:t>
      </w:r>
      <w:r>
        <w:t>to puchha ke yeh jagah kiski hai? To logon ne bataya ke do orphans hain jinka naam sahal aur suhel hai, unki jagah hai yeh. To prophet ne bulaya un dono ko aur kaha ke yeh jagah main kharidna chahta hoon masjid banane ke liye. To un dono sahal aur suhail bhaiyon ne kaha ke ae khuda ke rasool hum yeh aapko gift dete hain. Aap is par masjid banaiye.</w:t>
      </w:r>
    </w:p>
    <w:p>
      <w:pPr>
        <w:jc w:val="right"/>
      </w:pPr>
      <w:r>
        <w:t>तो पुछा कि यह जगह किसकी है? तो लोगों ने बताया कि दो orphans हैं जिनका नाम सहल और सुहेल है, उनकी जगह है यह. तो prophet ने बुलाया उन दोनों को और कहा कि यह जगह मैं खरीदना चाहता हूं मस्जिद बनाने के लिए. तो उन दोनों सहल और सुहैल भाइयों ने कहा कि ए खुदा के रसूल हम यह आपको gift देते हैं. आप इस पर मस्जिद बनाइए.</w:t>
      </w:r>
    </w:p>
    <w:p>
      <w:r>
        <w:rPr>
          <w:b/>
        </w:rPr>
        <w:t xml:space="preserve">[08:50] </w:t>
      </w:r>
      <w:r>
        <w:t>to prophet ne kaha ke nahi main isko khareedunga.</w:t>
      </w:r>
    </w:p>
    <w:p>
      <w:pPr>
        <w:jc w:val="right"/>
      </w:pPr>
      <w:r>
        <w:t>तो prophet ने कहा कि नहीं मैं इसको खरीदूंगा.</w:t>
      </w:r>
    </w:p>
    <w:p>
      <w:r>
        <w:rPr>
          <w:b/>
        </w:rPr>
        <w:t xml:space="preserve">[08:56] </w:t>
      </w:r>
      <w:r>
        <w:t>to profit ne khareedi woh jagah yaani ek example bhi set karni thi profit ko ke masjid aise</w:t>
      </w:r>
    </w:p>
    <w:p>
      <w:pPr>
        <w:jc w:val="right"/>
      </w:pPr>
      <w:r>
        <w:t>तो profit ने खरीदी वह जगह यानी एक example भी set करनी थी profit को कि मस्जिद ऐसे</w:t>
      </w:r>
    </w:p>
    <w:p>
      <w:r>
        <w:rPr>
          <w:b/>
        </w:rPr>
        <w:t xml:space="preserve">[09:03] </w:t>
      </w:r>
      <w:r>
        <w:t>nahi kisi bhi zameen par banayi ja sakti.</w:t>
      </w:r>
    </w:p>
    <w:p>
      <w:pPr>
        <w:jc w:val="right"/>
      </w:pPr>
      <w:r>
        <w:t>नहीं किसी भी ज़मीन पर बनाई जा सकती.</w:t>
      </w:r>
    </w:p>
    <w:p>
      <w:r>
        <w:rPr>
          <w:b/>
        </w:rPr>
        <w:t xml:space="preserve">[09:09] </w:t>
      </w:r>
      <w:r>
        <w:t>baqayda usko khareedna hoga.</w:t>
      </w:r>
    </w:p>
    <w:p>
      <w:pPr>
        <w:jc w:val="right"/>
      </w:pPr>
      <w:r>
        <w:t>बाकायदा उसको खरीदना होगा.</w:t>
      </w:r>
    </w:p>
    <w:p>
      <w:r>
        <w:rPr>
          <w:b/>
        </w:rPr>
        <w:t xml:space="preserve">[09:16] </w:t>
      </w:r>
      <w:r>
        <w:t>to usko khareeda profit ke ek woh the relative wahan Madina ka unhone uski price pay ki.</w:t>
      </w:r>
    </w:p>
    <w:p>
      <w:pPr>
        <w:jc w:val="right"/>
      </w:pPr>
      <w:r>
        <w:t>तो उसको खरीदा profit के एक वह थे relative वहां मदीना का उन्होंने उसकी price pay की.</w:t>
      </w:r>
    </w:p>
    <w:p>
      <w:r>
        <w:rPr>
          <w:b/>
        </w:rPr>
        <w:t xml:space="preserve">[09:22] </w:t>
      </w:r>
      <w:r>
        <w:t>to us waqt wahan par jhaad jhankhar the.</w:t>
      </w:r>
    </w:p>
    <w:p>
      <w:pPr>
        <w:jc w:val="right"/>
      </w:pPr>
      <w:r>
        <w:t>तो उस वक्त वहां पर झाड़ झंकार थे.</w:t>
      </w:r>
    </w:p>
    <w:p>
      <w:r>
        <w:rPr>
          <w:b/>
        </w:rPr>
        <w:t xml:space="preserve">[09:29] </w:t>
      </w:r>
      <w:r>
        <w:t>us par koi koi baqayda koi woh nahi tha.</w:t>
      </w:r>
    </w:p>
    <w:p>
      <w:pPr>
        <w:jc w:val="right"/>
      </w:pPr>
      <w:r>
        <w:t>उस पर कोई कोई बाकायदा कोई वह नहीं था.</w:t>
      </w:r>
    </w:p>
    <w:p>
      <w:r>
        <w:rPr>
          <w:b/>
        </w:rPr>
        <w:t xml:space="preserve">[09:36] </w:t>
      </w:r>
      <w:r>
        <w:t>to us zamane mein jo taameer hoti thi woh pattharon se hoti thi. Pattharon ko paas ki pahadiyon se late thay aur usko jod jod ke deewar banate thay. Choona wagera se deewar banti thi aur jo pillars hote thay woh khajoor ke jo darakht hote hain unse hote thay. Khajoor ka jo darakht hota hai bahut hi strong hota hai. To uske pillar hote thay.</w:t>
      </w:r>
    </w:p>
    <w:p>
      <w:pPr>
        <w:jc w:val="right"/>
      </w:pPr>
      <w:r>
        <w:t>तो उस ज़माने में जो तामीर होती थी वो पत्थरों से होती थी. पत्थरों को पास की पहाड़ियों से लाते थे और उसको जोड़ जोड़ के दीवार बनाते थे. चूना वगैरह से दीवार बनती थी और जो pillars होते थे वो खजूर के जो दरख्त होते हैं उनसे होते थे. खजूर का जो दरख्त होता है बहुत ही strong होता है. तो उसके pillar होते थे.</w:t>
      </w:r>
    </w:p>
    <w:p>
      <w:r>
        <w:rPr>
          <w:b/>
        </w:rPr>
        <w:t xml:space="preserve">[10:03] </w:t>
      </w:r>
      <w:r>
        <w:t>jo chhat hoti thi woh khajoor ke jo pattiyan hoti hain, jab sookh jati hain pattiyan to woh bhi badi strong ho jati hain. To usse chhat banate thay. To is tarike se patthar utha utha ke saba late thay aur woh deewar banate thay. To prophet mohammad bhi patthar utha ke lane lagte thay. To saba dekhte thay. To kehte thay rasoolullah aap mat uthaiye hum hum le aayenge patthar.</w:t>
      </w:r>
    </w:p>
    <w:p>
      <w:pPr>
        <w:jc w:val="right"/>
      </w:pPr>
      <w:r>
        <w:t>जो छत होती थी वह खजूर के जो पत्तियां होती हैं, जब सूख जाती हैं पत्तियां तो वह भी बड़ी strong हो जाती हैं. तो उससे छत बनाते थे. तो इस तरीके से पत्थर उठा उठा के साबा लाते थे और वो दीवार बनाते थे. तो prophet मोहम्मद भी पत्थर उठा के लाने लगते थे. तो साबा देखते थे. तो कहते थे रसूल्लाह आप मत उठाइए हम हम ले आऐंगे पत्थर.</w:t>
      </w:r>
    </w:p>
    <w:p>
      <w:r>
        <w:rPr>
          <w:b/>
        </w:rPr>
        <w:t xml:space="preserve">[10:29] </w:t>
      </w:r>
      <w:r>
        <w:t>to prophet kehte thay theek hai achha lag dete thay. Phir dekhte thay ab sahib aage thodi der mein phir prophet uthakar patthar la rahe hain.</w:t>
      </w:r>
    </w:p>
    <w:p>
      <w:pPr>
        <w:jc w:val="right"/>
      </w:pPr>
      <w:r>
        <w:t>तो prophet कहते थे ठीक है अच्छा लग देते थे. फिर देखते थे अब साहब आगे थोड़ी देर में फिर prophet उठाकर पत्थर ला रहे हैं.</w:t>
      </w:r>
    </w:p>
    <w:p>
      <w:r>
        <w:rPr>
          <w:b/>
        </w:rPr>
        <w:t xml:space="preserve">[10:37] </w:t>
      </w:r>
      <w:r>
        <w:t>to itna jazba tha unka ke wo khud kaam karna chahte thay rasoolullah sallam aur ek sher padhte thay allahummaah allah kher allah kher allah kher fasanuril ansara al muhajra ke ae allah aakhir ke ke kher se aakhir ki behtari se koi aur behtari nahi hai to ansar ki yaani madine walon ki aur muhajrim ki makka walon ki madad varma.</w:t>
      </w:r>
    </w:p>
    <w:p>
      <w:pPr>
        <w:jc w:val="right"/>
      </w:pPr>
      <w:r>
        <w:t>तो इतना जज़्बा था उनका कि वो खुद काम करना चाहते थे रसूल्लाह सल्लम और एक शेर पढ़ते थे अल्लाहुम्माह अल्लाह खेर अल्लाह खेर अल्लाह खेर फंसुरील अंसारा अल्ल मुहाजरा कि ए अल्लाह आख़िर के के खेर से आख़िर की बेहतरी से कोई और बेहतरी नहीं है तो अंसार की यानी मदीने वालों की और महाजरीम की मक्का वालों की मदद वर्मा.</w:t>
      </w:r>
    </w:p>
    <w:p>
      <w:r>
        <w:rPr>
          <w:b/>
        </w:rPr>
        <w:t xml:space="preserve">[11:07] </w:t>
      </w:r>
      <w:r>
        <w:t>to is tarike se masjid banne shuru hui hai. Mashal. Doctor, as you know that there are many people from other faiths also who watch this series and they have written to us that, you know, their understanding about islam has become better. Ek sawal jo aksar unke zehan mein aata hai, woh azan ko lekar aata hai. Azan jaisa ke hum jante hain is the call to prayer. To uske peeche kya kahani hai?</w:t>
      </w:r>
    </w:p>
    <w:p>
      <w:pPr>
        <w:jc w:val="right"/>
      </w:pPr>
      <w:r>
        <w:t>तो इस तरीके से मस्जिद बनने शुरू हुई है. माशाल. Doctor, as you know that there are many people from other faiths also who watch this series and they have written to us that, you know, their understanding about Islam has become better. एक सवाल जो अक्सर उनके ज़हन में आता है, वह आज़ान को लेकर आता है. आज़ान जैसे कि हम जानते हैं is the call to prayer. तो उसके पीछे क्या कहानी है?</w:t>
      </w:r>
    </w:p>
    <w:p>
      <w:r>
        <w:rPr>
          <w:b/>
        </w:rPr>
        <w:t xml:space="preserve">[11:32] </w:t>
      </w:r>
      <w:r>
        <w:t>jaisa kaha jata hai ke ek sahabi ko ek khwab aaya aur woh khwab unhone rasool ullah ko bataya jo unko bahut pasand aaya. To uske peeche ki kahani ko bhi aawazen karein.</w:t>
      </w:r>
    </w:p>
    <w:p>
      <w:pPr>
        <w:jc w:val="right"/>
      </w:pPr>
      <w:r>
        <w:t>जैसे कहा जाता है कि एक सहाबी को एक ख्वाब आया और वह ख्वाब उन्होंने रसूल उल्लाह को बताया जो उनको बहुत पसंद आया. तो उसके पीछे की कहानी को भी आवाज़ें करें.</w:t>
      </w:r>
    </w:p>
    <w:p>
      <w:r>
        <w:rPr>
          <w:b/>
        </w:rPr>
        <w:t xml:space="preserve">[11:44] </w:t>
      </w:r>
      <w:r>
        <w:t>haan, jab woh masjid van gayi, masjid nabbi aur prophet ne ab socha ke yahan nawaz ka silsila shuru kiya jaye, to prophet ne apne saathiyon ko bulaya, kaha ke batao ke kaise hum logon ko bulayen namaz ke liye. To kisi ne kaha ke bigul bajaya jaye. Ek, ek instrument usse log sun ke aa jayenge.</w:t>
      </w:r>
    </w:p>
    <w:p>
      <w:pPr>
        <w:jc w:val="right"/>
      </w:pPr>
      <w:r>
        <w:t>हाँ, जब वह मस्जिद वन गई, मस्जिदें नब्बी और prophet ने अब सोचा कि यहाँ नवाज़ का सिलसिला शुरू किया जाए, तो prophet ने अपने साथियों को बुलाया, कहा कि बताओ कि कैसे हम लोगों को बुलाएं नमाज़ के लिए. तो किसी ने कहा कि बिगुल बजाया जाए. एक, एक instrument उससे लोग sun के आ जाएंगे.</w:t>
      </w:r>
    </w:p>
    <w:p>
      <w:r>
        <w:rPr>
          <w:b/>
        </w:rPr>
        <w:t xml:space="preserve">[12:13] </w:t>
      </w:r>
      <w:r>
        <w:t>kisi ne kaha ke naqoos bajaya jaye. Naqoos ek frame jaise hota hai na, lakdi ka aisa frame jaise chaukhat hoti hai uske upar ghanti lagi rehti thi. Usko bajate thay. Christians apne churches mein us waqt bajay karte thay. To aur is tarah ki kuch aur baatein bataiye ke ek janwar ka seem hota hai usmein se phoonk marte hain to awaz nikalti hai. To prophet ko koi pasand nahi aayi yeh sab baatein.</w:t>
      </w:r>
    </w:p>
    <w:p>
      <w:pPr>
        <w:jc w:val="right"/>
      </w:pPr>
      <w:r>
        <w:t>किसी ने कहा कि नाकूस बजाया जाए. नाकूस एक frame जैसे होता है ना, लकड़ी का ऐसा frame जैसे चौकठ होती है उसके ऊपर घंटी लगी रहती थी. उसको बजाते थे. Christians अपने churches में उस वक्त बजाय करते थे. तो और इस तरह की कुछ और बातें बताइए कि एक जानवर का सीम होता है उसमें से फूंक मारते हैं तो आवाज़ निकलती है. तो prophet को कोई पसंद नहीं आई यह सब बातें.</w:t>
      </w:r>
    </w:p>
    <w:p>
      <w:r>
        <w:rPr>
          <w:b/>
        </w:rPr>
        <w:t xml:space="preserve">[12:40] </w:t>
      </w:r>
      <w:r>
        <w:t>to hazrat umar razillahan ne kaha ke aisa karte hain ke kisi ko bhej denge. Basti mein wo ghoom ghoom ke keh dega namaz namaz, salad salad. To prophet ne kaha theek hai yeh behtar tareeka lagta hai. To yahi shuru ho gaya. Hazrat bilal chale jate thay aur assalah to jamiya tum assalah to jamiya kehte thay to log aa jaye karte thay.</w:t>
      </w:r>
    </w:p>
    <w:p>
      <w:pPr>
        <w:jc w:val="right"/>
      </w:pPr>
      <w:r>
        <w:t>तो हज़त उमर रजिल्लाहान ने कहा कि ऐसा करते हैं कि किसी को भेज देंगे. बस्ती में वो घूम घूम के कह देगा नमाज़ नमाज़, सलाद सलाद. तो prophet ने कहा ठीक है यह बेहतर तरीका लगता है. तो यही शुरू हो गया. हज़रत बिलाल चले जाते थे और अस्सलाह तो जामिया तुम अस्सलाह तो जामिया कहते थे तो लोग आ जाये करते थे.</w:t>
      </w:r>
    </w:p>
    <w:p>
      <w:r>
        <w:rPr>
          <w:b/>
        </w:rPr>
        <w:t xml:space="preserve">[13:07] </w:t>
      </w:r>
      <w:r>
        <w:t>lekin phir prophet ne socha ke naqoosh hi banwa lete hain.</w:t>
      </w:r>
    </w:p>
    <w:p>
      <w:pPr>
        <w:jc w:val="right"/>
      </w:pPr>
      <w:r>
        <w:t>लेकिन फिर prophet ने सोचा कि नाकूस ही बनवा लेते हैं.</w:t>
      </w:r>
    </w:p>
    <w:p>
      <w:r>
        <w:rPr>
          <w:b/>
        </w:rPr>
        <w:t xml:space="preserve">[13:13] </w:t>
      </w:r>
      <w:r>
        <w:t>to order de diya naqoosh banane ke liye.</w:t>
      </w:r>
    </w:p>
    <w:p>
      <w:pPr>
        <w:jc w:val="right"/>
      </w:pPr>
      <w:r>
        <w:t>तो order दे दिया नाकूस बनाने के लिए.</w:t>
      </w:r>
    </w:p>
    <w:p>
      <w:r>
        <w:rPr>
          <w:b/>
        </w:rPr>
        <w:t xml:space="preserve">[13:19] </w:t>
      </w:r>
      <w:r>
        <w:t>to us raat ek sahabi the jinka naam tha Abdullahib Nijad.</w:t>
      </w:r>
    </w:p>
    <w:p>
      <w:pPr>
        <w:jc w:val="right"/>
      </w:pPr>
      <w:r>
        <w:t>तो उस रात एक सहाबी थे जिनका नाम था अब्दुल्लाहीब निजायद.</w:t>
      </w:r>
    </w:p>
    <w:p>
      <w:r>
        <w:rPr>
          <w:b/>
        </w:rPr>
        <w:t xml:space="preserve">[13:25] </w:t>
      </w:r>
      <w:r>
        <w:t>to Abdullahib Nijad razillan ek sahabi the aur inki jo wife thi unka naam tha Fatima bint Al</w:t>
      </w:r>
    </w:p>
    <w:p>
      <w:pPr>
        <w:jc w:val="right"/>
      </w:pPr>
      <w:r>
        <w:t>तो अब्दुल्लाईब निजायद रजिल्लान एक साहबी थे और इनकी जो wife थी उनका नाम था फातिमा बिंद अल</w:t>
      </w:r>
    </w:p>
    <w:p>
      <w:r>
        <w:rPr>
          <w:b/>
        </w:rPr>
        <w:t xml:space="preserve">[13:31] </w:t>
      </w:r>
      <w:r>
        <w:t>Khattab yaani Hazrat Umar ibnul Khattab ki behan.</w:t>
      </w:r>
    </w:p>
    <w:p>
      <w:pPr>
        <w:jc w:val="right"/>
      </w:pPr>
      <w:r>
        <w:t>खत्ताब यानी हज़द उमर इब्नुल खत्ताब की बहन.</w:t>
      </w:r>
    </w:p>
    <w:p>
      <w:r>
        <w:rPr>
          <w:b/>
        </w:rPr>
        <w:t xml:space="preserve">[13:38] </w:t>
      </w:r>
      <w:r>
        <w:t>yeh wahi fatima hai jinki wajah se hazrat umar islam mein dakhil hue. Yeh waqiya aapke ilme hoga ke hazrat umar pehle bahut hi strong opponent thay profit ke. To ek din unhe pata chala ke unke jo brother in law hain aur unki behan dono profit ke follower van gaye.</w:t>
      </w:r>
    </w:p>
    <w:p>
      <w:pPr>
        <w:jc w:val="right"/>
      </w:pPr>
      <w:r>
        <w:t>यह वही फातिमा है जिनकी वजह से हज़रत उमर इस्लाम में दाखिल हुए. यह वाक़िया आपके इल्मे होगा कि हज़ारत उमर पहले बहुत ही strong opponent थे profit के. तो एक दिन उन्हें पता चला कि उनके जो brother in law हैं और उनकी बहन दोनों profit के follower वन गए.</w:t>
      </w:r>
    </w:p>
    <w:p>
      <w:r>
        <w:rPr>
          <w:b/>
        </w:rPr>
        <w:t xml:space="preserve">[14:04] </w:t>
      </w:r>
      <w:r>
        <w:t>to bade gusse mein gaye unke ghar aur jaake apne brother in law ko maarne lage.</w:t>
      </w:r>
    </w:p>
    <w:p>
      <w:pPr>
        <w:jc w:val="right"/>
      </w:pPr>
      <w:r>
        <w:t>तो बड़े गुस्से में गए उनके घर और जाके अपने brother in law को मारने लगे.</w:t>
      </w:r>
    </w:p>
    <w:p>
      <w:r>
        <w:rPr>
          <w:b/>
        </w:rPr>
        <w:t xml:space="preserve">[14:18] </w:t>
      </w:r>
      <w:r>
        <w:t>to itne mein unki behan aa gayi bachane ke liye unko bhi chot lag gayi aur chehre se</w:t>
      </w:r>
    </w:p>
    <w:p>
      <w:pPr>
        <w:jc w:val="right"/>
      </w:pPr>
      <w:r>
        <w:t>तो इतने में उनकी बहन आ गई बचाने के लिए उनको भी चोट लग गई और चेहरे से</w:t>
      </w:r>
    </w:p>
    <w:p>
      <w:r>
        <w:rPr>
          <w:b/>
        </w:rPr>
        <w:t xml:space="preserve">[14:33] </w:t>
      </w:r>
      <w:r>
        <w:t>kuch khoon nikalne laga.</w:t>
      </w:r>
    </w:p>
    <w:p>
      <w:pPr>
        <w:jc w:val="right"/>
      </w:pPr>
      <w:r>
        <w:t>कुछ खून निकलने लगा.</w:t>
      </w:r>
    </w:p>
    <w:p>
      <w:r>
        <w:rPr>
          <w:b/>
        </w:rPr>
        <w:t xml:space="preserve">[14:48] </w:t>
      </w:r>
      <w:r>
        <w:t>to yeh ek sabit hai abdullahib ne zaid jinhone khoub dekha us raat ke woh raste mein ja rahe hain kahin aur raste mein ek aadmi khada hua hai naqoos liye hue. Woh jo ek continua ek frame hota hai. To aur usne green color ke kapde pahne hue hain.</w:t>
      </w:r>
    </w:p>
    <w:p>
      <w:pPr>
        <w:jc w:val="right"/>
      </w:pPr>
      <w:r>
        <w:t>तो यह एक साबित है अब्दुल्लाहिब ने जैद जिन्होंने खौब देखा उस रात कि वह रास्ते में जा रहे हैं कहीं और रास्ते में एक आदमी खड़ा हुआ है नाकूस लिए हुए. वह जो एक continua एक frame होता है. तो और उसने green color के कपड़े पहने हुए हैं.</w:t>
      </w:r>
    </w:p>
    <w:p>
      <w:r>
        <w:rPr>
          <w:b/>
        </w:rPr>
        <w:t xml:space="preserve">[15:13] </w:t>
      </w:r>
      <w:r>
        <w:t>to Abdullahib ne Jayed gaye unke paas aur kaha ke yeh jo naqoosh hai main khareedna chahta hoon.</w:t>
      </w:r>
    </w:p>
    <w:p>
      <w:pPr>
        <w:jc w:val="right"/>
      </w:pPr>
      <w:r>
        <w:t>तो अब्दुल्लाहीब ने जायद गए उनके पास और कहा कि यह जो नाकूस है मैं खरीदना चाहता हूं.</w:t>
      </w:r>
    </w:p>
    <w:p>
      <w:r>
        <w:rPr>
          <w:b/>
        </w:rPr>
        <w:t xml:space="preserve">[15:22] </w:t>
      </w:r>
      <w:r>
        <w:t>to us aadmi ne kaha jisne green kapde pahne hue the ki tum karoge kya iska?</w:t>
      </w:r>
    </w:p>
    <w:p>
      <w:pPr>
        <w:jc w:val="right"/>
      </w:pPr>
      <w:r>
        <w:t>तो उस आदमी ने कहा जिसने green कपड़े पहने हुए थे कि तुम करोगे क्या इसका?</w:t>
      </w:r>
    </w:p>
    <w:p>
      <w:r>
        <w:rPr>
          <w:b/>
        </w:rPr>
        <w:t xml:space="preserve">[15:31] </w:t>
      </w:r>
      <w:r>
        <w:t>to inhon ne kaha ki main namaz se pehle isko bajaoonga logon ko bulane ke liye ghanti, iski jo hai.</w:t>
      </w:r>
    </w:p>
    <w:p>
      <w:pPr>
        <w:jc w:val="right"/>
      </w:pPr>
      <w:r>
        <w:t>तो इन्होंने कहा कि मैं नमाज़ से पहले इसको बजाऊंगा लोगों को बुलाने के लिए घंटी, इसकी जो है.</w:t>
      </w:r>
    </w:p>
    <w:p>
      <w:r>
        <w:rPr>
          <w:b/>
        </w:rPr>
        <w:t xml:space="preserve">[15:40] </w:t>
      </w:r>
      <w:r>
        <w:t>to usne kaha ki achha main tumhein ek aur isse behtar tareeka batata hoon.</w:t>
      </w:r>
    </w:p>
    <w:p>
      <w:pPr>
        <w:jc w:val="right"/>
      </w:pPr>
      <w:r>
        <w:t>तो उसने कहा कि अच्छा मैं तुम्हें एक और इससे बेहतर तरीका बताता हूं.</w:t>
      </w:r>
    </w:p>
    <w:p>
      <w:r>
        <w:rPr>
          <w:b/>
        </w:rPr>
        <w:t xml:space="preserve">[15:49] </w:t>
      </w:r>
      <w:r>
        <w:t>to unhon ne kaha bataiye.</w:t>
      </w:r>
    </w:p>
    <w:p>
      <w:pPr>
        <w:jc w:val="right"/>
      </w:pPr>
      <w:r>
        <w:t>तो उन्होंने कहा बताइए.</w:t>
      </w:r>
    </w:p>
    <w:p>
      <w:r>
        <w:rPr>
          <w:b/>
        </w:rPr>
        <w:t xml:space="preserve">[15:59] </w:t>
      </w:r>
      <w:r>
        <w:t>us aadmi ne abdullah bimuzayd ko batai. To jaise unki aankh khuli, foreign profit ke paas aaye subah savere fazir se pehle aur bataye ke maine aisa khoub dekha hai aur yeh alfaaz bataya ek aadmi ne khoub mein to rasoolullah salm ko bahut pasand aaya woh. Kaha ke yeh bilkul sachha khoub tha aur yeh jo green kapde wala aadmi khoub mein tumne dekha woh ek farishta tha.</w:t>
      </w:r>
    </w:p>
    <w:p>
      <w:pPr>
        <w:jc w:val="right"/>
      </w:pPr>
      <w:r>
        <w:t>उस आदमी ने अब्दुल्लाह बिमुज़ायद को बताई. तो जैसे उनकी आंख खुली, foreign profit के पास आए सुबह सवेरे फज़ीर से पहले और बताए कि मैंने ऐसा खौब देखा है और यह अल्फाज़ बताया एक आदमी ने खौब में तो रसूल्लाह सलम को बहुत पसंद आया वह. कहा कि यह बिल्कुल सच्चा खौब था और यह जो green कपड़े वाला आदमी खौब में तुमने देखा वह एक फरिश्ता था.</w:t>
      </w:r>
    </w:p>
    <w:p>
      <w:r>
        <w:rPr>
          <w:b/>
        </w:rPr>
        <w:t xml:space="preserve">[16:27] </w:t>
      </w:r>
      <w:r>
        <w:t>to is tarah se namaz shuru ho gayi aur rasoolullah sallam ne kaha hazrd bilal razillahan se ke tum jao aur aazan do chuki unki awaz bahut achhi thi, bahut buland awaz thi. To is tarike se namaz shuru, aazan shuru hui madina mein pehli baar. Ji ji ji. Doctor aap lekin jaisa har ek cheez ka ek form hota hai aur ek spirit bhi hoti hai. To aazan ki kya spirit hai?</w:t>
      </w:r>
    </w:p>
    <w:p>
      <w:pPr>
        <w:jc w:val="right"/>
      </w:pPr>
      <w:r>
        <w:t>तो इस तरह से नमाज़ शुरू हो गई और रसोल्लाह सल्लम ने कहा हज़र्द बिलाल रजिल्लाहान से कि तुम जाओ और आसान दो चूंकि उनकी आवाज़ बहुत अच्छी थी, बहुत बुलंद आवाज़ थी. तो इस तरीके से नमाज़ शुरू, आसान शुरू हुई मदीना में पहली बार. जी जी जी. Doctor आप लेकिन जैसे हर एक चीज़ का एक form होता है और एक spirit भी होती है. तो आसान की क्या spirit है?</w:t>
      </w:r>
    </w:p>
    <w:p>
      <w:r>
        <w:rPr>
          <w:b/>
        </w:rPr>
        <w:t xml:space="preserve">[16:56] </w:t>
      </w:r>
      <w:r>
        <w:t>iske baare mein bhi hum sabko bataiye.</w:t>
      </w:r>
    </w:p>
    <w:p>
      <w:pPr>
        <w:jc w:val="right"/>
      </w:pPr>
      <w:r>
        <w:t>इसके बारे में भी हम सबको बताइए.</w:t>
      </w:r>
    </w:p>
    <w:p>
      <w:r>
        <w:rPr>
          <w:b/>
        </w:rPr>
        <w:t xml:space="preserve">[17:07] </w:t>
      </w:r>
      <w:r>
        <w:t>aazan ki jo spirit hai wah ek dua hai jo prophet mohammad ne sahaba sikh kahi thi ki</w:t>
      </w:r>
    </w:p>
    <w:p>
      <w:pPr>
        <w:jc w:val="right"/>
      </w:pPr>
      <w:r>
        <w:t>आज़ान की जो spirit है वह एक दुआ है जो prophet मोहम्मद ने साहबा सिख कही थी कि</w:t>
      </w:r>
    </w:p>
    <w:p>
      <w:r>
        <w:rPr>
          <w:b/>
        </w:rPr>
        <w:t xml:space="preserve">[17:18] </w:t>
      </w:r>
      <w:r>
        <w:t>tum yeh dua kara karo jab tum aazan suno.</w:t>
      </w:r>
    </w:p>
    <w:p>
      <w:pPr>
        <w:jc w:val="right"/>
      </w:pPr>
      <w:r>
        <w:t>तुम यह दुआ करा करो जब तुम आज़ान सुनो.</w:t>
      </w:r>
    </w:p>
    <w:p>
      <w:r>
        <w:rPr>
          <w:b/>
        </w:rPr>
        <w:t xml:space="preserve">[17:29] </w:t>
      </w:r>
      <w:r>
        <w:t>is kamil pukaar aur is qayam hone wali namaz ke rab to prophet mohammad ke ko waseela de</w:t>
      </w:r>
    </w:p>
    <w:p>
      <w:pPr>
        <w:jc w:val="right"/>
      </w:pPr>
      <w:r>
        <w:t>इस कामिल पुकार और इस कायम होने वाली नमाज़ के रब तो prophet मोहम्मद के को वसीला दे</w:t>
      </w:r>
    </w:p>
    <w:p>
      <w:r>
        <w:rPr>
          <w:b/>
        </w:rPr>
        <w:t xml:space="preserve">[17:44] </w:t>
      </w:r>
      <w:r>
        <w:t>aur fazeelat de aur unko maqam mein mahmood par faiz kar jiska tune makame mahmood par, makame mahmood</w:t>
      </w:r>
    </w:p>
    <w:p>
      <w:pPr>
        <w:jc w:val="right"/>
      </w:pPr>
      <w:r>
        <w:t>और फ़ज़ीलत दे और उनको मकाम में महमूद पर फ़ाइज़ कर जिसका तूने मकामे महमूद पर, मकामे महमूद</w:t>
      </w:r>
    </w:p>
    <w:p>
      <w:r>
        <w:rPr>
          <w:b/>
        </w:rPr>
        <w:t xml:space="preserve">[17:59] </w:t>
      </w:r>
      <w:r>
        <w:t>par pais kar jiska tune unse wada kiya hai.</w:t>
      </w:r>
    </w:p>
    <w:p>
      <w:pPr>
        <w:jc w:val="right"/>
      </w:pPr>
      <w:r>
        <w:t>पर पैस कर जिसका तूने उनसे वादा किया है.</w:t>
      </w:r>
    </w:p>
    <w:p>
      <w:r>
        <w:rPr>
          <w:b/>
        </w:rPr>
        <w:t xml:space="preserve">[18:14] </w:t>
      </w:r>
      <w:r>
        <w:t>to yeh jo dwaah hai, yeh badi ahum hai. iske do bade nuaaya pehlu hain. ek to aazaan ko ismein daawat taammak aa gaya hai yaani complete prayer, complete call ya perfect call. to ek tareeke se dekha jaaye to aazaan jo hai woh ek initial call for dawa hai.</w:t>
      </w:r>
    </w:p>
    <w:p>
      <w:pPr>
        <w:jc w:val="right"/>
      </w:pPr>
      <w:r>
        <w:t>तो यह जो द्वाह है, यह बड़ी अहम् है. इसके दो बड़े नुवाया पहलू हैं. एक तो आज़ान को इसमें दावत ताम्मक आ गया है यानी complete prayer, complete call या perfect call. तो एक तरीके से देखा जाए तो आज़ान जो है वो एक initial call for दावा है.</w:t>
      </w:r>
    </w:p>
    <w:p>
      <w:r>
        <w:rPr>
          <w:b/>
        </w:rPr>
        <w:t xml:space="preserve">[18:37] </w:t>
      </w:r>
      <w:r>
        <w:t>haalaanki dawa to ek bahut hi bada discipline hai jismein har insaan ko lagna chahiye aur woh doosre logon ke liye khairkhwahi ka jazba hona chahiye aur quran ka paidaam un tak pahunchana, apna farz samajhna chahiye.</w:t>
      </w:r>
    </w:p>
    <w:p>
      <w:pPr>
        <w:jc w:val="right"/>
      </w:pPr>
      <w:r>
        <w:t>हालांकि दावा तो एक बहुत ही बड़ा discipline है जिसमें हर इंसान को लगना चाहिए और वो दूसरे लोगों के लिए खैरख्वाही का जज़्बा होना चाहिए और कुरान का पैदाम उन तक पहुंचाना, अपना फर्ज समझना चाहिए.</w:t>
      </w:r>
    </w:p>
    <w:p>
      <w:r>
        <w:rPr>
          <w:b/>
        </w:rPr>
        <w:t xml:space="preserve">[18:52] </w:t>
      </w:r>
      <w:r>
        <w:t>lekin yeh ek initial dawat bhi hai azan ki isse logon ko ek elaan kar diya gaya ki</w:t>
      </w:r>
    </w:p>
    <w:p>
      <w:pPr>
        <w:jc w:val="right"/>
      </w:pPr>
      <w:r>
        <w:t>लेकिन यह एक initial दावत भी है अज़ान कि इससे लोगों को एक ऐलान कर दिया गया कि</w:t>
      </w:r>
    </w:p>
    <w:p>
      <w:r>
        <w:rPr>
          <w:b/>
        </w:rPr>
        <w:t xml:space="preserve">[18:58] </w:t>
      </w:r>
      <w:r>
        <w:t>haiya alsala, haiya alsala, kaamyaabi ki taraf aao, kaamya Allah Allah waqbar, Allah bada hai ye saari cheezein</w:t>
      </w:r>
    </w:p>
    <w:p>
      <w:pPr>
        <w:jc w:val="right"/>
      </w:pPr>
      <w:r>
        <w:t>हैया अल्सला, हैया अल्सला, कामयाबी की तरफ आओ, कामया अल्लाह अल्लाह वक्बर, अल्लाह बड़ा है ये सारी चीज़ें</w:t>
      </w:r>
    </w:p>
    <w:p>
      <w:r>
        <w:rPr>
          <w:b/>
        </w:rPr>
        <w:t xml:space="preserve">[19:05] </w:t>
      </w:r>
      <w:r>
        <w:t>ek elaan hai ki jo maane wo maane wo jo na maane wo na maane aur doosri baat</w:t>
      </w:r>
    </w:p>
    <w:p>
      <w:pPr>
        <w:jc w:val="right"/>
      </w:pPr>
      <w:r>
        <w:t>एक ऐलान है कि जो माने वो माने वो जो ना माने वो ना माने और दूसरी बात</w:t>
      </w:r>
    </w:p>
    <w:p>
      <w:r>
        <w:rPr>
          <w:b/>
        </w:rPr>
        <w:t xml:space="preserve">[19:11] </w:t>
      </w:r>
      <w:r>
        <w:t>jo hai doosra pehlu jo hai jaise maine kaha ki ismein prophet mohammad ne khud sahaba se kaha</w:t>
      </w:r>
    </w:p>
    <w:p>
      <w:pPr>
        <w:jc w:val="right"/>
      </w:pPr>
      <w:r>
        <w:t>जो है दूसरा पहलू जो है जैसे मैंने कहा कि इसमें prophet मोहम्मद ने खुद साहबा से कहा</w:t>
      </w:r>
    </w:p>
    <w:p>
      <w:r>
        <w:rPr>
          <w:b/>
        </w:rPr>
        <w:t xml:space="preserve">[19:18] </w:t>
      </w:r>
      <w:r>
        <w:t>tha ki yeh dua kiya karoon yaani yeh dua darasal prophet ke liye dua hai ki unke darjaat</w:t>
      </w:r>
    </w:p>
    <w:p>
      <w:pPr>
        <w:jc w:val="right"/>
      </w:pPr>
      <w:r>
        <w:t>था कि यह दुआ किया करूं यानी यह दुआ दरअसल prophet के लिए दुआ है कि उनके दर्जात</w:t>
      </w:r>
    </w:p>
    <w:p>
      <w:r>
        <w:rPr>
          <w:b/>
        </w:rPr>
        <w:t xml:space="preserve">[19:24] </w:t>
      </w:r>
      <w:r>
        <w:t>buland kar unko faiz kar makame mahmood par to yeh profit ke liye dua hai.</w:t>
      </w:r>
    </w:p>
    <w:p>
      <w:pPr>
        <w:jc w:val="right"/>
      </w:pPr>
      <w:r>
        <w:t>बुलंद कर उनको फाइज़ कर मकामे महमूद पर तो यह profit के लिए दुआ है.</w:t>
      </w:r>
    </w:p>
    <w:p>
      <w:r>
        <w:rPr>
          <w:b/>
        </w:rPr>
        <w:t xml:space="preserve">[19:31] </w:t>
      </w:r>
      <w:r>
        <w:t>ab profit ke liye dua hum kyun karte hain? uski wajah yeh hai ki hamein jo guidance mili hai, jo sachchai mili hai woh profit mohammad sallam se mili hai, wali wali</w:t>
      </w:r>
    </w:p>
    <w:p>
      <w:pPr>
        <w:jc w:val="right"/>
      </w:pPr>
      <w:r>
        <w:t>अब profit के लिए दुआ हम क्यों करते हैं? उसकी वजह यह है कि हमें जो guidance मिली है, जो सच्चाई मिली है वो profit मोहम्मद सल्लम से मिली है, वाली वाली</w:t>
      </w:r>
    </w:p>
    <w:p>
      <w:r>
        <w:rPr>
          <w:b/>
        </w:rPr>
        <w:t xml:space="preserve">[20:01] </w:t>
      </w:r>
      <w:r>
        <w:t>salah wali wali na kahe to log ghoomne lagenge. aapko yaad hoga maulana ka ek program tha. ji. US mein to ek aadmi stage par aa gaya shor machane laga. bahut se bahut keh denge ye honorable words hain, taazimi kalimaat hain.</w:t>
      </w:r>
    </w:p>
    <w:p>
      <w:pPr>
        <w:jc w:val="right"/>
      </w:pPr>
      <w:r>
        <w:t>सलाह वाली वाली ना कहे तो लोग घूमने लगेंगे. आपको याद होगा मौलाना का एक program था. जी. US में तो एक आदमी stage पर आ गया शोर मचाने लगा. बहुत से बहुत कह देंगे ये honorable words हैं, ताज़ीमी कलिमात हैं.</w:t>
      </w:r>
    </w:p>
    <w:p>
      <w:r>
        <w:rPr>
          <w:b/>
        </w:rPr>
        <w:t xml:space="preserve">[20:31] </w:t>
      </w:r>
      <w:r>
        <w:t>jaise pehle baadshahon ke hote the your highness, your majesty ya mughal baadshahon ke al ke liye jo</w:t>
      </w:r>
    </w:p>
    <w:p>
      <w:pPr>
        <w:jc w:val="right"/>
      </w:pPr>
      <w:r>
        <w:t>जैसे पहले बादशाओं के होते थे your highness, your majesty या मुगल बादशाओं के अल्ल के लिए जो</w:t>
      </w:r>
    </w:p>
    <w:p>
      <w:r>
        <w:rPr>
          <w:b/>
        </w:rPr>
        <w:t xml:space="preserve">[20:42] </w:t>
      </w:r>
      <w:r>
        <w:t>alqaab hote the jille ilahi, shahjahan ab shahjahan koi unka naam thodi tha unka naam to khurram tha</w:t>
      </w:r>
    </w:p>
    <w:p>
      <w:pPr>
        <w:jc w:val="right"/>
      </w:pPr>
      <w:r>
        <w:t>अलकाब होते थे जिल्ले इलाही, शाहजहां अब शाहजहां कोई उनका नाम थोड़ी था उनका नाम तो खुरम था</w:t>
      </w:r>
    </w:p>
    <w:p>
      <w:r>
        <w:rPr>
          <w:b/>
        </w:rPr>
        <w:t xml:space="preserve">[20:53] </w:t>
      </w:r>
      <w:r>
        <w:t>lekin shahjahan ke naam se mashhoor ho gaye.</w:t>
      </w:r>
    </w:p>
    <w:p>
      <w:pPr>
        <w:jc w:val="right"/>
      </w:pPr>
      <w:r>
        <w:t>लेकिन शाहजहां के नाम से मशहूर हो गए.</w:t>
      </w:r>
    </w:p>
    <w:p>
      <w:r>
        <w:rPr>
          <w:b/>
        </w:rPr>
        <w:t xml:space="preserve">[21:05] </w:t>
      </w:r>
      <w:r>
        <w:t>rasoolullah sallam ke liye aur sahaba ke liye yeh hai ki hamein inhi ke through guidance mili hai. to yahi hai aasan ki asli spirit mein. ji ji, bahut khoob doctor. doctor kai rawayaten aati hain jaise hazar umar ne farmaya ek baar ki agar main mauzind hota to mera kaam poora ho jaata. main raat ki baad'at ke liye na uthne ke liye aur na din mein roza rakhne ki parwah karta.</w:t>
      </w:r>
    </w:p>
    <w:p>
      <w:pPr>
        <w:jc w:val="right"/>
      </w:pPr>
      <w:r>
        <w:t>रसूल्लाह सल्लम के लिए और साहबा के लिए यह है कि हमें इन्हीं के through guidance मिली है. तो यही है आसान की असली spirit में. जी जी, बहुत खूब doctor. Doctor कई रवायतें आती हैं जैसे हज़ार उमर ने फरमाया एक बार कि अगर मैं मौज़िंद होता तो मेरा काम पूरा हो जाता. मैं रात की बादत के लिए ना उठने के लिए और ना दिन में रोज़ा रखने की परवाह करता.</w:t>
      </w:r>
    </w:p>
    <w:p>
      <w:r>
        <w:rPr>
          <w:b/>
        </w:rPr>
        <w:t xml:space="preserve">[21:35] </w:t>
      </w:r>
      <w:r>
        <w:t>maine rasool ullah ko yeh kehte hue suna hai ki e allah aazaan dene walon ki maghfirat farma. hazrat ali ne bhi ek baar farmaya ki mujhe is baat par bahut afsos hai ki maine hasan aur hussain ke liye rasoolullah se aazaan kyun nahi maangi? to mauzind ka role bahut important role hai DocsApp aur Islamic history mein jaise abhi bhi aapne zikr kiya. hazrat bilal pehle mauzind banaye gaye.</w:t>
      </w:r>
    </w:p>
    <w:p>
      <w:pPr>
        <w:jc w:val="right"/>
      </w:pPr>
      <w:r>
        <w:t>मैंने रसूल उल्लाह को यह कहते हुए सुना है कि ए अल्लाह आज़ान देने वालों की मकफिरत फरमा. हज़रत अली ने भी एक बार फरमाया कि मुझे इस बात पर बहुत अफसोस है कि मैंने हसन और हुसैन के लिए रसुल्लाह से आज़ान क्यों नहीं मांगी? तो मौज़िंद का role बहुत important role है DocsApp और Islamic history में जैसे अभी भी आपने ज़िक्र किया. हज़रत बिलाल पहले मौज़िंद बनाए गए.</w:t>
      </w:r>
    </w:p>
    <w:p>
      <w:r>
        <w:rPr>
          <w:b/>
        </w:rPr>
        <w:t xml:space="preserve">[22:03] </w:t>
      </w:r>
      <w:r>
        <w:t>to kya qualities rasool ullah ne dekha unke andar ki unko pehla mauzind banaya gaya? is iske baare mein bataein. bilal hazmat bilal rajilan ek slave the, ek African slave jo makka mein rehte the aur ek makka mein ek aadmi tha umaiya ebn e khalb, jo ki bahut hi zalim insaan tha.</w:t>
      </w:r>
    </w:p>
    <w:p>
      <w:pPr>
        <w:jc w:val="right"/>
      </w:pPr>
      <w:r>
        <w:t>तो क्या qualities रसूल उल्लाह ने देखा उनके अंदर कि उनको पहला मौज़िंद बनाया गया? इस इसके बारे में बताएं. बिलाल हज़म्मत बिलाल रजिलान एक slave थे, एक African slave जो मक्का में रहते थे और एक मक्का में एक आदमी था उमैया एब्ने खलब, जो कि बहुत ही जालिम इंसान था.</w:t>
      </w:r>
    </w:p>
    <w:p>
      <w:r>
        <w:rPr>
          <w:b/>
        </w:rPr>
        <w:t xml:space="preserve">[22:28] </w:t>
      </w:r>
      <w:r>
        <w:t>woh bilal, hazbat bilal ka master tha, aaka tha aur abu jahal umaiya ebn e khalb ka dost tha. to jab hazbat bilal prophet ko follow karne lage to ab abbu jahal ne aakar kaha umaiya ibn e khalb se ki tum bilal ke upar sakhti karo, maaro pito taaki wo mohammad ka saath chhod de.</w:t>
      </w:r>
    </w:p>
    <w:p>
      <w:pPr>
        <w:jc w:val="right"/>
      </w:pPr>
      <w:r>
        <w:t>वह बिलाल, हज़ब बिलाल का master था, आका था और अबू जहल उमैया एबने खलब का दोस्त था. तो जब हज़द बिलाल prophet को follow करने लगे तो अब अब्बू जहल ने आकर कहा उमैया अब्न खलब से कि तुम बिलाल के ऊपर सख्ती करो, मारो पीटो ताकि वो मोहम्मद का साथ छोड़ दे.</w:t>
      </w:r>
    </w:p>
    <w:p>
      <w:r>
        <w:rPr>
          <w:b/>
        </w:rPr>
        <w:t xml:space="preserve">[22:57] </w:t>
      </w:r>
      <w:r>
        <w:t>to maiya apne khalf ne yahi kiya maara peeta, lekin bilal ke upar koi asar nahi hua, tasse mast nahi hue woh. to usne kya kiya ek din ret par, jalti hui ret par lita diya. sehra mein yeh hota hai ki jab suraj nikalta hai aur ret tez dhoop hoti hai to ret bilkul aag ki tarah jalne lagti hai.</w:t>
      </w:r>
    </w:p>
    <w:p>
      <w:pPr>
        <w:jc w:val="right"/>
      </w:pPr>
      <w:r>
        <w:t>तो मैया अपने खल्फ ने यही किया मारा पीटा, लेकिन बिलाल के ऊपर कोई असर नहीं हुआ, टस्से मस्त नहीं हुए वो. तो उसने क्या किया एक दिन रेत पर, जलती हुई रेत पर लिटा दिया. सेहरा में यह होता है कि जब सूरज निकलता है और रेत तेज धूप होती है तो रेत बिल्कुल आग की तरह जलने लगती है.</w:t>
      </w:r>
    </w:p>
    <w:p>
      <w:r>
        <w:rPr>
          <w:b/>
        </w:rPr>
        <w:t xml:space="preserve">[23:21] </w:t>
      </w:r>
      <w:r>
        <w:t>to us par litaakar bahut hi bada patthar rakh diya seene par aur kaha ki tum mohammad ka inkaar karo warna tum maut tak isi haal mein pade rahoge. lekin filhaal sirf kehte rahe ahad ahad ahad ahad god is one god is one god is one.</w:t>
      </w:r>
    </w:p>
    <w:p>
      <w:pPr>
        <w:jc w:val="right"/>
      </w:pPr>
      <w:r>
        <w:t>तो उस पर लिटाकर बहुत ही बड़ा पत्थर रख दिया सीने पर और कहा कि तुम मोहम्मद का इनकार करो वरना तुम मौत तक इसी हाल में पड़े रहोगे. लेकिन फ़िलहाल सिर्फ कहते रहे अहद अहद अहद अहद god is one god is one god is one.</w:t>
      </w:r>
    </w:p>
    <w:p>
      <w:r>
        <w:rPr>
          <w:b/>
        </w:rPr>
        <w:t xml:space="preserve">[23:43] </w:t>
      </w:r>
      <w:r>
        <w:t>to jab prophet mohammad ko pata chala to prophet mohammad ne fauran hazrat abubakar ko bheja jo ki ek merchant the to wo aaye aur unhone wahi apne khalf se baat ki aur bilal ko khareed liya kyunki us zamane mein slavery ka zamana tha aur slaves khareede jaate the aur phir free kar diya hazbat bilal ko.</w:t>
      </w:r>
    </w:p>
    <w:p>
      <w:pPr>
        <w:jc w:val="right"/>
      </w:pPr>
      <w:r>
        <w:t>तो जब prophet मोहम्मद को पता चला तो prophet मोहम्मद ने फ़ौरन हज़रत अबूबाकर को भेजा जो कि एक merchant थे तो वो आए और उन्होंने वही अपने खलब से बात की और बिलाल को खरीद लिया क्योंकि उस जमाने में slavery का जमाना था और slaves खरीदे जाते थे और फिर free कर दिया हज़द बिलाल को.</w:t>
      </w:r>
    </w:p>
    <w:p>
      <w:r>
        <w:rPr>
          <w:b/>
        </w:rPr>
        <w:t xml:space="preserve">[24:06] </w:t>
      </w:r>
      <w:r>
        <w:t>to uske baad se hazbat bilal profit ke saath rehne lage aur bahut hi zyada loyal aur close companion the hazbat bilal. to jab ek baar profit ne puchha hazbat bilal se ki tumne wah kaun sa amal kiya tha jiski wajah se tum mujhse pehli jannat mein pahunch gaye?</w:t>
      </w:r>
    </w:p>
    <w:p>
      <w:pPr>
        <w:jc w:val="right"/>
      </w:pPr>
      <w:r>
        <w:t>तो उसके बाद से हज़द बिलाल profit के साथ रहने लगे और बहुत ही ज़्यादा loyal और close companion थे हज़द बिलाल. तो जब एक बार profit ने पुछा हज़द बिलाल से कि तुमने वह कौन सा अमल किया था जिसकी वजह से तुम मुझसे पहली जन्नत में पहुंच गए?</w:t>
      </w:r>
    </w:p>
    <w:p>
      <w:r>
        <w:rPr>
          <w:b/>
        </w:rPr>
        <w:t xml:space="preserve">[24:35] </w:t>
      </w:r>
      <w:r>
        <w:t>ki maine tumhari qadmon ki aahat jannat mein suni, apne se aage, mujhse aage the tum, yaani pehle hi pahunch gaye the. to jab rajat biral the wo bahut hi modest aur humble insaan the. unhone kaha ki maine koi aisa kaabile zikr kaam to nahi kiya. I have done nothing very significant. lekin bas yeh hai ki jab bhi main wazu karta hoon to do rakha namaz zaroor padta hoon.</w:t>
      </w:r>
    </w:p>
    <w:p>
      <w:pPr>
        <w:jc w:val="right"/>
      </w:pPr>
      <w:r>
        <w:t>कि मैंने तुम्हारी कदमों की आहट जन्नत में सुनी, अपने से आ गए, मुझसे आ गई थे तुम, यानी पहले ही पहुंच गए थे. तो जब रजत बिरल थे वो बहुत ही modest और humble इंसान थे. उन्होंने कहा कि मैंने कोई ऐसा काबले ज़िक्र काम तो नहीं किया. I have done nothing very significant. लेकिन बस यह है कि जब भी मैं वजू करता हूं तो दो रखा नमाज़ ज़रूर पड़ता हूं.</w:t>
      </w:r>
    </w:p>
    <w:p>
      <w:r>
        <w:rPr>
          <w:b/>
        </w:rPr>
        <w:t xml:space="preserve">[25:05] </w:t>
      </w:r>
      <w:r>
        <w:t>to yeh ek bajaye chhota sa amal hai lekin allah ne jannat mein pahuncha diya woh bhi prophet se pehle hazar bilal ko. to hadish mein aata hai ki insaan jo bhi achha kaam karta hai usmein regularity honi zaroori hai. aisa nahi ki achaanak bahut zyada kaam kar diya phir sab band kar diya. hatish mein aata hai ki khair ul amli adwammuha wa in kallah.</w:t>
      </w:r>
    </w:p>
    <w:p>
      <w:pPr>
        <w:jc w:val="right"/>
      </w:pPr>
      <w:r>
        <w:t>तो यह एक बजाय छोटा सा अमल है लेकिन अल्लाह ने जन्नत में पहुंचा दिया वह भी prophet से पहले हज़ार बिलाल को. तो हदीश में आता है कि इंसान जो भी अच्छा काम करता है उसमें regularity होनी ज़रूरी है. ऐसा नहीं कि अचानक बहुत ज़्यादा काम कर दिया फिर सब बंद कर दिया. हतीश में आता है कि खैर उल अमली अद्वमुहा व इन कल्लाह.</w:t>
      </w:r>
    </w:p>
    <w:p>
      <w:r>
        <w:rPr>
          <w:b/>
        </w:rPr>
        <w:t xml:space="preserve">[25:33] </w:t>
      </w:r>
      <w:r>
        <w:t>ki sabse achha amal woh hai ki jismein regularity ho, chahe wo thode hi kyun na ho, chhote hi amal kyun na ho. jaise hum log dawat ka kaam karte hain, quran logon ko dete hain. to ek purani aap dein, hafte mein ek baar, lekin usmein regularity ho. to yeh allah taala ko pasand hai aur iska kitna bada azar allah taala ne diya.</w:t>
      </w:r>
    </w:p>
    <w:p>
      <w:pPr>
        <w:jc w:val="right"/>
      </w:pPr>
      <w:r>
        <w:t>कि सबसे अच्छा अमल वो है कि जिसमें regularity हो, चाहे वो थोड़े ही क्यों ना हो, छोटे ही अमल क्यों ना हो. जैसे हम लोग दावत का काम करते हैं, कुरान लोगों को देते हैं. तो एक पुरानी आप दें, हफ्ते में एक बार, लेकिन उसमें regularity हो. तो यह अल्लाह तालाह को पसंद है और इसका कितना बड़ा अज़र अल्लाह तालाह ने दिया.</w:t>
      </w:r>
    </w:p>
    <w:p>
      <w:r>
        <w:rPr>
          <w:b/>
        </w:rPr>
        <w:t xml:space="preserve">[25:59] </w:t>
      </w:r>
      <w:r>
        <w:t>to hazbat bilal ko chunki inki awaaz bahut achhi thi aur guland awaaz thi to rasoolullah sallallah ne inko appoint kiya as mauzdeen aur rasoolullah kehte the ki e bilal namaz ki tayyari karo aur hamare dil ko rahat do. to hazbat bilal namaz ki tayyari karte the.</w:t>
      </w:r>
    </w:p>
    <w:p>
      <w:pPr>
        <w:jc w:val="right"/>
      </w:pPr>
      <w:r>
        <w:t>तो हज़ब बिलाल को चूंकि इनकी आवाज़ बहुत अच्छी थी और गुलंद आवाज़ थी तो रसूल्लाह सल्लाह ने इनको appoint किया as मौज़दीन और रसूल्लाह कहते थे कि ए बिलाल नमाज़ की तैयारी करो और हमारे दिल को राहत दो. तो हज़द बिलाल नमाज़ की तैयारी करते थे.</w:t>
      </w:r>
    </w:p>
    <w:p>
      <w:r>
        <w:rPr>
          <w:b/>
        </w:rPr>
        <w:t xml:space="preserve">[26:20] </w:t>
      </w:r>
      <w:r>
        <w:t>phir jab hazbat bilal ka aakhri waqt aaya mauj se qareeb to wo ek share padhte the ki gadan nal kil ahippa mohammad anw sahiiba, gadan nal kil ahippa mohammad anw sahiiba ki kal hum milenge apne doston se, apne mehboob doston se aur mohammad se aur unke saathiyon se. is tareeke se adut ki baatein hain.</w:t>
      </w:r>
    </w:p>
    <w:p>
      <w:pPr>
        <w:jc w:val="right"/>
      </w:pPr>
      <w:r>
        <w:t>फिर जब हज़द बिलाल का आखिरी वक्त आया मौज से करीब तो वह एक share पड़ते थे कि गदन नल किल अहिब्बा मोहम्मद अन्व सहिबा, गदन नल किल अहिब्बा मोहम्मद अन्व सहिबा कि कल हम मिलेंगे अपने दोस्तों से, अपने मेहबूक दोस्तों से और मोहम्मद से और उनके साथियों से. इस तरीके से अदुत की बातें हैं.</w:t>
      </w:r>
    </w:p>
    <w:p>
      <w:r>
        <w:rPr>
          <w:b/>
        </w:rPr>
        <w:t xml:space="preserve">[26:50] </w:t>
      </w:r>
      <w:r>
        <w:t>ji, doctor jaise aapne abhi yeh bahut hi achha tradition bataya hazrat dilal ke hawale se aur kaise jab prophet ne unse puchha ki what is that good deed that you did after embracing of Islam? so he said that nothing worth mentioning like you just stated doctor sahib. but after a performed ablution during day or night, I offered prayers as much as was written for me.</w:t>
      </w:r>
    </w:p>
    <w:p>
      <w:pPr>
        <w:jc w:val="right"/>
      </w:pPr>
      <w:r>
        <w:t>जी, doctor जैसे आपने अभी यह बहुत ही अच्छा tradition बताया हज़रत दिलाल के हवाले से और कैसे जब prophet ने उनसे पुछा कि what is that good deed that you did after embracing of Islam? So he said that nothing worth mentioning like you just stated doctor साहब. But after a performed ablution during day or night, I offered prayers as much as was written for me.</w:t>
      </w:r>
    </w:p>
    <w:p>
      <w:r>
        <w:rPr>
          <w:b/>
        </w:rPr>
        <w:t xml:space="preserve">[27:19] </w:t>
      </w:r>
      <w:r>
        <w:t>to doctor sahib agla sawal bhi mera yeh ablution yaani wazu ko lekar hi hai ki namaz ada karne se pehle wuzu kiya jaata hai. to uska kya significance hai uske baare mein bataein? wuzu jo hai woh bazai log samajhte hain ki haath pair dhona hai namaz se pehle taaki jo mail lagi hui hai, dhool wool woh saaf ho jaaye. woh bhi ek aspect hai lekin woh bahut hi minor aspect hai wuzu ka.</w:t>
      </w:r>
    </w:p>
    <w:p>
      <w:pPr>
        <w:jc w:val="right"/>
      </w:pPr>
      <w:r>
        <w:t>तो doctor साहब अगला सवाल भी मेरा यह ablution यानी वज़ू को लेकर ही है कि नमाज़ अदा करने से पहले वुजू किया जाता है. तो उसका क्या significance है उसके बारे में बताएं? वुजू जो है वह बज़ाई लोग समझते हैं कि हाथ पैर धोना है नमाज़ से पहले ताकि जो मैल लगी हुई है, धूल वूल वह साफ हो जाए. वह भी एक aspect है लेकिन वह बहुत ही minor aspect है वुजू का.</w:t>
      </w:r>
    </w:p>
    <w:p>
      <w:r>
        <w:rPr>
          <w:b/>
        </w:rPr>
        <w:t xml:space="preserve">[27:48] </w:t>
      </w:r>
      <w:r>
        <w:t>wuzu ek bahut hi ahum cheez hai namaz ki aur chunki badi badi badi hadishein aati hain prophet mohammad ki buzu ke baare mein. jaise prophet ne farmaya, prophet ne ek baar buzu kiya aur phir unke munh se hi alfaaz nikle ki e allah meri gunahon ko dho de.</w:t>
      </w:r>
    </w:p>
    <w:p>
      <w:pPr>
        <w:jc w:val="right"/>
      </w:pPr>
      <w:r>
        <w:t>वुजू एक बहुत ही अहम् चीज़ है नमाज़ की और चूंकि बड़ी बड़ी बड़ी हदीशें आती हैं prophet मोहम्मद की बुजू के बारे में. जैसे prophet ने फरमाया, prophet ने एक बार बुजू किया और फिर उनके मुंह से ही अल्फाज़ निकले कि ए अल्लाह मेरी गुनाहों को धो दे.</w:t>
      </w:r>
    </w:p>
    <w:p>
      <w:r>
        <w:rPr>
          <w:b/>
        </w:rPr>
        <w:t xml:space="preserve">[28:12] </w:t>
      </w:r>
      <w:r>
        <w:t>jaise ek safed kapda jab usko dhote hain to woh uski mail kuch ail saaf ho jaati hai aur hazrat usman ibn affan rajilan unhone bhi isi tarah ki baat kahi thi ki jab aadmi wuzu karta hai to uske guna dhulte rehte hain. yahan tak ki woh bilkul saaf ho jaata hai. aisi hi ek aur badi lambi hadish hai.</w:t>
      </w:r>
    </w:p>
    <w:p>
      <w:pPr>
        <w:jc w:val="right"/>
      </w:pPr>
      <w:r>
        <w:t>जैसे एक सफेद कपड़ा जब उसको धोते हैं तो वह उसकी मैल कुछ ऐल साफ हो जाती है और हज़रत उस्मान Ibn अफ़ान रजिल्लान उन्होंने भी इसी तरह की बात कही थी कि जब आदमी वज़ू करता है तो उसके गुना धुलते रहते हैं. यहां तक कि वह बिल्कुल साफ हो जाता है. ऐसी ही एक और बड़ी लंबी हदीश है.</w:t>
      </w:r>
    </w:p>
    <w:p>
      <w:r>
        <w:rPr>
          <w:b/>
        </w:rPr>
        <w:t xml:space="preserve">[28:36] </w:t>
      </w:r>
      <w:r>
        <w:t>us mein rasoolla ne kaha ke ek aadmi jab wuzu kare aur bahut achhi tarah wuzu kare, phir woh gaye ke main gawahi deta hoon ke allah ke siwa koi ibadat ke laiq nahi hai, koi uska shareek nahi hai aur main gawahi deta hoon ke prophet mohammed allah ke bande hain aur allah ke nambardar hain. toh uske liye jannat ke aathon darwaze khul jaate hain.</w:t>
      </w:r>
    </w:p>
    <w:p>
      <w:pPr>
        <w:jc w:val="right"/>
      </w:pPr>
      <w:r>
        <w:t>उसमें रसूल्ला ने कहा कि एक आदमी जब वज़ू करे और बहुत अच्छी तरह वज़ू करे, फिर वह गए कि मैं गवाही देता हूं कि अल्लाह के सिवा कोई बादत के लायक नहीं है, कोई उसका शरीक नहीं है और मैं गवाही देता हूं कि prophet मोहम्मद अल्लाह के बंदे हैं और अल्लाह के नगम्बर हैं. तो उसके लिए जन्नत के आठों दरवाज़े खुल जाते हैं.</w:t>
      </w:r>
    </w:p>
    <w:p>
      <w:r>
        <w:rPr>
          <w:b/>
        </w:rPr>
        <w:t xml:space="preserve">[29:06] </w:t>
      </w:r>
      <w:r>
        <w:t>kisi bhi darwaze se woh enter kar jaaye. toh yeh samajhna hoga ke buju agar sirf haath dhona hai toh phir yeh jannat ke darwaze khul jaate hain. iska matlab hai koi bahut hi gehri spirit hai iske behind. ji. ji. in fact doctor sahib cleanliness ke baare mein bahut si baatein islam mein milti hain. it is one of the basic tenet of the islamic faith.</w:t>
      </w:r>
    </w:p>
    <w:p>
      <w:pPr>
        <w:jc w:val="right"/>
      </w:pPr>
      <w:r>
        <w:t>किसी भी दरवाज़े से वो enter कर जाए. तो यह समझना होगा कि बुजू अगर सिर्फ हाथ धोना है तो फिर यह जन्नत के दरवाज़े खुल जाते हैं. इसका मतलब है कोई बहुत ही गहरी spirit है इसके behind. जी. जी. In fact doctor साहब cleanliness के बारे में बहुत सी बातें इस्लाम में मिलती हैं. It is one of the basic tenet of the इस्लामic faith.</w:t>
      </w:r>
    </w:p>
    <w:p>
      <w:r>
        <w:rPr>
          <w:b/>
        </w:rPr>
        <w:t xml:space="preserve">[29:35] </w:t>
      </w:r>
      <w:r>
        <w:t>even in chapter 74 of the quran, it is mentioned that cleanse your garments and keep away from pollution. aur hazrat ayesha ne bhi ek baar farmaya ke rasool ullah ne yeh hukum diya ke apne mohallon mein masjid banao aur unki safai rakho. toh doctor sahib ek sawal yeh bhi aata hai jaise aapne abhi wuzu ke baare mein bataya ke wuzu ki kya spirit hai? iske baare mein bhi hum sabko bataiye.</w:t>
      </w:r>
    </w:p>
    <w:p>
      <w:pPr>
        <w:jc w:val="right"/>
      </w:pPr>
      <w:r>
        <w:t>Even in chapter 74 of the कुरान, it is mentioned that cleanse your garments and keep away from pollution. और हज़द आयशा ने भी एक बार फरमाया कि रसोल उल्ला ने यह हुकुम दिया कि अपने मोहल्लों में मस्जिद बनाओ और उनकी सफाई रखो. तो डॉप साहब एक सवाल यह भी आता है जैसे आपने अभी वुजू के बारे में बताया कि वुजू की क्या spirit है? इसके बारे में भी हम सबको बताइए.</w:t>
      </w:r>
    </w:p>
    <w:p>
      <w:r>
        <w:rPr>
          <w:b/>
        </w:rPr>
        <w:t xml:space="preserve">[30:04] </w:t>
      </w:r>
      <w:r>
        <w:t>maulana ne is par likha hai ke ek hai zahiri wuzu aur ek hai batini wuzu. yaani ek hai outer evolution aur ek hai inner cleansing.</w:t>
      </w:r>
    </w:p>
    <w:p>
      <w:pPr>
        <w:jc w:val="right"/>
      </w:pPr>
      <w:r>
        <w:t>मौलाना ने इस पर लिखा है कि एक है जाहिरी वुजू और एक है बातिनी वुजू. यानी एक है outer evolution और एक है inner cleansing.</w:t>
      </w:r>
    </w:p>
    <w:p>
      <w:r>
        <w:rPr>
          <w:b/>
        </w:rPr>
        <w:t xml:space="preserve">[30:18] </w:t>
      </w:r>
      <w:r>
        <w:t>to dono cheezein jab shamil hongi to wahi yaani asal spirit wahi hai inner cleansing ya taskiya ki</w:t>
      </w:r>
    </w:p>
    <w:p>
      <w:pPr>
        <w:jc w:val="right"/>
      </w:pPr>
      <w:r>
        <w:t>तो दोनों चीज़ें जब शामिल होंगी तो वही यानी असल spirit वही है inner cleansing या तस्किया कि</w:t>
      </w:r>
    </w:p>
    <w:p>
      <w:r>
        <w:rPr>
          <w:b/>
        </w:rPr>
        <w:t xml:space="preserve">[30:25] </w:t>
      </w:r>
      <w:r>
        <w:t>aap agar gehrai se sochenge baaton ko to aapki jo inner personality hai usmein ek taskiya ka amal</w:t>
      </w:r>
    </w:p>
    <w:p>
      <w:pPr>
        <w:jc w:val="right"/>
      </w:pPr>
      <w:r>
        <w:t>आप अगर गहराई से सोचेंगे बातों को तो आपकी जो inner personality है उसमें एक तस्किया का अमल</w:t>
      </w:r>
    </w:p>
    <w:p>
      <w:r>
        <w:rPr>
          <w:b/>
        </w:rPr>
        <w:t xml:space="preserve">[30:32] </w:t>
      </w:r>
      <w:r>
        <w:t>shuru ho jayega aur jab wuzu karte hain to ek dua padi jati hai allah maz alli minat</w:t>
      </w:r>
    </w:p>
    <w:p>
      <w:pPr>
        <w:jc w:val="right"/>
      </w:pPr>
      <w:r>
        <w:t>शुरू हो जाएगा और जब वुजू करते हैं तो एक दुआ पड़ी जाती है अल्लाह मज़ अल्ली मिन्नत</w:t>
      </w:r>
    </w:p>
    <w:p>
      <w:r>
        <w:rPr>
          <w:b/>
        </w:rPr>
        <w:t xml:space="preserve">[30:39] </w:t>
      </w:r>
      <w:r>
        <w:t>tauhabeen, waj alli minat tahireen ki e allah mujhe tauba karne walon mein se bana aur mujhe paak</w:t>
      </w:r>
    </w:p>
    <w:p>
      <w:pPr>
        <w:jc w:val="right"/>
      </w:pPr>
      <w:r>
        <w:t>तौहाबीन, वज अल्ली मिन्नत तहिरीन कि ए अल्लाह मुझे तौबा करने वालों में से बना और मुझे पाक</w:t>
      </w:r>
    </w:p>
    <w:p>
      <w:r>
        <w:rPr>
          <w:b/>
        </w:rPr>
        <w:t xml:space="preserve">[30:46] </w:t>
      </w:r>
      <w:r>
        <w:t>saaf rehne walon mein se bana.</w:t>
      </w:r>
    </w:p>
    <w:p>
      <w:pPr>
        <w:jc w:val="right"/>
      </w:pPr>
      <w:r>
        <w:t>साफ रहने वालों में से बना.</w:t>
      </w:r>
    </w:p>
    <w:p>
      <w:r>
        <w:rPr>
          <w:b/>
        </w:rPr>
        <w:t xml:space="preserve">[30:54] </w:t>
      </w:r>
      <w:r>
        <w:t>toh ispe maulana ne bahut achha likha hai tasfeerul quran mein jahan wuzu ka zikr hai chapter five verse six. usmein likha hai ke jab insaan paani ke paas jaata hai toh paani ek bahut badi nemat hai. qudrat ki bahut badi nemat hai.</w:t>
      </w:r>
    </w:p>
    <w:p>
      <w:pPr>
        <w:jc w:val="right"/>
      </w:pPr>
      <w:r>
        <w:t>तो इसपे मौलाना ने बहुत अच्छा लिखा है तस्कीरुल कुरान में जहां वुजू का ज़िक्र है chapter five verse six. उसमें लिखा है कि जब इंसान पानी के पास जाता है तो पानी एक बहुत बड़ी नेमत है. कुदर की बहुत बड़ी नेमत है.</w:t>
      </w:r>
    </w:p>
    <w:p>
      <w:r>
        <w:rPr>
          <w:b/>
        </w:rPr>
        <w:t xml:space="preserve">[31:17] </w:t>
      </w:r>
      <w:r>
        <w:t>paani ke baghair insaan reh nahi sakta toh woh allah ka shukr ada karta hai aur phir woh apne haathon ko dhota hai toh ye haathon ko dhona ek amli dua ban jaati hai, kya allah mere is haath se jo poore kaam hue hon usko meri shakhsiyat mein se dho de.</w:t>
      </w:r>
    </w:p>
    <w:p>
      <w:pPr>
        <w:jc w:val="right"/>
      </w:pPr>
      <w:r>
        <w:t>पानी के बगैर इंसान रह नहीं सकता तो वह अल्लाह का शुक्रादा करता है और फिर वह अपने हाथों को धोता है तो ये हाथों को धोना एक अमली द्वा वन जाती है, क्या अल्लाह मेरे इस हाथ से जो पूरे काम हुए हों उसको मेरी शख्सियत में से धो दे.</w:t>
      </w:r>
    </w:p>
    <w:p>
      <w:r>
        <w:rPr>
          <w:b/>
        </w:rPr>
        <w:t xml:space="preserve">[31:39] </w:t>
      </w:r>
      <w:r>
        <w:t>isi tarah se wo haath se apna munh dhota hai, achara dhota hai to yeh amal ek dua</w:t>
      </w:r>
    </w:p>
    <w:p>
      <w:pPr>
        <w:jc w:val="right"/>
      </w:pPr>
      <w:r>
        <w:t>इसी तरीके से वो हाथ से अपना मुंह धोता है, अचारा धोता है तो यह अमल एक दुआ</w:t>
      </w:r>
    </w:p>
    <w:p>
      <w:r>
        <w:rPr>
          <w:b/>
        </w:rPr>
        <w:t xml:space="preserve">[31:45] </w:t>
      </w:r>
      <w:r>
        <w:t>mein dhal jata hai ke aye allah mere munh se koi agar galat baat nikli ho, maine koi</w:t>
      </w:r>
    </w:p>
    <w:p>
      <w:pPr>
        <w:jc w:val="right"/>
      </w:pPr>
      <w:r>
        <w:t>में ढल जाता है कि ऐ अल्लाह मेरे मुंह से कोई अगर गलत बात निकली हो, मैंने कोई</w:t>
      </w:r>
    </w:p>
    <w:p>
      <w:r>
        <w:rPr>
          <w:b/>
        </w:rPr>
        <w:t xml:space="preserve">[31:52] </w:t>
      </w:r>
      <w:r>
        <w:t>galat bayani ki ho to aur meri aankhon ne koi galat cheez dekhi ho, koi galat raste par</w:t>
      </w:r>
    </w:p>
    <w:p>
      <w:pPr>
        <w:jc w:val="right"/>
      </w:pPr>
      <w:r>
        <w:t>गलत बयानी की हो तो और मेरी आंखों ने कोई गलत चीज़ देखी हो, कोई गलत रास्ते पर</w:t>
      </w:r>
    </w:p>
    <w:p>
      <w:r>
        <w:rPr>
          <w:b/>
        </w:rPr>
        <w:t xml:space="preserve">[31:59] </w:t>
      </w:r>
      <w:r>
        <w:t>mein chala hoon aur to is tarike se mere kaan ne koi galat baat suni ho to inke</w:t>
      </w:r>
    </w:p>
    <w:p>
      <w:pPr>
        <w:jc w:val="right"/>
      </w:pPr>
      <w:r>
        <w:t>मैं चला हूं और तो इस तरीके से मेरे कान ने कोई गलत बात सुनी हो तो इनके</w:t>
      </w:r>
    </w:p>
    <w:p>
      <w:r>
        <w:rPr>
          <w:b/>
        </w:rPr>
        <w:t xml:space="preserve">[32:06] </w:t>
      </w:r>
      <w:r>
        <w:t>saare jo bure asraat hain usko dho de aur meri shakhsiyat se usko khatm kar de aur isi</w:t>
      </w:r>
    </w:p>
    <w:p>
      <w:pPr>
        <w:jc w:val="right"/>
      </w:pPr>
      <w:r>
        <w:t>सारे जो बुरे असरात हैं उसको धो दे और मेरी शख्सियत से उसको खत्म कर दे और इसी</w:t>
      </w:r>
    </w:p>
    <w:p>
      <w:r>
        <w:rPr>
          <w:b/>
        </w:rPr>
        <w:t xml:space="preserve">[32:12] </w:t>
      </w:r>
      <w:r>
        <w:t>tarike se woh hath apna bheega hua hath sar par aise karta hai jisko masla kehte hain to</w:t>
      </w:r>
    </w:p>
    <w:p>
      <w:pPr>
        <w:jc w:val="right"/>
      </w:pPr>
      <w:r>
        <w:t>तरीके से वह हाथ अपना भीगा हुआ हाथ सर पर ऐसे करता है जिसको मसला कहते हैं तो</w:t>
      </w:r>
    </w:p>
    <w:p>
      <w:r>
        <w:rPr>
          <w:b/>
        </w:rPr>
        <w:t xml:space="preserve">[32:19] </w:t>
      </w:r>
      <w:r>
        <w:t>phir yeh amal ek dua mein dhal jata hai ke allataala mere zehan ne jo galat planning ki</w:t>
      </w:r>
    </w:p>
    <w:p>
      <w:pPr>
        <w:jc w:val="right"/>
      </w:pPr>
      <w:r>
        <w:t>फिर यह अमल एक दुआ में ढल जाता है कि अल्लाताला मेरे ज़हन ने जो गलत planning की</w:t>
      </w:r>
    </w:p>
    <w:p>
      <w:r>
        <w:rPr>
          <w:b/>
        </w:rPr>
        <w:t xml:space="preserve">[32:26] </w:t>
      </w:r>
      <w:r>
        <w:t>ho, jo galat iradon ki ho un sab ko meri shakhsiyat mein se mere andarooni shakhsiyat mein se</w:t>
      </w:r>
    </w:p>
    <w:p>
      <w:pPr>
        <w:jc w:val="right"/>
      </w:pPr>
      <w:r>
        <w:t>हो, जो गलत इरादें की हो उन सब को मेरी शख्सियत में से मेरे अंदरूनी शख्सियत में से</w:t>
      </w:r>
    </w:p>
    <w:p>
      <w:r>
        <w:rPr>
          <w:b/>
        </w:rPr>
        <w:t xml:space="preserve">[32:33] </w:t>
      </w:r>
      <w:r>
        <w:t>dho de aur phir woh pair dhota hai apne to woh bhi ek dawah ban jati hai ke</w:t>
      </w:r>
    </w:p>
    <w:p>
      <w:pPr>
        <w:jc w:val="right"/>
      </w:pPr>
      <w:r>
        <w:t>धो दे और फिर वह पैर धोता है अपने तो वह भी एक द्वाह वन जाती है कि</w:t>
      </w:r>
    </w:p>
    <w:p>
      <w:r>
        <w:rPr>
          <w:b/>
        </w:rPr>
        <w:t xml:space="preserve">[32:39] </w:t>
      </w:r>
      <w:r>
        <w:t>allah main jis bure raste par chalaoon aur jo maine mere kadam bure raste par pade hon, woh</w:t>
      </w:r>
    </w:p>
    <w:p>
      <w:pPr>
        <w:jc w:val="right"/>
      </w:pPr>
      <w:r>
        <w:t>अल्लाह मैं जिस बुरे रास्ते पर चलाऊं और जो मैंने मेरे कदम बुरे रास्ते पर पड़े हों, वह</w:t>
      </w:r>
    </w:p>
    <w:p>
      <w:r>
        <w:rPr>
          <w:b/>
        </w:rPr>
        <w:t xml:space="preserve">[32:46] </w:t>
      </w:r>
      <w:r>
        <w:t>sab to uske jo asraat hain woh mere mere andar se khatm kar de aur mujhe hamesha sachchai</w:t>
      </w:r>
    </w:p>
    <w:p>
      <w:pPr>
        <w:jc w:val="right"/>
      </w:pPr>
      <w:r>
        <w:t>सब तो उसके जो असरात हैं वह मेरे मेरे अंदर से खत्म कर दे और मुझे हमेशा सच्चाई</w:t>
      </w:r>
    </w:p>
    <w:p>
      <w:r>
        <w:rPr>
          <w:b/>
        </w:rPr>
        <w:t xml:space="preserve">[32:53] </w:t>
      </w:r>
      <w:r>
        <w:t>ke raste par chala.</w:t>
      </w:r>
    </w:p>
    <w:p>
      <w:pPr>
        <w:jc w:val="right"/>
      </w:pPr>
      <w:r>
        <w:t>के रास्ते पर चला.</w:t>
      </w:r>
    </w:p>
    <w:p>
      <w:r>
        <w:rPr>
          <w:b/>
        </w:rPr>
        <w:t xml:space="preserve">[33:00] </w:t>
      </w:r>
      <w:r>
        <w:t>toh is tarike se yeh agar insaan sochenga toh yeh ek amal jo bajaye raat pair dhone ka hai woh ek bahut hi badi gehri dua mein tehal jaayega aur yahi hai woh wuzu ki spirit. ji ji ji, hamasha allah. doctor sahib, jab koi namazi, namaz ke liye khada hota hai, toh woh niyat baandhta hai. toh yeh bhi aap hum sabko bataiye ke niyat ki kya significance hai namaz mein? isko bhi wazeh karein aap.</w:t>
      </w:r>
    </w:p>
    <w:p>
      <w:pPr>
        <w:jc w:val="right"/>
      </w:pPr>
      <w:r>
        <w:t>तो इस तरीके से यह अगर इंसान सोचेगा तो यह एक अमल जो बजाय रात पैर धोने का है वो एक बहुत ही बड़ी गहरी द्वा में टहल जाएगा और यही है वो मुजू की spirit. जी जी जी, हमाशा अल्ला. Doctor साहब, जब कोई नमाज़ी, नमाज़ के लिए खड़ा होता है, तो वो नियत बांधता है. तो ये भी आप हम सबको बताइए कि नियत की क्या significance है नमाज़ में? इसको भी वाज़े करें आप.</w:t>
      </w:r>
    </w:p>
    <w:p>
      <w:r>
        <w:rPr>
          <w:b/>
        </w:rPr>
        <w:t xml:space="preserve">[33:30] </w:t>
      </w:r>
      <w:r>
        <w:t>niyat ki bahut badi significance hai kyunke allah taala allah mul gayub hai, woh dilon ka haal jaanta hai, waib ka haal jaanta hai. toh woh yeh dekhta hai ke aap kis irade se koi amal kar rahe hain, namaz ya koi bhi amal.</w:t>
      </w:r>
    </w:p>
    <w:p>
      <w:pPr>
        <w:jc w:val="right"/>
      </w:pPr>
      <w:r>
        <w:t>नियत की बहुत बड़ी significance है क्योंकि अल्लाह तालाह अल्लाह मुल गोयूब है, वो दिलों का हाल जानता है, वैब का हाल जानता है. तो वो यह देखता है कि आप किस इरादें से कोई अमल कर रहे हैं, नमाज़ या कोई भी अमल.</w:t>
      </w:r>
    </w:p>
    <w:p>
      <w:r>
        <w:rPr>
          <w:b/>
        </w:rPr>
        <w:t xml:space="preserve">[33:49] </w:t>
      </w:r>
      <w:r>
        <w:t>woh zahiri shagal nahi dekhta, balke sahi bukhari jo bahut hi mustarad authentic kitab hai, hadith ki, uski pehli hadith hi yeh hai innamal aamaalu binniyat, actions will be judged according to intentions. toh irade ki bahut hi yaani allah ke nazar mein bahut qeemat hai aur allah irade ko hi dekhta hai. toh kis irade se usne nawaz padhi hai?</w:t>
      </w:r>
    </w:p>
    <w:p>
      <w:pPr>
        <w:jc w:val="right"/>
      </w:pPr>
      <w:r>
        <w:t>वो जाहिरी शगल नहीं देखता, बल्कि सही बुखारी जो बहुत ही मुस्ताराध authentic किताब है, हदीस की, उसकी पहली हदीसी यह है इंदमल आमाल विन्यात, actions will be judged according to intentions. तो इरादे की बहुत ही यानी अल्लाह के नज़र में बहुत कीमत है और अल्लाह इरादे को ही देखता है. तो किस इरादे से उसने नवाज़ पढ़ी है?</w:t>
      </w:r>
    </w:p>
    <w:p>
      <w:r>
        <w:rPr>
          <w:b/>
        </w:rPr>
        <w:t xml:space="preserve">[34:18] </w:t>
      </w:r>
      <w:r>
        <w:t>kaise gehre aisa saath hai? kya emotions hain is waqt uske dil mein, woh count karta hai. main ek misaal deta hoon ke niyat kya cheez hai? ek hadith mein aata hai ke ek aadmi ke paas oont tha aur woh usi se sawari karta tha, wahi saara uska kaam karta tha. ek us zamane mein oont hi sabse badi cheez hoti thi. toh woh ek baar safar kar raha tha.</w:t>
      </w:r>
    </w:p>
    <w:p>
      <w:pPr>
        <w:jc w:val="right"/>
      </w:pPr>
      <w:r>
        <w:t>कैसे गहरे ऐसा साथ है? क्या emotions हैं इस वक्त उसके दिल में, वो count करता है. मैं एक मिसाल देता हूँ कि नियत क्या चीज़ है? एक हदीश में आता है कि एक आदमी के पास ऊँट था और वो उसी से सवारी करता था, वही सारा उसका काम करता था. एक उस ज़माने में ऊँट ही सबसे बड़ी चीज़ होती थी. तो वो एक बार सफर कर रहा था.</w:t>
      </w:r>
    </w:p>
    <w:p>
      <w:r>
        <w:rPr>
          <w:b/>
        </w:rPr>
        <w:t xml:space="preserve">[34:47] </w:t>
      </w:r>
      <w:r>
        <w:t>toh safar karke kahin raaste mein pahuncha, us zamane mein safar karte the toh jab dhoop hoti thi toh rest kar lete the. jab shaam hoti thi phir safar shuru karte the. toh dhoop thi gaaliban toh us aadmi ne thoda rest karna chaha toh us oont ko baandh diya ek ped se aur ped ke saaye mein woh let gaya usko neend aa gayi. jab uski aankh khuli toh woh usne dekha ke woh oont gayab hai. ab woh bahut pareshan hua.</w:t>
      </w:r>
    </w:p>
    <w:p>
      <w:pPr>
        <w:jc w:val="right"/>
      </w:pPr>
      <w:r>
        <w:t>तो सफर करके कहीं रास्ते में पहुंचा, उस ज़माने में सफर करते थे तो जब धूप होती थी तो rest कर लेते थे. जब शाम होती थी फिर सफर शुरू करते थे. तो धूप थी गालेबन तो उस आदमी ने थोड़ा rest करना चाहा तो उस मूट को बांध दिया एक पेड़ से और पेड़ के साय में वह लेट गया उसको नींद आ गई. जब उसकी आंख खुली तो वह उसने देखा कि वह मूट गायब है. अब वह बहुत परेशान हुआ.</w:t>
      </w:r>
    </w:p>
    <w:p>
      <w:r>
        <w:rPr>
          <w:b/>
        </w:rPr>
        <w:t xml:space="preserve">[35:15] </w:t>
      </w:r>
      <w:r>
        <w:t>ab raaste mein koi aur tareeka nahi hai jaane ka. toh bahut pareshan hua. idhar dekha, udhar dekha, idhar dauda, udhar dauda, kahin use oont mila nahi. bahut pareshan ho ke woh ek pahadi pe chadh gaya. toh usne achaanak dekha hai ke uska jo oont hai woh agli pahadi pe khada ho gaya. toh woh itna khush hua ke uske munh se nikla. allahumma anta abdi wa ana rabbuka.</w:t>
      </w:r>
    </w:p>
    <w:p>
      <w:pPr>
        <w:jc w:val="right"/>
      </w:pPr>
      <w:r>
        <w:t>अब रास्ते में कोई और तरीका नहीं है जाने का. तो बहुत परेशान हुआ. इधर देखा, उधर देखा, इधर दौड़ा, उधर दौड़ा, कहीं उसे उठ मिला नहीं. बहुत परेशान हो कि वो एक पहाड़ी पे चढ़ गया. तो उसने अचानक देखा है कि उसका जो उठ है वो अगली पहाड़ी पे खड़ा हो गए. तो वो इतना खुश हुआ कि उसके मुंह से निकला. अल्लाहुम्मा अंताब्दी व अनारब्बू का.</w:t>
      </w:r>
    </w:p>
    <w:p>
      <w:r>
        <w:rPr>
          <w:b/>
        </w:rPr>
        <w:t xml:space="preserve">[35:42] </w:t>
      </w:r>
      <w:r>
        <w:t>kahe allah main tera rab hoon aur tu mera banda hai. toh jaldi main khushi mein usne sentence ulta bol diya tha. haalanki woh kehna chah raha tha ke aye allah main tera banda hoon tu mera rab hai.</w:t>
      </w:r>
    </w:p>
    <w:p>
      <w:pPr>
        <w:jc w:val="right"/>
      </w:pPr>
      <w:r>
        <w:t>कहे अल्लाह मैं तेरा रब हूँ और तू मेरा बंदा है. तो जल्दी मैं खुशी मैं उसने sentence उल्टा बोल दिया था. हालांकि वो कहना चाह रहा था कि ऐ अल्लाह मैं तेरा बंदा हूँ तू मेरा रब है.</w:t>
      </w:r>
    </w:p>
    <w:p>
      <w:r>
        <w:rPr>
          <w:b/>
        </w:rPr>
        <w:t xml:space="preserve">[35:57] </w:t>
      </w:r>
      <w:r>
        <w:t>toh allah taala ko yeh sentence intention hai aur inner jo andar andaroon hai woh woh kuch aur kehna chah raha tha. toh allah taala dilon ka haal dekhta hai.</w:t>
      </w:r>
    </w:p>
    <w:p>
      <w:pPr>
        <w:jc w:val="right"/>
      </w:pPr>
      <w:r>
        <w:t>तो अल्लाह तालाह को यह sentence intention है और inner जो अंदर अंदरून है वह वह कुछ और कहना चाह रहा था. तो अल्लाह दाला दिलों का हाल देखता है.</w:t>
      </w:r>
    </w:p>
    <w:p>
      <w:r>
        <w:rPr>
          <w:b/>
        </w:rPr>
        <w:t xml:space="preserve">[36:22] </w:t>
      </w:r>
      <w:r>
        <w:t>toh isliye niyat ki bahut ahmiyat hai aur agar niyat sahi ho toh allah taala uska ajar deta hai. ji mashaallah. doctor sahib often our brothers and sisters from other faiths have asked this question. they they want to know that how did prophet perform his first namaz? and it is also said that hazrat khadija the first to pray along with him.</w:t>
      </w:r>
    </w:p>
    <w:p>
      <w:pPr>
        <w:jc w:val="right"/>
      </w:pPr>
      <w:r>
        <w:t>तो इसलिए नियत की बहुत अहमियत है और अगर नियत सही हो तो अल्लाह तालाह उसका अजर देता है. जी माशाल्लाह. लोकसभा often our brothers and sisters from other faiths have asked this question. They they want to know that how did prophet perform his first नमाज़? And it is also said that हज़रत खदीजा the first to pray along with him.</w:t>
      </w:r>
    </w:p>
    <w:p>
      <w:r>
        <w:rPr>
          <w:b/>
        </w:rPr>
        <w:t xml:space="preserve">[36:51] </w:t>
      </w:r>
      <w:r>
        <w:t>toh isko bhi, iske baare mein bhi aap hum sabko bataiye. prophet mohammed ne pehli baar namaz farishte ke saath padhi yaani jibreel ke saath. toh yeh jo tareeka hum namaz ka padhte hain woh farishte ka bataya hua hai. toh phir jab ghar aaye toh hazrat khadija ke saath namaz padhi. hazrat khadija ka bahut hi bada role hai prophet ki life mein.</w:t>
      </w:r>
    </w:p>
    <w:p>
      <w:pPr>
        <w:jc w:val="right"/>
      </w:pPr>
      <w:r>
        <w:t>तो इसको भी, इसके बारे में भी आप हम सबको बताएं. Prophet मोहम्मद ने पहली बार नमाज़ फरिश्ते के साथ पढ़ी यानी जिब्रील के साथ. तो यह जो तरीका हम नमाज़ का पढ़ते हैं वह फरिश्ते का बताया हुआ है. तो फिर जब घर आए तो हाज़त खदीजा के साथ नमाज़ पढ़ी. हाज़त खदीजा का बहुत ही बड़ा role है prophet की life में.</w:t>
      </w:r>
    </w:p>
    <w:p>
      <w:r>
        <w:rPr>
          <w:b/>
        </w:rPr>
        <w:t xml:space="preserve">[37:20] </w:t>
      </w:r>
      <w:r>
        <w:t>jab pehli baar wahi aayi aur prophet cave mein the aur so rahe the cave mein toh farishta jibreel human form mein aaye aur uthaya unko. toh jab aankh khuli toh farishta jibreel ne kaha ke iqra ya mohammed, padho aye mohammed. toh prophet neend mein hi the taqreeban bole ke ma ana beqariin ke main padh nahi sakta.</w:t>
      </w:r>
    </w:p>
    <w:p>
      <w:pPr>
        <w:jc w:val="right"/>
      </w:pPr>
      <w:r>
        <w:t>जब पहली बार वही आई और prophet cave में थे और सो रहे थे cave में तो परिष्ठा जिबरील human form में आए और उठाया उनको. तो जब आंख खुली तो परिष्ठा जिब्रील ने कहा कि इत्रा या मोहम्मद, पढ़ो ए मोहम्मद. तो prophet नींद में ही थे तकरीबन बोले कि मां आना बेकारीन कि मैं पढ़ नहीं सकता.</w:t>
      </w:r>
    </w:p>
    <w:p>
      <w:r>
        <w:rPr>
          <w:b/>
        </w:rPr>
        <w:t xml:space="preserve">[37:50] </w:t>
      </w:r>
      <w:r>
        <w:t>toh kai baar kaha jibreel ne toh wahi jawab diya toh phir prophet ko gale se lagaya aur phir prophet bolne lage aur jo pehli verses thi woh revelation diya. toh woh jo tazurba tha wahi ka pehli baar woh bahut hi prophet ke liye bahut takleef de hua. woh aisa lagta tha ke unki jaani nikal jaayegi.</w:t>
      </w:r>
    </w:p>
    <w:p>
      <w:pPr>
        <w:jc w:val="right"/>
      </w:pPr>
      <w:r>
        <w:t>तो कई बार कहा ज़िमरील ने तो वही जवाब दिया तो फिर prophet को गले से लगाया और फिर prophet बोलने लगे और जो पहली verses थी वह revelation दिया. तो वो जो तज़रबा था वही का पहली बार वो बहुत ही prophet के लिए बहुत तकलीफ दे हुआ. वो ऐसा लगता था की उनकी जानी निकल जाएगी.</w:t>
      </w:r>
    </w:p>
    <w:p>
      <w:r>
        <w:rPr>
          <w:b/>
        </w:rPr>
        <w:t xml:space="preserve">[38:18] </w:t>
      </w:r>
      <w:r>
        <w:t>kyunke baad mein prophet ne bataya ke jab wahi aati thi yaani revelation aur jaake hazrat khadija ko bataya saara waqia.</w:t>
      </w:r>
    </w:p>
    <w:p>
      <w:pPr>
        <w:jc w:val="right"/>
      </w:pPr>
      <w:r>
        <w:t>क्योंकि बाद में prophet ने बताया की जब वही आती थी यानी revelation और जाके हज़रत कदीजा को बताया सारा वाकिया.</w:t>
      </w:r>
    </w:p>
    <w:p>
      <w:r>
        <w:rPr>
          <w:b/>
        </w:rPr>
        <w:t xml:space="preserve">[38:40] </w:t>
      </w:r>
      <w:r>
        <w:t>toh jab hazrat khadija ne dekha ke yeh is waqt kaanp rahe hain aur bahut hi pareshan lag rahe hain aur unhone kaha ke inni khashiyat wala nafsi. mujhe lagta hai meri jaani nikal jaayegi. toh is us waqt hazrat khadija ne bade achhe alfaaz bole. toh usse kuch salis hua. hazrat khadija ne kaha ke antatukri muddeyyin ke aap jo aapke yahan mehmaan aata hai uski mehmaan nawazi karte hain.</w:t>
      </w:r>
    </w:p>
    <w:p>
      <w:pPr>
        <w:jc w:val="right"/>
      </w:pPr>
      <w:r>
        <w:t>तो जब हज़रत कदीजा ने देखा कि यह इस वक्त कांप रहे हैं और बहुत ही परेशान लग रहे हैं और उन्होंने कहा कि इन्हीं खशीत वाला नफसी. मुझे लगता है मेरी जानी निकल जाएगी. तो इस उस वक्त हज़द खदीजा ने बड़े अच्छे अल्पाद बोले. तो उससे कुछ स्वालिस हुआ. हज़द खदीजा ने कहा कि अंततुक्री मुद्देव कि आप जो आपके यहां मेहमान आता है उसकी मेहमान नवाज़ी करते हैं.</w:t>
      </w:r>
    </w:p>
    <w:p>
      <w:r>
        <w:rPr>
          <w:b/>
        </w:rPr>
        <w:t xml:space="preserve">[39:10] </w:t>
      </w:r>
      <w:r>
        <w:t>watta hummul kal aap gareebon ka bhoj uthate hain yaani unki madad karte hain aur aap hamesha sachchai ke saath dete hain. toh aise bade achhe alfaaz kuch bole, toh rasool ullah sallam ko thoda sa itmeenaan hua.</w:t>
      </w:r>
    </w:p>
    <w:p>
      <w:pPr>
        <w:jc w:val="right"/>
      </w:pPr>
      <w:r>
        <w:t>वत्तह मिलुल कल आप गरीबों का भोज उठाते हैं यानी उनकी मदद करते हैं और आप हमेशा सच्चाई के साथ देते हैं. तो ऐसे बड़े अच्छे अल्पास कुछ बोले, तो रसूल्ला सल्लम को थोड़ा सा इत्मेरान हुआ.</w:t>
      </w:r>
    </w:p>
    <w:p>
      <w:r>
        <w:rPr>
          <w:b/>
        </w:rPr>
        <w:t xml:space="preserve">[39:33] </w:t>
      </w:r>
      <w:r>
        <w:t>unko baatein samajh mein aane lagi aur unhone samajh mein aaya ke khuda ne mujhe paak amar banaya hai aur apni apna kalam mere upar utara hai. toh is tarike se hazrat khadija namaz padhne lagi. toh prophet mohammed aur hazrat khadija ek saath namaz padhte the. toh yaani ek zamana tha is quriyarz par, is duniya par, duniya mein ke sirf do log namaz padhte the.</w:t>
      </w:r>
    </w:p>
    <w:p>
      <w:pPr>
        <w:jc w:val="right"/>
      </w:pPr>
      <w:r>
        <w:t>उनको बातें समझ में आने लगी और उन्होंने समझ में आया कि खुदा ने मुझे प्याग अमर बनाया है और अपनी अपना कलाम मेरे ऊपर उतारा है. तो इस तरीके से हज़रत ख़रीजा नमाज़ पड़ने लगी. तो prophet मोहम्मद और हज़रत खदीजा एक साथ नमाज़ पड़ते थे. तो यानी एक जमाना था इस कुर्रियार्ज पर, इस दुनिया पर, दुनिया में के सिर्फ दो लोग नमाज़ पड़ते थे.</w:t>
      </w:r>
    </w:p>
    <w:p>
      <w:r>
        <w:rPr>
          <w:b/>
        </w:rPr>
        <w:t xml:space="preserve">[40:01] </w:t>
      </w:r>
      <w:r>
        <w:t>prophet mohammed aur hazrat khadija. phir ek din hazrat ali aaye. hazrat ali prophet ke cousin the aur saath mein hi rehte the. chhote the. he was hardly 10 years old. toh unhone dekha ke hazrat khadija aur prophet kuch ibadat kar rahe hain alag tarah ki. toh baith gaye dekhne lage.</w:t>
      </w:r>
    </w:p>
    <w:p>
      <w:pPr>
        <w:jc w:val="right"/>
      </w:pPr>
      <w:r>
        <w:t>Prophet मोहम्मद और हज़द खदीजा. फिर एक दिन हज़द अली आए. हज़द अली prophet के cousin थे और साथ में ही रहते थे. छोटे थे. He was hardly 10 years old. तो उन्होंने देखा कि हज़रत खदीजा और profit कुछ इबादित कर रहे हैं अलग तरह की. तो बैठ गए देखने लगे.</w:t>
      </w:r>
    </w:p>
    <w:p>
      <w:r>
        <w:rPr>
          <w:b/>
        </w:rPr>
        <w:t xml:space="preserve">[40:26] </w:t>
      </w:r>
      <w:r>
        <w:t>jab namaz poori ho gayi to to hazd ali raz allah bole ki achha main kal bataunga apne father se poochhkar.</w:t>
      </w:r>
    </w:p>
    <w:p>
      <w:pPr>
        <w:jc w:val="right"/>
      </w:pPr>
      <w:r>
        <w:t>जब नमाज़ पूरी हो गई तो तो हज़द अली रज़ अल्लाह बोले कि अच्छा मैं कल बताऊंगा अपने father से पूछकर.</w:t>
      </w:r>
    </w:p>
    <w:p>
      <w:r>
        <w:rPr>
          <w:b/>
        </w:rPr>
        <w:t xml:space="preserve">[40:52] </w:t>
      </w:r>
      <w:r>
        <w:t>to wah gaye abu talib ke paas, yeh prophet ke uncle the aur kaha ki main namaz padhna chahta hoon. to ab utali mein ne kaha theek hai tum padho namaz. to phir is tarike se wo bhi namaz padhne lage. to prophet mohammad hazar khadija aur hazar tali namaz padhne lage. to us waqt jo namaz ka tarika tha wo aisa nahi tha jaise paanch waqt ka hai.</w:t>
      </w:r>
    </w:p>
    <w:p>
      <w:pPr>
        <w:jc w:val="right"/>
      </w:pPr>
      <w:r>
        <w:t>तो वह गए अबू तालीब के पास, यह prophet के uncle थे और कहा कि मैं नमाज़ पढ़ना चाहता हूं. तो अब उताली में ने कहा ठीक है तुम पढ़ो नमाज़. तो फिर इस तरीके से वो भी नमाज़ पढ़ने लगे. तो prophet मोहम्मद हज़र खदीजा और हज़र तली नमाज़ पढ़ने लगे. तो उस वक्त जो नमाज़ का तरीका था वो ऐसा नहीं था जैसे पांच वक्त का है.</w:t>
      </w:r>
    </w:p>
    <w:p>
      <w:r>
        <w:rPr>
          <w:b/>
        </w:rPr>
        <w:t xml:space="preserve">[41:18] </w:t>
      </w:r>
      <w:r>
        <w:t>us waqt kitabon mein zyada baaten nahi aayi hain lekin sirf itna pata chalta hai ki do waqt namaz thi. ek taqreeban wahi namaz jo fajir ke namaz hoti hai aur ek namaz aap samajh sakte hain ki asar, late asar ki namaz before sunset. to do namazen hoti thin. to is tarike se namaz ki shuruaat hui. ji,</w:t>
      </w:r>
    </w:p>
    <w:p>
      <w:pPr>
        <w:jc w:val="right"/>
      </w:pPr>
      <w:r>
        <w:t>उस वक्त किताबों में ज़्यादा बातें नहीं आई है लेकिन सिर्फ इतना पता चलता है कि दो वक्त नमाज़ थी. एक तकरीबन वही नमाज़ जो फजिर के नमाज़ होती है और एक नमाज़ आप समझ सकते हैं कि असर, late असर की नमाज़ before sunset. तो दो नमाज़ें होती थीं. तो इस तरीके से नमाज़ की शुरुआत हुई. जी,</w:t>
      </w:r>
    </w:p>
    <w:p>
      <w:r>
        <w:rPr>
          <w:b/>
        </w:rPr>
        <w:t xml:space="preserve">[41:44] </w:t>
      </w:r>
      <w:r>
        <w:t>DocsApp kai hadeese hain jisme prophet ne namaz ka zikr kiya hai. jaise abdullah ibn umar ne ek baari farmaaya ki ek shakhs rasullah ke paas gaya aur usne teen martaba ek hi sawaal puchha ki sabse afzal amal kaun sa hai? aur teeno baar prophet ne yahi kaha namaz, namaz, namaz.</w:t>
      </w:r>
    </w:p>
    <w:p>
      <w:pPr>
        <w:jc w:val="right"/>
      </w:pPr>
      <w:r>
        <w:t>DocsApp कई हदीज़ें हैं जिसमें prophet ने नमाज़ का ज़िक्र किया है. जैसे अब्दुल्लाह इब्न उमर ने एक बारी फरमाया कि एक शख्स रसुल्लाह के पास गया और उसने तीन मर्तबा एक ही सवाल पुछा कि सबसे अफ़ज़ल अमल कौन सा है? और तीनों बार prophet ने यही कहा नमाज़, नमाज़, नमाज़.</w:t>
      </w:r>
    </w:p>
    <w:p>
      <w:r>
        <w:rPr>
          <w:b/>
        </w:rPr>
        <w:t xml:space="preserve">[42:07] </w:t>
      </w:r>
      <w:r>
        <w:t>isi tarah abu hurera se bhi ek riwayat hai ke prophet ne ek martaba kaha ke tum mein</w:t>
      </w:r>
    </w:p>
    <w:p>
      <w:pPr>
        <w:jc w:val="right"/>
      </w:pPr>
      <w:r>
        <w:t>इसी तरह अबू हुरेरा से भी एक रवायत है कि prophet ने एक मरतवा कहा कि तुम में</w:t>
      </w:r>
    </w:p>
    <w:p>
      <w:r>
        <w:rPr>
          <w:b/>
        </w:rPr>
        <w:t xml:space="preserve">[42:13] </w:t>
      </w:r>
      <w:r>
        <w:t>se jo shakhs namaz ki wajah se masjid mein jab tak ruka rahe, to tab tak woh namaz</w:t>
      </w:r>
    </w:p>
    <w:p>
      <w:pPr>
        <w:jc w:val="right"/>
      </w:pPr>
      <w:r>
        <w:t>से जो शख्स नमाज़ की वजह से मस्जिद में जब तक रुका रहे, तो तब तक वह नमाज़</w:t>
      </w:r>
    </w:p>
    <w:p>
      <w:r>
        <w:rPr>
          <w:b/>
        </w:rPr>
        <w:t xml:space="preserve">[42:20] </w:t>
      </w:r>
      <w:r>
        <w:t>mein hi shumar kiya jata hai aur farishte uske liye dua karte hain ke aye allah iske liye</w:t>
      </w:r>
    </w:p>
    <w:p>
      <w:pPr>
        <w:jc w:val="right"/>
      </w:pPr>
      <w:r>
        <w:t>में ही शुमार किया जाता है और फरिश्ते उसके लिए दुआ करते हैं कि ए अल्लाह इसके लिए</w:t>
      </w:r>
    </w:p>
    <w:p>
      <w:r>
        <w:rPr>
          <w:b/>
        </w:rPr>
        <w:t xml:space="preserve">[42:26] </w:t>
      </w:r>
      <w:r>
        <w:t>makfarat farmah is par reham kar aur yeh silsila tab tak jaari rehta hai jab tak woh apni</w:t>
      </w:r>
    </w:p>
    <w:p>
      <w:pPr>
        <w:jc w:val="right"/>
      </w:pPr>
      <w:r>
        <w:t>मकफरत फरमाह इस पर रहम कर और यह सिलसिला तब तक जारी रहता है जब तक वह अपनी</w:t>
      </w:r>
    </w:p>
    <w:p>
      <w:r>
        <w:rPr>
          <w:b/>
        </w:rPr>
        <w:t xml:space="preserve">[42:33] </w:t>
      </w:r>
      <w:r>
        <w:t>namaz ki jagah se hat na jaye ya uska wazoo na toot jaye.</w:t>
      </w:r>
    </w:p>
    <w:p>
      <w:pPr>
        <w:jc w:val="right"/>
      </w:pPr>
      <w:r>
        <w:t>नमाज़ की जगह से हट ना जाए या उसका वज़ू ना टूट जाए.</w:t>
      </w:r>
    </w:p>
    <w:p>
      <w:r>
        <w:rPr>
          <w:b/>
        </w:rPr>
        <w:t xml:space="preserve">[42:40] </w:t>
      </w:r>
      <w:r>
        <w:t>to doctor sahab hum bhi chahte hain ki koi hadees namaz se related aap hum sabko bataein. namaz ke baare mein quran mein bhi bahut baaten aayi hain aur hadees mein bhi aayi hai sahib ke akhbaal bhi hain. jaise quran mein aaye the yani jab log aakhirat mein jama honge aur unka hisaab kitaab ho jayega. kuch log jannat mein jayenge, kuch log jhanam mein jayenge.</w:t>
      </w:r>
    </w:p>
    <w:p>
      <w:pPr>
        <w:jc w:val="right"/>
      </w:pPr>
      <w:r>
        <w:t>तो doctor साहब हम भी चाहते हैं कि कोई हदीज़ नमाज़ से related आप हम सबको बताएं. नमाज़ के बारे में कुरान में भी बहुत बातें आई हैं और हदीज़ में भी आई है साहब के अख़बाल भी हैं. जैसे कुरान में आए थे यानी जब लोग आख़रत में जमा होंगे और उनका हिसाब किताब हो जाएगा. कुछ लोग जन्नत में जाएंगे, कुछ लोग झानम में जाएंगे.</w:t>
      </w:r>
    </w:p>
    <w:p>
      <w:r>
        <w:rPr>
          <w:b/>
        </w:rPr>
        <w:t xml:space="preserve">[43:09] </w:t>
      </w:r>
      <w:r>
        <w:t>to farishte jo jhanam mein log hain unse poochhenge mahaslak hukumfi sakr ki kis cheez ne tumko jhanam mein pahunchaya? to wo kahenge lam naku minal musaileen. hum namaz padhne walon mein se nahi the. to kitni badi yani nehrumi hai ki insaan agar namaz na pade to jannat bhi uski doubtful ho jaati hai. aise hi hadeesh mein bhi bahut hadeeshen aayi hain.</w:t>
      </w:r>
    </w:p>
    <w:p>
      <w:pPr>
        <w:jc w:val="right"/>
      </w:pPr>
      <w:r>
        <w:t>तो फरिश्ते जो झानम में लोग हैं उनसे पूछेंगे महासलक हकुमफी सक्र कि किस चीज़ ने तुमको झानम में पहुंचाया? तो वह कहेंगे लम नाकू मिनल मुसैलीन. हम नमाज़ पढ़ने वालों में से नहीं थे. तो कितनी बड़ी यानी नेहरूमी है कि इंसान अगर नमाज़ ना पड़े तो जन्नत भी उसकी doubtful हो जाती है. ऐसे ही हदीश में भी बहुत हदीशें आई हैं.</w:t>
      </w:r>
    </w:p>
    <w:p>
      <w:r>
        <w:rPr>
          <w:b/>
        </w:rPr>
        <w:t xml:space="preserve">[43:39] </w:t>
      </w:r>
      <w:r>
        <w:t>ek hadeesh thoda alag tarah ki hai ki rasullasallam ne kaha ki sabse buri chori wah hai jo aadmi namaz se chori karein. to sahib aage samajh mein nahi aaya. unhone kaha ki namaz mein chori, yeh kya matlab hai? to prophet ne kaha ki sajda aur ruku jaldi jaldi kar le wo. uska haqda na kare.</w:t>
      </w:r>
    </w:p>
    <w:p>
      <w:pPr>
        <w:jc w:val="right"/>
      </w:pPr>
      <w:r>
        <w:t>एक हदीश थोड़ा अलग तरह की है कि रसूल्लास्ल्लम ने कहा कि सबसे बुरी चोरी वह है जो आदमी नमाज़ से चोरी करें. तो साहब आगे समझ में नहीं आया. उन्होंने कहा कि नमाज़ में चोरी, यह क्या मतलब है? तो prophet ने कहा कि सजदा और रुकू जल्दी जल्दी कर ले वो. उसका हकदा न करे.</w:t>
      </w:r>
    </w:p>
    <w:p>
      <w:r>
        <w:rPr>
          <w:b/>
        </w:rPr>
        <w:t xml:space="preserve">[44:05] </w:t>
      </w:r>
      <w:r>
        <w:t>asal mein kya hua ke hamare ulla ne ruku aur sajde mein kuch askaar bata diye hain.</w:t>
      </w:r>
    </w:p>
    <w:p>
      <w:pPr>
        <w:jc w:val="right"/>
      </w:pPr>
      <w:r>
        <w:t>असल में क्या हुआ कि हमारे उल्ला ने रुकू और सज्दे में कुछ अस्कार बता दिए हैं.</w:t>
      </w:r>
    </w:p>
    <w:p>
      <w:r>
        <w:rPr>
          <w:b/>
        </w:rPr>
        <w:t xml:space="preserve">[44:15] </w:t>
      </w:r>
      <w:r>
        <w:t>jaise subhan rabbil azeem, subhan rabbil azeem, to waise to profit ki life se bahut sari aur bhi</w:t>
      </w:r>
    </w:p>
    <w:p>
      <w:pPr>
        <w:jc w:val="right"/>
      </w:pPr>
      <w:r>
        <w:t>जैसे सुभान रुपए लज़ीम, सुभान रुपए लज़ीम, तो वैसे तो profit की life से बहुत सारी और भी</w:t>
      </w:r>
    </w:p>
    <w:p>
      <w:r>
        <w:rPr>
          <w:b/>
        </w:rPr>
        <w:t xml:space="preserve">[44:25] </w:t>
      </w:r>
      <w:r>
        <w:t>duaen aati hain, lekin agar subhan rabbil azeem kehna hai to aaram se kahein ke subhan rabbil azeem</w:t>
      </w:r>
    </w:p>
    <w:p>
      <w:pPr>
        <w:jc w:val="right"/>
      </w:pPr>
      <w:r>
        <w:t>दुआएं आती हैं, लेकिन अगर सुबह नब्बे लज़ीम कहना है तो आराम से कहें कि सुबह नब्बे लज़ीम</w:t>
      </w:r>
    </w:p>
    <w:p>
      <w:r>
        <w:rPr>
          <w:b/>
        </w:rPr>
        <w:t xml:space="preserve">[44:35] </w:t>
      </w:r>
      <w:r>
        <w:t>phir thoda pause karein phir subhan rabbil azeem phir yani woh jo aap bol rahe hain usko samjhein,</w:t>
      </w:r>
    </w:p>
    <w:p>
      <w:pPr>
        <w:jc w:val="right"/>
      </w:pPr>
      <w:r>
        <w:t>फिर थोड़ा pause करें फिर सुबह नारव बेलाज़ीम फिर यानी वो जो आप बोल रहे हैं उसको समझें,</w:t>
      </w:r>
    </w:p>
    <w:p>
      <w:r>
        <w:rPr>
          <w:b/>
        </w:rPr>
        <w:t xml:space="preserve">[44:45] </w:t>
      </w:r>
      <w:r>
        <w:t>uske meaning ko samjhein aur us par sochein to jaldi jaldi karenge to yahi isi ko prophet ne</w:t>
      </w:r>
    </w:p>
    <w:p>
      <w:pPr>
        <w:jc w:val="right"/>
      </w:pPr>
      <w:r>
        <w:t>उसके meaning को समझें और उस पर सोचें तो जल्दी जल्दी करेंगे तो यही इसी को prophet ने</w:t>
      </w:r>
    </w:p>
    <w:p>
      <w:r>
        <w:rPr>
          <w:b/>
        </w:rPr>
        <w:t xml:space="preserve">[44:55] </w:t>
      </w:r>
      <w:r>
        <w:t>kaha hai ke namaz maturity.</w:t>
      </w:r>
    </w:p>
    <w:p>
      <w:pPr>
        <w:jc w:val="right"/>
      </w:pPr>
      <w:r>
        <w:t>कहा है कि नमाज़ maturity.</w:t>
      </w:r>
    </w:p>
    <w:p>
      <w:r>
        <w:rPr>
          <w:b/>
        </w:rPr>
        <w:t xml:space="preserve">[45:05] </w:t>
      </w:r>
      <w:r>
        <w:t>to yani namaz jo hai wo uski spirit ke saath namaz padi ja raha ki sirf ek form ko dohra diye jaaye. aise hi hazd umar razillan ne kaha tha ki assalah to ehmauddin ke namaz jo hai wo deen ka khambha hai. It's the pillar of the religion. man hadamaha hadmat deen, isne isko gira diya, usne apne deen ko gira diya.</w:t>
      </w:r>
    </w:p>
    <w:p>
      <w:pPr>
        <w:jc w:val="right"/>
      </w:pPr>
      <w:r>
        <w:t>तो यानी नमाज़ जो है वो उसकी spirit के साथ नमाज़ पड़ी जा रहा कि सिर्फ एक form को दोहरा दिए जाए. ऐसे ही हज़द उमर रजिल्लान ने कहा था कि अस्सलाह तो एहमादुद्दीन के नमाज़ जो है वो दीन का खंभा है. It's the pillar of the religion. मन हदमहा हदमत दीन, इसने इसको गिरा दिया, उसने अपने दीन को गिरा दिया.</w:t>
      </w:r>
    </w:p>
    <w:p>
      <w:r>
        <w:rPr>
          <w:b/>
        </w:rPr>
        <w:t xml:space="preserve">[45:32] </w:t>
      </w:r>
      <w:r>
        <w:t>wa man akamaha akamaddin aur jisne isko qayam rakha, baqi rakha, usne apne deen ko baqi rakha. to is tarah se to bahut hi ahmtareen rukun hai aur iske baare mein bahut zyada baaten aayi hain. yani insaan namaz ek to hai ki bas ek shakal hai uski usko dohra lein. doosri yeh hai ki wo gehrai se baaton ko samjhe aur namaz mein kaifiyat ke saath namaz pade.</w:t>
      </w:r>
    </w:p>
    <w:p>
      <w:pPr>
        <w:jc w:val="right"/>
      </w:pPr>
      <w:r>
        <w:t>व मन अकामहा अकामददीन और जिसने इसको कायम रखा, बाकी रखा, उसने अपने दीन को बाकी रखा. तो इस तरह से तो बहुत ही अहम् तरीन रुकुन है और इसके बारे में बहुत ज़्यादा बातें आई हैं. यानी इंसान नमाज़ एक तो है कि बस एक शक्ल है उसकी उसको दोहरा लें. दूसरी यह है कि वह गहराई से बातों को समझे और नमाज़ में कैफियत के साथ नमाज़ पड़े.</w:t>
      </w:r>
    </w:p>
    <w:p>
      <w:r>
        <w:rPr>
          <w:b/>
        </w:rPr>
        <w:t xml:space="preserve">[46:02] </w:t>
      </w:r>
      <w:r>
        <w:t>uske andar khushoo ho, usme gehri soch ho aur tab wo uska jo asal faayda hai wo insaan haasil kar sakta hai. ji, haan, mashaallah. doctor sahab, agla jo sawaal hai wo bahut ahum sawaal hai. lekin wo sawaal poochhne se pehle main ek riwayat ka zikr karna chahunga aur yeh riwayat abu hureira se hai ki ek martaba hazrat abu hureira madina ke bazaar se nikle.</w:t>
      </w:r>
    </w:p>
    <w:p>
      <w:pPr>
        <w:jc w:val="right"/>
      </w:pPr>
      <w:r>
        <w:t>उसके अंदर खुशू हो, उसमें गहरी सोच हो और तब वह उसका जो असल फ़ायदा है वह इंसान हासिल कर सकता है. जी, हां, माशाल्लाह. Doctor साहब, अगला जो सवाल है वह बहुत अहम् सवाल है. लेकिन वह सवाल पूछने से पहले मैं एक रिवायत का ज़िक्र करना चाहूंगा और यह रिवायत अबू हुरेरा से है कि एक मरतवा हजरत अबू हुरेरा मदीना के बाज़ार से निकले.</w:t>
      </w:r>
    </w:p>
    <w:p>
      <w:r>
        <w:rPr>
          <w:b/>
        </w:rPr>
        <w:t xml:space="preserve">[46:32] </w:t>
      </w:r>
      <w:r>
        <w:t>to wahan jaakar unhone bahut hi buland aawaz mein kaha ki yeh bazaar walon tum log bahut aajaz ho. to logon ne unse puchha ki kya, kya kya baat hai abu herera? to unhone kaha ki rasullah ki miras yani heritage taqseem ho rahi hai aur tum log yahan par baithe hue ho, to tum jaakar apna hissa kyon nahi le lete?</w:t>
      </w:r>
    </w:p>
    <w:p>
      <w:pPr>
        <w:jc w:val="right"/>
      </w:pPr>
      <w:r>
        <w:t>तो वहां जाकर उन्होंने बहुत ही बुलंद आवाज़ में कहा कि यह बाज़ार वालों तुम लोग बहुत आजज़ हो. तो लोगों ने उनसे पुछा कि क्या, क्या क्या बात है अबू हरेरा? तो उन्होंने कहा कि रसूल्लाह की मिरास यानी heritage तक़सीम हो रही है और तुम लोग यहां पर बैठे हुए हो, तो तुम जाकर अपना हिस्सा क्यों नहीं ले लेते?</w:t>
      </w:r>
    </w:p>
    <w:p>
      <w:r>
        <w:rPr>
          <w:b/>
        </w:rPr>
        <w:t xml:space="preserve">[46:59] </w:t>
      </w:r>
      <w:r>
        <w:t>to logon ne unse puchha ki kahan par taqseem ho rahi hai? to hazrat abu ne kaha ki masjid mein taqseem ho rahi hai. to log daudkar masjid gaye lekin hazrat abu hairah wahin par ruke rahe aur thodi der mein hi wo log lautkar aa gaye. to hazrat abu ne unse puchha ki tum log itni jaldi kyon wapas aa gaye?</w:t>
      </w:r>
    </w:p>
    <w:p>
      <w:pPr>
        <w:jc w:val="right"/>
      </w:pPr>
      <w:r>
        <w:t>तो लोगों ने उनसे पुछा कि कहां पर तक़सीम हो रही है? तो हजरत अबू ने कहा कि मस्जिद में तक़सीन हो रही है. तो लोग दौड़कर मस्जिद गए लेकिन हजरत अबू हैरा वहीं पर रुके रहे और थोड़ी देर में ही वो लोग लौटकर आ गए. तो हज़रत अबू ने उनसे पुछा कि तुम लोग इतनी जल्दी क्यों वापस आ गए?</w:t>
      </w:r>
    </w:p>
    <w:p>
      <w:r>
        <w:rPr>
          <w:b/>
        </w:rPr>
        <w:t xml:space="preserve">[47:22] </w:t>
      </w:r>
      <w:r>
        <w:t>to unhone kaha ki hum log masjid gaye, humne wahan andar jaakar dekha lekin humein to kuch takseem hote hue nahi dikhai diya. to hazrat abu ne unse puchha ki kya tumhe wahan kuch aadmi dikhai diye ki nahi? to unhone kaha ki haan bahut se log the, magar wo namaz aur quran padh rahe the. to hazrat abu huraina ne kaha ki yahi to rasullah ki virasat hai.</w:t>
      </w:r>
    </w:p>
    <w:p>
      <w:pPr>
        <w:jc w:val="right"/>
      </w:pPr>
      <w:r>
        <w:t>तो उन्होंने कहा कि हम लोग मस्जिद गए, हमने वहां अंदर जाकर देखा लेकिन हमें तो कुछ तक्सीम होते हुए नहीं दिखाई दिया. तो हज़रत अबू ने उनसे पुछा कि क्या तुम्हें वहां कुछ आदमी दिखाई दिए कि नहीं? तो उन्होंने कहा कि हां बहुत से लोग थे, मगर वह नमाज़ और कुरान पढ़ रहे थे. तो हज़रत अबू हुरैना ने कहा कि यही तो रसुल्लाह की विरासत है.</w:t>
      </w:r>
    </w:p>
    <w:p>
      <w:r>
        <w:rPr>
          <w:b/>
        </w:rPr>
        <w:t xml:space="preserve">[47:47] </w:t>
      </w:r>
      <w:r>
        <w:t>yeh bahut hi ahum sawaal hai doctor sahab ki aksar log jo namaz ko hai ek form aur ritual ke level par lete hain, jabki unhein ek spirit ke level par lena chahiye aur mulana ne mulana vedidiin khan sahab ne is baat par bahut emphasize kiya hai. to isiliye mera sawaal bhi yahi hai ki namaz ki kya spirit hai? iske baare mein aap hum sabko bataein.</w:t>
      </w:r>
    </w:p>
    <w:p>
      <w:pPr>
        <w:jc w:val="right"/>
      </w:pPr>
      <w:r>
        <w:t>यह बहुत ही अहम् सवाल है doctor साहब कि अक्सर लोग जो नमाज़ को है एक form और ritual के level पर लेते हैं, जबकि उन्हें एक spirit के level पर लेना चाहिए और मुलाना ने मुलाना वेदिदीन खान साहब ने इस बात पर बहुत emphasize किया है. तो इसीलिए मेरा सवाल भी यही है कि नमाज़ की क्या spirit है? इसके बारे में आप हम सबको बताएं.</w:t>
      </w:r>
    </w:p>
    <w:p>
      <w:r>
        <w:rPr>
          <w:b/>
        </w:rPr>
        <w:t xml:space="preserve">[48:11] </w:t>
      </w:r>
      <w:r>
        <w:t>haan, mashaalah aapne badi achhi hadees bayan ki adat abbu hohera ki badi meaningful baaten hain wo. ji. phir asullah ki miraz taqseem ho rahi hai. asal to miraz yahi hai, jo mission hai unka. ji. jo hamein dekar gaye hain wo. ji. to maulana ne ek mazmoon mein namaz ki spirit ke baare mein teen baaten likhi thin. hamd, taqbeer aur salamati.</w:t>
      </w:r>
    </w:p>
    <w:p>
      <w:pPr>
        <w:jc w:val="right"/>
      </w:pPr>
      <w:r>
        <w:t>हां, माशालाह आपने बड़ी अच्छी हदीस बयान की आदत अब्बु होरेरा की बड़ी meaningful बातें हैं वो. जी. फिर असुल्लाह की मिराज़ तक़सीम हो रही है. असल तो मिराज़ यही है, जो mission है उनका. जी. जो हमें देकर गए हैं वो. जी. तो मौलाना ने एक मज़मून में नमाज़ की spirit के बारे में तीन बातें लिखी थीं. हम्द, तक़बीर और सलामती.</w:t>
      </w:r>
    </w:p>
    <w:p>
      <w:r>
        <w:rPr>
          <w:b/>
        </w:rPr>
        <w:t xml:space="preserve">[48:40] </w:t>
      </w:r>
      <w:r>
        <w:t>hamd yani praise, to hum to wahi cheezein jo suraf aate hain humein hum padhte hain alhamdullilahi rabbilalami. yani insaan khuda ke shukr mein jiye.</w:t>
      </w:r>
    </w:p>
    <w:p>
      <w:pPr>
        <w:jc w:val="right"/>
      </w:pPr>
      <w:r>
        <w:t>हम्द यानी praise, तो हम तो वही चीज़ें जो सूर्फ आते हैं हमें हम पढ़ते हैं अलहम्दुलिल्लाही रब्बीलालामी. यानी इंसान खुदा के शुक्र में जिए.</w:t>
      </w:r>
    </w:p>
    <w:p>
      <w:r>
        <w:rPr>
          <w:b/>
        </w:rPr>
        <w:t xml:space="preserve">[48:53] </w:t>
      </w:r>
      <w:r>
        <w:t>isko bolana hai, likha hai shakirana zindagi ki wo yeh jaane ke har cheez allah ka diya hua atiya hai, uska gift hai, usko har taraf khuda ki azmat nazar aaye aur sari jo cheezein use mil rahi hain duniya mein, wo sari cheezein allah ka atiya samjhe.</w:t>
      </w:r>
    </w:p>
    <w:p>
      <w:pPr>
        <w:jc w:val="right"/>
      </w:pPr>
      <w:r>
        <w:t>इसको बोलाना है, लिखा है शाकिराना ज़िंदगी कि वह यह जाने के हर चीज़ अल्लाह का दिया हुआ अतिया है, उसका gift है, उसको हर तरफ खुदा की अज़मत नज़र आए और सारी जो चीज़ें उसे मिल रही हैं दुनिया में, वो सारी चीज़ें अल्लाह का अतिया समझे.</w:t>
      </w:r>
    </w:p>
    <w:p>
      <w:r>
        <w:rPr>
          <w:b/>
        </w:rPr>
        <w:t xml:space="preserve">[49:14] </w:t>
      </w:r>
      <w:r>
        <w:t>to yani shakirana zindagi ki bhi ek misaal mein deta hoon quran se, hazrat yusuf allam ke kisse mein saare pyagambaron ke kisse mein aapko yeh cheez milti hai. hazrat yusuf ali salam ke kisse mein mujhe bahut pasand hai kyunki unhone jab kissa khatam hota hai to bahut achhi dua ki hai aur sara credit allah ko diya hai.</w:t>
      </w:r>
    </w:p>
    <w:p>
      <w:pPr>
        <w:jc w:val="right"/>
      </w:pPr>
      <w:r>
        <w:t>तो यानी शाकिराना ज़िंदगी की भी एक मिसाल में देता हूं कुरान से, हज़रत यूसूफ अल्लाम के किस्से में सारे प्यागंपरों के किस्से में आपको यह चीज़ मिलती है. हजरत यूसूफ अली सलाम के किस्से में मुझे बहुत पसंद है क्योंकि उन्होंने जब किस्सा खत्म होता है तो बहुत अच्छी दुआ की है और सारा credit अल्लाह को दिया है.</w:t>
      </w:r>
    </w:p>
    <w:p>
      <w:r>
        <w:rPr>
          <w:b/>
        </w:rPr>
        <w:t xml:space="preserve">[49:42] </w:t>
      </w:r>
      <w:r>
        <w:t>unhone kaha ki apne father se ki aap gaon mein rehte the, aapko allah shahar milaya. mujhe allah ne jail se niklwaya. mujhe allah ne khab ki taabeer ka ilm diya. allam tanaim in tabeelahiadis aur mujhe kai aur baaten hain.</w:t>
      </w:r>
    </w:p>
    <w:p>
      <w:pPr>
        <w:jc w:val="right"/>
      </w:pPr>
      <w:r>
        <w:t>उन्होंने कहा कि अपने father से कि आप गांव में रहते थे, आपको अल्लाह शहर मिलाया. मुझे अल्लाह ने jail से निकलवाया. मुझे अल्लाह ने खाब की ताबीर का इल्म दिया. अल्लाम तनीम इन ताबीली लाहदीस और मुझे कई और बातें हैं.</w:t>
      </w:r>
    </w:p>
    <w:p>
      <w:r>
        <w:rPr>
          <w:b/>
        </w:rPr>
        <w:t xml:space="preserve">[50:08] </w:t>
      </w:r>
      <w:r>
        <w:t>to matlab yeh hai ke yeh har cheez ko jo bazahir unki apni khushusiyat thi, woh bhi allah</w:t>
      </w:r>
    </w:p>
    <w:p>
      <w:pPr>
        <w:jc w:val="right"/>
      </w:pPr>
      <w:r>
        <w:t>तो मतलब यह है कि यह हर चीज़ को जो बजाहिर उनकी अपनी खुशुशियत थी, वो भी अल्लाह</w:t>
      </w:r>
    </w:p>
    <w:p>
      <w:r>
        <w:rPr>
          <w:b/>
        </w:rPr>
        <w:t xml:space="preserve">[50:16] </w:t>
      </w:r>
      <w:r>
        <w:t>ko unhone uska credit diya ke ye bhi tune kiya, ye bhi tune kiya aur ek bahut achhi</w:t>
      </w:r>
    </w:p>
    <w:p>
      <w:pPr>
        <w:jc w:val="right"/>
      </w:pPr>
      <w:r>
        <w:t>को उन्होंने उसका credit दिया कि ये भी तूने किया, ये भी तूने किया और एक बहुत अच्छी</w:t>
      </w:r>
    </w:p>
    <w:p>
      <w:r>
        <w:rPr>
          <w:b/>
        </w:rPr>
        <w:t xml:space="preserve">[50:25] </w:t>
      </w:r>
      <w:r>
        <w:t>jo baat kahi usi unhi dua mein ke rabbi latiful limayasha ke mera rabb bahut hi settle</w:t>
      </w:r>
    </w:p>
    <w:p>
      <w:pPr>
        <w:jc w:val="right"/>
      </w:pPr>
      <w:r>
        <w:t>जो बात कही उसी उन्हीं दुआ में कि इन्हीं रब्बी लतीफुल लिमायशा कि मेरा रब्ब बहुत ही settle</w:t>
      </w:r>
    </w:p>
    <w:p>
      <w:r>
        <w:rPr>
          <w:b/>
        </w:rPr>
        <w:t xml:space="preserve">[50:33] </w:t>
      </w:r>
      <w:r>
        <w:t>andaz ki planning karta hai.</w:t>
      </w:r>
    </w:p>
    <w:p>
      <w:pPr>
        <w:jc w:val="right"/>
      </w:pPr>
      <w:r>
        <w:t>अंदाज़ की planning करता है.</w:t>
      </w:r>
    </w:p>
    <w:p>
      <w:r>
        <w:rPr>
          <w:b/>
        </w:rPr>
        <w:t xml:space="preserve">[50:42] </w:t>
      </w:r>
      <w:r>
        <w:t>inn rabbi latiful limaysha ke mera rabb bahut hi settle planning karta hai. maine khud yushu bhale islam ke waqai mein milta hai ki bajaye bhaiyon ne unko kuen mein daal diya aur kuen mein se phir wo parohht kar diya unko logon ne, slave van gaye wo, to unhone jail mein jaana pada.</w:t>
      </w:r>
    </w:p>
    <w:p>
      <w:pPr>
        <w:jc w:val="right"/>
      </w:pPr>
      <w:r>
        <w:t>इन्न रब्बी लतीफुल लिमायशा के मेरा रब्द बहुत ही settle planning करता है. मैंने खुद युशु भले इस्लाम के वाकई में मिलता है कि बजाय भाइयों ने उनको कुएं में डाल दिया और कुएं में से फिर वो परोह्त कर दिया उनको लोगों ने, slave वन गए वो, तो उन्होंने jail में जाना पड़ा.</w:t>
      </w:r>
    </w:p>
    <w:p>
      <w:r>
        <w:rPr>
          <w:b/>
        </w:rPr>
        <w:t xml:space="preserve">[51:03] </w:t>
      </w:r>
      <w:r>
        <w:t>lekin ye sab ek process chal raha tha aur allah dalah ki koi planning thi ke jail se</w:t>
      </w:r>
    </w:p>
    <w:p>
      <w:pPr>
        <w:jc w:val="right"/>
      </w:pPr>
      <w:r>
        <w:t>लेकिन ये सब एक process चल रहा था और अल्लाह दालाह की कोई planning थी कि jail से</w:t>
      </w:r>
    </w:p>
    <w:p>
      <w:r>
        <w:rPr>
          <w:b/>
        </w:rPr>
        <w:t xml:space="preserve">[51:13] </w:t>
      </w:r>
      <w:r>
        <w:t>kis tarike se allah dalah ne unko fukumat mein aala makam par usko ek bahut hi bade makam</w:t>
      </w:r>
    </w:p>
    <w:p>
      <w:pPr>
        <w:jc w:val="right"/>
      </w:pPr>
      <w:r>
        <w:t>किस तरीके से अल्लाह दालाह ने उनको फुकूमत में आला मकाम पर उसको एक बहुत ही बड़े मकाम</w:t>
      </w:r>
    </w:p>
    <w:p>
      <w:r>
        <w:rPr>
          <w:b/>
        </w:rPr>
        <w:t xml:space="preserve">[51:23] </w:t>
      </w:r>
      <w:r>
        <w:t>par pahunchana chahta hai.</w:t>
      </w:r>
    </w:p>
    <w:p>
      <w:pPr>
        <w:jc w:val="right"/>
      </w:pPr>
      <w:r>
        <w:t>पर पहुंचाना चाहता है.</w:t>
      </w:r>
    </w:p>
    <w:p>
      <w:r>
        <w:rPr>
          <w:b/>
        </w:rPr>
        <w:t xml:space="preserve">[51:34] </w:t>
      </w:r>
      <w:r>
        <w:t>to ye yani shakirana zindagi ki misaal thi aur agar hum gair shakirana zindagi ki misaal bhi dekhein to wo bhi quran bhi milti hai bahut achhi. ek aadmi tha caron jisko bible mein kora kehte hain. wo pharaoh ka kiron ka saathi tha to uske baad bahut daulat thi. bahut hi treasure bada treasure house tha. treasure tha uska itna ki chabiyan hi bahut sare log uthate the.</w:t>
      </w:r>
    </w:p>
    <w:p>
      <w:pPr>
        <w:jc w:val="right"/>
      </w:pPr>
      <w:r>
        <w:t>तो ये यानी शाकिराना ज़िंदगी की मिसाल थी और अगर हम गैर शाकिराना ज़िंदगी की मिसाल भी देखें तो वो भी कुरान भी मिलती है बहुत अच्छी. एक आदमी था कारोन जिसको bible में कोरा कहते हैं. वो pharaoh का किरोन का साथी था तो उसके बाद बहुत दौलत थी. बहुत ही treasure बड़ा treasure house था. Treasure था उसका इतना कि चाबियां ही बहुत सारे लोग उठाते थे.</w:t>
      </w:r>
    </w:p>
    <w:p>
      <w:r>
        <w:rPr>
          <w:b/>
        </w:rPr>
        <w:t xml:space="preserve">[52:01] </w:t>
      </w:r>
      <w:r>
        <w:t>to us se logon ne kaha bhai tumhare paas bahut daulat hai. tum iski namaz karte ho. is se achha hai ke tum gareeb logon ko do, madad karo logon ki.</w:t>
      </w:r>
    </w:p>
    <w:p>
      <w:pPr>
        <w:jc w:val="right"/>
      </w:pPr>
      <w:r>
        <w:t>तो उससे लोगों ने कहा भाई तुम्हारे पास बहुत दौलत है. तुम इसकी नमाज़ करते हो. इससे अच्छा है कि तुम गरीब लोगों को दो, मदद करो लोगों की.</w:t>
      </w:r>
    </w:p>
    <w:p>
      <w:r>
        <w:rPr>
          <w:b/>
        </w:rPr>
        <w:t xml:space="preserve">[52:26] </w:t>
      </w:r>
      <w:r>
        <w:t>to yeh ek ghair shakirana zindagi ki misaal hai uska aur anjam hi aisa hua ke ek jhaljhala aaya bahut bada. uska jo ghar tha palace, treasure aur woh khud sab us us jaldale mein zameen doos ho gaya aur woh khatm ho gaya. to yeh hai jo hamd molana kahi ke har waqt huda ke shukr mein jeena.</w:t>
      </w:r>
    </w:p>
    <w:p>
      <w:pPr>
        <w:jc w:val="right"/>
      </w:pPr>
      <w:r>
        <w:t>तो यह एक गैर शाकिराना ज़िंदगी की मिसाल है उसका और अंजाम ही ऐसा हुआ कि एक जलझला आया बहुत बड़ा. उसका जो घर था palace, treasure और वह खुद सब उस उस जल्दले में ज़मीन दोस हो गया और वह खत्म हो गया. तो यह है जो हम्द मोलानंद कही कि हर वक्त होदा के शुक्र में जीना.</w:t>
      </w:r>
    </w:p>
    <w:p>
      <w:r>
        <w:rPr>
          <w:b/>
        </w:rPr>
        <w:t xml:space="preserve">[52:53] </w:t>
      </w:r>
      <w:r>
        <w:t>yeh badi ahum cheez hai yaani yeh ahum tareen hai. varshury fatiha poori isi ke baare mein hai aur doosri jo cheez hai woh taqdeer hai yaani allah wakbar. ab aajkal to allahu akbar ek political nara van gaya hai. halanki allahu akbar ka matlab hai ke khuda bada hai aur main chhota hoon.</w:t>
      </w:r>
    </w:p>
    <w:p>
      <w:pPr>
        <w:jc w:val="right"/>
      </w:pPr>
      <w:r>
        <w:t>यह बड़ी अहम् चीज़ है यानी यह अहम् तरीन है. वर्षुर्य फातिया पूरी इसी के बारे में है और दूसरी जो चीज़ है वह तकदीर है यानी अल्लाह वक्बर. अब आजकल तो अल्लाहु अकबर एक political नारा वन गया है. हालांकि अल्लाहु अकबर का मतलब है कि खुदा बड़ा है और मैं छोटा हूं.</w:t>
      </w:r>
    </w:p>
    <w:p>
      <w:r>
        <w:rPr>
          <w:b/>
        </w:rPr>
        <w:t xml:space="preserve">[53:15] </w:t>
      </w:r>
      <w:r>
        <w:t>yaani apne apne aap ko humility ki sata par lana aur apne andar khuda ki glory ko jagana yeh allahu akbar ki spirit hai aur teesri cheez hai salamati yaani jo namaz jab khatm hoti hai to assalam alaikum rahmatullah ko aur aur assalam walik idhar karte hain.</w:t>
      </w:r>
    </w:p>
    <w:p>
      <w:pPr>
        <w:jc w:val="right"/>
      </w:pPr>
      <w:r>
        <w:t>यानि अपने अपने आप को humility की सता पर लाना और अपने अंदर खुदा की glory को जगाना यह अल्लाहु अकबर की spirit है और तीसरी चीज़ है सलामती यानी जो नमाज़ जब खत्म होती है तो अस्सलाम अलिकुम रहमतुल्लाह को और और अस्सलाम वालिक इधर करते हैं.</w:t>
      </w:r>
    </w:p>
    <w:p>
      <w:r>
        <w:rPr>
          <w:b/>
        </w:rPr>
        <w:t xml:space="preserve">[53:37] </w:t>
      </w:r>
      <w:r>
        <w:t>iska matlab hai ke woh namazi keh raha hai saare insanon se ke tum mujh se safe ho aur tum tumhare upar peace ho aur salamati ho. ek tabhihi the jinka naam tha igne oaeina. unhone kaha ke hal tadri massalam. kya tum jante ho ke salam kya hai?</w:t>
      </w:r>
    </w:p>
    <w:p>
      <w:pPr>
        <w:jc w:val="right"/>
      </w:pPr>
      <w:r>
        <w:t>इसका मतलब है कि वह नमाज़ी कह रहा है सारे इंसानों से कि तुम मुझसे safe हो और तुम तुम्हारे ऊपर peace हो और सलामती हो. एक ताबिही थे जिनका नाम था इगने ओएइना. उन्होंने कहा कि हल तदरी मस्सलाम. क्या तुम जानते हो कि सलाम क्या है?</w:t>
      </w:r>
    </w:p>
    <w:p>
      <w:r>
        <w:rPr>
          <w:b/>
        </w:rPr>
        <w:t xml:space="preserve">[53:58] </w:t>
      </w:r>
      <w:r>
        <w:t>anta amino minni antasalim minni ke tum mujh se safe ho, tumhara honor, tumhara paisa, tumhari izzat, har cheez mujh se safe hai. to main ek harmless insan hoon. tumhein koi shikayat nahi hogi mujh se. yeh hai salam ki spirit. to yeh teen baatein bahut hi aaye hain main, hamd, taqveer aur salamati. ji, masha allah.</w:t>
      </w:r>
    </w:p>
    <w:p>
      <w:pPr>
        <w:jc w:val="right"/>
      </w:pPr>
      <w:r>
        <w:t>अंता आमिनो मिननी अंतसालिम मिननी कि तुम मुझसे safe हो, तुम्हारा honor, तुम्हारा पैसा, तुम्हारी इज्जत, हर चीज़ मुझसे safe है. तो मैं एक harmless इंसान हूं. तुम्हें कोई शिकायत नहीं होगी मुझसे. यह है सलाम की spirit. तो यह तीन बातें बहुत ही आए हैं मैं, हंद, तक़वीर और सलामती. जी, माशा अल्लाह.</w:t>
      </w:r>
    </w:p>
    <w:p>
      <w:r>
        <w:rPr>
          <w:b/>
        </w:rPr>
        <w:t xml:space="preserve">[54:25] </w:t>
      </w:r>
      <w:r>
        <w:t>bahut achhe se, bahut khoobsurti ke andaz mein aapne DocsApp is baat ko waze kiya. DocsApp, quran mein yeh bhi aata hai ke seek help through namaz. ji, to ek zehan mein ek sawal aata hai ke namaz se hum kaise help maang sakte hain? isko bhi aap waze karein. achhe</w:t>
      </w:r>
    </w:p>
    <w:p>
      <w:pPr>
        <w:jc w:val="right"/>
      </w:pPr>
      <w:r>
        <w:t>बहुत अच्छे से, बहुत खूबसूरती के अंदाज़ में आपने DocsApp इस बात को वाज़े किया. DocsApp, कुरान में यह भी आता है कि seek help through नमाज़. जी, तो एक ज़हन में एक सवाल आता है कि नमाज़ से हम कैसे help मांग सकते हैं? इसको भी आप वाज़े करें. अच्छे</w:t>
      </w:r>
    </w:p>
    <w:p>
      <w:r>
        <w:rPr>
          <w:b/>
        </w:rPr>
        <w:t xml:space="preserve">[54:49] </w:t>
      </w:r>
      <w:r>
        <w:t>quran mein aata hai is taiyeeno bisabari wa salat ke namaz se aur patience se madad hasil karo. seek help through patience and prayer.</w:t>
      </w:r>
    </w:p>
    <w:p>
      <w:pPr>
        <w:jc w:val="right"/>
      </w:pPr>
      <w:r>
        <w:t>कुरान में आता है इस तैयीनों बिस्सबरी व सलात कि नमाज़ से और patience से मदद हासिल करो. सीख help through patience and prayer.</w:t>
      </w:r>
    </w:p>
    <w:p>
      <w:r>
        <w:rPr>
          <w:b/>
        </w:rPr>
        <w:t xml:space="preserve">[55:02] </w:t>
      </w:r>
      <w:r>
        <w:t>to prophet mohammad jab bhi koi pareshani ka waqay hota tha, koi khabar aayi ke koi dushman unke upar attack karne wala hai, sahaba jo kisi mission par gaye hain, tavati mission mein unko koi pareshani layak ho gayi hai ya koi aur pareshani ki news aati thi to prophet mohammad sabse pehle khade ho jate the namaz padhne.</w:t>
      </w:r>
    </w:p>
    <w:p>
      <w:pPr>
        <w:jc w:val="right"/>
      </w:pPr>
      <w:r>
        <w:t>तो prophet मोहम्मद जब भी कोई परेशानी का वाकय होता था, कोई खबर आई कि कोई दुश्मन उनके ऊपर attack करने वाला है, साहबा जो किसी mission पर गए हैं, तावती mission में उनको कोई परेशानी लायक हो गई है या कोई और परेशानी की news आती थी तो prophet मोहम्मद सबसे पहले खड़े हो जाते थे नमाज़ पढ़ने.</w:t>
      </w:r>
    </w:p>
    <w:p>
      <w:r>
        <w:rPr>
          <w:b/>
        </w:rPr>
        <w:t xml:space="preserve">[55:27] </w:t>
      </w:r>
      <w:r>
        <w:t>kyunki jab aap namaz padhte hain aur ruku aur sajda aur khuda ki yaad, quran padhte hain, zikr karte hain to aap prepare ho jate hain achhi dua karne ke liye. yaani ek bahut hi achha tareeka hai ke dua ke liye apne aap ko prepare karne karne ka tareeka hai ke aap namaz padhe.</w:t>
      </w:r>
    </w:p>
    <w:p>
      <w:pPr>
        <w:jc w:val="right"/>
      </w:pPr>
      <w:r>
        <w:t>क्योंकि जब आप नमाज़ पढ़ते हैं और रुकू और सजदा और खुदा की याद, कुरान पढ़ते हैं, ज़िक्र करते हैं तो आप prepare हो जाते हैं अच्छी दुआ करने के लिए. यानी एक बहुत ही अच्छा तरीका है कि दुआ के लिए अपने आप को prepare करने करने का तरीका है कि आप नमाज़ पढ़े.</w:t>
      </w:r>
    </w:p>
    <w:p>
      <w:r>
        <w:rPr>
          <w:b/>
        </w:rPr>
        <w:t xml:space="preserve">[55:52] </w:t>
      </w:r>
      <w:r>
        <w:t>to aur namaz ke baad phir dua kare aur dua hi asal cheez hai. hadish mein aata hai adwah hual ibada ke duah hi worship hai. adwah mukhal ibada ke duah is the essence of prayer. to yeh, yeh matlab yahi hai ke aap namaz padhein aur gehri duah karein to zahir allah taala ki madad aapko hasil hogi. ji, doctor wal ne bilkul sahi kaha.</w:t>
      </w:r>
    </w:p>
    <w:p>
      <w:pPr>
        <w:jc w:val="right"/>
      </w:pPr>
      <w:r>
        <w:t>तो और नमाज़ के बाद फिर दुआ करे और दुआ ही असल चीज़ है. हदीश में आता है अद्वाह हुआल इबादा कि दुआह ही worship है. अद्वाह मुखल इबादा कि दुआह is the essence of prayer. तो यह, यह मतलब यही है कि आप नमाज़ पढ़ें और गहरी दुआह करें तो जाहिर अल्लाह तालाह कि मदद आपको हासिल होगी. जी, doctor वाल ने बिल्कुल सही कहा.</w:t>
      </w:r>
    </w:p>
    <w:p>
      <w:r>
        <w:rPr>
          <w:b/>
        </w:rPr>
        <w:t xml:space="preserve">[56:21] </w:t>
      </w:r>
      <w:r>
        <w:t>main main bhi soch raha tha ke molana weddin khan sahab hum logon ko kaha karte the ke zindagi mein kabhi koi aisi situation aaye ke aapko yeh samajhna hai ke kya karoon? bahut difficult situation ho, to fauran aap dua mein chale jayen aur uske baad yakeenan allah taala ko yeh solution nikalega. to dua ka jo, dua ki jo hamiyat hai, woh bahut bahut zyada hai.</w:t>
      </w:r>
    </w:p>
    <w:p>
      <w:pPr>
        <w:jc w:val="right"/>
      </w:pPr>
      <w:r>
        <w:t>मैं मैं भी सोच रहा था कि मुलाना वेदीन खान साहब हम लोगों को कहा करते थे कि ज़िंदगी में कभी कोई ऐसी situation आए कि आपको यह समझना है कि क्या करूं? बहुत difficult situation हो, तो फ़ौरन आप दुआ में चले जाएं और उसके बाद यकीनन अल्लाह तालाह को यह solution निकालेगा. तो दुआ का जो, दुआ की जो हैमियत है, वह बहुत बहुत ज़्यादा है.</w:t>
      </w:r>
    </w:p>
    <w:p>
      <w:r>
        <w:rPr>
          <w:b/>
        </w:rPr>
        <w:t xml:space="preserve">[56:48] </w:t>
      </w:r>
      <w:r>
        <w:t>doctor sahab, I wanted to know that quran ke hawale se baat ho rahi hai ke is there any teaching in the quran that tells us that how you know with namaz one can transform one's life. to agar koi hai to iske baare mein bhi aap batayein hum sabko. quran mein aata hai inmaslata tanhaa anilfashai walmun kar.</w:t>
      </w:r>
    </w:p>
    <w:p>
      <w:pPr>
        <w:jc w:val="right"/>
      </w:pPr>
      <w:r>
        <w:t>Doctor साहब, I wanted to know that कुरान के हवाले से बात हो रही है कि is there any teaching in the कुरान that tells us that how you know with नमाज़ one can transform one's life. तो अगर कोई है तो इसके बारे में भी आप बताएं हम सबको. कुरान में आता है इन्मसलाता तनहा अनिलफाशाई वलमुन कर.</w:t>
      </w:r>
    </w:p>
    <w:p>
      <w:r>
        <w:rPr>
          <w:b/>
        </w:rPr>
        <w:t xml:space="preserve">[57:15] </w:t>
      </w:r>
      <w:r>
        <w:t>namaz insan ko buraiyon se rokti hai, buri baaton se rokti hai. to uska tareeka yeh hai ke jab aap namaz padhte hain aur usmein ruku hai, sajda hai, huda ka zikr karte hain aur huda ki yaad mein gum ho jate hain to aapke andar accountability ka ehsaas paida hota hai.</w:t>
      </w:r>
    </w:p>
    <w:p>
      <w:pPr>
        <w:jc w:val="right"/>
      </w:pPr>
      <w:r>
        <w:t>नमाज़ इंसान को बुराइयों से रोकती है, बुरी बातों से रोकती है. तो उसका तरीका यह है कि जब आप नमाज़ पढ़ते हैं और उसमें रुकू है, सजदा है, हुदा का ज़िक्र करते हैं और हुदा की याद में गुम हो जाते हैं तो आपके अंदर accountability का एहसास पैदा होता है.</w:t>
      </w:r>
    </w:p>
    <w:p>
      <w:r>
        <w:rPr>
          <w:b/>
        </w:rPr>
        <w:t xml:space="preserve">[57:40] </w:t>
      </w:r>
      <w:r>
        <w:t>jisko akhirat yaani day of judgement ka woh ehsaas paida hota hai. to us se aapke andar change aata hai. kyunki accountability ka ehsaas hi woh cheez hai jo insan ko badal sakta hai.</w:t>
      </w:r>
    </w:p>
    <w:p>
      <w:pPr>
        <w:jc w:val="right"/>
      </w:pPr>
      <w:r>
        <w:t>जिसको आखिरत यानी day of judgement का वो एहसास पैदा होता है. तो उससे आपके अंदर change आता है. क्योंकि accountability का एहसास ही वो चीज़ है जो इंसान को बदल सकता है.</w:t>
      </w:r>
    </w:p>
    <w:p>
      <w:r>
        <w:rPr>
          <w:b/>
        </w:rPr>
        <w:t xml:space="preserve">[57:56] </w:t>
      </w:r>
      <w:r>
        <w:t>kyunki quran se yeh sabit hai ke allah taala jo accountability hogi akhirat mein to woh banda aur khuda akele milenge yaani koi aur nahi hoga teesra. one on one session hoga ke khuda samne hoga aur banda idhar hoga woh idhar dekhega phir idhar dekhega to koi nazar nahi aayega.</w:t>
      </w:r>
    </w:p>
    <w:p>
      <w:pPr>
        <w:jc w:val="right"/>
      </w:pPr>
      <w:r>
        <w:t>क्योंकि कुरान से ये साबित है कि अल्लाह दाला जो accountability होगी आखिरत में तो वो बंदा और खुदा अकेले मिलेंगे यानी कोई और नहीं होगा तीसरा. One on one session होगा कि खुदा सामने होगा और बंदा इधर होगा वह इधर देखेगा फिर इधर देखेगा तो कोई नज़र नहीं आएगा.</w:t>
      </w:r>
    </w:p>
    <w:p>
      <w:r>
        <w:rPr>
          <w:b/>
        </w:rPr>
        <w:t xml:space="preserve">[58:22] </w:t>
      </w:r>
      <w:r>
        <w:t>to yeh jo ehsaas hai ke ek din aayega aur har cheez allah taala ke ilm mein hai to woh accountability ka ehsaas darasal insan ko badalta hai aur namaz mein jo ruku hai, sajda hai aur yeh sab doayen hain, is se uske andar ek gehri spirit paida hoti hai to us se tabdili waqi hoti hai insan ke andar.</w:t>
      </w:r>
    </w:p>
    <w:p>
      <w:pPr>
        <w:jc w:val="right"/>
      </w:pPr>
      <w:r>
        <w:t>तो यह जो एहसास है कि एक दिन आएगा और हर चीज़ अल्लाह तालाह के इल्म में है तो वह accountability का एहसास दरअसल इंसान को बदलता है और नमाज़ में जो रुकू है, सज्दा है और ये सब दोआएं हैं, इससे उसके अंदर एक गहरी spirit पैदा होती है तो उससे तब्दीली वाकई होती है इंसान के अंदर.</w:t>
      </w:r>
    </w:p>
    <w:p>
      <w:r>
        <w:rPr>
          <w:b/>
        </w:rPr>
        <w:t xml:space="preserve">[58:49] </w:t>
      </w:r>
      <w:r>
        <w:t>ji, DocsApp ravayat mein aata hai ke sahabi jaise abdullah ibd zubair, hazrat, abu bakar aur kai sahabi jab namaz ke liye khade hote the to is tarah khade hote the ke jaise ke woh lakdi hon, matlab koi harkat nahi.</w:t>
      </w:r>
    </w:p>
    <w:p>
      <w:pPr>
        <w:jc w:val="right"/>
      </w:pPr>
      <w:r>
        <w:t>जी, DocsApp रवायत में आता है कि सहाबी जैसे अब्दुल्लाह इब्द जुबैर, हज़रत, अबू बकर और कई सहाबी जब नमाज़ के लिए खड़े होते थे तो इस तरह खड़े होते थे कि जैसे कि वह लकड़ी हों, मतलब कोई हरकत नहीं.</w:t>
      </w:r>
    </w:p>
    <w:p>
      <w:r>
        <w:rPr>
          <w:b/>
        </w:rPr>
        <w:t xml:space="preserve">[59:09] </w:t>
      </w:r>
      <w:r>
        <w:t>abdullah ibn umar se bhi ravatha ke jab woh namaz ke liye chalkar jate the, to woh itna ahista chalte the ke agar koi cheenti unke saath ho to woh bhi shayad aage nikal jaye. to kaha jata hai ke yeh sab baatein namaz ke khushu mein se hain. aksar log literal maynon mein cheezon ko lete hain. to hum yeh janana chahenge ke how can we, you know, bring khushu in our namaz? iske baare mein batayein.</w:t>
      </w:r>
    </w:p>
    <w:p>
      <w:pPr>
        <w:jc w:val="right"/>
      </w:pPr>
      <w:r>
        <w:t>अब्दुल्लाह Ibn Umar से भी रवाय था कि जब वह नमाज़ के लिए चलकर जाते थे, तो वह इतना अहस्था चलते थे कि अगर कोई चींटी उनके साथ हो तो वह भी शायद आगे निकल जाए. तो कहा जाता है कि यह सब बातें नमाज़ के खुशु में से हैं. अक्सर लोग literal मायनों में चीज़ों को लेते हैं. तो हम यह जानना चाहेंगे कि how can we, you know, bring खुशु in our नमाज़? इसके बारे में बताएं.</w:t>
      </w:r>
    </w:p>
    <w:p>
      <w:r>
        <w:rPr>
          <w:b/>
        </w:rPr>
        <w:t xml:space="preserve">[59:39] </w:t>
      </w:r>
      <w:r>
        <w:t>khushu ka matlab hota hai darna, literal meaning. aise ek lafz aata hai hadish mein khujoo, khujoo uska matlab hai chukna yaani submit karna, submission. to khujoo khushu ka matlab darna is sense mein hai, wohi accountability ke sense mein hai ke ek din aayega aur khuda ke samne mujhe hazir hona hai.</w:t>
      </w:r>
    </w:p>
    <w:p>
      <w:pPr>
        <w:jc w:val="right"/>
      </w:pPr>
      <w:r>
        <w:t>खुशू का मतलब होता है डरना, literal meaning. ऐसे एक लफ्ज़ आता है हदीश में खुजू, खुजू उसका मतलब है चुकना यानी submit करना, submission. तो खुजू खुशू का मतलब डरना इस sense में है, वही accountability के sense में है कि एक दिन आएगा और खुदा के सामने मुझे हाज़िर होना है.</w:t>
      </w:r>
    </w:p>
    <w:p>
      <w:r>
        <w:rPr>
          <w:b/>
        </w:rPr>
        <w:t xml:space="preserve">[1:00:04] </w:t>
      </w:r>
      <w:r>
        <w:t>to is is ehsaas se uske andar ek kaifiyat tari hoti hai. aisa nahi hai ke main kahoon ke aaj main ja raha hoon khushu ki namaz padhunga. to molana ne likha hai ke ek khashiyana zindagi guzarni hoti hai yaani ek spiritual life. jab aap ek spiritual life guzarenge, khuda ka khauf aapke dil mein hoga to aapke aapke andar tarah tarah ki tabdili hogi.</w:t>
      </w:r>
    </w:p>
    <w:p>
      <w:pPr>
        <w:jc w:val="right"/>
      </w:pPr>
      <w:r>
        <w:t>तो इस इस एहसास से उसके अंदर एक कैफियत तारी होती है. ऐसा नहीं है कि मैं कहूं कि आज मैं जा रहा हूं खुशु की नमाज़ पढूंगा. तो मौला ने लिखा है कि एक खाशियाना ज़िंदगी गुज़ारनी होती है यानी एक spiritual life. जब आप एक spiritual life गुज़ारेंगे, खुदा का खौफ आपके दिल में होगा तो आपके आपके अंदर तरह तरह की तब्दीली होगी.</w:t>
      </w:r>
    </w:p>
    <w:p>
      <w:r>
        <w:rPr>
          <w:b/>
        </w:rPr>
        <w:t xml:space="preserve">[1:00:34] </w:t>
      </w:r>
      <w:r>
        <w:t>aapka character hai ya aapke behavior hai, aapke dealings hain, in sab cheezon mein ek nuaaya fark nazar aayega. to wohi cheez hai khushu darasal aur wohi namaz mein bhi nazar aayega. to aisa nahi ho sakta hai koi achanak khushu ke namaz padhne lage balki ek woh spiritual life guzar raha hai agar woh. ek khasiyana zindagi jisko molana ne kaha hai woh guzar raha hai.</w:t>
      </w:r>
    </w:p>
    <w:p>
      <w:pPr>
        <w:jc w:val="right"/>
      </w:pPr>
      <w:r>
        <w:t>आपका character है या आपके behavior है, आपके dealings है, इन सब चीज़ों में एक नुआया फ़र्क नज़र आएगा. तो वही चीज़ है खुशू दरअसल और वही नमाज़ में भी नज़र आएगा. तो ऐसा नहीं हो सकता है कोई अचानक खुशू के नमाज़ पड़ने लगे बल्कि एक वह spiritual life गुज़ार रहा है अगर वह. एक खासियाना ज़िंदगी जिसको मौलाना ने कहा है वह गुज़ार रहा है.</w:t>
      </w:r>
    </w:p>
    <w:p>
      <w:r>
        <w:rPr>
          <w:b/>
        </w:rPr>
        <w:t xml:space="preserve">[1:01:02] </w:t>
      </w:r>
      <w:r>
        <w:t>tab uski saari cheezon mein woh cheezein reflect hogi. to zahir hai usko andar khushu ki paida hoga. ji. to doctor koi aapka personal experience ki kaise hum khushu ko badha sakte hain apni namaz mein? agar aap batayein to use aur baat jo hai waze ho jayegi. haan zaroor. main samajhta hoon ke sabse pehli cheez to yeh hai ke aadmi apni reading ko padhayein. mutala.</w:t>
      </w:r>
    </w:p>
    <w:p>
      <w:pPr>
        <w:jc w:val="right"/>
      </w:pPr>
      <w:r>
        <w:t>तब उसकी सारी चीज़ों में वह चीज़ें reflect होगी. तो जाहिर है उसको अंदर खुशु की पैदा होगा. जी. तो doctor कोई आपका personal experience की कैसे हम खुशु को बढ़ा सकते हैं अपनी नमाज़ में? अगर आप बताएं तो उसे और बात जो है वाज़े हो जाएगी. हां ज़रूर. मैं समझता हूं कि सबसे पहली चीज़ तो यह है कि आदमी अपनी reading को पढ़ाएं. मुताला.</w:t>
      </w:r>
    </w:p>
    <w:p>
      <w:r>
        <w:rPr>
          <w:b/>
        </w:rPr>
        <w:t xml:space="preserve">[1:01:30] </w:t>
      </w:r>
      <w:r>
        <w:t>reading bahut zaruri hai. ab dekhiye jo log quran padhte hain woh aam taur se arabi mein padhte hain kyunki hamare yahan yeh nijaz paida ho gaya hai.</w:t>
      </w:r>
    </w:p>
    <w:p>
      <w:pPr>
        <w:jc w:val="right"/>
      </w:pPr>
      <w:r>
        <w:t>Reading बहुत ज़रूरी है. अब देखिए जो लोग कुरान पढ़ते हैं वो आमतौर से अरबी में पढ़ते हैं क्योंकि हमारे यहां यह निजाज़ पैदा हो गया है.</w:t>
      </w:r>
    </w:p>
    <w:p>
      <w:r>
        <w:rPr>
          <w:b/>
        </w:rPr>
        <w:t xml:space="preserve">[1:01:56] </w:t>
      </w:r>
      <w:r>
        <w:t>ke har ayat ka ek outer mafhoom hai aur ek inner deeper between the line mafhoom hai to us tak pahunchna hai. to molana ne hamesha yeh kaha hai ke logon ko quran apni mother tongue mein padhna chahiye. log RB seekhne lagte hain, us se bhi kuch hasil nahi hota hai, thodi bahut RB seekhte hain.</w:t>
      </w:r>
    </w:p>
    <w:p>
      <w:pPr>
        <w:jc w:val="right"/>
      </w:pPr>
      <w:r>
        <w:t>कि हर आयत का एक outer मफूम है और एक inner deeper between the line मफूम है तो उस तक पहुंचना है. तो मौलाना ने हमेशा यह कहा है कि लोगों को कुरान अपनी mother tongue में पढ़ना चाहिए. लोग RB सीखने लगते हैं, उससे भी कुछ हासिल नहीं होता है, थोड़ी बहुत RB सीखते हैं.</w:t>
      </w:r>
    </w:p>
    <w:p>
      <w:r>
        <w:rPr>
          <w:b/>
        </w:rPr>
        <w:t xml:space="preserve">[1:02:20] </w:t>
      </w:r>
      <w:r>
        <w:t>log ya to poori tarah aap dedicate kar dein, Arabic seekhne mein zindagi apni tab to shayad aap seekh saken. Warna aap ko chahiye ke Urdu mein, Hindi mein, English mein, kisi bhi zubaan mein parhein aap. Quran aur us par gehrai se sochen aur tafsir padhein. Main to hamesha recommend karta hoon Maulana ki tafsir Maulana Wahiduddin Khan jo mere father the.</w:t>
      </w:r>
    </w:p>
    <w:p>
      <w:pPr>
        <w:jc w:val="right"/>
      </w:pPr>
      <w:r>
        <w:t>लोग या तो पूरी तरह आप dedicate कर दें, Arabic सीखने में ज़िंदगी अपनी तब तो शायद आप सीख सकें. वरना आपको चाहिए कि उर्दू में, हिंदी में, English में, किसी भी जुबान में पढ़ें आप. कुरान और उस पर गहराई से सोचें और तफ्सीर पढ़ें. मैं तो हमेशा recommend करता हूं मौलाना की तफ्सीर मौलाना वैतुत्तीन खान जो मेरे father थे.</w:t>
      </w:r>
    </w:p>
    <w:p>
      <w:r>
        <w:rPr>
          <w:b/>
        </w:rPr>
        <w:t xml:space="preserve">[1:02:46] </w:t>
      </w:r>
      <w:r>
        <w:t>Tazkeer ul Quran aur woh tafsir in tihai alag tarah ki tafsir hai. Zyada tar jo tafseeren hain, jo commentaries hain, woh aisa lagta hai ke koi research work hai. Usmein bahut saare logon ke ke baare mein hoga ke unhone yeh kaha, inhone yeh kaha, yeh behas hogi, itni aaye the, itni verses hain aur aur yeh sab detail jo ek scholar ke liye to faaydemand ho sakta hai lekin aam aadmi ke liye nahi ho sakta.</w:t>
      </w:r>
    </w:p>
    <w:p>
      <w:pPr>
        <w:jc w:val="right"/>
      </w:pPr>
      <w:r>
        <w:t>तज़गीर उल्कुरान और वो तफ्सीर इन तिहाई अलग तरह की तफ्सीर है. ज़्यादातर जो तफ्सीरें हैं, जो commentaries हैं, वो ऐसा लगता है कि कोई research work है. उसमें बहुत सारे लोगों के के बारे में होगा कि उन्होंने यह कहा, इन्होंने यह कहा, यह बहस होगी, इतनी आए थे, इतनी verses हैं और और यह सब detail जो एक scholar के लिए तो फायदेमंद हो सकता है लेकिन आम आदमी के लिए नहीं हो सकता.</w:t>
      </w:r>
    </w:p>
    <w:p>
      <w:r>
        <w:rPr>
          <w:b/>
        </w:rPr>
        <w:t xml:space="preserve">[1:03:15] </w:t>
      </w:r>
      <w:r>
        <w:t>Lekin Tazkeel Quran ka jo ek bahut hi numaya pehlu hai woh yeh hai ke woh spiritual aspect ko highlight karta hai.</w:t>
      </w:r>
    </w:p>
    <w:p>
      <w:pPr>
        <w:jc w:val="right"/>
      </w:pPr>
      <w:r>
        <w:t>लेकिन तस्कील कुरान का जो एक बहुत ही नुमाया पहलू है वह यह है कि वह spiritual aspect को highlight करता है.</w:t>
      </w:r>
    </w:p>
    <w:p>
      <w:r>
        <w:rPr>
          <w:b/>
        </w:rPr>
        <w:t xml:space="preserve">[1:03:25] </w:t>
      </w:r>
      <w:r>
        <w:t>Yaani Maulana ne ek paragraph liya aur us paragraph mein chand aayaton mein jo spiritual message hai, jo ek aam kary ke liye hum jaise ek aam insaan ke liye jismein koi message hai jo woh apni zindagi par apply kar sake woh spiritual content jo uska hai us particular paragraph ka woh usko ubharte hain.</w:t>
      </w:r>
    </w:p>
    <w:p>
      <w:pPr>
        <w:jc w:val="right"/>
      </w:pPr>
      <w:r>
        <w:t>यानी मौलाना ने एक paragraph लिया और उस paragraph में चंद आयतों में जो spiritual message है, जो एक आम कार्य के लिए हम जैसे एक आम इंसान के लिए जिसमें कोई message है जो वो अपनी ज़िंदगी पर apply कर सके वो spiritual content जो उसका है उस particular paragraph का वो उसको उभारते हैं.</w:t>
      </w:r>
    </w:p>
    <w:p>
      <w:r>
        <w:rPr>
          <w:b/>
        </w:rPr>
        <w:t xml:space="preserve">[1:03:50] </w:t>
      </w:r>
      <w:r>
        <w:t>To woh ek aam aam reader ke liye faayda hai usko usko usko faayda pahunchta hai. To main yeh recommend karunga ke aap Tazkeer ul Quran padhein, Urdu, Hindi, English mein. CPS ki website par available hai aur bhi languages mein hai, Arabic mein bhi hai. To usse usko padhte rahein, Quran ka ek hissa padhein, uska translation padhein, phir tafsir padhein, phir sochen. To yeh bahut hi zaroori hai.</w:t>
      </w:r>
    </w:p>
    <w:p>
      <w:pPr>
        <w:jc w:val="right"/>
      </w:pPr>
      <w:r>
        <w:t>तो वह एक आम आम reader के लिए फ़ायदा है उसको उसको उसको फ़ायदा पहुंचता है. तो मैं यह recommend करूंगा कि आप तस्कीरुल कुरान पढ़ें, उर्दू, हिंदी, english में. CPS की website पर available है और भी languages में है, Arabic में भी है. तो उससे उसको पढ़ते रहें, कुरान का एक हिस्सा पढ़ें, उसका translation पढ़ें, फिर तफ्सीर पढ़ें, फिर सोचें. तो यह बहुत ही ज़रूरी है.</w:t>
      </w:r>
    </w:p>
    <w:p>
      <w:r>
        <w:rPr>
          <w:b/>
        </w:rPr>
        <w:t xml:space="preserve">[1:04:18] </w:t>
      </w:r>
      <w:r>
        <w:t>Tabhi aap gehri baatein samajh paayenge, warna phir ritualistic exercise hogi aur kitabon ko bhi main recommend karta hoon. Maulana ki kitabein hain, jaise Allahu Akbar hai, Kitab e Marifat hai, Al Islam hai aur Al Salah jo magazine hai, Spirit of Islam hai. To yeh aap apni reading banayein.</w:t>
      </w:r>
    </w:p>
    <w:p>
      <w:pPr>
        <w:jc w:val="right"/>
      </w:pPr>
      <w:r>
        <w:t>तभी आप गहरी बातें समझ पाएंगे, वरना फिर ritualistic exercise होगी और किताबों को भी मैं recommend करता हूं. मौलाना की किताबें हैं, जैसे अल्लाहू अकबर है, किताबें मार्फत है, अल इस्लाम है और अल्सलाह जो magazine है, spirit of इस्लाम है. तो यह आप अपनी reading बनाएं.</w:t>
      </w:r>
    </w:p>
    <w:p>
      <w:r>
        <w:rPr>
          <w:b/>
        </w:rPr>
        <w:t xml:space="preserve">[1:04:39] </w:t>
      </w:r>
      <w:r>
        <w:t>Yeh bahut zaroori hai aur ek aur cheez jo hai jo main khud karta hoon woh bahut ahum hai ke apne ghar ke kisi hisse ko, kisi ghoshe ko ek corner banayein wahan par baithein, dua karein, namaz padhein, Quran padhein aur sochen gehrai se. Dekhiye jahan par zikr hota hai Khuda ka hadith mein aata hai, wahan farishte aate hain.</w:t>
      </w:r>
    </w:p>
    <w:p>
      <w:pPr>
        <w:jc w:val="right"/>
      </w:pPr>
      <w:r>
        <w:t>यह बहुत ज़रूरी है और एक और चीज़ जो है जो मैं खुद करता हूं वह बहुत अहम् है कि अपने घर के किसी हिस्से को, किसी घोषे को एक corner बनाएं वहां पर बैठें, दुआ करें, नमाज़ पढ़ें, कुरान पढ़ें और सोचें गहराई से. देखिए जहां पर ज़िक्र होता है खुदा का हदीश में आता है, वहां फरिश्ते आते हैं.</w:t>
      </w:r>
    </w:p>
    <w:p>
      <w:r>
        <w:rPr>
          <w:b/>
        </w:rPr>
        <w:t xml:space="preserve">[1:05:07] </w:t>
      </w:r>
      <w:r>
        <w:t>Allah taala ne kuch farishte banaye hain jo sirf isi kaam ke liye hai to farishte farishte aa jaate hain. Hadiith mein aata hai ke zameen se aasman tak farishte ho jaate hain aur woh apne paron se dhak lete hain us jagah ko.</w:t>
      </w:r>
    </w:p>
    <w:p>
      <w:pPr>
        <w:jc w:val="right"/>
      </w:pPr>
      <w:r>
        <w:t>अल्लाह ताला ने कुछ फरिश्ते बनाए हैं जो सिर्फ इसी काम के लिए है तो फरिश्ते फरिश्ते आ जाते हैं. हादी इसमें आता है कि ज़मीन से आसमान तक फरिश्ते हो जाते हैं और वो अपने परों से ढक लेते हैं उस जगह को.</w:t>
      </w:r>
    </w:p>
    <w:p>
      <w:r>
        <w:rPr>
          <w:b/>
        </w:rPr>
        <w:t xml:space="preserve">[1:05:33] </w:t>
      </w:r>
      <w:r>
        <w:t>To yeh, yeh mahaul, spiritual mahaul jab bhi paida hoga, jab aap ghar mein ek hisse ko is tarah se dedicate karein, kuch waqt usmein lagayein ek ghante, rozana taqreeban baithein usmein. Agar sirf ritual ke andaaz mein nawaz padh li aur kuch usse haasil nahi hoga jab tak ke aap gehrai se cheezon ka mutala nahi karenge aur is tarah se ek ghoshni banayenge to woh baat nahi hogi.</w:t>
      </w:r>
    </w:p>
    <w:p>
      <w:pPr>
        <w:jc w:val="right"/>
      </w:pPr>
      <w:r>
        <w:t>तो यह, यह माहौल, spiritual माहौल जब भी पैदा होगा, जब आप घर में एक हिस्से को इस तरह से dedicate करें, कुछ वक्त उसमें लगाएं एक घंटे, रोज़ाना तकरीबन बैठें उसमें. अगर सिर्फ ritual के अंदाज़ में नवाज़ पढ़ ली और कुछ उससे हासिल नहीं होगा जब तक कि आप गहराई से चीज़ों का मुताला नहीं करेंगे और इस तरीके से एक घोषणी बनाएंगे तो वह बात नहीं होगी.</w:t>
      </w:r>
    </w:p>
    <w:p>
      <w:r>
        <w:rPr>
          <w:b/>
        </w:rPr>
        <w:t xml:space="preserve">[1:06:00] </w:t>
      </w:r>
      <w:r>
        <w:t>main ek misaal deta hoon ke agar aap madina jayen, madina ki masjid jo hai, usmein aage ki</w:t>
      </w:r>
    </w:p>
    <w:p>
      <w:pPr>
        <w:jc w:val="right"/>
      </w:pPr>
      <w:r>
        <w:t>मैं एक मिसाल देता हूं कि अगर आप मदीना जाएं, मदीना की मस्जिद जो है, उसमें आगे की</w:t>
      </w:r>
    </w:p>
    <w:p>
      <w:r>
        <w:rPr>
          <w:b/>
        </w:rPr>
        <w:t xml:space="preserve">[1:06:12] </w:t>
      </w:r>
      <w:r>
        <w:t>taraf ek hissa hai jisko riyazul janma kaha jata hai aur woh jahan par imam khade hote hain</w:t>
      </w:r>
    </w:p>
    <w:p>
      <w:pPr>
        <w:jc w:val="right"/>
      </w:pPr>
      <w:r>
        <w:t>तरफ एक हिस्सा है जिसको रियाजूल जन्मा कहा जाता है और वह जहां पर इमाम खड़े होते हैं</w:t>
      </w:r>
    </w:p>
    <w:p>
      <w:r>
        <w:rPr>
          <w:b/>
        </w:rPr>
        <w:t xml:space="preserve">[1:06:24] </w:t>
      </w:r>
      <w:r>
        <w:t>wahan thoda sa alag sa carpet bhi hota hai to lagta hai ke ye woh hissa hai.</w:t>
      </w:r>
    </w:p>
    <w:p>
      <w:pPr>
        <w:jc w:val="right"/>
      </w:pPr>
      <w:r>
        <w:t>वहां थोड़ा सा अलग सा carpet भी होता है तो लगता है कि यह वह हिस्सा है.</w:t>
      </w:r>
    </w:p>
    <w:p>
      <w:r>
        <w:rPr>
          <w:b/>
        </w:rPr>
        <w:t xml:space="preserve">[1:06:36] </w:t>
      </w:r>
      <w:r>
        <w:t>Chunke Prophet ne kaha tha Ma baina Mimberi wa Baitil Jannah. Yeh mere mimbar, mimbar yaani pulpit jahan Imam lead karta hai prayer. Usse aur mere ghar ke beach ki jo jagah hai woh jannat ke baagon mein se ek baag hai. To logon ne usko literal sense mein le liya.</w:t>
      </w:r>
    </w:p>
    <w:p>
      <w:pPr>
        <w:jc w:val="right"/>
      </w:pPr>
      <w:r>
        <w:t>चूंकि prophet ने कहा था माबैना मिम्बरी वाबैती रोज़ अतुम बिन रे आजल जन्नत. यह मेरे मिम्बर, मिम्बर यानी pulpit जान ना इमाम lead करता है prayer. उससे और मेरे घर के beach की जो जगह है वो जन्नत के बागों में से एक बाग है. तो लोगों ने उसको literal sense में ले लिया.</w:t>
      </w:r>
    </w:p>
    <w:p>
      <w:r>
        <w:rPr>
          <w:b/>
        </w:rPr>
        <w:t xml:space="preserve">[1:06:58] </w:t>
      </w:r>
      <w:r>
        <w:t>Darasal baat yeh thi ke jab masjid bani, Masjid e Nabwi to ek area thoda sa khaali reh gaya, empty space thi. To Prophet ne kuch kamre banaye wahan jisko hujra ya hujraat kaha jata hai Quran mein bhi Surah Hujraat hai.</w:t>
      </w:r>
    </w:p>
    <w:p>
      <w:pPr>
        <w:jc w:val="right"/>
      </w:pPr>
      <w:r>
        <w:t>दरअसल बात यह थी कि जब मस्जिद बनी, मस्जिद ए नव्वी तो एक area थोड़ा सा खाली रह गया, empty space थी. तो prophet ने कुछ कमरे बनाए वहां जिसको हुजरा या हुजरात कहा जाता है कुरान में भी सूर्य हुजरात है.</w:t>
      </w:r>
    </w:p>
    <w:p>
      <w:r>
        <w:rPr>
          <w:b/>
        </w:rPr>
        <w:t xml:space="preserve">[1:07:14] </w:t>
      </w:r>
      <w:r>
        <w:t>To un woh kamron mein Prophet rehte the Aisha ka ghar tha aur to us, us, un, un rooms ya hujra jo bhi kahe uske aage thodi si jagah khaali thi phir masjid thi. Woh taqreeban area tha 100 feet by 100 feet ka.</w:t>
      </w:r>
    </w:p>
    <w:p>
      <w:pPr>
        <w:jc w:val="right"/>
      </w:pPr>
      <w:r>
        <w:t>तो उन वो कमरों में profit रहते थे रजत आशा का घर था और तो उस, उस, उन, उन rooms या गुजरा जो भी कहे उसके आगे थोड़ी सी जगह खाली थी फिर मस्जिद थी. वो तकरीबन area था 100 feet by 100 feet का.</w:t>
      </w:r>
    </w:p>
    <w:p>
      <w:r>
        <w:rPr>
          <w:b/>
        </w:rPr>
        <w:t xml:space="preserve">[1:07:37] </w:t>
      </w:r>
      <w:r>
        <w:t>To wahan Prophet baitha karte the aur dua karte the, namaz padhte the, zikr karte the, Khuda ki yaad karte the. To phir ishte aate the. To is sense mein unhone kaha tha ke yeh jannat ka tukda hai, jannat ka hissa hai, yeh jannat ka baag hai. To aap agar apne ghar mein bhi yeh karein ke ek hisse ko banayein, Khuda ki yaad, to wahan bhi wahi hoga. Woh bhi jannat ka tukda ban jayega.</w:t>
      </w:r>
    </w:p>
    <w:p>
      <w:pPr>
        <w:jc w:val="right"/>
      </w:pPr>
      <w:r>
        <w:t>तो वहां profit बैठा करते थे और दुआ करते थे, नमाज़ पढ़ते थे, ज़िक्र करते थे, खुदा की याद करते थे. तो फिर इस्ते आते थे. तो इस sense में उन्होंने कहा था कि यह जन्नत का टुकड़ा है, जन्नत का हिस्सा है, यह जन्नत का बाग है. तो आप अगर अपने घर में भी यह करें कि एक हिस्से को बनाएं, खुदा की याद, तो वहां भी वही होगा. वह भी जन्नत का टुकड़ा वन जाएगा.</w:t>
      </w:r>
    </w:p>
    <w:p>
      <w:r>
        <w:rPr>
          <w:b/>
        </w:rPr>
        <w:t xml:space="preserve">[1:08:03] </w:t>
      </w:r>
      <w:r>
        <w:t>To yeh bahut zaroori hai ke is tarah se aap apni zindagi ko badlein aur cheezon ko gehrai se sochen, tabhi yaani khush hu zyada hoga har cheez mein aur changes tabdili aayegi. Ji, yeh bahut hi achha advice diya doctor sahab aapne hum sabko ke apne ghar mein ek spiritual corner banayein aur apne andar, apne bachchon ke andar, ghar ke sab members ke andar yeh reading habit inculcate karein.</w:t>
      </w:r>
    </w:p>
    <w:p>
      <w:pPr>
        <w:jc w:val="right"/>
      </w:pPr>
      <w:r>
        <w:t>तो यह बहुत ज़रूरी है कि इस तरीके से आप अपनी ज़िंदगी को बदले और चीज़ों को घराई से सोचें, तभी यानी खुश हु ज़्यादा होगा हर चीज़ में और changes तब्दीली आएगी. जी, यह बहुत ही अच्छा advice दिया doctor साहब आपने हम सबको कि अपने घर में एक spiritual corner बनाइए और अपने अंदर, अपने बच्चों के अंदर, घर के सब members के अंदर यह reading habit inculcate करिए.</w:t>
      </w:r>
    </w:p>
    <w:p>
      <w:r>
        <w:rPr>
          <w:b/>
        </w:rPr>
        <w:t xml:space="preserve">[1:08:33] </w:t>
      </w:r>
      <w:r>
        <w:t>Tabhi jo jazba hai woh spirit hai, woh hamare andar develop ho sakti hai Jaza kalla. Doc sahab any incidents from the Prophet's life that you can share about you know namaz with khushu? Uske baare mein bataiye.</w:t>
      </w:r>
    </w:p>
    <w:p>
      <w:pPr>
        <w:jc w:val="right"/>
      </w:pPr>
      <w:r>
        <w:t>तभी जो जज़्बा है वह spirit है, वह हमारे अंदर develop हो सकती है जज़ा कल्ला. Doc साहब any incidents from the prophet's life that you can share about you know नमाज़ with खुशू? उसके बारे में बताइए.</w:t>
      </w:r>
    </w:p>
    <w:p>
      <w:r>
        <w:rPr>
          <w:b/>
        </w:rPr>
        <w:t xml:space="preserve">[1:08:51] </w:t>
      </w:r>
      <w:r>
        <w:t>Jaise maine abhi kaha ke chunke log sirf ruku aur sajda mein subhane be al-azim wagera padhte hain jaldi jaldi woh bhi koi kaifiyatari nahi hoti lekin Prophet alag tarah ke duaen karte the. Jaise hadith mein aata hai ke ek baar Sulah Sallam ne ruku ke haalat mein kaha Allahumma laka raka'tu. Ae Allah maine tere liye ruku kiya. Eayallah maine tere liye ruku kiya.</w:t>
      </w:r>
    </w:p>
    <w:p>
      <w:pPr>
        <w:jc w:val="right"/>
      </w:pPr>
      <w:r>
        <w:t>जैसे मैंने अभी कहा कि चूंकि लोग सिर्फ रुकू और सज्दा में सुभाने में बेलज़ीम वगैरह पढ़ते हैं जल्दी जल्दी वह भी कोई cafe तारी नहीं होती लेकिन profit अलग तरह के दुआएं करते थे. जैसे हदीश में आता है कि एक बार सूल्हा सल्म ने रुकू के हालत में कहा अल्लाहु मलका रखा तू. ऐ अल्लाह मैंने तेरे लिए रुकू किया. एयाल्लाह मैंने तेरे लिए रुकू किया.</w:t>
      </w:r>
    </w:p>
    <w:p>
      <w:r>
        <w:rPr>
          <w:b/>
        </w:rPr>
        <w:t xml:space="preserve">[1:09:20] </w:t>
      </w:r>
      <w:r>
        <w:t>Wa bika amantu aur tere upar imaan laya. Wa lakaha aslamtu aur tere aage main submit ho gaya. Tere aage main surrender kar liya.</w:t>
      </w:r>
    </w:p>
    <w:p>
      <w:pPr>
        <w:jc w:val="right"/>
      </w:pPr>
      <w:r>
        <w:t>व बिगाह अमन तू और तेरे ऊपर ईमान लाया. व लखाह असम तू और तेरे आगे मैं submit हो गया. तेरे आगे मैं surrender कर लिया.</w:t>
      </w:r>
    </w:p>
    <w:p>
      <w:r>
        <w:rPr>
          <w:b/>
        </w:rPr>
        <w:t xml:space="preserve">[1:09:34] </w:t>
      </w:r>
      <w:r>
        <w:t>khasha lagaasmi wa basahari wa aazmi wa mukhi yani jhuk gaye tere aage mere kaan, meri aankhe, meri</w:t>
      </w:r>
    </w:p>
    <w:p>
      <w:pPr>
        <w:jc w:val="right"/>
      </w:pPr>
      <w:r>
        <w:t>खशा लगासमी व बसहरी व आज़मी व मुखी यानी झुक गए तेरे आगे मेरे कान, मेरी आंखे, मेरी</w:t>
      </w:r>
    </w:p>
    <w:p>
      <w:r>
        <w:rPr>
          <w:b/>
        </w:rPr>
        <w:t xml:space="preserve">[1:09:50] </w:t>
      </w:r>
      <w:r>
        <w:t>haddiyan, mera dimagh, mere aasaab yani pura pura yani pura mera bujud tere aage chhut gaya.</w:t>
      </w:r>
    </w:p>
    <w:p>
      <w:pPr>
        <w:jc w:val="right"/>
      </w:pPr>
      <w:r>
        <w:t>हड्डियां, मेरा दिमाग, मेरे आसाब यानी पूरा पूरा यानी पूरा मेरा बुजूद तेरे आगे छुट गया.</w:t>
      </w:r>
    </w:p>
    <w:p>
      <w:r>
        <w:rPr>
          <w:b/>
        </w:rPr>
        <w:t xml:space="preserve">[1:10:06] </w:t>
      </w:r>
      <w:r>
        <w:t>To yeh hai khushu ke nisaal ke kis tarah se gehre aisa saath aur gehre gehri feelings Rasoolullah jab namaz padhte the to unke andar paida hoti thi. To yahi misaal hai yaani dili kaifiyat jo dil mein kaifiyat hai wahi dhal jaye lafzon mein to wahi hai hath ki dua. Ji.</w:t>
      </w:r>
    </w:p>
    <w:p>
      <w:pPr>
        <w:jc w:val="right"/>
      </w:pPr>
      <w:r>
        <w:t>तो यह है खुशु के निसाल कि किस तरह से गहरे ऐसा साथ और गहरे गहरी feelings रसूल्ला जब नमाज़ पढ़ते थे तो उनके अंदर पैदा होती थी. तो यही मिसाल है यानी दिली कैफियत जो दिल में कैफियत है वही ढल जाए लफ्ज़ों में तो वही है हथि की दुआ. जी.</w:t>
      </w:r>
    </w:p>
    <w:p>
      <w:r>
        <w:rPr>
          <w:b/>
        </w:rPr>
        <w:t xml:space="preserve">[1:10:34] </w:t>
      </w:r>
      <w:r>
        <w:t>Doctor sahab jab hum Sahaba ki zindagi ke baare mein bhi padhte hain to hamein pata chalta hai ke unke andar kitna zyada namaz ko lekar jazba rehta tha. They always used to be full of spirit. Ek bahut hi achhi riwayat jo mujhe yaad hai, Hazrat Ubay bin Ka'ab se ke hawale se hai ke unhone bataya ke ek sahab Masjid Nabwi se kafi door rehte the.</w:t>
      </w:r>
    </w:p>
    <w:p>
      <w:pPr>
        <w:jc w:val="right"/>
      </w:pPr>
      <w:r>
        <w:t>Doctor साहब जब हम सहावा की ज़िंदगी के बारे में भी पढ़ते हैं तो हमें पता चलता है कि उनके अंदर कितना ज़्यादा नमाज़ को लेकर जज़्बा रहता था. They always used to be full of spirit. एक बहुत ही अच्छी रिवायत जो मुझे याद है, हज़रत उबैबिन काब से के हवाले से है कि उन्होंने बताया कि एक साहब मस्जिद नबवी से काफी दूर रहते थे.</w:t>
      </w:r>
    </w:p>
    <w:p>
      <w:r>
        <w:rPr>
          <w:b/>
        </w:rPr>
        <w:t xml:space="preserve">[1:11:02] </w:t>
      </w:r>
      <w:r>
        <w:t>Lekin kabhi aisa nahi hua DocsApp ke unki kabhi namaz jo hai miss ho gayi ho. Door se chal ke aate the. To ek aadmi ne unse kaha ke aap koi ghada le lijiye ya apna jo ghar hai, woh masjid ke kareeb kyon nahi le lete aap? Taaki aap sakht garmi se aur jo aapka jo aapko aane jaane mein jo difficulty hoti hai, raat ke andhere se aap usse bach sakte hain. To unhone unse kaha ke main aisa hargiz nahi karunga.</w:t>
      </w:r>
    </w:p>
    <w:p>
      <w:pPr>
        <w:jc w:val="right"/>
      </w:pPr>
      <w:r>
        <w:t>लेकिन कभी ऐसा नहीं हुआ DocsApp की उनकी कभी नमाज़ जो है miss हो गई हो. दूर से चल के आते थे. तो एक आदमी ने उनसे कहा कि आप कोई घदा ले लीजिए या अपना जो घर है, वह मस्जिद के करीब क्यों नहीं ले लेते आप? ताकि आप सख़्त गर्मी से और जो आपका जो आपको आने जाने में जो difficulty होती है, रात के अंधेरे से आप उससे बच सकते हैं. तो उन्होंने उनसे कहा कि मैं ऐसा हरगिज नहीं करूंगा.</w:t>
      </w:r>
    </w:p>
    <w:p>
      <w:r>
        <w:rPr>
          <w:b/>
        </w:rPr>
        <w:t xml:space="preserve">[1:11:32] </w:t>
      </w:r>
      <w:r>
        <w:t>Main to chahta hoon ke mera roz ghar se masjid jana aur masjid se wapas ghar aana likha jaye. To jab Rasool Allah ko yeh baat batai gayi to unhone kaha ke unka jaane aur aane ka sawab likh diya gaya. To yeh spirit unmein hoti thi doctor sahab jo hamein milti hai. To main chahta hoon koi aap bhi koi koi incident Sahaba ki zindagi se batayein namaz ki spirit ko lekar.</w:t>
      </w:r>
    </w:p>
    <w:p>
      <w:pPr>
        <w:jc w:val="right"/>
      </w:pPr>
      <w:r>
        <w:t>मैं तो चाहता हूं कि मेरा रोज़ घर से मस्जिद जाना और मस्जिद से वापस घर आना लिखा जाए. तो जब रसूल अल्लाह को यह बात बताई गई तो उन्होंने कहा कि उनका जाने और आने का सवाब लिख दिया गया. तो यह spirit उनमें होती थी doctor साहब जो हमें मिलती है. तो मैं चाहता हूँ कोई आप भी कोई कोई incident सहाबा की ज़िंदगी से बताएं नमाज़ की spirit को लेकर.</w:t>
      </w:r>
    </w:p>
    <w:p>
      <w:r>
        <w:rPr>
          <w:b/>
        </w:rPr>
        <w:t xml:space="preserve">[1:12:02] </w:t>
      </w:r>
      <w:r>
        <w:t>Bahut achha example diya aapne ke jana aur aana likh diya jaye. Chunke har qadam jo badhata hai ek shakhs namaz ke liye woh bhi usmein bhi sawab hai.</w:t>
      </w:r>
    </w:p>
    <w:p>
      <w:pPr>
        <w:jc w:val="right"/>
      </w:pPr>
      <w:r>
        <w:t>बहुत अच्छा example दिया आपने कि जाना और आना लिख दिया जाए. चूंकि हर कदम जो बढ़ाता है एक शख्स नमाज़ के लिए वह भी उसमें भी सवाब है.</w:t>
      </w:r>
    </w:p>
    <w:p>
      <w:r>
        <w:rPr>
          <w:b/>
        </w:rPr>
        <w:t xml:space="preserve">[1:12:18] </w:t>
      </w:r>
      <w:r>
        <w:t>To ek waqia ek Sahabi ka hai Madina ka Prophet namaz lead kar rahe the to ek Sahabi bhi usi mein beach mein aakar unhone namaz mein shamil hue. To us waqt Rasool Allah ruku mein the, jhuke hue the. To woh bhi us waqt shamil ho gaye.</w:t>
      </w:r>
    </w:p>
    <w:p>
      <w:pPr>
        <w:jc w:val="right"/>
      </w:pPr>
      <w:r>
        <w:t>तो एक वाक्या एक साहबी का है मदीना का profit नमाज़ lead कर रहे थे तो एक साहब भी उसी में beach में आकर उन्होंने नमाज़ में शामिल हुए. तो उस वक्त रसूल्लाह रुकू में थे, झुके हुए थे. तो वह भी उस वक्त शामिल हो गए.</w:t>
      </w:r>
    </w:p>
    <w:p>
      <w:r>
        <w:rPr>
          <w:b/>
        </w:rPr>
        <w:t xml:space="preserve">[1:12:41] </w:t>
      </w:r>
      <w:r>
        <w:t>to phir jab imam rooh se uthta hai to woh kehta hai sami allahu liman hamidah. allah ne uski sun li jisne uska hamd prez bayan kiya. to jo peeche log hote hain woh khamoshi se dil mein hi bolte hain rabbana lakal hamd. hamare rabb tere liye hamd hain. teri tareef hai.</w:t>
      </w:r>
    </w:p>
    <w:p>
      <w:pPr>
        <w:jc w:val="right"/>
      </w:pPr>
      <w:r>
        <w:t>तो फिर जब इमाम रूप से उठता है तो वह कहता है समी अल्लाह हुली मन हानेदा. अल्लाह ने उसकी sun ली जिसने उसका हम्द प्रेज़ बयान किया. तो जो पीछे लोग होते हैं वह खामोशी से दिल में ही बोलते हैं रब बनाव अलग कलहमत. हमारे रब तेरे लिए हम थे. तेरी तारीफ है.</w:t>
      </w:r>
    </w:p>
    <w:p>
      <w:r>
        <w:rPr>
          <w:b/>
        </w:rPr>
        <w:t xml:space="preserve">[1:13:04] </w:t>
      </w:r>
      <w:r>
        <w:t>to woh jo sahabi the unhone unke andar jo gehre ehsas the woh zor se unhone buland awaz mein bol diya rabbana lakal hamd, hamdan kasiran tayyiban mubarakan fee. unke munh se zor zor se nikal gaya. to jab namaz khatam hui to prophet khade ho gaye aur pucha ki yeh alfaz kisne bole the?</w:t>
      </w:r>
    </w:p>
    <w:p>
      <w:pPr>
        <w:jc w:val="right"/>
      </w:pPr>
      <w:r>
        <w:t>तो वह जो साहबी थे उन्होंने उनके अंदर जो गहरे अहसास थे वह ज़ोर से उन्होंने बुलंद आवाज़ में बोल दिया रब्बना लकल हम्द हम्दन कशिरन तैयेर बंद बुबारक अनफी. उनके मुंह से ज़ोर ज़ोर से निकल गया. तो जब नमाज़ खत्म हुई तो profit खड़े हो गए और पुछा कि यह अल्फाज़ किसने बोले थे?</w:t>
      </w:r>
    </w:p>
    <w:p>
      <w:r>
        <w:rPr>
          <w:b/>
        </w:rPr>
        <w:t xml:space="preserve">[1:13:31] </w:t>
      </w:r>
      <w:r>
        <w:t>rabbana lakal hamd, hamdan kasiran, tayyiban, mubarakan fee. to jin sahabi ke munh se nikla tha unhone woh chup ho gaye, woh samjha koi, woh unhone samjha ki koi maine galat baat kar diya aur disturbance ho gaya namaz mein. to unhone kuch bole nahi woh. phir prophet ne dobara kaha ki kisne kaha tha yeh? to bhi woh chup rahe, mat nahi hui unke bolne ki.</w:t>
      </w:r>
    </w:p>
    <w:p>
      <w:pPr>
        <w:jc w:val="right"/>
      </w:pPr>
      <w:r>
        <w:t>रब्बना अलक अलहम, धाम दान, कसिरन, तैयबंद, मुबारकंफी. तो जिन साहबी के मुंह से निकला था उन्होंने वह चुप हो गए, वह समझा कोई, वह उन्होंने समझा कि कोई मैंने गलत बात कर दिया और disturbance हो गया नमाज़ में. तो उन्होंने कुछ बोले नहीं वह. फिर prophet ने दोबारा कहा कि किसने कहा था यह? तो भी वह चुप रहे, मत नहीं हुई उनके बोलने की.</w:t>
      </w:r>
    </w:p>
    <w:p>
      <w:r>
        <w:rPr>
          <w:b/>
        </w:rPr>
        <w:t xml:space="preserve">[1:13:57] </w:t>
      </w:r>
      <w:r>
        <w:t>to teesri baar prophet ne pucha ki yeh alfaz kiske zuban se nikle the? tab unhone darte hue kaha ki akhudag rasool mere munh se nikal gaya. to prophet ne kaha ki maine tees se zyada farishte dekhe daudte hue ki kaun isko sabse pehle likhe? to yeh hai spirit ki namaz.</w:t>
      </w:r>
    </w:p>
    <w:p>
      <w:pPr>
        <w:jc w:val="right"/>
      </w:pPr>
      <w:r>
        <w:t>तो तीसरी बार prophet ने पुछा कि यह अल्फाज़ किसके जुबान से निकले थे? तब उन्होंने डरते हुए कहा कि अखुदाग रसूल मेरे मुंह से निकल गया. तो prophet ने कहा कि मैंने तीस से ज़्यादा परिष्ठे देखे दौड़ते हुए कि कौन इसको सबसे पहले लिखे? तो यह है spirit की नमाज़.</w:t>
      </w:r>
    </w:p>
    <w:p>
      <w:r>
        <w:rPr>
          <w:b/>
        </w:rPr>
        <w:t xml:space="preserve">[1:14:21] </w:t>
      </w:r>
      <w:r>
        <w:t>aaj aap kisi masjid mein agar is tarah bol dein zor se to kuch aur hi mamla hoga wahan. to is tarah se jab gehri spirit ho to is tarah ke alfaz nikalte hain dil se. ji.</w:t>
      </w:r>
    </w:p>
    <w:p>
      <w:pPr>
        <w:jc w:val="right"/>
      </w:pPr>
      <w:r>
        <w:t>आज आप किसी मर्ज़ीद में अगर इस तरह बोल दें ज़ोर से तो कुछ और ही मामला होगा वहां. तो इस तरीके से जब गहरी spirit हो तो इस तरह के अल्पाज निकलते हैं दिल से. जी.</w:t>
      </w:r>
    </w:p>
    <w:p>
      <w:r>
        <w:rPr>
          <w:b/>
        </w:rPr>
        <w:t xml:space="preserve">[1:14:40] </w:t>
      </w:r>
      <w:r>
        <w:t>docsapp once molana in a session gave reference about a hadith where he said that one of the best place is masjid and the worst place is a shopping center. so i will request you if you can give us insight about that hadith to all of us. haan, yeh waqia hai.</w:t>
      </w:r>
    </w:p>
    <w:p>
      <w:pPr>
        <w:jc w:val="right"/>
      </w:pPr>
      <w:r>
        <w:t>DocsApp once मोलाना in a session gave reference about a hadith where he said that one of the best place is मस्जिद and the worst place is a shopping center. So I will request you if you can give us insight about that हदीस to all of us. हां, यह वाक्या है.</w:t>
      </w:r>
    </w:p>
    <w:p>
      <w:r>
        <w:rPr>
          <w:b/>
        </w:rPr>
        <w:t xml:space="preserve">[1:15:05] </w:t>
      </w:r>
      <w:r>
        <w:t>prophet mohammed se kisi ne pucha ki duniya ki sabse achhi jagah kaun si hai aur duniya ki sabse buri jagah kaun si hai? to prophet ne kaha ki mujhe nahi maloom ki yeh iska jawab main farishte se puchunga kyunki jibril aaye karte the to prophet ne socha main unse puchkar bataunga.</w:t>
      </w:r>
    </w:p>
    <w:p>
      <w:pPr>
        <w:jc w:val="right"/>
      </w:pPr>
      <w:r>
        <w:t>Profit मोहम्मद से किसी ने पुछा कि दुनिया की सबसे अच्छी जगह कौन सी है और दुनिया की सबसे बुरी जगह कौन सी है? तो prophet ने कहा कि मुझे नहीं मालूम कि यह इसका जवाब मैं फरिश्ते से पूछूंगा क्योंकि जिबरील आए करते थे तो prophet ने सोचा मैं उनसे पूछकर बताऊंगा.</w:t>
      </w:r>
    </w:p>
    <w:p>
      <w:r>
        <w:rPr>
          <w:b/>
        </w:rPr>
        <w:t xml:space="preserve">[1:15:28] </w:t>
      </w:r>
      <w:r>
        <w:t>to jab jibril aaye farishte jibril to prophet ne yahi sawal unse kiya ki kisi ne mujhse yeh sawal kiya hai kaun si duniya ki sabse achhi jagah hai aur kaun si duniya ki sabse buri jagah hai. to zimrir ne kaha mujhe bhi nahi pata. main apne rabb se puchkar bataunga. to kehte hain ki main uda aasman ki taraf aur allah taala se itna kareeb hua jitna pehle kabhi kareeb nahi hua.</w:t>
      </w:r>
    </w:p>
    <w:p>
      <w:pPr>
        <w:jc w:val="right"/>
      </w:pPr>
      <w:r>
        <w:t>तो जब जिबरील आए फरिश्ते जिबरील तो prophet ने यही सवाल उनसे किया कि किसी ने मुझसे यह सवाल किया है कौन सी दुनिया की सबसे अच्छी जगह है और कौन सी दुनिया की सबसे बुरी जगह है. तो ज़िमरीर ने कहा मुझे भी नहीं पता. मैं अपने रब से पूछकर बताऊंगा. तो कहते हैं कि मैं उड़ा आसमान की तरफ और अल्लाह तालाह से इतना करीब हुआ जितना पहले कभी करीब नहीं हुआ.</w:t>
      </w:r>
    </w:p>
    <w:p>
      <w:r>
        <w:rPr>
          <w:b/>
        </w:rPr>
        <w:t xml:space="preserve">[1:15:56] </w:t>
      </w:r>
      <w:r>
        <w:t>phir maine yeh sawal ki allah se. to allah ne jawab diya ki jo duniya ki sabse achhi jagah hai woh masjiden hain aur jo duniya ki sabse buri jagah hai woh shopping center hai. to is hadith ka matlab yeh nahi hai ki shopping center koi buri jagah hai balki quran mein aata hai prophet ke bare mein ki woh yamshifil aswaq ke bazaron mein jay karte the woh.</w:t>
      </w:r>
    </w:p>
    <w:p>
      <w:pPr>
        <w:jc w:val="right"/>
      </w:pPr>
      <w:r>
        <w:t>फिर मैंने यह सवाल की अल्लाह से. तो अल्लाह ने जवाब दिया कि जो दुनिया की सबसे अच्छी जगह है वह मस्जिदें हैं और जो दुनिया की सबसे बुरी जगह है वह shopping center है. तो इस हदीश का मतलब यह नहीं है कि shopping center कोई बुरी जगह है बल्कि कुरान में आता है profit के बारे में कि वह यमशिफिल अस्वाक के बाज़ारों में जाय करते थे वो.</w:t>
      </w:r>
    </w:p>
    <w:p>
      <w:r>
        <w:rPr>
          <w:b/>
        </w:rPr>
        <w:t xml:space="preserve">[1:16:26] </w:t>
      </w:r>
      <w:r>
        <w:t>yahan do baatein kahi ja rahi hain. ek yeh ki insan ka jo zehan hai woh kis taraf hai? yaani woh jise molana ne kaha hai ki khuda rukhi zindagi hai ya khud rukhi zindagi hai. god oriented life hai ya self oriented life hai.</w:t>
      </w:r>
    </w:p>
    <w:p>
      <w:pPr>
        <w:jc w:val="right"/>
      </w:pPr>
      <w:r>
        <w:t>यहां दो बातें कही जा रही हैं. एक यह कि इंसान का जो ज़हन है वो किस तरफ है? यानी वो जिसे मोलाना ने कहा है कि खुदा रुखी ज़िंदगी है या खुद रुखी ज़िंदगी है. God oriented life है या self oriented life है.</w:t>
      </w:r>
    </w:p>
    <w:p>
      <w:r>
        <w:rPr>
          <w:b/>
        </w:rPr>
        <w:t xml:space="preserve">[1:16:50] </w:t>
      </w:r>
      <w:r>
        <w:t>aisa nahi hai ki aadmi business nahi kar sakta, shopping center mein nahi ja sakta, lekin woh cheezein need ke liye hain. insan ko do cheezon mein fark karna chahiye ki uska goal kya hai aur uski needs kya hai? to need ke bakdar woh jo bhi kare itijarat ya job ya business woh bilkul theek hai, lekin uska goal akhirat hona chahiye.</w:t>
      </w:r>
    </w:p>
    <w:p>
      <w:pPr>
        <w:jc w:val="right"/>
      </w:pPr>
      <w:r>
        <w:t>ऐसा नहीं है कि आदमी business नहीं कर सकता, shopping center में नहीं जा सकता, लेकिन वो चीज़ें need के लिए हैं. इंसान को दो चीज़ों में फ़र्क करना चाहिए कि उसका goal क्या है और उसकी needs क्या है? तो need के बकदर वो जो भी करे इतिजारत या job या business वो बिल्कुल ठीक है, लेकिन उसका goal आखिरत होना चाहिए.</w:t>
      </w:r>
    </w:p>
    <w:p>
      <w:r>
        <w:rPr>
          <w:b/>
        </w:rPr>
        <w:t xml:space="preserve">[1:17:16] </w:t>
      </w:r>
      <w:r>
        <w:t>khushool, jannat ka hushool hona chahiye aur akhirat honi chahiye aur quran ki gehri meaning tak pahunchna uska maqsad zindagi hua. agar usne ulta kar diya to wahi baat ho jayegi ki sabse buri jagah ho jayegi woh aur agar usne apna focus akhirat rakha to woh sabse achhi jagah. is sense mein valuable tha. ji.</w:t>
      </w:r>
    </w:p>
    <w:p>
      <w:pPr>
        <w:jc w:val="right"/>
      </w:pPr>
      <w:r>
        <w:t>खुशूल, जन्नत का हुशूल होना चाहिए और आखिरत होनी चाहिए और कुरान की गहरी meaning तक पहुंचना उसका मकसदी ज़िंदगी हुआ. अगर उसने उल्टा कर दिया तो वही बात हो जाएगी कि सबसे बुरी जगह हो जाएगी वह और अगर उसने अपना focus आह्रत रखा तो वह सबसे अच्छी जगह. इस sense में valuable था. जी.</w:t>
      </w:r>
    </w:p>
    <w:p>
      <w:r>
        <w:rPr>
          <w:b/>
        </w:rPr>
        <w:t xml:space="preserve">[1:17:44] </w:t>
      </w:r>
      <w:r>
        <w:t>docsapp, some people say that it is more rewardable to pray in makkah and madinah. so, is it true? what is your opinion on this? molana ne hamesha kaha hai ki koi jagah, koi din, koi raat, koi maqam se sawab ka talluq nahi hai. sawab ka talluq hai kaifiyat se.</w:t>
      </w:r>
    </w:p>
    <w:p>
      <w:pPr>
        <w:jc w:val="right"/>
      </w:pPr>
      <w:r>
        <w:t>DocsApp, some people say that it is more reward able to pray in मक्का and मदीना. So, is it true? What is your opinion on this? मौलाना ने हमेशा कहा है कि कोई जगह, कोई दिन, कोई रात, कोई मकाम से सबाब का ताल्लुक नहीं है. सबाब का ताल्लुक है कैफियत से.</w:t>
      </w:r>
    </w:p>
    <w:p>
      <w:r>
        <w:rPr>
          <w:b/>
        </w:rPr>
        <w:t xml:space="preserve">[1:18:11] </w:t>
      </w:r>
      <w:r>
        <w:t>ab jaise ulama ka kehna hai ki madinah mein pachas hazar guna sawab milta hai aur makkah mein bhi aisi bahut zyada sawab milta hai.</w:t>
      </w:r>
    </w:p>
    <w:p>
      <w:pPr>
        <w:jc w:val="right"/>
      </w:pPr>
      <w:r>
        <w:t>अब जैसे उल्लूमा का कहना है कि मदीना में पचास हज़ार गुना सवाब मिलता है और मक्का में भी ऐसी बहुत ज़्यादा सवाब मिलता है.</w:t>
      </w:r>
    </w:p>
    <w:p>
      <w:r>
        <w:rPr>
          <w:b/>
        </w:rPr>
        <w:t xml:space="preserve">[1:18:25] </w:t>
      </w:r>
      <w:r>
        <w:t>to uska ek waqia yaad aata hai mujhe ki prophet ek baar madinah mein masjid nabbi mein the to ek ek shakhs aaye wahan sabir aaye honge zahir.</w:t>
      </w:r>
    </w:p>
    <w:p>
      <w:pPr>
        <w:jc w:val="right"/>
      </w:pPr>
      <w:r>
        <w:t>तो उसका एक वाक्या याद आता है मुझे कि profit एक बार मदीना में मस्जिद नब्बी में थे तो एक एक शख्स आए वहां साबीर आए होंगे जाहिरे.</w:t>
      </w:r>
    </w:p>
    <w:p>
      <w:r>
        <w:rPr>
          <w:b/>
        </w:rPr>
        <w:t xml:space="preserve">[1:18:46] </w:t>
      </w:r>
      <w:r>
        <w:t>to woh aakar prophet ke paas unhone kareeb mein namaz padhi aur jab namaz khatam kar li to prophet se hath mein laane aaye musafa karne. to prophet ko kehna chahiye tha ki agar yeh baat sahi hai ki wahan par sawab zyada hai yeh kehna chahiye tha ki mubarak ho. tumne aisi jagah namaz padhi hai ki tumhein yahan pachas hazar guna sawab milega.</w:t>
      </w:r>
    </w:p>
    <w:p>
      <w:pPr>
        <w:jc w:val="right"/>
      </w:pPr>
      <w:r>
        <w:t>तो वह आकर profit के पास उन्होंने करीब में नमाज़ पढ़ी और जब नमाज़ खत्म कर ली तो profit से हाथ में लाने आए मुसाफा करने. तो profit को कहना चाहिए था कि अगर यह बात सही है कि वहां पर सबाज़ जाता है यह कहना चाहिए था कि मुबारक हो. तुमने ऐसी जगह नमाज़ पड़ी है कि तुम्हें यहां पचास हज़ार गुना सवाब मिलेगा.</w:t>
      </w:r>
    </w:p>
    <w:p>
      <w:r>
        <w:rPr>
          <w:b/>
        </w:rPr>
        <w:t xml:space="preserve">[1:19:16] </w:t>
      </w:r>
      <w:r>
        <w:t>lekin prophet ne kaha ki irja hai faisalli, faiin nakam tusalli. ki jao phir se namaz padho kyunki tumne namaz nahi padhi. rasoolullah ne dekha hoga kuch aisi baat ki unka dil nahi raha hoga namaz mein.</w:t>
      </w:r>
    </w:p>
    <w:p>
      <w:pPr>
        <w:jc w:val="right"/>
      </w:pPr>
      <w:r>
        <w:t>लेकिन prophet ने कहा कि इर्ज है फैसल्ली, फैइन नकलम तुसल्ली. कि जाओ फिर से नमाज़ पड़ो क्योंकि तुमने नमाज़ नहीं पढ़ी. रसूल्ला ने देखा होगा कुछ ऐसी बात कि उनका दिल नहीं रहा होगा नमाज़ में.</w:t>
      </w:r>
    </w:p>
    <w:p>
      <w:r>
        <w:rPr>
          <w:b/>
        </w:rPr>
        <w:t xml:space="preserve">[1:19:31] </w:t>
      </w:r>
      <w:r>
        <w:t>to namaz ka talluq yahi hai ki woh, kitna zyada khushu hai aur kitne zyada kaifiyat usse sawab ka talluq hai chahe aap kaaba ke andar bhi namaz padhe to bhi woh sirf usi par aapko ajr milega jo jo ki aap dili kaifiyat hain.</w:t>
      </w:r>
    </w:p>
    <w:p>
      <w:pPr>
        <w:jc w:val="right"/>
      </w:pPr>
      <w:r>
        <w:t>तो नमाज़ का तालुक यही है कि वह, कितना ज़्यादा खुशु है और कितने ज़्यादा कैफियत उससे सब आपका ताल लोक है चाहे आप काबक के अंदर भी नमाज़ पड़े तो भी वो सिर्फ उसी पर आपको अज़र मिलेगा जो जो कि आप दिली कैफियत हैं.</w:t>
      </w:r>
    </w:p>
    <w:p>
      <w:r>
        <w:rPr>
          <w:b/>
        </w:rPr>
        <w:t xml:space="preserve">[1:19:53] </w:t>
      </w:r>
      <w:r>
        <w:t>ab makkah madinah mein zahir hai, islam ki tareekh hai, paigambaron ki tareekh hai, sahaba ki tareekh hai, rasoolullah ki sari history hai. to wahan jakar kaifiyat paida ho jati hai. to woh kaifiyat ke bina par sawab hai. mujhe yaad hai ki iqbal ne ab chuke har taraf itna cham-chamak rahi hai. bade bade hotels hain. woh kaifiyat bhi ab kam hoti chali ja rahi hai.</w:t>
      </w:r>
    </w:p>
    <w:p>
      <w:pPr>
        <w:jc w:val="right"/>
      </w:pPr>
      <w:r>
        <w:t>अब मक्का मदीना में जाहिर है, इस्लाम की तारीख है, प्यगंबरों की तारीख है, साहबा की तारीख है, रसूल्लाह की सारी history है. तो वहां जाकर कैफियत पैदा हो जाती है. तो वह कैफियत के बिना पर स्वाभ है. मुझे याद है कि इकबाल ने अब चुके हर तरफ इतना चम-मचमक रही है. बड़े बड़े hotels हैं. वह कैफियत भी अब कम होती चली जा रही है.</w:t>
      </w:r>
    </w:p>
    <w:p>
      <w:r>
        <w:rPr>
          <w:b/>
        </w:rPr>
        <w:t xml:space="preserve">[1:20:21] </w:t>
      </w:r>
      <w:r>
        <w:t>bahut sahi baat kahi doctor sahab aapne. doctor sahab aakhri sawal aaj ke session ka in the present corporate culture, youths particularly are faced with a dilemma that how do they keep pace with five times namaz during the day. work pressures itne zyada hain aur kaam jo hai woh bahut zyada badh chuka hai khaskar digital age mein.</w:t>
      </w:r>
    </w:p>
    <w:p>
      <w:pPr>
        <w:jc w:val="right"/>
      </w:pPr>
      <w:r>
        <w:t>बहुत सही बात कही doctor साहब आपने. Doctor साहब आखिरी सवाल आज के session का in the present corporate culture, youths particularly are faced with a dilemma that how do they keep pace with five times नमाज़ during the day. Work pressures इतने ज़्यादा हैं और काम जो है वह बहुत ज़्यादा बढ़ चुका है खासकर digital age में.</w:t>
      </w:r>
    </w:p>
    <w:p>
      <w:r>
        <w:rPr>
          <w:b/>
        </w:rPr>
        <w:t xml:space="preserve">[1:20:46] </w:t>
      </w:r>
      <w:r>
        <w:t>to ek question jo bar bari youths puchte hain ki should we pray during the office timings? to iske bare mein aapka kya advice hai? dekhiye, prophet mohammed ke yahan har har tarah ki misal milti hai. woh is tarah bhi namaz padhte the ki unke anguthe, unke ankle mein swelling ho jati thi. tkhnon mein swelling ho jati thi.</w:t>
      </w:r>
    </w:p>
    <w:p>
      <w:pPr>
        <w:jc w:val="right"/>
      </w:pPr>
      <w:r>
        <w:t>तो एक question जो बार बारी youths पूछते हैं कि should we pray during the office timings? तो इसके बारे में आपका क्या advice है? देखिए, prophet मोहम्मद के यहां हर हर तरह की मिसाल मिलती है. वह इस तरह भी नमाज़ पढ़ते थे कि उनके अंगूठे, उनके ankle में swelling हो जाती थी. टखनों में swelling हो जाती थी.</w:t>
      </w:r>
    </w:p>
    <w:p>
      <w:r>
        <w:rPr>
          <w:b/>
        </w:rPr>
        <w:t xml:space="preserve">[1:21:15] </w:t>
      </w:r>
      <w:r>
        <w:t>log kehte the ki aapke to saare gunah allah ne agle pichhle maaf kar diye. aap kyun itni pareshani uthate hain aur sari aapke woh pair sooj jaate hain. to prophet ne jawab diya afla akonu abdan shakoora. kya main ek shakir insan shakir abdh na banu? ek shakir banda na banu?</w:t>
      </w:r>
    </w:p>
    <w:p>
      <w:pPr>
        <w:jc w:val="right"/>
      </w:pPr>
      <w:r>
        <w:t>लोग कहते थे कि आपके तो सारे गुनाह अल्लाह ने अगले पिछले माफ कर दिए. आप क्यों इतनी परेशानी उठाते हैं और सारी आपके वो पैर सूझ जाते हैं. तो profit ने जवाब दिया अफ़ला अकोनू अवधन शकूरा. क्या मैं एक शाकिर इंसान शाकिर अवध ना बनूं? एक शाकिर बंदा ना बनूं?</w:t>
      </w:r>
    </w:p>
    <w:p>
      <w:r>
        <w:rPr>
          <w:b/>
        </w:rPr>
        <w:t xml:space="preserve">[1:21:37] </w:t>
      </w:r>
      <w:r>
        <w:t>to doosri taraf ek aur misal hai ki prophet aksar fazr se pehle do rakat namaz padhte the. to hazrat aisha ki hadith hai ki ek baar prophet ne fazr se pehle do rakat namaz itni jaldi padhi ki hamein doubt ho gaya ki prophet ne surah fatiha bhi padhi hai ya nahi. to ek taraf to example hai ki woh ghanton namaz padhte the, ek taraf bahut jaldi namaz padhi.</w:t>
      </w:r>
    </w:p>
    <w:p>
      <w:pPr>
        <w:jc w:val="right"/>
      </w:pPr>
      <w:r>
        <w:t>तो दूसरी तरफ एक और मिसाल है कि profit अक्सर फज़िर से पहले दो रक्त नमाज़ पढ़ते थे. तो हज़ार ताइशा की हदीश है कि एक बार profit ने फज़िर से पहले दो रक्त नमाज़ इतनी जल्दी पढ़ी कि हमें doubt हो गया कि prophet ने सूर्य फातियाब्बी पढ़ी है या नहीं. तो एक तरफ तो example है कि वो घंटों नमाज़ पढ़ते थे, एक तरफ बहुत जल्दी नमाज़ पढ़ी.</w:t>
      </w:r>
    </w:p>
    <w:p>
      <w:r>
        <w:rPr>
          <w:b/>
        </w:rPr>
        <w:t xml:space="preserve">[1:22:06] </w:t>
      </w:r>
      <w:r>
        <w:t>to iska matlab yeh hai ki islam mein har tarah ke mushkil ke liye aasani maujood hai. agar aajkal chuke job is tarah se hota hai ki aadmi namaz waqt par nahi padh sakta, to namazon ko milana, mila sakte hain. yaani zuhr aur asr ki namaz mila lein aur sunset se pehle tak namaz padh sakte hain.</w:t>
      </w:r>
    </w:p>
    <w:p>
      <w:pPr>
        <w:jc w:val="right"/>
      </w:pPr>
      <w:r>
        <w:t>तो इसका मतलब यह है कि इस्लाम में हर तरह के मुश्किल के लिए आसानी मौजूद है. अगर आजकल चुके job इस तरह से होता है कि आदमी नमाज़ वक्त पर नहीं पड़ सकता, तो नमाज़ों को मिलाना, मिला सकते हैं. यानी जुहर और असर की नमाज़ मिला लें और sunset से पहले तक नमाज़ पढ़ सकते हैं.</w:t>
      </w:r>
    </w:p>
    <w:p>
      <w:r>
        <w:rPr>
          <w:b/>
        </w:rPr>
        <w:t xml:space="preserve">[1:22:33] </w:t>
      </w:r>
      <w:r>
        <w:t>aise hi isha maghrib aur isha ki namaz mila lein. midnight tak barah baje raat tak padh sakte hain. to yeh wahi baat hai jo humne abhi zikr kiya jiska ki asal cheez hai kaifiyat.</w:t>
      </w:r>
    </w:p>
    <w:p>
      <w:pPr>
        <w:jc w:val="right"/>
      </w:pPr>
      <w:r>
        <w:t>ऐसे ही ईशा मगरीब और ईशा की नमाज़ मिला लें. Midnight तक बारह बजे रात तक पढ़ सकते हैं. तो यह वही बात है जो हमने अभी ज़िक्र किया जिसका कि असल चीज़ है कैफियत.</w:t>
      </w:r>
    </w:p>
    <w:p>
      <w:r>
        <w:rPr>
          <w:b/>
        </w:rPr>
        <w:t xml:space="preserve">[1:22:51] </w:t>
      </w:r>
      <w:r>
        <w:t>agar aapne namaz padhi der se, aapne qaza padhi, late ho gayi, miss ho gayi to phir aapke andar yeh kaifiyat paida honi chahiye ke Allah taala mein yeh dua nikalni chahiye dil se ke Allah taala mein waisi namaz nahi padh saka, jaisi namaz padhni chahiye thi tumhein tumhari tooti phooti namaz ko hi qubool kar le. To yahi bohat badi dua ban jayegi.</w:t>
      </w:r>
    </w:p>
    <w:p>
      <w:pPr>
        <w:jc w:val="right"/>
      </w:pPr>
      <w:r>
        <w:t>अगर आपने नमाज़ पढ़ी देर से, आपने क़ज़ा पढ़ी, late हो गई, miss हो गई तो फिर आपके अंदर यह कैफियत पैदा होनी चाहिए कि अल्लाह तालाह में यह दुआ निकलनी चाहिए दिल से कि अल्लाह तालाह में वैसी नमाज़ नहीं पढ़ सका, जैसी नमाज़ पढ़नी चाहिए थी तुम्हें तुम्हेंरी टूटी फूटी नमाज़ को ही कुबूल कर ले. तो यही बहुत बड़ी दुआ वन जाएगी.</w:t>
      </w:r>
    </w:p>
    <w:p>
      <w:r>
        <w:rPr>
          <w:b/>
        </w:rPr>
        <w:t xml:space="preserve">[1:23:16] </w:t>
      </w:r>
      <w:r>
        <w:t>To is tarike se aajkal ke jo halaat hain usmein doctors hain ya aur log hain unko unko rehna padta hai, kabhi twenty four seven kaam karna padta hai. To iska matlab yeh nahi hai ke woh namaz time par pade zaroori hai yaani ek excuse agar hai shareer excuse hai to jaiz hai ke woh namaz ghar mein padh lein, baad mein padh lein, der se padh lein, mila lein.</w:t>
      </w:r>
    </w:p>
    <w:p>
      <w:pPr>
        <w:jc w:val="right"/>
      </w:pPr>
      <w:r>
        <w:t>तो इस तरीके से आजकल के जो हालात हैं उसमें doctors हैं या और लोग हैं उनको उनको रहना पड़ता है, कभी twenty four seven काम करना पड़ता है. तो इसका मतलब यह नहीं है कि वह नमाज़ time पर पड़े ज़रूरी है यानी एक excuse अगर है शरीर excuse है तो जायज है कि वह नमाज़ घर में पढ़ लें, बाद में पढ़ लें, देर से पढ़ लें, मिला लें.</w:t>
      </w:r>
    </w:p>
    <w:p>
      <w:r>
        <w:rPr>
          <w:b/>
        </w:rPr>
        <w:t xml:space="preserve">[1:23:44] </w:t>
      </w:r>
      <w:r>
        <w:t>Har tarah ke examples maujood hain. Ji, doctor sahab bohat bohat shukriya. Aaj aapne namaz ki bohat achhi baatein hum sabko bataein main yeh kahunga ke bohat gehraiyon se, nama hadees ke hawale se, quran ke hawale se, aapki jo itni intensive study rahi hai, namaz ko lekar, islam ko lekar, uske hawale se aapne bohat achhe se cheezon ko wazeh kiya. Jaza karna doctor sahab.</w:t>
      </w:r>
    </w:p>
    <w:p>
      <w:pPr>
        <w:jc w:val="right"/>
      </w:pPr>
      <w:r>
        <w:t>हर तरह के examples मौजूद हैं. जी, doctor साहब बहुत बहुत शुक्रिया. आज आपने नमाज़ की बहुत अच्छी बातें हम सबको बताईं मैं यह कहूंगा कि बहुत गहराइयों से, नमा हदीस के हवाले से, कुरान के हवाले से, आपकी जो इतनी intensive study रही है, नमाज़ को लेकर, इस्लाम को लेकर, उसके हवाले से आपने बहुत अच्छे से चीज़ों को वाज़े किया. जज़ा करना doctor साहब.</w:t>
      </w:r>
    </w:p>
    <w:p>
      <w:r>
        <w:rPr>
          <w:b/>
        </w:rPr>
        <w:t xml:space="preserve">[1:24:13] </w:t>
      </w:r>
      <w:r>
        <w:t>I am sure ke hum sabhi logon ne aapki baatein suni hain aur jo log aapke program ko dekh rahe hain, unke andar spirit of namaz bohat zyada bhar gayi hogi. Jaza karna aap doctor aapne bhi masha Allah badi achhi cheezein add ki aur Allah Allah aapko bhi jaza khair de. Allah Allah. Ok, before we end the session there is a very important announcement.</w:t>
      </w:r>
    </w:p>
    <w:p>
      <w:pPr>
        <w:jc w:val="right"/>
      </w:pPr>
      <w:r>
        <w:t>I am sure कि हम सभी लोगों ने आपकी बातें सुनी है और जो लोग आपके program को देख रहे हैं, उनके अंदर spirit of नमाज़ बहुत ज़्यादा भर गई होगी. जज़ा करना आप doctor आपने भी माशा अल्लाह बड़ी अच्छी चीज़ें add की और अल्लाह अल्लाह आपको भी जज़ा खैर दे. अल्लाह अल्ला. Ok, before we end the session there is a very important announcement.</w:t>
      </w:r>
    </w:p>
    <w:p>
      <w:r>
        <w:rPr>
          <w:b/>
        </w:rPr>
        <w:t xml:space="preserve">[1:24:38] </w:t>
      </w:r>
      <w:r>
        <w:t>We are very happy to share that Center for Peace and Spirituality USA is launching Maulana Wahiduddin Khan legacy competition today and it is awarding grants of up to 5,000 US dollars. The details about this program is pinned to the comment section of this session.</w:t>
      </w:r>
    </w:p>
    <w:p>
      <w:pPr>
        <w:jc w:val="right"/>
      </w:pPr>
      <w:r>
        <w:t>We are very happy to share that Center for Peace and Spirituality USA is launching मुलाना वैदुद्दीन खान legacy competition today and it is awarding grants of up to 5,000 US dollars. The details about this program is pinned to the comment section of this session.</w:t>
      </w:r>
    </w:p>
    <w:p>
      <w:r>
        <w:rPr>
          <w:b/>
        </w:rPr>
        <w:t xml:space="preserve">[1:25:00] </w:t>
      </w:r>
      <w:r>
        <w:t>You can go to the website, get the details and you can all participate in this legacy competition by submitting a research paper or a comprehensive essay on this year's theme, life works and thoughts of Maulana Wahiduddin Khan. You can also submit book reviews which also has a grant price and those reviews will be put onto the website for the world to read.</w:t>
      </w:r>
    </w:p>
    <w:p>
      <w:pPr>
        <w:jc w:val="right"/>
      </w:pPr>
      <w:r>
        <w:t>You can go to the website, get the details and you can all participate in this legacy competition by submitting a research paper और a comprehensive essay on this year's theme, life works and thoughts of मुलाना वैदुदीन खान. You can also submit book reviews which also has a grant price and those reviews will be put onto the website for the world to read.</w:t>
      </w:r>
    </w:p>
    <w:p>
      <w:r>
        <w:rPr>
          <w:b/>
        </w:rPr>
        <w:t xml:space="preserve">[1:25:30] </w:t>
      </w:r>
      <w:r>
        <w:t>So log on to the details, log on to the website and get the details, share it in your academic circle. The competition begins today. We will also be uploading a video immediately after this session is over. So thank you for watching our program. We will be back next Sunday same time 10:30AM.</w:t>
      </w:r>
    </w:p>
    <w:p>
      <w:pPr>
        <w:jc w:val="right"/>
      </w:pPr>
      <w:r>
        <w:t>So log on to the details, log on to the website and get the details, share it in your academic circle. The competition begins today. We will also be uploading a video immediately after this session is over. So thank you for watching our program. We will be back next Sunday same time 10:30AM.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