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Good Life April 9, 2014 Maulana Wahiduddin Khan</w:t>
      </w:r>
    </w:p>
    <w:p>
      <w:r>
        <w:t>https://www.youtube.com/watch?v=-6KVE-eg_ws</w:t>
      </w:r>
    </w:p>
    <w:p>
      <w:r>
        <w:rPr>
          <w:b/>
        </w:rPr>
        <w:t xml:space="preserve">[00:14] </w:t>
      </w:r>
      <w:r>
        <w:t>9 April 2014. Surah An-Nahl, Ayat number 97.</w:t>
      </w:r>
    </w:p>
    <w:p>
      <w:pPr>
        <w:jc w:val="right"/>
      </w:pPr>
      <w:r>
        <w:t>9 اپریل 2014۔ سورہ النحل، آیت نمبر 97۔</w:t>
      </w:r>
    </w:p>
    <w:p>
      <w:r>
        <w:rPr>
          <w:b/>
        </w:rPr>
        <w:t xml:space="preserve">[00:24] </w:t>
      </w:r>
      <w:r>
        <w:t>Man amila salihan min dhakarin aw untha wahuwa mu'minun, falunhayinnahu hayatan tayyibatan, walanajziyannnahum ajrahum bi ahsani ma kanu ya'malun.</w:t>
      </w:r>
    </w:p>
    <w:p>
      <w:pPr>
        <w:jc w:val="right"/>
      </w:pPr>
      <w:r>
        <w:t>من عمل صالحا من ذکر او انثا وھو مومن، فلنحیینہ حیات طیبہ، ولنجزینہم اجرہم باحسن ما کانو یعملون۔</w:t>
      </w:r>
    </w:p>
    <w:p>
      <w:r>
        <w:rPr>
          <w:b/>
        </w:rPr>
        <w:t xml:space="preserve">[00:38] </w:t>
      </w:r>
      <w:r>
        <w:t>Jo shakhs koi nek kaam karega, khwah woh mard ho ya aurat,</w:t>
      </w:r>
    </w:p>
    <w:p>
      <w:pPr>
        <w:jc w:val="right"/>
      </w:pPr>
      <w:r>
        <w:t>جو شخص کوئی نیک کام کرے گا، خواہ وہ مرد ہو یا عورت،</w:t>
      </w:r>
    </w:p>
    <w:p>
      <w:r>
        <w:rPr>
          <w:b/>
        </w:rPr>
        <w:t xml:space="preserve">[00:43] </w:t>
      </w:r>
      <w:r>
        <w:t>bashart ke woh momin ho, to hum usko zindagi denge, ek achhi zindagi, aur jo kuch woh karte rahe, uska hum unko behtareen badla denge.</w:t>
      </w:r>
    </w:p>
    <w:p>
      <w:pPr>
        <w:jc w:val="right"/>
      </w:pPr>
      <w:r>
        <w:t>بشرط کہ وہ مومن ہو، تو ہم اس کو زندگی دیں گے، ایک اچھی زندگی، اور جو کچھ وہ کرتے رہے، اس کا ہم ان کو بہترین بدلہ دیں گے۔</w:t>
      </w:r>
    </w:p>
    <w:p>
      <w:r>
        <w:rPr>
          <w:b/>
        </w:rPr>
        <w:t xml:space="preserve">[00:56] </w:t>
      </w:r>
      <w:r>
        <w:t>Maulana is ayat ki wazahat farmayein. Bismillah hir rahman nir rahim.</w:t>
      </w:r>
    </w:p>
    <w:p>
      <w:pPr>
        <w:jc w:val="right"/>
      </w:pPr>
      <w:r>
        <w:t>مولانا اس آیت کی وضاحت فرمائیں۔ بسم اللہ الرحمن الرحیم۔</w:t>
      </w:r>
    </w:p>
    <w:p>
      <w:r>
        <w:rPr>
          <w:b/>
        </w:rPr>
        <w:t xml:space="preserve">[01:07] </w:t>
      </w:r>
      <w:r>
        <w:t>Quran ki is ayat mein jo markazi lafz hai woh yeh hai: "falunhayinnahu hayatan tayyibah" yaani hayat tayyibah wali zindagi denge usko.</w:t>
      </w:r>
    </w:p>
    <w:p>
      <w:pPr>
        <w:jc w:val="right"/>
      </w:pPr>
      <w:r>
        <w:t>قرآن کی اس آیت میں جو مرکزی لفظ ہے وہ یہ ہے: "فلا نحینہ حیات طیبہ" یعنی حیات طیبہ والی زندگی دیں گے اس کو۔</w:t>
      </w:r>
    </w:p>
    <w:p>
      <w:r>
        <w:rPr>
          <w:b/>
        </w:rPr>
        <w:t xml:space="preserve">[01:25] </w:t>
      </w:r>
      <w:r>
        <w:t>Yeh koi purasrar cheez nahi hai. Hayat tayyibah ka milna koi purasrar cheez nahi hai.</w:t>
      </w:r>
    </w:p>
    <w:p>
      <w:pPr>
        <w:jc w:val="right"/>
      </w:pPr>
      <w:r>
        <w:t>یہ کوئی پراسرار چیز نہیں ہے۔ حیات طیبہ کا ملنا کوئی پراسرار چیز نہیں ہے۔</w:t>
      </w:r>
    </w:p>
    <w:p>
      <w:r>
        <w:rPr>
          <w:b/>
        </w:rPr>
        <w:t xml:space="preserve">[01:35] </w:t>
      </w:r>
      <w:r>
        <w:t>Yeh ayat mein purasrar is liye nazar aata hai logon ko ke yeh usko lete hain lafzi maani mein. Is se murad hai tofeeq milna.</w:t>
      </w:r>
    </w:p>
    <w:p>
      <w:pPr>
        <w:jc w:val="right"/>
      </w:pPr>
      <w:r>
        <w:t>یہ آیت میں پراسرار اس لیے نظر آتا ہے لوگوں کو کہ یہ اس کو لیتے ہیں لفظی معنی میں۔ اس سے مراد ہے توفیق ملنا۔</w:t>
      </w:r>
    </w:p>
    <w:p>
      <w:r>
        <w:rPr>
          <w:b/>
        </w:rPr>
        <w:t xml:space="preserve">[01:48] </w:t>
      </w:r>
      <w:r>
        <w:t>Yeh nahi hai ke mysterious tor par Allah ki taraf se koi cheez nazil ho jayegi. Nahi, hayat tayyibah ki tofeeq milegi.</w:t>
      </w:r>
    </w:p>
    <w:p>
      <w:pPr>
        <w:jc w:val="right"/>
      </w:pPr>
      <w:r>
        <w:t>یہ نہیں ہے کہ مسٹیریس طور پر اللہ کی طرف سے کوئی چیز نازل ہو جائے گی۔ نہیں، حیات طیبہ کی توفیق ملے گی۔</w:t>
      </w:r>
    </w:p>
    <w:p>
      <w:r>
        <w:rPr>
          <w:b/>
        </w:rPr>
        <w:t xml:space="preserve">[02:00] </w:t>
      </w:r>
      <w:r>
        <w:t>Yaani jo aadmi sachha iman apne andar paida kare, uske mutabiq zindagi guzare, to Allah ki taraf se usko yeh tofeeq milegi ke woh apne andar hayat tayyibah ki taameer kare.</w:t>
      </w:r>
    </w:p>
    <w:p>
      <w:pPr>
        <w:jc w:val="right"/>
      </w:pPr>
      <w:r>
        <w:t>یعنی جو آدمی سچا ایمان اپنے اندر پیدا کرے، اس کے مطابق زندگی گزارے، تو اللہ کی طرف سے اس کو یہ توفیق ملے گی کہ وہ اپنے اندر حیات طیبہ کی تعمیر کرے۔</w:t>
      </w:r>
    </w:p>
    <w:p>
      <w:r>
        <w:rPr>
          <w:b/>
        </w:rPr>
        <w:t xml:space="preserve">[02:17] </w:t>
      </w:r>
      <w:r>
        <w:t>Yeh yahan par tofeeq milne ki baat hai, na ke kisi purasarariye ki baat hai.</w:t>
      </w:r>
    </w:p>
    <w:p>
      <w:pPr>
        <w:jc w:val="right"/>
      </w:pPr>
      <w:r>
        <w:t>یہ یہاں پر توفیق ملنے کی بات ہے، نہ کہ کسی پراسراریے کی بات ہے۔</w:t>
      </w:r>
    </w:p>
    <w:p>
      <w:r>
        <w:rPr>
          <w:b/>
        </w:rPr>
        <w:t xml:space="preserve">[02:26] </w:t>
      </w:r>
      <w:r>
        <w:t>To yeh kya cheez hai? Hayat tayyibah.</w:t>
      </w:r>
    </w:p>
    <w:p>
      <w:pPr>
        <w:jc w:val="right"/>
      </w:pPr>
      <w:r>
        <w:t>تو یہ کیا چیز ہے؟ حیات طیبہ۔</w:t>
      </w:r>
    </w:p>
    <w:p>
      <w:r>
        <w:rPr>
          <w:b/>
        </w:rPr>
        <w:t xml:space="preserve">[02:33] </w:t>
      </w:r>
      <w:r>
        <w:t>Quran ke doosre maqamat ko lekar jab samjha samjha jaye to baat clear ho jati hai. Woh hai duniya se rizq tayyib lete rehna.</w:t>
      </w:r>
    </w:p>
    <w:p>
      <w:pPr>
        <w:jc w:val="right"/>
      </w:pPr>
      <w:r>
        <w:t>قرآن کے دوسرے مقامات کو لے کر جب سمجھا سمجھا جائے تو بات کلیئر ہو جاتی ہے۔ وہ ہے دنیا سے رزق طیب لیتے رہنا۔</w:t>
      </w:r>
    </w:p>
    <w:p>
      <w:r>
        <w:rPr>
          <w:b/>
        </w:rPr>
        <w:t xml:space="preserve">[02:49] </w:t>
      </w:r>
      <w:r>
        <w:t>Rizq-e-Rabb lete rehna. Yaani ek aisi zindagi guzarna jis mein aadmi musalsal tor par duniya se rizq-e-Rabb leta rahe, spiritual food leta rahe, imani ghiza leta rahe.</w:t>
      </w:r>
    </w:p>
    <w:p>
      <w:pPr>
        <w:jc w:val="right"/>
      </w:pPr>
      <w:r>
        <w:t>رزق رب لیتے رہنا۔ یعنی ایک ایسی زندگی گزارنا جس میں آدمی مسلسل طور پر دنیا سے رزق رب لیتا رہے، اسپریچول فوڈ لیتا رہے، ایمانی غذا لیتا رہے۔</w:t>
      </w:r>
    </w:p>
    <w:p>
      <w:r>
        <w:rPr>
          <w:b/>
        </w:rPr>
        <w:t xml:space="preserve">[03:05] </w:t>
      </w:r>
      <w:r>
        <w:t>Yaani har tajruba, har</w:t>
      </w:r>
    </w:p>
    <w:p>
      <w:pPr>
        <w:jc w:val="right"/>
      </w:pPr>
      <w:r>
        <w:t>یعنی ہر تجربہ، ہر</w:t>
      </w:r>
    </w:p>
    <w:p>
      <w:r>
        <w:rPr>
          <w:b/>
        </w:rPr>
        <w:t xml:space="preserve">[03:11] </w:t>
      </w:r>
      <w:r>
        <w:t>har cheez jo guzre aapke saath, woh aapke liye rizq-e-Rabb ban raha hai, ban jaye, aur jab rizq-e-Rabb banta rahega to usi se hayat tayyibah tashkeel payegi.</w:t>
      </w:r>
    </w:p>
    <w:p>
      <w:pPr>
        <w:jc w:val="right"/>
      </w:pPr>
      <w:r>
        <w:t>ہر چیز جو گزرے آپ کے ساتھ، وہ آپ کے لیے رزق رب بن رہا ہے، بن جائے، اور جب رزق رب بنتا رہے گا تو اسی سے حیات طیبہ تشکیل پائے گی۔</w:t>
      </w:r>
    </w:p>
    <w:p>
      <w:r>
        <w:rPr>
          <w:b/>
        </w:rPr>
        <w:t xml:space="preserve">[03:26] </w:t>
      </w:r>
      <w:r>
        <w:t>Hayat tayyibah se murad wahi cheez hai jis ko tazkiya-e-nafs doosri jagah kaha gaya. Yaani tazkiya-e-nafs banti rahegi.</w:t>
      </w:r>
    </w:p>
    <w:p>
      <w:pPr>
        <w:jc w:val="right"/>
      </w:pPr>
      <w:r>
        <w:t>حیات طیبہ سے مراد وہی چیز ہے جس کو مدقہ شخصیت دوسری جگہ کہا گیا۔ یعنی مدقہ شخصیت بنتی رہے گی۔</w:t>
      </w:r>
    </w:p>
    <w:p>
      <w:r>
        <w:rPr>
          <w:b/>
        </w:rPr>
        <w:t xml:space="preserve">[03:36] </w:t>
      </w:r>
      <w:r>
        <w:t>To yeh tazkiya ka jo process hai, woh is mein bataya gaya hai. Tazkiya ka process yeh hai ke aapne Allah Rabbul Alameen ko discover kiya,</w:t>
      </w:r>
    </w:p>
    <w:p>
      <w:pPr>
        <w:jc w:val="right"/>
      </w:pPr>
      <w:r>
        <w:t>تو یہ تزکیہ کا جو پراسیس ہے، وہ اس میں بتایا گیا ہے۔ تزکیہ کا پراسیس یہ ہے کہ آپ نے اللہ رب العالمین کو ڈسکور کیا،</w:t>
      </w:r>
    </w:p>
    <w:p>
      <w:r>
        <w:rPr>
          <w:b/>
        </w:rPr>
        <w:t xml:space="preserve">[03:51] </w:t>
      </w:r>
      <w:r>
        <w:t>yani is ki marifat hasil ki. to jab aap marifat hasil karenge to yeh saada baat nahi hogi. aap ki poori zindagi is se hil jayegi.</w:t>
      </w:r>
    </w:p>
    <w:p>
      <w:pPr>
        <w:jc w:val="right"/>
      </w:pPr>
      <w:r>
        <w:t>یعنی اس کی معرفت حاصل کی۔ تو جب آپ معرفت حاصل کریں گے تو یہ سادہ بات نہیں ہوگی۔ آپ کی پوری زندگی اس سے ہل جائے گی۔</w:t>
      </w:r>
    </w:p>
    <w:p>
      <w:r>
        <w:rPr>
          <w:b/>
        </w:rPr>
        <w:t xml:space="preserve">[04:03] </w:t>
      </w:r>
      <w:r>
        <w:t>poori zindagi ko ek direction mil jayegi.</w:t>
      </w:r>
    </w:p>
    <w:p>
      <w:pPr>
        <w:jc w:val="right"/>
      </w:pPr>
      <w:r>
        <w:t>پوری زندگی کو ایک ڈائریکشن مل جائے گا۔</w:t>
      </w:r>
    </w:p>
    <w:p>
      <w:r>
        <w:rPr>
          <w:b/>
        </w:rPr>
        <w:t xml:space="preserve">[04:07] </w:t>
      </w:r>
      <w:r>
        <w:t>poori zindagi mein ek halchal paida ho jayegi. poori zindagi aap is tarah guzarnay lagenge, guzarnay shuru kar denge ke har tajrubay se, har mauqay par aap cheezon se rizq-e-rab lete rahenge,</w:t>
      </w:r>
    </w:p>
    <w:p>
      <w:pPr>
        <w:jc w:val="right"/>
      </w:pPr>
      <w:r>
        <w:t>پوری زندگی میں ایک ہلچل پیدا ہو جائے گی۔ پوری زندگی آپ اس طرح گزارنے لگیں گے، گزارنے شروع کر دیں گے کہ ہر تجربے سے، ہر موقع پر آپ چیزوں سے رزق رب لیتے رہیں گے،</w:t>
      </w:r>
    </w:p>
    <w:p>
      <w:r>
        <w:rPr>
          <w:b/>
        </w:rPr>
        <w:t xml:space="preserve">[04:29] </w:t>
      </w:r>
      <w:r>
        <w:t>apnay is prepared mind ki bana par. to yeh koi purasarar cheez nahi hai.</w:t>
      </w:r>
    </w:p>
    <w:p>
      <w:pPr>
        <w:jc w:val="right"/>
      </w:pPr>
      <w:r>
        <w:t>اپنے اس پریپیئرڈ مائنڈ کی بنا پر۔ تو یہ کوئی پراسرار چیز نہیں ہے۔</w:t>
      </w:r>
    </w:p>
    <w:p>
      <w:r>
        <w:rPr>
          <w:b/>
        </w:rPr>
        <w:t xml:space="preserve">[04:35] </w:t>
      </w:r>
      <w:r>
        <w:t>yeh aasani purasarar tor par Allah ki taraf se kuch aap ko mil jata hai. nahi, balkay yeh hai ke jab aadmi apnay andar apnay aap ko aarif banata hai, aarif, woh marifat-e-rab mein jeenay lagta hai.</w:t>
      </w:r>
    </w:p>
    <w:p>
      <w:pPr>
        <w:jc w:val="right"/>
      </w:pPr>
      <w:r>
        <w:t>یہ آسانی پراسرار طور پر اللہ کی طرف سے کچھ آپ کو مل جاتا ہے۔ نہیں، بلکہ یہ ہے کہ جب آدمی اپنے اندر اپنے آپ کو عارف بناتا ہے، عارف، وہ معرفت رب میں جینے لگتا ہے۔</w:t>
      </w:r>
    </w:p>
    <w:p>
      <w:r>
        <w:rPr>
          <w:b/>
        </w:rPr>
        <w:t xml:space="preserve">[04:55] </w:t>
      </w:r>
      <w:r>
        <w:t>jab aadmi marifat-e-rab mein jeenay lagta hai to us ke andar ek naya zehn banta hai, ek nayi soch banti hai, naya way of thinking aati hai us ke andar.</w:t>
      </w:r>
    </w:p>
    <w:p>
      <w:pPr>
        <w:jc w:val="right"/>
      </w:pPr>
      <w:r>
        <w:t>جب آدمی معرفت رب میں جینے لگتا ہے تو اس کے اندر ایک نیا ذہن بنتا ہے، ایک نئی سوچ بنتی ہے، نیا وے آف تھنکنگ آتی ہے اس کے اندر۔</w:t>
      </w:r>
    </w:p>
    <w:p>
      <w:r>
        <w:rPr>
          <w:b/>
        </w:rPr>
        <w:t xml:space="preserve">[05:09] </w:t>
      </w:r>
      <w:r>
        <w:t>to har cheez se, har cheez se us ko kuch aisi cheez milnay lagti hai jis se woh apnay rab se qareeb ho, apnay rab ki blessing ko daryaft karay.</w:t>
      </w:r>
    </w:p>
    <w:p>
      <w:pPr>
        <w:jc w:val="right"/>
      </w:pPr>
      <w:r>
        <w:t>تو ہر چیز سے، ہر چیز سے اس کو کچھ ایسی چیز ملنے لگتی ہے جس سے وہ اپنے رب سے قریب ہو، اپنے رب کی بلیسنگ کو دریافت کرے۔</w:t>
      </w:r>
    </w:p>
    <w:p>
      <w:r>
        <w:rPr>
          <w:b/>
        </w:rPr>
        <w:t xml:space="preserve">[05:23] </w:t>
      </w:r>
      <w:r>
        <w:t>jab yeh sab hota hai to us ke andar ek ek shakhsiyat taameer hoti hai. ek tazkiya ka process jaari rehta hai. dheeray dheeray woh shakhs, woh shakhsiyat ban jati hai jis ko kaha jata hai mutadqqah shakhsiyat.</w:t>
      </w:r>
    </w:p>
    <w:p>
      <w:pPr>
        <w:jc w:val="right"/>
      </w:pPr>
      <w:r>
        <w:t>جب یہ سب ہوتا ہے تو اس کے اندر ایک ایک شخصیت تعمیر ہوتی ہے۔ ایک تزکیہ کا پراسیس جاری رہتا ہے۔ دھیرے دھیرے وہ شخص، وہ شخصیت بن جاتی ہے جس کو کہا جاتا ہے مدقہ شخصیت۔</w:t>
      </w:r>
    </w:p>
    <w:p>
      <w:r>
        <w:rPr>
          <w:b/>
        </w:rPr>
        <w:t xml:space="preserve">[05:38] </w:t>
      </w:r>
      <w:r>
        <w:t>phir yahi mutadqqah shakhsiyat Allah ko qabil-e-qubool hoti hai aur isi ke liye Allah jannat ke darwazay kholta hai aisay insaan ke liye.</w:t>
      </w:r>
    </w:p>
    <w:p>
      <w:pPr>
        <w:jc w:val="right"/>
      </w:pPr>
      <w:r>
        <w:t>پھر یہی مدقہ شخصیت اللہ کو قابل قبول ہوتی ہے اور اسی کے لیے اللہ جنت کے دروازے کھولتا ہے ایسے انسان کے لیے۔</w:t>
      </w:r>
    </w:p>
    <w:p>
      <w:r>
        <w:rPr>
          <w:b/>
        </w:rPr>
        <w:t xml:space="preserve">[05:52] </w:t>
      </w:r>
      <w:r>
        <w:t>to yeh koi purasarar cheez nahi hai. jab aap yeh puranauhiyat nauh hayat-e-tayyaba ka matlab yeh len ke is se murad hai tofeeq milna, to baat bohat bilkul wazeh ho jati hai.</w:t>
      </w:r>
    </w:p>
    <w:p>
      <w:pPr>
        <w:jc w:val="right"/>
      </w:pPr>
      <w:r>
        <w:t>تو یہ کوئی پراسرار چیز نہیں ہے۔ جب آپ یہ پرا نوحیت نوح حیات طیبہ کا مطلب یہ لیں کہ اس سے مراد ہے توفیق ملنا، تو بات بہت بالکل واضح ہو جاتی ہے۔</w:t>
      </w:r>
    </w:p>
    <w:p>
      <w:r>
        <w:rPr>
          <w:b/>
        </w:rPr>
        <w:t xml:space="preserve">[06:10] </w:t>
      </w:r>
      <w:r>
        <w:t>yani aisay insaan ko tofeeq milti hai ke woh apnay andar hayat-e-tayyaba ki tashkeel karay. hayat-e-tayyaba ki tashkeel aadmi khud karta hai,</w:t>
      </w:r>
    </w:p>
    <w:p>
      <w:pPr>
        <w:jc w:val="right"/>
      </w:pPr>
      <w:r>
        <w:t>یعنی ایسے انسان کو توفیق ملتی ہے کہ وہ اپنے اندر حیات طیبہ کی تشکیل کرے۔ حیات طیبہ کی تشکیل آدمی خود کرتا ہے،</w:t>
      </w:r>
    </w:p>
    <w:p>
      <w:r>
        <w:rPr>
          <w:b/>
        </w:rPr>
        <w:t xml:space="preserve">[06:21] </w:t>
      </w:r>
      <w:r>
        <w:t>bi-tofeeq, bi-tofeeq-e-ilahi. is ka hargiz yeh matlab nahi ke hayat-e-tayyaba purasarar tor par us ke andar shamil us ko de di jati hai.</w:t>
      </w:r>
    </w:p>
    <w:p>
      <w:pPr>
        <w:jc w:val="right"/>
      </w:pPr>
      <w:r>
        <w:t>بتوفیق، بتوفیق الہی۔ اس کا ہرگز یہ مطلب نہیں کہ حیات طیبہ پراسرار طور پر اس کے اندر شامل اس کو دے دی جاتی ہے۔</w:t>
      </w:r>
    </w:p>
    <w:p>
      <w:r>
        <w:rPr>
          <w:b/>
        </w:rPr>
        <w:t xml:space="preserve">[06:35] </w:t>
      </w:r>
      <w:r>
        <w:t>balkay Allah ki tofeeq se aadmi apnay andar hayat-e-tayyaba ki tashkeel karta hai.</w:t>
      </w:r>
    </w:p>
    <w:p>
      <w:pPr>
        <w:jc w:val="right"/>
      </w:pPr>
      <w:r>
        <w:t>بلکہ اللہ کی توفیق سے آدمی اپنے اندر حیات طیبہ کی تشکیل کرتا ہے۔</w:t>
      </w:r>
    </w:p>
    <w:p>
      <w:r>
        <w:rPr>
          <w:b/>
        </w:rPr>
        <w:t xml:space="preserve">[06:42] </w:t>
      </w:r>
      <w:r>
        <w:t>misal ke tor par dekhiye, aap ko kisi ne ghussa dila diya, aap ghazabnak ho gaye, to ghussa dilanay ke baad aadmi ke andar kya hota hai?</w:t>
      </w:r>
    </w:p>
    <w:p>
      <w:pPr>
        <w:jc w:val="right"/>
      </w:pPr>
      <w:r>
        <w:t>مثال کے طور پر دیکھیے، آپ کو کسی نے غصہ دلا دیا، آپ غضب ناک ہو گئے، تو غصہ دلانے کے بعد آدمی کے اندر کیا ہوتا ہے؟</w:t>
      </w:r>
    </w:p>
    <w:p>
      <w:r>
        <w:rPr>
          <w:b/>
        </w:rPr>
        <w:t xml:space="preserve">[07:00] </w:t>
      </w:r>
      <w:r>
        <w:t>woh lag, is woh bhark uthta hai, woh chahta hai revenge le, inteqaam le.</w:t>
      </w:r>
    </w:p>
    <w:p>
      <w:pPr>
        <w:jc w:val="right"/>
      </w:pPr>
      <w:r>
        <w:t>وہ لگ، اس وہ بھڑک اٹھتا ہے، وہ چاہتا ہے ریونج لے، انتقام لے۔</w:t>
      </w:r>
    </w:p>
    <w:p>
      <w:r>
        <w:rPr>
          <w:b/>
        </w:rPr>
        <w:t xml:space="preserve">[07:07] </w:t>
      </w:r>
      <w:r>
        <w:t>lekin agar aap ke andar imaan hai, agar aap ke andar marifat hai, aur agar aap ne Allah ko daryaft kar rakha hai to woh aap ke liye check ban jayega.</w:t>
      </w:r>
    </w:p>
    <w:p>
      <w:pPr>
        <w:jc w:val="right"/>
      </w:pPr>
      <w:r>
        <w:t>لیکن اگر آپ کے اندر ایمان ہے، اگر آپ کے اندر معرفت ہے، اور اگر آپ نے اللہ کو دریافت کر رکھا ہے تو وہ آپ کے لیے چیک بن جائے گا۔</w:t>
      </w:r>
    </w:p>
    <w:p>
      <w:r>
        <w:rPr>
          <w:b/>
        </w:rPr>
        <w:t xml:space="preserve">[07:17] </w:t>
      </w:r>
      <w:r>
        <w:t>check, woh aap ko control karega is se ke aap bharkain, provoke hon, inteqaam ki taraf dauren.</w:t>
      </w:r>
    </w:p>
    <w:p>
      <w:pPr>
        <w:jc w:val="right"/>
      </w:pPr>
      <w:r>
        <w:t>چیک، وہ آپ کو کنٹرول کرے گا اس سے کہ آپ بھڑکیں، پرووک ہوں، انتقام کی طرف دوڑیں۔</w:t>
      </w:r>
    </w:p>
    <w:p>
      <w:r>
        <w:rPr>
          <w:b/>
        </w:rPr>
        <w:t xml:space="preserve">[07:28] </w:t>
      </w:r>
      <w:r>
        <w:t>aap ka tareeqa ho jata hai wahi jo Quran mein aaya hai ke "wa idha ma ghadibu yaghfiroon". ghussa aata hai tab bhi apnay in ka jo prepared mind hai, woh un ko samjhata hai ke darguzar karo, maaf kar do, Allah is ka badla dega.</w:t>
      </w:r>
    </w:p>
    <w:p>
      <w:pPr>
        <w:jc w:val="right"/>
      </w:pPr>
      <w:r>
        <w:t>آپ کا طریقہ ہو جاتا ہے وہی جو قرآن میں آیا ہے کہ "وَإِذَا مَا غَضِبُوا يَغْفِرُونَ"۔ غصہ آتا ہے تب بھی اپنے ان کا جو پریپیئرڈ مائنڈ ہے، وہ ان کو سجھاتا ہے کہ درگزر کرو، معاف کر دو، اللہ اس کا بدلہ دے گا۔</w:t>
      </w:r>
    </w:p>
    <w:p>
      <w:r>
        <w:rPr>
          <w:b/>
        </w:rPr>
        <w:t xml:space="preserve">[07:52] </w:t>
      </w:r>
      <w:r>
        <w:t>yeh matlab</w:t>
      </w:r>
    </w:p>
    <w:p>
      <w:pPr>
        <w:jc w:val="right"/>
      </w:pPr>
      <w:r>
        <w:t>یہ مطلب</w:t>
      </w:r>
    </w:p>
    <w:p>
      <w:r>
        <w:rPr>
          <w:b/>
        </w:rPr>
        <w:t xml:space="preserve">[07:53] </w:t>
      </w:r>
      <w:r>
        <w:t>hai is ka. to jab aap aisa karenge to aap ke liye hayat-e-tayyaba ki taameer shuru ho gayi.</w:t>
      </w:r>
    </w:p>
    <w:p>
      <w:pPr>
        <w:jc w:val="right"/>
      </w:pPr>
      <w:r>
        <w:t>ہے اس کا۔ تو جب آپ ایسا کریں گے تو آپ کے لیے حیات طیبہ کی تعمیر شروع ہوگئی۔</w:t>
      </w:r>
    </w:p>
    <w:p>
      <w:r>
        <w:rPr>
          <w:b/>
        </w:rPr>
        <w:t xml:space="preserve">[08:02] </w:t>
      </w:r>
      <w:r>
        <w:t>aisi misal ke tor par aap ko</w:t>
      </w:r>
    </w:p>
    <w:p>
      <w:pPr>
        <w:jc w:val="right"/>
      </w:pPr>
      <w:r>
        <w:t>ایسی مثال کے طور پر آپ کو</w:t>
      </w:r>
    </w:p>
    <w:p>
      <w:r>
        <w:rPr>
          <w:b/>
        </w:rPr>
        <w:t xml:space="preserve">[08:07] </w:t>
      </w:r>
      <w:r>
        <w:t>dunya mein kisi insaan ki taraf se nuqsan ka tajurba hua. nuqsan ka tajurba to yahan bhi ek shakal yeh hai ke aap is se laren, larr kar is ka chheen len, is se jo us ke paas hai,</w:t>
      </w:r>
    </w:p>
    <w:p>
      <w:pPr>
        <w:jc w:val="right"/>
      </w:pPr>
      <w:r>
        <w:t>دنیا میں کسی انسان کی طرف سے نقصان کا تجربہ ہوا۔ نقصان کا تجربہ تو یہاں بھی ایک شکل یہ ہے کہ آپ اس سے لڑیں، لڑ کر اس کا چھینیں، اس سے جو اس کے پاس ہے،</w:t>
      </w:r>
    </w:p>
    <w:p>
      <w:r>
        <w:rPr>
          <w:b/>
        </w:rPr>
        <w:t xml:space="preserve">[08:25] </w:t>
      </w:r>
      <w:r>
        <w:t>apnay nuqsan ko poora karnay ke liye. doosri shakal kya hai ke aap ko nuqsan pohanchaya insaan ne aur is ki talafi ke liye aap Allah ke sirf dua karen.</w:t>
      </w:r>
    </w:p>
    <w:p>
      <w:pPr>
        <w:jc w:val="right"/>
      </w:pPr>
      <w:r>
        <w:t>اپنے نقصان کو پورا کرنے کے لیے۔ دوسری شکل کیا ہے کہ آپ کو نقصان پہنچایا انسان نے اور اس کی تلافی کے لیے آپ اللہ کے صرف دعا کریں۔</w:t>
      </w:r>
    </w:p>
    <w:p>
      <w:r>
        <w:rPr>
          <w:b/>
        </w:rPr>
        <w:t xml:space="preserve">[08:45] </w:t>
      </w:r>
      <w:r>
        <w:t>is ki talafi ke liye aap Allah ki taraf rujoo karen.</w:t>
      </w:r>
    </w:p>
    <w:p>
      <w:pPr>
        <w:jc w:val="right"/>
      </w:pPr>
      <w:r>
        <w:t>اس کی تلافی کے لیے آپ اللہ کی طرف رجوع کریں۔</w:t>
      </w:r>
    </w:p>
    <w:p>
      <w:r>
        <w:rPr>
          <w:b/>
        </w:rPr>
        <w:t xml:space="preserve">[08:50] </w:t>
      </w:r>
      <w:r>
        <w:t>to jab aap prepared mind honge to aisay hi hoga.</w:t>
      </w:r>
    </w:p>
    <w:p>
      <w:pPr>
        <w:jc w:val="right"/>
      </w:pPr>
      <w:r>
        <w:t>تو جب آپ پریپیئرڈ مائنڈ ہوں گے تو ایسے ہی ہوگا۔</w:t>
      </w:r>
    </w:p>
    <w:p>
      <w:r>
        <w:rPr>
          <w:b/>
        </w:rPr>
        <w:t xml:space="preserve">[08:56] </w:t>
      </w:r>
      <w:r>
        <w:t>agar aap ke andar sachcha iman nahin hai, sachchi marifat nahin hai, aap prepared mind nahin hain to kya hoga?</w:t>
      </w:r>
    </w:p>
    <w:p>
      <w:pPr>
        <w:jc w:val="right"/>
      </w:pPr>
      <w:r>
        <w:t>اگر آپ کے اندر سچا ایمان نہیں ہے، سچی معرفت نہیں ہے، آپ پریپیئرڈ مائنڈ نہیں ہیں تو کیا ہوگا؟</w:t>
      </w:r>
    </w:p>
    <w:p>
      <w:r>
        <w:rPr>
          <w:b/>
        </w:rPr>
        <w:t xml:space="preserve">[09:05] </w:t>
      </w:r>
      <w:r>
        <w:t>nuqsan jis ne pahunchaya aap ko, usi se aap chahenge ke lad kar ke is se chheen, is ke paas jo kuch hai. lekin agar aap apne ko ek ek momina shakhsiyat bana rakhi hai apne andar,</w:t>
      </w:r>
    </w:p>
    <w:p>
      <w:pPr>
        <w:jc w:val="right"/>
      </w:pPr>
      <w:r>
        <w:t>نقصان جس نے پہنچایا آپ کو، اسی سے آپ چاہیں گے کہ لڑ کر کے اس سے چھینیں، اس کے پاس جو کچھ ہے۔ لیکن اگر آپ اپنے کو ایک ایک مومنہ شخصیت بنا رکھی ہے اپنے اندر،</w:t>
      </w:r>
    </w:p>
    <w:p>
      <w:r>
        <w:rPr>
          <w:b/>
        </w:rPr>
        <w:t xml:space="preserve">[09:23] </w:t>
      </w:r>
      <w:r>
        <w:t>agar aap ne momin wali shakhsiyat bana rakhi hai apne andar to aap idhar nahin jaenge. phir aap Allah ki taraf daudenge. phir aap Allah se is ki talafi chahenge.</w:t>
      </w:r>
    </w:p>
    <w:p>
      <w:pPr>
        <w:jc w:val="right"/>
      </w:pPr>
      <w:r>
        <w:t>اگر آپ نے مومن والی شخصیت بنا رکھی ہے اپنے اندر تو آپ ادھر نہیں جائیں گے۔ پھر آپ اللہ کی طرف دوڑیں گے۔ پھر آپ اللہ سے اس کی تلافی چاہیں گے۔</w:t>
      </w:r>
    </w:p>
    <w:p>
      <w:r>
        <w:rPr>
          <w:b/>
        </w:rPr>
        <w:t xml:space="preserve">[09:36] </w:t>
      </w:r>
      <w:r>
        <w:t>is insan ke bare mein negative nahin honge. jab aap aisa karenge to aap ke andar hayat-e-tayyaba ki tashkeel shuru ho gai.</w:t>
      </w:r>
    </w:p>
    <w:p>
      <w:pPr>
        <w:jc w:val="right"/>
      </w:pPr>
      <w:r>
        <w:t>اس انسان کے بارے میں نیگیٹیو نہیں ہوں گے۔ جب آپ ایسا کریں گے تو آپ کے اندر حیات طیبہ کی تشکیل شروع ہوگئی۔</w:t>
      </w:r>
    </w:p>
    <w:p>
      <w:r>
        <w:rPr>
          <w:b/>
        </w:rPr>
        <w:t xml:space="preserve">[09:47] </w:t>
      </w:r>
      <w:r>
        <w:t>isi tarah ke tajrubaat ke dauran jo dunya mein paish aate hain, Allah ki tofeeq se aap jo positive ravaiyya ikhtiyar karte hain, iman wala ravaiyya, isi se aap ke andar hayat-e-tayyaba ki tashkeel hoti hai.</w:t>
      </w:r>
    </w:p>
    <w:p>
      <w:pPr>
        <w:jc w:val="right"/>
      </w:pPr>
      <w:r>
        <w:t>اسی طرح کے تجربات کے دوران جو دنیا میں پیش آتے ہیں، اللہ کی توفیق سے آپ جو پوزیٹیو رویہ اختیار کرتے ہیں، ایمان والا رویہ، اسی سے آپ کے اندر حیات طیبہ کی تشکیل ہوتی ہے۔</w:t>
      </w:r>
    </w:p>
    <w:p>
      <w:r>
        <w:rPr>
          <w:b/>
        </w:rPr>
        <w:t xml:space="preserve">[10:04] </w:t>
      </w:r>
      <w:r>
        <w:t>hayat-e-tayyaba ek tashkeel paane wala amal hai. koi pasraraar taur par kisi koi pasraraar atiya nahin hai.</w:t>
      </w:r>
    </w:p>
    <w:p>
      <w:pPr>
        <w:jc w:val="right"/>
      </w:pPr>
      <w:r>
        <w:t>حیات طیبہ ایک تشکیل پانے والا عمل ہے۔ کوئی پراسرار طور پر کسی کوئی پراسرار عطیہ نہیں ہے۔</w:t>
      </w:r>
    </w:p>
    <w:p>
      <w:r>
        <w:rPr>
          <w:b/>
        </w:rPr>
        <w:t xml:space="preserve">[10:14] </w:t>
      </w:r>
      <w:r>
        <w:t>yeh har tajruba jo dunya mein guzarta hai, aap isi tajrube ke dauran hayat-e-tayyaba ki tashkeel hoti hai.</w:t>
      </w:r>
    </w:p>
    <w:p>
      <w:pPr>
        <w:jc w:val="right"/>
      </w:pPr>
      <w:r>
        <w:t>یہ ہر تجربہ جو دنیا میں گزرتا ہے، آپ اسی تجربے کے دوران حیات طیبہ کی تشکیل ہوتی ہے۔</w:t>
      </w:r>
    </w:p>
    <w:p>
      <w:r>
        <w:rPr>
          <w:b/>
        </w:rPr>
        <w:t xml:space="preserve">[10:28] </w:t>
      </w:r>
      <w:r>
        <w:t>isi tajrube ke darmiyan hayat-e-tayyaba ki tashkeel hoti hai.</w:t>
      </w:r>
    </w:p>
    <w:p>
      <w:pPr>
        <w:jc w:val="right"/>
      </w:pPr>
      <w:r>
        <w:t>اسی تجربے کے درمیان حیات طیبہ کی تشکیل ہوتی ہے۔</w:t>
      </w:r>
    </w:p>
    <w:p>
      <w:r>
        <w:rPr>
          <w:b/>
        </w:rPr>
        <w:t xml:space="preserve">[10:37] </w:t>
      </w:r>
      <w:r>
        <w:t>jaise Quran mein hai ke</w:t>
      </w:r>
    </w:p>
    <w:p>
      <w:pPr>
        <w:jc w:val="right"/>
      </w:pPr>
      <w:r>
        <w:t>جیسے قرآن میں ہے کہ</w:t>
      </w:r>
    </w:p>
    <w:p>
      <w:r>
        <w:rPr>
          <w:b/>
        </w:rPr>
        <w:t xml:space="preserve">[10:41] </w:t>
      </w:r>
      <w:r>
        <w:t>Quran mein hai ke Allah azmata hai insan ko mukhtalif qism ke nuqsan se: maal ka nuqsan, jaan ka nuqsan,</w:t>
      </w:r>
    </w:p>
    <w:p>
      <w:pPr>
        <w:jc w:val="right"/>
      </w:pPr>
      <w:r>
        <w:t>قرآن میں ہے کہ اللہ آزماتا ہے انسان کو مختلف قسم کے نقصان سے: مال کا نقصان، جان کا نقصان،</w:t>
      </w:r>
    </w:p>
    <w:p>
      <w:r>
        <w:rPr>
          <w:b/>
        </w:rPr>
        <w:t xml:space="preserve">[10:53] </w:t>
      </w:r>
      <w:r>
        <w:t>awlad ka nuqsan.</w:t>
      </w:r>
    </w:p>
    <w:p>
      <w:pPr>
        <w:jc w:val="right"/>
      </w:pPr>
      <w:r>
        <w:t>اولاد کا نقصان۔</w:t>
      </w:r>
    </w:p>
    <w:p>
      <w:r>
        <w:rPr>
          <w:b/>
        </w:rPr>
        <w:t xml:space="preserve">[10:57] </w:t>
      </w:r>
      <w:r>
        <w:t>to is insan ke liye basharat hai jo yeh keh de: "inna lillahi wa inna ilaihi raji'un". yani nuqsan ko daal de Allah ke khane mein.</w:t>
      </w:r>
    </w:p>
    <w:p>
      <w:pPr>
        <w:jc w:val="right"/>
      </w:pPr>
      <w:r>
        <w:t>تو اس انسان کے لیے بشارت ہے جو یہ کہہ دے: "إنا لله وإنا إليه راجعون"۔ یعنی نقصان کو ڈال دے اللہ کے خانے میں۔</w:t>
      </w:r>
    </w:p>
    <w:p>
      <w:r>
        <w:rPr>
          <w:b/>
        </w:rPr>
        <w:t xml:space="preserve">[11:09] </w:t>
      </w:r>
      <w:r>
        <w:t>jo nuqsan paish aaya, woh kisi insan ki taraf se paish aaya hoga,</w:t>
      </w:r>
    </w:p>
    <w:p>
      <w:pPr>
        <w:jc w:val="right"/>
      </w:pPr>
      <w:r>
        <w:t>جو نقصان پیش آیا، وہ کسی انسان کی طرف سے پیش آیا ہوگا،</w:t>
      </w:r>
    </w:p>
    <w:p>
      <w:r>
        <w:rPr>
          <w:b/>
        </w:rPr>
        <w:t xml:space="preserve">[11:16] </w:t>
      </w:r>
      <w:r>
        <w:t>apne jaisa kisi insan ki taraf se, lekin us ko woh samajhta hai ke yeh Allah ke nizam-e-fitrat ka taqaza hai.</w:t>
      </w:r>
    </w:p>
    <w:p>
      <w:pPr>
        <w:jc w:val="right"/>
      </w:pPr>
      <w:r>
        <w:t>اپنے جیسے کسی انسان کی طرف سے، لیکن اس کو وہ سمجھتا ہے کہ یہ اللہ کے نظام فطرت کا تقاضا ہے۔</w:t>
      </w:r>
    </w:p>
    <w:p>
      <w:r>
        <w:rPr>
          <w:b/>
        </w:rPr>
        <w:t xml:space="preserve">[11:26] </w:t>
      </w:r>
      <w:r>
        <w:t>Allah ne insan ka test lene ke liye yeh dunya mein jo nizam banaya hai, is ki wajah se aisa paish aaya hai.</w:t>
      </w:r>
    </w:p>
    <w:p>
      <w:pPr>
        <w:jc w:val="right"/>
      </w:pPr>
      <w:r>
        <w:t>اللہ نے انسان کا ٹیسٹ لینے کے لیے یہ دنیا میں جو نظام بنایا ہے، اس کی وجہ سے ایسا پیش آیا ہے۔</w:t>
      </w:r>
    </w:p>
    <w:p>
      <w:r>
        <w:rPr>
          <w:b/>
        </w:rPr>
        <w:t xml:space="preserve">[11:39] </w:t>
      </w:r>
      <w:r>
        <w:t>to "qalu inna lillahi wa inna ilaihi raji'un" yeh koi lap service ki baat nahin hai ke zuban se bol diya. nahin, apne jazbat ko Allah ki taraf divert kar dena,</w:t>
      </w:r>
    </w:p>
    <w:p>
      <w:pPr>
        <w:jc w:val="right"/>
      </w:pPr>
      <w:r>
        <w:t>تو "قالوا إنا لله وإنا إليه راجعون" یہ کوئی لپ سروس کی بات نہیں ہے کہ زبان سے بول دیا۔ نہیں، اپنے جذبات کو اللہ کی طرف ڈائیورٹ کر دینا،</w:t>
      </w:r>
    </w:p>
    <w:p>
      <w:r>
        <w:rPr>
          <w:b/>
        </w:rPr>
        <w:t xml:space="preserve">[11:53] </w:t>
      </w:r>
      <w:r>
        <w:t>insan se khoi jaane wali cheez ko Allah se paane ki umeed rakhna, jo kuch paish aaya, us ko nizam-e-fitrat ka nateeja samajhna, jo kuch guzra, yeh samajhna ke yeh to is liye hua ke creation plan of God ka yeh taqaza tha.</w:t>
      </w:r>
    </w:p>
    <w:p>
      <w:pPr>
        <w:jc w:val="right"/>
      </w:pPr>
      <w:r>
        <w:t>انسان سے کھوئے جانے والی چیز کو اللہ سے پانے کی امید رکھنا، جو کچھ پیش آیا، اس کو نظام فطرت کا نتیجہ سمجھنا، جو کچھ گزرا، یہ سمجھنا کہ یہ تو اس لیے ہوا کہ کریشن پلان آف گاڈ کا یہ تقاضا تھا۔</w:t>
      </w:r>
    </w:p>
    <w:p>
      <w:r>
        <w:rPr>
          <w:b/>
        </w:rPr>
        <w:t xml:space="preserve">[12:15] </w:t>
      </w:r>
      <w:r>
        <w:t>jab aap is tarah sochenge, jab aap is tarah sochenge to har aisi soch aap ke andar hayat-e-tayyaba ki tashkeel karegi.</w:t>
      </w:r>
    </w:p>
    <w:p>
      <w:pPr>
        <w:jc w:val="right"/>
      </w:pPr>
      <w:r>
        <w:t>جب آپ اس طرح سوچیں گے، جب آپ اس طرح سوچیں گے تو ہر ایسی سوچ آپ کے اندر حیات طیبہ کی تشکیل کرے گی۔</w:t>
      </w:r>
    </w:p>
    <w:p>
      <w:r>
        <w:rPr>
          <w:b/>
        </w:rPr>
        <w:t xml:space="preserve">[12:29] </w:t>
      </w:r>
      <w:r>
        <w:t>to hayat-e-tayyaba aisi hai jaise ek building banayein, aap ek ent, do, do ent, teesri ent rakhte chale jayen, rakhte chale jayen, yahan tak building tayyar ho jaye. har ent aap ke building ki ta'meer mein izafa karti hai.</w:t>
      </w:r>
    </w:p>
    <w:p>
      <w:pPr>
        <w:jc w:val="right"/>
      </w:pPr>
      <w:r>
        <w:t>تو حیات طیبہ ایسی ہے جیسے ایک بلڈنگ بنائیں، آپ ایک اینٹ، دو، دو اینٹ، تیسری اینٹ رکھتے چلے جائیں، رکھتے چلے جائیں، یہاں تک بلڈنگ تیار ہو جائے۔ ہر اینٹ آپ کے بلڈنگ کی تعمیر میں اضافہ کرتی ہے۔</w:t>
      </w:r>
    </w:p>
    <w:p>
      <w:r>
        <w:rPr>
          <w:b/>
        </w:rPr>
        <w:t xml:space="preserve">[12:45] </w:t>
      </w:r>
      <w:r>
        <w:t>to aise hi aap ko to hayat-e-tayyaba ki ta'meer bhi isi tarah hoti hai.</w:t>
      </w:r>
    </w:p>
    <w:p>
      <w:pPr>
        <w:jc w:val="right"/>
      </w:pPr>
      <w:r>
        <w:t>تو ایسے ہی آپ کو تو حیات طیبہ کی تعمیر بھی اسی طرح ہوتی ہے۔</w:t>
      </w:r>
    </w:p>
    <w:p>
      <w:r>
        <w:rPr>
          <w:b/>
        </w:rPr>
        <w:t xml:space="preserve">[12:55] </w:t>
      </w:r>
      <w:r>
        <w:t>hayat-e-tayyaba ki ta'meer bhi isi tarah hoti hai</w:t>
      </w:r>
    </w:p>
    <w:p>
      <w:pPr>
        <w:jc w:val="right"/>
      </w:pPr>
      <w:r>
        <w:t>حیات طیبہ کی تعمیر بھی اسی طرح ہوتی ہے</w:t>
      </w:r>
    </w:p>
    <w:p>
      <w:r>
        <w:rPr>
          <w:b/>
        </w:rPr>
        <w:t xml:space="preserve">[12:59] </w:t>
      </w:r>
      <w:r>
        <w:t>ke aap har mauqe ko jab aap positive taur par istemal karte hain, har mauqe ko jab aap Allah ki marzi ke mutabiq istemal karte hain,</w:t>
      </w:r>
    </w:p>
    <w:p>
      <w:pPr>
        <w:jc w:val="right"/>
      </w:pPr>
      <w:r>
        <w:t>کہ آپ ہر موقع کو جب آپ پوزیٹیو طور پر استعمال کرتے ہیں، ہر موقع کو جب آپ اللہ کی مرضی کے مطابق استعمال کرتے ہیں،</w:t>
      </w:r>
    </w:p>
    <w:p>
      <w:r>
        <w:rPr>
          <w:b/>
        </w:rPr>
        <w:t xml:space="preserve">[13:15] </w:t>
      </w:r>
      <w:r>
        <w:t>to goya ke aap ne apni zindagi ki ta'meer ke mein ek ent jod di.</w:t>
      </w:r>
    </w:p>
    <w:p>
      <w:pPr>
        <w:jc w:val="right"/>
      </w:pPr>
      <w:r>
        <w:t>تو گویا کہ آپ نے اپنی زندگی کی تعمیر کے میں ایک اینٹ جوڑ دی۔</w:t>
      </w:r>
    </w:p>
    <w:p>
      <w:r>
        <w:rPr>
          <w:b/>
        </w:rPr>
        <w:t xml:space="preserve">[13:22] </w:t>
      </w:r>
      <w:r>
        <w:t>is tarah se musalsal taur par ent jarti rahegi, jarti rahegi, yahan tak ke poori building tayyar ho jayegi.</w:t>
      </w:r>
    </w:p>
    <w:p>
      <w:pPr>
        <w:jc w:val="right"/>
      </w:pPr>
      <w:r>
        <w:t>اس طرح سے مسلسل طور پر اینٹ جڑتی رہے گی، جڑتی رہے گی، یہاں تک کہ پوری بلڈنگ تیار ہو جائے گی۔</w:t>
      </w:r>
    </w:p>
    <w:p>
      <w:r>
        <w:rPr>
          <w:b/>
        </w:rPr>
        <w:t xml:space="preserve">[13:36] </w:t>
      </w:r>
      <w:r>
        <w:t>to yahan par hayat-e-tayyaba ka jo mu'amla hai, woh koi pasraraar mu'amla nahin hai.</w:t>
      </w:r>
    </w:p>
    <w:p>
      <w:pPr>
        <w:jc w:val="right"/>
      </w:pPr>
      <w:r>
        <w:t>تو یہاں پر حیات طیبہ کا جو معاملہ ہے، وہ کوئی پراسرار معاملہ نہیں ہے۔</w:t>
      </w:r>
    </w:p>
    <w:p>
      <w:r>
        <w:rPr>
          <w:b/>
        </w:rPr>
        <w:t xml:space="preserve">[13:44] </w:t>
      </w:r>
      <w:r>
        <w:t>kisi is ayat mein kisi purasrar atiya ka zikr nahi hai,</w:t>
      </w:r>
    </w:p>
    <w:p>
      <w:pPr>
        <w:jc w:val="right"/>
      </w:pPr>
      <w:r>
        <w:t>کسی اس آیت میں کسی پراسرار عطیہ کا ذکر نہیں ہے،</w:t>
      </w:r>
    </w:p>
    <w:p>
      <w:r>
        <w:rPr>
          <w:b/>
        </w:rPr>
        <w:t xml:space="preserve">[13:50] </w:t>
      </w:r>
      <w:r>
        <w:t>balkeh yeh insaan ke khud apne amal ki baat hai.</w:t>
      </w:r>
    </w:p>
    <w:p>
      <w:pPr>
        <w:jc w:val="right"/>
      </w:pPr>
      <w:r>
        <w:t>بلکہ یہ انسان کے خود اپنے عمل کی بات ہے۔</w:t>
      </w:r>
    </w:p>
    <w:p>
      <w:r>
        <w:rPr>
          <w:b/>
        </w:rPr>
        <w:t xml:space="preserve">[13:59] </w:t>
      </w:r>
      <w:r>
        <w:t>insaan ke khud apne amal ki baat hai jo woh Allah ki tofeeq se karta hai. to hayat-e-tayyaba ki taameer aadmi khud karta hai,</w:t>
      </w:r>
    </w:p>
    <w:p>
      <w:pPr>
        <w:jc w:val="right"/>
      </w:pPr>
      <w:r>
        <w:t>انسان کے خود اپنے عمل کی بات ہے جو وہ اللہ کی توفیق سے کرتا ہے۔ تو حیات حیات طیبہ کی تعمیر آدمی خود کرتا ہے،</w:t>
      </w:r>
    </w:p>
    <w:p>
      <w:r>
        <w:rPr>
          <w:b/>
        </w:rPr>
        <w:t xml:space="preserve">[14:11] </w:t>
      </w:r>
      <w:r>
        <w:t>lekin woh dua karta hai Allah se, bar bar Allah ko yaad karta hai, to us ko Allah ki tofeeq pohnchti rehti hai.</w:t>
      </w:r>
    </w:p>
    <w:p>
      <w:pPr>
        <w:jc w:val="right"/>
      </w:pPr>
      <w:r>
        <w:t>لیکن وہ دعا کرتا ہے اللہ سے، بار بار اللہ کو یاد کرتا ہے، تو اس کو اللہ کی توفیق پہنچتی رہتی ہے۔</w:t>
      </w:r>
    </w:p>
    <w:p>
      <w:r>
        <w:rPr>
          <w:b/>
        </w:rPr>
        <w:t xml:space="preserve">[14:24] </w:t>
      </w:r>
      <w:r>
        <w:t>yeh matlab hai is ka.</w:t>
      </w:r>
    </w:p>
    <w:p>
      <w:pPr>
        <w:jc w:val="right"/>
      </w:pPr>
      <w:r>
        <w:t>یہ مطلب ہے اس کا۔</w:t>
      </w:r>
    </w:p>
    <w:p>
      <w:r>
        <w:rPr>
          <w:b/>
        </w:rPr>
        <w:t xml:space="preserve">[14:31] </w:t>
      </w:r>
      <w:r>
        <w:t>to yeh ayat bohat ziyada sochne wali hai. yaani aadmi ko sochna chahiye ke woh tofeeq mujhe kaise pohnche, woh tofeeq mujhe kaise mile</w:t>
      </w:r>
    </w:p>
    <w:p>
      <w:pPr>
        <w:jc w:val="right"/>
      </w:pPr>
      <w:r>
        <w:t>تو یہ آیت بہت زیادہ سوچنے والی ہے۔ یعنی آدمی کو سوچنا چاہیے کہ وہ توفیق مجھے کیسے پہنچے، وہ توفیق مجھے کیسے ملے</w:t>
      </w:r>
    </w:p>
    <w:p>
      <w:r>
        <w:rPr>
          <w:b/>
        </w:rPr>
        <w:t xml:space="preserve">[14:41] </w:t>
      </w:r>
      <w:r>
        <w:t>jab ke main apni liye hayat-e-tayyaba ki taameer ka process jaari rakh sakoon.</w:t>
      </w:r>
    </w:p>
    <w:p>
      <w:pPr>
        <w:jc w:val="right"/>
      </w:pPr>
      <w:r>
        <w:t>جب کہ میں اپنی لیے حیات طیبہ کی تعمیر کا پراسیس جاری رکھ سکوں۔</w:t>
      </w:r>
    </w:p>
    <w:p>
      <w:r>
        <w:rPr>
          <w:b/>
        </w:rPr>
        <w:t xml:space="preserve">[14:49] </w:t>
      </w:r>
      <w:r>
        <w:t>process yeh ek process ki baat hai. hayat-e-tayyaba ki taameer ek process ki baat hai.</w:t>
      </w:r>
    </w:p>
    <w:p>
      <w:pPr>
        <w:jc w:val="right"/>
      </w:pPr>
      <w:r>
        <w:t>پراسیس یہ ایک پراسیس کی بات ہے۔ حیات طیبہ کی تعمیر ایک پراسیس کی بات ہے۔</w:t>
      </w:r>
    </w:p>
    <w:p>
      <w:r>
        <w:rPr>
          <w:b/>
        </w:rPr>
        <w:t xml:space="preserve">[15:03] </w:t>
      </w:r>
      <w:r>
        <w:t>jaise aaj main gaya tha ek jagah</w:t>
      </w:r>
    </w:p>
    <w:p>
      <w:pPr>
        <w:jc w:val="right"/>
      </w:pPr>
      <w:r>
        <w:t>جیسے آج میں گیا تھا ایک جگہ</w:t>
      </w:r>
    </w:p>
    <w:p>
      <w:r>
        <w:rPr>
          <w:b/>
        </w:rPr>
        <w:t xml:space="preserve">[15:07] </w:t>
      </w:r>
      <w:r>
        <w:t>to wahan par kuch der ke liye kuch logon se baat karne ka mauqa mila. to wahan par kuch darakht saare bhare. to main ne woh ayat Idrees jo Surah Ibrahim mein hai ke "misal al-qalam tatibah" ka "sha'ar tatibah" "asraab ashabata" wa "farru fi al-sama" main ne kaha ke dekhiye yeh jo yeh jo darakht aap dekh rahe hain,</w:t>
      </w:r>
    </w:p>
    <w:p>
      <w:pPr>
        <w:jc w:val="right"/>
      </w:pPr>
      <w:r>
        <w:t>تو وہاں پر کچھ دیر کے لیے کچھ لوگوں سے بات کرنے کا موقع ملا۔ تو وہاں پر کچھ درخت سارے بھرے۔ تو میں نے وہ آیت ادریس جو سورہ ابراہیم میں ہے کہ "مثل القلم تطیبہ" کا "شعر تطیبہ" "اسراء اصحابۃ" و "فروا فی السماء" میں نے کہا کہ دیکھیے یہ جو یہ جو درخت آپ دیکھ رہے ہیں،</w:t>
      </w:r>
    </w:p>
    <w:p>
      <w:r>
        <w:rPr>
          <w:b/>
        </w:rPr>
        <w:t xml:space="preserve">[15:31] </w:t>
      </w:r>
      <w:r>
        <w:t>yeh ek tamseel hai ke insani shakhsiyat kaise taameer hoti hai, yaani hayat-e-tayyaba kaise banti hai.</w:t>
      </w:r>
    </w:p>
    <w:p>
      <w:pPr>
        <w:jc w:val="right"/>
      </w:pPr>
      <w:r>
        <w:t>یہ ایک تمثیل ہے کہ انسانی شخصیت کیسے تعمیر ہوتی ہے، یعنی حیات طیبہ کیسے بنتی ہے۔</w:t>
      </w:r>
    </w:p>
    <w:p>
      <w:r>
        <w:rPr>
          <w:b/>
        </w:rPr>
        <w:t xml:space="preserve">[15:42] </w:t>
      </w:r>
      <w:r>
        <w:t>yeh darakht hai, ek shajar hai. woh shajar tayyab kaise bana?</w:t>
      </w:r>
    </w:p>
    <w:p>
      <w:pPr>
        <w:jc w:val="right"/>
      </w:pPr>
      <w:r>
        <w:t>یہ درخت ہے، ایک شجر ہے۔ یہ درخت جو ہے، ایک شجر طیب ہے۔ وہ شجر طیب کیسے بنا؟</w:t>
      </w:r>
    </w:p>
    <w:p>
      <w:r>
        <w:rPr>
          <w:b/>
        </w:rPr>
        <w:t xml:space="preserve">[15:52] </w:t>
      </w:r>
      <w:r>
        <w:t>wohi process insaan ko apne andar chalana hai. darakht is se is tarah banta hai ke apne mahol se woh apne liye ghiza hasil karta hai.</w:t>
      </w:r>
    </w:p>
    <w:p>
      <w:pPr>
        <w:jc w:val="right"/>
      </w:pPr>
      <w:r>
        <w:t>وہی پراسیس انسان کو اپنے اندر چلانا ہے۔ درخت اس سے اس طرح بنتا ہے کہ اپنے ماحول سے وہ اپنے لیے غذا حاصل کرتا ہے۔</w:t>
      </w:r>
    </w:p>
    <w:p>
      <w:r>
        <w:rPr>
          <w:b/>
        </w:rPr>
        <w:t xml:space="preserve">[16:06] </w:t>
      </w:r>
      <w:r>
        <w:t>zameen ke neeche se woh pani leta hai, mineral leta hai,</w:t>
      </w:r>
    </w:p>
    <w:p>
      <w:pPr>
        <w:jc w:val="right"/>
      </w:pPr>
      <w:r>
        <w:t>زمین کے نیچے سے وہ پانی لیتا ہے، منرل لیتا ہے،</w:t>
      </w:r>
    </w:p>
    <w:p>
      <w:r>
        <w:rPr>
          <w:b/>
        </w:rPr>
        <w:t xml:space="preserve">[16:14] </w:t>
      </w:r>
      <w:r>
        <w:t>sooraj se woh energy hasil karta hai. to charon taraf is ke jo duniya hai, us mein jo kuch cheezein hain, us ko woh apni ghiza banata hai.</w:t>
      </w:r>
    </w:p>
    <w:p>
      <w:pPr>
        <w:jc w:val="right"/>
      </w:pPr>
      <w:r>
        <w:t>سورج سے وہ انرجی حاصل کرتا ہے۔ تو چاروں طرف اس کے جو دنیا ہے، اس میں جو کچھ چیزیں ہیں، اس کو وہ اپنی غذا بناتا ہے۔</w:t>
      </w:r>
    </w:p>
    <w:p>
      <w:r>
        <w:rPr>
          <w:b/>
        </w:rPr>
        <w:t xml:space="preserve">[16:28] </w:t>
      </w:r>
      <w:r>
        <w:t>is tarah musalsal barhta hai, grow karta hai. grow ka aaghaz is ka hota hai ek beej se, ek beej se, lekin grow karte karte oopar darakht ban jata hai.</w:t>
      </w:r>
    </w:p>
    <w:p>
      <w:pPr>
        <w:jc w:val="right"/>
      </w:pPr>
      <w:r>
        <w:t>اس طرح مسلسل بڑھتا ہے، گرو کرتا ہے۔ گرو آغاز اس کا ہوتا ہے ایک بیج سے، ایک بیج سے، لیکن گرو کرتے کرتے اوپر درخت بن جاتا ہے۔</w:t>
      </w:r>
    </w:p>
    <w:p>
      <w:r>
        <w:rPr>
          <w:b/>
        </w:rPr>
        <w:t xml:space="preserve">[16:42] </w:t>
      </w:r>
      <w:r>
        <w:t>to beej, phir aqwa, phir poda, phir tana, phir shakhain, phir patiyan, phir phool, phir phal, yeh sab hota chala jata hai.</w:t>
      </w:r>
    </w:p>
    <w:p>
      <w:pPr>
        <w:jc w:val="right"/>
      </w:pPr>
      <w:r>
        <w:t>تو بیج، پھر اقوہ، پھر پودا، پھر تنا، پھر شاخیں، پھر پتیاں، پھر پھول، پھر پھل، یہ سب ہوتا چلا جاتا ہے۔</w:t>
      </w:r>
    </w:p>
    <w:p>
      <w:r>
        <w:rPr>
          <w:b/>
        </w:rPr>
        <w:t xml:space="preserve">[16:59] </w:t>
      </w:r>
      <w:r>
        <w:t>to Quran mein shajar-e-tayyab yaani achhe darakht ki misal di gayi hai imaan-e-tayyab se ya shakhsiyat-e-tayyab se.</w:t>
      </w:r>
    </w:p>
    <w:p>
      <w:pPr>
        <w:jc w:val="right"/>
      </w:pPr>
      <w:r>
        <w:t>تو قرآن میں شجر طیب یعنی اچھے درخت کی مثال دی گئی ہے ایمان طیب سے یا شخصیت طیب سے۔</w:t>
      </w:r>
    </w:p>
    <w:p>
      <w:r>
        <w:rPr>
          <w:b/>
        </w:rPr>
        <w:t xml:space="preserve">[17:12] </w:t>
      </w:r>
      <w:r>
        <w:t>insaan ke andar ek pakeeza shakhsiyat yaani hajat-e-tayyab</w:t>
      </w:r>
    </w:p>
    <w:p>
      <w:pPr>
        <w:jc w:val="right"/>
      </w:pPr>
      <w:r>
        <w:t>انسان کے اندر ایک پاکیزہ شخصیت یعنی حاجت طیب</w:t>
      </w:r>
    </w:p>
    <w:p>
      <w:r>
        <w:rPr>
          <w:b/>
        </w:rPr>
        <w:t xml:space="preserve">[17:18] </w:t>
      </w:r>
      <w:r>
        <w:t>hai kaise banti hai? waisi banti hai jis tarah se darakht banta hai. insaan ke aas paas bhi ek duniya hai. har lamha aadmi jeeta hai ek duniya mein.</w:t>
      </w:r>
    </w:p>
    <w:p>
      <w:pPr>
        <w:jc w:val="right"/>
      </w:pPr>
      <w:r>
        <w:t>ہ کیسے بنتی ہے؟ ویسی بنتی ہے جس طرح سے درخت بنتا ہے۔ انسان کے اس پاس بھی ایک دنیا ہے۔ ہر لمحہ آدمی جیتا ہے ایک دنیا میں۔</w:t>
      </w:r>
    </w:p>
    <w:p>
      <w:r>
        <w:rPr>
          <w:b/>
        </w:rPr>
        <w:t xml:space="preserve">[17:30] </w:t>
      </w:r>
      <w:r>
        <w:t>yahan har taraf nature hai, yahan har taraf samajhi halaat hain.</w:t>
      </w:r>
    </w:p>
    <w:p>
      <w:pPr>
        <w:jc w:val="right"/>
      </w:pPr>
      <w:r>
        <w:t>یہاں ہر طرف نیچر ہے، یہاں ہر طرف سماجی حالات ہیں۔</w:t>
      </w:r>
    </w:p>
    <w:p>
      <w:r>
        <w:rPr>
          <w:b/>
        </w:rPr>
        <w:t xml:space="preserve">[17:38] </w:t>
      </w:r>
      <w:r>
        <w:t>to ek taraf insaan ke darmiyan, doosri taraf nature ke darmiyan jeeta hai woh. to yahi woh duniya hai jis se woh ghiza leta hai.</w:t>
      </w:r>
    </w:p>
    <w:p>
      <w:pPr>
        <w:jc w:val="right"/>
      </w:pPr>
      <w:r>
        <w:t>تو ایک طرف انسان کے درمیان، دوسری طرف نیچر کے درمیان جیتا ہے وہ۔ تو یہی وہ دنیا ہے جس سے وہ غذا لیتا ہے۔</w:t>
      </w:r>
    </w:p>
    <w:p>
      <w:r>
        <w:rPr>
          <w:b/>
        </w:rPr>
        <w:t xml:space="preserve">[17:50] </w:t>
      </w:r>
      <w:r>
        <w:t>misalan aaj subah ko jab main wahan tha to usi waqt sooraj nikla aur roshni is ki phailne lagi. to main ne kaha ke dekhiye</w:t>
      </w:r>
    </w:p>
    <w:p>
      <w:pPr>
        <w:jc w:val="right"/>
      </w:pPr>
      <w:r>
        <w:t>مثلاً آج صبح کو جب میں وہاں تھا تو اسی وقت سورج نکلا اور روشنی اس کی پھیلنے لگی۔ تو میں نے کہا کہ دیکھیے</w:t>
      </w:r>
    </w:p>
    <w:p>
      <w:r>
        <w:rPr>
          <w:b/>
        </w:rPr>
        <w:t xml:space="preserve">[18:02] </w:t>
      </w:r>
      <w:r>
        <w:t>Khuda, Khuda yaani is kainat ka jo creator hai, woh kitna meherban hai ke sooraj hamari zameen se</w:t>
      </w:r>
    </w:p>
    <w:p>
      <w:pPr>
        <w:jc w:val="right"/>
      </w:pPr>
      <w:r>
        <w:t>خدا، خدا یعنی اس کائنات کا جو کریٹر ہے، وہ کتنا مہربان ہے کہ سورج ہماری زمین سے</w:t>
      </w:r>
    </w:p>
    <w:p>
      <w:r>
        <w:rPr>
          <w:b/>
        </w:rPr>
        <w:t xml:space="preserve">[18:18] </w:t>
      </w:r>
      <w:r>
        <w:t>nau karor 30 lakh meel door hai. itni door se bohat hi mutanasib light</w:t>
      </w:r>
    </w:p>
    <w:p>
      <w:pPr>
        <w:jc w:val="right"/>
      </w:pPr>
      <w:r>
        <w:t>نو کروڑ 30 لاکھ میل دور ہے۔ اتنی دور سے بہت ہی متناسب لائٹ</w:t>
      </w:r>
    </w:p>
    <w:p>
      <w:r>
        <w:rPr>
          <w:b/>
        </w:rPr>
        <w:t xml:space="preserve">[18:25] </w:t>
      </w:r>
      <w:r>
        <w:t>agar suraj thoda sa door ho jaye, thoda sa qareeb ho jaye to tanasub khatm ho jayega. ya to thandak badh jayegi ya garmi badh jayegi.</w:t>
      </w:r>
    </w:p>
    <w:p>
      <w:pPr>
        <w:jc w:val="right"/>
      </w:pPr>
      <w:r>
        <w:t>اگر سورج تھوڑا سا دور ہو جائے، تھوڑا سا قریب ہو جائے تو تناسب ختم ہو جائے گا۔ یا تو ٹھنڈک بڑھ جائے گی یا گرمی بڑھ جائے گی۔</w:t>
      </w:r>
    </w:p>
    <w:p>
      <w:r>
        <w:rPr>
          <w:b/>
        </w:rPr>
        <w:t xml:space="preserve">[18:35] </w:t>
      </w:r>
      <w:r>
        <w:t>to yeh zameen pe jeena mushkil ho jayega hamare liye. to creator ne bohat hi mutanasib andaaz mein intezaam kiya hai ke hum ko suraj ki roshni pohnche, uski energy pohnche.</w:t>
      </w:r>
    </w:p>
    <w:p>
      <w:pPr>
        <w:jc w:val="right"/>
      </w:pPr>
      <w:r>
        <w:t>تو یہ زمین پہ جینا مشکل ہو جائے گا ہمارے لیے۔ تو کریٹر نے بہت ہی متناسب انداز میں انتظام کیا ہے کہ ہم کو سورج کی روشنی پہنچے، اس کی انرجی پہنچے۔</w:t>
      </w:r>
    </w:p>
    <w:p>
      <w:r>
        <w:rPr>
          <w:b/>
        </w:rPr>
        <w:t xml:space="preserve">[18:49] </w:t>
      </w:r>
      <w:r>
        <w:t>is ko dekh kar kya hai? hum khalq ko yaad karte</w:t>
      </w:r>
    </w:p>
    <w:p>
      <w:pPr>
        <w:jc w:val="right"/>
      </w:pPr>
      <w:r>
        <w:t>اس کو دیکھ کر کیا ہے؟ ہم خالق کو یاد کرتے</w:t>
      </w:r>
    </w:p>
    <w:p>
      <w:r>
        <w:rPr>
          <w:b/>
        </w:rPr>
        <w:t xml:space="preserve">[18:53] </w:t>
      </w:r>
      <w:r>
        <w:t>hain, khalq se apne ta'alluq ko badhate hain, khalq ki hamd karte hain, khalq ke liye keh uthte hain: "alhamdulillah rabbil alameen".</w:t>
      </w:r>
    </w:p>
    <w:p>
      <w:pPr>
        <w:jc w:val="right"/>
      </w:pPr>
      <w:r>
        <w:t>ہیں، خالق سے اپنے تعلق کو بڑھاتے ہیں، خالق کی حمد کرتے ہیں، خالق کے لیے کہہ اٹھتے ہیں: "الحمدللہ رب العالمین"۔</w:t>
      </w:r>
    </w:p>
    <w:p>
      <w:r>
        <w:rPr>
          <w:b/>
        </w:rPr>
        <w:t xml:space="preserve">[19:04] </w:t>
      </w:r>
      <w:r>
        <w:t>to jab hum ne aisa kaha, aisi daryaft ki hum ne to hamare apne imaan ko barhaya, hum ne apni shakhsiyat ko ek ghiza di.</w:t>
      </w:r>
    </w:p>
    <w:p>
      <w:pPr>
        <w:jc w:val="right"/>
      </w:pPr>
      <w:r>
        <w:t>تو جب ہم نے ایسا کہا، ایسی دریافت کی ہم نے تو ہمارے اپنے ایمان کو بڑھایا، ہم نے اپنی شخصیت کو ایک غذا دیا۔</w:t>
      </w:r>
    </w:p>
    <w:p>
      <w:r>
        <w:rPr>
          <w:b/>
        </w:rPr>
        <w:t xml:space="preserve">[19:13] </w:t>
      </w:r>
      <w:r>
        <w:t>hum ne</w:t>
      </w:r>
    </w:p>
    <w:p>
      <w:pPr>
        <w:jc w:val="right"/>
      </w:pPr>
      <w:r>
        <w:t>ہم نے</w:t>
      </w:r>
    </w:p>
    <w:p>
      <w:r>
        <w:rPr>
          <w:b/>
        </w:rPr>
        <w:t xml:space="preserve">[19:17] </w:t>
      </w:r>
      <w:r>
        <w:t>phir wahan hawa chal rahi thi to maine kaha ke dekhiye yeh hawa kya hai?</w:t>
      </w:r>
    </w:p>
    <w:p>
      <w:pPr>
        <w:jc w:val="right"/>
      </w:pPr>
      <w:r>
        <w:t>پھر وہاں ہوا چل رہی تھی تو میں نے کہا کہ دیکھیے یہ ہوا کیا ہے؟</w:t>
      </w:r>
    </w:p>
    <w:p>
      <w:r>
        <w:rPr>
          <w:b/>
        </w:rPr>
        <w:t xml:space="preserve">[19:22] </w:t>
      </w:r>
      <w:r>
        <w:t>yeh musalsal taur par aap ke paas oxygen pohncha rahi hai. oxygen agar hawa oxygen na pohnchaye to hum mar jayen.</w:t>
      </w:r>
    </w:p>
    <w:p>
      <w:pPr>
        <w:jc w:val="right"/>
      </w:pPr>
      <w:r>
        <w:t>یہ مسلسل طور پر آپ کے پاس اکسیجن پہنچا رہی ہے۔ اکسیجن اگر ہوا اکسیجن نہ پہنچائے تو ہم مر جائیں۔</w:t>
      </w:r>
    </w:p>
    <w:p>
      <w:r>
        <w:rPr>
          <w:b/>
        </w:rPr>
        <w:t xml:space="preserve">[19:33] </w:t>
      </w:r>
      <w:r>
        <w:t>to is ko le kar ke hum yaad karte hain khalq ko ke kitna acha intezaam kiya hai Allah ne, kitni nemmat farmai hai Allah ne hamare upar.</w:t>
      </w:r>
    </w:p>
    <w:p>
      <w:pPr>
        <w:jc w:val="right"/>
      </w:pPr>
      <w:r>
        <w:t>تو اس کو لے کر کے ہم یاد کرتے ہیں خالق کو کہ کتنا اچھا انتظام کیا ہے اللہ نے، کتنی نعمت فرمائی ہے اللہ نے ہمارے اوپر۔</w:t>
      </w:r>
    </w:p>
    <w:p>
      <w:r>
        <w:rPr>
          <w:b/>
        </w:rPr>
        <w:t xml:space="preserve">[19:46] </w:t>
      </w:r>
      <w:r>
        <w:t>to is tarah ki bohat cheezen hain jo universal level par jo hamari yeh duniya mein hui hain, paida hui hain</w:t>
      </w:r>
    </w:p>
    <w:p>
      <w:pPr>
        <w:jc w:val="right"/>
      </w:pPr>
      <w:r>
        <w:t>تو اس طرح کی بہت چیزیں ہیں جو یونیورسل لیول پر جو ہماری یہ دنیا میں ہوئی ہیں، پیدا ہوئی ہیں</w:t>
      </w:r>
    </w:p>
    <w:p>
      <w:r>
        <w:rPr>
          <w:b/>
        </w:rPr>
        <w:t xml:space="preserve">[19:55] </w:t>
      </w:r>
      <w:r>
        <w:t>ke sari kainat hamari khidmat mein lag gayi hai. sakharkum al-samawati wal-ard. to maine kaha ke jab yeh aap sochen to yeh nemmat jo aa rahi hai aap ko khalq ki taraf se itni bari, itni bari, itni bari nazar aa gayi ke insaan ki taraf jo choti moti baaten pesh aati hain, woh to khush ho jayenge, mamooli ho jayenge.</w:t>
      </w:r>
    </w:p>
    <w:p>
      <w:pPr>
        <w:jc w:val="right"/>
      </w:pPr>
      <w:r>
        <w:t>کہ ساری کائنات ہماری خدمت میں لگ گئی ہے۔ سخرکم السماوات والارض۔ تو میں نے کہا کہ جب یہ آپ سوچیں تو یہ نعمت جو آ رہی ہے آپ کو خالق کی طرف سے اتنی بڑی، اتنی بڑی، اتنی بڑی نظر آ گئی کہ انسان کی طرف جو چھوٹی موٹی باتیں پیش آتی ہیں، وہ تو خوش ہو جائیں گے، معمولی ہو جائیں گے۔</w:t>
      </w:r>
    </w:p>
    <w:p>
      <w:r>
        <w:rPr>
          <w:b/>
        </w:rPr>
        <w:t xml:space="preserve">[20:21] </w:t>
      </w:r>
      <w:r>
        <w:t>yeh sari sari universe aap ki khidmat mein lagi hui</w:t>
      </w:r>
    </w:p>
    <w:p>
      <w:pPr>
        <w:jc w:val="right"/>
      </w:pPr>
      <w:r>
        <w:t>یہ ساری ساری یونیورس آپ کی خدمت میں لگی ہوئی</w:t>
      </w:r>
    </w:p>
    <w:p>
      <w:r>
        <w:rPr>
          <w:b/>
        </w:rPr>
        <w:t xml:space="preserve">[20:24] </w:t>
      </w:r>
      <w:r>
        <w:t>hai. sakharkum al-samawati wal-ard. to jab is kainaati blessing, is universal blessing ka aap tasawwur karen</w:t>
      </w:r>
    </w:p>
    <w:p>
      <w:pPr>
        <w:jc w:val="right"/>
      </w:pPr>
      <w:r>
        <w:t>ہے۔ سخرکم السماوات والارض۔ تو جب اس کائناتی بلیسنگ، اس یونیورسل بلیسنگ کا آپ تصور کریں</w:t>
      </w:r>
    </w:p>
    <w:p>
      <w:r>
        <w:rPr>
          <w:b/>
        </w:rPr>
        <w:t xml:space="preserve">[20:38] </w:t>
      </w:r>
      <w:r>
        <w:t>to woh choti choti baaten is ke liye le kar log shikayat karte hain, log ghussa hote hain, log intiqam ki taraf daudte hain. woh sab bhool jayenge aap ko.</w:t>
      </w:r>
    </w:p>
    <w:p>
      <w:pPr>
        <w:jc w:val="right"/>
      </w:pPr>
      <w:r>
        <w:t>تو وہ چھوٹی چھوٹی باتیں اس کے لیے لے کر لوگ شکایت کرتے ہیں، لوگ غصہ ہوتے ہیں، لوگ انتقام کی طرف دوڑتے ہیں۔ وہ سب بھول جائیں گے آپ کو۔</w:t>
      </w:r>
    </w:p>
    <w:p>
      <w:r>
        <w:rPr>
          <w:b/>
        </w:rPr>
        <w:t xml:space="preserve">[20:51] </w:t>
      </w:r>
      <w:r>
        <w:t>bari yaft ke baad chota nuqsan aadmi bhool jata hai.</w:t>
      </w:r>
    </w:p>
    <w:p>
      <w:pPr>
        <w:jc w:val="right"/>
      </w:pPr>
      <w:r>
        <w:t>بڑی یافت کے بعد چھوٹا نقصان آدمی بھول جاتا ہے۔</w:t>
      </w:r>
    </w:p>
    <w:p>
      <w:r>
        <w:rPr>
          <w:b/>
        </w:rPr>
        <w:t xml:space="preserve">[21:00] </w:t>
      </w:r>
      <w:r>
        <w:t>mislan farz kijiye ke ek dukandar hai. dukandar ko subah ko farz kijiye ke das rupay ka nuqsan ho gaya us ko, lekin shaam tak us ko kya hua?</w:t>
      </w:r>
    </w:p>
    <w:p>
      <w:pPr>
        <w:jc w:val="right"/>
      </w:pPr>
      <w:r>
        <w:t>مثلاً فرض کیجئے کہ ایک دکاندار ہے۔ دکاندار کو صبح کو فرض کیجئے کہ دس روپے کا نقصان ہو گیا اس کو، لیکن شام تک اس کو کیا ہوا؟</w:t>
      </w:r>
    </w:p>
    <w:p>
      <w:r>
        <w:rPr>
          <w:b/>
        </w:rPr>
        <w:t xml:space="preserve">[21:12] </w:t>
      </w:r>
      <w:r>
        <w:t>lakh rupay ka faida ho gaya. to das rupay bhool jayega, woh yaad nahi rakhega. woh</w:t>
      </w:r>
    </w:p>
    <w:p>
      <w:pPr>
        <w:jc w:val="right"/>
      </w:pPr>
      <w:r>
        <w:t>لاکھ روپے کا فائدہ ہو گیا۔ تو دس روپے بھول جائے گا، وہ یاد نہیں رکھے گا۔ وہ</w:t>
      </w:r>
    </w:p>
    <w:p>
      <w:r>
        <w:rPr>
          <w:b/>
        </w:rPr>
        <w:t xml:space="preserve">[21:20] </w:t>
      </w:r>
      <w:r>
        <w:t>lakh rupay ka faida panay ke baad woh das rupay ka nuqsan bhool jayega. to maine kaha agar aap is tarah sochen: "wasakharkum al-samawati wal-ard".</w:t>
      </w:r>
    </w:p>
    <w:p>
      <w:pPr>
        <w:jc w:val="right"/>
      </w:pPr>
      <w:r>
        <w:t>لاکھ روپے کا فائدہ پانے کے بعد وہ دس روپے کا نقصان بھول جائے گا۔ تو میں نے کہا اگر آپ اس طرح سوچیں: "وسخرکم السماوات والارض"۔</w:t>
      </w:r>
    </w:p>
    <w:p>
      <w:r>
        <w:rPr>
          <w:b/>
        </w:rPr>
        <w:t xml:space="preserve">[21:34] </w:t>
      </w:r>
      <w:r>
        <w:t>quran ki jo ayat hai ke sab kuch insaan ki khidmat mein laga diya, sari cheezen jo nature mein hain, har cheez ko insaan ki khidmat khidmat mein laga diya.</w:t>
      </w:r>
    </w:p>
    <w:p>
      <w:pPr>
        <w:jc w:val="right"/>
      </w:pPr>
      <w:r>
        <w:t>قرآن کی جو آیت ہے کہ سب کچھ انسان کی خدمت میں لگا دیا، ساری چیزیں جو نیچر میں ہیں، ہر چیز کو انسان کی خدمت خدمت میں لگا دیا۔</w:t>
      </w:r>
    </w:p>
    <w:p>
      <w:r>
        <w:rPr>
          <w:b/>
        </w:rPr>
        <w:t xml:space="preserve">[21:48] </w:t>
      </w:r>
      <w:r>
        <w:t>to yeh agar sochen aap to itni bari nemmat mein apne aap ko payenge aap, itni bari nemmat mein ke phir insanon ki taraf se jo baaten hoti hain, choti choti ho, woh choti nazar ayengi aap ko</w:t>
      </w:r>
    </w:p>
    <w:p>
      <w:pPr>
        <w:jc w:val="right"/>
      </w:pPr>
      <w:r>
        <w:t>تو یہ اگر سوچیں آپ تو اتنی بڑی نعمت میں اپنے آپ کو پائیں گے آپ، اتنی بڑی نعمت میں کہ پھر انسانوں کی طرف سے جو باتیں ہوتی ہیں، چھوٹی چھوٹی ہو، وہ چھوٹی نظر آئیں گی آپ کو</w:t>
      </w:r>
    </w:p>
    <w:p>
      <w:r>
        <w:rPr>
          <w:b/>
        </w:rPr>
        <w:t xml:space="preserve">[22:03] </w:t>
      </w:r>
      <w:r>
        <w:t>, itni choti ke aap bhool jayenge us ko, us ko le kar us ko shikayat nahi banayenge apne liye.</w:t>
      </w:r>
    </w:p>
    <w:p>
      <w:pPr>
        <w:jc w:val="right"/>
      </w:pPr>
      <w:r>
        <w:t>، اتنی چھوٹی کہ آپ بھول جائیں گے اس کو، اس کو لے کر اس کو شکایت نہیں بنائیں گے اپنے لیے۔</w:t>
      </w:r>
    </w:p>
    <w:p>
      <w:r>
        <w:rPr>
          <w:b/>
        </w:rPr>
        <w:t xml:space="preserve">[22:13] </w:t>
      </w:r>
      <w:r>
        <w:t>yeh hai hayat-e-tayyaba. to hayat-e-tayyaba jo hai, woh khud aadmi banata hai, woh koi purasrar tor par kahin aa nahi aati nahi hai.</w:t>
      </w:r>
    </w:p>
    <w:p>
      <w:pPr>
        <w:jc w:val="right"/>
      </w:pPr>
      <w:r>
        <w:t>یہ ہے حیات طیبہ۔ تو حیات طیبہ جو ہے، وہ خود آدمی بناتا ہے، وہ کوئی پراسرار طور پر کہیں آ نہیں آتی نہیں ہے۔</w:t>
      </w:r>
    </w:p>
    <w:p>
      <w:r>
        <w:rPr>
          <w:b/>
        </w:rPr>
        <w:t xml:space="preserve">[22:30] </w:t>
      </w:r>
      <w:r>
        <w:t>jis cheez ko quran mein kaha gaya "rizq-e-rabb", wahi rizq-e-rabb hi hayat-e-tayyaba ki tashkeel karta hai. aur rizq-e-rabb yahi hai ke aap</w:t>
      </w:r>
    </w:p>
    <w:p>
      <w:pPr>
        <w:jc w:val="right"/>
      </w:pPr>
      <w:r>
        <w:t>جس چیز کو قرآن میں کہا گیا "رزق رب"، وہی رزق رب ہی حیات طیبہ کی تشکیل کرتا ہے۔ اور رزق رب یہی ہے کہ آپ</w:t>
      </w:r>
    </w:p>
    <w:p>
      <w:r>
        <w:rPr>
          <w:b/>
        </w:rPr>
        <w:t xml:space="preserve">[22:43] </w:t>
      </w:r>
      <w:r>
        <w:t>duniya ke tajrubaat se apne aap ko, duniya ke tajrubaat se positive lesson lete rahen. jaise hadith mein aata hai ke rasool Allah sal-lal-lahu alaihi wasallam ke bare mein kaha: "yazkurullaha ala kulli hayani".</w:t>
      </w:r>
    </w:p>
    <w:p>
      <w:pPr>
        <w:jc w:val="right"/>
      </w:pPr>
      <w:r>
        <w:t>دنیا کے تجربات سے اپنے آپ کو، دنیا کے تجربات سے پوزیٹیو لیسن لیتے رہیں۔ جیسے حدیث میں آتا ہے کہ رسول اللہ صلی اللہ علیہ وسلم کے بارے میں کہا: "یذکر اللہ علی کل حیانی"۔</w:t>
      </w:r>
    </w:p>
    <w:p>
      <w:r>
        <w:rPr>
          <w:b/>
        </w:rPr>
        <w:t xml:space="preserve">[22:59] </w:t>
      </w:r>
      <w:r>
        <w:t>is ka matlab yahi hai</w:t>
      </w:r>
    </w:p>
    <w:p>
      <w:pPr>
        <w:jc w:val="right"/>
      </w:pPr>
      <w:r>
        <w:t>اس کا مطلب یہی ہے</w:t>
      </w:r>
    </w:p>
    <w:p>
      <w:r>
        <w:rPr>
          <w:b/>
        </w:rPr>
        <w:t xml:space="preserve">[23:01] </w:t>
      </w:r>
      <w:r>
        <w:t>har soorat-e-haal, har occasion, har situation mein aap ek Allah ko yaad karte the aur is tarah apne liye har cheez mein ek positive rizq milta rehta tha aap ko.</w:t>
      </w:r>
    </w:p>
    <w:p>
      <w:pPr>
        <w:jc w:val="right"/>
      </w:pPr>
      <w:r>
        <w:t>ہر صورتحال، ہر اوکیژن، ہر سچویشن میں آپ ایک اللہ کو یاد کرتے تھے اور اس طرح اپنے لیے ہر چیز میں ایک پوزیٹیو رزق ملتا رہتا تھا آپ کو۔</w:t>
      </w:r>
    </w:p>
    <w:p>
      <w:r>
        <w:rPr>
          <w:b/>
        </w:rPr>
        <w:t xml:space="preserve">[23:17] </w:t>
      </w:r>
      <w:r>
        <w:t>to yahi woh cheez hai jis se aadmi apne andar hayat-e-tayyaba ki tashkeel karta hai.</w:t>
      </w:r>
    </w:p>
    <w:p>
      <w:pPr>
        <w:jc w:val="right"/>
      </w:pPr>
      <w:r>
        <w:t>تو یہی وہ چیز ہے جس سے آدمی اپنے اندر حیات طیبہ کی تشکیل کرتا ہے۔</w:t>
      </w:r>
    </w:p>
    <w:p>
      <w:r>
        <w:rPr>
          <w:b/>
        </w:rPr>
        <w:t xml:space="preserve">[23:26] </w:t>
      </w:r>
      <w:r>
        <w:t>to achhi tarah samajh lena chahiye ke hayat-e-tayyaba ki tashkeel aadmi khud karta hai,</w:t>
      </w:r>
    </w:p>
    <w:p>
      <w:pPr>
        <w:jc w:val="right"/>
      </w:pPr>
      <w:r>
        <w:t>تو اچھی طرح سمجھ لینا چاہیے کہ حیات طیبہ کی تشکیل آدمی خود کرتا ہے،</w:t>
      </w:r>
    </w:p>
    <w:p>
      <w:r>
        <w:rPr>
          <w:b/>
        </w:rPr>
        <w:t xml:space="preserve">[23:32] </w:t>
      </w:r>
      <w:r>
        <w:t>pur-asrar tor par hone wala waqea nahi hai. yeh sirf yeh hai ke tofeeq Allah ki milti hai. tofeeq kis ko milti hai? jis ki niyat khalis ho, jo Allah se duaen kare, jo Allah se umeed rakhe,</w:t>
      </w:r>
    </w:p>
    <w:p>
      <w:pPr>
        <w:jc w:val="right"/>
      </w:pPr>
      <w:r>
        <w:t>پراسرار طور پر ہونے والا واقعہ نہیں ہے۔ یہ صرف یہ ہے کہ توفیق اللہ کی ملتی ہے۔ توفیق کس کو ملتی ہے؟ جس کی نیت خالص ہو، جو اللہ سے دعائیں کرے، جو اللہ سے امید رکھے،</w:t>
      </w:r>
    </w:p>
    <w:p>
      <w:r>
        <w:rPr>
          <w:b/>
        </w:rPr>
        <w:t xml:space="preserve">[23:49] </w:t>
      </w:r>
      <w:r>
        <w:t>to is ko tofeeq milegi. to tofeeq hoti hai Allah ki taraf se. amal karta hai insaan</w:t>
      </w:r>
    </w:p>
    <w:p>
      <w:pPr>
        <w:jc w:val="right"/>
      </w:pPr>
      <w:r>
        <w:t>تو اس کو توفیق ملے گی۔ تو توفیق ہوتی ہے اللہ کی طرف سے۔ عمل کرتا ہے انسان</w:t>
      </w:r>
    </w:p>
    <w:p>
      <w:r>
        <w:rPr>
          <w:b/>
        </w:rPr>
        <w:t xml:space="preserve">[23:59] </w:t>
      </w:r>
      <w:r>
        <w:t>hayat-e-tayyaba ki tashkeel ke maamle mein. amal khud insaan karta hai, albattah tofeeq aati hai Allah ki taraf se.</w:t>
      </w:r>
    </w:p>
    <w:p>
      <w:pPr>
        <w:jc w:val="right"/>
      </w:pPr>
      <w:r>
        <w:t>حیات طیبہ کی تشکیل کے معاملے میں۔ عمل خود انسان کرتا ہے، البتہ توفیق آتی ہے اللہ کی طرف سے۔</w:t>
      </w:r>
    </w:p>
    <w:p>
      <w:r>
        <w:rPr>
          <w:b/>
        </w:rPr>
        <w:t xml:space="preserve">[24:14] </w:t>
      </w:r>
      <w:r>
        <w:t>yeh agar wazeh ho aap ke mind mein to subah se shaam tak jo aap ko tajrubaat hote hain, jo waqeaat guzarte hain, is mein hamesha aap kya karenge?</w:t>
      </w:r>
    </w:p>
    <w:p>
      <w:pPr>
        <w:jc w:val="right"/>
      </w:pPr>
      <w:r>
        <w:t>یہ اگر واضح ہو آپ کے مائنڈ میں تو صبح سے شام تک جو آپ کو تجربات ہوتے ہیں، جو واقعات گزرتے ہیں، اس میں ہمیشہ آپ کیا کریں گے؟</w:t>
      </w:r>
    </w:p>
    <w:p>
      <w:r>
        <w:rPr>
          <w:b/>
        </w:rPr>
        <w:t xml:space="preserve">[24:27] </w:t>
      </w:r>
      <w:r>
        <w:t>yeh sochenge is mein se kaun sa, kaun si cheez hai jo rizq-e-rabb mere liye, jo rizq-e-tayyab mere liye, is ko main haasil karoon aur is tarah main apni andar hayat-e-tayyaba ki tashkeel karoon.</w:t>
      </w:r>
    </w:p>
    <w:p>
      <w:pPr>
        <w:jc w:val="right"/>
      </w:pPr>
      <w:r>
        <w:t>یہ سوچیں گے اس میں سے کون سا، کون سی چیز ہے جو رزق رب میرے لیے، جو رزق طیب میرے لیے، اس کو میں حاصل کروں اور اس طرح میں اپنی اندر حیات طیبہ کی تشکیل کروں۔</w:t>
      </w:r>
    </w:p>
    <w:p>
      <w:r>
        <w:rPr>
          <w:b/>
        </w:rPr>
        <w:t xml:space="preserve">[24:54] </w:t>
      </w:r>
      <w:r>
        <w:t>to jis tarah se main ek banda dekha ke cheentiyan reg rahi hain to main socha ke cheentiyan kyun reg rahi hain? woh rizq ki talash mein hain, kahin koi chawal ka dana mil jaye, koi aisi cheez mil jaye jo un ki khuraak ho, koi shakar ka dana mil jaye to foran bill kar ke us ko utha ke le aati hain.</w:t>
      </w:r>
    </w:p>
    <w:p>
      <w:pPr>
        <w:jc w:val="right"/>
      </w:pPr>
      <w:r>
        <w:t>تو جس طرح سے میں ایک بندہ دیکھا کہ چیونٹیاں ریگ رہی ہیں تو میں سوچا کہ چیونٹیاں کیوں ریگ رہی ہیں؟ وہ رزق کی تلاش میں ہیں، کہیں کوئی چاول کا دانہ مل جائے، کوئی ایسی چیز مل جائے جو ان کی خوراک ہو، کوئی شکر کا دانہ مل جائے تو فوراً بل کر کے اس کو اٹھا کے لے آتی ہیں۔</w:t>
      </w:r>
    </w:p>
    <w:p>
      <w:r>
        <w:rPr>
          <w:b/>
        </w:rPr>
        <w:t xml:space="preserve">[25:20] </w:t>
      </w:r>
      <w:r>
        <w:t>isi tarah se momin ka maamla hai.</w:t>
      </w:r>
    </w:p>
    <w:p>
      <w:pPr>
        <w:jc w:val="right"/>
      </w:pPr>
      <w:r>
        <w:t>اسی طرح سے مومن کا معاملہ ہے۔</w:t>
      </w:r>
    </w:p>
    <w:p>
      <w:r>
        <w:rPr>
          <w:b/>
        </w:rPr>
        <w:t xml:space="preserve">[25:22] </w:t>
      </w:r>
      <w:r>
        <w:t>momin poori zindagi mutallashi rehta hai aise aise awaaqey ki jab ke woh kisi waqey se,</w:t>
      </w:r>
    </w:p>
    <w:p>
      <w:pPr>
        <w:jc w:val="right"/>
      </w:pPr>
      <w:r>
        <w:t>مومن پوری زندگی متلاشی رہتا ہے ایسے ایسے مواقع کی جب کہ وہ کسی واقعے سے،</w:t>
      </w:r>
    </w:p>
    <w:p>
      <w:r>
        <w:rPr>
          <w:b/>
        </w:rPr>
        <w:t xml:space="preserve">[25:35] </w:t>
      </w:r>
      <w:r>
        <w:t>kisi soorat-e-haal se apne liye rizq-e-rabb haasil kar sake, apne andar hayat-e-tayyaba ki tashkeel ke liye koi naya mauqa pa le.</w:t>
      </w:r>
    </w:p>
    <w:p>
      <w:pPr>
        <w:jc w:val="right"/>
      </w:pPr>
      <w:r>
        <w:t>کسی صورتحال سے اپنے لیے رزق رب حاصل کر سکے، اپنے اندر حیات طیبہ کی تشکیل کے لیے کوئی نیا موقع پا لے۔</w:t>
      </w:r>
    </w:p>
    <w:p>
      <w:r>
        <w:rPr>
          <w:b/>
        </w:rPr>
        <w:t xml:space="preserve">[25:57] </w:t>
      </w:r>
      <w:r>
        <w:t>to hayat-e-tayyaba koi mysterious cheez nahi hai. aisa nahi ke mysterious tor par kisi ko hayat-e-tayyaba ka</w:t>
      </w:r>
    </w:p>
    <w:p>
      <w:pPr>
        <w:jc w:val="right"/>
      </w:pPr>
      <w:r>
        <w:t>تو حیات طیبہ کوئی مسٹیریس چیز نہیں ہے۔ ایسا نہیں کہ مسٹیریس طور پر کسی کو حیات طیبہ کا</w:t>
      </w:r>
    </w:p>
    <w:p>
      <w:r>
        <w:rPr>
          <w:b/>
        </w:rPr>
        <w:t xml:space="preserve">[26:11] </w:t>
      </w:r>
      <w:r>
        <w:t>yaani woh cheez mil jati hai jis ko hayat-e-tayyaba kaha gaya. nahi</w:t>
      </w:r>
    </w:p>
    <w:p>
      <w:pPr>
        <w:jc w:val="right"/>
      </w:pPr>
      <w:r>
        <w:t>یعنی وہ چیز مل جاتی ہے جس کو حیات طیبہ کہا گیا۔ نہیں</w:t>
      </w:r>
    </w:p>
    <w:p>
      <w:r>
        <w:rPr>
          <w:b/>
        </w:rPr>
        <w:t xml:space="preserve">[26:15] </w:t>
      </w:r>
      <w:r>
        <w:t>, aap ka sachha imaan, aap ki sachhi duaen, aap ka Allah ki taraf sachha lo lagana, Allah se sachhi umeedain rakhna, Allah ke kalam ko mutala'a karna, Allah ki ibaadat karna</w:t>
      </w:r>
    </w:p>
    <w:p>
      <w:pPr>
        <w:jc w:val="right"/>
      </w:pPr>
      <w:r>
        <w:t>، آپ کا سچا ایمان، آپ کی سچی دعائیں، آپ کا اللہ کی طرف سچا لو لگانا، اللہ سے سچی امیدیں رکھنا، اللہ کے کلام کو مطالعہ کرنا، اللہ کی عبادت کرنا</w:t>
      </w:r>
    </w:p>
    <w:p>
      <w:r>
        <w:rPr>
          <w:b/>
        </w:rPr>
        <w:t xml:space="preserve">[26:34] </w:t>
      </w:r>
      <w:r>
        <w:t>, yeh sab jo aap karte hain sachhi niyat ke saath to aap ke andar ek ek tofeeq aati hai Allah ki taraf se aap ko yaani ek jazba aata hai, ek spirit aati hai,</w:t>
      </w:r>
    </w:p>
    <w:p>
      <w:pPr>
        <w:jc w:val="right"/>
      </w:pPr>
      <w:r>
        <w:t>، یہ سب جو آپ کرتے ہیں سچی نیت کے ساتھ تو آپ کے اندر ایک ایک توفیق آتی ہے اللہ کی طرف سے آپ کو یعنی ایک جذبہ آتا ہے، ایک اسپرٹ آتی ہے،</w:t>
      </w:r>
    </w:p>
    <w:p>
      <w:r>
        <w:rPr>
          <w:b/>
        </w:rPr>
        <w:t xml:space="preserve">[26:47] </w:t>
      </w:r>
      <w:r>
        <w:t>ek shaoor aata hai. is ke tehat aap cheezon se woh item extract karte karte rehte hain jo aap ke andar hayat-e-tayyaba ki tashkeel karne wale hain.</w:t>
      </w:r>
    </w:p>
    <w:p>
      <w:pPr>
        <w:jc w:val="right"/>
      </w:pPr>
      <w:r>
        <w:t>ایک شعور آتا ہے۔ اس کے تحت آپ چیزوں سے وہ آئٹم ایکسٹریکٹ کرتے کرتے رہتے ہیں جو آپ کے اندر حیات طیبہ کی تشکیل کرنے والے ہیں۔</w:t>
      </w:r>
    </w:p>
    <w:p>
      <w:r>
        <w:rPr>
          <w:b/>
        </w:rPr>
        <w:t xml:space="preserve">[27:07] </w:t>
      </w:r>
      <w:r>
        <w:t>to jis aadmi ko yeh ehsaas ho jaye, woh ek lamha bhi zaya nahi karega. jaise ek taajir hai, woh kabhi income us ko haasil karna hai, us ko aamdani karna hai,</w:t>
      </w:r>
    </w:p>
    <w:p>
      <w:pPr>
        <w:jc w:val="right"/>
      </w:pPr>
      <w:r>
        <w:t>تو جس آدمی کو یہ احساس ہو جائے، وہ ایک لمحہ بھی ضائع نہیں کرے گا۔ جیسے ایک تاجر ہے، وہ کبھی انکم اس کو حاصل کرنا ہے، اس کو آمدنی کرنا ہے،</w:t>
      </w:r>
    </w:p>
    <w:p>
      <w:r>
        <w:rPr>
          <w:b/>
        </w:rPr>
        <w:t xml:space="preserve">[27:23] </w:t>
      </w:r>
      <w:r>
        <w:t>us ko faida haasil karna hai to koi lamha zaya nahi karega woh faida haasil karne ke liye. isi tarah momin jo hai spiritual sense mein koi mauqa zaya nahi karta.</w:t>
      </w:r>
    </w:p>
    <w:p>
      <w:pPr>
        <w:jc w:val="right"/>
      </w:pPr>
      <w:r>
        <w:t>اس کو فائدہ حاصل کرنا ہے تو کوئی لمحہ ضائع نہیں کرے گا وہ فائدہ حاصل کرنے کے لیے۔ اسی طرح مومن جو ہے اسپریچول سینس میں کوئی موقع ضائع نہیں کرتا۔</w:t>
      </w:r>
    </w:p>
    <w:p>
      <w:r>
        <w:rPr>
          <w:b/>
        </w:rPr>
        <w:t xml:space="preserve">[27:36] </w:t>
      </w:r>
      <w:r>
        <w:t>businessman to yaani material sense mein, material andaaz mein sochta hai aur material faida haasil karne ke liye woh sochta hai.</w:t>
      </w:r>
    </w:p>
    <w:p>
      <w:pPr>
        <w:jc w:val="right"/>
      </w:pPr>
      <w:r>
        <w:t>بزنس مین تو یعنی مٹیریل سینس میں، مٹیریل انداز میں سوچتا ہے اور مٹیریل فائدہ حاصل کرنے کے لیے وہ سوچتا ہے۔</w:t>
      </w:r>
    </w:p>
    <w:p>
      <w:r>
        <w:rPr>
          <w:b/>
        </w:rPr>
        <w:t xml:space="preserve">[27:49] </w:t>
      </w:r>
      <w:r>
        <w:t>momin jo hai woh imani faida, spiritual faida ke baray mein sochta hai, har mauqa ko us ke liye istemaal karta hai.</w:t>
      </w:r>
    </w:p>
    <w:p>
      <w:pPr>
        <w:jc w:val="right"/>
      </w:pPr>
      <w:r>
        <w:t>مومن جو ہے وہ ایمانی فائدہ، اسپریچول فائدہ کے بارے میں سوچتا ہے، ہر موقع کو اس کے لیے استعمال کرتا ہے۔</w:t>
      </w:r>
    </w:p>
    <w:p>
      <w:r>
        <w:rPr>
          <w:b/>
        </w:rPr>
        <w:t xml:space="preserve">[28:02] </w:t>
      </w:r>
      <w:r>
        <w:t>is tarah dheere dheere us ke andar hayat-e-tayyaba ki tashkeel hoti hai</w:t>
      </w:r>
    </w:p>
    <w:p>
      <w:pPr>
        <w:jc w:val="right"/>
      </w:pPr>
      <w:r>
        <w:t>اس طرح دھیرے دھیرے اس کے اندر حیات طیبہ کی تشکیل ہوتی ہے</w:t>
      </w:r>
    </w:p>
    <w:p>
      <w:r>
        <w:rPr>
          <w:b/>
        </w:rPr>
        <w:t xml:space="preserve">[28:07] </w:t>
      </w:r>
      <w:r>
        <w:t>jo us ko jannat ka mustahiq banati hai.</w:t>
      </w:r>
    </w:p>
    <w:p>
      <w:pPr>
        <w:jc w:val="right"/>
      </w:pPr>
      <w:r>
        <w:t>جو اس کو جنت کا مستحق بناتی ہے۔</w:t>
      </w:r>
    </w:p>
    <w:p>
      <w:r>
        <w:rPr>
          <w:b/>
        </w:rPr>
        <w:t xml:space="preserve">[28:15] </w:t>
      </w:r>
      <w:r>
        <w:t>to kaha jannati shakhsiyat ki ta'abeer aadmi khud karta hai, albattah tofeeq aati hai Allah ki taraf se aur tofeeq us ko aati hai jo waqe'atan</w:t>
      </w:r>
    </w:p>
    <w:p>
      <w:pPr>
        <w:jc w:val="right"/>
      </w:pPr>
      <w:r>
        <w:t>تو کہا جنتی شخصیت کی تعبیر آدمی خود کرتا ہے، البتہ توفیق آتی ہے اللہ کی طرف سے اور توفیق اس کو آتی ہے جو واقعتاً</w:t>
      </w:r>
    </w:p>
    <w:p>
      <w:r>
        <w:rPr>
          <w:b/>
        </w:rPr>
        <w:t xml:space="preserve">[28:28] </w:t>
      </w:r>
      <w:r>
        <w:t>Allah ko aur us ki jannat ko apna concern banayega.</w:t>
      </w:r>
    </w:p>
    <w:p>
      <w:pPr>
        <w:jc w:val="right"/>
      </w:pPr>
      <w:r>
        <w:t>اللہ کو اور اس کی جنت کو اپنا کنسرن بنائے گا۔</w:t>
      </w:r>
    </w:p>
    <w:p>
      <w:r>
        <w:rPr>
          <w:b/>
        </w:rPr>
        <w:t xml:space="preserve">[28:38] </w:t>
      </w:r>
      <w:r>
        <w:t>tu meri dua hai ke Allah taala mujh ko aur aap ko tofeeq de ke hum apne andar hayat-e-tayyaba ki tashkeel karen</w:t>
      </w:r>
    </w:p>
    <w:p>
      <w:pPr>
        <w:jc w:val="right"/>
      </w:pPr>
      <w:r>
        <w:t>تو میری دعا ہے کہ اللہ تعالی مجھ کو اور آپ کو توفیق دے کہ ہم اپنے اندر حیات طیبہ کی تشکیل کریں</w:t>
      </w:r>
    </w:p>
    <w:p>
      <w:r>
        <w:rPr>
          <w:b/>
        </w:rPr>
        <w:t xml:space="preserve">[28:50] </w:t>
      </w:r>
      <w:r>
        <w:t>kyunke yahi hayat-e-tayyaba wala insaan hai jisko jannat mein dakhla milega.</w:t>
      </w:r>
    </w:p>
    <w:p>
      <w:pPr>
        <w:jc w:val="right"/>
      </w:pPr>
      <w:r>
        <w:t>کیونکہ یہی حیات طیبہ والا انسان ہے جس کو جنت میں داخلہ ملے گا۔</w:t>
      </w:r>
    </w:p>
    <w:p>
      <w:r>
        <w:rPr>
          <w:b/>
        </w:rPr>
        <w:t xml:space="preserve">[29:01] </w:t>
      </w:r>
      <w:r>
        <w:t>Allah taala mujh ko aur aap ko tofeeq de ke hum is maloom ko samjhein,</w:t>
      </w:r>
    </w:p>
    <w:p>
      <w:pPr>
        <w:jc w:val="right"/>
      </w:pPr>
      <w:r>
        <w:t>اللہ تعالی مجھ کو اور آپ کو توفیق دے کہ ہم اس معلوم کو سمجھیں،</w:t>
      </w:r>
    </w:p>
    <w:p>
      <w:r>
        <w:rPr>
          <w:b/>
        </w:rPr>
        <w:t xml:space="preserve">[29:07] </w:t>
      </w:r>
      <w:r>
        <w:t>amaani mein jeena chhod dein. Amaani mein jeene se kabhi bhi hayat-e-tayyaba ki tashkeel nahi hoti, haqaa'iq mein jeene se hoti hai.</w:t>
      </w:r>
    </w:p>
    <w:p>
      <w:pPr>
        <w:jc w:val="right"/>
      </w:pPr>
      <w:r>
        <w:t>امانی میں جینا چھوڑ دیں۔ امانی میں جینے سے کبھی بھی حیات طیبہ کی تشکیل نہیں ہوتی، حقائق میں جینے سے ہوتی ہے۔</w:t>
      </w:r>
    </w:p>
    <w:p>
      <w:r>
        <w:rPr>
          <w:b/>
        </w:rPr>
        <w:t xml:space="preserve">[29:23] </w:t>
      </w:r>
      <w:r>
        <w:t>tu Allah taala mujh ko aur aap ko tofeeq de aur apni sa'adat se humein barabar farmaye. Assalamu Alaikum Warahmatullahi Wabarakatuh</w:t>
      </w:r>
    </w:p>
    <w:p>
      <w:pPr>
        <w:jc w:val="right"/>
      </w:pPr>
      <w:r>
        <w:t>تو اللہ تعالی مجھ کو اور آپ کو توفیق دے اور اپنی سعادت سے ہمیں برابر فرمائے۔ 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