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Muslims in Diaspora April 5, 2014 Maulana Wahiduddin Khan</w:t>
      </w:r>
    </w:p>
    <w:p>
      <w:r>
        <w:t>https://www.youtube.com/watch?v=JUzf9W-4D8A</w:t>
      </w:r>
    </w:p>
    <w:p>
      <w:r>
        <w:rPr>
          <w:b/>
        </w:rPr>
        <w:t xml:space="preserve">[00:11] </w:t>
      </w:r>
      <w:r>
        <w:t>Bismillah-hir-Rahman-nir-Rahim, Wasallallahu 'ala Nabiyyil Kareem.</w:t>
      </w:r>
    </w:p>
    <w:p>
      <w:pPr>
        <w:jc w:val="right"/>
      </w:pPr>
      <w:r>
        <w:t>بسم اللہ الرحمن الرحیم، وصلی اللہ علی النبی الکریم.</w:t>
      </w:r>
    </w:p>
    <w:p>
      <w:r>
        <w:rPr>
          <w:b/>
        </w:rPr>
        <w:t xml:space="preserve">[00:20] </w:t>
      </w:r>
      <w:r>
        <w:t>Rabbi-shrahli sadri, Wayassirli amri, Wahlul-uqdatam-mil-lisani, Yafqahu qawli.</w:t>
      </w:r>
    </w:p>
    <w:p>
      <w:pPr>
        <w:jc w:val="right"/>
      </w:pPr>
      <w:r>
        <w:t>رب اشرح لی صدری، ویصر لی امری، واحل العقدۃ من لسانی، یفقہ قولی.</w:t>
      </w:r>
    </w:p>
    <w:p>
      <w:r>
        <w:rPr>
          <w:b/>
        </w:rPr>
        <w:t xml:space="preserve">[00:34] </w:t>
      </w:r>
      <w:r>
        <w:t>Today it is April fifth, 2014.</w:t>
      </w:r>
    </w:p>
    <w:p>
      <w:pPr>
        <w:jc w:val="right"/>
      </w:pPr>
      <w:r>
        <w:t>ٹوڈے اٹ از اپریل ففتھ، 2014.</w:t>
      </w:r>
    </w:p>
    <w:p>
      <w:r>
        <w:rPr>
          <w:b/>
        </w:rPr>
        <w:t xml:space="preserve">[00:43] </w:t>
      </w:r>
      <w:r>
        <w:t>Yesterday I happened to meet an educated Muslim.</w:t>
      </w:r>
    </w:p>
    <w:p>
      <w:pPr>
        <w:jc w:val="right"/>
      </w:pPr>
      <w:r>
        <w:t>یسٹرڈے آئی ہیپن ٹو میٹ این ایجوکیٹڈ مسلم.</w:t>
      </w:r>
    </w:p>
    <w:p>
      <w:r>
        <w:rPr>
          <w:b/>
        </w:rPr>
        <w:t xml:space="preserve">[00:54] </w:t>
      </w:r>
      <w:r>
        <w:t>He was born in a Muslim country, but now he is living in some part of the Western world.</w:t>
      </w:r>
    </w:p>
    <w:p>
      <w:pPr>
        <w:jc w:val="right"/>
      </w:pPr>
      <w:r>
        <w:t>ہی واز بورن ان اے مسلم کنٹری، بٹ ناؤ ہی از لیونگ ان سم پارٹ آف دا ویسٹرن ورلڈ.</w:t>
      </w:r>
    </w:p>
    <w:p>
      <w:r>
        <w:rPr>
          <w:b/>
        </w:rPr>
        <w:t xml:space="preserve">[01:10] </w:t>
      </w:r>
      <w:r>
        <w:t>He</w:t>
      </w:r>
    </w:p>
    <w:p>
      <w:pPr>
        <w:jc w:val="right"/>
      </w:pPr>
      <w:r>
        <w:t>ہی</w:t>
      </w:r>
    </w:p>
    <w:p>
      <w:r>
        <w:rPr>
          <w:b/>
        </w:rPr>
        <w:t xml:space="preserve">[01:14] </w:t>
      </w:r>
      <w:r>
        <w:t>During conversation, he asked about Muslims in diaspora.</w:t>
      </w:r>
    </w:p>
    <w:p>
      <w:pPr>
        <w:jc w:val="right"/>
      </w:pPr>
      <w:r>
        <w:t>ڈیورنگ کنورسیشن، ہی اسکڈ اباؤٹ مسلمز ان ڈائسپورا.</w:t>
      </w:r>
    </w:p>
    <w:p>
      <w:r>
        <w:rPr>
          <w:b/>
        </w:rPr>
        <w:t xml:space="preserve">[01:26] </w:t>
      </w:r>
      <w:r>
        <w:t>He wanted to know why the what is the Islamic position of Muslims in diaspora.</w:t>
      </w:r>
    </w:p>
    <w:p>
      <w:pPr>
        <w:jc w:val="right"/>
      </w:pPr>
      <w:r>
        <w:t>ہی وانٹڈ ٹو نو وائی دا واٹ از دا اسلامک پوزیشن آف مسلمز ان ڈائسپورا.</w:t>
      </w:r>
    </w:p>
    <w:p>
      <w:r>
        <w:rPr>
          <w:b/>
        </w:rPr>
        <w:t xml:space="preserve">[01:41] </w:t>
      </w:r>
      <w:r>
        <w:t>Has it any Islamic value or not?</w:t>
      </w:r>
    </w:p>
    <w:p>
      <w:pPr>
        <w:jc w:val="right"/>
      </w:pPr>
      <w:r>
        <w:t>ہیز اٹ اینی اسلامک ویلیو اور ناٹ؟</w:t>
      </w:r>
    </w:p>
    <w:p>
      <w:r>
        <w:rPr>
          <w:b/>
        </w:rPr>
        <w:t xml:space="preserve">[01:46] </w:t>
      </w:r>
      <w:r>
        <w:t>You know, in the present world, there are more than ten million Muslims living in Western world.</w:t>
      </w:r>
    </w:p>
    <w:p>
      <w:pPr>
        <w:jc w:val="right"/>
      </w:pPr>
      <w:r>
        <w:t>یو نو، ان دا پریزنٹ ورلڈ، دیر آر مور دین ٹین ملین مسلمز لیونگ ان ویسٹرن ورلڈ.</w:t>
      </w:r>
    </w:p>
    <w:p>
      <w:r>
        <w:rPr>
          <w:b/>
        </w:rPr>
        <w:t xml:space="preserve">[02:01] </w:t>
      </w:r>
      <w:r>
        <w:t>It is said that the tallest number of diaspora are Muslims.</w:t>
      </w:r>
    </w:p>
    <w:p>
      <w:pPr>
        <w:jc w:val="right"/>
      </w:pPr>
      <w:r>
        <w:t>اٹ از سیڈ دیٹ دا ٹالیسٹ نمبر آف ڈائسپورا آر مسلمز.</w:t>
      </w:r>
    </w:p>
    <w:p>
      <w:r>
        <w:rPr>
          <w:b/>
        </w:rPr>
        <w:t xml:space="preserve">[02:16] </w:t>
      </w:r>
      <w:r>
        <w:t>These Muslims sometimes call themselves as Muhajir, but Muhajir is a very special term in Islam.</w:t>
      </w:r>
    </w:p>
    <w:p>
      <w:pPr>
        <w:jc w:val="right"/>
      </w:pPr>
      <w:r>
        <w:t>دیز مسلمز سم ٹائم کال دیم سیلف ایز مہاجر، بٹ مہاجر از ا ویری اسپیشل ٹرم ان اسلام.</w:t>
      </w:r>
    </w:p>
    <w:p>
      <w:r>
        <w:rPr>
          <w:b/>
        </w:rPr>
        <w:t xml:space="preserve">[02:34] </w:t>
      </w:r>
      <w:r>
        <w:t>Muhajir is a is a rewardable status.</w:t>
      </w:r>
    </w:p>
    <w:p>
      <w:pPr>
        <w:jc w:val="right"/>
      </w:pPr>
      <w:r>
        <w:t>مہاجر از ا از ا ریوارڈیبل سٹیٹس.</w:t>
      </w:r>
    </w:p>
    <w:p>
      <w:r>
        <w:rPr>
          <w:b/>
        </w:rPr>
        <w:t xml:space="preserve">[02:45] </w:t>
      </w:r>
      <w:r>
        <w:t>Prophet Sallallahu Alaihi Wasallam has prayed a dua for Muhajir.</w:t>
      </w:r>
    </w:p>
    <w:p>
      <w:pPr>
        <w:jc w:val="right"/>
      </w:pPr>
      <w:r>
        <w:t>پرافٹ صلی اللہ علیہ وسلم ہیز پریڈ ا دعا فار مہاجر.</w:t>
      </w:r>
    </w:p>
    <w:p>
      <w:r>
        <w:rPr>
          <w:b/>
        </w:rPr>
        <w:t xml:space="preserve">[02:53] </w:t>
      </w:r>
      <w:r>
        <w:t>He said: "Allah Akhra,</w:t>
      </w:r>
    </w:p>
    <w:p>
      <w:pPr>
        <w:jc w:val="right"/>
      </w:pPr>
      <w:r>
        <w:t>ہی سیڈ: "اللہ الاخرہ،</w:t>
      </w:r>
    </w:p>
    <w:p>
      <w:r>
        <w:rPr>
          <w:b/>
        </w:rPr>
        <w:t xml:space="preserve">[03:02] </w:t>
      </w:r>
      <w:r>
        <w:t>So Muhajir Muhajireen have a very special status in Islam." Even the Prophet of Islam was a Muhajir.</w:t>
      </w:r>
    </w:p>
    <w:p>
      <w:pPr>
        <w:jc w:val="right"/>
      </w:pPr>
      <w:r>
        <w:t>سو مہاجر مہاجرین ہیو ا ویری اسپیشل سٹیٹس ان اسلام." ایون دا پرافٹ آف اسلام واز ا مہاجر.</w:t>
      </w:r>
    </w:p>
    <w:p>
      <w:r>
        <w:rPr>
          <w:b/>
        </w:rPr>
        <w:t xml:space="preserve">[03:14] </w:t>
      </w:r>
      <w:r>
        <w:t>But the question is: who are Muhajir according to this Islam?</w:t>
      </w:r>
    </w:p>
    <w:p>
      <w:pPr>
        <w:jc w:val="right"/>
      </w:pPr>
      <w:r>
        <w:t>بٹ دا کوئسچن از: ہو آر مہاجر اکارڈنگ ٹو دس اسلام؟</w:t>
      </w:r>
    </w:p>
    <w:p>
      <w:r>
        <w:rPr>
          <w:b/>
        </w:rPr>
        <w:t xml:space="preserve">[03:26] </w:t>
      </w:r>
      <w:r>
        <w:t>Literally, those who are living as an immigrants in some countries, they are Muhajir.</w:t>
      </w:r>
    </w:p>
    <w:p>
      <w:pPr>
        <w:jc w:val="right"/>
      </w:pPr>
      <w:r>
        <w:t>لٹرلی، دوز ہو آر لیونگ ایز ا امیگرنٹس ان سم کنٹریز، دے آر مہاجر.</w:t>
      </w:r>
    </w:p>
    <w:p>
      <w:r>
        <w:rPr>
          <w:b/>
        </w:rPr>
        <w:t xml:space="preserve">[03:35] </w:t>
      </w:r>
      <w:r>
        <w:t>But the word Muhajir</w:t>
      </w:r>
    </w:p>
    <w:p>
      <w:pPr>
        <w:jc w:val="right"/>
      </w:pPr>
      <w:r>
        <w:t>بٹ دا ورڈ مہاجر</w:t>
      </w:r>
    </w:p>
    <w:p>
      <w:r>
        <w:rPr>
          <w:b/>
        </w:rPr>
        <w:t xml:space="preserve">[03:42] </w:t>
      </w:r>
      <w:r>
        <w:t>denotes only a geographical position. It is a geographical term, but Muhajir is something else.</w:t>
      </w:r>
    </w:p>
    <w:p>
      <w:pPr>
        <w:jc w:val="right"/>
      </w:pPr>
      <w:r>
        <w:t>ڈینوٹس اونلی ا جیوگرافیکل پوزیشن. اٹ از ا جیوگرافیکل ٹرم، بٹ مہاجر از سمتھنگ ایلس.</w:t>
      </w:r>
    </w:p>
    <w:p>
      <w:r>
        <w:rPr>
          <w:b/>
        </w:rPr>
        <w:t xml:space="preserve">[04:00] </w:t>
      </w:r>
      <w:r>
        <w:t>according to the quran,</w:t>
      </w:r>
    </w:p>
    <w:p>
      <w:pPr>
        <w:jc w:val="right"/>
      </w:pPr>
      <w:r>
        <w:t>اکارڈنگ ٹو دا قرآن،</w:t>
      </w:r>
    </w:p>
    <w:p>
      <w:r>
        <w:rPr>
          <w:b/>
        </w:rPr>
        <w:t xml:space="preserve">[04:04] </w:t>
      </w:r>
      <w:r>
        <w:t>muhajir one who is muhajir fi sabilillah. if his hijrat was fi sabilillah, then he is a muhajir, otherwise not.</w:t>
      </w:r>
    </w:p>
    <w:p>
      <w:pPr>
        <w:jc w:val="right"/>
      </w:pPr>
      <w:r>
        <w:t>مہاجر ون ہو از مہاجر فی سبیل اللہ. اف ہز ہجرت واز فی سبیل اللہ، دین ہی از ا مہاجر، ادروائز ناٹ.</w:t>
      </w:r>
    </w:p>
    <w:p>
      <w:r>
        <w:rPr>
          <w:b/>
        </w:rPr>
        <w:t xml:space="preserve">[04:19] </w:t>
      </w:r>
      <w:r>
        <w:t>there is very</w:t>
      </w:r>
    </w:p>
    <w:p>
      <w:pPr>
        <w:jc w:val="right"/>
      </w:pPr>
      <w:r>
        <w:t>دیر از ویری</w:t>
      </w:r>
    </w:p>
    <w:p>
      <w:r>
        <w:rPr>
          <w:b/>
        </w:rPr>
        <w:t xml:space="preserve">[04:23] </w:t>
      </w:r>
      <w:r>
        <w:t>very relevant hadith in this regard.</w:t>
      </w:r>
    </w:p>
    <w:p>
      <w:pPr>
        <w:jc w:val="right"/>
      </w:pPr>
      <w:r>
        <w:t>ویری ریلیونٹ حدیث ان دس ریگارڈ.</w:t>
      </w:r>
    </w:p>
    <w:p>
      <w:r>
        <w:rPr>
          <w:b/>
        </w:rPr>
        <w:t xml:space="preserve">[04:31] </w:t>
      </w:r>
      <w:r>
        <w:t>sahih al bukhari is the most authentic hadith book. the first hadith of sahih al bukhari is about hijrat.</w:t>
      </w:r>
    </w:p>
    <w:p>
      <w:pPr>
        <w:jc w:val="right"/>
      </w:pPr>
      <w:r>
        <w:t>صحیح البخاری از دا موسٹ اتھینٹک حدیث بک. دا فرسٹ حدیث آف صحیح البخاری از اباؤٹ ہجرت.</w:t>
      </w:r>
    </w:p>
    <w:p>
      <w:r>
        <w:rPr>
          <w:b/>
        </w:rPr>
        <w:t xml:space="preserve">[04:46] </w:t>
      </w:r>
      <w:r>
        <w:t>the prophet of islam i said: "inmal a'malu binniyat, innama likulli imri'in ma nawwa." faman kanat hijratuhu ilallahi wa rasulihi, fahijratuhu ilallahi wa rasulihi.</w:t>
      </w:r>
    </w:p>
    <w:p>
      <w:pPr>
        <w:jc w:val="right"/>
      </w:pPr>
      <w:r>
        <w:t>دا پرافٹ آف اسلام آئی سیڈ: "انمل اعمال بالنیات، انما لکل ابراہیم ما نوا." فمن کانت ہجرت الی اللہ ورسولہ، فہجرت الی اللہ ورسولہ.</w:t>
      </w:r>
    </w:p>
    <w:p>
      <w:r>
        <w:rPr>
          <w:b/>
        </w:rPr>
        <w:t xml:space="preserve">[05:09] </w:t>
      </w:r>
      <w:r>
        <w:t>waman kanat hijratuhu ila dunya yusibaha aw imra'atin, yani kya hua? fahijratuhu ila ma hajar ilaih.</w:t>
      </w:r>
    </w:p>
    <w:p>
      <w:pPr>
        <w:jc w:val="right"/>
      </w:pPr>
      <w:r>
        <w:t>ومن کانت ہجرت الی دنیا یسیبہ اور الی امرات، یعنی کیا ہوا؟ فہجرت الی ما ہاجرہ الیہ.</w:t>
      </w:r>
    </w:p>
    <w:p>
      <w:r>
        <w:rPr>
          <w:b/>
        </w:rPr>
        <w:t xml:space="preserve">[05:23] </w:t>
      </w:r>
      <w:r>
        <w:t>it means that it means that hijrat according to islam is one that is for the sake of</w:t>
      </w:r>
    </w:p>
    <w:p>
      <w:pPr>
        <w:jc w:val="right"/>
      </w:pPr>
      <w:r>
        <w:t>اٹ مینز دیٹ اٹ مینز دیٹ ہجرت اکارڈنگ ٹو اسلام از ون دیٹ از فار دا سیک آف</w:t>
      </w:r>
    </w:p>
    <w:p>
      <w:r>
        <w:rPr>
          <w:b/>
        </w:rPr>
        <w:t xml:space="preserve">[05:35] </w:t>
      </w:r>
      <w:r>
        <w:t>god. if your hijrat for the sake of worldly interest, any kind of worldly interest, then it is not hijrat.</w:t>
      </w:r>
    </w:p>
    <w:p>
      <w:pPr>
        <w:jc w:val="right"/>
      </w:pPr>
      <w:r>
        <w:t>گاڈ. اف یور ہجرت فار دا سیک آف ورلڈلی انٹرسٹ، اینی کائنڈ آف ورلڈلی انٹرسٹ، دین اٹ از ناٹ ہجرت.</w:t>
      </w:r>
    </w:p>
    <w:p>
      <w:r>
        <w:rPr>
          <w:b/>
        </w:rPr>
        <w:t xml:space="preserve">[05:50] </w:t>
      </w:r>
      <w:r>
        <w:t>hijrat is one that was for the sake of god. now, what is the what is for the sake of</w:t>
      </w:r>
    </w:p>
    <w:p>
      <w:pPr>
        <w:jc w:val="right"/>
      </w:pPr>
      <w:r>
        <w:t>ہجرت از ون دیٹ واز فار دا سیک آف گاڈ. ناو، واٹ از دا واٹ از فار دا سیک آف</w:t>
      </w:r>
    </w:p>
    <w:p>
      <w:r>
        <w:rPr>
          <w:b/>
        </w:rPr>
        <w:t xml:space="preserve">[06:02] </w:t>
      </w:r>
      <w:r>
        <w:t>god? for the for the sake of god means for the sake for the sake of islamic پیشن, for the sake of da'wah ilallah.</w:t>
      </w:r>
    </w:p>
    <w:p>
      <w:pPr>
        <w:jc w:val="right"/>
      </w:pPr>
      <w:r>
        <w:t>گاڈ؟ فار دا فار دا سیک آف گاڈ مینز فار دا سیک فار دا سیک آف اسلامک پیشن، فار دا سیک آف دعوت الی اللہ.</w:t>
      </w:r>
    </w:p>
    <w:p>
      <w:r>
        <w:rPr>
          <w:b/>
        </w:rPr>
        <w:t xml:space="preserve">[06:15] </w:t>
      </w:r>
      <w:r>
        <w:t>you know, during the prophet of islam, there were three hijrat.</w:t>
      </w:r>
    </w:p>
    <w:p>
      <w:pPr>
        <w:jc w:val="right"/>
      </w:pPr>
      <w:r>
        <w:t>یو نو، ڈیورنگ دا پرافٹ آف اسلام، دیر وار تھری ہجرت.</w:t>
      </w:r>
    </w:p>
    <w:p>
      <w:r>
        <w:rPr>
          <w:b/>
        </w:rPr>
        <w:t xml:space="preserve">[06:23] </w:t>
      </w:r>
      <w:r>
        <w:t>first was hijrat from mecca to habash.</w:t>
      </w:r>
    </w:p>
    <w:p>
      <w:pPr>
        <w:jc w:val="right"/>
      </w:pPr>
      <w:r>
        <w:t>فرسٹ واز ہجرت فرام مکہ ٹو حبش.</w:t>
      </w:r>
    </w:p>
    <w:p>
      <w:r>
        <w:rPr>
          <w:b/>
        </w:rPr>
        <w:t xml:space="preserve">[06:31] </w:t>
      </w:r>
      <w:r>
        <w:t>then the second hijrat was from mecca to madinah. then the third hijrat was from arab to the adjacent countries.</w:t>
      </w:r>
    </w:p>
    <w:p>
      <w:pPr>
        <w:jc w:val="right"/>
      </w:pPr>
      <w:r>
        <w:t>دین دا سیکنڈ ہجرت واز فرام مکہ ٹو مدینہ. دین دا تھرڈ ہجرت واز فرام عرب ٹو دا ایڈجسنٹ کنٹریز.</w:t>
      </w:r>
    </w:p>
    <w:p>
      <w:r>
        <w:rPr>
          <w:b/>
        </w:rPr>
        <w:t xml:space="preserve">[06:47] </w:t>
      </w:r>
      <w:r>
        <w:t>all these three hijrat were hijrat for the sake of da'wah, for the sake of islamic پیشن.</w:t>
      </w:r>
    </w:p>
    <w:p>
      <w:pPr>
        <w:jc w:val="right"/>
      </w:pPr>
      <w:r>
        <w:t>ال دیز تھری ہجرت ویر ہجرت فار دا سیک آف دعویٰ، فار دا سیک آف اسلامک پیشن.</w:t>
      </w:r>
    </w:p>
    <w:p>
      <w:r>
        <w:rPr>
          <w:b/>
        </w:rPr>
        <w:t xml:space="preserve">[06:58] </w:t>
      </w:r>
      <w:r>
        <w:t>so according to islamic teaching, hijrat is very honorable act. it is it is it is an ibadah.</w:t>
      </w:r>
    </w:p>
    <w:p>
      <w:pPr>
        <w:jc w:val="right"/>
      </w:pPr>
      <w:r>
        <w:t>سو اکارڈنگ ٹو اسلامک ٹیچنگ، ہجرت از ویری انریبل ایکٹ. اٹ از اٹ از اٹ از این عبادہ.</w:t>
      </w:r>
    </w:p>
    <w:p>
      <w:r>
        <w:rPr>
          <w:b/>
        </w:rPr>
        <w:t xml:space="preserve">[07:11] </w:t>
      </w:r>
      <w:r>
        <w:t>according to islam, hijrat is ibadah,</w:t>
      </w:r>
    </w:p>
    <w:p>
      <w:pPr>
        <w:jc w:val="right"/>
      </w:pPr>
      <w:r>
        <w:t>اکارڈنگ ٹو اسلام، ہجرت از عبادہ،</w:t>
      </w:r>
    </w:p>
    <w:p>
      <w:r>
        <w:rPr>
          <w:b/>
        </w:rPr>
        <w:t xml:space="preserve">[07:16] </w:t>
      </w:r>
      <w:r>
        <w:t>because when a momin migrates his land and settles in some where, he is going over there with his mission.</w:t>
      </w:r>
    </w:p>
    <w:p>
      <w:pPr>
        <w:jc w:val="right"/>
      </w:pPr>
      <w:r>
        <w:t>بیکاز وین ا مومن مائیگریٹس ہز لینڈ اینڈ سیٹلز ان سم ویر، ہی از گوئنگ اوور دیر ود ہز مشن.</w:t>
      </w:r>
    </w:p>
    <w:p>
      <w:r>
        <w:rPr>
          <w:b/>
        </w:rPr>
        <w:t xml:space="preserve">[07:34] </w:t>
      </w:r>
      <w:r>
        <w:t>mission is a part of parcel of a momin life. you can not detach mission from a momin.</w:t>
      </w:r>
    </w:p>
    <w:p>
      <w:pPr>
        <w:jc w:val="right"/>
      </w:pPr>
      <w:r>
        <w:t>مشن از ا پارٹ آف پارسل آف ا مومن لائف. یو کین ناٹ ڈیٹیچ مشن فرام ا مومن.</w:t>
      </w:r>
    </w:p>
    <w:p>
      <w:r>
        <w:rPr>
          <w:b/>
        </w:rPr>
        <w:t xml:space="preserve">[07:47] </w:t>
      </w:r>
      <w:r>
        <w:t>one who is momin is also a part of mission. one who is a true momin. mission is also a part of his life.</w:t>
      </w:r>
    </w:p>
    <w:p>
      <w:pPr>
        <w:jc w:val="right"/>
      </w:pPr>
      <w:r>
        <w:t>ون ہو از مومن از السو ا پارٹ آف مشن. ون ہو از ا ٹرو مومن. مشن از السو ا پارٹ آف ہز لائف.</w:t>
      </w:r>
    </w:p>
    <w:p>
      <w:r>
        <w:rPr>
          <w:b/>
        </w:rPr>
        <w:t xml:space="preserve">[08:00] </w:t>
      </w:r>
      <w:r>
        <w:t>so when momin goes to any place, he goes with his mission.</w:t>
      </w:r>
    </w:p>
    <w:p>
      <w:pPr>
        <w:jc w:val="right"/>
      </w:pPr>
      <w:r>
        <w:t>سو وین مومن گوز ٹو اینی پلیس، ہی گوز ود ہز مشن.</w:t>
      </w:r>
    </w:p>
    <w:p>
      <w:r>
        <w:rPr>
          <w:b/>
        </w:rPr>
        <w:t xml:space="preserve">[08:09] </w:t>
      </w:r>
      <w:r>
        <w:t>mission means da'wah, tabligh, da'wah ilallah.</w:t>
      </w:r>
    </w:p>
    <w:p>
      <w:pPr>
        <w:jc w:val="right"/>
      </w:pPr>
      <w:r>
        <w:t>مشن مینز دعوت، تبلیغ، دعوت الی اللہ.</w:t>
      </w:r>
    </w:p>
    <w:p>
      <w:r>
        <w:rPr>
          <w:b/>
        </w:rPr>
        <w:t xml:space="preserve">[08:16] </w:t>
      </w:r>
      <w:r>
        <w:t>so those who are living in</w:t>
      </w:r>
    </w:p>
    <w:p>
      <w:pPr>
        <w:jc w:val="right"/>
      </w:pPr>
      <w:r>
        <w:t>سو دوز ہو آر لیونگ ان</w:t>
      </w:r>
    </w:p>
    <w:p>
      <w:r>
        <w:rPr>
          <w:b/>
        </w:rPr>
        <w:t xml:space="preserve">[08:23] </w:t>
      </w:r>
      <w:r>
        <w:t>different countries, especially in western countries, they must introspection. they must try to know whether hijrat was hijrat for the sake of mission.</w:t>
      </w:r>
    </w:p>
    <w:p>
      <w:pPr>
        <w:jc w:val="right"/>
      </w:pPr>
      <w:r>
        <w:t>ڈفرنٹ کنٹریز، اسپیشلی ان ویسٹرن کنٹریز، دے مسٹ انسٹراسپیکشن. دے مسٹ ٹرائی ٹو نو ویدر ہجرت واز ہجرت فار دا سیک آف مشن.</w:t>
      </w:r>
    </w:p>
    <w:p>
      <w:r>
        <w:rPr>
          <w:b/>
        </w:rPr>
        <w:t xml:space="preserve">[08:39] </w:t>
      </w:r>
      <w:r>
        <w:t>according to my knowledge, these muslims migrated from their homeland only for the sake of money, for the sake of dollar,</w:t>
      </w:r>
    </w:p>
    <w:p>
      <w:pPr>
        <w:jc w:val="right"/>
      </w:pPr>
      <w:r>
        <w:t>اکارڈنگ ٹو مائی نالج، دیز مسلمز مائیگریٹڈ فرام دیر ہوم لینڈ اونلی فار دا سیک آف منی، فار دا سیک آف ڈالر،</w:t>
      </w:r>
    </w:p>
    <w:p>
      <w:r>
        <w:rPr>
          <w:b/>
        </w:rPr>
        <w:t xml:space="preserve">[08:56] </w:t>
      </w:r>
      <w:r>
        <w:t>far da seek of building a better future for their family. to this kind of migration is not hijrat.</w:t>
      </w:r>
    </w:p>
    <w:p>
      <w:pPr>
        <w:jc w:val="right"/>
      </w:pPr>
      <w:r>
        <w:t>فار دا سیک آف بلڈنگ ا بیٹر فیوچر فار دیر فیملی. تو دس کائنڈ آف مائیگریشن از ناٹ ہجرت.</w:t>
      </w:r>
    </w:p>
    <w:p>
      <w:r>
        <w:rPr>
          <w:b/>
        </w:rPr>
        <w:t xml:space="preserve">[09:09] </w:t>
      </w:r>
      <w:r>
        <w:t>and due to this, you can see in every country, i have travelled, i have travelled a lot, and i found that all those muslims who are living in an living in diaspora,</w:t>
      </w:r>
    </w:p>
    <w:p>
      <w:pPr>
        <w:jc w:val="right"/>
      </w:pPr>
      <w:r>
        <w:t>اینڈ ڈیو ٹو دس، یو کین سی ان ایوری کنٹری، ائی ہیو ٹریولڈ، ائی ہیو ٹریولڈ ا لاٹ، اینڈ ائی فاؤنڈ دیٹ ال دوز مسلمز ہو آر لیونگ ان ان لیونگ ان ڈائسپورا،</w:t>
      </w:r>
    </w:p>
    <w:p>
      <w:r>
        <w:rPr>
          <w:b/>
        </w:rPr>
        <w:t xml:space="preserve">[09:30] </w:t>
      </w:r>
      <w:r>
        <w:t>they war they are living like a like a ghetto,</w:t>
      </w:r>
    </w:p>
    <w:p>
      <w:pPr>
        <w:jc w:val="right"/>
      </w:pPr>
      <w:r>
        <w:t>دے وار دے آر لیونگ لائک ا لائک ا گھیٹو،</w:t>
      </w:r>
    </w:p>
    <w:p>
      <w:r>
        <w:rPr>
          <w:b/>
        </w:rPr>
        <w:t xml:space="preserve">[09:37] </w:t>
      </w:r>
      <w:r>
        <w:t>although they are not living in separate colonies, except in some countries, but they are living with separatist tendency.</w:t>
      </w:r>
    </w:p>
    <w:p>
      <w:pPr>
        <w:jc w:val="right"/>
      </w:pPr>
      <w:r>
        <w:t>الدو دے آر ناٹ لیونگ ان سیپریٹ کالونیز، ایکسیپٹ ان سم کنٹریز، بٹ دے آر لیونگ ود سیپریٹسٹ ٹینڈنسی.</w:t>
      </w:r>
    </w:p>
    <w:p>
      <w:r>
        <w:rPr>
          <w:b/>
        </w:rPr>
        <w:t xml:space="preserve">[09:57] </w:t>
      </w:r>
      <w:r>
        <w:t>their life style, their gathering, all their activities are muslim oriented,</w:t>
      </w:r>
    </w:p>
    <w:p>
      <w:pPr>
        <w:jc w:val="right"/>
      </w:pPr>
      <w:r>
        <w:t>دیر لائف اسٹائل، دیر گیدرنگ، ال دیر ایکٹیویٹیز ار مسلم اورینٹڈ،</w:t>
      </w:r>
    </w:p>
    <w:p>
      <w:r>
        <w:rPr>
          <w:b/>
        </w:rPr>
        <w:t xml:space="preserve">[10:09] </w:t>
      </w:r>
      <w:r>
        <w:t>except job place. their life is muslim oriented life, except job place.</w:t>
      </w:r>
    </w:p>
    <w:p>
      <w:pPr>
        <w:jc w:val="right"/>
      </w:pPr>
      <w:r>
        <w:t>ایکسیپٹ جاب پلیس. دیر لائف از مسلم اورینٹڈ لائف، ایکسیپٹ جاب پلیس.</w:t>
      </w:r>
    </w:p>
    <w:p>
      <w:r>
        <w:rPr>
          <w:b/>
        </w:rPr>
        <w:t xml:space="preserve">[10:20] </w:t>
      </w:r>
      <w:r>
        <w:t>this indicate that they are not living a mission, a life of mission.</w:t>
      </w:r>
    </w:p>
    <w:p>
      <w:pPr>
        <w:jc w:val="right"/>
      </w:pPr>
      <w:r>
        <w:t>دس انڈیکیٹ دیٹ دے آر ناٹ لیونگ ا مشن، ا لائف آف مشن.</w:t>
      </w:r>
    </w:p>
    <w:p>
      <w:r>
        <w:rPr>
          <w:b/>
        </w:rPr>
        <w:t xml:space="preserve">[10:34] </w:t>
      </w:r>
      <w:r>
        <w:t>their mission require interaction. dawah mission require interaction. so why they are living as ghetto?</w:t>
      </w:r>
    </w:p>
    <w:p>
      <w:pPr>
        <w:jc w:val="right"/>
      </w:pPr>
      <w:r>
        <w:t>دیر مشن ریکوائر انٹریکشن. دعویٰ مشن ریکوائر انٹریکشن. سو وائی دے آر لیونگ ایز گھیٹو؟</w:t>
      </w:r>
    </w:p>
    <w:p>
      <w:r>
        <w:rPr>
          <w:b/>
        </w:rPr>
        <w:t xml:space="preserve">[10:49] </w:t>
      </w:r>
      <w:r>
        <w:t>why they are living in a separate environment, except job place? because they have no sense of mission, no sense of dawah.</w:t>
      </w:r>
    </w:p>
    <w:p>
      <w:pPr>
        <w:jc w:val="right"/>
      </w:pPr>
      <w:r>
        <w:t>وائی دے آر لیونگ ان ا سیپریٹ انوائرمنٹ، ایکسیپٹ جاب پلیس؟ بیکاز دے ہیو نو سینس آف مشن، نو سینس آف دعویٰ.</w:t>
      </w:r>
    </w:p>
    <w:p>
      <w:r>
        <w:rPr>
          <w:b/>
        </w:rPr>
        <w:t xml:space="preserve">[11:04] </w:t>
      </w:r>
      <w:r>
        <w:t>this kind of living is not hijrat living. if they follow this kind of living, they are they can not be treated as a muhajir.</w:t>
      </w:r>
    </w:p>
    <w:p>
      <w:pPr>
        <w:jc w:val="right"/>
      </w:pPr>
      <w:r>
        <w:t>دس کائنڈ آف لیونگ از ناٹ ہجرت لیونگ. اف دے فالو دس کائنڈ آف لیونگ، دے آر دے کین ناٹ بی ٹریٹڈ ایز ا مہاجر.</w:t>
      </w:r>
    </w:p>
    <w:p>
      <w:r>
        <w:rPr>
          <w:b/>
        </w:rPr>
        <w:t xml:space="preserve">[11:23] </w:t>
      </w:r>
      <w:r>
        <w:t>to i would say that these muslims have a good chance, good chance, a good opportunity to do the work in every country where muslims are living as diaspora.</w:t>
      </w:r>
    </w:p>
    <w:p>
      <w:pPr>
        <w:jc w:val="right"/>
      </w:pPr>
      <w:r>
        <w:t>تو ائی وڈ سے دیٹ دیز مسلمز ہیو ا گڈ چانس، گڈ چانس، ا گڈ اپرچونیٹی ٹو ڈو دا ورک ان ایوری کنٹری ویر مسلمز ار لیونگ ایز ڈائسپورا۔</w:t>
      </w:r>
    </w:p>
    <w:p>
      <w:r>
        <w:rPr>
          <w:b/>
        </w:rPr>
        <w:t xml:space="preserve">[11:44] </w:t>
      </w:r>
      <w:r>
        <w:t>there are so many non muslims in their neighbor, in their factory, in their job place, in their work place, every where.</w:t>
      </w:r>
    </w:p>
    <w:p>
      <w:pPr>
        <w:jc w:val="right"/>
      </w:pPr>
      <w:r>
        <w:t>دیر ار سو مینی نان مسلمز ان دیر نیبر، ان دیر فیکٹری، ان دیر جاب پلیس، ان دیر ورک پلیس، ایوری ویر۔</w:t>
      </w:r>
    </w:p>
    <w:p>
      <w:r>
        <w:rPr>
          <w:b/>
        </w:rPr>
        <w:t xml:space="preserve">[11:53] </w:t>
      </w:r>
      <w:r>
        <w:t>so it is very easy to do the work among these non muslims. and easiest way to do the work is to have transitions of the quran and books in the in islam and islamic literature</w:t>
      </w:r>
    </w:p>
    <w:p>
      <w:pPr>
        <w:jc w:val="right"/>
      </w:pPr>
      <w:r>
        <w:t>سو اٹ از ویری ایزی ٹو ڈو دا ورک امنگ دیز نان مسلمز۔ اینڈ ایزیسٹ وے ٹو ڈو دا ورک از ٹو ہیو ٹرانسیشنز اف دا قرآن اینڈ بکس ان دا ان اسلام اینڈ اسلامک لٹریچر</w:t>
      </w:r>
    </w:p>
    <w:p>
      <w:r>
        <w:rPr>
          <w:b/>
        </w:rPr>
        <w:t xml:space="preserve">[12:13] </w:t>
      </w:r>
      <w:r>
        <w:t>. you can keep it in your pocket, you can keep it in your bag, and you can distribute these books to your</w:t>
      </w:r>
    </w:p>
    <w:p>
      <w:pPr>
        <w:jc w:val="right"/>
      </w:pPr>
      <w:r>
        <w:t>۔ یو کین کیپ اٹ ان یور پاکٹ، یو کین کیپ اٹ ان یور بیگ، اینڈ یو کین ڈسٹریبیوٹ دیز بکس ٹو یور</w:t>
      </w:r>
    </w:p>
    <w:p>
      <w:r>
        <w:rPr>
          <w:b/>
        </w:rPr>
        <w:t xml:space="preserve">[12:27] </w:t>
      </w:r>
      <w:r>
        <w:t>to your neighbors, among neighbors.</w:t>
      </w:r>
    </w:p>
    <w:p>
      <w:pPr>
        <w:jc w:val="right"/>
      </w:pPr>
      <w:r>
        <w:t>ٹو یور نیبرز، امنگ نیبرز۔</w:t>
      </w:r>
    </w:p>
    <w:p>
      <w:r>
        <w:rPr>
          <w:b/>
        </w:rPr>
        <w:t xml:space="preserve">[12:34] </w:t>
      </w:r>
      <w:r>
        <w:t>but muslims of these countries have no passion of dawah, so they are not doing the work.</w:t>
      </w:r>
    </w:p>
    <w:p>
      <w:pPr>
        <w:jc w:val="right"/>
      </w:pPr>
      <w:r>
        <w:t>بٹ مسلمز اف دیز کنٹریز ہیو نو پیشن اف دعویٰ، سو دے آر ناٹ ڈوئنگ دا ورک۔</w:t>
      </w:r>
    </w:p>
    <w:p>
      <w:r>
        <w:rPr>
          <w:b/>
        </w:rPr>
        <w:t xml:space="preserve">[12:46] </w:t>
      </w:r>
      <w:r>
        <w:t>this kind of life is very risky.</w:t>
      </w:r>
    </w:p>
    <w:p>
      <w:pPr>
        <w:jc w:val="right"/>
      </w:pPr>
      <w:r>
        <w:t>دس کائنڈ آف لائف از ویری رسکی۔</w:t>
      </w:r>
    </w:p>
    <w:p>
      <w:r>
        <w:rPr>
          <w:b/>
        </w:rPr>
        <w:t xml:space="preserve">[12:54] </w:t>
      </w:r>
      <w:r>
        <w:t>it is moment's duty to convey the message of god.</w:t>
      </w:r>
    </w:p>
    <w:p>
      <w:pPr>
        <w:jc w:val="right"/>
      </w:pPr>
      <w:r>
        <w:t>اٹ از مومنٹس ڈیوٹی ٹو کنوے دا میسج اف گاڈ۔</w:t>
      </w:r>
    </w:p>
    <w:p>
      <w:r>
        <w:rPr>
          <w:b/>
        </w:rPr>
        <w:t xml:space="preserve">[13:02] </w:t>
      </w:r>
      <w:r>
        <w:t>it is your duty to convey the message of god to your neighbor.</w:t>
      </w:r>
    </w:p>
    <w:p>
      <w:pPr>
        <w:jc w:val="right"/>
      </w:pPr>
      <w:r>
        <w:t>اٹ از یور ڈیوٹی ٹو کنوے دا میسج اف گاڈ ٹو یور نیبر۔</w:t>
      </w:r>
    </w:p>
    <w:p>
      <w:r>
        <w:rPr>
          <w:b/>
        </w:rPr>
        <w:t xml:space="preserve">[13:09] </w:t>
      </w:r>
      <w:r>
        <w:t>so you are living in the neighbor of western people</w:t>
      </w:r>
    </w:p>
    <w:p>
      <w:pPr>
        <w:jc w:val="right"/>
      </w:pPr>
      <w:r>
        <w:t>سو یو آر لیونگ ان دا نیبر اف ویسٹرن پیپل</w:t>
      </w:r>
    </w:p>
    <w:p>
      <w:r>
        <w:rPr>
          <w:b/>
        </w:rPr>
        <w:t xml:space="preserve">[13:14] </w:t>
      </w:r>
      <w:r>
        <w:t>. it is your. so it is your duty to convey the message of god to these western neighbors. if you are not doing this, you will be held responsible before god.</w:t>
      </w:r>
    </w:p>
    <w:p>
      <w:pPr>
        <w:jc w:val="right"/>
      </w:pPr>
      <w:r>
        <w:t>۔ اٹ از یور۔ سو اٹ از یور ڈیوٹی ٹو کنوے دا میسج اف گاڈ ٹو دیز ویسٹرن نیبرز۔ اف یو آر ناٹ ڈوئنگ دس، یو ویل بی ہیلڈ ریسپانسبل بیفور گاڈ۔</w:t>
      </w:r>
    </w:p>
    <w:p>
      <w:r>
        <w:rPr>
          <w:b/>
        </w:rPr>
        <w:t xml:space="preserve">[13:28] </w:t>
      </w:r>
      <w:r>
        <w:t>it is very risky position.</w:t>
      </w:r>
    </w:p>
    <w:p>
      <w:pPr>
        <w:jc w:val="right"/>
      </w:pPr>
      <w:r>
        <w:t>اٹ از ویری رسکی پوزیشن۔</w:t>
      </w:r>
    </w:p>
    <w:p>
      <w:r>
        <w:rPr>
          <w:b/>
        </w:rPr>
        <w:t xml:space="preserve">[13:33] </w:t>
      </w:r>
      <w:r>
        <w:t>so i would like to say that these muslims who are living in diaspora in western countries or any other country.</w:t>
      </w:r>
    </w:p>
    <w:p>
      <w:pPr>
        <w:jc w:val="right"/>
      </w:pPr>
      <w:r>
        <w:t>سو ائی وڈ لائک ٹو سے دیٹ دیز مسلمز ہو آر لیونگ ان ڈائسپورا ان ویسٹرن کنٹریز اور اینی ادر کنٹری۔</w:t>
      </w:r>
    </w:p>
    <w:p>
      <w:r>
        <w:rPr>
          <w:b/>
        </w:rPr>
        <w:t xml:space="preserve">[13:43] </w:t>
      </w:r>
      <w:r>
        <w:t>they must adopt</w:t>
      </w:r>
    </w:p>
    <w:p>
      <w:pPr>
        <w:jc w:val="right"/>
      </w:pPr>
      <w:r>
        <w:t>دے مسٹ اڈاپٹ</w:t>
      </w:r>
    </w:p>
    <w:p>
      <w:r>
        <w:rPr>
          <w:b/>
        </w:rPr>
        <w:t xml:space="preserve">[13:49] </w:t>
      </w:r>
      <w:r>
        <w:t>a missionary life. they must live with with the formula one man to mission.</w:t>
      </w:r>
    </w:p>
    <w:p>
      <w:pPr>
        <w:jc w:val="right"/>
      </w:pPr>
      <w:r>
        <w:t>ا مشنری لائف۔ دے مسٹ لیو ود ود دا فارمولا ون مین ٹو مشن۔</w:t>
      </w:r>
    </w:p>
    <w:p>
      <w:r>
        <w:rPr>
          <w:b/>
        </w:rPr>
        <w:t xml:space="preserve">[14:04] </w:t>
      </w:r>
      <w:r>
        <w:t>They must adopt the formula: one man, two missions. One mission is to earn money. One part of their mission is to earn money.</w:t>
      </w:r>
    </w:p>
    <w:p>
      <w:pPr>
        <w:jc w:val="right"/>
      </w:pPr>
      <w:r>
        <w:t>دے مسٹ اڈاپٹ دا فارمولا ون مین ٹو مشن۔ ون مشن از ٹو ارن منی۔ ون پارٹ اف دیر مشن از ٹو ارن منی۔</w:t>
      </w:r>
    </w:p>
    <w:p>
      <w:r>
        <w:rPr>
          <w:b/>
        </w:rPr>
        <w:t xml:space="preserve">[14:19] </w:t>
      </w:r>
      <w:r>
        <w:t>The second part of their mission is to convey the message of God to their neighbors.</w:t>
      </w:r>
    </w:p>
    <w:p>
      <w:pPr>
        <w:jc w:val="right"/>
      </w:pPr>
      <w:r>
        <w:t>دا سیکنڈ پارٹ اف دیر مشن از ٹو کنوے دا میسج اف گاڈ ٹو دیر نیبرز۔</w:t>
      </w:r>
    </w:p>
    <w:p>
      <w:r>
        <w:rPr>
          <w:b/>
        </w:rPr>
        <w:t xml:space="preserve">[14:31] </w:t>
      </w:r>
      <w:r>
        <w:t>so you have to adopt this formula one man to mission. otherwise, you</w:t>
      </w:r>
    </w:p>
    <w:p>
      <w:pPr>
        <w:jc w:val="right"/>
      </w:pPr>
      <w:r>
        <w:t>سو یو ہیو ٹو اڈاپٹ دس فارمولا ون مین ٹو مشن۔ ادروائز، یو</w:t>
      </w:r>
    </w:p>
    <w:p>
      <w:r>
        <w:rPr>
          <w:b/>
        </w:rPr>
        <w:t xml:space="preserve">[14:42] </w:t>
      </w:r>
      <w:r>
        <w:t>you are living a very risky. adopted a very risky position.</w:t>
      </w:r>
    </w:p>
    <w:p>
      <w:pPr>
        <w:jc w:val="right"/>
      </w:pPr>
      <w:r>
        <w:t>یو آر لیونگ ا ویری رسکی۔ اڈاپٹڈ ا ویری رسکی پوزیشن۔</w:t>
      </w:r>
    </w:p>
    <w:p>
      <w:r>
        <w:rPr>
          <w:b/>
        </w:rPr>
        <w:t xml:space="preserve">[14:50] </w:t>
      </w:r>
      <w:r>
        <w:t>you are answerable before god.</w:t>
      </w:r>
    </w:p>
    <w:p>
      <w:pPr>
        <w:jc w:val="right"/>
      </w:pPr>
      <w:r>
        <w:t>یو آر انسر ایبل بیفور گاڈ۔</w:t>
      </w:r>
    </w:p>
    <w:p>
      <w:r>
        <w:rPr>
          <w:b/>
        </w:rPr>
        <w:t xml:space="preserve">[14:57] </w:t>
      </w:r>
      <w:r>
        <w:t>now, we are living in the age of printing press, in the age of age of communication. so now, it is very easy to adopt this mission.</w:t>
      </w:r>
    </w:p>
    <w:p>
      <w:pPr>
        <w:jc w:val="right"/>
      </w:pPr>
      <w:r>
        <w:t>ناو، وی آر لیونگ ان دا ایج اف پرنٹنگ پریس، ان دا ایج اف ایج اف کمیونیکیشن۔ سو ناو، اٹ از ویری ایزی ٹو اڈاپٹ دس مشن۔</w:t>
      </w:r>
    </w:p>
    <w:p>
      <w:r>
        <w:rPr>
          <w:b/>
        </w:rPr>
        <w:t xml:space="preserve">[15:13] </w:t>
      </w:r>
      <w:r>
        <w:t>very very easy.</w:t>
      </w:r>
    </w:p>
    <w:p>
      <w:pPr>
        <w:jc w:val="right"/>
      </w:pPr>
      <w:r>
        <w:t>ویری ویری ایزی۔</w:t>
      </w:r>
    </w:p>
    <w:p>
      <w:r>
        <w:rPr>
          <w:b/>
        </w:rPr>
        <w:t xml:space="preserve">[15:17] </w:t>
      </w:r>
      <w:r>
        <w:t>and then, i would say that</w:t>
      </w:r>
    </w:p>
    <w:p>
      <w:pPr>
        <w:jc w:val="right"/>
      </w:pPr>
      <w:r>
        <w:t>اینڈ دین، ائی وڈ سے دیٹ</w:t>
      </w:r>
    </w:p>
    <w:p>
      <w:r>
        <w:rPr>
          <w:b/>
        </w:rPr>
        <w:t xml:space="preserve">[15:24] </w:t>
      </w:r>
      <w:r>
        <w:t>these in love, this is also very important for your family, for your life.</w:t>
      </w:r>
    </w:p>
    <w:p>
      <w:pPr>
        <w:jc w:val="right"/>
      </w:pPr>
      <w:r>
        <w:t>دیز ان لو، دس از السو ویری امپورٹنٹ فار یور فیملی، فار یور لائف۔</w:t>
      </w:r>
    </w:p>
    <w:p>
      <w:r>
        <w:rPr>
          <w:b/>
        </w:rPr>
        <w:t xml:space="preserve">[15:34] </w:t>
      </w:r>
      <w:r>
        <w:t>in the present situation, your migration is a very very critical migration.</w:t>
      </w:r>
    </w:p>
    <w:p>
      <w:pPr>
        <w:jc w:val="right"/>
      </w:pPr>
      <w:r>
        <w:t>ان دا پریزنٹ سچویشن، یور مائیگریشن از ا ویری ویری کریٹیکل مائیگریشن۔</w:t>
      </w:r>
    </w:p>
    <w:p>
      <w:r>
        <w:rPr>
          <w:b/>
        </w:rPr>
        <w:t xml:space="preserve">[15:47] </w:t>
      </w:r>
      <w:r>
        <w:t>it means that you have migrated from</w:t>
      </w:r>
    </w:p>
    <w:p>
      <w:pPr>
        <w:jc w:val="right"/>
      </w:pPr>
      <w:r>
        <w:t>اٹ مینز دیٹ یو ہیو مائیگریٹڈ فرام</w:t>
      </w:r>
    </w:p>
    <w:p>
      <w:r>
        <w:rPr>
          <w:b/>
        </w:rPr>
        <w:t xml:space="preserve">[15:55] </w:t>
      </w:r>
      <w:r>
        <w:t>for your country only for purpose of material gain, only for material gain.</w:t>
      </w:r>
    </w:p>
    <w:p>
      <w:pPr>
        <w:jc w:val="right"/>
      </w:pPr>
      <w:r>
        <w:t>فار یور کنٹری اونلی فار پرپس اف مٹیریل گین، اونلی فار مٹیریل گین۔</w:t>
      </w:r>
    </w:p>
    <w:p>
      <w:r>
        <w:rPr>
          <w:b/>
        </w:rPr>
        <w:t xml:space="preserve">[16:05] </w:t>
      </w:r>
      <w:r>
        <w:t>and in your homeland, when you are living in your homeland, that was a muslim land.</w:t>
      </w:r>
    </w:p>
    <w:p>
      <w:pPr>
        <w:jc w:val="right"/>
      </w:pPr>
      <w:r>
        <w:t>اینڈ ان یور ہوم لینڈ، وین یو آر لیونگ ان یور ہوم لینڈ، دیٹ واز ا مسلم لینڈ۔</w:t>
      </w:r>
    </w:p>
    <w:p>
      <w:r>
        <w:rPr>
          <w:b/>
        </w:rPr>
        <w:t xml:space="preserve">[16:14] </w:t>
      </w:r>
      <w:r>
        <w:t>there was azan every day. there were islamic activities, there were islamic institutions,</w:t>
      </w:r>
    </w:p>
    <w:p>
      <w:pPr>
        <w:jc w:val="right"/>
      </w:pPr>
      <w:r>
        <w:t>دیر واز اذان ایوری ڈے۔ دیر ویر اسلامک ایکٹیویٹیز، دیر ویر اسلامک انسٹیٹیوشنز،</w:t>
      </w:r>
    </w:p>
    <w:p>
      <w:r>
        <w:rPr>
          <w:b/>
        </w:rPr>
        <w:t xml:space="preserve">[16:28] </w:t>
      </w:r>
      <w:r>
        <w:t>there were islamic gathering. so all these things were there.</w:t>
      </w:r>
    </w:p>
    <w:p>
      <w:pPr>
        <w:jc w:val="right"/>
      </w:pPr>
      <w:r>
        <w:t>دیر ویر اسلامک گیدرنگ۔ سو ال دی تھنگز ویر دیر۔</w:t>
      </w:r>
    </w:p>
    <w:p>
      <w:r>
        <w:rPr>
          <w:b/>
        </w:rPr>
        <w:t xml:space="preserve">[16:33] </w:t>
      </w:r>
      <w:r>
        <w:t>but now, when you left your homeland, and you settle in in some other country, that means that you have migrated from from islamic land to a material land.</w:t>
      </w:r>
    </w:p>
    <w:p>
      <w:pPr>
        <w:jc w:val="right"/>
      </w:pPr>
      <w:r>
        <w:t>بٹ ناو، وین یو لیفٹ یور ہوم لینڈ، اینڈ یو سیٹل ان ان سم ادر کنٹری، دیٹ مینز دیٹ یو ہیو مائیگریٹڈ فرام فرام اسلامک لینڈ ٹو ا مٹیریل لینڈ۔</w:t>
      </w:r>
    </w:p>
    <w:p>
      <w:r>
        <w:rPr>
          <w:b/>
        </w:rPr>
        <w:t xml:space="preserve">[16:57] </w:t>
      </w:r>
      <w:r>
        <w:t>so you have to legitimize this kind of action.</w:t>
      </w:r>
    </w:p>
    <w:p>
      <w:pPr>
        <w:jc w:val="right"/>
      </w:pPr>
      <w:r>
        <w:t>سو یو ہیو ٹو لیجیٹیمنائز دس کائنڈ اف ایکشن۔</w:t>
      </w:r>
    </w:p>
    <w:p>
      <w:r>
        <w:rPr>
          <w:b/>
        </w:rPr>
        <w:t xml:space="preserve">[17:04] </w:t>
      </w:r>
      <w:r>
        <w:t>you have to do something that may justify your venture. and that is only dawah, dawah ila allah.</w:t>
      </w:r>
    </w:p>
    <w:p>
      <w:pPr>
        <w:jc w:val="right"/>
      </w:pPr>
      <w:r>
        <w:t>یو ہیو ٹو ڈو سمتھنگ دیٹ می جسٹیفائی یور وینچر۔ اینڈ دیٹ از اونلی دعویٰ، دعویٰ الی اللہ۔</w:t>
      </w:r>
    </w:p>
    <w:p>
      <w:r>
        <w:rPr>
          <w:b/>
        </w:rPr>
        <w:t xml:space="preserve">[17:17] </w:t>
      </w:r>
      <w:r>
        <w:t>i would say that simply</w:t>
      </w:r>
    </w:p>
    <w:p>
      <w:pPr>
        <w:jc w:val="right"/>
      </w:pPr>
      <w:r>
        <w:t>ائی وڈ سے دیٹ سمپلی</w:t>
      </w:r>
    </w:p>
    <w:p>
      <w:r>
        <w:rPr>
          <w:b/>
        </w:rPr>
        <w:t xml:space="preserve">[17:22] </w:t>
      </w:r>
      <w:r>
        <w:t>performing salah is not enough.</w:t>
      </w:r>
    </w:p>
    <w:p>
      <w:pPr>
        <w:jc w:val="right"/>
      </w:pPr>
      <w:r>
        <w:t>پرفارمنگ صلاۃ از ناٹ انف۔</w:t>
      </w:r>
    </w:p>
    <w:p>
      <w:r>
        <w:rPr>
          <w:b/>
        </w:rPr>
        <w:t xml:space="preserve">[17:26] </w:t>
      </w:r>
      <w:r>
        <w:t>some people may think, some muslims may think that we are performing namaz, and that is enough fast.</w:t>
      </w:r>
    </w:p>
    <w:p>
      <w:pPr>
        <w:jc w:val="right"/>
      </w:pPr>
      <w:r>
        <w:t>سم پیپل می تھنک، سم مسلمز می تھنک دیٹ وی آر پرفارمنگ نماز، اینڈ دیٹ از انف فاسٹ۔</w:t>
      </w:r>
    </w:p>
    <w:p>
      <w:r>
        <w:rPr>
          <w:b/>
        </w:rPr>
        <w:t xml:space="preserve">[17:37] </w:t>
      </w:r>
      <w:r>
        <w:t>and also, we are, we have preserved our identity, but that is not enough. dawah is as important as as salah and hajj for a muslim.</w:t>
      </w:r>
    </w:p>
    <w:p>
      <w:pPr>
        <w:jc w:val="right"/>
      </w:pPr>
      <w:r>
        <w:t>اینڈ السو، وی آر، وی ہیو پریزروڈ اور ائیڈینٹی، بٹ دیٹ از ناٹ انف۔ دعویٰ از ایز امپورٹنٹ ایز ایز صلاۃ اینڈ حج فار ا مسلم۔</w:t>
      </w:r>
    </w:p>
    <w:p>
      <w:r>
        <w:rPr>
          <w:b/>
        </w:rPr>
        <w:t xml:space="preserve">[17:57] </w:t>
      </w:r>
      <w:r>
        <w:t>dawah is a farz. dawah is is an obligatory work. it is not, it is not optional.</w:t>
      </w:r>
    </w:p>
    <w:p>
      <w:pPr>
        <w:jc w:val="right"/>
      </w:pPr>
      <w:r>
        <w:t>دعویٰ از ا فرض۔ دعویٰ از از این ابلیگیٹری ورک۔ اٹ از ناٹ، اٹ از ناٹ اپشنل۔</w:t>
      </w:r>
    </w:p>
    <w:p>
      <w:r>
        <w:rPr>
          <w:b/>
        </w:rPr>
        <w:t xml:space="preserve">[18:11] </w:t>
      </w:r>
      <w:r>
        <w:t>so you have to do the work just as you are performing salah and hajj.</w:t>
      </w:r>
    </w:p>
    <w:p>
      <w:pPr>
        <w:jc w:val="right"/>
      </w:pPr>
      <w:r>
        <w:t>سو یو ہیو ٹو ڈو دا ورک جسٹ ایز یو آر پرفارمنگ صلاۃ اینڈ حج۔</w:t>
      </w:r>
    </w:p>
    <w:p>
      <w:r>
        <w:rPr>
          <w:b/>
        </w:rPr>
        <w:t xml:space="preserve">[18:23] </w:t>
      </w:r>
      <w:r>
        <w:t>so you have to. it is, it is, it is a fact that every muslim is living in neighborhood.</w:t>
      </w:r>
    </w:p>
    <w:p>
      <w:pPr>
        <w:jc w:val="right"/>
      </w:pPr>
      <w:r>
        <w:t>سو یو ہیو ٹو۔ اٹ از، اٹ از، اٹ از ا فیکٹ دیٹ ایوری مسلم از لیونگ ان نیبرہڈ۔</w:t>
      </w:r>
    </w:p>
    <w:p>
      <w:r>
        <w:rPr>
          <w:b/>
        </w:rPr>
        <w:t xml:space="preserve">[18:35] </w:t>
      </w:r>
      <w:r>
        <w:t>and it is your duty to convey the message of God to your,</w:t>
      </w:r>
    </w:p>
    <w:p>
      <w:pPr>
        <w:jc w:val="right"/>
      </w:pPr>
      <w:r>
        <w:t>اینڈ اٹ از یور ڈیوٹی ٹو کنوے دا میسج اف گاڈ ٹو یور،</w:t>
      </w:r>
    </w:p>
    <w:p>
      <w:r>
        <w:rPr>
          <w:b/>
        </w:rPr>
        <w:t xml:space="preserve">[18:43] </w:t>
      </w:r>
      <w:r>
        <w:t>to neighbors. If you fail to do this job, your neighbor will ask you in the world hereafter that we were living in your neighborhood.</w:t>
      </w:r>
    </w:p>
    <w:p>
      <w:pPr>
        <w:jc w:val="right"/>
      </w:pPr>
      <w:r>
        <w:t>ٹو نیبرز۔ اف یو فیل ٹو ڈو دس جاب، یور نیبر ول اسک یو ان دی ورلڈ ہیر افٹر دیٹ وی ویر لیونگ ان یور نیبرہڈ۔</w:t>
      </w:r>
    </w:p>
    <w:p>
      <w:r>
        <w:rPr>
          <w:b/>
        </w:rPr>
        <w:t xml:space="preserve">[19:00] </w:t>
      </w:r>
      <w:r>
        <w:t>you were, you were Muslims, you were having the book of God</w:t>
      </w:r>
    </w:p>
    <w:p>
      <w:pPr>
        <w:jc w:val="right"/>
      </w:pPr>
      <w:r>
        <w:t>یو ویر، یو ویر مسلمز، یو ویر ہیونگ دا بک اف گاڈ</w:t>
      </w:r>
    </w:p>
    <w:p>
      <w:r>
        <w:rPr>
          <w:b/>
        </w:rPr>
        <w:t xml:space="preserve">[19:10] </w:t>
      </w:r>
      <w:r>
        <w:t>. So why you fail to convey this message to us?</w:t>
      </w:r>
    </w:p>
    <w:p>
      <w:pPr>
        <w:jc w:val="right"/>
      </w:pPr>
      <w:r>
        <w:t>۔ سو وائی یو فیل ٹو کنوے دس میسج ٹو اس؟</w:t>
      </w:r>
    </w:p>
    <w:p>
      <w:r>
        <w:rPr>
          <w:b/>
        </w:rPr>
        <w:t xml:space="preserve">[19:18] </w:t>
      </w:r>
      <w:r>
        <w:t>Why you fail to give us a copy of the Quran?</w:t>
      </w:r>
    </w:p>
    <w:p>
      <w:pPr>
        <w:jc w:val="right"/>
      </w:pPr>
      <w:r>
        <w:t>وائی یو فیل ٹو گیو اس ا کاپی اف دا قرآن؟</w:t>
      </w:r>
    </w:p>
    <w:p>
      <w:r>
        <w:rPr>
          <w:b/>
        </w:rPr>
        <w:t xml:space="preserve">[19:27] </w:t>
      </w:r>
      <w:r>
        <w:t>So these neighbors will ask you this question in the world hereafter.</w:t>
      </w:r>
    </w:p>
    <w:p>
      <w:pPr>
        <w:jc w:val="right"/>
      </w:pPr>
      <w:r>
        <w:t>سو دیز نیبر ول اسک یو دس کوئسچن ان دا ورلڈ ہیر افٹر۔</w:t>
      </w:r>
    </w:p>
    <w:p>
      <w:r>
        <w:rPr>
          <w:b/>
        </w:rPr>
        <w:t xml:space="preserve">[19:38] </w:t>
      </w:r>
      <w:r>
        <w:t>So it is not very simple that you have left your homeland and you settled in some other country and earning more money and providing better,</w:t>
      </w:r>
    </w:p>
    <w:p>
      <w:pPr>
        <w:jc w:val="right"/>
      </w:pPr>
      <w:r>
        <w:t>سو اٹ از ناٹ ویری سمپل دیٹ یو ہیو لیفٹ یور ہوم لینڈ اینڈ یو سیٹلڈ ان سم ادر کنٹری اینڈ ارننگ مور منی اینڈ پرووائیڈنگ بیٹر،</w:t>
      </w:r>
    </w:p>
    <w:p>
      <w:r>
        <w:rPr>
          <w:b/>
        </w:rPr>
        <w:t xml:space="preserve">[20:03] </w:t>
      </w:r>
      <w:r>
        <w:t>better life for your family. It is enough, enough</w:t>
      </w:r>
    </w:p>
    <w:p>
      <w:pPr>
        <w:jc w:val="right"/>
      </w:pPr>
      <w:r>
        <w:t>بیٹر لائف فار یور فیملی۔ اٹ از انف، انف</w:t>
      </w:r>
    </w:p>
    <w:p>
      <w:r>
        <w:rPr>
          <w:b/>
        </w:rPr>
        <w:t xml:space="preserve">[20:11] </w:t>
      </w:r>
      <w:r>
        <w:t>for your neighbor. Your neighbor has also some right.</w:t>
      </w:r>
    </w:p>
    <w:p>
      <w:pPr>
        <w:jc w:val="right"/>
      </w:pPr>
      <w:r>
        <w:t>فار یور نیبر۔ یور نیبر ہیز السو سم رائٹ۔</w:t>
      </w:r>
    </w:p>
    <w:p>
      <w:r>
        <w:rPr>
          <w:b/>
        </w:rPr>
        <w:t xml:space="preserve">[20:20] </w:t>
      </w:r>
      <w:r>
        <w:t>There is Hadith that Jallak 'alaik haqq, Jallak 'alaik haqq. It means that your neighbor has also right.</w:t>
      </w:r>
    </w:p>
    <w:p>
      <w:pPr>
        <w:jc w:val="right"/>
      </w:pPr>
      <w:r>
        <w:t>دیر از حدیث دیٹ جالک علیق حق، جالک علیق حق۔ اٹ مینز دیٹ یور نیبر ہیز السو رائٹ۔</w:t>
      </w:r>
    </w:p>
    <w:p>
      <w:r>
        <w:rPr>
          <w:b/>
        </w:rPr>
        <w:t xml:space="preserve">[20:33] </w:t>
      </w:r>
      <w:r>
        <w:t>You have to fulfill that right.</w:t>
      </w:r>
    </w:p>
    <w:p>
      <w:pPr>
        <w:jc w:val="right"/>
      </w:pPr>
      <w:r>
        <w:t>یو ہیو ٹو فل فل دیٹ رائٹ۔</w:t>
      </w:r>
    </w:p>
    <w:p>
      <w:r>
        <w:rPr>
          <w:b/>
        </w:rPr>
        <w:t xml:space="preserve">[20:37] </w:t>
      </w:r>
      <w:r>
        <w:t>And that right now</w:t>
      </w:r>
    </w:p>
    <w:p>
      <w:pPr>
        <w:jc w:val="right"/>
      </w:pPr>
      <w:r>
        <w:t>اینڈ دیٹ رائٹ نا</w:t>
      </w:r>
    </w:p>
    <w:p>
      <w:r>
        <w:rPr>
          <w:b/>
        </w:rPr>
        <w:t xml:space="preserve">[20:41] </w:t>
      </w:r>
      <w:r>
        <w:t>that you provide some food, some bread, some money. No, the greatest right of your neighbor is to to give them a copy of the Quran to convey the message of God.</w:t>
      </w:r>
    </w:p>
    <w:p>
      <w:pPr>
        <w:jc w:val="right"/>
      </w:pPr>
      <w:r>
        <w:t>دیٹ یو پرووائیڈ سم فوڈ، سم بریڈ، سم منی۔ نو، دا گریٹسٹ رائٹ اف یور نیبر از ٹو ٹو گیو دیم ا کاپی اف دا قرآن ٹو کنوے دا میسج اف گاڈ۔</w:t>
      </w:r>
    </w:p>
    <w:p>
      <w:r>
        <w:rPr>
          <w:b/>
        </w:rPr>
        <w:t xml:space="preserve">[21:00] </w:t>
      </w:r>
      <w:r>
        <w:t>is the first right of your neighbor.</w:t>
      </w:r>
    </w:p>
    <w:p>
      <w:pPr>
        <w:jc w:val="right"/>
      </w:pPr>
      <w:r>
        <w:t>از دا فرسٹ رائٹ اف یور نیبر۔</w:t>
      </w:r>
    </w:p>
    <w:p>
      <w:r>
        <w:rPr>
          <w:b/>
        </w:rPr>
        <w:t xml:space="preserve">[21:08] </w:t>
      </w:r>
      <w:r>
        <w:t>So every Muslim, every man and woman who are living in diaspora, they must</w:t>
      </w:r>
    </w:p>
    <w:p>
      <w:pPr>
        <w:jc w:val="right"/>
      </w:pPr>
      <w:r>
        <w:t>سو ایوری مسلم، ایوری مین اینڈ وومن ہو آر لیونگ ان ڈائسپورا، دے مسٹ</w:t>
      </w:r>
    </w:p>
    <w:p>
      <w:r>
        <w:rPr>
          <w:b/>
        </w:rPr>
        <w:t xml:space="preserve">[21:21] </w:t>
      </w:r>
      <w:r>
        <w:t>introspect. They must rethink, they must reassess about their life.</w:t>
      </w:r>
    </w:p>
    <w:p>
      <w:pPr>
        <w:jc w:val="right"/>
      </w:pPr>
      <w:r>
        <w:t>انٹروسپیکٹ۔ دے مسٹ ری تھنک، دے مسٹ ری اسس اباؤٹ دیر لائف۔</w:t>
      </w:r>
    </w:p>
    <w:p>
      <w:r>
        <w:rPr>
          <w:b/>
        </w:rPr>
        <w:t xml:space="preserve">[21:34] </w:t>
      </w:r>
      <w:r>
        <w:t>They are living, will be, they are living in a very risky position.</w:t>
      </w:r>
    </w:p>
    <w:p>
      <w:pPr>
        <w:jc w:val="right"/>
      </w:pPr>
      <w:r>
        <w:t>دے آر لیونگ، ول بی، دے آر لیونگ ان ا ویری رسکی پوزیشن۔</w:t>
      </w:r>
    </w:p>
    <w:p>
      <w:r>
        <w:rPr>
          <w:b/>
        </w:rPr>
        <w:t xml:space="preserve">[21:42] </w:t>
      </w:r>
      <w:r>
        <w:t>It is, it is a great risk that you are living in country and you are not conveying the message of God to your neighbors.</w:t>
      </w:r>
    </w:p>
    <w:p>
      <w:pPr>
        <w:jc w:val="right"/>
      </w:pPr>
      <w:r>
        <w:t>اٹ از، اٹ از ا گریٹ رسک دیٹ یو آر لیونگ ان کنٹری اینڈ یو آر ناٹ کنوینگ دا میسج اف گاڈ ٹو یور نیبرز۔</w:t>
      </w:r>
    </w:p>
    <w:p>
      <w:r>
        <w:rPr>
          <w:b/>
        </w:rPr>
        <w:t xml:space="preserve">[21:58] </w:t>
      </w:r>
      <w:r>
        <w:t>If you are living in country and naturally their neighbors and you are not conveying the message of God to these neighbors,</w:t>
      </w:r>
    </w:p>
    <w:p>
      <w:pPr>
        <w:jc w:val="right"/>
      </w:pPr>
      <w:r>
        <w:t>اف یو آر لیونگ ان کنٹری اینڈ نیچرلی دیر نیبرز اینڈ یو آر ناٹ کنوینگ دا میسج اف گاڈ ٹو دیز نیبرز،</w:t>
      </w:r>
    </w:p>
    <w:p>
      <w:r>
        <w:rPr>
          <w:b/>
        </w:rPr>
        <w:t xml:space="preserve">[22:12] </w:t>
      </w:r>
      <w:r>
        <w:t>you are not providing the book of God to these neighbors, then you are</w:t>
      </w:r>
    </w:p>
    <w:p>
      <w:pPr>
        <w:jc w:val="right"/>
      </w:pPr>
      <w:r>
        <w:t>یو آر ناٹ پرووائیڈنگ دا بک اف گاڈ ٹو دیز نیبرز، دین یو آر</w:t>
      </w:r>
    </w:p>
    <w:p>
      <w:r>
        <w:rPr>
          <w:b/>
        </w:rPr>
        <w:t xml:space="preserve">[22:22] </w:t>
      </w:r>
      <w:r>
        <w:t>living in a very ris</w:t>
      </w:r>
    </w:p>
    <w:p>
      <w:pPr>
        <w:jc w:val="right"/>
      </w:pPr>
      <w:r>
        <w:t>لیونگ ان ا ویری رس</w:t>
      </w:r>
    </w:p>
    <w:p>
      <w:r>
        <w:rPr>
          <w:b/>
        </w:rPr>
        <w:t xml:space="preserve">[22:23] </w:t>
      </w:r>
      <w:r>
        <w:t>ky position. You have be, you be held responsible for this negligence of your neighbors.</w:t>
      </w:r>
    </w:p>
    <w:p>
      <w:pPr>
        <w:jc w:val="right"/>
      </w:pPr>
      <w:r>
        <w:t>کی پوزیشن۔ یو ہیو بی، یو بی ہیلڈ ریسپانسبل فار دس نیگلیجنس اف یور نیبرز۔</w:t>
      </w:r>
    </w:p>
    <w:p>
      <w:r>
        <w:rPr>
          <w:b/>
        </w:rPr>
        <w:t xml:space="preserve">[22:38] </w:t>
      </w:r>
      <w:r>
        <w:t>So to save yourself, to save your family, to save your children</w:t>
      </w:r>
    </w:p>
    <w:p>
      <w:pPr>
        <w:jc w:val="right"/>
      </w:pPr>
      <w:r>
        <w:t>سو ٹو سیو یور سیلف، ٹو سیو یور فیملی، ٹو سیو یور چلڈرن</w:t>
      </w:r>
    </w:p>
    <w:p>
      <w:r>
        <w:rPr>
          <w:b/>
        </w:rPr>
        <w:t xml:space="preserve">[22:48] </w:t>
      </w:r>
      <w:r>
        <w:t>, you have to adopt the work. Because if you do the work, then</w:t>
      </w:r>
    </w:p>
    <w:p>
      <w:pPr>
        <w:jc w:val="right"/>
      </w:pPr>
      <w:r>
        <w:t>، یو ہیو ٹو اڈاپٹ دا ورک۔ بیکاز اف یو ڈو دا ورک، دین</w:t>
      </w:r>
    </w:p>
    <w:p>
      <w:r>
        <w:rPr>
          <w:b/>
        </w:rPr>
        <w:t xml:space="preserve">[23:01] </w:t>
      </w:r>
      <w:r>
        <w:t>God Almighty will give you His blessing.</w:t>
      </w:r>
    </w:p>
    <w:p>
      <w:pPr>
        <w:jc w:val="right"/>
      </w:pPr>
      <w:r>
        <w:t>گاڈ المائٹی ول گیو یو ہز بلیسنگ۔</w:t>
      </w:r>
    </w:p>
    <w:p>
      <w:r>
        <w:rPr>
          <w:b/>
        </w:rPr>
        <w:t xml:space="preserve">[23:10] </w:t>
      </w:r>
      <w:r>
        <w:t>he will shower your blessing to you.</w:t>
      </w:r>
    </w:p>
    <w:p>
      <w:pPr>
        <w:jc w:val="right"/>
      </w:pPr>
      <w:r>
        <w:t>ہی ول شاور یور بلیسنگ ٹو یو۔</w:t>
      </w:r>
    </w:p>
    <w:p>
      <w:r>
        <w:rPr>
          <w:b/>
        </w:rPr>
        <w:t xml:space="preserve">[23:19] </w:t>
      </w:r>
      <w:r>
        <w:t>so if you want to have the blessing of god for you, for your family, for your children, then you have to do the work.</w:t>
      </w:r>
    </w:p>
    <w:p>
      <w:pPr>
        <w:jc w:val="right"/>
      </w:pPr>
      <w:r>
        <w:t>سو اف یو وانٹ ٹو ہیو دا بلیسنگ اف گاڈ فار یو، فار یور فیملی، فار یور چلڈرن، دین یو ہیو ٹو ڈو دا ورک۔</w:t>
      </w:r>
    </w:p>
    <w:p>
      <w:r>
        <w:rPr>
          <w:b/>
        </w:rPr>
        <w:t xml:space="preserve">[23:31] </w:t>
      </w:r>
      <w:r>
        <w:t>the work is not simply an announcement. the work is a greatest duty, greatest divine duty.</w:t>
      </w:r>
    </w:p>
    <w:p>
      <w:pPr>
        <w:jc w:val="right"/>
      </w:pPr>
      <w:r>
        <w:t>دا ورک از ناٹ سمپلی این اناؤنسمنٹ۔ دا ورک از ا گریٹسٹ ڈیوٹی، گریٹسٹ ڈیوائن ڈیوٹی۔</w:t>
      </w:r>
    </w:p>
    <w:p>
      <w:r>
        <w:rPr>
          <w:b/>
        </w:rPr>
        <w:t xml:space="preserve">[23:50] </w:t>
      </w:r>
      <w:r>
        <w:t>if you are living in your homeland, then your duties are. any among muslims</w:t>
      </w:r>
    </w:p>
    <w:p>
      <w:pPr>
        <w:jc w:val="right"/>
      </w:pPr>
      <w:r>
        <w:t>اف یو آر لیونگ ان یور ہوم لینڈ، دین یور ڈیوٹیز ار۔ اینی امنگ مسلمز</w:t>
      </w:r>
    </w:p>
    <w:p>
      <w:r>
        <w:rPr>
          <w:b/>
        </w:rPr>
        <w:t xml:space="preserve">[24:03] </w:t>
      </w:r>
      <w:r>
        <w:t>in your homeland, it is enough to do something for your muslims.</w:t>
      </w:r>
    </w:p>
    <w:p>
      <w:pPr>
        <w:jc w:val="right"/>
      </w:pPr>
      <w:r>
        <w:t>ان یور ہوم لینڈ، اٹ از انف ٹو ڈو سمتھنگ فار یور مسلمز۔</w:t>
      </w:r>
    </w:p>
    <w:p>
      <w:r>
        <w:rPr>
          <w:b/>
        </w:rPr>
        <w:t xml:space="preserve">[24:10] </w:t>
      </w:r>
      <w:r>
        <w:t>but when you are living in a non muslim country, then it is obligatory for you to include non muslims in the in the list of your dawah mission.</w:t>
      </w:r>
    </w:p>
    <w:p>
      <w:pPr>
        <w:jc w:val="right"/>
      </w:pPr>
      <w:r>
        <w:t>بٹ وین یو آر لیونگ ان ا نان مسلم کنٹری، دین اٹ از ابلیگیٹری فار یو ٹو انکلوڈ نان مسلمز ان دا ان دا لسٹ اف یور دعویٰ مشن۔</w:t>
      </w:r>
    </w:p>
    <w:p>
      <w:r>
        <w:rPr>
          <w:b/>
        </w:rPr>
        <w:t xml:space="preserve">[24:32] </w:t>
      </w:r>
      <w:r>
        <w:t>otherwise, you are nothing before, before god.</w:t>
      </w:r>
    </w:p>
    <w:p>
      <w:pPr>
        <w:jc w:val="right"/>
      </w:pPr>
      <w:r>
        <w:t>ادروائز، یو آر نتھنگ بیفور، بیفور گاڈ۔</w:t>
      </w:r>
    </w:p>
    <w:p>
      <w:r>
        <w:rPr>
          <w:b/>
        </w:rPr>
        <w:t xml:space="preserve">[24:44] </w:t>
      </w:r>
      <w:r>
        <w:t>then</w:t>
      </w:r>
    </w:p>
    <w:p>
      <w:pPr>
        <w:jc w:val="right"/>
      </w:pPr>
      <w:r>
        <w:t>دین</w:t>
      </w:r>
    </w:p>
    <w:p>
      <w:r>
        <w:rPr>
          <w:b/>
        </w:rPr>
        <w:t xml:space="preserve">[24:48] </w:t>
      </w:r>
      <w:r>
        <w:t>dawah is not simple. dawah is a living with the giving spirit.</w:t>
      </w:r>
    </w:p>
    <w:p>
      <w:pPr>
        <w:jc w:val="right"/>
      </w:pPr>
      <w:r>
        <w:t>دعویٰ از ناٹ سمپل۔ دعویٰ از ا لیونگ ود دی گیونگ سپرٹ۔</w:t>
      </w:r>
    </w:p>
    <w:p>
      <w:r>
        <w:rPr>
          <w:b/>
        </w:rPr>
        <w:t xml:space="preserve">[25:01] </w:t>
      </w:r>
      <w:r>
        <w:t>dawah is greatest giving.</w:t>
      </w:r>
    </w:p>
    <w:p>
      <w:pPr>
        <w:jc w:val="right"/>
      </w:pPr>
      <w:r>
        <w:t>دعویٰ از گریٹسٹ گیونگ۔</w:t>
      </w:r>
    </w:p>
    <w:p>
      <w:r>
        <w:rPr>
          <w:b/>
        </w:rPr>
        <w:t xml:space="preserve">[25:06] </w:t>
      </w:r>
      <w:r>
        <w:t>there is a verse in the quran:</w:t>
      </w:r>
    </w:p>
    <w:p>
      <w:pPr>
        <w:jc w:val="right"/>
      </w:pPr>
      <w:r>
        <w:t>دیر از ا ورس ان دا قرآن:</w:t>
      </w:r>
    </w:p>
    <w:p>
      <w:r>
        <w:rPr>
          <w:b/>
        </w:rPr>
        <w:t xml:space="preserve">[25:11] </w:t>
      </w:r>
      <w:r>
        <w:t>"it must" it means that those who are living as a giver in the society, they will be blessed.</w:t>
      </w:r>
    </w:p>
    <w:p>
      <w:pPr>
        <w:jc w:val="right"/>
      </w:pPr>
      <w:r>
        <w:t>"اٹ مسٹ" اٹ مین دیٹ دوز ہو آر لیونگ ایز ا گیور ان دا سوسائٹی، دے ول بی بلیسڈ۔</w:t>
      </w:r>
    </w:p>
    <w:p>
      <w:r>
        <w:rPr>
          <w:b/>
        </w:rPr>
        <w:t xml:space="preserve">[25:20] </w:t>
      </w:r>
      <w:r>
        <w:t>those who are living in the society as a giver member, they will receive the blessing of god.</w:t>
      </w:r>
    </w:p>
    <w:p>
      <w:pPr>
        <w:jc w:val="right"/>
      </w:pPr>
      <w:r>
        <w:t>دوز ہو آر لیونگ ان دا سوسائٹی ایز ا گیور ممبر، دے ول ریسیو دا بلیسنگ اف گاڈ۔</w:t>
      </w:r>
    </w:p>
    <w:p>
      <w:r>
        <w:rPr>
          <w:b/>
        </w:rPr>
        <w:t xml:space="preserve">[25:35] </w:t>
      </w:r>
      <w:r>
        <w:t>so dawah means</w:t>
      </w:r>
    </w:p>
    <w:p>
      <w:pPr>
        <w:jc w:val="right"/>
      </w:pPr>
      <w:r>
        <w:t>سو دعویٰ مینز</w:t>
      </w:r>
    </w:p>
    <w:p>
      <w:r>
        <w:rPr>
          <w:b/>
        </w:rPr>
        <w:t xml:space="preserve">[25:39] </w:t>
      </w:r>
      <w:r>
        <w:t>the, so dawah is a highly rewardable act. dawah is highly rewardable, rewardable act.</w:t>
      </w:r>
    </w:p>
    <w:p>
      <w:pPr>
        <w:jc w:val="right"/>
      </w:pPr>
      <w:r>
        <w:t>دا، سو دعویٰ از ا ہائیلی ریوارڈیبل ایکٹ۔ دعویٰ از ہائیلی ریوارڈیبل، ریوارڈیبل ایکٹ۔</w:t>
      </w:r>
    </w:p>
    <w:p>
      <w:r>
        <w:rPr>
          <w:b/>
        </w:rPr>
        <w:t xml:space="preserve">[25:51] </w:t>
      </w:r>
      <w:r>
        <w:t>dawah is not only giving, it is also receiving.</w:t>
      </w:r>
    </w:p>
    <w:p>
      <w:pPr>
        <w:jc w:val="right"/>
      </w:pPr>
      <w:r>
        <w:t>دعویٰ از ناٹ اونلی گیونگ، اٹ از السو ریسیونگ۔</w:t>
      </w:r>
    </w:p>
    <w:p>
      <w:r>
        <w:rPr>
          <w:b/>
        </w:rPr>
        <w:t xml:space="preserve">[25:58] </w:t>
      </w:r>
      <w:r>
        <w:t>you are, you are giving something to man and same time you are receiving something from god.</w:t>
      </w:r>
    </w:p>
    <w:p>
      <w:pPr>
        <w:jc w:val="right"/>
      </w:pPr>
      <w:r>
        <w:t>یو آر، یو آر گیونگ سمتھنگ ٹو مین اینڈ سیم ٹائم یو آر ریسیونگ سمتھنگ فرام گاڈ۔</w:t>
      </w:r>
    </w:p>
    <w:p>
      <w:r>
        <w:rPr>
          <w:b/>
        </w:rPr>
        <w:t xml:space="preserve">[26:09] </w:t>
      </w:r>
      <w:r>
        <w:t>when dawah is a rewardable act, then it means that</w:t>
      </w:r>
    </w:p>
    <w:p>
      <w:pPr>
        <w:jc w:val="right"/>
      </w:pPr>
      <w:r>
        <w:t>وین دعویٰ از ا ریوارڈیبل ایکٹ، دین اٹ مینز دیٹ</w:t>
      </w:r>
    </w:p>
    <w:p>
      <w:r>
        <w:rPr>
          <w:b/>
        </w:rPr>
        <w:t xml:space="preserve">[26:21] </w:t>
      </w:r>
      <w:r>
        <w:t>when you are doing the work, you are giving something to your ne</w:t>
      </w:r>
    </w:p>
    <w:p>
      <w:pPr>
        <w:jc w:val="right"/>
      </w:pPr>
      <w:r>
        <w:t>وین یو آر ڈوئنگ دا ورک، یو آر گیونگ سمتھنگ ٹو یور نی</w:t>
      </w:r>
    </w:p>
    <w:p>
      <w:r>
        <w:rPr>
          <w:b/>
        </w:rPr>
        <w:t xml:space="preserve">[26:26] </w:t>
      </w:r>
      <w:r>
        <w:t>bour, but at the same time you are receiving the blessings of god.</w:t>
      </w:r>
    </w:p>
    <w:p>
      <w:pPr>
        <w:jc w:val="right"/>
      </w:pPr>
      <w:r>
        <w:t>بر، بٹ ایٹ دا سیم ٹائم یو آر ریسیونگ دا بلیسنگز اف گاڈ۔</w:t>
      </w:r>
    </w:p>
    <w:p>
      <w:r>
        <w:rPr>
          <w:b/>
        </w:rPr>
        <w:t xml:space="preserve">[26:37] </w:t>
      </w:r>
      <w:r>
        <w:t>so it is very important. it is the greatest deed.</w:t>
      </w:r>
    </w:p>
    <w:p>
      <w:pPr>
        <w:jc w:val="right"/>
      </w:pPr>
      <w:r>
        <w:t>سو اٹ از ویری امپورٹنٹ۔ اٹ از دا گریٹسٹ ڈیڈ۔</w:t>
      </w:r>
    </w:p>
    <w:p>
      <w:r>
        <w:rPr>
          <w:b/>
        </w:rPr>
        <w:t xml:space="preserve">[26:49] </w:t>
      </w:r>
      <w:r>
        <w:t>if you want to have divine blessing for you, for family, for your children, then you have to do the work.</w:t>
      </w:r>
    </w:p>
    <w:p>
      <w:pPr>
        <w:jc w:val="right"/>
      </w:pPr>
      <w:r>
        <w:t>اف یو وانٹ ٹو ہیو ڈیوائن بلیسنگ فار یو، فار فیملی، فار یور چلڈرن، دین یو ہیو ٹو ڈو دا ورک۔</w:t>
      </w:r>
    </w:p>
    <w:p>
      <w:r>
        <w:rPr>
          <w:b/>
        </w:rPr>
        <w:t xml:space="preserve">[27:08] </w:t>
      </w:r>
      <w:r>
        <w:t>the work means,</w:t>
      </w:r>
    </w:p>
    <w:p>
      <w:pPr>
        <w:jc w:val="right"/>
      </w:pPr>
      <w:r>
        <w:t>دا ورک مینز،</w:t>
      </w:r>
    </w:p>
    <w:p>
      <w:r>
        <w:rPr>
          <w:b/>
        </w:rPr>
        <w:t xml:space="preserve">[27:13] </w:t>
      </w:r>
      <w:r>
        <w:t>the work means self study.</w:t>
      </w:r>
    </w:p>
    <w:p>
      <w:pPr>
        <w:jc w:val="right"/>
      </w:pPr>
      <w:r>
        <w:t>دا ورک مینز سیلف اسٹڈی۔</w:t>
      </w:r>
    </w:p>
    <w:p>
      <w:r>
        <w:rPr>
          <w:b/>
        </w:rPr>
        <w:t xml:space="preserve">[27:16] </w:t>
      </w:r>
      <w:r>
        <w:t>first of all, you have to make yourself as a good da'i. then you have to make dua.</w:t>
      </w:r>
    </w:p>
    <w:p>
      <w:pPr>
        <w:jc w:val="right"/>
      </w:pPr>
      <w:r>
        <w:t>فرسٹ اف ال، یو ہیو ٹو میک یور سیلف ایز ا گڈ ڈائی۔ دین یو ہیو ٹو میک دعا۔</w:t>
      </w:r>
    </w:p>
    <w:p>
      <w:r>
        <w:rPr>
          <w:b/>
        </w:rPr>
        <w:t xml:space="preserve">[27:27] </w:t>
      </w:r>
      <w:r>
        <w:t>deen you have to contact, establish contact. you have to establish contact with those people who are your madu.</w:t>
      </w:r>
    </w:p>
    <w:p>
      <w:pPr>
        <w:jc w:val="right"/>
      </w:pPr>
      <w:r>
        <w:t>دین یو ہیو ٹو کنٹیکٹ، اسٹیبلش کنٹیکٹ۔ یو ہیو ٹو اسٹیبلش کنٹیکٹ ود دوز پیپل ہو آر یور مدو۔</w:t>
      </w:r>
    </w:p>
    <w:p>
      <w:r>
        <w:rPr>
          <w:b/>
        </w:rPr>
        <w:t xml:space="preserve">[27:43] </w:t>
      </w:r>
      <w:r>
        <w:t>deen you have to provide islamic literature to these madu.</w:t>
      </w:r>
    </w:p>
    <w:p>
      <w:pPr>
        <w:jc w:val="right"/>
      </w:pPr>
      <w:r>
        <w:t>دین یو ہیو ٹو پرووائیڈ اسلامک لیٹریچرز ٹو دیز مدو۔</w:t>
      </w:r>
    </w:p>
    <w:p>
      <w:r>
        <w:rPr>
          <w:b/>
        </w:rPr>
        <w:t xml:space="preserve">[27:52] </w:t>
      </w:r>
      <w:r>
        <w:t>so all these things are part of da'wah.</w:t>
      </w:r>
    </w:p>
    <w:p>
      <w:pPr>
        <w:jc w:val="right"/>
      </w:pPr>
      <w:r>
        <w:t>سو ال دیز تھنگز ار پارٹ اف دعویٰ۔</w:t>
      </w:r>
    </w:p>
    <w:p>
      <w:r>
        <w:rPr>
          <w:b/>
        </w:rPr>
        <w:t xml:space="preserve">[27:58] </w:t>
      </w:r>
      <w:r>
        <w:t>all these things are part of da'wah.</w:t>
      </w:r>
    </w:p>
    <w:p>
      <w:pPr>
        <w:jc w:val="right"/>
      </w:pPr>
      <w:r>
        <w:t>ال دیز تھنگز ار پارٹ اف دعویٰ۔</w:t>
      </w:r>
    </w:p>
    <w:p>
      <w:r>
        <w:rPr>
          <w:b/>
        </w:rPr>
        <w:t xml:space="preserve">[28:08] </w:t>
      </w:r>
      <w:r>
        <w:t>so those muslims who are living in diaspora, those muslims who are living in, in, in countries other than home, home land, they have double responsibility.</w:t>
      </w:r>
    </w:p>
    <w:p>
      <w:pPr>
        <w:jc w:val="right"/>
      </w:pPr>
      <w:r>
        <w:t>سو دوز مسلمز ہو آر لیونگ ان ڈائسپورا، دوز مسلمز ہو آر لیونگ ان، ان، ان کنٹریز ادر دین ہوم، ہوم لینڈ، دے ہیو ڈبل ریسپانسبیلٹی۔</w:t>
      </w:r>
    </w:p>
    <w:p>
      <w:r>
        <w:rPr>
          <w:b/>
        </w:rPr>
        <w:t xml:space="preserve">[28:27] </w:t>
      </w:r>
      <w:r>
        <w:t>they must do the work</w:t>
      </w:r>
    </w:p>
    <w:p>
      <w:pPr>
        <w:jc w:val="right"/>
      </w:pPr>
      <w:r>
        <w:t>دے مسٹ ڈو دا ورک</w:t>
      </w:r>
    </w:p>
    <w:p>
      <w:r>
        <w:rPr>
          <w:b/>
        </w:rPr>
        <w:t xml:space="preserve">[28:32] </w:t>
      </w:r>
      <w:r>
        <w:t>upon their neighbors.</w:t>
      </w:r>
    </w:p>
    <w:p>
      <w:pPr>
        <w:jc w:val="right"/>
      </w:pPr>
      <w:r>
        <w:t>اپون دیر نیبرز۔</w:t>
      </w:r>
    </w:p>
    <w:p>
      <w:r>
        <w:rPr>
          <w:b/>
        </w:rPr>
        <w:t xml:space="preserve">[28:36] </w:t>
      </w:r>
      <w:r>
        <w:t>and in the present world, it is very easy task. there is no problem.</w:t>
      </w:r>
    </w:p>
    <w:p>
      <w:pPr>
        <w:jc w:val="right"/>
      </w:pPr>
      <w:r>
        <w:t>اینڈ ان دی پریزنٹ ورلڈ، اٹ از ویری ایزی ٹاسک۔ دیر از نو پرابلم۔</w:t>
      </w:r>
    </w:p>
    <w:p>
      <w:r>
        <w:rPr>
          <w:b/>
        </w:rPr>
        <w:t xml:space="preserve">[28:45] </w:t>
      </w:r>
      <w:r>
        <w:t>prophet and his companion did the work at the time when there was religious persecution. at the time there was no religious freedom.</w:t>
      </w:r>
    </w:p>
    <w:p>
      <w:pPr>
        <w:jc w:val="right"/>
      </w:pPr>
      <w:r>
        <w:t>پرافٹ اینڈ ہز کمپینین ڈڈ دا ورک ایٹ دا ٹائم وین دیر واز ریلیجس پرسیکیوشن۔ ایٹ دا ٹائم دیر واز نو ریلیجس فریڈم۔</w:t>
      </w:r>
    </w:p>
    <w:p>
      <w:r>
        <w:rPr>
          <w:b/>
        </w:rPr>
        <w:t xml:space="preserve">[28:58] </w:t>
      </w:r>
      <w:r>
        <w:t>but now you are living in age where everywhere there is religious freedom.</w:t>
      </w:r>
    </w:p>
    <w:p>
      <w:pPr>
        <w:jc w:val="right"/>
      </w:pPr>
      <w:r>
        <w:t>بٹ ناؤ یو آر لیونگ ان ایج ویر ایوری ویر دیر از ریلیجس فریڈم۔</w:t>
      </w:r>
    </w:p>
    <w:p>
      <w:r>
        <w:rPr>
          <w:b/>
        </w:rPr>
        <w:t xml:space="preserve">[29:10] </w:t>
      </w:r>
      <w:r>
        <w:t>main allah rabbul alameen bless you. main allah rabbul alameen bless you.</w:t>
      </w:r>
    </w:p>
    <w:p>
      <w:pPr>
        <w:jc w:val="right"/>
      </w:pPr>
      <w:r>
        <w:t>میں اللہ رب العالمین بلیس یو۔ میں اللہ رب العالمین بلیس یو۔</w:t>
      </w:r>
    </w:p>
    <w:p>
      <w:r>
        <w:rPr>
          <w:b/>
        </w:rPr>
        <w:t xml:space="preserve">[29:20] </w:t>
      </w:r>
      <w:r>
        <w:t>assalamu alaikum warahmatullah.</w:t>
      </w:r>
    </w:p>
    <w:p>
      <w:pPr>
        <w:jc w:val="right"/>
      </w:pPr>
      <w:r>
        <w:t>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