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Hadith-e-Qudsi April 24, 2014 Maulana Wahiduddin Khan</w:t>
      </w:r>
    </w:p>
    <w:p>
      <w:r>
        <w:t>https://www.youtube.com/watch?v=DXaqyk0uct0</w:t>
      </w:r>
    </w:p>
    <w:p>
      <w:r>
        <w:rPr>
          <w:b/>
        </w:rPr>
        <w:t xml:space="preserve">[00:14] </w:t>
      </w:r>
      <w:r>
        <w:t>24 april 2014, musnad ahmad, hadith number 16016.</w:t>
      </w:r>
    </w:p>
    <w:p>
      <w:pPr>
        <w:jc w:val="right"/>
      </w:pPr>
      <w:r>
        <w:t>24 اپریل 2014، مسند احمد، حدیث نمبر 16016۔</w:t>
      </w:r>
    </w:p>
    <w:p>
      <w:r>
        <w:rPr>
          <w:b/>
        </w:rPr>
        <w:t xml:space="preserve">[00:25] </w:t>
      </w:r>
      <w:r>
        <w:t>in wasilat ibn al-asqa, qala: "ani samitu rasul allahi sallallahu alaihi wasallam yaqul: qala allahu azza wajal: 'ana 'inda zanni 'abdi bi, falayazunni ma sha'".</w:t>
      </w:r>
    </w:p>
    <w:p>
      <w:pPr>
        <w:jc w:val="right"/>
      </w:pPr>
      <w:r>
        <w:t>ان واصلت ابن الاسقاء، قال: "انی سمعت رسول اللہ صلی اللہ علیہ وسلم یقول: قال اللہ عزوجل: 'انا عند ظن عبدی بھی، فلیزن بی ما شاء'۔"</w:t>
      </w:r>
    </w:p>
    <w:p>
      <w:r>
        <w:rPr>
          <w:b/>
        </w:rPr>
        <w:t xml:space="preserve">[00:40] </w:t>
      </w:r>
      <w:r>
        <w:t>wasila bin asqa riwayat karte hain ke maine rasul allahi sallallahu alaihi wasallam ko farmate hue suna: "allah ta'ala ne kaha: main bande ke guman ke sath hoon,</w:t>
      </w:r>
    </w:p>
    <w:p>
      <w:pPr>
        <w:jc w:val="right"/>
      </w:pPr>
      <w:r>
        <w:t>واصلہ بن اسقاء روایت کرتے ہیں کہ میں نے رسول اللہ صلی اللہ علیہ وسلم کو فرماتے ہوئے سنا: "اللہ تعالی نے کہا: میں بندے کے گمان کے ساتھ ہوں،</w:t>
      </w:r>
    </w:p>
    <w:p>
      <w:r>
        <w:rPr>
          <w:b/>
        </w:rPr>
        <w:t xml:space="preserve">[00:53] </w:t>
      </w:r>
      <w:r>
        <w:t>to jaisa chahe mere bare mein guman karay." maulana is hadith ki wazahat farmayen.</w:t>
      </w:r>
    </w:p>
    <w:p>
      <w:pPr>
        <w:jc w:val="right"/>
      </w:pPr>
      <w:r>
        <w:t>تو جیسا چاہے میرے بارے میں گمان کرے۔" مولانا اس حدیث کی وضاحت فرمائیں۔</w:t>
      </w:r>
    </w:p>
    <w:p>
      <w:r>
        <w:rPr>
          <w:b/>
        </w:rPr>
        <w:t xml:space="preserve">[01:01] </w:t>
      </w:r>
      <w:r>
        <w:t>bismillah rahman rahim.</w:t>
      </w:r>
    </w:p>
    <w:p>
      <w:pPr>
        <w:jc w:val="right"/>
      </w:pPr>
      <w:r>
        <w:t>بسم اللہ الرحمن الرحیم۔</w:t>
      </w:r>
    </w:p>
    <w:p>
      <w:r>
        <w:rPr>
          <w:b/>
        </w:rPr>
        <w:t xml:space="preserve">[01:06] </w:t>
      </w:r>
      <w:r>
        <w:t>yeh jo hadith abhi parhi gayi, yeh hadith qudsi hai. yani rasul allahi sallallahu alaihi wasallam allah ki taraf se farmate hain ke allah ne aisa kaha.</w:t>
      </w:r>
    </w:p>
    <w:p>
      <w:pPr>
        <w:jc w:val="right"/>
      </w:pPr>
      <w:r>
        <w:t>یہ جو حدیث ابھی پڑھی گئی، یہ حدیث قدسی ہے۔ یعنی رسول اللہ صلی اللہ علیہ وسلم اللہ کی طرف سے فرماتے ہیں کہ اللہ نے ایسا کہا۔</w:t>
      </w:r>
    </w:p>
    <w:p>
      <w:r>
        <w:rPr>
          <w:b/>
        </w:rPr>
        <w:t xml:space="preserve">[01:26] </w:t>
      </w:r>
      <w:r>
        <w:t>to yeh hadith mukhtalif kitabon mein aayi</w:t>
      </w:r>
    </w:p>
    <w:p>
      <w:pPr>
        <w:jc w:val="right"/>
      </w:pPr>
      <w:r>
        <w:t>تو یہ حدیث مختلف کتابوں میں آئی</w:t>
      </w:r>
    </w:p>
    <w:p>
      <w:r>
        <w:rPr>
          <w:b/>
        </w:rPr>
        <w:t xml:space="preserve">[01:29] </w:t>
      </w:r>
      <w:r>
        <w:t>hai, bukhari mein bhi hai aur doosri kitabon mein. ana 'inda zanni 'abdi bi,</w:t>
      </w:r>
    </w:p>
    <w:p>
      <w:pPr>
        <w:jc w:val="right"/>
      </w:pPr>
      <w:r>
        <w:t>ہے، بخاری میں بھی ہے اور دوسری کتابوں میں۔ انا عند ظن عبدی بھی،</w:t>
      </w:r>
    </w:p>
    <w:p>
      <w:r>
        <w:rPr>
          <w:b/>
        </w:rPr>
        <w:t xml:space="preserve">[01:41] </w:t>
      </w:r>
      <w:r>
        <w:t>main bande ke guman ke sath hoon. falayazunni ma sha', to woh jo chahe mere bare mein guman kar le.</w:t>
      </w:r>
    </w:p>
    <w:p>
      <w:pPr>
        <w:jc w:val="right"/>
      </w:pPr>
      <w:r>
        <w:t>میں بندے کے گمان کے ساتھ ہوں۔ فلیزن نبی ماشاء، تو وہ جو چاہے میرے بارے میں گمان کر لے۔</w:t>
      </w:r>
    </w:p>
    <w:p>
      <w:r>
        <w:rPr>
          <w:b/>
        </w:rPr>
        <w:t xml:space="preserve">[01:52] </w:t>
      </w:r>
      <w:r>
        <w:t>ek aur riwayat mein hai ke falayazunni khairan, to mere bare mein acha guman karay.</w:t>
      </w:r>
    </w:p>
    <w:p>
      <w:pPr>
        <w:jc w:val="right"/>
      </w:pPr>
      <w:r>
        <w:t>ایک اور روایت میں ہے کہ فلیزن نبی خیرا، تو میرے بارے میں اچھا گمان کرے۔</w:t>
      </w:r>
    </w:p>
    <w:p>
      <w:r>
        <w:rPr>
          <w:b/>
        </w:rPr>
        <w:t xml:space="preserve">[01:59] </w:t>
      </w:r>
      <w:r>
        <w:t>dekhen, is hadith ko samajhne ke liye sab se pehle yeh baat janna chahiye ke yahan 'abd ki baat hai, ek sarkash insan ki baat nahi hai.</w:t>
      </w:r>
    </w:p>
    <w:p>
      <w:pPr>
        <w:jc w:val="right"/>
      </w:pPr>
      <w:r>
        <w:t>دیکھیں، اس حدیث کو سمجھنے کے لیے سب سے پہلے یہ بات جاننا چاہیے کہ یہاں عبد کی بات ہے، ایک سرکش انسان کی بات نہیں ہے۔</w:t>
      </w:r>
    </w:p>
    <w:p>
      <w:r>
        <w:rPr>
          <w:b/>
        </w:rPr>
        <w:t xml:space="preserve">[02:15] </w:t>
      </w:r>
      <w:r>
        <w:t>ek sarkash insan yeh samjhe ke main dunya mein islami hukumat qaim karunga aur lage ladai karne logon se, aur samjhe ke khuda madad karega, to aisa kabhi hone wala nahi hai.</w:t>
      </w:r>
    </w:p>
    <w:p>
      <w:pPr>
        <w:jc w:val="right"/>
      </w:pPr>
      <w:r>
        <w:t>ایک سرکش انسان یہ سمجھے کہ میں دنیا میں اسلامی حکومت قائم کروں گا اور لگے لڑائی کرنے لوگوں سے، اور سمجھے کہ خدا مدد کرے گا، تو ایسا کبھی ہونے والا نہیں ہے۔</w:t>
      </w:r>
    </w:p>
    <w:p>
      <w:r>
        <w:rPr>
          <w:b/>
        </w:rPr>
        <w:t xml:space="preserve">[02:29] </w:t>
      </w:r>
      <w:r>
        <w:t>ek sarkash insan</w:t>
      </w:r>
    </w:p>
    <w:p>
      <w:pPr>
        <w:jc w:val="right"/>
      </w:pPr>
      <w:r>
        <w:t>ایک سرکش انسان</w:t>
      </w:r>
    </w:p>
    <w:p>
      <w:r>
        <w:rPr>
          <w:b/>
        </w:rPr>
        <w:t xml:space="preserve">[02:36] </w:t>
      </w:r>
      <w:r>
        <w:t>siyasi hangame khare kare, kahe ke mein aur Islam ke naam par yeh kaam kar raha hoon, to Allah ki madad hogi. Yeh bilkul galat baat hai.</w:t>
      </w:r>
    </w:p>
    <w:p>
      <w:pPr>
        <w:jc w:val="right"/>
      </w:pPr>
      <w:r>
        <w:t>سیاسی ہنگامے کھڑے کرے، کہے کہ میں اور اسلام کے نام پر یہ کام کر رہا ہوں، تو اللہ کی مدد ہوگی۔ یہ بالکل غلط بات ہے۔</w:t>
      </w:r>
    </w:p>
    <w:p>
      <w:r>
        <w:rPr>
          <w:b/>
        </w:rPr>
        <w:t xml:space="preserve">[02:48] </w:t>
      </w:r>
      <w:r>
        <w:t>yahan par jo abd ka lafz hai, bohat ba-maani hai. Abd kaun hai?</w:t>
      </w:r>
    </w:p>
    <w:p>
      <w:pPr>
        <w:jc w:val="right"/>
      </w:pPr>
      <w:r>
        <w:t>یہاں پر جو عبد کا لفظ ہے، بہت بامعنی ہے۔ عبد کون ہے؟</w:t>
      </w:r>
    </w:p>
    <w:p>
      <w:r>
        <w:rPr>
          <w:b/>
        </w:rPr>
        <w:t xml:space="preserve">[02:58] </w:t>
      </w:r>
      <w:r>
        <w:t>haqeeqi maano mein abd kaun hai? Yeh woh insaan hai jo waqe'atan seekhe, jo talash kare, aur sanjeeda talash ke nateejay mein woh apne khalq ko daryaft kare.</w:t>
      </w:r>
    </w:p>
    <w:p>
      <w:pPr>
        <w:jc w:val="right"/>
      </w:pPr>
      <w:r>
        <w:t>حقیقی معنوں میں عبد کون ہے؟ یہ وہ انسان ہے جو واقعتا سیکھر ہو، جو تلاش کرے، اور سنجیدہ تلاش کے نتیجے میں وہ اپنے خالق کو دریافت کرے۔</w:t>
      </w:r>
    </w:p>
    <w:p>
      <w:r>
        <w:rPr>
          <w:b/>
        </w:rPr>
        <w:t xml:space="preserve">[03:17] </w:t>
      </w:r>
      <w:r>
        <w:t>aur phir daryaft karne ke baad khalq uska soul concern ban jaye.</w:t>
      </w:r>
    </w:p>
    <w:p>
      <w:pPr>
        <w:jc w:val="right"/>
      </w:pPr>
      <w:r>
        <w:t>اور پھر دریافت کرنے کے بعد خالق اس کا سول کنسرن بن جائے۔</w:t>
      </w:r>
    </w:p>
    <w:p>
      <w:r>
        <w:rPr>
          <w:b/>
        </w:rPr>
        <w:t xml:space="preserve">[03:24] </w:t>
      </w:r>
      <w:r>
        <w:t>woh khalq mein jeeye, khalq ke baare mein soche, woh khalq ki sift ko daryaft kare. To yeh abd, to sacha abd jo hai, woh kaun hai?</w:t>
      </w:r>
    </w:p>
    <w:p>
      <w:pPr>
        <w:jc w:val="right"/>
      </w:pPr>
      <w:r>
        <w:t>وہ خالق میں جے، خالق کے کے بارے میں سوچے، وہ خالق کی صفات کو دریافت کرے۔ تو یہ عبد، تو سچا عبد جو ہے، وہ کون ہے؟</w:t>
      </w:r>
    </w:p>
    <w:p>
      <w:r>
        <w:rPr>
          <w:b/>
        </w:rPr>
        <w:t xml:space="preserve">[03:38] </w:t>
      </w:r>
      <w:r>
        <w:t>sacha abd woh hai jo khalq ko daryaft karte hi woh khalq ke naqsha-e-takhleeq ko bhi daryaft kar leta hai.</w:t>
      </w:r>
    </w:p>
    <w:p>
      <w:pPr>
        <w:jc w:val="right"/>
      </w:pPr>
      <w:r>
        <w:t>سچا عبد وہ ہے جو خالق کو دریافت کرتے ہی وہ خالق کے نقشہ تخلیق کو بھی دریافت کر لیتا ہے۔</w:t>
      </w:r>
    </w:p>
    <w:p>
      <w:r>
        <w:rPr>
          <w:b/>
        </w:rPr>
        <w:t xml:space="preserve">[03:48] </w:t>
      </w:r>
      <w:r>
        <w:t>yaani Allah ki kya, Allah ka creation</w:t>
      </w:r>
    </w:p>
    <w:p>
      <w:pPr>
        <w:jc w:val="right"/>
      </w:pPr>
      <w:r>
        <w:t>یعنی اللہ کی کیا، اللہ کا کریشن</w:t>
      </w:r>
    </w:p>
    <w:p>
      <w:r>
        <w:rPr>
          <w:b/>
        </w:rPr>
        <w:t xml:space="preserve">[03:53] </w:t>
      </w:r>
      <w:r>
        <w:t>plan kya hai, woh bhi daryaft kar leta hai. Woh Allah ko bande se kya matloob hai, woh bhi daryaft kar leta hai. Allah ko kya pasand hai, kya pasand nahi, woh sab daryaft kar leta hai.</w:t>
      </w:r>
    </w:p>
    <w:p>
      <w:pPr>
        <w:jc w:val="right"/>
      </w:pPr>
      <w:r>
        <w:t>پلان کیا ہے، وہ بھی دریافت کر لیتا ہے۔ وہ اللہ کو بندے سے کیا مطلوب ہے، وہ بھی دریافت کر لیتا ہے۔ اللہ کو کیا پسند ہے، کیا پسند نہیں، وہ سب دریافت کر لیتا ہے۔</w:t>
      </w:r>
    </w:p>
    <w:p>
      <w:r>
        <w:rPr>
          <w:b/>
        </w:rPr>
        <w:t xml:space="preserve">[04:06] </w:t>
      </w:r>
      <w:r>
        <w:t>Allah ne insaan ke liye kya muqaddar kiya hai, woh bhi daryaft kar leta hai.</w:t>
      </w:r>
    </w:p>
    <w:p>
      <w:pPr>
        <w:jc w:val="right"/>
      </w:pPr>
      <w:r>
        <w:t>اللہ نے انسان کے لیے کیا مقدر کیا ہے، وہ بھی دریافت کر لیتا ہے۔</w:t>
      </w:r>
    </w:p>
    <w:p>
      <w:r>
        <w:rPr>
          <w:b/>
        </w:rPr>
        <w:t xml:space="preserve">[04:11] </w:t>
      </w:r>
      <w:r>
        <w:t>to is mein abd se murad hai ek realized insaan, ek aarif insaan, ek aisa insaan jis ko sachai ki daryaft ho chuki ho.</w:t>
      </w:r>
    </w:p>
    <w:p>
      <w:pPr>
        <w:jc w:val="right"/>
      </w:pPr>
      <w:r>
        <w:t>تو اس میں عبد سے مراد ہے ایک ریلائزڈ انسان، ایک عارف انسان، ایک ایسا انسان جس کو سچائی کی دریافت ہو چکی ہو۔</w:t>
      </w:r>
    </w:p>
    <w:p>
      <w:r>
        <w:rPr>
          <w:b/>
        </w:rPr>
        <w:t xml:space="preserve">[04:25] </w:t>
      </w:r>
      <w:r>
        <w:t>to woh aisi koi baat nahi bol sakta jo Allah ke marzi ke khilaaf ho. Ab ghor kijiye, Allah jo Rabb-ul-alameen hai, khalq-e-kainaat hai,</w:t>
      </w:r>
    </w:p>
    <w:p>
      <w:pPr>
        <w:jc w:val="right"/>
      </w:pPr>
      <w:r>
        <w:t>تو وہ ایسی کوئی بات نہیں بول سکتا جو اللہ کے مرضی کے خلاف ہو۔ اب غور کیجئے، اللہ جو رب العالمین ہے، خالق کائنات ہے،</w:t>
      </w:r>
    </w:p>
    <w:p>
      <w:r>
        <w:rPr>
          <w:b/>
        </w:rPr>
        <w:t xml:space="preserve">[04:38] </w:t>
      </w:r>
      <w:r>
        <w:t>jo aadmi daryaft kar le us ko, woh uska to haal yeh hoga ke woh agar Allah ke saamne apne ko khara paaye to yeh nahi kahega ke khudaaya mujhe yeh de de, mujhe woh de de.</w:t>
      </w:r>
    </w:p>
    <w:p>
      <w:pPr>
        <w:jc w:val="right"/>
      </w:pPr>
      <w:r>
        <w:t>جو آدمی دریافت کر لے اس کو، وہ اس کا تو حال یہ ہوگا کہ وہ اگر اللہ کے سامنے اپنے کو کھڑا پائے تو یہ نہیں کہے گا کہ خدایا مجھے یہ دے دے، مجھے وہ دے دے۔</w:t>
      </w:r>
    </w:p>
    <w:p>
      <w:r>
        <w:rPr>
          <w:b/>
        </w:rPr>
        <w:t xml:space="preserve">[04:56] </w:t>
      </w:r>
      <w:r>
        <w:t>woh wohi kahega jo Hazrat Musa ne kaha tha: "Rabbi inni lima anzalta ilayya min khairin faqeer". Khudaaya to ne mere liye jo muqaddar kiya hai, us ka main mohtaaj hoon.</w:t>
      </w:r>
    </w:p>
    <w:p>
      <w:pPr>
        <w:jc w:val="right"/>
      </w:pPr>
      <w:r>
        <w:t>وہ وہی کہے گا جو حضرت موسی نے کہا تھا: "رب انی لما ازلت من خیر فقیر"۔ خدایا تو نے میرے لیے جو مقدر کیا ہے، اس کا میں محتاج ہوں۔</w:t>
      </w:r>
    </w:p>
    <w:p>
      <w:r>
        <w:rPr>
          <w:b/>
        </w:rPr>
        <w:t xml:space="preserve">[05:09] </w:t>
      </w:r>
      <w:r>
        <w:t>apni taraf se aisa banda list nahi pesh karega.</w:t>
      </w:r>
    </w:p>
    <w:p>
      <w:pPr>
        <w:jc w:val="right"/>
      </w:pPr>
      <w:r>
        <w:t>اپنی طرف سے ایسا بندہ لسٹ نہیں پیش کرے گا۔</w:t>
      </w:r>
    </w:p>
    <w:p>
      <w:r>
        <w:rPr>
          <w:b/>
        </w:rPr>
        <w:t xml:space="preserve">[05:17] </w:t>
      </w:r>
      <w:r>
        <w:t>jo aisa banda jis ko Allah ka realization ho chuka ho, jis ko marifat ho chuki ho, jis ne daryaft ke darjay mein Allah ko pa liya ho, woh list nahi pesh karega.</w:t>
      </w:r>
    </w:p>
    <w:p>
      <w:pPr>
        <w:jc w:val="right"/>
      </w:pPr>
      <w:r>
        <w:t>جو ایسا بندہ جس کو اللہ کا ریلائزیشن ہو چکا ہو، جس کو معرفت ہو چکی ہو، جس نے دریافت کے درجے میں اللہ کو پا لیا ہو، وہ لسٹ نہیں پیش کرے گا۔</w:t>
      </w:r>
    </w:p>
    <w:p>
      <w:r>
        <w:rPr>
          <w:b/>
        </w:rPr>
        <w:t xml:space="preserve">[05:32] </w:t>
      </w:r>
      <w:r>
        <w:t>badi badi baatein nahi karega. Woh hangame nahi khare karega jise aaj kal musalman hangame khare karte hain.</w:t>
      </w:r>
    </w:p>
    <w:p>
      <w:pPr>
        <w:jc w:val="right"/>
      </w:pPr>
      <w:r>
        <w:t>بڑی بڑی باتیں نہیں کرے گا۔ وہ ہنگامے نہیں کھڑے کرے گا جسے آج کل مسلمان ہنگامے کھڑے کرتے ہیں۔</w:t>
      </w:r>
    </w:p>
    <w:p>
      <w:r>
        <w:rPr>
          <w:b/>
        </w:rPr>
        <w:t xml:space="preserve">[05:39] </w:t>
      </w:r>
      <w:r>
        <w:t>nahi, woh to is tawazu ki aakhirat mein pahunch jayega. Woh criticized ho jayega. Allah ki daryaft jis ko criticize na kare, woh use daryaft hi nahi kiya.</w:t>
      </w:r>
    </w:p>
    <w:p>
      <w:pPr>
        <w:jc w:val="right"/>
      </w:pPr>
      <w:r>
        <w:t>نہیں، وہ تو اس تواضع کی آخرت میں پہنچ جائے گا۔ وہ کریٹیسائز ہو جائے گا۔ اللہ کی دریافت جس کو کریٹیسائز نہ کرے، وہ اسے دریافت ہی نہیں کیا۔</w:t>
      </w:r>
    </w:p>
    <w:p>
      <w:r>
        <w:rPr>
          <w:b/>
        </w:rPr>
        <w:t xml:space="preserve">[05:56] </w:t>
      </w:r>
      <w:r>
        <w:t>Allah ki daryaft jis ko criticize insaan na banaye, use daryaft hi nahi kiya.</w:t>
      </w:r>
    </w:p>
    <w:p>
      <w:pPr>
        <w:jc w:val="right"/>
      </w:pPr>
      <w:r>
        <w:t>اللہ کی دریافت جس کو کریٹیسائز انسان نہ بنائے، اسے دریافت ہی نہیں کیا۔</w:t>
      </w:r>
    </w:p>
    <w:p>
      <w:r>
        <w:rPr>
          <w:b/>
        </w:rPr>
        <w:t xml:space="preserve">[06:05] </w:t>
      </w:r>
      <w:r>
        <w:t>jaise mein ek misaal deta hoon,</w:t>
      </w:r>
    </w:p>
    <w:p>
      <w:pPr>
        <w:jc w:val="right"/>
      </w:pPr>
      <w:r>
        <w:t>جیسے میں ایک مثال دیتا ہوں،</w:t>
      </w:r>
    </w:p>
    <w:p>
      <w:r>
        <w:rPr>
          <w:b/>
        </w:rPr>
        <w:t xml:space="preserve">[06:10] </w:t>
      </w:r>
      <w:r>
        <w:t>ek tha British period mein ek woh hunter kaha jata tha, yaani sher ka shikar karne wala, Jim Corbett.</w:t>
      </w:r>
    </w:p>
    <w:p>
      <w:pPr>
        <w:jc w:val="right"/>
      </w:pPr>
      <w:r>
        <w:t>ایک تھا برٹش پیریڈ میں ایک وہ ہنٹر کہا جاتا تھا، یعنی شیر کا شکار کرنے والا، جم کاربٹ۔</w:t>
      </w:r>
    </w:p>
    <w:p>
      <w:r>
        <w:rPr>
          <w:b/>
        </w:rPr>
        <w:t xml:space="preserve">[06:24] </w:t>
      </w:r>
      <w:r>
        <w:t>uski kitaab hai, us mein apne tajrubaat likhe hain.</w:t>
      </w:r>
    </w:p>
    <w:p>
      <w:pPr>
        <w:jc w:val="right"/>
      </w:pPr>
      <w:r>
        <w:t>اس کی کتاب ہے، اس میں اپنے تجربات لکھے ہیں۔</w:t>
      </w:r>
    </w:p>
    <w:p>
      <w:r>
        <w:rPr>
          <w:b/>
        </w:rPr>
        <w:t xml:space="preserve">[06:30] </w:t>
      </w:r>
      <w:r>
        <w:t>to woh kehta hai ke agar aap jungle mein chal rahe hain aur aap notice karte hain ke paas ki jhaari mein ek sher khara hua hai,</w:t>
      </w:r>
    </w:p>
    <w:p>
      <w:pPr>
        <w:jc w:val="right"/>
      </w:pPr>
      <w:r>
        <w:t>تو وہ کہتا ہے کہ اگر آپ جنگل میں چل رہے ہیں اور آپ نوٹس کرتے ہیں کہ پاس کی جھاڑی میں ایک شیر کھڑا ہوا ہے،</w:t>
      </w:r>
    </w:p>
    <w:p>
      <w:r>
        <w:rPr>
          <w:b/>
        </w:rPr>
        <w:t xml:space="preserve">[06:43] </w:t>
      </w:r>
      <w:r>
        <w:t>chand gaz, chand meter ke faaslay par</w:t>
      </w:r>
    </w:p>
    <w:p>
      <w:pPr>
        <w:jc w:val="right"/>
      </w:pPr>
      <w:r>
        <w:t>چند گز، چند میٹر کے فاصلے پر</w:t>
      </w:r>
    </w:p>
    <w:p>
      <w:r>
        <w:rPr>
          <w:b/>
        </w:rPr>
        <w:t xml:space="preserve">[06:48] </w:t>
      </w:r>
      <w:r>
        <w:t>, to aap ke jism mein</w:t>
      </w:r>
    </w:p>
    <w:p>
      <w:pPr>
        <w:jc w:val="right"/>
      </w:pPr>
      <w:r>
        <w:t>، تو آپ کے جسم میں</w:t>
      </w:r>
    </w:p>
    <w:p>
      <w:r>
        <w:rPr>
          <w:b/>
        </w:rPr>
        <w:t xml:space="preserve">[06:53] </w:t>
      </w:r>
      <w:r>
        <w:t>blood circulation, blood asar badh jata hai. Yaani khoon ki gardish, khoon ka toofan badh jati hai. To aap ghor kijiye ke jis aadmi ko sher ki daryaft hui, uska yeh haal ho gaya.</w:t>
      </w:r>
    </w:p>
    <w:p>
      <w:pPr>
        <w:jc w:val="right"/>
      </w:pPr>
      <w:r>
        <w:t>بلڈ سرکولیشن، بلڈ اسار بڑھ جاتا ہے۔ یعنی خون کی گردش، خون کا طوفان بڑھ جاتی ہے۔ تو آپ غور کیجئے کہ جس آدمی کو شیر کی دریافت ہوئی، اس کا یہ حال ہو گیا۔</w:t>
      </w:r>
    </w:p>
    <w:p>
      <w:r>
        <w:rPr>
          <w:b/>
        </w:rPr>
        <w:t xml:space="preserve">[07:07] </w:t>
      </w:r>
      <w:r>
        <w:t>to jis aadmi ko Allah ki daryaft hui, us ka kya haal hoga?</w:t>
      </w:r>
    </w:p>
    <w:p>
      <w:pPr>
        <w:jc w:val="right"/>
      </w:pPr>
      <w:r>
        <w:t>تو جس آدمی کو اللہ کی دریافت ہوئی، اس کا کیا حال ہوگا؟</w:t>
      </w:r>
    </w:p>
    <w:p>
      <w:r>
        <w:rPr>
          <w:b/>
        </w:rPr>
        <w:t xml:space="preserve">[07:12] </w:t>
      </w:r>
      <w:r>
        <w:t>to yahan abd se murad hai aisa insaan nahi hai jo sarkashi karta hai, apni apni ananiyat chalata hai, apna jhanda uthata hai, hangame khade karta hai, tod phod karta hai.</w:t>
      </w:r>
    </w:p>
    <w:p>
      <w:pPr>
        <w:jc w:val="right"/>
      </w:pPr>
      <w:r>
        <w:t>تو یہاں عبد سے مراد ہے ایسا انسان نہیں ہے جو سرکشی کرتا ہے، اپنی اپنی انانیت چلاتا ہے، اپنا جھنڈا اٹھاتا ہے، ہنگامے کھڑے کرتا ہے، توڑ پھوڑ کرتا ہے۔</w:t>
      </w:r>
    </w:p>
    <w:p>
      <w:r>
        <w:rPr>
          <w:b/>
        </w:rPr>
        <w:t xml:space="preserve">[07:28] </w:t>
      </w:r>
      <w:r>
        <w:t>wo insaan murad nahi hai.</w:t>
      </w:r>
    </w:p>
    <w:p>
      <w:pPr>
        <w:jc w:val="right"/>
      </w:pPr>
      <w:r>
        <w:t>وہ انسان مراد نہیں ہے۔</w:t>
      </w:r>
    </w:p>
    <w:p>
      <w:r>
        <w:rPr>
          <w:b/>
        </w:rPr>
        <w:t xml:space="preserve">[07:31] </w:t>
      </w:r>
      <w:r>
        <w:t>yahan to wo insaan hai jisko haal yeh ho ke Allah ki daryaft ne us ko ek عارف insaan bana diya ho, mutawazi insaan bana diya ho, modest insaan bana diya ho.</w:t>
      </w:r>
    </w:p>
    <w:p>
      <w:pPr>
        <w:jc w:val="right"/>
      </w:pPr>
      <w:r>
        <w:t>یہاں تو وہ انسان ہے جس کو حال یہ ہو کہ اللہ کی دریافت نے اس کو ایک عارف انسان بنا دیا ہو، متواضع انسان بنا دیا ہو، ماڈسٹ انسان بنا دیا ہو۔</w:t>
      </w:r>
    </w:p>
    <w:p>
      <w:r>
        <w:rPr>
          <w:b/>
        </w:rPr>
        <w:t xml:space="preserve">[07:45] </w:t>
      </w:r>
      <w:r>
        <w:t>to wo insaan haqeeqat mein nature ke sath pahunch jata hai. Allah ki daryaft aur Allah ke creation plan ki daryaft saada baat nahi hai.</w:t>
      </w:r>
    </w:p>
    <w:p>
      <w:pPr>
        <w:jc w:val="right"/>
      </w:pPr>
      <w:r>
        <w:t>تو وہ انسان حقیقت میں نیچر کے ساتھ پہنچ جاتا ہے۔ اللہ کی دریافت اور اللہ کے کریشن پلان کی دریافت سادہ بات نہیں ہے۔</w:t>
      </w:r>
    </w:p>
    <w:p>
      <w:r>
        <w:rPr>
          <w:b/>
        </w:rPr>
        <w:t xml:space="preserve">[07:58] </w:t>
      </w:r>
      <w:r>
        <w:t>aap is level par pahunch jaate hain jahan aap ki daryaft aur Allah ka nature ek ho jata hai.</w:t>
      </w:r>
    </w:p>
    <w:p>
      <w:pPr>
        <w:jc w:val="right"/>
      </w:pPr>
      <w:r>
        <w:t>آپ اس لیول پر پہنچ جاتے ہیں جہاں آپ کی دریافت اور اللہ کا نیچر ایک ہو جاتا ہے۔</w:t>
      </w:r>
    </w:p>
    <w:p>
      <w:r>
        <w:rPr>
          <w:b/>
        </w:rPr>
        <w:t xml:space="preserve">[08:08] </w:t>
      </w:r>
      <w:r>
        <w:t>yani aap wo jaan lete hain jo Allah ka mansha hai. aap is cheez ko daryaft karte hain jo Allah ne, jo Allah ki planning hai.</w:t>
      </w:r>
    </w:p>
    <w:p>
      <w:pPr>
        <w:jc w:val="right"/>
      </w:pPr>
      <w:r>
        <w:t>یعنی آپ وہ جان لیتے ہیں جو اللہ کا منشا ہے۔ آپ اس چیز کو دریافت کرتے ہیں جو اللہ نے، جو اللہ کی پلاننگ ہے۔</w:t>
      </w:r>
    </w:p>
    <w:p>
      <w:r>
        <w:rPr>
          <w:b/>
        </w:rPr>
        <w:t xml:space="preserve">[08:19] </w:t>
      </w:r>
      <w:r>
        <w:t>aap wahan pahunch jaate hain jahan aap yeh jaan lete hain ke Allah ne insaan ke liye kya muqaddar kiya hai.</w:t>
      </w:r>
    </w:p>
    <w:p>
      <w:pPr>
        <w:jc w:val="right"/>
      </w:pPr>
      <w:r>
        <w:t>آپ وہاں پہنچ جاتے ہیں جہاں آپ یہ جان لیتے ہیں کہ اللہ نے انسان کے لیے کیا مقدر کیا ہے۔</w:t>
      </w:r>
    </w:p>
    <w:p>
      <w:r>
        <w:rPr>
          <w:b/>
        </w:rPr>
        <w:t xml:space="preserve">[08:29] </w:t>
      </w:r>
      <w:r>
        <w:t>jab aap is satah pahunchte hain to aap ka wo haal ho jata hai jo hadees mein aata hai ke ke aap aap Allah ki bol bolne lagte hain.</w:t>
      </w:r>
    </w:p>
    <w:p>
      <w:pPr>
        <w:jc w:val="right"/>
      </w:pPr>
      <w:r>
        <w:t>جب آپ اس سطح پہنچتے ہیں تو آپ کا وہ حال ہو جاتا ہے جو حدیث میں آتا ہے کہ کہ آپ آپ اللہ کی بول بولنے لگتے ہیں۔</w:t>
      </w:r>
    </w:p>
    <w:p>
      <w:r>
        <w:rPr>
          <w:b/>
        </w:rPr>
        <w:t xml:space="preserve">[08:48] </w:t>
      </w:r>
      <w:r>
        <w:t>aap ka kalam Allah ka kalam ban jata hai. to aisa insaan aap kya samajhte hain? koi wo baat bolega jo Allah ki pasand ke khilaf ho?</w:t>
      </w:r>
    </w:p>
    <w:p>
      <w:pPr>
        <w:jc w:val="right"/>
      </w:pPr>
      <w:r>
        <w:t>آپ کا کلام اللہ کا کلام بن جاتا ہے۔ تو ایسا انسان آپ کیا سمجھتے ہیں؟ کوئی وہ بات بولے گا جو اللہ کی پسند کے خلاف ہو؟</w:t>
      </w:r>
    </w:p>
    <w:p>
      <w:r>
        <w:rPr>
          <w:b/>
        </w:rPr>
        <w:t xml:space="preserve">[08:59] </w:t>
      </w:r>
      <w:r>
        <w:t>is ki, yani is ke liye unthinkable hai, bilkul is ke liye naqabil e qayas baat hai ke wo aisi baat boley jo Allah ki marzi ke khilaf ho.</w:t>
      </w:r>
    </w:p>
    <w:p>
      <w:pPr>
        <w:jc w:val="right"/>
      </w:pPr>
      <w:r>
        <w:t>اس کی، یعنی اس کے لیے ان تھنکیبل ہے، بالکل اس کے لیے ناقابل قیاس بات ہے کہ وہ ایسی بات بولے جو اللہ کی مرضی کے خلاف ہو۔</w:t>
      </w:r>
    </w:p>
    <w:p>
      <w:r>
        <w:rPr>
          <w:b/>
        </w:rPr>
        <w:t xml:space="preserve">[09:14] </w:t>
      </w:r>
      <w:r>
        <w:t>to yahan abd se murad hai abd عارف, realized person.</w:t>
      </w:r>
    </w:p>
    <w:p>
      <w:pPr>
        <w:jc w:val="right"/>
      </w:pPr>
      <w:r>
        <w:t>تو یہاں عبد سے مراد ہے عبد عارف، ریلائزڈ پرسن۔</w:t>
      </w:r>
    </w:p>
    <w:p>
      <w:r>
        <w:rPr>
          <w:b/>
        </w:rPr>
        <w:t xml:space="preserve">[09:23] </w:t>
      </w:r>
      <w:r>
        <w:t>wo insaan jo sachai ko daryaft karte karte mister nature ban chuka ho, wahan pahunch chuka ho jahan Allah us ko chahta hai pahunchana.</w:t>
      </w:r>
    </w:p>
    <w:p>
      <w:pPr>
        <w:jc w:val="right"/>
      </w:pPr>
      <w:r>
        <w:t>وہ انسان جو سچائی کو دریافت کرتے کرتے مسٹر نیچر بن چکا ہو، وہاں پہنچ چکا ہو جہاں اللہ اس کو چاہتا ہے پہنچانا۔</w:t>
      </w:r>
    </w:p>
    <w:p>
      <w:r>
        <w:rPr>
          <w:b/>
        </w:rPr>
        <w:t xml:space="preserve">[09:37] </w:t>
      </w:r>
      <w:r>
        <w:t>to bilashuba aisa insaan</w:t>
      </w:r>
    </w:p>
    <w:p>
      <w:pPr>
        <w:jc w:val="right"/>
      </w:pPr>
      <w:r>
        <w:t>تو بلاشبہ ایسا انسان</w:t>
      </w:r>
    </w:p>
    <w:p>
      <w:r>
        <w:rPr>
          <w:b/>
        </w:rPr>
        <w:t xml:space="preserve">[09:42] </w:t>
      </w:r>
      <w:r>
        <w:t>ka haal wahi ho jata hai jo hadees mein bayan kiya gaya:</w:t>
      </w:r>
    </w:p>
    <w:p>
      <w:pPr>
        <w:jc w:val="right"/>
      </w:pPr>
      <w:r>
        <w:t>کا حال وہی ہو جاتا ہے جو حدیث میں بیان کیا گیا:</w:t>
      </w:r>
    </w:p>
    <w:p>
      <w:r>
        <w:rPr>
          <w:b/>
        </w:rPr>
        <w:t xml:space="preserve">[09:48] </w:t>
      </w:r>
      <w:r>
        <w:t>"falyazun nabiyyu mashaa". to mere bare mein jo chahe guman kar le. yani kya matlab hai? wo wahi guman karega jo main chahta hoon.</w:t>
      </w:r>
    </w:p>
    <w:p>
      <w:pPr>
        <w:jc w:val="right"/>
      </w:pPr>
      <w:r>
        <w:t>"فلیزن نبی ماشاء"۔ تو میرے بارے میں جو چاہے گمان کر لے۔ یعنی کیا مطلب ہے؟ وہ وہی گمان کرے گا جو میں چاہتا ہوں۔</w:t>
      </w:r>
    </w:p>
    <w:p>
      <w:r>
        <w:rPr>
          <w:b/>
        </w:rPr>
        <w:t xml:space="preserve">[09:59] </w:t>
      </w:r>
      <w:r>
        <w:t>is ko samajh lein isi tareeqe se. "falyazun nabiyyu mashaa" ka matlab hai ke aisa banda wahi guman karega jo Allah chahta hai.</w:t>
      </w:r>
    </w:p>
    <w:p>
      <w:pPr>
        <w:jc w:val="right"/>
      </w:pPr>
      <w:r>
        <w:t>اس کو سمجھ لیں اسی طریقے سے۔ "فلیزن نبی ماشاء" کا مطلب ہے کہ ایسا بندہ وہی گمان کرے گا جو اللہ چاہتا ہے۔</w:t>
      </w:r>
    </w:p>
    <w:p>
      <w:r>
        <w:rPr>
          <w:b/>
        </w:rPr>
        <w:t xml:space="preserve">[10:10] </w:t>
      </w:r>
      <w:r>
        <w:t>is ke siwa kuch aur guman kar nahi sakta wo.</w:t>
      </w:r>
    </w:p>
    <w:p>
      <w:pPr>
        <w:jc w:val="right"/>
      </w:pPr>
      <w:r>
        <w:t>اس کے سوا کچھ اور گمان کر نہیں سکتا وہ۔</w:t>
      </w:r>
    </w:p>
    <w:p>
      <w:r>
        <w:rPr>
          <w:b/>
        </w:rPr>
        <w:t xml:space="preserve">[10:19] </w:t>
      </w:r>
      <w:r>
        <w:t>jaise misaal ke taur par dekhein, Quran mein dua hai: "rabbana atina fid dunya hasanah wa fil akhirati hasanah". Allah hum ko, aye Allah, hum ko dunya mein hasanah de aur akhirat mein hasanah de.</w:t>
      </w:r>
    </w:p>
    <w:p>
      <w:pPr>
        <w:jc w:val="right"/>
      </w:pPr>
      <w:r>
        <w:t>جیسے مثال کے طور پر دیکھیں، قرآن میں دعا ہے: "ربنا آتنا فی الدنیا حسنہ وفی الآخرة حسنہ"۔ اللہ ہم کو، اے اللہ، ہم کو دنیا میں حسنہ دے اور آخرت میں حسنہ دے۔</w:t>
      </w:r>
    </w:p>
    <w:p>
      <w:r>
        <w:rPr>
          <w:b/>
        </w:rPr>
        <w:t xml:space="preserve">[10:34] </w:t>
      </w:r>
      <w:r>
        <w:t>to is ki is ki tafseer yeh ki gayi hai ke aye Allah, hum ko dunya mein wo hasanah de jo tere nazdeek hasanah hai.</w:t>
      </w:r>
    </w:p>
    <w:p>
      <w:pPr>
        <w:jc w:val="right"/>
      </w:pPr>
      <w:r>
        <w:t>تو اس کی اس کی تفسیر یہ کی گئی ہے کہ اے اللہ، ہم کو دنیا میں وہ حسنہ دے جو تیرے نزدیک حسنہ ہے۔</w:t>
      </w:r>
    </w:p>
    <w:p>
      <w:r>
        <w:rPr>
          <w:b/>
        </w:rPr>
        <w:t xml:space="preserve">[10:46] </w:t>
      </w:r>
      <w:r>
        <w:t>akhirat mein wo hasanah de jo tere nazdeek hasanah hai.</w:t>
      </w:r>
    </w:p>
    <w:p>
      <w:pPr>
        <w:jc w:val="right"/>
      </w:pPr>
      <w:r>
        <w:t>آخرت میں وہ حسنہ دے جو تیرے نزدیک حسنہ ہے۔</w:t>
      </w:r>
    </w:p>
    <w:p>
      <w:r>
        <w:rPr>
          <w:b/>
        </w:rPr>
        <w:t xml:space="preserve">[10:53] </w:t>
      </w:r>
      <w:r>
        <w:t>yani aisa banda</w:t>
      </w:r>
    </w:p>
    <w:p>
      <w:pPr>
        <w:jc w:val="right"/>
      </w:pPr>
      <w:r>
        <w:t>یعنی ایسا بندہ</w:t>
      </w:r>
    </w:p>
    <w:p>
      <w:r>
        <w:rPr>
          <w:b/>
        </w:rPr>
        <w:t xml:space="preserve">[10:58] </w:t>
      </w:r>
      <w:r>
        <w:t>itna zyada nature pe aa chuka hota hai, itna zyada wo criticized ho chuka hota hai,</w:t>
      </w:r>
    </w:p>
    <w:p>
      <w:pPr>
        <w:jc w:val="right"/>
      </w:pPr>
      <w:r>
        <w:t>اتنا زیادہ نیچر پہ آ چکا ہوتا ہے، اتنا زیادہ وہ کریٹیسائز ہو چکا ہوتا ہے،</w:t>
      </w:r>
    </w:p>
    <w:p>
      <w:r>
        <w:rPr>
          <w:b/>
        </w:rPr>
        <w:t xml:space="preserve">[11:08] </w:t>
      </w:r>
      <w:r>
        <w:t>itna zyada wo Allah ke creation plan ko jaan chuka hota hai</w:t>
      </w:r>
    </w:p>
    <w:p>
      <w:pPr>
        <w:jc w:val="right"/>
      </w:pPr>
      <w:r>
        <w:t>اتنا زیادہ وہ اللہ کے کریشن پلان کو جان چکا ہوتا ہے</w:t>
      </w:r>
    </w:p>
    <w:p>
      <w:r>
        <w:rPr>
          <w:b/>
        </w:rPr>
        <w:t xml:space="preserve">[11:17] </w:t>
      </w:r>
      <w:r>
        <w:t>ke wo kehta hai ke aye Allah, mujhe wo cheez de de jo tere nazdeek hasanah hai is dunya mein, wo cheez de de jo tere nazdeek hasanah hai akhirat mein.</w:t>
      </w:r>
    </w:p>
    <w:p>
      <w:pPr>
        <w:jc w:val="right"/>
      </w:pPr>
      <w:r>
        <w:t>کہ وہ کہتا ہے کہ اے اللہ، مجھے وہ چیز دے دے جو تیرے نزدیک حسنہ ہے اس دنیا میں، وہ چیز دے دے جو تیرے نزدیک حسنہ ہے آخرت میں۔</w:t>
      </w:r>
    </w:p>
    <w:p>
      <w:r>
        <w:rPr>
          <w:b/>
        </w:rPr>
        <w:t xml:space="preserve">[11:31] </w:t>
      </w:r>
      <w:r>
        <w:t>to aise insan ka zikr hai.</w:t>
      </w:r>
    </w:p>
    <w:p>
      <w:pPr>
        <w:jc w:val="right"/>
      </w:pPr>
      <w:r>
        <w:t>تو ایسے انسان کا ذکر ہے۔</w:t>
      </w:r>
    </w:p>
    <w:p>
      <w:r>
        <w:rPr>
          <w:b/>
        </w:rPr>
        <w:t xml:space="preserve">[11:35] </w:t>
      </w:r>
      <w:r>
        <w:t>to yahan dekhiye, zan se pehle ek prizan hai. prizan yeh jo hai ke "falyazan nabee mashaa".</w:t>
      </w:r>
    </w:p>
    <w:p>
      <w:pPr>
        <w:jc w:val="right"/>
      </w:pPr>
      <w:r>
        <w:t>تو یہاں دیکھیے، زن سے پہلے ایک پریزن ہے۔ پریزن یہ جو ہے کہ "فلیزن نبی ماشاء"۔</w:t>
      </w:r>
    </w:p>
    <w:p>
      <w:r>
        <w:rPr>
          <w:b/>
        </w:rPr>
        <w:t xml:space="preserve">[11:45] </w:t>
      </w:r>
      <w:r>
        <w:t>to zan se pehle ek prizan hai. qabl zan ek cheez hai. woh kya hai? woh hai aap sach much Allah ke bande ban jayen, sach much Allah ke abd ban jayen.</w:t>
      </w:r>
    </w:p>
    <w:p>
      <w:pPr>
        <w:jc w:val="right"/>
      </w:pPr>
      <w:r>
        <w:t>تو زن سے پہلے ایک پریزن ہے۔ قبل زن ایک چیز ہے۔ وہ کیا ہے؟ وہ ہے آپ سچ مچ اللہ کے بندے بن جائیں، سچ مچ اللہ کے عبد بن جائیں۔</w:t>
      </w:r>
    </w:p>
    <w:p>
      <w:r>
        <w:rPr>
          <w:b/>
        </w:rPr>
        <w:t xml:space="preserve">[11:58] </w:t>
      </w:r>
      <w:r>
        <w:t>yani apni daryaft ke aitbar se, apne realization ke aitbar se, apni marifat ke aitbar se aap sach much abd ban jayen.</w:t>
      </w:r>
    </w:p>
    <w:p>
      <w:pPr>
        <w:jc w:val="right"/>
      </w:pPr>
      <w:r>
        <w:t>یعنی اپنی دریافت کے اعتبار سے، اپنے ریلائزیشن کے اعتبار سے، اپنی معرفت کے اعتبار سے آپ سچ مچ عبد بن جائیں۔</w:t>
      </w:r>
    </w:p>
    <w:p>
      <w:r>
        <w:rPr>
          <w:b/>
        </w:rPr>
        <w:t xml:space="preserve">[12:09] </w:t>
      </w:r>
      <w:r>
        <w:t>yeh hai prizan. to jab aap bas ho jayenge, tab aap ko haq hoga ke aap zan qaim karen Allah ke bare mein.</w:t>
      </w:r>
    </w:p>
    <w:p>
      <w:pPr>
        <w:jc w:val="right"/>
      </w:pPr>
      <w:r>
        <w:t>یہ ہے پریزن۔ تو جب آپ بس ہو جائیں گے، تب آپ کو حق ہوگا کہ آپ زن قائم کریں اللہ کے بارے میں۔</w:t>
      </w:r>
    </w:p>
    <w:p>
      <w:r>
        <w:rPr>
          <w:b/>
        </w:rPr>
        <w:t xml:space="preserve">[12:20] </w:t>
      </w:r>
      <w:r>
        <w:t>aur phir aap ka zan jo hai, woh Allah poora karega.</w:t>
      </w:r>
    </w:p>
    <w:p>
      <w:pPr>
        <w:jc w:val="right"/>
      </w:pPr>
      <w:r>
        <w:t>اور پھر آپ کا زن جو ہے، وہ اللہ پورا کرے گا۔</w:t>
      </w:r>
    </w:p>
    <w:p>
      <w:r>
        <w:rPr>
          <w:b/>
        </w:rPr>
        <w:t xml:space="preserve">[12:26] </w:t>
      </w:r>
      <w:r>
        <w:t>jab banda wahi mange jo khud Allah chahta hai ke us se sawal kiya jaye, to us mani ke peshgi taur par Allah razi hai ke woh bande ko woh cheez de.</w:t>
      </w:r>
    </w:p>
    <w:p>
      <w:pPr>
        <w:jc w:val="right"/>
      </w:pPr>
      <w:r>
        <w:t>جب بندہ وہی مانگے جو خود اللہ چاہتا ہے کہ اس سے سوال کیا جائے، تو اس معنی کہ پیشگی طور پر اللہ راضی ہے کہ وہ بندے کو وہ چیز دے۔</w:t>
      </w:r>
    </w:p>
    <w:p>
      <w:r>
        <w:rPr>
          <w:b/>
        </w:rPr>
        <w:t xml:space="preserve">[12:40] </w:t>
      </w:r>
      <w:r>
        <w:t>aap ghor kijiye, jab banda itna zyada, yani itna zyada عارف ban jaye, is ki marifat itni barh jaye,</w:t>
      </w:r>
    </w:p>
    <w:p>
      <w:pPr>
        <w:jc w:val="right"/>
      </w:pPr>
      <w:r>
        <w:t>آپ غور کیجئے، جب بندہ اتنا زیادہ، یعنی اتنا زیادہ عارف بن جائے، اس کی معرفت اتنی بڑھ جائے،</w:t>
      </w:r>
    </w:p>
    <w:p>
      <w:r>
        <w:rPr>
          <w:b/>
        </w:rPr>
        <w:t xml:space="preserve">[12:51] </w:t>
      </w:r>
      <w:r>
        <w:t>woh Allah ke creation plan ko itna zyada jaan le ke woh wahi mange jo khud Allah dene ke liye pehle se tayyar hai, to phir zahir hai ke woh yaqeenan us ko milega.</w:t>
      </w:r>
    </w:p>
    <w:p>
      <w:pPr>
        <w:jc w:val="right"/>
      </w:pPr>
      <w:r>
        <w:t>وہ اللہ کے کریشن پلان کو اتنا زیادہ جان لے کہ وہ وہی مانگے جو خود اللہ دینے کے لیے پہلے سے تیار ہے، تو پھر ظاہر ہے کہ وہ یقینا اس کو ملے گا۔</w:t>
      </w:r>
    </w:p>
    <w:p>
      <w:r>
        <w:rPr>
          <w:b/>
        </w:rPr>
        <w:t xml:space="preserve">[13:08] </w:t>
      </w:r>
      <w:r>
        <w:t>aaj kal musalman jo hain, hangame kar rahe hain, ladai jhagda kar rahe hain, sadkon par hangame ho rahe hain, takrao ho raha hai, gun aur bam chalai ja rahi hai, aur Allah ki madad nahi aati.</w:t>
      </w:r>
    </w:p>
    <w:p>
      <w:pPr>
        <w:jc w:val="right"/>
      </w:pPr>
      <w:r>
        <w:t>آج کل مسلمان جو ہیں، ہنگامے کر رہے ہیں، لڑائی جھگڑا کر رہے ہیں، سڑکوں پر ہنگامے ہو رہے ہیں، ٹکراؤ ہو رہا ہے، گن اور بم چلائی جا رہی ہے، اور اللہ کی مدد نہیں آتی۔</w:t>
      </w:r>
    </w:p>
    <w:p>
      <w:r>
        <w:rPr>
          <w:b/>
        </w:rPr>
        <w:t xml:space="preserve">[13:23] </w:t>
      </w:r>
      <w:r>
        <w:t>halanke duayen bhi ho rahi hain, masjidon mein duayen ho rahi hain, khoob khoob duayen ho rahi hain in ke liye, lekin qabool nahi hoti dua,</w:t>
      </w:r>
    </w:p>
    <w:p>
      <w:pPr>
        <w:jc w:val="right"/>
      </w:pPr>
      <w:r>
        <w:t>حالانکہ دعائیں بھی ہو رہی ہیں، مسجدوں میں دعائیں ہو رہی ہیں، خوب خوب دعائیں ہو رہی ہیں ان کے لیے، لیکن قبول نہیں ہوتی دعا،</w:t>
      </w:r>
    </w:p>
    <w:p>
      <w:r>
        <w:rPr>
          <w:b/>
        </w:rPr>
        <w:t xml:space="preserve">[13:32] </w:t>
      </w:r>
      <w:r>
        <w:t>kyun ke woh aisi cheez mang rahe hain jo Allah ne muqaddar hi nahi kiya hai.</w:t>
      </w:r>
    </w:p>
    <w:p>
      <w:pPr>
        <w:jc w:val="right"/>
      </w:pPr>
      <w:r>
        <w:t>کیونکہ وہ ایسی چیز مانگ رہے ہیں جو اللہ نے مقدر ہی نہیں کیا ہے۔</w:t>
      </w:r>
    </w:p>
    <w:p>
      <w:r>
        <w:rPr>
          <w:b/>
        </w:rPr>
        <w:t xml:space="preserve">[13:42] </w:t>
      </w:r>
      <w:r>
        <w:t>Allah ne aap ko hukum hi nahi diya hai ke aap dunya mein Islam ka jhanda uthayen, Islam ki hukumat qaim karen. yeh yeh Allah ne hukum hi nahi diya.</w:t>
      </w:r>
    </w:p>
    <w:p>
      <w:pPr>
        <w:jc w:val="right"/>
      </w:pPr>
      <w:r>
        <w:t>اللہ نے آپ کو حکم ہی نہیں دیا ہے کہ آپ دنیا میں اسلام کا جھنڈا اٹھائیں، اسلام کی حکومت قائم کریں۔ یہ یہ اللہ نے حکم ہی نہیں دیا۔</w:t>
      </w:r>
    </w:p>
    <w:p>
      <w:r>
        <w:rPr>
          <w:b/>
        </w:rPr>
        <w:t xml:space="preserve">[13:53] </w:t>
      </w:r>
      <w:r>
        <w:t>yeh to aap ne khud khud sakhta, aap ka yeh</w:t>
      </w:r>
    </w:p>
    <w:p>
      <w:pPr>
        <w:jc w:val="right"/>
      </w:pPr>
      <w:r>
        <w:t>یہ تو آپ نے خود خود ساختہ، آپ کا یہ</w:t>
      </w:r>
    </w:p>
    <w:p>
      <w:r>
        <w:rPr>
          <w:b/>
        </w:rPr>
        <w:t xml:space="preserve">[13:59] </w:t>
      </w:r>
      <w:r>
        <w:t>khud khud sakhta naqsha hai.</w:t>
      </w:r>
    </w:p>
    <w:p>
      <w:pPr>
        <w:jc w:val="right"/>
      </w:pPr>
      <w:r>
        <w:t>خود خود ساختہ نقشہ ہے۔</w:t>
      </w:r>
    </w:p>
    <w:p>
      <w:r>
        <w:rPr>
          <w:b/>
        </w:rPr>
        <w:t xml:space="preserve">[14:03] </w:t>
      </w:r>
      <w:r>
        <w:t>Allah ka jo hukum hai, woh yeh hai ke aap</w:t>
      </w:r>
    </w:p>
    <w:p>
      <w:pPr>
        <w:jc w:val="right"/>
      </w:pPr>
      <w:r>
        <w:t>اللہ کا جو حکم ہے، وہ یہ ہے کہ آپ</w:t>
      </w:r>
    </w:p>
    <w:p>
      <w:r>
        <w:rPr>
          <w:b/>
        </w:rPr>
        <w:t xml:space="preserve">[14:09] </w:t>
      </w:r>
      <w:r>
        <w:t>sachche momin banen, sachche ibadat guzar banen, apne akhlaq ko rabani akhlaq banayen, aap insan ke khair khwah ban kar rahen,</w:t>
      </w:r>
    </w:p>
    <w:p>
      <w:pPr>
        <w:jc w:val="right"/>
      </w:pPr>
      <w:r>
        <w:t>سچے مومن بنیں، سچے عبادت گزار بنیں، اپنے اخلاق کو ربان اخلاق بنائیں، آپ انسان کے خیر خواہ بن کر رہیں،</w:t>
      </w:r>
    </w:p>
    <w:p>
      <w:r>
        <w:rPr>
          <w:b/>
        </w:rPr>
        <w:t xml:space="preserve">[14:25] </w:t>
      </w:r>
      <w:r>
        <w:t>apne mamlat ko dhandari par qaim karen,</w:t>
      </w:r>
    </w:p>
    <w:p>
      <w:pPr>
        <w:jc w:val="right"/>
      </w:pPr>
      <w:r>
        <w:t>اپنے معاملات کو دانداری پر قائم کریں،</w:t>
      </w:r>
    </w:p>
    <w:p>
      <w:r>
        <w:rPr>
          <w:b/>
        </w:rPr>
        <w:t xml:space="preserve">[14:32] </w:t>
      </w:r>
      <w:r>
        <w:t>apni family mein, apne samaj mein, apne huqooq ko ada karen, aur phir dawat Allah ka kaam karen, Allah ke paigham ko sari dunya tak pahunchana.</w:t>
      </w:r>
    </w:p>
    <w:p>
      <w:pPr>
        <w:jc w:val="right"/>
      </w:pPr>
      <w:r>
        <w:t>اپنی فیملی میں، اپنے سماج میں، اپنے حقوق کو ادا کریں، اور پھر دعوت اللہ کا کام کریں، اللہ کے پیغام کو ساری دنیا تک پہنچانا۔</w:t>
      </w:r>
    </w:p>
    <w:p>
      <w:r>
        <w:rPr>
          <w:b/>
        </w:rPr>
        <w:t xml:space="preserve">[14:48] </w:t>
      </w:r>
      <w:r>
        <w:t>is tareeqe se jab aap ikhtiyar karenge divine culture ko, to har qadam par aap ko Allah ki madad milegi.</w:t>
      </w:r>
    </w:p>
    <w:p>
      <w:pPr>
        <w:jc w:val="right"/>
      </w:pPr>
      <w:r>
        <w:t>اس طریقے سے جب آپ اختیار کریں گے ڈیوائن کلچر کو، تو ہر قدم پر آپ کو اللہ کی مدد ملے گی۔</w:t>
      </w:r>
    </w:p>
    <w:p>
      <w:r>
        <w:rPr>
          <w:b/>
        </w:rPr>
        <w:t xml:space="preserve">[14:57] </w:t>
      </w:r>
      <w:r>
        <w:t>is waqt jo aap dua mangenge, wahi hoga jo Allah chahta hai.</w:t>
      </w:r>
    </w:p>
    <w:p>
      <w:pPr>
        <w:jc w:val="right"/>
      </w:pPr>
      <w:r>
        <w:t>اس وقت جو آپ دعا مانگیں گے، وہی ہوگا جو اللہ چاہتا ہے۔</w:t>
      </w:r>
    </w:p>
    <w:p>
      <w:r>
        <w:rPr>
          <w:b/>
        </w:rPr>
        <w:t xml:space="preserve">[15:08] </w:t>
      </w:r>
      <w:r>
        <w:t>jaise shafaat ke bare mein Quran mein bhi hai ke woh usi cheez ki shafaat karega jis par Allah razi ho,</w:t>
      </w:r>
    </w:p>
    <w:p>
      <w:pPr>
        <w:jc w:val="right"/>
      </w:pPr>
      <w:r>
        <w:t>جیسے شفاعت کے بارے میں قرآن میں بھی ہے کہ وہ اسی چیز کی شفاعت کرے گا جس پر اللہ راضی ہو،</w:t>
      </w:r>
    </w:p>
    <w:p>
      <w:r>
        <w:rPr>
          <w:b/>
        </w:rPr>
        <w:t xml:space="preserve">[15:18] </w:t>
      </w:r>
      <w:r>
        <w:t>kyun ke woh shafi jo hai, us ko pata hai ke Allah ki razamandagi kis cheez mein hai.</w:t>
      </w:r>
    </w:p>
    <w:p>
      <w:pPr>
        <w:jc w:val="right"/>
      </w:pPr>
      <w:r>
        <w:t>کیونکہ وہ شافع جو ہے، اس کو پتہ ہے کہ اللہ کی رضامندی کس چیز میں ہے۔</w:t>
      </w:r>
    </w:p>
    <w:p>
      <w:r>
        <w:rPr>
          <w:b/>
        </w:rPr>
        <w:t xml:space="preserve">[15:27] </w:t>
      </w:r>
      <w:r>
        <w:t>shafaat ka jo tasawwur hai, woh shafaat tasawwuri hai, recommendation ka nahi hai. log samajhte hain ke shafaat ka mani hai recommendation. harghiz nahi,</w:t>
      </w:r>
    </w:p>
    <w:p>
      <w:pPr>
        <w:jc w:val="right"/>
      </w:pPr>
      <w:r>
        <w:t>شفاعت کا جو تصور ہے، وہ شفاعت تصوری ہے، ریکمنڈیشن کا نہیں ہے۔ لوگ سمجھتے ہیں کہ شفاعت کا معنی ہے ریکمنڈیشن۔ ہرگز نہیں،</w:t>
      </w:r>
    </w:p>
    <w:p>
      <w:r>
        <w:rPr>
          <w:b/>
        </w:rPr>
        <w:t xml:space="preserve">[15:43] </w:t>
      </w:r>
      <w:r>
        <w:t>recommendation nahi hai. yeh wahi hai ke ek realized person, ek عارف insan ko mauqa hoga, to woh peshgi taur par yeh janta hoga ke Allah ka mansooba kya hai, Allah ka naqsha takhleeq kya hai.</w:t>
      </w:r>
    </w:p>
    <w:p>
      <w:pPr>
        <w:jc w:val="right"/>
      </w:pPr>
      <w:r>
        <w:t>ریکمنڈیشن نہیں ہے۔ یہ وہی ہے کہ ایک ریلائزڈ پرسن، ایک عارف انسان کو موقع ہوگا، تو وہ پیشگی طور پر یہ جانتا ہوگا کہ اللہ کا منصوبہ کیا ہے، اللہ کا نقشہ تخلیق کیا ہے۔</w:t>
      </w:r>
    </w:p>
    <w:p>
      <w:r>
        <w:rPr>
          <w:b/>
        </w:rPr>
        <w:t xml:space="preserve">[16:01] </w:t>
      </w:r>
      <w:r>
        <w:t>to is cheez ki cheez ki munh se bolay ga, woh jo Allah ki marzi hai,</w:t>
      </w:r>
    </w:p>
    <w:p>
      <w:pPr>
        <w:jc w:val="right"/>
      </w:pPr>
      <w:r>
        <w:t>تو اس چیز کی چیز کی منہ سے بولے گا، وہ جو اللہ کی مرضی ہے،</w:t>
      </w:r>
    </w:p>
    <w:p>
      <w:r>
        <w:rPr>
          <w:b/>
        </w:rPr>
        <w:t xml:space="preserve">[16:10] </w:t>
      </w:r>
      <w:r>
        <w:t>jo Allah ki razamandi hai.</w:t>
      </w:r>
    </w:p>
    <w:p>
      <w:pPr>
        <w:jc w:val="right"/>
      </w:pPr>
      <w:r>
        <w:t>جو اللہ کی رضامندی ہے۔</w:t>
      </w:r>
    </w:p>
    <w:p>
      <w:r>
        <w:rPr>
          <w:b/>
        </w:rPr>
        <w:t xml:space="preserve">[16:15] </w:t>
      </w:r>
      <w:r>
        <w:t>Allah ki razamandi hi ki baat bolay ga woh. To shafaat ke mani recommendation nahi hain. Shafaat ke mani hain ke aap itna ziyada aarif ho chukay hon ke wohi baat aap ke munh se niklay jo Allah ki razamandi hai.</w:t>
      </w:r>
    </w:p>
    <w:p>
      <w:pPr>
        <w:jc w:val="right"/>
      </w:pPr>
      <w:r>
        <w:t>اللہ کی رضامندی ہی کی بات بولے گا وہ۔ تو شفاعت کے معنی ریکمنڈیشن نہیں ہیں۔ شفاعت کے معنی ہیں کہ آپ اتنا زیادہ عارف ہو چکے ہوں کہ وہی بات آپ کے منہ سے نکلے جو اللہ کی رضامندی ہے۔</w:t>
      </w:r>
    </w:p>
    <w:p>
      <w:r>
        <w:rPr>
          <w:b/>
        </w:rPr>
        <w:t xml:space="preserve">[16:40] </w:t>
      </w:r>
      <w:r>
        <w:t>To yeh hadith bohat ziyada aham hai, bohat ziyada aham hai, lekin is hadith ke sath sath aik zimmedari juri hui hai. Agar aap is hadith ka misdaq banna chahtay hain, agar aap is hadith ka misdaq banna chahtay hain, pehle abd baniye,</w:t>
      </w:r>
    </w:p>
    <w:p>
      <w:pPr>
        <w:jc w:val="right"/>
      </w:pPr>
      <w:r>
        <w:t>تو یہ حدیث بہت زیادہ اہم ہے، بہت زیادہ اہم ہے، لیکن اس حدیث کے ساتھ ساتھ ایک ذمہ داری جڑی ہوئی ہے۔ اگر آپ اس حدیث کا مصداق بننا چاہتے ہیں، اگر آپ اس حدیث کا مصداق بننا چاہتے ہیں، پہلے عبد بنیے،</w:t>
      </w:r>
    </w:p>
    <w:p>
      <w:r>
        <w:rPr>
          <w:b/>
        </w:rPr>
        <w:t xml:space="preserve">[16:59] </w:t>
      </w:r>
      <w:r>
        <w:t>yani saail ya dua go banne se pehle abd baniye.</w:t>
      </w:r>
    </w:p>
    <w:p>
      <w:pPr>
        <w:jc w:val="right"/>
      </w:pPr>
      <w:r>
        <w:t>یعنی سائل یا دعا گو بننے سے پہلے عبد بنیے۔</w:t>
      </w:r>
    </w:p>
    <w:p>
      <w:r>
        <w:rPr>
          <w:b/>
        </w:rPr>
        <w:t xml:space="preserve">[17:08] </w:t>
      </w:r>
      <w:r>
        <w:t>Yeh hadith batati hai ke aap saal banne ka istihqaaq hi nahi hoga, aap ko dua karne ka istihqaaq hi aap ko nahi haasil hai is waqt tak jab tak abd abd na banay ga.</w:t>
      </w:r>
    </w:p>
    <w:p>
      <w:pPr>
        <w:jc w:val="right"/>
      </w:pPr>
      <w:r>
        <w:t>یہ حدیث بتاتی ہے کہ آپ سال بننے کا استحقاق ہی نہیں ہوگا، آپ کو دعا کرنے کا استحقاق ہی آپ کو نہیں حاصل ہے اس وقت تک جب تک عبد عبد نہ بنے گا۔</w:t>
      </w:r>
    </w:p>
    <w:p>
      <w:r>
        <w:rPr>
          <w:b/>
        </w:rPr>
        <w:t xml:space="preserve">[17:23] </w:t>
      </w:r>
      <w:r>
        <w:t>To pehle abd baniye, phir yeh hadith aap ke oopar apply hogi.</w:t>
      </w:r>
    </w:p>
    <w:p>
      <w:pPr>
        <w:jc w:val="right"/>
      </w:pPr>
      <w:r>
        <w:t>تو پہلے عبد بنیے، پھر یہ حدیث آپ کے اوپر اپلائی ہوگی۔</w:t>
      </w:r>
    </w:p>
    <w:p>
      <w:r>
        <w:rPr>
          <w:b/>
        </w:rPr>
        <w:t xml:space="preserve">[17:33] </w:t>
      </w:r>
      <w:r>
        <w:t>To yeh hadith bilashuba bohat hi ajeeb hadith hai.</w:t>
      </w:r>
    </w:p>
    <w:p>
      <w:pPr>
        <w:jc w:val="right"/>
      </w:pPr>
      <w:r>
        <w:t>تو یہ حدیث بلاشبہ بہت ہی عجیب حدیث ہے۔</w:t>
      </w:r>
    </w:p>
    <w:p>
      <w:r>
        <w:rPr>
          <w:b/>
        </w:rPr>
        <w:t xml:space="preserve">[17:36] </w:t>
      </w:r>
      <w:r>
        <w:t>Is mein aik ajeeb basharat hai, bohat hi hopeful hai. Yeh hadith is mein bohat ziyada umeed hai insaan ke liye, lekin kis insaan ke liye?</w:t>
      </w:r>
    </w:p>
    <w:p>
      <w:pPr>
        <w:jc w:val="right"/>
      </w:pPr>
      <w:r>
        <w:t>اس میں ایک عجیب بشارت ہے، بہت ہی ہوپ فل ہے۔ یہ حدیث اس میں بہت زیادہ امید ہے انسان کے لیے، لیکن کس انسان کے لیے؟</w:t>
      </w:r>
    </w:p>
    <w:p>
      <w:r>
        <w:rPr>
          <w:b/>
        </w:rPr>
        <w:t xml:space="preserve">[17:51] </w:t>
      </w:r>
      <w:r>
        <w:t>Sarkash insaan ke liye nahi, jo apni marzi chalaye, us ke liye nahi, jo apna jhanda buland kare, us ke liye nahi, us insaan ke liye jo sach much abd ban chuka ho,</w:t>
      </w:r>
    </w:p>
    <w:p>
      <w:pPr>
        <w:jc w:val="right"/>
      </w:pPr>
      <w:r>
        <w:t>سرکش انسان کے لیے نہیں، جو اپنی مرضی چلائے، اس کے لیے نہیں، جو اپنا جھنڈا بلند کرے، اس کے لیے نہیں، اس انسان کے لیے جو سچ مچ عبد بن چکا ہو،</w:t>
      </w:r>
    </w:p>
    <w:p>
      <w:r>
        <w:rPr>
          <w:b/>
        </w:rPr>
        <w:t xml:space="preserve">[18:06] </w:t>
      </w:r>
      <w:r>
        <w:t>abd Allah ke mayar ke mutabiq, Allah ke criterion ke mutabiq. To phir us ko yeh hadith ke alfaaz, is hadith qudsi ke alfaaz, us par saadiq aa jayen ge.</w:t>
      </w:r>
    </w:p>
    <w:p>
      <w:pPr>
        <w:jc w:val="right"/>
      </w:pPr>
      <w:r>
        <w:t>عبد اللہ کے معیار کے مطابق، اللہ کے کرائٹیرین کے مطابق۔ تو پھر اس کو یہ حدیث کے الفاظ، اس حدیث قدسی کے الفاظ، اس پر صادق آ جائیں گے۔</w:t>
      </w:r>
    </w:p>
    <w:p>
      <w:r>
        <w:rPr>
          <w:b/>
        </w:rPr>
        <w:t xml:space="preserve">[18:24] </w:t>
      </w:r>
      <w:r>
        <w:t>Falyazn nabiyun ma shaa.</w:t>
      </w:r>
    </w:p>
    <w:p>
      <w:pPr>
        <w:jc w:val="right"/>
      </w:pPr>
      <w:r>
        <w:t>فلیزن نبی ماشاء۔</w:t>
      </w:r>
    </w:p>
    <w:p>
      <w:r>
        <w:rPr>
          <w:b/>
        </w:rPr>
        <w:t xml:space="preserve">[18:36] </w:t>
      </w:r>
      <w:r>
        <w:t>To yeh hadith mukhtalif alfaaz ka atai hai.</w:t>
      </w:r>
    </w:p>
    <w:p>
      <w:pPr>
        <w:jc w:val="right"/>
      </w:pPr>
      <w:r>
        <w:t>تو یہ حدیث مختلف الفاظ کا عطائی ہے۔</w:t>
      </w:r>
    </w:p>
    <w:p>
      <w:r>
        <w:rPr>
          <w:b/>
        </w:rPr>
        <w:t xml:space="preserve">[18:43] </w:t>
      </w:r>
      <w:r>
        <w:t>Alfaaz mukhtalif hain, lekin sense aik hi hai, aur sense yahi hai ke jo insaan abd ban jaye,</w:t>
      </w:r>
    </w:p>
    <w:p>
      <w:pPr>
        <w:jc w:val="right"/>
      </w:pPr>
      <w:r>
        <w:t>الفاظ مختلف ہیں، لیکن سینس ایک ہی ہے، اور سینس یہی ہے کہ جو انسان عبد بن جائے،</w:t>
      </w:r>
    </w:p>
    <w:p>
      <w:r>
        <w:rPr>
          <w:b/>
        </w:rPr>
        <w:t xml:space="preserve">[18:55] </w:t>
      </w:r>
      <w:r>
        <w:t>to us ko aik ajeeb o ghareeb nemmat haasil ho jati hai. Nemmat, yeh nemmat ki baat hai, yeh inaam ki baat hai.</w:t>
      </w:r>
    </w:p>
    <w:p>
      <w:pPr>
        <w:jc w:val="right"/>
      </w:pPr>
      <w:r>
        <w:t>تو اس کو ایک عجیب و غریب نعمت حاصل ہو جاتی ہے۔ نعمت، یہ نعمت کی بات ہے، یہ انعام کی بات ہے۔</w:t>
      </w:r>
    </w:p>
    <w:p>
      <w:r>
        <w:rPr>
          <w:b/>
        </w:rPr>
        <w:t xml:space="preserve">[19:05] </w:t>
      </w:r>
      <w:r>
        <w:t>Yeh hadith aik inaam ki basharat hai us insaan ke liye jo abd ban jaye.</w:t>
      </w:r>
    </w:p>
    <w:p>
      <w:pPr>
        <w:jc w:val="right"/>
      </w:pPr>
      <w:r>
        <w:t>یہ حدیث ایک انعام کی بشارت ہے اس انسان کے لیے جو عبد بن جائے۔</w:t>
      </w:r>
    </w:p>
    <w:p>
      <w:r>
        <w:rPr>
          <w:b/>
        </w:rPr>
        <w:t xml:space="preserve">[19:21] </w:t>
      </w:r>
      <w:r>
        <w:t>Jo Hazrat Masih ne kaha tha, jo Bible mein hai ke mango to paao ge, darwaza khatkhatao to tumhara rasta khola jayega.</w:t>
      </w:r>
    </w:p>
    <w:p>
      <w:pPr>
        <w:jc w:val="right"/>
      </w:pPr>
      <w:r>
        <w:t>جو حضرت مسیح نے کہا تھا، جو بائبل میں ہے کہ مانگو تو پاؤ گے، دروازہ کھٹکھٹاؤ تو تمہارا راستہ کھولا جائے گا۔</w:t>
      </w:r>
    </w:p>
    <w:p>
      <w:r>
        <w:rPr>
          <w:b/>
        </w:rPr>
        <w:t xml:space="preserve">[19:33] </w:t>
      </w:r>
      <w:r>
        <w:t>To mango to paao ge, mani yeh nahi ke bas jo bhi aap maangoge, sab Allah ki taraf se milta rahega aap ko.</w:t>
      </w:r>
    </w:p>
    <w:p>
      <w:pPr>
        <w:jc w:val="right"/>
      </w:pPr>
      <w:r>
        <w:t>تو مانگو تو پاؤ گے، معنی یہ نہیں کہ بس جو بھی آپ مانگیں گے، سب اللہ کی طرف سے ملتا رہے گا آپ کو۔</w:t>
      </w:r>
    </w:p>
    <w:p>
      <w:r>
        <w:rPr>
          <w:b/>
        </w:rPr>
        <w:t xml:space="preserve">[19:41] </w:t>
      </w:r>
      <w:r>
        <w:t>Is ka matlab yeh hai ke pehle maangne wale bano, pehle haqeeqi maanon mein, real sense mein maangne wale bano.</w:t>
      </w:r>
    </w:p>
    <w:p>
      <w:pPr>
        <w:jc w:val="right"/>
      </w:pPr>
      <w:r>
        <w:t>اس کا مطلب یہ ہے کہ پہلے مانگنے والے بنو، پہلے حقیقی معنوں میں، ریئل سینس میں مانگنے والے بنو۔</w:t>
      </w:r>
    </w:p>
    <w:p>
      <w:r>
        <w:rPr>
          <w:b/>
        </w:rPr>
        <w:t xml:space="preserve">[19:51] </w:t>
      </w:r>
      <w:r>
        <w:t>Is ke baad jo tum maangoge, Allah huzoor us ko dega tumhein. Agar aap maangne wale hi nahi bane hain, haqeeqi maanon mein aap saail ya talib nahi bane hain, aap ke case jo hai woh sarkash insaan ka case hai,</w:t>
      </w:r>
    </w:p>
    <w:p>
      <w:pPr>
        <w:jc w:val="right"/>
      </w:pPr>
      <w:r>
        <w:t>اس کے بعد جو تم مانگو گے، اللہ حضور اس کو دے گا تمہیں۔ اگر آپ مانگنے والے ہی نہیں بنے ہیں، حقیقی معنوں میں آپ سائل یا طالب نہیں بنے ہیں، آپ کے کیس جو ہے وہ سرکش انسان کا کیس ہے،</w:t>
      </w:r>
    </w:p>
    <w:p>
      <w:r>
        <w:rPr>
          <w:b/>
        </w:rPr>
        <w:t xml:space="preserve">[20:09] </w:t>
      </w:r>
      <w:r>
        <w:t>to aap ka maangna na maangna barabar hai, kuch milne wala nahi hai aap ko. Aaj kal Musalmanon ka haal yeh hai, yeh har jagah sarakshi kar rahe hain.</w:t>
      </w:r>
    </w:p>
    <w:p>
      <w:pPr>
        <w:jc w:val="right"/>
      </w:pPr>
      <w:r>
        <w:t>تو آپ کا مانگنا نہ مانگنا برابر ہے، کچھ ملنے والا نہیں ہے آپ کو۔ آج کل مسلمانوں کا حال یہ ہے، یہ ہر جگہ سرکشی کر رہے ہیں۔</w:t>
      </w:r>
    </w:p>
    <w:p>
      <w:r>
        <w:rPr>
          <w:b/>
        </w:rPr>
        <w:t xml:space="preserve">[20:18] </w:t>
      </w:r>
      <w:r>
        <w:t>Yeh saare hungaame jo hain, har jagah mili hungaame, siyasi hungaame, sarakshi ke hungaame hain, aur masjidon mein duaen ho rahi hain in ke liye, thori si duaen ho rahi hain masjidon mein, aur koi qabool nahi hoti.</w:t>
      </w:r>
    </w:p>
    <w:p>
      <w:pPr>
        <w:jc w:val="right"/>
      </w:pPr>
      <w:r>
        <w:t>یہ سارے ہنگامے جو ہیں، ہر جگہ ملی ہنگامے، سیاسی ہنگامے، سرکشی کے ہنگامے ہیں، اور مسجدوں میں دعائیں ہو رہی ہیں ان کے لیے، تھوڑی سی دعائیں ہو رہی ہیں مسجدوں میں، اور کوئی قبول نہیں ہوتی۔</w:t>
      </w:r>
    </w:p>
    <w:p>
      <w:r>
        <w:rPr>
          <w:b/>
        </w:rPr>
        <w:t xml:space="preserve">[20:34] </w:t>
      </w:r>
      <w:r>
        <w:t>To in logon ko chahiye ke is hadith par ghor karen, is abd ke lafz par gho</w:t>
      </w:r>
    </w:p>
    <w:p>
      <w:pPr>
        <w:jc w:val="right"/>
      </w:pPr>
      <w:r>
        <w:t>تو ان لوگوں کو چاہیے کہ اس حدیث پر غور کریں، اس عبد کے لفظ پر غ</w:t>
      </w:r>
    </w:p>
    <w:p>
      <w:r>
        <w:rPr>
          <w:b/>
        </w:rPr>
        <w:t xml:space="preserve">[20:39] </w:t>
      </w:r>
      <w:r>
        <w:t>or karen, abd,</w:t>
      </w:r>
    </w:p>
    <w:p>
      <w:pPr>
        <w:jc w:val="right"/>
      </w:pPr>
      <w:r>
        <w:t>ور کریں، عبد،</w:t>
      </w:r>
    </w:p>
    <w:p>
      <w:r>
        <w:rPr>
          <w:b/>
        </w:rPr>
        <w:t xml:space="preserve">[20:42] </w:t>
      </w:r>
      <w:r>
        <w:t>abd ke lafz par ghor karen, ana abdi bhi ke woh pehle unhein abd banna tha, ab to bane nahi, aur sarkon ko hungaame shuru kar diye unhon ne,</w:t>
      </w:r>
    </w:p>
    <w:p>
      <w:pPr>
        <w:jc w:val="right"/>
      </w:pPr>
      <w:r>
        <w:t>عبد کے لفظ پر غور کریں، انا عبدی بھی کہ وہ پہلے انہیں عبد بننا تھا، اب تو بنے نہیں، اور سڑکوں کو ہنگامے شروع کر دیے انہوں نے،</w:t>
      </w:r>
    </w:p>
    <w:p>
      <w:r>
        <w:rPr>
          <w:b/>
        </w:rPr>
        <w:t xml:space="preserve">[20:59] </w:t>
      </w:r>
      <w:r>
        <w:t>gun kar ke chala diya unhon ne, abd bane baghair, to is ka koi faida nahi hone wala hai.</w:t>
      </w:r>
    </w:p>
    <w:p>
      <w:pPr>
        <w:jc w:val="right"/>
      </w:pPr>
      <w:r>
        <w:t>گن کر کے چلا دیا انہوں نے، عبد بنے بغیر، تو اس کا کوئی فائدہ نہیں ہونے والا ہے۔</w:t>
      </w:r>
    </w:p>
    <w:p>
      <w:r>
        <w:rPr>
          <w:b/>
        </w:rPr>
        <w:t xml:space="preserve">[21:13] </w:t>
      </w:r>
      <w:r>
        <w:t>to yeh bari ajeeb hadees hai ke ana in dhann abdi bhi falayzn nabbi mashaa,</w:t>
      </w:r>
    </w:p>
    <w:p>
      <w:pPr>
        <w:jc w:val="right"/>
      </w:pPr>
      <w:r>
        <w:t>تو یہ بڑی عجیب حدیث ہے کہ انا ان ذن عبدی بھی فلیزن نبی ماشاء،</w:t>
      </w:r>
    </w:p>
    <w:p>
      <w:r>
        <w:rPr>
          <w:b/>
        </w:rPr>
        <w:t xml:space="preserve">[21:27] </w:t>
      </w:r>
      <w:r>
        <w:t>mein apne bande ke gumaan ke saath hoon, to woh jo chahe mere bare mein gumaan kar le. yeh woh woh darja hai, yeh woh darja hai ke agar aap sach much hi aap ke kaan se sunein Allah ki awaaz</w:t>
      </w:r>
    </w:p>
    <w:p>
      <w:pPr>
        <w:jc w:val="right"/>
      </w:pPr>
      <w:r>
        <w:t>میں اپنے بندے کے گمان کے ساتھ ہوں، تو وہ جو چاہے میرے بارے میں گمان کر لے۔ یہ وہ وہ درجہ ہے، یہ وہ درجہ ہے کہ اگر آپ سچ مچ ہی آپ کے کان سے سنیں اللہ کی آواز</w:t>
      </w:r>
    </w:p>
    <w:p>
      <w:r>
        <w:rPr>
          <w:b/>
        </w:rPr>
        <w:t xml:space="preserve">[21:43] </w:t>
      </w:r>
      <w:r>
        <w:t>ke aye bande, tu jo chahe mere bare mein gumaan kar le, jo chahe tu mujh se maang. to woh banda sajde mein gir padega, woh kahega rab ul alameen, mein kya maangoon?</w:t>
      </w:r>
    </w:p>
    <w:p>
      <w:pPr>
        <w:jc w:val="right"/>
      </w:pPr>
      <w:r>
        <w:t>کہ اے بندے، تو جو چاہے میرے بارے میں گمان کر لے، جو چاہے تو مجھ سے مانگ۔ تو وہ بندہ سجدے میں گر پڑے گا، وہ کہے گا رب العالمین، میں کیا مانگوں؟</w:t>
      </w:r>
    </w:p>
    <w:p>
      <w:r>
        <w:rPr>
          <w:b/>
        </w:rPr>
        <w:t xml:space="preserve">[21:56] </w:t>
      </w:r>
      <w:r>
        <w:t>to zyada jaanta hai mujh se.</w:t>
      </w:r>
    </w:p>
    <w:p>
      <w:pPr>
        <w:jc w:val="right"/>
      </w:pPr>
      <w:r>
        <w:t>تو زیادہ جانتا ہے مجھ سے۔</w:t>
      </w:r>
    </w:p>
    <w:p>
      <w:r>
        <w:rPr>
          <w:b/>
        </w:rPr>
        <w:t xml:space="preserve">[22:03] </w:t>
      </w:r>
      <w:r>
        <w:t>yahan is bande ka zikr hai, is abd ka zikr hai ke agar waqeatan Allah ki awaaz aaye is ke kaan mein barah-e-raast taur par ke aye bande,</w:t>
      </w:r>
    </w:p>
    <w:p>
      <w:pPr>
        <w:jc w:val="right"/>
      </w:pPr>
      <w:r>
        <w:t>یہاں اس بندے کا ذکر ہے، اس عبد کا ذکر ہے کہ اگر واقعتا اللہ کی آواز آئے اس کے کان میں براہ راست طور پر کہ اے بندے،</w:t>
      </w:r>
    </w:p>
    <w:p>
      <w:r>
        <w:rPr>
          <w:b/>
        </w:rPr>
        <w:t xml:space="preserve">[22:16] </w:t>
      </w:r>
      <w:r>
        <w:t>to jo chahe sawal kar, mein tere sawal ko poora karunga, tab bhi woh banda sajde mein gir jayega.</w:t>
      </w:r>
    </w:p>
    <w:p>
      <w:pPr>
        <w:jc w:val="right"/>
      </w:pPr>
      <w:r>
        <w:t>تو جو چاہے سوال کر، میں تیرے سوال کو پورا کروں گا، تب بھی وہ بندہ سجدے میں گر جائے گا۔</w:t>
      </w:r>
    </w:p>
    <w:p>
      <w:r>
        <w:rPr>
          <w:b/>
        </w:rPr>
        <w:t xml:space="preserve">[22:28] </w:t>
      </w:r>
      <w:r>
        <w:t>woh kahega ke rab ul alameen, tu zyada jaanta hai ke meri hajat kya hain, mere liye khair kya hai, meri sa'adat kya hai, tu tu apne ilm ke mutabiq mujhe woh cheez de de jo meri khair hai.</w:t>
      </w:r>
    </w:p>
    <w:p>
      <w:pPr>
        <w:jc w:val="right"/>
      </w:pPr>
      <w:r>
        <w:t>وہ کہے گا کہ رب العالمین، تو زیادہ جانتا ہے کہ میری حاجات کیا ہیں، میرے لیے خیر کیا ہے، میری سعادت کیا ہے، تو تو اپنے علم کے مطابق مجھے وہ چیز دے دے جو میری خیر ہے۔</w:t>
      </w:r>
    </w:p>
    <w:p>
      <w:r>
        <w:rPr>
          <w:b/>
        </w:rPr>
        <w:t xml:space="preserve">[22:45] </w:t>
      </w:r>
      <w:r>
        <w:t>yeh kahega banda, banda list nahi pesh karega. yaad rakhiye, yahan jis abd ka zikr hai, woh abd kabhi aisa nahi kar sakta ke list pesh kare,</w:t>
      </w:r>
    </w:p>
    <w:p>
      <w:pPr>
        <w:jc w:val="right"/>
      </w:pPr>
      <w:r>
        <w:t>یہ کہے گا بندہ، بندہ لسٹ نہیں پیش کرے گا۔ یاد رکھیے، یہاں جس عبد کا ذکر ہے، وہ عبد کبھی ایسا نہیں کر سکتا کہ لسٹ پیش کرے،</w:t>
      </w:r>
    </w:p>
    <w:p>
      <w:r>
        <w:rPr>
          <w:b/>
        </w:rPr>
        <w:t xml:space="preserve">[23:01] </w:t>
      </w:r>
      <w:r>
        <w:t>kabhi aisa nahi kar sakta. kisi paighambar ne aisa nahi kiya. aap paighambaron ke halaat padhiye, un ko un ko mauqa diya gaya to kabhi unhon ne nahi kaha ke list pesh kar di ke yeh chahiye mujhe, yeh chahiye mujhe, yeh chahiye.</w:t>
      </w:r>
    </w:p>
    <w:p>
      <w:pPr>
        <w:jc w:val="right"/>
      </w:pPr>
      <w:r>
        <w:t>کبھی ایسا نہیں کر سکتا۔ کسی پیغمبر نے ایسا نہیں کیا۔ آپ پیغمبروں کے حالات پڑھیے، ان کو ان کو موقع دیا گیا تو کبھی انہوں نے نہیں کہا کہ لسٹ پیش کر دی کہ یہ چاہیے مجھے، یہ چاہیے مجھے، یہ چاہیے۔</w:t>
      </w:r>
    </w:p>
    <w:p>
      <w:r>
        <w:rPr>
          <w:b/>
        </w:rPr>
        <w:t xml:space="preserve">[23:18] </w:t>
      </w:r>
      <w:r>
        <w:t>unhon ne yahi kaha ke khuda ya, tu zyada jaanta hai ke meri meri hajat kya hai, mere liye khair kya hai,</w:t>
      </w:r>
    </w:p>
    <w:p>
      <w:pPr>
        <w:jc w:val="right"/>
      </w:pPr>
      <w:r>
        <w:t>انہوں نے یہی کہا کہ خدایا، تو زیادہ جانتا ہے کہ میری میری حاجت کیا ہے، میرے لیے خیر کیا ہے،</w:t>
      </w:r>
    </w:p>
    <w:p>
      <w:r>
        <w:rPr>
          <w:b/>
        </w:rPr>
        <w:t xml:space="preserve">[23:28] </w:t>
      </w:r>
      <w:r>
        <w:t>tu tu apne ilm ke mutabiq is khair ko mere liye muqaddar kar de jo dunya mein bhi mere liye sa'adat ho aur aakhirat mein bhi sa'adat ho.</w:t>
      </w:r>
    </w:p>
    <w:p>
      <w:pPr>
        <w:jc w:val="right"/>
      </w:pPr>
      <w:r>
        <w:t>تو تو اپنے علم کے مطابق اس خیر کو میرے لیے مقدر کر دے جو دنیا میں بھی میرے لیے سعادت ہو اور آخرت میں بھی سعادت ہو۔</w:t>
      </w:r>
    </w:p>
    <w:p>
      <w:r>
        <w:rPr>
          <w:b/>
        </w:rPr>
        <w:t xml:space="preserve">[23:44] </w:t>
      </w:r>
      <w:r>
        <w:t>to is hadees se kisi ko amaani mein mubtala nahi hona chahiye, khush fehmi mein mubtala nahi hona chahiye, kyun ke amaani kisi kaam aane wali nahi hain.</w:t>
      </w:r>
    </w:p>
    <w:p>
      <w:pPr>
        <w:jc w:val="right"/>
      </w:pPr>
      <w:r>
        <w:t>تو اس حدیث سے کسی کو امانی میں مبتلا نہیں ہونا چاہیے، خوش فہمی میں مبتلا نہیں ہونا چاہیے، کیونکہ امانی کسی کام آنے والی نہیں ہے۔</w:t>
      </w:r>
    </w:p>
    <w:p>
      <w:r>
        <w:rPr>
          <w:b/>
        </w:rPr>
        <w:t xml:space="preserve">[23:59] </w:t>
      </w:r>
      <w:r>
        <w:t>is hadees ko le kar koi shakhs agar khush fehmi mein paida ho, khush fehmi mein mubtala ho jaye to woh amaani hoga. amaani kisi kaam aane wali nahi hain.</w:t>
      </w:r>
    </w:p>
    <w:p>
      <w:pPr>
        <w:jc w:val="right"/>
      </w:pPr>
      <w:r>
        <w:t>اس حدیث کو لے کر کوئی شخص اگر خوش فہمی میں پیدا ہو، خوش فہمی میں مبتلا ہو جائے تو وہ امانی ہوگا۔ امانی کسی کام آنے والی نہیں ہے۔</w:t>
      </w:r>
    </w:p>
    <w:p>
      <w:r>
        <w:rPr>
          <w:b/>
        </w:rPr>
        <w:t xml:space="preserve">[24:17] </w:t>
      </w:r>
      <w:r>
        <w:t>momin ko, yani ek aarif momin, aarif momin ki zubaan se wahi nikalta hai jis ke mutalliq woh jaanta hai ke Allah is par raazi hai.</w:t>
      </w:r>
    </w:p>
    <w:p>
      <w:pPr>
        <w:jc w:val="right"/>
      </w:pPr>
      <w:r>
        <w:t>مومن کو، یعنی ایک عارف مومن، عارف مومن کی زبان سے وہی نکلتا ہے جس کے متعلق وہ جانتا ہے کہ اللہ اس پر راضی ہے۔</w:t>
      </w:r>
    </w:p>
    <w:p>
      <w:r>
        <w:rPr>
          <w:b/>
        </w:rPr>
        <w:t xml:space="preserve">[24:28] </w:t>
      </w:r>
      <w:r>
        <w:t>raziya bi qawlan,</w:t>
      </w:r>
    </w:p>
    <w:p>
      <w:pPr>
        <w:jc w:val="right"/>
      </w:pPr>
      <w:r>
        <w:t>رضیہ بہی قولا،</w:t>
      </w:r>
    </w:p>
    <w:p>
      <w:r>
        <w:rPr>
          <w:b/>
        </w:rPr>
        <w:t xml:space="preserve">[24:33] </w:t>
      </w:r>
      <w:r>
        <w:t>jo sacha abd hai, sacha momin hai, sacha aarif hai, us ki zubaan se wahi nikalta hai jo is par us ko pata hai ke Allah ki razamandagi is mein hai.</w:t>
      </w:r>
    </w:p>
    <w:p>
      <w:pPr>
        <w:jc w:val="right"/>
      </w:pPr>
      <w:r>
        <w:t>جو سچا عبد ہے، سچا مومن ہے، سچا عارف ہے، اس کی زبان سے وہی نکلتا ہے جو اس پر اس کو پتہ ہے کہ اللہ کی رضامندی اس میں ہے۔</w:t>
      </w:r>
    </w:p>
    <w:p>
      <w:r>
        <w:rPr>
          <w:b/>
        </w:rPr>
        <w:t xml:space="preserve">[24:50] </w:t>
      </w:r>
      <w:r>
        <w:t>woh kabhi apni list nahi pesh karega,</w:t>
      </w:r>
    </w:p>
    <w:p>
      <w:pPr>
        <w:jc w:val="right"/>
      </w:pPr>
      <w:r>
        <w:t>وہ کبھی اپنی لسٹ نہیں پیش کرے گا،</w:t>
      </w:r>
    </w:p>
    <w:p>
      <w:r>
        <w:rPr>
          <w:b/>
        </w:rPr>
        <w:t xml:space="preserve">[24:55] </w:t>
      </w:r>
      <w:r>
        <w:t>woh kabhi yeh nahi chahega ke woh sarkashi kare aur Allah ke farishtay aa kar ke us ko kamyab kar dein. yeh chahega nahi, woh is ke liye duaen karega nahi.</w:t>
      </w:r>
    </w:p>
    <w:p>
      <w:pPr>
        <w:jc w:val="right"/>
      </w:pPr>
      <w:r>
        <w:t>وہ کبھی یہ نہیں چاہے گا کہ وہ سرکشی کرے اور اللہ کے فرشتے آ کر کے اس کو کامیاب کر دیں۔ یہ چاہے گا نہیں، وہ اس کے لیے دعائیں کرے گا نہیں۔</w:t>
      </w:r>
    </w:p>
    <w:p>
      <w:r>
        <w:rPr>
          <w:b/>
        </w:rPr>
        <w:t xml:space="preserve">[25:05] </w:t>
      </w:r>
      <w:r>
        <w:t>woh</w:t>
      </w:r>
    </w:p>
    <w:p>
      <w:pPr>
        <w:jc w:val="right"/>
      </w:pPr>
      <w:r>
        <w:t>وہ</w:t>
      </w:r>
    </w:p>
    <w:p>
      <w:r>
        <w:rPr>
          <w:b/>
        </w:rPr>
        <w:t xml:space="preserve">[25:11] </w:t>
      </w:r>
      <w:r>
        <w:t>to is hadees mein abd ka lafz bohat crucial hai, crucial. abd ka lafz bohat crucial word hai,</w:t>
      </w:r>
    </w:p>
    <w:p>
      <w:pPr>
        <w:jc w:val="right"/>
      </w:pPr>
      <w:r>
        <w:t>تو اس حدیث میں عبد کا لفظ بہت کروشل ہے، کروشل۔ عبد کا لفظ بہت کروشل ورڈ ہے،</w:t>
      </w:r>
    </w:p>
    <w:p>
      <w:r>
        <w:rPr>
          <w:b/>
        </w:rPr>
        <w:t xml:space="preserve">[25:21] </w:t>
      </w:r>
      <w:r>
        <w:t>is par ghaur karein aap. tab is hadees ko aap samajh sakte hain.</w:t>
      </w:r>
    </w:p>
    <w:p>
      <w:pPr>
        <w:jc w:val="right"/>
      </w:pPr>
      <w:r>
        <w:t>اس پر غور کریں آپ۔ تب اس حدیث کو آپ سمجھ سکتے ہیں۔</w:t>
      </w:r>
    </w:p>
    <w:p>
      <w:r>
        <w:rPr>
          <w:b/>
        </w:rPr>
        <w:t xml:space="preserve">[25:34] </w:t>
      </w:r>
      <w:r>
        <w:t>to yeh hadees ek taraf khushkhabri hai, good tairing hai, saath saath is mein responsibility bhi batai gayi hai, zimmedari bhi batai gayi hai ke pehle aap bano,</w:t>
      </w:r>
    </w:p>
    <w:p>
      <w:pPr>
        <w:jc w:val="right"/>
      </w:pPr>
      <w:r>
        <w:t>تو یہ حدیث ایک طرف خوشخبری ہے، گڈ ٹائرنگ ہے، ساتھ ساتھ اس میں ریسپانسبیلٹی بھی بتائی گئی ہے، ذمہ داری بھی بتائی گئی ہے کہ پہلے آپ بنو،</w:t>
      </w:r>
    </w:p>
    <w:p>
      <w:r>
        <w:rPr>
          <w:b/>
        </w:rPr>
        <w:t xml:space="preserve">[25:50] </w:t>
      </w:r>
      <w:r>
        <w:t>sab se pehle tum apne aap ko abd ke maqam par pahunchao, us ke baad tumhare liye</w:t>
      </w:r>
    </w:p>
    <w:p>
      <w:pPr>
        <w:jc w:val="right"/>
      </w:pPr>
      <w:r>
        <w:t>سب سے پہلے تم اپنے آپ کو عبد کے مقام پر پہنچاؤ، اس کے بعد تمہارے لیے</w:t>
      </w:r>
    </w:p>
    <w:p>
      <w:r>
        <w:rPr>
          <w:b/>
        </w:rPr>
        <w:t xml:space="preserve">[25:58] </w:t>
      </w:r>
      <w:r>
        <w:t>yeh basharat tumhare par apply hogi.</w:t>
      </w:r>
    </w:p>
    <w:p>
      <w:pPr>
        <w:jc w:val="right"/>
      </w:pPr>
      <w:r>
        <w:t>یہ بشارت تمہارے پر اپلائی ہوگی۔</w:t>
      </w:r>
    </w:p>
    <w:p>
      <w:r>
        <w:rPr>
          <w:b/>
        </w:rPr>
        <w:t xml:space="preserve">[26:12] </w:t>
      </w:r>
      <w:r>
        <w:t>aur jo yeh alfaaz jo hain ke falayzan nabee khaira, to woh khair hi ka zan karega. woh ana abdi falayzan nabee khaira, is ka matlab yeh hai ke aisa banda</w:t>
      </w:r>
    </w:p>
    <w:p>
      <w:pPr>
        <w:jc w:val="right"/>
      </w:pPr>
      <w:r>
        <w:t>اور جو یہ الفاظ جو ہیں کہ فلیزن نبی خیرا، تو وہ خیر ہی کا زن کرے گا۔ وہ انا عبدی فلیزن نبی خیرا، اس کا مطلب یہ ہے کہ ایسا بندہ</w:t>
      </w:r>
    </w:p>
    <w:p>
      <w:r>
        <w:rPr>
          <w:b/>
        </w:rPr>
        <w:t xml:space="preserve">[26:27] </w:t>
      </w:r>
      <w:r>
        <w:t>jo عارف ho, to woh khair hi ka zan karega, khair hi ka sawal karega, khair hi ka talib banega.</w:t>
      </w:r>
    </w:p>
    <w:p>
      <w:pPr>
        <w:jc w:val="right"/>
      </w:pPr>
      <w:r>
        <w:t>جو عارف ہو، تو وہ خیر ہی کا زن کرے گا، خیر ہی کا سوال کرے گا، خیر ہی کا طالب بنے گا۔</w:t>
      </w:r>
    </w:p>
    <w:p>
      <w:r>
        <w:rPr>
          <w:b/>
        </w:rPr>
        <w:t xml:space="preserve">[26:38] </w:t>
      </w:r>
      <w:r>
        <w:t>woh kuch aur, kisi aur cheez ki talab ko afford nahi kar sakta.</w:t>
      </w:r>
    </w:p>
    <w:p>
      <w:pPr>
        <w:jc w:val="right"/>
      </w:pPr>
      <w:r>
        <w:t>وہ کچھ اور، کسی اور چیز کی طلب کو افورڈ نہیں کر سکتا۔</w:t>
      </w:r>
    </w:p>
    <w:p>
      <w:r>
        <w:rPr>
          <w:b/>
        </w:rPr>
        <w:t xml:space="preserve">[26:53] </w:t>
      </w:r>
      <w:r>
        <w:t>to yeh sab mani is waqt aap ko samajh mein aayenge jab aap is par ghore karein, ek ek lafz par ghore karein.</w:t>
      </w:r>
    </w:p>
    <w:p>
      <w:pPr>
        <w:jc w:val="right"/>
      </w:pPr>
      <w:r>
        <w:t>تو یہ سب معنی اس وقت آپ کو سمجھ میں آئیں گے جب آپ اس پر غور کریں، ایک ایک لفظ پر غور کریں۔</w:t>
      </w:r>
    </w:p>
    <w:p>
      <w:r>
        <w:rPr>
          <w:b/>
        </w:rPr>
        <w:t xml:space="preserve">[27:04] </w:t>
      </w:r>
      <w:r>
        <w:t>yeh hadees, yeh hadees qudsi, jitna zyada is mein basharat ki baat hai, utni zyada is ke andar zimmedari ki baat bhi hai.</w:t>
      </w:r>
    </w:p>
    <w:p>
      <w:pPr>
        <w:jc w:val="right"/>
      </w:pPr>
      <w:r>
        <w:t>یہ حدیث، یہ حدیث قدسی، جتنا زیادہ اس میں بشارت کی بات ہے، اتنی زیادہ اس کے اندر ذمہ داری کی بات بھی ہے۔</w:t>
      </w:r>
    </w:p>
    <w:p>
      <w:r>
        <w:rPr>
          <w:b/>
        </w:rPr>
        <w:t xml:space="preserve">[27:16] </w:t>
      </w:r>
      <w:r>
        <w:t>to pehle apne aap ko, pehle apne andar istehqaq paida karein, istehqaq abdiyat, pehle apne andar istehqaq abdiyat paida kijiye.</w:t>
      </w:r>
    </w:p>
    <w:p>
      <w:pPr>
        <w:jc w:val="right"/>
      </w:pPr>
      <w:r>
        <w:t>تو پہلے اپنے آپ کو، پہلے اپنے اندر استحقاق پیدا کریں، استحقاق ابدیت، پہلے اپنے اندر استحقاق ابدیت پیدا کیجئے۔</w:t>
      </w:r>
    </w:p>
    <w:p>
      <w:r>
        <w:rPr>
          <w:b/>
        </w:rPr>
        <w:t xml:space="preserve">[27:27] </w:t>
      </w:r>
      <w:r>
        <w:t>is ke baad yeh mumkin hai ke yeh mumkin hoga ke yeh hadees aap ke upar apply ho.</w:t>
      </w:r>
    </w:p>
    <w:p>
      <w:pPr>
        <w:jc w:val="right"/>
      </w:pPr>
      <w:r>
        <w:t>اس کے بعد یہ ممکن ہے کہ یہ ممکن ہوگا کہ یہ حدیث آپ کے اوپر اپلائی ہو۔</w:t>
      </w:r>
    </w:p>
    <w:p>
      <w:r>
        <w:rPr>
          <w:b/>
        </w:rPr>
        <w:t xml:space="preserve">[27:42] </w:t>
      </w:r>
      <w:r>
        <w:t>to yeh hadees qudsi bilkul sahi asnad se sabit hai, is mein koi shakk nahi hai,</w:t>
      </w:r>
    </w:p>
    <w:p>
      <w:pPr>
        <w:jc w:val="right"/>
      </w:pPr>
      <w:r>
        <w:t>تو یہ حدیث قدسی بالکل صحیح اسناد سے ثابت ہے، اس میں کوئی شک نہیں ہے،</w:t>
      </w:r>
    </w:p>
    <w:p>
      <w:r>
        <w:rPr>
          <w:b/>
        </w:rPr>
        <w:t xml:space="preserve">[27:54] </w:t>
      </w:r>
      <w:r>
        <w:t>is ki sanad mein koi zof nahi hai. yeh ek sabit shuda aur musnad hadees hai, aur bilashubha is ke andar bohat bari basharat hai.</w:t>
      </w:r>
    </w:p>
    <w:p>
      <w:pPr>
        <w:jc w:val="right"/>
      </w:pPr>
      <w:r>
        <w:t>اس کی سند میں کوئی ضعف نہیں ہے۔ یہ ایک ثابت شدہ اور مسند حدیث ہے، اور بلاشبہ اس کے اندر بہت بڑی بشارت ہے۔</w:t>
      </w:r>
    </w:p>
    <w:p>
      <w:r>
        <w:rPr>
          <w:b/>
        </w:rPr>
        <w:t xml:space="preserve">[28:11] </w:t>
      </w:r>
      <w:r>
        <w:t>to hum sab ko chahiye ke is par ghore karein aur apne aap ko is ka misdaq banayein, apne aap ko, yani is hadees mein jis rehmat ki taraf ishara hai,</w:t>
      </w:r>
    </w:p>
    <w:p>
      <w:pPr>
        <w:jc w:val="right"/>
      </w:pPr>
      <w:r>
        <w:t>تو ہم سب کو چاہیے کہ اس پر غور کریں اور اپنے آپ کو اس کا مصداق بنائیں، اپنے آپ کو، یعنی اس حدیث میں جس رحمت کی طرف اشارہ ہے،</w:t>
      </w:r>
    </w:p>
    <w:p>
      <w:r>
        <w:rPr>
          <w:b/>
        </w:rPr>
        <w:t xml:space="preserve">[28:28] </w:t>
      </w:r>
      <w:r>
        <w:t>apne aap ko is rehmat ka mustahiq banayein.</w:t>
      </w:r>
    </w:p>
    <w:p>
      <w:pPr>
        <w:jc w:val="right"/>
      </w:pPr>
      <w:r>
        <w:t>اپنے آپ کو اس رحمت کا مستحق بنائیں۔</w:t>
      </w:r>
    </w:p>
    <w:p>
      <w:r>
        <w:rPr>
          <w:b/>
        </w:rPr>
        <w:t xml:space="preserve">[28:40] </w:t>
      </w:r>
      <w:r>
        <w:t>is hadees mein ek rehmat ka paigham hai, ek ek blessing ki taraf ishara hai, ek divine blessing.</w:t>
      </w:r>
    </w:p>
    <w:p>
      <w:pPr>
        <w:jc w:val="right"/>
      </w:pPr>
      <w:r>
        <w:t>اس حدیث میں ایک رحمت کا پیغام ہے، ایک ایک بلیسنگ کی طرف اشارہ ہے، ایک ڈیوائن بلیسنگ۔</w:t>
      </w:r>
    </w:p>
    <w:p>
      <w:r>
        <w:rPr>
          <w:b/>
        </w:rPr>
        <w:t xml:space="preserve">[28:51] </w:t>
      </w:r>
      <w:r>
        <w:t>to hum ko chahiye ke hum</w:t>
      </w:r>
    </w:p>
    <w:p>
      <w:pPr>
        <w:jc w:val="right"/>
      </w:pPr>
      <w:r>
        <w:t>تو ہم کو چاہیے کہ ہم</w:t>
      </w:r>
    </w:p>
    <w:p>
      <w:r>
        <w:rPr>
          <w:b/>
        </w:rPr>
        <w:t xml:space="preserve">[28:57] </w:t>
      </w:r>
      <w:r>
        <w:t>is ko, is ki gehrai ke sath is ko daryaft karein.</w:t>
      </w:r>
    </w:p>
    <w:p>
      <w:pPr>
        <w:jc w:val="right"/>
      </w:pPr>
      <w:r>
        <w:t>اس کو، اس کی گہرائی کے ساتھ اس کو دریافت کریں۔</w:t>
      </w:r>
    </w:p>
    <w:p>
      <w:r>
        <w:rPr>
          <w:b/>
        </w:rPr>
        <w:t xml:space="preserve">[29:04] </w:t>
      </w:r>
      <w:r>
        <w:t>is ke baad hi yeh mumkin hoga ke hamein is blessing ka istehqaq hasil ho.</w:t>
      </w:r>
    </w:p>
    <w:p>
      <w:pPr>
        <w:jc w:val="right"/>
      </w:pPr>
      <w:r>
        <w:t>اس کے بعد ہی یہ ممکن ہوگا کہ ہمیں اس بلیسنگ کا استحقاق حاصل ہو۔</w:t>
      </w:r>
    </w:p>
    <w:p>
      <w:r>
        <w:rPr>
          <w:b/>
        </w:rPr>
        <w:t xml:space="preserve">[29:13] </w:t>
      </w:r>
      <w:r>
        <w:t>koi bhi rehmat ya koi bhi blessing isi tarah hasil hoti hai. har rehmat ka, har blessing ka ek qanoon hai.</w:t>
      </w:r>
    </w:p>
    <w:p>
      <w:pPr>
        <w:jc w:val="right"/>
      </w:pPr>
      <w:r>
        <w:t>کوئی بھی رحمت یا کوئی بھی بلیسنگ اسی طرح حاصل ہوتی ہے۔ ہر رحمت کا، ہر بلیسنگ کا ایک قانون ہے۔</w:t>
      </w:r>
    </w:p>
    <w:p>
      <w:r>
        <w:rPr>
          <w:b/>
        </w:rPr>
        <w:t xml:space="preserve">[29:23] </w:t>
      </w:r>
      <w:r>
        <w:t>is qanoon ke mutabiq hi kisi ko rehmat milti hai, blessing milti hai. attendam nahi hota,</w:t>
      </w:r>
    </w:p>
    <w:p>
      <w:pPr>
        <w:jc w:val="right"/>
      </w:pPr>
      <w:r>
        <w:t>اس قانون کے مطابق ہی کسی کو رحمت ملتی ہے، بلیسنگ ملتی ہے۔ اٹینڈم نہیں ہوتا،</w:t>
      </w:r>
    </w:p>
    <w:p>
      <w:r>
        <w:rPr>
          <w:b/>
        </w:rPr>
        <w:t xml:space="preserve">[29:31] </w:t>
      </w:r>
      <w:r>
        <w:t>aisa nahi ke attendam tor par rehmat aa jaye, attendam tor par aap ko divine blessing aa jaye.</w:t>
      </w:r>
    </w:p>
    <w:p>
      <w:pPr>
        <w:jc w:val="right"/>
      </w:pPr>
      <w:r>
        <w:t>ایسا نہیں کہ اٹینڈم طور پر رحمت آ جائے، اٹینڈم طور پر آپ کو ڈیوائن بلیسنگ آ جائے۔</w:t>
      </w:r>
    </w:p>
    <w:p>
      <w:r>
        <w:rPr>
          <w:b/>
        </w:rPr>
        <w:t xml:space="preserve">[29:44] </w:t>
      </w:r>
      <w:r>
        <w:t>to meri dua hai ke Allah taala mujh ko aur aap ko tofeeq de ke hum is ko samjhein, is ko apnayein. Assalam o Alaikum wa Rahmatullahi wa Barakatuh.</w:t>
      </w:r>
    </w:p>
    <w:p>
      <w:pPr>
        <w:jc w:val="right"/>
      </w:pPr>
      <w:r>
        <w:t>تو میری دعا ہے کہ اللہ تعالی مجھ کو اور آپ کو توفیق دے کہ ہم اس کو سمجھیں، اس کو اپنائیں۔ السلام علیکم ورحمۃ اللہ وبرکاتہ۔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