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Social Responsibility April 23, 2014 Maulana Wahiduddin Khan</w:t>
      </w:r>
    </w:p>
    <w:p>
      <w:r>
        <w:t>https://www.youtube.com/watch?v=Rjwky9MWSDM</w:t>
      </w:r>
    </w:p>
    <w:p>
      <w:r>
        <w:rPr>
          <w:b/>
        </w:rPr>
        <w:t xml:space="preserve">[00:29] </w:t>
      </w:r>
      <w:r>
        <w:t>wala alal mareez haraj. wa man yuti Allah wa rasulahu yadkhul jannatin tajri min tahtiha al anhar, wa man yatawalla yuzabb azaban aleema.</w:t>
      </w:r>
    </w:p>
    <w:p>
      <w:pPr>
        <w:jc w:val="right"/>
      </w:pPr>
      <w:r>
        <w:t>ولا علی المریض حرج۔ ومن یطع اللہ ورسولہ یدخل جنات تجری من تحتہ الانہار، ومن یتولی یعذب عذابا علیما۔</w:t>
      </w:r>
    </w:p>
    <w:p>
      <w:r>
        <w:rPr>
          <w:b/>
        </w:rPr>
        <w:t xml:space="preserve">[00:41] </w:t>
      </w:r>
      <w:r>
        <w:t>na andhe par koi gunah hai aur na langre par koi gunah hai, aur na bimar par koi gunah hai.</w:t>
      </w:r>
    </w:p>
    <w:p>
      <w:pPr>
        <w:jc w:val="right"/>
      </w:pPr>
      <w:r>
        <w:t>نہ اندھے پر کوئی گناہ ہے اور نہ لنگڑے پر کوئی گناہ ہے، اور نہ بیمار پر کوئی گناہ ہے۔</w:t>
      </w:r>
    </w:p>
    <w:p>
      <w:r>
        <w:rPr>
          <w:b/>
        </w:rPr>
        <w:t xml:space="preserve">[00:48] </w:t>
      </w:r>
      <w:r>
        <w:t>aur jo shakhs Allah aur us ke rasool ki itaat karega, us ko Allah aise baghon mein dakhil karega jin ke neeche nahrein behti hongi, aur jo shakhs rooh gardani karega, us ko woh dardnak azab dega.</w:t>
      </w:r>
    </w:p>
    <w:p>
      <w:pPr>
        <w:jc w:val="right"/>
      </w:pPr>
      <w:r>
        <w:t>اور جو شخص اللہ اور اس کے رسول کی اطاعت کرے گا، اس کو اللہ ایسے باغوں میں داخل کرے گا جن کے نیچے نہریں بہتی ہوں گی، اور جو شخص روح گردانی کرے گا، اس کو وہ دردناک عذاب دے گا۔</w:t>
      </w:r>
    </w:p>
    <w:p>
      <w:r>
        <w:rPr>
          <w:b/>
        </w:rPr>
        <w:t xml:space="preserve">[01:04] </w:t>
      </w:r>
      <w:r>
        <w:t>Maulana is ayat ki wazahat farmayein. Bismillah Rehmanur Rahim.</w:t>
      </w:r>
    </w:p>
    <w:p>
      <w:pPr>
        <w:jc w:val="right"/>
      </w:pPr>
      <w:r>
        <w:t>مولانا اس آیت کی وضاحت فرمائیں۔ بسم اللہ الرحمن الرحیم۔</w:t>
      </w:r>
    </w:p>
    <w:p>
      <w:r>
        <w:rPr>
          <w:b/>
        </w:rPr>
        <w:t xml:space="preserve">[01:14] </w:t>
      </w:r>
      <w:r>
        <w:t>Quran ki is ayat mein</w:t>
      </w:r>
    </w:p>
    <w:p>
      <w:pPr>
        <w:jc w:val="right"/>
      </w:pPr>
      <w:r>
        <w:t>قرآن کی اس آیت میں</w:t>
      </w:r>
    </w:p>
    <w:p>
      <w:r>
        <w:rPr>
          <w:b/>
        </w:rPr>
        <w:t xml:space="preserve">[01:19] </w:t>
      </w:r>
      <w:r>
        <w:t>teen aise aadmiyon ka zikr hai jin ko jang mein shirkat se mustasna, yani exempt, rakha gaya hai: andha aadmi,</w:t>
      </w:r>
    </w:p>
    <w:p>
      <w:pPr>
        <w:jc w:val="right"/>
      </w:pPr>
      <w:r>
        <w:t>تین ایسے آدمیوں کا ذکر ہے جن کو جنگ میں شرکت سے مستثنیٰ، یعنی ایگزمپٹ، رکھا گیا ہے: اندھا آدمی،</w:t>
      </w:r>
    </w:p>
    <w:p>
      <w:r>
        <w:rPr>
          <w:b/>
        </w:rPr>
        <w:t xml:space="preserve">[01:33] </w:t>
      </w:r>
      <w:r>
        <w:t>langra aadmi, aur mareez.</w:t>
      </w:r>
    </w:p>
    <w:p>
      <w:pPr>
        <w:jc w:val="right"/>
      </w:pPr>
      <w:r>
        <w:t>لنگڑا آدمی، اور مریض۔</w:t>
      </w:r>
    </w:p>
    <w:p>
      <w:r>
        <w:rPr>
          <w:b/>
        </w:rPr>
        <w:t xml:space="preserve">[01:38] </w:t>
      </w:r>
      <w:r>
        <w:t>to dekhiye, yeh ayat is zamane ki hai, yaani seventh century ke first quarter ki. Is zamane mein regular aadmi ka tasawwur nahi hota tha.</w:t>
      </w:r>
    </w:p>
    <w:p>
      <w:pPr>
        <w:jc w:val="right"/>
      </w:pPr>
      <w:r>
        <w:t>تو دیکھیے، یہ آیت اس زمانے کی ہے، یعنی سیونتھ سنچری کے فرسٹ کوارٹر کی۔ اس زمانے میں ریگولر آدمی کا تصور نہیں ہوتا تھا۔</w:t>
      </w:r>
    </w:p>
    <w:p>
      <w:r>
        <w:rPr>
          <w:b/>
        </w:rPr>
        <w:t xml:space="preserve">[01:53] </w:t>
      </w:r>
      <w:r>
        <w:t>Is zamane mein yeh hota tha ke jab koi attack ho, koi jang ki soorat pesh aaye, to elaan kiya jata tha, aur elaan ke baad log apna naam pesh karte thay.</w:t>
      </w:r>
    </w:p>
    <w:p>
      <w:pPr>
        <w:jc w:val="right"/>
      </w:pPr>
      <w:r>
        <w:t>اس زمانے میں یہ ہوتا تھا کہ جب کوئی اٹیک ہو، کوئی جنگ کی صورت پیش آئے، تو اعلان کیا جاتا تھا، اور اعلان کے بعد لوگ اپنا نام پیش کرتے تھے۔</w:t>
      </w:r>
    </w:p>
    <w:p>
      <w:r>
        <w:rPr>
          <w:b/>
        </w:rPr>
        <w:t xml:space="preserve">[02:08] </w:t>
      </w:r>
      <w:r>
        <w:t>Is tarah se fauj banti thi aur woh aage badhti thi. Ab yeh ab yeh tareeqa khatm ho chuka hai.</w:t>
      </w:r>
    </w:p>
    <w:p>
      <w:pPr>
        <w:jc w:val="right"/>
      </w:pPr>
      <w:r>
        <w:t>اس طرح سے فوج بنتی تھی اور وہ آگے بڑھتی تھی۔ اب یہ اب یہ طریقہ ختم ہو چکا ہے۔</w:t>
      </w:r>
    </w:p>
    <w:p>
      <w:r>
        <w:rPr>
          <w:b/>
        </w:rPr>
        <w:t xml:space="preserve">[02:18] </w:t>
      </w:r>
      <w:r>
        <w:t>Ab regular army ka zamana hai, yaani jo state hoti hai, woh baqayda</w:t>
      </w:r>
    </w:p>
    <w:p>
      <w:pPr>
        <w:jc w:val="right"/>
      </w:pPr>
      <w:r>
        <w:t>اب ریگولر آرمی کا زمانہ ہے، یعنی جو اسٹیٹ ہوتی ہے، وہ باقاعدہ</w:t>
      </w:r>
    </w:p>
    <w:p>
      <w:r>
        <w:rPr>
          <w:b/>
        </w:rPr>
        <w:t xml:space="preserve">[02:27] </w:t>
      </w:r>
      <w:r>
        <w:t>bharti karti hai, recruit karti hai, training karti hai, aur regular tor par in ko rakha jata hai.</w:t>
      </w:r>
    </w:p>
    <w:p>
      <w:pPr>
        <w:jc w:val="right"/>
      </w:pPr>
      <w:r>
        <w:t>بھرتی کرتی ہے، ریکروٹ کرتی ہے، ٹریننگ کرتی ہے، اور ریگولر طور پر ان کو رکھا جاتا ہے۔</w:t>
      </w:r>
    </w:p>
    <w:p>
      <w:r>
        <w:rPr>
          <w:b/>
        </w:rPr>
        <w:t xml:space="preserve">[02:35] </w:t>
      </w:r>
      <w:r>
        <w:t>In ka sara kharch, in ka sara intizam karti hai. To yeh regular army se pehle zamane ki baat hai.</w:t>
      </w:r>
    </w:p>
    <w:p>
      <w:pPr>
        <w:jc w:val="right"/>
      </w:pPr>
      <w:r>
        <w:t>ان کا سارا خرچ، ان کا سارا انتظام کرتی ہے۔ تو یہ ریگولر آرمی سے پہلے زمانے کی بات ہے۔</w:t>
      </w:r>
    </w:p>
    <w:p>
      <w:r>
        <w:rPr>
          <w:b/>
        </w:rPr>
        <w:t xml:space="preserve">[02:46] </w:t>
      </w:r>
      <w:r>
        <w:t>Ek baat to yeh hai. Doosri baat yeh hai ke</w:t>
      </w:r>
    </w:p>
    <w:p>
      <w:pPr>
        <w:jc w:val="right"/>
      </w:pPr>
      <w:r>
        <w:t>ایک بات تو یہ ہے۔ دوسری بات یہ ہے کہ</w:t>
      </w:r>
    </w:p>
    <w:p>
      <w:r>
        <w:rPr>
          <w:b/>
        </w:rPr>
        <w:t xml:space="preserve">[02:54] </w:t>
      </w:r>
      <w:r>
        <w:t>ke Islam ko insaan se itna hi matlab nahi hai ke woh jang mein shirkat karta hai ya nahi karta.</w:t>
      </w:r>
    </w:p>
    <w:p>
      <w:pPr>
        <w:jc w:val="right"/>
      </w:pPr>
      <w:r>
        <w:t>کہ اسلام کو انسان سے اتنا ہی مطلب نہیں ہے کہ وہ جنگ میں شرکت کرتا ہے یا نہیں کرتا۔</w:t>
      </w:r>
    </w:p>
    <w:p>
      <w:r>
        <w:rPr>
          <w:b/>
        </w:rPr>
        <w:t xml:space="preserve">[03:05] </w:t>
      </w:r>
      <w:r>
        <w:t>Yaani is se yeh nahi nikalna chahiye ke Islam ko bas itna hi matlab hai ke aadmi jang mein shirkat kare ya na kare. Woh to ek izafi cheez hai.</w:t>
      </w:r>
    </w:p>
    <w:p>
      <w:pPr>
        <w:jc w:val="right"/>
      </w:pPr>
      <w:r>
        <w:t>یعنی اس سے یہ نہیں نکالنا چاہیے کہ اسلام کو بس اتنا ہی مطلب ہے کہ آدمی جنگ میں شرکت کرے یا نہ کرے۔ وہ تو ایک اضافی چیز ہے۔</w:t>
      </w:r>
    </w:p>
    <w:p>
      <w:r>
        <w:rPr>
          <w:b/>
        </w:rPr>
        <w:t xml:space="preserve">[03:17] </w:t>
      </w:r>
      <w:r>
        <w:t>Is ke siwa logon ko, logon ke upar doosron ka haq kya hai, society ka haq kya hai, state ka haq kya hai, yaani society ko kya karna hai aise logon ke liye aur state ko kya karna hai aise logon ke liye,</w:t>
      </w:r>
    </w:p>
    <w:p>
      <w:pPr>
        <w:jc w:val="right"/>
      </w:pPr>
      <w:r>
        <w:t>اس کے سوا لوگوں کو، لوگوں کے اوپر دوسروں کا حق کیا ہے، سوسائٹی کا حق کیا ہے، اسٹیٹ کا حق کیا ہے، یعنی سوسائٹی کو کیا کرنا ہے ایسے لوگوں کے لیے اور اسٹیٹ کو کیا کرنا ہے ایسے لوگوں کے لیے،</w:t>
      </w:r>
    </w:p>
    <w:p>
      <w:r>
        <w:rPr>
          <w:b/>
        </w:rPr>
        <w:t xml:space="preserve">[03:35] </w:t>
      </w:r>
      <w:r>
        <w:t>is ka ta'alluq is ayat se nahi hai.</w:t>
      </w:r>
    </w:p>
    <w:p>
      <w:pPr>
        <w:jc w:val="right"/>
      </w:pPr>
      <w:r>
        <w:t>اس کا تعلق اس آیت سے نہیں ہے۔</w:t>
      </w:r>
    </w:p>
    <w:p>
      <w:r>
        <w:rPr>
          <w:b/>
        </w:rPr>
        <w:t xml:space="preserve">[03:39] </w:t>
      </w:r>
      <w:r>
        <w:t>Doosri aayatein Quran majeed mein hain, maslan: "wa fi amwaalihim haqun ma'loomun lisaili wal mahroom". In ke maal mein haq hai un logon ka jo saail hain ya mahroom hain.</w:t>
      </w:r>
    </w:p>
    <w:p>
      <w:pPr>
        <w:jc w:val="right"/>
      </w:pPr>
      <w:r>
        <w:t>دوسری آیتیں قرآن مجید میں ہیں، مثلاً: "وفی اموال حق معلوم لسائل والمحروم"۔ ان کے مال میں حق ہے ان لوگوں کا جو سائل ہیں یا محروم ہیں۔</w:t>
      </w:r>
    </w:p>
    <w:p>
      <w:r>
        <w:rPr>
          <w:b/>
        </w:rPr>
        <w:t xml:space="preserve">[03:53] </w:t>
      </w:r>
      <w:r>
        <w:t>Dekhein, yahan lafz mahroom jo hai, is mein woh log shamil hain jin ko aaj kal disabled kaha jata hai, naaqis al-a'zaa.</w:t>
      </w:r>
    </w:p>
    <w:p>
      <w:pPr>
        <w:jc w:val="right"/>
      </w:pPr>
      <w:r>
        <w:t>دیکھیں، یہاں لفظ محروم جو ہے، اس میں وہ لوگ شامل ہیں جن کو آج کل ڈس ایبلڈ کہا جاتا ہے، ناقص الاعضاء۔</w:t>
      </w:r>
    </w:p>
    <w:p>
      <w:r>
        <w:rPr>
          <w:b/>
        </w:rPr>
        <w:t xml:space="preserve">[04:04] </w:t>
      </w:r>
      <w:r>
        <w:t>To jo naaqis al-a'zaa hon, jo andha hai, jo naaqis al-a'zaa hai. Jo langra hai, woh naaqis al-a'zaa hai.</w:t>
      </w:r>
    </w:p>
    <w:p>
      <w:pPr>
        <w:jc w:val="right"/>
      </w:pPr>
      <w:r>
        <w:t>تو جو ناقص الاعضاء ہوں، جو عامہ ہے، جو اندھا ہے، وہ ناقص الاعضاء ہے۔ جو لنگڑا ہے، وہ ناقص الاعضاء ہے۔</w:t>
      </w:r>
    </w:p>
    <w:p>
      <w:r>
        <w:rPr>
          <w:b/>
        </w:rPr>
        <w:t xml:space="preserve">[04:15] </w:t>
      </w:r>
      <w:r>
        <w:t>Is tarah jo mareez hai, woh bhi waqti tor par kam az kam, ya agar kisi chronic bimari mein mubtala hai to mustaqil tor par, woh bhi isi category mein aata hai.</w:t>
      </w:r>
    </w:p>
    <w:p>
      <w:pPr>
        <w:jc w:val="right"/>
      </w:pPr>
      <w:r>
        <w:t>اس طرح جو مریض ہے، وہ بھی وقتی طور پر کم از کم، یا اگر کسی کرونک بیماری میں مبتلا ہے تو مستقل طور پر، وہ بھی اسی کیٹگری میں آتا ہے۔</w:t>
      </w:r>
    </w:p>
    <w:p>
      <w:r>
        <w:rPr>
          <w:b/>
        </w:rPr>
        <w:t xml:space="preserve">[04:30] </w:t>
      </w:r>
      <w:r>
        <w:t>To aise logon ke liye farmaya ke logon ke maal mein un ka haq hai. Logon se murad hai state bhi aur society bhi aur afraad bhi.</w:t>
      </w:r>
    </w:p>
    <w:p>
      <w:pPr>
        <w:jc w:val="right"/>
      </w:pPr>
      <w:r>
        <w:t>تو ایسے لوگوں کے لیے فرمایا کہ لوگوں کے مال میں ان کا حق ہے۔ لوگوں سے مراد ہے اسٹیٹ بھی اور سوسائٹی بھی اور افراد بھی۔</w:t>
      </w:r>
    </w:p>
    <w:p>
      <w:r>
        <w:rPr>
          <w:b/>
        </w:rPr>
        <w:t xml:space="preserve">[04:43] </w:t>
      </w:r>
      <w:r>
        <w:t>To maal ka matlab bhi yeh nahi hai ke bas aap ne chanday ke taur par kuch de diya is ko. Nahi, balkeh maal ko kharch karna aisi madon mein jis se un ki zaroorat poori hoti ho.</w:t>
      </w:r>
    </w:p>
    <w:p>
      <w:pPr>
        <w:jc w:val="right"/>
      </w:pPr>
      <w:r>
        <w:t>تو مال کا مطلب بھی یہ نہیں ہے کہ بس آپ نے چندے کے طور پر کچھ دے دیا اس کو۔ نہیں، بلکہ مال کو خرچ کرنا ایسی مدوں میں جس سے ان کی ضرورت پوری ہوتی ہو۔</w:t>
      </w:r>
    </w:p>
    <w:p>
      <w:r>
        <w:rPr>
          <w:b/>
        </w:rPr>
        <w:t xml:space="preserve">[05:00] </w:t>
      </w:r>
      <w:r>
        <w:t>Maslan is zamane mein dekhiye, disabled logon ke liye bohat bara shoba khula rehta hai har state mein. Bohat baray baray idaray hain, institution hain.</w:t>
      </w:r>
    </w:p>
    <w:p>
      <w:pPr>
        <w:jc w:val="right"/>
      </w:pPr>
      <w:r>
        <w:t>مثلاً اس زمانے میں دیکھیے، ڈس ایبلڈ لوگوں کے لیے بہت بڑا شعبہ کھلا رہتا ہے ہر اسٹیٹ میں۔ بہت بڑے بڑے ادارے ہیں، انسٹیٹیوشن ہیں۔</w:t>
      </w:r>
    </w:p>
    <w:p>
      <w:r>
        <w:rPr>
          <w:b/>
        </w:rPr>
        <w:t xml:space="preserve">[05:13] </w:t>
      </w:r>
      <w:r>
        <w:t>Chunancha is zamane mein dekhiye, aisa system banaya gaya hai ke andhay log bhi parhein, andhay logon ko bhi job milay. Langray log jo hain, woh bhi un ke liye chalne ke liye naye qism ki gadiyan banai gayi hain ke woh chal sakein aur un ko job milay.</w:t>
      </w:r>
    </w:p>
    <w:p>
      <w:pPr>
        <w:jc w:val="right"/>
      </w:pPr>
      <w:r>
        <w:t>چنانچہ اس زمانے میں دیکھیے، ایسا سسٹم بنایا گیا ہے کہ اندھے لوگ بھی پڑھیں، اندھے لوگوں کو بھی جاب ملے۔ لنگڑے لوگ جو ہیں، وہ بھی ان کے لیے چلنے کے لیے نئے قسم کی گاڑیاں بنائی گئی ہیں کہ وہ چل سکیں اور ان کو جاب ملے۔</w:t>
      </w:r>
    </w:p>
    <w:p>
      <w:r>
        <w:rPr>
          <w:b/>
        </w:rPr>
        <w:t xml:space="preserve">[05:32] </w:t>
      </w:r>
      <w:r>
        <w:t>mareezon ke liye baqayda hospital banaye jatay hain.</w:t>
      </w:r>
    </w:p>
    <w:p>
      <w:pPr>
        <w:jc w:val="right"/>
      </w:pPr>
      <w:r>
        <w:t>مریضوں کے لیے باقاعدہ ہسپتال بنائے جاتے ہیں۔</w:t>
      </w:r>
    </w:p>
    <w:p>
      <w:r>
        <w:rPr>
          <w:b/>
        </w:rPr>
        <w:t xml:space="preserve">[05:35] </w:t>
      </w:r>
      <w:r>
        <w:t>to us zamanay mein hum ko</w:t>
      </w:r>
    </w:p>
    <w:p>
      <w:pPr>
        <w:jc w:val="right"/>
      </w:pPr>
      <w:r>
        <w:t>تو اس زمانے میں ہم کو</w:t>
      </w:r>
    </w:p>
    <w:p>
      <w:r>
        <w:rPr>
          <w:b/>
        </w:rPr>
        <w:t xml:space="preserve">[05:39] </w:t>
      </w:r>
      <w:r>
        <w:t>rehnmai milti hai un ayaton se ke jis mein ke: "wa fi amwal haqq maloom lisail wal mahroom" ke apne</w:t>
      </w:r>
    </w:p>
    <w:p>
      <w:pPr>
        <w:jc w:val="right"/>
      </w:pPr>
      <w:r>
        <w:t>رہنمائی ملتی ہے ان آیتوں سے کہ جس میں کہ: "وفی اموال حق معلوم لسائل والمحروم" کہ اپنے</w:t>
      </w:r>
    </w:p>
    <w:p>
      <w:r>
        <w:rPr>
          <w:b/>
        </w:rPr>
        <w:t xml:space="preserve">[05:46] </w:t>
      </w:r>
      <w:r>
        <w:t>maal ko kharch karo aise logon ki</w:t>
      </w:r>
    </w:p>
    <w:p>
      <w:pPr>
        <w:jc w:val="right"/>
      </w:pPr>
      <w:r>
        <w:t>مال کو خرچ کرو ایسے لوگوں کی</w:t>
      </w:r>
    </w:p>
    <w:p>
      <w:r>
        <w:rPr>
          <w:b/>
        </w:rPr>
        <w:t xml:space="preserve">[05:50] </w:t>
      </w:r>
      <w:r>
        <w:t>madad ke liye, un ko is qabil banane ke liye ke woh parh saken, job kar saken, business</w:t>
      </w:r>
    </w:p>
    <w:p>
      <w:pPr>
        <w:jc w:val="right"/>
      </w:pPr>
      <w:r>
        <w:t>مدد کے لیے، ان کو اس قابل بنانے کے لیے کہ وہ پڑھ سکیں، جاب کر سکیں، بزنس</w:t>
      </w:r>
    </w:p>
    <w:p>
      <w:r>
        <w:rPr>
          <w:b/>
        </w:rPr>
        <w:t xml:space="preserve">[05:57] </w:t>
      </w:r>
      <w:r>
        <w:t>kar saken, yaani society ka isi tarah se healthy فرد ban saken jis tarah doosre افراد hain.</w:t>
      </w:r>
    </w:p>
    <w:p>
      <w:pPr>
        <w:jc w:val="right"/>
      </w:pPr>
      <w:r>
        <w:t>کر سکیں، یعنی سوسائٹی کا اسی طرح سے ہیلدی فرد بن سکیں جس طرح دوسرے افراد ہیں۔</w:t>
      </w:r>
    </w:p>
    <w:p>
      <w:r>
        <w:rPr>
          <w:b/>
        </w:rPr>
        <w:t xml:space="preserve">[06:05] </w:t>
      </w:r>
      <w:r>
        <w:t>Yeh modern concept hai. Isi liye kaha jata hai ke pehle zamane mein kaha jata tha ke disabled, ab disabled nahi kaha jata, differently abled kaha jata hai ke ek aur dhang, ek aur aitbaar se un ke andar salahiyat hai.</w:t>
      </w:r>
    </w:p>
    <w:p>
      <w:pPr>
        <w:jc w:val="right"/>
      </w:pPr>
      <w:r>
        <w:t>یہ ماڈرن کانسیپٹ ہے۔ اسی لیے کہا جاتا ہے کہ پہلے زمانے میں کہا جاتا تھا کہ ڈس ایبلڈ، اب ڈس ایبلڈ نہیں کہا جاتا، ڈفرنٹلی ایبلڈ کہا جاتا ہے کہ ایک اور ڈھنگ، ایک اور اعتبار سے ان کے اندر صلاحیت ہے۔</w:t>
      </w:r>
    </w:p>
    <w:p>
      <w:r>
        <w:rPr>
          <w:b/>
        </w:rPr>
        <w:t xml:space="preserve">[06:26] </w:t>
      </w:r>
      <w:r>
        <w:t>Kyunke pata yeh chala hai ke jo jo aadmi andha ho jata hai to us ke andar ki salahiyatein jaag uthti hain.</w:t>
      </w:r>
    </w:p>
    <w:p>
      <w:pPr>
        <w:jc w:val="right"/>
      </w:pPr>
      <w:r>
        <w:t>کیونکہ پتہ یہ چلا ہے کہ جو جو آدمی اندھا ہو جاتا ہے تو اس کے اندر کی صلاحیتیں جاگ اٹھتی ہیں۔</w:t>
      </w:r>
    </w:p>
    <w:p>
      <w:r>
        <w:rPr>
          <w:b/>
        </w:rPr>
        <w:t xml:space="preserve">[06:34] </w:t>
      </w:r>
      <w:r>
        <w:t>Jo behra ho jata hai, us ke andar ki salahiyatein jaag uthti hain. To jab bhi koi aadmi naaqis al-a'zaa ho jata hai to is ka matlab yeh nahi ke bilkul bekar ho gaya.</w:t>
      </w:r>
    </w:p>
    <w:p>
      <w:pPr>
        <w:jc w:val="right"/>
      </w:pPr>
      <w:r>
        <w:t>جو بہرا ہو جاتا ہے، اس کے اندر کی صلاحیتیں جاگ اٹھتی ہیں۔ تو جب بھی کوئی آدمی ناقص الاعضاء ہو جاتا ہے تو اس کا مطلب یہ نہیں کہ بالکل بیکار ہو گیا۔</w:t>
      </w:r>
    </w:p>
    <w:p>
      <w:r>
        <w:rPr>
          <w:b/>
        </w:rPr>
        <w:t xml:space="preserve">[06:45] </w:t>
      </w:r>
      <w:r>
        <w:t>Woh kisi aur aitbaar se woh is ke andar nature us ko salahiyat de deti hai. To is is ki tehqeeq ke liye, is ke liye idara banane ke liye maal ko kharch kiya jaye.</w:t>
      </w:r>
    </w:p>
    <w:p>
      <w:pPr>
        <w:jc w:val="right"/>
      </w:pPr>
      <w:r>
        <w:t>وہ کسی اور اعتبار سے وہ اس کے اندر نیچر اس کو صلاحیت دے دیتی ہے۔ تو اس اس کی تحقیق کے لیے، اس کے لیے ادارہ بنانے کے لیے مال کو خرچ کیا جائے۔</w:t>
      </w:r>
    </w:p>
    <w:p>
      <w:r>
        <w:rPr>
          <w:b/>
        </w:rPr>
        <w:t xml:space="preserve">[07:01] </w:t>
      </w:r>
      <w:r>
        <w:t>yeh state ka bhi kaam hai aur society ka bhi kaam hai. To is ayat ke sath jab hum doosri ayat ko milayenge, tab poori baat samajh mein aayegi.</w:t>
      </w:r>
    </w:p>
    <w:p>
      <w:pPr>
        <w:jc w:val="right"/>
      </w:pPr>
      <w:r>
        <w:t>یہ اسٹیٹ کا بھی کام ہے اور سوسائٹی کا بھی کام ہے۔ تو اس آیت کے ساتھ جب ہم دوسری آیت کو ملائیں گے، تب پوری بات سمجھ میں آئے گی۔</w:t>
      </w:r>
    </w:p>
    <w:p>
      <w:r>
        <w:rPr>
          <w:b/>
        </w:rPr>
        <w:t xml:space="preserve">[07:13] </w:t>
      </w:r>
      <w:r>
        <w:t>Is ayat mein jo baat kahi gayi, woh sirf yeh hai ke regular army jab nahi hua karti thi aur waqt waqt par bharti hote the log, to is zamane mein aise log jo the, woh exempted hote the jo jang mein jang mein kaam karne ke qabil na ho.</w:t>
      </w:r>
    </w:p>
    <w:p>
      <w:pPr>
        <w:jc w:val="right"/>
      </w:pPr>
      <w:r>
        <w:t>اس آیت میں جو بات کہی گئی، وہ صرف یہ ہے کہ ریگولر آرمی جب نہیں ہوا کرتی تھی اور وقت وقت پر بھرتی ہوتے تھے لوگ، تو اس زمانے میں ایسے لوگ جو تھے، وہ ایگزمپٹڈ ہوتے تھے جو جنگ میں جنگ میں کام کرنے کے قابل نہ ہوں۔</w:t>
      </w:r>
    </w:p>
    <w:p>
      <w:r>
        <w:rPr>
          <w:b/>
        </w:rPr>
        <w:t xml:space="preserve">[07:32] </w:t>
      </w:r>
      <w:r>
        <w:t>Mislan andha aadmi, langra aadmi ya mareez aadmi, woh jang mein koi role nahi kar sakta tha, to usko exempt kar diya gaya. Ek pehlu hai.</w:t>
      </w:r>
    </w:p>
    <w:p>
      <w:pPr>
        <w:jc w:val="right"/>
      </w:pPr>
      <w:r>
        <w:t>مثلاً اندھا آدمی، لنگڑا آدمی یا مریض آدمی، وہ جنگ میں کوئی رول نہیں کر سکتا تھا، تو اس کو ایگزیمپٹ کر دیا گیا۔ ایک پہلو ہے۔</w:t>
      </w:r>
    </w:p>
    <w:p>
      <w:r>
        <w:rPr>
          <w:b/>
        </w:rPr>
        <w:t xml:space="preserve">[07:43] </w:t>
      </w:r>
      <w:r>
        <w:t>Doosra jo pehlu hai, woh yeh hai ke inko, inko, in logon ke liye society par, state par farz hai ke in logon ki madad kare.</w:t>
      </w:r>
    </w:p>
    <w:p>
      <w:pPr>
        <w:jc w:val="right"/>
      </w:pPr>
      <w:r>
        <w:t>دوسرا جو پہلو ہے، وہ یہ ہے کہ ان کو، ان کو، ان لوگوں کے لیے سوسائٹی پر، اسٹیٹ پر فرض ہے کہ ان لوگوں کی مدد کرے۔</w:t>
      </w:r>
    </w:p>
    <w:p>
      <w:r>
        <w:rPr>
          <w:b/>
        </w:rPr>
        <w:t xml:space="preserve">[07:53] </w:t>
      </w:r>
      <w:r>
        <w:t>Yaani agar woh apahij ho gaye hain, bazahir woh nakara ho gaye hain, to lafz mehroom jo hai ayat mein, woh sab ko cover kar raha hai.</w:t>
      </w:r>
    </w:p>
    <w:p>
      <w:pPr>
        <w:jc w:val="right"/>
      </w:pPr>
      <w:r>
        <w:t>یعنی اگر وہ اپاہج ہو گئے ہیں، بظاہر وہ ناکارہ ہو گئے ہیں، تو لفظ محروم جو ہے آیت میں، وہ سب کو کور کر رہا ہے۔</w:t>
      </w:r>
    </w:p>
    <w:p>
      <w:r>
        <w:rPr>
          <w:b/>
        </w:rPr>
        <w:t xml:space="preserve">[08:04] </w:t>
      </w:r>
      <w:r>
        <w:t>Is qism ke jitne log hain, unko cover kar raha hai mehroom. Yaani jo mareez ho gaya ho, chronic, chronic bimari mein, woh bhi mehroom hai.</w:t>
      </w:r>
    </w:p>
    <w:p>
      <w:pPr>
        <w:jc w:val="right"/>
      </w:pPr>
      <w:r>
        <w:t>اس قسم کے جتنے لوگ ہیں، ان کو کور کر رہا ہے محروم۔ یعنی جو مریض ہو گیا ہو، کرونک، کرونک بیماری میں، وہ بھی محروم ہے۔</w:t>
      </w:r>
    </w:p>
    <w:p>
      <w:r>
        <w:rPr>
          <w:b/>
        </w:rPr>
        <w:t xml:space="preserve">[08:14] </w:t>
      </w:r>
      <w:r>
        <w:t>Jo andha, behra, langra ho gaya, wohi woh bhi mehroom hai. To aise logon ka haq hai society ke upar, aise logon ka haq hai state ke upar ke woh maal kharch kar ke unke liye intezam karein.</w:t>
      </w:r>
    </w:p>
    <w:p>
      <w:pPr>
        <w:jc w:val="right"/>
      </w:pPr>
      <w:r>
        <w:t>جو اندھا، بہرا، لنگڑا ہو گیا، وہی وہ بھی محروم ہے۔ تو ایسے لوگوں کا حق ہے سوسائٹی کے اوپر، ایسے لوگوں کا حق ہے اسٹیٹ کے اوپر کہ وہ مال خرچ کر کے ان کے لیے انتظام کریں۔</w:t>
      </w:r>
    </w:p>
    <w:p>
      <w:r>
        <w:rPr>
          <w:b/>
        </w:rPr>
        <w:t xml:space="preserve">[08:34] </w:t>
      </w:r>
      <w:r>
        <w:t>To</w:t>
      </w:r>
    </w:p>
    <w:p>
      <w:pPr>
        <w:jc w:val="right"/>
      </w:pPr>
      <w:r>
        <w:t>تو</w:t>
      </w:r>
    </w:p>
    <w:p>
      <w:r>
        <w:rPr>
          <w:b/>
        </w:rPr>
        <w:t xml:space="preserve">[08:35] </w:t>
      </w:r>
      <w:r>
        <w:t>Yeh samjha jata hai ke maujooda zamane mein maghrib mein bohat zyada darja diya gaya hai disabled logon ka. Agar aap Europe, America jayein to wahan par bohat har jagah unke liye khaas intezam hota hai.</w:t>
      </w:r>
    </w:p>
    <w:p>
      <w:pPr>
        <w:jc w:val="right"/>
      </w:pPr>
      <w:r>
        <w:t>یہ سمجھا جاتا ہے کہ موجودہ زمانے میں مغرب میں بہت زیادہ درجہ دیا گیا ہے ڈس ایبلڈ لوگوں کا۔ اگر آپ یورپ، امریکہ جائیں تو وہاں پر بہت ہر جگہ ان کے لیے خاص انتظام ہوتا ہے۔</w:t>
      </w:r>
    </w:p>
    <w:p>
      <w:r>
        <w:rPr>
          <w:b/>
        </w:rPr>
        <w:t xml:space="preserve">[08:49] </w:t>
      </w:r>
      <w:r>
        <w:t>Mislan airport par unke liye alag intezam hota hai, hotelon mein alag intezam hota hai, hatta ke buson mein alag intezam hota hai. Un logon ke liye itna zyada unka khayal kiya jata hai.</w:t>
      </w:r>
    </w:p>
    <w:p>
      <w:pPr>
        <w:jc w:val="right"/>
      </w:pPr>
      <w:r>
        <w:t>مثلاً ایئرپورٹ پر ان کے لیے الگ انتظام ہوتا ہے، ہوٹلوں میں الگ انتظام ہوتا ہے، حتیٰ کہ بسوں میں الگ انتظام ہوتا ہے۔ ان لوگوں کے لیے اتنا زیادہ ان کا خیال کیا جاتا ہے۔</w:t>
      </w:r>
    </w:p>
    <w:p>
      <w:r>
        <w:rPr>
          <w:b/>
        </w:rPr>
        <w:t xml:space="preserve">[09:01] </w:t>
      </w:r>
      <w:r>
        <w:t>Aur yeh unhone research kar ke bhi daryaft kiya hai ke koi disabled</w:t>
      </w:r>
    </w:p>
    <w:p>
      <w:pPr>
        <w:jc w:val="right"/>
      </w:pPr>
      <w:r>
        <w:t>اور یہ انہوں نے ریسرچ کر کے بھی دریافت کیا ہے کہ کوئی ڈس ایبلڈ</w:t>
      </w:r>
    </w:p>
    <w:p>
      <w:r>
        <w:rPr>
          <w:b/>
        </w:rPr>
        <w:t xml:space="preserve">[09:05] </w:t>
      </w:r>
      <w:r>
        <w:t>Poore maene mein nahi hota hai, woh differently abled hota hai. Yaani kisi aur pehlu pehlu se woh, yaani iske andar ability hoti hai, salahiyat hoti hai.</w:t>
      </w:r>
    </w:p>
    <w:p>
      <w:pPr>
        <w:jc w:val="right"/>
      </w:pPr>
      <w:r>
        <w:t>پورے معنی میں نہیں ہوتا ہے، وہ ڈفرنٹلی ایبلڈ ہوتا ہے۔ یعنی کسی اور پہلو پہلو سے وہ، یعنی اس کے اندر ایبیلیٹی ہوتی ہے، صلاحیت ہوتی ہے۔</w:t>
      </w:r>
    </w:p>
    <w:p>
      <w:r>
        <w:rPr>
          <w:b/>
        </w:rPr>
        <w:t xml:space="preserve">[09:15] </w:t>
      </w:r>
      <w:r>
        <w:t>To is salahiyat ko istemal karna.</w:t>
      </w:r>
    </w:p>
    <w:p>
      <w:pPr>
        <w:jc w:val="right"/>
      </w:pPr>
      <w:r>
        <w:t>تو اس صلاحیت کو استعمال کرنا۔</w:t>
      </w:r>
    </w:p>
    <w:p>
      <w:r>
        <w:rPr>
          <w:b/>
        </w:rPr>
        <w:t xml:space="preserve">[09:19] </w:t>
      </w:r>
      <w:r>
        <w:t>To Quran mein jo ayat hai Surah Al-Fateh mein, woh ek khaas baat ko bata rahi hai ke aise logon ko jang ki khidmaat se mustasna rakha jayega jo jo kisi aziyati bana par iske ahel na ho.</w:t>
      </w:r>
    </w:p>
    <w:p>
      <w:pPr>
        <w:jc w:val="right"/>
      </w:pPr>
      <w:r>
        <w:t>تو قرآن میں جو آیت ہے سورہ الفتح میں، وہ ایک خاص بات کو بتا رہی ہے کہ ایسے لوگوں کو جنگ کی خدمات سے مستصر رکھا جائے گا جو جو کسی اذیتی بنا پر اس کے اہل نہ ہوں۔</w:t>
      </w:r>
    </w:p>
    <w:p>
      <w:r>
        <w:rPr>
          <w:b/>
        </w:rPr>
        <w:t xml:space="preserve">[09:40] </w:t>
      </w:r>
      <w:r>
        <w:t>Mislan andha hai ya langra hai ya ya mareez hai.</w:t>
      </w:r>
    </w:p>
    <w:p>
      <w:pPr>
        <w:jc w:val="right"/>
      </w:pPr>
      <w:r>
        <w:t>مثلاً اندھا ہے یا لنگڑا ہے یا یا مریض ہے۔</w:t>
      </w:r>
    </w:p>
    <w:p>
      <w:r>
        <w:rPr>
          <w:b/>
        </w:rPr>
        <w:t xml:space="preserve">[09:47] </w:t>
      </w:r>
      <w:r>
        <w:t>To yeh is mamle ka ek pehlu hua ke is aadmi se hum kya kaam lein, kya kaam na lein. Yeh is pehlu se baat hui.</w:t>
      </w:r>
    </w:p>
    <w:p>
      <w:pPr>
        <w:jc w:val="right"/>
      </w:pPr>
      <w:r>
        <w:t>تو یہ اس معاملے کا ایک پہلو ہوا کہ اس آدمی سے ہم کیا کام لیں، کیا کام نہ لیں۔ یہ اس پہلو سے بات ہوئی۔</w:t>
      </w:r>
    </w:p>
    <w:p>
      <w:r>
        <w:rPr>
          <w:b/>
        </w:rPr>
        <w:t xml:space="preserve">[09:59] </w:t>
      </w:r>
      <w:r>
        <w:t>Doosra pehlu yeh hai ke is aadmi ke liye</w:t>
      </w:r>
    </w:p>
    <w:p>
      <w:pPr>
        <w:jc w:val="right"/>
      </w:pPr>
      <w:r>
        <w:t>دوسرا پہلو یہ ہے کہ اس آدمی کے لیے</w:t>
      </w:r>
    </w:p>
    <w:p>
      <w:r>
        <w:rPr>
          <w:b/>
        </w:rPr>
        <w:t xml:space="preserve">[10:04] </w:t>
      </w:r>
      <w:r>
        <w:t>Kya karna hai, society ko is aadmi ke liye kya karna hai, state ko, woh wale subject hai, woh doosri ayat mein hai. Fi amwalihim sa'ilun wal mahroom ke jo log mehroom hon, jo disabled hon,</w:t>
      </w:r>
    </w:p>
    <w:p>
      <w:pPr>
        <w:jc w:val="right"/>
      </w:pPr>
      <w:r>
        <w:t>کیا کرنا ہے، سوسائٹی کو اس آدمی کے لیے کیا کرنا ہے، اسٹیٹ کو، وہ والے سبجیکٹ ہے، وہ دوسری آیت میں ہے۔ فی اموال مکہ معلوم لسائل والمحروم کہ جو لوگ محروم ہوں، جو ڈس ایبلڈ ہوں،</w:t>
      </w:r>
    </w:p>
    <w:p>
      <w:r>
        <w:rPr>
          <w:b/>
        </w:rPr>
        <w:t xml:space="preserve">[10:20] </w:t>
      </w:r>
      <w:r>
        <w:t>Chahe woh andhe hon, chahe behre hon, chahe woh mareez hon, to unke liye apne amwal ko kharch kar ke unke liye idare banao.</w:t>
      </w:r>
    </w:p>
    <w:p>
      <w:pPr>
        <w:jc w:val="right"/>
      </w:pPr>
      <w:r>
        <w:t>چاہے وہ اندھے ہوں، چاہے بہرے ہوں، چاہے وہ مریض ہوں، تو ان کے لیے اپنے اموال کو خرچ کر کے ان کے لیے ادارے بناؤ۔</w:t>
      </w:r>
    </w:p>
    <w:p>
      <w:r>
        <w:rPr>
          <w:b/>
        </w:rPr>
        <w:t xml:space="preserve">[10:33] </w:t>
      </w:r>
      <w:r>
        <w:t>Unke liye aisi technology develop karo jis se unko madad mil sake. Misla Europe, America mein aisi gadiyan banayi gayi hain jis ko ke mazoor log chalate hain,</w:t>
      </w:r>
    </w:p>
    <w:p>
      <w:pPr>
        <w:jc w:val="right"/>
      </w:pPr>
      <w:r>
        <w:t>ان کے لیے ایسی ٹیکنالوجی ڈیولپ کرو جس سے ان کو مدد مل سکے۔ مثلاً یورپ، امریکہ میں ایسی گاڑیاں بنائی گئی ہیں جس کو کہ معذور لوگ چلاتے ہیں،</w:t>
      </w:r>
    </w:p>
    <w:p>
      <w:r>
        <w:rPr>
          <w:b/>
        </w:rPr>
        <w:t xml:space="preserve">[10:48] </w:t>
      </w:r>
      <w:r>
        <w:t>Disabled log chalate hain is ko. To baqayda unke liye naye tarah ki gadiyan banayi gayi hain.</w:t>
      </w:r>
    </w:p>
    <w:p>
      <w:pPr>
        <w:jc w:val="right"/>
      </w:pPr>
      <w:r>
        <w:t>ڈس ایبلڈ لوگ چلاتے ہیں اس کو۔ تو باقاعدہ ان کے لیے نئے طرح کی گاڑیاں بنائی گئی ہیں۔</w:t>
      </w:r>
    </w:p>
    <w:p>
      <w:r>
        <w:rPr>
          <w:b/>
        </w:rPr>
        <w:t xml:space="preserve">[10:57] </w:t>
      </w:r>
      <w:r>
        <w:t>To main samajhta hoon ke sirf is ayat ko le kar ke, Surah Al-Fateh ki ayat ko le kar ke yeh kehna ke Islam, Islam ka concern sirf itna hi hai ke aadmi jang mein shirkat karta hai ya nahi karta, iske siwa Islam ka koi concern nahi hai,</w:t>
      </w:r>
    </w:p>
    <w:p>
      <w:pPr>
        <w:jc w:val="right"/>
      </w:pPr>
      <w:r>
        <w:t>تو میں سمجھتا ہوں کہ صرف اس آیت کو لے کر کے، سورہ فتح کی آیت کو لے کر کے یہ کہنا کہ اسلام، اسلام کا کنسرن صرف اتنا ہی ہے کہ آدمی جنگ میں شرکت کرتا ہے یا نہیں کرتا، اس کے سوا اسلام کا کوئی کنسرن نہیں ہے،</w:t>
      </w:r>
    </w:p>
    <w:p>
      <w:r>
        <w:rPr>
          <w:b/>
        </w:rPr>
        <w:t xml:space="preserve">[11:17] </w:t>
      </w:r>
      <w:r>
        <w:t>Yeh galat hai. Kyun ke doosri ayaton se maloom hota hai ke Islam yeh hukum deta hai ke tum apne maal ko kharch kar ke unki madad karo.</w:t>
      </w:r>
    </w:p>
    <w:p>
      <w:pPr>
        <w:jc w:val="right"/>
      </w:pPr>
      <w:r>
        <w:t>یہ غلط ہے۔ کیونکہ دوسری آیتوں سے معلوم ہوتا ہے کہ اسلام یہ حکم دیتا ہے کہ تم اپنے مال کو خرچ کر کے ان کی مدد کرو۔</w:t>
      </w:r>
    </w:p>
    <w:p>
      <w:r>
        <w:rPr>
          <w:b/>
        </w:rPr>
        <w:t xml:space="preserve">[11:30] </w:t>
      </w:r>
      <w:r>
        <w:t>To yeh madad karna is se, is se, is maene mein nahi hai ke unko unke khane ka intezam kar lo, unko chandah de do. Nahi, aise idare establish karo, aise technology establish karo,</w:t>
      </w:r>
    </w:p>
    <w:p>
      <w:pPr>
        <w:jc w:val="right"/>
      </w:pPr>
      <w:r>
        <w:t>تو یہ مدد کرنا اس سے، اس سے، اس معنی میں نہیں ہے کہ ان کو ان کے کھانے کا انتظام کر لو، ان کو چندہ دے دو۔ نہیں، ایسے ادارے اسٹیبلش کرو، ایسے ٹیکنالوجی اسٹیبلش کرو،</w:t>
      </w:r>
    </w:p>
    <w:p>
      <w:r>
        <w:rPr>
          <w:b/>
        </w:rPr>
        <w:t xml:space="preserve">[11:43] </w:t>
      </w:r>
      <w:r>
        <w:t>Aise saman banao jis se unko rozgar mile, woh unko job mile, woh woh khud kafil banne ke qabil ho jayein,</w:t>
      </w:r>
    </w:p>
    <w:p>
      <w:pPr>
        <w:jc w:val="right"/>
      </w:pPr>
      <w:r>
        <w:t>ایسے سامان بناؤ جس سے ان کو روزگار ملے، وہ ان کو جاب ملے، وہ وہ خود کفیل بننے کے قابل ہو جائیں،</w:t>
      </w:r>
    </w:p>
    <w:p>
      <w:r>
        <w:rPr>
          <w:b/>
        </w:rPr>
        <w:t xml:space="preserve">[11:58] </w:t>
      </w:r>
      <w:r>
        <w:t>woh apni kamai khud karen aur samaj ka aik mufeed anasar ban jayen.</w:t>
      </w:r>
    </w:p>
    <w:p>
      <w:pPr>
        <w:jc w:val="right"/>
      </w:pPr>
      <w:r>
        <w:t>وہ اپنی کمائی خود کریں اور سماج کا ایک مفید عنصر بن جائیں۔</w:t>
      </w:r>
    </w:p>
    <w:p>
      <w:r>
        <w:rPr>
          <w:b/>
        </w:rPr>
        <w:t xml:space="preserve">[12:04] </w:t>
      </w:r>
      <w:r>
        <w:t>sab se bara masla yeh hai ke aisay log jo ke naqis ul aza hain, jo disabled hain, un ko kis tarah samaj ka healthy member banaya jaye, healthy member yani mufeed hissa kaise banaya jaye samaj ka.</w:t>
      </w:r>
    </w:p>
    <w:p>
      <w:pPr>
        <w:jc w:val="right"/>
      </w:pPr>
      <w:r>
        <w:t>سب سے بڑا مسئلہ یہ ہے کہ ایسے لوگ جو کہ ناقص الاعضاء ہیں، جو ڈس ایبلڈ ہیں، ان کو کس طرح سماج کا ہیلدی ممبر بنایا جائے، ہیلدی ممبر یعنی مفید حصہ کیسے بنایا جائے سماج کا۔</w:t>
      </w:r>
    </w:p>
    <w:p>
      <w:r>
        <w:rPr>
          <w:b/>
        </w:rPr>
        <w:t xml:space="preserve">[12:19] </w:t>
      </w:r>
      <w:r>
        <w:t>to is ki zimmedari un logon par hai jin ke pas maal hai aur khas tor par state ki zimmedari hai ke woh aisay school khole, aisay idare khole, aisay training center khole jahan in logon ko tayyar kiya jaye.</w:t>
      </w:r>
    </w:p>
    <w:p>
      <w:pPr>
        <w:jc w:val="right"/>
      </w:pPr>
      <w:r>
        <w:t>تو اس کی ذمہ داری ان لوگوں پر ہے جن کے پاس مال ہے اور خاص طور پر اسٹیٹ کی ذمہ داری ہے کہ وہ ایسے اسکول کھولے، ایسے ادارے کھولے، ایسے ٹریننگ سینٹر کھولے جہاں ان لوگوں کو تیار کیا جائے۔</w:t>
      </w:r>
    </w:p>
    <w:p>
      <w:r>
        <w:rPr>
          <w:b/>
        </w:rPr>
        <w:t xml:space="preserve">[12:38] </w:t>
      </w:r>
      <w:r>
        <w:t>to chunache is zamanay mein bohat baray paimane par kaam ho raha hai ke andhay bhi parhnay lage hain, bahray bhi sunnay lage hain aur langray bhi chalnay lage hain.</w:t>
      </w:r>
    </w:p>
    <w:p>
      <w:pPr>
        <w:jc w:val="right"/>
      </w:pPr>
      <w:r>
        <w:t>تو چنانچہ اس زمانے میں بہت بڑے پیمانے پر کام ہو رہا ہے کہ اندھے بھی پڑھنے لگے ہیں، بارے بھی سننے لگے ہیں اور لنگڑے بھی چلنے لگے ہیں۔</w:t>
      </w:r>
    </w:p>
    <w:p>
      <w:r>
        <w:rPr>
          <w:b/>
        </w:rPr>
        <w:t xml:space="preserve">[12:51] </w:t>
      </w:r>
      <w:r>
        <w:t>yeh sab is zamanay mein ho raha hai. to yeh ain islam ki baat hai. yani yeh jo ho raha hai, yeh ain islam ki baat hai. yeh aisa nahi ke woh koi islam se bahar koi cheez hai.</w:t>
      </w:r>
    </w:p>
    <w:p>
      <w:pPr>
        <w:jc w:val="right"/>
      </w:pPr>
      <w:r>
        <w:t>یہ سب اس زمانے میں ہو رہا ہے۔ تو یہ عین اسلام کی بات ہے۔ یعنی یہ جو ہو رہا ہے، یہ عین اسلام کی بات ہے۔ یہ ایسا نہیں کہ وہ کوئی اسلام سے باہر کوئی چیز ہے۔</w:t>
      </w:r>
    </w:p>
    <w:p>
      <w:r>
        <w:rPr>
          <w:b/>
        </w:rPr>
        <w:t xml:space="preserve">[13:03] </w:t>
      </w:r>
      <w:r>
        <w:t>hadees mein aata hai, dekhiye ke: "al hikmah dhallat ul momin ayn wajh, ayn wajh fawaqibuh." al hikmah dhallat ul momin ayn wajh fawaqibuh ke hikmat ki baat, wisdom ki baat momin ka yani gumshuda سرمایہ hai.</w:t>
      </w:r>
    </w:p>
    <w:p>
      <w:pPr>
        <w:jc w:val="right"/>
      </w:pPr>
      <w:r>
        <w:t>حدیث میں آتا ہے، دیکھیے کہ: "الحکمۃ ذات المومن عین وجہ، عین وجہ فواقبہ۔" الحکمۃ ذات المومن عین وجہ فواقبہ کہ حکمت کی بات، وزڈم کی بات مومن کا یعنی گمشدہ سرمایہ ہے۔</w:t>
      </w:r>
    </w:p>
    <w:p>
      <w:r>
        <w:rPr>
          <w:b/>
        </w:rPr>
        <w:t xml:space="preserve">[13:28] </w:t>
      </w:r>
      <w:r>
        <w:t>jahan woh milay, us ko le</w:t>
      </w:r>
    </w:p>
    <w:p>
      <w:pPr>
        <w:jc w:val="right"/>
      </w:pPr>
      <w:r>
        <w:t>جہاں وہ ملے، اس کو ل</w:t>
      </w:r>
    </w:p>
    <w:p>
      <w:r>
        <w:rPr>
          <w:b/>
        </w:rPr>
        <w:t xml:space="preserve">[13:30] </w:t>
      </w:r>
      <w:r>
        <w:t>lay. to matlab kya hai ke usooli tor par islam mein yeh taleem di gayi hai ke tum disabled logon ki madad karo.</w:t>
      </w:r>
    </w:p>
    <w:p>
      <w:pPr>
        <w:jc w:val="right"/>
      </w:pPr>
      <w:r>
        <w:t>ے لے۔ تو مطلب کیا ہے کہ اصولی طور پر اسلام میں یہ تعلیم دی گئی ہے کہ تم ڈس ایبلڈ لوگوں کی مدد کرو۔</w:t>
      </w:r>
    </w:p>
    <w:p>
      <w:r>
        <w:rPr>
          <w:b/>
        </w:rPr>
        <w:t xml:space="preserve">[13:41] </w:t>
      </w:r>
      <w:r>
        <w:t>ab jo modern technology ka zamanah hai, is mein naye naye tareeqay daryaft hue hain, to woh islam ka apna hi tareeqa banaya jayega. aisa nahi ke woh maghrib ka hai.</w:t>
      </w:r>
    </w:p>
    <w:p>
      <w:pPr>
        <w:jc w:val="right"/>
      </w:pPr>
      <w:r>
        <w:t>اب جو ماڈرن ٹیکنالوجی کا زمانہ ہے، اس میں نئے نئے طریقے دریافت ہوئے ہیں، تو وہ اسلام کا اپنا ہی طریقہ بنایا جائے گا۔ ایسا نہیں کہ وہ مغرب کا ہے۔</w:t>
      </w:r>
    </w:p>
    <w:p>
      <w:r>
        <w:rPr>
          <w:b/>
        </w:rPr>
        <w:t xml:space="preserve">[13:51] </w:t>
      </w:r>
      <w:r>
        <w:t>woh islam mein usooli tor par yeh bata diya gaya ke disabled logon ki madad karo.</w:t>
      </w:r>
    </w:p>
    <w:p>
      <w:pPr>
        <w:jc w:val="right"/>
      </w:pPr>
      <w:r>
        <w:t>وہ اسلام میں اصولی طور پر یہ بتا دیا گیا کہ ڈس ایبلڈ لوگوں کی مدد کرو۔</w:t>
      </w:r>
    </w:p>
    <w:p>
      <w:r>
        <w:rPr>
          <w:b/>
        </w:rPr>
        <w:t xml:space="preserve">[14:00] </w:t>
      </w:r>
      <w:r>
        <w:t>yeh ayat do jagah aayi hai Quran majeed mein ke disabled logon ki madad karo, un ko un ko aisa karo ke apnay paon par khud kharay ho jayen, khud kafil ho jayen.</w:t>
      </w:r>
    </w:p>
    <w:p>
      <w:pPr>
        <w:jc w:val="right"/>
      </w:pPr>
      <w:r>
        <w:t>یہ آیت دو جگہ آئی ہے قرآن مجید میں کہ ڈس ایبلڈ لوگوں کی مدد کرو، ان کو ان کو ایسا کرو کہ اپنے پاؤں پر خود کھڑے ہو جائیں، خود کفیل ہو جائیں۔</w:t>
      </w:r>
    </w:p>
    <w:p>
      <w:r>
        <w:rPr>
          <w:b/>
        </w:rPr>
        <w:t xml:space="preserve">[14:12] </w:t>
      </w:r>
      <w:r>
        <w:t>to usooli tor par yeh taleem di gayi hai. ab is silsilay mein mazeed research jo hui Europe mein aur America mein, to woh islam ka hissa samjha jayega.</w:t>
      </w:r>
    </w:p>
    <w:p>
      <w:pPr>
        <w:jc w:val="right"/>
      </w:pPr>
      <w:r>
        <w:t>تو اصولی طور پر یہ تعلیم دی گئی ہے۔ اب اس سلسلے میں مزید ریسرچ جو ہوئی یورپ میں اور امریکہ میں، تو وہ اسلام کا حصہ سمجھا جائے گا۔</w:t>
      </w:r>
    </w:p>
    <w:p>
      <w:r>
        <w:rPr>
          <w:b/>
        </w:rPr>
        <w:t xml:space="preserve">[14:22] </w:t>
      </w:r>
      <w:r>
        <w:t>woh goya islam ka gumshuda aamal hai.</w:t>
      </w:r>
    </w:p>
    <w:p>
      <w:pPr>
        <w:jc w:val="right"/>
      </w:pPr>
      <w:r>
        <w:t>وہ گویا اسلام کا گمشدہ اعمال ہے۔</w:t>
      </w:r>
    </w:p>
    <w:p>
      <w:r>
        <w:rPr>
          <w:b/>
        </w:rPr>
        <w:t xml:space="preserve">[14:25] </w:t>
      </w:r>
      <w:r>
        <w:t>hikmat woh hikmat hai jis ko islam bhi apnay liye istemal karega. to mein samajhta hoon ke musalmanon ke liye chahiye ke in sari tareeqon ko apnayen.</w:t>
      </w:r>
    </w:p>
    <w:p>
      <w:pPr>
        <w:jc w:val="right"/>
      </w:pPr>
      <w:r>
        <w:t>حکمت وہ حکمت ہے جس کو اسلام بھی اپنے لیے استعمال کرے گا۔ تو میں سمجھتا ہوں کہ مسلمانوں کے لیے چاہیے کہ ان سارے طریقوں کو اپنائیں۔</w:t>
      </w:r>
    </w:p>
    <w:p>
      <w:r>
        <w:rPr>
          <w:b/>
        </w:rPr>
        <w:t xml:space="preserve">[14:40] </w:t>
      </w:r>
      <w:r>
        <w:t>yeh sari tareeqay jo develop kiye gaye hain maujoodah zamanay mein disabled logon ke liye ilaj ke liye hospital banaye gaye hain.</w:t>
      </w:r>
    </w:p>
    <w:p>
      <w:pPr>
        <w:jc w:val="right"/>
      </w:pPr>
      <w:r>
        <w:t>یہ سارے طریقے جو ڈیولپ کیے گئے ہیں موجودہ زمانے میں ڈس ایبلڈ لوگوں کے لیے علاج کے لیے ہاسپٹل بنائے گئے ہیں۔</w:t>
      </w:r>
    </w:p>
    <w:p>
      <w:r>
        <w:rPr>
          <w:b/>
        </w:rPr>
        <w:t xml:space="preserve">[14:49] </w:t>
      </w:r>
      <w:r>
        <w:t>bohat research hui hai ilaj mein jo pehle nahi thi. to jo zaroorat mand hain, un ke liye hospital banaye jayen.</w:t>
      </w:r>
    </w:p>
    <w:p>
      <w:pPr>
        <w:jc w:val="right"/>
      </w:pPr>
      <w:r>
        <w:t>بہت ریسرچ ہوئی ہے علاج میں جو پہلے نہیں تھی۔ تو جو ضرورت مند ہیں، ان کے لیے ہاسپٹل بنائے جائیں۔</w:t>
      </w:r>
    </w:p>
    <w:p>
      <w:r>
        <w:rPr>
          <w:b/>
        </w:rPr>
        <w:t xml:space="preserve">[14:59] </w:t>
      </w:r>
      <w:r>
        <w:t>jo disabled hain, un ke liye idare banaye jayen. un ke liye modern technology develop ki jay</w:t>
      </w:r>
    </w:p>
    <w:p>
      <w:pPr>
        <w:jc w:val="right"/>
      </w:pPr>
      <w:r>
        <w:t>جو ڈس ایبلڈ ہیں، ان کے لیے ادارے بنائے جائیں۔ ان کے لیے ماڈرن ٹیکنالوجی ڈیولپ کی جائ</w:t>
      </w:r>
    </w:p>
    <w:p>
      <w:r>
        <w:rPr>
          <w:b/>
        </w:rPr>
        <w:t xml:space="preserve">[15:04] </w:t>
      </w:r>
      <w:r>
        <w:t>e. yani yeh sari cheezen isi tarah se musalmanon par bhi laagu hoti hain jis tarah doosray logon ke oopar.</w:t>
      </w:r>
    </w:p>
    <w:p>
      <w:pPr>
        <w:jc w:val="right"/>
      </w:pPr>
      <w:r>
        <w:t>ے۔ یعنی یہ ساری چیزیں اسی طرح سے مسلمانوں پر بھی لاگو ہوتی ہیں جس طرح دوسرے لوگوں کے اوپر۔</w:t>
      </w:r>
    </w:p>
    <w:p>
      <w:r>
        <w:rPr>
          <w:b/>
        </w:rPr>
        <w:t xml:space="preserve">[15:15] </w:t>
      </w:r>
      <w:r>
        <w:t>to mein samajhta hoon ke yeh yeh jo Quran mein jo alfaaz hain, woh in sab cheezon ko cover kar rahay hain.</w:t>
      </w:r>
    </w:p>
    <w:p>
      <w:pPr>
        <w:jc w:val="right"/>
      </w:pPr>
      <w:r>
        <w:t>تو میں سمجھتا ہوں کہ یہ یہ جو قرآن میں جو الفاظ ہیں، وہ ان سب چیزوں کو کور کر رہے ہیں۔</w:t>
      </w:r>
    </w:p>
    <w:p>
      <w:r>
        <w:rPr>
          <w:b/>
        </w:rPr>
        <w:t xml:space="preserve">[15:25] </w:t>
      </w:r>
      <w:r>
        <w:t>jab hum Surah Fatah ki ayat ko dekhte hain doosri ayaton ke milakar ke, jahan yeh farmaya gaya hai ke mehroom logon ki madad karo,</w:t>
      </w:r>
    </w:p>
    <w:p>
      <w:pPr>
        <w:jc w:val="right"/>
      </w:pPr>
      <w:r>
        <w:t>جب ہم سورہ فتح کی آیت کو دیکھتے ہیں دوسری آیتوں کے ملا کر کے، جہاں یہ فرمایا گیا ہے کہ محروم لوگوں کی مدد کرو،</w:t>
      </w:r>
    </w:p>
    <w:p>
      <w:r>
        <w:rPr>
          <w:b/>
        </w:rPr>
        <w:t xml:space="preserve">[15:39] </w:t>
      </w:r>
      <w:r>
        <w:t>mehroom logon ki madad karo, to mehroom logon ki madad karo mein sab kuch aa gaya. yani jo jo tareeqay mehroom logon ki madad karne ke hain, yani un ko khana khilana, un ko taleem dilana, un ko job ke qabil banana, un ko is qabil banana ke woh business kar saken,</w:t>
      </w:r>
    </w:p>
    <w:p>
      <w:pPr>
        <w:jc w:val="right"/>
      </w:pPr>
      <w:r>
        <w:t>محروم لوگوں کی مدد کرو، تو محروم لوگوں کی مدد کرو میں سب کچھ آ گیا۔ یعنی جو جو طریقے محروم لوگوں کی مدد کرنے کے ہیں، یعنی ان کو کھانا کھلانا، ان کو تعلیم دلانا، ان کو جاب کے قابل بنانا، ان کو اس قابل بنانا کہ وہ بزنس کر سکیں،</w:t>
      </w:r>
    </w:p>
    <w:p>
      <w:r>
        <w:rPr>
          <w:b/>
        </w:rPr>
        <w:t xml:space="preserve">[15:59] </w:t>
      </w:r>
      <w:r>
        <w:t>un ko is qabil banana ke woh samaj ka aik healthy member ban saken, jaisay ke doosray log hain. un ko ehsas ho ke hum bhi aik equal member hain samaj ke.</w:t>
      </w:r>
    </w:p>
    <w:p>
      <w:pPr>
        <w:jc w:val="right"/>
      </w:pPr>
      <w:r>
        <w:t>ان کو اس قابل بنانا کہ وہ سماج کا ایک ہیلدی ممبر بن سکیں، جیسے کہ دوسرے لوگ ہیں۔ ان کو احساس ہو کہ ہم بھی ایکول ممبر ہیں سماج کے۔</w:t>
      </w:r>
    </w:p>
    <w:p>
      <w:r>
        <w:rPr>
          <w:b/>
        </w:rPr>
        <w:t xml:space="preserve">[16:13] </w:t>
      </w:r>
      <w:r>
        <w:t>un ke andar yeh ehsas paida ho ke hum bhi samaj ka masawi hissa hain, equal member hain samaj ke.</w:t>
      </w:r>
    </w:p>
    <w:p>
      <w:pPr>
        <w:jc w:val="right"/>
      </w:pPr>
      <w:r>
        <w:t>ان کے اندر یہ احساس پیدا ہو کہ ہم بھی سماج کا مساوی حصہ ہیں، ایکول ممبر ہیں سماج کے۔</w:t>
      </w:r>
    </w:p>
    <w:p>
      <w:r>
        <w:rPr>
          <w:b/>
        </w:rPr>
        <w:t xml:space="preserve">[16:21] </w:t>
      </w:r>
      <w:r>
        <w:t>yeh un ko ehsas paida ho. yeh sab musalmanon ki zimmedari hai aur Muslim state ki zimmedari hai. to yeh jo ayat hai: "fi amwalihim ma'loom li sa'ili wal mahroom", is ka khitab fard se bhi hai,</w:t>
      </w:r>
    </w:p>
    <w:p>
      <w:pPr>
        <w:jc w:val="right"/>
      </w:pPr>
      <w:r>
        <w:t>یہ ان کو احساس پیدا ہو۔ یہ سب مسلمانوں کی ذمہ داری ہے اور مسلم اسٹیٹ کی ذمہ داری ہے۔ تو یہ جو آیت ہے: "فی اموال مکہ معلوم لسائل والمعلوم"، اس کا خطاب فرد سے بھی ہے،</w:t>
      </w:r>
    </w:p>
    <w:p>
      <w:r>
        <w:rPr>
          <w:b/>
        </w:rPr>
        <w:t xml:space="preserve">[16:36] </w:t>
      </w:r>
      <w:r>
        <w:t>society se bhi hai aur state se bhi hai. state se bhi hai. har aik ko apnay apnay dayre mein is khidmat ko anjam dena hai.</w:t>
      </w:r>
    </w:p>
    <w:p>
      <w:pPr>
        <w:jc w:val="right"/>
      </w:pPr>
      <w:r>
        <w:t>سوسائٹی سے بھی ہے اور اسٹیٹ سے بھی ہے۔ اسٹیٹ سے بھی ہے۔ ہر ایک کو اپنے اپنے دائرے میں اس خدمت کو انجام دینا ہے۔</w:t>
      </w:r>
    </w:p>
    <w:p>
      <w:r>
        <w:rPr>
          <w:b/>
        </w:rPr>
        <w:t xml:space="preserve">[16:48] </w:t>
      </w:r>
      <w:r>
        <w:t>jitna jis ke bas mein hai, us ko karna hai.</w:t>
      </w:r>
    </w:p>
    <w:p>
      <w:pPr>
        <w:jc w:val="right"/>
      </w:pPr>
      <w:r>
        <w:t>جتنا جس کے بس میں ہے، اس کو کرنا ہے۔</w:t>
      </w:r>
    </w:p>
    <w:p>
      <w:r>
        <w:rPr>
          <w:b/>
        </w:rPr>
        <w:t xml:space="preserve">[16:53] </w:t>
      </w:r>
      <w:r>
        <w:t>fard ke bas mein jitna hai, wo fard kare. samajh ke bas mein jitna hai, wo samajh kare. state ke liye jo mumkin hai, wo state kare. is ke liye ngo bhi jo ngo jo kar kar sakti hain, wo karein.</w:t>
      </w:r>
    </w:p>
    <w:p>
      <w:pPr>
        <w:jc w:val="right"/>
      </w:pPr>
      <w:r>
        <w:t>فرد کے بس میں جتنا ہے، وہ فرد کرے۔ سماج کے بس میں جتنا ہے، وہ سماج کرے۔ اسٹیٹ کے لیے جو ممکن ہے، وہ اسٹیٹ کرے۔ اس کے لیے این جی او بھی جو این جی او جو کر کر سکتی ہیں، وہ کریں۔</w:t>
      </w:r>
    </w:p>
    <w:p>
      <w:r>
        <w:rPr>
          <w:b/>
        </w:rPr>
        <w:t xml:space="preserve">[17:07] </w:t>
      </w:r>
      <w:r>
        <w:t>wo to ye sari baatein in aayaton mein shamil hain.</w:t>
      </w:r>
    </w:p>
    <w:p>
      <w:pPr>
        <w:jc w:val="right"/>
      </w:pPr>
      <w:r>
        <w:t>وہ تو یہ ساری باتیں ان آیتوں میں شامل ہیں۔</w:t>
      </w:r>
    </w:p>
    <w:p>
      <w:r>
        <w:rPr>
          <w:b/>
        </w:rPr>
        <w:t xml:space="preserve">[17:14] </w:t>
      </w:r>
      <w:r>
        <w:t>to main samajhta hoon ke ye samajhna bohat bari ghalati hogi ke islam mein aise logon ka jo naqis ul aza ho jate hain, jo disabled ho jate hain, un ka koi un ka koi provision nahi hai.</w:t>
      </w:r>
    </w:p>
    <w:p>
      <w:pPr>
        <w:jc w:val="right"/>
      </w:pPr>
      <w:r>
        <w:t>تو میں سمجھتا ہوں کہ یہ سمجھنا بہت بڑی غلطی ہوگی کہ اسلام میں ایسے لوگوں کا جو ناقص الاعضاء ہو جاتے ہیں، جو ڈس ایبلڈ ہو جاتے ہیں، ان کا کوئی ان کا کوئی پروویژن نہیں ہے۔</w:t>
      </w:r>
    </w:p>
    <w:p>
      <w:r>
        <w:rPr>
          <w:b/>
        </w:rPr>
        <w:t xml:space="preserve">[17:32] </w:t>
      </w:r>
      <w:r>
        <w:t>ye samajhna bilkul ghalat hai. koi jab ye farma diya gaya ke jo mehroom hain, un ki madad karo, tumhare malon mein mehroom logon ka hissa hona chahiye, to</w:t>
      </w:r>
    </w:p>
    <w:p>
      <w:pPr>
        <w:jc w:val="right"/>
      </w:pPr>
      <w:r>
        <w:t>یہ سمجھنا بالکل غلط ہے۔ کوئی جب یہ فرما دیا گیا کہ جو محروم ہیں، ان کی مدد کرو، تمہارے مالوں میں محروم لوگوں کا حصہ ہونا چاہیے، تو</w:t>
      </w:r>
    </w:p>
    <w:p>
      <w:r>
        <w:rPr>
          <w:b/>
        </w:rPr>
        <w:t xml:space="preserve">[17:42] </w:t>
      </w:r>
      <w:r>
        <w:t>is aayat ko aap mehdood mani mein nahi le sakte ke in ko chandah de do. ye to bohat bohat mani mein lena hua.</w:t>
      </w:r>
    </w:p>
    <w:p>
      <w:pPr>
        <w:jc w:val="right"/>
      </w:pPr>
      <w:r>
        <w:t>اس آیت کو آپ محدود معنی میں نہیں لے سکتے کہ ان کو چندہ دے دو۔ یہ تو بہت بہت معنی میں لینا ہوا۔</w:t>
      </w:r>
    </w:p>
    <w:p>
      <w:r>
        <w:rPr>
          <w:b/>
        </w:rPr>
        <w:t xml:space="preserve">[17:51] </w:t>
      </w:r>
      <w:r>
        <w:t>nahi, in ko in ko basrajat banao, in ko job ke qabil banao, in ko business karne ke qabil banao, in ko is qabil banao ke doosre log jis tarah chalte phirte hain, wo bhi chale phirein.</w:t>
      </w:r>
    </w:p>
    <w:p>
      <w:pPr>
        <w:jc w:val="right"/>
      </w:pPr>
      <w:r>
        <w:t>نہیں، ان کو ان کو باسراجت بناؤ، ان کو جاب کے قابل بناؤ، ان کو بزنس کرنے کے قابل بناؤ، ان کو اس قابل بناؤ کہ دوسرے لوگ جس طرح چلتے پھرتے ہیں، وہ بھی چلے پھریں۔</w:t>
      </w:r>
    </w:p>
    <w:p>
      <w:r>
        <w:rPr>
          <w:b/>
        </w:rPr>
        <w:t xml:space="preserve">[18:05] </w:t>
      </w:r>
      <w:r>
        <w:t>to aisi technology develop karo, aise saman tayyar karo jo har jagah in ko equal share mile, yani samajh mein equal darja in ko mile.</w:t>
      </w:r>
    </w:p>
    <w:p>
      <w:pPr>
        <w:jc w:val="right"/>
      </w:pPr>
      <w:r>
        <w:t>تو ایسی ٹیکنالوجی ڈیولپ کرو، ایسے سامان تیار کرو جو ہر جگہ ان کو ایکول شیئر ملے، یعنی سماج میں ایکول درجہ ان کو ملے۔</w:t>
      </w:r>
    </w:p>
    <w:p>
      <w:r>
        <w:rPr>
          <w:b/>
        </w:rPr>
        <w:t xml:space="preserve">[18:19] </w:t>
      </w:r>
      <w:r>
        <w:t>samajh mein har jagah wo mehsoos karein ke humein bhi equal darja mila hua hai.</w:t>
      </w:r>
    </w:p>
    <w:p>
      <w:pPr>
        <w:jc w:val="right"/>
      </w:pPr>
      <w:r>
        <w:t>سماج میں ہر جگہ وہ محسوس کریں کہ ہمیں بھی ایکول درجہ ملا ہوا ہے۔</w:t>
      </w:r>
    </w:p>
    <w:p>
      <w:r>
        <w:rPr>
          <w:b/>
        </w:rPr>
        <w:t xml:space="preserve">[18:26] </w:t>
      </w:r>
      <w:r>
        <w:t>jaise main jata hoon jab to main dekhta hoon ke jo airport hote hain, us mein disabled logon ke liye bohat hi special bathroom hota hai, jo aam jagah se better hota hai.</w:t>
      </w:r>
    </w:p>
    <w:p>
      <w:pPr>
        <w:jc w:val="right"/>
      </w:pPr>
      <w:r>
        <w:t>جیسے میں جاتا ہوں جب تو میں دیکھتا ہوں کہ جو ایئرپورٹ ہوتے ہیں، اس میں ڈس ایبلڈ لوگوں کے لیے بہت ہی اسپیشل باتھ روم ہوتا ہے، جو عام جگہ سے بیٹر ہوتا ہے۔</w:t>
      </w:r>
    </w:p>
    <w:p>
      <w:r>
        <w:rPr>
          <w:b/>
        </w:rPr>
        <w:t xml:space="preserve">[18:39] </w:t>
      </w:r>
      <w:r>
        <w:t>special bathroom.</w:t>
      </w:r>
    </w:p>
    <w:p>
      <w:pPr>
        <w:jc w:val="right"/>
      </w:pPr>
      <w:r>
        <w:t>اسپیشل باتھ روم۔</w:t>
      </w:r>
    </w:p>
    <w:p>
      <w:r>
        <w:rPr>
          <w:b/>
        </w:rPr>
        <w:t xml:space="preserve">[18:43] </w:t>
      </w:r>
      <w:r>
        <w:t>aise main ne dekha ke airport par bohat hi special intezam hota hai ke disabled logon ko wheel chair par bithate hain, un ko le aate hain.</w:t>
      </w:r>
    </w:p>
    <w:p>
      <w:pPr>
        <w:jc w:val="right"/>
      </w:pPr>
      <w:r>
        <w:t>ایسے میں نے دیکھا کہ ایئرپورٹ پر بہت ہی اسپیشل انتظام ہوتا ہے کہ ڈس ایبلڈ لوگوں کو ویل چیئر پر بٹھاتے ہیں، ان کو لے آتے ہیں۔</w:t>
      </w:r>
    </w:p>
    <w:p>
      <w:r>
        <w:rPr>
          <w:b/>
        </w:rPr>
        <w:t xml:space="preserve">[18:57] </w:t>
      </w:r>
      <w:r>
        <w:t>phir special gadiyan hoti hain, special gadiyon ke zariye unhein pohanchate hain jahan unhein jana hai. wahan ye bohat special intezam hota hai.</w:t>
      </w:r>
    </w:p>
    <w:p>
      <w:pPr>
        <w:jc w:val="right"/>
      </w:pPr>
      <w:r>
        <w:t>پھر اسپیشل گاڑیاں ہوتی ہیں، اسپیشل گاڑیوں کے ذریعے انہیں پہنچاتے ہیں جہاں انہیں جانا ہے۔ وہاں یہ بہت اسپیشل انتظام ہوتا ہے۔</w:t>
      </w:r>
    </w:p>
    <w:p>
      <w:r>
        <w:rPr>
          <w:b/>
        </w:rPr>
        <w:t xml:space="preserve">[19:05] </w:t>
      </w:r>
      <w:r>
        <w:t>aise hi main ne dekha ke aisi aisi busen banai gayi hain maghribi mulkon mein ke wahan par yani un ki jo wheel chair hoti hai, disabled logon ki direct us mein dakhil kar di jati hai.</w:t>
      </w:r>
    </w:p>
    <w:p>
      <w:pPr>
        <w:jc w:val="right"/>
      </w:pPr>
      <w:r>
        <w:t>ایسے ہی میں نے دیکھا کہ ایسی ایسی بسیں بنائی گئی ہیں مغربی ملکوں میں کہ وہاں پر یعنی ان کی جو ویل چیئر ہوتی ہے، ڈس ایبلڈ لوگوں کی ڈائریکٹ اس میں داخل کر دی جاتی ہے۔</w:t>
      </w:r>
    </w:p>
    <w:p>
      <w:r>
        <w:rPr>
          <w:b/>
        </w:rPr>
        <w:t xml:space="preserve">[19:18] </w:t>
      </w:r>
      <w:r>
        <w:t>aise aise door banaye gaye hain us mein. to bohat sare intezamat is tarah ke</w:t>
      </w:r>
    </w:p>
    <w:p>
      <w:pPr>
        <w:jc w:val="right"/>
      </w:pPr>
      <w:r>
        <w:t>ایسے ایسے ڈور بنائے گئے ہیں اس میں۔ تو بہت سارے انتظامات اس طرح کے</w:t>
      </w:r>
    </w:p>
    <w:p>
      <w:r>
        <w:rPr>
          <w:b/>
        </w:rPr>
        <w:t xml:space="preserve">[19:24] </w:t>
      </w:r>
      <w:r>
        <w:t>hain. ye sab islam ka hissa mane jayenge aur sab is hadith ke tehat aa jayenge ke: "al hikmatu zatu al momin ain wajh fawaqibuhu".</w:t>
      </w:r>
    </w:p>
    <w:p>
      <w:pPr>
        <w:jc w:val="right"/>
      </w:pPr>
      <w:r>
        <w:t>ہیں۔ یہ سب اسلام کا حصہ مانے جائیں گے اور سب اس حدیث کے تحت آ جائیں گے کہ: "الحکمۃ ذات المومن عین وجہ فواقبہ"۔</w:t>
      </w:r>
    </w:p>
    <w:p>
      <w:r>
        <w:rPr>
          <w:b/>
        </w:rPr>
        <w:t xml:space="preserve">[19:37] </w:t>
      </w:r>
      <w:r>
        <w:t>aisa nahi ke wo maghrib ka hai, hamara is koi matlab nahi. ye sab ka sab islam ka hissa ban jayenge aur wo is aayat ke tehat aa jayenge ke: "fi amwalihim ma'lum li sa'ili wal mahroom".</w:t>
      </w:r>
    </w:p>
    <w:p>
      <w:pPr>
        <w:jc w:val="right"/>
      </w:pPr>
      <w:r>
        <w:t>ایسا نہیں کہ وہ مغرب کا ہے، ہمارا اس کوئی مطلب نہیں۔ یہ سب کا سب اسلام کا حصہ بن جائیں گے اور وہ اس آیت کے تحت آ جائیں گے کہ: "فی اموال مکہ معلوم لسائل والمحروم"۔</w:t>
      </w:r>
    </w:p>
    <w:p>
      <w:r>
        <w:rPr>
          <w:b/>
        </w:rPr>
        <w:t xml:space="preserve">[19:53] </w:t>
      </w:r>
      <w:r>
        <w:t>dekhiye, Allah taala ne kisi insan ko bekar nahi paida kiya, kisi insan ko bekar nahi paida kiya. agar koi aadmi ki aankh zaya ho jaye to bhi Allah ke hukum se hoti hai.</w:t>
      </w:r>
    </w:p>
    <w:p>
      <w:pPr>
        <w:jc w:val="right"/>
      </w:pPr>
      <w:r>
        <w:t>دیکھیے، اللہ تعالی نے کسی انسان کو بیکار نہیں پیدا کیا، کسی انسان کو بیکار نہیں پیدا کیا۔ اگر کوئی آدمی کی آنکھ ضائع ہو جائے تو بھی اللہ کے حکم سے ہوتی ہے۔</w:t>
      </w:r>
    </w:p>
    <w:p>
      <w:r>
        <w:rPr>
          <w:b/>
        </w:rPr>
        <w:t xml:space="preserve">[20:05] </w:t>
      </w:r>
      <w:r>
        <w:t>kisi ke kaan ki sunwai kam ho jaye to wo bhi Allah ke hukum se hota hai. koi beemar pade to wo bhi Allah ke hukum se hota hai. to kyun hota hai?</w:t>
      </w:r>
    </w:p>
    <w:p>
      <w:pPr>
        <w:jc w:val="right"/>
      </w:pPr>
      <w:r>
        <w:t>کسی کے کان کی سماعت کم ہو جائے تو وہ بھی اللہ کے حکم سے ہوتا ہے۔ کوئی بیمار پڑے تو وہ بھی اللہ کے حکم سے ہوتا ہے۔ تو کیوں ہوتا ہے؟</w:t>
      </w:r>
    </w:p>
    <w:p>
      <w:r>
        <w:rPr>
          <w:b/>
        </w:rPr>
        <w:t xml:space="preserve">[20:15] </w:t>
      </w:r>
      <w:r>
        <w:t>is liye ke logon ko moqa dena hai ke wo doosron ki khidmat karein.</w:t>
      </w:r>
    </w:p>
    <w:p>
      <w:pPr>
        <w:jc w:val="right"/>
      </w:pPr>
      <w:r>
        <w:t>اس لیے کہ لوگوں کو موقع دینا ہے کہ وہ دوسروں کی خدمت کریں۔</w:t>
      </w:r>
    </w:p>
    <w:p>
      <w:r>
        <w:rPr>
          <w:b/>
        </w:rPr>
        <w:t xml:space="preserve">[20:20] </w:t>
      </w:r>
      <w:r>
        <w:t>agar ye sab na ho to to kaise ek ek aadmi doosre ki khidmat karega? to samajh mein service ka mahol ho, khidmat ka mahol ho, ek doosre ka ke kaam aane ka mahol ho, ek doosre ko support dene ka mahol ho.</w:t>
      </w:r>
    </w:p>
    <w:p>
      <w:pPr>
        <w:jc w:val="right"/>
      </w:pPr>
      <w:r>
        <w:t>اگر یہ سب نہ ہو تو تو کیسے ایک ایک آدمی دوسرے کی خدمت کرے گا؟ تو سماج میں سروس کا ماحول ہو، خدمت کا ماحول ہو، ایک دوسرے کا کے کام آنے کا ماحول ہو، ایک دوسرے کو سپورٹ دینے کا ماحول ہو۔</w:t>
      </w:r>
    </w:p>
    <w:p>
      <w:r>
        <w:rPr>
          <w:b/>
        </w:rPr>
        <w:t xml:space="preserve">[20:35] </w:t>
      </w:r>
      <w:r>
        <w:t>is tarah is liye kuch log aise kar diye jate hain. to is se jo ye phir mazeed ek ye koi</w:t>
      </w:r>
    </w:p>
    <w:p>
      <w:pPr>
        <w:jc w:val="right"/>
      </w:pPr>
      <w:r>
        <w:t>اس طرح اس لیے کچھ لوگ ایسے کر دیے جاتے ہیں۔ تو اس سے جو یہ پھر مزید ایک یہ کوئی</w:t>
      </w:r>
    </w:p>
    <w:p>
      <w:r>
        <w:rPr>
          <w:b/>
        </w:rPr>
        <w:t xml:space="preserve">[20:45] </w:t>
      </w:r>
      <w:r>
        <w:t>sadah baat nahi hai. jab aap kisi ki madad karte hain, jab kisi ko support dete hain to aap apni rohaniyat ko jagate hain. jab aap doosre ke ko support dete hain, is se apne andar hamdardi ka jazba badhate hain.</w:t>
      </w:r>
    </w:p>
    <w:p>
      <w:pPr>
        <w:jc w:val="right"/>
      </w:pPr>
      <w:r>
        <w:t>سادہ بات نہیں ہے۔ جب آپ کسی کی مدد کرتے ہیں، جب کسی کو سپورٹ دیتے ہیں تو آپ اپنی روحانیت کو جگاتے ہیں۔ جب آپ دوسرے کے کو سپورٹ دیتے ہیں، اس سے اپنے اندر ہمدردی کا جذبہ بڑھاتے ہیں۔</w:t>
      </w:r>
    </w:p>
    <w:p>
      <w:r>
        <w:rPr>
          <w:b/>
        </w:rPr>
        <w:t xml:space="preserve">[21:01] </w:t>
      </w:r>
      <w:r>
        <w:t>aap aap ke andar rohaniyat paida hoti hai, aap ko Allah se qurbat qurbat milti hai. yani doosre ka madad karne ke dauran khud apne aap ko bohat bara bara hissa mil jata milta hai.</w:t>
      </w:r>
    </w:p>
    <w:p>
      <w:pPr>
        <w:jc w:val="right"/>
      </w:pPr>
      <w:r>
        <w:t>آپ آپ کے اندر روحانیت پیدا ہوتی ہے، آپ کو اللہ سے قربت قربت ملتی ہے۔ یعنی دوسرے کا مدد کرنے کے دوران خود اپنے آپ کو بہت بڑا بڑا حصہ مل جاتا ملتا ہے۔</w:t>
      </w:r>
    </w:p>
    <w:p>
      <w:r>
        <w:rPr>
          <w:b/>
        </w:rPr>
        <w:t xml:space="preserve">[21:16] </w:t>
      </w:r>
      <w:r>
        <w:t>to ye ye jo jo khaliq ka jo nizam hai, ye sab us ke hisse hain. ye khaliq ka nizam hai.</w:t>
      </w:r>
    </w:p>
    <w:p>
      <w:pPr>
        <w:jc w:val="right"/>
      </w:pPr>
      <w:r>
        <w:t>تو یہ یہ جو جو خالق کا جو نظام ہے، یہ سب اس کے حصے ہیں۔ یہ خالق کا نظام ہے۔</w:t>
      </w:r>
    </w:p>
    <w:p>
      <w:r>
        <w:rPr>
          <w:b/>
        </w:rPr>
        <w:t xml:space="preserve">[21:25] </w:t>
      </w:r>
      <w:r>
        <w:t>koi neecha hai, koi ooncha hai, koi kamzor hai, koi taqatwar hai, koi naaqis-ul-azaa hai, koi aisa hai jiske azaa bilkul durust hain.</w:t>
      </w:r>
    </w:p>
    <w:p>
      <w:pPr>
        <w:jc w:val="right"/>
      </w:pPr>
      <w:r>
        <w:t>کوئی نیچا ہے، کوئی اونچا ہے، کوئی کمزور ہے، کوئی طاقتور ہے، کوئی ناقص الاعضاء ہے، کوئی ایسا ہے جس کے اعضاء بالکل درست ہیں۔</w:t>
      </w:r>
    </w:p>
    <w:p>
      <w:r>
        <w:rPr>
          <w:b/>
        </w:rPr>
        <w:t xml:space="preserve">[21:37] </w:t>
      </w:r>
      <w:r>
        <w:t>toh sab kuch takhleeq ke nizaam ke tehat hai aur isi liye hai ke samaaj mein harkat ke value jo hain, woh flores karein.</w:t>
      </w:r>
    </w:p>
    <w:p>
      <w:pPr>
        <w:jc w:val="right"/>
      </w:pPr>
      <w:r>
        <w:t>تو سب کچھ تخلیق کے نظام کے تحت ہے اور اسی لیے ہے کہ سماج میں حرکت کے ویلیو جو ہیں، وہ فلورس کریں۔</w:t>
      </w:r>
    </w:p>
    <w:p>
      <w:r>
        <w:rPr>
          <w:b/>
        </w:rPr>
        <w:t xml:space="preserve">[21:46] </w:t>
      </w:r>
      <w:r>
        <w:t>samaaj mein harkat ke value, justice ki justice ka ko farogh haasil ho aur help ek doosre karein.</w:t>
      </w:r>
    </w:p>
    <w:p>
      <w:pPr>
        <w:jc w:val="right"/>
      </w:pPr>
      <w:r>
        <w:t>سماج میں حرکت کے ویلیو، جسٹس کی جسٹس کا کو فروغ حاصل ہو اور ہیلپ ایک دوسرے کریں۔</w:t>
      </w:r>
    </w:p>
    <w:p>
      <w:r>
        <w:rPr>
          <w:b/>
        </w:rPr>
        <w:t xml:space="preserve">[21:57] </w:t>
      </w:r>
      <w:r>
        <w:t>log is ko farogh haasil ho aur social service ko farogh haasil ho, philanthropy ko farogh haasil ho.</w:t>
      </w:r>
    </w:p>
    <w:p>
      <w:pPr>
        <w:jc w:val="right"/>
      </w:pPr>
      <w:r>
        <w:t>لوگ اس کو فروغ حاصل ہو اور سوشل سروس کو فروغ حاصل ہو، فلین تھراپی کو فروغ حاصل ہو۔</w:t>
      </w:r>
    </w:p>
    <w:p>
      <w:r>
        <w:rPr>
          <w:b/>
        </w:rPr>
        <w:t xml:space="preserve">[22:07] </w:t>
      </w:r>
      <w:r>
        <w:t>toh agar yeh sab haalaat na hon toh kaise aisa hoga?</w:t>
      </w:r>
    </w:p>
    <w:p>
      <w:pPr>
        <w:jc w:val="right"/>
      </w:pPr>
      <w:r>
        <w:t>تو اگر یہ سب حالات نہ ہوں تو کیسے ایسا ہوگا؟</w:t>
      </w:r>
    </w:p>
    <w:p>
      <w:r>
        <w:rPr>
          <w:b/>
        </w:rPr>
        <w:t xml:space="preserve">[22:11] </w:t>
      </w:r>
      <w:r>
        <w:t>toh majmooi taur par samaaj mein jo jo matloob hai, jo haalaat matloob hain, jo jin jin walon ko jin waloz ko matloob hai ke woh flores karein, woh kaise hoga?</w:t>
      </w:r>
    </w:p>
    <w:p>
      <w:pPr>
        <w:jc w:val="right"/>
      </w:pPr>
      <w:r>
        <w:t>تو مجموعی طور پر سماج میں جو جو مطلوب ہے، جو حالات مطلوب ہیں، جو جن جن والوں کو جن والوز کو مطلوب ہے کہ وہ فلورس کریں، وہ کیسے ہوگا؟</w:t>
      </w:r>
    </w:p>
    <w:p>
      <w:r>
        <w:rPr>
          <w:b/>
        </w:rPr>
        <w:t xml:space="preserve">[22:30] </w:t>
      </w:r>
      <w:r>
        <w:t>toh ek aadmi agar naaqis-ul-azaa hai toh uska zaati aitbaar se yeh iski bahaduri hai, lekin doosron ke aitbaar se unki zimmedari hai.</w:t>
      </w:r>
    </w:p>
    <w:p>
      <w:pPr>
        <w:jc w:val="right"/>
      </w:pPr>
      <w:r>
        <w:t>تو ایک آدمی اگر ناقص الاعضاء ہے تو اس کا ذاتی اعتبار سے یہ اس کی بہادری ہے، لیکن دوسروں کے اعتبار سے ان کی ذمہ داری ہے۔</w:t>
      </w:r>
    </w:p>
    <w:p>
      <w:r>
        <w:rPr>
          <w:b/>
        </w:rPr>
        <w:t xml:space="preserve">[22:43] </w:t>
      </w:r>
      <w:r>
        <w:t>naaqis naaqis-ul-azaa aadmi jo hai, apne liye toh uska ek ek zaati bahaduri ka masla hai, lekin isi ke saath woh doosron ke liye unki zimmedari ko bata raha hai.</w:t>
      </w:r>
    </w:p>
    <w:p>
      <w:pPr>
        <w:jc w:val="right"/>
      </w:pPr>
      <w:r>
        <w:t>ناقص ناقص الاعضاء آدمی جو ہے، اپنے لیے تو اس کا ایک ایک ذاتی بہادری کا مسئلہ ہے، لیکن اسی کے ساتھ وہ دوسروں کے لیے ان کی ذمہ داری کو بتا رہا ہے۔</w:t>
      </w:r>
    </w:p>
    <w:p>
      <w:r>
        <w:rPr>
          <w:b/>
        </w:rPr>
        <w:t xml:space="preserve">[22:58] </w:t>
      </w:r>
      <w:r>
        <w:t>unke yaad dilata hai ke tumhari responsibility hai ke tum doosre ki madad karo. toh is tarah se ek ek ek mahaul banta hai,</w:t>
      </w:r>
    </w:p>
    <w:p>
      <w:pPr>
        <w:jc w:val="right"/>
      </w:pPr>
      <w:r>
        <w:t>ان کے یاد دلاتا ہے کہ تمہاری ریسپانسبیلٹی ہے کہ تم دوسرے کی مدد کرو۔ تو اس طرح سے ایک ایک ایک ماحول بنتا ہے،</w:t>
      </w:r>
    </w:p>
    <w:p>
      <w:r>
        <w:rPr>
          <w:b/>
        </w:rPr>
        <w:t xml:space="preserve">[23:11] </w:t>
      </w:r>
      <w:r>
        <w:t>roohaniyat ko farogh haasil hota hai aur insaniyat ko taraqqi milti hai.</w:t>
      </w:r>
    </w:p>
    <w:p>
      <w:pPr>
        <w:jc w:val="right"/>
      </w:pPr>
      <w:r>
        <w:t>روحانیت کو فروغ حاصل ہوتا ہے اور انسانیت کو ترقی ملتی ہے۔</w:t>
      </w:r>
    </w:p>
    <w:p>
      <w:r>
        <w:rPr>
          <w:b/>
        </w:rPr>
        <w:t xml:space="preserve">[23:23] </w:t>
      </w:r>
      <w:r>
        <w:t>bohat se faayde iske hain.</w:t>
      </w:r>
    </w:p>
    <w:p>
      <w:pPr>
        <w:jc w:val="right"/>
      </w:pPr>
      <w:r>
        <w:t>بہت سے فائدے اس کے ہیں۔</w:t>
      </w:r>
    </w:p>
    <w:p>
      <w:r>
        <w:rPr>
          <w:b/>
        </w:rPr>
        <w:t xml:space="preserve">[23:27] </w:t>
      </w:r>
      <w:r>
        <w:t>yeh koi saada baat nahi hai. yaani yeh sirf yeh sirf ikhlaqi madad ki baat nahi hai, yeh insani taraqqi ki baat hai. yaad rakhiye, yeh sab cheezein jo hain, yeh sirf ikhlaqi madad ki baat nahi hai.</w:t>
      </w:r>
    </w:p>
    <w:p>
      <w:pPr>
        <w:jc w:val="right"/>
      </w:pPr>
      <w:r>
        <w:t>یہ کوئی سادہ بات نہیں ہے۔ یعنی یہ صرف یہ صرف اخلاقی مدد کی بات نہیں ہے، یہ انسانی ترقی کی بات ہے۔ یاد رکھیے، یہ سب چیزیں جو ہیں، یہ صرف اخلاقی مدد کی بات نہیں ہے۔</w:t>
      </w:r>
    </w:p>
    <w:p>
      <w:r>
        <w:rPr>
          <w:b/>
        </w:rPr>
        <w:t xml:space="preserve">[23:41] </w:t>
      </w:r>
      <w:r>
        <w:t>yeh yeh insani taraqqi ki baat bhi hai. is se insani taraqqiyaat judi hui hain.</w:t>
      </w:r>
    </w:p>
    <w:p>
      <w:pPr>
        <w:jc w:val="right"/>
      </w:pPr>
      <w:r>
        <w:t>یہ یہ انسانی ترقی کی بات بھی ہے۔ اس سے انسانی ترقیات جڑی ہوئی ہیں۔</w:t>
      </w:r>
    </w:p>
    <w:p>
      <w:r>
        <w:rPr>
          <w:b/>
        </w:rPr>
        <w:t xml:space="preserve">[23:50] </w:t>
      </w:r>
      <w:r>
        <w:t>is se insani taraqqiyaat judi hui hain.</w:t>
      </w:r>
    </w:p>
    <w:p>
      <w:pPr>
        <w:jc w:val="right"/>
      </w:pPr>
      <w:r>
        <w:t>اس سے انسانی ترقیات جڑی ہوئی ہیں۔</w:t>
      </w:r>
    </w:p>
    <w:p>
      <w:r>
        <w:rPr>
          <w:b/>
        </w:rPr>
        <w:t xml:space="preserve">[23:57] </w:t>
      </w:r>
      <w:r>
        <w:t>toh main samajhta hoon ke inayatton ko zyada inayatton ki zyada tafseer karni chahiye, zyada unki wazahat karni chahiye, inayatton ki ko le kar zyada tehqeeq karni chahiye aur batana chahiye musalmanon ko ke inayatton mein yeh saare kaam shaamil hain.</w:t>
      </w:r>
    </w:p>
    <w:p>
      <w:pPr>
        <w:jc w:val="right"/>
      </w:pPr>
      <w:r>
        <w:t>تو میں سمجھتا ہوں کہ عنایتوں کو زیادہ عنایتوں کی زیادہ تفسیر کرنی چاہیے، زیادہ ان کی وضاحت کرنی چاہیے، عنایتوں کی کو لے کر زیادہ تحقیق کرنی چاہیے اور بتانا چاہیے مسلمانوں کو کہ عنایتوں میں یہ سارے کام شامل ہیں۔</w:t>
      </w:r>
    </w:p>
    <w:p>
      <w:r>
        <w:rPr>
          <w:b/>
        </w:rPr>
        <w:t xml:space="preserve">[24:18] </w:t>
      </w:r>
      <w:r>
        <w:t>inayatton ke yaani wasee' tar application mein yeh saare kaam shaamil hain.</w:t>
      </w:r>
    </w:p>
    <w:p>
      <w:pPr>
        <w:jc w:val="right"/>
      </w:pPr>
      <w:r>
        <w:t>عنایتوں کے یعنی وسیع تر ایپلیکیشن میں یہ سارے کام شامل ہیں۔</w:t>
      </w:r>
    </w:p>
    <w:p>
      <w:r>
        <w:rPr>
          <w:b/>
        </w:rPr>
        <w:t xml:space="preserve">[24:26] </w:t>
      </w:r>
      <w:r>
        <w:t>inayatton ke jo hai extended application mein yeh saare kaam shaamil hain.</w:t>
      </w:r>
    </w:p>
    <w:p>
      <w:pPr>
        <w:jc w:val="right"/>
      </w:pPr>
      <w:r>
        <w:t>عنایتوں کے جو ہے ایکسٹینڈڈ ایپلیکیشن میں یہ سارے کام شامل ہیں۔</w:t>
      </w:r>
    </w:p>
    <w:p>
      <w:r>
        <w:rPr>
          <w:b/>
        </w:rPr>
        <w:t xml:space="preserve">[24:35] </w:t>
      </w:r>
      <w:r>
        <w:t>toh is se main samajhta hoon ke yaani Quran ka ek naya aspect saamne aata hai. is tarah jab ghore kiya jaaye, is tarah jab ghore kiya jaaye toh Quran ka ek naya pehlu saamne aata hai</w:t>
      </w:r>
    </w:p>
    <w:p>
      <w:pPr>
        <w:jc w:val="right"/>
      </w:pPr>
      <w:r>
        <w:t>تو اس سے میں سمجھتا ہوں کہ یعنی قرآن کا ایک نیا اسپیکٹ سامنے آتا ہے۔ اس طرح جب غور کیا جائے، اس طرح جب غور کیا جائے تو قرآن کا ایک نیا پہلو سامنے آتا ہے</w:t>
      </w:r>
    </w:p>
    <w:p>
      <w:r>
        <w:rPr>
          <w:b/>
        </w:rPr>
        <w:t xml:space="preserve">[24:50] </w:t>
      </w:r>
      <w:r>
        <w:t>jiska ta'alluq ikhlaqiyat se hai, roohaniyat se hai, insani taraqqi se hai aur samaaji rifaqat se hai.</w:t>
      </w:r>
    </w:p>
    <w:p>
      <w:pPr>
        <w:jc w:val="right"/>
      </w:pPr>
      <w:r>
        <w:t>جس کا تعلق اخلاقیات سے ہے، روحانیات سے ہے، انسانی ترقی سے ہے اور سماجی رفاقت سے ہے۔</w:t>
      </w:r>
    </w:p>
    <w:p>
      <w:r>
        <w:rPr>
          <w:b/>
        </w:rPr>
        <w:t xml:space="preserve">[25:03] </w:t>
      </w:r>
      <w:r>
        <w:t>in sab se juda hua hai.</w:t>
      </w:r>
    </w:p>
    <w:p>
      <w:pPr>
        <w:jc w:val="right"/>
      </w:pPr>
      <w:r>
        <w:t>ان سب سے جڑا ہوا ہے۔</w:t>
      </w:r>
    </w:p>
    <w:p>
      <w:r>
        <w:rPr>
          <w:b/>
        </w:rPr>
        <w:t xml:space="preserve">[25:08] </w:t>
      </w:r>
      <w:r>
        <w:t>toh main samajhta hoon ke inayatton ko asar-o-matala karna chahiye, inayatton ke asarron ko tashreeh karna chahiye,</w:t>
      </w:r>
    </w:p>
    <w:p>
      <w:pPr>
        <w:jc w:val="right"/>
      </w:pPr>
      <w:r>
        <w:t>تو میں سمجھتا ہوں کہ عنایتوں کو اثررو مطالعہ کرنا چاہیے، عنایتوں کے اثرروں کو تشریح کرنا چاہیے،</w:t>
      </w:r>
    </w:p>
    <w:p>
      <w:r>
        <w:rPr>
          <w:b/>
        </w:rPr>
        <w:t xml:space="preserve">[25:16] </w:t>
      </w:r>
      <w:r>
        <w:t>inaytron ke jo wasee' tar maani hain, unko dobara bayan karna chahiye taake musalmanon mein yeh zehan paida ho ke woh jadeed jo jo jadeed taraqqiyaat hain is silsile mein, is silsile mein jo modern technology jo develop develop ki gayi hai, usko istemaal karein,</w:t>
      </w:r>
    </w:p>
    <w:p>
      <w:pPr>
        <w:jc w:val="right"/>
      </w:pPr>
      <w:r>
        <w:t>عنایتروں کے جو وسیع تر معنی ہیں، ان کو دوبارہ بیان کرنا چاہیے تاکہ مسلمانوں میں یہ ذہن پیدا ہو کہ وہ جدید جو جو جدید ترقیات ہیں اس سلسلے میں، اس سلسلے میں جو ماڈرن ٹیکنالوجی جو ڈیولپ ڈیولپ کی گئی ہے، اس کو استعمال کریں،</w:t>
      </w:r>
    </w:p>
    <w:p>
      <w:r>
        <w:rPr>
          <w:b/>
        </w:rPr>
        <w:t xml:space="preserve">[25:41] </w:t>
      </w:r>
      <w:r>
        <w:t>usko istemaal karein aur usko uske zariye se aise logon ki madad karein.</w:t>
      </w:r>
    </w:p>
    <w:p>
      <w:pPr>
        <w:jc w:val="right"/>
      </w:pPr>
      <w:r>
        <w:t>اس کو استعمال کریں اور اس کو اس کے ذریعے سے ایسے لوگوں کی مدد کریں۔</w:t>
      </w:r>
    </w:p>
    <w:p>
      <w:r>
        <w:rPr>
          <w:b/>
        </w:rPr>
        <w:t xml:space="preserve">[25:49] </w:t>
      </w:r>
      <w:r>
        <w:t>main samajhta hoon ke yeh bhi ek bohat bada sawab ka ek ek kaam hai. Islam mein sawab ka kaam sirf yeh nahi ke aap namaz aur roza karein.</w:t>
      </w:r>
    </w:p>
    <w:p>
      <w:pPr>
        <w:jc w:val="right"/>
      </w:pPr>
      <w:r>
        <w:t>میں سمجھتا ہوں کہ یہ بھی ایک بہت بڑا ثواب کا ایک ایک کام ہے۔ اسلام میں ثواب کا کام صرف یہ نہیں کہ آپ نماز اور روزہ کریں۔</w:t>
      </w:r>
    </w:p>
    <w:p>
      <w:r>
        <w:rPr>
          <w:b/>
        </w:rPr>
        <w:t xml:space="preserve">[25:58] </w:t>
      </w:r>
      <w:r>
        <w:t>isi ke saath bohat zyada Quran-o-Hadees mein aap padhein toh aap bohat zyada paayenge. aap insaan ki khidmat karna, insaan ki madad karna,</w:t>
      </w:r>
    </w:p>
    <w:p>
      <w:pPr>
        <w:jc w:val="right"/>
      </w:pPr>
      <w:r>
        <w:t>اسی کے ساتھ بہت زیادہ قرآن و حدیث میں آپ پڑھیں تو آپ بہت زیادہ پائیں گے۔ آپ انسان کی خدمت کرنا، انسان کی مدد کرنا،</w:t>
      </w:r>
    </w:p>
    <w:p>
      <w:r>
        <w:rPr>
          <w:b/>
        </w:rPr>
        <w:t xml:space="preserve">[26:07] </w:t>
      </w:r>
      <w:r>
        <w:t>yeh yeh bohat bara sawab ka kaam bataya gaya hai.</w:t>
      </w:r>
    </w:p>
    <w:p>
      <w:pPr>
        <w:jc w:val="right"/>
      </w:pPr>
      <w:r>
        <w:t>یہ یہ بہت بڑا ثواب کا کام بتایا گیا ہے۔</w:t>
      </w:r>
    </w:p>
    <w:p>
      <w:r>
        <w:rPr>
          <w:b/>
        </w:rPr>
        <w:t xml:space="preserve">[26:14] </w:t>
      </w:r>
      <w:r>
        <w:t>yani aisa nahi hai ke aap sirf namaz aur kar lijiye, is ke baad khatam nahi, balkeh aap jis samaj mein hain, us samaj ke logon se aap ba khabar hon aur un ki khwahishon ko janen, us ki khwahishon ko poora karen,</w:t>
      </w:r>
    </w:p>
    <w:p>
      <w:pPr>
        <w:jc w:val="right"/>
      </w:pPr>
      <w:r>
        <w:t>یعنی ایسا نہیں ہے کہ آپ صرف نماز اور کر لیجئے، اس کے بعد ختم نہیں، بلکہ آپ جس سماج میں ہیں، اس سماج کے لوگوں سے آپ باخبر ہوں اور ان کی خواہشوں کو جانیں، اس کی خواہشوں کو پورا کریں،</w:t>
      </w:r>
    </w:p>
    <w:p>
      <w:r>
        <w:rPr>
          <w:b/>
        </w:rPr>
        <w:t xml:space="preserve">[26:34] </w:t>
      </w:r>
      <w:r>
        <w:t>un ki khwahishon ko poora karen.</w:t>
      </w:r>
    </w:p>
    <w:p>
      <w:pPr>
        <w:jc w:val="right"/>
      </w:pPr>
      <w:r>
        <w:t>ان کی خواہشوں کو پورا کریں۔</w:t>
      </w:r>
    </w:p>
    <w:p>
      <w:r>
        <w:rPr>
          <w:b/>
        </w:rPr>
        <w:t xml:space="preserve">[26:40] </w:t>
      </w:r>
      <w:r>
        <w:t>is ko quran mein marhamah kaha gaya hai. Wa tawasaw bil marhamah. Marhamah ka matlab yeh hai ke logon ke sath reham dili ke sath pesh aana, logon ke mamle mein jo insani huqooq hain, un ko ada karna.</w:t>
      </w:r>
    </w:p>
    <w:p>
      <w:pPr>
        <w:jc w:val="right"/>
      </w:pPr>
      <w:r>
        <w:t>اس کو قرآن میں مرحمہ کہا گیا ہے۔ وتواصل بالمرحمہ۔ مرحمہ کا مطلب یہ ہے کہ لوگوں کے ساتھ رحم دلی کے ساتھ پیش آنا، لوگوں کے معاملے میں جو انسانی حقوق ہیں، ان کو ادا کرنا۔</w:t>
      </w:r>
    </w:p>
    <w:p>
      <w:r>
        <w:rPr>
          <w:b/>
        </w:rPr>
        <w:t xml:space="preserve">[26:53] </w:t>
      </w:r>
      <w:r>
        <w:t>wohi jin ko aaj kal kaha jata hai philanthropy. To philanthropy ki sari activities marhamah ke sath aa jati hain.</w:t>
      </w:r>
    </w:p>
    <w:p>
      <w:pPr>
        <w:jc w:val="right"/>
      </w:pPr>
      <w:r>
        <w:t>وہی جن کو آج کل کہا جاتا ہے فلین تھراپی۔ تو فلین تھراپی کی ساری ایکٹیویٹیز مرحمہ کے ساتھ آ جاتی ہیں۔</w:t>
      </w:r>
    </w:p>
    <w:p>
      <w:r>
        <w:rPr>
          <w:b/>
        </w:rPr>
        <w:t xml:space="preserve">[27:03] </w:t>
      </w:r>
      <w:r>
        <w:t>to yeh hai enayatton ka wasee tar mafhoom.</w:t>
      </w:r>
    </w:p>
    <w:p>
      <w:pPr>
        <w:jc w:val="right"/>
      </w:pPr>
      <w:r>
        <w:t>تو یہ ہے عنایتوں کا وسیع تر مفہوم۔</w:t>
      </w:r>
    </w:p>
    <w:p>
      <w:r>
        <w:rPr>
          <w:b/>
        </w:rPr>
        <w:t xml:space="preserve">[27:12] </w:t>
      </w:r>
      <w:r>
        <w:t>aur main samajhta hoon ke is yeh baaten is qabil hain ke is ko ziyada se ziyada bayan kiya jaye ta ke musalmanon ko pata ho ke quran mein yeh sab baaten hi maujood hain aur un ke andar shauq paida ho un un kamon ko anjam dene ka aur samaj ke liye un ke upar jo zimmedariyan hain, woh zimmedariyon ko ada karne ka jazba ubhre un ke andar.</w:t>
      </w:r>
    </w:p>
    <w:p>
      <w:pPr>
        <w:jc w:val="right"/>
      </w:pPr>
      <w:r>
        <w:t>اور میں سمجھتا ہوں کہ اس یہ باتیں اس قابل ہیں کہ اس کو زیادہ سے زیادہ بیان کیا جائے تاکہ مسلمانوں کو پتہ ہو کہ قرآن میں یہ سب باتیں ہی موجود ہیں اور ان کے اندر شوق پیدا ہو ان ان کاموں کو انجام دینے کا اور سماج کے لیے ان کے اوپر جو ذمہ داریاں ہیں، وہ ذمہ داریوں کو ادا کرنے کا جذبہ ابھرے ان کے اندر۔</w:t>
      </w:r>
    </w:p>
    <w:p>
      <w:r>
        <w:rPr>
          <w:b/>
        </w:rPr>
        <w:t xml:space="preserve">[27:42] </w:t>
      </w:r>
      <w:r>
        <w:t>to yeh chand baaten theen</w:t>
      </w:r>
    </w:p>
    <w:p>
      <w:pPr>
        <w:jc w:val="right"/>
      </w:pPr>
      <w:r>
        <w:t>تو یہ چند باتیں تھیں</w:t>
      </w:r>
    </w:p>
    <w:p>
      <w:r>
        <w:rPr>
          <w:b/>
        </w:rPr>
        <w:t xml:space="preserve">[27:45] </w:t>
      </w:r>
      <w:r>
        <w:t>aaj ke is ayat ko le kar</w:t>
      </w:r>
    </w:p>
    <w:p>
      <w:pPr>
        <w:jc w:val="right"/>
      </w:pPr>
      <w:r>
        <w:t>آج کے اس آیت کو لے کر</w:t>
      </w:r>
    </w:p>
    <w:p>
      <w:r>
        <w:rPr>
          <w:b/>
        </w:rPr>
        <w:t xml:space="preserve">[27:49] </w:t>
      </w:r>
      <w:r>
        <w:t>aur meri dua hai ke Allah taala mujh ko aur aap ko tofeeq de ke hum عنایتوں ke</w:t>
      </w:r>
    </w:p>
    <w:p>
      <w:pPr>
        <w:jc w:val="right"/>
      </w:pPr>
      <w:r>
        <w:t>اور میری دعا ہے کہ اللہ تعالی مجھ کو اور آپ کو توفیق دے کہ ہم عنایتوں کے</w:t>
      </w:r>
    </w:p>
    <w:p>
      <w:r>
        <w:rPr>
          <w:b/>
        </w:rPr>
        <w:t xml:space="preserve">[27:55] </w:t>
      </w:r>
      <w:r>
        <w:t>maani ko samjhen aur</w:t>
      </w:r>
    </w:p>
    <w:p>
      <w:pPr>
        <w:jc w:val="right"/>
      </w:pPr>
      <w:r>
        <w:t>معنی کو سمجھیں اور</w:t>
      </w:r>
    </w:p>
    <w:p>
      <w:r>
        <w:rPr>
          <w:b/>
        </w:rPr>
        <w:t xml:space="preserve">[27:59] </w:t>
      </w:r>
      <w:r>
        <w:t>is ke mutabiq apni zindagi ki taameer karen</w:t>
      </w:r>
    </w:p>
    <w:p>
      <w:pPr>
        <w:jc w:val="right"/>
      </w:pPr>
      <w:r>
        <w:t>اس کے مطابق اپنی زندگی کی تعمیر کریں</w:t>
      </w:r>
    </w:p>
    <w:p>
      <w:r>
        <w:rPr>
          <w:b/>
        </w:rPr>
        <w:t xml:space="preserve">[28:03] </w:t>
      </w:r>
      <w:r>
        <w:t>aur insanon ke</w:t>
      </w:r>
    </w:p>
    <w:p>
      <w:pPr>
        <w:jc w:val="right"/>
      </w:pPr>
      <w:r>
        <w:t>اور انسانوں کے</w:t>
      </w:r>
    </w:p>
    <w:p>
      <w:r>
        <w:rPr>
          <w:b/>
        </w:rPr>
        <w:t xml:space="preserve">[28:07] </w:t>
      </w:r>
      <w:r>
        <w:t>baare mein jo hamare upar jo huqooq hain, is ko hum ada karen.</w:t>
      </w:r>
    </w:p>
    <w:p>
      <w:pPr>
        <w:jc w:val="right"/>
      </w:pPr>
      <w:r>
        <w:t>بارے میں جو ہمارے اوپر جو حقوق ہیں، اس کو ہم ادا کریں۔</w:t>
      </w:r>
    </w:p>
    <w:p>
      <w:r>
        <w:rPr>
          <w:b/>
        </w:rPr>
        <w:t xml:space="preserve">[28:13] </w:t>
      </w:r>
      <w:r>
        <w:t>yeh bilashubah islam ka hissa hai. Islam sirf eman aur aur namaz aur roze aur hajj ka naam nahi hai, balkeh islam insani muwasat ka bhi naam hai.</w:t>
      </w:r>
    </w:p>
    <w:p>
      <w:pPr>
        <w:jc w:val="right"/>
      </w:pPr>
      <w:r>
        <w:t>یہ بلاشبہ اسلام کا حصہ ہے۔ اسلام صرف ایمان اور اور نماز اور روزے اور حج کا نام نہیں ہے، بلکہ اسلام انسانی مواسات کا بھی نام ہے۔</w:t>
      </w:r>
    </w:p>
    <w:p>
      <w:r>
        <w:rPr>
          <w:b/>
        </w:rPr>
        <w:t xml:space="preserve">[28:26] </w:t>
      </w:r>
      <w:r>
        <w:t>insani muwasat aur marhamah aur philanthropy yeh sab islam ka hissa hain.</w:t>
      </w:r>
    </w:p>
    <w:p>
      <w:pPr>
        <w:jc w:val="right"/>
      </w:pPr>
      <w:r>
        <w:t>انسانی مواسات اور مرحمہ اور فلین تھراپی یہ سب اسلام کا حصہ ہیں۔</w:t>
      </w:r>
    </w:p>
    <w:p>
      <w:r>
        <w:rPr>
          <w:b/>
        </w:rPr>
        <w:t xml:space="preserve">[28:35] </w:t>
      </w:r>
      <w:r>
        <w:t>jab aap yeh sab kaam karte hain to sirf doosron ko nahi dete, khud bhi paate hain.</w:t>
      </w:r>
    </w:p>
    <w:p>
      <w:pPr>
        <w:jc w:val="right"/>
      </w:pPr>
      <w:r>
        <w:t>جب آپ یہ سب کام کرتے ہیں تو صرف دوسروں کو نہیں دیتے، خود بھی پاتے ہیں۔</w:t>
      </w:r>
    </w:p>
    <w:p>
      <w:r>
        <w:rPr>
          <w:b/>
        </w:rPr>
        <w:t xml:space="preserve">[28:43] </w:t>
      </w:r>
      <w:r>
        <w:t>jab aap doosron ko dete hain to is amal ke douran aap ko bhi bohat zabardast faida milta hai. Aap ke andar zehni irteqa hota hai, aap ke andar rohani irteqa hota hai, aap ke andar insani humdardi barhti hai,</w:t>
      </w:r>
    </w:p>
    <w:p>
      <w:pPr>
        <w:jc w:val="right"/>
      </w:pPr>
      <w:r>
        <w:t>جب آپ دوسروں کو دیتے ہیں تو اس عمل کے دوران آپ کو بھی بہت زبردست فائدہ ملتا ہے۔ آپ کے اندر ذہنی ارتقاء ہوتا ہے، آپ کے اندر روحانی ارتقاء ہوتا ہے، آپ کے اندر انسانی ہمدردی بڑھتی ہے،</w:t>
      </w:r>
    </w:p>
    <w:p>
      <w:r>
        <w:rPr>
          <w:b/>
        </w:rPr>
        <w:t xml:space="preserve">[29:01] </w:t>
      </w:r>
      <w:r>
        <w:t>aap ki rabaniyat mein izafa hota hai, aap Allah se taluq mein izafa hota hai. Taluq billah alag alag ja kar nahi hota,</w:t>
      </w:r>
    </w:p>
    <w:p>
      <w:pPr>
        <w:jc w:val="right"/>
      </w:pPr>
      <w:r>
        <w:t>آپ کی ربانیت میں اضافہ ہوتا ہے، آپ اللہ سے تعلق میں اضافہ ہوتا ہے۔ تعلق باللہ الگ الگ جا کر نہیں ہوتا،</w:t>
      </w:r>
    </w:p>
    <w:p>
      <w:r>
        <w:rPr>
          <w:b/>
        </w:rPr>
        <w:t xml:space="preserve">[29:12] </w:t>
      </w:r>
      <w:r>
        <w:t>insanon ke darmiyani taluq billah ko farogh hasil hota hai. To yeh do tarafah mamla hai, bilateral yani aap dete bhi hain aur paate bhi hain.</w:t>
      </w:r>
    </w:p>
    <w:p>
      <w:pPr>
        <w:jc w:val="right"/>
      </w:pPr>
      <w:r>
        <w:t>انسانوں کے درمیانی تعلق باللہ کو فروغ حاصل ہوتا ہے۔ تو یہ دو طرفہ معاملہ ہے، بائی لیٹرل یعنی آپ دیتے بھی ہیں اور پاتے بھی ہیں۔</w:t>
      </w:r>
    </w:p>
    <w:p>
      <w:r>
        <w:rPr>
          <w:b/>
        </w:rPr>
        <w:t xml:space="preserve">[29:26] </w:t>
      </w:r>
      <w:r>
        <w:t>aap doosron ke ko dete bhi hain aur doosron se aap ko milta bhi hai. Yeh do tarafah amla hai jo kehte hain bilateral.</w:t>
      </w:r>
    </w:p>
    <w:p>
      <w:pPr>
        <w:jc w:val="right"/>
      </w:pPr>
      <w:r>
        <w:t>آپ دوسروں کے کو دیتے بھی ہیں اور دوسروں سے آپ کو ملتا بھی ہے۔ یہ دو طرفہ عملہ ہے جو کہتے ہیں بائی لیٹرل۔</w:t>
      </w:r>
    </w:p>
    <w:p>
      <w:r>
        <w:rPr>
          <w:b/>
        </w:rPr>
        <w:t xml:space="preserve">[29:39] </w:t>
      </w:r>
      <w:r>
        <w:t>to main samajhta hoon ke is pehlu se bohat ziyada sochne ki baat hai aur enayatton ko</w:t>
      </w:r>
    </w:p>
    <w:p>
      <w:pPr>
        <w:jc w:val="right"/>
      </w:pPr>
      <w:r>
        <w:t>تو میں سمجھتا ہوں کہ اس پہلو سے بہت زیادہ سوچنے کی بات ہے اور عنایتوں کو</w:t>
      </w:r>
    </w:p>
    <w:p>
      <w:r>
        <w:rPr>
          <w:b/>
        </w:rPr>
        <w:t xml:space="preserve">[29:52] </w:t>
      </w:r>
      <w:r>
        <w:t>logon ko batane ki baat hai. Allah taala meri aur aap ki madad farmaye. Assalam o alaikum wa rahmatullah.</w:t>
      </w:r>
    </w:p>
    <w:p>
      <w:pPr>
        <w:jc w:val="right"/>
      </w:pPr>
      <w:r>
        <w:t>لوگوں کو بتانے کی بات ہے۔ اللہ تعالی میری اور آپ کی مدد فرمائے۔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