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Timeless Wisdom from the Life of Abu Dharr al-Ghifari December 21, 2025</w:t>
      </w:r>
    </w:p>
    <w:p>
      <w:r>
        <w:t>https://youtu.be/CDBjybktCDM</w:t>
      </w:r>
    </w:p>
    <w:p>
      <w:r>
        <w:rPr>
          <w:b/>
        </w:rPr>
        <w:t xml:space="preserve">[00:00] </w:t>
      </w:r>
      <w:r>
        <w:t>assalamualaikum. today we will discuss story about one of the companions of the prophet, ah, who - who was unlike anyone else, a man of courage, truth, and extraordinary simplicity.</w:t>
      </w:r>
    </w:p>
    <w:p>
      <w:pPr>
        <w:jc w:val="right"/>
      </w:pPr>
      <w:r>
        <w:t>السلامعلیکم۔ ٹوڈےویویلڈسکس اسٹوریاباؤٹونآفدا کمپینینزآفداپرافٹ ،اہ،ہو -ہوواز انلائکاینیون ایلس، امینآف کریج،ٹروتھ،اینڈ ایکسٹرا آرڈینری سمپلیس ٹی۔</w:t>
      </w:r>
    </w:p>
    <w:p>
      <w:r>
        <w:rPr>
          <w:b/>
        </w:rPr>
        <w:t xml:space="preserve">[00:14] </w:t>
      </w:r>
      <w:r>
        <w:t>his name was Abu Dharr al-Ghifari. prophet Muhammad, peace be upon him, said: "no desert carried and no tree shaded a man more truthful than Abu</w:t>
      </w:r>
    </w:p>
    <w:p>
      <w:pPr>
        <w:jc w:val="right"/>
      </w:pPr>
      <w:r>
        <w:t>ہزنیمواز ابو ذر الغ فاری۔ پرافٹمحمد نے،پیسبیاپ ہ م،سیڈ: "نو ڈیزرٹ کیریڈاینڈنو ٹری شیڈوڈ امینمورٹروتھفل دینابو</w:t>
      </w:r>
    </w:p>
    <w:p>
      <w:r>
        <w:rPr>
          <w:b/>
        </w:rPr>
        <w:t xml:space="preserve">[00:26] </w:t>
      </w:r>
      <w:r>
        <w:t>Dharr." so today we will have a conversation on timeless wisdom from the life of Abu Dharr al-Ghifari with Dr. Sani Hasnain Khan sahib.</w:t>
      </w:r>
    </w:p>
    <w:p>
      <w:pPr>
        <w:jc w:val="right"/>
      </w:pPr>
      <w:r>
        <w:t>ذر۔" سوٹوڈےویویلہیوکنورسی شن آن ٹائملیسوز ڈمفرامدیلائفآف ابوذر الغفاری ودڈاکٹر ثانیحسنینخان صاحب۔</w:t>
      </w:r>
    </w:p>
    <w:p>
      <w:r>
        <w:rPr>
          <w:b/>
        </w:rPr>
        <w:t xml:space="preserve">[00:35] </w:t>
      </w:r>
      <w:r>
        <w:t>so let us go straight to him. assalamualaikum doctor sahib. wa alaikum assalam. how are you doctor sahib? kaise hain aap? alhamdulillah. alhamdulillah. doctor sahib, there is so much to learn from, ah, Abu Dharr al-Ghifari.</w:t>
      </w:r>
    </w:p>
    <w:p>
      <w:pPr>
        <w:jc w:val="right"/>
      </w:pPr>
      <w:r>
        <w:t>سولیٹسگوسٹریٹٹوہم۔ السلامعلیکمڈاکٹرصاحب۔وعلیکمالسلام۔ہاؤآریوڈاکٹرصاحب؟کیسےہیںآپ؟الحمدللہ۔الحمدللہ۔ ڈاکٹرصاحب،دیرازسومچٹولرن فر ام، اہ،ابوذر الغفاری۔</w:t>
      </w:r>
    </w:p>
    <w:p>
      <w:r>
        <w:rPr>
          <w:b/>
        </w:rPr>
        <w:t xml:space="preserve">[00:47] </w:t>
      </w:r>
      <w:r>
        <w:t>so please tell us something about him and how he became a remarkable companion of the Prophet Muhammad, peace be upon</w:t>
      </w:r>
    </w:p>
    <w:p>
      <w:pPr>
        <w:jc w:val="right"/>
      </w:pPr>
      <w:r>
        <w:t>سوپلیزٹیلاسسمتھنگاباؤٹہم اینڈہاؤہیبیکماریمارکیبل کمپینین آف داپرافٹمحمد ،پیسبیاپ</w:t>
      </w:r>
    </w:p>
    <w:p>
      <w:r>
        <w:rPr>
          <w:b/>
        </w:rPr>
        <w:t xml:space="preserve">[00:54] </w:t>
      </w:r>
      <w:r>
        <w:t>him. Inshallah. Ah, the story of Abu Dharr Al-Ghafari (may Allah be pleased with him) is very inspiring, and he was a great Sahabi, and he was the fifth person to follow the Prophet</w:t>
      </w:r>
    </w:p>
    <w:p>
      <w:pPr>
        <w:jc w:val="right"/>
      </w:pPr>
      <w:r>
        <w:t>ہم۔ انشاءاللہ۔اہ، دیسٹوریآف ابوذر الغفاریرضیاللہعنہاز ویریانسپائرنگ، اینڈ ہیوازاگریٹ صحابی،اینڈہیوازدا ففتھپرسن ٹوفالودیپرافٹ</w:t>
      </w:r>
    </w:p>
    <w:p>
      <w:r>
        <w:rPr>
          <w:b/>
        </w:rPr>
        <w:t xml:space="preserve">[01:07] </w:t>
      </w:r>
      <w:r>
        <w:t>him. So we can understand that he was one of the first people who followed the Prophet (peace be upon him).</w:t>
      </w:r>
    </w:p>
    <w:p>
      <w:pPr>
        <w:jc w:val="right"/>
      </w:pPr>
      <w:r>
        <w:t>۔ سویوکین انڈرسٹینڈدیٹہیوازونآفدیفرسٹ پیپلہو فالوڈدا پرافٹ صلیاللہعلیہوسلم۔</w:t>
      </w:r>
    </w:p>
    <w:p>
      <w:r>
        <w:rPr>
          <w:b/>
        </w:rPr>
        <w:t xml:space="preserve">[01:15] </w:t>
      </w:r>
      <w:r>
        <w:t>And the other four were Ali ibn Abi Talib, and Zayd ibn Harithah, Abu Bakr, and Ibn Mas'ud (may Allah be pleased with them both).</w:t>
      </w:r>
    </w:p>
    <w:p>
      <w:pPr>
        <w:jc w:val="right"/>
      </w:pPr>
      <w:r>
        <w:t>اینڈداادر فور وار علی ابنابیطالب ،اینڈزیدابن حارثہ، اب وبکر ، اینڈ ابن مسعود رضیاللہعنہما۔</w:t>
      </w:r>
    </w:p>
    <w:p>
      <w:r>
        <w:rPr>
          <w:b/>
        </w:rPr>
        <w:t xml:space="preserve">[01:25] </w:t>
      </w:r>
      <w:r>
        <w:t>So</w:t>
      </w:r>
    </w:p>
    <w:p>
      <w:pPr>
        <w:jc w:val="right"/>
      </w:pPr>
      <w:r>
        <w:t>سو</w:t>
      </w:r>
    </w:p>
    <w:p>
      <w:r>
        <w:rPr>
          <w:b/>
        </w:rPr>
        <w:t xml:space="preserve">[01:26] </w:t>
      </w:r>
      <w:r>
        <w:t>his real name was Jundub ibn Junadah, but he was better known as Abu Dharr Al-Ghafari.</w:t>
      </w:r>
    </w:p>
    <w:p>
      <w:pPr>
        <w:jc w:val="right"/>
      </w:pPr>
      <w:r>
        <w:t>ہزر یل نیمواز جندب ابن جن ادہ ، بٹہیوازبیٹرنونایز ابوذر الغفاری۔</w:t>
      </w:r>
    </w:p>
    <w:p>
      <w:r>
        <w:rPr>
          <w:b/>
        </w:rPr>
        <w:t xml:space="preserve">[01:38] </w:t>
      </w:r>
      <w:r>
        <w:t>And he was one of the most important and respected companions of the Prophet Muhammad, and he belonged to</w:t>
      </w:r>
    </w:p>
    <w:p>
      <w:pPr>
        <w:jc w:val="right"/>
      </w:pPr>
      <w:r>
        <w:t>اینڈہیواز ونآفدیموسٹامپورٹنٹ اینڈریسپیک ٹڈ کمپینینزآفدیپرافٹمحمد ، اینڈہیبیلانگٹو</w:t>
      </w:r>
    </w:p>
    <w:p>
      <w:r>
        <w:rPr>
          <w:b/>
        </w:rPr>
        <w:t xml:space="preserve">[01:46] </w:t>
      </w:r>
      <w:r>
        <w:t>a tribe called Ghaffar. And the tribe was known for highway robbery. They were robbers, bandits, and they would attack caravans on the road from Mecca to Medina.</w:t>
      </w:r>
    </w:p>
    <w:p>
      <w:pPr>
        <w:jc w:val="right"/>
      </w:pPr>
      <w:r>
        <w:t>اٹرائب کالڈغفار ۔ اینڈ دسٹرائب واز نونفار ہائیوےرابری۔ دےواررابرز، بینڈٹس، اینڈ دےوڈاٹیک کیرو ینز انداروٹ فرام مکہ ٹو مدینہ۔</w:t>
      </w:r>
    </w:p>
    <w:p>
      <w:r>
        <w:rPr>
          <w:b/>
        </w:rPr>
        <w:t xml:space="preserve">[02:03] </w:t>
      </w:r>
      <w:r>
        <w:t>And the tribe lived in the south of Medina. So despite coming from such a tribe, Abu Dharr (may Allah be pleased with him) became one of the greatest Sahabi.</w:t>
      </w:r>
    </w:p>
    <w:p>
      <w:pPr>
        <w:jc w:val="right"/>
      </w:pPr>
      <w:r>
        <w:t>اینڈداٹرائبلیوڈ اندا ساؤتھآف مدینہ۔ سو ڈسپائٹ کمنگفرام سچا ےٹرائب،ابوذررضیاللہعنہبیکمونآفدیگریٹسٹ صح ابی ۔</w:t>
      </w:r>
    </w:p>
    <w:p>
      <w:r>
        <w:rPr>
          <w:b/>
        </w:rPr>
        <w:t xml:space="preserve">[02:17] </w:t>
      </w:r>
      <w:r>
        <w:t>And the Prophet once said: "No one is closer in living</w:t>
      </w:r>
    </w:p>
    <w:p>
      <w:pPr>
        <w:jc w:val="right"/>
      </w:pPr>
      <w:r>
        <w:t>اینڈداپرافٹ ونسسیڈ: " نوون از کلوزر ان لیونگ</w:t>
      </w:r>
    </w:p>
    <w:p>
      <w:r>
        <w:rPr>
          <w:b/>
        </w:rPr>
        <w:t xml:space="preserve">[02:22] </w:t>
      </w:r>
      <w:r>
        <w:t>a frugal life like Jesus and Abu Dharr." Meaning that Abu Dharr (may Allah be pleased with him) was living, he was living like Jesus, and he was the simplest person who ever walked on the planet.</w:t>
      </w:r>
    </w:p>
    <w:p>
      <w:pPr>
        <w:jc w:val="right"/>
      </w:pPr>
      <w:r>
        <w:t>افرگل لائف لائکجیسس اینڈابو ذر۔" میننگدیٹابوذر رضیاللہعنہواز الیونگ،ہیوازلیونگلائکجیسس، اینڈہیوازدا سمپلیسٹ پرسن ہوایورواکڈ ان دی پلینٹ۔</w:t>
      </w:r>
    </w:p>
    <w:p>
      <w:r>
        <w:rPr>
          <w:b/>
        </w:rPr>
        <w:t xml:space="preserve">[02:38] </w:t>
      </w:r>
      <w:r>
        <w:t>And the Prophet said: "If anyone wants to</w:t>
      </w:r>
    </w:p>
    <w:p>
      <w:pPr>
        <w:jc w:val="right"/>
      </w:pPr>
      <w:r>
        <w:t>اینڈداپرافٹسیڈ: "اف اینیونوانٹسٹو</w:t>
      </w:r>
    </w:p>
    <w:p>
      <w:r>
        <w:rPr>
          <w:b/>
        </w:rPr>
        <w:t xml:space="preserve">[02:42] </w:t>
      </w:r>
      <w:r>
        <w:t>see the ascetic detachment of Jesus, let him see Abu Dharr." And this was a remarkable compliment given by another than the Prophet Muhammad (peace be upon him) in his praise.</w:t>
      </w:r>
    </w:p>
    <w:p>
      <w:pPr>
        <w:jc w:val="right"/>
      </w:pPr>
      <w:r>
        <w:t>سی دی زہد ڈیٹیچمنٹ افجیسس،لیٹہمسی ابوذر۔" اینڈدسواز اریمارکیبل کمپلیمنٹ گیونبائیننادردیندیپرافٹمحمد صلیاللہعلیہوسلم انہز پریز۔</w:t>
      </w:r>
    </w:p>
    <w:p>
      <w:r>
        <w:rPr>
          <w:b/>
        </w:rPr>
        <w:t xml:space="preserve">[02:59] </w:t>
      </w:r>
      <w:r>
        <w:t>So even before he met the Prophet, he was not a polytheist, he was a monotheist, and he was a truth seeker. And he was searching for the truth, and he was very quiet, and he was not a social person, and he was considered as a weak and marginalized in the</w:t>
      </w:r>
    </w:p>
    <w:p>
      <w:pPr>
        <w:jc w:val="right"/>
      </w:pPr>
      <w:r>
        <w:t>سو ایون بیفورہی میٹدا پرافٹ،ہیوازناٹ ا پولیتھیسٹ،ہیوازامونیتھیسٹ،اینڈہیوازاٹروتھس یکر۔ اینڈہیواز سرچنگ فار دا ٹروتھ ،اینڈہیوازویری کوائٹ ،اینڈہیوازناٹاسوشل پرسن ،اینڈہیواز کنسیڈرڈ ایز ا ویک اینڈمارجن لائزڈ اندا سوس</w:t>
      </w:r>
    </w:p>
    <w:p>
      <w:r>
        <w:rPr>
          <w:b/>
        </w:rPr>
        <w:t xml:space="preserve">[03:21] </w:t>
      </w:r>
      <w:r>
        <w:t>society. But he rose to become one of the most important and beloved companions of the Prophet.</w:t>
      </w:r>
    </w:p>
    <w:p>
      <w:pPr>
        <w:jc w:val="right"/>
      </w:pPr>
      <w:r>
        <w:t>ائٹی۔ بٹ ہی روزٹو بیکم ونآفدیموسٹ امپورٹنٹ اینڈبیلوڈ کمپینینزآفدی پرافٹ۔</w:t>
      </w:r>
    </w:p>
    <w:p>
      <w:r>
        <w:rPr>
          <w:b/>
        </w:rPr>
        <w:t xml:space="preserve">[03:30] </w:t>
      </w:r>
      <w:r>
        <w:t>So anyway, Abu Dharr (may Allah be pleased with him) the story was a journey of self-discovery. Right, amazing. And Dr. Sahib, ah, it is said that he lived very far from Mecca, like you also mentioned.</w:t>
      </w:r>
    </w:p>
    <w:p>
      <w:pPr>
        <w:jc w:val="right"/>
      </w:pPr>
      <w:r>
        <w:t>سواندسوے، ابوذر رضیاللہعنہداسٹوری واز ا جرنیآف سیلفڈسکوری۔رائٹ،امیزنگ۔ اینڈڈاکٹرصاحب، اہ،اٹازسیڈدیٹہیلیوڈویری فار فراممکہ،لائکیوالسومینشنڈ۔</w:t>
      </w:r>
    </w:p>
    <w:p>
      <w:r>
        <w:rPr>
          <w:b/>
        </w:rPr>
        <w:t xml:space="preserve">[03:43] </w:t>
      </w:r>
      <w:r>
        <w:t>And ah, it is ah said that when he came to know about the Prophet, ah, he immediately wanted to meet him.</w:t>
      </w:r>
    </w:p>
    <w:p>
      <w:pPr>
        <w:jc w:val="right"/>
      </w:pPr>
      <w:r>
        <w:t>اینڈاہ،اٹاز اہسیڈدیٹوینہی کیمٹونواباؤٹدا پرافٹ، اہ،ہیامیڈیٹلیوانٹڈٹومیٹہم۔</w:t>
      </w:r>
    </w:p>
    <w:p>
      <w:r>
        <w:rPr>
          <w:b/>
        </w:rPr>
        <w:t xml:space="preserve">[03:51] </w:t>
      </w:r>
      <w:r>
        <w:t>And he did not wait for any of his companions, he just set off from his home. And a few, ah, ah, reflect on the times back then, it was not an easy journey, it was a dangerous and a long journey.</w:t>
      </w:r>
    </w:p>
    <w:p>
      <w:pPr>
        <w:jc w:val="right"/>
      </w:pPr>
      <w:r>
        <w:t>اینڈہیڈیڈناٹ ویٹفار اینیآفہز کمپینین،ہیجسٹسیٹاففرامہزہوم ۔اینڈافیو، اہ، اہ،ریفلیکٹاندا ٹائمزبیکدین،اٹوازناٹاایزی جرنی،اٹوازاڈینجرس اینڈالانگ جرنی۔</w:t>
      </w:r>
    </w:p>
    <w:p>
      <w:r>
        <w:rPr>
          <w:b/>
        </w:rPr>
        <w:t xml:space="preserve">[04:04] </w:t>
      </w:r>
      <w:r>
        <w:t>So tell us about his first meeting with the Prophet Muhammad. Yar, that was very interesting.</w:t>
      </w:r>
    </w:p>
    <w:p>
      <w:pPr>
        <w:jc w:val="right"/>
      </w:pPr>
      <w:r>
        <w:t>سو ٹیلاساباؤٹ ہزفرسٹمیٹنگود داپرافٹمحمد ۔ یار،دیٹوازویریانٹرسٹنگ</w:t>
      </w:r>
    </w:p>
    <w:p>
      <w:r>
        <w:rPr>
          <w:b/>
        </w:rPr>
        <w:t xml:space="preserve">[04:10] </w:t>
      </w:r>
      <w:r>
        <w:t>When Abu Dharr (may Allah be pleased with him) heard about the Prophet Muhammad, that he became very curious, and he wanted to inquire about the man who claimed to be a Prophet. So Abdullah ibn Abbas (may Allah be pleased with him) used to visit Sahaba to find out their stories, and sometimes he would sleep at the doorsteps of the Sahaba.</w:t>
      </w:r>
    </w:p>
    <w:p>
      <w:pPr>
        <w:jc w:val="right"/>
      </w:pPr>
      <w:r>
        <w:t>۔ وین ابوذر رضیاللہ عنہ ہرڈاباؤٹ داپرافٹ محمد ، دیٹ ہیبیکمویریکی وریس ، اینڈہی وانٹڈٹوانکوائر اباؤٹ دی مینہو کلیمڈ ٹو بی ا پرافٹ ۔سو عبداللہابن عباسرضیاللہ عنہ یوزٹووزٹ صحابہ ٹو فائنڈآؤٹدیرسٹوریز، اینڈسم ٹائمزہیوڈ سلیپ ایٹداڈورسٹیپافدیصحابہ</w:t>
      </w:r>
    </w:p>
    <w:p>
      <w:r>
        <w:rPr>
          <w:b/>
        </w:rPr>
        <w:t xml:space="preserve">[04:39] </w:t>
      </w:r>
      <w:r>
        <w:t>And that's why he was able to become one of the greatest scholars, and he was a great student of knowledge.</w:t>
      </w:r>
    </w:p>
    <w:p>
      <w:pPr>
        <w:jc w:val="right"/>
      </w:pPr>
      <w:r>
        <w:t>۔ اینڈدیٹسوائیہیوازایبلٹو بیکمونآفدی گریٹسٹ سک الرز، اینڈ ہیوازاگریٹ سٹ وڈنٹافنال ج۔</w:t>
      </w:r>
    </w:p>
    <w:p>
      <w:r>
        <w:rPr>
          <w:b/>
        </w:rPr>
        <w:t xml:space="preserve">[04:48] </w:t>
      </w:r>
      <w:r>
        <w:t>So most detailed narration of Abu Dharr comes from Abdullah ibn Abbas (may Allah be pleased with him).</w:t>
      </w:r>
    </w:p>
    <w:p>
      <w:pPr>
        <w:jc w:val="right"/>
      </w:pPr>
      <w:r>
        <w:t>سو موسٹ ڈیٹیلڈ نیریشناف ابوذرکمزفرامعبداللہابن عباسرضیاللہعنہ۔</w:t>
      </w:r>
    </w:p>
    <w:p>
      <w:r>
        <w:rPr>
          <w:b/>
        </w:rPr>
        <w:t xml:space="preserve">[04:56] </w:t>
      </w:r>
      <w:r>
        <w:t>And</w:t>
      </w:r>
    </w:p>
    <w:p>
      <w:pPr>
        <w:jc w:val="right"/>
      </w:pPr>
      <w:r>
        <w:t>اینڈ</w:t>
      </w:r>
    </w:p>
    <w:p>
      <w:r>
        <w:rPr>
          <w:b/>
        </w:rPr>
        <w:t xml:space="preserve">[05:01] </w:t>
      </w:r>
      <w:r>
        <w:t>Hazrat Abdullah ibn Abbas says that Abu Dharr heard that a man in Mecca claimed to be a Prophet of God.</w:t>
      </w:r>
    </w:p>
    <w:p>
      <w:pPr>
        <w:jc w:val="right"/>
      </w:pPr>
      <w:r>
        <w:t>حضرتعبداللہابنعباس سیزدیٹابوذر ہرڈ دیٹ امین ان مک ہ کلیمڈ ٹوبیداپرافٹافگاڈ۔</w:t>
      </w:r>
    </w:p>
    <w:p>
      <w:r>
        <w:rPr>
          <w:b/>
        </w:rPr>
        <w:t xml:space="preserve">[05:11] </w:t>
      </w:r>
      <w:r>
        <w:t>So Abu Dharr then told his brother, his name was Anis, to visit Mecca and to find out about this person who claimed to be the Prophet.</w:t>
      </w:r>
    </w:p>
    <w:p>
      <w:pPr>
        <w:jc w:val="right"/>
      </w:pPr>
      <w:r>
        <w:t>سو ابوذر دین ٹولڈہزبرادر،ہزنیموازان یس، ٹووزٹمک ہ اینڈ ٹوفائنڈآؤٹ اباؤٹدسپرسنہو کلیمڈٹوبیدا پرافٹ۔</w:t>
      </w:r>
    </w:p>
    <w:p>
      <w:r>
        <w:rPr>
          <w:b/>
        </w:rPr>
        <w:t xml:space="preserve">[05:25] </w:t>
      </w:r>
      <w:r>
        <w:t>so as they travel to Makkah, and they stayed there for few days, and they escaped about the prophet's teachings, and listen what the prophet recited. And after some days, he returned home,</w:t>
      </w:r>
    </w:p>
    <w:p>
      <w:pPr>
        <w:jc w:val="right"/>
      </w:pPr>
      <w:r>
        <w:t>سوہزبر ادر ٹریولٹو مک ہ، اینڈہی سٹیڈدیرفارفیوڈیز، اینڈہی اسکپی پلاباؤٹداپرافٹ ٹیچنگز ،اینڈلسنڈ واٹداپرافٹ ریسائیٹڈ ۔اینڈافٹرسم ڈیز،ہی ریٹرنڈ ہوم ،</w:t>
      </w:r>
    </w:p>
    <w:p>
      <w:r>
        <w:rPr>
          <w:b/>
        </w:rPr>
        <w:t xml:space="preserve">[05:40] </w:t>
      </w:r>
      <w:r>
        <w:t>And Abu Dharr asked: "What did you find in Makkah?"</w:t>
      </w:r>
    </w:p>
    <w:p>
      <w:pPr>
        <w:jc w:val="right"/>
      </w:pPr>
      <w:r>
        <w:t>اینڈ ابوذر اسک ڈ: "واٹڈیڈیو فائنڈان مک ہ</w:t>
      </w:r>
    </w:p>
    <w:p>
      <w:r>
        <w:rPr>
          <w:b/>
        </w:rPr>
        <w:t xml:space="preserve">[05:45] </w:t>
      </w:r>
      <w:r>
        <w:t>?"so he said: "</w:t>
      </w:r>
    </w:p>
    <w:p>
      <w:pPr>
        <w:jc w:val="right"/>
      </w:pPr>
      <w:r>
        <w:t>؟"سو ہیسیڈ: "</w:t>
      </w:r>
    </w:p>
    <w:p>
      <w:r>
        <w:rPr>
          <w:b/>
        </w:rPr>
        <w:t xml:space="preserve">[05:53] </w:t>
      </w:r>
      <w:r>
        <w:t>I saw a man of noble character and high qualities, and he teaches good character, and he recites beautiful words, but that is not poetry, and he enjoins what was good and forbids what was evil." So Abu Dharr Radiallahu Anhu was not satisfied with so much information.</w:t>
      </w:r>
    </w:p>
    <w:p>
      <w:pPr>
        <w:jc w:val="right"/>
      </w:pPr>
      <w:r>
        <w:t>آئیساؤامینودنوبل کریکٹر اینڈ ہائیکوالٹیز، اینڈہیٹیچز گڈکریکٹر ، اینڈہیریسائیٹ سبیوٹیفلورڈز، بٹدیٹازناٹپوئٹری، اینڈہیانجو ائنس واٹازگڈ اینڈ فوربیڈز واٹازایول۔" سو ابوذررضیاللہعنہوازناٹسیٹسفائیڈ وددسمچافانفارمیشن۔</w:t>
      </w:r>
    </w:p>
    <w:p>
      <w:r>
        <w:rPr>
          <w:b/>
        </w:rPr>
        <w:t xml:space="preserve">[06:15] </w:t>
      </w:r>
      <w:r>
        <w:t>so he wanted to know more, so he decided to travel to makkah himself. and he took his waterskin and stick and travel to makkah.</w:t>
      </w:r>
    </w:p>
    <w:p>
      <w:pPr>
        <w:jc w:val="right"/>
      </w:pPr>
      <w:r>
        <w:t>سو ہیوانٹڈٹو نو مور، سوہی ڈیسائیڈڈٹوٹریولٹومکہہمسیلف۔ اینڈہیٹوکہزوا ٹرسکن اینڈ سٹک اینڈٹریول ٹو مک ہ۔</w:t>
      </w:r>
    </w:p>
    <w:p>
      <w:r>
        <w:rPr>
          <w:b/>
        </w:rPr>
        <w:t xml:space="preserve">[06:31] </w:t>
      </w:r>
      <w:r>
        <w:t>and he reached the kaaba and stayed there quietly because he was careful and observant . so he said that: "i kept on drinking zamzam, zamzam water,</w:t>
      </w:r>
    </w:p>
    <w:p>
      <w:pPr>
        <w:jc w:val="right"/>
      </w:pPr>
      <w:r>
        <w:t>اینڈہیریچڈداکعبہ اینڈ سٹیڈدیرکوائٹلی بیکازہیواز کیئرفل اینڈابزروینٹ ۔سوہی سیزدیٹ:"آئیکیپٹانڈرنکنگ زمزم، زمزمواٹر،</w:t>
      </w:r>
    </w:p>
    <w:p>
      <w:r>
        <w:rPr>
          <w:b/>
        </w:rPr>
        <w:t xml:space="preserve">[06:45] </w:t>
      </w:r>
      <w:r>
        <w:t>and watched the people ." and he was only drinking zamzam water, no food, for many days. and the prophet muhammad sallallahu alaihi wasallam said that: "ma zamzam limashrubin ho." the water of zamzam is for whatever purpose you drink it.</w:t>
      </w:r>
    </w:p>
    <w:p>
      <w:pPr>
        <w:jc w:val="right"/>
      </w:pPr>
      <w:r>
        <w:t>اینڈ واچڈ داپیپل ۔"اینڈہیوازاونلیڈرنکنگزمزمواٹر،نوفوڈ ،فارمینیڈیز۔ اینڈداپرافٹمحمد صلیاللہعلیہوسلمسی ڈ دیٹ: "ماؤزمزم لماشوریبل ہو۔" دیواٹرافزمزم از فار واٹایورپرپس یواٹازڈرنک۔</w:t>
      </w:r>
    </w:p>
    <w:p>
      <w:r>
        <w:rPr>
          <w:b/>
        </w:rPr>
        <w:t xml:space="preserve">[07:06] </w:t>
      </w:r>
      <w:r>
        <w:t>meaning if you drink zamzam with the sincere intention for healing or relief or knowledge or forgiveness , allah will grant benefit by his will.</w:t>
      </w:r>
    </w:p>
    <w:p>
      <w:pPr>
        <w:jc w:val="right"/>
      </w:pPr>
      <w:r>
        <w:t>میننگ افیو ڈرنک زمزم ود دا سنسیرانٹینشن فار ہیلنگاورریلیفاورنالجاورفورگی ونس ، اللہ ویل گرانٹ بینیفٹبائےہزول۔</w:t>
      </w:r>
    </w:p>
    <w:p>
      <w:r>
        <w:rPr>
          <w:b/>
        </w:rPr>
        <w:t xml:space="preserve">[07:18] </w:t>
      </w:r>
      <w:r>
        <w:t>so he remained near the kaaba waiting for an opportunity</w:t>
      </w:r>
    </w:p>
    <w:p>
      <w:pPr>
        <w:jc w:val="right"/>
      </w:pPr>
      <w:r>
        <w:t>سوہیریمینڈ نیئردیکعبہ ویٹنگفار ایناپرچونی ٹی</w:t>
      </w:r>
    </w:p>
    <w:p>
      <w:r>
        <w:rPr>
          <w:b/>
        </w:rPr>
        <w:t xml:space="preserve">[07:23] </w:t>
      </w:r>
      <w:r>
        <w:t>. so one day, ali rziallahu anh noticed him, and ali was young at that time, maybe 12 , 14 years, because we are talking about the earliest period.</w:t>
      </w:r>
    </w:p>
    <w:p>
      <w:pPr>
        <w:jc w:val="right"/>
      </w:pPr>
      <w:r>
        <w:t>۔سو ون ڈے، علی رضیاللہ عنہنوٹسڈہم، اینڈعلی واز ینگ ایٹدیٹٹائم،میبی 12 ،14 ایئرز، بیکاز ویارٹاکنگاباؤٹداارلیسٹپیریڈ۔</w:t>
      </w:r>
    </w:p>
    <w:p>
      <w:r>
        <w:rPr>
          <w:b/>
        </w:rPr>
        <w:t xml:space="preserve">[07:37] </w:t>
      </w:r>
      <w:r>
        <w:t>so ali rziallahu anh said: "you look like a stranger ." so he said: "yes, i am a stranger." so he took him to his house to stay there as his guest .</w:t>
      </w:r>
    </w:p>
    <w:p>
      <w:pPr>
        <w:jc w:val="right"/>
      </w:pPr>
      <w:r>
        <w:t>سو علی رضیاللہعنہسیڈ:"یولوکلائکاےسٹرینجر ۔" سوہیسیڈ:"یس، آئیایماےسٹرینجر۔" سو ہیٹوک ہمٹوہز ہاؤس ٹوسٹیئردیرایزہزگیسٹ ۔</w:t>
      </w:r>
    </w:p>
    <w:p>
      <w:r>
        <w:rPr>
          <w:b/>
        </w:rPr>
        <w:t xml:space="preserve">[07:52] </w:t>
      </w:r>
      <w:r>
        <w:t>and next morning, abu zr again came to the kaaba, and ali rziallahu anh saw him again.</w:t>
      </w:r>
    </w:p>
    <w:p>
      <w:pPr>
        <w:jc w:val="right"/>
      </w:pPr>
      <w:r>
        <w:t>اینڈنیکسٹمارننگ،ابوذر اگین کیمٹو دی کعبہ، اینڈ علی رضیاللہ عنہ ساؤہماگین۔</w:t>
      </w:r>
    </w:p>
    <w:p>
      <w:r>
        <w:rPr>
          <w:b/>
        </w:rPr>
        <w:t xml:space="preserve">[08:03] </w:t>
      </w:r>
      <w:r>
        <w:t>and he sees: "do you have a place to stay?" so abu zr rziallahu anh says: "no, i don't have a place to stay." so he said: "okay, then you come to my house." and he offered him hospitality</w:t>
      </w:r>
    </w:p>
    <w:p>
      <w:pPr>
        <w:jc w:val="right"/>
      </w:pPr>
      <w:r>
        <w:t>اینڈ ہیسیز: "ڈویوہیواےپلیسٹوسٹیئر؟" سو ابوذررضیاللہعنہسیز:"نو،آئیڈونٹہیواےپلیسٹوسٹیئر۔"سوہیسیڈ:"اوکے، دینیوکمٹومائیہاؤس۔" اینڈ ہی افرڈہم ہاسپٹیل</w:t>
      </w:r>
    </w:p>
    <w:p>
      <w:r>
        <w:rPr>
          <w:b/>
        </w:rPr>
        <w:t xml:space="preserve">[08:17] </w:t>
      </w:r>
      <w:r>
        <w:t>ty. and it is also said that abu bakr rziallahu anh also took him to his house. so it seems that he stayed there for a longer period of time, for many days.</w:t>
      </w:r>
    </w:p>
    <w:p>
      <w:pPr>
        <w:jc w:val="right"/>
      </w:pPr>
      <w:r>
        <w:t>ٹی۔ اینڈاٹازالسوسیڈدیٹ اب وبکررضیاللہ عنہالسو ٹوکہمٹوہزہاؤس۔ سواٹسیمزدیٹہی سٹیئردیرفار ا لانگر پیریڈاف ٹائم،فار مینیڈیز۔</w:t>
      </w:r>
    </w:p>
    <w:p>
      <w:r>
        <w:rPr>
          <w:b/>
        </w:rPr>
        <w:t xml:space="preserve">[08:33] </w:t>
      </w:r>
      <w:r>
        <w:t>so Ali Radiallahu Anhu finally asked him : "ma ana i ar manzila ? you have not found your place, the purpose of your visiting Makkah.</w:t>
      </w:r>
    </w:p>
    <w:p>
      <w:pPr>
        <w:jc w:val="right"/>
      </w:pPr>
      <w:r>
        <w:t>سو علی رضیاللہعنہ فائنلیاسکڈہم : "ما انای ارف منزلہ ؟ یو ہیوناٹیٹفاؤنڈ یور پلیس، دا پرپسافیور وز ٹنگمک ہ۔</w:t>
      </w:r>
    </w:p>
    <w:p>
      <w:r>
        <w:rPr>
          <w:b/>
        </w:rPr>
        <w:t xml:space="preserve">[08:49] </w:t>
      </w:r>
      <w:r>
        <w:t>"so then he said: "i am looking for a man who has the prophet."</w:t>
      </w:r>
    </w:p>
    <w:p>
      <w:pPr>
        <w:jc w:val="right"/>
      </w:pPr>
      <w:r>
        <w:t>"سو دینہیسیڈ:"آئیایملوکنگفار امینہوسیزدیٹہیازاےپرافٹ۔"</w:t>
      </w:r>
    </w:p>
    <w:p>
      <w:r>
        <w:rPr>
          <w:b/>
        </w:rPr>
        <w:t xml:space="preserve">[08:54] </w:t>
      </w:r>
      <w:r>
        <w:t>so ali rziallahu anh said: " rasulullah sallallahu alaihi wasallam that he is truthful and he has the messenger of allah ." and then hazrat ali told him that: "okay, tomorrow you come to me,</w:t>
      </w:r>
    </w:p>
    <w:p>
      <w:pPr>
        <w:jc w:val="right"/>
      </w:pPr>
      <w:r>
        <w:t>سو علی رضیاللہعنہسیز: " رس ول اللہ صلیاللہ علیہوسلم دیٹہی ازٹروتھفل اینڈہیاز دی میسنجراف اللہ ۔" اینڈدینحضرت علی ٹولڈہمدیٹ:"اوکے،ٹومارویوکمودمی،</w:t>
      </w:r>
    </w:p>
    <w:p>
      <w:r>
        <w:rPr>
          <w:b/>
        </w:rPr>
        <w:t xml:space="preserve">[09:11] </w:t>
      </w:r>
      <w:r>
        <w:t>tomorrow morning." so next morning, hazrat ali said: "okay, now follow</w:t>
      </w:r>
    </w:p>
    <w:p>
      <w:pPr>
        <w:jc w:val="right"/>
      </w:pPr>
      <w:r>
        <w:t>ٹومارومارننگ۔" سونیکسٹمار ننگ، حضرت علی سیڈ:"اوکے،ناؤفالو</w:t>
      </w:r>
    </w:p>
    <w:p>
      <w:r>
        <w:rPr>
          <w:b/>
        </w:rPr>
        <w:t xml:space="preserve">[09:16] </w:t>
      </w:r>
      <w:r>
        <w:t>me, but stay at a distance, because</w:t>
      </w:r>
    </w:p>
    <w:p>
      <w:pPr>
        <w:jc w:val="right"/>
      </w:pPr>
      <w:r>
        <w:t>می ، بٹ سٹیئرایٹاڈسٹنس، بیکاز</w:t>
      </w:r>
    </w:p>
    <w:p>
      <w:r>
        <w:rPr>
          <w:b/>
        </w:rPr>
        <w:t xml:space="preserve">[09:22] </w:t>
      </w:r>
      <w:r>
        <w:t>he wanted to be careful ." and he said: "stop wherever i stop. if i stop, meaning if i feel some kind of danger, then i will stop, and you will also stop." so he meant to be cautious as quraish might hurt him or something.</w:t>
      </w:r>
    </w:p>
    <w:p>
      <w:pPr>
        <w:jc w:val="right"/>
      </w:pPr>
      <w:r>
        <w:t>ہیوانٹڈٹوبیکیئرفل ۔"اینڈہی سیز: "اسٹاپ ویئرایورآئیاسٹاپ۔ افآئیاسٹاپ ، میننگاف آئیفیل سمکائنڈافڈینجر، دینآئیویلاسٹاپ،اینڈیوالسواسٹاپ۔" سوہی مینٹ ٹوبی کاش یس ایز قریش مائٹہرٹ ہرتھنگ۔</w:t>
      </w:r>
    </w:p>
    <w:p>
      <w:r>
        <w:rPr>
          <w:b/>
        </w:rPr>
        <w:t xml:space="preserve">[09:40] </w:t>
      </w:r>
      <w:r>
        <w:t>so ali rziallahu anh led him to a place which was probably dar al-arkam.</w:t>
      </w:r>
    </w:p>
    <w:p>
      <w:pPr>
        <w:jc w:val="right"/>
      </w:pPr>
      <w:r>
        <w:t>سو علی رضیاللہ عنہ لیڈہمٹواپلیس وچوازپروبیبلی دار الحرکم۔</w:t>
      </w:r>
    </w:p>
    <w:p>
      <w:r>
        <w:rPr>
          <w:b/>
        </w:rPr>
        <w:t xml:space="preserve">[09:48] </w:t>
      </w:r>
      <w:r>
        <w:t>okay, and dar al-arkam is you know was the place where the earliest sahaba, that was a meeting place for the sahaba in earliest period, and it was at the foot of mount safa.</w:t>
      </w:r>
    </w:p>
    <w:p>
      <w:pPr>
        <w:jc w:val="right"/>
      </w:pPr>
      <w:r>
        <w:t>اوکے،اینڈدارالحرکمایزیونو وازدی پلیسویردی ارلیسٹ صحابہ، دیٹوازامیٹنگپلیسفار دی صحابہ انارلیسٹ پیریڈ،اینڈ اٹاز ایٹدافٹ اف ماؤنٹصفا۔</w:t>
      </w:r>
    </w:p>
    <w:p>
      <w:r>
        <w:rPr>
          <w:b/>
        </w:rPr>
        <w:t xml:space="preserve">[10:04] </w:t>
      </w:r>
      <w:r>
        <w:t>so there finally, abu zr rziallahu anh met the prophet, and he greeted the prophet : "assalamualaikmi ya rasulullah ." and the prophet said: "wa alaikum assalam wa rahmatullah wa barakatuh ." so rasulullah said: "which tribe are you from?" so he said: "i am from ghafar." so prophet was surprised: "gha</w:t>
      </w:r>
    </w:p>
    <w:p>
      <w:pPr>
        <w:jc w:val="right"/>
      </w:pPr>
      <w:r>
        <w:t>سو دیرفائنلی، ابوذررضیاللہ عنہ میٹ دا پرافٹ، اینڈ ہی گریٹڈداپرافٹ :"السلامعلیکمیارسولاللہ ۔" اینڈداپرافٹ سیڈ:"وعلیکمالسلام ورحمۃاللہ وبرکاتہ۔" سو رسولاللہ سیڈ:" وچٹرائبآریوفرام؟" سوہیسیڈ:"آئیایمفرامغفار۔" سوپرافٹ وازسرپرائزڈ:"غف</w:t>
      </w:r>
    </w:p>
    <w:p>
      <w:r>
        <w:rPr>
          <w:b/>
        </w:rPr>
        <w:t xml:space="preserve">[10:30] </w:t>
      </w:r>
      <w:r>
        <w:t>far?" and in another narration, prophet put his hand on his head: "al ghafar?" like this, showing his surprise, because the tribe was known for robbery. yes, then the prophet said: "allah guides whom he wills." so after greetings,</w:t>
      </w:r>
    </w:p>
    <w:p>
      <w:pPr>
        <w:jc w:val="right"/>
      </w:pPr>
      <w:r>
        <w:t>ار ؟" اینڈان ادر نیریشن، پرافٹپٹہزہینڈان ہزہیڈ: " الغفار؟"لائکدس، شوئنگہز سرپرائز، بیکازداٹرائبوازنونفار رابری۔یس، دینداپرافٹ سیز:" اللہ گائیڈز ہومہیویلز۔" سو افٹر گریٹنگز،</w:t>
      </w:r>
    </w:p>
    <w:p>
      <w:r>
        <w:rPr>
          <w:b/>
        </w:rPr>
        <w:t xml:space="preserve">[10:52] </w:t>
      </w:r>
      <w:r>
        <w:t>abu zr rziallahu anh said to the prophet: "please present your teachings to me ."</w:t>
      </w:r>
    </w:p>
    <w:p>
      <w:pPr>
        <w:jc w:val="right"/>
      </w:pPr>
      <w:r>
        <w:t>ابوذر رضیاللہعنہسیڈ ٹوداپرافٹ:"پلیز پریزنٹیورٹیچنگزٹومی ۔</w:t>
      </w:r>
    </w:p>
    <w:p>
      <w:r>
        <w:rPr>
          <w:b/>
        </w:rPr>
        <w:t xml:space="preserve">[10:59] </w:t>
      </w:r>
      <w:r>
        <w:t>So the Prophet explained about the Quran, about Islam, and right away, Abuzar Raziallah Anhu believed in the Prophet.</w:t>
      </w:r>
    </w:p>
    <w:p>
      <w:pPr>
        <w:jc w:val="right"/>
      </w:pPr>
      <w:r>
        <w:t>"سو داپرافٹ ایکسپلینڈ اباؤٹدا قرآن، اباؤٹاسلام ، اینڈ رائٹاوے، ابوذر رضیاللہ عنہ بیلیوڈانداپرافٹ۔</w:t>
      </w:r>
    </w:p>
    <w:p>
      <w:r>
        <w:rPr>
          <w:b/>
        </w:rPr>
        <w:t xml:space="preserve">[11:11] </w:t>
      </w:r>
      <w:r>
        <w:t>he became a follower. So he was the fifth person of Allah's Prophet, earliest, one of the earliest sahaba. So this shows that he how early he met to the Prophet,</w:t>
      </w:r>
    </w:p>
    <w:p>
      <w:pPr>
        <w:jc w:val="right"/>
      </w:pPr>
      <w:r>
        <w:t>ہیبیکمہزفالوور۔ سوہیوازدی ففتھپرسنٹوفالوداپرافٹ، ارلیسٹ، ونافداارلیسٹ صحابہ۔ سو دس شوزدیٹہاؤارلیہیمیٹودداپرافٹ،</w:t>
      </w:r>
    </w:p>
    <w:p>
      <w:r>
        <w:rPr>
          <w:b/>
        </w:rPr>
        <w:t xml:space="preserve">[11:25] </w:t>
      </w:r>
      <w:r>
        <w:t>and the Prophet read the Quran to him, and then said: "</w:t>
      </w:r>
    </w:p>
    <w:p>
      <w:pPr>
        <w:jc w:val="right"/>
      </w:pPr>
      <w:r>
        <w:t>اینڈ داپرافٹ ریڈداقرآنٹوہم، اینڈدینسیڈ: "</w:t>
      </w:r>
    </w:p>
    <w:p>
      <w:r>
        <w:rPr>
          <w:b/>
        </w:rPr>
        <w:t xml:space="preserve">[11:36] </w:t>
      </w:r>
      <w:r>
        <w:t>return to your people and inform them about my message, leave a message from me to come back, then only you come back."</w:t>
      </w:r>
    </w:p>
    <w:p>
      <w:pPr>
        <w:jc w:val="right"/>
      </w:pPr>
      <w:r>
        <w:t>ریٹرنٹویورپیپلاین ڈ انفارمدیم اباؤٹمائیمیسجٹ لیوگیٹ امیسج فراممیٹوکم بیک ،دیناونلییوکمبیک۔"</w:t>
      </w:r>
    </w:p>
    <w:p>
      <w:r>
        <w:rPr>
          <w:b/>
        </w:rPr>
        <w:t xml:space="preserve">[11:49] </w:t>
      </w:r>
      <w:r>
        <w:t>Right, so after meeting, Abuzar Raziallah Anhu went to Kaaba and told people, mostly they were Quraish, about the meeting with the Prophet.</w:t>
      </w:r>
    </w:p>
    <w:p>
      <w:pPr>
        <w:jc w:val="right"/>
      </w:pPr>
      <w:r>
        <w:t>رائٹ،سو افٹردیمیٹنگ، ابوذر رضیاللہ عنہ وینٹٹوکعبہ اینڈٹولڈ پیپل، موسٹلیدےوارقریش، اباؤٹدامیٹنگودداپرافٹ۔</w:t>
      </w:r>
    </w:p>
    <w:p>
      <w:r>
        <w:rPr>
          <w:b/>
        </w:rPr>
        <w:t xml:space="preserve">[12:01] </w:t>
      </w:r>
      <w:r>
        <w:t>So he spoke about the teachings of the Prophet Muhammad sallallahu alaihi wasallam to the Quraish, and the Quraish became enraged, and they beat him up.</w:t>
      </w:r>
    </w:p>
    <w:p>
      <w:pPr>
        <w:jc w:val="right"/>
      </w:pPr>
      <w:r>
        <w:t>سو ہی سپوک اباؤٹدا ٹیچنگزافدیپرافٹمحمد صلیاللہعلیہوسلمٹوداقریش، اینڈ داقریش بیکم انریجڈ،اینڈدےبیٹہماپ ۔</w:t>
      </w:r>
    </w:p>
    <w:p>
      <w:r>
        <w:rPr>
          <w:b/>
        </w:rPr>
        <w:t xml:space="preserve">[12:15] </w:t>
      </w:r>
      <w:r>
        <w:t>and fortunately, al abbas was there, the prophet's uncle, and he saved him. so something, a similar thing happened</w:t>
      </w:r>
    </w:p>
    <w:p>
      <w:pPr>
        <w:jc w:val="right"/>
      </w:pPr>
      <w:r>
        <w:t>اینڈ فورچونیٹلی، العباسوازدیر،دیپرافٹان کل ، اینڈہیسیوڈہم۔ سو سمتھنگ، ا ےسیمیلرتھنگہیپنن</w:t>
      </w:r>
    </w:p>
    <w:p>
      <w:r>
        <w:rPr>
          <w:b/>
        </w:rPr>
        <w:t xml:space="preserve">[12:26] </w:t>
      </w:r>
      <w:r>
        <w:t>next day. next day, Abuzar Raziallah Anhu came and he told Quraish about his meeting and what he said.</w:t>
      </w:r>
    </w:p>
    <w:p>
      <w:pPr>
        <w:jc w:val="right"/>
      </w:pPr>
      <w:r>
        <w:t>یکسٹڈے۔ نیکسٹڈے، ابوذررضیاللہعنہ کیماین ڈ ہی ٹولڈ قریشاباؤٹہزمیٹنگ اینڈواٹہی سیڈ۔</w:t>
      </w:r>
    </w:p>
    <w:p>
      <w:r>
        <w:rPr>
          <w:b/>
        </w:rPr>
        <w:t xml:space="preserve">[12:35] </w:t>
      </w:r>
      <w:r>
        <w:t>again, they beat him. So again, Al-Abbas, the Prophet's uncle saved him.</w:t>
      </w:r>
    </w:p>
    <w:p>
      <w:pPr>
        <w:jc w:val="right"/>
      </w:pPr>
      <w:r>
        <w:t>اگین، دے بیٹہم۔ سو اگین، العباس پرافٹ انکلسیوڈہم۔</w:t>
      </w:r>
    </w:p>
    <w:p>
      <w:r>
        <w:rPr>
          <w:b/>
        </w:rPr>
        <w:t xml:space="preserve">[12:45] </w:t>
      </w:r>
      <w:r>
        <w:t>So then, Abuzar (RA) came to the Prophet, and when the Prophet saw his condition, he realized that they had beaten him very badly. So he said: "Why did you, did I not tell you to go back to your hometown?" Right, why did you do this?</w:t>
      </w:r>
    </w:p>
    <w:p>
      <w:pPr>
        <w:jc w:val="right"/>
      </w:pPr>
      <w:r>
        <w:t>سو دین، ابوذررضیاللہعنہکیمٹوداپرافٹ، اینڈ وینداپرافٹ ساؤہزکنڈیشن ، ہی ریلائزدیٹ دےہیڈ بیٹنہم ویریبیڈلی ۔سوہیسیڈ:"وائیڈیڈیو، ڈیڈآئیناٹٹیلیو ٹوگوبیکٹویور ہومٹاؤن؟"رائٹ، وائیڈیڈیوڈودس؟</w:t>
      </w:r>
    </w:p>
    <w:p>
      <w:r>
        <w:rPr>
          <w:b/>
        </w:rPr>
        <w:t xml:space="preserve">[13:07] </w:t>
      </w:r>
      <w:r>
        <w:t>so he said: "there was an urge in my heart to convey the message to the quraish."</w:t>
      </w:r>
    </w:p>
    <w:p>
      <w:pPr>
        <w:jc w:val="right"/>
      </w:pPr>
      <w:r>
        <w:t>سوہیسیڈ:"دیروازاین ارجانمائیہارٹ ٹو کنوےدی میسجٹودا قریش۔"</w:t>
      </w:r>
    </w:p>
    <w:p>
      <w:r>
        <w:rPr>
          <w:b/>
        </w:rPr>
        <w:t xml:space="preserve">[13:14] </w:t>
      </w:r>
      <w:r>
        <w:t>So the Prophet said: "This is not the right time, go back to your tribe, your lineage, and return when the situation improves." Right, so Abuzar Raziallah Anhu returned to his lineage of tribe. This is short and very important meeting, and for almost 15 years, there was no news of Abuzar. So a pretty long period,</w:t>
      </w:r>
    </w:p>
    <w:p>
      <w:pPr>
        <w:jc w:val="right"/>
      </w:pPr>
      <w:r>
        <w:t>سو داپرافٹسیڈ:"دسازناٹدارائٹٹائم، گوبیکٹویور ٹرائب،یورولیج،اینڈریٹرن ویندیسچویشن امپرووز۔" رائٹ، سو ابوذررضیاللہعنہ ریٹرنٹوہزولیج اف ٹر دس شار ٹ اینڈ ویریامپورٹنٹمیٹنگ، اینڈ فار الموسٹ 15 ایئرز، دیروازنو نیوزاف ابوذر۔سوپڑیلانگپیریڈ،</w:t>
      </w:r>
    </w:p>
    <w:p>
      <w:r>
        <w:rPr>
          <w:b/>
        </w:rPr>
        <w:t xml:space="preserve">[13:40] </w:t>
      </w:r>
      <w:r>
        <w:t>if you read them, if you read them compared, you will not find any mention of abuzar. he was in his town, and he was teaching the message, the teachings which he received from the prophet Muhammad.</w:t>
      </w:r>
    </w:p>
    <w:p>
      <w:pPr>
        <w:jc w:val="right"/>
      </w:pPr>
      <w:r>
        <w:t>افیار،افیوریڈ دی م کنپیریڈ، یوویلناٹفائنڈاینیمینشنافابوذر۔ ہیوازانہزٹاؤن، اینڈہیواز ٹیچنگ دا میسج ،داٹیچنگز وچ ہی ریسیوڈ فر ام دیپرافٹ محمد ۔</w:t>
      </w:r>
    </w:p>
    <w:p>
      <w:r>
        <w:rPr>
          <w:b/>
        </w:rPr>
        <w:t xml:space="preserve">[13:56] </w:t>
      </w:r>
      <w:r>
        <w:t>So, and he returns after about 15 years. He went when the Prophet migrated, migrated to Madinah.</w:t>
      </w:r>
    </w:p>
    <w:p>
      <w:pPr>
        <w:jc w:val="right"/>
      </w:pPr>
      <w:r>
        <w:t>سو، اینڈہی ریٹرنزافٹراباؤٹ15ایئرز، ہی وینداپرافٹ مائیگریٹڈ ، مائیگریٹڈٹو مدینہ۔</w:t>
      </w:r>
    </w:p>
    <w:p>
      <w:r>
        <w:rPr>
          <w:b/>
        </w:rPr>
        <w:t xml:space="preserve">[14:08] </w:t>
      </w:r>
      <w:r>
        <w:t>yaar,</w:t>
      </w:r>
    </w:p>
    <w:p>
      <w:pPr>
        <w:jc w:val="right"/>
      </w:pPr>
      <w:r>
        <w:t>یار،</w:t>
      </w:r>
    </w:p>
    <w:p>
      <w:r>
        <w:rPr>
          <w:b/>
        </w:rPr>
        <w:t xml:space="preserve">[14:09] </w:t>
      </w:r>
      <w:r>
        <w:t>so then, doctor sahib, what happened when he returned after such a long gap of time? and how did he bring his people to the prophet?</w:t>
      </w:r>
    </w:p>
    <w:p>
      <w:pPr>
        <w:jc w:val="right"/>
      </w:pPr>
      <w:r>
        <w:t>سو دین،ڈاکٹرصاحب،واٹہیپنڈوینہیریٹرنڈافٹر سچا لانگ گیپاف ٹائم ؟ اینڈ ہاؤڈیڈہیبرنگہزپیپلٹودا پرافٹ ؟</w:t>
      </w:r>
    </w:p>
    <w:p>
      <w:r>
        <w:rPr>
          <w:b/>
        </w:rPr>
        <w:t xml:space="preserve">[14:18] </w:t>
      </w:r>
      <w:r>
        <w:t>please tell us about that. Yes, after many, many years, I think 14, 15 years, the Prophet migrated about 13 years from that meeting,</w:t>
      </w:r>
    </w:p>
    <w:p>
      <w:pPr>
        <w:jc w:val="right"/>
      </w:pPr>
      <w:r>
        <w:t>پلیزٹیلاساباؤٹدیٹ۔ یس، افٹرمینی،مینیایئرز، ائیتھنک 14،15 ایئرز، دی پرافٹمائیگریٹڈ اباؤٹ13 ایئرز فرامدیٹمیٹنگ،</w:t>
      </w:r>
    </w:p>
    <w:p>
      <w:r>
        <w:rPr>
          <w:b/>
        </w:rPr>
        <w:t xml:space="preserve">[14:32] </w:t>
      </w:r>
      <w:r>
        <w:t>and I think he, Abuzar came after 15 years to Madinah. So he also migrated to Madinah, and he traveled with his tribe.</w:t>
      </w:r>
    </w:p>
    <w:p>
      <w:pPr>
        <w:jc w:val="right"/>
      </w:pPr>
      <w:r>
        <w:t>اینڈائیتھنکہ ی، ابوذرکی م افٹر15ایئرز ٹو مدینہ۔ سوہی السومائیگریٹڈٹو مدینہ، اینڈ ہی ٹریولڈودہ زٹرائب۔</w:t>
      </w:r>
    </w:p>
    <w:p>
      <w:r>
        <w:rPr>
          <w:b/>
        </w:rPr>
        <w:t xml:space="preserve">[14:47] </w:t>
      </w:r>
      <w:r>
        <w:t>there were so many in number that from a distance, they looked like an army. right,</w:t>
      </w:r>
    </w:p>
    <w:p>
      <w:pPr>
        <w:jc w:val="right"/>
      </w:pPr>
      <w:r>
        <w:t>دیروازسو مینی اننمبر دیٹفراماےڈسٹنس، دےلوکلائکان ارمی۔ رائٹ،</w:t>
      </w:r>
    </w:p>
    <w:p>
      <w:r>
        <w:rPr>
          <w:b/>
        </w:rPr>
        <w:t xml:space="preserve">[14:54] </w:t>
      </w:r>
      <w:r>
        <w:t>So when the people of Madinah saw them coming in such a large number, they were terrified, and they thought that an army was coming to attack them.</w:t>
      </w:r>
    </w:p>
    <w:p>
      <w:pPr>
        <w:jc w:val="right"/>
      </w:pPr>
      <w:r>
        <w:t>سووینداپیپلافمدینہ ساؤ دیمکمنگ انسچالارجنمبر ، دےوارٹیریفائیڈ، اینڈدےتھاٹدیٹ انارمیوازکمنگٹواٹیکدیم۔</w:t>
      </w:r>
    </w:p>
    <w:p>
      <w:r>
        <w:rPr>
          <w:b/>
        </w:rPr>
        <w:t xml:space="preserve">[15:04] </w:t>
      </w:r>
      <w:r>
        <w:t>but they were the people of Abuzar al Ghiffari Raziallah Anhu, Banu Ghiffar tribe and Banu Aslam tribe. He brought two tribes with him.</w:t>
      </w:r>
    </w:p>
    <w:p>
      <w:pPr>
        <w:jc w:val="right"/>
      </w:pPr>
      <w:r>
        <w:t>بٹ دےوارداپیپلاف ابو ذر الغفاریرضیاللہ عنہ، بنو غفار ٹرائباینڈبنواسلمٹرائب۔ہیبراٹٹوٹرائبسودہم۔</w:t>
      </w:r>
    </w:p>
    <w:p>
      <w:r>
        <w:rPr>
          <w:b/>
        </w:rPr>
        <w:t xml:space="preserve">[15:17] </w:t>
      </w:r>
      <w:r>
        <w:t>abuzar brought his tribe and brought another tribe which is named banu aslam,</w:t>
      </w:r>
    </w:p>
    <w:p>
      <w:pPr>
        <w:jc w:val="right"/>
      </w:pPr>
      <w:r>
        <w:t>ابوذر براٹ ہزٹرائب اینڈبراٹانادرٹرائبو چاز نیمڈ بن و اسلم،</w:t>
      </w:r>
    </w:p>
    <w:p>
      <w:r>
        <w:rPr>
          <w:b/>
        </w:rPr>
        <w:t xml:space="preserve">[15:24] </w:t>
      </w:r>
      <w:r>
        <w:t>and the people of banu aslam are called aslamis. okay, if you remember, I mentioned one hadith of a person from banu aslam, his name was rabi'ah ibn ka'b al aslami.</w:t>
      </w:r>
    </w:p>
    <w:p>
      <w:pPr>
        <w:jc w:val="right"/>
      </w:pPr>
      <w:r>
        <w:t>اینڈ داپیپلاف بنواسلم ار کالڈ اسلمی۔ اوکے،افیوریممبر،ائیمینشن ون حدیث اف اےپرسنفرامبنواسلم،ہزنیموازربیعہ ابن کعب الاسلمی۔</w:t>
      </w:r>
    </w:p>
    <w:p>
      <w:r>
        <w:rPr>
          <w:b/>
        </w:rPr>
        <w:t xml:space="preserve">[15:41] </w:t>
      </w:r>
      <w:r>
        <w:t>he was a young sahabi, and he was from ashab al suffah, and he was like serving</w:t>
      </w:r>
    </w:p>
    <w:p>
      <w:pPr>
        <w:jc w:val="right"/>
      </w:pPr>
      <w:r>
        <w:t>ہیوازا ینگ صح ابی، اینڈہیوازفراماصحاب الصفہ، اینڈہیوازلائک اسرونٹ ٹ</w:t>
      </w:r>
    </w:p>
    <w:p>
      <w:r>
        <w:rPr>
          <w:b/>
        </w:rPr>
        <w:t xml:space="preserve">[15:48] </w:t>
      </w:r>
      <w:r>
        <w:t>with the Prophet. He used to, he was a young man, and he was mostly staying just in front of the Prophet's door.</w:t>
      </w:r>
    </w:p>
    <w:p>
      <w:pPr>
        <w:jc w:val="right"/>
      </w:pPr>
      <w:r>
        <w:t>ودا پرافٹ۔ہییوزٹو، ہیوازاینگ مین، اینڈہیواز موسٹلی سٹےنگ جسٹ انفرنٹافدیپرافٹ ڈور۔</w:t>
      </w:r>
    </w:p>
    <w:p>
      <w:r>
        <w:rPr>
          <w:b/>
        </w:rPr>
        <w:t xml:space="preserve">[15:58] </w:t>
      </w:r>
      <w:r>
        <w:t>saw his desire in it, Prophet needs something, and he wants some water or something, he would bring</w:t>
      </w:r>
    </w:p>
    <w:p>
      <w:pPr>
        <w:jc w:val="right"/>
      </w:pPr>
      <w:r>
        <w:t>سوافدیرازاینینیڈ،پرافٹنیڈسمتھنگ،اورہیوانٹس سم واٹراورسمتھنگ،ہیوڈبر</w:t>
      </w:r>
    </w:p>
    <w:p>
      <w:r>
        <w:rPr>
          <w:b/>
        </w:rPr>
        <w:t xml:space="preserve">[16:03] </w:t>
      </w:r>
      <w:r>
        <w:t>ing. So one, one, one day, the Prophet got up for Fajr prayer, and he came out from his door, and Rabia ibn Kaab radiallahuanh was there.</w:t>
      </w:r>
    </w:p>
    <w:p>
      <w:pPr>
        <w:jc w:val="right"/>
      </w:pPr>
      <w:r>
        <w:t>نگ ۔سو ون، ون ، ون ڈے، داپرافٹ گاٹاپفار فجر پریر، اینڈہیکیماؤٹ فرامہزڈور، اینڈ ربیعہ ابن کعب رضیاللہعنہہیوازدیر۔</w:t>
      </w:r>
    </w:p>
    <w:p>
      <w:r>
        <w:rPr>
          <w:b/>
        </w:rPr>
        <w:t xml:space="preserve">[16:18] </w:t>
      </w:r>
      <w:r>
        <w:t>So, at that time, and the Prophet was doing ablution, and then Prophet saw him, and he realized that he is a really very needy person. So, he, the Prophet said,</w:t>
      </w:r>
    </w:p>
    <w:p>
      <w:pPr>
        <w:jc w:val="right"/>
      </w:pPr>
      <w:r>
        <w:t>سوہیبراٹوا ٹر،اینڈداپرافٹوازڈوئنگایبولیوشن، اینڈدینپرافٹساؤایٹہم ،اینڈہیریلائزدیٹہیاز اےریلی ویری نی ڈی پرسن ۔سوہ ی، داپرافٹسیڈ،</w:t>
      </w:r>
    </w:p>
    <w:p>
      <w:r>
        <w:rPr>
          <w:b/>
        </w:rPr>
        <w:t xml:space="preserve">[16:32] </w:t>
      </w:r>
      <w:r>
        <w:t>"asksmithing</w:t>
      </w:r>
    </w:p>
    <w:p>
      <w:pPr>
        <w:jc w:val="right"/>
      </w:pPr>
      <w:r>
        <w:t>"اسکسمتھنگ</w:t>
      </w:r>
    </w:p>
    <w:p>
      <w:r>
        <w:rPr>
          <w:b/>
        </w:rPr>
        <w:t xml:space="preserve">[16:33] </w:t>
      </w:r>
      <w:r>
        <w:t>. "Right, meaning the Prophet will make dua, and you know, if the Prophet makes dua, to barsa jayega asman se.</w:t>
      </w:r>
    </w:p>
    <w:p>
      <w:pPr>
        <w:jc w:val="right"/>
      </w:pPr>
      <w:r>
        <w:t>۔ "رائٹ، میننگ داپرافٹویلمیک دعا،اینڈ یونو،افداپرافٹمیکس دعا، سونابرسجائےگااسمانسے۔</w:t>
      </w:r>
    </w:p>
    <w:p>
      <w:r>
        <w:rPr>
          <w:b/>
        </w:rPr>
        <w:t xml:space="preserve">[16:42] </w:t>
      </w:r>
      <w:r>
        <w:t>Right, to he said, "No, I just want your companionship in Paradise." Beshak, so the Prophet said, "No, no, I am talking, I am not talking about hereafter, I am talking about this dunya. You want a house, you want a family, you want a wife, you want some money." And he said, "No,</w:t>
      </w:r>
    </w:p>
    <w:p>
      <w:pPr>
        <w:jc w:val="right"/>
      </w:pPr>
      <w:r>
        <w:t>رائٹ، تو ہی سیڈ،"نو،ا ئیجسٹوانٹیورکمپینینشپ ان پیراڈائز۔" بےشک،سوداپرافٹسیڈ،"نو،نو،ائیایمٹاکنگ،ائیایمناٹٹاکنگاباؤٹ ہیرافٹر، ائیایم ٹاکنگاباؤٹدسدنیا ۔یووانٹاہاؤس،یووانٹا فیملی،یووانٹاوائف،یووانٹ سممنی۔" اینڈہیسیڈ،"ن</w:t>
      </w:r>
    </w:p>
    <w:p>
      <w:r>
        <w:rPr>
          <w:b/>
        </w:rPr>
        <w:t xml:space="preserve">[17:00] </w:t>
      </w:r>
      <w:r>
        <w:t>Oh, any of your companionship in jahan." So the prophet said, "Okay, you he was smithing very heavy, so help me your prosthetic shins." So that kind of people,</w:t>
      </w:r>
    </w:p>
    <w:p>
      <w:pPr>
        <w:jc w:val="right"/>
      </w:pPr>
      <w:r>
        <w:t>و، ائینیڈیورکمپینینشپ ان جن ہاں۔" سوداپرافٹسیڈ،"اوکے،یوہیواسک سمتھنگویریہیوی، سو ہیلپمیودیور پروسٹی شنز۔" سودیٹکائنڈافپیپل،</w:t>
      </w:r>
    </w:p>
    <w:p>
      <w:r>
        <w:rPr>
          <w:b/>
        </w:rPr>
        <w:t xml:space="preserve">[17:14] </w:t>
      </w:r>
      <w:r>
        <w:t>Ah, so as was the tribe, ah, ah, called, ah, Aslam tribe. So a huge population of Aslam tribe also traveled, ah, would come to Madina.</w:t>
      </w:r>
    </w:p>
    <w:p>
      <w:pPr>
        <w:jc w:val="right"/>
      </w:pPr>
      <w:r>
        <w:t>اہ،سودسوازدا ٹرائب، اہ،اہ ،کالڈ، اہ، اسلم ٹرائب ۔سو اہیوج پاپولیشناف اسلمٹرائبالسوٹریولڈ، اہ،ود ودہمٹو مدینہ۔</w:t>
      </w:r>
    </w:p>
    <w:p>
      <w:r>
        <w:rPr>
          <w:b/>
        </w:rPr>
        <w:t xml:space="preserve">[17:27] </w:t>
      </w:r>
      <w:r>
        <w:t>So, ah, Abuzar Radiallahuanh finally met the Prophet and said, "Ya Rasulullah, I brought all my people to you." So the Prophet was really</w:t>
      </w:r>
    </w:p>
    <w:p>
      <w:pPr>
        <w:jc w:val="right"/>
      </w:pPr>
      <w:r>
        <w:t>سو، اہ، ابوذر رضیاللہعنہفائنلی میٹودداپرافٹاینڈسیڈ،"یارسول اللہ، ائیبراٹ المائیپیپلٹویو۔ "سوداپرافٹ وازریلیہی</w:t>
      </w:r>
    </w:p>
    <w:p>
      <w:r>
        <w:rPr>
          <w:b/>
        </w:rPr>
        <w:t xml:space="preserve">[17:38] </w:t>
      </w:r>
      <w:r>
        <w:t>at one moment of great joy, ah, for the Prophet, as he saw the huge number, tribe, tribe of Ghaffar and Aslam.</w:t>
      </w:r>
    </w:p>
    <w:p>
      <w:pPr>
        <w:jc w:val="right"/>
      </w:pPr>
      <w:r>
        <w:t>پی۔اٹوازامومنٹاف گریٹجو ائے ،اہ،فارداپرافٹای زہیساؤدا ہیوج نمبراف ٹرائب ،ٹرائبزاف غفار اینڈ اسلم ۔</w:t>
      </w:r>
    </w:p>
    <w:p>
      <w:r>
        <w:rPr>
          <w:b/>
        </w:rPr>
        <w:t xml:space="preserve">[17:48] </w:t>
      </w:r>
      <w:r>
        <w:t>And, ah, when the Prophet first met them, Prophet prayed, "Ghaffar, ghafarallaha, may Allah forgive that tribe Ghaffar." And Prophet also prayed for Aslam tribe, "Aslam, salmullah, salmullah,</w:t>
      </w:r>
    </w:p>
    <w:p>
      <w:pPr>
        <w:jc w:val="right"/>
      </w:pPr>
      <w:r>
        <w:t>اینڈ،اہ ،وینداپرافٹ فرسٹ میٹ دیم ، پرافٹ پریڈ، "غ فار ،غفراللہ لہا، میاللہ فورگیوداٹرائبافغفار۔" اینڈ پرافٹالسوپریڈفار اسلمٹرائب، " اسلم ، سلم اللہ ،سلم ہ اللہ،</w:t>
      </w:r>
    </w:p>
    <w:p>
      <w:r>
        <w:rPr>
          <w:b/>
        </w:rPr>
        <w:t xml:space="preserve">[18:09] </w:t>
      </w:r>
      <w:r>
        <w:t>meallah grant saftitaslam trib</w:t>
      </w:r>
    </w:p>
    <w:p>
      <w:pPr>
        <w:jc w:val="right"/>
      </w:pPr>
      <w:r>
        <w:t>می اللہ گرانٹ سیفٹیٹواسلم ٹرائب</w:t>
      </w:r>
    </w:p>
    <w:p>
      <w:r>
        <w:rPr>
          <w:b/>
        </w:rPr>
        <w:t xml:space="preserve">[18:13] </w:t>
      </w:r>
      <w:r>
        <w:t>and so, the Prophet took their names, and he made a good woman out of them. This was Prophet's practice. When I heard the Prophet says something positive and good, he would turn it into a very creative dua.</w:t>
      </w:r>
    </w:p>
    <w:p>
      <w:pPr>
        <w:jc w:val="right"/>
      </w:pPr>
      <w:r>
        <w:t>۔" اندسوے،داپرافٹٹوکدیرنیمزای ز، اینڈہیمیڈ اگڈو ومن اؤٹافدیم۔ دسوازپرافٹ سپریکٹس۔وینایور داپرافٹساؤسمتھنگپوزیٹیواینڈگڈ،ہیوڈٹرناٹانٹوا ویریکریٹیودعا۔</w:t>
      </w:r>
    </w:p>
    <w:p>
      <w:r>
        <w:rPr>
          <w:b/>
        </w:rPr>
        <w:t xml:space="preserve">[18:30] </w:t>
      </w:r>
      <w:r>
        <w:t>So this was a very important part of his teaching, and he made a meaningful dua, teachings that connect everything good back to God.</w:t>
      </w:r>
    </w:p>
    <w:p>
      <w:pPr>
        <w:jc w:val="right"/>
      </w:pPr>
      <w:r>
        <w:t>سو دسوازاویری امپورٹنٹ پارٹافہزٹیچنگ، اینڈ ہیمیڈامیننگفل دعا،ٹیچنگاس ٹوکنیکٹ ای وریتھنگ گڈ بیکٹوگاڈ۔</w:t>
      </w:r>
    </w:p>
    <w:p>
      <w:r>
        <w:rPr>
          <w:b/>
        </w:rPr>
        <w:t xml:space="preserve">[18:42] </w:t>
      </w:r>
      <w:r>
        <w:t>Abu Dharr Radiallahu Anhu, as I told you, was not an assigned for last 15 years, between his return, he brought the entire people. So, one person,</w:t>
      </w:r>
    </w:p>
    <w:p>
      <w:pPr>
        <w:jc w:val="right"/>
      </w:pPr>
      <w:r>
        <w:t>اینڈابوذر رضیاللہعنہ،ایزائیٹولڈیو، واز ناٹ اندا سین فار لاسٹ15ایئرز، بٹوینہی ریٹرن،ہیبراٹہزانٹائرپیپل ۔سوایون ون پرسن،</w:t>
      </w:r>
    </w:p>
    <w:p>
      <w:r>
        <w:rPr>
          <w:b/>
        </w:rPr>
        <w:t xml:space="preserve">[18:56] </w:t>
      </w:r>
      <w:r>
        <w:t>ah, sincerely with complete trust, ah, ah, and God works for the dissemination of knowledge</w:t>
      </w:r>
    </w:p>
    <w:p>
      <w:pPr>
        <w:jc w:val="right"/>
      </w:pPr>
      <w:r>
        <w:t>اہ،سنسیرلی ودکم پلیٹٹرسٹ ، اہ، اہ،ان گاڈ ،و رکس فار دی ڈسیمینیشناف نال ج</w:t>
      </w:r>
    </w:p>
    <w:p>
      <w:r>
        <w:rPr>
          <w:b/>
        </w:rPr>
        <w:t xml:space="preserve">[19:06] </w:t>
      </w:r>
      <w:r>
        <w:t>.God, ah, with God's help, he will be successful, like Abu Dharr al-Ghifari. So there is a lesson, ah, which we can learn from them, and we should convey the message to all people.</w:t>
      </w:r>
    </w:p>
    <w:p>
      <w:pPr>
        <w:jc w:val="right"/>
      </w:pPr>
      <w:r>
        <w:t>۔گاڈ ، اہ، ودگاڈزہیلپ،ہیویلبی سکسیسفل ،لائک ابوابوذر الغفاری۔ سو دیراز ا لی سن ،اہ،وچوی کینلرن فرام فرامدیم،اینڈویشوڈ کنوے دی میسجٹوال پیپل۔</w:t>
      </w:r>
    </w:p>
    <w:p>
      <w:r>
        <w:rPr>
          <w:b/>
        </w:rPr>
        <w:t xml:space="preserve">[19:23] </w:t>
      </w:r>
      <w:r>
        <w:t>So that is, I think, every English of you can understand from here. And Dr. Sahib, clearly, I am not a who in sincerity, ah, and truthfulness and patience can transfer not just one person, but entire community.</w:t>
      </w:r>
    </w:p>
    <w:p>
      <w:pPr>
        <w:jc w:val="right"/>
      </w:pPr>
      <w:r>
        <w:t>سودیٹاز،ائیتھنک،اویریبگلیسنوچویکینڈرافرامہیر۔ اینڈڈاکٹرصاحب،کلیئرلی،ائیمینہاؤسنسیرٹی ، اہ،اینڈٹروتھفلنس اینڈپیشنس کین ٹرانسفارمناٹجسٹون پرسن،بٹانٹائر کمیون</w:t>
      </w:r>
    </w:p>
    <w:p>
      <w:r>
        <w:rPr>
          <w:b/>
        </w:rPr>
        <w:t xml:space="preserve">[19:35] </w:t>
      </w:r>
      <w:r>
        <w:t>This is the example that we refer as a brutal life. Realizing, true. Doctor sahib, I want to bring you to the back campaign. It is considered as one of the most difficult and challenging phases of, you know, the last phase of Prophet's life. It took place in 630 AD, and it was so called as expedition of hardship, because it was so difficult with intense</w:t>
      </w:r>
    </w:p>
    <w:p>
      <w:pPr>
        <w:jc w:val="right"/>
      </w:pPr>
      <w:r>
        <w:t>ٹی۔یس،دسازدی ایگزیمپلدیٹویڈرائیوفرام ابوذرلائف۔ریلیامیزنگ،ٹرو۔ ڈاکٹرصاحب، ائیوانٹٹو برنگیوٹو دابک کیمپین۔اٹاز کنسیڈرڈایزونافداموسٹ ڈیفیکلٹاینڈچیلنجنگ فیزاف ،یونو،دالاسٹفیزافپرافٹسلائف۔اٹٹوکپلیسان 6 30 اےڈی، اینڈ اٹازالسوکالڈایز ایکسپیڈیشناف ہارڈشپ ،بیکازاٹوازسو ڈیفیکلٹ ود انٹینس</w:t>
      </w:r>
    </w:p>
    <w:p>
      <w:r>
        <w:rPr>
          <w:b/>
        </w:rPr>
        <w:t xml:space="preserve">[20:02] </w:t>
      </w:r>
      <w:r>
        <w:t>hit, and it was 700 kilometers away from Madina. So what did Prophet say about Abuzar during that book expedition?</w:t>
      </w:r>
    </w:p>
    <w:p>
      <w:pPr>
        <w:jc w:val="right"/>
      </w:pPr>
      <w:r>
        <w:t>ہیٹ، اینڈاٹواز7 00کلومیٹرزاوےفرام مدینہ۔ سوواٹ ڈیڈ پ رافٹ سے اباؤٹ ابوذر ڈورنگداتبوک ایکسپیڈی شن؟</w:t>
      </w:r>
    </w:p>
    <w:p>
      <w:r>
        <w:rPr>
          <w:b/>
        </w:rPr>
        <w:t xml:space="preserve">[20:12] </w:t>
      </w:r>
      <w:r>
        <w:t>And also, what did the Prophet say about him during the campaign?</w:t>
      </w:r>
    </w:p>
    <w:p>
      <w:pPr>
        <w:jc w:val="right"/>
      </w:pPr>
      <w:r>
        <w:t>اینڈ، اینڈالسو، واٹڈیڈداپرافٹسے اباؤٹہم ڈورنگدسکیمپین؟</w:t>
      </w:r>
    </w:p>
    <w:p>
      <w:r>
        <w:rPr>
          <w:b/>
        </w:rPr>
        <w:t xml:space="preserve">[20:18] </w:t>
      </w:r>
      <w:r>
        <w:t>Yaar, because he said, it was a very difficult, tough time and a very difficult journey. And soon after, Abuzar Radiallahuanh came to Madina with his tribe, that Tabuk expedition took place, and it was a very major expedition. And the Tabuk expedition was extremely difficult.</w:t>
      </w:r>
    </w:p>
    <w:p>
      <w:pPr>
        <w:jc w:val="right"/>
      </w:pPr>
      <w:r>
        <w:t>یار،بیکاز ایزیوسیڈ،اٹوازاویریڈیفیکلٹ ، ٹف ٹائم اینڈویریڈیفیکلٹجرنی۔ اینڈسونافٹر،ابوذررضیاللہعنہ کیمٹومدینہ ودہزٹرائب،دیتبوک ایکسپیڈیشن ٹوکپلیس، اینڈ اٹوازاویری میجر ایکسپیڈیشن ۔اینڈدی تبوک ایکسپیڈیشن واز ایکسٹریملیڈیفیکلٹ</w:t>
      </w:r>
    </w:p>
    <w:p>
      <w:r>
        <w:rPr>
          <w:b/>
        </w:rPr>
        <w:t xml:space="preserve">[20:42] </w:t>
      </w:r>
      <w:r>
        <w:t>. So the Prophet asked Sahaba to help them. What do you have? So all the Sahaba brought what you had, bring wealth and other things. And Abu Bakar Raziallahuanh was exceptional. He brought everything which he had, his entire wealth.</w:t>
      </w:r>
    </w:p>
    <w:p>
      <w:pPr>
        <w:jc w:val="right"/>
      </w:pPr>
      <w:r>
        <w:t>۔ سو داپرافٹ اسک ڈ صحابہ ٹوہیلپ دیم واٹایوردےکڈ ۔سو ال داصحابہ براٹ واٹایوردےکڈ،برنگ ویلتھ اینڈ ادرتھنگز ۔اینڈ اب وبکررضیاللہ عنہ وازایکسیپشنل۔ہیبراٹ ایوریتھنگوچہیہیڈ، ہزانٹائر ویلتھ ۔</w:t>
      </w:r>
    </w:p>
    <w:p>
      <w:r>
        <w:rPr>
          <w:b/>
        </w:rPr>
        <w:t xml:space="preserve">[21:04] </w:t>
      </w:r>
      <w:r>
        <w:t>So when the Prophet asked, "Why he had left nothing at home?" So Abu Bakar Radiallahu Anhu replied, "Allah and His Messenger in for me." So that was the kind of, ah, ah, sacrifice.</w:t>
      </w:r>
    </w:p>
    <w:p>
      <w:pPr>
        <w:jc w:val="right"/>
      </w:pPr>
      <w:r>
        <w:t>سو وینداپرافٹ اسک ڈ وائی ہیہیڈلیفٹنتھنگ، اہ، ایٹہوم ،سواب وبکررضیاللہعنہریپلائیڈ، "اللہاینڈہزمیسنجرار انففارمی۔"سو دیٹوازدی کائنڈاف ،اہ، اہ،سیکریفائس،</w:t>
      </w:r>
    </w:p>
    <w:p>
      <w:r>
        <w:rPr>
          <w:b/>
        </w:rPr>
        <w:t xml:space="preserve">[21:20] </w:t>
      </w:r>
      <w:r>
        <w:t>Ah, which Hazrat Abu Bakr has shown. So it was actually summertime, peak summertime, and very, very hot season.</w:t>
      </w:r>
    </w:p>
    <w:p>
      <w:pPr>
        <w:jc w:val="right"/>
      </w:pPr>
      <w:r>
        <w:t>اہ، وچ حضرتاب وبکر ہیزشون ۔سو اٹوازایکچولی سمرٹائم، پیکسمرٹائم، اینڈویریویریہاٹ سی</w:t>
      </w:r>
    </w:p>
    <w:p>
      <w:r>
        <w:rPr>
          <w:b/>
        </w:rPr>
        <w:t xml:space="preserve">[21:31] </w:t>
      </w:r>
      <w:r>
        <w:t>Then, and, ah, there was a famine as well. Okay. And, ah, also it was time for harvesting the crop.</w:t>
      </w:r>
    </w:p>
    <w:p>
      <w:pPr>
        <w:jc w:val="right"/>
      </w:pPr>
      <w:r>
        <w:t>زن۔ اینڈ ،اہ، دیروازافیمینایزویل۔ اوکے، اینڈ ،اہ، اہ،الس واٹوازٹائمفار ہارویسٹنگداکراپ۔</w:t>
      </w:r>
    </w:p>
    <w:p>
      <w:r>
        <w:rPr>
          <w:b/>
        </w:rPr>
        <w:t xml:space="preserve">[21:40] </w:t>
      </w:r>
      <w:r>
        <w:t>hum m, so very crucial and very difficult time. ah, still the prophet decided to go, ah, to Tabuk along with the Sahaba</w:t>
      </w:r>
    </w:p>
    <w:p>
      <w:pPr>
        <w:jc w:val="right"/>
      </w:pPr>
      <w:r>
        <w:t>ہم م،سو ویری کروشلاینڈویریڈیفیکلٹٹائم۔ اہ،اسٹلداپرافٹڈیسائیڈڈٹوگو، اہ،ٹوتبوک الونگوددی صح</w:t>
      </w:r>
    </w:p>
    <w:p>
      <w:r>
        <w:rPr>
          <w:b/>
        </w:rPr>
        <w:t xml:space="preserve">[21:49] </w:t>
      </w:r>
      <w:r>
        <w:t>abah. so during this journey, many people, ah, began giving excuses they could not, ah, come because of this reason and that reason.</w:t>
      </w:r>
    </w:p>
    <w:p>
      <w:pPr>
        <w:jc w:val="right"/>
      </w:pPr>
      <w:r>
        <w:t>ابہ۔ سو ڈیورنگدسجرنی، مینی پی پل، اہ،بیگن گیونگ ایکسکی وزز دی ٹویکڈناٹ ،اہ،کم بیکازاف دسریزن اینڈدیٹریزن۔</w:t>
      </w:r>
    </w:p>
    <w:p>
      <w:r>
        <w:rPr>
          <w:b/>
        </w:rPr>
        <w:t xml:space="preserve">[22:00] </w:t>
      </w:r>
      <w:r>
        <w:t>and the prophet accepted their excuses and allowed them to stay back. ah, those who were travelling in the hot, ah, weather, found the heat unbearable.</w:t>
      </w:r>
    </w:p>
    <w:p>
      <w:pPr>
        <w:jc w:val="right"/>
      </w:pPr>
      <w:r>
        <w:t>اینڈداپرافٹایکسیپٹڈدیرایکسکیوزز اینڈالاؤڈدیمٹوسٹےبیک ۔اہ،دوز ہو وارٹریولنگ اندی ہاٹ، اہ، ویدر، فاؤنڈداہیٹ انبیریبل۔</w:t>
      </w:r>
    </w:p>
    <w:p>
      <w:r>
        <w:rPr>
          <w:b/>
        </w:rPr>
        <w:t xml:space="preserve">[22:12] </w:t>
      </w:r>
      <w:r>
        <w:t>it was very difficult journey. so every night, some people quietly slipped away.</w:t>
      </w:r>
    </w:p>
    <w:p>
      <w:pPr>
        <w:jc w:val="right"/>
      </w:pPr>
      <w:r>
        <w:t>اٹوازویری ڈیفیکلٹ جرنی۔ سو ایورینائٹ،سمپیپلکوائٹلی سلپڈاوے۔</w:t>
      </w:r>
    </w:p>
    <w:p>
      <w:r>
        <w:rPr>
          <w:b/>
        </w:rPr>
        <w:t xml:space="preserve">[22:19] </w:t>
      </w:r>
      <w:r>
        <w:t>and in the morning, the prophet was informed that so and so had left, but the prophet said, "let's continue the journey." so from from time to time, the prophet was told that another person has left.</w:t>
      </w:r>
    </w:p>
    <w:p>
      <w:pPr>
        <w:jc w:val="right"/>
      </w:pPr>
      <w:r>
        <w:t>اندامار ننگ،دا پرافٹ واز انفارمڈدیٹسو اینڈسوہیڈلیفٹ ،بٹداپرافٹسیڈ،"لیٹسکنٹینیو دی جرنی ۔ "سو فرامفرامٹائمٹوٹائم،دی پرافٹواز ٹولڈدیٹانادرپرسنہیزلیفٹ۔</w:t>
      </w:r>
    </w:p>
    <w:p>
      <w:r>
        <w:rPr>
          <w:b/>
        </w:rPr>
        <w:t xml:space="preserve">[22:32] </w:t>
      </w:r>
      <w:r>
        <w:t>hmm, and the prophet said, "if there is good in him, Allah will, ah, ah, send him back, they will join us.</w:t>
      </w:r>
    </w:p>
    <w:p>
      <w:pPr>
        <w:jc w:val="right"/>
      </w:pPr>
      <w:r>
        <w:t>ہمم،اینڈ داپرافٹسیڈ،"افدیراز گڈانہم، اللہ ول ،اہ،اہ،سینڈہمبیک ،دےولجوائناس ۔</w:t>
      </w:r>
    </w:p>
    <w:p>
      <w:r>
        <w:rPr>
          <w:b/>
        </w:rPr>
        <w:t xml:space="preserve">[22:41] </w:t>
      </w:r>
      <w:r>
        <w:t>"so people noticed one day that abu dharr was missing.</w:t>
      </w:r>
    </w:p>
    <w:p>
      <w:pPr>
        <w:jc w:val="right"/>
      </w:pPr>
      <w:r>
        <w:t>"سو پیپلنوٹس ونڈےدیٹابوذراز مس نگ۔</w:t>
      </w:r>
    </w:p>
    <w:p>
      <w:r>
        <w:rPr>
          <w:b/>
        </w:rPr>
        <w:t xml:space="preserve">[22:46] </w:t>
      </w:r>
      <w:r>
        <w:t>so they said to the prophet, "ya Rasulullah, abu dharr is gone." so the prophet said, "if Allah sees any khair and good in him, Allah will cause him to reach us." so, ah, because they knew that abu dharr was not a hypocrite, so he was one of the first ones to come to the prophet.</w:t>
      </w:r>
    </w:p>
    <w:p>
      <w:pPr>
        <w:jc w:val="right"/>
      </w:pPr>
      <w:r>
        <w:t>سو دےسیڈٹوداپرافٹ،"یارسولاللہ،ابوذرہیزگون۔" سوداپرافٹسیڈ،"اف اللہ سیز اینیخیراینڈگڈ ان دیم، اللہ ول کازدیمٹوریچاس۔" سو، اہ، بیکازدےنیودیٹابوذرازناٹاہپوکریٹ، سوہیواز ونافدیفرسٹونسٹو کمٹوداپرافٹ۔</w:t>
      </w:r>
    </w:p>
    <w:p>
      <w:r>
        <w:rPr>
          <w:b/>
        </w:rPr>
        <w:t xml:space="preserve">[23:07] </w:t>
      </w:r>
      <w:r>
        <w:t>and the sahaba said that, "maybe he came back slow, or he was exhausted, or he became exhausted.</w:t>
      </w:r>
    </w:p>
    <w:p>
      <w:pPr>
        <w:jc w:val="right"/>
      </w:pPr>
      <w:r>
        <w:t>اینڈ دیصحابہسیڈ دیٹ ،" میبی دی کی مل بیکم سلو ، اورہیاز سم ایگزاسٹڈ،اور ہیازبیکم ایگزاسٹڈ۔</w:t>
      </w:r>
    </w:p>
    <w:p>
      <w:r>
        <w:rPr>
          <w:b/>
        </w:rPr>
        <w:t xml:space="preserve">[23:21] </w:t>
      </w:r>
      <w:r>
        <w:t>"so the prophet said, "okay, let's continue our journey." in reality, abu dharr had become weak due to such intense heat and harsh weather,</w:t>
      </w:r>
    </w:p>
    <w:p>
      <w:pPr>
        <w:jc w:val="right"/>
      </w:pPr>
      <w:r>
        <w:t>"سوداپرافٹسیڈ،"اوکے،لیٹس کنٹینیو اور جرنی۔" انریلیٹی، ابوذر کی مل ہیڈبیکم و یک ڈیوٹو سچا ےانٹینسہیٹ اینڈہارشویدر،</w:t>
      </w:r>
    </w:p>
    <w:p>
      <w:r>
        <w:rPr>
          <w:b/>
        </w:rPr>
        <w:t xml:space="preserve">[23:35] </w:t>
      </w:r>
      <w:r>
        <w:t>and his camel gave out due to thirst and fatigue. and his camel began to stumble and slow down. so abu dharr (RA) tried to move, move the camel, but it could not,</w:t>
      </w:r>
    </w:p>
    <w:p>
      <w:pPr>
        <w:jc w:val="right"/>
      </w:pPr>
      <w:r>
        <w:t>اینڈہز کیمل گیواؤٹ ڈیوٹو تھرسٹاینڈفٹیگ۔ اینڈہزکیملبیگنٹوسٹمبل اینڈسلوڈاؤن ۔سو ابو ذررضیاللہعنہٹرائیٹوموو، موودیکیمل،بٹ اٹکڈنٹ،</w:t>
      </w:r>
    </w:p>
    <w:p>
      <w:r>
        <w:rPr>
          <w:b/>
        </w:rPr>
        <w:t xml:space="preserve">[23:49] </w:t>
      </w:r>
      <w:r>
        <w:t>ah, to go any further. so Hazrat Abu (RA), Hazrat Abu Dharr (RA) was left behind, ah, the caravan.</w:t>
      </w:r>
    </w:p>
    <w:p>
      <w:pPr>
        <w:jc w:val="right"/>
      </w:pPr>
      <w:r>
        <w:t>اہ،اٹوڈناٹگواینیفردر۔ سو حضرتابو رضیاللہ، حضرتابوذررضیاللہ عنہ وازلیفٹ بیہائنڈ، اہ،دی کیرواں۔</w:t>
      </w:r>
    </w:p>
    <w:p>
      <w:r>
        <w:rPr>
          <w:b/>
        </w:rPr>
        <w:t xml:space="preserve">[23:59] </w:t>
      </w:r>
      <w:r>
        <w:t>so he got off the ca</w:t>
      </w:r>
    </w:p>
    <w:p>
      <w:pPr>
        <w:jc w:val="right"/>
      </w:pPr>
      <w:r>
        <w:t>سوہیگاٹ اف دی کی</w:t>
      </w:r>
    </w:p>
    <w:p>
      <w:r>
        <w:rPr>
          <w:b/>
        </w:rPr>
        <w:t xml:space="preserve">[24:01] </w:t>
      </w:r>
      <w:r>
        <w:t>mel, he took his belongings, and he left the camel behind, and he started walking as fast as could to catch up the caravan of the prophet.</w:t>
      </w:r>
    </w:p>
    <w:p>
      <w:pPr>
        <w:jc w:val="right"/>
      </w:pPr>
      <w:r>
        <w:t>مل،ہیٹوکالہز بیلانگنگز، اینڈہیلیفٹدیکیملبیہائنڈ، اینڈہیسٹارٹڈواکنگ ایزفاسٹ ایز کڈ ٹوکیچاپ دی کیرواںافدیپرافٹ۔</w:t>
      </w:r>
    </w:p>
    <w:p>
      <w:r>
        <w:rPr>
          <w:b/>
        </w:rPr>
        <w:t xml:space="preserve">[24:12] </w:t>
      </w:r>
      <w:r>
        <w:t>and next day, the sahaba saw, ah, ah, a man walking with a cloud of dust behind him.</w:t>
      </w:r>
    </w:p>
    <w:p>
      <w:pPr>
        <w:jc w:val="right"/>
      </w:pPr>
      <w:r>
        <w:t>اینڈنیکسٹڈے،دیصحابہ ساؤ، اہ، اہ، اےمین واکنگ ودداکلاؤڈاف ڈسٹ بیہائنڈہم۔</w:t>
      </w:r>
    </w:p>
    <w:p>
      <w:r>
        <w:rPr>
          <w:b/>
        </w:rPr>
        <w:t xml:space="preserve">[24:21] </w:t>
      </w:r>
      <w:r>
        <w:t>so he looked very weak, and he was stumbling from one side to another, ah, because in the harsh and difficult weather.</w:t>
      </w:r>
    </w:p>
    <w:p>
      <w:pPr>
        <w:jc w:val="right"/>
      </w:pPr>
      <w:r>
        <w:t>سو ہیلوکڈویریویک،اینڈہیوازسٹمبلنگفرامون سائیڈٹو انادر، اہ، بیکاز اندی ہارش اینڈڈیفیکلٹ ویدر۔</w:t>
      </w:r>
    </w:p>
    <w:p>
      <w:r>
        <w:rPr>
          <w:b/>
        </w:rPr>
        <w:t xml:space="preserve">[24:31] </w:t>
      </w:r>
      <w:r>
        <w:t>still, he continued walking towards the caravan. so prophet was told that, ah, ah, a person was coming towards him, and the prophet said, "can abu dharr, let it be abu dharr."</w:t>
      </w:r>
    </w:p>
    <w:p>
      <w:pPr>
        <w:jc w:val="right"/>
      </w:pPr>
      <w:r>
        <w:t>اسٹل،ہی کنٹینیو ڈواکنگٹورڈزدی کیرواں۔ سو پرافٹوازٹولڈدیٹ ،اہ، اہ، اےپرسنوازکمنگٹورڈزہم، اینڈداپرافٹسیڈ،"کن ابوذر، لیٹاٹبیابوذر۔"</w:t>
      </w:r>
    </w:p>
    <w:p>
      <w:r>
        <w:rPr>
          <w:b/>
        </w:rPr>
        <w:t xml:space="preserve">[24:44] </w:t>
      </w:r>
      <w:r>
        <w:t>so this was prophet's love for abu dharr (RA), and abu dharr was exceptional, because whenever the prophet asked the sahaba for help, he was always the first one to respond.</w:t>
      </w:r>
    </w:p>
    <w:p>
      <w:pPr>
        <w:jc w:val="right"/>
      </w:pPr>
      <w:r>
        <w:t>سودسواز پرافٹسلو فار ابوذررضیاللہعنہ، اینڈ ابوذرواز ایکسیپشنل،بیکاز وینایور داپرافٹاسک ڈ صحابہفار ہیلپ ، ہیوازالویز دیفرسٹون ٹوریسپانڈ۔</w:t>
      </w:r>
    </w:p>
    <w:p>
      <w:r>
        <w:rPr>
          <w:b/>
        </w:rPr>
        <w:t xml:space="preserve">[24:57] </w:t>
      </w:r>
      <w:r>
        <w:t>he would immediately say, "I will do what, I will do what." spirit Maulana kehte the</w:t>
      </w:r>
    </w:p>
    <w:p>
      <w:pPr>
        <w:jc w:val="right"/>
      </w:pPr>
      <w:r>
        <w:t>ہیوڈامیڈیٹلیسے،"ائیویلڈواٹ، ائیویلڈواٹ۔"اسپیریٹمول اناکہتےتھے</w:t>
      </w:r>
    </w:p>
    <w:p>
      <w:r>
        <w:rPr>
          <w:b/>
        </w:rPr>
        <w:t xml:space="preserve">[25:02] </w:t>
      </w:r>
      <w:r>
        <w:t>na? haanji, so that was very evident in abu dharr (RA) life. and during the expedition of tabuk, when the prophet asked who would take the camels to grazes, abu dharr stood up and volunteered.</w:t>
      </w:r>
    </w:p>
    <w:p>
      <w:pPr>
        <w:jc w:val="right"/>
      </w:pPr>
      <w:r>
        <w:t>نا؟ہاںجی، سودیٹواز ویریایویڈنٹان ابوذررضیاللہ عنہ لائف۔ اینڈڈیورنگ دی ایکسپیڈیشناف تبوک،ویندیپرافٹاسک ڈ ہو وڈ ٹیکدا کی ملز ٹوگریز، ابوذر سٹوڈاپاینڈ والنٹیئرڈ۔</w:t>
      </w:r>
    </w:p>
    <w:p>
      <w:r>
        <w:rPr>
          <w:b/>
        </w:rPr>
        <w:t xml:space="preserve">[25:18] </w:t>
      </w:r>
      <w:r>
        <w:t>and this same spirit of readiness was seen by, ah, Ali (RA) in an early pe</w:t>
      </w:r>
    </w:p>
    <w:p>
      <w:pPr>
        <w:jc w:val="right"/>
      </w:pPr>
      <w:r>
        <w:t>اینڈدیسیم سپرٹ اف ریڈینسواز سین بائے، اہ،علی رضیاللہ عنہ انارلیپی</w:t>
      </w:r>
    </w:p>
    <w:p>
      <w:r>
        <w:rPr>
          <w:b/>
        </w:rPr>
        <w:t xml:space="preserve">[25:26] </w:t>
      </w:r>
      <w:r>
        <w:t>riod. you remember when Rasulullah called all his, ah, ah, relatives and told them that he will help them? no one got up except Ali (RA).</w:t>
      </w:r>
    </w:p>
    <w:p>
      <w:pPr>
        <w:jc w:val="right"/>
      </w:pPr>
      <w:r>
        <w:t>ریڈ۔یوریممبر وین رسولاللہ کال ڈ ال ہز، اہ، اہ، ریلیٹوز اینڈ ٹولڈہمٹوہیلپہم ؟نو ون گاٹاپ ایکسیپٹ علی رضیاللہ عنہ۔</w:t>
      </w:r>
    </w:p>
    <w:p>
      <w:r>
        <w:rPr>
          <w:b/>
        </w:rPr>
        <w:t xml:space="preserve">[25:40] </w:t>
      </w:r>
      <w:r>
        <w:t>so it was also clearly seen in abu dharr life. so all the sahaba were filled with, ah, "I will do what" spirit.</w:t>
      </w:r>
    </w:p>
    <w:p>
      <w:pPr>
        <w:jc w:val="right"/>
      </w:pPr>
      <w:r>
        <w:t>سو اٹاز السوکلی ئرلیسین ان ابوذر لائف ۔ سو ال دی صحابہ وارفل ود، اہ ،"ائیویلڈواٹ"سپرٹ۔</w:t>
      </w:r>
    </w:p>
    <w:p>
      <w:r>
        <w:rPr>
          <w:b/>
        </w:rPr>
        <w:t xml:space="preserve">[25:52] </w:t>
      </w:r>
      <w:r>
        <w:t>Maulana kehte the, "I will do, I will do what" spirit.</w:t>
      </w:r>
    </w:p>
    <w:p>
      <w:pPr>
        <w:jc w:val="right"/>
      </w:pPr>
      <w:r>
        <w:t>مول اناکہتےتھے،"ائیویلڈو، ائیویلڈواٹ"سپرٹ۔</w:t>
      </w:r>
    </w:p>
    <w:p>
      <w:r>
        <w:rPr>
          <w:b/>
        </w:rPr>
        <w:t xml:space="preserve">[25:56] </w:t>
      </w:r>
      <w:r>
        <w:t>to soon they saw, ah, so clearly it was Abu Dharr, hmm, and they shouted to the Prophet, "Ya Rasulullah, it is Abu Dharr." So the Prophet was very happy that it was Abu Dharr, and he had reached them after a very difficult journey.</w:t>
      </w:r>
    </w:p>
    <w:p>
      <w:pPr>
        <w:jc w:val="right"/>
      </w:pPr>
      <w:r>
        <w:t>توسون دی صح ابہ ،اہ،ساؤکلیئرلیدیٹاٹوازابوذر، ہم م، اینڈدےشاؤٹڈٹوداپرافٹ،"یارسول اللہ ، اٹازابوذر۔" سوداپرافٹوازویریہی پی دیٹا ٹوازابوذر،اینڈ ہو ہیڈریچڈ دیمافٹراویری ڈیفیکلٹ جرنی۔</w:t>
      </w:r>
    </w:p>
    <w:p>
      <w:r>
        <w:rPr>
          <w:b/>
        </w:rPr>
        <w:t xml:space="preserve">[26:15] </w:t>
      </w:r>
      <w:r>
        <w:t>So he came in with full determination to join the Prophet, and the Prophet said beautiful words about Abuzar, rahma Allah, ah, Abuzar, yamshi wahdah, wa yamut wahdah, wa yub'ath wahdah.</w:t>
      </w:r>
    </w:p>
    <w:p>
      <w:pPr>
        <w:jc w:val="right"/>
      </w:pPr>
      <w:r>
        <w:t>سوہی کیم ان فٹ ودفل ڈیٹرمینیشنٹوجوائنداپرافٹ، اینڈدا پرافٹسیڈبیوٹیفل ور ڈزاباؤٹ ابوذر ،رحماللہ ، اہ،ابوذر، یمشی وحدہ ، و یموت وحدہ ، وی ب عث وحدہ۔</w:t>
      </w:r>
    </w:p>
    <w:p>
      <w:r>
        <w:rPr>
          <w:b/>
        </w:rPr>
        <w:t xml:space="preserve">[26:33] </w:t>
      </w:r>
      <w:r>
        <w:t>Ah, main Allah, ah, he will die alone, he will be raised alone in the judgment.</w:t>
      </w:r>
    </w:p>
    <w:p>
      <w:pPr>
        <w:jc w:val="right"/>
      </w:pPr>
      <w:r>
        <w:t>اہ،میںاللہ ، اہ، ہیومرسی انابوذر۔ہی واکسالون، ہیویلڈائیال ون، اینڈہیویلبی ریزڈالونانداڈےافججمنٹ۔</w:t>
      </w:r>
    </w:p>
    <w:p>
      <w:r>
        <w:rPr>
          <w:b/>
        </w:rPr>
        <w:t xml:space="preserve">[26:42] </w:t>
      </w:r>
      <w:r>
        <w:t>ah</w:t>
      </w:r>
    </w:p>
    <w:p>
      <w:pPr>
        <w:jc w:val="right"/>
      </w:pPr>
      <w:r>
        <w:t>اہ</w:t>
      </w:r>
    </w:p>
    <w:p>
      <w:r>
        <w:rPr>
          <w:b/>
        </w:rPr>
        <w:t xml:space="preserve">[26:43] </w:t>
      </w:r>
      <w:r>
        <w:t>, meaning, ah, he will be realized, ah, an unviable way, ah, ah, and the judgment.</w:t>
      </w:r>
    </w:p>
    <w:p>
      <w:pPr>
        <w:jc w:val="right"/>
      </w:pPr>
      <w:r>
        <w:t>،میننگ،اہ،ہیویلبیریزڈ، اہ،اناےانریبلوے، اہ، اہ،انداڈےاف ججمنٹ ۔</w:t>
      </w:r>
    </w:p>
    <w:p>
      <w:r>
        <w:rPr>
          <w:b/>
        </w:rPr>
        <w:t xml:space="preserve">[26:52] </w:t>
      </w:r>
      <w:r>
        <w:t>it's clearly a very unique personality, Dr. Sahab, would have independent, ah, you know, moral</w:t>
      </w:r>
    </w:p>
    <w:p>
      <w:pPr>
        <w:jc w:val="right"/>
      </w:pPr>
      <w:r>
        <w:t>اٹسکلیئرلیاویرییونیکپرسنیلٹی،ڈاکٹرصاحب،وددا انڈیپینڈ نٹ، اہ،یونو،مورل</w:t>
      </w:r>
    </w:p>
    <w:p>
      <w:r>
        <w:rPr>
          <w:b/>
        </w:rPr>
        <w:t xml:space="preserve">[26:57] </w:t>
      </w:r>
      <w:r>
        <w:t>character. And Abu Dharr would say, "Wohzpipl dit, ah, I am the closest to Prophet Muhammad and the judgment, because I heard him say, 'A person who departs from this worldly life and assumes the title of a life of ham.'"</w:t>
      </w:r>
    </w:p>
    <w:p>
      <w:pPr>
        <w:jc w:val="right"/>
      </w:pPr>
      <w:r>
        <w:t>کریکٹر ۔ اینڈ ابوذر، اہ،و ڈسےٹوہزپیپل دی ٹ،اہ،ائیایمداکلوز سٹ ٹو پرافٹ محمد انداڈےافججمنٹ،بیکازائیہیڈہمسے دیٹ،اہ، اپرسنہو ڈیپارٹسفرامدسورلڈلیلائف انداسیم سٹیٹدیٹائیلیفٹہم۔</w:t>
      </w:r>
    </w:p>
    <w:p>
      <w:r>
        <w:rPr>
          <w:b/>
        </w:rPr>
        <w:t xml:space="preserve">[27:15] </w:t>
      </w:r>
      <w:r>
        <w:t>he will be close to me and the judgement. And then, ah, Abu Zaid added, ah, alafiya you cling unto something expect me.</w:t>
      </w:r>
    </w:p>
    <w:p>
      <w:pPr>
        <w:jc w:val="right"/>
      </w:pPr>
      <w:r>
        <w:t>ہیویلبیکلوزسٹٹومیانداڈےافججمنٹ ۔ اینڈدین، اہ، ابوذرایڈڈدیٹ،اہ، الافیوہیوکلنگانٹوسمتھنگایکسیپٹ می ۔</w:t>
      </w:r>
    </w:p>
    <w:p>
      <w:r>
        <w:rPr>
          <w:b/>
        </w:rPr>
        <w:t xml:space="preserve">[27:24] </w:t>
      </w:r>
      <w:r>
        <w:t>sohiwazweri kluztopraf</w:t>
      </w:r>
    </w:p>
    <w:p>
      <w:pPr>
        <w:jc w:val="right"/>
      </w:pPr>
      <w:r>
        <w:t>سوہیوازویری کلوز ٹوپراف</w:t>
      </w:r>
    </w:p>
    <w:p>
      <w:r>
        <w:rPr>
          <w:b/>
        </w:rPr>
        <w:t xml:space="preserve">[27:27] </w:t>
      </w:r>
      <w:r>
        <w:t>the prophet, and of course, he exemplified his life the way you explained, Doctor Sahab, just now. Doctor Sahab, there are seven pieces of advice. It is said the prophet gave to Abu Dharr.</w:t>
      </w:r>
    </w:p>
    <w:p>
      <w:pPr>
        <w:jc w:val="right"/>
      </w:pPr>
      <w:r>
        <w:t>ٹ۔ہیلو پرافٹ، اینڈافکورس،ہی ایگزیمپلیفائیڈہزلائف داوےدیٹیو ایکسپلین،ڈاکٹرصاحب،جسٹناو۔ ڈاکٹرصاحب،دیرار سیونپیسزافایڈوائس۔اٹازسیڈدیٹپرافٹ گیوٹو ابوذر۔</w:t>
      </w:r>
    </w:p>
    <w:p>
      <w:r>
        <w:rPr>
          <w:b/>
        </w:rPr>
        <w:t xml:space="preserve">[27:40] </w:t>
      </w:r>
      <w:r>
        <w:t>What are these seven pieces of advice? Please tell us about it. Yeah, the prophet gave seven pieces of advice to him, and he himself narrated these advices.</w:t>
      </w:r>
    </w:p>
    <w:p>
      <w:pPr>
        <w:jc w:val="right"/>
      </w:pPr>
      <w:r>
        <w:t>واٹواردوز سیون پیسزافایڈوائس؟پلیزٹیلاساباؤٹاٹ۔ یار، داپرافٹ گیو سیونپیسزافایڈوائس ٹوہم، اینڈ ہی ہمسیلف نیریٹڈ د یس ایڈوائسز۔</w:t>
      </w:r>
    </w:p>
    <w:p>
      <w:r>
        <w:rPr>
          <w:b/>
        </w:rPr>
        <w:t xml:space="preserve">[27:55] </w:t>
      </w:r>
      <w:r>
        <w:t>so he said, he used to say, "O sani khaleelam inazmaifriend heyzadwaismi." right? So unless my friend Sahabi used to say these words, "my friend" instead of saying, "the prophet has given me." So he said, "my friend commanded me with seven things,</w:t>
      </w:r>
    </w:p>
    <w:p>
      <w:pPr>
        <w:jc w:val="right"/>
      </w:pPr>
      <w:r>
        <w:t>سو ہیسیڈ، ہییوزٹوسے ،"اوسانیخلیلیمی نزمائیفرینڈہیزایڈوائز می ۔" رائٹ؟سو اونلیسمافدیصحابہیوزٹو سے دیزورڈز،"مائیفرینڈ "انسٹیڈافسین گز، "دا پرافٹ ہیز گیون می۔" سوہیسیڈ،"مائیفرینڈ کمانڈڈمی ود سیونتھنگز،</w:t>
      </w:r>
    </w:p>
    <w:p>
      <w:r>
        <w:rPr>
          <w:b/>
        </w:rPr>
        <w:t xml:space="preserve">[28:16] </w:t>
      </w:r>
      <w:r>
        <w:t>and the first advice was, "Love the poor and stay close to them."</w:t>
      </w:r>
    </w:p>
    <w:p>
      <w:pPr>
        <w:jc w:val="right"/>
      </w:pPr>
      <w:r>
        <w:t>اینڈدیفرسٹایڈوائسواز لو دا پوراینڈ سٹےکلوزٹودیم۔"</w:t>
      </w:r>
    </w:p>
    <w:p>
      <w:r>
        <w:rPr>
          <w:b/>
        </w:rPr>
        <w:t xml:space="preserve">[28:21] </w:t>
      </w:r>
      <w:r>
        <w:t>and Abu Bakr Radiallah Anh became the pillar of dawah. The pillar felt too close to him. And the second advice was, "Look at those who are believe, not those who are above you." Right? And if you look at those who have less, your heart feels content.</w:t>
      </w:r>
    </w:p>
    <w:p>
      <w:pPr>
        <w:jc w:val="right"/>
      </w:pPr>
      <w:r>
        <w:t>اینڈ اب وبکررضیاللہ عنہبیکم ڈیپلیلو ڈبائےداپور۔ داپورفیلٹویریکلوزٹوہم ۔اینڈدیسیکنڈایڈوائسواز،"لوکایٹ دوز ہواربیلویو، ناٹدوزہوار اباؤیو۔" رائٹ؟اینڈافیولوکایٹدوزہو ہیو لیس ،یورہارٹفیل کنٹینٹ۔</w:t>
      </w:r>
    </w:p>
    <w:p>
      <w:r>
        <w:rPr>
          <w:b/>
        </w:rPr>
        <w:t xml:space="preserve">[28:41] </w:t>
      </w:r>
      <w:r>
        <w:t>and if you look at the human world thing, then you will never feel satisfy</w:t>
      </w:r>
    </w:p>
    <w:p>
      <w:pPr>
        <w:jc w:val="right"/>
      </w:pPr>
      <w:r>
        <w:t>اینڈافیولوکایٹدوز ہو ار مور ،ہوہیومورورلڈلیتھنگ، دین یوویل نیورفیل سیٹسفائیڈ</w:t>
      </w:r>
    </w:p>
    <w:p>
      <w:r>
        <w:rPr>
          <w:b/>
        </w:rPr>
        <w:t xml:space="preserve">[28:48] </w:t>
      </w:r>
      <w:r>
        <w:t>. So the prophet told her, look, if do you anything. When you see people in hardship, your heart becomes grateful.</w:t>
      </w:r>
    </w:p>
    <w:p>
      <w:pPr>
        <w:jc w:val="right"/>
      </w:pPr>
      <w:r>
        <w:t>۔ سوداپرافٹٹولڈہم ٹولوکایٹدوزہو ہیونتھنگ۔ وینیوسی پیپل ان ہارڈشپ،یورہارٹ بیکم زگریٹفل ۔</w:t>
      </w:r>
    </w:p>
    <w:p>
      <w:r>
        <w:rPr>
          <w:b/>
        </w:rPr>
        <w:t xml:space="preserve">[28:58] </w:t>
      </w:r>
      <w:r>
        <w:t>The Prophet himself lived with this mindset, and he made a beautiful dua, "Allahumma miskina, O Allah let me live like a poor man,</w:t>
      </w:r>
    </w:p>
    <w:p>
      <w:pPr>
        <w:jc w:val="right"/>
      </w:pPr>
      <w:r>
        <w:t>دیپرافٹہمسیلف لیوڈ وددس مائنڈسیٹ ،اینڈ ہیمیڈابیوٹیفلدعا، "اللہ مس کینا، اواللہ لیٹمیلیو لائکاپورمین،</w:t>
      </w:r>
    </w:p>
    <w:p>
      <w:r>
        <w:rPr>
          <w:b/>
        </w:rPr>
        <w:t xml:space="preserve">[29:14] </w:t>
      </w:r>
      <w:r>
        <w:t>miskina,</w:t>
      </w:r>
    </w:p>
    <w:p>
      <w:pPr>
        <w:jc w:val="right"/>
      </w:pPr>
      <w:r>
        <w:t>مس کینا،</w:t>
      </w:r>
    </w:p>
    <w:p>
      <w:r>
        <w:rPr>
          <w:b/>
        </w:rPr>
        <w:t xml:space="preserve">[29:17] </w:t>
      </w:r>
      <w:r>
        <w:t>andletmidiaiizapurman,</w:t>
      </w:r>
    </w:p>
    <w:p>
      <w:pPr>
        <w:jc w:val="right"/>
      </w:pPr>
      <w:r>
        <w:t>اینڈلیٹمیڈائیایزاپورمین،</w:t>
      </w:r>
    </w:p>
    <w:p>
      <w:r>
        <w:rPr>
          <w:b/>
        </w:rPr>
        <w:t xml:space="preserve">[29:21] </w:t>
      </w:r>
      <w:r>
        <w:t>fi almasakin, and agreement among the people and adjustment. "</w:t>
      </w:r>
    </w:p>
    <w:p>
      <w:pPr>
        <w:jc w:val="right"/>
      </w:pPr>
      <w:r>
        <w:t>فی المس اکین، اینڈگیدرمی امنگداپور انداڈےافججمنٹ ۔ "سواٹسوی</w:t>
      </w:r>
    </w:p>
    <w:p>
      <w:r>
        <w:rPr>
          <w:b/>
        </w:rPr>
        <w:t xml:space="preserve">[29:30] </w:t>
      </w:r>
      <w:r>
        <w:t>reaching dua. The prophet lived a very simple life, which we cannot imagine today.</w:t>
      </w:r>
    </w:p>
    <w:p>
      <w:pPr>
        <w:jc w:val="right"/>
      </w:pPr>
      <w:r>
        <w:t>ری ٹچنگ دعا۔ دیپرافٹ لیوڈ اویریسمپللائف دیٹویکینناٹامیجن ٹوڈے۔</w:t>
      </w:r>
    </w:p>
    <w:p>
      <w:r>
        <w:rPr>
          <w:b/>
        </w:rPr>
        <w:t xml:space="preserve">[29:39] </w:t>
      </w:r>
      <w:r>
        <w:t>azandi hadisaf Aishahraziallah anhha, we read that sometimes the prophet didn't have anything to eat, and sometimes he would come from the Fajr prayer and ask Aishahraziallah anhha, "Is there anything to eat?" And she would say, "No, there isn't anything to eat." So the prophet would say, "Then I am fasting today." Hmm.</w:t>
      </w:r>
    </w:p>
    <w:p>
      <w:pPr>
        <w:jc w:val="right"/>
      </w:pPr>
      <w:r>
        <w:t>ایز اندی حدیثاف عائشہرضیاللہعنہا، ویریڈ دیٹسم ٹائمزداپرافٹہیڈنتھنگ ایٹہومٹوایٹ، اینڈسمٹائمزہیوڈکمفرامدیفجر پریئر اینڈاسک عائشہرضیاللہعنہا،"ازدیراینیتھنگٹوایٹ ؟"اینڈشیوڈسے،"نو،دیرازنتھنگٹوایٹ۔" سوداپرافٹوڈسے،"دینائیایمفاسٹنگٹوڈے۔"ہمم۔</w:t>
      </w:r>
    </w:p>
    <w:p>
      <w:r>
        <w:rPr>
          <w:b/>
        </w:rPr>
        <w:t xml:space="preserve">[30:01] </w:t>
      </w:r>
      <w:r>
        <w:t>and next day, the prophet asked the same question, "is there any thing to eat?"</w:t>
      </w:r>
    </w:p>
    <w:p>
      <w:pPr>
        <w:jc w:val="right"/>
      </w:pPr>
      <w:r>
        <w:t>اینڈنیکسٹڈے،داپرافٹاسک داسیمکوسچن،"از دیراینیتھنگٹوایٹ؟"</w:t>
      </w:r>
    </w:p>
    <w:p>
      <w:r>
        <w:rPr>
          <w:b/>
        </w:rPr>
        <w:t xml:space="preserve">[30:06] </w:t>
      </w:r>
      <w:r>
        <w:t>and Aisha Radiallah Anha would say, "We had only bread and vinegar." So the prophet put the bread and the vinegar, and he starts eating.</w:t>
      </w:r>
    </w:p>
    <w:p>
      <w:pPr>
        <w:jc w:val="right"/>
      </w:pPr>
      <w:r>
        <w:t>اینڈ عائشہرضیاللہعن ہا وڈسے ،"ویہیواونلیبریڈ اینڈ وینیگر۔" سوداپرافٹ ڈپدابریڈانداوینیگر،اینڈہیسٹارٹسایٹنگ۔</w:t>
      </w:r>
    </w:p>
    <w:p>
      <w:r>
        <w:rPr>
          <w:b/>
        </w:rPr>
        <w:t xml:space="preserve">[30:16] </w:t>
      </w:r>
      <w:r>
        <w:t>and who'd say, "When he gets like curry, and home with the vinegar, there's no need of curry." So he was so positive, so positive a look and gratitude.</w:t>
      </w:r>
    </w:p>
    <w:p>
      <w:pPr>
        <w:jc w:val="right"/>
      </w:pPr>
      <w:r>
        <w:t>اینڈہیوڈسے ،"وینیگرازلائک کری۔" اناہوم ویر دیراز وینیگر،دیرازنونیڈ اف کری۔ سوہیوازسوپوزیٹیو، سوپوزیٹیواؤٹلوک اینڈگریٹیٹیوڈ۔</w:t>
      </w:r>
    </w:p>
    <w:p>
      <w:r>
        <w:rPr>
          <w:b/>
        </w:rPr>
        <w:t xml:space="preserve">[30:29] </w:t>
      </w:r>
      <w:r>
        <w:t>There is a hadith that the poor will enter Paradise 500 years before the rich, so because the rich people will be giving their account.</w:t>
      </w:r>
    </w:p>
    <w:p>
      <w:pPr>
        <w:jc w:val="right"/>
      </w:pPr>
      <w:r>
        <w:t>دیراز ا حدیث دیٹدا پور ویل انٹر پیراڈائز 5 00ایئرزبیفوردارچ، سوب یکازدارچپیپلویلبی گیونگدیراکاؤنٹ۔</w:t>
      </w:r>
    </w:p>
    <w:p>
      <w:r>
        <w:rPr>
          <w:b/>
        </w:rPr>
        <w:t xml:space="preserve">[30:43] </w:t>
      </w:r>
      <w:r>
        <w:t>so datweil, disazaweri</w:t>
      </w:r>
    </w:p>
    <w:p>
      <w:pPr>
        <w:jc w:val="right"/>
      </w:pPr>
      <w:r>
        <w:t>سو دیٹویل، دسازاویری</w:t>
      </w:r>
    </w:p>
    <w:p>
      <w:r>
        <w:rPr>
          <w:b/>
        </w:rPr>
        <w:t xml:space="preserve">[30:50] </w:t>
      </w:r>
      <w:r>
        <w:t>scary hadith. Yes. And this is because they had a high accountability. They will go straight.</w:t>
      </w:r>
    </w:p>
    <w:p>
      <w:pPr>
        <w:jc w:val="right"/>
      </w:pPr>
      <w:r>
        <w:t>سکیریحدیث۔ یس۔ اینڈ دسازبیکاز دےہارڈلیہیواینیاکاؤنٹیبل ٹی۔دےویلگوسٹریٹ</w:t>
      </w:r>
    </w:p>
    <w:p>
      <w:r>
        <w:rPr>
          <w:b/>
        </w:rPr>
        <w:t xml:space="preserve">[30:57] </w:t>
      </w:r>
      <w:r>
        <w:t>.and will, actually will that's not be done itself, but we should spend money only in need and good causes.</w:t>
      </w:r>
    </w:p>
    <w:p>
      <w:pPr>
        <w:jc w:val="right"/>
      </w:pPr>
      <w:r>
        <w:t>۔اینڈویلتھ،ایکچولیویلتھازناٹ بیڈاناٹسیلف ،بٹ ونشوڈ سپینڈ منی اونلی ان نی ڈ اینڈگڈکازز۔</w:t>
      </w:r>
    </w:p>
    <w:p>
      <w:r>
        <w:rPr>
          <w:b/>
        </w:rPr>
        <w:t xml:space="preserve">[31:08] </w:t>
      </w:r>
      <w:r>
        <w:t>and today, the best use of wealth is to spend in conveying the message of the Quran to people. And the Prophet told Abu Dharr Radiyallahu Anhu, "Do not look at those above you, look at those who are below you in material sense."</w:t>
      </w:r>
    </w:p>
    <w:p>
      <w:pPr>
        <w:jc w:val="right"/>
      </w:pPr>
      <w:r>
        <w:t>اینڈٹوڈے،دیبیسٹ یوزاف ویلتھازٹوسپینڈان کنوےدی میسجاف دا قر ان ٹوپیپل ۔اینڈ دا پرافٹ ٹولڈ ابوذررضیاللہ عنہ، "ڈوناٹلوکایٹدوز اباؤیو، لوکایٹدوزہواربیلویو ان مٹیریلسینس۔"</w:t>
      </w:r>
    </w:p>
    <w:p>
      <w:r>
        <w:rPr>
          <w:b/>
        </w:rPr>
        <w:t xml:space="preserve">[31:27] </w:t>
      </w:r>
      <w:r>
        <w:t>and an adar adwaisdaprafatgiwtto abuzarraziallah anhwaz tomenten familietiz. people often value others based on wealth and social status.</w:t>
      </w:r>
    </w:p>
    <w:p>
      <w:pPr>
        <w:jc w:val="right"/>
      </w:pPr>
      <w:r>
        <w:t>اینڈانادرایڈوائسداپرافٹگیوٹو ابوذررضیاللہعنہواز ٹومینٹین فیملیٹائز۔ پیپل افن ویلیو ادر بیسڈان ویلتھاینڈسوشل سٹیٹس۔</w:t>
      </w:r>
    </w:p>
    <w:p>
      <w:r>
        <w:rPr>
          <w:b/>
        </w:rPr>
        <w:t xml:space="preserve">[31:41] </w:t>
      </w:r>
      <w:r>
        <w:t>de give importance to da will de and ignore, ignore those who hay anything. but the prophet said, "reconnect ties even if they turn away from you."</w:t>
      </w:r>
    </w:p>
    <w:p>
      <w:pPr>
        <w:jc w:val="right"/>
      </w:pPr>
      <w:r>
        <w:t>دےگیوامپورٹنس ٹودا ویلدی اینڈاگنوردا ، اگنوردوزہو ہیونتھنگ۔ بٹداپرافٹ سیڈ،"ریکonnect ٹائز ایوناف دے ٹرناوے فر امیو۔"</w:t>
      </w:r>
    </w:p>
    <w:p>
      <w:r>
        <w:rPr>
          <w:b/>
        </w:rPr>
        <w:t xml:space="preserve">[31:53] </w:t>
      </w:r>
      <w:r>
        <w:t>In another narration, the Prophet said that Allah increases life of a person who reconnects familiarities. Cutting ties is not considered good in Islam.</w:t>
      </w:r>
    </w:p>
    <w:p>
      <w:pPr>
        <w:jc w:val="right"/>
      </w:pPr>
      <w:r>
        <w:t>ان انادرنیریشن،داپرافٹسیڈ دیٹاللہ انکریز لائف اف اپرسنہو ریکonnect فیملیٹائز۔ کٹنگٹائزازناٹ کنسیڈر ڈگڈ ان اسلام ۔</w:t>
      </w:r>
    </w:p>
    <w:p>
      <w:r>
        <w:rPr>
          <w:b/>
        </w:rPr>
        <w:t xml:space="preserve">[32:05] </w:t>
      </w:r>
      <w:r>
        <w:t>and Allah may lengthen your life span if you join kinship and reconnect relations.</w:t>
      </w:r>
    </w:p>
    <w:p>
      <w:pPr>
        <w:jc w:val="right"/>
      </w:pPr>
      <w:r>
        <w:t>اینڈ اللہ می لینتھن یور لائف سپین افیوجو ائن کن شپاینڈ ریکonnect ریلیشنز۔</w:t>
      </w:r>
    </w:p>
    <w:p>
      <w:r>
        <w:rPr>
          <w:b/>
        </w:rPr>
        <w:t xml:space="preserve">[32:14] </w:t>
      </w:r>
      <w:r>
        <w:t>And in an other advice, the Prophet sallallahu alaihi wasallam gave to Abu Dharr, "Do not ask anyone for anything."</w:t>
      </w:r>
    </w:p>
    <w:p>
      <w:pPr>
        <w:jc w:val="right"/>
      </w:pPr>
      <w:r>
        <w:t>اینڈ ان انادر ایڈوائس،دی پرافٹ صلیاللہعلیہوسلم گیوٹو ابوذرواز،"ڈوناٹ اسک اینیونفار اینیتھ</w:t>
      </w:r>
    </w:p>
    <w:p>
      <w:r>
        <w:rPr>
          <w:b/>
        </w:rPr>
        <w:t xml:space="preserve">[32:23] </w:t>
      </w:r>
      <w:r>
        <w:t>ing." Hum. The Prophet also commanded him to speak that truth in front of a tyrant. And Abu Dharr was exceptional among the Sahaba to speak that truth.</w:t>
      </w:r>
    </w:p>
    <w:p>
      <w:pPr>
        <w:jc w:val="right"/>
      </w:pPr>
      <w:r>
        <w:t>نگ۔"ہم م۔ دا پرافٹ السوکمانڈڈہمٹوسپیک داٹرتھایونافاٹازبٹر۔ اینڈابوذروازایکسیپشنلامنگداصحابہٹوسپیک داٹرتھ۔</w:t>
      </w:r>
    </w:p>
    <w:p>
      <w:r>
        <w:rPr>
          <w:b/>
        </w:rPr>
        <w:t xml:space="preserve">[32:34] </w:t>
      </w:r>
      <w:r>
        <w:t>Now among the Sahaba, speak that truth as openly as Abu Dharr Radiallah Anh. Even he debated with a Khalifa like Muawiyah, who was governor of Syria.</w:t>
      </w:r>
    </w:p>
    <w:p>
      <w:pPr>
        <w:jc w:val="right"/>
      </w:pPr>
      <w:r>
        <w:t>نوون امنگداصحابہ سپوکداٹرتھ ایز اوپنلیایز ابوذررضیاللہعنہ۔ ایونہیہیڈ ڈیبیٹسود الائکاف معاویہ، ہوواز ہوواز گورن ر اف سیریا۔</w:t>
      </w:r>
    </w:p>
    <w:p>
      <w:r>
        <w:rPr>
          <w:b/>
        </w:rPr>
        <w:t xml:space="preserve">[32:48] </w:t>
      </w:r>
      <w:r>
        <w:t>and Syria today is not a very big country, but at that time it was a very huge country.</w:t>
      </w:r>
    </w:p>
    <w:p>
      <w:pPr>
        <w:jc w:val="right"/>
      </w:pPr>
      <w:r>
        <w:t>اینڈسیریا ٹوڈےازناٹاویریبگکنٹری،بٹایٹدیٹٹائماٹوازویریہیوجکنٹری۔</w:t>
      </w:r>
    </w:p>
    <w:p>
      <w:r>
        <w:rPr>
          <w:b/>
        </w:rPr>
        <w:t xml:space="preserve">[32:53] </w:t>
      </w:r>
      <w:r>
        <w:t>because Lebanon and Jordan and all the countries were part of, and that was called Bilad al-Sham. So Syria was a big country at that time. And he also had discussions with Usman Radiallah Anh on these subjects.</w:t>
      </w:r>
    </w:p>
    <w:p>
      <w:pPr>
        <w:jc w:val="right"/>
      </w:pPr>
      <w:r>
        <w:t>بیکازال دی لب نان اینڈجارڈناینڈالمینیکنٹریزوار پارٹاف ،اینڈاٹوازکالڈبل اد الشام۔ سوسیریاوازابگکنٹریایٹدیٹٹائم۔اینڈہیالسوہیڈ ڈسک شنزود عثمانرضیاللہعنہان دیز سبجیکٹس۔</w:t>
      </w:r>
    </w:p>
    <w:p>
      <w:r>
        <w:rPr>
          <w:b/>
        </w:rPr>
        <w:t xml:space="preserve">[33:09] </w:t>
      </w:r>
      <w:r>
        <w:t>So Prophet told him, "Do not fear, speak the truth." Yaar, "Do not care about what people say."</w:t>
      </w:r>
    </w:p>
    <w:p>
      <w:pPr>
        <w:jc w:val="right"/>
      </w:pPr>
      <w:r>
        <w:t>سو پرافٹٹولڈہم ،"ڈوناٹفیئر، سپیک داٹرتھ۔ "یار،"ڈوناٹکیئرواٹاباؤٹ واٹپیپلسے ۔</w:t>
      </w:r>
    </w:p>
    <w:p>
      <w:r>
        <w:rPr>
          <w:b/>
        </w:rPr>
        <w:t xml:space="preserve">[33:17] </w:t>
      </w:r>
      <w:r>
        <w:t>"So, the last advice the Prophet Muhammad Sallallahu Alaihi Wasallam gave him was to recite, "La hawla wala quwwata illa billah al-Ali al-Azim." And the Prophet said, "This is a treasure from beneath the Throne of Allah."</w:t>
      </w:r>
    </w:p>
    <w:p>
      <w:pPr>
        <w:jc w:val="right"/>
      </w:pPr>
      <w:r>
        <w:t>" سو دیلاسٹ ایڈوائسدا پرافٹمحمد صلیاللہعلیہوسلمگیوہم وازٹو ریسائیٹ،"لاحولولا قوۃالا باللہ العلی العظیم۔" اینڈداپرافٹسیڈ،"دساز اٹریژرفرام بیلیوداتھرونافاللہ</w:t>
      </w:r>
    </w:p>
    <w:p>
      <w:r>
        <w:rPr>
          <w:b/>
        </w:rPr>
        <w:t xml:space="preserve">[33:32] </w:t>
      </w:r>
      <w:r>
        <w:t>reciting, "La hawla wala quwwata" doesn't mean just repeating words without spirit, because it means realizing deeply that there is no power and no strength except through Allah.</w:t>
      </w:r>
    </w:p>
    <w:p>
      <w:pPr>
        <w:jc w:val="right"/>
      </w:pPr>
      <w:r>
        <w:t>۔" ریسائٹنگ، "لاحول ولاقوۃالاباللہ"ڈزنٹمین جسٹریپیٹنگ ورڈز وداؤٹ سپرٹ، بیکاز اٹمینز ریلائزنگ ڈیپلی دی ٹ دیرازنو پ اوراینڈنو سٹرینتھ ایکسیپٹ تھرواللہ ۔</w:t>
      </w:r>
    </w:p>
    <w:p>
      <w:r>
        <w:rPr>
          <w:b/>
        </w:rPr>
        <w:t xml:space="preserve">[33:51] </w:t>
      </w:r>
      <w:r>
        <w:t>So this feeling makes a person rely on God for all problems. It humbles a person and keeps the heart connected to God.</w:t>
      </w:r>
    </w:p>
    <w:p>
      <w:pPr>
        <w:jc w:val="right"/>
      </w:pPr>
      <w:r>
        <w:t>سو دسفیلنگمیکس اپرسن ریلائی گاڈ فار ال پرابلمز۔ ان ان انان اٹہمبلز اپرسن اینڈکیپس دیہارٹ کنیکٹڈٹوگاڈ۔</w:t>
      </w:r>
    </w:p>
    <w:p>
      <w:r>
        <w:rPr>
          <w:b/>
        </w:rPr>
        <w:t xml:space="preserve">[34:06] </w:t>
      </w:r>
      <w:r>
        <w:t>Doctor Sahib, there was also one incident that happened between Hazrat Abu Zar and Hazrat Bilal, and there was a great lesson to be learned from it.</w:t>
      </w:r>
    </w:p>
    <w:p>
      <w:pPr>
        <w:jc w:val="right"/>
      </w:pPr>
      <w:r>
        <w:t>ڈاکٹرصاحب،دیرازالسو ون انسیڈنٹدیٹہیپنبٹوین حضرتابوذراینڈحضرت بلال ، اینڈ دیرازاگریٹلیسن دیٹ ابوذرلرنفراماٹ ۔</w:t>
      </w:r>
    </w:p>
    <w:p>
      <w:r>
        <w:rPr>
          <w:b/>
        </w:rPr>
        <w:t xml:space="preserve">[34:15] </w:t>
      </w:r>
      <w:r>
        <w:t>Please tell us about the incident as well. Yaar, this is an important lesson.</w:t>
      </w:r>
    </w:p>
    <w:p>
      <w:pPr>
        <w:jc w:val="right"/>
      </w:pPr>
      <w:r>
        <w:t>پلیزٹیلاساباؤٹدیٹانسیڈنٹایزویل۔ یار، دساز ا امپورٹنٹلی سن ۔</w:t>
      </w:r>
    </w:p>
    <w:p>
      <w:r>
        <w:rPr>
          <w:b/>
        </w:rPr>
        <w:t xml:space="preserve">[34:22] </w:t>
      </w:r>
      <w:r>
        <w:t>There is an important lesson in this incident. Once Abu Dharr radiallah anh got into an argument with a black man, who was probably Bilal radiallah anh, but that is not definite.</w:t>
      </w:r>
    </w:p>
    <w:p>
      <w:pPr>
        <w:jc w:val="right"/>
      </w:pPr>
      <w:r>
        <w:t>دیرازا امپورٹنٹلیسنان دس انسیڈنٹ۔ ونس ابوذر رضیاللہ عنہگاٹانٹواین ارگیومنٹ ودابلیک مین، ہو واز پروبیبلبل الرضیاللہ عنہ،بٹاٹازناٹ ڈیفینیٹ۔</w:t>
      </w:r>
    </w:p>
    <w:p>
      <w:r>
        <w:rPr>
          <w:b/>
        </w:rPr>
        <w:t xml:space="preserve">[34:36] </w:t>
      </w:r>
      <w:r>
        <w:t>So during the argument, Abuzar said to him, "Yibn Saudah, O son of a black woman."</w:t>
      </w:r>
    </w:p>
    <w:p>
      <w:pPr>
        <w:jc w:val="right"/>
      </w:pPr>
      <w:r>
        <w:t>سو ڈیورنگدا ارگیومنٹ ، ابوذر سیڈ ٹوہم ،"یبنسودا، او دیسن اف ابلیکوومن۔</w:t>
      </w:r>
    </w:p>
    <w:p>
      <w:r>
        <w:rPr>
          <w:b/>
        </w:rPr>
        <w:t xml:space="preserve">[34:45] </w:t>
      </w:r>
      <w:r>
        <w:t>"So Bilal felt hurt by this statement, and he went to the Prophet and complained.</w:t>
      </w:r>
    </w:p>
    <w:p>
      <w:pPr>
        <w:jc w:val="right"/>
      </w:pPr>
      <w:r>
        <w:t>"سوبلالفیل ٹہرٹ بائی دس سٹیٹمنٹ،اینڈہیوینٹٹوداپرافٹاینڈکمپلینٹ۔</w:t>
      </w:r>
    </w:p>
    <w:p>
      <w:r>
        <w:rPr>
          <w:b/>
        </w:rPr>
        <w:t xml:space="preserve">[34:52] </w:t>
      </w:r>
      <w:r>
        <w:t>Bilal said, "Ya Rasulullah, Abuzar insulted my mother." So the Prophet became very angry at Abuzar, and Prophet told him, "You still have some traits of jahiliyah, that is of ignorance."</w:t>
      </w:r>
    </w:p>
    <w:p>
      <w:pPr>
        <w:jc w:val="right"/>
      </w:pPr>
      <w:r>
        <w:t>بلالسیڈ،"یارسولاللہ،ابوذر انسلٹڈمیتھرومائیمد ر۔ "سوداپرافٹبیکمویریاینگری ایٹابوذر بیہیویئر، اینڈ پرافٹٹولڈہم ،"یوسٹلہیوسم ٹریٹسافجاہلیہ ،داڈیزافاگنورنس۔</w:t>
      </w:r>
    </w:p>
    <w:p>
      <w:r>
        <w:rPr>
          <w:b/>
        </w:rPr>
        <w:t xml:space="preserve">[35:08] </w:t>
      </w:r>
      <w:r>
        <w:t>and the Prophet said, "This is the attitude of jahiliyah." And he said, "You really insulted him."</w:t>
      </w:r>
    </w:p>
    <w:p>
      <w:pPr>
        <w:jc w:val="right"/>
      </w:pPr>
      <w:r>
        <w:t>"اینڈداپرافٹسیڈ،"دساز دی ایٹیٹیوڈافجاہلیہ۔" اینڈ ہی سیڈ،"یوریلی انسلٹڈہ زمد</w:t>
      </w:r>
    </w:p>
    <w:p>
      <w:r>
        <w:rPr>
          <w:b/>
        </w:rPr>
        <w:t xml:space="preserve">[35:17] </w:t>
      </w:r>
      <w:r>
        <w:t>r. "so dus meed abuzar felt very bad and ashamed that he realized that he had been admonished by none other than the prophet. so he made repentance in a very beautiful way.</w:t>
      </w:r>
    </w:p>
    <w:p>
      <w:pPr>
        <w:jc w:val="right"/>
      </w:pPr>
      <w:r>
        <w:t>ر۔ "سو دس میڈ ابوذر فیلٹ ویری بیڈاینڈاشیمڈ دیٹ ہی ریلائزدیٹ ہی ہیڈبین ایڈمن ڈشبائی نانادردینداپرافٹ ۔سوہی میڈ ریپینٹنس اناویریبیوٹیفلوے۔</w:t>
      </w:r>
    </w:p>
    <w:p>
      <w:r>
        <w:rPr>
          <w:b/>
        </w:rPr>
        <w:t xml:space="preserve">[35:31] </w:t>
      </w:r>
      <w:r>
        <w:t>hmm, he showed complete humility.</w:t>
      </w:r>
    </w:p>
    <w:p>
      <w:pPr>
        <w:jc w:val="right"/>
      </w:pPr>
      <w:r>
        <w:t>ہمم،ہی شوکم پلیٹہومیلی ٹی۔</w:t>
      </w:r>
    </w:p>
    <w:p>
      <w:r>
        <w:rPr>
          <w:b/>
        </w:rPr>
        <w:t xml:space="preserve">[35:34] </w:t>
      </w:r>
      <w:r>
        <w:t>he learned a deep and lifelong lesson from this, and abuzar (r.a.) went out and laid down on the ground. hmm, and he said, "i will not stand until places his feet on my chest." amazing! what he meant was, "let them humiliate me as i humiliated him."</w:t>
      </w:r>
    </w:p>
    <w:p>
      <w:pPr>
        <w:jc w:val="right"/>
      </w:pPr>
      <w:r>
        <w:t>ہی لرنڈ اڈیپ اینڈلائف لانگ لیسن فرامدس، اینڈ ابوذررضیاللہعنہوینٹ اؤٹ اینڈ لیڈاؤنانداگراؤنڈ ۔ہم م،اینڈ ہیسیڈ، "ائیویلناٹ اسٹینڈ انٹلبل الپلیسزہزفٹان مائیچیسٹ۔" امیزنگ!وا ٹہیمینٹواز، "لیٹہمہیومیلیٹمی ایزائیہیومیلیٹڈہم۔"</w:t>
      </w:r>
    </w:p>
    <w:p>
      <w:r>
        <w:rPr>
          <w:b/>
        </w:rPr>
        <w:t xml:space="preserve">[36:00] </w:t>
      </w:r>
      <w:r>
        <w:t>bilal refused to do that, and he lifted his hand and embraced him. and this moment deeply affected abuzar (r.a.).</w:t>
      </w:r>
    </w:p>
    <w:p>
      <w:pPr>
        <w:jc w:val="right"/>
      </w:pPr>
      <w:r>
        <w:t>بلالریفیوزٹوڈودیٹ،اینڈہیلفٹڈودہزہینڈ اینڈ ایمبریسڈہم۔ اینڈ دس مومنٹ ڈیپلی ایفیکٹڈ ابوذر رضیاللہ عنہ۔</w:t>
      </w:r>
    </w:p>
    <w:p>
      <w:r>
        <w:rPr>
          <w:b/>
        </w:rPr>
        <w:t xml:space="preserve">[36:10] </w:t>
      </w:r>
      <w:r>
        <w:t>from then onward, he took great care of the slaves and the weaker people. one day, he was walking with one of his slaves, and both of them were wearing exactly the same dress.</w:t>
      </w:r>
    </w:p>
    <w:p>
      <w:pPr>
        <w:jc w:val="right"/>
      </w:pPr>
      <w:r>
        <w:t>فرامدینانورڈ، ہی ٹوگریٹ کی ئر اف اف دا سلیوز اینڈداویکرپیپل ۔ون ڈے، ہیوازواکنگود ونافہزسلیوز، اینڈبوتھاف دیموار ویئرنگ ایکسیٹلی داسیم ڈریس۔</w:t>
      </w:r>
    </w:p>
    <w:p>
      <w:r>
        <w:rPr>
          <w:b/>
        </w:rPr>
        <w:t xml:space="preserve">[36:28] </w:t>
      </w:r>
      <w:r>
        <w:t>they were wearing identical dress. so someone said, "your servant one is dressed better than you." so abuzar (r.a.) said, "i once insulted a mother of a believer, and the prophet told me, 'you are a man of jahiliyyah.' " so that immediately sincested me forever.</w:t>
      </w:r>
    </w:p>
    <w:p>
      <w:pPr>
        <w:jc w:val="right"/>
      </w:pPr>
      <w:r>
        <w:t>دےوارویئرنگائیڈینٹیکلڈریس۔ سو سمپیپلسیڈ،"یور سر ونٹ از ڈریسڈبیٹردینیو۔" سو ابوذررضیاللہعنہسیز،"ائی ونس انسلٹڈامینتھروہز مد ر، اینڈداپرافٹٹولڈمی،'یوارامینافجاہلیہ۔' "سودیٹلی سن سٹیڈودمیفار ایور۔</w:t>
      </w:r>
    </w:p>
    <w:p>
      <w:r>
        <w:rPr>
          <w:b/>
        </w:rPr>
        <w:t xml:space="preserve">[36:47] </w:t>
      </w:r>
      <w:r>
        <w:t>and the prophet also said in another hadith, "your servants are your brothers." this means treat them as equals,</w:t>
      </w:r>
    </w:p>
    <w:p>
      <w:pPr>
        <w:jc w:val="right"/>
      </w:pPr>
      <w:r>
        <w:t>اینڈداپرافٹالسوسیڈان ادرحدیث ،"یور سرونٹساریوربرادرز۔" دس مینز ٹریٹدیم ایزایک ولز،</w:t>
      </w:r>
    </w:p>
    <w:p>
      <w:r>
        <w:rPr>
          <w:b/>
        </w:rPr>
        <w:t xml:space="preserve">[36:56] </w:t>
      </w:r>
      <w:r>
        <w:t>honor them and respect them. and the prophet told abuzar that, "those who are under your command are given to you by god." and he said, "treat them as your brothers, feed them what you eat, dress them as you dress.</w:t>
      </w:r>
    </w:p>
    <w:p>
      <w:pPr>
        <w:jc w:val="right"/>
      </w:pPr>
      <w:r>
        <w:t>انردیم اینڈریسپیکٹ دیم ۔اینڈداپرافٹ ٹولڈابوذردیٹ،"دوز ہو ار انڈریور کمانڈارگیون ٹویوبائیگاڈ۔" اینڈہیسیڈ،"ٹریٹدیم ایزیوربرادرز، فیڈدیمواٹیوایٹ، ڈریسدیمایزیوڈریس۔</w:t>
      </w:r>
    </w:p>
    <w:p>
      <w:r>
        <w:rPr>
          <w:b/>
        </w:rPr>
        <w:t xml:space="preserve">[37:13] </w:t>
      </w:r>
      <w:r>
        <w:t>"and if you give, a very important point, if you give your servant a hard task, help him in that task</w:t>
      </w:r>
    </w:p>
    <w:p>
      <w:pPr>
        <w:jc w:val="right"/>
      </w:pPr>
      <w:r>
        <w:t>"اینڈافیوگیو، اٹسویریامپورٹنٹپوائنٹ،افیوگیو یور سرونٹا ہارڈٹاسک ،ہیلپ ہم اندیٹٹاس</w:t>
      </w:r>
    </w:p>
    <w:p>
      <w:r>
        <w:rPr>
          <w:b/>
        </w:rPr>
        <w:t xml:space="preserve">[37:21] </w:t>
      </w:r>
      <w:r>
        <w:t>k. and after this incident, abuzar (r.a.) became known for freeing slaves, and this became his habit throughout his life. and there's a famous hadith in which the prophet said, "there is no virtue of a person whose skin is over a person of black skin except by taqwa</w:t>
      </w:r>
    </w:p>
    <w:p>
      <w:pPr>
        <w:jc w:val="right"/>
      </w:pPr>
      <w:r>
        <w:t>ک۔ اینڈ افٹر دس انسیڈنٹ، ابوذر رضیاللہعنہبیکمنوونفار فرینگسلیوز، اینڈ دس بیکمہز ہیبٹ تھرواؤٹہز لائف ۔اینڈ دیرازافیمسحدیث انوچداپرافٹسیڈ، "دیراز نو ورچوافاپرسن ودوائٹسکن اوور ا پرسنودبلیک سکن ایکسیپٹ بائیتق</w:t>
      </w:r>
    </w:p>
    <w:p>
      <w:r>
        <w:rPr>
          <w:b/>
        </w:rPr>
        <w:t xml:space="preserve">[37:48] </w:t>
      </w:r>
      <w:r>
        <w:t>wa." and this hadith was narrated by abuzar as well. so the prophet also said about abuzar, "ma qallat al-ghabra' wa la azallat al-khadra' azdaqa lahjatan min abi dharr.</w:t>
      </w:r>
    </w:p>
    <w:p>
      <w:pPr>
        <w:jc w:val="right"/>
      </w:pPr>
      <w:r>
        <w:t>وی۔" اینڈدسحدیثواز نیریٹڈبائےابوذرایزویل۔ سوداپرافٹالسوسیڈ اباؤٹ ابوذر، " ما اق لت الغبراء ولا از لت الخضراء اصدق لہجۃ من ابی ذر۔</w:t>
      </w:r>
    </w:p>
    <w:p>
      <w:r>
        <w:rPr>
          <w:b/>
        </w:rPr>
        <w:t xml:space="preserve">[38:09] </w:t>
      </w:r>
      <w:r>
        <w:t>"neither the earth carried nor the sky shaded anyone more truthful in speech than abuzar</w:t>
      </w:r>
    </w:p>
    <w:p>
      <w:pPr>
        <w:jc w:val="right"/>
      </w:pPr>
      <w:r>
        <w:t>"نائدردیارتھکیریڈ ناٹدا سکائی شیڈڈاین یون مور ٹرتھفل ان سپیچدین ابوذر</w:t>
      </w:r>
    </w:p>
    <w:p>
      <w:r>
        <w:rPr>
          <w:b/>
        </w:rPr>
        <w:t xml:space="preserve">[38:18] </w:t>
      </w:r>
      <w:r>
        <w:t>(r.a.). so this shows that, although he was admonished by the prophet, still he rose to such a high rank.</w:t>
      </w:r>
    </w:p>
    <w:p>
      <w:pPr>
        <w:jc w:val="right"/>
      </w:pPr>
      <w:r>
        <w:t>رضیاللہعنہ۔ سو دسشوزدیٹ ،الد و ہیواز ایڈمن ڈش بائےدا پرافٹ، سٹلہی ریزٹو سچاہائیرینک۔</w:t>
      </w:r>
    </w:p>
    <w:p>
      <w:r>
        <w:rPr>
          <w:b/>
        </w:rPr>
        <w:t xml:space="preserve">[38:28] </w:t>
      </w:r>
      <w:r>
        <w:t>and the prophet himself praised him in such strong and honorable words. right! and doctor sahib, it also anaway demonstrates that islam rejects racism, and how prophet showed zero tolerance towards prejudice.</w:t>
      </w:r>
    </w:p>
    <w:p>
      <w:pPr>
        <w:jc w:val="right"/>
      </w:pPr>
      <w:r>
        <w:t>اینڈداپرافٹہمسیلف پریز ڈہم ان سچ سٹرونگ اینڈ انریبل ورڈز۔ رائٹ! اینڈڈاکٹرصاحب،اٹالسواناوے ڈیمونسٹریٹدیٹ اسلام ریجیکٹس ریسزم، اینڈہاؤ پرافٹ شو زیروٹولرنسٹورڈز پریجوڈس۔</w:t>
      </w:r>
    </w:p>
    <w:p>
      <w:r>
        <w:rPr>
          <w:b/>
        </w:rPr>
        <w:t xml:space="preserve">[38:46] </w:t>
      </w:r>
      <w:r>
        <w:t>a believer should immediately accept his or her mistake. maulana wahiduddin khan sahib used to inculcate this spirit and all of us that, "you know, your conditioning process will not start, or your self purification process will stop, unless you immediately say that i was wrong." in fact, he would say that, "say that i made a blunder.</w:t>
      </w:r>
    </w:p>
    <w:p>
      <w:pPr>
        <w:jc w:val="right"/>
      </w:pPr>
      <w:r>
        <w:t>ابیلیورشوڈامیڈیٹلی ایکسیپٹ ہزاورہرمسٹیک۔ مول انا وحیدالدینخانصاحبیوزٹو انکل کیٹدسسپرٹانالافاس دیٹ، "یونو،یورڈیکنڈیشننگپروسیسولناٹسٹارٹ ،اوریورسیلفپیوریفیکیشن پروسیسولسٹاپ ،انلیسیوامیڈیٹلیسےدیٹ ائیوازرونگ۔" انفیکٹ،ہیوڈسےدیٹ، "سےدیٹائیمیڈابلنڈر۔</w:t>
      </w:r>
    </w:p>
    <w:p>
      <w:r>
        <w:rPr>
          <w:b/>
        </w:rPr>
        <w:t xml:space="preserve">[39:07] </w:t>
      </w:r>
      <w:r>
        <w:t>"so this is very important, and</w:t>
      </w:r>
    </w:p>
    <w:p>
      <w:pPr>
        <w:jc w:val="right"/>
      </w:pPr>
      <w:r>
        <w:t>"سو دساز ویری امپورٹنٹ،این</w:t>
      </w:r>
    </w:p>
    <w:p>
      <w:r>
        <w:rPr>
          <w:b/>
        </w:rPr>
        <w:t xml:space="preserve">[39:10] </w:t>
      </w:r>
      <w:r>
        <w:t>and these are like amazing lessons, doctor sahib, that you are sharing with us from the life of abuzar. there is one tradition that i read about him, it's really amazing that one person goes to his house, and you know, he started looking around, and he actually found nothing, because he was like a zuhd, as you explained.</w:t>
      </w:r>
    </w:p>
    <w:p>
      <w:pPr>
        <w:jc w:val="right"/>
      </w:pPr>
      <w:r>
        <w:t>ڈدیزارلائکامیزنگلیسنز،ڈاکٹرصاحب،دیٹیو ارشیئرنگوداس فر امدی لائفاف ابوذر۔ دیرازون ٹریڈیشن دیٹ ائی ریڈاباؤٹہم،اٹسریلیامیزنگدی ٹ و نس اپرسن گوزٹوہزہاؤس،اینڈیونو،ہی سٹارٹڈلوکنگاراؤنڈ، اینڈہیایکچولیفائنڈزنتھنگ،بیکازہیوازلائکاٹروزاہد،ایزیوایکسپلینڈ۔</w:t>
      </w:r>
    </w:p>
    <w:p>
      <w:r>
        <w:rPr>
          <w:b/>
        </w:rPr>
        <w:t xml:space="preserve">[39:30] </w:t>
      </w:r>
      <w:r>
        <w:t>so he asked abuzar that, "where are your belongings?" and he said, "they are in another house where we send the good belongings</w:t>
      </w:r>
    </w:p>
    <w:p>
      <w:pPr>
        <w:jc w:val="right"/>
      </w:pPr>
      <w:r>
        <w:t>سوہیاسک ڈ ابوذردیٹ،"ویئراریوربیلانگنگز؟ "اینڈہیسیڈ، "دےارانادر ہاؤسویرویسینڈداگڈبیلانگنگ</w:t>
      </w:r>
    </w:p>
    <w:p>
      <w:r>
        <w:rPr>
          <w:b/>
        </w:rPr>
        <w:t xml:space="preserve">[39:38] </w:t>
      </w:r>
      <w:r>
        <w:t>z." so the man says, "but you need something to live your life." so to that, abuzar said that, "the owner of this house will not let us stay indefinitely." so in a way, abuzar was reminding the man that, "in this world, we are like tenants, we are not the owner, and whatever we have,</w:t>
      </w:r>
    </w:p>
    <w:p>
      <w:pPr>
        <w:jc w:val="right"/>
      </w:pPr>
      <w:r>
        <w:t>ز۔" سو دی مینسیز،"بٹ یوڈونیڈ سمتھنگ ٹولیو یورلائف ۔ "سوٹودیٹ،ابوذر سیڈ دیٹ،"دی اونرافدسہاؤسولناٹلیٹاسسٹےانڈیفینیٹلی۔" سو ان اوے، ابو ذرواز ریمائنڈنگدا میندیٹ،" اندسورلڈ،ویارلائک ٹیننٹ،ویارناٹدیاونر، اینڈواٹایوروی ہیو،</w:t>
      </w:r>
    </w:p>
    <w:p>
      <w:r>
        <w:rPr>
          <w:b/>
        </w:rPr>
        <w:t xml:space="preserve">[39:59] </w:t>
      </w:r>
      <w:r>
        <w:t>we will leave behind, but what we give, it is sent ahead</w:t>
      </w:r>
    </w:p>
    <w:p>
      <w:pPr>
        <w:jc w:val="right"/>
      </w:pPr>
      <w:r>
        <w:t>ویوللیوبیہائنڈ ، بٹواٹایوروی گیو، اٹاز سینٹاہ</w:t>
      </w:r>
    </w:p>
    <w:p>
      <w:r>
        <w:rPr>
          <w:b/>
        </w:rPr>
        <w:t xml:space="preserve">[40:04] </w:t>
      </w:r>
      <w:r>
        <w:t>y." so it's really amazing that, "you know, how he led his life clearly demonstrated that how we should also apply those principles in our life." big!</w:t>
      </w:r>
    </w:p>
    <w:p>
      <w:pPr>
        <w:jc w:val="right"/>
      </w:pPr>
      <w:r>
        <w:t>یڈ۔" سواٹسریلیامیزنگدیٹ، "یونو،ہاؤہی لیڈہز لائف کلیئرلیڈیمونسٹریٹ دیٹہاؤویشوڈ السو اپلائیدوزپرنسپلز ان اناور لائف۔" بگ!</w:t>
      </w:r>
    </w:p>
    <w:p>
      <w:r>
        <w:rPr>
          <w:b/>
        </w:rPr>
        <w:t xml:space="preserve">[40:17] </w:t>
      </w:r>
      <w:r>
        <w:t>yaar, absolutely! doctor sahib, that brings us to the last question of this session today, and this is a moving explanation of how abuzar departed from this world.</w:t>
      </w:r>
    </w:p>
    <w:p>
      <w:pPr>
        <w:jc w:val="right"/>
      </w:pPr>
      <w:r>
        <w:t>یار،ایبسولیوٹلی! ڈاکٹرصاحب،دیٹبرنگزاسٹو دا لاسٹکوسچنافداسیشنٹوڈے، اینڈدسازاموونگایکسپلینی شناف ہاؤ ابوذر ڈیپارٹڈفرامدس ورلڈ۔</w:t>
      </w:r>
    </w:p>
    <w:p>
      <w:r>
        <w:rPr>
          <w:b/>
        </w:rPr>
        <w:t xml:space="preserve">[40:29] </w:t>
      </w:r>
      <w:r>
        <w:t>please tell us about that. yaar, you are right, very moving.</w:t>
      </w:r>
    </w:p>
    <w:p>
      <w:pPr>
        <w:jc w:val="right"/>
      </w:pPr>
      <w:r>
        <w:t>پلیز ٹیلاساباؤٹدیٹ۔ یار، یواررائٹ،ویریموونگ۔</w:t>
      </w:r>
    </w:p>
    <w:p>
      <w:r>
        <w:rPr>
          <w:b/>
        </w:rPr>
        <w:t xml:space="preserve">[40:34] </w:t>
      </w:r>
      <w:r>
        <w:t>during the lifetime of the prophet muhammad (peace be upon him), abuzar was known for his honesty, for zuhd, for renunciation, for abstinence, for deep devotion to god.</w:t>
      </w:r>
    </w:p>
    <w:p>
      <w:pPr>
        <w:jc w:val="right"/>
      </w:pPr>
      <w:r>
        <w:t>ڈیورنگدی لائفٹائمافدی پرافٹمحمد صلیاللہعلیہوسلم، ابوذر وازنونفار اہفاراونس ٹی،فار زہد، فار رینونسیشن ،فار ابسٹیننس،فار ڈیپ ڈیوشنٹوگاڈ۔</w:t>
      </w:r>
    </w:p>
    <w:p>
      <w:r>
        <w:rPr>
          <w:b/>
        </w:rPr>
        <w:t xml:space="preserve">[40:48] </w:t>
      </w:r>
      <w:r>
        <w:t>and years passed, the prophet left the world, and islam spread to many lands. so countries like syria, as i mentioned, which was called bilad al-sham, came under muslim rule.</w:t>
      </w:r>
    </w:p>
    <w:p>
      <w:pPr>
        <w:jc w:val="right"/>
      </w:pPr>
      <w:r>
        <w:t>اینڈایئرز پاس، داپرافٹلیفٹداورلڈ ،اینڈ اسلام سپریڈٹومینی لینڈز۔ سو کنٹریزلائکسیریا،ایزائیمینشنڈ، اہوچوازکالڈبل ادالشام، کیمانڈرمسلم ر</w:t>
      </w:r>
    </w:p>
    <w:p>
      <w:r>
        <w:rPr>
          <w:b/>
        </w:rPr>
        <w:t xml:space="preserve">[41:01] </w:t>
      </w:r>
      <w:r>
        <w:t>wa'l. and unlike ah today, the area of syria enduresed this was to big, and a wealth began to flow into madina. so abu dharr (r.a.) could not find comfort in sudden abandon of riches, and he he preferred a life of simplicity and attachment for the sake of</w:t>
      </w:r>
    </w:p>
    <w:p>
      <w:pPr>
        <w:jc w:val="right"/>
      </w:pPr>
      <w:r>
        <w:t>ول ۔ اینڈانلائک اہ ٹوڈے، داایریاافسیریا اندوزڈیزوازٹوبگ ،اینڈ اہ ویلتھ بیگنٹوفلو انٹو مدینہ ۔سو ابوذر رضیاللہعنہکڈناٹفائنڈکمفرٹانسڈن ابینڈ نساف ریچز، اینڈہی ہی پریفرڈ الائفاف سمپلیس ٹی اینڈ اٹیچمنٹ فار دا سیکاف</w:t>
      </w:r>
    </w:p>
    <w:p>
      <w:r>
        <w:rPr>
          <w:b/>
        </w:rPr>
        <w:t xml:space="preserve">[41:26] </w:t>
      </w:r>
      <w:r>
        <w:t>god. so he moved to a remote place outside madina, which was called ar-rabdhah. ah it was on the road of madina to iraq.</w:t>
      </w:r>
    </w:p>
    <w:p>
      <w:pPr>
        <w:jc w:val="right"/>
      </w:pPr>
      <w:r>
        <w:t>گاڈ ۔سوہیموو ٹو اریموٹپلیس اؤٹسائیڈ مدینہ،وچازکالڈ الربدہ۔ اہاٹوازا ٹوازانداروڈاف مدینہٹوعراق ۔</w:t>
      </w:r>
    </w:p>
    <w:p>
      <w:r>
        <w:rPr>
          <w:b/>
        </w:rPr>
        <w:t xml:space="preserve">[41:40] </w:t>
      </w:r>
      <w:r>
        <w:t>so he lived there with his wife and servant, ah far away from people, and their house was almost</w:t>
      </w:r>
    </w:p>
    <w:p>
      <w:pPr>
        <w:jc w:val="right"/>
      </w:pPr>
      <w:r>
        <w:t>سوہیلیوڈدیر ودہز وائف اینڈاسرونٹ، اہ فار اوے فر ام پیپل ،اینڈ دیرہاؤس واز الم</w:t>
      </w:r>
    </w:p>
    <w:p>
      <w:r>
        <w:rPr>
          <w:b/>
        </w:rPr>
        <w:t xml:space="preserve">[41:51] </w:t>
      </w:r>
      <w:r>
        <w:t>was empty. he was also said that, a visitor asked, "where are your possessions?" and abu dharr replied, "we have another house to which we have sent all our possessions, meaning the hereafter." so his life was a true embodiment of zuhd, abstinence and simple</w:t>
      </w:r>
    </w:p>
    <w:p>
      <w:pPr>
        <w:jc w:val="right"/>
      </w:pPr>
      <w:r>
        <w:t>وسٹ ایمپٹی۔ایزیوالسو سیڈدی ٹ،اوزیٹر اسکڈ،"ویئراریورپوزیشنز؟ "اینڈابوذرریپلائیڈ،"ویہیو انادرہاؤس ٹووچویہیو سینٹال اور پوزیشن، میننگدی ہیرافٹر۔" سوہزلائفواز اٹرو ایمبارڈمنٹاف زہد، اب سٹیننس اینڈ سمپلیس</w:t>
      </w:r>
    </w:p>
    <w:p>
      <w:r>
        <w:rPr>
          <w:b/>
        </w:rPr>
        <w:t xml:space="preserve">[42:12] </w:t>
      </w:r>
      <w:r>
        <w:t>city. he lived in that area for a few years, and when he grew old, ah he told his wife that he would pass away soon.</w:t>
      </w:r>
    </w:p>
    <w:p>
      <w:pPr>
        <w:jc w:val="right"/>
      </w:pPr>
      <w:r>
        <w:t>ٹی۔ ہی لیوڈ ان دیٹایریافار افیوایئرز ،اینڈوینہی گرو اولڈ ، اہہی ٹولڈہزوائفدیٹ ہیوڈپاس اوےسون۔</w:t>
      </w:r>
    </w:p>
    <w:p>
      <w:r>
        <w:rPr>
          <w:b/>
        </w:rPr>
        <w:t xml:space="preserve">[42:22] </w:t>
      </w:r>
      <w:r>
        <w:t>and he said that the prophet had informed him that a group of believers, ah would find him and pray his janazah.</w:t>
      </w:r>
    </w:p>
    <w:p>
      <w:pPr>
        <w:jc w:val="right"/>
      </w:pPr>
      <w:r>
        <w:t>اینڈہیسیڈ دیٹ پرافٹہیڈانفارمڈہم دیٹاگروپاف بیلیورز ،اہوڈفائنڈہم اینڈپریہز جنازہ۔</w:t>
      </w:r>
    </w:p>
    <w:p>
      <w:r>
        <w:rPr>
          <w:b/>
        </w:rPr>
        <w:t xml:space="preserve">[42:31] </w:t>
      </w:r>
      <w:r>
        <w:t>ah when the time came, he asked his wife to wash him, wrap him in a shroud, and ah ah place his body outside his house.</w:t>
      </w:r>
    </w:p>
    <w:p>
      <w:pPr>
        <w:jc w:val="right"/>
      </w:pPr>
      <w:r>
        <w:t>اہ وینداٹائمکیم، ہی اسک ڈہزوائفٹو واشہم،ریپہم ان اشراؤڈ، اینڈ ا ہ اہپلیسہزباڈی اؤٹسائیڈ ہز ہاؤس۔</w:t>
      </w:r>
    </w:p>
    <w:p>
      <w:r>
        <w:rPr>
          <w:b/>
        </w:rPr>
        <w:t xml:space="preserve">[42:43] </w:t>
      </w:r>
      <w:r>
        <w:t>and that exactly happened when he passed away. only his wife and servant was there. they did ghusl and put the shroud on him, and they put the body outside the house.</w:t>
      </w:r>
    </w:p>
    <w:p>
      <w:pPr>
        <w:jc w:val="right"/>
      </w:pPr>
      <w:r>
        <w:t>اینڈ دیٹایکسیٹلی ہیپن ڈوینہی پاسڈاوے۔ اونلیہزوائف اینڈسرونٹوازدیر ۔ دے ڈیڈ غسل اینڈ پٹداشراؤڈ انہم،اینڈدے پٹداباڈیاؤٹسائیڈداہاؤس۔</w:t>
      </w:r>
    </w:p>
    <w:p>
      <w:r>
        <w:rPr>
          <w:b/>
        </w:rPr>
        <w:t xml:space="preserve">[42:57] </w:t>
      </w:r>
      <w:r>
        <w:t>so on the same day, a caravan came, and look who was in the caravan, none other than the great sahabi abdullah ibn mas'ud.</w:t>
      </w:r>
    </w:p>
    <w:p>
      <w:pPr>
        <w:jc w:val="right"/>
      </w:pPr>
      <w:r>
        <w:t>سوانداسیم ڈے،ا ےکیرو مہ کم ز، اینڈ لوک ہو و از اندا کیرومہ،نانادردینداگریٹصح ابی عبداللہابن مسعود۔</w:t>
      </w:r>
    </w:p>
    <w:p>
      <w:r>
        <w:rPr>
          <w:b/>
        </w:rPr>
        <w:t xml:space="preserve">[43:19] </w:t>
      </w:r>
      <w:r>
        <w:t>abdullah ibn mas'ud was the sixty percent follower of prophet, and abu dharr (r.a.) was the fifty percent follower.</w:t>
      </w:r>
    </w:p>
    <w:p>
      <w:pPr>
        <w:jc w:val="right"/>
      </w:pPr>
      <w:r>
        <w:t>عبداللہابن مس عود وازداسکسٹھپرسنٹ و فالوداپرافٹ، اینڈابوذر رضیاللہعنہوازداففتھپرسنٹوفالو۔</w:t>
      </w:r>
    </w:p>
    <w:p>
      <w:r>
        <w:rPr>
          <w:b/>
        </w:rPr>
        <w:t xml:space="preserve">[43:28] </w:t>
      </w:r>
      <w:r>
        <w:t>so this is all by the will of god. so this caravan was coming from iraq, probably with iraqi people, and they were going for umrah.</w:t>
      </w:r>
    </w:p>
    <w:p>
      <w:pPr>
        <w:jc w:val="right"/>
      </w:pPr>
      <w:r>
        <w:t>سو دسازال بائیداول افگاڈ۔ سو دس کیرومہ وازکمنگفرام عراق ، پروبیبلی ود عراقیپیپل ،اینڈ دےوارگوئنگفار عمر ہ۔</w:t>
      </w:r>
    </w:p>
    <w:p>
      <w:r>
        <w:rPr>
          <w:b/>
        </w:rPr>
        <w:t xml:space="preserve">[43:42] </w:t>
      </w:r>
      <w:r>
        <w:t>and they saw a woman with the body, and the caravan stopped.</w:t>
      </w:r>
    </w:p>
    <w:p>
      <w:pPr>
        <w:jc w:val="right"/>
      </w:pPr>
      <w:r>
        <w:t>اینڈدےساؤ اوومن ودداباڈی، اینڈ دا کیرومہاسٹاپڈ ۔</w:t>
      </w:r>
    </w:p>
    <w:p>
      <w:r>
        <w:rPr>
          <w:b/>
        </w:rPr>
        <w:t xml:space="preserve">[43:49] </w:t>
      </w:r>
      <w:r>
        <w:t>so when abu ibn mas'ud (r.a.) came to know that it was the body of abu dharr, ibn mas'ud began to weep uncontrollably,</w:t>
      </w:r>
    </w:p>
    <w:p>
      <w:pPr>
        <w:jc w:val="right"/>
      </w:pPr>
      <w:r>
        <w:t>سو وین ابو ابن مسعودرضیاللہ عنہکیمٹونو دیٹاٹواز باڈیاف ابوذر ابن مس عود،بیگنٹوویپ انکنٹرولیبلی،</w:t>
      </w:r>
    </w:p>
    <w:p>
      <w:r>
        <w:rPr>
          <w:b/>
        </w:rPr>
        <w:t xml:space="preserve">[44:00] </w:t>
      </w:r>
      <w:r>
        <w:t>and he approached the body of abu dharr, and kissed his forehead, and said, "rahimakallah ya abu dharr." and he said, "may allah have mercy on you abu dharr.</w:t>
      </w:r>
    </w:p>
    <w:p>
      <w:pPr>
        <w:jc w:val="right"/>
      </w:pPr>
      <w:r>
        <w:t>اینڈہیاپروچڈ دی باڈیاف ابو ذر، اینڈکسہزفورہیڈ، اینڈسیڈ، " رحمکاللہ یاابوذر۔" اینڈہیسیڈ،"مےاللہ ہیومرسی ان یوابوذر۔</w:t>
      </w:r>
    </w:p>
    <w:p>
      <w:r>
        <w:rPr>
          <w:b/>
        </w:rPr>
        <w:t xml:space="preserve">[44:11] </w:t>
      </w:r>
      <w:r>
        <w:t>" he repeated the hadith of the prophet, "you will live alone, you will die alone, and you will be raised alone on the day of judgment."</w:t>
      </w:r>
    </w:p>
    <w:p>
      <w:pPr>
        <w:jc w:val="right"/>
      </w:pPr>
      <w:r>
        <w:t>"ہیریپیٹڈداحدیثاف دی پرافٹ،"یولیوڈالون، یوڈائیالون،یواینڈیوویلبیریزڈال ون ان داڈےافججمنٹ۔"</w:t>
      </w:r>
    </w:p>
    <w:p>
      <w:r>
        <w:rPr>
          <w:b/>
        </w:rPr>
        <w:t xml:space="preserve">[44:20] </w:t>
      </w:r>
      <w:r>
        <w:t>so ibn mas'ud told his students about the prophecy that he had from the messenger of allah, that a group of believers would pray janazah on abu dharr, and he said that today the prophet's words have come true.</w:t>
      </w:r>
    </w:p>
    <w:p>
      <w:pPr>
        <w:jc w:val="right"/>
      </w:pPr>
      <w:r>
        <w:t>سو ابن مس عود ٹولڈہزسٹوڈنٹس اباؤٹداپرافیسی دیٹہی ہیڈ فرامدیمیسنجرافاللہ ،دیٹاگروپافبیلیورزویلپری جنازہ ان ابوذر،اینڈہیسیڈدیٹٹوڈے دی دیپرافٹسورڈزہیوکم ٹرو۔</w:t>
      </w:r>
    </w:p>
    <w:p>
      <w:r>
        <w:rPr>
          <w:b/>
        </w:rPr>
        <w:t xml:space="preserve">[44:38] </w:t>
      </w:r>
      <w:r>
        <w:t>and abdullah ibn ibn mas'ud led the janazah prayer over abu dharr, and everything the prophet said about him came true.</w:t>
      </w:r>
    </w:p>
    <w:p>
      <w:pPr>
        <w:jc w:val="right"/>
      </w:pPr>
      <w:r>
        <w:t>اینڈ عبداللہ ابن ابن مسعود لیڈداجنازہ پریر اوور ابو ذر، اینڈ ایوریتھنگ دی پرافٹسیڈ اباؤٹہم کیمٹرو ۔</w:t>
      </w:r>
    </w:p>
    <w:p>
      <w:r>
        <w:rPr>
          <w:b/>
        </w:rPr>
        <w:t xml:space="preserve">[44:52] </w:t>
      </w:r>
      <w:r>
        <w:t>and to this day, the grave of abu dharr (r.a.) is in a place which is called ar-rabdhah.</w:t>
      </w:r>
    </w:p>
    <w:p>
      <w:pPr>
        <w:jc w:val="right"/>
      </w:pPr>
      <w:r>
        <w:t>اینڈٹودس ڈے، دا گریو اف ابوذررضیاللہ عنہاز اندا پلیسوچازکالڈ الربدہ۔</w:t>
      </w:r>
    </w:p>
    <w:p>
      <w:r>
        <w:rPr>
          <w:b/>
        </w:rPr>
        <w:t xml:space="preserve">[45:01] </w:t>
      </w:r>
      <w:r>
        <w:t>this is the footprint of the grave,</w:t>
      </w:r>
    </w:p>
    <w:p>
      <w:pPr>
        <w:jc w:val="right"/>
      </w:pPr>
      <w:r>
        <w:t>دساز دا دی فوٹوافدیگریو،</w:t>
      </w:r>
    </w:p>
    <w:p>
      <w:r>
        <w:rPr>
          <w:b/>
        </w:rPr>
        <w:t xml:space="preserve">[45:13] </w:t>
      </w:r>
      <w:r>
        <w:t>and there is a mosque in madina which is called masjid abu dharr,</w:t>
      </w:r>
    </w:p>
    <w:p>
      <w:pPr>
        <w:jc w:val="right"/>
      </w:pPr>
      <w:r>
        <w:t>اینڈ دیرازامسکانمدینہ وچاز کال ڈ مسجد ابوذر،</w:t>
      </w:r>
    </w:p>
    <w:p>
      <w:r>
        <w:rPr>
          <w:b/>
        </w:rPr>
        <w:t xml:space="preserve">[45:21] </w:t>
      </w:r>
      <w:r>
        <w:t>and the street the mosque is situated is also called abu dharr street. so may allah have mercy on abu dharr, and may allah elevate his rankings,</w:t>
      </w:r>
    </w:p>
    <w:p>
      <w:pPr>
        <w:jc w:val="right"/>
      </w:pPr>
      <w:r>
        <w:t>اینڈداسٹریٹ دی مسکازسچویٹڈازالسوکالڈ ابوذرسٹریٹ۔ سو میرےاللہہیومرسیان ابوذر، اینڈمیرےاللہ ایلیویٹہ زرینکس،</w:t>
      </w:r>
    </w:p>
    <w:p>
      <w:r>
        <w:rPr>
          <w:b/>
        </w:rPr>
        <w:t xml:space="preserve">[45:36] </w:t>
      </w:r>
      <w:r>
        <w:t>aur jo jo spirit hamein milti hai hazrat abu dharr (r.a.) ki zindagi se, allah ta'ala hamein is pe qaim rehne ki tofeeq ataa farmaye.</w:t>
      </w:r>
    </w:p>
    <w:p>
      <w:pPr>
        <w:jc w:val="right"/>
      </w:pPr>
      <w:r>
        <w:t>اورجو جو سپرٹہمیں ملتیہے حضرتابوذررضیاللہعنہکیزندگی سے ،اللہ تعالیہمیںاس پہقائمرہنےکیتوفیق عطافرمائے۔</w:t>
      </w:r>
    </w:p>
    <w:p>
      <w:r>
        <w:rPr>
          <w:b/>
        </w:rPr>
        <w:t xml:space="preserve">[45:47] </w:t>
      </w:r>
      <w:r>
        <w:t>he was a true truth seeker, and he was a model of simple living and high thinking.</w:t>
      </w:r>
    </w:p>
    <w:p>
      <w:pPr>
        <w:jc w:val="right"/>
      </w:pPr>
      <w:r>
        <w:t>ہیوازا ےٹرو ٹروتھسیکر، اینڈ ہیوازاماڈل اف سمپللیونگاینڈہائیتھنکنگ۔</w:t>
      </w:r>
    </w:p>
    <w:p>
      <w:r>
        <w:rPr>
          <w:b/>
        </w:rPr>
        <w:t xml:space="preserve">[45:55] </w:t>
      </w:r>
      <w:r>
        <w:t>yani insaan ko</w:t>
      </w:r>
    </w:p>
    <w:p>
      <w:pPr>
        <w:jc w:val="right"/>
      </w:pPr>
      <w:r>
        <w:t>یعنیانسانکو</w:t>
      </w:r>
    </w:p>
    <w:p>
      <w:r>
        <w:rPr>
          <w:b/>
        </w:rPr>
        <w:t xml:space="preserve">[45:59] </w:t>
      </w:r>
      <w:r>
        <w:t>mission pe hona chahiye, yani uska koi mission ho. jaise hazrat abu dharr ke waqea mein hamein hamein yeh pehlu bahut ahmiyat milta hai ke unki saari zindagi ek mission ki zindagi thi.</w:t>
      </w:r>
    </w:p>
    <w:p>
      <w:pPr>
        <w:jc w:val="right"/>
      </w:pPr>
      <w:r>
        <w:t>مشن ریہوناچاہیے، یعنیاسکاکوئیمشنہو۔ جیسےحضرت ابو ذر کے واقع ہمیںہمیں یہ پہلوبہتہینمای اں ملتاہے کہ انکیساری زندگی ایکمشنکی زندگی تھی۔</w:t>
      </w:r>
    </w:p>
    <w:p>
      <w:r>
        <w:rPr>
          <w:b/>
        </w:rPr>
        <w:t xml:space="preserve">[46:14] </w:t>
      </w:r>
      <w:r>
        <w:t>aur main soch raha tha jab main yeh parh raha tha iske inke bare mein ke bari herat ki baat yeh hai ke Maulana Wahiduddin Khan sahib, mere father, unki zindagi bhi taqreeban Hazrat Abu Zar R.A. ke model pe thi.</w:t>
      </w:r>
    </w:p>
    <w:p>
      <w:pPr>
        <w:jc w:val="right"/>
      </w:pPr>
      <w:r>
        <w:t>اور میں سوچرہاتھاجبمیںیہپڑھرہاتھا اسکے انکےبارےمیں کہ بڑیحیرتکیبات یہہے کہ مول انا وحیدالدینخانصاحب،میرےفادر، انکیزندگی بھی تقریبا حضرت ابوذر رضیاللہعنہکےماڈ</w:t>
      </w:r>
    </w:p>
    <w:p>
      <w:r>
        <w:rPr>
          <w:b/>
        </w:rPr>
        <w:t xml:space="preserve">[46:29] </w:t>
      </w:r>
      <w:r>
        <w:t>le thi. bilkul ji! aur aap ne to chunke dekha hai ek lambe muddat mein, aur Maulana tanhai pasand karte the, aur mission hi un ki zindagi thi.</w:t>
      </w:r>
    </w:p>
    <w:p>
      <w:pPr>
        <w:jc w:val="right"/>
      </w:pPr>
      <w:r>
        <w:t>لپہہیتھی۔ بالکل جی!اور آپنےتوچونکہدیکھاہےایک لمبے مدت میں، اورمول انا تنہائیپسندکرتے تھے، اور مشن ہی ان کی زندگی تھی۔</w:t>
      </w:r>
    </w:p>
    <w:p>
      <w:r>
        <w:rPr>
          <w:b/>
        </w:rPr>
        <w:t xml:space="preserve">[46:39] </w:t>
      </w:r>
      <w:r>
        <w:t>aur ah ah logon ne kitna bura bhala kaha, hmm kitna sataya, lekin jo baat unhone kahi thi woh sachi sabit hui.</w:t>
      </w:r>
    </w:p>
    <w:p>
      <w:pPr>
        <w:jc w:val="right"/>
      </w:pPr>
      <w:r>
        <w:t>اور اہ اہ لوگوںنےکتنابرابھلاکہا، ہمم کتنا ست ایا، لیکن جو باتانہوںنےکہیتھیوہسچی ثابت ہوئی ۔</w:t>
      </w:r>
    </w:p>
    <w:p>
      <w:r>
        <w:rPr>
          <w:b/>
        </w:rPr>
        <w:t xml:space="preserve">[46:49] </w:t>
      </w:r>
      <w:r>
        <w:t>to is tarah dekhen to bohat hi similarities hain ah Maulana ki zindagi mein ah aur Hazrat Abu Zar R.A. ki zindagi mein.</w:t>
      </w:r>
    </w:p>
    <w:p>
      <w:pPr>
        <w:jc w:val="right"/>
      </w:pPr>
      <w:r>
        <w:t>تواسطرح دیکھیںتوبہت ہی سمیلریٹیزہیں اہ مول انےکیزندگی میں اہ اور حضرت ابوذررضیاللہعنہکیزندگی میں۔</w:t>
      </w:r>
    </w:p>
    <w:p>
      <w:r>
        <w:rPr>
          <w:b/>
        </w:rPr>
        <w:t xml:space="preserve">[46:58] </w:t>
      </w:r>
      <w:r>
        <w:t>to Allah Ta'ala hum sab ko Hazrat Abu Zar R.A. ki zindagi ah se sabaq hasil karne ki taufeeq ata farmaye, aur Allah Ta'ala Hazrat Abu Zar R.A. ko jannat ka aala maqam ata farmaye.</w:t>
      </w:r>
    </w:p>
    <w:p>
      <w:pPr>
        <w:jc w:val="right"/>
      </w:pPr>
      <w:r>
        <w:t>تواللہ تعالی ہمسبکو حضرت ابوذررضیاللہعنہکیزندگی اہ سےسبقحاصل کرنے کیتوفیقعطافرمائے،اوراللہتعالی حضرت ابوذررضیاللہعنہکو جنت کااعلیمقام عطافرمائے۔</w:t>
      </w:r>
    </w:p>
    <w:p>
      <w:r>
        <w:rPr>
          <w:b/>
        </w:rPr>
        <w:t xml:space="preserve">[47:11] </w:t>
      </w:r>
      <w:r>
        <w:t>wa sallallahu ta'ala 'ala khair khalqihi Muhammad wa 'ala aalihi wa ashabihi ajma'een birahmati ka arhamar rahimeen. JazakAllah Dr. sahib for taking us through this ah amazing session and life of Abu</w:t>
      </w:r>
    </w:p>
    <w:p>
      <w:pPr>
        <w:jc w:val="right"/>
      </w:pPr>
      <w:r>
        <w:t>وصلیاللہ تعالیعلی خیر خلقہ محمد وع لیالہواصحابہاجمعین برحمت کیاارحمالراحمین۔ جزاکاللہ ڈاکٹرصاحبفار ٹیکنگاس تھرو دس اہ امیزنگسیشناندالائفاف ابو</w:t>
      </w:r>
    </w:p>
    <w:p>
      <w:r>
        <w:rPr>
          <w:b/>
        </w:rPr>
        <w:t xml:space="preserve">[47:25] </w:t>
      </w:r>
      <w:r>
        <w:t>Zar. And these sessions are also important Dr. sahib for more than one reason. ah First let ah you remind us of the sacrifices and how the Islamic history has shaped. And secondly that it goes us a focus on life. It makes us to ah devote all life in a purposeful way.</w:t>
      </w:r>
    </w:p>
    <w:p>
      <w:pPr>
        <w:jc w:val="right"/>
      </w:pPr>
      <w:r>
        <w:t>ذر۔ اینڈدیزسیشنزارالسوامپورٹنٹڈاکٹرصاحبفارموردینونریزن۔ اہ فرسٹلیدیٹ اہ یونواٹریمائنڈزاس اف دی سیکریفائس زاینڈہاؤ دی اسلام ک ہسٹریہیز شیپڈ ۔اینڈسیکنڈلیاٹ اٹگوزاس افوکسان لائف۔اٹمیکس اس ٹو اہ ڈیوٹالائفان ا پرپسفل وے۔</w:t>
      </w:r>
    </w:p>
    <w:p>
      <w:r>
        <w:rPr>
          <w:b/>
        </w:rPr>
        <w:t xml:space="preserve">[47:45] </w:t>
      </w:r>
      <w:r>
        <w:t>So JazakAllah Dr. sahib for doing this session. And before we end, ah ah we have an important book launch.</w:t>
      </w:r>
    </w:p>
    <w:p>
      <w:pPr>
        <w:jc w:val="right"/>
      </w:pPr>
      <w:r>
        <w:t>سو جزاک اللہڈاکٹرصاحبفارڈوئنگدسسیشن۔اینڈبیفوروی اینڈ، اہاہ ویہیواامپورٹنٹبکلانچ۔</w:t>
      </w:r>
    </w:p>
    <w:p>
      <w:r>
        <w:rPr>
          <w:b/>
        </w:rPr>
        <w:t xml:space="preserve">[47:52] </w:t>
      </w:r>
      <w:r>
        <w:t>ah This is a collection of broadcasts of Maulana Wahiduddin Khan sahib talks ah that were on All India Radio.</w:t>
      </w:r>
    </w:p>
    <w:p>
      <w:pPr>
        <w:jc w:val="right"/>
      </w:pPr>
      <w:r>
        <w:t>اہ دساز ا کلیکشناف براڈکاسٹاف مولاناوحیدالدینخان صاحب ٹاکس اہدیٹوارڈنانال انڈیاریڈیو۔</w:t>
      </w:r>
    </w:p>
    <w:p>
      <w:r>
        <w:rPr>
          <w:b/>
        </w:rPr>
        <w:t xml:space="preserve">[48:00] </w:t>
      </w:r>
      <w:r>
        <w:t>And for almost three decades, Maulana Wahiduddin Khan sahib went and gave his messages on air. So this is a translation of his book Nashr-e-Taqreer, which is now available in English with the title Message on Air: Islam, Peace and Moral Renewal.</w:t>
      </w:r>
    </w:p>
    <w:p>
      <w:pPr>
        <w:jc w:val="right"/>
      </w:pPr>
      <w:r>
        <w:t>اینڈفارالموسٹتھریڈیکیڈز،مول اناوحیدالدینخان صاحب وینٹاینڈ گیوہزمیس جز ان ایئر۔ سو دساز ا ٹرانسلیشنافہزارد و بک نشرتق ریر، وچاز ناو اویلیبل انانگل ش ودا ٹائٹل میسج ان ایئر: اسلام پیساینڈ مورل رینی ول۔</w:t>
      </w:r>
    </w:p>
    <w:p>
      <w:r>
        <w:rPr>
          <w:b/>
        </w:rPr>
        <w:t xml:space="preserve">[48:22] </w:t>
      </w:r>
      <w:r>
        <w:t>I will request Dr. Saniyah Hasnain Khan sahib to launch this book.</w:t>
      </w:r>
    </w:p>
    <w:p>
      <w:pPr>
        <w:jc w:val="right"/>
      </w:pPr>
      <w:r>
        <w:t>ائیویلریکویسٹڈاکٹر ثانیحسنین خانصاحبٹولانچ دسبک۔</w:t>
      </w:r>
    </w:p>
    <w:p>
      <w:r>
        <w:rPr>
          <w:b/>
        </w:rPr>
        <w:t xml:space="preserve">[48:29] </w:t>
      </w:r>
      <w:r>
        <w:t>Mashallah yeh bohat hi aham kitab hai: Message on Air: Islam, Peace and Moral Renewal, collected broadcasts from All India Radio 1968 to 1996,</w:t>
      </w:r>
    </w:p>
    <w:p>
      <w:pPr>
        <w:jc w:val="right"/>
      </w:pPr>
      <w:r>
        <w:t>ماشاءاللہیہ بہتہیاہم کتاب ہے: میسجان ایئراسلام پیساینڈمورل رینیول، کلیکٹڈ براڈکاسٹفر امال انڈیاریڈیو 19 6 8 ٹو 199 6 ،</w:t>
      </w:r>
    </w:p>
    <w:p>
      <w:r>
        <w:rPr>
          <w:b/>
        </w:rPr>
        <w:t xml:space="preserve">[48:46] </w:t>
      </w:r>
      <w:r>
        <w:t>translated and edited by Professor Fareeda Khanam and Dr. Rehana Tamilotara.</w:t>
      </w:r>
    </w:p>
    <w:p>
      <w:pPr>
        <w:jc w:val="right"/>
      </w:pPr>
      <w:r>
        <w:t>ٹرانسلیٹڈ اینڈایڈیٹڈبائی پروفیسر فریدہخانماینڈڈاکٹر رج تملوت را۔</w:t>
      </w:r>
    </w:p>
    <w:p>
      <w:r>
        <w:rPr>
          <w:b/>
        </w:rPr>
        <w:t xml:space="preserve">[48:52] </w:t>
      </w:r>
      <w:r>
        <w:t>Yeh bohat hi achha record hai Maulana ki taqreeron ka, chunke zyada tar Maulana ke saath mein jaya karta tha All India Radio radio.</w:t>
      </w:r>
    </w:p>
    <w:p>
      <w:pPr>
        <w:jc w:val="right"/>
      </w:pPr>
      <w:r>
        <w:t>یہ بہت ہی اچھا ریکارڈہے مول انا کی تقریروںکا ،چونکہ زیادہ تر مول اناکےساتھ میںجایاکرتاتھا ال انڈیاریڈیو ریڈیو۔</w:t>
      </w:r>
    </w:p>
    <w:p>
      <w:r>
        <w:rPr>
          <w:b/>
        </w:rPr>
        <w:t xml:space="preserve">[49:03] </w:t>
      </w:r>
      <w:r>
        <w:t>to yeh 1968 se hai, yeh yani taqreeban kitne saal ho gaye, bohat hi lambi muddat ji.</w:t>
      </w:r>
    </w:p>
    <w:p>
      <w:pPr>
        <w:jc w:val="right"/>
      </w:pPr>
      <w:r>
        <w:t>تو یہ 19 6 8 سےہے، یہ یعنی تقریبا کتنےسالہوگئے، بہتہی لمبی مد ت جی۔</w:t>
      </w:r>
    </w:p>
    <w:p>
      <w:r>
        <w:rPr>
          <w:b/>
        </w:rPr>
        <w:t xml:space="preserve">[49:16] </w:t>
      </w:r>
      <w:r>
        <w:t>to</w:t>
      </w:r>
    </w:p>
    <w:p>
      <w:pPr>
        <w:jc w:val="right"/>
      </w:pPr>
      <w:r>
        <w:t>تو</w:t>
      </w:r>
    </w:p>
    <w:p>
      <w:r>
        <w:rPr>
          <w:b/>
        </w:rPr>
        <w:t xml:space="preserve">[49:17] </w:t>
      </w:r>
      <w:r>
        <w:t>bohat hi achhi taqreerein hoti thi, aur aur yeh mostly Maulana likh ke le jaate the aur padhte the wahan. to</w:t>
      </w:r>
    </w:p>
    <w:p>
      <w:pPr>
        <w:jc w:val="right"/>
      </w:pPr>
      <w:r>
        <w:t>بہت ہیاچھی تقریریںہوتیتھیں،اور اور یہ موسٹلیمول انا لکھ کے لےجاتےتھے اور پڑھتےتھےوہاں۔ تو</w:t>
      </w:r>
    </w:p>
    <w:p>
      <w:r>
        <w:rPr>
          <w:b/>
        </w:rPr>
        <w:t xml:space="preserve">[49:26] </w:t>
      </w:r>
      <w:r>
        <w:t>to us lihaz se yeh bohat hi iske andar zabardast ah paigham hai, jo ke ah iske jo contents hain, usko hi agar aap dekhen to yeh saare woh noble conduct of the prophet,</w:t>
      </w:r>
    </w:p>
    <w:p>
      <w:pPr>
        <w:jc w:val="right"/>
      </w:pPr>
      <w:r>
        <w:t>تواسلحاظسےیہبہت ہی اسکےاندر زبرد ست اہ پیغامہے، جو کہ اہ اسکےجو کنٹینٹسہیں،اسکوہیاگرآپدیکھیں تو یہسارےوہ نوبل کنڈکٹ اف دیپرافٹ،</w:t>
      </w:r>
    </w:p>
    <w:p>
      <w:r>
        <w:rPr>
          <w:b/>
        </w:rPr>
        <w:t xml:space="preserve">[49:42] </w:t>
      </w:r>
      <w:r>
        <w:t>ah fasting and Ramadan, moral discipline, Eid al-Fitr, ah sacrifice, the reality of sacrifice, Quran rule,</w:t>
      </w:r>
    </w:p>
    <w:p>
      <w:pPr>
        <w:jc w:val="right"/>
      </w:pPr>
      <w:r>
        <w:t>اہ فاسٹنگاینڈرمضان، مورلڈسپلن، عید الفطر، اہ سیکریفائس، داریلیٹیافسیکریفائس، قرآن رول،</w:t>
      </w:r>
    </w:p>
    <w:p>
      <w:r>
        <w:rPr>
          <w:b/>
        </w:rPr>
        <w:t xml:space="preserve">[49:56] </w:t>
      </w:r>
      <w:r>
        <w:t>Islam's contribution building society.</w:t>
      </w:r>
    </w:p>
    <w:p>
      <w:pPr>
        <w:jc w:val="right"/>
      </w:pPr>
      <w:r>
        <w:t>اسلام زکنٹریبیوشنبلڈنگ سوسائٹی۔</w:t>
      </w:r>
    </w:p>
    <w:p>
      <w:r>
        <w:rPr>
          <w:b/>
        </w:rPr>
        <w:t xml:space="preserve">[50:00] </w:t>
      </w:r>
      <w:r>
        <w:t>bohat hi ah yeh bohat achha kaam hua ke iska translation ho gaya, aur yeh bohat hi qeemti ah content hai Maulana ki early writings, jo ke Maulana ne radio pe bolti thi.</w:t>
      </w:r>
    </w:p>
    <w:p>
      <w:pPr>
        <w:jc w:val="right"/>
      </w:pPr>
      <w:r>
        <w:t>بہت ہی اہ یہ بہت اچھاکام ہوا کہاسکاٹرانسلیشنہوگیا،اور یہبہتہی قیمتی اہ کنٹینٹہے مول اناکیارلیسٹرائٹنگز، جوکہمول انانے ریڈیوپہ بولیتھی۔</w:t>
      </w:r>
    </w:p>
    <w:p>
      <w:r>
        <w:rPr>
          <w:b/>
        </w:rPr>
        <w:t xml:space="preserve">[50:17] </w:t>
      </w:r>
      <w:r>
        <w:t>to JazakAllah un logon ko jinhone is mein ta'awun kiya. JazakAllah Dr. sahib. And now this is available for download from CPS website, and you can also source the hard copy from goodwordbooks.com</w:t>
      </w:r>
    </w:p>
    <w:p>
      <w:pPr>
        <w:jc w:val="right"/>
      </w:pPr>
      <w:r>
        <w:t>تو جزاک اللہانلوگوںکوجنہوںنےاسمیںتعاونکیا۔ جز اکاللہڈاکٹرصاحب۔اینڈناودسازاویلیبلفارڈاؤنلوڈ فرامسیپیایسویبسائٹ،اینڈیوکینالسوسورسدی ہارڈکاپیفرامگڈورڈبکسڈاٹکام</w:t>
      </w:r>
    </w:p>
    <w:p>
      <w:r>
        <w:rPr>
          <w:b/>
        </w:rPr>
        <w:t xml:space="preserve">[50:28] </w:t>
      </w:r>
      <w:r>
        <w:t>. So we will end this session today. We will be back next Sunday at 10:30 AM. Thank you.</w:t>
      </w:r>
    </w:p>
    <w:p>
      <w:pPr>
        <w:jc w:val="right"/>
      </w:pPr>
      <w:r>
        <w:t>۔ سوویویلاینڈ دسسیشنٹوڈے۔ویبی بیکنیکسٹسنڈےایٹ10:30 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