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 Muhammad A Mercy to Mankind February 6, 2022 Prof. Farida Khanam</w:t>
      </w:r>
    </w:p>
    <w:p>
      <w:r>
        <w:t>https://www.youtube.com/watch?v=lFmxnb6St0Q</w:t>
      </w:r>
    </w:p>
    <w:p>
      <w:r>
        <w:rPr>
          <w:b/>
        </w:rPr>
        <w:t xml:space="preserve">[00:15] </w:t>
      </w:r>
      <w:r>
        <w:t>assalam o alaikum wa rahmatullah. Aaj hamara topic hai prophet mohammad, mercy to all the nations. To hum khas taur par prophet mohammad ki life to bohat hi waseem ho gayi kai ghanton lagega us mein lekin hum ne sirf dawa aspect ko liya hai ke kis tarah se aap ne zabardast na khushgawar halaat mein aap ne kis tarah dawa work kiya?</w:t>
      </w:r>
    </w:p>
    <w:p>
      <w:pPr>
        <w:jc w:val="right"/>
      </w:pPr>
      <w:r>
        <w:t>अस्सलाम ओलेकुम्रा मत उल्लाह. आज हमारा topic है prophet मोहम्मद, mercy to all the nations. तो हम खास तौर पर prophet मोहम्मद की life तो बहुत ही वसीम हो गई कई घंटों लगेगा उसमें लेकिन हमने सिर्फ दावा aspect को लिया है कि किस तरीके से आपने ज़बरदस्त ना खुशगवार हालात में आपने किस तरह दावा work किया?</w:t>
      </w:r>
    </w:p>
    <w:p>
      <w:r>
        <w:rPr>
          <w:b/>
        </w:rPr>
        <w:t xml:space="preserve">[00:45] </w:t>
      </w:r>
      <w:r>
        <w:t>rasoolullah 570 isvi mein makka mein paida hue. To wahan par jo hai halaat bohat ziyada wahan par gudd paristhiti ho chuki thi. Jo hazrat imrahi alaihissalam ne deen diya tha us mein bohat ziyada gumrahi ho gayi thi deviation ho gaya tha. To ab jab aap un ko 40 saal ke jab aap hue to aap ko nubuwwat mili.</w:t>
      </w:r>
    </w:p>
    <w:p>
      <w:pPr>
        <w:jc w:val="right"/>
      </w:pPr>
      <w:r>
        <w:t>रसूल्लाह पांच सौ सत्तर ईसवी में मक्का में पैदा हुए. तो वहां पर जो है हालात बहुत ज़्यादा वहां पर गुद्ध परिस्थित हो चुकी थी. जो हजरत इमराही मलिष सलाम ने दीन दिया था उसमें बहुत ज़्यादा गुमराही हो गई थी deviation हो गया था. तो अब जब आप उनको चालीस साल के जब आप हुए तो आपको मुहूमत मिली.</w:t>
      </w:r>
    </w:p>
    <w:p>
      <w:r>
        <w:rPr>
          <w:b/>
        </w:rPr>
        <w:t xml:space="preserve">[01:13] </w:t>
      </w:r>
      <w:r>
        <w:t>us waqt aap ko jab woh hukm hua ke is paigham ko tamam logon tak kaam karna hai. To us waqt masael paida hue kyun ke aap ne saaf saaf kehna shuru kiya ke khuda ek hai main khuda ka rasool hoon aur but parasti nahi karni hai. Khuda mein kisi ko shareek nahi karna hai khuda ki khudai mein to log phir naraz hone lage.</w:t>
      </w:r>
    </w:p>
    <w:p>
      <w:pPr>
        <w:jc w:val="right"/>
      </w:pPr>
      <w:r>
        <w:t>उस वक्त आपको जब वह खुक्म हुआ के इस पराकाम को तमाम लोगों तक काम करना है. तो उस वक्त मसाल पैदा हुए क्योंकि आपने साफ साफ कहना शुरू किया कि खुदा एक है मैं खुदा का रसूल हूं और बुत परिस्थि नहीं करनी है. खुदा में किसी को शरीर नहीं करना है खुदा की खुदाई में तो लोग फिर नाराज़ होने लगे.</w:t>
      </w:r>
    </w:p>
    <w:p>
      <w:r>
        <w:rPr>
          <w:b/>
        </w:rPr>
        <w:t xml:space="preserve">[01:40] </w:t>
      </w:r>
      <w:r>
        <w:t>to yeh sara jo shuruat hui woh ghare hira mein hui kyun ke rasoolullah sallallahu alaihi wasallam hanif the to seek kar the. To is wajah se aap jo hain ghare hira mein chale jate ho aur wahan par meditation, reflection karte ho aur yahi sari sawalat aap ke zehan mein the ke insan ki zindagi ka maqsad kya hai woh us ko creator uska kaun hai? Marne ke baad us ko kahan jana hai?</w:t>
      </w:r>
    </w:p>
    <w:p>
      <w:pPr>
        <w:jc w:val="right"/>
      </w:pPr>
      <w:r>
        <w:t>तो यह सारा जो शुरुआत हुई वह गारेहरा में हुई क्योंकि रसूल्लाह सलाह सलाह हनीफ थे tooth सीख कर दे. तो इस वजह से आप जो हैं गारेहरा में चले जाते हो और वहां पर meditation, reflection करते हो और यही सारी सवालात आपके ध्यान में थे कि इंसान की ज़िंदगी का मकसद क्या है वह उसको creator उसका कौन है? मरने के बाद उसको कहां जाना है?</w:t>
      </w:r>
    </w:p>
    <w:p>
      <w:r>
        <w:rPr>
          <w:b/>
        </w:rPr>
        <w:t xml:space="preserve">[02:08] </w:t>
      </w:r>
      <w:r>
        <w:t>to yeh sare sawalat jab agar jibril alaihissalam aaye aur unhone bataya ke aap ko khuda ne apna nabi banaya hai aur kharab isme rabbika allazi khalaq wali aayat aap ko batai aur namaz padhna sikhaya. Phir aap ki jo troubled rooh thi us mein sukoon aa gaya aur aap ne us ko namaz ko sab se pehle aap ne kya kiya ke apne ghar walon ko bataya.</w:t>
      </w:r>
    </w:p>
    <w:p>
      <w:pPr>
        <w:jc w:val="right"/>
      </w:pPr>
      <w:r>
        <w:t>तो यह सारे सवालात जब अगर ज़िब्राहीर अले सलाम आए और उन्होंने बताया कि आपको खुदा ने अपना गंबर बनाया है और ख़राब इसमें रब्दे कल्ला जी खलक वाली आते हैं आपको बताई और नमाज़ पढ़ना सिखाया. फिर आपकी जो troubled रूप थी उसमें सुकून आ गया और आपने उसको नमाज़ को सबसे पहले आपने क्या किया कि अपने घर वालों को बताया.</w:t>
      </w:r>
    </w:p>
    <w:p>
      <w:r>
        <w:rPr>
          <w:b/>
        </w:rPr>
        <w:t xml:space="preserve">[02:37] </w:t>
      </w:r>
      <w:r>
        <w:t>sabse pehle hazar khadija le isslaam aapke upar hi maan layi.</w:t>
      </w:r>
    </w:p>
    <w:p>
      <w:pPr>
        <w:jc w:val="right"/>
      </w:pPr>
      <w:r>
        <w:t>सबसे पहले हज़ार खदीजा ले इस्सलाम आपके ऊपर ही मान लाई.</w:t>
      </w:r>
    </w:p>
    <w:p>
      <w:r>
        <w:rPr>
          <w:b/>
        </w:rPr>
        <w:t xml:space="preserve">[02:42] </w:t>
      </w:r>
      <w:r>
        <w:t>uske baad hazrat ali jo ke aapke mutbandhana the aur hazrat zayd apne harisa jo aapke aapke yahan</w:t>
      </w:r>
    </w:p>
    <w:p>
      <w:pPr>
        <w:jc w:val="right"/>
      </w:pPr>
      <w:r>
        <w:t>उसके बाद हज़रत अली जो कि आपके मुतबंधना थे और हज़रत जयद अपने हारिसा जो आपके आपके यहां</w:t>
      </w:r>
    </w:p>
    <w:p>
      <w:r>
        <w:rPr>
          <w:b/>
        </w:rPr>
        <w:t xml:space="preserve">[02:47] </w:t>
      </w:r>
      <w:r>
        <w:t>kaam karte the to ye sab log jo hain teeno log islam le aaye aur aapke saath namaz padhne lage.</w:t>
      </w:r>
    </w:p>
    <w:p>
      <w:pPr>
        <w:jc w:val="right"/>
      </w:pPr>
      <w:r>
        <w:t>काम करते थे तो यह सब लोग जो हैं तीनों लोग इस्लाम ले आए और आपके साथ नमाज़ पढ़ने लगे.</w:t>
      </w:r>
    </w:p>
    <w:p>
      <w:r>
        <w:rPr>
          <w:b/>
        </w:rPr>
        <w:t xml:space="preserve">[02:52] </w:t>
      </w:r>
      <w:r>
        <w:t>us waqt namaz ka hi rukm hua tha.</w:t>
      </w:r>
    </w:p>
    <w:p>
      <w:pPr>
        <w:jc w:val="right"/>
      </w:pPr>
      <w:r>
        <w:t>उस वक्त नमाज़ का ही रुक्म हुआ था.</w:t>
      </w:r>
    </w:p>
    <w:p>
      <w:r>
        <w:rPr>
          <w:b/>
        </w:rPr>
        <w:t xml:space="preserve">[02:57] </w:t>
      </w:r>
      <w:r>
        <w:t>to sab aapke saath namaz padhte the.</w:t>
      </w:r>
    </w:p>
    <w:p>
      <w:pPr>
        <w:jc w:val="right"/>
      </w:pPr>
      <w:r>
        <w:t>तो सब आपके साथ नमाज़ पढ़ते थे.</w:t>
      </w:r>
    </w:p>
    <w:p>
      <w:r>
        <w:rPr>
          <w:b/>
        </w:rPr>
        <w:t xml:space="preserve">[03:02] </w:t>
      </w:r>
      <w:r>
        <w:t>ismein khas taur par ye baat dekhni hai ke hazrat khadija bhi aapke saath avuwal din se namaz padhti thi.</w:t>
      </w:r>
    </w:p>
    <w:p>
      <w:pPr>
        <w:jc w:val="right"/>
      </w:pPr>
      <w:r>
        <w:t>इसमें खास तौर पर यह बात देखनी है कि हजरत खदीजा भी आपके साथ अवुवल दिन से नमाज़ पड़ती थी.</w:t>
      </w:r>
    </w:p>
    <w:p>
      <w:r>
        <w:rPr>
          <w:b/>
        </w:rPr>
        <w:t xml:space="preserve">[03:08] </w:t>
      </w:r>
      <w:r>
        <w:t>aaj log kehte hain na ke aurten masjid mein na jayen. Lekin aisa nahi tha arab mein bhi poori poori azadi thi aur islam ne bhi auraton ko poori azadi diya hai. To hum early early period ki jo khawateen hain un ke hawale se hum is baat ko bohat achhi tarah se samajh sakte hain.</w:t>
      </w:r>
    </w:p>
    <w:p>
      <w:pPr>
        <w:jc w:val="right"/>
      </w:pPr>
      <w:r>
        <w:t>आज लोग कहते हैं ना कि औरतें मस्जिद में ना जाएं. लेकिन ऐसा नहीं था अरब में भी पूरी पूरी आज़ादी थी और इस्लाम ने भी औरतों को पूरी आज़ादी दिया है. तो हम early early period की जो कवातीन है उनके हवाले से हम इस बात को बहुत अच्छी तरीके से समझ सकते हैं.</w:t>
      </w:r>
    </w:p>
    <w:p>
      <w:r>
        <w:rPr>
          <w:b/>
        </w:rPr>
        <w:t xml:space="preserve">[03:32] </w:t>
      </w:r>
      <w:r>
        <w:t>to us ke baad aap ne hazrat abubakr jo aap se bohat qareeb the to aap ke ahbab mein se the to un ko aap ne bataya ke Allah ne mujhe rasool banaya hai aur yeh khuda ka message hai. To hazrat abu bakr aise aadmi the jinhone bilkul bila shuba bila tara dudh foran aap ke paigham ko qubool kar liya aur aap ke upar eman le aaye.</w:t>
      </w:r>
    </w:p>
    <w:p>
      <w:pPr>
        <w:jc w:val="right"/>
      </w:pPr>
      <w:r>
        <w:t>तो उसके बाद आपने हजरत अबूबाग्र जो आपसे बहुत करीब थे तो आपके अहम्बाब में से थे तो उनको आपने बताया कि अल्लाह ने मुझे रसूल बनाया है और यह खुदा का message है. तो हजरता एक ऐसे आदमी थे जिन्होंने बिल्कुल बिलाते बस उपेश बिलातारा दूध फ़ौरन आपके प्रकाम को कुमूल कर लिया और आपके ऊपर बहत कर ली.</w:t>
      </w:r>
    </w:p>
    <w:p>
      <w:r>
        <w:rPr>
          <w:b/>
        </w:rPr>
        <w:t xml:space="preserve">[04:00] </w:t>
      </w:r>
      <w:r>
        <w:t>lekin hazrat abbagr jo hai bahut bade ek businessman the. unke bahut saare saathi the. to unhone apne saathiyon ko jo unke qareeb the unko yeh paigham dena shuru kar diya. to jin logon ko bhi paagam milta woh phir apne halke mein us paagam ko khamoshi ke saath pahunchata kyunke mukhalifat ka bahut zyada inkaan tha to is wajah se woh abhi log bilkul khamoshi se kaam kar rahe the.</w:t>
      </w:r>
    </w:p>
    <w:p>
      <w:pPr>
        <w:jc w:val="right"/>
      </w:pPr>
      <w:r>
        <w:t>लेकिन हज़रत अब्बाग्र जो है बहुत बड़े एक businessman थे. उनके बहुत सारे साथी थे. तो उन्होंने अपने साथियों को जो उनके करीब थे उनको यह पैगाम देना शुरू कर दिया. तो जिन लोगों को भी पागाम मिलता वह फिर अपने हल्के में उस पागाम को खामोशी के साथ पहुंचाता क्योंकि मुखालिफत का बहुत ज़्यादा इंकान था तो इस वजह से वह अभी लोग बिल्कुल खामोशी से काम कर रहे थे.</w:t>
      </w:r>
    </w:p>
    <w:p>
      <w:r>
        <w:rPr>
          <w:b/>
        </w:rPr>
        <w:t xml:space="preserve">[04:29] </w:t>
      </w:r>
      <w:r>
        <w:t>to ab abu bagr ke saathi the hazd usman, nazd zubair, abdul rahman ibne aftalah ibne ubaid ullah, saadeeb ne abhi wakkas. to yeh tamam log jo hai unhone is pragaam ko rasoolullah se uslam ke maan liya aur aapke saathi van gaye. to namaz jo hai sabse pehle to aap ghar mein hi namaz padhte the kyunke kaba mein jaana to mukhalifat ko invite karna tha.</w:t>
      </w:r>
    </w:p>
    <w:p>
      <w:pPr>
        <w:jc w:val="right"/>
      </w:pPr>
      <w:r>
        <w:t>तो अब अबू बग्र के साथी थे हज़द उस्मान, नज़द जुबैर, अब्दुल रहमान इब्ने अफ़तलाह इब्ने उबैद उल्लाह, सादीब ने अभी वक्कास. तो यह तमाम लोग जो है उन्होंने इस प्रकाम को रसूल्लाह से उसलम के मान लिया और आपके साथी वन गए. तो नमाज़ जो है सबसे पहले तो आप घर में ही नमाज़ पढ़ते थे क्योंकि काबा में जाना तो मुखालिफत को invite करना था.</w:t>
      </w:r>
    </w:p>
    <w:p>
      <w:r>
        <w:rPr>
          <w:b/>
        </w:rPr>
        <w:t xml:space="preserve">[04:56] </w:t>
      </w:r>
      <w:r>
        <w:t>phir uske baad chhup chhup kar kahin ghaati mein chale jaate kahin aur kisi ke ghar mein khamoshi se ja ke namaz padh lete aur ghar bhi badal badal ke padhte the kyunke agar purash ko pata chal jaata to woh log jo hai aapke mukhalif ho jaate hai. padhne nahi dete to is wajah se aap ek jagah namaz bhi nahi padh sakte the.</w:t>
      </w:r>
    </w:p>
    <w:p>
      <w:pPr>
        <w:jc w:val="right"/>
      </w:pPr>
      <w:r>
        <w:t>फिर उसके बाद छुप छुप कर कहीं घाटी में चले जाते कहीं और किसी के घर में खामोशी से जा के नमाज़ पढ़ लेते और घर भी बदल बदल के पढ़ते थे क्योंकि अगर पुराश को पता चल जाता तो वो लोग जो है आपके मुखालिफ हो जाते है. पढ़ने नहीं देते तो इस वजह से आप एक जगह नमाज़ भी नहीं पढ़ सकते थे.</w:t>
      </w:r>
    </w:p>
    <w:p>
      <w:r>
        <w:rPr>
          <w:b/>
        </w:rPr>
        <w:t xml:space="preserve">[05:20] </w:t>
      </w:r>
      <w:r>
        <w:t>to aapka message yahi tha ke khuda ki wahdat khuda ek hai aur khuda khudai mein koi shareek nahi hai. main khuda ka rasoon hoon aur jab tum log khuda ki paristhit karoge aur kisi ko shareek nahi karoge to aakhirat mein tumhare liye jannat hai. to yahi message hota tha aur bilkul saada andaaz mein. to jo log bahut sahi dhruv hain hoti thi unko fauran yeh baat samajh mein aa jaati thi.</w:t>
      </w:r>
    </w:p>
    <w:p>
      <w:pPr>
        <w:jc w:val="right"/>
      </w:pPr>
      <w:r>
        <w:t>तो आपका message यही था कि खुदा की वहदत खुदा एक है और खुदा खुदाई में कोई शरीक नहीं है. मैं खुदा का रसून हूं और जब तुम लोग खुदा की परिस्थित करोगे और किसी को शरीक नहीं करोगे तो आखिरत में तुम्हारे लिए जन्नत है. तो यही message होता था और बिल्कुल साधा अंदाज़ में. तो जो लोग बहुत सही ध्रुव हैं होती थी उनको फ़ौरन यह बात समझ में आ जाती थी.</w:t>
      </w:r>
    </w:p>
    <w:p>
      <w:r>
        <w:rPr>
          <w:b/>
        </w:rPr>
        <w:t xml:space="preserve">[05:50] </w:t>
      </w:r>
      <w:r>
        <w:t>lekin aisa tha ke quraash bahut hi powerful tribe tha. to usse log darte the ke unki muqalafat se woh yeh darte the. to is wajah se samajhne ke bawajood woh usko accept nahi kar paate the. to rasoolullah salah salah ko khuk mila ki sabse pehle aap jo hai apne rishtedaaron ko pahunchaen.</w:t>
      </w:r>
    </w:p>
    <w:p>
      <w:pPr>
        <w:jc w:val="right"/>
      </w:pPr>
      <w:r>
        <w:t>लेकिन ऐसा था कि कुराश बहुत ही powerful tribe था. तो उससे लोग डरते थे कि उनकी मुकालफत से वह यह डरते थे. तो इस वजह से समझने के बावजूद वह उसको accept नहीं कर पाते थे. तो रसूल्लाह सलाह सलाह को खुक मिला की सबसे पहले आप जो है अपने रिश्तेदारों को पहुंचाएं.</w:t>
      </w:r>
    </w:p>
    <w:p>
      <w:r>
        <w:rPr>
          <w:b/>
        </w:rPr>
        <w:t xml:space="preserve">[06:14] </w:t>
      </w:r>
      <w:r>
        <w:t>abhi to apne ghar walon ko praagaam pahunchaya uske baad khuk mila ki apne qareebi rishtedaaron ko pahunchaen. to aapne qareebi rishtedaaron ko jama kiya taqreeban chaalis pachas log jama hue sabke liye khane peene ka intezaam kiya. khane ke baad phir aapne apni baat kehna chaha to aapka sabse bada mukhalif aapka chacha abu laab tha jo ke kisi tareeqe se koi baat kehne hi nahi deta tha.</w:t>
      </w:r>
    </w:p>
    <w:p>
      <w:pPr>
        <w:jc w:val="right"/>
      </w:pPr>
      <w:r>
        <w:t>अभी तो अपने घर वालों को प्रागाम पहुंचाया उसके बाद खुक मिला की अपने करीबी रिश्तेदारों को पहुंचाएं. तो आपने करीबी रिश्तेदारों को जमा किया तकरीबन चालीस पचास लोग जमा हुए सबके लिए खाने पीने का इंतज़ाम किया. खाने के बाद फिर आपने अपनी बात कहना चाहा तो आपका सबसे बड़ा मुखालिफ आपका चचा अबू लाभ था जो कि किसी तरीके से कोई बात कहने ही नहीं देता था.</w:t>
      </w:r>
    </w:p>
    <w:p>
      <w:r>
        <w:rPr>
          <w:b/>
        </w:rPr>
        <w:t xml:space="preserve">[06:43] </w:t>
      </w:r>
      <w:r>
        <w:t>bolne hi nahi diya usne. to woh apna bolta raha bolta raha. to usi mein time khatam ho gaya phir aapne dobara phir taawat ki. to dobara thoda aapko mauka mil gaya apni baat kehne ka. to uske baad jo response tha to sirf ali to us baad sirf das saal ke the.</w:t>
      </w:r>
    </w:p>
    <w:p>
      <w:pPr>
        <w:jc w:val="right"/>
      </w:pPr>
      <w:r>
        <w:t>बोलने ही नहीं दिया उसने. तो वह अपना बोलता रहा बोलता रहा. तो उसी में time खत्म हो गया फिर आपने दोबारा फिर तावत की. तो दोबारा थोड़ा आपको मौका मिल गया अपनी बात कहने का. तो उसके बाद जो response था तो सिर्फ अली तो उस बाद सिर्फ दस साल के थे.</w:t>
      </w:r>
    </w:p>
    <w:p>
      <w:r>
        <w:rPr>
          <w:b/>
        </w:rPr>
        <w:t xml:space="preserve">[07:06] </w:t>
      </w:r>
      <w:r>
        <w:t>to hazrat ali ne kaha ke main aapke saath hoon lekin abhi das saalon bachche ke saath itna bada mission jo saari duniya mein huda ka praagaam pahunchana tha to nahi ho sakta tha aur abbu talib jo ke abbun hasim ke sardar the to unhone kaha wahi prophet ke guardian bhi the. unhone kaha ke main abdul matleeb ke din par hoon. yeh din main chhod nahi sakta lekin main poori tumhari madad karunga.</w:t>
      </w:r>
    </w:p>
    <w:p>
      <w:pPr>
        <w:jc w:val="right"/>
      </w:pPr>
      <w:r>
        <w:t>तो हज़रत अली ने कहा कि मैं आपके साथ हूं लेकिन अभी दस सालों बच्चे के साथ इतना बड़ा mission जो सारी दुनिया में हुदा का प्रागाम पहुंचाना था तो नहीं हो सकता था और अब्बु तालीब जो कि अब्बुन हासिम के सरदार थे तो उन्होंने कहा वही prophet के guardian भी थे. उन्होंने कहा कि मैं अब्दुल मतलीप के दिन पर हूं. यह दिन मैं छोड़ नहीं सकता लेकिन मैं पूरी तुम्हारी मदद करूंगा.</w:t>
      </w:r>
    </w:p>
    <w:p>
      <w:r>
        <w:rPr>
          <w:b/>
        </w:rPr>
        <w:t xml:space="preserve">[07:35] </w:t>
      </w:r>
      <w:r>
        <w:t>tumko kisi tareeqe ki takleef nahi hone dunga aur tumko jo bhi tum kaam karna chahte ho karo meri taraf se poori ijazat hai. to is tareeqe se yeh baat hui ki koi support aapko nahi mila lekin itna samajh mein aa gaya ki abdul matleeb jo hai woh aapke mukhalafat nahi karenge. phir uske baad aapko chuki mukhalafat badhti ja rahi thi jis tareeqe se log islam ka praagaam phail raha tha.</w:t>
      </w:r>
    </w:p>
    <w:p>
      <w:pPr>
        <w:jc w:val="right"/>
      </w:pPr>
      <w:r>
        <w:t>तुमको किसी तरीके की तकलीफ नहीं होने दूंगा और तुमको जो भी तुम काम करना चाहते हो करो मेरी तरफ से पूरी इजाज़त है. तो इस तरीके से यह बात हुई की कोई support आपको नहीं मिला लेकिन इतना समझ में आ गया की अब्दुल मतलीब जो है वह आपके मुखालफत नहीं करेंगे. फिर उसके बाद आपको चूंकि मुखालफत बढ़ती जा रही थी जिस तरीके से लोग इस्लाम का प्रकाम फ़ैल रहा था.</w:t>
      </w:r>
    </w:p>
    <w:p>
      <w:r>
        <w:rPr>
          <w:b/>
        </w:rPr>
        <w:t xml:space="preserve">[08:05] </w:t>
      </w:r>
      <w:r>
        <w:t>individually kiya ja raha tha fardan fardan log kaam kar rahe the apne apne halke mein. lekin jis tareeqe se islam phail raha tha to quraash ko bahut khatra hua. to is tareeqe se agar hum khamosh rahe to yeh praam phailta chala jayega. to us baad allah taala ne hukum diya wariz anil mushrikeen. yeh surah al hijr mein hai ayat 94.</w:t>
      </w:r>
    </w:p>
    <w:p>
      <w:pPr>
        <w:jc w:val="right"/>
      </w:pPr>
      <w:r>
        <w:t>Individually किया जा रहा था फर्दन फर्दन लोग काम कर रहे थे अपने अपने हल्के में. लेकिन जिस तरीके से इस्लाम फ़ैल रहा था तो कुराश को बहुत खतरा हुआ. तो इस तरीके से अगर हम खामोश रहे तो यह प्राम फैलता चला जाएगा. तो उस बाद अल्लाह तालाह ने हुक्म दिया वारिज अनिल मुश्रिकीन. यह सूर्य अलहिज्र में है आयात 94.</w:t>
      </w:r>
    </w:p>
    <w:p>
      <w:r>
        <w:rPr>
          <w:b/>
        </w:rPr>
        <w:t xml:space="preserve">[08:31] </w:t>
      </w:r>
      <w:r>
        <w:t>to ehsas ka hukmuha avoidance jisko hum kehte hain ki jo log bhi mukhalafat kar rahe the. to hum aap poori poori istirat ki kitab padh lijiye ki rasoolullah sallah sallah sallah ki taraf se uska koi jawab nahi diya jaata tha.</w:t>
      </w:r>
    </w:p>
    <w:p>
      <w:pPr>
        <w:jc w:val="right"/>
      </w:pPr>
      <w:r>
        <w:t>तो एहस का हुक्मुहा avoidance जिसको हम कहते हैं कि जो लोग भी मुखालफत कर रहे थे. तो हम आप पूरी पूरी स्थिरत की किताब पढ़ लीजिए कि रसूल्लाह सल्लाह सल्लाह सल्लाह की तरफ से उसका कोई जवाब नहीं दिया जाता था.</w:t>
      </w:r>
    </w:p>
    <w:p>
      <w:r>
        <w:rPr>
          <w:b/>
        </w:rPr>
        <w:t xml:space="preserve">[08:47] </w:t>
      </w:r>
      <w:r>
        <w:t>koi jawab nahi, koi retaliation nahi, khamoshi se aap unki baaton ko sunte bahut zyada bura bhala woh log kehte hain lekin aap khamoshi sunte jab aapko mauka milta tab aap apni baat keh dete hain aur quran padhkar sunate hain. quran ki chand aayat hain bhi kyunke quran ka eijaz jo hai linguistic ek mekhil hai woh.</w:t>
      </w:r>
    </w:p>
    <w:p>
      <w:pPr>
        <w:jc w:val="right"/>
      </w:pPr>
      <w:r>
        <w:t>कोई जवाब नहीं, कोई retaliation नहीं, खामोशी से आप उनकी बातों को सुनते बहुत ज़्यादा बुरा भला वो लोग कहते हैं लेकिन आप खामोशी सुनते जब आपको मौका मिलता तब आप अपनी बात कह देते हैं और कुरान पढ़कर सुनाते हैं. कुरान की चंद आते हैं भी क्योंकि कुरान का एजाज जो है linguistic एक मेरेखिल है वह.</w:t>
      </w:r>
    </w:p>
    <w:p>
      <w:r>
        <w:rPr>
          <w:b/>
        </w:rPr>
        <w:t xml:space="preserve">[09:10] </w:t>
      </w:r>
      <w:r>
        <w:t>to usse log bahut mutaskil ho jaate hain aur koi koi to usko maan leta hai koi koi hairaan le jaata hai ki yeh kaisa kalam hai. to uske baad do yeh to aapne abhi tak qareebi rishtedaaron ko bulaya tha ab uske baad bhook mua ki bilkul khulkar baat ko pahuncha do.</w:t>
      </w:r>
    </w:p>
    <w:p>
      <w:pPr>
        <w:jc w:val="right"/>
      </w:pPr>
      <w:r>
        <w:t>तो उससे लोग बहुत मुतस्किल हो जाते हैं और कोई कोई तो उसको मान लेता है कोई कोई हैरान ले जाता है कि यह कैसा कलाम है. तो उसके बाद दो यह तो आपने अभी तक करीबी रिश्तेदारों को बुलाया था अब उसके बाद भूख मुआ कि बिल्कुल खुलकर बात को पहुंचा दो.</w:t>
      </w:r>
    </w:p>
    <w:p>
      <w:r>
        <w:rPr>
          <w:b/>
        </w:rPr>
        <w:t xml:space="preserve">[09:30] </w:t>
      </w:r>
      <w:r>
        <w:t>to uske baad aap ek wahan par arab mein ek tareeqa tha ki pahadi par chadhkar jab koi ailaan karna hota tha us zamane mein koi loud speaker waghera utha nahi ailaan karna hota tha to ek pahadi par chadhkar zor zor se aawaz lagate the ki agar koi lashkar hamla karne wala aa raha hai ya aisa koi baat hoti thi koi badi khabar hoti thi to pahadi par chadh jaate the.</w:t>
      </w:r>
    </w:p>
    <w:p>
      <w:pPr>
        <w:jc w:val="right"/>
      </w:pPr>
      <w:r>
        <w:t>तो उसके बाद आप एक वहां पर अरब में एक तरीका था कि पहाड़ी पर चढ़कर जब कोई ऐलान करना होता था उस जमाने में कोई loud speaker वगैरह उठा नहीं ऐलान करना होता था तो एक पहाड़ी पर चढ़कर ज़ोर ज़ोर से आवाज़ लगाते थे कि अगर कोई लश्कर हमला करने वाला आ रहा है या ऐसा कोई बात होती थी कोई बड़ी खबर होती थी तो पहाड़ी पर चढ़ जाते थे.</w:t>
      </w:r>
    </w:p>
    <w:p>
      <w:r>
        <w:rPr>
          <w:b/>
        </w:rPr>
        <w:t xml:space="preserve">[09:57] </w:t>
      </w:r>
      <w:r>
        <w:t>to aap koi safa par chadhe aur wahan par aapne sabko naam le lekar bulaya to jab saare log jama ho gaye phir aapne wahi baat kahi ki tum sab log waise hi maroge jaise sote ho, waise hi dobara uthae jaoge jaise tum log jaagte ho. tumhare kiye ka hisab liya jayega aur aakhirat mein jannat hai ya jahanum hai.</w:t>
      </w:r>
    </w:p>
    <w:p>
      <w:pPr>
        <w:jc w:val="right"/>
      </w:pPr>
      <w:r>
        <w:t>तो आप कोई सफ़ा पर चढ़े और वहां पर आपने सबको नाम ले लेकर बुलाया तो जब सारे लोग जमा हो गए फिर आपने वही बात कही कि तुम सब लोग वैसे ही मरोगे जैसे सोते हो, वैसे ही दोबारा उठाए जाओगे जैसे तुम लोग जागते हो. तुम्हारे किए का हिसाब लिया जाएगा और आखिरत में जन्नत है या जानना है.</w:t>
      </w:r>
    </w:p>
    <w:p>
      <w:r>
        <w:rPr>
          <w:b/>
        </w:rPr>
        <w:t xml:space="preserve">[10:20] </w:t>
      </w:r>
      <w:r>
        <w:t>to yeh baatein aapne kahi bilkul saada andaal mein lekin woh log sunna hi nahi cha rahe the aur khaskar par abu laab aur abu jal. abu laab zyada active tha. to usne kaha tumhara bura ho tumne isiliye hamein bulaya tha. to is tareeqe se woh mazaak udaaya usne aur, aur us tarah se logon ko seriously baaton ko samajhne ki mauka hi nahi mila. ab iske baad thoda mukhal fat aur badh gayi.</w:t>
      </w:r>
    </w:p>
    <w:p>
      <w:pPr>
        <w:jc w:val="right"/>
      </w:pPr>
      <w:r>
        <w:t>तो यह बातें आपने कहीं बिल्कुल साधा अंदाल में लेकिन वह लोग सुनना ही नहीं चाह रहे थे और खासकर पर अबू लाभ और अबू जाल. अबू लाभ ज़्यादा active था. तो उसने कहा तुम्हारा बुरा हो तुमने इसीलिए हमें बुलाया था. तो इस तरीके से वह मज़ाक उड़ाया उसने और, और उस तरह से लोगों को seriously बातों को समझने की मौका ही नहीं मिला. अब इसके बाद थोड़ा मुकाल फ़त और बढ़ गई.</w:t>
      </w:r>
    </w:p>
    <w:p>
      <w:r>
        <w:rPr>
          <w:b/>
        </w:rPr>
        <w:t xml:space="preserve">[10:50] </w:t>
      </w:r>
      <w:r>
        <w:t>aapke raaste mein kaante bichhaya jaata hai. aapke upar pooda phenka jaata. aap uttaratra se pareshan gaya tha. aapke ghar ke saamne aakar shor machate hain. to yeh sab kar rahe the lekin rasoolullah sarsalam ki taraf se koi bhi in sharangez baaton ka koi jawab nahi diya jaata tha. aaj dekhiye hum log zara sabhi koi baat kuch keh deta hai. to saare media mein log likhna shuru kar dete hain. aaj hamare saamne rasoolullah sarsalam ki seerat nahi hai.</w:t>
      </w:r>
    </w:p>
    <w:p>
      <w:pPr>
        <w:jc w:val="right"/>
      </w:pPr>
      <w:r>
        <w:t>आपके रास्ते में कांटे बिछाया जाता है. आपके ऊपर पूरा फेंका जाता. आप उत्तरातरा से परेशान गया था. आपके घर के सामने आकर शोर मचाते हैं. तो यह सब कर रहे थे लेकिन रासूल्लाह सरसलम की तरफ से कोई भी इन शरंगेज बातों का कोई जवाब नहीं दिया जाता था. आज देखिए हम लोग जरा सभी कोई बात कुछ कह देता है. तो सारे media में लोग लिखना शुरू कर देते हैं. आज हमारे सामने रसूल्ला सरसलम की सीरत नहीं है.</w:t>
      </w:r>
    </w:p>
    <w:p>
      <w:r>
        <w:rPr>
          <w:b/>
        </w:rPr>
        <w:t xml:space="preserve">[11:19] </w:t>
      </w:r>
      <w:r>
        <w:t>hum log usko sanjeedgi se aapki zindagi ko padhte nahi hai ki kya kuch nahi hua? jab aap jaate the bazaar mein aur logon se yeh paigham pahunchane ke liye to log patthar maarte the aapke phone behta tha. uske bawajood bhi aap kuch nahi kehte the ki yeh log kitne bure hain. main inka koi burai nahi karna hoon. main to ek baat bata raha hoon aur yeh hamein maar rahe hain.</w:t>
      </w:r>
    </w:p>
    <w:p>
      <w:pPr>
        <w:jc w:val="right"/>
      </w:pPr>
      <w:r>
        <w:t>हम लोग उसको संजीदगी से आपकी ज़िंदगी को पढ़ते नहीं है कि क्या कुछ नहीं हुआ? जब आप जाते थे बाज़ार में और लोगों से यह पैगाम पहुंचाने के लिए तो लोग पत्थर मारते थे आपके phone बहता था. उसके बावजूद भी आप कुछ नहीं कहते थे कि यह लोग कितने बुरे हैं. मैं इनका कोई बुराई नहीं करना हूं. मैं तो एक बात बता रहा हूं और यह हमें मार रहे हैं.</w:t>
      </w:r>
    </w:p>
    <w:p>
      <w:r>
        <w:rPr>
          <w:b/>
        </w:rPr>
        <w:t xml:space="preserve">[11:46] </w:t>
      </w:r>
      <w:r>
        <w:t>kuch bhi nahi aap kehte the khamoshi se aur jab mauka milta tha to apni baat keh dete the. to ab jo hai dheere dheere baat pahunch rahi thi to muftalif qabeeron se log aaya karte the. to ek jamaat the unka qabeela tha is drishnva to unhone suna woh zara waise the jo aaseb ka ilaaj karte hain.</w:t>
      </w:r>
    </w:p>
    <w:p>
      <w:pPr>
        <w:jc w:val="right"/>
      </w:pPr>
      <w:r>
        <w:t>कुछ भी नहीं आप कहते थे खामोशी से और जब मौका मिलता था तो अपनी बात कह देते थे. तो अब जो है धीरे धीरे बात पहुंच रही थी तो मुफ्तलीफ कबीरों से लोग आया करते थे. तो एक जमात थे उनका कबीला था इस दृष्णवा तो उन्होंने सुना वो जरा वैसे थे जो आसेब का इलाज करते हैं.</w:t>
      </w:r>
    </w:p>
    <w:p>
      <w:r>
        <w:rPr>
          <w:b/>
        </w:rPr>
        <w:t xml:space="preserve">[12:12] </w:t>
      </w:r>
      <w:r>
        <w:t>to un sab log yahi keh rahe the koi kain paida hua hai, koi jadoogar paida hua hai. to unhone socha well wishing mein ki hum chale unka ilaaj karein kyunke woh ilaaj karte hi the. to woh aaye rasoolullah salah salah salah salah ke paas aur kaha ki agar aap ijazat dein to main aapka ilaaj karoon. to aapne wahi chand baatein kahi tamam tareef sirf allah ki hai aur hum usi se madad chahte hain.</w:t>
      </w:r>
    </w:p>
    <w:p>
      <w:pPr>
        <w:jc w:val="right"/>
      </w:pPr>
      <w:r>
        <w:t>तो उन सब लोग यही कह रहे थे कोई काइन पैदा हुआ है, कोई जादूगर पैदा हुआ है. तो उन्होंने सोचा well wishing में कि हम चले उनका इलाज करें क्योंकि वह इलाज करते ही थे. तो वह आए रसूल्लाह सलाह सलाह सलाह सलाह के पास और कहा कि अगर आप इजाज़त दें तो मैं आपका इलाज करूं. तो आपने वही चंद बातें कहीं तमाम तारीफ सिर्फ अल्लाह की है और हम उसी से मदद चाहते हैं.</w:t>
      </w:r>
    </w:p>
    <w:p>
      <w:r>
        <w:rPr>
          <w:b/>
        </w:rPr>
        <w:t xml:space="preserve">[12:39] </w:t>
      </w:r>
      <w:r>
        <w:t>to kuch aur baatein kahi to unko bahut zyada mutasir hai aur unhone kaha dobara aap yeh baatein bataiye to aapne usko bataya aur woh mutasir ho gaye aur unhone aapke haath par bayad kar li. to isi tareeqe se ek abhuzar ghafari the. unhone yeh baat baatein suni kyunke yeh bas ek rumor ki tarah ho gaya tha har aadmi kehta tha ki arab mein ek aadmi aaya hai aur woh apne aap ko rasool kehta hai.</w:t>
      </w:r>
    </w:p>
    <w:p>
      <w:pPr>
        <w:jc w:val="right"/>
      </w:pPr>
      <w:r>
        <w:t>तो कुछ और बातें कहीं तो उनको बहुत ज़्यादा मुतास्युर है और उन्होंने कहा दोबारा आप यह बातें बताइए तो आपने उसको बताया और वह मुतास्युर हो गए और उन्होंने आपके हाथ पर बयाद कर ली. तो इसी तरीके से एक अभुज़र गफारी थे. उन्होंने यह बात बातें सुनी क्योंकि यह बस एक rumor की तरह हो गया था हर आदमी कहता था कि अरब में एक आदमी आया है और वह अपने आप को रसूल कहता है.</w:t>
      </w:r>
    </w:p>
    <w:p>
      <w:r>
        <w:rPr>
          <w:b/>
        </w:rPr>
        <w:t xml:space="preserve">[13:08] </w:t>
      </w:r>
      <w:r>
        <w:t>to is tarike ki baaten hain.</w:t>
      </w:r>
    </w:p>
    <w:p>
      <w:pPr>
        <w:jc w:val="right"/>
      </w:pPr>
      <w:r>
        <w:t>तो इस तरीके की बातें हैं.</w:t>
      </w:r>
    </w:p>
    <w:p>
      <w:r>
        <w:rPr>
          <w:b/>
        </w:rPr>
        <w:t xml:space="preserve">[13:11] </w:t>
      </w:r>
      <w:r>
        <w:t>to unhone ab udhar gafari ne bheja unhone isko unke bade bhai the.</w:t>
      </w:r>
    </w:p>
    <w:p>
      <w:pPr>
        <w:jc w:val="right"/>
      </w:pPr>
      <w:r>
        <w:t>तो उन्होंने अब उधर गफारी ने भेजा उन्होंने इसको उनके बड़े भाई थे.</w:t>
      </w:r>
    </w:p>
    <w:p>
      <w:r>
        <w:rPr>
          <w:b/>
        </w:rPr>
        <w:t xml:space="preserve">[13:15] </w:t>
      </w:r>
      <w:r>
        <w:t>to ki jakar zara maloomat le aao report le aao wahan se.</w:t>
      </w:r>
    </w:p>
    <w:p>
      <w:pPr>
        <w:jc w:val="right"/>
      </w:pPr>
      <w:r>
        <w:t>तो कि जाकर जरा मालूमात ले आओ report ले आओ वहां से.</w:t>
      </w:r>
    </w:p>
    <w:p>
      <w:r>
        <w:rPr>
          <w:b/>
        </w:rPr>
        <w:t xml:space="preserve">[13:19] </w:t>
      </w:r>
      <w:r>
        <w:t>kya kya baat hai?</w:t>
      </w:r>
    </w:p>
    <w:p>
      <w:pPr>
        <w:jc w:val="right"/>
      </w:pPr>
      <w:r>
        <w:t>क्या क्या बात है?</w:t>
      </w:r>
    </w:p>
    <w:p>
      <w:r>
        <w:rPr>
          <w:b/>
        </w:rPr>
        <w:t xml:space="preserve">[13:23] </w:t>
      </w:r>
      <w:r>
        <w:t>kaun aaya hai?</w:t>
      </w:r>
    </w:p>
    <w:p>
      <w:pPr>
        <w:jc w:val="right"/>
      </w:pPr>
      <w:r>
        <w:t>कौन आया है?</w:t>
      </w:r>
    </w:p>
    <w:p>
      <w:r>
        <w:rPr>
          <w:b/>
        </w:rPr>
        <w:t xml:space="preserve">[13:27] </w:t>
      </w:r>
      <w:r>
        <w:t>to woh aaye to unhone kaha ke ek aadmi aaya hai.</w:t>
      </w:r>
    </w:p>
    <w:p>
      <w:pPr>
        <w:jc w:val="right"/>
      </w:pPr>
      <w:r>
        <w:t>तो वह आए तो उन्होंने कहा कि एक आदमी आया है.</w:t>
      </w:r>
    </w:p>
    <w:p>
      <w:r>
        <w:rPr>
          <w:b/>
        </w:rPr>
        <w:t xml:space="preserve">[13:31] </w:t>
      </w:r>
      <w:r>
        <w:t>koi usko kaagib kah raha hai jhootha, koi kah raha hai jadoogar, koi kah raha hai kahin shayad.</w:t>
      </w:r>
    </w:p>
    <w:p>
      <w:pPr>
        <w:jc w:val="right"/>
      </w:pPr>
      <w:r>
        <w:t>कोई उसको कागीब कह रहा है झूठा, कोई कह रहा है जादूगर, कोई कह रहा है काहीन शायद.</w:t>
      </w:r>
    </w:p>
    <w:p>
      <w:r>
        <w:rPr>
          <w:b/>
        </w:rPr>
        <w:t xml:space="preserve">[13:35] </w:t>
      </w:r>
      <w:r>
        <w:t>to ye sari baaten log unko kah rahe hain.</w:t>
      </w:r>
    </w:p>
    <w:p>
      <w:pPr>
        <w:jc w:val="right"/>
      </w:pPr>
      <w:r>
        <w:t>तो यह सारी बातें लोग उनको कह रहे हैं.</w:t>
      </w:r>
    </w:p>
    <w:p>
      <w:r>
        <w:rPr>
          <w:b/>
        </w:rPr>
        <w:t xml:space="preserve">[13:39] </w:t>
      </w:r>
      <w:r>
        <w:t>lekin mujhe jo maine suna hai uski baatein to mujhe woh ek saccha aadmi maloom hota hai. to yeh baatein sunne ke baad woh bahut zyada mutazzir ho gaye aur unhone kaha ki ab main khud jaunga phir woh gaye. to woh gaye to kaba mein gaye. kaba mein woh samajh rahe the ki agar hum woh seedhe jayenge to kahin agar hum kisi se poochhein ki mohammed kaun hai? waise itni mukhalafat ho rahi hai.</w:t>
      </w:r>
    </w:p>
    <w:p>
      <w:pPr>
        <w:jc w:val="right"/>
      </w:pPr>
      <w:r>
        <w:t>लेकिन मुझे जो मैंने सुना है उसकी बातें तो मुझे वह एक सच्चा आदमी मालूम होता है. तो यह बातें सुनने के बाद वह बहुत ज़्यादा मुतज़िर हो गए और उन्होंने कहा कि अब मैं खुद जाऊंगा फिर वह गए. तो वह गए तो काबा में गए. काबा में वह समझ रहे थे कि अगर हम वह सीधे जाएंगे तो कहीं अगर हम किसी से पूछें कि मोहम्मद कौन है? वैसी इतनी मुखालफत हो रही है.</w:t>
      </w:r>
    </w:p>
    <w:p>
      <w:r>
        <w:rPr>
          <w:b/>
        </w:rPr>
        <w:t xml:space="preserve">[14:05] </w:t>
      </w:r>
      <w:r>
        <w:t>to woh log batayenge nahi batayenge to baharhal woh kaba mein jaakar thehre rahe. do din teen din wahan hazrat ali unko mile. to hazrat ali ne kaha ki kya baat hai tum? kya chahte ho kya tumhari makka aane ka maksad kya hai? to unhone bataya ki mujhe ek aise inse milna hai. aap mujhe mila sakte hain. to woh unhone kaha theek hai mere saath aao.</w:t>
      </w:r>
    </w:p>
    <w:p>
      <w:pPr>
        <w:jc w:val="right"/>
      </w:pPr>
      <w:r>
        <w:t>तो वह लोग बताएंगे नहीं बताएंगे तो बहरहाल वह काबा में जाकर ठहरे रहे. दो दिन तीन दिन वहां हज़र तली उनको मिले. तो हज़र तली ने कहा कि क्या बात है तुम? क्या चाहते हो क्या तुम्हारी मक्का आने का मकसद क्या है? तो उन्होंने बताया कि मुझे एक ऐसे इनसे मिलना है. आप मुझे मिला सकते हैं. तो वो उन्होंने कहा ठीक है मेरे साथ आओ.</w:t>
      </w:r>
    </w:p>
    <w:p>
      <w:r>
        <w:rPr>
          <w:b/>
        </w:rPr>
        <w:t xml:space="preserve">[14:32] </w:t>
      </w:r>
      <w:r>
        <w:t>to le jaake milaya to aapki jab sab baaten suni to bahut zyada mutassir ho gaye aur itna</w:t>
      </w:r>
    </w:p>
    <w:p>
      <w:pPr>
        <w:jc w:val="right"/>
      </w:pPr>
      <w:r>
        <w:t>तो ले जाके मिलाया तो आपकी जब सब बातें सुनी तो बहुत ज़्यादा मुतास्सिर हो गए और इतना</w:t>
      </w:r>
    </w:p>
    <w:p>
      <w:r>
        <w:rPr>
          <w:b/>
        </w:rPr>
        <w:t xml:space="preserve">[14:41] </w:t>
      </w:r>
      <w:r>
        <w:t>zyada mutassir ho gaye unhone kaha ke main jakar na lasullah salah salah kisi ko kuch kehte hain,</w:t>
      </w:r>
    </w:p>
    <w:p>
      <w:pPr>
        <w:jc w:val="right"/>
      </w:pPr>
      <w:r>
        <w:t>ज़्यादा मुतास्सिर हो गए उन्होंने कहा कि मैं जाकर ना लसूल्लाह सलाह सलाह किसी को कुछ कहते हैं,</w:t>
      </w:r>
    </w:p>
    <w:p>
      <w:r>
        <w:rPr>
          <w:b/>
        </w:rPr>
        <w:t xml:space="preserve">[14:50] </w:t>
      </w:r>
      <w:r>
        <w:t>na un aapke jo saathi hain jo aapke haath par bayout laaye aur jinko unki wajah se maara</w:t>
      </w:r>
    </w:p>
    <w:p>
      <w:pPr>
        <w:jc w:val="right"/>
      </w:pPr>
      <w:r>
        <w:t>ना उन आपके जो साथी हैं जो आपके हाथ पर बयौत लाए और जिनको उनकी वजह से मारा</w:t>
      </w:r>
    </w:p>
    <w:p>
      <w:r>
        <w:rPr>
          <w:b/>
        </w:rPr>
        <w:t xml:space="preserve">[14:59] </w:t>
      </w:r>
      <w:r>
        <w:t>ja raha tha.</w:t>
      </w:r>
    </w:p>
    <w:p>
      <w:pPr>
        <w:jc w:val="right"/>
      </w:pPr>
      <w:r>
        <w:t>जा रहा था.</w:t>
      </w:r>
    </w:p>
    <w:p>
      <w:r>
        <w:rPr>
          <w:b/>
        </w:rPr>
        <w:t xml:space="preserve">[15:09] </w:t>
      </w:r>
      <w:r>
        <w:t>wo bhi kuch nahi aapko kehte ki yeh woh bhi kuch nahi kehte ki log itna zyada mukhalafat kar rahe hain bura bhala kahe hain unko retaliate karein kuch nahi sirf chup chap woh unki ezaon ko bardasht karte.</w:t>
      </w:r>
    </w:p>
    <w:p>
      <w:pPr>
        <w:jc w:val="right"/>
      </w:pPr>
      <w:r>
        <w:t>वो भी कुछ नहीं आपको कहते कि यह वह भी कुछ नहीं कहते कि लोग इतना ज़्यादा मुखालफत कर रहे हैं बुरा भला कहे हैं उनको retaliate करें कुछ नहीं सिर्फ चुपचाप वह उनकी ईज़ाओं को बर्दाश्त करते.</w:t>
      </w:r>
    </w:p>
    <w:p>
      <w:r>
        <w:rPr>
          <w:b/>
        </w:rPr>
        <w:t xml:space="preserve">[15:30] </w:t>
      </w:r>
      <w:r>
        <w:t>to phir uske baad abu talib ka to ho gaya tha ki woh poori tarah se madad karenge lekin woh islam qubool nahi karenge lekin poori tarah se woh madad karenge. ab jo hai hajj ka zamana tha to rasoolullah sallallahu alaihi wasallam ne pehle to individual hi logon se mulaqatein ki aur unko bataya.</w:t>
      </w:r>
    </w:p>
    <w:p>
      <w:pPr>
        <w:jc w:val="right"/>
      </w:pPr>
      <w:r>
        <w:t>तो फिर उसके बाद अबू तालीब का तो हो गया था कि वो पूरी तरीके से मदद करेंगे लेकिन वो इस्लाम कुबूल नहीं करेंगे लेकिन पूरी तरीके से वो मदद करेंगे. अब जो है हज का जमाना था तो रसूल्लाह सर अब्सल्लाम ने पहले तो individual ही लोगों से मुलाक़ातें की और उनको बताया.</w:t>
      </w:r>
    </w:p>
    <w:p>
      <w:r>
        <w:rPr>
          <w:b/>
        </w:rPr>
        <w:t xml:space="preserve">[15:55] </w:t>
      </w:r>
      <w:r>
        <w:t>to usse thoda sa hua kaam taqreeban chalis log aapke haath par bait kiya unhone. phir uske baad woh hajj ka zamana tha. to hajj ke mukhtalif hajj jo hai poore arab wale wahan makka aate the to unke jo hai kheme mein ja jaakar wahan woh log khema ek ek tribe aata tha aur woh apna khema lagata tha.</w:t>
      </w:r>
    </w:p>
    <w:p>
      <w:pPr>
        <w:jc w:val="right"/>
      </w:pPr>
      <w:r>
        <w:t>तो उससे थोड़ा सा हुआ काम तकरीबन चालीस लोग आपके हाथ पर बैठ किया उन्होंने. फिर उसके बाद वह हच का जमाना था. तो हच के मुख्तलीब हच जो है पूरे अरब वाले वहां मक्का आते थे तो उनके जो है खेमे में जा जाकर वहां वह लोग खेमा एक एक tribe आता था और वह अपना खेमा लगाता था.</w:t>
      </w:r>
    </w:p>
    <w:p>
      <w:r>
        <w:rPr>
          <w:b/>
        </w:rPr>
        <w:t xml:space="preserve">[16:19] </w:t>
      </w:r>
      <w:r>
        <w:t>to woh kheme mein ja jaakar aap elaan karte hain logon ko sab baatein batate hain. wahan bazaar bhi jab hajj ka zamana hota tha to bazaar bhi lagti thi. woh kaha jaana, zulmajaz to bazaar mein log aate the aap bazaar mein ja jaakar chal chal kar logon ko batate the qul la ilaha illallah tufle ho. tum allah ilah illallah khuda ko ek maano aur tum kaamyaab ho gaye.</w:t>
      </w:r>
    </w:p>
    <w:p>
      <w:pPr>
        <w:jc w:val="right"/>
      </w:pPr>
      <w:r>
        <w:t>तो वह खेमे में जा जाकर आप ऐलान करते हैं लोगों को सब बातें बताते हैं. वहां बाज़ार भी जब हंज का जमाना होता था तो बाज़ार भी लगती थी. वह कहा जाना, जुल्मजाज़ तो बाज़ार में लोग आते थे आप बाज़ार में जा जाकर चल चलकर लोगों को बताते थे कूल उला इलाह इल्लाह तूफले हो. तुम अल्लाह इल्लाह इल्लाह खुदा को एक मानो और तुम कामयाब हो गए.</w:t>
      </w:r>
    </w:p>
    <w:p>
      <w:r>
        <w:rPr>
          <w:b/>
        </w:rPr>
        <w:t xml:space="preserve">[16:49] </w:t>
      </w:r>
      <w:r>
        <w:t>khuda ki jannat ke mustahib banoge. bas yahi kehte rehte the chaaron taraf ghoom ghoom ke jahan aapko pata chalta tha ki koi naya aadmi, koi nayi jamaat aayi hai fauran aap ghar se nikalte the aur usko paigham pahunchate the. to halanki logon ne bahut kam accept kiya asal mein quraish jo hai woh bahut hi zyada powerful tribe the.</w:t>
      </w:r>
    </w:p>
    <w:p>
      <w:pPr>
        <w:jc w:val="right"/>
      </w:pPr>
      <w:r>
        <w:t>खुदा की जन्नत के मुस्ताहिब बनोगे. बस यही कहते रहते थे चारों तरफ घूम घूम के जहां आपको पता चलता था कि कोई नया आदमी, कोई नई जमात आई है फ़ौरन आप घर से निकलते थे और उसको पैगाम पहुंचाते थे. तो हालांकि लोगों ने बहुत कम accept किया असल में कुरायस जो है वह बहुत ही ज़्यादा powerful tribe थे.</w:t>
      </w:r>
    </w:p>
    <w:p>
      <w:r>
        <w:rPr>
          <w:b/>
        </w:rPr>
        <w:t xml:space="preserve">[17:13] </w:t>
      </w:r>
      <w:r>
        <w:t>to un aur us zamane mein tribal age tha to baghair tribe ki koi zinda nahi reh sakta tha survive nahi kar sakta tha. to tribe ka protection zaroori tha. to is wajah se woh bahut darte the quraish se. to phir uske baad allah taala ki madad barabar aa rahi thi. har minus ko allah taala plus mein kar diya kar rahe the.</w:t>
      </w:r>
    </w:p>
    <w:p>
      <w:pPr>
        <w:jc w:val="right"/>
      </w:pPr>
      <w:r>
        <w:t>तो उन और उस ज़माने में tribal age था तो बगैर tribe की कोई ज़िंदा नहीं रह सकता था survive नहीं कर सकता था. तो tribe का protection ज़रूरी था. तो इस वजह से वो बहुत डरते थे कुराश से. तो फिर उसके बाद अल्लाह तालाह की मदद बराबर आ रही थी. हर minus को अल्लाह तालाह plus में कर दिया कर रहे थे.</w:t>
      </w:r>
    </w:p>
    <w:p>
      <w:r>
        <w:rPr>
          <w:b/>
        </w:rPr>
        <w:t xml:space="preserve">[17:38] </w:t>
      </w:r>
      <w:r>
        <w:t>to aisa hua ki quraish jo hai unhone chunki hajj ke zamane mein saare arab se log aa rahe the. to saare arab se aane ki wajah se woh baatein jo hain logon ko curiosity hoti hai na kaun aaya hai jo apne ko rasool keh raha hai? kaun aaya jisko log kahin keh rahe hain? jadugar keh rahe hain?</w:t>
      </w:r>
    </w:p>
    <w:p>
      <w:pPr>
        <w:jc w:val="right"/>
      </w:pPr>
      <w:r>
        <w:t>तो ऐसा हुआ कि कुरैश जो है उन्होंने चूंकि हंज के जमाने में सारे अरब से लोग आ रहे थे. तो सारे अरब से आने की वजह से वो बातें जो हैं लोगों को curiosity होती है ना कौन आया है जो अपने को रसूल कह रहा है? कौन आया जिसको लोग कहीं कह रहे हैं? जादूगर कह रहे हैं?</w:t>
      </w:r>
    </w:p>
    <w:p>
      <w:r>
        <w:rPr>
          <w:b/>
        </w:rPr>
        <w:t xml:space="preserve">[17:58] </w:t>
      </w:r>
      <w:r>
        <w:t>to yeh quraish walon ne apne logon ko jagah jagah bata diya ki sabse kaho ki dekho ek jadugar aaya hai aur jo hai jadugar ka love unhone isliye coin kiya tha kyunki agar hum kahein jhootha kahein aur ab jhooth bolte nahi the to log kahenge ki yeh galat baat hai. to jhootha kahe shayar kahe to yeh sab chalega nahi.</w:t>
      </w:r>
    </w:p>
    <w:p>
      <w:pPr>
        <w:jc w:val="right"/>
      </w:pPr>
      <w:r>
        <w:t>तो यह कोरायस वालों ने अपने लोगों को जगह जगह बटा दिया कि सबसे कहो कि देखो एक जादूगर आया है और जो है जादूगर का love उन्होंने इसलिए coin किया था क्योंकि अगर हम कहें झूठा कहें और अब झूठ बोलते नहीं थे तो लोग कहेंगे कि यह गलत बात है. तो झूठा कहें शायर कहें तो यह सब चलेगा नहीं.</w:t>
      </w:r>
    </w:p>
    <w:p>
      <w:r>
        <w:rPr>
          <w:b/>
        </w:rPr>
        <w:t xml:space="preserve">[18:24] </w:t>
      </w:r>
      <w:r>
        <w:t>to jadugar kahenge to chal jayega kyunki jadugar is maane mein kehte the ki aisa kalaam hai aisa kalaam woh dete hain logon ko pesh karte hain ki log jo hain hum family mein tafri pad jaati hai. matlab family mein kai log hain kuch logon ne maan liya, kuch logon ne nahi maana. to kehna hai aisa kalaam hai jo family mein tafadduqa daal deta hai. to is tarike se sabne milkar kaha ki sab jadugar hi kahenge. das baat nahi kahenge.</w:t>
      </w:r>
    </w:p>
    <w:p>
      <w:pPr>
        <w:jc w:val="right"/>
      </w:pPr>
      <w:r>
        <w:t>तो जादूगर कहेंगे तो चल जाएगा क्योंकि जादूगर इस माने में कहते थे कि ऐसा कलाम है ऐसा कलाम वो देते हैं लोगों को पेश करते हैं कि लोग जो हैं हम family में तफरी पड़ जाती है. मतलब family में कई लोग हैं कुछ लोगों ने मान लिया, कुछ लोगों ने नहीं माना. तो कहना है ऐसा कलाम है जो family में तफड़का डाल देता है. तो इस तरीके से सबने मिलकर कहा कि सब जादूगर ही कहेंगे. दस बात नहीं कहेंगे.</w:t>
      </w:r>
    </w:p>
    <w:p>
      <w:r>
        <w:rPr>
          <w:b/>
        </w:rPr>
        <w:t xml:space="preserve">[18:53] </w:t>
      </w:r>
      <w:r>
        <w:t>to sabne kehna shuru kiya ki woh ek jadugar aaya hai usse milna nahi warna tumhara jo hai tum bhi mutasar ho jaoge aur tum tumhari family bhi kharab ho jayegi. lekin hua kya jab unhone sabse kehna shuru kar diya ki jadugar aaya hai to aur zyada logon ko curiosity ho gayi ki maloom karein bhai kaun hai jadugar? to usi mein ek to fali amarat dausi the.</w:t>
      </w:r>
    </w:p>
    <w:p>
      <w:pPr>
        <w:jc w:val="right"/>
      </w:pPr>
      <w:r>
        <w:t>तो सबने कहना शुरू किया कि वो एक जादूगर आया है उससे मिलना नहीं वरना तुम्हारा जो है तुम भी मुतसर हो जाओगे और तुम तुम्हारी family भी खराब हो जाएगी. लेकिन हुआ क्या जब उन्होंने सबसे कहना शुरू कर दिया कि जादूगर आया है तो और ज़्यादा लोगों को curiosity हो गई कि मालूम करें भाई कौन है जादूगर? तो उसी में एक तो फैली अमरात दौसी थे.</w:t>
      </w:r>
    </w:p>
    <w:p>
      <w:r>
        <w:rPr>
          <w:b/>
        </w:rPr>
        <w:t xml:space="preserve">[19:18] </w:t>
      </w:r>
      <w:r>
        <w:t>to pehle to woh madhasir hue ki bhai uske jadoo ka asar na hamare upar chal jaye. to unhone apne apne kaan mein ungli roohi daal li. phir unko baad mein samjhe ki bhai hum to samajhdar aadmi hai. hum kyun is tarike se ek galat baat samutasveer ho jayenge? to unhone apne kaan mein shuru hi nikali aur, aur woh gaye rasoolullah sallallahu alaihi wasallam se mile.</w:t>
      </w:r>
    </w:p>
    <w:p>
      <w:pPr>
        <w:jc w:val="right"/>
      </w:pPr>
      <w:r>
        <w:t>तो पहले तो वह मदासिर हुए कि भाई उसके जादू का असर ना हमारे ऊपर चल जाए. तो उन्होंने अपने अपने कान में उंगली रूही डाल ली. फिर उनको बाद में समझे कि भई हम तो समझदार आदमी है. हम क्यों इस तरीके से एक गलत बात समुतास्वीर हो जाएंगे? तो उन्होंने अपने कान में शुरू ही निकाली और, और वह गए रसूल्लाह सराश्रम से मिले.</w:t>
      </w:r>
    </w:p>
    <w:p>
      <w:r>
        <w:rPr>
          <w:b/>
        </w:rPr>
        <w:t xml:space="preserve">[19:44] </w:t>
      </w:r>
      <w:r>
        <w:t>to phir bohat zyaada mutassir ho gaye aur aapke upar unhone bayad ki.</w:t>
      </w:r>
    </w:p>
    <w:p>
      <w:pPr>
        <w:jc w:val="right"/>
      </w:pPr>
      <w:r>
        <w:t>तो फिर बहुत ज़्यादा मुतास्सिर हो गए और आपके ऊपर उन्होंने बयाद की.</w:t>
      </w:r>
    </w:p>
    <w:p>
      <w:r>
        <w:rPr>
          <w:b/>
        </w:rPr>
        <w:t xml:space="preserve">[19:52] </w:t>
      </w:r>
      <w:r>
        <w:t>phir jo bhi bayat kar leta tha usse rasoolullah kehte hain ki tum log jaao.</w:t>
      </w:r>
    </w:p>
    <w:p>
      <w:pPr>
        <w:jc w:val="right"/>
      </w:pPr>
      <w:r>
        <w:t>फिर जो भी बयात कर लेता था उससे रसूल्लाह कहते हैं कि तुम लोग जाओ.</w:t>
      </w:r>
    </w:p>
    <w:p>
      <w:r>
        <w:rPr>
          <w:b/>
        </w:rPr>
        <w:t xml:space="preserve">[20:01] </w:t>
      </w:r>
      <w:r>
        <w:t>kai log kehte hain ki hum aapke saath rahenge.</w:t>
      </w:r>
    </w:p>
    <w:p>
      <w:pPr>
        <w:jc w:val="right"/>
      </w:pPr>
      <w:r>
        <w:t>कई लोग कहते हैं कि हम आपके साथ रहेंगे.</w:t>
      </w:r>
    </w:p>
    <w:p>
      <w:r>
        <w:rPr>
          <w:b/>
        </w:rPr>
        <w:t xml:space="preserve">[20:10] </w:t>
      </w:r>
      <w:r>
        <w:t>aap kehte nahi tum log jaao apne tribe mein kaam karo.</w:t>
      </w:r>
    </w:p>
    <w:p>
      <w:pPr>
        <w:jc w:val="right"/>
      </w:pPr>
      <w:r>
        <w:t>आप कहते नहीं तुम लोग जाओ अपने tribe में काम करो.</w:t>
      </w:r>
    </w:p>
    <w:p>
      <w:r>
        <w:rPr>
          <w:b/>
        </w:rPr>
        <w:t xml:space="preserve">[20:19] </w:t>
      </w:r>
      <w:r>
        <w:t>to aapne haath uthaya to aapne dhwa kiya to kaha ki allah qabeel e dost ko hidayat de. e allah qabeel e dost ko hidayat de. to phir uske baad aapne kaha ki jao dobara aur uske saath naram se pesh aao.</w:t>
      </w:r>
    </w:p>
    <w:p>
      <w:pPr>
        <w:jc w:val="right"/>
      </w:pPr>
      <w:r>
        <w:t>तो आपने हाथ उठाया तो आपने ध्वा किया तो कहा कि अल्लाह कबील ए दोस्त को हिदायत दे. ए अल्लाह कबील ए दोस्त को हिदायत दे. तो फिर उसके बाद आपने कहा कि जाओ दोबारा और उसके साथ नरमी से पेश आओ.</w:t>
      </w:r>
    </w:p>
    <w:p>
      <w:r>
        <w:rPr>
          <w:b/>
        </w:rPr>
        <w:t xml:space="preserve">[20:35] </w:t>
      </w:r>
      <w:r>
        <w:t>to yeh sab cheezein hamare liye bohat hi laayamal ki baatein hain bohat hi important baatein hain ki</w:t>
      </w:r>
    </w:p>
    <w:p>
      <w:pPr>
        <w:jc w:val="right"/>
      </w:pPr>
      <w:r>
        <w:t>तो यह सब चीज़ें हमारे लिए बहुत ही लायामल की बातें हैं बहुत ही important बातें हैं कि</w:t>
      </w:r>
    </w:p>
    <w:p>
      <w:r>
        <w:rPr>
          <w:b/>
        </w:rPr>
        <w:t xml:space="preserve">[20:42] </w:t>
      </w:r>
      <w:r>
        <w:t>agar ek baar mein kisi ko ek baat samajh mein nahi aati to humein disappoint nahi hona hai</w:t>
      </w:r>
    </w:p>
    <w:p>
      <w:pPr>
        <w:jc w:val="right"/>
      </w:pPr>
      <w:r>
        <w:t>अगर एक बार में किसी को एक बात समझ में नहीं आती तो हमें disappoint नहीं होना है</w:t>
      </w:r>
    </w:p>
    <w:p>
      <w:r>
        <w:rPr>
          <w:b/>
        </w:rPr>
        <w:t xml:space="preserve">[20:49] </w:t>
      </w:r>
      <w:r>
        <w:t>balki dobara mehnat karni hai aur uske liye duayein karni hai aur narmi se pesh karna hai baat</w:t>
      </w:r>
    </w:p>
    <w:p>
      <w:pPr>
        <w:jc w:val="right"/>
      </w:pPr>
      <w:r>
        <w:t>बल्कि दोबारा मेहनत करनी है और उसके लिए दुआएं करनी है और नरमी से पेश करना है बात</w:t>
      </w:r>
    </w:p>
    <w:p>
      <w:r>
        <w:rPr>
          <w:b/>
        </w:rPr>
        <w:t xml:space="preserve">[20:56] </w:t>
      </w:r>
      <w:r>
        <w:t>ko apni is tareeqe se woh uska usko dimaag dil mein bagaam uske baithega phir aur yahi hua</w:t>
      </w:r>
    </w:p>
    <w:p>
      <w:pPr>
        <w:jc w:val="right"/>
      </w:pPr>
      <w:r>
        <w:t>को अपनी इस तरीके से वह उसका उसको दिमाग दिल में बगाम उसके बैठेगा फिर और यही हुआ</w:t>
      </w:r>
    </w:p>
    <w:p>
      <w:r>
        <w:rPr>
          <w:b/>
        </w:rPr>
        <w:t xml:space="preserve">[21:03] </w:t>
      </w:r>
      <w:r>
        <w:t>zyadatar qabile ke log jo hai woh mudassir ho gaye islam se.</w:t>
      </w:r>
    </w:p>
    <w:p>
      <w:pPr>
        <w:jc w:val="right"/>
      </w:pPr>
      <w:r>
        <w:t>ज़्यादातर कबीले के लोग जो है वो मुदस्य रो गए इस्लाम से.</w:t>
      </w:r>
    </w:p>
    <w:p>
      <w:r>
        <w:rPr>
          <w:b/>
        </w:rPr>
        <w:t xml:space="preserve">[21:10] </w:t>
      </w:r>
      <w:r>
        <w:t>to ek mashrahib ne mashrooq the kyunki hajj ke mauqe par tarah tarah se jagah jagah se log aate the to logon ko baat achhi lagti thi lekin phir wahi woh darte the ki agar hum inki baat maan le to hamara qabeela jo hai hamara hamein nikal dega. ek taraf qabeela quraish ka dar. doosre apne qabeela hamein nikal dega phir.</w:t>
      </w:r>
    </w:p>
    <w:p>
      <w:pPr>
        <w:jc w:val="right"/>
      </w:pPr>
      <w:r>
        <w:t>तो एक मशराहीब ने मशरूक थे क्योंकि हंच के मौके पर तरह तरह से जगह जगह से लोग आते थे तो लोगों को बात अच्छी लगती थी लेकिन फिर वही वह डरते थे कि अगर हम इनकी बात मान लें तो हमारा कबीला जो है हमारा हमें निकाल देगा. एक तरफ कबीला कोरेश का डर. दूसरे अपने कबीला हमें निकाल देगा फिर.</w:t>
      </w:r>
    </w:p>
    <w:p>
      <w:r>
        <w:rPr>
          <w:b/>
        </w:rPr>
        <w:t xml:space="preserve">[21:32] </w:t>
      </w:r>
      <w:r>
        <w:t>rasoolullah sallallahu alaihi wasallam ne kaha ki poore ek jamaat thi poori jamaat ko aapne bataya tha. to lekin woh jamaat jo hai sab sab sabki samajh mein nahi aaya. mahisra ki samajh mein aaya. to rasoolullah sallallahu alaihi wasallam ne kaha ki to tumhein maan lo. to unhone kaha ki hum baghair uske hum reh nahi sakte. baghair qabeel ki imayat ke to is wajah se woh usko accept nahi kar sake.</w:t>
      </w:r>
    </w:p>
    <w:p>
      <w:pPr>
        <w:jc w:val="right"/>
      </w:pPr>
      <w:r>
        <w:t>रसूल्लाह सरसलम ने कहा कि पूरे एक जमात थी पूरी जमात को आपने बताया था. तो लेकिन वह जमात जो है सब सब सबकी समझ में नहीं आया. महिसरा की समझ में आया. तो रसूल्लाह सलाह अब्सलम ने कहा कि तो तुम्हें मान लो. तो उन्होंने कहा कि हम बगैर उसके हम रह नहीं सकते. बगैर कबीले की इमायत के तो इस वजह से वो उसको accept नहीं कर सके.</w:t>
      </w:r>
    </w:p>
    <w:p>
      <w:r>
        <w:rPr>
          <w:b/>
        </w:rPr>
        <w:t xml:space="preserve">[22:01] </w:t>
      </w:r>
      <w:r>
        <w:t>to rasoolullah se aslam ko kis qadar shauk tha?</w:t>
      </w:r>
    </w:p>
    <w:p>
      <w:pPr>
        <w:jc w:val="right"/>
      </w:pPr>
      <w:r>
        <w:t>तो रसूल्लाह से असलम को किस कदर शौक था?</w:t>
      </w:r>
    </w:p>
    <w:p>
      <w:r>
        <w:rPr>
          <w:b/>
        </w:rPr>
        <w:t xml:space="preserve">[22:06] </w:t>
      </w:r>
      <w:r>
        <w:t>kis qadar ke tamanna thi ki kis tareeqe se logon tak baat pahunch jaaye.</w:t>
      </w:r>
    </w:p>
    <w:p>
      <w:pPr>
        <w:jc w:val="right"/>
      </w:pPr>
      <w:r>
        <w:t>किस कदर के तमन्ना थी कि किस तरीके से लोगों तक बात पहुंच जाए.</w:t>
      </w:r>
    </w:p>
    <w:p>
      <w:r>
        <w:rPr>
          <w:b/>
        </w:rPr>
        <w:t xml:space="preserve">[22:11] </w:t>
      </w:r>
      <w:r>
        <w:t>to yahan tak ek wahan rukana pehelwan tha.</w:t>
      </w:r>
    </w:p>
    <w:p>
      <w:pPr>
        <w:jc w:val="right"/>
      </w:pPr>
      <w:r>
        <w:t>तो यहां तक एक वहां रुकाना पहलवान था.</w:t>
      </w:r>
    </w:p>
    <w:p>
      <w:r>
        <w:rPr>
          <w:b/>
        </w:rPr>
        <w:t xml:space="preserve">[22:16] </w:t>
      </w:r>
      <w:r>
        <w:t>to usko jab aapne paigham diya to usne kaha ki tum jo hai mujhe kashti mein pachhaad do</w:t>
      </w:r>
    </w:p>
    <w:p>
      <w:pPr>
        <w:jc w:val="right"/>
      </w:pPr>
      <w:r>
        <w:t>तो उसको जब आपने पैगाम दिया तो उसने कहा कि तुम जो है मुझे कष्टी में पछाड़ दो</w:t>
      </w:r>
    </w:p>
    <w:p>
      <w:r>
        <w:rPr>
          <w:b/>
        </w:rPr>
        <w:t xml:space="preserve">[22:21] </w:t>
      </w:r>
      <w:r>
        <w:t>to phir main paigham ko bhool kar lunga.</w:t>
      </w:r>
    </w:p>
    <w:p>
      <w:pPr>
        <w:jc w:val="right"/>
      </w:pPr>
      <w:r>
        <w:t>तो फिर मैं पैगाम को भूल कर लूंगा.</w:t>
      </w:r>
    </w:p>
    <w:p>
      <w:r>
        <w:rPr>
          <w:b/>
        </w:rPr>
        <w:t xml:space="preserve">[22:26] </w:t>
      </w:r>
      <w:r>
        <w:t>to aapne us kushti bhi ki aur usko pachhaad diya.</w:t>
      </w:r>
    </w:p>
    <w:p>
      <w:pPr>
        <w:jc w:val="right"/>
      </w:pPr>
      <w:r>
        <w:t>तो आपने उस कुस्ती भी की और उसको पछार दिया.</w:t>
      </w:r>
    </w:p>
    <w:p>
      <w:r>
        <w:rPr>
          <w:b/>
        </w:rPr>
        <w:t xml:space="preserve">[22:32] </w:t>
      </w:r>
      <w:r>
        <w:t>to is tarike se yahan tak aap bhai har haalat mein aap itne zyada well wisher the ki kis tarike se logon ko jannat ke rasta dikhaya jaye, khuda ka guidance usko mile aur aapko koi bhi kisi aur tarah ki koi interest nahi tha.</w:t>
      </w:r>
    </w:p>
    <w:p>
      <w:pPr>
        <w:jc w:val="right"/>
      </w:pPr>
      <w:r>
        <w:t>तो इस तरीके से यहां तक आप भाई हर हालत में आप इतने ज़्यादा well wisher थे कि किस तरीके से लोगों को जन्नत के रास्ता दिखाया जाए, खोदा का guidance उसको मिले और आपको कोई भी किसी और तरह की कोई interest नहीं था.</w:t>
      </w:r>
    </w:p>
    <w:p>
      <w:r>
        <w:rPr>
          <w:b/>
        </w:rPr>
        <w:t xml:space="preserve">[22:49] </w:t>
      </w:r>
      <w:r>
        <w:t>isi wajah se jo hai aap kisi ke na kabhi koi burai karte hain na kabhi kisi ko chit phat karte hain kuch nahi karte aap bas yeh har waqt bas yahi tha ki kis tarike se unko hamein baat batani hai. to is tarike se aap bar bar kaam kar rahe the. har istemaal mein jaate the.</w:t>
      </w:r>
    </w:p>
    <w:p>
      <w:pPr>
        <w:jc w:val="right"/>
      </w:pPr>
      <w:r>
        <w:t>इसी वजह से जो है आप किसी के ना कभी कोई बुराई करते हैं ना कभी किसी को चिट फाट करते हैं कुछ नहीं करते आप बस यह हर वक्त बस यही था कि किस तरीके से उनको हमें बात बतानी है. तो इस तरीके से आप बार बार काम कर रहे थे. हर इस्तेमाल में जाते थे.</w:t>
      </w:r>
    </w:p>
    <w:p>
      <w:r>
        <w:rPr>
          <w:b/>
        </w:rPr>
        <w:t xml:space="preserve">[23:12] </w:t>
      </w:r>
      <w:r>
        <w:t>bazaar mein, mele mein har jagah aur yahi kehte the ki anna ke sawa koi mabood nahi aur tum is baat ko maano aur tumhari din duniya dono mein tumhari fala hai isi mein.</w:t>
      </w:r>
    </w:p>
    <w:p>
      <w:pPr>
        <w:jc w:val="right"/>
      </w:pPr>
      <w:r>
        <w:t>बाज़ार में, मेले में हर जगह और यही कहते थे कि अन्ना के सवा कोई माबूद नहीं और तुम इस बात को मानो और तुम्हारी दिनों दुनिया दोनों में तुम्हारी फला है इसी में.</w:t>
      </w:r>
    </w:p>
    <w:p>
      <w:r>
        <w:rPr>
          <w:b/>
        </w:rPr>
        <w:t xml:space="preserve">[23:27] </w:t>
      </w:r>
      <w:r>
        <w:t>to har radd ab jab quraish ne dekha ki yeh jo hai kisi tarike se maan nahi rahe hain aur har tarah se mukhalafat karke dekh liya, patthar marte sab kuch karte par lekin aap dekha ki maan nahi rahe hain to phir abu talib jo ki aapke guardian the unke upar pressure dala. ab mazr taabu talib ne kaha ki dekho apne boodhe chacha ka khayal karo, apna bhi khayal karoge.</w:t>
      </w:r>
    </w:p>
    <w:p>
      <w:pPr>
        <w:jc w:val="right"/>
      </w:pPr>
      <w:r>
        <w:t>तो हर रद्द अब जब कुरेश ने देखा कि यह जो है किसी तरीके से मान नहीं रहे हैं और हर तरह से मुकालफत करके देख लिया, पत्थर मारते सब कुछ करते पर लेकिन आप देखा कि मान नहीं रहे हैं तो फिर अबू तालीब जो कि आपके guardian थे उनके ऊपर pressure डाला. अब मज़र ताबु तालीब ने कहा कि देखो अपने बूढ़े चचा का ख्याल करो, अपना भी ख्याल करोगे.</w:t>
      </w:r>
    </w:p>
    <w:p>
      <w:r>
        <w:rPr>
          <w:b/>
        </w:rPr>
        <w:t xml:space="preserve">[23:53] </w:t>
      </w:r>
      <w:r>
        <w:t>security ka masla hai, safety ka masla hai. to asullah sallallahu alaihi wasallam ab halanki kitna zyada apne chacha ko mante rahoge. wohi aapke guardian the. lekin sachchai ke maamle mein aapne koi compromise nahi kiya. aapne kaha ki agar yeh log daaye haath mein mere suraj rakh dein aur baayein haath mein chand tab bhi main yeh kaam karta rahunga. tab bhi main yeh kaam nahi chhodunga matlab.</w:t>
      </w:r>
    </w:p>
    <w:p>
      <w:pPr>
        <w:jc w:val="right"/>
      </w:pPr>
      <w:r>
        <w:t>Security का मसला है, safety का मसला है. तो असुल्लाह sir असलम ने अब हालांकि कितना ज़्यादा अपने चचा को मानते रहोगे. वही आपके guardian थे. लेकिन सच्चाई के मामले में आपने कोई compromise नहीं किया. आपने कहा कि अगर यह लोग दाएं हाथ में मेरे सूरज रख दें और बाएं हाथ में चांद तब भी मैं यह काम करता रहूंगा. तब भी मैं यह काम नहीं छोडूंगा मतलब.</w:t>
      </w:r>
    </w:p>
    <w:p>
      <w:r>
        <w:rPr>
          <w:b/>
        </w:rPr>
        <w:t xml:space="preserve">[24:22] </w:t>
      </w:r>
      <w:r>
        <w:t>is dawat ko nahi chhodunga yahan tak ki allah is angalib kar de ya main isi raah mein</w:t>
      </w:r>
    </w:p>
    <w:p>
      <w:pPr>
        <w:jc w:val="right"/>
      </w:pPr>
      <w:r>
        <w:t>इस दावत को नहीं छोडूंगा यहां तक कि अल्लाह इस अंगालीब कर दे या मैं इसी राह में</w:t>
      </w:r>
    </w:p>
    <w:p>
      <w:r>
        <w:rPr>
          <w:b/>
        </w:rPr>
        <w:t xml:space="preserve">[24:29] </w:t>
      </w:r>
      <w:r>
        <w:t>halak ho jaaun.</w:t>
      </w:r>
    </w:p>
    <w:p>
      <w:pPr>
        <w:jc w:val="right"/>
      </w:pPr>
      <w:r>
        <w:t>हालाक हो जाऊं.</w:t>
      </w:r>
    </w:p>
    <w:p>
      <w:r>
        <w:rPr>
          <w:b/>
        </w:rPr>
        <w:t xml:space="preserve">[24:37] </w:t>
      </w:r>
      <w:r>
        <w:t>tumko har mauka dunga kaam karne ka.</w:t>
      </w:r>
    </w:p>
    <w:p>
      <w:pPr>
        <w:jc w:val="right"/>
      </w:pPr>
      <w:r>
        <w:t>तुमको हर मौका दूंगा काम करने का.</w:t>
      </w:r>
    </w:p>
    <w:p>
      <w:r>
        <w:rPr>
          <w:b/>
        </w:rPr>
        <w:t xml:space="preserve">[24:45] </w:t>
      </w:r>
      <w:r>
        <w:t>tum meri taraf se ab bilkul hi tumko koi mukhalafat nahi hogi.</w:t>
      </w:r>
    </w:p>
    <w:p>
      <w:pPr>
        <w:jc w:val="right"/>
      </w:pPr>
      <w:r>
        <w:t>तुम मेरी तरफ से अब बिल्कुल ही तुमको कोई मुखालफत नहीं होगी.</w:t>
      </w:r>
    </w:p>
    <w:p>
      <w:r>
        <w:rPr>
          <w:b/>
        </w:rPr>
        <w:t xml:space="preserve">[24:53] </w:t>
      </w:r>
      <w:r>
        <w:t>to is tarike se aakhir mein kya hua ki ek utbahib ne rabiya the wahan par, to utbahib ne rabiya jo hai bahut hi zaheen aadmi the aur senior bhi the. to quraish ne unko bheja ki jao kuch sawalaat muhammad se karo.</w:t>
      </w:r>
    </w:p>
    <w:p>
      <w:pPr>
        <w:jc w:val="right"/>
      </w:pPr>
      <w:r>
        <w:t>तो इस तरीके से आखिर में क्या हुआ कि एक उत्बाहीब ने रबिया थे वहां पर, तो उत्बाहीब ने रबिया जो है बहुत ही ज़हीन आदमी थे और senior भी थे. तो कुरेश ने उनको भेजा कि जाओ कुछ सवालात मोहम्मद से करो.</w:t>
      </w:r>
    </w:p>
    <w:p>
      <w:r>
        <w:rPr>
          <w:b/>
        </w:rPr>
        <w:t xml:space="preserve">[25:08] </w:t>
      </w:r>
      <w:r>
        <w:t>to unhone kaha ki to aur kehte ho ki jo ek khuda ki parishtish nahi karega woh dhyanambh mein jayega. to aapne kaha ki haan khuda jo hai shiv ko nahi maaf karega.</w:t>
      </w:r>
    </w:p>
    <w:p>
      <w:pPr>
        <w:jc w:val="right"/>
      </w:pPr>
      <w:r>
        <w:t>तो उन्होंने कहा कि तो और कहते हो कि जो एक खुदा की परिस्थितिष नहीं करेगा वह ध्यानंभ में जाएगा. तो आपने कहा कि हां खुदा जो है शिव को नहीं माफ करेगा.</w:t>
      </w:r>
    </w:p>
    <w:p>
      <w:r>
        <w:rPr>
          <w:b/>
        </w:rPr>
        <w:t xml:space="preserve">[25:38] </w:t>
      </w:r>
      <w:r>
        <w:t>to yeh unko ek shosha mil gaya ke dekho apne baap dada ko keh rahe hain ke yeh yahan nam mein jayenge. yeh shosha itna zabardast mila ke unhon ne saare arab mein usko phailaya aur phir usko unko mauka mil gaya ke woh kahein ke yeh to bohat hi zyada galat aadmi hai apne apne gharwalon ko kyunke tribe mein ek doosre se bohat cohesiveness hota tha bohat zyada.</w:t>
      </w:r>
    </w:p>
    <w:p>
      <w:pPr>
        <w:jc w:val="right"/>
      </w:pPr>
      <w:r>
        <w:t>तो यह उनको एक शोषा मिल गया कि देखो अपने बाप दादा को कह रहे हैं कि यह यहां नम में जाएंगे. यह शोषा इतना ज़बरदस्त मिला कि उन्होंने सारे अरब में उसको फैलाया और फिर उसको उनको मौका मिल गया कि वह कहें कि यह तो बहुत ही ज़्यादा गलत आदमी है अपने अपने घरवालों को क्योंकि tribe में एक दूसरे से बहुत cohesiveness होता था बहुत ज़्यादा.</w:t>
      </w:r>
    </w:p>
    <w:p>
      <w:r>
        <w:rPr>
          <w:b/>
        </w:rPr>
        <w:t xml:space="preserve">[26:06] </w:t>
      </w:r>
      <w:r>
        <w:t>to bohat unko bara samajhte the. ek kosai apne kalap the unke pardada the. to in logon ko bilkul hi reverence bilkul aise hi tha. inhi logon ko jo hai woh buddh bana lete the baad mein. to phir unhon ne isko shosha bana liya aur kaha ke aise aadmi ka to khatam karna zaroori hai. to finally unhon ne jab Hazrat Abu abhi to Hazrat Abu Talib ki wajah se woh kuch kar nahi pa rahe the.</w:t>
      </w:r>
    </w:p>
    <w:p>
      <w:pPr>
        <w:jc w:val="right"/>
      </w:pPr>
      <w:r>
        <w:t>तो बहुत उनको बड़ा समझते थे. एक कोसई अपने कलाप थे उनके पर्दादा थे. तो इन लोगों को बिल्कुल ही reverence बिल्कुल ऐसे ही था. इन्हीं लोगों को जो है वह बुद्ध बना लेते थे बाद में. तो फिर उन्होंने इसको शोषा बना लिया और कहा कि ऐसे आदमी का तो खत्म करना ज़रूरी है. तो finally उन्होंने जब हजरत अबू अभी तो हजरत अबू तालीब की वजह से वह कुछ कर नहीं पा रहे थे.</w:t>
      </w:r>
    </w:p>
    <w:p>
      <w:r>
        <w:rPr>
          <w:b/>
        </w:rPr>
        <w:t xml:space="preserve">[26:36] </w:t>
      </w:r>
      <w:r>
        <w:t>to unhon ne jo kar pa rahe the woh sab kuch kiya. sabse pehle to unhon ne by card ka ailaan kar diya isi isi ground par ke bohat hi galat aadmi hai aur aise aise keh rahe hain. to by card kiya teen saal tak aap logon ko poore Banu Hashim ko wahan par kar diya ek ghati mein. wahan na khana, na pani.</w:t>
      </w:r>
    </w:p>
    <w:p>
      <w:pPr>
        <w:jc w:val="right"/>
      </w:pPr>
      <w:r>
        <w:t>तो उन्होंने जो कर पा रहे थे वह सब कुछ किया. सबसे पहले तो उन्होंने by card का ऐलान कर दिया इसी इसी ground पर कि बहुत ही गलत आदमी है और ऐसे ऐसे कह रहे हैं. तो by card किया तीन साल तक आप लोगों को पूरे बनु हासिम को वहां पर कर दिया एक घाटी में. वहां ना खाना, ना पानी.</w:t>
      </w:r>
    </w:p>
    <w:p>
      <w:r>
        <w:rPr>
          <w:b/>
        </w:rPr>
        <w:t xml:space="preserve">[27:00] </w:t>
      </w:r>
      <w:r>
        <w:t>woh to jo survive kar gaye ke chaar mahine jo hai woh hanch ka jo zamana hota tha usmein azaadi hoti thi warna woh bas koi bachche bhook se tadapte the aur pani nahi hota tha koi chhup chhupa ke bhejta to usko bhi purash marte the. to woh teen saal ke baad kya hua ke jo unhon ne muayada bana ke rakha tha woh kaba mein latkaya tha usko demaak kha gayi aur kuch log pehle se mukhalafat kar hi rahe the.</w:t>
      </w:r>
    </w:p>
    <w:p>
      <w:pPr>
        <w:jc w:val="right"/>
      </w:pPr>
      <w:r>
        <w:t>वह तो जो survive कर गए कि चार महीने जो है वह हंच का जो जमाना होता था उसमें आज़ादी होती थी वरना वह बस कोई बच्चे भूख से तड़पते थे और पानी नहीं होता था कोई छुप छुपा के भेजता तो उसको भी पुराश मारते थे. तो वह तीन साल के बाद क्या हुआ कि जो उन्होंने मुआयदा बना के रखा था वह काबा में लटकाया था उसको दीमक खा गई और कुछ लोग पहले से मुखालफत कर ही रहे थे.</w:t>
      </w:r>
    </w:p>
    <w:p>
      <w:r>
        <w:rPr>
          <w:b/>
        </w:rPr>
        <w:t xml:space="preserve">[27:29] </w:t>
      </w:r>
      <w:r>
        <w:t>to un logon ne mukhalafat ki aur udhar muayada demaak kha gayi. sirf usmein ek lallah jo hai woh reh gaya tha. to woh phir teen saal ke baad woh mukatiyan jo hai by card khatam hoga. phir woh log aaye woh lekin itna zyada Abu Talib aur Adat Kharija, itna zyada unki sehat kharab ho gayi thi ke bohat jald inteqal ho gaya.</w:t>
      </w:r>
    </w:p>
    <w:p>
      <w:pPr>
        <w:jc w:val="right"/>
      </w:pPr>
      <w:r>
        <w:t>तो उन लोगों ने मुखालफत की और उधर मुआयदा दीमक खा गई. सिर्फ उसमें एक लाल्लाह जो है वह रह गया था. तो वह फिर तीन साल के बाद वह मुकातियां जो है by काट खत्म होगा. फिर वह लोग आए वह लेकिन इतना ज़्यादा अबू तालीब और आदत खरीजा, इतना ज़्यादा उनकी सेहत खराब हो गई थी कि बहुत जल्द इंतकाल हो गया.</w:t>
      </w:r>
    </w:p>
    <w:p>
      <w:r>
        <w:rPr>
          <w:b/>
        </w:rPr>
        <w:t xml:space="preserve">[27:52] </w:t>
      </w:r>
      <w:r>
        <w:t>to Abu Talib ko inteqal ke baad jo hai woh Abu Lahab jo sabse bada bhushman tha wahi qabile ka sardar ho gaya. to usne sardar hote hi sabse pehla kaam jo kiya woh Rasool Allah sallallahu alaihi wasallam ko wahan se qabile se akhraj kar diya. qabile ke akhraj ka maane kya hote hain? ke qabila hi protection hota hai.</w:t>
      </w:r>
    </w:p>
    <w:p>
      <w:pPr>
        <w:jc w:val="right"/>
      </w:pPr>
      <w:r>
        <w:t>तो अबू तालिब को इंतकाल के बाद जो है वह अबू लाहब जो सबसे बड़ा भुश्मन था वही कबीले का सरदार हो गया. तो उसने सरदार होते ही सबसे पहला काम जो किया वह रसूल्लाह सराशलम को वहां से कबीले से अखराज कर दिया. कबीले के अखराज का मान्य क्या होते हैं? के कबीला ही protection होता है.</w:t>
      </w:r>
    </w:p>
    <w:p>
      <w:r>
        <w:rPr>
          <w:b/>
        </w:rPr>
        <w:t xml:space="preserve">[28:17] </w:t>
      </w:r>
      <w:r>
        <w:t>aajkal ka zamana nahi tha jaise aaj yeh khoobumat hoti hai, qanoon hota hai, police fauj hoti hai. to hum hamari jaan o maal sab mehfooz hoti hai. lekin woh zamane mein sirf qabila hi protection deta tha. to qabile se akhraj karne ke baad koi bhi maar sakta tha kuch bhi kar sakta tha. agar ek aadmi qabile mein hai aur usko koi marta hai to phir intkaam liya jata tha poora qabila intkaam leta tha.</w:t>
      </w:r>
    </w:p>
    <w:p>
      <w:pPr>
        <w:jc w:val="right"/>
      </w:pPr>
      <w:r>
        <w:t>आजकल का ज़माना नहीं था जैसे आज यह खूबूमत होती है, कानून होता है, police फौज होती है. तो हम हमारी जानुमाल सब मैफूज होती है. लेकिन वह ज़माने में सिर्फ कबीला ही protection देता था. तो कबीले से अखराज़ करने के बाद कोई भी मार सकता था कुछ भी कर सकता था. अगर एक आदमी कबीले में है और उसको कोई मारता है तो फिर अंतकाम लिया जाता था पूरा कबीला अंतकाम लेता था.</w:t>
      </w:r>
    </w:p>
    <w:p>
      <w:r>
        <w:rPr>
          <w:b/>
        </w:rPr>
        <w:t xml:space="preserve">[28:44] </w:t>
      </w:r>
      <w:r>
        <w:t>to is wajah se qabile se aitraaz karne ke baad yeh maslah ho gaya. phir uske baad aap jo hai wahan gaye Taif ke wahan par support mil jaye to wahan bhi support nahi mili wahan ke logon ne aur zyada badtameezi ki aur street urchins ko aap ke peeche laga diya aur woh log patthar phenkte rahe.</w:t>
      </w:r>
    </w:p>
    <w:p>
      <w:pPr>
        <w:jc w:val="right"/>
      </w:pPr>
      <w:r>
        <w:t>तो इस वजह से कबीले से ऐतराज़ करने के बाद यह मसलाहल हो गया. फिर उसके बाद आप जो है वहां गए तायफ कि वहां पर support मिल जाए तो वहां भी support नहीं मिली वहां के लोगों ने और ज़्यादा बदतमीज़ी की और street अर्चन्स को आपके पीछे लगा दिया और वह लोग पत्थर फेंकते रहे.</w:t>
      </w:r>
    </w:p>
    <w:p>
      <w:r>
        <w:rPr>
          <w:b/>
        </w:rPr>
        <w:t xml:space="preserve">[29:07] </w:t>
      </w:r>
      <w:r>
        <w:t>bohat zabardast tareeqe se Rasool Allah sallallahu alaihi wasallam ne kaha ek baar ke woh mera sabse zyada sakht din tha Taif ka din. to wahan par bhi aap ko jab support nahi mili. qabile ki support is kaam ko karne ke liye zaroori thi. yahan tak ke jab aap wahan aaye Makka wapas to aap andar nahi aa sakte the kyunke aap ko qabile ki support nahi thi. to aap ne kai logon se kaha to usmein ek Mutaimib ne Addi the.</w:t>
      </w:r>
    </w:p>
    <w:p>
      <w:pPr>
        <w:jc w:val="right"/>
      </w:pPr>
      <w:r>
        <w:t>बहुत ज़बरदस्त तरीके से रसूल्ला शर्म ने कहा एक बार कि वह मेरा सबसे ज़्यादा सख़्त दिन था तायफ का दिन. तो वहां पर भी आपको जब support नहीं मिली. कबीले की support इस काम को करने के लिए ज़रूरी थी. यहां तक कि जब आप वहां आए मक्का वापस तो आप अंदर नहीं आ सकते थे क्योंकि आपको कबीले की support नहीं थी. तो आपने कई लोगों से कहा तो उसमें एक मुतामीब ने अद्दी थे.</w:t>
      </w:r>
    </w:p>
    <w:p>
      <w:r>
        <w:rPr>
          <w:b/>
        </w:rPr>
        <w:t xml:space="preserve">[29:36] </w:t>
      </w:r>
      <w:r>
        <w:t>unhon ne apne chhe beton ko bheja jo bhi us zamane mein jo bhi talwar rahi ho danda raha lekar ke woh aaye apni protection mein Rasool Allah sallallahu alaihi wasallam ko ghar pohanchaya. to ab woh masla ho gaya tha ab Makka mein ab kaam kaam nahi kiya ja sakta tha. ab halaat bilkul kharab ho chuke the. tab Allah taala ne Madine walon ke dil mein dala. to Madine tak baat pahunchi aur wahan par Islam bohat tezi se phailne laga.</w:t>
      </w:r>
    </w:p>
    <w:p>
      <w:pPr>
        <w:jc w:val="right"/>
      </w:pPr>
      <w:r>
        <w:t>उन्होंने अपने छह बेटों को भेजा जो भी उस जमाने में जो भी तलवार रही हो डंडारा लेकर के वह आए अपनी protection में रसूल्लाह सरसलम को घर पहुंचाया. तो अब वह मसला हो गया था अब मक्का में अब काम काम नहीं किया जा सकता था. अब हालात बिल्कुल खराब हो चुके थे. तब अल्लाह तालाह ने मदीने वालों के दिल में डाला. तो मदीने तक बात पहुंची और वहां पर इस्लाम बहुत तेजी से फैलने लगा.</w:t>
      </w:r>
    </w:p>
    <w:p>
      <w:r>
        <w:rPr>
          <w:b/>
        </w:rPr>
        <w:t xml:space="preserve">[30:06] </w:t>
      </w:r>
      <w:r>
        <w:t>sabse pehle yeh log aate the aaj ke zamane mein. to chhe aadmi aaye unhon ne Islam ko qabool kiya. phir agle saal barah log aaye. phir unhon ne kaha ke Mussab bin Umair hai unko aap bhej dijiye. woh wahan Islam ka paigham pahunchayenge. to wahan par agle saal jo hain pachhattar log wahan se aaye. to phir unhon ne Rasool Allah ko invite kiya ke aap aayein aur Madine mein wahin kaam karein.</w:t>
      </w:r>
    </w:p>
    <w:p>
      <w:pPr>
        <w:jc w:val="right"/>
      </w:pPr>
      <w:r>
        <w:t>सबसे पहले यह लोग आते थे आज के जमाने में. तो छह आदमी आए उन्होंने इस्लाम को मूल किया. फिर अगले साल बारह लोग आए. फिर उन्होंने कहा कि मुस्साबिन्द ओमार है उनको आप भेज दीजिए. वह वहां इस्लाम का पगाम पहुंचाएंगे. तो वहां पर अगले साल जो हैं पचहत्तर लोग वहां से आए. तो फिर उन्होंने रसूल्लाह से रसूल्लाम को invite किया कि आप आएं और मदीने में वहीं काम करें.</w:t>
      </w:r>
    </w:p>
    <w:p>
      <w:r>
        <w:rPr>
          <w:b/>
        </w:rPr>
        <w:t xml:space="preserve">[30:34] </w:t>
      </w:r>
      <w:r>
        <w:t>to aap ne unka invitation ko qabool kar liya. to phir uske baad abhi Allah ka khub nahi hua tha. phir Allah ne jab khub diya to yeh kaha gaya ke bilkul khamoshi se raat ko nikal jayein. to aap Musalman pehle ise hijrat kar rahe the. matlab hai ke wahan baithkar ladne ki bajaye unko bura bhala kehne ki bajaye aap ne apna jo hai muqam, ab muqam mein amal badal diya.</w:t>
      </w:r>
    </w:p>
    <w:p>
      <w:pPr>
        <w:jc w:val="right"/>
      </w:pPr>
      <w:r>
        <w:t>तो आपने उनका invitation को बोल कर लिया. तो फिर उसके बाद अभी अल्लाह का खूब नहीं हुआ था. फिर अल्लाह ने जब खूब दिया तो यह कहा गया कि बिल्कुल खामोशी से रात को निकल जाएं. तो आप मुसलमान पहले इसे हिजरत कर रहे थे. मतलब है कि वहां बैठकर लड़ने की बजाय उनको बुरा भला कहने की बजाय आपने अपना जो है मुकाम, अब मुकाम में अमल बदल दिया.</w:t>
      </w:r>
    </w:p>
    <w:p>
      <w:r>
        <w:rPr>
          <w:b/>
        </w:rPr>
        <w:t xml:space="preserve">[31:02] </w:t>
      </w:r>
      <w:r>
        <w:t>to tamam log jo hai kuch log isse pehle Abyssinia bhi gaye the. Abyssinia mein bhi bohat acha unka experience raha. wahan ka jo badshah tha Najaashi, usne bohat hi izzat ke saath Musalmanon ko rakha aur khud usko bhi yeh paigham bohat zyada pasand aaya. woh kaha jata hai ke usne gayabana Islam mein qabool kar liya tha. to is tareeqe se pehle woh Abyssinia chale gaye. phir uske baad Allah taala ne Madine ka intezam kiya.</w:t>
      </w:r>
    </w:p>
    <w:p>
      <w:pPr>
        <w:jc w:val="right"/>
      </w:pPr>
      <w:r>
        <w:t>तो तमाम लोग जो है कुछ लोग इससे पहले आभश भी गए थे. हाबस में भी बहुत अच्छा उनका experience रहा. वहां का जो बादशाह था नजाशी, उसने बहुत ही इज्जत के साथ मुसलमानों को रखा और खुद उसको भी यह प्रकाम बहुत ज़्यादा पसंद आया. वह कहा जाता है कि उसने गायबाना इस्लाम में कोबूल कर लिया था. तो इस तरीके से पहले वह हबश चले गए. फिर उसके बाद अन्नाताला ने मदीने का इंतज़ाम किया.</w:t>
      </w:r>
    </w:p>
    <w:p>
      <w:r>
        <w:rPr>
          <w:b/>
        </w:rPr>
        <w:t xml:space="preserve">[31:29] </w:t>
      </w:r>
      <w:r>
        <w:t>to wahan par phir raat aadhi raat ko wahan se hazrat abu bakr ke saath khamoshi se wahan nikle</w:t>
      </w:r>
    </w:p>
    <w:p>
      <w:pPr>
        <w:jc w:val="right"/>
      </w:pPr>
      <w:r>
        <w:t>तो वहां पर फिर रात आधी रात को वहां से हजरतवू बग्र के साथ खामोशी से वहां निकले</w:t>
      </w:r>
    </w:p>
    <w:p>
      <w:r>
        <w:rPr>
          <w:b/>
        </w:rPr>
        <w:t xml:space="preserve">[31:39] </w:t>
      </w:r>
      <w:r>
        <w:t>aur wahan par teen din ke liye to gaar saur mein chhupe rahe.</w:t>
      </w:r>
    </w:p>
    <w:p>
      <w:pPr>
        <w:jc w:val="right"/>
      </w:pPr>
      <w:r>
        <w:t>और वहां पर तीन दिन के लिए तो गारसौर में छुपे रहे.</w:t>
      </w:r>
    </w:p>
    <w:p>
      <w:r>
        <w:rPr>
          <w:b/>
        </w:rPr>
        <w:t xml:space="preserve">[31:49] </w:t>
      </w:r>
      <w:r>
        <w:t>phir uske baad jab yeh ho gaya ki ab kyunki woh taaqoob kar rahe the.</w:t>
      </w:r>
    </w:p>
    <w:p>
      <w:pPr>
        <w:jc w:val="right"/>
      </w:pPr>
      <w:r>
        <w:t>फिर उसके बाद जब यह हो गया कि अब क्योंकि वह ताकूब कर रहे थे.</w:t>
      </w:r>
    </w:p>
    <w:p>
      <w:r>
        <w:rPr>
          <w:b/>
        </w:rPr>
        <w:t xml:space="preserve">[32:00] </w:t>
      </w:r>
      <w:r>
        <w:t>aur aap Madine pahunch gaye. Madine mein zabardast tareeqe se aap ka isteqbal hua tamam log. sadak ke dono taraf khade hue the aur wahan pahunche to aap ne sabse pehle wahan Madine mein bani aur tamam logon ko wahan par settle kiya ek Ansari aur ek ek Makki aur ek Ansari.</w:t>
      </w:r>
    </w:p>
    <w:p>
      <w:pPr>
        <w:jc w:val="right"/>
      </w:pPr>
      <w:r>
        <w:t>और आप मदीना पहुंच गए. मदीने में ज़बरदस्त तरीके से आपका इस्तेक्तबाल हुआ तमाम लोग. सड़क के दोनों तरफ खड़े हुए थे और वहां पहुंचे तो आपने सबसे पहले वहां मजे देना भी बनाई और तमाम लोगों को वहां पर settle किया एक अंसारी और एक एक मक्का जिनकी मक्की और एक अंसारी.</w:t>
      </w:r>
    </w:p>
    <w:p>
      <w:r>
        <w:rPr>
          <w:b/>
        </w:rPr>
        <w:t xml:space="preserve">[32:24] </w:t>
      </w:r>
      <w:r>
        <w:t>to yeh dono ko bhai bhai banaya bilkul bilkul bhai ki tareeqe se woh log wahan par rehne lage aur wahan par bohat aaram se sukoon se kaam hone laga din ka lekin khair in logon ne Quraish ne to woh aur zyada alarmed ho gaye aur zyada khatra ho gaya unko ke ab Islam jo hai is gaining ground.</w:t>
      </w:r>
    </w:p>
    <w:p>
      <w:pPr>
        <w:jc w:val="right"/>
      </w:pPr>
      <w:r>
        <w:t>तो यह दोनों को भाई भाई बनाया बिल्कुल बिल्कुल भाई की तरीके से वह लोग वहां पर रहने लगे और वहां पर बहुत आराम से सुकून से काम होने लगा दिन का लेकिन खैर इन लोगों ने कुराश ने तो वह और ज़्यादा alarmed हो गए और ज़्यादा खतरा हो गया उनको कि अब इस्लाम जो है इस gaining ground.</w:t>
      </w:r>
    </w:p>
    <w:p>
      <w:r>
        <w:rPr>
          <w:b/>
        </w:rPr>
        <w:t xml:space="preserve">[32:46] </w:t>
      </w:r>
      <w:r>
        <w:t>to phir unhon ne phir kai jangein ki to usko hum agle episode mein lenge kyunke Madine ka episode lene mein bohat zyada aur waqt lagega to ismein hum doosre episode mein karenge ab aaj yahan par khatam karte hain. Okay.</w:t>
      </w:r>
    </w:p>
    <w:p>
      <w:pPr>
        <w:jc w:val="right"/>
      </w:pPr>
      <w:r>
        <w:t>तो फिर उन्होंने फिर कई जंगे की तो उसको हम अगले episode में लेंगे क्योंकि मदीना का episode लेने में बहुत ज़्यादा और वक्त लगेगा तो इसमें हम दूसरे episode में करेंगे अब आज यहां पर खत्म करते हैं. Okay.</w:t>
      </w:r>
    </w:p>
    <w:p>
      <w:r>
        <w:rPr>
          <w:b/>
        </w:rPr>
        <w:t xml:space="preserve">[33:15] </w:t>
      </w:r>
      <w:r>
        <w:t>So now we will begin the question answer and comment session. I would request all the viewers to mention the location when they post their questions and comments. aap yeh pehle do comment padhna chahunga jo aaye hain. Miss Sufia Akhtar ne Bihar se comment bheja hai. The life of prophet of Islam is full of practical wisdom.</w:t>
      </w:r>
    </w:p>
    <w:p>
      <w:pPr>
        <w:jc w:val="right"/>
      </w:pPr>
      <w:r>
        <w:t>So now we will begin the question answer and comment session. I would request all the viewers to mention the location when they post their questions and comments. आप यह पहले दो comment पढ़ना चाहूंगा जो आए हैं. Miss सूफिया अख्तर ने बिहार से comment भेजा है. The life of prophet of Islam is full of practical wisdom.</w:t>
      </w:r>
    </w:p>
    <w:p>
      <w:r>
        <w:rPr>
          <w:b/>
        </w:rPr>
        <w:t xml:space="preserve">[33:43] </w:t>
      </w:r>
      <w:r>
        <w:t>Jaza kallah khair apa for a very good session today. Aamir Mori sahib ka comment bhi hai apa aur sawal bhi hai. unhon ne likha hai. Thank you for such a great talk apa. My question is that why the acceptance of truth is so difficult even in today's era? aisa kyun hai? asal mein log truth seeker nahi hote hain.</w:t>
      </w:r>
    </w:p>
    <w:p>
      <w:pPr>
        <w:jc w:val="right"/>
      </w:pPr>
      <w:r>
        <w:t>जज़ा कल्लाह खैर आपा for a very good session today. आमिर मोरी साहब का comment भी है आपा और सवाल भी है. उन्होंने लिखा है. Thank you for such a great talk आपा. My question is that why the acceptance of truth is so difficult even in today's era? ऐसा क्यों है? असल में लोग truth seeker नहीं होते हैं.</w:t>
      </w:r>
    </w:p>
    <w:p>
      <w:r>
        <w:rPr>
          <w:b/>
        </w:rPr>
        <w:t xml:space="preserve">[34:11] </w:t>
      </w:r>
      <w:r>
        <w:t>bas jo unko mil raha hai baap dada se usi ko sahi samajhte hain aur uske khilaf kuch sochna nahi chahte hain. halanki insaan ko truth seeker hona chahiye. ab Arab mein bhi dekhi unhi logon ko sachchai mili. itda mein unhi logon ko mili jo truth seeker the. to apne fitrat ke zor par kyunke Allah taala ne insaan ki fitrat ke andar hi sab kuch rakh diya hai.</w:t>
      </w:r>
    </w:p>
    <w:p>
      <w:pPr>
        <w:jc w:val="right"/>
      </w:pPr>
      <w:r>
        <w:t>बस जो उनको मिल रहा है बाप दादा से उसी को सही समझते हैं और उसके खिलाफ कुछ सोचना नहीं चाहते हैं. हालांकि इंसान को truth seeker होना चाहिए. अब अरब में भी देखी उन्हीं लोगों को सच्चाई मिली. इत्तदा में उन्हीं लोगों को मिली जो truth seeker थे. तो अपने फितरत के ज़ोर पर क्योंकि अल्लाह ताला ने इंसान की शितरत के अंदर ही सब कुछ रख दिया है.</w:t>
      </w:r>
    </w:p>
    <w:p>
      <w:r>
        <w:rPr>
          <w:b/>
        </w:rPr>
        <w:t xml:space="preserve">[34:38] </w:t>
      </w:r>
      <w:r>
        <w:t>agar aadmi truth seeker ho, interest ke ko apna mazhab na banata ho, logon se khauf na khata ho, balki sochta hai sachchai kya hai? kyunke sab log jante hain ek din humein marna hai, marne ke baad uske jo hoga insaan ek eternal ek life hai. to wahi bataya jata hai insaan ko uski bhalai ke bare mein bataya jata hai ke woh ukhrawi bhalai ke bare mein.</w:t>
      </w:r>
    </w:p>
    <w:p>
      <w:pPr>
        <w:jc w:val="right"/>
      </w:pPr>
      <w:r>
        <w:t>अगर आदमी truth see करो, interest के को अपना मज़हब ना बनाता हो, लोगों से खौफ ना खाता हो, बल्कि सोचता है सच्चाई क्या है? क्योंकि सब लोग जानते हैं एक दिन हमें मरना है, मरने के बाद उसके जो होगा इंसान एक की eternal एक life है. तो वही बताया जाता है इंसान को उसकी भलाई के बारे में बताया जाता है कि वह उखरवी भलाई के बारे में.</w:t>
      </w:r>
    </w:p>
    <w:p>
      <w:r>
        <w:rPr>
          <w:b/>
        </w:rPr>
        <w:t xml:space="preserve">[35:07] </w:t>
      </w:r>
      <w:r>
        <w:t>to agar insaan ek truth seeker ho jahan bhi usko sachchai mile to woh usko maan le. to uske liye koi problem nahi hoga sachchai ki talash mein. usko jab mile jab bhi milegi woh usko maan lega. ji.</w:t>
      </w:r>
    </w:p>
    <w:p>
      <w:pPr>
        <w:jc w:val="right"/>
      </w:pPr>
      <w:r>
        <w:t>तो अगर इंसान एक truth seeker हो जहां भी उसको सच्चाई मिले तो वह उसको मान ले. तो उसके लिए कोई problem नहीं होगा सच्चाई की तलाश में. उसको जब मिले जब भी मिलेगी वह उसको मान लेगा. जी.</w:t>
      </w:r>
    </w:p>
    <w:p>
      <w:r>
        <w:rPr>
          <w:b/>
        </w:rPr>
        <w:t xml:space="preserve">[35:22] </w:t>
      </w:r>
      <w:r>
        <w:t>Zahir Abbad sahib ne likha hai ke aap aap jis kitab ko aap ne refer kiya aaj ke talk ke liye, agar us kitab ke bare mein bhi humein batayein to hum bhi woh Maulana sahib ki kitab khareed kar padhein. to Maulana sahib ki kitab ek hai Seerat e Rasool aur ismein aap ko poori detail milegi aur baqi to Maulana sahib ki taqreeban sabhi kitabon mein hai.</w:t>
      </w:r>
    </w:p>
    <w:p>
      <w:pPr>
        <w:jc w:val="right"/>
      </w:pPr>
      <w:r>
        <w:t>ज़हीर अब्बाद साहब ने लिखा है कि आप आप जिस किताब को आपने refer किया आज के talk के लिए, अगर उस किताब के बारे में भी हमें बताएं तो हम भी वो मुराना साहब की किताब खरीद कर पड़ेंगे. तो मुराना साहब की किताब एक है सीरथ ए रसूल और इसमें आपको पूरी detail मिलेगी और बाकी तो मौरान साहब की तकरीबन सभी किताबों में है.</w:t>
      </w:r>
    </w:p>
    <w:p>
      <w:r>
        <w:rPr>
          <w:b/>
        </w:rPr>
        <w:t xml:space="preserve">[35:48] </w:t>
      </w:r>
      <w:r>
        <w:t>Paighambar e Islam ke bare mein jo aap ki dawat e haq hai, dawat e Islam hai aur Paighambar e Islam hai aur yeh bohat mutale Seerat. mutale Seerat hai. matlab yeh to khaas khaas kitabein hain lekin taqreeban har kitab mein aap ko yeh sab baatein milengi. ji, Maulana Iqbal Umri ne likha hai Chennai se. Mashallah bohat achhi tarah se Seerat mein dawat ki planning kaise hui?</w:t>
      </w:r>
    </w:p>
    <w:p>
      <w:pPr>
        <w:jc w:val="right"/>
      </w:pPr>
      <w:r>
        <w:t>पगंबर ए इस्लाम के बारे में जो आपकी दावा वर्ग था, दावत ए हक है, दावत ए इस्लाम है और पगंबर ए इन कलाब है और यह बहुत मुताले सीरत. मुताले सीरत है. मतलब यह तो खास खास किताबें हैं लेकिन तकरीबन हर किताब में आपको यह सब बातें मिलेंगी. जी, मलाना इकबाल उम्री ने लिखा है चेन्नई से. माशाला बहुत अच्छी तरह से सीरत में दावती planning कैसे हुई?</w:t>
      </w:r>
    </w:p>
    <w:p>
      <w:r>
        <w:rPr>
          <w:b/>
        </w:rPr>
        <w:t xml:space="preserve">[36:18] </w:t>
      </w:r>
      <w:r>
        <w:t>isko aap ne wazeh kiya. Jaza kalla apa. yeh ek sawal aaya hai jo Doctor Nagma Siddiqui ne bheja hai Delhi se. unhon ne aapse poocha hai ke how is the prophetic model applicable for us today? If you can throw some light.</w:t>
      </w:r>
    </w:p>
    <w:p>
      <w:pPr>
        <w:jc w:val="right"/>
      </w:pPr>
      <w:r>
        <w:t>इसको आपने वाज़े किया. जज़ा कल्ला आपा. यह एक सवाल आया है जो doctor नगमा सिद्धिकी ने भेजा है दिल्ली से. उन्होंने आपसे पुछा है कि how is the prophetic model applicable for us today? If you can throw some light.</w:t>
      </w:r>
    </w:p>
    <w:p>
      <w:r>
        <w:rPr>
          <w:b/>
        </w:rPr>
        <w:t xml:space="preserve">[36:38] </w:t>
      </w:r>
      <w:r>
        <w:t>Prophetic model yeh hai ke hum hamara ek jo bhi hamara goal ho, hamari sachai ho, jo bhi hamara maqsad hai zindagi ka usmein hum lage rahe hain aur logon log kya karte hain us usko avoid karein. Musalsal hum yahi dekh rahe hain ke Rasoolullah, sarsalam avoid kar rahe hain. Log har tarah se bura bhala keh rahe hain, sab kuch kar rahe hain. Kahani keh rahe hain, jadugar keh rahe hain, jhootha keh rahe hain.</w:t>
      </w:r>
    </w:p>
    <w:p>
      <w:pPr>
        <w:jc w:val="right"/>
      </w:pPr>
      <w:r>
        <w:t>Prophetic model यह है कि हम हमारा एक जो भी हमारा goal हो, हमारी सच्चाई हो, जो भी हमारा मकसद है ज़िंदगी का उसमें हम लगे रहे हैं और लोगों लोग क्या करते हैं उस उसको avoid करें. मुसलसल हम यही देख रहे हैं कि रसूल्लाह, सरसलम avoid कर रहे हैं. लोग हर तरह से बुरा भला कह रहे हैं, सब कुछ कर रहे हैं. कहानी कह रहे हैं, जादूगर कह रहे हैं, झूठा कह रहे हैं.</w:t>
      </w:r>
    </w:p>
    <w:p>
      <w:r>
        <w:rPr>
          <w:b/>
        </w:rPr>
        <w:t xml:space="preserve">[37:07] </w:t>
      </w:r>
      <w:r>
        <w:t>Inhi sab cheezon se hum mutazzir ho jate hain. Phir hum hum retaliate karna shuru kar dete hain. Lekin aap jo hain bilkul retaliate aapne nahi kiya aur har haalat mein sirf ek focused aapka raha maqsad ek focus hai usi par kaam karna hai.</w:t>
      </w:r>
    </w:p>
    <w:p>
      <w:pPr>
        <w:jc w:val="right"/>
      </w:pPr>
      <w:r>
        <w:t>इन्हीं सब चीज़ों से हम मुतज़िर हो जाते हैं. फिर हम हम retaliate करना शुरू कर देते हैं. लेकिन आप जो हैं बिल्कुल retaliate आपने नहीं किया और हर हालत में सिर्फ एक focused आपका रहा मकसद एक focus है उसी पर काम करना है.</w:t>
      </w:r>
    </w:p>
    <w:p>
      <w:r>
        <w:rPr>
          <w:b/>
        </w:rPr>
        <w:t xml:space="preserve">[37:26] </w:t>
      </w:r>
      <w:r>
        <w:t>Baaki jo hai doosre log jaane hamein apna kaam karte rehna hai aur Khuda ki madad jab hum Khuda ka kaam karenge to bilkul natural hai ke Khuda ki madad hamare hamare liye aayegi aur hum Khuda ki madad se woh kaam anjaam denge. Ji.</w:t>
      </w:r>
    </w:p>
    <w:p>
      <w:pPr>
        <w:jc w:val="right"/>
      </w:pPr>
      <w:r>
        <w:t>बाकी जो है दूसरे लोग जाने हमें अपना काम करते रहना है और खुदा की मदद जब हम खुदा का काम करेंगे तो बिल्कुल नेशर्ल है कि खुदा की मदद हमारे हमारे लिए आएगी और हम खुदा की मदद से वह काम अंजाम देंगे. जी.</w:t>
      </w:r>
    </w:p>
    <w:p>
      <w:r>
        <w:rPr>
          <w:b/>
        </w:rPr>
        <w:t xml:space="preserve">[37:46] </w:t>
      </w:r>
      <w:r>
        <w:t>Ek comment aur sawal bheja hai Faizabad se miss Fahmida Khan ne unhone likha hai, aap ab bahut hi wisdom se bhari hui talk thi. Mujhe poochna hai ke aaj Muslims prophet ko glorify karte hain lekin unki zindagi se guidance ya wisdom nahi le paate hain aur na samajhne ki koshish karte hain. Aisa kyun hai?</w:t>
      </w:r>
    </w:p>
    <w:p>
      <w:pPr>
        <w:jc w:val="right"/>
      </w:pPr>
      <w:r>
        <w:t>एक comment और सवाल भेजा है फैज़ाबाद से miss फैमिदा खान ने उन्होंने लिखा है, आप अब बहुत ही wisdom से भरी हुई talk थी. मुझे पूछना है कि आज मुस्लिमs prophet को glorify करते हैं लेकिन उनकी ज़िंदगी से guidance या wisdom नहीं ले पाते हैं और ना समझने की कोशिश करते हैं. ऐसा क्यों है?</w:t>
      </w:r>
    </w:p>
    <w:p>
      <w:r>
        <w:rPr>
          <w:b/>
        </w:rPr>
        <w:t xml:space="preserve">[38:16] </w:t>
      </w:r>
      <w:r>
        <w:t>Profit ko humne role model nahi samajhte balke hum hero samajhte hain. Ek ke hamare liye ek prestige prestige ka mamla ho gaya hai. Halanki profit hamare liye role model hai. Toh role model ke taur par agar aap kisi ko batayein bhi toh usko samajh mein nahi batati.</w:t>
      </w:r>
    </w:p>
    <w:p>
      <w:pPr>
        <w:jc w:val="right"/>
      </w:pPr>
      <w:r>
        <w:t>Profit को हमने role model नहीं समझते बल्कि हम hero समझते हैं. एक के हमारे लिए एक prestige prestige का मामला हो गया है. हालांकि profit हमारे लिए role model है. तो role model के तौर पर अगर आप किसी को बताएं भी तो उसको समझ में नहीं बताती.</w:t>
      </w:r>
    </w:p>
    <w:p>
      <w:r>
        <w:rPr>
          <w:b/>
        </w:rPr>
        <w:t xml:space="preserve">[38:38] </w:t>
      </w:r>
      <w:r>
        <w:t>Bas woh badi badi alqab, adab bolta hai aur samajhta hai ke bas profit ko kuch koi kuch kaha na jaye aur kuch bhi koi zara si bhi koi aisi baat keh dega jo lagega ke profit ki eizaz ke khilaf hai toh woh gussa ho jayenge. Halanki asal cheez toh yeh hai ke hum profit ki sunna ko follow nahi kar rahe hain. Profit ki sunna ke bilkul total hamari khilaf hamari zindagi ja rahi hai.</w:t>
      </w:r>
    </w:p>
    <w:p>
      <w:pPr>
        <w:jc w:val="right"/>
      </w:pPr>
      <w:r>
        <w:t>बस वह बड़ी बड़ी अलकाब, आदाब बोलता है और समझता है कि बस profit को कुछ कोई कुछ कहा ना जाए और कुछ भी कोई जरा सी भी कोई ऐसी बात कह देगा जो लगेगा कि profit की एजाज़ के खिलाफ है तो वो गुस्सा हो जाएंगे. हालांकि असल चीज़ तो यह है कि हम profit की सुनना को follow नहीं कर रहे हैं. Profit की सुनना के बिल्कुल total हमारी खिलाफ हमारी ज़िंदगी जा रही है.</w:t>
      </w:r>
    </w:p>
    <w:p>
      <w:r>
        <w:rPr>
          <w:b/>
        </w:rPr>
        <w:t xml:space="preserve">[39:05] </w:t>
      </w:r>
      <w:r>
        <w:t>Profit ki sunna yeh hai ke hum tamam logon ki well wishing ke liye kaam karein aur hum sirf logon ke khilaf bolte hain aap media ko utha ke dekh lijiye. Kahin bhi dekh liye kisi ki takreer dekhiye stage par dekhiye. Sab ek doosre ke khilaf bol rahe hain. Profit ne poori zindagi kisi ke khilaf nahi boli. Jabki aap Madine gaye aap keh sakte hain aap shayad yeh sochein ke Makka mein toh halaat hi nahi the khilaf bolne ke.</w:t>
      </w:r>
    </w:p>
    <w:p>
      <w:pPr>
        <w:jc w:val="right"/>
      </w:pPr>
      <w:r>
        <w:t>Profit की सुनना यह है कि हम तमाम लोगों की well wishing के लिए काम करें और हम सिर्फ लोगों के खिलाफ बोलते हैं आप media को उठा के देख लीजिए. कहीं भी देख लिए किसी की तकरीर देखिए stage पर देखिए. सब एक दूसरे के खिलाफ बोल रहे हैं. Profit ने पूरी ज़िंदगी किसी के खिलाफ नहीं बोली. जबकि आप मदीना गए आप कह सकते हैं आप शायद यह सोचें कि मक्का में तो हालात ही नहीं थे खिलाफ बोलने के.</w:t>
      </w:r>
    </w:p>
    <w:p>
      <w:r>
        <w:rPr>
          <w:b/>
        </w:rPr>
        <w:t xml:space="preserve">[39:35] </w:t>
      </w:r>
      <w:r>
        <w:t>Toh aap privately toh bol hi sakte hain. Jab Madine mein jab aapko sardar bana liya gaya aur tamam log majority aapke saath ho gayi aur aapne jab pehli takreer ki toh aapne yahi kaha ke tum log apne aap ko akhirat ke azaab se bachao. Yeh ek baar nahi kaha ke dekho woh log kitne bure the unhone humein nikala aur humein bhagna pada raat ko. Hamare watan se bhagna pada kuch nahi.</w:t>
      </w:r>
    </w:p>
    <w:p>
      <w:pPr>
        <w:jc w:val="right"/>
      </w:pPr>
      <w:r>
        <w:t>तो आप privately तो बोल ही सकते हैं. जब मदीने में जब आपको सरदार बना लिया गया और तमाम लोग majority आपके साथ हो गई और आपने जब पहली तकरीर की तो आपने यही कहा कि तुम लोग अपने आप को आखिरत के अज़ाब से बचाओ. यह एक बार नहीं कहा कि देखो वो लोग कितने बुरे थे उन्होंने हमें निकाला और हमें भागना पड़ा रात को. हमारे वतन से भागना पड़ा कुछ नहीं.</w:t>
      </w:r>
    </w:p>
    <w:p>
      <w:r>
        <w:rPr>
          <w:b/>
        </w:rPr>
        <w:t xml:space="preserve">[40:01] </w:t>
      </w:r>
      <w:r>
        <w:t>yeh saari negativity jo hai bilkul khatam karni hogi.</w:t>
      </w:r>
    </w:p>
    <w:p>
      <w:pPr>
        <w:jc w:val="right"/>
      </w:pPr>
      <w:r>
        <w:t>यह सारी negativity जो है बिल्कुल खत्म करनी होगी.</w:t>
      </w:r>
    </w:p>
    <w:p>
      <w:r>
        <w:rPr>
          <w:b/>
        </w:rPr>
        <w:t xml:space="preserve">[40:19] </w:t>
      </w:r>
      <w:r>
        <w:t>jab tak hum positive nahi honge tab tak hum rasoolullah sallam ko apna model hum bana hi nahi sakte.</w:t>
      </w:r>
    </w:p>
    <w:p>
      <w:pPr>
        <w:jc w:val="right"/>
      </w:pPr>
      <w:r>
        <w:t>जब तक हम positive नहीं होंगे तब तक हम रसूल्लाह सल्लम को अपना model हम बना ही नहीं सकते.</w:t>
      </w:r>
    </w:p>
    <w:p>
      <w:r>
        <w:rPr>
          <w:b/>
        </w:rPr>
        <w:t xml:space="preserve">[40:37] </w:t>
      </w:r>
      <w:r>
        <w:t>hum to shaitan ko apna model banayenge.</w:t>
      </w:r>
    </w:p>
    <w:p>
      <w:pPr>
        <w:jc w:val="right"/>
      </w:pPr>
      <w:r>
        <w:t>हम तो शैतान को अपना model बनाएंगे.</w:t>
      </w:r>
    </w:p>
    <w:p>
      <w:r>
        <w:rPr>
          <w:b/>
        </w:rPr>
        <w:t xml:space="preserve">[40:56] </w:t>
      </w:r>
      <w:r>
        <w:t>to sabse badi cheez jo hai woh positivity hai. ji.</w:t>
      </w:r>
    </w:p>
    <w:p>
      <w:pPr>
        <w:jc w:val="right"/>
      </w:pPr>
      <w:r>
        <w:t>तो सबसे बड़ी चीज़ जो है वह positivity है. जी.</w:t>
      </w:r>
    </w:p>
    <w:p>
      <w:r>
        <w:rPr>
          <w:b/>
        </w:rPr>
        <w:t xml:space="preserve">[41:14] </w:t>
      </w:r>
      <w:r>
        <w:t>papa main isme kuch add karna chahunga.</w:t>
      </w:r>
    </w:p>
    <w:p>
      <w:pPr>
        <w:jc w:val="right"/>
      </w:pPr>
      <w:r>
        <w:t>Papa मैं इसमें कुछ add करना चाहूंगा.</w:t>
      </w:r>
    </w:p>
    <w:p>
      <w:r>
        <w:rPr>
          <w:b/>
        </w:rPr>
        <w:t xml:space="preserve">[41:32] </w:t>
      </w:r>
      <w:r>
        <w:t>kal main ek website dekh raha tha usme kitabein hain.</w:t>
      </w:r>
    </w:p>
    <w:p>
      <w:pPr>
        <w:jc w:val="right"/>
      </w:pPr>
      <w:r>
        <w:t>कल मैं एक website देख रहा था उसमें किताबें हैं.</w:t>
      </w:r>
    </w:p>
    <w:p>
      <w:r>
        <w:rPr>
          <w:b/>
        </w:rPr>
        <w:t xml:space="preserve">[41:51] </w:t>
      </w:r>
      <w:r>
        <w:t>Lucknow se hai. Miss Subera Abidi ne bheja hai. Unhone likha hai ke people usually call prophet Muhammad as a warlord as it is believed that Islam spread with the help of sword. So what is your opinion on it? Sabse pehle toh profit ke life par kitab padhe udhar hi unko samajh mein aa jayega.</w:t>
      </w:r>
    </w:p>
    <w:p>
      <w:pPr>
        <w:jc w:val="right"/>
      </w:pPr>
      <w:r>
        <w:t>लखनऊ से है. Miss सुबेरा अभिदी ने भेजा है. उन्होंने लिखा है कि people usually call prophet मोहम्मद as a warlord as it is believed that इस्लाम spread with the help of sword. So what is your opinion on it? सबसे पहले तो profit के life पर किताब पढ़े उधर ही उनको समझ में आ जाएगा.</w:t>
      </w:r>
    </w:p>
    <w:p>
      <w:r>
        <w:rPr>
          <w:b/>
        </w:rPr>
        <w:t xml:space="preserve">[42:16] </w:t>
      </w:r>
      <w:r>
        <w:t>Rasoolnath sarsalam ne toh kabhi retaliate kiya hi nahi. Toh hamesha bas jab wahan par gaye Madine mein toh yeh log jo hain Quraish woh bahut zyada unko khatra mehsoos hua. Toh woh log teen char baar jo hai na woh apni army le lekar Madine ke paas aa gaye ek baar. Jang Badr shayad bees meel door.</w:t>
      </w:r>
    </w:p>
    <w:p>
      <w:pPr>
        <w:jc w:val="right"/>
      </w:pPr>
      <w:r>
        <w:t>रसोलनाथ सरसलम ने तो कब भी retaliate किया ही नहीं. तो हमेशा बस जब वहां पर गए मदीने में तो यह लोग जो हैं कुरेश वह बहुत ज़्यादा उनको खतरा महसूस हुआ. तो वह लोग तीन चार बार जो है ना वह अपनी army ले लेकर मदीने के पास आ गए एक बार. जंग बदर शायद बीस मील दूर.</w:t>
      </w:r>
    </w:p>
    <w:p>
      <w:r>
        <w:rPr>
          <w:b/>
        </w:rPr>
        <w:t xml:space="preserve">[42:41] </w:t>
      </w:r>
      <w:r>
        <w:t>Madine se bees meel door ke unhone apni kaam kiya woh jang Uhud mein barah meel door. Jang Ahzab mein toh bilkul Madine ke border. Agar Rasoolullah sarsalam jang karna chahte hain, offensive war hoti toh woh Makke mein jaake hoti na, Madine mein thodi hoti. Toh yeh war sirf Maulana ne bataya ke sirf aadhe aadhe din ki war hui.</w:t>
      </w:r>
    </w:p>
    <w:p>
      <w:pPr>
        <w:jc w:val="right"/>
      </w:pPr>
      <w:r>
        <w:t>मदीने से बीस मील दूर के उन्होंने अपनी काम किया वह जंग अहुद में बारह मील दूर. जंग अहज़ाब में तो बिल्कुल मदीने के border. अगर रसूल्लाह सेव सलम जंग करना चाहते हैं, offensive वार होती तो वह मक्के में जाके होती ना, मदीने में थोड़ी होती. तो यह वार सिर्फ मौराना सामने बताया कि सिर्फ आधे आधे दिन की वार हुई.</w:t>
      </w:r>
    </w:p>
    <w:p>
      <w:r>
        <w:rPr>
          <w:b/>
        </w:rPr>
        <w:t xml:space="preserve">[43:08] </w:t>
      </w:r>
      <w:r>
        <w:t>Isko war bhi nahi kehte isko skirmish kehte hain. Ab chunki woh zamana hi tha tribal age tha. Toh ek tribe doosre tribe ka dushman hota tha. Toh doosre religious persecution ka daur tha. Warna woh utne dhai din ki bhi jang na hoti. Toh Rasoolullah sallam ki poori zindagi jo hai avoidance hai. Kis tarah se dushman ke jo woh hai advances hai unko avoid kiya jaye.</w:t>
      </w:r>
    </w:p>
    <w:p>
      <w:pPr>
        <w:jc w:val="right"/>
      </w:pPr>
      <w:r>
        <w:t>इसको वार भी नहीं कहते इसको skirmish कहते हैं. अब चूंकि वो जमाना ही था tribal age था. तो एक tribe दूसरे tribe का दुश्मन होता था. तो दूसरे religious persecution का दौर था. वरना वह उतने ढाई दिन की भी जंग ना होती. तो रसूल्लाह सल्लम की पूरी ज़िंदगी जो है avoidance है. किस तरीके से दुश्मन के जो वह है advances है उनको avoid किया जाए.</w:t>
      </w:r>
    </w:p>
    <w:p>
      <w:r>
        <w:rPr>
          <w:b/>
        </w:rPr>
        <w:t xml:space="preserve">[43:37] </w:t>
      </w:r>
      <w:r>
        <w:t>Chahe woh abuse ho, chahe woh patthar phenkna ho, chahe woh hathiyar ki ladai ho. Toh aapne poore tarike se avoid karne ki koshish ki aur akhirat mein jannat hasil karna hai.</w:t>
      </w:r>
    </w:p>
    <w:p>
      <w:pPr>
        <w:jc w:val="right"/>
      </w:pPr>
      <w:r>
        <w:t>चाहे वह abuse हो, चाहे वह पत्थर फेंकना हो, चाहे वह हथियार की लड़ाई हो. तो आपने पूरे तरीके से avoid करने की कोशिश की और आखिरत में जन्नत हासिल करना है.</w:t>
      </w:r>
    </w:p>
    <w:p>
      <w:r>
        <w:rPr>
          <w:b/>
        </w:rPr>
        <w:t xml:space="preserve">[44:05] </w:t>
      </w:r>
      <w:r>
        <w:t>Yaani ladke marne se thodi jannat mil jayegi. Jab tak hum Allah ke liye kaam karein, Allah ki ibadat karein, Allah ke liye apni zindagi ko qurban karein aur kaam karke qurban karein. Woh woh nahi, woh martyr banna nahi. Woh toh jab kabhi war ho rahi ho, defensive war aur usmein jang karni pad jati hai aur woh woh alag baat hoti hai. Lekin bila wajah jang chhedna yeh bilkul Islam mein nahi hai.</w:t>
      </w:r>
    </w:p>
    <w:p>
      <w:pPr>
        <w:jc w:val="right"/>
      </w:pPr>
      <w:r>
        <w:t>यान लड़के मरने से थोड़ी जन्नत मिल जाएगी. जब तक हम अल्लाह के लिए काम करें, अल्लाह की एबादत करें, अल्लाह के लिए अपनी ज़िंदगी को कुर्मान करें और काम करके कुर्बान करें. वो वो नहीं, वो martyr बनना नहीं. वो तो जब कभी वार हो रही हो, defensive वार और उसमें जंग करनी पड़ जाती है और वो वो अलग बात होती है. लेकिन बिला वजह जंग छेड़ना यह बिल्कुल इस्लाम में नहीं है.</w:t>
      </w:r>
    </w:p>
    <w:p>
      <w:r>
        <w:rPr>
          <w:b/>
        </w:rPr>
        <w:t xml:space="preserve">[44:33] </w:t>
      </w:r>
      <w:r>
        <w:t>Na Quran mein hai, na Hadith mein hai, na kahin aur aapko kisi bhi kitab mein yeh baat milegi. Main ek misaal usmein add karna chahunga. Ek the Sumama bin Ussal. Yeh kabila Banu Hanifa ke sardar the aur Rasoolullah sallam se dushmani aur jang karne mein bahut aage aa gaye the. Sabko jang bhadkane wale the. Toh ek mirda aisa hua ke kisi jagah sahaba ikram ja rahe the.</w:t>
      </w:r>
    </w:p>
    <w:p>
      <w:pPr>
        <w:jc w:val="right"/>
      </w:pPr>
      <w:r>
        <w:t>ना कुरान में है, ना हदीश में है, ना कहीं और आपको किसी भी किताब में यह बात मिलेगी. मैं एक मिसाल उसमें add करना चाहूंगा. एक थे सुमामाबिद उसाल. यह कबीरा बनुहुनीफा के सरदार थे और रसुल्लाह सलाह से दुश्मनी और जंग करने में बहुत आगे आ गए थे. सबको जंग भड़काने वाले थे. तो एक मिर्दा ऐसा हुआ कि किसी जगह साहब आक्राम जा रहे थे.</w:t>
      </w:r>
    </w:p>
    <w:p>
      <w:r>
        <w:rPr>
          <w:b/>
        </w:rPr>
        <w:t xml:space="preserve">[45:03] </w:t>
      </w:r>
      <w:r>
        <w:t>Toh unko dekha, giraftar karke le aaye aur Masjide Nabvi mein rakhti hai. Teen din rakha Masjide Nabvi mein aur teeno din Rasoolullah jaate hain toh unse kehte hain Sumama tumhara kya haal hai? Aur uske jawab mein yeh kehte hain ke agar tum inaam karoge yaani chhod doge toh aise shaks par koop pareshan karoge jo ehsaan ka patla dega. Aur doosra jumla bahut hi bhadkav kehta tha ke aur agar tum qatl karoge toh qatl ka patla liya jayega.</w:t>
      </w:r>
    </w:p>
    <w:p>
      <w:pPr>
        <w:jc w:val="right"/>
      </w:pPr>
      <w:r>
        <w:t>तो उनको देखा, गिरफ्तार करके ले आए और मस्जिदे नब्बी में रखती है. तीन दिन रखा मस्जिदे नब्बी में और तीनों दिन रसुल्लाह जाते हैं तो उनसे कहते हैं सुमामा तुम्हारा क्या हाल है? और उसके जवाब में यह कहते हैं कि अगर तुम इनाम करोगे यानी छोड़ दोगे तो ऐसे शख्स पर कूप परेशान करोगे जो इशान का पतला देगा. और दूसरा जुमला बहुत ही भड़काव कहता था कि और अगर तुम कत्ल करोगे तो कत्ल का पतला लिया जाएगा.</w:t>
      </w:r>
    </w:p>
    <w:p>
      <w:r>
        <w:rPr>
          <w:b/>
        </w:rPr>
        <w:t xml:space="preserve">[45:32] </w:t>
      </w:r>
      <w:r>
        <w:t>Yeh Arab ke liye bahut hi bhadkav jumla tha. Arab usko qatl kar sakte the. Khaas taur se jo qabile ka nizam hota usmein aise alfaaz bardasht nahi kiye jate hain. Teen din usne kaha, teen din Rasoolullah ne kaha, teen din usne yahi jawab diya.</w:t>
      </w:r>
    </w:p>
    <w:p>
      <w:pPr>
        <w:jc w:val="right"/>
      </w:pPr>
      <w:r>
        <w:t>यह अरब के लिए बहुत ही भड़काव जुमला था. अरब उसको कत्ल कर सकते थे. खास तौर से जो कबीले का निज़ाम होता उसमें ऐसे अल्फास बर्दाश्त नहीं किए जाते हैं. तीन दिन उसने कहा, तीन दिन रसूल्ला ने कहा, तीन दिन उसने यही जवाब दिया.</w:t>
      </w:r>
    </w:p>
    <w:p>
      <w:r>
        <w:rPr>
          <w:b/>
        </w:rPr>
        <w:t xml:space="preserve">[45:48] </w:t>
      </w:r>
      <w:r>
        <w:t>Lekin uske saath yeh hua ke usne dekha ke masjid teesre din woh itna mutasir hua ke chhodne ke bawajood woh nahi gaya wapas.</w:t>
      </w:r>
    </w:p>
    <w:p>
      <w:pPr>
        <w:jc w:val="right"/>
      </w:pPr>
      <w:r>
        <w:t>लेकिन उसके साथ यह हुआ कि उसने देखा कि मस्जिद तीसरे दिन वो इतना मुतासिर हुआ के छोड़ने के बावजूद वो नहीं गया वापस.</w:t>
      </w:r>
    </w:p>
    <w:p>
      <w:r>
        <w:rPr>
          <w:b/>
        </w:rPr>
        <w:t xml:space="preserve">[46:11] </w:t>
      </w:r>
      <w:r>
        <w:t>aage rasoolullah salah salah ke paas ye kaha ke main aaj se pehle sabse zyada nafrat jo karta</w:t>
      </w:r>
    </w:p>
    <w:p>
      <w:pPr>
        <w:jc w:val="right"/>
      </w:pPr>
      <w:r>
        <w:t>आगे रसुल्लाह सलाह सलाह के पास ये कहा के मैं आज से पहले सबसे ज़्यादा नफरत जो करता</w:t>
      </w:r>
    </w:p>
    <w:p>
      <w:r>
        <w:rPr>
          <w:b/>
        </w:rPr>
        <w:t xml:space="preserve">[46:18] </w:t>
      </w:r>
      <w:r>
        <w:t>tha, aapse karta tha, aapke din se karta tha, aapke shahar se karta tha.</w:t>
      </w:r>
    </w:p>
    <w:p>
      <w:pPr>
        <w:jc w:val="right"/>
      </w:pPr>
      <w:r>
        <w:t>था, आपसे करता था, आपके दिन से करता था, आपके शहर से करता था.</w:t>
      </w:r>
    </w:p>
    <w:p>
      <w:r>
        <w:rPr>
          <w:b/>
        </w:rPr>
        <w:t xml:space="preserve">[46:26] </w:t>
      </w:r>
      <w:r>
        <w:t>lekin ab jilon ko jeette the.</w:t>
      </w:r>
    </w:p>
    <w:p>
      <w:pPr>
        <w:jc w:val="right"/>
      </w:pPr>
      <w:r>
        <w:t>लेकिन अब जिलों को जीतते थे.</w:t>
      </w:r>
    </w:p>
    <w:p>
      <w:r>
        <w:rPr>
          <w:b/>
        </w:rPr>
        <w:t xml:space="preserve">[46:34] </w:t>
      </w:r>
      <w:r>
        <w:t>aise hi bahut sare misaliya hain.</w:t>
      </w:r>
    </w:p>
    <w:p>
      <w:pPr>
        <w:jc w:val="right"/>
      </w:pPr>
      <w:r>
        <w:t>ऐसे ही बहुत सारे मिसालियां हैं.</w:t>
      </w:r>
    </w:p>
    <w:p>
      <w:r>
        <w:rPr>
          <w:b/>
        </w:rPr>
        <w:t xml:space="preserve">[46:42] </w:t>
      </w:r>
      <w:r>
        <w:t>Ji. Ab tak kuch comments aur padhna chahunga. Shad Hussain sahab ne Srinagar se likha hai. How dawa, wisdom, patience for sake of god and love for humanity go together. Apa has explained it via prophetic model, very thought provoking.</w:t>
      </w:r>
    </w:p>
    <w:p>
      <w:pPr>
        <w:jc w:val="right"/>
      </w:pPr>
      <w:r>
        <w:t>जी. अब तक कुछ comments और पढ़ना चाहूंगा. शाद हुसैन साहब ने श्रीनगर से लिखा है. How दावा, wisdom, patience for sake of god and love for humanity go together. आपा has explained it via prophetic model, very thought provoking.</w:t>
      </w:r>
    </w:p>
    <w:p>
      <w:r>
        <w:rPr>
          <w:b/>
        </w:rPr>
        <w:t xml:space="preserve">[47:03] </w:t>
      </w:r>
      <w:r>
        <w:t>Miss Kuruutlen ne Srinagar se likha hai, today's lecture carries an excellent message that to learn and know more about universe, purpose of creation and real spirit of a believer. One has to be a truth seeker. I have my personal experience that true urge to seek knowledge and universal truths has helped me a lot. And though I'm still on the path of a seeker, I'm grateful to God and thank my stars to be in touch with CPS.</w:t>
      </w:r>
    </w:p>
    <w:p>
      <w:pPr>
        <w:jc w:val="right"/>
      </w:pPr>
      <w:r>
        <w:t>Miss कुरुतलेन ने श्रीनगर से लिखा है, today's lecture carries an excellent message that to learn and know more about universe, purpose of creation and real spirit of a believer. One has to be a truth seeker. I have my personal experience that true urge to seek knowledge and universal truths has helped me a lot. And though I'm still on the path of a seeker, I'm grateful to God and thank my stars to be in touch with CPS.</w:t>
      </w:r>
    </w:p>
    <w:p>
      <w:r>
        <w:rPr>
          <w:b/>
        </w:rPr>
        <w:t xml:space="preserve">[47:33] </w:t>
      </w:r>
      <w:r>
        <w:t>The day I come in contact with Maulana, I started drawing lessons from whatever Maulana said and wrote. He has left a treasure of knowledge and wisdom behind him. A great blessing. Aapka agla sawal Kanpur se hai. Sawal bheja hai miss Shabana Siddiqui ne aur unhone aapse poocha hai ke what is the biggest reason for the success of prophet of Islam?</w:t>
      </w:r>
    </w:p>
    <w:p>
      <w:pPr>
        <w:jc w:val="right"/>
      </w:pPr>
      <w:r>
        <w:t>The day I come in contact with मुलाना, I started drawing lessons from whatever मुलाना said and wrote. He has left a treasure of knowledge and wisdom behind him. A great blessing. आपका अगला सवाल कानपुर से है. सवाल भेजा है miss शबाना सिद्दिकी ने और उन्होंने आपसे पुछा है कि what is the biggest reason for the success of prophet of इस्लाम?</w:t>
      </w:r>
    </w:p>
    <w:p>
      <w:r>
        <w:rPr>
          <w:b/>
        </w:rPr>
        <w:t xml:space="preserve">[48:02] </w:t>
      </w:r>
      <w:r>
        <w:t>Patience avoidance, practical wisdom. Toh yahi sabse badi baat hai ke patiently hum sab kaam karte rahe kyunki jab yeh Khuda ka kaam hai toh Khuda ki madad aayegi hamare saath. Lekin Khuda ki madad patient insaan ke saath aati hai. Toh yeh zaroori hai aur hum apna kaam bas karte rahein, karte rahein aur nateeja na dekhein. Nateeja Khuda ke haath mein hai.</w:t>
      </w:r>
    </w:p>
    <w:p>
      <w:pPr>
        <w:jc w:val="right"/>
      </w:pPr>
      <w:r>
        <w:t>Patience avoidance, practical wisdom. तो यही सबसे बड़ी बात है कि patiently हम सब काम करते रहे क्योंकि जब यह खुदा का काम है तो खुदा की मदद आएगी हमारे साथ. लेकिन खुदा की मदद patient इंसान के साथ आती है. तो यह ज़रूरी है और हम अपना काम बस करते रहें, करते रहें और नतीजा न देखें. नतीजा खुदा के हाथ में है.</w:t>
      </w:r>
    </w:p>
    <w:p>
      <w:r>
        <w:rPr>
          <w:b/>
        </w:rPr>
        <w:t xml:space="preserve">[48:30] </w:t>
      </w:r>
      <w:r>
        <w:t>Hamara kaam logon tak baat pahunchani hai aur uska nateeja Khuda ke upar chhod dein. Jisko Allah Taala toh phir denge usko woh baat samajh mein aa jayegi. Toh mujhe yahi samajh mein aata hai. Haan, aap aapki baat jo gayi hai bilkul sahi baat hai.</w:t>
      </w:r>
    </w:p>
    <w:p>
      <w:pPr>
        <w:jc w:val="right"/>
      </w:pPr>
      <w:r>
        <w:t>हमारा काम लोगों तक बात पहुंचानी है और उसका नतीजा होदा के ऊपर छोड़ दें. जिसको अल्लाह तालत तो फिर देंगे उसको वह बात समझ में आ जाएगी. तो मुझे यही समझ में आता है. हां, आप आपकी बात जो गई है बिल्कुल सही बात है.</w:t>
      </w:r>
    </w:p>
    <w:p>
      <w:r>
        <w:rPr>
          <w:b/>
        </w:rPr>
        <w:t xml:space="preserve">[48:46] </w:t>
      </w:r>
      <w:r>
        <w:t>quran ke shuru mein jo hai, aur apne kapde paak rakho.</w:t>
      </w:r>
    </w:p>
    <w:p>
      <w:pPr>
        <w:jc w:val="right"/>
      </w:pPr>
      <w:r>
        <w:t>कुरान के शुरू में जो है, और अपने कपड़े पाक रखो.</w:t>
      </w:r>
    </w:p>
    <w:p>
      <w:r>
        <w:rPr>
          <w:b/>
        </w:rPr>
        <w:t xml:space="preserve">[48:53] </w:t>
      </w:r>
      <w:r>
        <w:t>yaani manfi soch aapke andar nahi aani chahiye.</w:t>
      </w:r>
    </w:p>
    <w:p>
      <w:pPr>
        <w:jc w:val="right"/>
      </w:pPr>
      <w:r>
        <w:t>यानी मनफी सोच आपके अंदर नहीं आनी चाहिए.</w:t>
      </w:r>
    </w:p>
    <w:p>
      <w:r>
        <w:rPr>
          <w:b/>
        </w:rPr>
        <w:t xml:space="preserve">[49:00] </w:t>
      </w:r>
      <w:r>
        <w:t>waruzza fajur aur gandagi ko chhod do.</w:t>
      </w:r>
    </w:p>
    <w:p>
      <w:pPr>
        <w:jc w:val="right"/>
      </w:pPr>
      <w:r>
        <w:t>वरुज़ज़ा फाजूर और गंदगी को छोड़ दो.</w:t>
      </w:r>
    </w:p>
    <w:p>
      <w:r>
        <w:rPr>
          <w:b/>
        </w:rPr>
        <w:t xml:space="preserve">[49:07] </w:t>
      </w:r>
      <w:r>
        <w:t>react nahi karna.</w:t>
      </w:r>
    </w:p>
    <w:p>
      <w:pPr>
        <w:jc w:val="right"/>
      </w:pPr>
      <w:r>
        <w:t>React नहीं करना.</w:t>
      </w:r>
    </w:p>
    <w:p>
      <w:r>
        <w:rPr>
          <w:b/>
        </w:rPr>
        <w:t xml:space="preserve">[49:14] </w:t>
      </w:r>
      <w:r>
        <w:t>iska matlab hai react ka nahi karna.</w:t>
      </w:r>
    </w:p>
    <w:p>
      <w:pPr>
        <w:jc w:val="right"/>
      </w:pPr>
      <w:r>
        <w:t>इसका मतलब है react का नहीं करना.</w:t>
      </w:r>
    </w:p>
    <w:p>
      <w:r>
        <w:rPr>
          <w:b/>
        </w:rPr>
        <w:t xml:space="preserve">[49:21] </w:t>
      </w:r>
      <w:r>
        <w:t>walatmnun tastak sir par aisa na karo ke ehsaan karo aur bahut zyada chaho.</w:t>
      </w:r>
    </w:p>
    <w:p>
      <w:pPr>
        <w:jc w:val="right"/>
      </w:pPr>
      <w:r>
        <w:t>वलातम्नुन तस्तक सिर पर ऐसा ना करो कि एहसान करो और बहुत ज़्यादा चाहो.</w:t>
      </w:r>
    </w:p>
    <w:p>
      <w:r>
        <w:rPr>
          <w:b/>
        </w:rPr>
        <w:t xml:space="preserve">[49:28] </w:t>
      </w:r>
      <w:r>
        <w:t>wle aur abdi ka fasbir aur sabr karo.</w:t>
      </w:r>
    </w:p>
    <w:p>
      <w:pPr>
        <w:jc w:val="right"/>
      </w:pPr>
      <w:r>
        <w:t>वले और अब्दी का फस्बिर और सब्र करो.</w:t>
      </w:r>
    </w:p>
    <w:p>
      <w:r>
        <w:rPr>
          <w:b/>
        </w:rPr>
        <w:t xml:space="preserve">[49:35] </w:t>
      </w:r>
      <w:r>
        <w:t>to bilkul yahi baatein shuru mein hi rasoolullah salah salah ko bata diya gaya tha.</w:t>
      </w:r>
    </w:p>
    <w:p>
      <w:pPr>
        <w:jc w:val="right"/>
      </w:pPr>
      <w:r>
        <w:t>तो बिल्कुल यही बातें शुरू में ही रसुल्लाह सलाह सलाह को बता दिया गया था.</w:t>
      </w:r>
    </w:p>
    <w:p>
      <w:r>
        <w:rPr>
          <w:b/>
        </w:rPr>
        <w:t xml:space="preserve">[49:42] </w:t>
      </w:r>
      <w:r>
        <w:t>aur do hazaron. ek</w:t>
      </w:r>
    </w:p>
    <w:p>
      <w:pPr>
        <w:jc w:val="right"/>
      </w:pPr>
      <w:r>
        <w:t>और दो हज़ारों. एक</w:t>
      </w:r>
    </w:p>
    <w:p>
      <w:r>
        <w:rPr>
          <w:b/>
        </w:rPr>
        <w:t xml:space="preserve">[49:49] </w:t>
      </w:r>
      <w:r>
        <w:t>comment bheja hai miss sara aman ne unhone location nahi likhi hain. unhone likha hai ki aapne bahut achhi tarah se samjhaya hai. I have been eagerly awaiting for Maulana Wahiduddin Khan saaf's topics. I would like to know more realistic stories and his disciplines in the way you explained. Much-much appreciated.</w:t>
      </w:r>
    </w:p>
    <w:p>
      <w:pPr>
        <w:jc w:val="right"/>
      </w:pPr>
      <w:r>
        <w:t>comment भेजा है miss सारा अमन ने उन्होंने location नहीं लिखी हैं. उन्होंने लिखा है कि आपने बहुत अच्छी तरह से समझाया है. I have been eagerly awaiting for मुलाना वैदुद्दीन खान साफ's topics. I would like to know more realistic stories and his disciplines in the way you explained. Much-much appreciated.</w:t>
      </w:r>
    </w:p>
    <w:p>
      <w:r>
        <w:rPr>
          <w:b/>
        </w:rPr>
        <w:t xml:space="preserve">[50:14] </w:t>
      </w:r>
      <w:r>
        <w:t>So, you know, we'd like to tell sister Sara that you can visit our website, www.cpsglobal..org. And there are many books of Malana Sab. In fact, all his books of books in English and urdu are uploaded there. You can also, search for his YouTube channel. The same Facebook on which you've commented. There are many lectures of his. You can watch those lectures.</w:t>
      </w:r>
    </w:p>
    <w:p>
      <w:pPr>
        <w:jc w:val="right"/>
      </w:pPr>
      <w:r>
        <w:t>So, you know, we'd like to tell sister Sara that you can visit our website, www.cpsglobal..org. And there are many books of Malana Sab. In fact, all his books of books in English and उर्दू are uploaded there. You can also, search for his YouTube channel. The same Facebook on which you've commented. There are many lectures of his. You can watch those lectures.</w:t>
      </w:r>
    </w:p>
    <w:p>
      <w:r>
        <w:rPr>
          <w:b/>
        </w:rPr>
        <w:t xml:space="preserve">[50:43] </w:t>
      </w:r>
      <w:r>
        <w:t>And you can also join, CPS ladies group if you want to. And, for that, you can, send a message to info@cpsglobal.org. We have a very active CPS ladies group, which is headed by professor Fareeda Khanam and is also managed by miss Fahmeeda Khan. So you can write to us in case you are interested.</w:t>
      </w:r>
    </w:p>
    <w:p>
      <w:pPr>
        <w:jc w:val="right"/>
      </w:pPr>
      <w:r>
        <w:t>And you can also join, CPS ladies group if you want to. And, for that, you can, send a message to info@cpsglobal.org. We have a very active CPS ladies group, which is headed by professor फरीदा खानम and is also managed by miss फहमीदा खान. So you can write to us in case you are interested.</w:t>
      </w:r>
    </w:p>
    <w:p>
      <w:r>
        <w:rPr>
          <w:b/>
        </w:rPr>
        <w:t xml:space="preserve">[51:12] </w:t>
      </w:r>
      <w:r>
        <w:t>aapka agla sawal hai kerala se Hasnain Khan sahab ka. unhone likha hai ki any example of profit that he displayed respect or love for people of other faiths. to shuru se dekh rahe hain jab rusuallah, sallah walerr sallah ko wahi mili to aap warkaeab ne naufil ke aa gaye.</w:t>
      </w:r>
    </w:p>
    <w:p>
      <w:pPr>
        <w:jc w:val="right"/>
      </w:pPr>
      <w:r>
        <w:t>आपका अगला सवाल है केरला से हसनेन खान साहब का. उन्होंने लिखा है कि any example of profit that he displayed respect or love for people of other faiths. तो शुरू से देख रहे हैं जब रसूल्लाह, सल्लाह वलेर सल्लाह को वही मिली तो आप वर्काएब ने नौफल के आ गए.</w:t>
      </w:r>
    </w:p>
    <w:p>
      <w:r>
        <w:rPr>
          <w:b/>
        </w:rPr>
        <w:t xml:space="preserve">[51:37] </w:t>
      </w:r>
      <w:r>
        <w:t>jo unhone bataya usko bahut hi gaur se sanjeedgi se suna aur aapko ek baar safar mein gaye the suriya ke to ek rahib mila tha usse baat hui. phir uske baad aapko jab madine gaye to wahan par ek sizeable number tha yugadiyon ka to unse aapne bahut achhe tarike se aap rahe.</w:t>
      </w:r>
    </w:p>
    <w:p>
      <w:pPr>
        <w:jc w:val="right"/>
      </w:pPr>
      <w:r>
        <w:t>जो उन्होंने बताया उसको बहुत ही गौर से संजीदगी से सुना और आपको एक बार सफर में गए थे सिरिया के तो एक राहिब मिला था उससे बात हुई. फिर उसके बाद आपको जब मदीने गए तो वहां पर एक sizeable number था योगदियों का तो उनसे आपने बहुत अच्छे तरीके से आप रहे.</w:t>
      </w:r>
    </w:p>
    <w:p>
      <w:r>
        <w:rPr>
          <w:b/>
        </w:rPr>
        <w:t xml:space="preserve">[52:01] </w:t>
      </w:r>
      <w:r>
        <w:t>yahan tak ki unke liye aapne kimla bhi badal diya solah mahine tak ka taki unhe yeh ehsaas na ho ki pata nahi kaun stranger log aa gaye hain log jinka kimla hi alag hai aur masjide navvi mein ek baar christians aaye the unse batchit hui delegation aaya tha. unko namaz padhni thi apni ahbadat karni thi. to wah kahin aur jagat talash kar rahe the to aapne kaha yahin padh lein.</w:t>
      </w:r>
    </w:p>
    <w:p>
      <w:pPr>
        <w:jc w:val="right"/>
      </w:pPr>
      <w:r>
        <w:t>यहां तक कि उनके लिए आपने किमला भी बदल दिया सोलह महीने तक का ताकि उन्हें यह एहसास ना हो कि पता नहीं कौन stranger लोग आ गए हैं लोग जिनका किमला ही अलग है और मस्जिदे नव्वी में एक बार christians आए थे उनसे बातचीत हुई delegation आया था. उनको नमाज़ पढ़नी थी अपनी अहबादत करनी थी. तो वह कहीं और जगत तलाश कर रहे थे तो आपने कहा यहीं पढ़ लें.</w:t>
      </w:r>
    </w:p>
    <w:p>
      <w:r>
        <w:rPr>
          <w:b/>
        </w:rPr>
        <w:t xml:space="preserve">[52:27] </w:t>
      </w:r>
      <w:r>
        <w:t>to yeh to bhai heman jiske andar bhi insaniyat hogi, sharafat hogi, wah to respect karega karega. jo agar agar kisi ka jo ideology different hai to hum usko, usko apni ideology share kar sakte hain. lekin uski izzat na karein. yeh to bilkul hi islam ki spirit ke khilaf hai. koi bhi sharif aadmi aisa nahi karega.</w:t>
      </w:r>
    </w:p>
    <w:p>
      <w:pPr>
        <w:jc w:val="right"/>
      </w:pPr>
      <w:r>
        <w:t>तो यह तो भाई हेमंन जिसके अंदर भी इंसानियत होगी, शराफत होगी, वह तो respect करेगा करेगा. जो अगर अगर किसी का जो ideology different है तो हम उसको, उसको अपनी ideology share कर सकते हैं. लेकिन उसकी इज्जत न करें. यह तो बिल्कुल ही इस्लाम की spirit के खिलाफ है. कोई भी शरीफ आदमी ऐसा नहीं करेगा.</w:t>
      </w:r>
    </w:p>
    <w:p>
      <w:r>
        <w:rPr>
          <w:b/>
        </w:rPr>
        <w:t xml:space="preserve">[52:55] </w:t>
      </w:r>
      <w:r>
        <w:t>aur wusullah sarsalam se zyada sharif to shayad koi ho bhi nahi sakta hai. ji. aapka agla sawal bangalore se hai miss Zikra Khan ka. unhone likha hai ki any example that you can give from the life of profit that he urged his followers to practice the principle of adjustment.</w:t>
      </w:r>
    </w:p>
    <w:p>
      <w:pPr>
        <w:jc w:val="right"/>
      </w:pPr>
      <w:r>
        <w:t>और वसूल्लाह सरस्लम से ज़्यादा शरीफ तो शायद कोई हो भी नहीं सकता है. जी. आपका अगला सवाल बैंगलोर से है miss ज़िक्रा खान का. उन्होंने लिखा है कि any example that you can give from the life of profit that he urged his followers to practice the principle of adjustment.</w:t>
      </w:r>
    </w:p>
    <w:p>
      <w:r>
        <w:rPr>
          <w:b/>
        </w:rPr>
        <w:t xml:space="preserve">[53:21] </w:t>
      </w:r>
      <w:r>
        <w:t>to poori zindagi mein example bhari padi hui hai. jo bhi aapke paas aata tha aap usse kehte the sabr karo bardasht karo halanki jo tribal society thi na usmein ek to tribe ke log hote the aur ek hote the slaves jo labor class jinko hum kehte hain. to jo labor class jo islam late the unko to bahut zyada sataya jata tha. makke ke garam ret mein litate the, marte the sab kuch. ek samaiya thi usmein aur bhi kai log the.</w:t>
      </w:r>
    </w:p>
    <w:p>
      <w:pPr>
        <w:jc w:val="right"/>
      </w:pPr>
      <w:r>
        <w:t>तो पूरी ज़िंदगी में example भरी पड़ी हुई है. जो भी आपके पास आता था आप उससे कहते थे सब्र करो बर्दाश्त करो हालांकि जो tribal society थी ना उसमें एक तो tribe के लोग होते थे और एक होते थे slaves जो labor class जिनको हम कहते हैं. तो जो labor class जो इस्लाम लाते थे उनको तो बहुत ज़्यादा सताया जाता था. मक्के के गर्म रेत में लिटाते थे, मारते थे सब कुछ. एक समईया थी उसमें और भी कई लोग थे.</w:t>
      </w:r>
    </w:p>
    <w:p>
      <w:r>
        <w:rPr>
          <w:b/>
        </w:rPr>
        <w:t xml:space="preserve">[53:50] </w:t>
      </w:r>
      <w:r>
        <w:t>to unse bhi aap kehte the ki sabr karo, sabr karo. unko sabr karne se humein khuda ki madad milti hai.</w:t>
      </w:r>
    </w:p>
    <w:p>
      <w:pPr>
        <w:jc w:val="right"/>
      </w:pPr>
      <w:r>
        <w:t>तो उनसे भी आप कहते थे कि सब्र करो, सब्र करो. उनको सब्र करने से हमें खुदा की मदद मिलती है.</w:t>
      </w:r>
    </w:p>
    <w:p>
      <w:r>
        <w:rPr>
          <w:b/>
        </w:rPr>
        <w:t xml:space="preserve">[53:58] </w:t>
      </w:r>
      <w:r>
        <w:t>ek baar rasool hadrataubagra aapke saath baithe hue the to koi aaya aur bahut zyada bura bola kehne laga jab tak hadrataubagra jab tak main khamosh tha tab tak tum baithe hue the. to main bolne laga to chale gaye. puchha aapne baad mein.</w:t>
      </w:r>
    </w:p>
    <w:p>
      <w:pPr>
        <w:jc w:val="right"/>
      </w:pPr>
      <w:r>
        <w:t>एक बार रसूल हद्रताउबाग्र आपके साथ बैठे हुए थे तो कोई आया और बहुत ज़्यादा बुरा बोला कहने लगा जब तक हद्रताउबाग्र जब तक मैं खामोश था तब तक तुम बैठे हुए थे. तो मैं बोलने लगा तो चले गए. पुछा आपने बाद में.</w:t>
      </w:r>
    </w:p>
    <w:p>
      <w:r>
        <w:rPr>
          <w:b/>
        </w:rPr>
        <w:t xml:space="preserve">[54:26] </w:t>
      </w:r>
      <w:r>
        <w:t>to aapne kaha ki jab tak tum khamosh the tumhari taraf se farishta jawab de raha tha. to jab jab tum bolne lage to farishta uth ke chala gaya to main bhi chala gaya. to ab aap yeh soch sakte hain ki agar hum khamosh rehne ka matlab in activity thodi hai covertise thodi hai. hum fariste ko invite kar denge aap hamari taraf se jawab do to hamari madad karo. farishta madad par aa jata hai. farishta jiski madad par aa jaye usko kaun share kar sakta hai?</w:t>
      </w:r>
    </w:p>
    <w:p>
      <w:pPr>
        <w:jc w:val="right"/>
      </w:pPr>
      <w:r>
        <w:t>तो आपने कहा कि जब तक तुम खामोश थे तुम्हारी तरफ से फरिश्ता जवाब दे रहा था. तो जब जब तुम बोलने लगे तो फरिश्ता उठ के चला गया तो मैं भी चला गया. तो अब आप यह सोच सकते हैं कि अगर हम खामोश रहने का मतलब इन activity थोड़ी है covertise थोड़ी है. हम फरिश्ते को invite कर देंगे आप हमारी तरफ से जवाब दो तो हमारी मदद करो. फरिश्ता मदद पर आ जाता है. फरिश्ता जिसकी मदद पर आ जाए उसको कौन share कर सकता है?</w:t>
      </w:r>
    </w:p>
    <w:p>
      <w:r>
        <w:rPr>
          <w:b/>
        </w:rPr>
        <w:t xml:space="preserve">[54:54] </w:t>
      </w:r>
      <w:r>
        <w:t>to yeh isliye zaroori hai adjustment. poori zindagi aapki adjustment hai aur aapke saath jo log aaye woh sab ke sab adjustment ke us hold par apna kaam karte rahein. ji. In fact, apa there is also one of the saying of the prophet when he said that if you can pass your morning and evening without having a grudge in your heart then please do so.</w:t>
      </w:r>
    </w:p>
    <w:p>
      <w:pPr>
        <w:jc w:val="right"/>
      </w:pPr>
      <w:r>
        <w:t>तो यह इसलिए ज़रूरी है adjustment. पूरी ज़िंदगी आपकी adjustment है और आपके साथ जो लोग आए वह सब के सब adjustment के उस hold पर अपना काम करते रहें. जी. In fact, आपा there is also one of the saying of the prophet when he said that if you can pass your morning and evening without having a grudge in your heart then please do so.</w:t>
      </w:r>
    </w:p>
    <w:p>
      <w:r>
        <w:rPr>
          <w:b/>
        </w:rPr>
        <w:t xml:space="preserve">[55:20] </w:t>
      </w:r>
      <w:r>
        <w:t>to zahir si baat hai ki grudge jab aap apne heart mein nahi rakhenge iska matlab aap adjust kar rahe hain situation ke saath. ek sahabi ne unse relations ko lekar bhi puchha to unhone kaha ki if you do good to relations, your relations even if they do bad then god will keep an angel as a guard for you till you continue doing that. to yeh sab adjustment ke hi hawale hain aur Maulana sahab bahut is cheez par emphasize karte the.</w:t>
      </w:r>
    </w:p>
    <w:p>
      <w:pPr>
        <w:jc w:val="right"/>
      </w:pPr>
      <w:r>
        <w:t>तो ज़ाहिर सी बात है कि grudge जब आप अपने heart में नहीं रखेंगे इसका मतलब आप adjust कर रहे हैं situation के साथ. एक साहबी ने उनसे relations को लेकर भी पुछा तो उन्होंने कहा कि if you do good to relations, your relations even if they do bad then god will keep an angel as a guard for you till you continue doing that. तो ये सब adjustment के ही हवाले हैं और मलाना साहब बहुत इस चीज़ पर emphasize करते थे.</w:t>
      </w:r>
    </w:p>
    <w:p>
      <w:r>
        <w:rPr>
          <w:b/>
        </w:rPr>
        <w:t xml:space="preserve">[55:50] </w:t>
      </w:r>
      <w:r>
        <w:t>isi se positivity maintain rehti hai, mission aage badhta hai, baatein aage badhti hain aur aap bada kaam kar sakte hain. to yeh main share karna chahta tha. achha. Ok, so we don't have any more questions. But before we end this session, we want to make an announcement. Today there is another book release of Maulana Wahiduddin Khan sahib.</w:t>
      </w:r>
    </w:p>
    <w:p>
      <w:pPr>
        <w:jc w:val="right"/>
      </w:pPr>
      <w:r>
        <w:t>इसी से positivity maintain रहती है, mission आगे बढ़ता है, बातें आगे बढ़ती हैं और आप बड़ा काम कर सकते हैं. तो यह मैं share करना चाहता था. अच्छा. Ok, so we don't have any more questions. But before we end this session, we want to make an announcement. Today there is another book release of मुलाना वैदुद्दीन खान साहब.</w:t>
      </w:r>
    </w:p>
    <w:p>
      <w:r>
        <w:rPr>
          <w:b/>
        </w:rPr>
        <w:t xml:space="preserve">[56:16] </w:t>
      </w:r>
      <w:r>
        <w:t>This book is a translation in English. The title of the book is 100 principles for purposeful living, the traditions of the prophet. This book has been translated by the CPS USA team Khaja Kalimuddin asab and Mohammad Asad Parvez.</w:t>
      </w:r>
    </w:p>
    <w:p>
      <w:pPr>
        <w:jc w:val="right"/>
      </w:pPr>
      <w:r>
        <w:t>This book is a translation in English. The title of the book is 100 principles for purposeful living, the traditions of the prophet. This book has been translated by the CPS USA team खाजा कलीमुद्दीन असाब and मोहम्मद आसद परवेस.</w:t>
      </w:r>
    </w:p>
    <w:p>
      <w:r>
        <w:rPr>
          <w:b/>
        </w:rPr>
        <w:t xml:space="preserve">[56:43] </w:t>
      </w:r>
      <w:r>
        <w:t>This book has been edited by professor Fareeda Khanam and this book is a translation of a chapter of the urdu book of Hikmat e Islam and I would now request doctor Saniya Snen Khan sahib to launch this book, 100 principles for purposeful living, the traditions of the profit.</w:t>
      </w:r>
    </w:p>
    <w:p>
      <w:pPr>
        <w:jc w:val="right"/>
      </w:pPr>
      <w:r>
        <w:t>This book has been edited by professor फरीदा खानम and this book is a translation of a chapter of the उर्दू book of हिक्मत ए इस्लाम and I would now request doctor सानिया स्नेन खान साहब to launch this book, 100 principles for purposeful living, the traditions of the profit.</w:t>
      </w:r>
    </w:p>
    <w:p>
      <w:r>
        <w:rPr>
          <w:b/>
        </w:rPr>
        <w:t xml:space="preserve">[57:08] </w:t>
      </w:r>
      <w:r>
        <w:t>This book has been uploaded on CPS website. You can download this book and you can share the link in your circle. So I will now request Doctor. Sanyasten Khan sahib to launch this book.</w:t>
      </w:r>
    </w:p>
    <w:p>
      <w:pPr>
        <w:jc w:val="right"/>
      </w:pPr>
      <w:r>
        <w:t>This book has been uploaded on CPS website. You can download this book and you can share the link in your circle. So I will now request Doctor. सान्यास्तेन खान साहब to launch this book.</w:t>
      </w:r>
    </w:p>
    <w:p>
      <w:r>
        <w:rPr>
          <w:b/>
        </w:rPr>
        <w:t xml:space="preserve">[57:28] </w:t>
      </w:r>
      <w:r>
        <w:t>Bismillahir rahmani rahim, mujhe behad khushi ho rahi hai is kitab ko launch karte hue 100 principles for purposeful life, for purposeful living, the traditions of the prophet aur is kitab ko translate kiya hai Khaja Kalimuddin sal mein aur Mohammad Asar Parvez ne aur doctor Fareeda kharan ne isko edit kiya hai.</w:t>
      </w:r>
    </w:p>
    <w:p>
      <w:pPr>
        <w:jc w:val="right"/>
      </w:pPr>
      <w:r>
        <w:t>बिस्मिल्लाई रमानी रहीम, मुझे बेहद ख़ुशी हो रही है इस किताब को launch करते हुए 100 principles for purposeful life, for purposeful living, the traditions of the prophet और इस किताब को translate किया है खाजा कलीमुत्तीन साल में और मोहम्मद असर परवेज ने और doctor फरीदा खारण ने इसको edit किया है.</w:t>
      </w:r>
    </w:p>
    <w:p>
      <w:r>
        <w:rPr>
          <w:b/>
        </w:rPr>
        <w:t xml:space="preserve">[57:54] </w:t>
      </w:r>
      <w:r>
        <w:t>yeh kitab darasal hikmate Islam ka ek chapter hai jiska anwan hai hikmate hadith. to ismein sau hadisen aur kuch ayatein quran ki lekar bahut achha explanation diya gaya aur bahut hi short hai.</w:t>
      </w:r>
    </w:p>
    <w:p>
      <w:pPr>
        <w:jc w:val="right"/>
      </w:pPr>
      <w:r>
        <w:t>यह किताब दरअसल हिक्मते इस्लाम का एक chapter है जिसका अनुवान है हिक्मते हदीस. तो इसमें सौ हदीसें और कुछ आयात पुरान की लेकर बहुत अच्छा explanation दिया गया और बहुत ही short है.</w:t>
      </w:r>
    </w:p>
    <w:p>
      <w:r>
        <w:rPr>
          <w:b/>
        </w:rPr>
        <w:t xml:space="preserve">[58:13] </w:t>
      </w:r>
      <w:r>
        <w:t>yaani isko agar aadmi roz pade ek to isse bahut fayda hoga ek misal ke taur par main ek namone ke taur par ek ek iska jo hissa hai wo padhta hoon the importance of simplicity. The prophet of Islam said that simplicity is a part of faith. Al bazaaza tummeen aliman.</w:t>
      </w:r>
    </w:p>
    <w:p>
      <w:pPr>
        <w:jc w:val="right"/>
      </w:pPr>
      <w:r>
        <w:t>यानी इसको अगर आदमी रोज़ पड़े एक तो इससे बहुत फ़ायदा होगा एक मिसाल के तौर पर मैं एक नमोने के तौर पर एक एक इसका जो हिस्सा है वो पढ़ता हूं the importance of simplicity. The prophet of Islam said that simplicity is a part of faith. अल बाज़ाज़ा तुम्हीन अलीमान.</w:t>
      </w:r>
    </w:p>
    <w:p>
      <w:r>
        <w:rPr>
          <w:b/>
        </w:rPr>
        <w:t xml:space="preserve">[58:37] </w:t>
      </w:r>
      <w:r>
        <w:t>to rasoolullah sallam ki yeh jo hadeesh hai yeh bahut hi ahum hai ki agar insaan apni zindagi</w:t>
      </w:r>
    </w:p>
    <w:p>
      <w:pPr>
        <w:jc w:val="right"/>
      </w:pPr>
      <w:r>
        <w:t>तो रसोल्ला सलाम की यह जो हदीश है यह बहुत ही अहम् है कि अगर इंसान अपनी ज़िंदगी</w:t>
      </w:r>
    </w:p>
    <w:p>
      <w:r>
        <w:rPr>
          <w:b/>
        </w:rPr>
        <w:t xml:space="preserve">[58:43] </w:t>
      </w:r>
      <w:r>
        <w:t>mein saadgi paida kare tabhi koi woh bada kaam kar sakta hai aur khas taur se jo daati mission</w:t>
      </w:r>
    </w:p>
    <w:p>
      <w:pPr>
        <w:jc w:val="right"/>
      </w:pPr>
      <w:r>
        <w:t>में सादगी पैदा करे तभी कोई वह बड़ा काम कर सकता है और खासतौर से जो दावती mission</w:t>
      </w:r>
    </w:p>
    <w:p>
      <w:r>
        <w:rPr>
          <w:b/>
        </w:rPr>
        <w:t xml:space="preserve">[58:49] </w:t>
      </w:r>
      <w:r>
        <w:t>hai uske liye saath ki bahut zaruri hai chuki insaan distraction se bachta hai aur maine dekha aur</w:t>
      </w:r>
    </w:p>
    <w:p>
      <w:pPr>
        <w:jc w:val="right"/>
      </w:pPr>
      <w:r>
        <w:t>है उसके लिए साथ की बहुत ज़रूरी है चूंकि इंसान distraction से बचता है और मैंने देखा और</w:t>
      </w:r>
    </w:p>
    <w:p>
      <w:r>
        <w:rPr>
          <w:b/>
        </w:rPr>
        <w:t xml:space="preserve">[58:56] </w:t>
      </w:r>
      <w:r>
        <w:t>aana ki jo zindagi hai woh poori isi isi raaste par rahi aur intehai zyada zindagi thi unki</w:t>
      </w:r>
    </w:p>
    <w:p>
      <w:pPr>
        <w:jc w:val="right"/>
      </w:pPr>
      <w:r>
        <w:t>आना की जो ज़िंदगी है वह पूरी इसी इसी रास्ते पर रही और इंतिहाई ज़्यादा ज़िंदगी थी उनकी</w:t>
      </w:r>
    </w:p>
    <w:p>
      <w:r>
        <w:rPr>
          <w:b/>
        </w:rPr>
        <w:t xml:space="preserve">[59:02] </w:t>
      </w:r>
      <w:r>
        <w:t>to isi wajah se woh bahut kaam kar sake.</w:t>
      </w:r>
    </w:p>
    <w:p>
      <w:pPr>
        <w:jc w:val="right"/>
      </w:pPr>
      <w:r>
        <w:t>तो इसी वजह से वह बहुत काम कर सके.</w:t>
      </w:r>
    </w:p>
    <w:p>
      <w:r>
        <w:rPr>
          <w:b/>
        </w:rPr>
        <w:t xml:space="preserve">[59:09] </w:t>
      </w:r>
      <w:r>
        <w:t>to yeh bahut achhi kitab hai aur Allah taala ajir azeem de un logon ko jinhone iska tarjuma kiya aur publish kiya. woh aakhir dawana il hamdulillah rabbilalil. Ok. We will end the session now. We'll be back next Sunday, 10:30AM. Thank you.</w:t>
      </w:r>
    </w:p>
    <w:p>
      <w:pPr>
        <w:jc w:val="right"/>
      </w:pPr>
      <w:r>
        <w:t>तो यह बहुत अच्छी किताब है और अल्लाह ताला अजिर अजीम दे उन लोगों को जिन्होंने इसका तर्जुमा किया और publish किया. वह आखिर दावाना इल हम्दुलिलाह रब्यालिल. Ok. We will end the session now. We'll be back next Sunday,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