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Science March 18, 2014 Maulana Wahiduddin Khan</w:t>
      </w:r>
    </w:p>
    <w:p>
      <w:r>
        <w:t>https://www.youtube.com/watch?v=DCcqcQwpYWg</w:t>
      </w:r>
    </w:p>
    <w:p>
      <w:r>
        <w:rPr>
          <w:b/>
        </w:rPr>
        <w:t xml:space="preserve">[00:28] </w:t>
      </w:r>
      <w:r>
        <w:t>faqal: lo tarakūhā liṣalaḥat. fatarakūhā, faṣārat shīsan. fa'akhbirūhu bidhālik, faqal: antum a'lamu bimā yuṣliḥukum fī dunyākum,</w:t>
      </w:r>
    </w:p>
    <w:p>
      <w:pPr>
        <w:jc w:val="right"/>
      </w:pPr>
      <w:r>
        <w:t>فقال: لو تركوها لصلحت. فتركوها، فصارت شيساً. فاخبروه بذلك، فقال: أنتم أعلم بما يصلحكم في دنياكم،</w:t>
      </w:r>
    </w:p>
    <w:p>
      <w:r>
        <w:rPr>
          <w:b/>
        </w:rPr>
        <w:t xml:space="preserve">[00:44] </w:t>
      </w:r>
      <w:r>
        <w:t>fama amr akhiratkum falay. is hadith ko is lafz ke sath bazaar ne riwayat kiya hai,</w:t>
      </w:r>
    </w:p>
    <w:p>
      <w:pPr>
        <w:jc w:val="right"/>
      </w:pPr>
      <w:r>
        <w:t>فأما أمر آخرتكم فإلي. اس حدیث کو اس لفظ کے ساتھ بازار نے روایت کیا ہے،</w:t>
      </w:r>
    </w:p>
    <w:p>
      <w:r>
        <w:rPr>
          <w:b/>
        </w:rPr>
        <w:t xml:space="preserve">[00:53] </w:t>
      </w:r>
      <w:r>
        <w:t>volume number 13, page number 355.</w:t>
      </w:r>
    </w:p>
    <w:p>
      <w:pPr>
        <w:jc w:val="right"/>
      </w:pPr>
      <w:r>
        <w:t>والیوم نمبر 13، پیج نمبر 355۔</w:t>
      </w:r>
    </w:p>
    <w:p>
      <w:r>
        <w:rPr>
          <w:b/>
        </w:rPr>
        <w:t xml:space="preserve">[01:02] </w:t>
      </w:r>
      <w:r>
        <w:t>is ke ilawa Muslim ne bhi riwayat kiya hai. is hadith ka number hai 2363.</w:t>
      </w:r>
    </w:p>
    <w:p>
      <w:pPr>
        <w:jc w:val="right"/>
      </w:pPr>
      <w:r>
        <w:t>اس کے علاوہ مسلم نے بھی روایت کیا ہے۔ اس حدیث کا نمبر ہے 2363۔</w:t>
      </w:r>
    </w:p>
    <w:p>
      <w:r>
        <w:rPr>
          <w:b/>
        </w:rPr>
        <w:t xml:space="preserve">[01:14] </w:t>
      </w:r>
      <w:r>
        <w:t>is hadith ka tarjuma hai:</w:t>
      </w:r>
    </w:p>
    <w:p>
      <w:pPr>
        <w:jc w:val="right"/>
      </w:pPr>
      <w:r>
        <w:t>اس حدیث کا ترجمہ ہے:</w:t>
      </w:r>
    </w:p>
    <w:p>
      <w:r>
        <w:rPr>
          <w:b/>
        </w:rPr>
        <w:t xml:space="preserve">[01:17] </w:t>
      </w:r>
      <w:r>
        <w:t>Anas bin Malik se riwayat hai ke Rasool Allah sal Allah alayhi wasallam ne Madina ke andar khajoor ke bagh mein kuch awaz suni,</w:t>
      </w:r>
    </w:p>
    <w:p>
      <w:pPr>
        <w:jc w:val="right"/>
      </w:pPr>
      <w:r>
        <w:t>انس بن مالک سے روایت ہے کہ رسول اللہ صلی اللہ علیہ وسلم نے مدینہ کے اندر کھجور کے باغ میں کچھ آواز سنی،</w:t>
      </w:r>
    </w:p>
    <w:p>
      <w:r>
        <w:rPr>
          <w:b/>
        </w:rPr>
        <w:t xml:space="preserve">[01:30] </w:t>
      </w:r>
      <w:r>
        <w:t>to aap ne kaha: yeh kya hai? to ek aadmi ne kaha: tabeer e nakhla ki awaz hai. to aap ne kaha: agar log is ko chhod den to behtar hai.</w:t>
      </w:r>
    </w:p>
    <w:p>
      <w:pPr>
        <w:jc w:val="right"/>
      </w:pPr>
      <w:r>
        <w:t>تو آپ نے کہا: یہ کیا ہے؟ تو ایک آدمی نے کہا: تعبیر نخلہ کی آواز ہے۔ تو آپ نے کہا: اگر لوگ اس کو چھوڑ دیں تو بہتر ہے۔</w:t>
      </w:r>
    </w:p>
    <w:p>
      <w:r>
        <w:rPr>
          <w:b/>
        </w:rPr>
        <w:t xml:space="preserve">[01:44] </w:t>
      </w:r>
      <w:r>
        <w:t>to logon ne aisa karna chhod diya.</w:t>
      </w:r>
    </w:p>
    <w:p>
      <w:pPr>
        <w:jc w:val="right"/>
      </w:pPr>
      <w:r>
        <w:t>تو لوگوں نے ایسا کرنا چھوڑ دیا۔</w:t>
      </w:r>
    </w:p>
    <w:p>
      <w:r>
        <w:rPr>
          <w:b/>
        </w:rPr>
        <w:t xml:space="preserve">[01:47] </w:t>
      </w:r>
      <w:r>
        <w:t>to is saal khajoor ki pedawar achhi nahi hui. logon ne aap ko is ki khabar di, to aap ne kaha: tum zyada behtar jante ho jo tumhari dunya ke liye behtar ho, aur jahan tak tumhari akhirat ka mamla hai to woh mere zimme hai.</w:t>
      </w:r>
    </w:p>
    <w:p>
      <w:pPr>
        <w:jc w:val="right"/>
      </w:pPr>
      <w:r>
        <w:t>تو اس سال کھجور کی پیداوار اچھی نہیں ہوئی۔ لوگوں نے آپ کو اس کی خبر دی، تو آپ نے کہا: تم زیادہ بہتر جانتے ہو جو تمہاری دنیا کے لیے بہتر ہو، اور جہاں تک تمہاری آخرت کا معاملہ ہے تو وہ میرے ذمے ہے۔</w:t>
      </w:r>
    </w:p>
    <w:p>
      <w:r>
        <w:rPr>
          <w:b/>
        </w:rPr>
        <w:t xml:space="preserve">[02:07] </w:t>
      </w:r>
      <w:r>
        <w:t>Maulana is hadith ki wazahat karen.</w:t>
      </w:r>
    </w:p>
    <w:p>
      <w:pPr>
        <w:jc w:val="right"/>
      </w:pPr>
      <w:r>
        <w:t>مولانا اس حدیث کی وضاحت کریں۔</w:t>
      </w:r>
    </w:p>
    <w:p>
      <w:r>
        <w:rPr>
          <w:b/>
        </w:rPr>
        <w:t xml:space="preserve">[02:10] </w:t>
      </w:r>
      <w:r>
        <w:t>Bismillah Rahman Rahim.</w:t>
      </w:r>
    </w:p>
    <w:p>
      <w:pPr>
        <w:jc w:val="right"/>
      </w:pPr>
      <w:r>
        <w:t>بسم اللہ الرحمن الرحیم۔</w:t>
      </w:r>
    </w:p>
    <w:p>
      <w:r>
        <w:rPr>
          <w:b/>
        </w:rPr>
        <w:t xml:space="preserve">[02:16] </w:t>
      </w:r>
      <w:r>
        <w:t>yeh jo hadith abhi padhi gayi, is ka background yeh hai ke Rasool Allah sal Allah alayhi wasallam aur aap ke ashaab, jo Muhajir ashaab the,</w:t>
      </w:r>
    </w:p>
    <w:p>
      <w:pPr>
        <w:jc w:val="right"/>
      </w:pPr>
      <w:r>
        <w:t>یہ جو حدیث ابھی پڑھی گئی، اس کا بیک گراؤنڈ یہ ہے کہ رسول اللہ صلی اللہ علیہ وسلم اور آپ کے اصحاب، جو مہاجر اصحاب تھے،</w:t>
      </w:r>
    </w:p>
    <w:p>
      <w:r>
        <w:rPr>
          <w:b/>
        </w:rPr>
        <w:t xml:space="preserve">[02:33] </w:t>
      </w:r>
      <w:r>
        <w:t>wo paida hue the Makka mein. phir baad ko gaye wo Madina mein. to</w:t>
      </w:r>
    </w:p>
    <w:p>
      <w:pPr>
        <w:jc w:val="right"/>
      </w:pPr>
      <w:r>
        <w:t>وہ پیدا ہوئے تھے مکہ میں۔ پھر بعد کو گئے وہ مدینہ میں۔ تو</w:t>
      </w:r>
    </w:p>
    <w:p>
      <w:r>
        <w:rPr>
          <w:b/>
        </w:rPr>
        <w:t xml:space="preserve">[02:42] </w:t>
      </w:r>
      <w:r>
        <w:t>Makka mein khajoor ke baghat nahi hote the, is liye in logon ko khajoor ki baghbani ka tajruba nahi tha.</w:t>
      </w:r>
    </w:p>
    <w:p>
      <w:pPr>
        <w:jc w:val="right"/>
      </w:pPr>
      <w:r>
        <w:t>مکہ میں کھجور کے باغات نہیں ہوتے تھے، اس لیے ان لوگوں کو کھجور کی باغبانی کا تجربہ نہیں تھا۔</w:t>
      </w:r>
    </w:p>
    <w:p>
      <w:r>
        <w:rPr>
          <w:b/>
        </w:rPr>
        <w:t xml:space="preserve">[02:56] </w:t>
      </w:r>
      <w:r>
        <w:t>jab wo log</w:t>
      </w:r>
    </w:p>
    <w:p>
      <w:pPr>
        <w:jc w:val="right"/>
      </w:pPr>
      <w:r>
        <w:t>جب وہ لوگ</w:t>
      </w:r>
    </w:p>
    <w:p>
      <w:r>
        <w:rPr>
          <w:b/>
        </w:rPr>
        <w:t xml:space="preserve">[03:00] </w:t>
      </w:r>
      <w:r>
        <w:t>hijrat kar ke Madina gaye to wahan par khajoor ke baghat hote the.</w:t>
      </w:r>
    </w:p>
    <w:p>
      <w:pPr>
        <w:jc w:val="right"/>
      </w:pPr>
      <w:r>
        <w:t>ہجرت کر کے مدینہ گئے تو وہاں پر کھجور کے باغات ہوتے تھے۔</w:t>
      </w:r>
    </w:p>
    <w:p>
      <w:r>
        <w:rPr>
          <w:b/>
        </w:rPr>
        <w:t xml:space="preserve">[03:06] </w:t>
      </w:r>
      <w:r>
        <w:t>to khajooron ke mamle mein ek amal kiya aata tha, us ko kehte the tabeer e nakhla. tabeer e nakhla ka matlab hota tha artificial pollination.</w:t>
      </w:r>
    </w:p>
    <w:p>
      <w:pPr>
        <w:jc w:val="right"/>
      </w:pPr>
      <w:r>
        <w:t>تو کھجوروں کے معاملے میں ایک عمل کیا آتا تھا، اس کو کہتے تھے تعبیر نخل۔ تعبیر نخل کا مطلب ہوتا تھا آرٹیفیشل پولینیشن۔</w:t>
      </w:r>
    </w:p>
    <w:p>
      <w:r>
        <w:rPr>
          <w:b/>
        </w:rPr>
        <w:t xml:space="preserve">[03:22] </w:t>
      </w:r>
      <w:r>
        <w:t>to</w:t>
      </w:r>
    </w:p>
    <w:p>
      <w:pPr>
        <w:jc w:val="right"/>
      </w:pPr>
      <w:r>
        <w:t>تو</w:t>
      </w:r>
    </w:p>
    <w:p>
      <w:r>
        <w:rPr>
          <w:b/>
        </w:rPr>
        <w:t xml:space="preserve">[03:26] </w:t>
      </w:r>
      <w:r>
        <w:t>ek martaba Rasool Allah sal Allah alayhi wasallam guzre kisi khajoor ke bagh se, to aap ne dekha ke log beir ke upar chadhe hue hain, wahan par hi wahi kaam kar rahe hain, tabeer e nakhla ka.</w:t>
      </w:r>
    </w:p>
    <w:p>
      <w:pPr>
        <w:jc w:val="right"/>
      </w:pPr>
      <w:r>
        <w:t>ایک مرتبہ رسول اللہ صلی اللہ علیہ وسلم گزرے کسی کھجور کے باغ سے، تو آپ نے دیکھا کہ لوگ بیڑ کے اوپر چڑھے ہوئے ہیں، وہاں پر ہی وہی کام کر رہے ہیں، تعبیر نخل کا۔</w:t>
      </w:r>
    </w:p>
    <w:p>
      <w:r>
        <w:rPr>
          <w:b/>
        </w:rPr>
        <w:t xml:space="preserve">[03:38] </w:t>
      </w:r>
      <w:r>
        <w:t>to aap ko woh kaam koi ajeeb sa laga.</w:t>
      </w:r>
    </w:p>
    <w:p>
      <w:pPr>
        <w:jc w:val="right"/>
      </w:pPr>
      <w:r>
        <w:t>تو آپ کو وہ کام کوئی عجیب سا لگا۔</w:t>
      </w:r>
    </w:p>
    <w:p>
      <w:r>
        <w:rPr>
          <w:b/>
        </w:rPr>
        <w:t xml:space="preserve">[03:45] </w:t>
      </w:r>
      <w:r>
        <w:t>to aap ne kaha ke: yani aisa na karo to yeh zyada behtar hota. yani kuch is tarah ki baat aap ne keh di.</w:t>
      </w:r>
    </w:p>
    <w:p>
      <w:pPr>
        <w:jc w:val="right"/>
      </w:pPr>
      <w:r>
        <w:t>تو آپ نے کہا کہ: یعنی ایسا نہ کرو تو یہ زیادہ بہتر ہوتا۔ یعنی کچھ اس طرح کی بات آپ نے کہہ دی۔</w:t>
      </w:r>
    </w:p>
    <w:p>
      <w:r>
        <w:rPr>
          <w:b/>
        </w:rPr>
        <w:t xml:space="preserve">[03:57] </w:t>
      </w:r>
      <w:r>
        <w:t>to logon ne tabeer e nakhla ka kaam is saal chhod diya. to kya hua ke agle saal khajoor ki pedawar achhi nahi hui.</w:t>
      </w:r>
    </w:p>
    <w:p>
      <w:pPr>
        <w:jc w:val="right"/>
      </w:pPr>
      <w:r>
        <w:t>تو لوگوں نے تعبیر نخل کا کام اس سال چھوڑ دیا۔ تو کیا ہوا کہ اگلے سال کھجور کی پیداوار اچھی نہیں ہوئی۔</w:t>
      </w:r>
    </w:p>
    <w:p>
      <w:r>
        <w:rPr>
          <w:b/>
        </w:rPr>
        <w:t xml:space="preserve">[04:10] </w:t>
      </w:r>
      <w:r>
        <w:t>to Rasool Allah ko maloom hua to aap ne poocha ke: aisa kyun hua? logon ne kaha ke: aap ne mana kar diya tha, isi se to achhi pedawar hoti hai.</w:t>
      </w:r>
    </w:p>
    <w:p>
      <w:pPr>
        <w:jc w:val="right"/>
      </w:pPr>
      <w:r>
        <w:t>تو رسول اللہ کو معلوم ہوا تو آپ نے پوچھا کہ: ایسا کیوں ہوا؟ لوگوں نے کہا کہ: آپ نے منع کر دیا تھا، اسی سے تو اچھی پیداوار ہوتی ہے۔</w:t>
      </w:r>
    </w:p>
    <w:p>
      <w:r>
        <w:rPr>
          <w:b/>
        </w:rPr>
        <w:t xml:space="preserve">[04:21] </w:t>
      </w:r>
      <w:r>
        <w:t>to aap ne kaha ke: phir to wahi karo jo tum karte the, jis ko tum behtar samajhte ho. is waqt aap ne ek bahut hi ahem baat kahi</w:t>
      </w:r>
    </w:p>
    <w:p>
      <w:pPr>
        <w:jc w:val="right"/>
      </w:pPr>
      <w:r>
        <w:t>تو آپ نے کہا کہ: پھر تو وہی کرو جو تم کرتے تھے، جس کو تم بہتر سمجھتے ہو۔ اس وقت آپ نے ایک بہت ہی اہم بات کہی</w:t>
      </w:r>
    </w:p>
    <w:p>
      <w:r>
        <w:rPr>
          <w:b/>
        </w:rPr>
        <w:t xml:space="preserve">[04:34] </w:t>
      </w:r>
      <w:r>
        <w:t>ke: tum zyada jante ho apne dunya ke mamlaat mein, jahan tak mera mamla hai to main akhirat ki baaten batane ke liye bheja gaya hoon.</w:t>
      </w:r>
    </w:p>
    <w:p>
      <w:pPr>
        <w:jc w:val="right"/>
      </w:pPr>
      <w:r>
        <w:t>کہ: تم زیادہ جانتے ہو اپنے دنیا کے معاملات میں، جہاں تک میرا معاملہ ہے تو میں آخرت کی باتیں بتانے کے لیے بھیجا گیا ہوں۔</w:t>
      </w:r>
    </w:p>
    <w:p>
      <w:r>
        <w:rPr>
          <w:b/>
        </w:rPr>
        <w:t xml:space="preserve">[04:48] </w:t>
      </w:r>
      <w:r>
        <w:t>yeh ek bahut hi zyada ahem baat hai, us ko samajhna chahiye. dekhen, ek hai mamla akhirat ki kamyabi ka,</w:t>
      </w:r>
    </w:p>
    <w:p>
      <w:pPr>
        <w:jc w:val="right"/>
      </w:pPr>
      <w:r>
        <w:t>یہ ایک بہت ہی زیادہ اہم بات ہے، اس کو سمجھنا چاہیے۔ دیکھیں، ایک ہے معاملہ آخرت کی کامیابی کا،</w:t>
      </w:r>
    </w:p>
    <w:p>
      <w:r>
        <w:rPr>
          <w:b/>
        </w:rPr>
        <w:t xml:space="preserve">[05:02] </w:t>
      </w:r>
      <w:r>
        <w:t>jo ke maut ke baad pesh aane wali hai. to aadmi dunya mein kya kare ke aakhirat ki zindagi mein woh kamyab ho,</w:t>
      </w:r>
    </w:p>
    <w:p>
      <w:pPr>
        <w:jc w:val="right"/>
      </w:pPr>
      <w:r>
        <w:t>جو کہ موت کے بعد پیش آنے والی ہے۔ تو آدمی دنیا میں کیا کرے کہ آخرت کی زندگی میں وہ کامیاب ہو،</w:t>
      </w:r>
    </w:p>
    <w:p>
      <w:r>
        <w:rPr>
          <w:b/>
        </w:rPr>
        <w:t xml:space="preserve">[05:14] </w:t>
      </w:r>
      <w:r>
        <w:t>isko Allah ki rehmat mile, jannat mein dakhla mile, ek muamla yeh hai. doosra muamla hai dunya mein agriculture, horticulture, engineering, yeh sab kaise kiya jaye?</w:t>
      </w:r>
    </w:p>
    <w:p>
      <w:pPr>
        <w:jc w:val="right"/>
      </w:pPr>
      <w:r>
        <w:t>اس کو اللہ کی رحمت ملے، جنت میں داخلہ ملے، ایک معاملہ یہ ہے۔ دوسرا معاملہ ہے دنیا میں ایگریکلچر، ہارٹیکلچر، انجینئرنگ، یہ سب کیسے کیا جائے؟</w:t>
      </w:r>
    </w:p>
    <w:p>
      <w:r>
        <w:rPr>
          <w:b/>
        </w:rPr>
        <w:t xml:space="preserve">[05:30] </w:t>
      </w:r>
      <w:r>
        <w:t>to yahan par aap ne dono ko alag kar diya.</w:t>
      </w:r>
    </w:p>
    <w:p>
      <w:pPr>
        <w:jc w:val="right"/>
      </w:pPr>
      <w:r>
        <w:t>تو یہاں پر آپ نے دونوں کو الگ کر دیا۔</w:t>
      </w:r>
    </w:p>
    <w:p>
      <w:r>
        <w:rPr>
          <w:b/>
        </w:rPr>
        <w:t xml:space="preserve">[05:35] </w:t>
      </w:r>
      <w:r>
        <w:t>yani jo is tarah ke shobay hain, agriculture aur horticulture aur engineering jaise shobay, woh insani tajrubaat ke tabe honge.</w:t>
      </w:r>
    </w:p>
    <w:p>
      <w:pPr>
        <w:jc w:val="right"/>
      </w:pPr>
      <w:r>
        <w:t>یعنی جو اس طرح کے شعبے ہیں، ایگریکلچر اور ہارٹیکلچر اور انجینئرنگ جیسے شعبے، وہ انسانی تجربات کے تابع ہوں گے۔</w:t>
      </w:r>
    </w:p>
    <w:p>
      <w:r>
        <w:rPr>
          <w:b/>
        </w:rPr>
        <w:t xml:space="preserve">[05:48] </w:t>
      </w:r>
      <w:r>
        <w:t>aaj kal ki zaban mein hum kahein to hum yeh kahein ge ke scientific research se jo baat sabit ho, us ke mutabiq us ko anjam diya jaye ga.</w:t>
      </w:r>
    </w:p>
    <w:p>
      <w:pPr>
        <w:jc w:val="right"/>
      </w:pPr>
      <w:r>
        <w:t>آج کل کی زبان میں ہم کہیں تو ہم یہ کہیں گے کہ سائنٹیفک ریسرچ سے جو بات ثابت ہو، اس کے مطابق اس کو انجام دیا جائے گا۔</w:t>
      </w:r>
    </w:p>
    <w:p>
      <w:r>
        <w:rPr>
          <w:b/>
        </w:rPr>
        <w:t xml:space="preserve">[06:01] </w:t>
      </w:r>
      <w:r>
        <w:t>paighambar is liye nahi aata ke woh aap ko engineering ke qawaid bataye, horticulture ke qawaid bataye, agriculture ke qawaid bataye, is ke liye nahi aata.</w:t>
      </w:r>
    </w:p>
    <w:p>
      <w:pPr>
        <w:jc w:val="right"/>
      </w:pPr>
      <w:r>
        <w:t>پیغمبر اس لیے نہیں آتا کہ وہ آپ کو انجینئرنگ کے قواعد بتائے، ہارٹیکلچر کے قواعد بتائے، ایگریکلچر کے قواعد بتائے، اس کے لیے نہیں آتا۔</w:t>
      </w:r>
    </w:p>
    <w:p>
      <w:r>
        <w:rPr>
          <w:b/>
        </w:rPr>
        <w:t xml:space="preserve">[06:14] </w:t>
      </w:r>
      <w:r>
        <w:t>yeh to insan apne tajrubaat se khud jaan leta hai. is ke liye Quran utarne ki zaroorat nahi hai.</w:t>
      </w:r>
    </w:p>
    <w:p>
      <w:pPr>
        <w:jc w:val="right"/>
      </w:pPr>
      <w:r>
        <w:t>یہ تو انسان اپنے تجربات سے خود جان لیتا ہے۔ اس کے لیے قرآن اتارنے کی ضرورت نہیں ہے۔</w:t>
      </w:r>
    </w:p>
    <w:p>
      <w:r>
        <w:rPr>
          <w:b/>
        </w:rPr>
        <w:t xml:space="preserve">[06:23] </w:t>
      </w:r>
      <w:r>
        <w:t>aadmi ke jo tajrubaat hain, wahi bata dete hain ke kis tarah se kheti ki jaye, kis tarah baghbani ki jaye, kis tarah engineering chalai jaye, yeh sab apne tajrubaat se aadmi jaan leta hai.</w:t>
      </w:r>
    </w:p>
    <w:p>
      <w:pPr>
        <w:jc w:val="right"/>
      </w:pPr>
      <w:r>
        <w:t>آدمی کے جو تجربات ہیں، وہی بتا دیتے ہیں کہ کس طرح سے کھیتی کی جائے، کس طرح باغبانی کی جائے، کس طرح انجینئرنگ چلائی جائے، یہ سب اپنے تجربات سے آدمی جان لیتا ہے۔</w:t>
      </w:r>
    </w:p>
    <w:p>
      <w:r>
        <w:rPr>
          <w:b/>
        </w:rPr>
        <w:t xml:space="preserve">[06:37] </w:t>
      </w:r>
      <w:r>
        <w:t>to jo baatein aadmi apne tajrubaat se jaan leta hai, us ke liye nahi paighambar bheja jata.</w:t>
      </w:r>
    </w:p>
    <w:p>
      <w:pPr>
        <w:jc w:val="right"/>
      </w:pPr>
      <w:r>
        <w:t>تو جو باتیں آدمی اپنے تجربات سے جان لیتا ہے، اس کے لیے نہیں پیغمبر بھیجا جاتا۔</w:t>
      </w:r>
    </w:p>
    <w:p>
      <w:r>
        <w:rPr>
          <w:b/>
        </w:rPr>
        <w:t xml:space="preserve">[06:47] </w:t>
      </w:r>
      <w:r>
        <w:t>paighambar bheja jata hai un baaton ke liye jo aadmi khud apni aqal se nahi jaan sakta, woh hai aakhirat ke mamlaat.</w:t>
      </w:r>
    </w:p>
    <w:p>
      <w:pPr>
        <w:jc w:val="right"/>
      </w:pPr>
      <w:r>
        <w:t>پیغمبر بھیجا جاتا ہے ان باتوں کے لیے جو آدمی خود اپنی عقل سے نہیں جان سکتا، وہ ہے آخرت کے معاملات۔</w:t>
      </w:r>
    </w:p>
    <w:p>
      <w:r>
        <w:rPr>
          <w:b/>
        </w:rPr>
        <w:t xml:space="preserve">[06:58] </w:t>
      </w:r>
      <w:r>
        <w:t>to yeh ek bohat hi ahem baat hai. yani is ka matlab yeh nahi ke deen o dunya ki taqseem, jo log is ko yeh samajhte hain ke deen o dunya ki taqseem is mein hai, is liye is hadith ke khilaf bolne lagte hain.</w:t>
      </w:r>
    </w:p>
    <w:p>
      <w:pPr>
        <w:jc w:val="right"/>
      </w:pPr>
      <w:r>
        <w:t>تو یہ ایک بہت ہی اہم بات ہے۔ یعنی اس کا مطلب یہ نہیں کہ دین و دنیا کی تقسیم، جو لوگ اس کو یہ سمجھتے ہیں کہ دین و دنیا کی تقسیم اس میں ہے، اس لیے اس حدیث کے خلاف بولنے لگتے ہیں۔</w:t>
      </w:r>
    </w:p>
    <w:p>
      <w:r>
        <w:rPr>
          <w:b/>
        </w:rPr>
        <w:t xml:space="preserve">[07:15] </w:t>
      </w:r>
      <w:r>
        <w:t>yeh matlab nahi hai.</w:t>
      </w:r>
    </w:p>
    <w:p>
      <w:pPr>
        <w:jc w:val="right"/>
      </w:pPr>
      <w:r>
        <w:t>یہ مطلب نہیں ہے۔</w:t>
      </w:r>
    </w:p>
    <w:p>
      <w:r>
        <w:rPr>
          <w:b/>
        </w:rPr>
        <w:t xml:space="preserve">[07:17] </w:t>
      </w:r>
      <w:r>
        <w:t>dekhein, ek hai yani dunya ke mamlaat mein ek hai ke value system kya hamara ho. ek hai dunya ke mamlaat ka fanni pehlu.</w:t>
      </w:r>
    </w:p>
    <w:p>
      <w:pPr>
        <w:jc w:val="right"/>
      </w:pPr>
      <w:r>
        <w:t>دیکھیں، ایک ہے یعنی دنیا کے معاملات میں ایک ہے کہ ویلیو سسٹم کیا ہمارا ہو۔ ایک ہے دنیا کے معاملات کا فنی پہلو۔</w:t>
      </w:r>
    </w:p>
    <w:p>
      <w:r>
        <w:rPr>
          <w:b/>
        </w:rPr>
        <w:t xml:space="preserve">[07:32] </w:t>
      </w:r>
      <w:r>
        <w:t>dunya ke mamlaat ka fanni pehlu. doosra hai ke woh is mein hamara value system kya ho. misaal ke taur par aap khajoor ki pedawar ho to aap sachai ke sath is ka daam batayein logon ko.</w:t>
      </w:r>
    </w:p>
    <w:p>
      <w:pPr>
        <w:jc w:val="right"/>
      </w:pPr>
      <w:r>
        <w:t>دنیا کے معاملات کا فنی پہلو۔ دوسرا ہے کہ وہ اس میں ہمارا ویلیو سسٹم کیا ہو۔ مثلاً آپ کھجور کی پیداوار ہو تو آپ سچائی کے ساتھ اس کا دام بتائیں لوگوں کو۔</w:t>
      </w:r>
    </w:p>
    <w:p>
      <w:r>
        <w:rPr>
          <w:b/>
        </w:rPr>
        <w:t xml:space="preserve">[07:47] </w:t>
      </w:r>
      <w:r>
        <w:t>jaise Rasool Allah Sal Allahu Alaihi Wasallam ek baar Madine ke bazaar mein gaye to wahan par ghalla bik raha tha, kuch gehoon, chawal, koi cheez. to aap ne hath dala to woh tar tha, woh yani pani dala hua tha.</w:t>
      </w:r>
    </w:p>
    <w:p>
      <w:pPr>
        <w:jc w:val="right"/>
      </w:pPr>
      <w:r>
        <w:t>جیسے رسول اللہ صلی اللہ علیہ وسلم ایک بار مدینے کے بازار میں گئے تو وہاں پر غلہ بک رہا تھا، کچھ گیہوں، چاول، کوئی چیز۔ تو آپ نے ہاتھ ڈالا تو وہ تر تھا، وہ یعنی پانی ڈالا ہوا تھا۔</w:t>
      </w:r>
    </w:p>
    <w:p>
      <w:r>
        <w:rPr>
          <w:b/>
        </w:rPr>
        <w:t xml:space="preserve">[08:02] </w:t>
      </w:r>
      <w:r>
        <w:t>yani bechne wale ne is mein pani dal diya tha ta ke tol mein zyada ho jaye. wahan aap ne mudakhlat ki.</w:t>
      </w:r>
    </w:p>
    <w:p>
      <w:pPr>
        <w:jc w:val="right"/>
      </w:pPr>
      <w:r>
        <w:t>یعنی بیچنے والے نے اس میں پانی ڈال دیا تھا تاکہ تول میں زیادہ ہو جائے۔ وہاں آپ نے مداخلت کی۔</w:t>
      </w:r>
    </w:p>
    <w:p>
      <w:r>
        <w:rPr>
          <w:b/>
        </w:rPr>
        <w:t xml:space="preserve">[08:11] </w:t>
      </w:r>
      <w:r>
        <w:t>to dunya ke mamlaat mein value system kya ho, yeh batata hai paighambar.</w:t>
      </w:r>
    </w:p>
    <w:p>
      <w:pPr>
        <w:jc w:val="right"/>
      </w:pPr>
      <w:r>
        <w:t>تو دنیا کے معاملات میں ویلیو سسٹم کیا ہو، یہ بتاتا ہے پیغمبر۔</w:t>
      </w:r>
    </w:p>
    <w:p>
      <w:r>
        <w:rPr>
          <w:b/>
        </w:rPr>
        <w:t xml:space="preserve">[08:17] </w:t>
      </w:r>
      <w:r>
        <w:t>lekin khud dunya ke mamlaat ke jo fanni tareeqe hain, is ka taluq insan ke apne tajrubaat se hai, science se hai. to jo log is hadith ke baray mein shakk karte hain aur kehte hain ke is mein deen aur dunya ki taqseem hai, woh galat hain.</w:t>
      </w:r>
    </w:p>
    <w:p>
      <w:pPr>
        <w:jc w:val="right"/>
      </w:pPr>
      <w:r>
        <w:t>لیکن خود دنیا کے معاملات کے جو فنی طریقے ہیں، اس کا تعلق انسان کے اپنے تجربات سے ہے، سائنس سے ہے۔ تو جو لوگ اس حدیث کے بارے میں شک کرتے ہیں اور کہتے ہیں کہ اس میں دین اور دنیا کی تقسیم ہے، وہ غلط ہیں۔</w:t>
      </w:r>
    </w:p>
    <w:p>
      <w:r>
        <w:rPr>
          <w:b/>
        </w:rPr>
        <w:t xml:space="preserve">[08:37] </w:t>
      </w:r>
      <w:r>
        <w:t>woh galat hain.</w:t>
      </w:r>
    </w:p>
    <w:p>
      <w:pPr>
        <w:jc w:val="right"/>
      </w:pPr>
      <w:r>
        <w:t>وہ غلط ہیں۔</w:t>
      </w:r>
    </w:p>
    <w:p>
      <w:r>
        <w:rPr>
          <w:b/>
        </w:rPr>
        <w:t xml:space="preserve">[08:41] </w:t>
      </w:r>
      <w:r>
        <w:t>dunya ke jo mamlaat hain, chahe woh kheti ho, baghbani ho, engineering ho, koi bhi shoba ho, is ka ek ek fanni pehlu hota hai.</w:t>
      </w:r>
    </w:p>
    <w:p>
      <w:pPr>
        <w:jc w:val="right"/>
      </w:pPr>
      <w:r>
        <w:t>دنیا کے جو معاملات ہیں، چاہے وہ کھیتی ہو، باغبانی ہو، انجینئرنگ ہو، کوئی بھی شعبہ ہو، اس کا ایک ایک فنی پہلو ہوتا ہے۔</w:t>
      </w:r>
    </w:p>
    <w:p>
      <w:r>
        <w:rPr>
          <w:b/>
        </w:rPr>
        <w:t xml:space="preserve">[08:51] </w:t>
      </w:r>
      <w:r>
        <w:t>aur doosra hota hai is ka iqdar ya value. in ke value kya hon? to value yani sachai ke sath muamla karna aur dhandari ke sath muamla karna.</w:t>
      </w:r>
    </w:p>
    <w:p>
      <w:pPr>
        <w:jc w:val="right"/>
      </w:pPr>
      <w:r>
        <w:t>اور دوسرا ہوتا ہے اس کا اقدار یا ولو۔ ان کے ولو کیا ہوں؟ تو ولو یعنی سچائی کے ساتھ معاملہ کرنا اور دانداری کے ساتھ معاملہ کرنا۔</w:t>
      </w:r>
    </w:p>
    <w:p>
      <w:r>
        <w:rPr>
          <w:b/>
        </w:rPr>
        <w:t xml:space="preserve">[09:08] </w:t>
      </w:r>
      <w:r>
        <w:t>yani jab aap market mein aayein to jhoot bol kar apni cheez na bechna, ya mazdoor ko aap istemal karein to use mazdoori sahi dena.</w:t>
      </w:r>
    </w:p>
    <w:p>
      <w:pPr>
        <w:jc w:val="right"/>
      </w:pPr>
      <w:r>
        <w:t>یعنی جب آپ مارکیٹ میں آئیں تو جھوٹ بول کر اپنی چیز نہ بیچنا، یا مزدور کو آپ استعمال کریں تو اسے مزدوری صحیح دینا۔</w:t>
      </w:r>
    </w:p>
    <w:p>
      <w:r>
        <w:rPr>
          <w:b/>
        </w:rPr>
        <w:t xml:space="preserve">[09:22] </w:t>
      </w:r>
      <w:r>
        <w:t>yani jin cheezon ka taluq value se hai ya iqdar se hai, wahan yaqeenan paighambar ki rehnumai ki darkar hai.</w:t>
      </w:r>
    </w:p>
    <w:p>
      <w:pPr>
        <w:jc w:val="right"/>
      </w:pPr>
      <w:r>
        <w:t>یعنی جن چیزوں کا تعلق ولو سے ہے یا اقدار سے ہے، وہاں یقیناً پیغمبر کی رہنمائی کی درکار ہے۔</w:t>
      </w:r>
    </w:p>
    <w:p>
      <w:r>
        <w:rPr>
          <w:b/>
        </w:rPr>
        <w:t xml:space="preserve">[09:31] </w:t>
      </w:r>
      <w:r>
        <w:t>wahan zaroor Allah ka deen aap ko hidayat deta hai ke kin values ko aap follow karein.</w:t>
      </w:r>
    </w:p>
    <w:p>
      <w:pPr>
        <w:jc w:val="right"/>
      </w:pPr>
      <w:r>
        <w:t>وہاں ضرور اللہ کا دین آپ کو ہدایت دیتا ہے کہ کن ولو کو آپ فالو کریں۔</w:t>
      </w:r>
    </w:p>
    <w:p>
      <w:r>
        <w:rPr>
          <w:b/>
        </w:rPr>
        <w:t xml:space="preserve">[09:41] </w:t>
      </w:r>
      <w:r>
        <w:t>lekin jahan tak is ka fanni pehlu hai ke lohay ko kis tarah se pighlaya jaye, lohay ko kis tarah se, aur loha aur kis shakal mein, us ko steel kaise banaya jaye, yeh sab science ke mozuat hain.</w:t>
      </w:r>
    </w:p>
    <w:p>
      <w:pPr>
        <w:jc w:val="right"/>
      </w:pPr>
      <w:r>
        <w:t>لیکن جہاں تک اس کا فنی پہلو ہے کہ لوہے کو کس طرح سے پگھلایا جائے، لوہے کو کس طرح سے، اور لوہا اور کس شکل میں، اس کو اسٹیل کیسے بنایا جائے، یہ سب سائنس کا موضوعات ہیں۔</w:t>
      </w:r>
    </w:p>
    <w:p>
      <w:r>
        <w:rPr>
          <w:b/>
        </w:rPr>
        <w:t xml:space="preserve">[09:58] </w:t>
      </w:r>
      <w:r>
        <w:t>yeh sab mazhab ke mozu'aat nahi hain.</w:t>
      </w:r>
    </w:p>
    <w:p>
      <w:pPr>
        <w:jc w:val="right"/>
      </w:pPr>
      <w:r>
        <w:t>یہ سب مذہب کے موضوعات نہیں ہیں۔</w:t>
      </w:r>
    </w:p>
    <w:p>
      <w:r>
        <w:rPr>
          <w:b/>
        </w:rPr>
        <w:t xml:space="preserve">[10:03] </w:t>
      </w:r>
      <w:r>
        <w:t>to yeh bohat hi aham pehlu hai. kyunke dekhein, yaani middle ages mein jo bohat bara takrao hua church aur science daanon ke darmiyan, woh isi liye hua</w:t>
      </w:r>
    </w:p>
    <w:p>
      <w:pPr>
        <w:jc w:val="right"/>
      </w:pPr>
      <w:r>
        <w:t>تو یہ بہت ہی اہم پہلو ہے۔ کیونکہ دیکھیں، یعنی مڈل ایجز میں جو بہت بڑا ٹکراؤ ہوا چرچ اور سائنس دانوں کے درمیان، وہ اسی لیے ہوا</w:t>
      </w:r>
    </w:p>
    <w:p>
      <w:r>
        <w:rPr>
          <w:b/>
        </w:rPr>
        <w:t xml:space="preserve">[10:20] </w:t>
      </w:r>
      <w:r>
        <w:t>jo kitaab yaani likhe Draper mein ke yaani Conflict Between Science and Religion.</w:t>
      </w:r>
    </w:p>
    <w:p>
      <w:pPr>
        <w:jc w:val="right"/>
      </w:pPr>
      <w:r>
        <w:t>جو کتاب یعنی لکھے ڈریپر میں کہ یعنی کانفلکٹ بٹوین سائنس اینڈ ریلیجن۔</w:t>
      </w:r>
    </w:p>
    <w:p>
      <w:r>
        <w:rPr>
          <w:b/>
        </w:rPr>
        <w:t xml:space="preserve">[10:30] </w:t>
      </w:r>
      <w:r>
        <w:t>to yeh haqiqatan science aur religion ke darmiyan conflict nahi tha. woh yeh tha ke church ne is farq ko nahi kiya tha.</w:t>
      </w:r>
    </w:p>
    <w:p>
      <w:pPr>
        <w:jc w:val="right"/>
      </w:pPr>
      <w:r>
        <w:t>تو یہ حقیقتاً سائنس اور ریلیجن کے درمیان کانفلکٹ نہیں تھا۔ وہ یہ تھا کہ چرچ نے اس فرق کو نہیں کیا تھا۔</w:t>
      </w:r>
    </w:p>
    <w:p>
      <w:r>
        <w:rPr>
          <w:b/>
        </w:rPr>
        <w:t xml:space="preserve">[10:40] </w:t>
      </w:r>
      <w:r>
        <w:t>har maamle ko woh church ka mozu bana diya tha.</w:t>
      </w:r>
    </w:p>
    <w:p>
      <w:pPr>
        <w:jc w:val="right"/>
      </w:pPr>
      <w:r>
        <w:t>ہر معاملے کو وہ چرچ کا موضوع بنا دیا تھا۔</w:t>
      </w:r>
    </w:p>
    <w:p>
      <w:r>
        <w:rPr>
          <w:b/>
        </w:rPr>
        <w:t xml:space="preserve">[10:44] </w:t>
      </w:r>
      <w:r>
        <w:t>misal ke taur par dekhein, is zamane mein</w:t>
      </w:r>
    </w:p>
    <w:p>
      <w:pPr>
        <w:jc w:val="right"/>
      </w:pPr>
      <w:r>
        <w:t>مثال کے طور پر دیکھیں، اس زمانے میں</w:t>
      </w:r>
    </w:p>
    <w:p>
      <w:r>
        <w:rPr>
          <w:b/>
        </w:rPr>
        <w:t xml:space="preserve">[10:50] </w:t>
      </w:r>
      <w:r>
        <w:t>aristotle ka jo nazariya tha, geo centric theory, yaani zameen beech mein hai aur suraj is ke gird ghoom raha hai, to us ko church ne apne aqeeday mein shamil kar liya tha.</w:t>
      </w:r>
    </w:p>
    <w:p>
      <w:pPr>
        <w:jc w:val="right"/>
      </w:pPr>
      <w:r>
        <w:t>ارسٹارٹ کا جو نظریہ تھا، جیو سینٹرک تھیوری، یعنی زمین بیچ میں ہے اور سورج اس کے گرد گھوم رہا ہے، تو اس کو چرچ نے اپنے عقیدے میں شامل کر لیا تھا۔</w:t>
      </w:r>
    </w:p>
    <w:p>
      <w:r>
        <w:rPr>
          <w:b/>
        </w:rPr>
        <w:t xml:space="preserve">[11:05] </w:t>
      </w:r>
      <w:r>
        <w:t>to jab galileo ne is ke khilaf kaha ke zameen suraj ke gird ghoom rahi hai, to unhon ne samjha ke hamare aqeeday mein shakk ho gaya.</w:t>
      </w:r>
    </w:p>
    <w:p>
      <w:pPr>
        <w:jc w:val="right"/>
      </w:pPr>
      <w:r>
        <w:t>تو جب گلیلیو نے اس کے خلاف کہا کہ زمین سورج کے گرد گھوم رہی ہے، تو انہوں نے سمجھا کہ ہمارے عقیدے میں شک ہو گیا۔</w:t>
      </w:r>
    </w:p>
    <w:p>
      <w:r>
        <w:rPr>
          <w:b/>
        </w:rPr>
        <w:t xml:space="preserve">[11:14] </w:t>
      </w:r>
      <w:r>
        <w:t>aqeedah hamara jo hai, is is ki zid mein aa gaya, to is ke khilaf ho gaye. to yahan par church ki ghalti yeh thi ke is ne ek aham cheez ko mazhabi aqeedah bana diya jis ka taluq mazhab se nahi tha.</w:t>
      </w:r>
    </w:p>
    <w:p>
      <w:pPr>
        <w:jc w:val="right"/>
      </w:pPr>
      <w:r>
        <w:t>عقیدہ ہمارا جو ہے، اس اس کی ضد میں آ گیا، تو اس کے خلاف ہو گئے۔ تو یہاں پر چرچ کی غلطی یہ تھی کہ اس نے ایک اہم چیز کو مذہبی عقیدہ بنا دیا جس کا تعلق مذہب سے نہیں تھا۔</w:t>
      </w:r>
    </w:p>
    <w:p>
      <w:r>
        <w:rPr>
          <w:b/>
        </w:rPr>
        <w:t xml:space="preserve">[11:28] </w:t>
      </w:r>
      <w:r>
        <w:t>yeh astronomy ka masla hai.</w:t>
      </w:r>
    </w:p>
    <w:p>
      <w:pPr>
        <w:jc w:val="right"/>
      </w:pPr>
      <w:r>
        <w:t>یہ اسٹرانومی کا مسئلہ ہے۔</w:t>
      </w:r>
    </w:p>
    <w:p>
      <w:r>
        <w:rPr>
          <w:b/>
        </w:rPr>
        <w:t xml:space="preserve">[11:31] </w:t>
      </w:r>
      <w:r>
        <w:t>yeh jo masla hai ke zameen ghoomti hai ke suraj ghoomta hai, that is subject of astronomy. to theek hai, astronomy mein log is mutalea karenge,</w:t>
      </w:r>
    </w:p>
    <w:p>
      <w:pPr>
        <w:jc w:val="right"/>
      </w:pPr>
      <w:r>
        <w:t>یہ جو مسئلہ ہے کہ زمین گھومتی ہے کہ سورج گھومتا ہے، دیٹ از سبجیکٹ آف اسٹرانومی۔ تو ٹھیک ہے، اسٹرانومی میں لوگ اس مطالعہ کریں گے،</w:t>
      </w:r>
    </w:p>
    <w:p>
      <w:r>
        <w:rPr>
          <w:b/>
        </w:rPr>
        <w:t xml:space="preserve">[11:46] </w:t>
      </w:r>
      <w:r>
        <w:t>is ke mutaliq, is ke mutabiq jo baat niklegi, us ko maan lenge. is mein church ko ya mazhab ko ya islam ko dakhal dene ki zaroorat nahi hai.</w:t>
      </w:r>
    </w:p>
    <w:p>
      <w:pPr>
        <w:jc w:val="right"/>
      </w:pPr>
      <w:r>
        <w:t>اس کے متعلق، اس کے مطابق جو بات نکلے گی، اس کو مان لیں گے۔ اس میں چرچ کو یا مذہب کو یا اسلام کو دخل دینے کی ضرورت نہیں ہے۔</w:t>
      </w:r>
    </w:p>
    <w:p>
      <w:r>
        <w:rPr>
          <w:b/>
        </w:rPr>
        <w:t xml:space="preserve">[11:57] </w:t>
      </w:r>
      <w:r>
        <w:t>to yeh jo hai ke conflict between science and religion, yeh ek ghalt mafroozay ki baat hai. yaani religions aur science ke darmiyan takrao nahi tha.</w:t>
      </w:r>
    </w:p>
    <w:p>
      <w:pPr>
        <w:jc w:val="right"/>
      </w:pPr>
      <w:r>
        <w:t>تو یہ جو ہے کہ کانفلکٹ بٹوین سائنس اینڈ ریلیجن، یہ ایک غلط مفروضہ کی بات ہے۔ یعنی ریلیجنز اور سائنس کے درمیان ٹکراؤ نہیں تھا۔</w:t>
      </w:r>
    </w:p>
    <w:p>
      <w:r>
        <w:rPr>
          <w:b/>
        </w:rPr>
        <w:t xml:space="preserve">[12:09] </w:t>
      </w:r>
      <w:r>
        <w:t>religion aur science ke darmiyan nahi takrao tha woh. woh kalesa ke ne bator khud ek aham cheez ko shamil kar liya mazhab mein jo ke mazhab ka hissa nahi tha.</w:t>
      </w:r>
    </w:p>
    <w:p>
      <w:pPr>
        <w:jc w:val="right"/>
      </w:pPr>
      <w:r>
        <w:t>ریلیجن اور سائنس کے درمیان نہیں ٹکراؤ تھا وہ۔ وہ کلیسہ کے نے بطور خود ایک اہم چیز کو شامل کر لیا مذہب میں جو کہ مذہب کا حصہ نہیں تھا۔</w:t>
      </w:r>
    </w:p>
    <w:p>
      <w:r>
        <w:rPr>
          <w:b/>
        </w:rPr>
        <w:t xml:space="preserve">[12:21] </w:t>
      </w:r>
      <w:r>
        <w:t>jaise rasool Allah salallahu alaihi wasallam ne agar is ko mazhab ka hissa bana dete</w:t>
      </w:r>
    </w:p>
    <w:p>
      <w:pPr>
        <w:jc w:val="right"/>
      </w:pPr>
      <w:r>
        <w:t>جیسے رسول اللہ صلی اللہ علیہ وسلم نے اگر اس کو مذہب کا حصہ بنا دیتے</w:t>
      </w:r>
    </w:p>
    <w:p>
      <w:r>
        <w:rPr>
          <w:b/>
        </w:rPr>
        <w:t xml:space="preserve">[12:24] </w:t>
      </w:r>
      <w:r>
        <w:t>ke ta'beer-e-nakhl jo hai, woh woh jaiz nahi hai, farz kijiye, to mazhab ka hissa ban jata woh. to phir takrao hota.</w:t>
      </w:r>
    </w:p>
    <w:p>
      <w:pPr>
        <w:jc w:val="right"/>
      </w:pPr>
      <w:r>
        <w:t>کہ تعبیر نخل جو ہے، وہ وہ جائز نہیں ہے، فرض کیجئے، تو مذہب کا حصہ بن جاتا وہ۔ تو پھر ٹکراؤ ہوتا۔</w:t>
      </w:r>
    </w:p>
    <w:p>
      <w:r>
        <w:rPr>
          <w:b/>
        </w:rPr>
        <w:t xml:space="preserve">[12:36] </w:t>
      </w:r>
      <w:r>
        <w:t>to aap ne keh diya ke ta'beer-e-nakhl jo hai, mazhab ka hissa nahi hai. horticulture mazhab ka hissa nahi hai.</w:t>
      </w:r>
    </w:p>
    <w:p>
      <w:pPr>
        <w:jc w:val="right"/>
      </w:pPr>
      <w:r>
        <w:t>تو آپ نے کہہ دیا کہ تعبیر نخل جو ہے، مذہب کا حصہ نہیں ہے۔ ہارٹیکلچر مذہب کا حصہ نہیں ہے۔</w:t>
      </w:r>
    </w:p>
    <w:p>
      <w:r>
        <w:rPr>
          <w:b/>
        </w:rPr>
        <w:t xml:space="preserve">[12:46] </w:t>
      </w:r>
      <w:r>
        <w:t>to lekin is mein jo log yeh shakk karte hain ke islam mein deen hai duniya ki tafreeq ho jayegi agar is ko aap manen to, to yeh baat bhi ghalt hai ke deen jo hai, yahan par applicable hai yaqeenan, lekin woh walu ke maamle mein, iqdar ke maamle mein,</w:t>
      </w:r>
    </w:p>
    <w:p>
      <w:pPr>
        <w:jc w:val="right"/>
      </w:pPr>
      <w:r>
        <w:t>تو لیکن اس میں جو لوگ یہ شک کرتے ہیں کہ اسلام میں دین ہے دنیا کی تفریق ہو جائے گی اگر اس کو آپ مانیں تو، تو یہ بات بھی غلط ہے کہ دین جو ہے، یہاں پر ایپلیکیبل ہے یقیناً، لیکن وہ ولو کے معاملے میں، اقدار کے معاملے میں،</w:t>
      </w:r>
    </w:p>
    <w:p>
      <w:r>
        <w:rPr>
          <w:b/>
        </w:rPr>
        <w:t xml:space="preserve">[13:03] </w:t>
      </w:r>
      <w:r>
        <w:t>usoolon ke maamle mein, khud fun-e-zira'at aur fun-e-baghbani ke maamle mein nahi. kyunke woh science ka subject hai.</w:t>
      </w:r>
    </w:p>
    <w:p>
      <w:pPr>
        <w:jc w:val="right"/>
      </w:pPr>
      <w:r>
        <w:t>اصولوں کے معاملے میں، خود فن زراعت اور فن باغبانی کے معاملے میں نہیں۔ کیونکہ وہ سائنس کا سبجیکٹ ہے۔</w:t>
      </w:r>
    </w:p>
    <w:p>
      <w:r>
        <w:rPr>
          <w:b/>
        </w:rPr>
        <w:t xml:space="preserve">[13:16] </w:t>
      </w:r>
      <w:r>
        <w:t>to yeh yeh usool na mannay ki wajah se takrao hua church aur science daanon ke darmiyan, aur bohat se log is mein maare gaye, pakre gaye, jail bheje gaye.</w:t>
      </w:r>
    </w:p>
    <w:p>
      <w:pPr>
        <w:jc w:val="right"/>
      </w:pPr>
      <w:r>
        <w:t>تو یہ یہ اصول نہ ماننے کی وجہ سے ٹکراؤ ہوا چرچ اور سائنس دانوں کے درمیان، اور بہت سے لوگ اس میں مارے گئے، پکڑے گئے، جیل بھیجے گئے۔</w:t>
      </w:r>
    </w:p>
    <w:p>
      <w:r>
        <w:rPr>
          <w:b/>
        </w:rPr>
        <w:t xml:space="preserve">[13:29] </w:t>
      </w:r>
      <w:r>
        <w:t>woh sab bilkul hi be buniyad tha. logon ne samjha ke mazhab khilaf hai is ke. mazhab nahi khilaf tha. mazhab to is mein indifferent hai.</w:t>
      </w:r>
    </w:p>
    <w:p>
      <w:pPr>
        <w:jc w:val="right"/>
      </w:pPr>
      <w:r>
        <w:t>وہ سب بالکل ہی بے بنیاد تھا۔ لوگوں نے سمجھا کہ مذہب خلاف ہے اس کے۔ مذہب نہیں خلاف تھا۔ مذہب تو اس میں انڈیفرنٹ ہے۔</w:t>
      </w:r>
    </w:p>
    <w:p>
      <w:r>
        <w:rPr>
          <w:b/>
        </w:rPr>
        <w:t xml:space="preserve">[13:39] </w:t>
      </w:r>
      <w:r>
        <w:t>church ne ghair zaroori taur par is ko mazhab ka hissa bana liya.</w:t>
      </w:r>
    </w:p>
    <w:p>
      <w:pPr>
        <w:jc w:val="right"/>
      </w:pPr>
      <w:r>
        <w:t>چرچ نے غیر ضروری طور پر اس کو مذہب کا حصہ بنا لیا۔</w:t>
      </w:r>
    </w:p>
    <w:p>
      <w:r>
        <w:rPr>
          <w:b/>
        </w:rPr>
        <w:t xml:space="preserve">[13:45] </w:t>
      </w:r>
      <w:r>
        <w:t>to is hadith mein bohat bara usool de diya gaya hai ke ek masla hai tumhara yeh ke duniya ke maamlaat ki tanzim kaise ho.</w:t>
      </w:r>
    </w:p>
    <w:p>
      <w:pPr>
        <w:jc w:val="right"/>
      </w:pPr>
      <w:r>
        <w:t>تو اس حدیث میں بہت بڑا اصول دے دیا گیا ہے کہ ایک مسئلہ ہے تمہارا یہ کہ دنیا کے معاملات کی تنظیم کیسے ہو۔</w:t>
      </w:r>
    </w:p>
    <w:p>
      <w:r>
        <w:rPr>
          <w:b/>
        </w:rPr>
        <w:t xml:space="preserve">[13:59] </w:t>
      </w:r>
      <w:r>
        <w:t>matlab tumhara yaani architectural science jo hai, jaise building banana, building banane ke usool kya hon, zira'at ke usool kya hon,</w:t>
      </w:r>
    </w:p>
    <w:p>
      <w:pPr>
        <w:jc w:val="right"/>
      </w:pPr>
      <w:r>
        <w:t>مطلب تمہارا یعنی آرکیٹیکچرل سائنس جو ہے، جیسے بلڈنگ بنانا، بلڈنگ بنانے کے اصول کیا ہوں، زراعت کے اصول کیا ہوں،</w:t>
      </w:r>
    </w:p>
    <w:p>
      <w:r>
        <w:rPr>
          <w:b/>
        </w:rPr>
        <w:t xml:space="preserve">[14:13] </w:t>
      </w:r>
      <w:r>
        <w:t>baghbani ya horticulture ke usool kya hon, engineering ke usool kya hon, is tarah ke jitne mozu'aat hain, un mozu'aat ko aap ne keh diya ke woh science research ke tabay hone se ho gaye.</w:t>
      </w:r>
    </w:p>
    <w:p>
      <w:pPr>
        <w:jc w:val="right"/>
      </w:pPr>
      <w:r>
        <w:t>باغبانی یا ہارٹیکلچر کے اصول کیا ہوں، انجینئرنگ کے اصول کیا ہوں، اس طرح کے جتنے موضوعات ہیں، ان موضوعات کو آپ نے کہہ دیا کہ وہ سائنسی ریسرچ کے تابع ہونے سے ہو گئے۔</w:t>
      </w:r>
    </w:p>
    <w:p>
      <w:r>
        <w:rPr>
          <w:b/>
        </w:rPr>
        <w:t xml:space="preserve">[14:31] </w:t>
      </w:r>
      <w:r>
        <w:t>yani science mein jo tareeqay hain research karnay ke, us tareeqay se research kiya jayega. Aur jo baat research se sabit hogi, tajrubay se sabit hogi, wahi ikhtiyar ki jayegi.</w:t>
      </w:r>
    </w:p>
    <w:p>
      <w:pPr>
        <w:jc w:val="right"/>
      </w:pPr>
      <w:r>
        <w:t>یعنی سائنس میں جو طریقے ہیں ریسرچ کرنے کے، اس طریقے سے ریسرچ کیا جائے گا۔ اور جو بات ریسرچ سے ثابت ہوگی، تجربے سے ثابت ہوگی، وہی اختیار کی جائے گی۔</w:t>
      </w:r>
    </w:p>
    <w:p>
      <w:r>
        <w:rPr>
          <w:b/>
        </w:rPr>
        <w:t xml:space="preserve">[14:46] </w:t>
      </w:r>
      <w:r>
        <w:t>wahan mazhab mudakhalat nahi dega.</w:t>
      </w:r>
    </w:p>
    <w:p>
      <w:pPr>
        <w:jc w:val="right"/>
      </w:pPr>
      <w:r>
        <w:t>وہاں مذہب مداخلت نہیں دے گا۔</w:t>
      </w:r>
    </w:p>
    <w:p>
      <w:r>
        <w:rPr>
          <w:b/>
        </w:rPr>
        <w:t xml:space="preserve">[14:50] </w:t>
      </w:r>
      <w:r>
        <w:t>mazhab wahan mudakhalat nahi dega. Maslan ziraat mein khad konsi jab dali jaye to khad konsi dali jaye, yeh mazhab ka mozu nahi hai.</w:t>
      </w:r>
    </w:p>
    <w:p>
      <w:pPr>
        <w:jc w:val="right"/>
      </w:pPr>
      <w:r>
        <w:t>مذہب وہاں مداخلت نہیں دے گا۔ مثلاً زراعت میں کھاد کون سی جب ڈالی جائے تو کھاد کون سی ڈالی جائے، یہ مذہب کا موضوع نہیں ہے۔</w:t>
      </w:r>
    </w:p>
    <w:p>
      <w:r>
        <w:rPr>
          <w:b/>
        </w:rPr>
        <w:t xml:space="preserve">[15:02] </w:t>
      </w:r>
      <w:r>
        <w:t>aisi baghbani mein pollination ka tareeqa kya ho, yeh mazhab ka mozu nahi hai. Engineering mein yani lohay ko kis tarah melt kiya jaye, yeh mazhab ka mozu nahi hai.</w:t>
      </w:r>
    </w:p>
    <w:p>
      <w:pPr>
        <w:jc w:val="right"/>
      </w:pPr>
      <w:r>
        <w:t>ایسی باغبانی میں پولینیشن کا طریقہ کیا ہو، یہ مذہب کا موضوع نہیں ہے۔ انجینئرنگ میں یعنی لوہے کو کس طرح میلٹ کیا جائے، یہ مذہب کا موضوع نہیں ہے۔</w:t>
      </w:r>
    </w:p>
    <w:p>
      <w:r>
        <w:rPr>
          <w:b/>
        </w:rPr>
        <w:t xml:space="preserve">[15:18] </w:t>
      </w:r>
      <w:r>
        <w:t>Albatta jo iqdar ka mamla hai, woh mozu hai ke logon ko sahi mazdoori di jaye, logon ko sahi ujrat di jaye, len den mein sachai ke sath mamla kiya jaye, kisi ko dhoka na diya jaye, jhoot na bola jaye.</w:t>
      </w:r>
    </w:p>
    <w:p>
      <w:pPr>
        <w:jc w:val="right"/>
      </w:pPr>
      <w:r>
        <w:t>البتہ جو اقدار کا معاملہ ہے، وہ موضوع ہے کہ لوگوں کو صحیح مزدوری دی جائے، لوگوں کو صحیح اجرت دی جائے، لین دین میں سچائی کے ساتھ معاملہ کیا جائے، کسی کو دھوکہ نہ دیا جائے، جھوٹ نہ بولا جائے۔</w:t>
      </w:r>
    </w:p>
    <w:p>
      <w:r>
        <w:rPr>
          <w:b/>
        </w:rPr>
        <w:t xml:space="preserve">[15:35] </w:t>
      </w:r>
      <w:r>
        <w:t>yeh sab yeh sab rahega. Is aitbar se Islam har mozu ko cover karta hai.</w:t>
      </w:r>
    </w:p>
    <w:p>
      <w:pPr>
        <w:jc w:val="right"/>
      </w:pPr>
      <w:r>
        <w:t>یہ سب یہ سب رہے گا۔ اس اعتبار سے اسلام ہر موضوع کو کور کرتا ہے۔</w:t>
      </w:r>
    </w:p>
    <w:p>
      <w:r>
        <w:rPr>
          <w:b/>
        </w:rPr>
        <w:t xml:space="preserve">[15:43] </w:t>
      </w:r>
      <w:r>
        <w:t>lekin fanni aitbar se nahi, iqdar ya value ke aitbar se. To yeh taqseem agar maan li jaye to sare maslay hal ho jatay hain.</w:t>
      </w:r>
    </w:p>
    <w:p>
      <w:pPr>
        <w:jc w:val="right"/>
      </w:pPr>
      <w:r>
        <w:t>لیکن فنی اعتبار سے نہیں، اقدار یا ولو کے اعتبار سے۔ تو یہ تقسیم اگر مان لی جائے تو سارے مسئلے حل ہو جاتے ہیں۔</w:t>
      </w:r>
    </w:p>
    <w:p>
      <w:r>
        <w:rPr>
          <w:b/>
        </w:rPr>
        <w:t xml:space="preserve">[15:55] </w:t>
      </w:r>
      <w:r>
        <w:t>Aur yeh jo behas hai ke mazhab aur science aik hain ke do hain, woh ghair zaroori ho jati hai. Bilkul ghair zaroori.</w:t>
      </w:r>
    </w:p>
    <w:p>
      <w:pPr>
        <w:jc w:val="right"/>
      </w:pPr>
      <w:r>
        <w:t>اور یہ جو بحث ہے کہ مذہب اور سائنس ایک ہیں کہ دو ہیں، وہ غیر ضروری ہو جاتی ہے۔ بالکل غیر ضروری۔</w:t>
      </w:r>
    </w:p>
    <w:p>
      <w:r>
        <w:rPr>
          <w:b/>
        </w:rPr>
        <w:t xml:space="preserve">[16:03] </w:t>
      </w:r>
      <w:r>
        <w:t>Deen o dunya mein taqseem hai, tafreeq hai ke nahi hai, yeh ghair zaroori ho jatay hain.</w:t>
      </w:r>
    </w:p>
    <w:p>
      <w:pPr>
        <w:jc w:val="right"/>
      </w:pPr>
      <w:r>
        <w:t>دین و دنیا میں تقسیم ہے، تفریق ہے کہ نہیں ہے، یہ غیر ضروری ہو جاتے ہیں۔</w:t>
      </w:r>
    </w:p>
    <w:p>
      <w:r>
        <w:rPr>
          <w:b/>
        </w:rPr>
        <w:t xml:space="preserve">[16:10] </w:t>
      </w:r>
      <w:r>
        <w:t>Deen aur dunya aik aitbar se alag bhi hain, doosray aitbar se juray hue bhi hain. Yani jo iska fanni pehlu hai, uske aitbar se alag hai.</w:t>
      </w:r>
    </w:p>
    <w:p>
      <w:pPr>
        <w:jc w:val="right"/>
      </w:pPr>
      <w:r>
        <w:t>دین اور دنیا ایک اعتبار سے الگ بھی ہیں، دوسرے اعتبار سے جڑے ہوئے بھی ہیں۔ یعنی جو اس کا فنی پہلو ہے، اس کے اعتبار سے الگ ہے۔</w:t>
      </w:r>
    </w:p>
    <w:p>
      <w:r>
        <w:rPr>
          <w:b/>
        </w:rPr>
        <w:t xml:space="preserve">[16:21] </w:t>
      </w:r>
      <w:r>
        <w:t>lekin iska jo value ke pehlu hai, iqdar ka pehlu, usoolon ka pehlu, us aitbar se woh deen ka mozu hai.</w:t>
      </w:r>
    </w:p>
    <w:p>
      <w:pPr>
        <w:jc w:val="right"/>
      </w:pPr>
      <w:r>
        <w:t>لیکن اس کا جو ولو کے پہلو ہے، اقدار کا پہلو، اصولوں کا پہلو، اس اعتبار سے وہ دین کا موضوع ہے۔</w:t>
      </w:r>
    </w:p>
    <w:p>
      <w:r>
        <w:rPr>
          <w:b/>
        </w:rPr>
        <w:t xml:space="preserve">[16:31] </w:t>
      </w:r>
      <w:r>
        <w:t>Is tarah dekhiye, koi takrao nahi hoga. Koi takrao nahi hoga. Aur tamam shobay jo hain, jin ko hum duniyavi shobay kehtay hain, woh taraqqi kartay rahengay.</w:t>
      </w:r>
    </w:p>
    <w:p>
      <w:pPr>
        <w:jc w:val="right"/>
      </w:pPr>
      <w:r>
        <w:t>اس طرح دیکھیے، کوئی ٹکراؤ نہیں ہوگا۔ کوئی ٹکراؤ نہیں ہوگا۔ اور تمام شعبے جو ہیں، جن کو ہم دنیاوی شعبے کہتے ہیں، وہ ترقی کرتے رہیں گے۔</w:t>
      </w:r>
    </w:p>
    <w:p>
      <w:r>
        <w:rPr>
          <w:b/>
        </w:rPr>
        <w:t xml:space="preserve">[16:45] </w:t>
      </w:r>
      <w:r>
        <w:t>In ko freedom rahega. In mein koi rok tok nahi hogi. Koi rok tok nahi hogi. Aur jahan tak value ki baat hai, woh to zaroori hai.</w:t>
      </w:r>
    </w:p>
    <w:p>
      <w:pPr>
        <w:jc w:val="right"/>
      </w:pPr>
      <w:r>
        <w:t>ان کو فریڈم رہے گا۔ ان میں کوئی روک ٹوک نہیں ہوگی۔ کوئی روک ٹوک نہیں ہوگی۔ اور جہاں تک ولو کے بات ہے، وہ تو ضروری ہے۔</w:t>
      </w:r>
    </w:p>
    <w:p>
      <w:r>
        <w:rPr>
          <w:b/>
        </w:rPr>
        <w:t xml:space="preserve">[16:57] </w:t>
      </w:r>
      <w:r>
        <w:t>Secular society mein bhi zaroori hai ke value ka ikhtiyar kiya jaye.</w:t>
      </w:r>
    </w:p>
    <w:p>
      <w:pPr>
        <w:jc w:val="right"/>
      </w:pPr>
      <w:r>
        <w:t>سیکولر سوسائٹی میں بھی ضروری ہے کہ ولو کا اختیار کیا جائے۔</w:t>
      </w:r>
    </w:p>
    <w:p>
      <w:r>
        <w:rPr>
          <w:b/>
        </w:rPr>
        <w:t xml:space="preserve">[17:01] </w:t>
      </w:r>
      <w:r>
        <w:t>yani secular society mein bhi iski ahmiyat hai ke human rights ka violation na ho. Yeh to secular society mein bhi hai.</w:t>
      </w:r>
    </w:p>
    <w:p>
      <w:pPr>
        <w:jc w:val="right"/>
      </w:pPr>
      <w:r>
        <w:t>یعنی سیکولر سوسائٹی میں بھی اس کی اہمیت ہے کہ ہیومن رائٹس کا کا وائلیشن نہ ہو۔ یہ تو سیکولر سوسائٹی میں بھی ہے۔</w:t>
      </w:r>
    </w:p>
    <w:p>
      <w:r>
        <w:rPr>
          <w:b/>
        </w:rPr>
        <w:t xml:space="preserve">[17:14] </w:t>
      </w:r>
      <w:r>
        <w:t>Logon ko unka poora haq diya jaye.</w:t>
      </w:r>
    </w:p>
    <w:p>
      <w:pPr>
        <w:jc w:val="right"/>
      </w:pPr>
      <w:r>
        <w:t>لوگوں کو ان کا پورا حق دیا جائے۔</w:t>
      </w:r>
    </w:p>
    <w:p>
      <w:r>
        <w:rPr>
          <w:b/>
        </w:rPr>
        <w:t xml:space="preserve">[17:17] </w:t>
      </w:r>
      <w:r>
        <w:t>Logon ko unki poori wages diye jayein. Logon ka mamla karnay mein bohat hi fair dealing ho.</w:t>
      </w:r>
    </w:p>
    <w:p>
      <w:pPr>
        <w:jc w:val="right"/>
      </w:pPr>
      <w:r>
        <w:t>لوگوں کو ان کی پوری ویجز دیے جائیں۔ لوگوں کا معاملہ کرنے میں بہت ہی فیئر ڈیلنگ ہو۔</w:t>
      </w:r>
    </w:p>
    <w:p>
      <w:r>
        <w:rPr>
          <w:b/>
        </w:rPr>
        <w:t xml:space="preserve">[17:26] </w:t>
      </w:r>
      <w:r>
        <w:t>Yeh to secular society ka hi mozu hai. Aur deen aur deen ka yeh mozu bhi hai. To yahan par samajhna chahiye ke deen aur dunya ki taqseem aik khaas ma'nay mein hai,</w:t>
      </w:r>
    </w:p>
    <w:p>
      <w:pPr>
        <w:jc w:val="right"/>
      </w:pPr>
      <w:r>
        <w:t>یہ تو سیکولر سوسائٹی کا ہی موضوع ہے۔ اور دین اور دین کا یہ موضوع بھی ہے۔ تو یہاں پر سمجھنا چاہیے کہ دین اور دنیا کی تقسیم ایک خاص معنی میں ہے،</w:t>
      </w:r>
    </w:p>
    <w:p>
      <w:r>
        <w:rPr>
          <w:b/>
        </w:rPr>
        <w:t xml:space="preserve">[17:41] </w:t>
      </w:r>
      <w:r>
        <w:t>kulli ma'nay mein nahi hai.</w:t>
      </w:r>
    </w:p>
    <w:p>
      <w:pPr>
        <w:jc w:val="right"/>
      </w:pPr>
      <w:r>
        <w:t>کلی معنی میں نہیں ہے۔</w:t>
      </w:r>
    </w:p>
    <w:p>
      <w:r>
        <w:rPr>
          <w:b/>
        </w:rPr>
        <w:t xml:space="preserve">[17:45] </w:t>
      </w:r>
      <w:r>
        <w:t>Log kulli ma'nay mein le letay hain, is liye ulajhtay hain, behasain kartay hain. Yeh kulli ma'nay mein nahi hai. Yani fanni pehlu jo hai, uske aitbar se taqseem hai.</w:t>
      </w:r>
    </w:p>
    <w:p>
      <w:pPr>
        <w:jc w:val="right"/>
      </w:pPr>
      <w:r>
        <w:t>لوگ کلی معنی میں لے لیتے ہیں، اس لیے الجھتے ہیں، بحثیں کرتے ہیں۔ یہ کلی معنی میں نہیں ہے۔ یعنی فنی پہلو جو ہے، اس کے اعتبار سے تقسیم ہے۔</w:t>
      </w:r>
    </w:p>
    <w:p>
      <w:r>
        <w:rPr>
          <w:b/>
        </w:rPr>
        <w:t xml:space="preserve">[17:56] </w:t>
      </w:r>
      <w:r>
        <w:t>lekin jo iqdar ka pehlu hai, uske aitbar se taqseem nahi hai.</w:t>
      </w:r>
    </w:p>
    <w:p>
      <w:pPr>
        <w:jc w:val="right"/>
      </w:pPr>
      <w:r>
        <w:t>لیکن جو اقدار کا پہلو ہے، اس کے اعتبار سے تقسیم نہیں ہے۔</w:t>
      </w:r>
    </w:p>
    <w:p>
      <w:r>
        <w:rPr>
          <w:b/>
        </w:rPr>
        <w:t xml:space="preserve">[18:02] </w:t>
      </w:r>
      <w:r>
        <w:t>Kyunke iqdar ka jo mamla hai, jo value ka jo mamla hai, woh har jagah apply hoga. Chahay family life ho, social life ho, politics ho, ya ziraat aur baghbani ho, har jagah woh apply hoga.</w:t>
      </w:r>
    </w:p>
    <w:p>
      <w:pPr>
        <w:jc w:val="right"/>
      </w:pPr>
      <w:r>
        <w:t>کیونکہ اقدار کا جو معاملہ ہے، جو ولو کا جو معاملہ ہے، وہ ہر جگہ اپلائی ہوگا۔ چاہے فیملی لائف ہو، سوشل لائف ہو، پولیٹکس ہو، یا زراعت اور باغبانی ہو، ہر جگہ وہ اپلائی ہوگا۔</w:t>
      </w:r>
    </w:p>
    <w:p>
      <w:r>
        <w:rPr>
          <w:b/>
        </w:rPr>
        <w:t xml:space="preserve">[18:22] </w:t>
      </w:r>
      <w:r>
        <w:t>To is tarah se yeh baat bilkul yani aik practical tor par dono aik doosray se alag ho jatay hain.</w:t>
      </w:r>
    </w:p>
    <w:p>
      <w:pPr>
        <w:jc w:val="right"/>
      </w:pPr>
      <w:r>
        <w:t>تو اس طرح سے یہ بات بالکل یعنی ایک پریکٹیکل طور پر دونوں ایک دوسرے سے الگ ہو جاتے ہیں۔</w:t>
      </w:r>
    </w:p>
    <w:p>
      <w:r>
        <w:rPr>
          <w:b/>
        </w:rPr>
        <w:t xml:space="preserve">[18:31] </w:t>
      </w:r>
      <w:r>
        <w:t>Practical tor par. Aur dono ko moqa milta hai ke farigh karen. Yani deen ka shoba bhi farigh karen aur jo yeh duniyavi shobay hain, woh bhi farigh karen.</w:t>
      </w:r>
    </w:p>
    <w:p>
      <w:pPr>
        <w:jc w:val="right"/>
      </w:pPr>
      <w:r>
        <w:t>پریکٹیکل طور پر۔ اور دونوں کو موقع ملتا ہے کہ فرش کریں۔ یعنی دین کا شعبہ بھی فرش کریں اور جو یہ دنیاوی شعبے ہیں، وہ بھی فرش کریں۔</w:t>
      </w:r>
    </w:p>
    <w:p>
      <w:r>
        <w:rPr>
          <w:b/>
        </w:rPr>
        <w:t xml:space="preserve">[18:43] </w:t>
      </w:r>
      <w:r>
        <w:t>Na woh is ke liye record ban rahay hain, na is ke liye record ban rahay hain. To yeh bohat hi sahi adjustment hai dono ke darmiyan.</w:t>
      </w:r>
    </w:p>
    <w:p>
      <w:pPr>
        <w:jc w:val="right"/>
      </w:pPr>
      <w:r>
        <w:t>نہ وہ اس کے لیے ریکارڈ بن رہے ہیں، نہ اس کے لیے ریکارڈ بن رہے ہیں۔ تو یہ بہت ہی صحیح ایڈجسٹمنٹ ہے دونوں کے درمیان۔</w:t>
      </w:r>
    </w:p>
    <w:p>
      <w:r>
        <w:rPr>
          <w:b/>
        </w:rPr>
        <w:t xml:space="preserve">[18:54] </w:t>
      </w:r>
      <w:r>
        <w:t>kyunke insaan dekhiye, is ki zarooraten dono hain.</w:t>
      </w:r>
    </w:p>
    <w:p>
      <w:pPr>
        <w:jc w:val="right"/>
      </w:pPr>
      <w:r>
        <w:t>کیونکہ انسان دیکھیے، اس کی ضرورتیں دونوں ہیں۔</w:t>
      </w:r>
    </w:p>
    <w:p>
      <w:r>
        <w:rPr>
          <w:b/>
        </w:rPr>
        <w:t xml:space="preserve">[18:59] </w:t>
      </w:r>
      <w:r>
        <w:t>yaani deen bhi is ki zaroorat hai, dunya bhi is ki zaroorat hai. Lekin yeh bohat zyada bahasein hui hain aur abhi bhi jaari hain ke deen aur dunya mein mein tafrīq hai ke nahi hai.</w:t>
      </w:r>
    </w:p>
    <w:p>
      <w:pPr>
        <w:jc w:val="right"/>
      </w:pPr>
      <w:r>
        <w:t>یعنی دین بھی اس کی ضرورت ہے، دنیا بھی اس کی ضرورت ہے۔ لیکن یہ بہت زیادہ بحثیں ہوئی ہیں اور ابھی بھی جاری ہیں کہ دین اور دنیا میں میں تفریق ہے کہ نہیں ہے۔</w:t>
      </w:r>
    </w:p>
    <w:p>
      <w:r>
        <w:rPr>
          <w:b/>
        </w:rPr>
        <w:t xml:space="preserve">[19:14] </w:t>
      </w:r>
      <w:r>
        <w:t>Lekin jab log tafrīq ki bahasein karte hain to woh kulli ma'ni mein le lete hain. Is wajah se un ko samajh mein nahi aata. Woh confusion mein pad jaate hain.</w:t>
      </w:r>
    </w:p>
    <w:p>
      <w:pPr>
        <w:jc w:val="right"/>
      </w:pPr>
      <w:r>
        <w:t>لیکن جب لوگ تفریق کی بحثیں کرتے ہیں تو وہ کلی معنی میں لے لیتے ہیں۔ اس وجہ سے ان کو سمجھ میں نہیں آتا۔ وہ کنفیوژن میں پڑ جاتے ہیں۔</w:t>
      </w:r>
    </w:p>
    <w:p>
      <w:r>
        <w:rPr>
          <w:b/>
        </w:rPr>
        <w:t xml:space="preserve">[19:25] </w:t>
      </w:r>
      <w:r>
        <w:t>To tafrīq bilashubha hai, lekin woh kulli ma'ni mein nahi hai.</w:t>
      </w:r>
    </w:p>
    <w:p>
      <w:pPr>
        <w:jc w:val="right"/>
      </w:pPr>
      <w:r>
        <w:t>تو تفریق بلاشبہ ہے، لیکن وہ کلی معنی میں نہیں ہے۔</w:t>
      </w:r>
    </w:p>
    <w:p>
      <w:r>
        <w:rPr>
          <w:b/>
        </w:rPr>
        <w:t xml:space="preserve">[19:32] </w:t>
      </w:r>
      <w:r>
        <w:t>Deen aur dunya ki cheezon mein tafrīq bilashubha hai, lekin kulli ma'ni mein nahi hai woh. Woh is ma'ni mein hai ke jo insaaf ke usool hain, jo dāndārī ke usool hain,</w:t>
      </w:r>
    </w:p>
    <w:p>
      <w:pPr>
        <w:jc w:val="right"/>
      </w:pPr>
      <w:r>
        <w:t>دین اور دنیا کی چیزوں میں تفریق بلاشبہ ہے، لیکن کلی معنی میں نہیں ہے وہ۔ وہ اس معنی میں ہے کہ جو انصاف کے اصول ہیں، جو دانداری کے اصول ہیں،</w:t>
      </w:r>
    </w:p>
    <w:p>
      <w:r>
        <w:rPr>
          <w:b/>
        </w:rPr>
        <w:t xml:space="preserve">[19:51] </w:t>
      </w:r>
      <w:r>
        <w:t>woh to wohi honge jo deen mein bataye gaye hain. Baqi فنی baatein jo hain, woh is ka ta'alluq dunyavi research se hoga.</w:t>
      </w:r>
    </w:p>
    <w:p>
      <w:pPr>
        <w:jc w:val="right"/>
      </w:pPr>
      <w:r>
        <w:t>وہ تو وہی ہوں گے جو دین میں بتائے گئے ہیں۔ باقی فنی باتیں جو ہیں، وہ اس کا تعلق دنیاوی ریسرچ سے ہوگا۔</w:t>
      </w:r>
    </w:p>
    <w:p>
      <w:r>
        <w:rPr>
          <w:b/>
        </w:rPr>
        <w:t xml:space="preserve">[20:00] </w:t>
      </w:r>
      <w:r>
        <w:t>Phir aap ne yeh farmaya ke ke paighambar jo aata hai, woh ākhirat ki falāh batane ke liye aata hai. Yeh bohat clear ho gayi yeh baat ke paighambar jo aata hai,</w:t>
      </w:r>
    </w:p>
    <w:p>
      <w:pPr>
        <w:jc w:val="right"/>
      </w:pPr>
      <w:r>
        <w:t>پھر آپ نے یہ فرمایا کہ کہ پیغمبر جو آتا ہے، وہ آخرت کی فلاح بتانے کے لیے آتا ہے۔ یہ بہت کلیئر ہو گئی یہ بات کہ پیغمبر جو آتا ہے،</w:t>
      </w:r>
    </w:p>
    <w:p>
      <w:r>
        <w:rPr>
          <w:b/>
        </w:rPr>
        <w:t xml:space="preserve">[20:15] </w:t>
      </w:r>
      <w:r>
        <w:t>woh yeh batata hai ke maut ke baad kya hai, ākhirat mein kya hai, jannat kya hai aur jahannum kya hai.</w:t>
      </w:r>
    </w:p>
    <w:p>
      <w:pPr>
        <w:jc w:val="right"/>
      </w:pPr>
      <w:r>
        <w:t>وہ یہ بتاتا ہے کہ موت کے بعد کیا ہے، آخرت میں کیا ہے، جنت کیا ہے اور جہنم کیا ہے۔</w:t>
      </w:r>
    </w:p>
    <w:p>
      <w:r>
        <w:rPr>
          <w:b/>
        </w:rPr>
        <w:t xml:space="preserve">[20:24] </w:t>
      </w:r>
      <w:r>
        <w:t>Insaan dunya ke jo mein jo amal karega, us amal ka nateeja ākhirat mein kis shakal mein us ko diya jayega.</w:t>
      </w:r>
    </w:p>
    <w:p>
      <w:pPr>
        <w:jc w:val="right"/>
      </w:pPr>
      <w:r>
        <w:t>انسان دنیا کے جو میں جو عمل کرے گا، اس عمل کا نتیجہ آخرت میں کس شکل میں اس کو دیا جائے گا۔</w:t>
      </w:r>
    </w:p>
    <w:p>
      <w:r>
        <w:rPr>
          <w:b/>
        </w:rPr>
        <w:t xml:space="preserve">[20:33] </w:t>
      </w:r>
      <w:r>
        <w:t>In sab baaton ko insaan nahi jaan sakta ba-taur khud. Is ke liye paighambar aata hai.</w:t>
      </w:r>
    </w:p>
    <w:p>
      <w:pPr>
        <w:jc w:val="right"/>
      </w:pPr>
      <w:r>
        <w:t>ان سب باتوں کو انسان نہیں جان سکتا بطور خود۔ اس کے لیے پیغمبر آتا ہے۔</w:t>
      </w:r>
    </w:p>
    <w:p>
      <w:r>
        <w:rPr>
          <w:b/>
        </w:rPr>
        <w:t xml:space="preserve">[20:44] </w:t>
      </w:r>
      <w:r>
        <w:t>Yaani paighambar jo hai,</w:t>
      </w:r>
    </w:p>
    <w:p>
      <w:pPr>
        <w:jc w:val="right"/>
      </w:pPr>
      <w:r>
        <w:t>یعنی پیغمبر جو ہے،</w:t>
      </w:r>
    </w:p>
    <w:p>
      <w:r>
        <w:rPr>
          <w:b/>
        </w:rPr>
        <w:t xml:space="preserve">[20:48] </w:t>
      </w:r>
      <w:r>
        <w:t>a'alān-e-ākhirat ke liye aata hai. Inzār-e-ākhirat ke liye aata hai. Ta'leem-e-ākhirat ke liye aata hai. Kyun ke woh insaan jaan nahi jaan nahi sakta.</w:t>
      </w:r>
    </w:p>
    <w:p>
      <w:pPr>
        <w:jc w:val="right"/>
      </w:pPr>
      <w:r>
        <w:t>اعلان آخرت کے لیے آتا ہے۔ انظار آخرت کے لیے آتا ہے۔ تعلیم آخرت کے لیے آتا ہے۔ کیونکہ وہ انسان جان نہیں جان نہیں سکتا۔</w:t>
      </w:r>
    </w:p>
    <w:p>
      <w:r>
        <w:rPr>
          <w:b/>
        </w:rPr>
        <w:t xml:space="preserve">[21:02] </w:t>
      </w:r>
      <w:r>
        <w:t>Is liye aata hai.</w:t>
      </w:r>
    </w:p>
    <w:p>
      <w:pPr>
        <w:jc w:val="right"/>
      </w:pPr>
      <w:r>
        <w:t>اس لیے آتا ہے۔</w:t>
      </w:r>
    </w:p>
    <w:p>
      <w:r>
        <w:rPr>
          <w:b/>
        </w:rPr>
        <w:t xml:space="preserve">[21:04] </w:t>
      </w:r>
      <w:r>
        <w:t>To bohat hi wāzeh kar diya is mein Rasool Allah Sal Allahu Alaihi Wasallam ne ke mazhabi taqseem ke a'tibār se rasool ka kaam yeh hai ke woh in baaton ko bataye jin ka ta'alluq falāh-e-ākhirat se hai.</w:t>
      </w:r>
    </w:p>
    <w:p>
      <w:pPr>
        <w:jc w:val="right"/>
      </w:pPr>
      <w:r>
        <w:t>تو بہت ہی واضح کر دیا اس میں رسول اللہ صلی اللہ علیہ وسلم نے کہ مذہبی تقسیم کے اعتبار سے رسول کا کام یہ ہے کہ وہ ان باتوں کو بتائے جن کا تعلق فلاح آخرت سے ہے۔</w:t>
      </w:r>
    </w:p>
    <w:p>
      <w:r>
        <w:rPr>
          <w:b/>
        </w:rPr>
        <w:t xml:space="preserve">[21:17] </w:t>
      </w:r>
      <w:r>
        <w:t>Aur woh baatein jo purely dunyavi hain, jin ka ta'alluq scientific research se hai,</w:t>
      </w:r>
    </w:p>
    <w:p>
      <w:pPr>
        <w:jc w:val="right"/>
      </w:pPr>
      <w:r>
        <w:t>اور وہ باتیں جو پیورلی دنیاوی ہیں، جن کا تعلق سائنٹیفک ریسرچ سے ہے،</w:t>
      </w:r>
    </w:p>
    <w:p>
      <w:r>
        <w:rPr>
          <w:b/>
        </w:rPr>
        <w:t xml:space="preserve">[21:25] </w:t>
      </w:r>
      <w:r>
        <w:t>to woh</w:t>
      </w:r>
    </w:p>
    <w:p>
      <w:pPr>
        <w:jc w:val="right"/>
      </w:pPr>
      <w:r>
        <w:t>تو وہ</w:t>
      </w:r>
    </w:p>
    <w:p>
      <w:r>
        <w:rPr>
          <w:b/>
        </w:rPr>
        <w:t xml:space="preserve">[21:29] </w:t>
      </w:r>
      <w:r>
        <w:t>jo expert honge un sh'ubon ke, woh is ko research karenge aur is ko logon ko batate rahenge ke is mein kya hona chahiye, kya nahi hona chahiye.</w:t>
      </w:r>
    </w:p>
    <w:p>
      <w:pPr>
        <w:jc w:val="right"/>
      </w:pPr>
      <w:r>
        <w:t>جو ایکسپرٹ ہوں گے ان شعبوں کے، وہ اس کو ریسرچ کریں گے اور اس کو لوگوں کو بتاتے رہیں گے کہ اس میں کیا ہونا چاہیے، کیا نہیں ہونا چاہیے۔</w:t>
      </w:r>
    </w:p>
    <w:p>
      <w:r>
        <w:rPr>
          <w:b/>
        </w:rPr>
        <w:t xml:space="preserve">[21:40] </w:t>
      </w:r>
      <w:r>
        <w:t>Maslan pul banana hai. Farz kijiye ke pul banana hai. To pul banana jo hai, yeh ek scientific subject hai. Pul banana ek scientific subject hai.</w:t>
      </w:r>
    </w:p>
    <w:p>
      <w:pPr>
        <w:jc w:val="right"/>
      </w:pPr>
      <w:r>
        <w:t>مثلاً پل بنانا ہے۔ فرض کیجئے کہ پل بنانا ہے۔ تو پل بنانا جو ہے، یہ ایک سائنٹیفک سبجیکٹ ہے۔ پل بنانا ایک سائنٹیفک سبجیکٹ ہے۔</w:t>
      </w:r>
    </w:p>
    <w:p>
      <w:r>
        <w:rPr>
          <w:b/>
        </w:rPr>
        <w:t xml:space="preserve">[21:52] </w:t>
      </w:r>
      <w:r>
        <w:t>To pul banane ka tareeqa science se liya jayega. Lekin is mein material sahi lagaya jaye. Aisa na ho ke bana khara kar diya.</w:t>
      </w:r>
    </w:p>
    <w:p>
      <w:pPr>
        <w:jc w:val="right"/>
      </w:pPr>
      <w:r>
        <w:t>تو پل بنانے کا طریقہ سائنس سے لیا جائے گا۔ لیکن اس میں مٹیریل صحیح لگایا جائے۔ ایسا نہ ہو کہ بنا کھڑا کر دیا۔</w:t>
      </w:r>
    </w:p>
    <w:p>
      <w:r>
        <w:rPr>
          <w:b/>
        </w:rPr>
        <w:t xml:space="preserve">[22:01] </w:t>
      </w:r>
      <w:r>
        <w:t>Material acha nahi tha. Jab is par log chadhne lage to gir pada aur log mar gaye. Jaise aap aksar sunte honge akhbaron mein ke multi-story building banayi jati hai aur woh gir parti hai kyun ke material hi kharab tha.</w:t>
      </w:r>
    </w:p>
    <w:p>
      <w:pPr>
        <w:jc w:val="right"/>
      </w:pPr>
      <w:r>
        <w:t>مٹیریل اچھا نہیں تھا۔ جب اس پر لوگ چڑھنے لگے تو گر پڑا اور لوگ مر گئے۔ جیسے آپ اکثر سنتے ہوں گے اخباروں میں کہ بلٹری سٹوری بلڈنگ بنائی جاتی ہے اور وہ گر پڑتی ہے کیونکہ مٹیریل ہی خراب تھا۔</w:t>
      </w:r>
    </w:p>
    <w:p>
      <w:r>
        <w:rPr>
          <w:b/>
        </w:rPr>
        <w:t xml:space="preserve">[22:17] </w:t>
      </w:r>
      <w:r>
        <w:t>To yeh deen ka mozu' hai.</w:t>
      </w:r>
    </w:p>
    <w:p>
      <w:pPr>
        <w:jc w:val="right"/>
      </w:pPr>
      <w:r>
        <w:t>تو یہ دین کا موضوع ہے۔</w:t>
      </w:r>
    </w:p>
    <w:p>
      <w:r>
        <w:rPr>
          <w:b/>
        </w:rPr>
        <w:t xml:space="preserve">[22:19] </w:t>
      </w:r>
      <w:r>
        <w:t>Yahan par deen aap ko yaani is baat se darayega us waqt ke agar tum ne kharab material lagaya, kharab material laga kar multi-story building khara kar di,</w:t>
      </w:r>
    </w:p>
    <w:p>
      <w:pPr>
        <w:jc w:val="right"/>
      </w:pPr>
      <w:r>
        <w:t>یہاں پر دین آپ کو یعنی اس بات سے ڈرائے گا اس وقت کہ اگر تم نے خراب مٹیریل لگایا، خراب مٹیریل لگا کر بلٹری سٹوری بلڈنگ کھڑا کر دی،</w:t>
      </w:r>
    </w:p>
    <w:p>
      <w:r>
        <w:rPr>
          <w:b/>
        </w:rPr>
        <w:t xml:space="preserve">[22:35] </w:t>
      </w:r>
      <w:r>
        <w:t>kharab material laga kar ke pul bana diya aur is ke baad log is par chadhe to gir ke khatam ho gaye, to yeh aisi cheez hai jo bad-dāndārī hai.</w:t>
      </w:r>
    </w:p>
    <w:p>
      <w:pPr>
        <w:jc w:val="right"/>
      </w:pPr>
      <w:r>
        <w:t>خراب مٹیریل لگا کر کے پل بنا دیا اور اس کے بعد لوگ اس پر چڑھے تو گر کے ختم ہو گئے، تو یہ ایسی چیز ہے جو بددیانتی ہے۔</w:t>
      </w:r>
    </w:p>
    <w:p>
      <w:r>
        <w:rPr>
          <w:b/>
        </w:rPr>
        <w:t xml:space="preserve">[22:46] </w:t>
      </w:r>
      <w:r>
        <w:t>Aur bad-dāndārī ka saza ākhirat mein tum ko sakht bhugtani padegi.</w:t>
      </w:r>
    </w:p>
    <w:p>
      <w:pPr>
        <w:jc w:val="right"/>
      </w:pPr>
      <w:r>
        <w:t>اور بددیانتی کا سزا آخرت میں تم کو سخت بھگتنی پڑے گی۔</w:t>
      </w:r>
    </w:p>
    <w:p>
      <w:r>
        <w:rPr>
          <w:b/>
        </w:rPr>
        <w:t xml:space="preserve">[22:54] </w:t>
      </w:r>
      <w:r>
        <w:t>To building ki technique ya pul banane ki technique, yeh to science ka subject hai. Lekin is dauran kin usoolon ka yaani paalan kiya jaye,</w:t>
      </w:r>
    </w:p>
    <w:p>
      <w:pPr>
        <w:jc w:val="right"/>
      </w:pPr>
      <w:r>
        <w:t>تو بلڈنگ کی ٹیکنیک یا پل بنانے کی ٹیکنیک، یہ تو سائنس کا سبجیکٹ ہے۔ لیکن اس دوران کن اصولوں کا یعنی پالن کیا جائے،</w:t>
      </w:r>
    </w:p>
    <w:p>
      <w:r>
        <w:rPr>
          <w:b/>
        </w:rPr>
        <w:t xml:space="preserve">[23:11] </w:t>
      </w:r>
      <w:r>
        <w:t>kin akhlaqi usoolon ki ko follow kiya jaye, woh mazhab ka subject hai. yeh is hadith ka khulasa hai.</w:t>
      </w:r>
    </w:p>
    <w:p>
      <w:pPr>
        <w:jc w:val="right"/>
      </w:pPr>
      <w:r>
        <w:t>کن اخلاقی اصولوں کی کو فالو کیا جائے، وہ مذہب کا سبجیکٹ ہے۔ یہ اس حدیث کا خلاصہ ہے۔</w:t>
      </w:r>
    </w:p>
    <w:p>
      <w:r>
        <w:rPr>
          <w:b/>
        </w:rPr>
        <w:t xml:space="preserve">[23:24] </w:t>
      </w:r>
      <w:r>
        <w:t>mein samajhta hoon ke itna clear tor par yeh baat sirf islam mein hai. deegar mazahib mein bohat hi clear tor par yeh baat is tarah se nahi hai.</w:t>
      </w:r>
    </w:p>
    <w:p>
      <w:pPr>
        <w:jc w:val="right"/>
      </w:pPr>
      <w:r>
        <w:t>میں سمجھتا ہوں کہ اتنا کلیئر طور پر یہ بات صرف اسلام میں ہے۔ دیگر مذاہب میں بہت ہی کلیئر طور پر یہ بات اس طرح سے نہیں ہے۔</w:t>
      </w:r>
    </w:p>
    <w:p>
      <w:r>
        <w:rPr>
          <w:b/>
        </w:rPr>
        <w:t xml:space="preserve">[23:36] </w:t>
      </w:r>
      <w:r>
        <w:t>lekin musalman jo hain, chunaanche woh samajhte hain ke deen dunya ki taqseem tafrigh kar di gayi to islam mukammal mazhab nahi rahega, to is mein behas karte hain.</w:t>
      </w:r>
    </w:p>
    <w:p>
      <w:pPr>
        <w:jc w:val="right"/>
      </w:pPr>
      <w:r>
        <w:t>لیکن مسلمان جو ہیں، چونکہ وہ سمجھتے ہیں کہ دین دنیا کی تقسیم تفریق کر دی گئی تو اسلام مکمل مذہب نہیں رہے گا، تو اس میں بحث کرتے ہیں۔</w:t>
      </w:r>
    </w:p>
    <w:p>
      <w:r>
        <w:rPr>
          <w:b/>
        </w:rPr>
        <w:t xml:space="preserve">[23:48] </w:t>
      </w:r>
      <w:r>
        <w:t>is ka talluq islam ke mukammal mazhab se nahi hai.</w:t>
      </w:r>
    </w:p>
    <w:p>
      <w:pPr>
        <w:jc w:val="right"/>
      </w:pPr>
      <w:r>
        <w:t>اس کا تعلق اسلام کے مکمل مذہب سے نہیں ہے۔</w:t>
      </w:r>
    </w:p>
    <w:p>
      <w:r>
        <w:rPr>
          <w:b/>
        </w:rPr>
        <w:t xml:space="preserve">[23:53] </w:t>
      </w:r>
      <w:r>
        <w:t>mukammal mazhab ke mani mein islam hai ke insaan kis tarah ba usool zindagi guzare, kis tarah woh yaani rabbani kirdaar is ke andar paida ho,</w:t>
      </w:r>
    </w:p>
    <w:p>
      <w:pPr>
        <w:jc w:val="right"/>
      </w:pPr>
      <w:r>
        <w:t>مکمل مذہب کے معنی میں اسلام ہے کہ انسان کس طرح باصول زندگی گزارے، کس طرح وہ یعنی ربانی کردار اس کے اندر پیدا ہو،</w:t>
      </w:r>
    </w:p>
    <w:p>
      <w:r>
        <w:rPr>
          <w:b/>
        </w:rPr>
        <w:t xml:space="preserve">[24:09] </w:t>
      </w:r>
      <w:r>
        <w:t>kis tarah is ke andar woh shakhsiyat bane jo aakhirat mein jannat ka woh sahih thehrae. is mani mein mukammal hai woh.</w:t>
      </w:r>
    </w:p>
    <w:p>
      <w:pPr>
        <w:jc w:val="right"/>
      </w:pPr>
      <w:r>
        <w:t>کس طرح اس کے اندر وہ شخصیت بنے جو آخرت میں جنت کا وہ صحیح ٹھہرے۔ اس معنی میں مکمل ہے وہ۔</w:t>
      </w:r>
    </w:p>
    <w:p>
      <w:r>
        <w:rPr>
          <w:b/>
        </w:rPr>
        <w:t xml:space="preserve">[24:18] </w:t>
      </w:r>
      <w:r>
        <w:t>lekin jo fanni pehlu hote hain, woh is ka subject hi nahi hai.</w:t>
      </w:r>
    </w:p>
    <w:p>
      <w:pPr>
        <w:jc w:val="right"/>
      </w:pPr>
      <w:r>
        <w:t>لیکن جو فنی پہلو ہوتے ہیں، وہ اس کا سبجیکٹ ہی نہیں ہے۔</w:t>
      </w:r>
    </w:p>
    <w:p>
      <w:r>
        <w:rPr>
          <w:b/>
        </w:rPr>
        <w:t xml:space="preserve">[24:26] </w:t>
      </w:r>
      <w:r>
        <w:t>to yeh yeh behas is pe nahi chhodna chahiye ke islam mein deen dunya ki tafrigh nahi hai. is ka koi talluq nahi is is hadith se.</w:t>
      </w:r>
    </w:p>
    <w:p>
      <w:pPr>
        <w:jc w:val="right"/>
      </w:pPr>
      <w:r>
        <w:t>تو یہ یہ بحث اس پہ نہیں چھوڑنا چاہیے کہ اسلام میں دین دنیا کی تفریق نہیں ہے۔ اس کا کوئی تعلق نہیں اس اس حدیث سے۔</w:t>
      </w:r>
    </w:p>
    <w:p>
      <w:r>
        <w:rPr>
          <w:b/>
        </w:rPr>
        <w:t xml:space="preserve">[24:37] </w:t>
      </w:r>
      <w:r>
        <w:t>woh to logon ke apne zehn ki paidawar hai.</w:t>
      </w:r>
    </w:p>
    <w:p>
      <w:pPr>
        <w:jc w:val="right"/>
      </w:pPr>
      <w:r>
        <w:t>وہ تو لوگوں کے اپنے ذہن کی پیداوار ہے۔</w:t>
      </w:r>
    </w:p>
    <w:p>
      <w:r>
        <w:rPr>
          <w:b/>
        </w:rPr>
        <w:t xml:space="preserve">[24:42] </w:t>
      </w:r>
      <w:r>
        <w:t>yeh to jis ko kehte hain taqseem amal</w:t>
      </w:r>
    </w:p>
    <w:p>
      <w:pPr>
        <w:jc w:val="right"/>
      </w:pPr>
      <w:r>
        <w:t>یہ تو جس کو کہتے ہیں تقسیم عمل</w:t>
      </w:r>
    </w:p>
    <w:p>
      <w:r>
        <w:rPr>
          <w:b/>
        </w:rPr>
        <w:t xml:space="preserve">[24:47] </w:t>
      </w:r>
      <w:r>
        <w:t>. taqseem amal ke liye zaroori hai ke jo researchers hain, un ka yeh dayra hai aur jo mazhabi taleemat hain, is ka yeh dayra hai.</w:t>
      </w:r>
    </w:p>
    <w:p>
      <w:pPr>
        <w:jc w:val="right"/>
      </w:pPr>
      <w:r>
        <w:t>۔ تقسیم عمل کے لیے ضروری ہے کہ جو ریسرچرز ہیں، ان کا یہ دائرہ ہے اور جو مذہبی تعلیمات ہیں، اس کا یہ دائرہ ہے۔</w:t>
      </w:r>
    </w:p>
    <w:p>
      <w:r>
        <w:rPr>
          <w:b/>
        </w:rPr>
        <w:t xml:space="preserve">[25:00] </w:t>
      </w:r>
      <w:r>
        <w:t>is tarah dono idare bohat hi smooth tor par chalte rahenge.</w:t>
      </w:r>
    </w:p>
    <w:p>
      <w:pPr>
        <w:jc w:val="right"/>
      </w:pPr>
      <w:r>
        <w:t>اس طرح دونوں ادارے بہت ہی سموتھ طور پر چلتے رہیں گے۔</w:t>
      </w:r>
    </w:p>
    <w:p>
      <w:r>
        <w:rPr>
          <w:b/>
        </w:rPr>
        <w:t xml:space="preserve">[25:08] </w:t>
      </w:r>
      <w:r>
        <w:t>itni wazeh taqseem dono ke darmiyan maine kahin aur nahi padhi jitna ke is hadith se maloom hoti hai.</w:t>
      </w:r>
    </w:p>
    <w:p>
      <w:pPr>
        <w:jc w:val="right"/>
      </w:pPr>
      <w:r>
        <w:t>اتنی واضح تقسیم دونوں کے درمیان میں نے کہیں اور نہیں پڑھی جتنا کہ اس حدیث سے معلوم ہوتی ہے۔</w:t>
      </w:r>
    </w:p>
    <w:p>
      <w:r>
        <w:rPr>
          <w:b/>
        </w:rPr>
        <w:t xml:space="preserve">[25:19] </w:t>
      </w:r>
      <w:r>
        <w:t>yeh hadith aap jante hain ke yaani</w:t>
      </w:r>
    </w:p>
    <w:p>
      <w:pPr>
        <w:jc w:val="right"/>
      </w:pPr>
      <w:r>
        <w:t>یہ حدیث آپ جانتے ہیں کہ یعنی</w:t>
      </w:r>
    </w:p>
    <w:p>
      <w:r>
        <w:rPr>
          <w:b/>
        </w:rPr>
        <w:t xml:space="preserve">[25:26] </w:t>
      </w:r>
      <w:r>
        <w:t>sahih muslim mein aayi hai, jo jis ka yeh kitabon mein hadith hain, maani jati hain, musannad maani jati hain, is mein koi shaq nahi hai.</w:t>
      </w:r>
    </w:p>
    <w:p>
      <w:pPr>
        <w:jc w:val="right"/>
      </w:pPr>
      <w:r>
        <w:t>صحیح مسلم میں آئی ہے، جو جس کا یہ کتابوں میں حدیثیں ہیں، مانی جاتی ہیں، مسند مانی جاتی ہیں، اس میں کوئی شک نہیں ہے۔</w:t>
      </w:r>
    </w:p>
    <w:p>
      <w:r>
        <w:rPr>
          <w:b/>
        </w:rPr>
        <w:t xml:space="preserve">[25:36] </w:t>
      </w:r>
      <w:r>
        <w:t>aur doosri kitabon mein bhi aayi hai.</w:t>
      </w:r>
    </w:p>
    <w:p>
      <w:pPr>
        <w:jc w:val="right"/>
      </w:pPr>
      <w:r>
        <w:t>اور دوسری کتابوں میں بھی آئی ہے۔</w:t>
      </w:r>
    </w:p>
    <w:p>
      <w:r>
        <w:rPr>
          <w:b/>
        </w:rPr>
        <w:t xml:space="preserve">[25:40] </w:t>
      </w:r>
      <w:r>
        <w:t>is liye is hadith ke bare mein koi hum shaq nahi kar sakte. is ke</w:t>
      </w:r>
    </w:p>
    <w:p>
      <w:pPr>
        <w:jc w:val="right"/>
      </w:pPr>
      <w:r>
        <w:t>اس لیے اس حدیث کے بارے میں کوئی ہم شک نہیں کر سکتے۔ اس کے</w:t>
      </w:r>
    </w:p>
    <w:p>
      <w:r>
        <w:rPr>
          <w:b/>
        </w:rPr>
        <w:t xml:space="preserve">[25:49] </w:t>
      </w:r>
      <w:r>
        <w:t>istinad mein hum koi shaq nahi kar sakte. to yeh hadith bilkul musannad hai aur bilkul sahih hai.</w:t>
      </w:r>
    </w:p>
    <w:p>
      <w:pPr>
        <w:jc w:val="right"/>
      </w:pPr>
      <w:r>
        <w:t>استناد میں ہم کوئی شک نہیں کر سکتے۔ تو یہ حدیث بالکل مسند ہے اور بالکل صحیح ہے۔</w:t>
      </w:r>
    </w:p>
    <w:p>
      <w:r>
        <w:rPr>
          <w:b/>
        </w:rPr>
        <w:t xml:space="preserve">[26:00] </w:t>
      </w:r>
      <w:r>
        <w:t>jo baat is mein batai gayi hai, woh deen ki aik aik aham taleem hai.</w:t>
      </w:r>
    </w:p>
    <w:p>
      <w:pPr>
        <w:jc w:val="right"/>
      </w:pPr>
      <w:r>
        <w:t>جو بات اس میں بتائی گئی ہے، وہ دین کی ایک ایک اہم تعلیم ہے۔</w:t>
      </w:r>
    </w:p>
    <w:p>
      <w:r>
        <w:rPr>
          <w:b/>
        </w:rPr>
        <w:t xml:space="preserve">[26:11] </w:t>
      </w:r>
      <w:r>
        <w:t>yaani dono ko aik kar diya jaye to wahi hoga jo middle ages mein church aur science daanon ke darmiyan takrao hua.</w:t>
      </w:r>
    </w:p>
    <w:p>
      <w:pPr>
        <w:jc w:val="right"/>
      </w:pPr>
      <w:r>
        <w:t>یعنی دونوں کو ایک کر دیا جائے تو وہی ہوگا جو مڈل ایجز میں چرچ اور سائنس دانوں کے درمیان ٹکرا ہوا۔</w:t>
      </w:r>
    </w:p>
    <w:p>
      <w:r>
        <w:rPr>
          <w:b/>
        </w:rPr>
        <w:t xml:space="preserve">[26:20] </w:t>
      </w:r>
      <w:r>
        <w:t>log maare gaye.</w:t>
      </w:r>
    </w:p>
    <w:p>
      <w:pPr>
        <w:jc w:val="right"/>
      </w:pPr>
      <w:r>
        <w:t>لوگ مارے گئے۔</w:t>
      </w:r>
    </w:p>
    <w:p>
      <w:r>
        <w:rPr>
          <w:b/>
        </w:rPr>
        <w:t xml:space="preserve">[26:24] </w:t>
      </w:r>
      <w:r>
        <w:t>to lekin jab dono ko aik na hum karein aur is tareeqe se karein jo ke is hadith mein bataya gaya hai, to dono shobe apni apni jagah par farsh karenge.</w:t>
      </w:r>
    </w:p>
    <w:p>
      <w:pPr>
        <w:jc w:val="right"/>
      </w:pPr>
      <w:r>
        <w:t>تو لیکن جب دونوں کو ایک نہ ہم کریں اور اس طریقے سے کریں جو کہ اس حدیث میں بتایا گیا ہے، تو دونوں شعبے اپنی اپنی جگہ پر فرش کریں گے۔</w:t>
      </w:r>
    </w:p>
    <w:p>
      <w:r>
        <w:rPr>
          <w:b/>
        </w:rPr>
        <w:t xml:space="preserve">[26:36] </w:t>
      </w:r>
      <w:r>
        <w:t>dono shobe apni jagah par taraqqi karenge.</w:t>
      </w:r>
    </w:p>
    <w:p>
      <w:pPr>
        <w:jc w:val="right"/>
      </w:pPr>
      <w:r>
        <w:t>دونوں شعبے اپنی جگہ پر ترقی کریں گے۔</w:t>
      </w:r>
    </w:p>
    <w:p>
      <w:r>
        <w:rPr>
          <w:b/>
        </w:rPr>
        <w:t xml:space="preserve">[26:41] </w:t>
      </w:r>
      <w:r>
        <w:t>yeh jo maine kaha, is ko manne se quran ki ya hadith ki ahmiyat harghiz nahi ghatti, balke is ka sahih maqam mutayyan hota hai.</w:t>
      </w:r>
    </w:p>
    <w:p>
      <w:pPr>
        <w:jc w:val="right"/>
      </w:pPr>
      <w:r>
        <w:t>یہ جو میں نے کہا، اس کو ماننے سے قرآن کی یا حدیث کی اہمیت ہرگز نہیں گھٹتی، بلکہ اس کا صحیح مقام متعین ہوتا ہے۔</w:t>
      </w:r>
    </w:p>
    <w:p>
      <w:r>
        <w:rPr>
          <w:b/>
        </w:rPr>
        <w:t xml:space="preserve">[26:52] </w:t>
      </w:r>
      <w:r>
        <w:t>to mein samajhta hoon ke hadithon ka mutalea zyada gehrai ke sath karne ki zaroorat hai.</w:t>
      </w:r>
    </w:p>
    <w:p>
      <w:pPr>
        <w:jc w:val="right"/>
      </w:pPr>
      <w:r>
        <w:t>تو میں سمجھتا ہوں کہ حدیثوں کا مطالعہ زیادہ گہرائی کے ساتھ کرنے کی ضرورت ہے۔</w:t>
      </w:r>
    </w:p>
    <w:p>
      <w:r>
        <w:rPr>
          <w:b/>
        </w:rPr>
        <w:t xml:space="preserve">[27:03] </w:t>
      </w:r>
      <w:r>
        <w:t>jab hum ziyada gehrai ke sath hadithon ko parhen ge, isi waqt hadith ke jo mani hain, jo gehre mani, woh hum par khulen ge.</w:t>
      </w:r>
    </w:p>
    <w:p>
      <w:pPr>
        <w:jc w:val="right"/>
      </w:pPr>
      <w:r>
        <w:t>جب ہم زیادہ گہرائی کے ساتھ حدیثوں کو پڑھیں گے، اسی وقت حدیث کے جو معنی ہیں، جو گہرے معنی، وہ ہم پر کھلیں گے۔</w:t>
      </w:r>
    </w:p>
    <w:p>
      <w:r>
        <w:rPr>
          <w:b/>
        </w:rPr>
        <w:t xml:space="preserve">[27:15] </w:t>
      </w:r>
      <w:r>
        <w:t>is mein se ek misaal yeh hadith hai. is hadith ko aap gehrai ke sath parhen to is mein ek bohat bari taleem milti hai. agar gehrai ke sath na parhen to ghair zaroori bahsen chheren ge aap ke Islam mein deen o dunya ki tafrīq hai ke nahi hai.</w:t>
      </w:r>
    </w:p>
    <w:p>
      <w:pPr>
        <w:jc w:val="right"/>
      </w:pPr>
      <w:r>
        <w:t>اس میں سے ایک مثال یہ حدیث ہے۔ اس حدیث کو آپ گہرائی کے ساتھ پڑھیں تو اس میں ایک بہت بڑی تعلیم ملتی ہے۔ اگر گہرائی کے ساتھ نہ پڑھیں تو غیر ضروری بحثیں چھڑیں گے آپ کہ اسلام میں دین و دنیا کی تفریق ہے کہ نہیں ہے۔</w:t>
      </w:r>
    </w:p>
    <w:p>
      <w:r>
        <w:rPr>
          <w:b/>
        </w:rPr>
        <w:t xml:space="preserve">[27:30] </w:t>
      </w:r>
      <w:r>
        <w:t>is bahas ka is hadith se koi talluq nahi hai.</w:t>
      </w:r>
    </w:p>
    <w:p>
      <w:pPr>
        <w:jc w:val="right"/>
      </w:pPr>
      <w:r>
        <w:t>اس بحث کا اس حدیث سے کوئی تعلق نہیں ہے۔</w:t>
      </w:r>
    </w:p>
    <w:p>
      <w:r>
        <w:rPr>
          <w:b/>
        </w:rPr>
        <w:t xml:space="preserve">[27:36] </w:t>
      </w:r>
      <w:r>
        <w:t>to meri dua hai ke Allah taala mujh ko aur aap ko tofeeq de ke hum hadithon ko sahih zehn ke sath parhen aur hadithon mein jo hikmat hai, jo wisdom hai,</w:t>
      </w:r>
    </w:p>
    <w:p>
      <w:pPr>
        <w:jc w:val="right"/>
      </w:pPr>
      <w:r>
        <w:t>تو میری دعا ہے کہ اللہ تعالیٰ مجھ کو اور آپ کو توفیق دے کہ ہم حدیثوں کو صحیح ذہن کے ساتھ پڑھیں اور حدیثوں میں جو حکمت ہے، جو وزڈم ہے،</w:t>
      </w:r>
    </w:p>
    <w:p>
      <w:r>
        <w:rPr>
          <w:b/>
        </w:rPr>
        <w:t xml:space="preserve">[27:55] </w:t>
      </w:r>
      <w:r>
        <w:t>jo gehre mani hain, woh hum daryaft karen. un ko hum apni zindagi mein follow karen aur dunya ko walon ko is se ba-khabar karen.</w:t>
      </w:r>
    </w:p>
    <w:p>
      <w:pPr>
        <w:jc w:val="right"/>
      </w:pPr>
      <w:r>
        <w:t>جو گہرے معنی ہیں، وہ ہم دریافت کریں۔ ان کو ہم اپنی زندگی میں فالو کریں اور دنیا کو والوں کو اس سے باخبر کریں۔</w:t>
      </w:r>
    </w:p>
    <w:p>
      <w:r>
        <w:rPr>
          <w:b/>
        </w:rPr>
        <w:t xml:space="preserve">[28:10] </w:t>
      </w:r>
      <w:r>
        <w:t>dunya walon ko is se ba-khabar karen. Quran mein jo baaten batai gayi hain, isi ki tafseel hadithon mein hai.</w:t>
      </w:r>
    </w:p>
    <w:p>
      <w:pPr>
        <w:jc w:val="right"/>
      </w:pPr>
      <w:r>
        <w:t>دنیا والوں کو اس سے باخبر کریں۔ قرآن میں جو باتیں بتائی گئی ہیں، اسی کی تفصیل حدیثوں میں ہے۔</w:t>
      </w:r>
    </w:p>
    <w:p>
      <w:r>
        <w:rPr>
          <w:b/>
        </w:rPr>
        <w:t xml:space="preserve">[28:21] </w:t>
      </w:r>
      <w:r>
        <w:t>hadith koi alag cheez nahi hai Quran se. Qurani ki tafseel ke naam hadith hai.</w:t>
      </w:r>
    </w:p>
    <w:p>
      <w:pPr>
        <w:jc w:val="right"/>
      </w:pPr>
      <w:r>
        <w:t>حدیث کوئی الگ چیز نہیں ہے قرآن سے۔ قرآنی کی تفصیل کے نام حدیث ہے۔</w:t>
      </w:r>
    </w:p>
    <w:p>
      <w:r>
        <w:rPr>
          <w:b/>
        </w:rPr>
        <w:t xml:space="preserve">[28:31] </w:t>
      </w:r>
      <w:r>
        <w:t>chunanche ulama yeh mante hain ke hadith wahi ghair matloob hai aur aur Quran wahi matloob hai.</w:t>
      </w:r>
    </w:p>
    <w:p>
      <w:pPr>
        <w:jc w:val="right"/>
      </w:pPr>
      <w:r>
        <w:t>چنانچہ علماء یہ مانتے ہیں کہ حدیث وحی غیر مطلوب ہے اور اور قرآن وحی مطلوب ہے۔</w:t>
      </w:r>
    </w:p>
    <w:p>
      <w:r>
        <w:rPr>
          <w:b/>
        </w:rPr>
        <w:t xml:space="preserve">[28:40] </w:t>
      </w:r>
      <w:r>
        <w:t>yani aaj kal ki zaban istemal karen to aap yeh kahenge ke hadith inspired kalam hai aur Quran revealed kalam hai.</w:t>
      </w:r>
    </w:p>
    <w:p>
      <w:pPr>
        <w:jc w:val="right"/>
      </w:pPr>
      <w:r>
        <w:t>یعنی آج کل کی زبان استعمال کریں تو آپ یہ کہیں گے کہ حدیث انسپائرڈ کلام ہے اور قرآن ریویلڈ کلام ہے۔</w:t>
      </w:r>
    </w:p>
    <w:p>
      <w:r>
        <w:rPr>
          <w:b/>
        </w:rPr>
        <w:t xml:space="preserve">[28:54] </w:t>
      </w:r>
      <w:r>
        <w:t>yani woh Rasool Allah ko through inspiration mila hai aur Quran through revelation mila hai. yeh farq hai.</w:t>
      </w:r>
    </w:p>
    <w:p>
      <w:pPr>
        <w:jc w:val="right"/>
      </w:pPr>
      <w:r>
        <w:t>یعنی وہ رسول اللہ کو تھرو انسپیریشن ملا ہے اور قرآن تھرو ریولیشن ملا ہے۔ یہ فرق ہے۔</w:t>
      </w:r>
    </w:p>
    <w:p>
      <w:r>
        <w:rPr>
          <w:b/>
        </w:rPr>
        <w:t xml:space="preserve">[29:05] </w:t>
      </w:r>
      <w:r>
        <w:t>yani authentic dono hain.</w:t>
      </w:r>
    </w:p>
    <w:p>
      <w:pPr>
        <w:jc w:val="right"/>
      </w:pPr>
      <w:r>
        <w:t>یعنی اتھینٹک دونوں ہیں۔</w:t>
      </w:r>
    </w:p>
    <w:p>
      <w:r>
        <w:rPr>
          <w:b/>
        </w:rPr>
        <w:t xml:space="preserve">[29:08] </w:t>
      </w:r>
      <w:r>
        <w:t>jis tarah woh authentic hai, woh bhi authentic hai. lekin farq yeh hai ke yani woh through revelation aap tak pohncha hai aur yeh through inspiration aap tak pohncha hai.</w:t>
      </w:r>
    </w:p>
    <w:p>
      <w:pPr>
        <w:jc w:val="right"/>
      </w:pPr>
      <w:r>
        <w:t>جس طرح وہ اتھینٹک ہے، وہ بھی اتھینٹک ہے۔ لیکن فرق یہ ہے کہ یعنی وہ تھرو ریولیشن آپ تک پہنچا ہے اور یہ تھرو انسپیریشن آپ تک پہنچا ہے۔</w:t>
      </w:r>
    </w:p>
    <w:p>
      <w:r>
        <w:rPr>
          <w:b/>
        </w:rPr>
        <w:t xml:space="preserve">[29:26] </w:t>
      </w:r>
      <w:r>
        <w:t>to main samajhta hoon ke yeh bohat hi ahem baat hai jo is hadith mein milti hai humein aur humein hadithon ko mutala is tarah karna chahiye.</w:t>
      </w:r>
    </w:p>
    <w:p>
      <w:pPr>
        <w:jc w:val="right"/>
      </w:pPr>
      <w:r>
        <w:t>تو میں سمجھتا ہوں کہ یہ بہت ہی اہم بات ہے جو اس حدیث میں ملتی ہے ہمیں اور ہمیں حدیثوں کو مطالعہ اس طرح کرنا چاہیے۔</w:t>
      </w:r>
    </w:p>
    <w:p>
      <w:r>
        <w:rPr>
          <w:b/>
        </w:rPr>
        <w:t xml:space="preserve">[29:39] </w:t>
      </w:r>
      <w:r>
        <w:t>Assalamu Alaikum Wa Rahmatullahi.</w:t>
      </w:r>
    </w:p>
    <w:p>
      <w:pPr>
        <w:jc w:val="right"/>
      </w:pPr>
      <w:r>
        <w:t>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