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Bird Culture March 6, 2014 Maulana Wahiduddin Khan</w:t>
      </w:r>
    </w:p>
    <w:p>
      <w:r>
        <w:t>https://www.youtube.com/watch?v=zLSCXGvTJ9A</w:t>
      </w:r>
    </w:p>
    <w:p>
      <w:r>
        <w:rPr>
          <w:b/>
        </w:rPr>
        <w:t xml:space="preserve">[00:14] </w:t>
      </w:r>
      <w:r>
        <w:t>6 March 2014. sahih Muslim, hadith number 28:40. an Abi Hurairah anin Nabi sallallahu alaihi wasallam qala: "yadkhul ul jannata aqwamun afidatuhum mislu afidat it tairi." Abu Hurairah riwayat karte hain:</w:t>
      </w:r>
    </w:p>
    <w:p>
      <w:pPr>
        <w:jc w:val="right"/>
      </w:pPr>
      <w:r>
        <w:t>6 مارچ 2014۔ صحیح مسلم، حدیث نمبر 28:40۔ عن ابی ہریرۃ عن النبی صلی اللہ علیہ وسلم قال: "یدخل الجنت اقوام افئدتہم مثل افئدۃ الطیر۔" ابوہریرہ روایت کرتے ہیں:</w:t>
      </w:r>
    </w:p>
    <w:p>
      <w:r>
        <w:rPr>
          <w:b/>
        </w:rPr>
        <w:t xml:space="preserve">[00:37] </w:t>
      </w:r>
      <w:r>
        <w:t>Nabi sallallahu alaihi wasallam ne farmaya:</w:t>
      </w:r>
    </w:p>
    <w:p>
      <w:pPr>
        <w:jc w:val="right"/>
      </w:pPr>
      <w:r>
        <w:t>نبی صلی اللہ علیہ وسلم نے فرمایا:</w:t>
      </w:r>
    </w:p>
    <w:p>
      <w:r>
        <w:rPr>
          <w:b/>
        </w:rPr>
        <w:t xml:space="preserve">[00:40] </w:t>
      </w:r>
      <w:r>
        <w:t>"jannat mein aise log dakhil honge jin ke dil parindon ke dil ki tarah honge." Maulana is hadith ki wazahat farmayein.</w:t>
      </w:r>
    </w:p>
    <w:p>
      <w:pPr>
        <w:jc w:val="right"/>
      </w:pPr>
      <w:r>
        <w:t>"جنت میں ایسے لوگ داخل ہوں گے جن کے دل پرندوں کے دل کی طرح ہوں گے۔" مولانا اس حدیث کی وضاحت فرمائیں۔</w:t>
      </w:r>
    </w:p>
    <w:p>
      <w:r>
        <w:rPr>
          <w:b/>
        </w:rPr>
        <w:t xml:space="preserve">[00:54] </w:t>
      </w:r>
      <w:r>
        <w:t>bismillah hir rahman nir rahim.</w:t>
      </w:r>
    </w:p>
    <w:p>
      <w:pPr>
        <w:jc w:val="right"/>
      </w:pPr>
      <w:r>
        <w:t>بسم اللہ الرحمن الرحیم۔</w:t>
      </w:r>
    </w:p>
    <w:p>
      <w:r>
        <w:rPr>
          <w:b/>
        </w:rPr>
        <w:t xml:space="preserve">[00:59] </w:t>
      </w:r>
      <w:r>
        <w:t>quran aur hadith ko samajhne ke liye aam taur par log sabab e nuzool ko ahmiyat dete hain, aur bilashubah sabab e nuzool ki ahmiyat hai.</w:t>
      </w:r>
    </w:p>
    <w:p>
      <w:pPr>
        <w:jc w:val="right"/>
      </w:pPr>
      <w:r>
        <w:t>قرآن اور حدیث کو سمجھنے کے لیے عام طور پر لوگ سببِ نزول کو اہمیت دیتے ہیں، اور بلاشبہ سببِ نزول کی اہمیت ہے۔</w:t>
      </w:r>
    </w:p>
    <w:p>
      <w:r>
        <w:rPr>
          <w:b/>
        </w:rPr>
        <w:t xml:space="preserve">[01:18] </w:t>
      </w:r>
      <w:r>
        <w:t>lekin mere tajrube ke mutabiq sabab e nuzool sirf wahi nahi hai jo riwayat mein aa gaya hai.</w:t>
      </w:r>
    </w:p>
    <w:p>
      <w:pPr>
        <w:jc w:val="right"/>
      </w:pPr>
      <w:r>
        <w:t>لیکن میرے تجربے کے مطابق سببِ نزول صرف وہی نہیں ہے جو روایت میں آ گیا ہے۔</w:t>
      </w:r>
    </w:p>
    <w:p>
      <w:r>
        <w:rPr>
          <w:b/>
        </w:rPr>
        <w:t xml:space="preserve">[01:30] </w:t>
      </w:r>
      <w:r>
        <w:t>haqiqat yeh hai ke quran ho ya hadith, dono ke muamle mein sabab e nuzool ki aik se zyada qismein hain.</w:t>
      </w:r>
    </w:p>
    <w:p>
      <w:pPr>
        <w:jc w:val="right"/>
      </w:pPr>
      <w:r>
        <w:t>حقیقت یہ ہے کہ قرآن ہو یا حدیث، دونوں کے معاملے میں سببِ نزول کی ایک سے زیادہ قسمیں ہیں۔</w:t>
      </w:r>
    </w:p>
    <w:p>
      <w:r>
        <w:rPr>
          <w:b/>
        </w:rPr>
        <w:t xml:space="preserve">[01:44] </w:t>
      </w:r>
      <w:r>
        <w:t>yani ek hai mazkoor sabab-e-nuzool, aur ek hai qiyasi sabab-e-nuzool. qiyasi sabab-e-nuzool.</w:t>
      </w:r>
    </w:p>
    <w:p>
      <w:pPr>
        <w:jc w:val="right"/>
      </w:pPr>
      <w:r>
        <w:t>یعنی ایک ہے مذکور سببِ نزول، اور ایک ہے قیاسی سببِ نزول۔ قیاسی سببِ نزول۔</w:t>
      </w:r>
    </w:p>
    <w:p>
      <w:r>
        <w:rPr>
          <w:b/>
        </w:rPr>
        <w:t xml:space="preserve">[01:54] </w:t>
      </w:r>
      <w:r>
        <w:t>yani aap ko matan ko parh kar ke ya text ko parh kar ke qiyas karna parta hai, sochna parta hai ke yeh baat aap ne kab kahi hogi ya quran mein yeh ayat kab utri hogi.</w:t>
      </w:r>
    </w:p>
    <w:p>
      <w:pPr>
        <w:jc w:val="right"/>
      </w:pPr>
      <w:r>
        <w:t>یعنی آپ کو متن کو پڑھ کر کے یا ٹیکسٹ کو پڑھ کر کے قیاس کرنا پڑتا ہے، سوچنا پڑتا ہے کہ یہ بات آپ نے کب کہی ہوگی یا قرآن میں یہ آیت کب اتری ہوگی۔</w:t>
      </w:r>
    </w:p>
    <w:p>
      <w:r>
        <w:rPr>
          <w:b/>
        </w:rPr>
        <w:t xml:space="preserve">[02:14] </w:t>
      </w:r>
      <w:r>
        <w:t>to mazkoor sabab-e-nuzool to bohat kam hain.</w:t>
      </w:r>
    </w:p>
    <w:p>
      <w:pPr>
        <w:jc w:val="right"/>
      </w:pPr>
      <w:r>
        <w:t>تو مذکور سببِ نزول تو بہت کم ہیں۔</w:t>
      </w:r>
    </w:p>
    <w:p>
      <w:r>
        <w:rPr>
          <w:b/>
        </w:rPr>
        <w:t xml:space="preserve">[02:20] </w:t>
      </w:r>
      <w:r>
        <w:t>is liye sirf mazkoor sabab-e-nuzool par agar hum bas karein to ayatein o hadeesein ziyada samajh mein nahi ayengi. is liye maine dekha ke ek qiyasi sabab-e-nuzool hai,</w:t>
      </w:r>
    </w:p>
    <w:p>
      <w:pPr>
        <w:jc w:val="right"/>
      </w:pPr>
      <w:r>
        <w:t>اس لیے صرف مذکور سببِ نزول پر اگر ہم بس کریں تو آیتیں و حدیثیں زیادہ سمجھ میں نہیں آئیں گی۔ اس لیے میں نے دیکھا کہ ایک قیاسی سببِ نزول ہے،</w:t>
      </w:r>
    </w:p>
    <w:p>
      <w:r>
        <w:rPr>
          <w:b/>
        </w:rPr>
        <w:t xml:space="preserve">[02:33] </w:t>
      </w:r>
      <w:r>
        <w:t>aur woh hadeeson ko ya quran ko samajhne ke liye bohat ahmiyat rakhta hai.</w:t>
      </w:r>
    </w:p>
    <w:p>
      <w:pPr>
        <w:jc w:val="right"/>
      </w:pPr>
      <w:r>
        <w:t>اور وہ حدیثوں کو یا قرآن کو سمجھنے کے لیے بہت اہمیت رکھتا ہے۔</w:t>
      </w:r>
    </w:p>
    <w:p>
      <w:r>
        <w:rPr>
          <w:b/>
        </w:rPr>
        <w:t xml:space="preserve">[02:42] </w:t>
      </w:r>
      <w:r>
        <w:t>misalan yeh jo hadees hai jo aap ko parhi gayi, aap ke samne parhi gayi, is ko le kar main bohat din sochta raha. to meri aqal ne is ko nahi mana ke aap masjid-e-nabwi mein baithe honge,</w:t>
      </w:r>
    </w:p>
    <w:p>
      <w:pPr>
        <w:jc w:val="right"/>
      </w:pPr>
      <w:r>
        <w:t>مثلاً یہ جو حدیث ہے جو آپ کو پڑھی گئی، آپ کے سامنے پڑھی گئی، اس کو لے کر میں بہت دن سوچتا رہا۔ تو میری عقل نے اس کو نہیں مانا کہ آپ مسجد نبوی میں بیٹھے ہوں گے،</w:t>
      </w:r>
    </w:p>
    <w:p>
      <w:r>
        <w:rPr>
          <w:b/>
        </w:rPr>
        <w:t xml:space="preserve">[02:57] </w:t>
      </w:r>
      <w:r>
        <w:t>wahan aap ne yeh keh diya hoga. yeh ghair fitri baat hai ke aap ne hujre mein baithe hue hain ya masjid-e-nabwi mein baithe hain.</w:t>
      </w:r>
    </w:p>
    <w:p>
      <w:pPr>
        <w:jc w:val="right"/>
      </w:pPr>
      <w:r>
        <w:t>وہاں آپ نے یہ کہہ دیا ہوگا۔ یہ غیر فطری بات ہے کہ آپ نے حجرے میں بیٹھے ہوئے ہیں یا مسجد نبوی میں بیٹھے ہیں۔</w:t>
      </w:r>
    </w:p>
    <w:p>
      <w:r>
        <w:rPr>
          <w:b/>
        </w:rPr>
        <w:t xml:space="preserve">[03:11] </w:t>
      </w:r>
      <w:r>
        <w:t>is tarah nahi keh diya hoga. qiyasan maine samjha ke aap apne kuch ashaab ke sath kahin chal rahe honge,</w:t>
      </w:r>
    </w:p>
    <w:p>
      <w:pPr>
        <w:jc w:val="right"/>
      </w:pPr>
      <w:r>
        <w:t>اس طرح نہیں کہہ دیا ہوگا۔ قیاساً میں نے سمجھا کہ آپ اپنے کچھ اصحاب کے ساتھ کہیں چل رہے ہوں گے،</w:t>
      </w:r>
    </w:p>
    <w:p>
      <w:r>
        <w:rPr>
          <w:b/>
        </w:rPr>
        <w:t xml:space="preserve">[03:22] </w:t>
      </w:r>
      <w:r>
        <w:t>aur rastay mein kahin aap ko yeh nazar aya hoga ke chidiya wahan baithi hui hai, koi dana chug rahi hai.</w:t>
      </w:r>
    </w:p>
    <w:p>
      <w:pPr>
        <w:jc w:val="right"/>
      </w:pPr>
      <w:r>
        <w:t>اور راستے میں کہیں آپ کو یہ نظر آیا ہوگا کہ چڑیا وہاں بیٹھی ہوئی ہے، کوئی دانہ چک رہی ہے۔</w:t>
      </w:r>
    </w:p>
    <w:p>
      <w:r>
        <w:rPr>
          <w:b/>
        </w:rPr>
        <w:t xml:space="preserve">[03:36] </w:t>
      </w:r>
      <w:r>
        <w:t>to is ko dekh kar aap ne farmaya hoga ke jannat mein woh log jayenge jin ke dil chidiyon ke manind honge.</w:t>
      </w:r>
    </w:p>
    <w:p>
      <w:pPr>
        <w:jc w:val="right"/>
      </w:pPr>
      <w:r>
        <w:t>تو اس کو دیکھ کر آپ نے فرمایا ہوگا کہ جنت میں وہ لوگ جائیں گے جن کے دل چڑیوں کے مانند ہوں گے۔</w:t>
      </w:r>
    </w:p>
    <w:p>
      <w:r>
        <w:rPr>
          <w:b/>
        </w:rPr>
        <w:t xml:space="preserve">[03:51] </w:t>
      </w:r>
      <w:r>
        <w:t>aisi misalan ek hadees mein hai ke: "misal al momin kal misal al khamah." momin ki misal narm paudhe jaisi hai.</w:t>
      </w:r>
    </w:p>
    <w:p>
      <w:pPr>
        <w:jc w:val="right"/>
      </w:pPr>
      <w:r>
        <w:t>ایسی مثلاً ایک حدیث میں ہے کہ: "مثل المومن ک مثل الخامہ۔" مومن کی مثال نرم پودے جیسی ہے۔</w:t>
      </w:r>
    </w:p>
    <w:p>
      <w:r>
        <w:rPr>
          <w:b/>
        </w:rPr>
        <w:t xml:space="preserve">[04:00] </w:t>
      </w:r>
      <w:r>
        <w:t>yeh bhi mera qiyas hai ke aap kahin safar mein honge, kahin baithe honge bahar khuli jagah par, aur wahan par koi paudha hoga, koi ghaas hogi,</w:t>
      </w:r>
    </w:p>
    <w:p>
      <w:pPr>
        <w:jc w:val="right"/>
      </w:pPr>
      <w:r>
        <w:t>یہ بھی میرا قیاس ہے کہ آپ کہیں سفر میں ہوں گے، کہیں بیٹھے ہوں گے باہر کھلی جگہ پر، اور وہاں پر کوئی پودا ہوگا، کوئی گھاس ہوگی،</w:t>
      </w:r>
    </w:p>
    <w:p>
      <w:r>
        <w:rPr>
          <w:b/>
        </w:rPr>
        <w:t xml:space="preserve">[04:14] </w:t>
      </w:r>
      <w:r>
        <w:t>hawa chali hogi, woh paudha hila hoga. to aap ne farmaya ke dekho, momin paudhe hi ke manind hota hai, in mein to akkar nahi hoti is mein.</w:t>
      </w:r>
    </w:p>
    <w:p>
      <w:pPr>
        <w:jc w:val="right"/>
      </w:pPr>
      <w:r>
        <w:t>ہوا چلی ہوگی، وہ پودا ہلا ہوگا۔ تو آپ نے فرمایا کہ دیکھو، مومن پودے ہی کے مانند ہوتا ہے، ان میں تو اکڑ نہیں ہوتی اس میں۔</w:t>
      </w:r>
    </w:p>
    <w:p>
      <w:r>
        <w:rPr>
          <w:b/>
        </w:rPr>
        <w:t xml:space="preserve">[04:26] </w:t>
      </w:r>
      <w:r>
        <w:t>to yahi muamla hai is hadees ka jo abhi aap ke samne parhi gayi.</w:t>
      </w:r>
    </w:p>
    <w:p>
      <w:pPr>
        <w:jc w:val="right"/>
      </w:pPr>
      <w:r>
        <w:t>تو یہی معاملہ ہے اس حدیث کا جو ابھی آپ کے سامنے پڑھی گئی۔</w:t>
      </w:r>
    </w:p>
    <w:p>
      <w:r>
        <w:rPr>
          <w:b/>
        </w:rPr>
        <w:t xml:space="preserve">[04:36] </w:t>
      </w:r>
      <w:r>
        <w:t>is hadees ki sharah mein kai baatein kahi gayi hain,</w:t>
      </w:r>
    </w:p>
    <w:p>
      <w:pPr>
        <w:jc w:val="right"/>
      </w:pPr>
      <w:r>
        <w:t>اس حدیث کی شرح میں کئی باتیں کہی گئی ہیں،</w:t>
      </w:r>
    </w:p>
    <w:p>
      <w:r>
        <w:rPr>
          <w:b/>
        </w:rPr>
        <w:t xml:space="preserve">[04:40] </w:t>
      </w:r>
      <w:r>
        <w:t>lekin main samajhta hoon ke is hadees ka matlab hai</w:t>
      </w:r>
    </w:p>
    <w:p>
      <w:pPr>
        <w:jc w:val="right"/>
      </w:pPr>
      <w:r>
        <w:t>لیکن میں سمجھتا ہوں کہ اس حدیث کا مطلب ہے</w:t>
      </w:r>
    </w:p>
    <w:p>
      <w:r>
        <w:rPr>
          <w:b/>
        </w:rPr>
        <w:t xml:space="preserve">[04:46] </w:t>
      </w:r>
      <w:r>
        <w:t>ke chidiya ke dil mein koi haqd, koi hasad, koi jalan, koi shikayat, koi negative thought nahi hota.</w:t>
      </w:r>
    </w:p>
    <w:p>
      <w:pPr>
        <w:jc w:val="right"/>
      </w:pPr>
      <w:r>
        <w:t>کہ چڑیا کے دل میں کوئی حقد، کوئی حسد، کوئی جلن، کوئی شکایت، کوئی نیگیٹیو تھاٹ نہیں ہوتا۔</w:t>
      </w:r>
    </w:p>
    <w:p>
      <w:r>
        <w:rPr>
          <w:b/>
        </w:rPr>
        <w:t xml:space="preserve">[04:59] </w:t>
      </w:r>
      <w:r>
        <w:t>yani is ke nature mein yeh baat maujood nahi hai.</w:t>
      </w:r>
    </w:p>
    <w:p>
      <w:pPr>
        <w:jc w:val="right"/>
      </w:pPr>
      <w:r>
        <w:t>یعنی اس کے نیچر میں یہ بات موجود نہیں ہے۔</w:t>
      </w:r>
    </w:p>
    <w:p>
      <w:r>
        <w:rPr>
          <w:b/>
        </w:rPr>
        <w:t xml:space="preserve">[05:05] </w:t>
      </w:r>
      <w:r>
        <w:t>misalan chidiya kahin hai, kuch woh kha rahi hai, is ka kuch ghiza wahan par hai, kuch kha rahi hai. ab aap wahan pohnche, aap ko dekh kar urr gayi woh.</w:t>
      </w:r>
    </w:p>
    <w:p>
      <w:pPr>
        <w:jc w:val="right"/>
      </w:pPr>
      <w:r>
        <w:t>مثلاً چڑیا کہیں ہے، کچھ وہ کھا رہی ہے، اس کا کچھ غذا وہاں پر ہے، کچھ کھا رہی ہے۔ اب آپ وہاں پہنچے، آپ کو دیکھ کر اڑ گئی وہ۔</w:t>
      </w:r>
    </w:p>
    <w:p>
      <w:r>
        <w:rPr>
          <w:b/>
        </w:rPr>
        <w:t xml:space="preserve">[05:20] </w:t>
      </w:r>
      <w:r>
        <w:t>to jab uregi to shikayat le kar nahi uregi ke dekho, unhon ne mera khana gadbad kar diya,</w:t>
      </w:r>
    </w:p>
    <w:p>
      <w:pPr>
        <w:jc w:val="right"/>
      </w:pPr>
      <w:r>
        <w:t>تو جب اڑے گی تو شکایت لے کر نہیں اڑے گی کہ دیکھو، انہوں نے میرا کھانا گڑبڑ کر دیا،</w:t>
      </w:r>
    </w:p>
    <w:p>
      <w:r>
        <w:rPr>
          <w:b/>
        </w:rPr>
        <w:t xml:space="preserve">[05:33] </w:t>
      </w:r>
      <w:r>
        <w:t>main ne mujhe disturb kar diya.</w:t>
      </w:r>
    </w:p>
    <w:p>
      <w:pPr>
        <w:jc w:val="right"/>
      </w:pPr>
      <w:r>
        <w:t>میں نے مجھے ڈسٹرب کر دیا۔</w:t>
      </w:r>
    </w:p>
    <w:p>
      <w:r>
        <w:rPr>
          <w:b/>
        </w:rPr>
        <w:t xml:space="preserve">[05:37] </w:t>
      </w:r>
      <w:r>
        <w:t>aisa nahi karengi. hatta ke koi bachcha agar wahan kankri phenk de aur urr jaye, tab bhi woh koi shikayat le kar nahi uregi. urr kar jayegi, kisi daale pe baithegi wahan, chehchahayegi.</w:t>
      </w:r>
    </w:p>
    <w:p>
      <w:pPr>
        <w:jc w:val="right"/>
      </w:pPr>
      <w:r>
        <w:t>ایسا نہیں کریں گی۔ حتیٰ کہ کوئی بچہ اگر وہاں کنکری پھینک دے اور اڑ جائے، تب بھی وہ کوئی شکایت لے کر نہیں اڑے گی۔ اڑ کر جائے گی، کسی ڈالے پہ بیٹھے گی وہاں، چہچہائے گی۔</w:t>
      </w:r>
    </w:p>
    <w:p>
      <w:r>
        <w:rPr>
          <w:b/>
        </w:rPr>
        <w:t xml:space="preserve">[05:53] </w:t>
      </w:r>
      <w:r>
        <w:t>na koi protest hai, na koi complaint hai, na koi nafrat hai, na koi negative thinking hai. yahan se cheez hai.</w:t>
      </w:r>
    </w:p>
    <w:p>
      <w:pPr>
        <w:jc w:val="right"/>
      </w:pPr>
      <w:r>
        <w:t>نہ کوئی پروٹیسٹ ہے، نہ کوئی کمپلینٹ ہے، نہ کوئی نفرت ہے، نہ کوئی نیگیٹیو تھنکنگ ہے۔ یہاں سے چیز ہے۔</w:t>
      </w:r>
    </w:p>
    <w:p>
      <w:r>
        <w:rPr>
          <w:b/>
        </w:rPr>
        <w:t xml:space="preserve">[06:05] </w:t>
      </w:r>
      <w:r>
        <w:t>to chidiya ko chidiya ki shakal mein Allah ne ek misal qaim ki hai insaan ke liye.</w:t>
      </w:r>
    </w:p>
    <w:p>
      <w:pPr>
        <w:jc w:val="right"/>
      </w:pPr>
      <w:r>
        <w:t>تو چڑیا کو چڑیا کی شکل میں اللہ نے ایک مثال قائم کی ہے انسان کے لیے۔</w:t>
      </w:r>
    </w:p>
    <w:p>
      <w:r>
        <w:rPr>
          <w:b/>
        </w:rPr>
        <w:t xml:space="preserve">[06:20] </w:t>
      </w:r>
      <w:r>
        <w:t>chidiya insaan nahi hoti, lekin is ki zindagi mein insaan ke liye ek misal hai.</w:t>
      </w:r>
    </w:p>
    <w:p>
      <w:pPr>
        <w:jc w:val="right"/>
      </w:pPr>
      <w:r>
        <w:t>چڑیا انسان نہیں ہوتی، لیکن اس کی زندگی میں انسان کے لیے ایک مثال ہے۔</w:t>
      </w:r>
    </w:p>
    <w:p>
      <w:r>
        <w:rPr>
          <w:b/>
        </w:rPr>
        <w:t xml:space="preserve">[06:25] </w:t>
      </w:r>
      <w:r>
        <w:t>woh yeh hai ke shikayat ke baghair jiyo, protest ke baghair jiyo, negative thinking ke baghair jiyo.</w:t>
      </w:r>
    </w:p>
    <w:p>
      <w:pPr>
        <w:jc w:val="right"/>
      </w:pPr>
      <w:r>
        <w:t>وہ یہ ہے کہ شکایت کے بغیر جیو، پروٹیسٹ کے بغیر جیو، نیگیٹیو تھنکنگ کے بغیر جیو۔</w:t>
      </w:r>
    </w:p>
    <w:p>
      <w:r>
        <w:rPr>
          <w:b/>
        </w:rPr>
        <w:t xml:space="preserve">[06:36] </w:t>
      </w:r>
      <w:r>
        <w:t>yeh hai misaal is ke andar. is mein yeh bhi jo maine kaha ke qiyasa, maine jo kaha ke qiyasi sabab-e-nuzool hota hai, is mein ek bohat bara usool milta hai.</w:t>
      </w:r>
    </w:p>
    <w:p>
      <w:pPr>
        <w:jc w:val="right"/>
      </w:pPr>
      <w:r>
        <w:t>یہ ہے مثال اس کے اندر۔ اس میں یہ بھی جو میں نے کہا کہ قیاساً، میں نے جو کہا کہ قیاسی سببِ نزول ہوتا ہے، اس میں ایک بہت بڑا اصول ملتا ہے۔</w:t>
      </w:r>
    </w:p>
    <w:p>
      <w:r>
        <w:rPr>
          <w:b/>
        </w:rPr>
        <w:t xml:space="preserve">[06:51] </w:t>
      </w:r>
      <w:r>
        <w:t>yeh jo Hazrat Aisha ne farmaya Rasool Allah ke baray mein ke: "kan yadhkur Allah ala kulli ahyaani." woh har mauqa par ya har occasion par Allah ko yaad karte thay.</w:t>
      </w:r>
    </w:p>
    <w:p>
      <w:pPr>
        <w:jc w:val="right"/>
      </w:pPr>
      <w:r>
        <w:t>یہ جو حضرت عائشہ نے فرمایا رسول اللہ کے بارے میں کہ: "کان یذکر اللہ علی کل احیانی۔" وہ ہر موقع پر یا ہر اوکیژن پر اللہ کو یاد کرتے تھے۔</w:t>
      </w:r>
    </w:p>
    <w:p>
      <w:r>
        <w:rPr>
          <w:b/>
        </w:rPr>
        <w:t xml:space="preserve">[07:05] </w:t>
      </w:r>
      <w:r>
        <w:t>ke yeh is is waqe'ay mein ko agar qiyasi sabab-e-nuzool ko shamil karein to ek bohat bara is mein raaz khulta hai, bari bari hikmat maloom hoti hai</w:t>
      </w:r>
    </w:p>
    <w:p>
      <w:pPr>
        <w:jc w:val="right"/>
      </w:pPr>
      <w:r>
        <w:t>کہ یہ اس اس واقعے میں کو اگر قیاسی سببِ نزول کو شامل کریں تو ایک بہت بڑا اس میں راز کھلتا ہے، بڑی بڑی حکمت معلوم ہوتی ہے</w:t>
      </w:r>
    </w:p>
    <w:p>
      <w:r>
        <w:rPr>
          <w:b/>
        </w:rPr>
        <w:t xml:space="preserve">[07:17] </w:t>
      </w:r>
      <w:r>
        <w:t>ke Rasool Allah sal-lal-lahu alaihi wasallam kis tarah Allah ko har mauqa par yaad karte thay. is ke mani ke har mauqa ko ya har occasion ko, har occasion ko aap ek point of reference bana kar ke is se ek sabak lete thay.</w:t>
      </w:r>
    </w:p>
    <w:p>
      <w:pPr>
        <w:jc w:val="right"/>
      </w:pPr>
      <w:r>
        <w:t>کہ رسول اللہ صلی اللہ علیہ وسلم کس طرح اللہ کو ہر موقع پر یاد کرتے تھے۔ اس کے معنی کہ ہر موقع کو یا ہر اوکیژن کو، ہر اوکیژن کو آپ ایک پوائنٹ آف ریفرنس بنا کر کے اس سے ایک سبق لیتے تھے۔</w:t>
      </w:r>
    </w:p>
    <w:p>
      <w:r>
        <w:rPr>
          <w:b/>
        </w:rPr>
        <w:t xml:space="preserve">[07:36] </w:t>
      </w:r>
      <w:r>
        <w:t>point of reference. to yahan par dekhein aap ke chidiya ko aap ne ek point of reference ke taur par istemal kiya.</w:t>
      </w:r>
    </w:p>
    <w:p>
      <w:pPr>
        <w:jc w:val="right"/>
      </w:pPr>
      <w:r>
        <w:t>پوائنٹ آف ریفرنس۔ تو یہاں پر دیکھیں آپ کہ چڑیا کو آپ نے ایک پوائنٹ آف ریفرنس کے طور پر استعمال کیا۔</w:t>
      </w:r>
    </w:p>
    <w:p>
      <w:r>
        <w:rPr>
          <w:b/>
        </w:rPr>
        <w:t xml:space="preserve">[07:46] </w:t>
      </w:r>
      <w:r>
        <w:t>batana yeh tha ke momin ko yani hate free hona chahiye, complaint free hona chahiye, is ke andar shikayat nahi honi chahiye,</w:t>
      </w:r>
    </w:p>
    <w:p>
      <w:pPr>
        <w:jc w:val="right"/>
      </w:pPr>
      <w:r>
        <w:t>بتانا یہ تھا کہ مومن کو یعنی ہیٹ فری ہونا چاہیے، کمپلینٹ فری ہونا چاہیے، اس کے اندر شکایت نہیں ہونی چاہیے،</w:t>
      </w:r>
    </w:p>
    <w:p>
      <w:r>
        <w:rPr>
          <w:b/>
        </w:rPr>
        <w:t xml:space="preserve">[07:59] </w:t>
      </w:r>
      <w:r>
        <w:t>koi manfi soch nahi hona chahiye. batana to yeh tha, lekin ek waqe'a jo guzra ke ek ek chidiya wahan thi, to us ko aap ne point of reference banaya is baat ko kehne ke liye.</w:t>
      </w:r>
    </w:p>
    <w:p>
      <w:pPr>
        <w:jc w:val="right"/>
      </w:pPr>
      <w:r>
        <w:t>کوئی منفی سوچ نہیں ہونا چاہیے۔ بتانا تو یہ تھا، لیکن ایک واقعہ جو گزرا کہ ایک ایک چڑیا وہاں تھی، تو اس کو آپ نے پوائنٹ آف ریفرنس بنایا اس بات کو کہنے کے لیے۔</w:t>
      </w:r>
    </w:p>
    <w:p>
      <w:r>
        <w:rPr>
          <w:b/>
        </w:rPr>
        <w:t xml:space="preserve">[08:15] </w:t>
      </w:r>
      <w:r>
        <w:t>to agar aap is qiyasi sabab-e-nuzool ke usool ko manen to is se Hazrat Aisha ki is riwayat ki ki tashreeh ho jati hai:</w:t>
      </w:r>
    </w:p>
    <w:p>
      <w:pPr>
        <w:jc w:val="right"/>
      </w:pPr>
      <w:r>
        <w:t>تو اگر آپ اس قیاسی سببِ نزول کے اصول کو مانیں تو اس سے حضرت عائشہ کی اس روایت کی کی تشریح ہو جاتی ہے:</w:t>
      </w:r>
    </w:p>
    <w:p>
      <w:r>
        <w:rPr>
          <w:b/>
        </w:rPr>
        <w:t xml:space="preserve">[08:26] </w:t>
      </w:r>
      <w:r>
        <w:t>"kan yadhkur Allah ala kulli ahyaani." ke kis tarah se mukhtalif tajrubaat, mukhtalif waqe'at, mukhtalif mashahidaat ko aap point of reference bana kar is se marifat ka sabak lete thay, tazkiya ka sabak lete thay,</w:t>
      </w:r>
    </w:p>
    <w:p>
      <w:pPr>
        <w:jc w:val="right"/>
      </w:pPr>
      <w:r>
        <w:t>"کان یذکر اللہ علی کل احیانی۔" کہ کس طرح سے مختلف تجربات، مختلف واقعات، مختلف مشاہدات کو آپ پوائنٹ آف ریفرنس بنا کر اس سے معرفت کا سبق لیتے تھے، تزکیہ کا سبق لیتے تھے،</w:t>
      </w:r>
    </w:p>
    <w:p>
      <w:r>
        <w:rPr>
          <w:b/>
        </w:rPr>
        <w:t xml:space="preserve">[08:50] </w:t>
      </w:r>
      <w:r>
        <w:t>imaan mein izafa ka sabak lete thay.</w:t>
      </w:r>
    </w:p>
    <w:p>
      <w:pPr>
        <w:jc w:val="right"/>
      </w:pPr>
      <w:r>
        <w:t>ایمان میں اضافہ کا سبق لیتے تھے۔</w:t>
      </w:r>
    </w:p>
    <w:p>
      <w:r>
        <w:rPr>
          <w:b/>
        </w:rPr>
        <w:t xml:space="preserve">[08:55] </w:t>
      </w:r>
      <w:r>
        <w:t>to dekhein, yeh saada baat nahi hai.</w:t>
      </w:r>
    </w:p>
    <w:p>
      <w:pPr>
        <w:jc w:val="right"/>
      </w:pPr>
      <w:r>
        <w:t>تو دیکھیں، یہ سادہ بات نہیں ہے۔</w:t>
      </w:r>
    </w:p>
    <w:p>
      <w:r>
        <w:rPr>
          <w:b/>
        </w:rPr>
        <w:t xml:space="preserve">[09:05] </w:t>
      </w:r>
      <w:r>
        <w:t>yani chidiya to agar be shikayat jee rahi hai to woh to sirf chidiya hai.</w:t>
      </w:r>
    </w:p>
    <w:p>
      <w:pPr>
        <w:jc w:val="right"/>
      </w:pPr>
      <w:r>
        <w:t>یعنی چڑیا تو اگر بے شکایت جی رہی ہے تو وہ تو صرف چڑیا ہے۔</w:t>
      </w:r>
    </w:p>
    <w:p>
      <w:r>
        <w:rPr>
          <w:b/>
        </w:rPr>
        <w:t xml:space="preserve">[09:13] </w:t>
      </w:r>
      <w:r>
        <w:t>us ke paas to insan jaisa mind nahi hai.</w:t>
      </w:r>
    </w:p>
    <w:p>
      <w:pPr>
        <w:jc w:val="right"/>
      </w:pPr>
      <w:r>
        <w:t>اس کے پاس تو انسان جیسا مائنڈ نہیں ہے۔</w:t>
      </w:r>
    </w:p>
    <w:p>
      <w:r>
        <w:rPr>
          <w:b/>
        </w:rPr>
        <w:t xml:space="preserve">[09:19] </w:t>
      </w:r>
      <w:r>
        <w:t>lekin insan jo hai, agar woh be shikayat ho jaye, agar woh protest aur manfi soch se apne ko khali kar le,</w:t>
      </w:r>
    </w:p>
    <w:p>
      <w:pPr>
        <w:jc w:val="right"/>
      </w:pPr>
      <w:r>
        <w:t>لیکن انسان جو ہے، اگر وہ بے شکایت ہو جائے، اگر وہ پروٹیسٹ اور منفی سوچ سے اپنے کو خالی کر لے،</w:t>
      </w:r>
    </w:p>
    <w:p>
      <w:r>
        <w:rPr>
          <w:b/>
        </w:rPr>
        <w:t xml:space="preserve">[09:33] </w:t>
      </w:r>
      <w:r>
        <w:t>radd-e-amal ki nafsiyat se apne ko khali kar le, to insan ka mind jo hai, woh chidiya ke mind se ek bara waqe'a is ke andar paish aayega.</w:t>
      </w:r>
    </w:p>
    <w:p>
      <w:pPr>
        <w:jc w:val="right"/>
      </w:pPr>
      <w:r>
        <w:t>رد عمل کی نفسیات سے اپنے کو خالی کر لے، تو انسان کا مائنڈ جو ہے، وہ چڑیا کے مائنڈ سے ایک بڑا واقعہ اس کے اندر پیش آئے گا۔</w:t>
      </w:r>
    </w:p>
    <w:p>
      <w:r>
        <w:rPr>
          <w:b/>
        </w:rPr>
        <w:t xml:space="preserve">[09:44] </w:t>
      </w:r>
      <w:r>
        <w:t>woh kya? aap ke mind ko zyada mauqa mil jayega positive thinking ka, intellectual development ka.</w:t>
      </w:r>
    </w:p>
    <w:p>
      <w:pPr>
        <w:jc w:val="right"/>
      </w:pPr>
      <w:r>
        <w:t>وہ کیا؟ آپ کے مائنڈ کو زیادہ موقع مل جائے گا پازیٹیو تھنکنگ کا، انٹلیکچول ڈیولپمنٹ کا۔</w:t>
      </w:r>
    </w:p>
    <w:p>
      <w:r>
        <w:rPr>
          <w:b/>
        </w:rPr>
        <w:t xml:space="preserve">[09:55] </w:t>
      </w:r>
      <w:r>
        <w:t>jab aap kisi shikayat mein, protest mein mubtala hote hain to aap ke mind mein thinking process stop ho jata hai.</w:t>
      </w:r>
    </w:p>
    <w:p>
      <w:pPr>
        <w:jc w:val="right"/>
      </w:pPr>
      <w:r>
        <w:t>جب آپ کسی شکایت میں، پروٹیسٹ میں مبتلا ہوتے ہیں تو آپ کے مائنڈ میں تھنکنگ پروسیس سٹاپ ہو جاتا ہے۔</w:t>
      </w:r>
    </w:p>
    <w:p>
      <w:r>
        <w:rPr>
          <w:b/>
        </w:rPr>
        <w:t xml:space="preserve">[10:03] </w:t>
      </w:r>
      <w:r>
        <w:t>dekhein, yeh namumkin hai ke aap shikayat aur protest ki nafsiyat mein jiyen aur phir bhi aap ke mind mein intellectual process jari rahe.</w:t>
      </w:r>
    </w:p>
    <w:p>
      <w:pPr>
        <w:jc w:val="right"/>
      </w:pPr>
      <w:r>
        <w:t>دیکھیں، یہ ناممکن ہے کہ آپ شکایت اور پروٹیسٹ کی نفسیات میں جئیں اور پھر بھی آپ کے مائنڈ میں انٹلیکچول پروسیس جاری رہے۔</w:t>
      </w:r>
    </w:p>
    <w:p>
      <w:r>
        <w:rPr>
          <w:b/>
        </w:rPr>
        <w:t xml:space="preserve">[10:16] </w:t>
      </w:r>
      <w:r>
        <w:t>nahi, nahi ho sakta aisa.</w:t>
      </w:r>
    </w:p>
    <w:p>
      <w:pPr>
        <w:jc w:val="right"/>
      </w:pPr>
      <w:r>
        <w:t>نہیں، نہیں ہو سکتا ایسا۔</w:t>
      </w:r>
    </w:p>
    <w:p>
      <w:r>
        <w:rPr>
          <w:b/>
        </w:rPr>
        <w:t xml:space="preserve">[10:20] </w:t>
      </w:r>
      <w:r>
        <w:t>to chidiya agar shikayat mein nahi jeeti, agar woh nafrat mein nahi jeeti to us ke liye</w:t>
      </w:r>
    </w:p>
    <w:p>
      <w:pPr>
        <w:jc w:val="right"/>
      </w:pPr>
      <w:r>
        <w:t>تو چڑیا اگر شکایت میں نہیں جیتی، اگر وہ نفرت میں نہیں جیتی تو اس کے لیے</w:t>
      </w:r>
    </w:p>
    <w:p>
      <w:r>
        <w:rPr>
          <w:b/>
        </w:rPr>
        <w:t xml:space="preserve">[10:35] </w:t>
      </w:r>
      <w:r>
        <w:t>ek bohat achi baat hai. lekin chidiya se barh kar insan ke liye achi baat hai yeh.</w:t>
      </w:r>
    </w:p>
    <w:p>
      <w:pPr>
        <w:jc w:val="right"/>
      </w:pPr>
      <w:r>
        <w:t>ایک بہت اچھی بات ہے۔ لیکن چڑیا سے بڑھ کر انسان کے لیے اچھی بات ہے یہ۔</w:t>
      </w:r>
    </w:p>
    <w:p>
      <w:r>
        <w:rPr>
          <w:b/>
        </w:rPr>
        <w:t xml:space="preserve">[10:42] </w:t>
      </w:r>
      <w:r>
        <w:t>kyun ke is wajah se insan na sirf tension free ho jata hai balke jo aala matloob hai, jo sab se bara jo insan ko ki zarurat hai, intellectual development, woh is is ke liye us ko mauqa mil jata hai.</w:t>
      </w:r>
    </w:p>
    <w:p>
      <w:pPr>
        <w:jc w:val="right"/>
      </w:pPr>
      <w:r>
        <w:t>کیونکہ اس وجہ سے انسان نہ صرف ٹینشن فری ہو جاتا ہے بلکہ جو اعلیٰ مطلوب ہے، جو سب سے بڑا جو انسان کو کی ضرورت ہے، انٹلیکچول ڈیولپمنٹ، وہ اس اس کے لیے اس کو موقع مل جاتا ہے۔</w:t>
      </w:r>
    </w:p>
    <w:p>
      <w:r>
        <w:rPr>
          <w:b/>
        </w:rPr>
        <w:t xml:space="preserve">[11:00] </w:t>
      </w:r>
      <w:r>
        <w:t>woh apne aap ko distraction se bachata hai, deviation se bachata hai, zehan ko idhar udhar uljhane se bachata hai.</w:t>
      </w:r>
    </w:p>
    <w:p>
      <w:pPr>
        <w:jc w:val="right"/>
      </w:pPr>
      <w:r>
        <w:t>وہ اپنے آپ کو ڈسٹریکشن سے بچاتا ہے، ڈیوی ایشن سے بچاتا ہے، ذہن کو ادھر ادھر الجھانے سے بچاتا ہے۔</w:t>
      </w:r>
    </w:p>
    <w:p>
      <w:r>
        <w:rPr>
          <w:b/>
        </w:rPr>
        <w:t xml:space="preserve">[11:10] </w:t>
      </w:r>
      <w:r>
        <w:t>phir sara waqt us ko, sari tawajjuh us ko apni laga sakta hai woh positive thinking mein. to ghaur kijiye ke kitni bari baat hai.</w:t>
      </w:r>
    </w:p>
    <w:p>
      <w:pPr>
        <w:jc w:val="right"/>
      </w:pPr>
      <w:r>
        <w:t>پھر سارا وقت اس کو، ساری توجہ اس کو اپنی لگا سکتا ہے وہ پازیٹیو تھنکنگ میں۔ تو غور کیجئے کہ کتنی بڑی بات ہے۔</w:t>
      </w:r>
    </w:p>
    <w:p>
      <w:r>
        <w:rPr>
          <w:b/>
        </w:rPr>
        <w:t xml:space="preserve">[11:26] </w:t>
      </w:r>
      <w:r>
        <w:t>aur yahi hai tazkiya ka tareeqa, marifat lene ka tareeqa.</w:t>
      </w:r>
    </w:p>
    <w:p>
      <w:pPr>
        <w:jc w:val="right"/>
      </w:pPr>
      <w:r>
        <w:t>اور یہی ہے تزکیہ کا طریقہ، معرفت لینے کا طریقہ۔</w:t>
      </w:r>
    </w:p>
    <w:p>
      <w:r>
        <w:rPr>
          <w:b/>
        </w:rPr>
        <w:t xml:space="preserve">[11:34] </w:t>
      </w:r>
      <w:r>
        <w:t>ke aap ek shakhs jab dunya mein zindagi guzarta hai to us ko tarah tarah ke tajrubaat pesh aate hain, tarah tarah ke mushahidaat hote hain,</w:t>
      </w:r>
    </w:p>
    <w:p>
      <w:pPr>
        <w:jc w:val="right"/>
      </w:pPr>
      <w:r>
        <w:t>کہ آپ ایک شخص جب دنیا میں زندگی گزارتا ہے تو اس کو طرح طرح کے تجربات پیش آتے ہیں، طرح طرح کے مشاہدات ہوتے ہیں،</w:t>
      </w:r>
    </w:p>
    <w:p>
      <w:r>
        <w:rPr>
          <w:b/>
        </w:rPr>
        <w:t xml:space="preserve">[11:50] </w:t>
      </w:r>
      <w:r>
        <w:t>tarah tarah ke sooraten saamne aati hain us ke.</w:t>
      </w:r>
    </w:p>
    <w:p>
      <w:pPr>
        <w:jc w:val="right"/>
      </w:pPr>
      <w:r>
        <w:t>طرح طرح کے صورتیں سامنے آتی ہیں اس کے۔</w:t>
      </w:r>
    </w:p>
    <w:p>
      <w:r>
        <w:rPr>
          <w:b/>
        </w:rPr>
        <w:t xml:space="preserve">[11:56] </w:t>
      </w:r>
      <w:r>
        <w:t>to in saare occasion par agar uska mind active hai, uska mind yaani bedaar hai to kya hoga?</w:t>
      </w:r>
    </w:p>
    <w:p>
      <w:pPr>
        <w:jc w:val="right"/>
      </w:pPr>
      <w:r>
        <w:t>تو ان سارے اوکیژن پر اگر اس کا مائنڈ ایکٹیو ہے، اس کا مائنڈ یعنی بیدار ہے تو کیا ہوگا؟</w:t>
      </w:r>
    </w:p>
    <w:p>
      <w:r>
        <w:rPr>
          <w:b/>
        </w:rPr>
        <w:t xml:space="preserve">[12:08] </w:t>
      </w:r>
      <w:r>
        <w:t>har aise tajrube ko woh woh point of reference bana kar ke use tasawwur karega, use lesson draw draw kar lega, us se marifat ki ghiza le ga.</w:t>
      </w:r>
    </w:p>
    <w:p>
      <w:pPr>
        <w:jc w:val="right"/>
      </w:pPr>
      <w:r>
        <w:t>ہر ایسے تجربے کو وہ وہ پوائنٹ آف ریفرنس بنا کر کے اسے توصب کرے گا، اسے لیسن ڈرا ڈرا کر لے گا، اس سے معرفت کی غذا لے گا۔</w:t>
      </w:r>
    </w:p>
    <w:p>
      <w:r>
        <w:rPr>
          <w:b/>
        </w:rPr>
        <w:t xml:space="preserve">[12:21] </w:t>
      </w:r>
      <w:r>
        <w:t>jis tarah shehad ki makkhi phool se necter le leti hai, aisi zyada bade paimane par aap har cheez se, har cheez se apne liye marifat ki ghiza lete rahen ge.</w:t>
      </w:r>
    </w:p>
    <w:p>
      <w:pPr>
        <w:jc w:val="right"/>
      </w:pPr>
      <w:r>
        <w:t>جس طرح شہد کی مکھی پھول سے نیکچر لے لیتی ہے، ایسی زیادہ بڑے پیمانے پر آپ ہر چیز سے، ہر چیز سے اپنے لیے معرفت کی غذا لیتے رہیں گے۔</w:t>
      </w:r>
    </w:p>
    <w:p>
      <w:r>
        <w:rPr>
          <w:b/>
        </w:rPr>
        <w:t xml:space="preserve">[12:38] </w:t>
      </w:r>
      <w:r>
        <w:t>aur jo quran mein hai ke: "warzuq rabbaka khairun ma yastaoon." to yeh rizq rabb kya hai? yeh koi purasrar cheez nahi hai. rizq rabb jo hai quran mein, yeh koi purasrar cheez nahi hai.</w:t>
      </w:r>
    </w:p>
    <w:p>
      <w:pPr>
        <w:jc w:val="right"/>
      </w:pPr>
      <w:r>
        <w:t>اور جو قرآن میں ہے کہ: "ورزق ربک خیر ہو آپ کا۔" تو یہ رزق رب کیا ہے؟ یہ کوئی پراسرار چیز نہیں ہے۔ رزق رب جو ہے قرآن میں، یہ کوئی پراسرار چیز نہیں ہے۔</w:t>
      </w:r>
    </w:p>
    <w:p>
      <w:r>
        <w:rPr>
          <w:b/>
        </w:rPr>
        <w:t xml:space="preserve">[12:49] </w:t>
      </w:r>
      <w:r>
        <w:t>iska matlab yeh hai ke tumhare imaan ne tumhare andar jo shaoori bedari paida ki hai, jo intellectual awakening aayi hai, tumhare jo intellectual awakening aayi hai, tumhare andar iski wajah se aisa hua hai ke har cheez mein tum ko rizq milta rehta hai.</w:t>
      </w:r>
    </w:p>
    <w:p>
      <w:pPr>
        <w:jc w:val="right"/>
      </w:pPr>
      <w:r>
        <w:t>اس کا مطلب یہ ہے کہ تمہارے ایمان نے تمہارے اندر جو شعوری بیداری پیدا کی ہے، جو انٹلیکچول اویکننگ آئی ہے، تمہارے جو انٹلیکچول اویکننگ آئی ہے، تمہارے اندر اس کی وجہ سے ایسا ہوا ہے کہ ہر چیز میں تم کو رزق ملتا رہتا ہے۔</w:t>
      </w:r>
    </w:p>
    <w:p>
      <w:r>
        <w:rPr>
          <w:b/>
        </w:rPr>
        <w:t xml:space="preserve">[13:10] </w:t>
      </w:r>
      <w:r>
        <w:t>har cheez se tum rizq lete rehte ho. jis tarah shehad ki makkhi phoolon se necter leti rehti hai.</w:t>
      </w:r>
    </w:p>
    <w:p>
      <w:pPr>
        <w:jc w:val="right"/>
      </w:pPr>
      <w:r>
        <w:t>ہر چیز سے تم رزق لیتے رہتے ہو۔ جس طرح شہد کی مکھی پھولوں سے نیکچر لیتی رہتی ہے۔</w:t>
      </w:r>
    </w:p>
    <w:p>
      <w:r>
        <w:rPr>
          <w:b/>
        </w:rPr>
        <w:t xml:space="preserve">[13:18] </w:t>
      </w:r>
      <w:r>
        <w:t>to yeh rizq rabb jo hai, koi basira cheez nahi hai. yeh shaoori bedari ka ek lazmi hissa hai.</w:t>
      </w:r>
    </w:p>
    <w:p>
      <w:pPr>
        <w:jc w:val="right"/>
      </w:pPr>
      <w:r>
        <w:t>تو یہ رزق رب جو ہے، کوئی بسیرہ چیز نہیں ہے۔ یہ شعوری بیداری کا ایک لازمی حصہ ہے۔</w:t>
      </w:r>
    </w:p>
    <w:p>
      <w:r>
        <w:rPr>
          <w:b/>
        </w:rPr>
        <w:t xml:space="preserve">[13:30] </w:t>
      </w:r>
      <w:r>
        <w:t>isko kehte hain intellectual awakening. to intellectual awakening agar hogi to yeh lazman aisa hoga. yeh saari baat is mein shamil hai.</w:t>
      </w:r>
    </w:p>
    <w:p>
      <w:pPr>
        <w:jc w:val="right"/>
      </w:pPr>
      <w:r>
        <w:t>اس کو کہتے ہیں انٹلیکچول اویکننگ۔ تو انٹلیکچول اویکننگ اگر ہوگی تو یہ لازماً ایسا ہوگا۔ یہ ساری بات اس میں شامل ہے۔</w:t>
      </w:r>
    </w:p>
    <w:p>
      <w:r>
        <w:rPr>
          <w:b/>
        </w:rPr>
        <w:t xml:space="preserve">[13:43] </w:t>
      </w:r>
      <w:r>
        <w:t>to is hadith par aap ghaur karen to ek ke baad ek aap ko woh bohat si baaten milti chali jayengi. pehli baat yeh milegi ke aap ko shaoori aitbaar se ek bedaar zehan hona chahiye aap ke andar.</w:t>
      </w:r>
    </w:p>
    <w:p>
      <w:pPr>
        <w:jc w:val="right"/>
      </w:pPr>
      <w:r>
        <w:t>تو اس حدیث پر آپ غور کریں تو ایک کے بعد ایک آپ کو وہ بہت سی باتیں ملتی چلی جائیں گی۔ پہلی بات یہ ملے گی کہ آپ کو شعوری اعتبار سے ایک بیدار ذہن ہونا چاہیے آپ کے اندر۔</w:t>
      </w:r>
    </w:p>
    <w:p>
      <w:r>
        <w:rPr>
          <w:b/>
        </w:rPr>
        <w:t xml:space="preserve">[14:04] </w:t>
      </w:r>
      <w:r>
        <w:t>aap ka zehan jo hai, woh shaoori aitbaar se bedaar zehan hona chahiye.</w:t>
      </w:r>
    </w:p>
    <w:p>
      <w:pPr>
        <w:jc w:val="right"/>
      </w:pPr>
      <w:r>
        <w:t>آپ کا ذہن جو ہے، وہ شعوری اعتبار سے بیدار ذہن ہونا چاہیے۔</w:t>
      </w:r>
    </w:p>
    <w:p>
      <w:r>
        <w:rPr>
          <w:b/>
        </w:rPr>
        <w:t xml:space="preserve">[14:12] </w:t>
      </w:r>
      <w:r>
        <w:t>phir yeh ke aap kahin bhi hon, baithe hon, chal rahe hon, kahin bhi hon to aap ke charon taraf mukhtalif qism ke manazir honge, tajrubaat pesh aayenge,</w:t>
      </w:r>
    </w:p>
    <w:p>
      <w:pPr>
        <w:jc w:val="right"/>
      </w:pPr>
      <w:r>
        <w:t>پھر یہ کہ آپ کہیں بھی ہوں، بیٹھے ہوں، چل رہے ہوں، کہیں بھی ہوں تو آپ کے چاروں طرف مختلف قسم کے مناظر ہوں گے، تجربات پیش آئیں گے،</w:t>
      </w:r>
    </w:p>
    <w:p>
      <w:r>
        <w:rPr>
          <w:b/>
        </w:rPr>
        <w:t xml:space="preserve">[14:28] </w:t>
      </w:r>
      <w:r>
        <w:t>aap par mushahidaat guzren ge. un sab ko aap is nazar se dekhen ke aap is mein se koi rizq rabb extract kar saken,</w:t>
      </w:r>
    </w:p>
    <w:p>
      <w:pPr>
        <w:jc w:val="right"/>
      </w:pPr>
      <w:r>
        <w:t>آپ پر مشاہدات گزریں گے۔ ان سب کو آپ اس نظر سے دیکھیں کہ آپ اس میں سے کوئی رزق رب ایکسٹریکٹ کر سکیں،</w:t>
      </w:r>
    </w:p>
    <w:p>
      <w:r>
        <w:rPr>
          <w:b/>
        </w:rPr>
        <w:t xml:space="preserve">[14:39] </w:t>
      </w:r>
      <w:r>
        <w:t>iske andar se koi yaani rabbani sabaq nikaal saken. yeh hona chahiye. chahe woh chidiya ho, chahe ek poda ho, chahe ghaas ho, kuch bhi ho,</w:t>
      </w:r>
    </w:p>
    <w:p>
      <w:pPr>
        <w:jc w:val="right"/>
      </w:pPr>
      <w:r>
        <w:t>اس کے اندر سے کوئی یعنی ربانی سبق نکال سکیں۔ یہ ہونا چاہیے۔ چاہے وہ چڑیا ہو، چاہے ایک پودا ہو، چاہے گھاس ہو، کچھ بھی ہو،</w:t>
      </w:r>
    </w:p>
    <w:p>
      <w:r>
        <w:rPr>
          <w:b/>
        </w:rPr>
        <w:t xml:space="preserve">[14:54] </w:t>
      </w:r>
      <w:r>
        <w:t>har cheez mein ek rizq maujood hota hai. jo arabi shayar ne kaha hai ke: "wa fi kulli shayin lahu aayatun tadullu 'ala annahu al-wahid."</w:t>
      </w:r>
    </w:p>
    <w:p>
      <w:pPr>
        <w:jc w:val="right"/>
      </w:pPr>
      <w:r>
        <w:t>ہر چیز میں ایک رزق موجود ہوتا ہے۔ جو عربی شاعر نے کہا ہے کہ: "وفی کل شی لہو آیت تدل علی انہ الواحد۔</w:t>
      </w:r>
    </w:p>
    <w:p>
      <w:r>
        <w:rPr>
          <w:b/>
        </w:rPr>
        <w:t xml:space="preserve">[15:09] </w:t>
      </w:r>
      <w:r>
        <w:t>" yaani har cheez mein Allah ki ek nishani maujood hai. har cheez mein. lekin us ko paane ke liye shaoori bedari chahiye.</w:t>
      </w:r>
    </w:p>
    <w:p>
      <w:pPr>
        <w:jc w:val="right"/>
      </w:pPr>
      <w:r>
        <w:t>" یعنی ہر چیز میں اللہ کی ایک نشانی موجود ہے۔ ہر چیز میں۔ لیکن اس کو پانے کے لیے شعوری بیداری چاہیے۔</w:t>
      </w:r>
    </w:p>
    <w:p>
      <w:r>
        <w:rPr>
          <w:b/>
        </w:rPr>
        <w:t xml:space="preserve">[15:26] </w:t>
      </w:r>
      <w:r>
        <w:t>yaani awakened mind chahiye.</w:t>
      </w:r>
    </w:p>
    <w:p>
      <w:pPr>
        <w:jc w:val="right"/>
      </w:pPr>
      <w:r>
        <w:t>یعنی اویکنڈ مائنڈ چاہیے۔</w:t>
      </w:r>
    </w:p>
    <w:p>
      <w:r>
        <w:rPr>
          <w:b/>
        </w:rPr>
        <w:t xml:space="preserve">[15:31] </w:t>
      </w:r>
      <w:r>
        <w:t>dunya jo hai, bhari hui hai Allah ki nishaniyon se.</w:t>
      </w:r>
    </w:p>
    <w:p>
      <w:pPr>
        <w:jc w:val="right"/>
      </w:pPr>
      <w:r>
        <w:t>دنیا جو ہے، بھری ہوئی ہے اللہ کی نشانیوں سے۔</w:t>
      </w:r>
    </w:p>
    <w:p>
      <w:r>
        <w:rPr>
          <w:b/>
        </w:rPr>
        <w:t xml:space="preserve">[15:36] </w:t>
      </w:r>
      <w:r>
        <w:t>har zarra, har ghaas, har waqe' mein nishani hai. yaani shehad ki makkhi ke liye to phool ke andar necter hota hai.</w:t>
      </w:r>
    </w:p>
    <w:p>
      <w:pPr>
        <w:jc w:val="right"/>
      </w:pPr>
      <w:r>
        <w:t>ہر ذرہ، ہر گھاس، ہر واقعے میں نشانی ہے۔ یعنی شہد کی مکھی کے لیے تو پھول کے اندر نیکٹر ہوتا ہے۔</w:t>
      </w:r>
    </w:p>
    <w:p>
      <w:r>
        <w:rPr>
          <w:b/>
        </w:rPr>
        <w:t xml:space="preserve">[15:48] </w:t>
      </w:r>
      <w:r>
        <w:t>momin ke liye har zarre zarre mein ek nishani hoti hai.</w:t>
      </w:r>
    </w:p>
    <w:p>
      <w:pPr>
        <w:jc w:val="right"/>
      </w:pPr>
      <w:r>
        <w:t>مومن کے لیے ہر ذرے ذرے میں ایک نشانی ہوتی ہے۔</w:t>
      </w:r>
    </w:p>
    <w:p>
      <w:r>
        <w:rPr>
          <w:b/>
        </w:rPr>
        <w:t xml:space="preserve">[15:53] </w:t>
      </w:r>
      <w:r>
        <w:t>har cheez mein, har cheez mein, har tajrube mein, har mushahide mein, har zarre mein. lekin us ko akhaz karne ke liye bedaar bakht ki zaroorat hai.</w:t>
      </w:r>
    </w:p>
    <w:p>
      <w:pPr>
        <w:jc w:val="right"/>
      </w:pPr>
      <w:r>
        <w:t>ہر چیز میں، ہر چیز میں، ہر تجربے میں، ہر مشاہدے میں، ہر ذرے میں۔ لیکن اس کو اخذ کرنے کے لیے بیدار بخت کی ضرورت ہے۔</w:t>
      </w:r>
    </w:p>
    <w:p>
      <w:r>
        <w:rPr>
          <w:b/>
        </w:rPr>
        <w:t xml:space="preserve">[16:11] </w:t>
      </w:r>
      <w:r>
        <w:t>to is hadith mein yeh saari baaten hain.</w:t>
      </w:r>
    </w:p>
    <w:p>
      <w:pPr>
        <w:jc w:val="right"/>
      </w:pPr>
      <w:r>
        <w:t>تو اس حدیث میں یہ ساری باتیں ہیں۔</w:t>
      </w:r>
    </w:p>
    <w:p>
      <w:r>
        <w:rPr>
          <w:b/>
        </w:rPr>
        <w:t xml:space="preserve">[16:18] </w:t>
      </w:r>
      <w:r>
        <w:t>yaani is hadith mein sirf chidiya ki baat nahi hai.</w:t>
      </w:r>
    </w:p>
    <w:p>
      <w:pPr>
        <w:jc w:val="right"/>
      </w:pPr>
      <w:r>
        <w:t>یعنی اس حدیث میں صرف چڑیا کی بات نہیں ہے۔</w:t>
      </w:r>
    </w:p>
    <w:p>
      <w:r>
        <w:rPr>
          <w:b/>
        </w:rPr>
        <w:t xml:space="preserve">[16:23] </w:t>
      </w:r>
      <w:r>
        <w:t>is hadith mein ek poori</w:t>
      </w:r>
    </w:p>
    <w:p>
      <w:pPr>
        <w:jc w:val="right"/>
      </w:pPr>
      <w:r>
        <w:t>اس حدیث میں ایک پوری</w:t>
      </w:r>
    </w:p>
    <w:p>
      <w:r>
        <w:rPr>
          <w:b/>
        </w:rPr>
        <w:t xml:space="preserve">[16:27] </w:t>
      </w:r>
      <w:r>
        <w:t>hikmat hai. ek mukammal hikmat ke momin ko kis tarah dunya mein rehna chahiye</w:t>
      </w:r>
    </w:p>
    <w:p>
      <w:pPr>
        <w:jc w:val="right"/>
      </w:pPr>
      <w:r>
        <w:t>حکمت ہے۔ ایک مکمل حکمت کہ مومن کو کس طرح دنیا میں رہنا چاہیے</w:t>
      </w:r>
    </w:p>
    <w:p>
      <w:r>
        <w:rPr>
          <w:b/>
        </w:rPr>
        <w:t xml:space="preserve">[16:39] </w:t>
      </w:r>
      <w:r>
        <w:t>aur kis tarah woh dunya se har lamha rizq le sakta hai. to quran mein jo rizq hai ke: "warzuq rabbaka khairun wa abqa." to yeh yeh sirf rasool ki baat nahi hai.</w:t>
      </w:r>
    </w:p>
    <w:p>
      <w:pPr>
        <w:jc w:val="right"/>
      </w:pPr>
      <w:r>
        <w:t>اور کس طرح وہ دنیا سے ہر لمحہ رزق لے سکتا ہے۔ تو قرآن میں جو رزق ہے کہ: "ورزق ربک خیر و افقہ۔" تو یہ یہ صرف رسول کی بات نہیں ہے۔</w:t>
      </w:r>
    </w:p>
    <w:p>
      <w:r>
        <w:rPr>
          <w:b/>
        </w:rPr>
        <w:t xml:space="preserve">[16:53] </w:t>
      </w:r>
      <w:r>
        <w:t>aisa nahi ke rasool ki koi istithnaai khusoosiyat ki baat yeh hai. nahi, yeh momin ki baat hai. har momin ki baat hai. har momin ko is tarah rehna hai ke woh rozana har cheez se rizq rabb haasil karta rahe.</w:t>
      </w:r>
    </w:p>
    <w:p>
      <w:pPr>
        <w:jc w:val="right"/>
      </w:pPr>
      <w:r>
        <w:t>ایسا نہیں کہ رسول کی کوئی استثنائی خصوصیت کی بات یہ ہے۔ نہیں، یہ مومن کی بات ہے۔ ہر مومن کی بات ہے۔ ہر مومن کو اس طرح رہنا ہے کہ وہ روزانہ ہر چیز سے رزق رب حاصل کرتا رہے۔</w:t>
      </w:r>
    </w:p>
    <w:p>
      <w:r>
        <w:rPr>
          <w:b/>
        </w:rPr>
        <w:t xml:space="preserve">[17:14] </w:t>
      </w:r>
      <w:r>
        <w:t>to rizq rabb bhi ek uswa nabwi hai. woh koi khusoosiyat, khusoosiyat nabwi nahi hai.</w:t>
      </w:r>
    </w:p>
    <w:p>
      <w:pPr>
        <w:jc w:val="right"/>
      </w:pPr>
      <w:r>
        <w:t>تو رزق رب بھی ایک اسوہ نبوی ہے۔ وہ کوئی خصوصیت، خصوصیت نبوی نہیں ہے۔</w:t>
      </w:r>
    </w:p>
    <w:p>
      <w:r>
        <w:rPr>
          <w:b/>
        </w:rPr>
        <w:t xml:space="preserve">[17:25] </w:t>
      </w:r>
      <w:r>
        <w:t>to jis tarah aap ko maadi rizq ka maamla hai, maadi rizq aap ek baar nahi le lete, baar baar aap ko chahiye, baar baar aap ko khana hai, baar baar pani peena hai,</w:t>
      </w:r>
    </w:p>
    <w:p>
      <w:pPr>
        <w:jc w:val="right"/>
      </w:pPr>
      <w:r>
        <w:t>تو جس طرح آپ کو مادی رزق کا معاملہ ہے، مادی رزق آپ ایک بار نہیں لے لیتے، بار بار آپ کو چاہیے، بار بار آپ کو کھانا ہے، بار بار پانی پینا ہے،</w:t>
      </w:r>
    </w:p>
    <w:p>
      <w:r>
        <w:rPr>
          <w:b/>
        </w:rPr>
        <w:t xml:space="preserve">[17:42] </w:t>
      </w:r>
      <w:r>
        <w:t>tab aap ka maal jism jo hai, aap ka physical body jo hai, woh sehatmand rehta hai.</w:t>
      </w:r>
    </w:p>
    <w:p>
      <w:pPr>
        <w:jc w:val="right"/>
      </w:pPr>
      <w:r>
        <w:t>تب آپ کا مال جسم جو ہے، آپ کا فزیکل باڈی جو ہے، وہ صحت مند رہتا ہے۔</w:t>
      </w:r>
    </w:p>
    <w:p>
      <w:r>
        <w:rPr>
          <w:b/>
        </w:rPr>
        <w:t xml:space="preserve">[17:50] </w:t>
      </w:r>
      <w:r>
        <w:t>aise hi jo spiritual food hai, jo imani ghiza hai, us ko wahi baar baar milna chahiye. woh kahan se milegi?</w:t>
      </w:r>
    </w:p>
    <w:p>
      <w:pPr>
        <w:jc w:val="right"/>
      </w:pPr>
      <w:r>
        <w:t>ایسے ہی جو اسپریچول فوڈ ہے، جو ایمانی غذا ہے، اس کو وہی بار بار ملنا چاہیے۔ وہ کہاں سے ملے گی؟</w:t>
      </w:r>
    </w:p>
    <w:p>
      <w:r>
        <w:rPr>
          <w:b/>
        </w:rPr>
        <w:t xml:space="preserve">[18:01] </w:t>
      </w:r>
      <w:r>
        <w:t>woh isi tarah milegi ke aap jo cheez bhi dekhein, us se sabak ko extract kar sakein, us se ek sabak ka jo us mein parha hua hai, us ko aap nikaal sakein.</w:t>
      </w:r>
    </w:p>
    <w:p>
      <w:pPr>
        <w:jc w:val="right"/>
      </w:pPr>
      <w:r>
        <w:t>وہ اسی طرح ملے گی کہ آپ جو چیز بھی دیکھیں، اس سے سبق کو ایکسٹریکٹ کر سکیں، اس سے ایک سبق کا جو اس میں پڑھ ہوا ہے، اس کو آپ نکال سکیں۔</w:t>
      </w:r>
    </w:p>
    <w:p>
      <w:r>
        <w:rPr>
          <w:b/>
        </w:rPr>
        <w:t xml:space="preserve">[18:20] </w:t>
      </w:r>
      <w:r>
        <w:t>to yeh hai is hadith ka matlab.</w:t>
      </w:r>
    </w:p>
    <w:p>
      <w:pPr>
        <w:jc w:val="right"/>
      </w:pPr>
      <w:r>
        <w:t>تو یہ ہے اس حدیث کا مطلب۔</w:t>
      </w:r>
    </w:p>
    <w:p>
      <w:r>
        <w:rPr>
          <w:b/>
        </w:rPr>
        <w:t xml:space="preserve">[18:28] </w:t>
      </w:r>
      <w:r>
        <w:t>to mein samajhta hoon ke</w:t>
      </w:r>
    </w:p>
    <w:p>
      <w:pPr>
        <w:jc w:val="right"/>
      </w:pPr>
      <w:r>
        <w:t>تو میں سمجھتا ہوں کہ</w:t>
      </w:r>
    </w:p>
    <w:p>
      <w:r>
        <w:rPr>
          <w:b/>
        </w:rPr>
        <w:t xml:space="preserve">[18:32] </w:t>
      </w:r>
      <w:r>
        <w:t>yeh hadith jitna aap socheinge, jitna socheinge, jitna socheinge, is mein naye naye pehlu aap ko milte chale jayeinge.</w:t>
      </w:r>
    </w:p>
    <w:p>
      <w:pPr>
        <w:jc w:val="right"/>
      </w:pPr>
      <w:r>
        <w:t>یہ حدیث جتنا آپ سوچیں گے، جتنا سوچیں گے، جتنا سوچیں گے، اس میں نئے نئے پہلو آپ کو ملتے چلے جائیں گے۔</w:t>
      </w:r>
    </w:p>
    <w:p>
      <w:r>
        <w:rPr>
          <w:b/>
        </w:rPr>
        <w:t xml:space="preserve">[18:42] </w:t>
      </w:r>
      <w:r>
        <w:t>naye naye pehlu.</w:t>
      </w:r>
    </w:p>
    <w:p>
      <w:pPr>
        <w:jc w:val="right"/>
      </w:pPr>
      <w:r>
        <w:t>نئے نئے پہلو۔</w:t>
      </w:r>
    </w:p>
    <w:p>
      <w:r>
        <w:rPr>
          <w:b/>
        </w:rPr>
        <w:t xml:space="preserve">[18:45] </w:t>
      </w:r>
      <w:r>
        <w:t>abhi mein baitha hua tha apne ghar ke pichle hisse mein to wahan aise hi pesh aaya ke wahan par kuch dana pada hua tha, ek kabootar kha rahi thi.</w:t>
      </w:r>
    </w:p>
    <w:p>
      <w:pPr>
        <w:jc w:val="right"/>
      </w:pPr>
      <w:r>
        <w:t>ابھی میں بیٹھا ہوا تھا اپنے گھر کے پچھلے حصے میں تو وہاں ایسے ہی پیش آیا کہ وہاں پر کچھ دانہ پڑا ہوا تھا، ایک کبوتر کھا رہی تھی۔</w:t>
      </w:r>
    </w:p>
    <w:p>
      <w:r>
        <w:rPr>
          <w:b/>
        </w:rPr>
        <w:t xml:space="preserve">[18:57] </w:t>
      </w:r>
      <w:r>
        <w:t>itne mein kauwa aa gaya. to kauwa chunke bohat hi strong hota hai, kabootar jo hai, itni strong nahi hoti. to jaise hi kauwa aaya, kabootar urh gayi.</w:t>
      </w:r>
    </w:p>
    <w:p>
      <w:pPr>
        <w:jc w:val="right"/>
      </w:pPr>
      <w:r>
        <w:t>اتنے میں کوا آ گیا۔ تو کوا چونکہ بہت ہی سٹرانگ ہوتا ہے، کبوتر جو ہے، اتنی سٹرانگ نہیں ہوتی۔ تو جیسے ہی کوا آیا، کبوتر اڑ گئی۔</w:t>
      </w:r>
    </w:p>
    <w:p>
      <w:r>
        <w:rPr>
          <w:b/>
        </w:rPr>
        <w:t xml:space="preserve">[19:10] </w:t>
      </w:r>
      <w:r>
        <w:t>lekin urh ke kya kiya us ne?</w:t>
      </w:r>
    </w:p>
    <w:p>
      <w:pPr>
        <w:jc w:val="right"/>
      </w:pPr>
      <w:r>
        <w:t>لیکن اڑ کے کیا کیا اس نے؟</w:t>
      </w:r>
    </w:p>
    <w:p>
      <w:r>
        <w:rPr>
          <w:b/>
        </w:rPr>
        <w:t xml:space="preserve">[19:12] </w:t>
      </w:r>
      <w:r>
        <w:t>ja ke shaakh par baith gayi, bohat hi peaceful tareeqe se. koi na shikayat, na koi protest, kuch bhi nahi.</w:t>
      </w:r>
    </w:p>
    <w:p>
      <w:pPr>
        <w:jc w:val="right"/>
      </w:pPr>
      <w:r>
        <w:t>جا کے شاخ پر بیٹھ گئی، بہت ہی پیس فل طریقے سے۔ کوئی نہ شکایت، نہ کوئی پروٹیسٹ، کچھ بھی نہیں۔</w:t>
      </w:r>
    </w:p>
    <w:p>
      <w:r>
        <w:rPr>
          <w:b/>
        </w:rPr>
        <w:t xml:space="preserve">[19:27] </w:t>
      </w:r>
      <w:r>
        <w:t>to asal cheez hai is hadith mein ke momin ko har haal mein musbat soch ke saath dunya mein rehna chahiye.</w:t>
      </w:r>
    </w:p>
    <w:p>
      <w:pPr>
        <w:jc w:val="right"/>
      </w:pPr>
      <w:r>
        <w:t>تو اصل چیز ہے اس حدیث میں کہ مومن کو ہر حال میں مثبت سوچ کے ساتھ دنیا میں رہنا چاہیے۔</w:t>
      </w:r>
    </w:p>
    <w:p>
      <w:r>
        <w:rPr>
          <w:b/>
        </w:rPr>
        <w:t xml:space="preserve">[19:38] </w:t>
      </w:r>
      <w:r>
        <w:t>har haal mein us ko apni positive thinking ko barqarar rakhna chahiye.</w:t>
      </w:r>
    </w:p>
    <w:p>
      <w:pPr>
        <w:jc w:val="right"/>
      </w:pPr>
      <w:r>
        <w:t>ہر حال میں اس کو اپنی پازیٹیو تھنکنگ کو برقرار رکھنا چاہیے۔</w:t>
      </w:r>
    </w:p>
    <w:p>
      <w:r>
        <w:rPr>
          <w:b/>
        </w:rPr>
        <w:t xml:space="preserve">[19:51] </w:t>
      </w:r>
      <w:r>
        <w:t>kyun ke is ki wajah se aap ke andar shukr ka jazba hamesha baqi rahega. kabhi aap nashukri bhi nahi padenge.</w:t>
      </w:r>
    </w:p>
    <w:p>
      <w:pPr>
        <w:jc w:val="right"/>
      </w:pPr>
      <w:r>
        <w:t>کیونکہ اس کی وجہ سے آپ کے اندر شکر کا جذبہ ہمیشہ باقی رہے گا۔ کبھی آپ ناشکری بھی نہیں پڑیں گے۔</w:t>
      </w:r>
    </w:p>
    <w:p>
      <w:r>
        <w:rPr>
          <w:b/>
        </w:rPr>
        <w:t xml:space="preserve">[20:02] </w:t>
      </w:r>
      <w:r>
        <w:t>to ek to is ka pehlu marifat ke aitbaar se hai, zaati marifat. doosra pehlu is ka dawat bhi hai.</w:t>
      </w:r>
    </w:p>
    <w:p>
      <w:pPr>
        <w:jc w:val="right"/>
      </w:pPr>
      <w:r>
        <w:t>تو ایک تو اس کا پہلو معرفت کے اعتبار سے ہے، ذاتی معرفت۔ دوسرا پہلو اس کا دعوت بھی ہے۔</w:t>
      </w:r>
    </w:p>
    <w:p>
      <w:r>
        <w:rPr>
          <w:b/>
        </w:rPr>
        <w:t xml:space="preserve">[20:13] </w:t>
      </w:r>
      <w:r>
        <w:t>yaani momin ko ek taraf dunya se marifat haasil karna hai,</w:t>
      </w:r>
    </w:p>
    <w:p>
      <w:pPr>
        <w:jc w:val="right"/>
      </w:pPr>
      <w:r>
        <w:t>یعنی مومن کو ایک طرف دنیا سے معرفت حاصل کرنا ہے،</w:t>
      </w:r>
    </w:p>
    <w:p>
      <w:r>
        <w:rPr>
          <w:b/>
        </w:rPr>
        <w:t xml:space="preserve">[20:21] </w:t>
      </w:r>
      <w:r>
        <w:t>yeh us ki zaati zaroorat hai. saath saath momin par zimmedari hai dawat ki, doosron tak haq ko pohnchaane ki.</w:t>
      </w:r>
    </w:p>
    <w:p>
      <w:pPr>
        <w:jc w:val="right"/>
      </w:pPr>
      <w:r>
        <w:t>یہ اس کی ذاتی ضرورت ہے۔ ساتھ ساتھ مومن پر ذمہ داری ہے دعوت کی، دوسروں تک حق کو پہنچانے کی۔</w:t>
      </w:r>
    </w:p>
    <w:p>
      <w:r>
        <w:rPr>
          <w:b/>
        </w:rPr>
        <w:t xml:space="preserve">[20:32] </w:t>
      </w:r>
      <w:r>
        <w:t>to is ka bhi gehra taalluq hai is mizaj se. agar aap ke andar yeh mizaj ho ke aap hamesha har haal mein musbat soch par qaim rahein,</w:t>
      </w:r>
    </w:p>
    <w:p>
      <w:pPr>
        <w:jc w:val="right"/>
      </w:pPr>
      <w:r>
        <w:t>تو اس کا بھی گہرا تعلق ہے اس مزاج سے۔ اگر آپ کے اندر یہ مزاج ہو کہ آپ ہمیشہ ہر حال میں مثبت سوچ پر قائم رہیں،</w:t>
      </w:r>
    </w:p>
    <w:p>
      <w:r>
        <w:rPr>
          <w:b/>
        </w:rPr>
        <w:t xml:space="preserve">[20:48] </w:t>
      </w:r>
      <w:r>
        <w:t>manfi halaat pesh aayein, tab bhi aap us ko positivity mein convert kar liya karein,</w:t>
      </w:r>
    </w:p>
    <w:p>
      <w:pPr>
        <w:jc w:val="right"/>
      </w:pPr>
      <w:r>
        <w:t>منفی حالات پیش آئیں، تب بھی آپ اس کو پازیٹیوٹی میں کنورٹ کر لیا کریں،</w:t>
      </w:r>
    </w:p>
    <w:p>
      <w:r>
        <w:rPr>
          <w:b/>
        </w:rPr>
        <w:t xml:space="preserve">[20:58] </w:t>
      </w:r>
      <w:r>
        <w:t>aap shikayat se, nafrat se, ghusse se pak hon to kya hoga? tab apne madu ke mamle mein aap bilkul normal rahenge.</w:t>
      </w:r>
    </w:p>
    <w:p>
      <w:pPr>
        <w:jc w:val="right"/>
      </w:pPr>
      <w:r>
        <w:t>آپ شکایت سے، نفرت سے، غصے سے پاک ہوں تو کیا ہوگا؟ تب اپنے مدعو کے معاملے میں آپ بالکل نارمل رہیں گے۔</w:t>
      </w:r>
    </w:p>
    <w:p>
      <w:r>
        <w:rPr>
          <w:b/>
        </w:rPr>
        <w:t xml:space="preserve">[21:11] </w:t>
      </w:r>
      <w:r>
        <w:t>madu ke samne baat pesh karne ke liye aap bilkul well prepared honge.</w:t>
      </w:r>
    </w:p>
    <w:p>
      <w:pPr>
        <w:jc w:val="right"/>
      </w:pPr>
      <w:r>
        <w:t>مدعو کے سامنے بات پیش کرنے کے لیے آپ بالکل ویل پریپیرڈ ہوں گے۔</w:t>
      </w:r>
    </w:p>
    <w:p>
      <w:r>
        <w:rPr>
          <w:b/>
        </w:rPr>
        <w:t xml:space="preserve">[21:19] </w:t>
      </w:r>
      <w:r>
        <w:t>is ke bar aks agar aap ke andar manfi soch aa jaye, aap ke andar ghussa aur nafrat aa jaye to is haal, is ke sath sath aap kabhi bhi dawat ka kaam nahi kar sakte.</w:t>
      </w:r>
    </w:p>
    <w:p>
      <w:pPr>
        <w:jc w:val="right"/>
      </w:pPr>
      <w:r>
        <w:t>اس کے برعکس اگر آپ کے اندر منفی سوچ آ جائے، آپ کے اندر غصہ اور نفرت آ جائے تو اس حال، اس کے ساتھ ساتھ آپ کبھی بھی دعوت کا کام نہیں کر سکتے۔</w:t>
      </w:r>
    </w:p>
    <w:p>
      <w:r>
        <w:rPr>
          <w:b/>
        </w:rPr>
        <w:t xml:space="preserve">[21:35] </w:t>
      </w:r>
      <w:r>
        <w:t>yani dawat ka kaam karne ke liye dai ko hamesha madu friendly rehna padta hai.</w:t>
      </w:r>
    </w:p>
    <w:p>
      <w:pPr>
        <w:jc w:val="right"/>
      </w:pPr>
      <w:r>
        <w:t>یعنی دعوت کا کام کرنے کے لیے داعی کو ہمیشہ مدعو فرینڈلی رہنا پڑتا ہے۔</w:t>
      </w:r>
    </w:p>
    <w:p>
      <w:r>
        <w:rPr>
          <w:b/>
        </w:rPr>
        <w:t xml:space="preserve">[21:45] </w:t>
      </w:r>
      <w:r>
        <w:t>hamesha madu friendly zehan ko baqi rakhna padta hai. to wo bhi is sabak is ke andar maujood hai.</w:t>
      </w:r>
    </w:p>
    <w:p>
      <w:pPr>
        <w:jc w:val="right"/>
      </w:pPr>
      <w:r>
        <w:t>ہمیشہ مدعو فرینڈلی ذہن کو باقی رکھنا پڑتا ہے۔ تو وہ بھی اس سبق اس کے اندر موجود ہے۔</w:t>
      </w:r>
    </w:p>
    <w:p>
      <w:r>
        <w:rPr>
          <w:b/>
        </w:rPr>
        <w:t xml:space="preserve">[21:59] </w:t>
      </w:r>
      <w:r>
        <w:t>yani dunya se aap ko jo marifat ka rizq lena hai cheezon se, is ke liye bhi aap ko namuna hai chidiya ki zindagi mein.</w:t>
      </w:r>
    </w:p>
    <w:p>
      <w:pPr>
        <w:jc w:val="right"/>
      </w:pPr>
      <w:r>
        <w:t>یعنی دنیا سے آپ کو جو معرفت کا رزق لینا ہے چیزوں سے، اس کے لیے بھی آپ کو نمونہ ہے چڑیا کی زندگی میں۔</w:t>
      </w:r>
    </w:p>
    <w:p>
      <w:r>
        <w:rPr>
          <w:b/>
        </w:rPr>
        <w:t xml:space="preserve">[22:10] </w:t>
      </w:r>
      <w:r>
        <w:t>isi ke sath sath aap ko jo dawat ka kaam karna hai, is ka bhi yahan par aap ko sabak milta hai ke agar aap apne aap ko,</w:t>
      </w:r>
    </w:p>
    <w:p>
      <w:pPr>
        <w:jc w:val="right"/>
      </w:pPr>
      <w:r>
        <w:t>اسی کے ساتھ ساتھ آپ کو جو دعوت کا کام کرنا ہے، اس کا بھی یہاں پر آپ کو سبق ملتا ہے کہ اگر آپ اپنے آپ کو،</w:t>
      </w:r>
    </w:p>
    <w:p>
      <w:r>
        <w:rPr>
          <w:b/>
        </w:rPr>
        <w:t xml:space="preserve">[22:25] </w:t>
      </w:r>
      <w:r>
        <w:t>yani agar main kahoon ke tair culture ya bird culture par kaam rakhenge to yeh dono cheezein hasil hongi.</w:t>
      </w:r>
    </w:p>
    <w:p>
      <w:pPr>
        <w:jc w:val="right"/>
      </w:pPr>
      <w:r>
        <w:t>یعنی اگر میں کہوں کہ طائر کلچر یا برڈ کلچر پر کام رکھیں گے تو یہ دونوں چیزیں حاصل ہوں گی۔</w:t>
      </w:r>
    </w:p>
    <w:p>
      <w:r>
        <w:rPr>
          <w:b/>
        </w:rPr>
        <w:t xml:space="preserve">[22:36] </w:t>
      </w:r>
      <w:r>
        <w:t>yani yeh jo sifat batai, yani chidiya ki sifat batai, is ko aap keh sakte hain tair culture ya bird culture.</w:t>
      </w:r>
    </w:p>
    <w:p>
      <w:pPr>
        <w:jc w:val="right"/>
      </w:pPr>
      <w:r>
        <w:t>یعنی یہ جو صفت بتائی، یعنی چڑیا کی صفت بتائی، اس کو آپ کہہ سکتے ہیں طائر کلچر یا برڈ کلچر۔</w:t>
      </w:r>
    </w:p>
    <w:p>
      <w:r>
        <w:rPr>
          <w:b/>
        </w:rPr>
        <w:t xml:space="preserve">[22:46] </w:t>
      </w:r>
      <w:r>
        <w:t>to bird culture jo hai, bohat hi ahem hai insan ke liye ek aisi shakhsiyat banane ke liye, insan ke andar ek aisi shakhsiyat banane ke liye jo is ke liye har aitbar</w:t>
      </w:r>
    </w:p>
    <w:p>
      <w:pPr>
        <w:jc w:val="right"/>
      </w:pPr>
      <w:r>
        <w:t>تو برڈ کلچر جو ہے، بہت ہی اہم ہے انسان کے لیے ایک ایسی شخصیت بنانے کے لیے، انسان کے اندر ایک ایسی شخصیت بنانے کے لیے جو اس کے لیے ہر اعتبار</w:t>
      </w:r>
    </w:p>
    <w:p>
      <w:r>
        <w:rPr>
          <w:b/>
        </w:rPr>
        <w:t xml:space="preserve">[23:05] </w:t>
      </w:r>
      <w:r>
        <w:t>se mufeed ho, yani marifat ke huzoor ke aitbar se bhi aur dawat ki zimmedari ko ada karne ke aitbar se bhi. to is hadith mein goya bird culture ki baat kahi gayi hai.</w:t>
      </w:r>
    </w:p>
    <w:p>
      <w:pPr>
        <w:jc w:val="right"/>
      </w:pPr>
      <w:r>
        <w:t>سے مفید ہو، یعنی معرفت کے حضور کے اعتبار سے بھی اور دعوت کی ذمہ داری کو ادا کرنے کے اعتبار سے بھی۔ تو اس حدیث میں گویا برڈ کلچر کی بات کہی گئی ہے۔</w:t>
      </w:r>
    </w:p>
    <w:p>
      <w:r>
        <w:rPr>
          <w:b/>
        </w:rPr>
        <w:t xml:space="preserve">[23:18] </w:t>
      </w:r>
      <w:r>
        <w:t>yani hadith ka sabak yeh hai ke ahl e iman ko chahiye ke wo bird culture ko ikhtiyar karen.</w:t>
      </w:r>
    </w:p>
    <w:p>
      <w:pPr>
        <w:jc w:val="right"/>
      </w:pPr>
      <w:r>
        <w:t>یعنی حدیث کا سبق یہ ہے کہ اہل ایمان کو چاہیے کہ وہ برڈ کلچر کو اختیار کریں۔</w:t>
      </w:r>
    </w:p>
    <w:p>
      <w:r>
        <w:rPr>
          <w:b/>
        </w:rPr>
        <w:t xml:space="preserve">[23:29] </w:t>
      </w:r>
      <w:r>
        <w:t>bird culture ko ikhtiyar karen</w:t>
      </w:r>
    </w:p>
    <w:p>
      <w:pPr>
        <w:jc w:val="right"/>
      </w:pPr>
      <w:r>
        <w:t>برڈ کلچر کو اختیار کریں</w:t>
      </w:r>
    </w:p>
    <w:p>
      <w:r>
        <w:rPr>
          <w:b/>
        </w:rPr>
        <w:t xml:space="preserve">[23:32] </w:t>
      </w:r>
      <w:r>
        <w:t>to un ka iman bhi taraqqi karta rahega aur wo dawat ke liye bhi hamesha, yani well prepared rahenge.</w:t>
      </w:r>
    </w:p>
    <w:p>
      <w:pPr>
        <w:jc w:val="right"/>
      </w:pPr>
      <w:r>
        <w:t>تو ان کا ایمان بھی ترقی کرتا رہے گا اور وہ دعوت کے لیے بھی ہمیشہ، یعنی ویل پریپیرڈ رہیں گے۔</w:t>
      </w:r>
    </w:p>
    <w:p>
      <w:r>
        <w:rPr>
          <w:b/>
        </w:rPr>
        <w:t xml:space="preserve">[23:46] </w:t>
      </w:r>
      <w:r>
        <w:t>to kaisa ajeeb sabak hai jo is hadith mein hai.</w:t>
      </w:r>
    </w:p>
    <w:p>
      <w:pPr>
        <w:jc w:val="right"/>
      </w:pPr>
      <w:r>
        <w:t>تو کیسا عجیب سبق ہے جو اس حدیث میں ہے۔</w:t>
      </w:r>
    </w:p>
    <w:p>
      <w:r>
        <w:rPr>
          <w:b/>
        </w:rPr>
        <w:t xml:space="preserve">[23:52] </w:t>
      </w:r>
      <w:r>
        <w:t>main samajhta hoon ke Allah taala ne poori yeh jo dunya banai hai, is mein insan ke siwa jo madi cheezein hain ya jo hawani cheezein hain, un sab ko Allah taala ne tamseel bana diya insan ke liye.</w:t>
      </w:r>
    </w:p>
    <w:p>
      <w:pPr>
        <w:jc w:val="right"/>
      </w:pPr>
      <w:r>
        <w:t>میں سمجھتا ہوں کہ اللہ تعالی نے پوری یہ جو دنیا بنائی ہے، اس میں انسان کے سوا جو مادی چیزیں ہیں یا جو حیوانی چیزیں ہیں، ان سب کو اللہ تعالی نے تمثیل بنا دیا انسان کے لیے۔</w:t>
      </w:r>
    </w:p>
    <w:p>
      <w:r>
        <w:rPr>
          <w:b/>
        </w:rPr>
        <w:t xml:space="preserve">[24:07] </w:t>
      </w:r>
      <w:r>
        <w:t>har cheez mein ek tamseel hai. insani behavior ke liye hawani zindagi mein ya suraj aur chand mein, sitare aur sayare mein madi tamseelat qaim kar di gayi hain.</w:t>
      </w:r>
    </w:p>
    <w:p>
      <w:pPr>
        <w:jc w:val="right"/>
      </w:pPr>
      <w:r>
        <w:t>ہر چیز میں ایک تمثیل ہے۔ انسانی بیہیویئر کے لیے حیوانی زندگی میں یا سورج اور چاند میں، ستارے اور سیارے میں مادی تمثیلات قائم کر دی گئی ہیں۔</w:t>
      </w:r>
    </w:p>
    <w:p>
      <w:r>
        <w:rPr>
          <w:b/>
        </w:rPr>
        <w:t xml:space="preserve">[24:23] </w:t>
      </w:r>
      <w:r>
        <w:t>to yahan par chidiya ki zindagi mein ek tamseel qaim kar di gayi hai. wo tamseel ko hum kahenge bird culture. to bird culture jo hai, wo aap ko batata hai ke imani culture kya hona chahiye.</w:t>
      </w:r>
    </w:p>
    <w:p>
      <w:pPr>
        <w:jc w:val="right"/>
      </w:pPr>
      <w:r>
        <w:t>تو یہاں پر چڑیا کی زندگی میں ایک تمثیل قائم کر دی گئی ہے۔ وہ تمثیل کو ہم کہیں گے برڈ کلچر۔ تو برڈ کلچر جو ہے، وہ آپ کو بتاتا ہے کہ ایمانی کلچر کیا ہونا چاہیے۔</w:t>
      </w:r>
    </w:p>
    <w:p>
      <w:r>
        <w:rPr>
          <w:b/>
        </w:rPr>
        <w:t xml:space="preserve">[24:41] </w:t>
      </w:r>
      <w:r>
        <w:t>bird culture ko aap jitna zyada sochenge to aap ko maloom hoga ke imani culture kya hona chahiye.</w:t>
      </w:r>
    </w:p>
    <w:p>
      <w:pPr>
        <w:jc w:val="right"/>
      </w:pPr>
      <w:r>
        <w:t>برڈ کلچر کو آپ جتنا زیادہ سوچیں گے تو آپ کو معلوم ہوگا کہ ایمانی کلچر کیا ہونا چاہیے۔</w:t>
      </w:r>
    </w:p>
    <w:p>
      <w:r>
        <w:rPr>
          <w:b/>
        </w:rPr>
        <w:t xml:space="preserve">[24:49] </w:t>
      </w:r>
      <w:r>
        <w:t>aur chunke aap insan hain to aap mazeed izafe ke sath bird culture ko apnayenge. chidiyon mein jo bird culture hai, wo to bohat محدود معنی mein hai.</w:t>
      </w:r>
    </w:p>
    <w:p>
      <w:pPr>
        <w:jc w:val="right"/>
      </w:pPr>
      <w:r>
        <w:t>اور چونکہ آپ انسان ہیں تو آپ مزید اضافے کے ساتھ برڈ کلچر کو اپنائیں گے۔ چڑیوں میں جو برڈ کلچر ہے، وہ تو بہت محدود معنی میں ہے۔</w:t>
      </w:r>
    </w:p>
    <w:p>
      <w:r>
        <w:rPr>
          <w:b/>
        </w:rPr>
        <w:t xml:space="preserve">[25:03] </w:t>
      </w:r>
      <w:r>
        <w:t>kyun ke un ka zehn محدود hai, un ki un ki aql محدود hai. lekin insan jab is ko ikhtiyar karega, bird culture ko to wo zyada waseeh peymane, waseeh معنی mein is ko ikhtiyar karega.</w:t>
      </w:r>
    </w:p>
    <w:p>
      <w:pPr>
        <w:jc w:val="right"/>
      </w:pPr>
      <w:r>
        <w:t>کیونکہ ان کا ذہن محدود ہے، ان کی ان کی عقل محدود ہے۔ لیکن انسان جب اس کو اختیار کرے گا، برڈ کلچر کو تو وہ زیادہ وسیع پیمانے، وسیع معنی میں اس کو اختیار کرے گا۔</w:t>
      </w:r>
    </w:p>
    <w:p>
      <w:r>
        <w:rPr>
          <w:b/>
        </w:rPr>
        <w:t xml:space="preserve">[25:21] </w:t>
      </w:r>
      <w:r>
        <w:t>to chidiyon ki shakal mein bird culture ek bohat hi محدود daira mein hota hai. lekin insani shakal mein bird culture jo hai, bohat zyada is ka daira badh jayega.</w:t>
      </w:r>
    </w:p>
    <w:p>
      <w:pPr>
        <w:jc w:val="right"/>
      </w:pPr>
      <w:r>
        <w:t>تو چڑیوں کی شکل میں برڈ کلچر ایک بہت ہی محدود دائرے میں ہوتا ہے۔ لیکن انسانی شکل میں برڈ کلچر جو ہے، بہت زیادہ اس کا دائرہ بڑھ جائے گا۔</w:t>
      </w:r>
    </w:p>
    <w:p>
      <w:r>
        <w:rPr>
          <w:b/>
        </w:rPr>
        <w:t xml:space="preserve">[25:36] </w:t>
      </w:r>
      <w:r>
        <w:t>sari kainat, sari insaniyat, zindagi ke tamam mamlaat is ke is ke andar shamil ho jayenge.</w:t>
      </w:r>
    </w:p>
    <w:p>
      <w:pPr>
        <w:jc w:val="right"/>
      </w:pPr>
      <w:r>
        <w:t>ساری کائنات، ساری انسانیت، زندگی کے تمام معاملات اس کے اس کے اندر شامل ہو جائیں گے۔</w:t>
      </w:r>
    </w:p>
    <w:p>
      <w:r>
        <w:rPr>
          <w:b/>
        </w:rPr>
        <w:t xml:space="preserve">[25:47] </w:t>
      </w:r>
      <w:r>
        <w:t>to kaisi ajeeb baat hai jo is choti si hadith mein batai gayi hai. lekin aisa baat hai soch ke maloom hoti hai. yaad rakhiye, kisi hadith ya ayat mein jo tarjuma hota hai,</w:t>
      </w:r>
    </w:p>
    <w:p>
      <w:pPr>
        <w:jc w:val="right"/>
      </w:pPr>
      <w:r>
        <w:t>تو کیسی عجیب بات ہے جو اس چھوٹی سی حدیث میں بتائی گئی ہے۔ لیکن ایسا بات ہے سوچ کے معلوم ہوتی ہے۔ یاد رکھیے، کسی حدیث یا آیت میں جو ترجمہ ہوتا ہے،</w:t>
      </w:r>
    </w:p>
    <w:p>
      <w:r>
        <w:rPr>
          <w:b/>
        </w:rPr>
        <w:t xml:space="preserve">[26:00] </w:t>
      </w:r>
      <w:r>
        <w:t>wo to bohat hi sirf tarjume ko agar aap janen to aap bohat kam baton ko janenge.</w:t>
      </w:r>
    </w:p>
    <w:p>
      <w:pPr>
        <w:jc w:val="right"/>
      </w:pPr>
      <w:r>
        <w:t>وہ تو بہت ہی صرف ترجمے کو اگر آپ جانیں تو آپ بہت کم باتوں کو جانیں گے۔</w:t>
      </w:r>
    </w:p>
    <w:p>
      <w:r>
        <w:rPr>
          <w:b/>
        </w:rPr>
        <w:t xml:space="preserve">[26:08] </w:t>
      </w:r>
      <w:r>
        <w:t>kyunke hadith mein hai ke quran ke bare mein ke "likull aayatin minha zahrun wa tar" har aayat ka ek ek yaani yun keh sakte hain ke har aayat ka ek ek literal mafhoom hai aur doosra iska yaani yaani gehri iske andar jo baat hai woh hai.</w:t>
      </w:r>
    </w:p>
    <w:p>
      <w:pPr>
        <w:jc w:val="right"/>
      </w:pPr>
      <w:r>
        <w:t>کیونکہ حدیث میں ہے کہ قرآن کے بارے میں کہ "لکل آیت منہا زہر وطر"۔ ہر آیت کا ایک، ایک یعنی یوں کہہ سکتے ہیں کہ ہر آیت کا ایک، ایک لٹرل مفہوم ہے اور دوسرا اس کا، یعنی یعنی گہری اس کے اندر جو بات ہے، وہ ہے۔</w:t>
      </w:r>
    </w:p>
    <w:p>
      <w:r>
        <w:rPr>
          <w:b/>
        </w:rPr>
        <w:t xml:space="preserve">[26:33] </w:t>
      </w:r>
      <w:r>
        <w:t>to yahi hadith ka mamla bhi hai.</w:t>
      </w:r>
    </w:p>
    <w:p>
      <w:pPr>
        <w:jc w:val="right"/>
      </w:pPr>
      <w:r>
        <w:t>تو یہی حدیث کا معاملہ بھی ہے۔</w:t>
      </w:r>
    </w:p>
    <w:p>
      <w:r>
        <w:rPr>
          <w:b/>
        </w:rPr>
        <w:t xml:space="preserve">[26:37] </w:t>
      </w:r>
      <w:r>
        <w:t>yahi mamla hadith ka bhi hai ke ek ek zahiri mafhoom hai jo tarjume se aap samajh lete hain lekin ek ek ek ek deeper mafhoom hai deeper mafhoom hai.</w:t>
      </w:r>
    </w:p>
    <w:p>
      <w:pPr>
        <w:jc w:val="right"/>
      </w:pPr>
      <w:r>
        <w:t>یہی معاملہ حدیث کا بھی ہے کہ ایک، ایک ظاہری مفہوم ہے جو ترجمے سے آپ سمجھ لیتے ہیں۔ لیکن ایک، ایک، ایک، ایک ڈیپر مفہوم ہے، ڈیپر مفہوم ہے۔</w:t>
      </w:r>
    </w:p>
    <w:p>
      <w:r>
        <w:rPr>
          <w:b/>
        </w:rPr>
        <w:t xml:space="preserve">[26:50] </w:t>
      </w:r>
      <w:r>
        <w:t>woh ghore karne se samajh aata hai.</w:t>
      </w:r>
    </w:p>
    <w:p>
      <w:pPr>
        <w:jc w:val="right"/>
      </w:pPr>
      <w:r>
        <w:t>وہ غور کرنے سے سمجھ آتا ہے۔</w:t>
      </w:r>
    </w:p>
    <w:p>
      <w:r>
        <w:rPr>
          <w:b/>
        </w:rPr>
        <w:t xml:space="preserve">[26:55] </w:t>
      </w:r>
      <w:r>
        <w:t>to jab is hadith par aap ghore karenge to ismein to mani ka samandar hai mani ka samandar.</w:t>
      </w:r>
    </w:p>
    <w:p>
      <w:pPr>
        <w:jc w:val="right"/>
      </w:pPr>
      <w:r>
        <w:t>تو جب اس حدیث پر آپ غور کریں گے تو اس میں تو معنی کا سمندر ہے۔ معنی کا سمندر۔</w:t>
      </w:r>
    </w:p>
    <w:p>
      <w:r>
        <w:rPr>
          <w:b/>
        </w:rPr>
        <w:t xml:space="preserve">[27:07] </w:t>
      </w:r>
      <w:r>
        <w:t>allah haqeeqat hai ke allah taala ne har cheez mein chahe ek zara ho ya pahad ho ek cheenti ho ya chidiya ho usko insani behavior ke liye ek tamseel bana diya hai.</w:t>
      </w:r>
    </w:p>
    <w:p>
      <w:pPr>
        <w:jc w:val="right"/>
      </w:pPr>
      <w:r>
        <w:t>اللہ حقیقت ہے کہ اللہ تعالی نے ہر چیز میں، چاہے ایک ذرہ ہو یا پہاڑ ہو، ایک چیونٹی ہو یا چڑیا ہو، اس کو انسانی بیہیویئر کے لیے ایک تمثیل بنا دیا ہے۔</w:t>
      </w:r>
    </w:p>
    <w:p>
      <w:r>
        <w:rPr>
          <w:b/>
        </w:rPr>
        <w:t xml:space="preserve">[27:18] </w:t>
      </w:r>
      <w:r>
        <w:t>tamseel yeh ek takhleeq ka hissa hai yeh isi ki taraf rasool allah ne ishara farmaya.</w:t>
      </w:r>
    </w:p>
    <w:p>
      <w:pPr>
        <w:jc w:val="right"/>
      </w:pPr>
      <w:r>
        <w:t>تمثیل۔ یہ ایک تخلیق کا حصہ ہے۔ یہ اسی کی طرف رسول اللہ نے اشارہ فرمایا۔</w:t>
      </w:r>
    </w:p>
    <w:p>
      <w:r>
        <w:rPr>
          <w:b/>
        </w:rPr>
        <w:t xml:space="preserve">[27:27] </w:t>
      </w:r>
      <w:r>
        <w:t>jo rasool allah ne ishara farmaya woh haqeeqat mein isko aap fitrat se jodiye fitrat se nizam fitrat se.</w:t>
      </w:r>
    </w:p>
    <w:p>
      <w:pPr>
        <w:jc w:val="right"/>
      </w:pPr>
      <w:r>
        <w:t>جو رسول اللہ نے اشارہ فرمایا، وہ حقیقت میں اس کو آپ فطرت سے جوڑیے، فطرت سے، نظام فطرت سے۔</w:t>
      </w:r>
    </w:p>
    <w:p>
      <w:r>
        <w:rPr>
          <w:b/>
        </w:rPr>
        <w:t xml:space="preserve">[27:36] </w:t>
      </w:r>
      <w:r>
        <w:t>yaani aapne bataya ke fitrat ka jo nizam allah taala ne banaya us fitrat ke nizam mein is tarah ki tamseelat qaim kar di gayi hain ke tumhare liye chidiya mein bhi sabak hai har cheez mein sabak hai.</w:t>
      </w:r>
    </w:p>
    <w:p>
      <w:pPr>
        <w:jc w:val="right"/>
      </w:pPr>
      <w:r>
        <w:t>یعنی آپ نے بتایا کہ فطرت کا جو نظام اللہ تعالی نے بنایا، اس فطرت کے نظام میں اس طرح کی تمثیلات قائم کر دی گئی ہیں کہ تمہارے لیے چڑیا میں بھی سبق ہے، ہر چیز میں سبق ہے۔</w:t>
      </w:r>
    </w:p>
    <w:p>
      <w:r>
        <w:rPr>
          <w:b/>
        </w:rPr>
        <w:t xml:space="preserve">[27:54] </w:t>
      </w:r>
      <w:r>
        <w:t>to main samajhta hoon ke isi ek hadith ko le kar agar aadmi soche to uski zindagi ko durust karne ke liye kafi ho jaye.</w:t>
      </w:r>
    </w:p>
    <w:p>
      <w:pPr>
        <w:jc w:val="right"/>
      </w:pPr>
      <w:r>
        <w:t>تو میں سمجھتا ہوں کہ اسی ایک حدیث کو لے کر اگر آدمی سوچے تو اس کی زندگی کو درست کرنے کے لیے کافی ہو جائے۔</w:t>
      </w:r>
    </w:p>
    <w:p>
      <w:r>
        <w:rPr>
          <w:b/>
        </w:rPr>
        <w:t xml:space="preserve">[28:05] </w:t>
      </w:r>
      <w:r>
        <w:t>yaani sirf chidiya ko ghore kar ke agar woh bird culture ko daryaft kare to yahi ek waqea iske liye poori zindagi ki islaah ke liye kafi ho jayega.</w:t>
      </w:r>
    </w:p>
    <w:p>
      <w:pPr>
        <w:jc w:val="right"/>
      </w:pPr>
      <w:r>
        <w:t>یعنی صرف چڑیا کو غور کر کے اگر وہ برڈ کلچر کو دریافت کرے تو یہی ایک واقعہ اس کے لیے پوری زندگی کی اصلاح کے لیے کافی ہو جائے گا۔</w:t>
      </w:r>
    </w:p>
    <w:p>
      <w:r>
        <w:rPr>
          <w:b/>
        </w:rPr>
        <w:t xml:space="preserve">[28:20] </w:t>
      </w:r>
      <w:r>
        <w:t>poori zindagi ki islaah ke liye yaani bird culture chidiya ke liye to mehdood hai lekin insaan ke liye to la mehdood ban jayega.</w:t>
      </w:r>
    </w:p>
    <w:p>
      <w:pPr>
        <w:jc w:val="right"/>
      </w:pPr>
      <w:r>
        <w:t>پوری زندگی کی اصلاح کے لیے۔ یعنی برڈ کلچر چڑیا کے لیے تو محدود ہے، لیکن انسان کے لیے تو لامحدود بن جائے گا۔</w:t>
      </w:r>
    </w:p>
    <w:p>
      <w:r>
        <w:rPr>
          <w:b/>
        </w:rPr>
        <w:t xml:space="preserve">[28:32] </w:t>
      </w:r>
      <w:r>
        <w:t>yahi tareeqa hai islaah ka yahi tareeqa hai tazkiya ka yahi tareeqa hai yaani marifat ka yahi tareeqa hai imaan mein izafe ka yeh sab cheezein isi ke isi ke yaani zehan mein aati hain.</w:t>
      </w:r>
    </w:p>
    <w:p>
      <w:pPr>
        <w:jc w:val="right"/>
      </w:pPr>
      <w:r>
        <w:t>یہی طریقہ ہے اصلاح کا، یہی طریقہ ہے تزکیہ کا، یہی طریقہ ہے یعنی معرفت کا، یہی طریقہ ہے ایمان میں اضافے کا۔ یہ سب چیزیں اسی کے، اسی کے یعنی ذہن میں آتی ہیں۔</w:t>
      </w:r>
    </w:p>
    <w:p>
      <w:r>
        <w:rPr>
          <w:b/>
        </w:rPr>
        <w:t xml:space="preserve">[28:57] </w:t>
      </w:r>
      <w:r>
        <w:t>to kaisi ajeeb yaani baat hai yaani ismein takhleeq kitna jamay hai allah taala ki woh bhi ismein samajh aata hai.</w:t>
      </w:r>
    </w:p>
    <w:p>
      <w:pPr>
        <w:jc w:val="right"/>
      </w:pPr>
      <w:r>
        <w:t>تو کیسی عجیب یعنی بات ہے۔ یعنی اس میں تخلیق کتنا جامع ہے اللہ تعالی کی، وہ بھی اس میں سمجھ آتا ہے۔</w:t>
      </w:r>
    </w:p>
    <w:p>
      <w:r>
        <w:rPr>
          <w:b/>
        </w:rPr>
        <w:t xml:space="preserve">[29:09] </w:t>
      </w:r>
      <w:r>
        <w:t>aur yeh bhi samajh aata hai ke rasool allah kis tarah se har waqeye se yaani sabak lete the marifat ki ghiza lete the yeh bhi ismein milta hai.</w:t>
      </w:r>
    </w:p>
    <w:p>
      <w:pPr>
        <w:jc w:val="right"/>
      </w:pPr>
      <w:r>
        <w:t>اور یہ بھی سمجھ آتا ہے کہ رسول اللہ کس طرح سے ہر واقعے سے یعنی سبق لیتے تھے، معرفت کی غذا لیتے تھے۔ یہ بھی اس میں ملتا ہے۔</w:t>
      </w:r>
    </w:p>
    <w:p>
      <w:r>
        <w:rPr>
          <w:b/>
        </w:rPr>
        <w:t xml:space="preserve">[29:24] </w:t>
      </w:r>
      <w:r>
        <w:t>to meri dua hai ke allah taala mujh ko aur aap ko tofeeq de ke hum is nazar se cheezon ko dekhein aur tasawwum ko isi ko tasawwum kaha gaya jo quran mein jo tasawwum hai woh yahi cheez hai.</w:t>
      </w:r>
    </w:p>
    <w:p>
      <w:pPr>
        <w:jc w:val="right"/>
      </w:pPr>
      <w:r>
        <w:t>تو میری دعا ہے کہ اللہ تعالی مجھ کو اور آپ کو توفیق دے کہ ہم اس نظر سے چیزوں کو دیکھیں اور توسم کو اسی کو توسم کہا گیا جو قرآن میں جو توسم ہے، وہ یہی چیز ہے۔</w:t>
      </w:r>
    </w:p>
    <w:p>
      <w:r>
        <w:rPr>
          <w:b/>
        </w:rPr>
        <w:t xml:space="preserve">[29:44] </w:t>
      </w:r>
      <w:r>
        <w:t>to allah taala mujh ko aur aap ko tofeeq de ke hum quran o hadith ko apne imaan ki ghiza banayein.</w:t>
      </w:r>
    </w:p>
    <w:p>
      <w:pPr>
        <w:jc w:val="right"/>
      </w:pPr>
      <w:r>
        <w:t>تو اللہ تعالی مجھ کو اور آپ کو توفیق دے کہ ہم قرآن و حدیث کو اپنے ایمان کی غذا بنائیں۔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