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Believer’s Journey February 5, 2014 Maulana Wahiduddin Khan</w:t>
      </w:r>
    </w:p>
    <w:p>
      <w:r>
        <w:t>https://www.youtube.com/watch?v=QzHEA7XunSg</w:t>
      </w:r>
    </w:p>
    <w:p>
      <w:r>
        <w:rPr>
          <w:b/>
        </w:rPr>
        <w:t xml:space="preserve">[00:14] </w:t>
      </w:r>
      <w:r>
        <w:t>bismillah rahman rahim paanch february do hazar choda.</w:t>
      </w:r>
    </w:p>
    <w:p>
      <w:pPr>
        <w:jc w:val="right"/>
      </w:pPr>
      <w:r>
        <w:t>بسم اللہ الرحمن الرحیم، پانچ فروری دو ہزار چودہ۔</w:t>
      </w:r>
    </w:p>
    <w:p>
      <w:r>
        <w:rPr>
          <w:b/>
        </w:rPr>
        <w:t xml:space="preserve">[00:25] </w:t>
      </w:r>
      <w:r>
        <w:t>aaj darul uloom deoband ke do sahabaan milne ke liye aaye</w:t>
      </w:r>
    </w:p>
    <w:p>
      <w:pPr>
        <w:jc w:val="right"/>
      </w:pPr>
      <w:r>
        <w:t>آج دارالعلوم دیوبند کے دو صاحبان ملنے کے لیے آئے</w:t>
      </w:r>
    </w:p>
    <w:p>
      <w:r>
        <w:rPr>
          <w:b/>
        </w:rPr>
        <w:t xml:space="preserve">[00:32] </w:t>
      </w:r>
      <w:r>
        <w:t>to unhone is tarah ki baat ki iska matlab yeh tha ke darul uloom deoband se ya doosre madaris se matloob qism ke ulama nahi nikal rahe hain.</w:t>
      </w:r>
    </w:p>
    <w:p>
      <w:pPr>
        <w:jc w:val="right"/>
      </w:pPr>
      <w:r>
        <w:t>تو انہوں نے اس طرح کی بات کی، اس کا مطلب یہ تھا کہ دارالعلوم دیوبند سے یا دوسرے مدارس سے مطلوب قسم کے علماء نہیں نکل رہے ہیں۔</w:t>
      </w:r>
    </w:p>
    <w:p>
      <w:r>
        <w:rPr>
          <w:b/>
        </w:rPr>
        <w:t xml:space="preserve">[00:48] </w:t>
      </w:r>
      <w:r>
        <w:t>to unka khayal tha ke nisaab mein tabdeeli ki zaroorat hai.</w:t>
      </w:r>
    </w:p>
    <w:p>
      <w:pPr>
        <w:jc w:val="right"/>
      </w:pPr>
      <w:r>
        <w:t>تو ان کا خیال تھا کہ نصاب میں تبدیلی کی ضرورت ہے۔</w:t>
      </w:r>
    </w:p>
    <w:p>
      <w:r>
        <w:rPr>
          <w:b/>
        </w:rPr>
        <w:t xml:space="preserve">[00:53] </w:t>
      </w:r>
      <w:r>
        <w:t>mainne kaha ke yeh masla nisaab ki tabdeeli ka masla nahi hai balke mahaul ki tabdeeli ka masla hai.</w:t>
      </w:r>
    </w:p>
    <w:p>
      <w:pPr>
        <w:jc w:val="right"/>
      </w:pPr>
      <w:r>
        <w:t>میں نے کہا کہ یہ مسئلہ نصاب کی تبدیلی کا مسئلہ نہیں ہے، بلکہ ماحول کی تبدیلی کا مسئلہ ہے۔</w:t>
      </w:r>
    </w:p>
    <w:p>
      <w:r>
        <w:rPr>
          <w:b/>
        </w:rPr>
        <w:t xml:space="preserve">[01:08] </w:t>
      </w:r>
      <w:r>
        <w:t>hamare madaris mein jo mahaul hai woh mawafeq mahaul nahi hai zaroorat ke mutabiq ulama tayyar karne ke liye.</w:t>
      </w:r>
    </w:p>
    <w:p>
      <w:pPr>
        <w:jc w:val="right"/>
      </w:pPr>
      <w:r>
        <w:t>ہمارے مدارس میں جو ماحول ہے، وہ موافق ماحول نہیں ہے ضرورت کے مطابق علماء تیار کرنے کے لیے۔</w:t>
      </w:r>
    </w:p>
    <w:p>
      <w:r>
        <w:rPr>
          <w:b/>
        </w:rPr>
        <w:t xml:space="preserve">[01:21] </w:t>
      </w:r>
      <w:r>
        <w:t>yeh soorat e haal jo hai,</w:t>
      </w:r>
    </w:p>
    <w:p>
      <w:pPr>
        <w:jc w:val="right"/>
      </w:pPr>
      <w:r>
        <w:t>یہ صورتحال جو ہے،</w:t>
      </w:r>
    </w:p>
    <w:p>
      <w:r>
        <w:rPr>
          <w:b/>
        </w:rPr>
        <w:t xml:space="preserve">[01:26] </w:t>
      </w:r>
      <w:r>
        <w:t>wohan jo mahaul ban gaya hai is iska iske sabab se hai na ke nisaab ke sabab se maine misaal di dekhiye aap kisi bhi madrasa ko lijiye hain ke halanke balkeh college university ko bhi lijiye</w:t>
      </w:r>
    </w:p>
    <w:p>
      <w:pPr>
        <w:jc w:val="right"/>
      </w:pPr>
      <w:r>
        <w:t>وہاں جو ماحول بن گیا ہے، اس اس کا اس کے سبب سے ہے نہ کہ نصاب کے سبب سے۔ میں نے مثال دی، دیکھیے آپ کسی بھی مدرسے کو لیجیے، ہیں کہ حالانکہ بلکہ کالج یونیورسٹی کو بھی لیجیے،</w:t>
      </w:r>
    </w:p>
    <w:p>
      <w:r>
        <w:rPr>
          <w:b/>
        </w:rPr>
        <w:t xml:space="preserve">[01:44] </w:t>
      </w:r>
      <w:r>
        <w:t>aur un un aur mashriq se maghrib tak jaiye, arab se ajab tak jaiye,</w:t>
      </w:r>
    </w:p>
    <w:p>
      <w:pPr>
        <w:jc w:val="right"/>
      </w:pPr>
      <w:r>
        <w:t>اور ان ان اور مشرق سے مغرب تک جائیے، عرب سے عجب تک جائیے،</w:t>
      </w:r>
    </w:p>
    <w:p>
      <w:r>
        <w:rPr>
          <w:b/>
        </w:rPr>
        <w:t xml:space="preserve">[01:51] </w:t>
      </w:r>
      <w:r>
        <w:t>saare log jo parh parh kar nikal rahe hain madaris se ya jamiat se, un sab mein manfi soch hoti hai.</w:t>
      </w:r>
    </w:p>
    <w:p>
      <w:pPr>
        <w:jc w:val="right"/>
      </w:pPr>
      <w:r>
        <w:t>سارے لوگ جو پڑھ پڑھ کر نکل رہے ہیں مدارس سے یا جامعات سے، ان سب میں منفی سوچ ہوتی ہے۔</w:t>
      </w:r>
    </w:p>
    <w:p>
      <w:r>
        <w:rPr>
          <w:b/>
        </w:rPr>
        <w:t xml:space="preserve">[02:02] </w:t>
      </w:r>
      <w:r>
        <w:t>taqreeban billa-e-istisni. israel dushman hai hamara, america dushman hai hamara, maghribi tehzeeb dushman hai hamari, mustashqeen dushman hain hamare, falan party dushman hai hamari, falan mulk dushman hai hamara,</w:t>
      </w:r>
    </w:p>
    <w:p>
      <w:pPr>
        <w:jc w:val="right"/>
      </w:pPr>
      <w:r>
        <w:t>تقریباً بلائے استثنیٰ۔ اسرائیل دشمن ہے ہمارا، امریکہ دشمن ہے ہمارا، مغربی تہذیب دشمن ہے ہماری، مستسقین دشمن ہیں ہمارے، فلاں پارٹی دشمن ہے ہماری، فلاں ملک دشمن ہے ہمارا،</w:t>
      </w:r>
    </w:p>
    <w:p>
      <w:r>
        <w:rPr>
          <w:b/>
        </w:rPr>
        <w:t xml:space="preserve">[02:19] </w:t>
      </w:r>
      <w:r>
        <w:t>yeh sab ki mushtarak soch hai. halankeh agar aap nisaab mein dekhen, nisaab mein aisi koi kitaab nahin. aap dekhiye, kisi bhi madrasa ya kisi bhi jami'a ke nisaab ka mutala'a kijiye, wahan aisi koi kitaab nahin milegi jis mein bataya gaya ho ke tum manfi soch wale bano.</w:t>
      </w:r>
    </w:p>
    <w:p>
      <w:pPr>
        <w:jc w:val="right"/>
      </w:pPr>
      <w:r>
        <w:t>یہ سب کی مشترک سوچ ہے۔ حالانکہ اگر آپ نصاب میں دیکھیں، نصاب میں ایسی کوئی کتاب نہیں۔ آپ دیکھیے، کسی بھی مدرسہ یا کسی بھی جامعہ کے نصاب کا مطالعہ کیجیے، وہاں ایسی کوئی کتاب نہیں ملے گی جس میں بتایا گیا ہو کہ تم منفی سوچ والے بنو۔</w:t>
      </w:r>
    </w:p>
    <w:p>
      <w:r>
        <w:rPr>
          <w:b/>
        </w:rPr>
        <w:t xml:space="preserve">[02:41] </w:t>
      </w:r>
      <w:r>
        <w:t>yeh aisa nahin hai. phir bhi log ban gaye aise, ek taraf se. to kyun? dekhiye, nisaab ke bahar jo parhte hain, woh is se unka zehn bana hai,</w:t>
      </w:r>
    </w:p>
    <w:p>
      <w:pPr>
        <w:jc w:val="right"/>
      </w:pPr>
      <w:r>
        <w:t>یہ ایسا نہیں ہے۔ پھر بھی لوگ بن گئے ایسے، ایک طرف سے۔ تو کیوں؟ دیکھیے، نصاب کے باہر جو پڑھتے ہیں، وہ اس سے ان کا ذہن بنا ہے،</w:t>
      </w:r>
    </w:p>
    <w:p>
      <w:r>
        <w:rPr>
          <w:b/>
        </w:rPr>
        <w:t xml:space="preserve">[02:54] </w:t>
      </w:r>
      <w:r>
        <w:t>aur ziyada tar media se, akhbaron se. sab ka haal yeh hai ke woh nisaab ke ilawa jo is se parhte hain dunya ka haal janne ke liye, woh media hai ya akhbarat hain, radio aur TV hai.</w:t>
      </w:r>
    </w:p>
    <w:p>
      <w:pPr>
        <w:jc w:val="right"/>
      </w:pPr>
      <w:r>
        <w:t>اور زیادہ تر میڈیا سے، اخباروں سے۔ سب کا حال یہ ہے کہ وہ نصاب کے علاوہ جو اس سے پڑھتے ہیں دنیا کا حال جاننے کے لیے، وہ میڈیا ہے یا اخبارات ہیں، ریڈیو اور ٹی وی ہے۔</w:t>
      </w:r>
    </w:p>
    <w:p>
      <w:r>
        <w:rPr>
          <w:b/>
        </w:rPr>
        <w:t xml:space="preserve">[03:13] </w:t>
      </w:r>
      <w:r>
        <w:t>to media ka jo culture hai, woh culture hai selective news ko lena, muntakhib khabron ko lena.</w:t>
      </w:r>
    </w:p>
    <w:p>
      <w:pPr>
        <w:jc w:val="right"/>
      </w:pPr>
      <w:r>
        <w:t>تو میڈیا کا جو کلچر ہے، وہ کلچر ہے سلیکٹیو نیوز کو لینا، منتخب خبروں کو لینا۔</w:t>
      </w:r>
    </w:p>
    <w:p>
      <w:r>
        <w:rPr>
          <w:b/>
        </w:rPr>
        <w:t xml:space="preserve">[03:24] </w:t>
      </w:r>
      <w:r>
        <w:t>aur chunke unke unko pata hai ke awam mein sensational khabrein, sansani khez khabrein jo hain, woh bohat parhi jaati hain, bohat suni jaati hain, is ka matlab hai ke woh sensational news ko select karte hain.</w:t>
      </w:r>
    </w:p>
    <w:p>
      <w:pPr>
        <w:jc w:val="right"/>
      </w:pPr>
      <w:r>
        <w:t>اور چونکہ ان کے ان کو پتہ ہے کہ عوام میں سینسیشنل خبریں، سنسنی خیز خبریں جو ہیں، وہ بہت پڑھی جاتی ہیں، بہت سنی جاتی ہیں، اس کا مطلب ہے کہ وہ سینسیشنل نیوز کو سلیکٹ کرتے ہیں۔</w:t>
      </w:r>
    </w:p>
    <w:p>
      <w:r>
        <w:rPr>
          <w:b/>
        </w:rPr>
        <w:t xml:space="preserve">[03:41] </w:t>
      </w:r>
      <w:r>
        <w:t>to isi ko log parhte hain, isi ko sunte hain, is se zehn bana hai logon ka.</w:t>
      </w:r>
    </w:p>
    <w:p>
      <w:pPr>
        <w:jc w:val="right"/>
      </w:pPr>
      <w:r>
        <w:t>تو اسی کو لوگ پڑھتے ہیں، اسی کو سنتے ہیں، اس سے ذہن بنا ہے لوگوں کا۔</w:t>
      </w:r>
    </w:p>
    <w:p>
      <w:r>
        <w:rPr>
          <w:b/>
        </w:rPr>
        <w:t xml:space="preserve">[03:49] </w:t>
      </w:r>
      <w:r>
        <w:t>to goya ke abhi jo zehn hai, woh nisaab ka bana hua nahin hai, balke nisaab ke bahar jo cheezein hain, jo media aur akbar ke aitbar se, us ko parhte hain.</w:t>
      </w:r>
    </w:p>
    <w:p>
      <w:pPr>
        <w:jc w:val="right"/>
      </w:pPr>
      <w:r>
        <w:t>تو گویا کہ ابھی جو ذہن ہے، وہ نصاب کا بنا ہوا نہیں ہے، بلکہ نصاب کے باہر جو چیزیں ہیں، جو میڈیا اور اخبار کے اعتبار سے، اس کو پڑھتے ہیں۔</w:t>
      </w:r>
    </w:p>
    <w:p>
      <w:r>
        <w:rPr>
          <w:b/>
        </w:rPr>
        <w:t xml:space="preserve">[04:06] </w:t>
      </w:r>
      <w:r>
        <w:t>to is se unka zehn banta hai.</w:t>
      </w:r>
    </w:p>
    <w:p>
      <w:pPr>
        <w:jc w:val="right"/>
      </w:pPr>
      <w:r>
        <w:t>تو اس سے ان کا ذہن بنتا ہے۔</w:t>
      </w:r>
    </w:p>
    <w:p>
      <w:r>
        <w:rPr>
          <w:b/>
        </w:rPr>
        <w:t xml:space="preserve">[04:13] </w:t>
      </w:r>
      <w:r>
        <w:t>yahan tak ke kuch logon ne naye nisaab banaye, naye idare qaim kiye, lekin wahan se jo log ban kar nikle parh kar ke, woh bhi wohi.</w:t>
      </w:r>
    </w:p>
    <w:p>
      <w:pPr>
        <w:jc w:val="right"/>
      </w:pPr>
      <w:r>
        <w:t>یہاں تک کہ کچھ لوگوں نے نئے نصاب بنائے، نئے ادارے قائم کیے، لیکن وہاں سے جو لوگ بن کر نکلے پڑھ کر کے، وہ بھی وہی۔</w:t>
      </w:r>
    </w:p>
    <w:p>
      <w:r>
        <w:rPr>
          <w:b/>
        </w:rPr>
        <w:t xml:space="preserve">[04:27] </w:t>
      </w:r>
      <w:r>
        <w:t>kyunke woh bhi wohi unka mamla bhi wohi tha ke apne taleemi idare mein to parha unhon ne nisaab, lekin nisaab ke bahar jo jo parhte the, woh wohi media, wohi akhbarat, wohi radio, wohi TV.</w:t>
      </w:r>
    </w:p>
    <w:p>
      <w:pPr>
        <w:jc w:val="right"/>
      </w:pPr>
      <w:r>
        <w:t>کیونکہ وہ بھی وہی ان کا معاملہ بھی وہی تھا کہ اپنے تعلیمی ادارے میں تو پڑھا انہوں نے نصاب، لیکن نصاب کے باہر جو جو پڑھتے تھے، وہ وہی میڈیا، وہی اخبارات، وہی ریڈیو، وہی ٹی وی۔</w:t>
      </w:r>
    </w:p>
    <w:p>
      <w:r>
        <w:rPr>
          <w:b/>
        </w:rPr>
        <w:t xml:space="preserve">[04:42] </w:t>
      </w:r>
      <w:r>
        <w:t>phir main ne kaha ke dekhiye, is masle ka hal hi ke liye hum ne apna mission shuru kiya.</w:t>
      </w:r>
    </w:p>
    <w:p>
      <w:pPr>
        <w:jc w:val="right"/>
      </w:pPr>
      <w:r>
        <w:t>پھر میں نے کہا کہ دیکھیے، اس مسئلے کا حل ہی کے لیے ہم نے اپنا مشن شروع کیا۔</w:t>
      </w:r>
    </w:p>
    <w:p>
      <w:r>
        <w:rPr>
          <w:b/>
        </w:rPr>
        <w:t xml:space="preserve">[04:50] </w:t>
      </w:r>
      <w:r>
        <w:t>yaani nisaab ke bahar ek</w:t>
      </w:r>
    </w:p>
    <w:p>
      <w:pPr>
        <w:jc w:val="right"/>
      </w:pPr>
      <w:r>
        <w:t>یعنی نصاب کے باہر ایک</w:t>
      </w:r>
    </w:p>
    <w:p>
      <w:r>
        <w:rPr>
          <w:b/>
        </w:rPr>
        <w:t xml:space="preserve">[04:57] </w:t>
      </w:r>
      <w:r>
        <w:t>ek literature tayyar kiya hum ne. taqreeban 200 kitabein poori umar laga dein, mutala'a kiya naye halaat ka, nayi tahaddiyat ka,</w:t>
      </w:r>
    </w:p>
    <w:p>
      <w:pPr>
        <w:jc w:val="right"/>
      </w:pPr>
      <w:r>
        <w:t>ایک لٹریچر تیار کیا ہم نے۔ تقریباً 200 کتابیں پوری عمر لگا دیں، مطالعہ کیا نئے حالات کا، نئی تحدیات کا،</w:t>
      </w:r>
    </w:p>
    <w:p>
      <w:r>
        <w:rPr>
          <w:b/>
        </w:rPr>
        <w:t xml:space="preserve">[05:13] </w:t>
      </w:r>
      <w:r>
        <w:t>aur kitabein tayyar keen mukhtalif zubanon mein.</w:t>
      </w:r>
    </w:p>
    <w:p>
      <w:pPr>
        <w:jc w:val="right"/>
      </w:pPr>
      <w:r>
        <w:t>اور کتابیں تیار کیں مختلف زبانوں میں۔</w:t>
      </w:r>
    </w:p>
    <w:p>
      <w:r>
        <w:rPr>
          <w:b/>
        </w:rPr>
        <w:t xml:space="preserve">[05:17] </w:t>
      </w:r>
      <w:r>
        <w:t>ab aap survey kar lijiye, jo log baqayda hamari kitabein parhte hain, ya wahan magazine jo nikalta hai urdu mein aur angrezi mein, us ko parhte hain, unka zehn bilkul mukhtalif hota hai.</w:t>
      </w:r>
    </w:p>
    <w:p>
      <w:pPr>
        <w:jc w:val="right"/>
      </w:pPr>
      <w:r>
        <w:t>اب آپ سروے کر لیجیے، جو لوگ باقاعدہ ہماری کتابیں پڑھتے ہیں، یا وہاں میگزین جو نکلتا ہے اردو میں اور انگریزی میں، اس کو پڑھتے ہیں، ان کا ذہن بالکل مختلف ہوتا ہے۔</w:t>
      </w:r>
    </w:p>
    <w:p>
      <w:r>
        <w:rPr>
          <w:b/>
        </w:rPr>
        <w:t xml:space="preserve">[05:30] </w:t>
      </w:r>
      <w:r>
        <w:t>unka jo positive thinking hoti hai, unka jo dawat-e-soch hoti hai, unka sehatmand tarz-e-fikr hota hai.</w:t>
      </w:r>
    </w:p>
    <w:p>
      <w:pPr>
        <w:jc w:val="right"/>
      </w:pPr>
      <w:r>
        <w:t>ان کا جو پازیٹیو تھنکنگ ہوتی ہے، ان کا جو دعوتی سوچ ہوتی ہے، ان کا صحت مند طرز فکر ہوتا ہے۔</w:t>
      </w:r>
    </w:p>
    <w:p>
      <w:r>
        <w:rPr>
          <w:b/>
        </w:rPr>
        <w:t xml:space="preserve">[05:41] </w:t>
      </w:r>
      <w:r>
        <w:t>aap yeh survey kar ke dekh lijiye. to yeh tajruba jo hum kar rahe hain, yeh apne aap mein is baat ka saboot hai ke chahe wohi nisaab parhaya jaye madaris mein, chahe wohi nisaab parhaya jaye jami'at mein, lekin jo literature hai, agar woh sahi ho aur us ko log parhein,</w:t>
      </w:r>
    </w:p>
    <w:p>
      <w:pPr>
        <w:jc w:val="right"/>
      </w:pPr>
      <w:r>
        <w:t>آپ یہ سروے کر کے دیکھ لیجیے۔ تو یہ تجربہ جو ہم کر رہے ہیں، یہ اپنے آپ میں اس بات کا ثبوت ہے کہ چاہے وہی نصاب پڑھایا جائے مدرسوں میں، چاہے وہی نصاب پڑھایا جائے جامعات میں، لیکن جو لٹریچر ہے، اگر وہ صحیح ہو اور اس کو لوگ پڑھیں،</w:t>
      </w:r>
    </w:p>
    <w:p>
      <w:r>
        <w:rPr>
          <w:b/>
        </w:rPr>
        <w:t xml:space="preserve">[06:04] </w:t>
      </w:r>
      <w:r>
        <w:t>to zehn zehn nahin bigra ho, bigrega, aur log log jo hain, intellectually ikhtiyar shuda insan banenge.</w:t>
      </w:r>
    </w:p>
    <w:p>
      <w:pPr>
        <w:jc w:val="right"/>
      </w:pPr>
      <w:r>
        <w:t>تو ذہن ذہن نہیں بگڑا ہو، بگڑے گا، اور لوگ لوگ جو ہیں، انٹلیکچولی اختیار شدہ انسان بنیں گے۔</w:t>
      </w:r>
    </w:p>
    <w:p>
      <w:r>
        <w:rPr>
          <w:b/>
        </w:rPr>
        <w:t xml:space="preserve">[06:19] </w:t>
      </w:r>
      <w:r>
        <w:t>to main ne kaha is waqt sab se bara masla hamare madaris ka yeh hai ke unhon ne bahar ki cheezon ko parhne par pabandi laga rakhi hai.</w:t>
      </w:r>
    </w:p>
    <w:p>
      <w:pPr>
        <w:jc w:val="right"/>
      </w:pPr>
      <w:r>
        <w:t>تو میں نے کہا اس وقت سب سے بڑا مسئلہ ہمارے مدارس کا یہ ہے کہ انہوں نے باہر کی چیزوں کو پڑھنے پر پابندی لگا رکھی ہے۔</w:t>
      </w:r>
    </w:p>
    <w:p>
      <w:r>
        <w:rPr>
          <w:b/>
        </w:rPr>
        <w:t xml:space="preserve">[06:29] </w:t>
      </w:r>
      <w:r>
        <w:t>yaani fatwa ke taur par nahin, amal. yaani yahi yahi madrasa ke log jab akhbarat parhte hain to us par koi rok nahin.</w:t>
      </w:r>
    </w:p>
    <w:p>
      <w:pPr>
        <w:jc w:val="right"/>
      </w:pPr>
      <w:r>
        <w:t>یعنی فتویٰ کے طور پر نہیں، عمل۔ یعنی یہی یہی مدرسے کے لوگ جب اخبارات پڑھتے ہیں تو اس پر کوئی روک نہیں۔</w:t>
      </w:r>
    </w:p>
    <w:p>
      <w:r>
        <w:rPr>
          <w:b/>
        </w:rPr>
        <w:t xml:space="preserve">[06:41] </w:t>
      </w:r>
      <w:r>
        <w:t>halankeh pata hai ke akhbarat manfi zehn saazi karte hain.</w:t>
      </w:r>
    </w:p>
    <w:p>
      <w:pPr>
        <w:jc w:val="right"/>
      </w:pPr>
      <w:r>
        <w:t>حالانکہ پتہ ہے کہ اخبارات منفی ذہن سازی کرتے ہیں۔</w:t>
      </w:r>
    </w:p>
    <w:p>
      <w:r>
        <w:rPr>
          <w:b/>
        </w:rPr>
        <w:t xml:space="preserve">[06:49] </w:t>
      </w:r>
      <w:r>
        <w:t>akhbarat jo hain, woh manfi zehn saazi karte hain. to us ko parhte hain talba aur asatiza dono. wahan par koi pabandi nahin ke hamari kitabon par pabandi hai.</w:t>
      </w:r>
    </w:p>
    <w:p>
      <w:pPr>
        <w:jc w:val="right"/>
      </w:pPr>
      <w:r>
        <w:t>اخبارات جو ہیں، وہ منفی ذہن سازی کرتے ہیں۔ تو اس کو پڑھتے ہیں طلبہ اور اساتذہ دونوں۔ وہاں پر کوئی پابندی نہیں کہ ہماری کتابوں پر پابندی ہے۔</w:t>
      </w:r>
    </w:p>
    <w:p>
      <w:r>
        <w:rPr>
          <w:b/>
        </w:rPr>
        <w:t xml:space="preserve">[07:03] </w:t>
      </w:r>
      <w:r>
        <w:t>halankeh wohi to is ka hal tha.</w:t>
      </w:r>
    </w:p>
    <w:p>
      <w:pPr>
        <w:jc w:val="right"/>
      </w:pPr>
      <w:r>
        <w:t>حالانکہ وہی تو اس کا حل تھا۔</w:t>
      </w:r>
    </w:p>
    <w:p>
      <w:r>
        <w:rPr>
          <w:b/>
        </w:rPr>
        <w:t xml:space="preserve">[07:08] </w:t>
      </w:r>
      <w:r>
        <w:t>to mein ne in logon se kaha keh agar sirf itna aap log karein, sirf itna keh hamari kitabon ko khoob khoob kahein parhne ke liye, khoob parho, khoob parho, sara masla hal ho jaye ga.</w:t>
      </w:r>
    </w:p>
    <w:p>
      <w:pPr>
        <w:jc w:val="right"/>
      </w:pPr>
      <w:r>
        <w:t>تو میں نے ان لوگوں سے کہا کہ اگر صرف اتنا آپ لوگ کریں، صرف اتنا کہ ہماری کتابوں کو خوب خوب کہیں پڑھنے کے لیے، خوب پڑھو، خوب پڑھو، سارا مسئلہ حل ہو جائے گا۔</w:t>
      </w:r>
    </w:p>
    <w:p>
      <w:r>
        <w:rPr>
          <w:b/>
        </w:rPr>
        <w:t xml:space="preserve">[07:21] </w:t>
      </w:r>
      <w:r>
        <w:t>na to naye idare qaim karne se masla hal hoga,</w:t>
      </w:r>
    </w:p>
    <w:p>
      <w:pPr>
        <w:jc w:val="right"/>
      </w:pPr>
      <w:r>
        <w:t>نہ تو نئے ادارے قائم کرنے سے مسئلہ حل ہوگا،</w:t>
      </w:r>
    </w:p>
    <w:p>
      <w:r>
        <w:rPr>
          <w:b/>
        </w:rPr>
        <w:t xml:space="preserve">[07:28] </w:t>
      </w:r>
      <w:r>
        <w:t>na fatwa dene se hal hoga, na nisaab badalne se hal hoga.</w:t>
      </w:r>
    </w:p>
    <w:p>
      <w:pPr>
        <w:jc w:val="right"/>
      </w:pPr>
      <w:r>
        <w:t>نہ فتویٰ دینے سے حل ہوگا، نہ نصاب بدلنے سے حل ہوگا۔</w:t>
      </w:r>
    </w:p>
    <w:p>
      <w:r>
        <w:rPr>
          <w:b/>
        </w:rPr>
        <w:t xml:space="preserve">[07:36] </w:t>
      </w:r>
      <w:r>
        <w:t>balkeh hum ne jo kitabein tayyar ki hain, us ko khoob parhiye.</w:t>
      </w:r>
    </w:p>
    <w:p>
      <w:pPr>
        <w:jc w:val="right"/>
      </w:pPr>
      <w:r>
        <w:t>بلکہ ہم نے جو کتابیں تیار کی ہیں، اس کو خوب پڑھیے۔</w:t>
      </w:r>
    </w:p>
    <w:p>
      <w:r>
        <w:rPr>
          <w:b/>
        </w:rPr>
        <w:t xml:space="preserve">[07:42] </w:t>
      </w:r>
      <w:r>
        <w:t>mein is liye hawala deta hoon apni kitabon ka keh mein alam e islam mein aik hi shakhs aisa hoon, wahid shakhs, jis ne apni umar sirf ki isi mamle mein keh daur e jadeed kya hai,</w:t>
      </w:r>
    </w:p>
    <w:p>
      <w:pPr>
        <w:jc w:val="right"/>
      </w:pPr>
      <w:r>
        <w:t>میں اس لیے حوالہ دیتا ہوں اپنی کتابوں کا کہ میں عالم اسلام میں ایک ہی شخص ایسا ہوں، واحد شخص، جس نے اپنی عمر صرف کی اسی معاملے میں کہ دور جدید کیا ہے،</w:t>
      </w:r>
    </w:p>
    <w:p>
      <w:r>
        <w:rPr>
          <w:b/>
        </w:rPr>
        <w:t xml:space="preserve">[07:56] </w:t>
      </w:r>
      <w:r>
        <w:t>tahadiyat e asriyah kya hain, maghrib ka challenge kya hai, naya zamana kya hai. is ko parhne ke liye hum ne is ko samajhne ke liye umar laga di.</w:t>
      </w:r>
    </w:p>
    <w:p>
      <w:pPr>
        <w:jc w:val="right"/>
      </w:pPr>
      <w:r>
        <w:t>تحدیات عصریہ کیا ہیں، مغرب کا چیلنج کیا ہے، نیا زمانہ کیا ہے۔ اس کو پڑھنے کے لیے ہم نے اس کو سمجھنے کے لیے عمر لگا دی۔</w:t>
      </w:r>
    </w:p>
    <w:p>
      <w:r>
        <w:rPr>
          <w:b/>
        </w:rPr>
        <w:t xml:space="preserve">[08:07] </w:t>
      </w:r>
      <w:r>
        <w:t>kuch hum ne kiya nahi, na business, na job, na kuch.</w:t>
      </w:r>
    </w:p>
    <w:p>
      <w:pPr>
        <w:jc w:val="right"/>
      </w:pPr>
      <w:r>
        <w:t>کچھ ہم نے کیا نہیں، نہ بزنس، نہ جاب، نہ کچھ۔</w:t>
      </w:r>
    </w:p>
    <w:p>
      <w:r>
        <w:rPr>
          <w:b/>
        </w:rPr>
        <w:t xml:space="preserve">[08:12] </w:t>
      </w:r>
      <w:r>
        <w:t>ab phir hum ne apne aap ko tayyar kar ke kitabein banai, likhi. to koi doosra hai hi nahi. agar aap ke paas koi doosra mabdal ho, kisi aur ne bhi kitabein tayyar ki hon to parhiye us ko, tab bhi masla hal ho jaye ga.</w:t>
      </w:r>
    </w:p>
    <w:p>
      <w:pPr>
        <w:jc w:val="right"/>
      </w:pPr>
      <w:r>
        <w:t>اب پھر ہم نے اپنے آپ کو تیار کر کے کتابیں بنائیں، لکھیں۔ تو کوئی دوسرا ہے ہی نہیں۔ اگر آپ کے پاس کوئی دوسرا متبادل ہو، کسی اور نے بھی کتابیں تیار کی ہوں تو پڑھیے اس کو، تب بھی مسئلہ حل ہو جائے گا۔</w:t>
      </w:r>
    </w:p>
    <w:p>
      <w:r>
        <w:rPr>
          <w:b/>
        </w:rPr>
        <w:t xml:space="preserve">[08:25] </w:t>
      </w:r>
      <w:r>
        <w:t>lekin amalan arab se ajam tak koi aik shakhs bhi nahi hai jis ne in mozuon par misbat andaaz ka literature tayyar kiya ho.</w:t>
      </w:r>
    </w:p>
    <w:p>
      <w:pPr>
        <w:jc w:val="right"/>
      </w:pPr>
      <w:r>
        <w:t>لیکن عملاً عرب سے عجم تک کوئی ایک شخص بھی نہیں ہے جس نے ان موضوعوں پر مثبت انداز کا لٹریچر تیار کیا ہو۔</w:t>
      </w:r>
    </w:p>
    <w:p>
      <w:r>
        <w:rPr>
          <w:b/>
        </w:rPr>
        <w:t xml:space="preserve">[08:36] </w:t>
      </w:r>
      <w:r>
        <w:t>koi aik shakhs bhi nahi. na arabi zaban mein, na farsi zaban mein, na urdu zaban mein, na angrezi zaban mein, kisi zaban mein kisi ne literature is qism ka, misbat literature, asli is roop mein misbat literature ki tayari nahi ki.</w:t>
      </w:r>
    </w:p>
    <w:p>
      <w:pPr>
        <w:jc w:val="right"/>
      </w:pPr>
      <w:r>
        <w:t>کوئی ایک شخص بھی نہیں۔ نہ عربی زبان میں، نہ فارسی زبان میں، نہ اردو زبان میں، نہ انگریزی زبان میں، کسی زبان میں کسی نے لٹریچر اس قسم کا، مثبت لٹریچر، اصلی اس روپ میں مثبت لٹریچر کی تیاری نہیں کی۔</w:t>
      </w:r>
    </w:p>
    <w:p>
      <w:r>
        <w:rPr>
          <w:b/>
        </w:rPr>
        <w:t xml:space="preserve">[08:51] </w:t>
      </w:r>
      <w:r>
        <w:t>to amalan aap ke paas aik hi choice hai, woh yeh keh hamari kitabein parhein.</w:t>
      </w:r>
    </w:p>
    <w:p>
      <w:pPr>
        <w:jc w:val="right"/>
      </w:pPr>
      <w:r>
        <w:t>تو عملاً آپ کے پاس ایک ہی چوائس ہے، وہ یہ کہ ہماری کتابیں پڑھیں۔</w:t>
      </w:r>
    </w:p>
    <w:p>
      <w:r>
        <w:rPr>
          <w:b/>
        </w:rPr>
        <w:t xml:space="preserve">[09:01] </w:t>
      </w:r>
      <w:r>
        <w:t>phir sara masla hal ho jaye ga.</w:t>
      </w:r>
    </w:p>
    <w:p>
      <w:pPr>
        <w:jc w:val="right"/>
      </w:pPr>
      <w:r>
        <w:t>پھر سارا مسئلہ حل ہو جائے گا۔</w:t>
      </w:r>
    </w:p>
    <w:p>
      <w:r>
        <w:rPr>
          <w:b/>
        </w:rPr>
        <w:t xml:space="preserve">[09:05] </w:t>
      </w:r>
      <w:r>
        <w:t>to unhon ne kaha keh ab madaris ka mahol to is ko nahi kaha, wahan to hum badal nahi sakte mahol ko. to hum kya karein?</w:t>
      </w:r>
    </w:p>
    <w:p>
      <w:pPr>
        <w:jc w:val="right"/>
      </w:pPr>
      <w:r>
        <w:t>تو انہوں نے کہا کہ اب مدارس کا ماحول تو اس کو نہیں کہا، وہاں تو ہم بدل نہیں سکتے ماحول کو۔ تو ہم کیا کریں؟</w:t>
      </w:r>
    </w:p>
    <w:p>
      <w:r>
        <w:rPr>
          <w:b/>
        </w:rPr>
        <w:t xml:space="preserve">[09:14] </w:t>
      </w:r>
      <w:r>
        <w:t>madaris ke mahol ko to nahi badal sakte hum. to mein ne kaha is ka bhi hal hai.</w:t>
      </w:r>
    </w:p>
    <w:p>
      <w:pPr>
        <w:jc w:val="right"/>
      </w:pPr>
      <w:r>
        <w:t>مدارس کے ماحول کو تو نہیں بدل سکتے ہم۔ تو میں نے کہا اس کا بھی حل ہے۔</w:t>
      </w:r>
    </w:p>
    <w:p>
      <w:r>
        <w:rPr>
          <w:b/>
        </w:rPr>
        <w:t xml:space="preserve">[09:22] </w:t>
      </w:r>
      <w:r>
        <w:t>yani agar aap majmoo'e ko na badal sakein to apne ko badlie. quran mein hai keh apne aap ko durust kar lo. agar doosre bigde hue hon to to apne aap ko durust karo.</w:t>
      </w:r>
    </w:p>
    <w:p>
      <w:pPr>
        <w:jc w:val="right"/>
      </w:pPr>
      <w:r>
        <w:t>یعنی اگر آپ مجموعے کو نہ بدل سکیں تو اپنے کو بدلیے۔ قرآن میں ہے کہ اپنے آپ کو درست کر لو۔ اگر دوسرے بگڑے ہوئے ہوں تو تو اپنے آپ کو درست کرو۔</w:t>
      </w:r>
    </w:p>
    <w:p>
      <w:r>
        <w:rPr>
          <w:b/>
        </w:rPr>
        <w:t xml:space="preserve">[09:37] </w:t>
      </w:r>
      <w:r>
        <w:t>alaikum anfusakum la yajurkum manzil tati</w:t>
      </w:r>
    </w:p>
    <w:p>
      <w:pPr>
        <w:jc w:val="right"/>
      </w:pPr>
      <w:r>
        <w:t>علیکم انفسکم لا یجرکم منزل تتیت</w:t>
      </w:r>
    </w:p>
    <w:p>
      <w:r>
        <w:rPr>
          <w:b/>
        </w:rPr>
        <w:t xml:space="preserve">[09:44] </w:t>
      </w:r>
      <w:r>
        <w:t>m. to is ka bhi hal quran mein maujood hai. is ka matlab kya hua hai? keh aap pehli koshish yeh kijiye keh majmoo'e mein tabdeeli aaye, poore idare mein tabdeeli aaye.</w:t>
      </w:r>
    </w:p>
    <w:p>
      <w:pPr>
        <w:jc w:val="right"/>
      </w:pPr>
      <w:r>
        <w:t>م۔ تو اس کا بھی حل قرآن میں موجود ہے۔ اس کا معنی کیا ہوا ہے؟ کہ آپ پہلی کوشش یہ کیجیے کہ مجموعے میں تبدیلی آئے، پورے ادارے میں تبدیلی آئے۔</w:t>
      </w:r>
    </w:p>
    <w:p>
      <w:r>
        <w:rPr>
          <w:b/>
        </w:rPr>
        <w:t xml:space="preserve">[09:58] </w:t>
      </w:r>
      <w:r>
        <w:t>lekin agar aap dekhein keh poore idare ko hum nahi badal sakte, majmoo'e mein hum tabdeeli nahi la sakte, to aap ko moashre ki zaroorat nahi hai.</w:t>
      </w:r>
    </w:p>
    <w:p>
      <w:pPr>
        <w:jc w:val="right"/>
      </w:pPr>
      <w:r>
        <w:t>لیکن اگر آپ دیکھیں کہ پورے ادارے کو ہم نہیں بدل سکتے، مجموعے میں ہم تبدیلی نہیں لا سکتے، تو آپ کو معاشرے کی ضرورت نہیں ہے۔</w:t>
      </w:r>
    </w:p>
    <w:p>
      <w:r>
        <w:rPr>
          <w:b/>
        </w:rPr>
        <w:t xml:space="preserve">[10:09] </w:t>
      </w:r>
      <w:r>
        <w:t>apne aap ko aap badlie.</w:t>
      </w:r>
    </w:p>
    <w:p>
      <w:pPr>
        <w:jc w:val="right"/>
      </w:pPr>
      <w:r>
        <w:t>اپنے آپ کو آپ بدلیے۔</w:t>
      </w:r>
    </w:p>
    <w:p>
      <w:r>
        <w:rPr>
          <w:b/>
        </w:rPr>
        <w:t xml:space="preserve">[10:13] </w:t>
      </w:r>
      <w:r>
        <w:t>to mein ne kaha keh aap khud parhein hamari kitabein.</w:t>
      </w:r>
    </w:p>
    <w:p>
      <w:pPr>
        <w:jc w:val="right"/>
      </w:pPr>
      <w:r>
        <w:t>تو میں نے کہا کہ آپ خود پڑھیے ہماری کتابیں۔</w:t>
      </w:r>
    </w:p>
    <w:p>
      <w:r>
        <w:rPr>
          <w:b/>
        </w:rPr>
        <w:t xml:space="preserve">[10:18] </w:t>
      </w:r>
      <w:r>
        <w:t>yani agar aap ke liye mumkin nahi keh sab ko parhwaien to apne ko to parhwa sakte hain aap. sab ko parhwana aap ke liye mumkin nahi hai to apne ko parhwaiye, apne ko tayyar kijiye.</w:t>
      </w:r>
    </w:p>
    <w:p>
      <w:pPr>
        <w:jc w:val="right"/>
      </w:pPr>
      <w:r>
        <w:t>یعنی اگر آپ کے لیے ممکن نہیں کہ سب کو پڑھوائیں تو اپنے کو تو پڑھوا سکتے ہیں آپ۔ سب کو پڑھوانا آپ کے لیے ممکن نہیں ہے تو اپنے کو پڑھوائیے، اپنے کو تیار کیجیے۔</w:t>
      </w:r>
    </w:p>
    <w:p>
      <w:r>
        <w:rPr>
          <w:b/>
        </w:rPr>
        <w:t xml:space="preserve">[10:35] </w:t>
      </w:r>
      <w:r>
        <w:t>lekin hal yahi hai, doosra koi hal nahi hai.</w:t>
      </w:r>
    </w:p>
    <w:p>
      <w:pPr>
        <w:jc w:val="right"/>
      </w:pPr>
      <w:r>
        <w:t>لیکن حل یہی ہے، دوسرا کوئی حل نہیں ہے۔</w:t>
      </w:r>
    </w:p>
    <w:p>
      <w:r>
        <w:rPr>
          <w:b/>
        </w:rPr>
        <w:t xml:space="preserve">[10:47] </w:t>
      </w:r>
      <w:r>
        <w:t>phir mein ne un ko woh hadith sunai keh wa alal aaqili an yakuna baseeran bizamanih.</w:t>
      </w:r>
    </w:p>
    <w:p>
      <w:pPr>
        <w:jc w:val="right"/>
      </w:pPr>
      <w:r>
        <w:t>پھر میں نے ان کو وہ حدیث سنائی کہ وَعَلَىٰ الْعَاقِلِ أَنْ يَكُونَ بَصِيرًا بِزَمَانِهِ۔</w:t>
      </w:r>
    </w:p>
    <w:p>
      <w:r>
        <w:rPr>
          <w:b/>
        </w:rPr>
        <w:t xml:space="preserve">[11:04] </w:t>
      </w:r>
      <w:r>
        <w:t>is se is se yeh nikalta hai keh aap ko zamane ka, zamane zamane se ba khabar hona chahiye.</w:t>
      </w:r>
    </w:p>
    <w:p>
      <w:pPr>
        <w:jc w:val="right"/>
      </w:pPr>
      <w:r>
        <w:t>اس سے اس سے یہ نکلتا ہے کہ آپ کو زمانے کا، زمانے زمانے سے باخبر ہونا چاہیے۔</w:t>
      </w:r>
    </w:p>
    <w:p>
      <w:r>
        <w:rPr>
          <w:b/>
        </w:rPr>
        <w:t xml:space="preserve">[11:16] </w:t>
      </w:r>
      <w:r>
        <w:t>to aap dekhiye madaris mein kya hota hai? aap ko baseer-e-maazi banaya jata hai, baseer-e-haal nahi banaya jata. yeh galat nahi hai.</w:t>
      </w:r>
    </w:p>
    <w:p>
      <w:pPr>
        <w:jc w:val="right"/>
      </w:pPr>
      <w:r>
        <w:t>تو آپ دیکھیے مدارس میں کیا ہوتا ہے؟ آپ کو بصیر ماضی بنایا جاتا ہے، بصیر حال نہیں بنایا جاتا۔ یہ غلط نہیں ہے۔</w:t>
      </w:r>
    </w:p>
    <w:p>
      <w:r>
        <w:rPr>
          <w:b/>
        </w:rPr>
        <w:t xml:space="preserve">[11:27] </w:t>
      </w:r>
      <w:r>
        <w:t>yeh koi galat nahi kehta ke yeh galat ho raha hai. waqea yahi hai, shayad yahi rahega hamesha ke madaris aap ko sirf baseer-e-maazi banayenge.</w:t>
      </w:r>
    </w:p>
    <w:p>
      <w:pPr>
        <w:jc w:val="right"/>
      </w:pPr>
      <w:r>
        <w:t>یہ کوئی غلط نہیں کہتا کہ یہ غلط ہو رہا ہے۔ واقعہ یہی ہے، شاید یہی رہے گا ہمیشہ کہ مدارس آپ کو صرف بصیر ماضی بنائیں گے۔</w:t>
      </w:r>
    </w:p>
    <w:p>
      <w:r>
        <w:rPr>
          <w:b/>
        </w:rPr>
        <w:t xml:space="preserve">[11:39] </w:t>
      </w:r>
      <w:r>
        <w:t>yaani maazi se ba-khabar banayenge.</w:t>
      </w:r>
    </w:p>
    <w:p>
      <w:pPr>
        <w:jc w:val="right"/>
      </w:pPr>
      <w:r>
        <w:t>یعنی ماضی سے باخبر بنائیں گے۔</w:t>
      </w:r>
    </w:p>
    <w:p>
      <w:r>
        <w:rPr>
          <w:b/>
        </w:rPr>
        <w:t xml:space="preserve">[11:43] </w:t>
      </w:r>
      <w:r>
        <w:t>lekin haal ya zamana is se nahi karenge. in ka woh woh in ka kaam nahi hai. woh yaani mein yeh kahunga ke yeh kaam hai in forward education ka.</w:t>
      </w:r>
    </w:p>
    <w:p>
      <w:pPr>
        <w:jc w:val="right"/>
      </w:pPr>
      <w:r>
        <w:t>لیکن حال یا زمانہ اس سے نہیں کریں گے۔ ان کا وہ وہ ان کا کام نہیں ہے۔ وہ یعنی میں یہ کہوں گا کہ یہ کام ہے ان فارورڈ ایجوکیشن کا۔</w:t>
      </w:r>
    </w:p>
    <w:p>
      <w:r>
        <w:rPr>
          <w:b/>
        </w:rPr>
        <w:t xml:space="preserve">[12:04] </w:t>
      </w:r>
      <w:r>
        <w:t>forward education jo hoti hai, education for the sake of education.</w:t>
      </w:r>
    </w:p>
    <w:p>
      <w:pPr>
        <w:jc w:val="right"/>
      </w:pPr>
      <w:r>
        <w:t>فارورڈ ایجوکیشن جو ہوتی ہے، ایجوکیشن فار دی سیک آف ایجوکیشن۔</w:t>
      </w:r>
    </w:p>
    <w:p>
      <w:r>
        <w:rPr>
          <w:b/>
        </w:rPr>
        <w:t xml:space="preserve">[12:11] </w:t>
      </w:r>
      <w:r>
        <w:t>dekhiye do qism ki taleem ka nizaam hota hai. ek hai forward education, ek in forward education. to forward education hoti hai is usool par ke education for the sake of education.</w:t>
      </w:r>
    </w:p>
    <w:p>
      <w:pPr>
        <w:jc w:val="right"/>
      </w:pPr>
      <w:r>
        <w:t>دیکھیے دو قسم کی تعلیم کا نظام ہوتا ہے۔ ایک ہے فارورڈ ایجوکیشن، ایک ان فارورڈ ایجوکیشن۔ تو فارورڈ ایجوکیشن ہوتی ہے اس اصول پر کہ ایجوکیشن فار دی سیک آف ایجوکیشن۔</w:t>
      </w:r>
    </w:p>
    <w:p>
      <w:r>
        <w:rPr>
          <w:b/>
        </w:rPr>
        <w:t xml:space="preserve">[12:28] </w:t>
      </w:r>
      <w:r>
        <w:t>lekin in forward education jo hoti hai, is ka kya nishana hota hai?</w:t>
      </w:r>
    </w:p>
    <w:p>
      <w:pPr>
        <w:jc w:val="right"/>
      </w:pPr>
      <w:r>
        <w:t>لیکن ان فارورڈ ایجوکیشن جو ہوتی ہے، اس کا کیا نشانہ ہوتا ہے؟</w:t>
      </w:r>
    </w:p>
    <w:p>
      <w:r>
        <w:rPr>
          <w:b/>
        </w:rPr>
        <w:t xml:space="preserve">[12:34] </w:t>
      </w:r>
      <w:r>
        <w:t>education for the sake of intellectual development. yeh farq hai. is ko samjhiye. yaani forward education ka nishana hota hai education for the sake of education.</w:t>
      </w:r>
    </w:p>
    <w:p>
      <w:pPr>
        <w:jc w:val="right"/>
      </w:pPr>
      <w:r>
        <w:t>ایجوکیشن فار دی سیک آف انٹلیکچول ڈیولپمنٹ۔ یہ فرق ہے۔ اس کو سمجھیے۔ یعنی فارورڈ ایجوکیشن کا نشانہ ہوتا ہے ایجوکیشن فار دی سیک آف ایجوکیشن۔</w:t>
      </w:r>
    </w:p>
    <w:p>
      <w:r>
        <w:rPr>
          <w:b/>
        </w:rPr>
        <w:t xml:space="preserve">[12:50] </w:t>
      </w:r>
      <w:r>
        <w:t>aur in forward education ka nishana hota hai education for the sake of intellectual development. to hum jo kaam kar rahe hain, woh yahi hai.</w:t>
      </w:r>
    </w:p>
    <w:p>
      <w:pPr>
        <w:jc w:val="right"/>
      </w:pPr>
      <w:r>
        <w:t>اور ان فارورڈ ایجوکیشن کا نشانہ ہوتا ہے ایجوکیشن فار دی سیک آف انٹلیکچول ڈیولپمنٹ۔ تو ہم جو کام کر رہے ہیں، وہ یہی ہے۔</w:t>
      </w:r>
    </w:p>
    <w:p>
      <w:r>
        <w:rPr>
          <w:b/>
        </w:rPr>
        <w:t xml:space="preserve">[13:01] </w:t>
      </w:r>
      <w:r>
        <w:t>hum jo kaam kar rahe hain, woh in forward education hai.</w:t>
      </w:r>
    </w:p>
    <w:p>
      <w:pPr>
        <w:jc w:val="right"/>
      </w:pPr>
      <w:r>
        <w:t>ہم جو کام کر رہے ہیں، وہ ان فارورڈ ایجوکیشن ہے۔</w:t>
      </w:r>
    </w:p>
    <w:p>
      <w:r>
        <w:rPr>
          <w:b/>
        </w:rPr>
        <w:t xml:space="preserve">[13:06] </w:t>
      </w:r>
      <w:r>
        <w:t>in forward education yahi hai ke nisaab ke bahir jo zarea hain, un ko istemaal kar ke aap logon ko ba-shaoor banayein.</w:t>
      </w:r>
    </w:p>
    <w:p>
      <w:pPr>
        <w:jc w:val="right"/>
      </w:pPr>
      <w:r>
        <w:t>ان فارورڈ ایجوکیشن یہی ہے کہ نصاب کے باہر جو ذرائع ہیں، ان کو استعمال کر کے آپ لوگوں کو باشعور بنائیں۔</w:t>
      </w:r>
    </w:p>
    <w:p>
      <w:r>
        <w:rPr>
          <w:b/>
        </w:rPr>
        <w:t xml:space="preserve">[13:15] </w:t>
      </w:r>
      <w:r>
        <w:t>un ke andar intellectual development, intellectual development layein. un ko zamane se ba-khabar karein.</w:t>
      </w:r>
    </w:p>
    <w:p>
      <w:pPr>
        <w:jc w:val="right"/>
      </w:pPr>
      <w:r>
        <w:t>ان کے اندر انٹلیکچول ڈیولپمنٹ، انٹلیکچول ڈیولپمنٹ لائیں۔ ان کو زمانے سے باخبر کریں۔</w:t>
      </w:r>
    </w:p>
    <w:p>
      <w:r>
        <w:rPr>
          <w:b/>
        </w:rPr>
        <w:t xml:space="preserve">[13:25] </w:t>
      </w:r>
      <w:r>
        <w:t>zamane ki zarooraton ko janne wale banayein. yeh hai in forward education ka goal.</w:t>
      </w:r>
    </w:p>
    <w:p>
      <w:pPr>
        <w:jc w:val="right"/>
      </w:pPr>
      <w:r>
        <w:t>زمانے کی ضرورتوں کو جاننے والے بنائیں۔ یہ ہے ان فارورڈ ایجوکیشن کا گول۔</w:t>
      </w:r>
    </w:p>
    <w:p>
      <w:r>
        <w:rPr>
          <w:b/>
        </w:rPr>
        <w:t xml:space="preserve">[13:37] </w:t>
      </w:r>
      <w:r>
        <w:t>to dekhiye forward education ka dhancha is tarah nahi badalta. aap badalne ki koshish karein to kuch kamyabi bhi nahi hogi aap ko.</w:t>
      </w:r>
    </w:p>
    <w:p>
      <w:pPr>
        <w:jc w:val="right"/>
      </w:pPr>
      <w:r>
        <w:t>تو دیکھیے فارورڈ ایجوکیشن کا ڈھانچہ اس طرح نہیں بدلتا۔ آپ بدلنے کی کوشش کریں تو کچھ کامیابی بھی نہیں ہوگی آپ کو۔</w:t>
      </w:r>
    </w:p>
    <w:p>
      <w:r>
        <w:rPr>
          <w:b/>
        </w:rPr>
        <w:t xml:space="preserve">[13:48] </w:t>
      </w:r>
      <w:r>
        <w:t>to in forward education ke dhanchay ko as it is qabool kar lijiye.</w:t>
      </w:r>
    </w:p>
    <w:p>
      <w:pPr>
        <w:jc w:val="right"/>
      </w:pPr>
      <w:r>
        <w:t>تو ان فارورڈ ایجوکیشن کے ڈھانچے کو ایز اٹ از قبول کر لیجیے۔</w:t>
      </w:r>
    </w:p>
    <w:p>
      <w:r>
        <w:rPr>
          <w:b/>
        </w:rPr>
        <w:t xml:space="preserve">[13:55] </w:t>
      </w:r>
      <w:r>
        <w:t>in forward education ke dhanchay ko as it is qabool kar lijiye.</w:t>
      </w:r>
    </w:p>
    <w:p>
      <w:pPr>
        <w:jc w:val="right"/>
      </w:pPr>
      <w:r>
        <w:t>ان فارورڈ ایجوکیشن کے ڈھانچے کو ایز اٹ از قبول کر لیجیے۔</w:t>
      </w:r>
    </w:p>
    <w:p>
      <w:r>
        <w:rPr>
          <w:b/>
        </w:rPr>
        <w:t xml:space="preserve">[14:00] </w:t>
      </w:r>
      <w:r>
        <w:t>sirf yeh aap kijiye ke in forward education ka jo zarea hai, is ke zariye se logon ke andar aap shaoor-e-zamana paida karein.</w:t>
      </w:r>
    </w:p>
    <w:p>
      <w:pPr>
        <w:jc w:val="right"/>
      </w:pPr>
      <w:r>
        <w:t>صرف یہ آپ کیجیے کہ ان فارورڈ ایجوکیشن کا جو ذریعہ ہے، اس کے ذریعے سے لوگوں کے اندر آپ شعور زمانہ پیدا کریں۔</w:t>
      </w:r>
    </w:p>
    <w:p>
      <w:r>
        <w:rPr>
          <w:b/>
        </w:rPr>
        <w:t xml:space="preserve">[14:15] </w:t>
      </w:r>
      <w:r>
        <w:t>un ko baseer-e-zamana banayein. un ko waqt ke taqazon ke mutabiq tayyar karein. yeh sab kijiye.</w:t>
      </w:r>
    </w:p>
    <w:p>
      <w:pPr>
        <w:jc w:val="right"/>
      </w:pPr>
      <w:r>
        <w:t>ان کو بصیر زمانہ بنائیں۔ ان کو وقت کے تقاضوں کے مطابق تیار کریں۔ یہ سب کیجیے۔</w:t>
      </w:r>
    </w:p>
    <w:p>
      <w:r>
        <w:rPr>
          <w:b/>
        </w:rPr>
        <w:t xml:space="preserve">[14:28] </w:t>
      </w:r>
      <w:r>
        <w:t>aur agar aap poore majmoo'ay mein tabdeeli nahi la sakte, poore mahaul ko badalne ki koshish mein nahi hain, to apne ko badliye.</w:t>
      </w:r>
    </w:p>
    <w:p>
      <w:pPr>
        <w:jc w:val="right"/>
      </w:pPr>
      <w:r>
        <w:t>اور اگر آپ پورے مجموعے میں تبدیلی نہیں لا سکتے، پورے ماحول کو بدلنے کی پوشش میں نہیں ہیں، تو اپنے کو بدلیے۔</w:t>
      </w:r>
    </w:p>
    <w:p>
      <w:r>
        <w:rPr>
          <w:b/>
        </w:rPr>
        <w:t xml:space="preserve">[14:48] </w:t>
      </w:r>
      <w:r>
        <w:t>is ka bhi Islam mein tafseel bata diya gaya hai ke ab pehla nishana hai majmoo'ay ko badalna.</w:t>
      </w:r>
    </w:p>
    <w:p>
      <w:pPr>
        <w:jc w:val="right"/>
      </w:pPr>
      <w:r>
        <w:t>اس کا بھی اسلام میں تفصیل بتا دیا گیا ہے کہ اب پہلا نشانہ ہے مجموعے کو بدلنا۔</w:t>
      </w:r>
    </w:p>
    <w:p>
      <w:r>
        <w:rPr>
          <w:b/>
        </w:rPr>
        <w:t xml:space="preserve">[14:57] </w:t>
      </w:r>
      <w:r>
        <w:t>lekin jab aap majmoo'ay ko badalne ki koshish mein na hon to apne aap ko badliye.</w:t>
      </w:r>
    </w:p>
    <w:p>
      <w:pPr>
        <w:jc w:val="right"/>
      </w:pPr>
      <w:r>
        <w:t>لیکن جب آپ مجموعے کو بدلنے کی پوشش میں نہ ہوں تو اپنے آپ کو بدلیے۔</w:t>
      </w:r>
    </w:p>
    <w:p>
      <w:r>
        <w:rPr>
          <w:b/>
        </w:rPr>
        <w:t xml:space="preserve">[15:03] </w:t>
      </w:r>
      <w:r>
        <w:t>hadees mein aata hai, hadees bhi ek alag rikhsat.</w:t>
      </w:r>
    </w:p>
    <w:p>
      <w:pPr>
        <w:jc w:val="right"/>
      </w:pPr>
      <w:r>
        <w:t>حدیث میں آتا ہے، حدیث بھی ایک الگ رخصت۔</w:t>
      </w:r>
    </w:p>
    <w:p>
      <w:r>
        <w:rPr>
          <w:b/>
        </w:rPr>
        <w:t xml:space="preserve">[15:09] </w:t>
      </w:r>
      <w:r>
        <w:t>ke kisi haal mein aap ko mayoos hone ki zaroorat nahi hai. shikayat ki zabaan bolne ki zaroorat nahi hai.</w:t>
      </w:r>
    </w:p>
    <w:p>
      <w:pPr>
        <w:jc w:val="right"/>
      </w:pPr>
      <w:r>
        <w:t>کہ کسی حال میں آپ کو مایوس ہونے کی ضرورت نہیں ہے۔ شکایت کی زبان بولنے کی ضرورت نہیں ہے۔</w:t>
      </w:r>
    </w:p>
    <w:p>
      <w:r>
        <w:rPr>
          <w:b/>
        </w:rPr>
        <w:t xml:space="preserve">[15:20] </w:t>
      </w:r>
      <w:r>
        <w:t>negative thinking mein mubtala hone ki zaroorat nahi hai.</w:t>
      </w:r>
    </w:p>
    <w:p>
      <w:pPr>
        <w:jc w:val="right"/>
      </w:pPr>
      <w:r>
        <w:t>منفی تھنکنگ میں مبتلا ہونے کی ضرورت نہیں ہے۔</w:t>
      </w:r>
    </w:p>
    <w:p>
      <w:r>
        <w:rPr>
          <w:b/>
        </w:rPr>
        <w:t xml:space="preserve">[15:29] </w:t>
      </w:r>
      <w:r>
        <w:t>Islam ka usool hai ke ittaqullah ma istata'at. yaani ba-qadr-e-istata'at ab bahas baqi.</w:t>
      </w:r>
    </w:p>
    <w:p>
      <w:pPr>
        <w:jc w:val="right"/>
      </w:pPr>
      <w:r>
        <w:t>اسلام کا اصول ہے کہ اتقوا اللہ وما استطاعت۔ یعنی بقت استطاعت اب بحث بدا۔</w:t>
      </w:r>
    </w:p>
    <w:p>
      <w:r>
        <w:rPr>
          <w:b/>
        </w:rPr>
        <w:t xml:space="preserve">[15:46] </w:t>
      </w:r>
      <w:r>
        <w:t>to yeh hai muamla. aksar log yeh karte hain ke nishad hi galat karte hain. yaani ghalati kahin hai aur kisi aur cheez ko le kar ghalati bata rahe hain.</w:t>
      </w:r>
    </w:p>
    <w:p>
      <w:pPr>
        <w:jc w:val="right"/>
      </w:pPr>
      <w:r>
        <w:t>تو یہ ہے معاملہ۔ اکثر لوگ یہ کرتے ہیں کہ نشاد ہی غلط کرتے ہیں۔ یعنی غلطی کہیں ہے اور کسی اور چیز کو لے کر غلطی بتا رہے ہیں۔</w:t>
      </w:r>
    </w:p>
    <w:p>
      <w:r>
        <w:rPr>
          <w:b/>
        </w:rPr>
        <w:t xml:space="preserve">[16:03] </w:t>
      </w:r>
      <w:r>
        <w:t>ghalati kahin aur hoti hai to kisi aur cheez ko ghalat ghalat batate hain. nateeja kya hota hai? ke lambi koshish ke baad jab woh ghalati khatam ho jati hai, tab bhi wahi soorat-e-haal baqi rehti hai.</w:t>
      </w:r>
    </w:p>
    <w:p>
      <w:pPr>
        <w:jc w:val="right"/>
      </w:pPr>
      <w:r>
        <w:t>غلطی کہیں اور ہوتی ہے تو کسی اور چیز کو غلط غلط بتاتے ہیں۔ نتیجہ کیا ہوتا ہے؟ کہ لمبی کوشش کے بعد جب وہ غلطی ختم ہو جاتی ہے، تب بھی وہی صورتحال باقی رہتی ہے۔</w:t>
      </w:r>
    </w:p>
    <w:p>
      <w:r>
        <w:rPr>
          <w:b/>
        </w:rPr>
        <w:t xml:space="preserve">[16:18] </w:t>
      </w:r>
      <w:r>
        <w:t>misalan jo angrez india mein thay ya faransisi arab mulkon mein thay, to saare muslehien jo thay, unhi ke peeche lag gaye ke faransisiyon ki maujoodgi arab dunya mein.</w:t>
      </w:r>
    </w:p>
    <w:p>
      <w:pPr>
        <w:jc w:val="right"/>
      </w:pPr>
      <w:r>
        <w:t>مثلاً جو انگریز انڈیا میں تھے یا فرانسیسی عرب ملکوں میں تھے، تو سارے مصلحین جو تھے، انہی کے پیچھے لگ گئے کہ فرانسیسیوں کی موجودگی عرب دنیا میں۔</w:t>
      </w:r>
    </w:p>
    <w:p>
      <w:r>
        <w:rPr>
          <w:b/>
        </w:rPr>
        <w:t xml:space="preserve">[16:33] </w:t>
      </w:r>
      <w:r>
        <w:t>woh samajhte thay ke yeh sab bara bara masla hai. ya angrezon ki maujoodgi india mein sab se bara masla hai. bas isi ko nikalne ke liye unhon ne bari bari qurbaniyan kin ke bas yeh yeh nikle do, sab masla theek hai.</w:t>
      </w:r>
    </w:p>
    <w:p>
      <w:pPr>
        <w:jc w:val="right"/>
      </w:pPr>
      <w:r>
        <w:t>وہ سمجھتے تھے کہ یہ سب بڑا سب بڑا مسئلہ ہے۔ یا انگریزوں کی موجودگی انڈیا میں سب سے بڑا مسئلہ ہے۔ بس اسی کو نکالنے کے لیے انہوں نے بڑی بڑی قربانیاں کیں کہ بس یہ یہ نکلے دو، سب مسئلہ ٹھیک ہے۔</w:t>
      </w:r>
    </w:p>
    <w:p>
      <w:r>
        <w:rPr>
          <w:b/>
        </w:rPr>
        <w:t xml:space="preserve">[16:47] </w:t>
      </w:r>
      <w:r>
        <w:t>kyunke aap jante hain ke farans jo hai, arab dunya se nikal gaya. britania jo hai, indian sub continent se nikal gaya. lekin haalat wahi ka wahi hai.</w:t>
      </w:r>
    </w:p>
    <w:p>
      <w:pPr>
        <w:jc w:val="right"/>
      </w:pPr>
      <w:r>
        <w:t>کیونکہ آپ جانتے ہیں کہ فرانس جو ہے، عرب دنیا سے نکل گیا۔ برطانیہ جو ہے، انڈین سب کانٹیننٹ سے نکل گیا۔ لیکن حالت وہی کا وہی ہے۔</w:t>
      </w:r>
    </w:p>
    <w:p>
      <w:r>
        <w:rPr>
          <w:b/>
        </w:rPr>
        <w:t xml:space="preserve">[16:58] </w:t>
      </w:r>
      <w:r>
        <w:t>phir bhi wahi. ab bhi log shikayat ki boli bolte hain. ab bhi woh protest ki boli bolte hain. ab bhi log manfi stage mein pade hue hain.</w:t>
      </w:r>
    </w:p>
    <w:p>
      <w:pPr>
        <w:jc w:val="right"/>
      </w:pPr>
      <w:r>
        <w:t>پھر بھی وہی۔ اب بھی لوگ شکایت کی بولی بولتے ہیں۔ اب بھی وہ پروٹیسٹ کی بولی بولتے ہیں۔ اب بھی لوگ منفی سٹیج میں پڑے ہوئے ہیں۔</w:t>
      </w:r>
    </w:p>
    <w:p>
      <w:r>
        <w:rPr>
          <w:b/>
        </w:rPr>
        <w:t xml:space="preserve">[17:13] </w:t>
      </w:r>
      <w:r>
        <w:t>to kisi bhi muamle mein yaad rakhiye, sab se pehle hoti hai sahi tashkhees. phir hoti hai sahi tajweez. yaani pehle hota hai sahi diagnosis.</w:t>
      </w:r>
    </w:p>
    <w:p>
      <w:pPr>
        <w:jc w:val="right"/>
      </w:pPr>
      <w:r>
        <w:t>تو کسی بھی معاملے میں یاد رکھیے، سب سے پہلے ہوتی ہے صحیح تشخیص۔ پھر ہوتی ہے صحیح تجویز۔ یعنی پہلے ہوتا ہے صحیح ڈائیگنوسس۔</w:t>
      </w:r>
    </w:p>
    <w:p>
      <w:r>
        <w:rPr>
          <w:b/>
        </w:rPr>
        <w:t xml:space="preserve">[17:30] </w:t>
      </w:r>
      <w:r>
        <w:t>diagnosis. phir hota hai sahi prescription.</w:t>
      </w:r>
    </w:p>
    <w:p>
      <w:pPr>
        <w:jc w:val="right"/>
      </w:pPr>
      <w:r>
        <w:t>ڈائیگنوسس۔ پھر ہوتا ہے صحیح پریسکرپشن۔</w:t>
      </w:r>
    </w:p>
    <w:p>
      <w:r>
        <w:rPr>
          <w:b/>
        </w:rPr>
        <w:t xml:space="preserve">[17:42] </w:t>
      </w:r>
      <w:r>
        <w:t>to main samajhta hoon ke is hadees mein bohat hi sahi rehnumai di gayi hai ke in baseer bazmani. is ka matlab is mein yeh cheez understood hai ke tumhare rawaiti idare tum ko baseer haal banate honge.</w:t>
      </w:r>
    </w:p>
    <w:p>
      <w:pPr>
        <w:jc w:val="right"/>
      </w:pPr>
      <w:r>
        <w:t>تو میں سمجھتا ہوں کہ اس حدیث میں بہت ہی صحیح رہنمائی دی گئی ہے کہ ان بصیر بزمانی۔ اس کا مطلب اس میں یہ چیز انڈرسٹڈ ہے کہ تمہارے روایتی ادارے تم کو بصیر حال بناتے ہوں گے۔</w:t>
      </w:r>
    </w:p>
    <w:p>
      <w:r>
        <w:rPr>
          <w:b/>
        </w:rPr>
        <w:t xml:space="preserve">[18:00] </w:t>
      </w:r>
      <w:r>
        <w:t>tumhare rawaiti idare jo honge, woh tum ko baseer haal bana rahe honge. lekin isi ke saath tum ko ek aur cheez karna chahiye.</w:t>
      </w:r>
    </w:p>
    <w:p>
      <w:pPr>
        <w:jc w:val="right"/>
      </w:pPr>
      <w:r>
        <w:t>تمہارے روایتی ادارے جو ہوں گے، وہ تم کو بصیر حال بنا رہے ہوں گے۔ لیکن اسی کے ساتھ تم کو ایک اور چیز کرنا چاہیے۔</w:t>
      </w:r>
    </w:p>
    <w:p>
      <w:r>
        <w:rPr>
          <w:b/>
        </w:rPr>
        <w:t xml:space="preserve">[18:09] </w:t>
      </w:r>
      <w:r>
        <w:t>apne ko baseer zamana banne ke liye ek aur koshish karna chahiye.</w:t>
      </w:r>
    </w:p>
    <w:p>
      <w:pPr>
        <w:jc w:val="right"/>
      </w:pPr>
      <w:r>
        <w:t>اپنے کو بصیر زمانہ بننے کے لیے ایک اور کوشش کرنا چاہیے۔</w:t>
      </w:r>
    </w:p>
    <w:p>
      <w:r>
        <w:rPr>
          <w:b/>
        </w:rPr>
        <w:t xml:space="preserve">[18:18] </w:t>
      </w:r>
      <w:r>
        <w:t>to is hadees mein yeh cheez understood hai. kyunke hamesha aisa hota hai ke rawaiti idare hamesha maujood rehte hain.</w:t>
      </w:r>
    </w:p>
    <w:p>
      <w:pPr>
        <w:jc w:val="right"/>
      </w:pPr>
      <w:r>
        <w:t>تو اس حدیث میں یہ چیز انڈرسٹڈ ہے۔ کیونکہ ہمیشہ ایسا ہوتا ہے کہ روایتی ادارے ہمیشہ موجود رہتے ہیں۔</w:t>
      </w:r>
    </w:p>
    <w:p>
      <w:r>
        <w:rPr>
          <w:b/>
        </w:rPr>
        <w:t xml:space="preserve">[18:29] </w:t>
      </w:r>
      <w:r>
        <w:t>kabhi aisa nahi ho sakta ke rawaiti idare maujood na hon.</w:t>
      </w:r>
    </w:p>
    <w:p>
      <w:pPr>
        <w:jc w:val="right"/>
      </w:pPr>
      <w:r>
        <w:t>کبھی ایسا نہیں ہو سکتا کہ روایتی ادارے موجود نہ ہوں۔</w:t>
      </w:r>
    </w:p>
    <w:p>
      <w:r>
        <w:rPr>
          <w:b/>
        </w:rPr>
        <w:t xml:space="preserve">[18:34] </w:t>
      </w:r>
      <w:r>
        <w:t>rawaiti idaron ka tasalsul kamyab hota hai hamesha. aur woh hamesha hi har daur mein baqi rehte hain.</w:t>
      </w:r>
    </w:p>
    <w:p>
      <w:pPr>
        <w:jc w:val="right"/>
      </w:pPr>
      <w:r>
        <w:t>روایتی اداروں کا تسلسل کامیاب ہوتا ہے ہمیشہ۔ اور وہ ہمیشہ ہی ہر دور میں باقی رہتے ہیں۔</w:t>
      </w:r>
    </w:p>
    <w:p>
      <w:r>
        <w:rPr>
          <w:b/>
        </w:rPr>
        <w:t xml:space="preserve">[18:42] </w:t>
      </w:r>
      <w:r>
        <w:t>to is hadees ka matlab yeh hai ke tumhare jo rawaiti idare maujood hain, woh kafi nahi hain.</w:t>
      </w:r>
    </w:p>
    <w:p>
      <w:pPr>
        <w:jc w:val="right"/>
      </w:pPr>
      <w:r>
        <w:t>تو اس حدیث کا مطلب یہ ہے کہ تمہارے جو روایتی ادارے موجود ہیں، وہ کافی نہیں ہیں۔</w:t>
      </w:r>
    </w:p>
    <w:p>
      <w:r>
        <w:rPr>
          <w:b/>
        </w:rPr>
        <w:t xml:space="preserve">[18:51] </w:t>
      </w:r>
      <w:r>
        <w:t>isi ke saath apne ko ek aur zariya talash karo. yaani is hadees ko samajhne ke liye is mein yeh shamil karna padega ke tumhare rawaiti idare kafi nahi hain.</w:t>
      </w:r>
    </w:p>
    <w:p>
      <w:pPr>
        <w:jc w:val="right"/>
      </w:pPr>
      <w:r>
        <w:t>اسی کے ساتھ اپنے کو ایک اور ذریعہ تلاش کرو۔ یعنی اس حدیث کو سمجھنے کے لیے اس میں یہ شامل کرنا پڑے گا کہ تمہارے روایتی ادارے کافی نہیں ہیں۔</w:t>
      </w:r>
    </w:p>
    <w:p>
      <w:r>
        <w:rPr>
          <w:b/>
        </w:rPr>
        <w:t xml:space="preserve">[19:04] </w:t>
      </w:r>
      <w:r>
        <w:t>isi ke saath doosra zariya talash karo jo un ko baseer zamana banaye. yaani rawaiti idare tum ko baseer baseer maazi bana rahe hain.</w:t>
      </w:r>
    </w:p>
    <w:p>
      <w:pPr>
        <w:jc w:val="right"/>
      </w:pPr>
      <w:r>
        <w:t>اسی کے ساتھ دوسرا ذریعہ تلاش کرو جو ان کو بصیر زمانہ بنائے۔ یعنی روایتی ادارے تم کو بصیر بصیر ماضی بنا رہے ہیں۔</w:t>
      </w:r>
    </w:p>
    <w:p>
      <w:r>
        <w:rPr>
          <w:b/>
        </w:rPr>
        <w:t xml:space="preserve">[19:14] </w:t>
      </w:r>
      <w:r>
        <w:t>yeh is mein shamil mana jayega.</w:t>
      </w:r>
    </w:p>
    <w:p>
      <w:pPr>
        <w:jc w:val="right"/>
      </w:pPr>
      <w:r>
        <w:t>یہ اس میں شامل مانا جائے گا۔</w:t>
      </w:r>
    </w:p>
    <w:p>
      <w:r>
        <w:rPr>
          <w:b/>
        </w:rPr>
        <w:t xml:space="preserve">[19:17] </w:t>
      </w:r>
      <w:r>
        <w:t>tumhare rawaiti idare tum ko baseer maazi bana rahe hain. ab aise zariye talash karo jo un ko isi ke saath baseer haal bhi banayein.</w:t>
      </w:r>
    </w:p>
    <w:p>
      <w:pPr>
        <w:jc w:val="right"/>
      </w:pPr>
      <w:r>
        <w:t>تمہارے روایتی ادارے تم کو بصیر ماضی بنا رہے ہیں۔ اب ایسے ذرائع تلاش کرو جو ان کو اسی کے ساتھ بصیر حال بھی بنائیں۔</w:t>
      </w:r>
    </w:p>
    <w:p>
      <w:r>
        <w:rPr>
          <w:b/>
        </w:rPr>
        <w:t xml:space="preserve">[19:29] </w:t>
      </w:r>
      <w:r>
        <w:t>yeh matlab hai is hadees ka.</w:t>
      </w:r>
    </w:p>
    <w:p>
      <w:pPr>
        <w:jc w:val="right"/>
      </w:pPr>
      <w:r>
        <w:t>یہ مطلب ہے اس حدیث کا۔</w:t>
      </w:r>
    </w:p>
    <w:p>
      <w:r>
        <w:rPr>
          <w:b/>
        </w:rPr>
        <w:t xml:space="preserve">[19:39] </w:t>
      </w:r>
      <w:r>
        <w:t>to aksar log yeh ghalati karte hain ke nishad hi un ki durust nahi hoti. yaani masla kahan hai, is ki nishad hi durust nahi hoti.</w:t>
      </w:r>
    </w:p>
    <w:p>
      <w:pPr>
        <w:jc w:val="right"/>
      </w:pPr>
      <w:r>
        <w:t>تو اکثر لوگ یہ غلطی کرتے ہیں کہ نشاد ہی ان کی درست نہیں ہوتی۔ یعنی مسئلہ کہاں ہے، اس کی نشاد ہی درست نہیں ہوتی۔</w:t>
      </w:r>
    </w:p>
    <w:p>
      <w:r>
        <w:rPr>
          <w:b/>
        </w:rPr>
        <w:t xml:space="preserve">[19:52] </w:t>
      </w:r>
      <w:r>
        <w:t>to ghalat nishad hi kar ke dhoom se tareeqe chala lete hain.</w:t>
      </w:r>
    </w:p>
    <w:p>
      <w:pPr>
        <w:jc w:val="right"/>
      </w:pPr>
      <w:r>
        <w:t>تو غلط نشاد ہی کر کے دھوم سے طریقے چلا لیتے ہیں۔</w:t>
      </w:r>
    </w:p>
    <w:p>
      <w:r>
        <w:rPr>
          <w:b/>
        </w:rPr>
        <w:t xml:space="preserve">[19:59] </w:t>
      </w:r>
      <w:r>
        <w:t>bar bar yeh ho raha hai ke ghalat nishad hi kar ke, masle ki ghalat nishad hi kar ke, dhoom se tareeqe chala dega.</w:t>
      </w:r>
    </w:p>
    <w:p>
      <w:pPr>
        <w:jc w:val="right"/>
      </w:pPr>
      <w:r>
        <w:t>بار بار یہ ہو رہا ہے کہ غلط نشاد ہی کر کے، مسئلے کی غلط نشاد ہی کر کے، دھوم سے طریقے چلا دے گا۔</w:t>
      </w:r>
    </w:p>
    <w:p>
      <w:r>
        <w:rPr>
          <w:b/>
        </w:rPr>
        <w:t xml:space="preserve">[20:12] </w:t>
      </w:r>
      <w:r>
        <w:t>aur saare hangame ke baad jab woh woh jis cheez ki nishad ki thi unhon ne, woh khatam ho jayega, tab bhi masla wahi ka wahi.</w:t>
      </w:r>
    </w:p>
    <w:p>
      <w:pPr>
        <w:jc w:val="right"/>
      </w:pPr>
      <w:r>
        <w:t>اور سارے ہنگامے کے بعد جب وہ وہ جس چیز کی نشاد کی تھی انہوں نے، وہ ختم ہو جائے گا، تب بھی مسئلہ وہی کا وہی۔</w:t>
      </w:r>
    </w:p>
    <w:p>
      <w:r>
        <w:rPr>
          <w:b/>
        </w:rPr>
        <w:t xml:space="preserve">[20:25] </w:t>
      </w:r>
      <w:r>
        <w:t>to phir dobara ghalat nishad hi kar dalte hain.</w:t>
      </w:r>
    </w:p>
    <w:p>
      <w:pPr>
        <w:jc w:val="right"/>
      </w:pPr>
      <w:r>
        <w:t>تو پھر دوبارہ غلط نشاد ہی کر ڈالتے ہیں۔</w:t>
      </w:r>
    </w:p>
    <w:p>
      <w:r>
        <w:rPr>
          <w:b/>
        </w:rPr>
        <w:t xml:space="preserve">[20:32] </w:t>
      </w:r>
      <w:r>
        <w:t>to muamle ke islaah ke liye yaad rakhiye, pehla kaam hai sahi nishad hi. doosra kaam hai sahi naqsha kaar.</w:t>
      </w:r>
    </w:p>
    <w:p>
      <w:pPr>
        <w:jc w:val="right"/>
      </w:pPr>
      <w:r>
        <w:t>تو معاملے کے اصلاح کے لیے یاد رکھیے، پہلا کام ہے صحیح نشاد ہی۔ دوسرا کام ہے صحیح نقشہ کار۔</w:t>
      </w:r>
    </w:p>
    <w:p>
      <w:r>
        <w:rPr>
          <w:b/>
        </w:rPr>
        <w:t xml:space="preserve">[20:45] </w:t>
      </w:r>
      <w:r>
        <w:t>koi bhi muamla ho, chahe zaati muamla ho ya poori ummat ka muamla ho,</w:t>
      </w:r>
    </w:p>
    <w:p>
      <w:pPr>
        <w:jc w:val="right"/>
      </w:pPr>
      <w:r>
        <w:t>کوئی بھی معاملہ ہو، چاہے ذاتی معاملہ ہو یا پوری امت کا معاملہ ہو،</w:t>
      </w:r>
    </w:p>
    <w:p>
      <w:r>
        <w:rPr>
          <w:b/>
        </w:rPr>
        <w:t xml:space="preserve">[20:57] </w:t>
      </w:r>
      <w:r>
        <w:t>khandan ka muamla ho, society ka muamla ho, hamesha aisa hi hota hai ke pehla kaam yeh hai ke aap masle ki theek theek nishad hi karen.</w:t>
      </w:r>
    </w:p>
    <w:p>
      <w:pPr>
        <w:jc w:val="right"/>
      </w:pPr>
      <w:r>
        <w:t>خاندان کا معاملہ ہو، سوسائٹی کا معاملہ ہو، ہمیشہ ایسا ہی ہوتا ہے کہ پہلا کام یہ ہے کہ آپ مسئلے کی ٹھیک ٹھیک نشاد ہی کریں۔</w:t>
      </w:r>
    </w:p>
    <w:p>
      <w:r>
        <w:rPr>
          <w:b/>
        </w:rPr>
        <w:t xml:space="preserve">[21:12] </w:t>
      </w:r>
      <w:r>
        <w:t>bohat socha, bohat socha, bohat socha. aur is ke baad doosra kaam yeh hai ke aap</w:t>
      </w:r>
    </w:p>
    <w:p>
      <w:pPr>
        <w:jc w:val="right"/>
      </w:pPr>
      <w:r>
        <w:t>بہت سوچا، بہت سوچا، بہت سوچا۔ اور اس کے بعد دوسرا کام یہ ہے کہ آپ</w:t>
      </w:r>
    </w:p>
    <w:p>
      <w:r>
        <w:rPr>
          <w:b/>
        </w:rPr>
        <w:t xml:space="preserve">[21:24] </w:t>
      </w:r>
      <w:r>
        <w:t>naqsha kaar bohat hi soch samajh kar sahi naqsha naqsha kaar banaayen.</w:t>
      </w:r>
    </w:p>
    <w:p>
      <w:pPr>
        <w:jc w:val="right"/>
      </w:pPr>
      <w:r>
        <w:t>نقشہ کار بہت ہی سوچ سمجھ کر صحیح نقشہ نقشہ کار بنائیں۔</w:t>
      </w:r>
    </w:p>
    <w:p>
      <w:r>
        <w:rPr>
          <w:b/>
        </w:rPr>
        <w:t xml:space="preserve">[21:37] </w:t>
      </w:r>
      <w:r>
        <w:t>to yeh baat har kaam ke liye zaroori hai. isi tarah se madarse ke liye, taleem ke liye, jaama'aat ke liye zaroori hai.</w:t>
      </w:r>
    </w:p>
    <w:p>
      <w:pPr>
        <w:jc w:val="right"/>
      </w:pPr>
      <w:r>
        <w:t>تو یہ بات ہر کام کے لیے ضروری ہے۔ اسی طرح سے مدرسے کے لیے، تعلیم کے لیے، جامعات کے لیے ضروری ہے۔</w:t>
      </w:r>
    </w:p>
    <w:p>
      <w:r>
        <w:rPr>
          <w:b/>
        </w:rPr>
        <w:t xml:space="preserve">[21:57] </w:t>
      </w:r>
      <w:r>
        <w:t>yaad rakhiye, jab bhi matloob result na mile, jab bhi matloob result na mile, to kisi aur ko ki shikayat mat kijiye.</w:t>
      </w:r>
    </w:p>
    <w:p>
      <w:pPr>
        <w:jc w:val="right"/>
      </w:pPr>
      <w:r>
        <w:t>یاد رکھیے، جب بھی مطلوب رزلٹ نہ ملے، جب بھی مطلوب رزلٹ نہ ملے، تو کسی اور کو کی شکایت مت کیجیے۔</w:t>
      </w:r>
    </w:p>
    <w:p>
      <w:r>
        <w:rPr>
          <w:b/>
        </w:rPr>
        <w:t xml:space="preserve">[22:10] </w:t>
      </w:r>
      <w:r>
        <w:t>kisi aur ko is ka zimmedaar na thahraiye. khud apne naqshe kaar ke andar is ki is ka sabab talaash kijiye.</w:t>
      </w:r>
    </w:p>
    <w:p>
      <w:pPr>
        <w:jc w:val="right"/>
      </w:pPr>
      <w:r>
        <w:t>کسی اور کو اس کا ذمہ دار نہ ٹھہرائیے۔ خود اپنے نقشے کار کے اندر اس کی اس کا سبب تلاش کیجیے۔</w:t>
      </w:r>
    </w:p>
    <w:p>
      <w:r>
        <w:rPr>
          <w:b/>
        </w:rPr>
        <w:t xml:space="preserve">[22:22] </w:t>
      </w:r>
      <w:r>
        <w:t>jab bhi matloob result nahi mil raha hai, to khami aap ke apne hi naqshe kaar mein hogi.</w:t>
      </w:r>
    </w:p>
    <w:p>
      <w:pPr>
        <w:jc w:val="right"/>
      </w:pPr>
      <w:r>
        <w:t>جب بھی مطلوب رزلٹ نہیں مل رہا ہے، تو خامی آپ کے اپنے ہی نقشے کار میں ہوگی۔</w:t>
      </w:r>
    </w:p>
    <w:p>
      <w:r>
        <w:rPr>
          <w:b/>
        </w:rPr>
        <w:t xml:space="preserve">[22:32] </w:t>
      </w:r>
      <w:r>
        <w:t>to apne naqshe kaar mein khami talaash kar ke islaah kijiye is ki. na ke doosre ko zimmedaar thahra kar is ke khilaaf shikayat ka toofan khada karna.</w:t>
      </w:r>
    </w:p>
    <w:p>
      <w:pPr>
        <w:jc w:val="right"/>
      </w:pPr>
      <w:r>
        <w:t>تو اپنے نقشے کار میں خامی تلاش کر کے اصلاح کیجیے اس کی۔ نہ کہ دوسرے کو ذمہ دار ٹھہرا کر اس کے خلاف شکایت کا طوفان کھڑا کرنا۔</w:t>
      </w:r>
    </w:p>
    <w:p>
      <w:r>
        <w:rPr>
          <w:b/>
        </w:rPr>
        <w:t xml:space="preserve">[22:54] </w:t>
      </w:r>
      <w:r>
        <w:t>to yeh bohat ziyada aham baat hai. aur saare log is muamle mein ajeeb ghareeb soch mein mubtala hain.</w:t>
      </w:r>
    </w:p>
    <w:p>
      <w:pPr>
        <w:jc w:val="right"/>
      </w:pPr>
      <w:r>
        <w:t>تو یہ بہت زیادہ اہم بات ہے۔ اور سارے لوگ اس معاملے میں عجیب غریب سوچ میں مبتلا ہیں۔</w:t>
      </w:r>
    </w:p>
    <w:p>
      <w:r>
        <w:rPr>
          <w:b/>
        </w:rPr>
        <w:t xml:space="preserve">[23:05] </w:t>
      </w:r>
      <w:r>
        <w:t>ajeeb ghareeb soch mein. jab insaan apni ghalti na maan rahe to yeh hota hai. dekhiye, koi kaam bigadta hai to hamesha apni ghalti se bigadta hai.</w:t>
      </w:r>
    </w:p>
    <w:p>
      <w:pPr>
        <w:jc w:val="right"/>
      </w:pPr>
      <w:r>
        <w:t>عجیب غریب سوچ میں۔ جب انسان اپنی غلطی نہ مان رہے تو یہ ہوتا ہے۔ دیکھیے، کوئی کام بگڑتا ہے تو ہمیشہ اپنی غلطی سے بگڑتا ہے۔</w:t>
      </w:r>
    </w:p>
    <w:p>
      <w:r>
        <w:rPr>
          <w:b/>
        </w:rPr>
        <w:t xml:space="preserve">[23:19] </w:t>
      </w:r>
      <w:r>
        <w:t>jab bhi koi kaam bigadta hai, chahe ghar ka ho ya bahar ka, to woh hamesha apni ghalti se bigadta hai.</w:t>
      </w:r>
    </w:p>
    <w:p>
      <w:pPr>
        <w:jc w:val="right"/>
      </w:pPr>
      <w:r>
        <w:t>جب بھی کوئی کام بگڑتا ہے، چاہے گھر کا ہو یا باہر کا، تو وہ ہمیشہ اپنی غلطی سے بگڑتا ہے۔</w:t>
      </w:r>
    </w:p>
    <w:p>
      <w:r>
        <w:rPr>
          <w:b/>
        </w:rPr>
        <w:t xml:space="preserve">[23:31] </w:t>
      </w:r>
      <w:r>
        <w:t>lekin insaan apni ghalti maanna chahta nahi, to doosre par daal deta hai. doosre ke khilaaf hungama karta hai.</w:t>
      </w:r>
    </w:p>
    <w:p>
      <w:pPr>
        <w:jc w:val="right"/>
      </w:pPr>
      <w:r>
        <w:t>لیکن انسان اپنی غلطی ماننا چاہتا نہیں، تو دوسرے پر ڈال دیتا ہے۔ دوسرے کے خلاف ہنگامہ کرتا ہے۔</w:t>
      </w:r>
    </w:p>
    <w:p>
      <w:r>
        <w:rPr>
          <w:b/>
        </w:rPr>
        <w:t xml:space="preserve">[23:41] </w:t>
      </w:r>
      <w:r>
        <w:t>natija kya hota hai? ke soorat-e-haal baqi rehti hai. aur wohi aur ghalti ki islaah nahi hoti.</w:t>
      </w:r>
    </w:p>
    <w:p>
      <w:pPr>
        <w:jc w:val="right"/>
      </w:pPr>
      <w:r>
        <w:t>نتیجہ کیا ہوتا ہے؟ کہ صورتحال باقی رہتی ہے۔ اور وہی اور غلطی کی اصلاح نہیں ہوتی۔</w:t>
      </w:r>
    </w:p>
    <w:p>
      <w:r>
        <w:rPr>
          <w:b/>
        </w:rPr>
        <w:t xml:space="preserve">[23:53] </w:t>
      </w:r>
      <w:r>
        <w:t>yeh hi mein samajhta hoon ke taleem ke muamle mein ya madaris aur jaama'aat ke muamle mein ho raha hai. matloob nateeja nahi nikal raha hai, to log samajhte hain ke koi doosra zimmedaar hai is ka.</w:t>
      </w:r>
    </w:p>
    <w:p>
      <w:pPr>
        <w:jc w:val="right"/>
      </w:pPr>
      <w:r>
        <w:t>یہی میں سمجھتا ہوں کہ تعلیم کے معاملے میں یا مدارس اور جامعات کے معاملے میں ہو رہا ہے۔ مطلوب نتیجہ نہیں نکل رہا ہے، تو لوگ سمجھتے ہیں کہ کوئی دوسرا ذمہ دار ہے اس کا۔</w:t>
      </w:r>
    </w:p>
    <w:p>
      <w:r>
        <w:rPr>
          <w:b/>
        </w:rPr>
        <w:t xml:space="preserve">[24:08] </w:t>
      </w:r>
      <w:r>
        <w:t>dobara naye naye dushman talaash kar lete hain. naye naye saazishi talaash kar lete hain. haalankeh aisa hargiz nahi hai.</w:t>
      </w:r>
    </w:p>
    <w:p>
      <w:pPr>
        <w:jc w:val="right"/>
      </w:pPr>
      <w:r>
        <w:t>دوبارہ نئے نئے دشمن تلاش کر لیتے ہیں۔ نئے نئے سازشی تلاش کر لیتے ہیں۔ حالانکہ ایسا ہرگز نہیں ہے۔</w:t>
      </w:r>
    </w:p>
    <w:p>
      <w:r>
        <w:rPr>
          <w:b/>
        </w:rPr>
        <w:t xml:space="preserve">[24:18] </w:t>
      </w:r>
      <w:r>
        <w:t>matloob nikal, matloob nateeja na nikalne ka sabab khud aap ka naqsha kaar ki ghalti hai. aap ke mansoobe ki ghalti hai.</w:t>
      </w:r>
    </w:p>
    <w:p>
      <w:pPr>
        <w:jc w:val="right"/>
      </w:pPr>
      <w:r>
        <w:t>مطلوب نکل، مطلوب نتیجہ نہ نکلنے کا سبب خود آپ کا نقشہ کار کی غلطی ہے۔ آپ کے منصوبے کی غلطی ہے۔</w:t>
      </w:r>
    </w:p>
    <w:p>
      <w:r>
        <w:rPr>
          <w:b/>
        </w:rPr>
        <w:t xml:space="preserve">[24:30] </w:t>
      </w:r>
      <w:r>
        <w:t>aap ki soch ki ghalti hai.</w:t>
      </w:r>
    </w:p>
    <w:p>
      <w:pPr>
        <w:jc w:val="right"/>
      </w:pPr>
      <w:r>
        <w:t>آپ کی سوچ کی غلطی ہے۔</w:t>
      </w:r>
    </w:p>
    <w:p>
      <w:r>
        <w:rPr>
          <w:b/>
        </w:rPr>
        <w:t xml:space="preserve">[24:39] </w:t>
      </w:r>
      <w:r>
        <w:t>to yeh tha mera aaj ka tajruba.</w:t>
      </w:r>
    </w:p>
    <w:p>
      <w:pPr>
        <w:jc w:val="right"/>
      </w:pPr>
      <w:r>
        <w:t>تو یہ تھا میرا آج کا تجربہ۔</w:t>
      </w:r>
    </w:p>
    <w:p>
      <w:r>
        <w:rPr>
          <w:b/>
        </w:rPr>
        <w:t xml:space="preserve">[24:46] </w:t>
      </w:r>
      <w:r>
        <w:t>meri dua hai ke Allah taala mujh ko aur aap ko tofeeq de ke hum masle ki sahi tashkhees kar saken.</w:t>
      </w:r>
    </w:p>
    <w:p>
      <w:pPr>
        <w:jc w:val="right"/>
      </w:pPr>
      <w:r>
        <w:t>میری دعا ہے کہ اللہ تعالیٰ مجھ کو اور آپ کو توفیق دے کہ ہم مسئلے کی صحیح تشخیص کر سکیں۔</w:t>
      </w:r>
    </w:p>
    <w:p>
      <w:r>
        <w:rPr>
          <w:b/>
        </w:rPr>
        <w:t xml:space="preserve">[24:58] </w:t>
      </w:r>
      <w:r>
        <w:t>aur phir is ke hal ke liye sahi tajweez kar saken. sahi mansooba bana saken.</w:t>
      </w:r>
    </w:p>
    <w:p>
      <w:pPr>
        <w:jc w:val="right"/>
      </w:pPr>
      <w:r>
        <w:t>اور پھر اس کے حل کے لیے صحیح تجویز کر سکیں۔ صحیح منصوبہ بنا سکیں۔</w:t>
      </w:r>
    </w:p>
    <w:p>
      <w:r>
        <w:rPr>
          <w:b/>
        </w:rPr>
        <w:t xml:space="preserve">[25:13] </w:t>
      </w:r>
      <w:r>
        <w:t>Allah taala mujh ko aur aap ko tofeeq de ke hum yeh ghalti na karen ke doosron ke khilaaf shikayat, doosron ki saazish ka inkeshaf karte rahen, karte rahen, yahan tak ke isi haalat mein duniya se chale jayen.</w:t>
      </w:r>
    </w:p>
    <w:p>
      <w:pPr>
        <w:jc w:val="right"/>
      </w:pPr>
      <w:r>
        <w:t>اللہ تعالیٰ مجھ کو اور آپ کو توفیق دے کہ ہم یہ غلطی نہ کریں کہ دوسروں کے خلاف شکایت، دوسروں کی سازش کا انکشاف کرتے رہیں، کرتے رہیں، یہاں تک کہ اسی حالت میں دنیا سے چلے جائیں۔</w:t>
      </w:r>
    </w:p>
    <w:p>
      <w:r>
        <w:rPr>
          <w:b/>
        </w:rPr>
        <w:t xml:space="preserve">[25:34] </w:t>
      </w:r>
      <w:r>
        <w:t>haqeeqat hai, haqeeqat ke aitbaar se dekhiye, na koi</w:t>
      </w:r>
    </w:p>
    <w:p>
      <w:pPr>
        <w:jc w:val="right"/>
      </w:pPr>
      <w:r>
        <w:t>حقیقت ہے، حقیقت کے اعتبار سے دیکھیے، نہ کوئی</w:t>
      </w:r>
    </w:p>
    <w:p>
      <w:r>
        <w:rPr>
          <w:b/>
        </w:rPr>
        <w:t xml:space="preserve">[25:40] </w:t>
      </w:r>
      <w:r>
        <w:t>saazish hamara masla paida karti hai, na koi adaawat. kuch nahi. har hamesha apni ghalti hoti hai.</w:t>
      </w:r>
    </w:p>
    <w:p>
      <w:pPr>
        <w:jc w:val="right"/>
      </w:pPr>
      <w:r>
        <w:t>سازش ہمارا مسئلہ پیدا کرتی ہے، نہ کوئی عداوت۔ کچھ نہیں۔ ہر ہمیشہ اپنی غلطی ہوتی ہے۔</w:t>
      </w:r>
    </w:p>
    <w:p>
      <w:r>
        <w:rPr>
          <w:b/>
        </w:rPr>
        <w:t xml:space="preserve">[25:52] </w:t>
      </w:r>
      <w:r>
        <w:t>hamesha apni ghil</w:t>
      </w:r>
    </w:p>
    <w:p>
      <w:pPr>
        <w:jc w:val="right"/>
      </w:pPr>
      <w:r>
        <w:t>ہمیشہ اپنی غل</w:t>
      </w:r>
    </w:p>
    <w:p>
      <w:r>
        <w:rPr>
          <w:b/>
        </w:rPr>
        <w:t xml:space="preserve">[25:53] </w:t>
      </w:r>
      <w:r>
        <w:t>ti hoti hai. Quran mein likha hai ke "ma asabakum min musibatin illa bima kasabat aidikum".</w:t>
      </w:r>
    </w:p>
    <w:p>
      <w:pPr>
        <w:jc w:val="right"/>
      </w:pPr>
      <w:r>
        <w:t>طی ہوتی ہے۔ قرآن میں لکھا ہے کہ "ما اصابکم من مصیبت الا بما قسمتیدکم"۔</w:t>
      </w:r>
    </w:p>
    <w:p>
      <w:r>
        <w:rPr>
          <w:b/>
        </w:rPr>
        <w:t xml:space="preserve">[26:03] </w:t>
      </w:r>
      <w:r>
        <w:t>yeh ajeeb o ghareeb logon ka mizaj hai ke ghalti apni hoti hai, ilzam doosre ko dete hain.</w:t>
      </w:r>
    </w:p>
    <w:p>
      <w:pPr>
        <w:jc w:val="right"/>
      </w:pPr>
      <w:r>
        <w:t>یہ عجیب و غریب لوگوں کا مزاج ہے کہ غلطی اپنی ہوتی ہے، الزام دوسرے کو دیتے ہیں۔</w:t>
      </w:r>
    </w:p>
    <w:p>
      <w:r>
        <w:rPr>
          <w:b/>
        </w:rPr>
        <w:t xml:space="preserve">[26:11] </w:t>
      </w:r>
      <w:r>
        <w:t>to Allah taala mujh ko aur aap ko is rawish se bachaye.</w:t>
      </w:r>
    </w:p>
    <w:p>
      <w:pPr>
        <w:jc w:val="right"/>
      </w:pPr>
      <w:r>
        <w:t>تو اللہ تعالیٰ مجھ کو اور آپ کو اس روش سے بچائے۔</w:t>
      </w:r>
    </w:p>
    <w:p>
      <w:r>
        <w:rPr>
          <w:b/>
        </w:rPr>
        <w:t xml:space="preserve">[26:25] </w:t>
      </w:r>
      <w:r>
        <w:t>bohat zyada dua karna chahiye. Kyun ke dua hi se insan bach sakta hai is qism ki nadaniyon se.</w:t>
      </w:r>
    </w:p>
    <w:p>
      <w:pPr>
        <w:jc w:val="right"/>
      </w:pPr>
      <w:r>
        <w:t>بہت زیادہ دعا کرنا چاہیے۔ کیونکہ دعا ہی سے انسان بچ سکتا ہے اس قسم کی نادانیوں سے۔</w:t>
      </w:r>
    </w:p>
    <w:p>
      <w:r>
        <w:rPr>
          <w:b/>
        </w:rPr>
        <w:t xml:space="preserve">[26:36] </w:t>
      </w:r>
      <w:r>
        <w:t>yeh sab nadani ki baatein hain.</w:t>
      </w:r>
    </w:p>
    <w:p>
      <w:pPr>
        <w:jc w:val="right"/>
      </w:pPr>
      <w:r>
        <w:t>یہ سب نادانی کی باتیں ہیں۔</w:t>
      </w:r>
    </w:p>
    <w:p>
      <w:r>
        <w:rPr>
          <w:b/>
        </w:rPr>
        <w:t xml:space="preserve">[26:42] </w:t>
      </w:r>
      <w:r>
        <w:t>yeh sab nadani ki baatein hain.</w:t>
      </w:r>
    </w:p>
    <w:p>
      <w:pPr>
        <w:jc w:val="right"/>
      </w:pPr>
      <w:r>
        <w:t>یہ سب نادانی کی باتیں ہیں۔</w:t>
      </w:r>
    </w:p>
    <w:p>
      <w:r>
        <w:rPr>
          <w:b/>
        </w:rPr>
        <w:t xml:space="preserve">[26:49] </w:t>
      </w:r>
      <w:r>
        <w:t>to dua aur objective thinking, dua aur be lakh soch, yeh hona chahiye.</w:t>
      </w:r>
    </w:p>
    <w:p>
      <w:pPr>
        <w:jc w:val="right"/>
      </w:pPr>
      <w:r>
        <w:t>تو دعا اور ابجیکٹو تھنکنگ، دعا اور بے لاکھ سوچ، یہ ہونا چاہیے۔</w:t>
      </w:r>
    </w:p>
    <w:p>
      <w:r>
        <w:rPr>
          <w:b/>
        </w:rPr>
        <w:t xml:space="preserve">[27:06] </w:t>
      </w:r>
      <w:r>
        <w:t>tab halaat durust honge, tab masla hal hoga.</w:t>
      </w:r>
    </w:p>
    <w:p>
      <w:pPr>
        <w:jc w:val="right"/>
      </w:pPr>
      <w:r>
        <w:t>تب حالات درست ہوں گے، تب مسئلہ حل ہوگا۔</w:t>
      </w:r>
    </w:p>
    <w:p>
      <w:r>
        <w:rPr>
          <w:b/>
        </w:rPr>
        <w:t xml:space="preserve">[27:15] </w:t>
      </w:r>
      <w:r>
        <w:t>warna shikayaton aur</w:t>
      </w:r>
    </w:p>
    <w:p>
      <w:pPr>
        <w:jc w:val="right"/>
      </w:pPr>
      <w:r>
        <w:t>ورنہ شکایتوں اور</w:t>
      </w:r>
    </w:p>
    <w:p>
      <w:r>
        <w:rPr>
          <w:b/>
        </w:rPr>
        <w:t xml:space="preserve">[27:20] </w:t>
      </w:r>
      <w:r>
        <w:t>protest se to sirf masle mein izafa hoga.</w:t>
      </w:r>
    </w:p>
    <w:p>
      <w:pPr>
        <w:jc w:val="right"/>
      </w:pPr>
      <w:r>
        <w:t>پروٹیسٹ سے تو صرف مسئلے میں اضافہ ہوگا۔</w:t>
      </w:r>
    </w:p>
    <w:p>
      <w:r>
        <w:rPr>
          <w:b/>
        </w:rPr>
        <w:t xml:space="preserve">[27:29] </w:t>
      </w:r>
      <w:r>
        <w:t>protest aur complaint se sirf masle mein izafa hoga. Masla hal hone wala nahi hai.</w:t>
      </w:r>
    </w:p>
    <w:p>
      <w:pPr>
        <w:jc w:val="right"/>
      </w:pPr>
      <w:r>
        <w:t>پروٹیسٹ اور کمپلینٹ سے صرف مسئلے میں اضافہ ہوگا۔ مسئلہ حل ہونے والا نہیں ہے۔</w:t>
      </w:r>
    </w:p>
    <w:p>
      <w:r>
        <w:rPr>
          <w:b/>
        </w:rPr>
        <w:t xml:space="preserve">[27:42] </w:t>
      </w:r>
      <w:r>
        <w:t>to meri dua hai ke Allah taala mujh ko aur aap ko</w:t>
      </w:r>
    </w:p>
    <w:p>
      <w:pPr>
        <w:jc w:val="right"/>
      </w:pPr>
      <w:r>
        <w:t>تو میری دعا ہے کہ اللہ تعالیٰ مجھ کو اور آپ کو</w:t>
      </w:r>
    </w:p>
    <w:p>
      <w:r>
        <w:rPr>
          <w:b/>
        </w:rPr>
        <w:t xml:space="preserve">[27:50] </w:t>
      </w:r>
      <w:r>
        <w:t>is ghalti se bachaye.</w:t>
      </w:r>
    </w:p>
    <w:p>
      <w:pPr>
        <w:jc w:val="right"/>
      </w:pPr>
      <w:r>
        <w:t>اس غلطی سے بچائے۔</w:t>
      </w:r>
    </w:p>
    <w:p>
      <w:r>
        <w:rPr>
          <w:b/>
        </w:rPr>
        <w:t xml:space="preserve">[27:54] </w:t>
      </w:r>
      <w:r>
        <w:t>humein sahi soch de. Right thinking bhi aisi cheez hai, is ke liye hum Allah se dua karein.</w:t>
      </w:r>
    </w:p>
    <w:p>
      <w:pPr>
        <w:jc w:val="right"/>
      </w:pPr>
      <w:r>
        <w:t>ہمیں صحیح سوچ دے۔ رائٹ تھنکنگ بھی ایسی چیز ہے، اس کے لیے ہم اللہ سے دعا کریں۔</w:t>
      </w:r>
    </w:p>
    <w:p>
      <w:r>
        <w:rPr>
          <w:b/>
        </w:rPr>
        <w:t xml:space="preserve">[28:05] </w:t>
      </w:r>
      <w:r>
        <w:t>isi liye Rasool Allah dua farmate the ke "Allah al-</w:t>
      </w:r>
    </w:p>
    <w:p>
      <w:pPr>
        <w:jc w:val="right"/>
      </w:pPr>
      <w:r>
        <w:t>اسی لیے رسول اللہ دعا فرماتے تھے کہ "اللہ الب</w:t>
      </w:r>
    </w:p>
    <w:p>
      <w:r>
        <w:rPr>
          <w:b/>
        </w:rPr>
        <w:t xml:space="preserve">[28:12] </w:t>
      </w:r>
      <w:r>
        <w:t>batil ba-</w:t>
      </w:r>
    </w:p>
    <w:p>
      <w:pPr>
        <w:jc w:val="right"/>
      </w:pPr>
      <w:r>
        <w:t>اطل باطل</w:t>
      </w:r>
    </w:p>
    <w:p>
      <w:r>
        <w:rPr>
          <w:b/>
        </w:rPr>
        <w:t xml:space="preserve">[28:16] </w:t>
      </w:r>
      <w:r>
        <w:t>til wa al-ashya' kama hai".</w:t>
      </w:r>
    </w:p>
    <w:p>
      <w:pPr>
        <w:jc w:val="right"/>
      </w:pPr>
      <w:r>
        <w:t>و الاشیاء کما ہے"۔</w:t>
      </w:r>
    </w:p>
    <w:p>
      <w:r>
        <w:rPr>
          <w:b/>
        </w:rPr>
        <w:t xml:space="preserve">[28:24] </w:t>
      </w:r>
      <w:r>
        <w:t>to yeh bhi woh cheez hai jis ke liye hamein dua karna chahiye. Yani right thinking.</w:t>
      </w:r>
    </w:p>
    <w:p>
      <w:pPr>
        <w:jc w:val="right"/>
      </w:pPr>
      <w:r>
        <w:t>تو یہ بھی وہ چیز ہے جس کے لیے ہمیں دعا کرنا چاہیے۔ یعنی رائٹ تھنکنگ۔</w:t>
      </w:r>
    </w:p>
    <w:p>
      <w:r>
        <w:rPr>
          <w:b/>
        </w:rPr>
        <w:t xml:space="preserve">[28:35] </w:t>
      </w:r>
      <w:r>
        <w:t>right thinking bhi aadmi ko Allah ki tofeeq se milti hai. Aur right thinking bhi woh cheez hai jis ke liye hum dua karein.</w:t>
      </w:r>
    </w:p>
    <w:p>
      <w:pPr>
        <w:jc w:val="right"/>
      </w:pPr>
      <w:r>
        <w:t>رائٹ تھنکنگ بھی آدمی کو اللہ کی توفیق سے ملتی ہے۔ اور رائٹ تھنکنگ بھی وہ چیز ہے جس کے لیے ہم دعا کریں۔</w:t>
      </w:r>
    </w:p>
    <w:p>
      <w:r>
        <w:rPr>
          <w:b/>
        </w:rPr>
        <w:t xml:space="preserve">[28:57] </w:t>
      </w:r>
      <w:r>
        <w:t>Allah taala mujh ko aur aap ko</w:t>
      </w:r>
    </w:p>
    <w:p>
      <w:pPr>
        <w:jc w:val="right"/>
      </w:pPr>
      <w:r>
        <w:t>اللہ تعالیٰ مجھ کو اور آپ کو</w:t>
      </w:r>
    </w:p>
    <w:p>
      <w:r>
        <w:rPr>
          <w:b/>
        </w:rPr>
        <w:t xml:space="preserve">[29:02] </w:t>
      </w:r>
      <w:r>
        <w:t>hidayat de.</w:t>
      </w:r>
    </w:p>
    <w:p>
      <w:pPr>
        <w:jc w:val="right"/>
      </w:pPr>
      <w:r>
        <w:t>ہدایت دے۔</w:t>
      </w:r>
    </w:p>
    <w:p>
      <w:r>
        <w:rPr>
          <w:b/>
        </w:rPr>
        <w:t xml:space="preserve">[29:07] </w:t>
      </w:r>
      <w:r>
        <w:t>Assalamu Alaikum wa Rahmatullahi.</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