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Non Confrontational Method May 04, 2014 Maulana Wahiduddin Khan</w:t>
      </w:r>
    </w:p>
    <w:p>
      <w:r>
        <w:t>https://www.youtube.com/watch?v=uioEZUeFxLg</w:t>
      </w:r>
    </w:p>
    <w:p>
      <w:r>
        <w:rPr>
          <w:b/>
        </w:rPr>
        <w:t xml:space="preserve">[00:26] </w:t>
      </w:r>
      <w:r>
        <w:t>Wa yassir li amri, wah-lul uqdatan min lisani, yafqahu qawli.</w:t>
      </w:r>
    </w:p>
    <w:p>
      <w:pPr>
        <w:jc w:val="right"/>
      </w:pPr>
      <w:r>
        <w:t>ویسر لی امری، واحل العقدۃ من لسانی، یفقہ قولی۔</w:t>
      </w:r>
    </w:p>
    <w:p>
      <w:r>
        <w:rPr>
          <w:b/>
        </w:rPr>
        <w:t xml:space="preserve">[00:38] </w:t>
      </w:r>
      <w:r>
        <w:t>4 May</w:t>
      </w:r>
    </w:p>
    <w:p>
      <w:pPr>
        <w:jc w:val="right"/>
      </w:pPr>
      <w:r>
        <w:t>4 مئی</w:t>
      </w:r>
    </w:p>
    <w:p>
      <w:r>
        <w:rPr>
          <w:b/>
        </w:rPr>
        <w:t xml:space="preserve">[00:43] </w:t>
      </w:r>
      <w:r>
        <w:t>2014۔</w:t>
      </w:r>
    </w:p>
    <w:p>
      <w:pPr>
        <w:jc w:val="right"/>
      </w:pPr>
      <w:r>
        <w:t>2014۔</w:t>
      </w:r>
    </w:p>
    <w:p>
      <w:r>
        <w:rPr>
          <w:b/>
        </w:rPr>
        <w:t xml:space="preserve">[00:47] </w:t>
      </w:r>
      <w:r>
        <w:t>aaj mein apni baat ko aik experience se shuru karna chahta hoon۔</w:t>
      </w:r>
    </w:p>
    <w:p>
      <w:pPr>
        <w:jc w:val="right"/>
      </w:pPr>
      <w:r>
        <w:t>آج میں اپنی بات کو ایک ایکسپیرینس سے شروع کرنا چاہتا ہوں۔</w:t>
      </w:r>
    </w:p>
    <w:p>
      <w:r>
        <w:rPr>
          <w:b/>
        </w:rPr>
        <w:t xml:space="preserve">[00:59] </w:t>
      </w:r>
      <w:r>
        <w:t>c 29 jahan mein rehta hoon, is ke back mein aik corner hai jo face karta hai aik park ko۔</w:t>
      </w:r>
    </w:p>
    <w:p>
      <w:pPr>
        <w:jc w:val="right"/>
      </w:pPr>
      <w:r>
        <w:t>سی 29 جہاں میں رہتا ہوں، اس کے بیک میں ایک کارنر ہے جو فیس کرتا ہے ایک پارک کو۔</w:t>
      </w:r>
    </w:p>
    <w:p>
      <w:r>
        <w:rPr>
          <w:b/>
        </w:rPr>
        <w:t xml:space="preserve">[01:14] </w:t>
      </w:r>
      <w:r>
        <w:t>to aksar mein is corner par baithta hoon, is ko mein spiritual corner kehta hoon۔</w:t>
      </w:r>
    </w:p>
    <w:p>
      <w:pPr>
        <w:jc w:val="right"/>
      </w:pPr>
      <w:r>
        <w:t>تو اکثر میں اس کارنر پر بیٹھتا ہوں، اس کو میں اسپیریچول کارنر کہتا ہوں۔</w:t>
      </w:r>
    </w:p>
    <w:p>
      <w:r>
        <w:rPr>
          <w:b/>
        </w:rPr>
        <w:t xml:space="preserve">[01:22] </w:t>
      </w:r>
      <w:r>
        <w:t>to wahan par jo scene hai, woh yeh hai ke darakht hain, sabza hai, khula aasman hai۔</w:t>
      </w:r>
    </w:p>
    <w:p>
      <w:pPr>
        <w:jc w:val="right"/>
      </w:pPr>
      <w:r>
        <w:t>تو وہاں پر جو سین ہے، وہ یہ ہے کہ درخت ہیں، سبزہ ہے، کھلا آسمان ہے۔</w:t>
      </w:r>
    </w:p>
    <w:p>
      <w:r>
        <w:rPr>
          <w:b/>
        </w:rPr>
        <w:t xml:space="preserve">[01:35] </w:t>
      </w:r>
      <w:r>
        <w:t>to wahan mein baitha hua tha, mein ne dekha ke oopar fiza mein chiriyaan urr rahi hain۔</w:t>
      </w:r>
    </w:p>
    <w:p>
      <w:pPr>
        <w:jc w:val="right"/>
      </w:pPr>
      <w:r>
        <w:t>تو وہاں میں بیٹھا ہوا تھا، میں نے دیکھا کہ اوپر فضا میں چڑیاں اڑ رہی ہیں۔</w:t>
      </w:r>
    </w:p>
    <w:p>
      <w:r>
        <w:rPr>
          <w:b/>
        </w:rPr>
        <w:t xml:space="preserve">[01:47] </w:t>
      </w:r>
      <w:r>
        <w:t>bohat chiriyaan idhar se aa rahi hain, idhar se ja rahi hain۔</w:t>
      </w:r>
    </w:p>
    <w:p>
      <w:pPr>
        <w:jc w:val="right"/>
      </w:pPr>
      <w:r>
        <w:t>بہت چڑیاں ادھر سے آ رہی ہیں، ادھر سے جا رہی ہیں۔</w:t>
      </w:r>
    </w:p>
    <w:p>
      <w:r>
        <w:rPr>
          <w:b/>
        </w:rPr>
        <w:t xml:space="preserve">[01:51] </w:t>
      </w:r>
      <w:r>
        <w:t>to mein ne socha ke is dunya mein kya azaadi, freedom, chirioun ke liye hai, insaan ke liye nahi hai؟</w:t>
      </w:r>
    </w:p>
    <w:p>
      <w:pPr>
        <w:jc w:val="right"/>
      </w:pPr>
      <w:r>
        <w:t>تو میں نے سوچا کہ اس دنیا میں کیا آزادی، فریڈم، چڑیوں کے لیے ہے، انسان کے لیے نہیں ہے؟</w:t>
      </w:r>
    </w:p>
    <w:p>
      <w:r>
        <w:rPr>
          <w:b/>
        </w:rPr>
        <w:t xml:space="preserve">[02:04] </w:t>
      </w:r>
      <w:r>
        <w:t>aik anokha sawal mere zehan mein aaya</w:t>
      </w:r>
    </w:p>
    <w:p>
      <w:pPr>
        <w:jc w:val="right"/>
      </w:pPr>
      <w:r>
        <w:t>ایک انوکھا سوال میرے ذہن میں آیا</w:t>
      </w:r>
    </w:p>
    <w:p>
      <w:r>
        <w:rPr>
          <w:b/>
        </w:rPr>
        <w:t xml:space="preserve">[02:12] </w:t>
      </w:r>
      <w:r>
        <w:t>ke chiriyaan jo hain, woh un ko freedom mila hua hai,</w:t>
      </w:r>
    </w:p>
    <w:p>
      <w:pPr>
        <w:jc w:val="right"/>
      </w:pPr>
      <w:r>
        <w:t>کہ چڑیاں جو ہیں، وہ ان کو فریڈم ملا ہوا ہے،</w:t>
      </w:r>
    </w:p>
    <w:p>
      <w:r>
        <w:rPr>
          <w:b/>
        </w:rPr>
        <w:t xml:space="preserve">[02:17] </w:t>
      </w:r>
      <w:r>
        <w:t>khuli fizaon mein urr rahi hain۔ to kya insaan ko freedom nahi؟ phir mujhe yaad aaya ke france ke philosopher ne kitaab likhi thi،</w:t>
      </w:r>
    </w:p>
    <w:p>
      <w:pPr>
        <w:jc w:val="right"/>
      </w:pPr>
      <w:r>
        <w:t>کھلی فضاؤں میں اڑ رہی ہیں۔ تو کیا انسان کو فریڈم نہیں؟ پھر مجھے یاد آیا کہ فرانس کے پلاسفر نے کتاب لکھی تھی،</w:t>
      </w:r>
    </w:p>
    <w:p>
      <w:r>
        <w:rPr>
          <w:b/>
        </w:rPr>
        <w:t xml:space="preserve">[02:34] </w:t>
      </w:r>
      <w:r>
        <w:t>social contract۔ yeh kitaab shuru hui thi is sentence se: "man was born free, but i see him in chains۔"</w:t>
      </w:r>
    </w:p>
    <w:p>
      <w:pPr>
        <w:jc w:val="right"/>
      </w:pPr>
      <w:r>
        <w:t>سوشل کنٹریکٹ۔ یہ کتاب شروع ہوئی تھی اس سینٹنس سے: "مین واز بورن فری، بٹ آئی سی ہم ان چینز۔"</w:t>
      </w:r>
    </w:p>
    <w:p>
      <w:r>
        <w:rPr>
          <w:b/>
        </w:rPr>
        <w:t xml:space="preserve">[02:48] </w:t>
      </w:r>
      <w:r>
        <w:t>insaan azaad paida hua tha, magar mein is ko zanjeeron mein jakra hua dekhta hoon۔</w:t>
      </w:r>
    </w:p>
    <w:p>
      <w:pPr>
        <w:jc w:val="right"/>
      </w:pPr>
      <w:r>
        <w:t>انسان آزاد پیدا ہوا تھا، مگر میں اس کو زنجیروں میں جکڑا ہوا دیکھتا ہوں۔</w:t>
      </w:r>
    </w:p>
    <w:p>
      <w:r>
        <w:rPr>
          <w:b/>
        </w:rPr>
        <w:t xml:space="preserve">[02:59] </w:t>
      </w:r>
      <w:r>
        <w:t>lekin teen sau saal beet gaye, aaj bhi log shikayaton hi mein jeete hain۔ yahan dekhiye, har aik shikayat kar raha hai۔</w:t>
      </w:r>
    </w:p>
    <w:p>
      <w:pPr>
        <w:jc w:val="right"/>
      </w:pPr>
      <w:r>
        <w:t>لیکن تین سو سال بیت گئے، آج بھی لوگ شکایتوں ہی میں جیتے ہیں۔ یہاں دیکھیے، ہر ایک شکایت کر رہا ہے۔</w:t>
      </w:r>
    </w:p>
    <w:p>
      <w:r>
        <w:rPr>
          <w:b/>
        </w:rPr>
        <w:t xml:space="preserve">[03:11] </w:t>
      </w:r>
      <w:r>
        <w:t>koi political change ki, koi social change ki, koi economic change ki۔ har jagah, muslim countries mein bhi aur non muslim countries mein bhi۔</w:t>
      </w:r>
    </w:p>
    <w:p>
      <w:pPr>
        <w:jc w:val="right"/>
      </w:pPr>
      <w:r>
        <w:t>کوئی پولیٹیکل چینج کی، کوئی سوشل چینج کی، کوئی اکنامک چینج کی۔ ہر جگہ، مسلم کنٹریز میں بھی اور نان مسلم کنٹریز میں بھی۔</w:t>
      </w:r>
    </w:p>
    <w:p>
      <w:r>
        <w:rPr>
          <w:b/>
        </w:rPr>
        <w:t xml:space="preserve">[03:27] </w:t>
      </w:r>
      <w:r>
        <w:t>is is beech mein kitne revolution aaye, democracy aayi, lekin insaan ka chain mein jeena khatam nahi hua۔</w:t>
      </w:r>
    </w:p>
    <w:p>
      <w:pPr>
        <w:jc w:val="right"/>
      </w:pPr>
      <w:r>
        <w:t>اس اس بیچ میں کتنے ریولیوشن آئے، ڈیموکریسی آئی، لیکن انسان کا چین میں جینا ختم نہیں ہوا۔</w:t>
      </w:r>
    </w:p>
    <w:p>
      <w:r>
        <w:rPr>
          <w:b/>
        </w:rPr>
        <w:t xml:space="preserve">[03:38] </w:t>
      </w:r>
      <w:r>
        <w:t>zanjeeron mein jeena khatam nahi hua۔</w:t>
      </w:r>
    </w:p>
    <w:p>
      <w:pPr>
        <w:jc w:val="right"/>
      </w:pPr>
      <w:r>
        <w:t>زنجیروں میں جینا ختم نہیں ہوا۔</w:t>
      </w:r>
    </w:p>
    <w:p>
      <w:r>
        <w:rPr>
          <w:b/>
        </w:rPr>
        <w:t xml:space="preserve">[03:42] </w:t>
      </w:r>
      <w:r>
        <w:t>is ka proof yeh hai ke sab log shikayaton mein jeete hain. jis ko dekhein, koi un ke yani complain is the most widespread culture of the world.</w:t>
      </w:r>
    </w:p>
    <w:p>
      <w:pPr>
        <w:jc w:val="right"/>
      </w:pPr>
      <w:r>
        <w:t>اس کا پروف یہ ہے کہ سب لوگ شکایتوں میں جیتے ہیں۔ جس کو دیکھیں، کوئی ان کے یعنی کمپلین از دا موسٹ وائٹ اسپرٹ کلچر آف دا ورلڈ۔</w:t>
      </w:r>
    </w:p>
    <w:p>
      <w:r>
        <w:rPr>
          <w:b/>
        </w:rPr>
        <w:t xml:space="preserve">[03:57] </w:t>
      </w:r>
      <w:r>
        <w:t>complaint and protest is the most white spirit culture of the world۔ to aisa kyun hai؟ kya insaan ko azaadi hai؟</w:t>
      </w:r>
    </w:p>
    <w:p>
      <w:pPr>
        <w:jc w:val="right"/>
      </w:pPr>
      <w:r>
        <w:t>کمپلینٹ اینڈ پروٹیسٹ از دا موسٹ وائٹ اسپرٹ کلچر آف دا ورلڈ۔ تو ایسا کیوں ہے؟ کیا انسان کو آزادی ہے؟</w:t>
      </w:r>
    </w:p>
    <w:p>
      <w:r>
        <w:rPr>
          <w:b/>
        </w:rPr>
        <w:t xml:space="preserve">[04:09] </w:t>
      </w:r>
      <w:r>
        <w:t>kya chidiya ko azaadi hai aur insaan ko azaadi nahi؟</w:t>
      </w:r>
    </w:p>
    <w:p>
      <w:pPr>
        <w:jc w:val="right"/>
      </w:pPr>
      <w:r>
        <w:t>کیا چڑیا کو آزادی ہے اور انسان کو آزادی نہیں؟</w:t>
      </w:r>
    </w:p>
    <w:p>
      <w:r>
        <w:rPr>
          <w:b/>
        </w:rPr>
        <w:t xml:space="preserve">[04:14] </w:t>
      </w:r>
      <w:r>
        <w:t>mein yeh soch raha tha, soch raha tha, itne mein aik aur scene mere samne aaya۔ wahan par kuch daane pade hue the, kuch green۔</w:t>
      </w:r>
    </w:p>
    <w:p>
      <w:pPr>
        <w:jc w:val="right"/>
      </w:pPr>
      <w:r>
        <w:t>میں یہ سوچ رہا تھا، سوچ رہا تھا، اتنے میں ایک اور سین میرے سامنے آیا۔ وہاں پر کچھ دانے پڑے ہوئے تھے، کچھ گرین۔</w:t>
      </w:r>
    </w:p>
    <w:p>
      <w:r>
        <w:rPr>
          <w:b/>
        </w:rPr>
        <w:t xml:space="preserve">[04:26] </w:t>
      </w:r>
      <w:r>
        <w:t>to chidiya aati hai, wahan khati hai۔ to aik kabootar wahan aayi aur dana khane lagi۔</w:t>
      </w:r>
    </w:p>
    <w:p>
      <w:pPr>
        <w:jc w:val="right"/>
      </w:pPr>
      <w:r>
        <w:t>تو چڑیا آتی ہے، وہاں کھاتی ہے۔ تو ایک کبوتر وہاں آئی اور دانہ کھانے لگی۔</w:t>
      </w:r>
    </w:p>
    <w:p>
      <w:r>
        <w:rPr>
          <w:b/>
        </w:rPr>
        <w:t xml:space="preserve">[04:41] </w:t>
      </w:r>
      <w:r>
        <w:t>is beech mein aik aur chidiya aayi۔ jab woh chidiya aayi aur us ne kuch us ko mehsoos kiya ke yeh mere liye rok hai, to pehle wali chidiya urr gayi۔</w:t>
      </w:r>
    </w:p>
    <w:p>
      <w:pPr>
        <w:jc w:val="right"/>
      </w:pPr>
      <w:r>
        <w:t>اس بیچ میں ایک اور چڑیا آئی۔ جب وہ چڑیا آئی اور اس نے کچھ اس کو محسوس کیا کہ یہ میرے لیے روک ہے، تو پہلے والی چڑیا اڑ گئی۔</w:t>
      </w:r>
    </w:p>
    <w:p>
      <w:r>
        <w:rPr>
          <w:b/>
        </w:rPr>
        <w:t xml:space="preserve">[04:56] </w:t>
      </w:r>
      <w:r>
        <w:t>doosre wali chidiya wahan par khaya us ne۔ phir jab woh chali gayi, tab doosri chidiya aayi۔</w:t>
      </w:r>
    </w:p>
    <w:p>
      <w:pPr>
        <w:jc w:val="right"/>
      </w:pPr>
      <w:r>
        <w:t>دوسرے والی چڑیا وہاں پر کھایا اس نے۔ پھر جب وہ چلی گئی، تب دوسری چڑیا آئی۔</w:t>
      </w:r>
    </w:p>
    <w:p>
      <w:r>
        <w:rPr>
          <w:b/>
        </w:rPr>
        <w:t xml:space="preserve">[05:04] </w:t>
      </w:r>
      <w:r>
        <w:t>is se mein ne dekha, is se mein ne samjha ke nature mein yeh aik demonstration hai۔</w:t>
      </w:r>
    </w:p>
    <w:p>
      <w:pPr>
        <w:jc w:val="right"/>
      </w:pPr>
      <w:r>
        <w:t>اس سے میں نے دیکھا، اس سے میں نے سمجھا کہ نیچر میں یہ ایک ڈیمونسٹریشن ہے۔</w:t>
      </w:r>
    </w:p>
    <w:p>
      <w:r>
        <w:rPr>
          <w:b/>
        </w:rPr>
        <w:t xml:space="preserve">[05:15] </w:t>
      </w:r>
      <w:r>
        <w:t>wo demonstration kya hai? wo hai bird culture ko apnana.</w:t>
      </w:r>
    </w:p>
    <w:p>
      <w:pPr>
        <w:jc w:val="right"/>
      </w:pPr>
      <w:r>
        <w:t>وہ ڈیمونسٹریشن کیا ہے؟ وہ ہے برڈ کلچر کو اپنانا۔</w:t>
      </w:r>
    </w:p>
    <w:p>
      <w:r>
        <w:rPr>
          <w:b/>
        </w:rPr>
        <w:t xml:space="preserve">[05:22] </w:t>
      </w:r>
      <w:r>
        <w:t>you want, if you want freedom,</w:t>
      </w:r>
    </w:p>
    <w:p>
      <w:pPr>
        <w:jc w:val="right"/>
      </w:pPr>
      <w:r>
        <w:t>یو وانٹ، اف یو وانٹ فریڈم،</w:t>
      </w:r>
    </w:p>
    <w:p>
      <w:r>
        <w:rPr>
          <w:b/>
        </w:rPr>
        <w:t xml:space="preserve">[05:27] </w:t>
      </w:r>
      <w:r>
        <w:t>if you want a life that is chain, chain free life, then you have to adopt the culture of birds.</w:t>
      </w:r>
    </w:p>
    <w:p>
      <w:pPr>
        <w:jc w:val="right"/>
      </w:pPr>
      <w:r>
        <w:t>اف یو وانٹ ا لائف دیٹ از چین، چین فری لائف، دین یو ہیو ٹو اڈاپٹ دا کلچر آف برڈز۔</w:t>
      </w:r>
    </w:p>
    <w:p>
      <w:r>
        <w:rPr>
          <w:b/>
        </w:rPr>
        <w:t xml:space="preserve">[05:39] </w:t>
      </w:r>
      <w:r>
        <w:t>wo kya hai? wo yeh hai ke azadi ko, freedom ko enjoy karna, magar kisi se takrao na karna.</w:t>
      </w:r>
    </w:p>
    <w:p>
      <w:pPr>
        <w:jc w:val="right"/>
      </w:pPr>
      <w:r>
        <w:t>وہ کیا ہے؟ وہ یہ ہے کہ آزادی کو، فریڈم کو انجوائے کرنا، مگر کسی سے ٹکراؤ نہ کرنا۔</w:t>
      </w:r>
    </w:p>
    <w:p>
      <w:r>
        <w:rPr>
          <w:b/>
        </w:rPr>
        <w:t xml:space="preserve">[05:53] </w:t>
      </w:r>
      <w:r>
        <w:t>enjoy your freedom, but avoid all kind of confrontation. it is, it is culture of confrontation.</w:t>
      </w:r>
    </w:p>
    <w:p>
      <w:pPr>
        <w:jc w:val="right"/>
      </w:pPr>
      <w:r>
        <w:t>انجوائے یور فریڈم، بٹ اوائڈ ال کائنڈ آف کنفرٹیشن۔ اٹ از، اٹ از کلچر آف کنفرٹیشن۔</w:t>
      </w:r>
    </w:p>
    <w:p>
      <w:r>
        <w:rPr>
          <w:b/>
        </w:rPr>
        <w:t xml:space="preserve">[06:05] </w:t>
      </w:r>
      <w:r>
        <w:t>it is, it is culture of confrontation that creates problem.</w:t>
      </w:r>
    </w:p>
    <w:p>
      <w:pPr>
        <w:jc w:val="right"/>
      </w:pPr>
      <w:r>
        <w:t>اٹ از، اٹ از کلچر آف کنفرٹیشن دیٹ کریٹس پرابلم۔</w:t>
      </w:r>
    </w:p>
    <w:p>
      <w:r>
        <w:rPr>
          <w:b/>
        </w:rPr>
        <w:t xml:space="preserve">[06:14] </w:t>
      </w:r>
      <w:r>
        <w:t>to Khuda ne yeh dunya sab ke liye banai hai, insan ke liye bhi, chidiyon ke liye bhi.</w:t>
      </w:r>
    </w:p>
    <w:p>
      <w:pPr>
        <w:jc w:val="right"/>
      </w:pPr>
      <w:r>
        <w:t>تو خدا نے یہ دنیا سب کے لیے بنائی ہے، انسان کے لیے بھی، چڑیوں کے لیے بھی۔</w:t>
      </w:r>
    </w:p>
    <w:p>
      <w:r>
        <w:rPr>
          <w:b/>
        </w:rPr>
        <w:t xml:space="preserve">[06:21] </w:t>
      </w:r>
      <w:r>
        <w:t>lekin agar aap confrontation karenge doosre se, to azadi aap ki khatm ho jayegi. to aap ki jo planning hai jadeed ke bare mein,</w:t>
      </w:r>
    </w:p>
    <w:p>
      <w:pPr>
        <w:jc w:val="right"/>
      </w:pPr>
      <w:r>
        <w:t>لیکن اگر آپ کنفرٹیشن کریں گے دوسرے سے، تو آزادی آپ کی ختم ہو جائے گی۔ تو آپ کی جو پلاننگ ہے جدید کے بارے میں،</w:t>
      </w:r>
    </w:p>
    <w:p>
      <w:r>
        <w:rPr>
          <w:b/>
        </w:rPr>
        <w:t xml:space="preserve">[06:34] </w:t>
      </w:r>
      <w:r>
        <w:t>wo confrontation ko avoid kar ke banna chahiye. main samajhta hoon ke yahi secret of life hai.</w:t>
      </w:r>
    </w:p>
    <w:p>
      <w:pPr>
        <w:jc w:val="right"/>
      </w:pPr>
      <w:r>
        <w:t>وہ کنفرٹیشن کو اوائڈ کر کے بننا چاہیے۔ میں سمجھتا ہوں کہ یہی سیکرٹ آف لائف ہے۔</w:t>
      </w:r>
    </w:p>
    <w:p>
      <w:r>
        <w:rPr>
          <w:b/>
        </w:rPr>
        <w:t xml:space="preserve">[06:48] </w:t>
      </w:r>
      <w:r>
        <w:t>there is the</w:t>
      </w:r>
    </w:p>
    <w:p>
      <w:pPr>
        <w:jc w:val="right"/>
      </w:pPr>
      <w:r>
        <w:t>دیر از دا</w:t>
      </w:r>
    </w:p>
    <w:p>
      <w:r>
        <w:rPr>
          <w:b/>
        </w:rPr>
        <w:t xml:space="preserve">[06:52] </w:t>
      </w:r>
      <w:r>
        <w:t>greatest principle of life.</w:t>
      </w:r>
    </w:p>
    <w:p>
      <w:pPr>
        <w:jc w:val="right"/>
      </w:pPr>
      <w:r>
        <w:t>گریٹسٹ پرنسپل آف لائف۔</w:t>
      </w:r>
    </w:p>
    <w:p>
      <w:r>
        <w:rPr>
          <w:b/>
        </w:rPr>
        <w:t xml:space="preserve">[06:59] </w:t>
      </w:r>
      <w:r>
        <w:t>if you want to enjoy freedom, then you have to avoid all kind of confrontation.</w:t>
      </w:r>
    </w:p>
    <w:p>
      <w:pPr>
        <w:jc w:val="right"/>
      </w:pPr>
      <w:r>
        <w:t>اف یو وانٹ ٹو انجوائے فریڈم، دین یو ہیو ٹو اوائڈ ال کائنڈ آف کنفرٹیشن۔</w:t>
      </w:r>
    </w:p>
    <w:p>
      <w:r>
        <w:rPr>
          <w:b/>
        </w:rPr>
        <w:t xml:space="preserve">[07:08] </w:t>
      </w:r>
      <w:r>
        <w:t>kyun ke aap dunya mein rehte hain, to wahan doosre hazaron aur lakhon log hain. un ki apni apni planning hai, apni apni desire hai, apne apne apne apne tareeqe se wo apni freedom ko use karega.</w:t>
      </w:r>
    </w:p>
    <w:p>
      <w:pPr>
        <w:jc w:val="right"/>
      </w:pPr>
      <w:r>
        <w:t>کیونکہ آپ دنیا میں رہتے ہیں، تو وہاں دوسرے ہزاروں اور لاکھوں لوگ ہیں۔ ان کی اپنی اپنی پلاننگ ہے، اپنی اپنی ڈیزائر ہے، اپنے اپنے اپنے اپنے طریقے سے وہ اپنی فریڈم کو یوز کرے گا۔</w:t>
      </w:r>
    </w:p>
    <w:p>
      <w:r>
        <w:rPr>
          <w:b/>
        </w:rPr>
        <w:t xml:space="preserve">[07:26] </w:t>
      </w:r>
      <w:r>
        <w:t>aap apne tareeqe se karenge, wo apne tareeqe se karega.</w:t>
      </w:r>
    </w:p>
    <w:p>
      <w:pPr>
        <w:jc w:val="right"/>
      </w:pPr>
      <w:r>
        <w:t>آپ اپنے طریقے سے کریں گے، وہ اپنے طریقے سے کرے گا۔</w:t>
      </w:r>
    </w:p>
    <w:p>
      <w:r>
        <w:rPr>
          <w:b/>
        </w:rPr>
        <w:t xml:space="preserve">[07:31] </w:t>
      </w:r>
      <w:r>
        <w:t>to it is bound to create problem, bound to create. yani problem ayega, ayega. kyun ke wo apne thehr chalenge, aap apne thehr chalenge.</w:t>
      </w:r>
    </w:p>
    <w:p>
      <w:pPr>
        <w:jc w:val="right"/>
      </w:pPr>
      <w:r>
        <w:t>تو اٹ از باؤنڈ ٹو کریٹ پرابلم، باؤنڈ ٹو کریٹ۔ یعنی پرابلم آئے گا، آئے گا۔ کیونکہ وہ اپنے ٹھہر چلیں گے، آپ اپنے ٹھہر چلیں گے۔</w:t>
      </w:r>
    </w:p>
    <w:p>
      <w:r>
        <w:rPr>
          <w:b/>
        </w:rPr>
        <w:t xml:space="preserve">[07:49] </w:t>
      </w:r>
      <w:r>
        <w:t>to agar aap chahte hain ke doosron ki freedom ko aap abalish kar dein, to that is correct impossible.</w:t>
      </w:r>
    </w:p>
    <w:p>
      <w:pPr>
        <w:jc w:val="right"/>
      </w:pPr>
      <w:r>
        <w:t>تو اگر آپ چاہتے ہیں کہ دوسروں کی فریڈم کو آپ ابالش کر دیں، تو دیٹ از کریکٹ امپاسیبل۔</w:t>
      </w:r>
    </w:p>
    <w:p>
      <w:r>
        <w:rPr>
          <w:b/>
        </w:rPr>
        <w:t xml:space="preserve">[08:00] </w:t>
      </w:r>
      <w:r>
        <w:t>aap doosron ki freedom ko abalish nahi kar sakte, sirf apne aap ko takrao se bacha sakte hain. yeh sochate hue mujhe Quran ki ek ayat yaad aayi.</w:t>
      </w:r>
    </w:p>
    <w:p>
      <w:pPr>
        <w:jc w:val="right"/>
      </w:pPr>
      <w:r>
        <w:t>آپ دوسروں کی فریڈم کو ابالش نہیں کر سکتے، صرف اپنے آپ کو ٹکراؤ سے بچا سکتے ہیں۔ یہ سوچتے ہوئے مجھے قرآن کی ایک آیت یاد آئی۔</w:t>
      </w:r>
    </w:p>
    <w:p>
      <w:r>
        <w:rPr>
          <w:b/>
        </w:rPr>
        <w:t xml:space="preserve">[08:15] </w:t>
      </w:r>
      <w:r>
        <w:t>Quran mein hai ke: "wa qātilūhum ḥattā lā takūna fitnatun wa yakūna ad-dīnu lillāhi" aur jang karo yahan tak ke fitna baqi na rahe aur deen sab ka sab Allah ke liye ho jaye.</w:t>
      </w:r>
    </w:p>
    <w:p>
      <w:pPr>
        <w:jc w:val="right"/>
      </w:pPr>
      <w:r>
        <w:t>قرآن میں ہے کہ: "وقاتلوہم حتی لا تکون فتنہ ویکون الدین کل للہ" اور جنگ کرو یہاں تک کہ فتنہ باقی نہ رہے اور دین سب کا سب اللہ کے لیے ہو جائے۔</w:t>
      </w:r>
    </w:p>
    <w:p>
      <w:r>
        <w:rPr>
          <w:b/>
        </w:rPr>
        <w:t xml:space="preserve">[08:33] </w:t>
      </w:r>
      <w:r>
        <w:t>aam taur par log is ka matlab yeh samajhte hain ke poori dunya mein Islam ki hukumat qaim ho jaye,</w:t>
      </w:r>
    </w:p>
    <w:p>
      <w:pPr>
        <w:jc w:val="right"/>
      </w:pPr>
      <w:r>
        <w:t>عام طور پر لوگ اس کا مطلب یہ سمجھتے ہیں کہ پوری دنیا میں اسلام کی حکومت قائم ہو جائے،</w:t>
      </w:r>
    </w:p>
    <w:p>
      <w:r>
        <w:rPr>
          <w:b/>
        </w:rPr>
        <w:t xml:space="preserve">[08:41] </w:t>
      </w:r>
      <w:r>
        <w:t>poori dunya mein Musalmanon ka rule qaim ho jaye, poori dunya mein poori dunya mein shariat ka nizam nafez ho jaye.</w:t>
      </w:r>
    </w:p>
    <w:p>
      <w:pPr>
        <w:jc w:val="right"/>
      </w:pPr>
      <w:r>
        <w:t>پوری دنیا میں مسلمانوں کا رول قائم ہو جائے، پوری دنیا میں پوری دنیا میں شریعت کا نظام نافذ ہو جائے۔</w:t>
      </w:r>
    </w:p>
    <w:p>
      <w:r>
        <w:rPr>
          <w:b/>
        </w:rPr>
        <w:t xml:space="preserve">[08:51] </w:t>
      </w:r>
      <w:r>
        <w:t>yeh matlab samajhte hain is ka. to main sochne laga ke ab to is ayat ko aaye hue chaudah sau saal beet gaye,</w:t>
      </w:r>
    </w:p>
    <w:p>
      <w:pPr>
        <w:jc w:val="right"/>
      </w:pPr>
      <w:r>
        <w:t>یہ مطلب سمجھتے ہیں اس کا۔ تو میں سوچنے لگا کہ اب تو اس آیت کو آئے ہوئے چودہ سو سال بیت گئے،</w:t>
      </w:r>
    </w:p>
    <w:p>
      <w:r>
        <w:rPr>
          <w:b/>
        </w:rPr>
        <w:t xml:space="preserve">[09:04] </w:t>
      </w:r>
      <w:r>
        <w:t>more than 400 years. to abhi tak kahan hua? abhi tak to hua nahi.</w:t>
      </w:r>
    </w:p>
    <w:p>
      <w:pPr>
        <w:jc w:val="right"/>
      </w:pPr>
      <w:r>
        <w:t>مور دین 400 ایئرز۔ تو ابھی تک کہاں ہوا؟ ابھی تک تو ہوا نہیں۔</w:t>
      </w:r>
    </w:p>
    <w:p>
      <w:r>
        <w:rPr>
          <w:b/>
        </w:rPr>
        <w:t xml:space="preserve">[09:11] </w:t>
      </w:r>
      <w:r>
        <w:t>na profit ke zamane mein hua ke sari dunya mein Islam ka rule qaim ho gaya ho, na is ke baad hua, na is ke baad hua, na aaj hai. to kya Khuda ki planning jo hoti hai, wo aisi hoti hai jo kabhi amal mein na aaye?</w:t>
      </w:r>
    </w:p>
    <w:p>
      <w:pPr>
        <w:jc w:val="right"/>
      </w:pPr>
      <w:r>
        <w:t>نہ پرافٹ کے زمانے میں ہوا کہ ساری دنیا میں اسلام کا رول قائم ہو گیا ہو، نہ اس کے بعد ہوا، نہ اس کے بعد ہوا، نہ آج ہے۔ تو کیا خدا کی پلاننگ جو ہوتی ہے، وہ ایسی ہوتی ہے جو کبھی عمل میں نہ آئے؟</w:t>
      </w:r>
    </w:p>
    <w:p>
      <w:r>
        <w:rPr>
          <w:b/>
        </w:rPr>
        <w:t xml:space="preserve">[09:30] </w:t>
      </w:r>
      <w:r>
        <w:t>yani is ayat ka matlab agar yeh lein ke jang kar ke sari dunya mein Islam ki hukumat qaim karo, to wo to kabhi hua nahi.</w:t>
      </w:r>
    </w:p>
    <w:p>
      <w:pPr>
        <w:jc w:val="right"/>
      </w:pPr>
      <w:r>
        <w:t>یعنی اس آیت کا مطلب اگر یہ لیں کہ جنگ کر کے ساری دنیا میں اسلام کی حکومت قائم کرو، تو وہ تو کبھی ہوا نہیں۔</w:t>
      </w:r>
    </w:p>
    <w:p>
      <w:r>
        <w:rPr>
          <w:b/>
        </w:rPr>
        <w:t xml:space="preserve">[09:40] </w:t>
      </w:r>
      <w:r>
        <w:t>yani poore globe mein Islam ki hukumat, shariat ka qanoon ka nafiz ho jaye, yeh to kabhi hua nahi.</w:t>
      </w:r>
    </w:p>
    <w:p>
      <w:pPr>
        <w:jc w:val="right"/>
      </w:pPr>
      <w:r>
        <w:t>یعنی پورے گلوب میں اسلام کی حکومت، شریعت کا قانون کا نفاذ ہو جائے، یہ تو کبھی ہوا نہیں۔</w:t>
      </w:r>
    </w:p>
    <w:p>
      <w:r>
        <w:rPr>
          <w:b/>
        </w:rPr>
        <w:t xml:space="preserve">[09:50] </w:t>
      </w:r>
      <w:r>
        <w:t>na rasool Allah ke zamane mein hua, na khilafat ke zamane mein hua, na abbas period mein hua, na kabhi hua, kabhi hua, na aaj hai. woh to kya Khuda ne ek aisi cheez ka hukum diya hai jo kabhi bhi hone wala hi nahi tha?</w:t>
      </w:r>
    </w:p>
    <w:p>
      <w:pPr>
        <w:jc w:val="right"/>
      </w:pPr>
      <w:r>
        <w:t>نہ رسول اللہ کے زمانے میں ہوا، نہ خلافت کے زمانے میں ہوا، نہ عباس پیریڈ میں ہوا، نہ کبھی ہوا، کبھی ہوا، نہ آج ہے۔ وہ تو کیا خدا نے ایک ایسی چیز کا حکم دیا ہے جو کبھی بھی ہونے والا ہی نہیں تھا؟</w:t>
      </w:r>
    </w:p>
    <w:p>
      <w:r>
        <w:rPr>
          <w:b/>
        </w:rPr>
        <w:t xml:space="preserve">[10:08] </w:t>
      </w:r>
      <w:r>
        <w:t>unachievable goal.</w:t>
      </w:r>
    </w:p>
    <w:p>
      <w:pPr>
        <w:jc w:val="right"/>
      </w:pPr>
      <w:r>
        <w:t>ان اچیویبل گول۔</w:t>
      </w:r>
    </w:p>
    <w:p>
      <w:r>
        <w:rPr>
          <w:b/>
        </w:rPr>
        <w:t xml:space="preserve">[10:12] </w:t>
      </w:r>
      <w:r>
        <w:t>yani Khuda ne hum ko ek unachievable goal de diya: ladte raho, ladte raho, milna kuch nahi hai. is par sochte sochte mujhe samajh aaya ke is ayat ka matlab woh nahi hai jo samajhte hain log.</w:t>
      </w:r>
    </w:p>
    <w:p>
      <w:pPr>
        <w:jc w:val="right"/>
      </w:pPr>
      <w:r>
        <w:t>یعنی خدا نے ہم کو ایک ان اچیویبل گول دے دیا: لڑتے رہو، لڑتے رہو، ملنا کچھ نہیں ہے۔ اس پر سوچتے سوچتے مجھے سمجھ آیا کہ اس آیت کا مطلب وہ نہیں ہے جو سمجھتے ہیں لوگ۔</w:t>
      </w:r>
    </w:p>
    <w:p>
      <w:r>
        <w:rPr>
          <w:b/>
        </w:rPr>
        <w:t xml:space="preserve">[10:29] </w:t>
      </w:r>
      <w:r>
        <w:t>log samajhte hain ke is ayat mein jo baat kahi gayi hai, woh world ko lekar hoga. world ke duniya mein qaim ho jaye Islam nahi, believers ko lekar keh rahi hai.</w:t>
      </w:r>
    </w:p>
    <w:p>
      <w:pPr>
        <w:jc w:val="right"/>
      </w:pPr>
      <w:r>
        <w:t>لوگ سمجھتے ہیں کہ اس آیت میں جو بات کہی گئی ہے، وہ ورلڈ کو لے کر ہوگا۔ ورلڈ کہ دنیا میں قائم ہو جائے اسلام نہیں، بیلیورز کو لے کر کہہ رہی ہے۔</w:t>
      </w:r>
    </w:p>
    <w:p>
      <w:r>
        <w:rPr>
          <w:b/>
        </w:rPr>
        <w:t xml:space="preserve">[10:45] </w:t>
      </w:r>
      <w:r>
        <w:t>yeh in terms of believer hai, in terms of world nahi hai. yani is ka matlab kya hai?</w:t>
      </w:r>
    </w:p>
    <w:p>
      <w:pPr>
        <w:jc w:val="right"/>
      </w:pPr>
      <w:r>
        <w:t>یہ ان ٹرمز آف بیلیور ہے، ان ٹرمز آف ورلڈ نہیں ہے۔ یعنی اس کا مطلب کیا ہے؟</w:t>
      </w:r>
    </w:p>
    <w:p>
      <w:r>
        <w:rPr>
          <w:b/>
        </w:rPr>
        <w:t xml:space="preserve">[10:54] </w:t>
      </w:r>
      <w:r>
        <w:t>ke pichhle zamane mein aap jante hain ke hazaron saal se duniya mein kingship ka nizam qaim tha. hazaron saal se</w:t>
      </w:r>
    </w:p>
    <w:p>
      <w:pPr>
        <w:jc w:val="right"/>
      </w:pPr>
      <w:r>
        <w:t>کہ پچھلے زمانے میں آپ جانتے ہیں کہ ہزاروں سال سے دنیا میں کنگ شپ کا نظام قائم تھا۔ ہزاروں سال سے</w:t>
      </w:r>
    </w:p>
    <w:p>
      <w:r>
        <w:rPr>
          <w:b/>
        </w:rPr>
        <w:t xml:space="preserve">[11:04] </w:t>
      </w:r>
      <w:r>
        <w:t>kingship mein kya hota tha? ke jo mazhab badshah ka, woh mazhab sab ka, naas auladeen malook.</w:t>
      </w:r>
    </w:p>
    <w:p>
      <w:pPr>
        <w:jc w:val="right"/>
      </w:pPr>
      <w:r>
        <w:t>کنگ شپ میں کیا ہوتا تھا؟ کہ جو مذہب بادشاہ کا، وہ مذہب سب کا، الناس اولادین ملوک۔</w:t>
      </w:r>
    </w:p>
    <w:p>
      <w:r>
        <w:rPr>
          <w:b/>
        </w:rPr>
        <w:t xml:space="preserve">[11:17] </w:t>
      </w:r>
      <w:r>
        <w:t>is zamane mein religion based state ka concept tha. yani religion par mabni riyasat ka concept tha.</w:t>
      </w:r>
    </w:p>
    <w:p>
      <w:pPr>
        <w:jc w:val="right"/>
      </w:pPr>
      <w:r>
        <w:t>اس زمانے میں ریلیجن بیسڈ اسٹیٹ کا کانسیپٹ تھا۔ یعنی ریلیجن پر مبنی ریاست کا کانسیپٹ تھا۔</w:t>
      </w:r>
    </w:p>
    <w:p>
      <w:r>
        <w:rPr>
          <w:b/>
        </w:rPr>
        <w:t xml:space="preserve">[11:30] </w:t>
      </w:r>
      <w:r>
        <w:t>is ki wajah se kya hota tha? ke badshah yeh karta tha ke sab ko majboor karta tha ke woh badshah ke mazhab ko ikhtiyar karein.</w:t>
      </w:r>
    </w:p>
    <w:p>
      <w:pPr>
        <w:jc w:val="right"/>
      </w:pPr>
      <w:r>
        <w:t>اس کی وجہ سے کیا ہوتا تھا؟ کہ بادشاہ یہ کرتا تھا کہ سب کو مجبور کرتا تھا کہ وہ بادشاہ کے مذہب کو اختیار کریں۔</w:t>
      </w:r>
    </w:p>
    <w:p>
      <w:r>
        <w:rPr>
          <w:b/>
        </w:rPr>
        <w:t xml:space="preserve">[11:41] </w:t>
      </w:r>
      <w:r>
        <w:t>agar woh badshah ke mazhab ko ikhtiyar na karein to woh baghi qarar pa dete, rebel qarar pa dete. un ka case pigeon ke case ban jata tha.</w:t>
      </w:r>
    </w:p>
    <w:p>
      <w:pPr>
        <w:jc w:val="right"/>
      </w:pPr>
      <w:r>
        <w:t>اگر وہ بادشاہ کے مذہب کو اختیار نہ کریں تو وہ باغی قرار پا دیتے، ریبل قرار پا دیتے۔ ان کا کیس پیژن کے کیس بن جاتا تھا۔</w:t>
      </w:r>
    </w:p>
    <w:p>
      <w:r>
        <w:rPr>
          <w:b/>
        </w:rPr>
        <w:t xml:space="preserve">[11:54] </w:t>
      </w:r>
      <w:r>
        <w:t>to Khuda ne yeh hukum diya sahaba ko aur ahl-e-iman ko ke is baat ko khatam kar do. yani state aur religion ka jo taluq bana liya hai, logon ko detach kar do.</w:t>
      </w:r>
    </w:p>
    <w:p>
      <w:pPr>
        <w:jc w:val="right"/>
      </w:pPr>
      <w:r>
        <w:t>تو خدا نے یہ حکم دیا صحابہ کو اور اہل ایمان کو کہ اس بات کو ختم کر دو۔ یعنی اسٹیٹ اور ریلیجن کا جو تعلق بنا لیا ہے، لوگوں کو ڈیٹیچ کر دو۔</w:t>
      </w:r>
    </w:p>
    <w:p>
      <w:r>
        <w:rPr>
          <w:b/>
        </w:rPr>
        <w:t xml:space="preserve">[12:08] </w:t>
      </w:r>
      <w:r>
        <w:t>religion azaad ho jaye, state alag ho jaye, religion azaad ho jaye.</w:t>
      </w:r>
    </w:p>
    <w:p>
      <w:pPr>
        <w:jc w:val="right"/>
      </w:pPr>
      <w:r>
        <w:t>ریلیجن آزاد ہو جائے، اسٹیٹ الگ ہو جائے، ریلیجن آزاد ہو جائے۔</w:t>
      </w:r>
    </w:p>
    <w:p>
      <w:r>
        <w:rPr>
          <w:b/>
        </w:rPr>
        <w:t xml:space="preserve">[12:15] </w:t>
      </w:r>
      <w:r>
        <w:t>state pe jo hai king ka qabza ho ya democracy, democracy ke zamane mein elected president ka qabza ho.</w:t>
      </w:r>
    </w:p>
    <w:p>
      <w:pPr>
        <w:jc w:val="right"/>
      </w:pPr>
      <w:r>
        <w:t>اسٹیٹ پہ جو ہے کنگ کا قبضہ ہو یا ڈیموکریٹ، ڈیموکریسی کے زمانے میں الیکٹڈ پریزیڈنٹ کا قبضہ ہو۔</w:t>
      </w:r>
    </w:p>
    <w:p>
      <w:r>
        <w:rPr>
          <w:b/>
        </w:rPr>
        <w:t xml:space="preserve">[12:26] </w:t>
      </w:r>
      <w:r>
        <w:t>lekin insaan azaad ho apne, yani Allah ko apna ilaah banane ke liye, ibadat karne ke liye, dua work karne ke liye,</w:t>
      </w:r>
    </w:p>
    <w:p>
      <w:pPr>
        <w:jc w:val="right"/>
      </w:pPr>
      <w:r>
        <w:t>لیکن انسان آزاد ہو اپنے، یعنی اللہ کو اپنا الہ بنانے کے لیے، عبادت کرنے کے لیے، دعا ورک کرنے کے لیے،</w:t>
      </w:r>
    </w:p>
    <w:p>
      <w:r>
        <w:rPr>
          <w:b/>
        </w:rPr>
        <w:t xml:space="preserve">[12:40] </w:t>
      </w:r>
      <w:r>
        <w:t>apni marzi ke mutabiq rabbani zindagi guzarne ke liye. is liye azaad ho insaan.</w:t>
      </w:r>
    </w:p>
    <w:p>
      <w:pPr>
        <w:jc w:val="right"/>
      </w:pPr>
      <w:r>
        <w:t>اپنی مرضی کے مطابق ربانی زندگی گزارنے کے لیے۔ اس لیے آزاد ہو انسان۔</w:t>
      </w:r>
    </w:p>
    <w:p>
      <w:r>
        <w:rPr>
          <w:b/>
        </w:rPr>
        <w:t xml:space="preserve">[12:47] </w:t>
      </w:r>
      <w:r>
        <w:t>to is ayat mein jis ka hukum diya gaya hai, woh yeh nahi ke saare world mein, saari duniya mein Islam ki hukumat nahi. aise halaat paida ho jayein ke ek believer, ek fard poori tarah azaad ho jaye.</w:t>
      </w:r>
    </w:p>
    <w:p>
      <w:pPr>
        <w:jc w:val="right"/>
      </w:pPr>
      <w:r>
        <w:t>تو اس آیت میں جس کا حکم دیا گیا ہے، وہ یہ نہیں کہ سارے ورلڈ میں، ساری دنیا میں اسلام کی حکومت نہیں۔ ایسے حالات پیدا ہو جائیں کہ ایک بیلیور، ایک فرد پوری طرح آزاد ہو جائے۔</w:t>
      </w:r>
    </w:p>
    <w:p>
      <w:r>
        <w:rPr>
          <w:b/>
        </w:rPr>
        <w:t xml:space="preserve">[13:05] </w:t>
      </w:r>
      <w:r>
        <w:t>isko koi rukawat na rahe Allah wali zindagi guzarne ke liye. yeh ho gaya.</w:t>
      </w:r>
    </w:p>
    <w:p>
      <w:pPr>
        <w:jc w:val="right"/>
      </w:pPr>
      <w:r>
        <w:t>اس کو کوئی رکاوٹ نہ رہے اللہ والی زندگی گزارنے کے لیے۔ یہ ہو گیا۔</w:t>
      </w:r>
    </w:p>
    <w:p>
      <w:r>
        <w:rPr>
          <w:b/>
        </w:rPr>
        <w:t xml:space="preserve">[13:17] </w:t>
      </w:r>
      <w:r>
        <w:t>ab jo idhar udhar ladaiyan ho rahi hain, woh to Hazrat Abdullah bin Umar ne kaha tha ke naye naye naye naye unwaan se lad kar ke tum dobara fitna paida kar rahe ho.</w:t>
      </w:r>
    </w:p>
    <w:p>
      <w:pPr>
        <w:jc w:val="right"/>
      </w:pPr>
      <w:r>
        <w:t>اب جو ادھر ادھر لڑائیاں ہو رہی ہیں، وہ تو حضرت عبداللہ بن عمر نے کہا تھا کہ نئے نئے نئے نئے عنوان سے لڑ کر کے تم دوبارہ فتنہ پیدا کر رہے ہو۔</w:t>
      </w:r>
    </w:p>
    <w:p>
      <w:r>
        <w:rPr>
          <w:b/>
        </w:rPr>
        <w:t xml:space="preserve">[13:34] </w:t>
      </w:r>
      <w:r>
        <w:t>to is zamane mein jo concept hai, political, jo political interpretation of Islam ka, us ne goya estrino ek ek ek aisi soorat-e-haal paida kar di hai ke ke ke phir fitna zinda ho gaya.</w:t>
      </w:r>
    </w:p>
    <w:p>
      <w:pPr>
        <w:jc w:val="right"/>
      </w:pPr>
      <w:r>
        <w:t>تو اس زمانے میں جو کانسیپٹ ہے، پولیٹیکل تھے، جو پولیٹیکل انٹرپریٹیشن آف اسلام کا، اس نے گویا استرینو ایک ایک ایک ایسی صورتحال پیدا کر دی ہے کہ کہ کہ پھر فتنہ زندہ ہو گیا۔</w:t>
      </w:r>
    </w:p>
    <w:p>
      <w:r>
        <w:rPr>
          <w:b/>
        </w:rPr>
        <w:t xml:space="preserve">[13:52] </w:t>
      </w:r>
      <w:r>
        <w:t>Allah taala ne yeh mauqa de diya tha ke har believer, har momin, har Muslim poori tarah azaad ho apne aqeede mein, apni ibadat mein, apne akhlaq mein, apne dawat aur tablegh mein, poori etirazat mein.</w:t>
      </w:r>
    </w:p>
    <w:p>
      <w:pPr>
        <w:jc w:val="right"/>
      </w:pPr>
      <w:r>
        <w:t>اللہ تعالی نے یہ موقع دے دیا تھا کہ ہر بیلیور، ہر مومن، ہر مسلم پوری طرح آزاد ہو اپنے عقیدے میں، اپنی عبادت میں، اپنے اخلاق میں، اپنے دعوت اور تبلیغ میں، پوری اعتراضات میں۔</w:t>
      </w:r>
    </w:p>
    <w:p>
      <w:r>
        <w:rPr>
          <w:b/>
        </w:rPr>
        <w:t xml:space="preserve">[14:08] </w:t>
      </w:r>
      <w:r>
        <w:t>lekin ab kya hua? ke ek naya nazariya banaya gaya ke hukoomat par qabza to sirf Islam ka hoga, kisi aur ka nahi hoga.</w:t>
      </w:r>
    </w:p>
    <w:p>
      <w:pPr>
        <w:jc w:val="right"/>
      </w:pPr>
      <w:r>
        <w:t>لیکن اب کیا ہوا؟ کہ ایک نیا نظریہ بنایا گیا کہ حکومت پر قبضہ تو صرف اسلام کا ہوگا، کسی اور کا نہیں ہوگا۔</w:t>
      </w:r>
    </w:p>
    <w:p>
      <w:r>
        <w:rPr>
          <w:b/>
        </w:rPr>
        <w:t xml:space="preserve">[14:19] </w:t>
      </w:r>
      <w:r>
        <w:t>Islam ka matlab hai ke Musalmanon ka qabza, kyunke Islam koi koi insaan to hai nahi. to yeh jo nazariya banaya gaya ke state par qabza, hukoomat par qabza sirf ahl-e-iman ka hoga,</w:t>
      </w:r>
    </w:p>
    <w:p>
      <w:pPr>
        <w:jc w:val="right"/>
      </w:pPr>
      <w:r>
        <w:t>اسلام کا مطلب ہے کہ مسلمانوں کا قبضہ، کیونکہ اسلام کوئی کوئی انسان تو ہے نہیں۔ تو یہ جو نظریہ بنایا گیا کہ اسٹیٹ پر قبضہ، حکومت پر قبضہ صرف اہل ایمان کا ہوگا،</w:t>
      </w:r>
    </w:p>
    <w:p>
      <w:r>
        <w:rPr>
          <w:b/>
        </w:rPr>
        <w:t xml:space="preserve">[14:35] </w:t>
      </w:r>
      <w:r>
        <w:t>is ke liye ladai shuru ho ho kar di gayi. yahi sharaait aaj kal ladai ho rahi hai.</w:t>
      </w:r>
    </w:p>
    <w:p>
      <w:pPr>
        <w:jc w:val="right"/>
      </w:pPr>
      <w:r>
        <w:t>اس کے لیے لڑائی شروع ہو ہو کر دی گئی۔ یہی شرائط آج کل لڑائی ہو رہی ہے۔</w:t>
      </w:r>
    </w:p>
    <w:p>
      <w:r>
        <w:rPr>
          <w:b/>
        </w:rPr>
        <w:t xml:space="preserve">[14:40] </w:t>
      </w:r>
      <w:r>
        <w:t>misal ke taur par Egypt mein, ab dekhiye, Egypt mein jo Islamic group hai, Islamic group agar yeh kare ke woh is par raazi ho jaye ke mere aqeede mein mujhe azaadi hogi,</w:t>
      </w:r>
    </w:p>
    <w:p>
      <w:pPr>
        <w:jc w:val="right"/>
      </w:pPr>
      <w:r>
        <w:t>مثلاً ایجپٹ میں، اب دیکھیے، ایجپٹ میں جو اسلامک گروپ ہے، اسلامک گروپ اگر یہ کرے کہ وہ اس پر راضی ہو جائے کہ میرے عقیدے میں مجھے آزادی ہوگی،</w:t>
      </w:r>
    </w:p>
    <w:p>
      <w:r>
        <w:rPr>
          <w:b/>
        </w:rPr>
        <w:t xml:space="preserve">[14:59] </w:t>
      </w:r>
      <w:r>
        <w:t>mere ibadat mein mujh ko azaadi hogi, mere akhlaq aur mamlaat mein mujh ko azaadi hogi, aur main is ke liye azaad hounga ke dawat-o-tablegh ka kaam karoon, education ka kaam k</w:t>
      </w:r>
    </w:p>
    <w:p>
      <w:pPr>
        <w:jc w:val="right"/>
      </w:pPr>
      <w:r>
        <w:t>میرے عبادت میں مجھ کو آزادی ہوگی، میرے اخلاق اور معاملات میں مجھ کو آزادی ہوگی، اور میں اس کے لیے آزاد ہوں گا کہ دعوت و تبلیغ کا کام کروں، ایجوکیشن کا کام ک</w:t>
      </w:r>
    </w:p>
    <w:p>
      <w:r>
        <w:rPr>
          <w:b/>
        </w:rPr>
        <w:t xml:space="preserve">[15:11] </w:t>
      </w:r>
      <w:r>
        <w:t>ron, to koi pakar thakar nahi, kuch bhi nahi.</w:t>
      </w:r>
    </w:p>
    <w:p>
      <w:pPr>
        <w:jc w:val="right"/>
      </w:pPr>
      <w:r>
        <w:t>روں، تو کوئی پکڑ تھکڑ نہیں، کچھ بھی نہیں۔</w:t>
      </w:r>
    </w:p>
    <w:p>
      <w:r>
        <w:rPr>
          <w:b/>
        </w:rPr>
        <w:t xml:space="preserve">[15:19] </w:t>
      </w:r>
      <w:r>
        <w:t>lekin jab unhon ne kaha ke nahi, hamein hukoomat par qabza karna hai, to jo log hukoomat baithe hue the, unhon ne kaha ke acha, yeh to hamare liye danger create kar rahe hain, hum kyun apni seat chhoden?</w:t>
      </w:r>
    </w:p>
    <w:p>
      <w:pPr>
        <w:jc w:val="right"/>
      </w:pPr>
      <w:r>
        <w:t>لیکن جب انہوں نے کہا کہ نہیں، ہمیں حکومت پر قبضہ کرنا ہے، تو جو لوگ حکومت بیٹھے ہوئے تھے، انہوں نے کہا کہ اچھا، یہ تو ہمارے لیے ڈیجر کریٹ کر رہے ہیں، ہم کیوں اپنی سیٹ چھوڑیں؟</w:t>
      </w:r>
    </w:p>
    <w:p>
      <w:r>
        <w:rPr>
          <w:b/>
        </w:rPr>
        <w:t xml:space="preserve">[15:33] </w:t>
      </w:r>
      <w:r>
        <w:t>to jo ruling party hai, us se jab aap chahein ke power chheen na, to larai shuru ho jayegi.</w:t>
      </w:r>
    </w:p>
    <w:p>
      <w:pPr>
        <w:jc w:val="right"/>
      </w:pPr>
      <w:r>
        <w:t>تو جو رولنگ پارٹی ہے، اس سے جب آپ چاہیں کہ پاور چھیننا، تو لڑائی شروع ہو جائے گی۔</w:t>
      </w:r>
    </w:p>
    <w:p>
      <w:r>
        <w:rPr>
          <w:b/>
        </w:rPr>
        <w:t xml:space="preserve">[15:44] </w:t>
      </w:r>
      <w:r>
        <w:t>is mamle mein bohat hi achi misaal hai brother green ki. aap ko maloom hai ke turkey mein ek bohat bade leader hain jo bohat bada kaam kar rahe hain, bohat se countries mein,</w:t>
      </w:r>
    </w:p>
    <w:p>
      <w:pPr>
        <w:jc w:val="right"/>
      </w:pPr>
      <w:r>
        <w:t>اس معاملے میں بہت ہی اچھی مثال ہے برادر گرین کی۔ آپ کو معلوم ہے کہ ترکی میں ایک بہت بڑے لیڈر ہیں جو بہت بڑا کام کر رہے ہیں، بہت سے کنٹریز میں،</w:t>
      </w:r>
    </w:p>
    <w:p>
      <w:r>
        <w:rPr>
          <w:b/>
        </w:rPr>
        <w:t xml:space="preserve">[16:00] </w:t>
      </w:r>
      <w:r>
        <w:t>aur bohat hi successful tareeqe se kaam kar rahe hain. woh</w:t>
      </w:r>
    </w:p>
    <w:p>
      <w:pPr>
        <w:jc w:val="right"/>
      </w:pPr>
      <w:r>
        <w:t>اور بہت ہی سکسیس فل طریقے سے کام کر رہے ہیں۔ وہ</w:t>
      </w:r>
    </w:p>
    <w:p>
      <w:r>
        <w:rPr>
          <w:b/>
        </w:rPr>
        <w:t xml:space="preserve">[16:03] </w:t>
      </w:r>
      <w:r>
        <w:t>woh education aur daawa ke field mein kaam kar rahe hain. koi rukawat nahi hai un ko kisi mulk mein. brother green ke log sari duniya mein phailay hue hain, har jagah unhon ne apne institution banaye hain, aur un ko koi rukawat nahi, kyunke woh non political way mein kaam karte hain.</w:t>
      </w:r>
    </w:p>
    <w:p>
      <w:pPr>
        <w:jc w:val="right"/>
      </w:pPr>
      <w:r>
        <w:t>وہ ایجوکیشن اور دعویٰ کے فیلڈ میں کام کر رہے ہیں۔ کوئی رکاوٹ نہیں ہے ان کو کسی ملک میں۔ برادر گلین کے لوگ ساری دنیا میں پھیلے ہوئے ہیں، ہر جگہ انہوں نے اپنے انسٹیٹیوشن بنائے ہیں، اور ان کو کوئی رکاوٹ نہیں، کیونکہ وہ نان پولیٹیکل وے میں کام کرتے ہیں۔</w:t>
      </w:r>
    </w:p>
    <w:p>
      <w:r>
        <w:rPr>
          <w:b/>
        </w:rPr>
        <w:t xml:space="preserve">[16:24] </w:t>
      </w:r>
      <w:r>
        <w:t>political jo rulers hain, un ko challenge nahi karte. kisi mulk mein woh yeh nahi chahte ke un hukoomat par qabza karen,</w:t>
      </w:r>
    </w:p>
    <w:p>
      <w:pPr>
        <w:jc w:val="right"/>
      </w:pPr>
      <w:r>
        <w:t>پولیٹیکل جو رولرز ہیں، ان کو چیلنج نہیں کرتے۔ کسی ملک میں وہ یہ نہیں چاہتے کہ ان حکومت پر قبضہ کریں،</w:t>
      </w:r>
    </w:p>
    <w:p>
      <w:r>
        <w:rPr>
          <w:b/>
        </w:rPr>
        <w:t xml:space="preserve">[16:33] </w:t>
      </w:r>
      <w:r>
        <w:t>balke har country mein woh apna apna adara banate hain, apne institution banate hain, non political field mein, aur poori azadi se har jagah kaam kar rahe hain.</w:t>
      </w:r>
    </w:p>
    <w:p>
      <w:pPr>
        <w:jc w:val="right"/>
      </w:pPr>
      <w:r>
        <w:t>بلکہ ہر کنٹری میں وہ اپنا اپنا ادارہ بناتے ہیں، اپنے انسٹیٹیوشن بناتے ہیں، نان پولیٹیکل فیلڈ میں، اور پوری آزادی سے ہر جگہ کام کر رہے ہیں۔</w:t>
      </w:r>
    </w:p>
    <w:p>
      <w:r>
        <w:rPr>
          <w:b/>
        </w:rPr>
        <w:t xml:space="preserve">[16:49] </w:t>
      </w:r>
      <w:r>
        <w:t>to aap compare kijiye, compare kijiye ek taraf Egypt ke Muslim Brotherhood ka, ek taraf brother green ke group ka.</w:t>
      </w:r>
    </w:p>
    <w:p>
      <w:pPr>
        <w:jc w:val="right"/>
      </w:pPr>
      <w:r>
        <w:t>تو آپ کمپیئر کیجئے، کمپیئر کیجئے ایک طرف ایجپٹ کے مسلم برادر ہڈ کا، ایک طرف برادر گلین کے گروپ کا۔</w:t>
      </w:r>
    </w:p>
    <w:p>
      <w:r>
        <w:rPr>
          <w:b/>
        </w:rPr>
        <w:t xml:space="preserve">[17:01] </w:t>
      </w:r>
      <w:r>
        <w:t>Muslim Brotherhood ko mara peeta ja raha hai, aur Muslim Brotherhood ki party har jagah azadi se kaam kar rahi hai.</w:t>
      </w:r>
    </w:p>
    <w:p>
      <w:pPr>
        <w:jc w:val="right"/>
      </w:pPr>
      <w:r>
        <w:t>مسلم برادر ہڈ کو مارا پیٹا جا رہا ہے، اور مسلم برادر گلین کی پارٹی ہر جگہ آزادی سے کام کر رہی ہے۔</w:t>
      </w:r>
    </w:p>
    <w:p>
      <w:r>
        <w:rPr>
          <w:b/>
        </w:rPr>
        <w:t xml:space="preserve">[17:13] </w:t>
      </w:r>
      <w:r>
        <w:t>to is ka raaz kya hai?</w:t>
      </w:r>
    </w:p>
    <w:p>
      <w:pPr>
        <w:jc w:val="right"/>
      </w:pPr>
      <w:r>
        <w:t>تو اس کا راز کیا ہے؟</w:t>
      </w:r>
    </w:p>
    <w:p>
      <w:r>
        <w:rPr>
          <w:b/>
        </w:rPr>
        <w:t xml:space="preserve">[17:16] </w:t>
      </w:r>
      <w:r>
        <w:t>brother green ki party jo hai, non political way mein kaam kar rahi hai, political confrontation ko avoid kar ke kaam kar rahi hai, aur Egypt ke jo Islamic group hai, woh political confrontation ko hi apna target banai hui hai.</w:t>
      </w:r>
    </w:p>
    <w:p>
      <w:pPr>
        <w:jc w:val="right"/>
      </w:pPr>
      <w:r>
        <w:t>برادر گلین کی پارٹی جو ہے، نان پولیٹیکل وے میں کام کر رہی ہے، پولیٹیکل کنفرنٹیشن کو اوائڈ کر کے کام کر رہی ہے، اور ایجپٹ کے جو اسلامک گروپ ہے، وہ پولیٹیکل کنفرنٹیشن کو ہی اپنا ٹارگٹ بنائی ہوئی ہے۔</w:t>
      </w:r>
    </w:p>
    <w:p>
      <w:r>
        <w:rPr>
          <w:b/>
        </w:rPr>
        <w:t xml:space="preserve">[17:34] </w:t>
      </w:r>
      <w:r>
        <w:t>ke yeh raaz mere samajh mein aaya, yeh raaz mere samajh mein aaya</w:t>
      </w:r>
    </w:p>
    <w:p>
      <w:pPr>
        <w:jc w:val="right"/>
      </w:pPr>
      <w:r>
        <w:t>کہ یہ راز میرے سمجھ میں آیا، یہ راز میرے سمجھ میں آیا</w:t>
      </w:r>
    </w:p>
    <w:p>
      <w:r>
        <w:rPr>
          <w:b/>
        </w:rPr>
        <w:t xml:space="preserve">[17:43] </w:t>
      </w:r>
      <w:r>
        <w:t>ke is ayat mein jo baat kahi gayi thi, woh yeh nahi thi ke tum hukoomat qaim karo. hukoomat qaim ho to qayamat tak larai jari rahegi, kabhi khatam nahi hogi, kyunke koi nahi, koi wahan baitha hua hai, seat political seat par wapas ladega.</w:t>
      </w:r>
    </w:p>
    <w:p>
      <w:pPr>
        <w:jc w:val="right"/>
      </w:pPr>
      <w:r>
        <w:t>کہ اس آیت میں جو بات کہی گئی تھی، وہ یہ نہیں تھی کہ تم حکومت قائم کرو۔ حکومت قائم ہو تو قیامت تک لڑائی جاری رہے گی، کبھی ختم نہیں ہوگی، کیونکہ کوئی نہیں، کوئی وہاں بیٹھا ہوا ہے، سیٹ پولیٹیکل سیٹ پر واپس لڑے گا۔</w:t>
      </w:r>
    </w:p>
    <w:p>
      <w:r>
        <w:rPr>
          <w:b/>
        </w:rPr>
        <w:t xml:space="preserve">[17:57] </w:t>
      </w:r>
      <w:r>
        <w:t>aap ko non political field mein apne kaam ko organize karna hai, aur non political field jo hai, bohat hi bari field hai,</w:t>
      </w:r>
    </w:p>
    <w:p>
      <w:pPr>
        <w:jc w:val="right"/>
      </w:pPr>
      <w:r>
        <w:t>آپ کو نان پولیٹیکل فیلڈ میں اپنے کام کو ارگنائز کرنا ہے، اور نان پولیٹیکل فیلڈ جو ہے، بہت ہی بڑی فیلڈ ہے،</w:t>
      </w:r>
    </w:p>
    <w:p>
      <w:r>
        <w:rPr>
          <w:b/>
        </w:rPr>
        <w:t xml:space="preserve">[18:08] </w:t>
      </w:r>
      <w:r>
        <w:t>khaas tor par is zamane mein. yani yeh jo yeh age of democracy hai, is zamane mein, is zamane mein government ko to kaha jata hai administration.</w:t>
      </w:r>
    </w:p>
    <w:p>
      <w:pPr>
        <w:jc w:val="right"/>
      </w:pPr>
      <w:r>
        <w:t>خاص طور پر اس زمانے میں۔ یعنی یہ جو یہ ایج آف ڈیموکریسی ہے، اس زمانے میں، اس زمانے میں گورنمنٹ کو تو کہا جاتا ہے ایڈمنسٹریشن۔</w:t>
      </w:r>
    </w:p>
    <w:p>
      <w:r>
        <w:rPr>
          <w:b/>
        </w:rPr>
        <w:t xml:space="preserve">[18:18] </w:t>
      </w:r>
      <w:r>
        <w:t>administration yani intezam mein unhon ne apne ko mehdood kar liya hai,</w:t>
      </w:r>
    </w:p>
    <w:p>
      <w:pPr>
        <w:jc w:val="right"/>
      </w:pPr>
      <w:r>
        <w:t>ایڈمنسٹریشن یعنی انتظام میں انہوں نے اپنے کو محدود کر لیا ہے،</w:t>
      </w:r>
    </w:p>
    <w:p>
      <w:r>
        <w:rPr>
          <w:b/>
        </w:rPr>
        <w:t xml:space="preserve">[18:26] </w:t>
      </w:r>
      <w:r>
        <w:t>baqi sara khol diya hai. yani aap industry lagayen, business karen, education ke adare banayen, daawa tabligh ka kaam karen.</w:t>
      </w:r>
    </w:p>
    <w:p>
      <w:pPr>
        <w:jc w:val="right"/>
      </w:pPr>
      <w:r>
        <w:t>باقی سارا کھول دیا ہے۔ یعنی آپ انڈسٹری لگائیں، بزنس کریں، ایجوکیشن کے ادارے بنائیں، دعوت تبلیغ کا کام کریں۔</w:t>
      </w:r>
    </w:p>
    <w:p>
      <w:r>
        <w:rPr>
          <w:b/>
        </w:rPr>
        <w:t xml:space="preserve">[18:39] </w:t>
      </w:r>
      <w:r>
        <w:t>yani non political journals ka maidan hai, yani administration ko chhod kar hazaron maidan hain, wo sab khule hue hain, wahan aap kaam kijiye to koi rukawat nahi hai.</w:t>
      </w:r>
    </w:p>
    <w:p>
      <w:pPr>
        <w:jc w:val="right"/>
      </w:pPr>
      <w:r>
        <w:t>یعنی نان پولیٹیکل جرنلز کا میدان ہے، یعنی ایڈمنسٹریشن کو چھوڑ کر ہزاروں میدان ہیں، وہ سب کھلے ہوئے ہیں، وہاں آپ کام کیجئے تو کوئی رکاوٹ نہیں ہے۔</w:t>
      </w:r>
    </w:p>
    <w:p>
      <w:r>
        <w:rPr>
          <w:b/>
        </w:rPr>
        <w:t xml:space="preserve">[18:57] </w:t>
      </w:r>
      <w:r>
        <w:t>to main samajhta hoon ke is ayat mein jo baat kahi gayi thi, us ki spirit mujhe brother green ke kaam mein nazar aati hai, aur Egypt mein jo ho raha hai, woh is ke khilaf mujhe nazar aata hai.</w:t>
      </w:r>
    </w:p>
    <w:p>
      <w:pPr>
        <w:jc w:val="right"/>
      </w:pPr>
      <w:r>
        <w:t>تو میں سمجھتا ہوں کہ اس آیت میں جو بات کہی گئی تھی، اس کی اسپرٹ مجھے برادر گلین کے کام میں نظر آتی ہے، اور ایجپٹ میں جو ہو رہا ہے، وہ اس کے خلاف مجھے نظر آتا ہے۔</w:t>
      </w:r>
    </w:p>
    <w:p>
      <w:r>
        <w:rPr>
          <w:b/>
        </w:rPr>
        <w:t xml:space="preserve">[19:11] </w:t>
      </w:r>
      <w:r>
        <w:t>to Allah taala ne Islam ka jo yeh revolution aaya Arab mein, aur phir duniya bajaye duniya mein phaila, us ke zariye Allah taala ne ek naya age paida kiya, ek naya age ke detach kar diya Allah taala ne.</w:t>
      </w:r>
    </w:p>
    <w:p>
      <w:pPr>
        <w:jc w:val="right"/>
      </w:pPr>
      <w:r>
        <w:t>تو اللہ تعالی نے اسلام کا جو یہ ریولوشن آیا عرب میں، اور پھر دنیا بجائے دنیا میں پھیلا، اس کے ذریعے اللہ تعالی نے ایک نیا ایج پیدا کیا، ایک نیا ایج کہ ڈیٹیچ کر دیا اللہ تعالی نے۔</w:t>
      </w:r>
    </w:p>
    <w:p>
      <w:r>
        <w:rPr>
          <w:b/>
        </w:rPr>
        <w:t xml:space="preserve">[19:31] </w:t>
      </w:r>
      <w:r>
        <w:t>yani ek cheez ko doosri cheez se. agar aap political confrontation na karen to aap ko poori azadi hasil hai.</w:t>
      </w:r>
    </w:p>
    <w:p>
      <w:pPr>
        <w:jc w:val="right"/>
      </w:pPr>
      <w:r>
        <w:t>یعنی ایک چیز کو دوسری چیز سے۔ اگر آپ پولیٹیکل کنفرنٹیشن نہ کریں تو آپ کو پوری آزادی حاصل ہے۔</w:t>
      </w:r>
    </w:p>
    <w:p>
      <w:r>
        <w:rPr>
          <w:b/>
        </w:rPr>
        <w:t xml:space="preserve">[19:42] </w:t>
      </w:r>
      <w:r>
        <w:t>is zamane mein dekhiye jo nayi nayi cheezen paida hui hain, maslan technology, communication, is mein kaun rukawat hai?</w:t>
      </w:r>
    </w:p>
    <w:p>
      <w:pPr>
        <w:jc w:val="right"/>
      </w:pPr>
      <w:r>
        <w:t>اس زمانے میں دیکھیے جو نئی نئی چیزیں پیدا ہوئی ہیں، مثلاً ٹیکنالوجی، کمیونیکیشن، اس میں کون رکاوٹ ہے؟</w:t>
      </w:r>
    </w:p>
    <w:p>
      <w:r>
        <w:rPr>
          <w:b/>
        </w:rPr>
        <w:t xml:space="preserve">[19:51] </w:t>
      </w:r>
      <w:r>
        <w:t>main yahan bol raha hoon aur America tak ke log sun rahe hain, koi rukawat nahi hai. yani ab to jo aaj aaj jo empire hai, technological empire, woh is se bhi bada hai jo is se pehle musalmanon ke paas tha.</w:t>
      </w:r>
    </w:p>
    <w:p>
      <w:pPr>
        <w:jc w:val="right"/>
      </w:pPr>
      <w:r>
        <w:t>میں یہاں بول رہا ہوں اور امریکہ تک کے لوگ سن رہے ہیں، کوئی رکاوٹ نہیں ہے۔ یعنی اب تو جو آج آج جو ایمپائر ہے، ٹیکنالوجیکل ایمپائر، وہ اس سے بھی بڑا ہے جو اس سے پہلے مسلمانوں کے پاس تھا۔</w:t>
      </w:r>
    </w:p>
    <w:p>
      <w:r>
        <w:rPr>
          <w:b/>
        </w:rPr>
        <w:t xml:space="preserve">[20:10] </w:t>
      </w:r>
      <w:r>
        <w:t>yani Mughal empire aur Abbasi empire jitna bada tha, us se million times zyada bada empire hai technological empire,</w:t>
      </w:r>
    </w:p>
    <w:p>
      <w:pPr>
        <w:jc w:val="right"/>
      </w:pPr>
      <w:r>
        <w:t>یعنی مغل ایمپائر اور عباسی ایمپائر جتنا بڑا تھا، اس سے ملین ٹائمز زیادہ بڑا ایمپائر ہے ٹیکنالوجیکل ایمپائر،</w:t>
      </w:r>
    </w:p>
    <w:p>
      <w:r>
        <w:rPr>
          <w:b/>
        </w:rPr>
        <w:t xml:space="preserve">[20:20] </w:t>
      </w:r>
      <w:r>
        <w:t>jis ka koi border nahin. un ka to border hota tha, amvi empire ka border tha, abbasi empire ka border tha, mughal empire ka border tha, spice empire ka border tha.</w:t>
      </w:r>
    </w:p>
    <w:p>
      <w:pPr>
        <w:jc w:val="right"/>
      </w:pPr>
      <w:r>
        <w:t>جس کا کوئی بارڈر نہیں۔ ان کا تو بارڈر ہوتا تھا، اموی ایمپائر کا بارڈر تھا، عباسی ایمپائر کا بارڈر تھا، مغل ایمپائر کا بارڈر تھا، اسپائس ایمپائر کا بارڈر تھا۔</w:t>
      </w:r>
    </w:p>
    <w:p>
      <w:r>
        <w:rPr>
          <w:b/>
        </w:rPr>
        <w:t xml:space="preserve">[20:36] </w:t>
      </w:r>
      <w:r>
        <w:t>to har jagah border, border, border hai. lekin technology ne jo nai dunya create ki hai, is mein koi border nahin.</w:t>
      </w:r>
    </w:p>
    <w:p>
      <w:pPr>
        <w:jc w:val="right"/>
      </w:pPr>
      <w:r>
        <w:t>تو ہر جگہ بارڈر، بارڈر، بارڈر ہے۔ لیکن ٹیکنالوجی نے جو نئی دنیا کریٹ کی ہے، اس میں کوئی بارڈر نہیں۔</w:t>
      </w:r>
    </w:p>
    <w:p>
      <w:r>
        <w:rPr>
          <w:b/>
        </w:rPr>
        <w:t xml:space="preserve">[20:48] </w:t>
      </w:r>
      <w:r>
        <w:t>yahan tak ke agar chand par kuch baste hon to aap is ko bhi address kar sakte hain.</w:t>
      </w:r>
    </w:p>
    <w:p>
      <w:pPr>
        <w:jc w:val="right"/>
      </w:pPr>
      <w:r>
        <w:t>یہاں تک کہ اگر چاند پر کچھ بستے ہوں تو آپ اس کو بھی ایڈریس کر سکتے ہیں۔</w:t>
      </w:r>
    </w:p>
    <w:p>
      <w:r>
        <w:rPr>
          <w:b/>
        </w:rPr>
        <w:t xml:space="preserve">[20:56] </w:t>
      </w:r>
      <w:r>
        <w:t>is ko main kahoon ga ke e empire pehle hoti thi political empire, ab hai electronic empire.</w:t>
      </w:r>
    </w:p>
    <w:p>
      <w:pPr>
        <w:jc w:val="right"/>
      </w:pPr>
      <w:r>
        <w:t>اس کو میں کہوں گا کہ ای ایمپائر پہلے ہوتی تھی پولیٹیکل ایمپائر، اب ہے الیکٹرانک ایمپائر۔</w:t>
      </w:r>
    </w:p>
    <w:p>
      <w:r>
        <w:rPr>
          <w:b/>
        </w:rPr>
        <w:t xml:space="preserve">[21:04] </w:t>
      </w:r>
      <w:r>
        <w:t>to political empire ke liye lad rahe hain log, jab ke ab zamana aa gaya hai ke aap electronical empire banayen, e empire banayen, aur sari sare globe tak pohnch, aap ki reach ho jaye.</w:t>
      </w:r>
    </w:p>
    <w:p>
      <w:pPr>
        <w:jc w:val="right"/>
      </w:pPr>
      <w:r>
        <w:t>تو پولیٹیکل ایمپائر کے لیے لڑ رہے ہیں لوگ، جبکہ اب زمانہ آ گیا ہے کہ آپ الیکٹرانیکل ایمپائر بنائیں، ای ایمپائر بنائیں، اور ساری سارے گلوب تک پہنچ، آپ کی ریچ ہو جائے۔</w:t>
      </w:r>
    </w:p>
    <w:p>
      <w:r>
        <w:rPr>
          <w:b/>
        </w:rPr>
        <w:t xml:space="preserve">[21:25] </w:t>
      </w:r>
      <w:r>
        <w:t>to main samajhta hoon ke do misalen hain, dono misalen bohat bara sabak hain hamare liye.</w:t>
      </w:r>
    </w:p>
    <w:p>
      <w:pPr>
        <w:jc w:val="right"/>
      </w:pPr>
      <w:r>
        <w:t>تو میں سمجھتا ہوں کہ دو مثالیں ہیں، دونوں مثالیں بہت بڑا سبق ہیں ہمارے لیے۔</w:t>
      </w:r>
    </w:p>
    <w:p>
      <w:r>
        <w:rPr>
          <w:b/>
        </w:rPr>
        <w:t xml:space="preserve">[21:36] </w:t>
      </w:r>
      <w:r>
        <w:t>ek misal egypt mein hai ke aapas mein lad rahe hain log, hazaron log mare ja rahe hain. kyun? unhon ne political confrontation ka tareeqa chora nahin.</w:t>
      </w:r>
    </w:p>
    <w:p>
      <w:pPr>
        <w:jc w:val="right"/>
      </w:pPr>
      <w:r>
        <w:t>ایک مثال ایجپٹ میں ہے کہ آپس میں لڑ رہے ہیں لوگ، ہزاروں لوگ مارے جا رہے ہیں۔ کیوں؟ انہوں نے پولیٹیکل کنفرنٹیشن کا طریقہ چھوڑا نہیں۔</w:t>
      </w:r>
    </w:p>
    <w:p>
      <w:r>
        <w:rPr>
          <w:b/>
        </w:rPr>
        <w:t xml:space="preserve">[21:49] </w:t>
      </w:r>
      <w:r>
        <w:t>wo kehte hain ke hamen hukoomat par qabza kar do, hamen hukoomat karna hai.</w:t>
      </w:r>
    </w:p>
    <w:p>
      <w:pPr>
        <w:jc w:val="right"/>
      </w:pPr>
      <w:r>
        <w:t>وہ کہتے ہیں کہ ہمیں حکومت پر قبضہ کر دو، ہمیں حکومت کرنا ہے۔</w:t>
      </w:r>
    </w:p>
    <w:p>
      <w:r>
        <w:rPr>
          <w:b/>
        </w:rPr>
        <w:t xml:space="preserve">[21:55] </w:t>
      </w:r>
      <w:r>
        <w:t>yani political takrao ko unhon ne chora nahin, is liye wo hum mare ja rahe hain, mare ja rahe hain. aur brother glenn ne kya kiya?</w:t>
      </w:r>
    </w:p>
    <w:p>
      <w:pPr>
        <w:jc w:val="right"/>
      </w:pPr>
      <w:r>
        <w:t>یعنی پولیٹیکل ٹکراؤ کو انہوں نے چھوڑا نہیں، اس لیے وہ ہم مارے جا رہے ہیں، مارے جا رہے ہیں۔ اور برادر گلین نے کیا کیا؟</w:t>
      </w:r>
    </w:p>
    <w:p>
      <w:r>
        <w:rPr>
          <w:b/>
        </w:rPr>
        <w:t xml:space="preserve">[22:03] </w:t>
      </w:r>
      <w:r>
        <w:t>ke political confrontation ko avoid kar ke unhon ne ek scheme banai, dawat ki scheme, education ki scheme, logon ko train karne ki scheme, aur sari dunya mein un ka kaam ho raha hai.</w:t>
      </w:r>
    </w:p>
    <w:p>
      <w:pPr>
        <w:jc w:val="right"/>
      </w:pPr>
      <w:r>
        <w:t>کہ پولیٹیکل کنفرنٹیشن کو اوائڈ کر کے انہوں نے ایک اسکیم بنائی، دعوت کی اسکیم، ایجوکیشن کی اسکیم، لوگوں کو ٹرین کرنے کی اسکیم، اور ساری دنیا میں ان کا کام ہو رہا ہے۔</w:t>
      </w:r>
    </w:p>
    <w:p>
      <w:r>
        <w:rPr>
          <w:b/>
        </w:rPr>
        <w:t xml:space="preserve">[22:20] </w:t>
      </w:r>
      <w:r>
        <w:t>yeh hai spirit is ayat ki: "wa qatuluhum hatta la takuna fitnatun wa yakuna ad-deenu lillah". yani ek aisa revolution paida karo, aisa ek inqilab lao, jab ke is zamane ka khatma ho jaye, jab ke state jo hai record banti thi,</w:t>
      </w:r>
    </w:p>
    <w:p>
      <w:pPr>
        <w:jc w:val="right"/>
      </w:pPr>
      <w:r>
        <w:t>یہ ہے اسپیٹ اس آیت کی: "وقاتلو متکون فتنہ ویکون الدین کل اللہ"۔ یعنی ایک ایسا ریولوشن پیدا کرو، ایسا ایک انقلاب لاؤ، جبکہ اس زمانے کا خاتمہ ہو جائے، جبکہ اسٹیٹ جو ہے ریکارڈ بنتی تھی،</w:t>
      </w:r>
    </w:p>
    <w:p>
      <w:r>
        <w:rPr>
          <w:b/>
        </w:rPr>
        <w:t xml:space="preserve">[22:40] </w:t>
      </w:r>
      <w:r>
        <w:t>state kaam nahin karne deti thi. state ko alag kar kar diya gaya</w:t>
      </w:r>
    </w:p>
    <w:p>
      <w:pPr>
        <w:jc w:val="right"/>
      </w:pPr>
      <w:r>
        <w:t>اسٹیٹ کام نہیں کرنے دیتی تھی۔ اسٹیٹ کو الگ کر کر دیا گیا</w:t>
      </w:r>
    </w:p>
    <w:p>
      <w:r>
        <w:rPr>
          <w:b/>
        </w:rPr>
        <w:t xml:space="preserve">[22:46] </w:t>
      </w:r>
      <w:r>
        <w:t>, state ko administration ke hadd mein daal diya gaya, ab baqi cheezen sab free hain. they are the spirit of age.</w:t>
      </w:r>
    </w:p>
    <w:p>
      <w:pPr>
        <w:jc w:val="right"/>
      </w:pPr>
      <w:r>
        <w:t>، اسٹیٹ کو ایڈمنسٹریشن کے حد میں ڈال دیا گیا، اب باقی چیزیں سب فری ہیں۔ دے از دا اسپیٹ آف ایج۔</w:t>
      </w:r>
    </w:p>
    <w:p>
      <w:r>
        <w:rPr>
          <w:b/>
        </w:rPr>
        <w:t xml:space="preserve">[22:56] </w:t>
      </w:r>
      <w:r>
        <w:t>main samajhta hoon ke aaj musalmanon ko is baat ko discover karne ki zaroorat hai ke what is the spirit of age.</w:t>
      </w:r>
    </w:p>
    <w:p>
      <w:pPr>
        <w:jc w:val="right"/>
      </w:pPr>
      <w:r>
        <w:t>میں سمجھتا ہوں کہ آج مسلمانوں کو اس بات کو ڈسکور کرنے کی ضرورت ہے کہ واٹ از دا اسپیٹ آف ایج۔</w:t>
      </w:r>
    </w:p>
    <w:p>
      <w:r>
        <w:rPr>
          <w:b/>
        </w:rPr>
        <w:t xml:space="preserve">[23:06] </w:t>
      </w:r>
      <w:r>
        <w:t>wo zamana khatam ho chuka, jab ke quran mein hai ke "ar-ra'ayta alladhina kharaju min diyarihim".</w:t>
      </w:r>
    </w:p>
    <w:p>
      <w:pPr>
        <w:jc w:val="right"/>
      </w:pPr>
      <w:r>
        <w:t>وہ زمانہ ختم ہو چکا، جبکہ قرآن میں ہے کہ "ارایت عبداللہ"۔</w:t>
      </w:r>
    </w:p>
    <w:p>
      <w:r>
        <w:rPr>
          <w:b/>
        </w:rPr>
        <w:t xml:space="preserve">[23:14] </w:t>
      </w:r>
      <w:r>
        <w:t>dekho ke namaz parhna chahte hain kaba mein to tab bhi parhne nahin dete, wahan hi marte hain, aa kar ke</w:t>
      </w:r>
    </w:p>
    <w:p>
      <w:pPr>
        <w:jc w:val="right"/>
      </w:pPr>
      <w:r>
        <w:t>دیکھو کہ نماز پڑھنا چاہتے ہیں کعبہ میں تو تب بھی پڑھنے نہیں دیتے، وہاں ہی مارتے ہیں، آ کر کے</w:t>
      </w:r>
    </w:p>
    <w:p>
      <w:r>
        <w:rPr>
          <w:b/>
        </w:rPr>
        <w:t xml:space="preserve">[23:23] </w:t>
      </w:r>
      <w:r>
        <w:t>dawat ka kaam karte the to wahan bhi aa kar marte the. yani quran sunana, namaz ada karna, dawat ka kaam karna, is par bhi pabandiyan thin, wo zamana tha.</w:t>
      </w:r>
    </w:p>
    <w:p>
      <w:pPr>
        <w:jc w:val="right"/>
      </w:pPr>
      <w:r>
        <w:t>دعوت کا کام کرتے تھے تو وہاں بھی آ کر مارتے تھے۔ یعنی قرآن سنانا، نماز ادا کرنا، دعوت کا کام کرنا، اس پر بھی پابندیاں تھیں، وہ زمانہ تھا۔</w:t>
      </w:r>
    </w:p>
    <w:p>
      <w:r>
        <w:rPr>
          <w:b/>
        </w:rPr>
        <w:t xml:space="preserve">[23:43] </w:t>
      </w:r>
      <w:r>
        <w:t>aaj wo zamana khatam.</w:t>
      </w:r>
    </w:p>
    <w:p>
      <w:pPr>
        <w:jc w:val="right"/>
      </w:pPr>
      <w:r>
        <w:t>آج وہ زمانہ ختم۔</w:t>
      </w:r>
    </w:p>
    <w:p>
      <w:r>
        <w:rPr>
          <w:b/>
        </w:rPr>
        <w:t xml:space="preserve">[23:45] </w:t>
      </w:r>
      <w:r>
        <w:t>quran mein aap jante hain ke khair surah al kahf jab main is ko parhta hoon to ek ek thrilling shauq, shukr aata hai, thrilling shukr.</w:t>
      </w:r>
    </w:p>
    <w:p>
      <w:pPr>
        <w:jc w:val="right"/>
      </w:pPr>
      <w:r>
        <w:t>قرآن میں آپ جانتے ہیں کہ خیر سورہ الکہف جب میں اس کو پڑھتا ہوں تو ایک ایک تھرلنگ شوق، شکر آتا ہے، تھرلنگ شکر۔</w:t>
      </w:r>
    </w:p>
    <w:p>
      <w:r>
        <w:rPr>
          <w:b/>
        </w:rPr>
        <w:t xml:space="preserve">[23:57] </w:t>
      </w:r>
      <w:r>
        <w:t>rasool Allah ke ba'asat se kuch pehle ka waqea hai ke kuch log, wo christianity ka zamana tha,</w:t>
      </w:r>
    </w:p>
    <w:p>
      <w:pPr>
        <w:jc w:val="right"/>
      </w:pPr>
      <w:r>
        <w:t>رسول اللہ کے بعثت سے کچھ پہلے کا واقعہ ہے کہ کچھ لوگ، وہ کرسچینٹی کا زمانہ تھا،</w:t>
      </w:r>
    </w:p>
    <w:p>
      <w:r>
        <w:rPr>
          <w:b/>
        </w:rPr>
        <w:t xml:space="preserve">[24:05] </w:t>
      </w:r>
      <w:r>
        <w:t>kuch log tauheed, tauheed ko bohat aqeedah ikhtiyar kiya, unhon ne Allah ki ibadat karna chaha, chaha unhon ne.</w:t>
      </w:r>
    </w:p>
    <w:p>
      <w:pPr>
        <w:jc w:val="right"/>
      </w:pPr>
      <w:r>
        <w:t>کچھ لوگ توحید، توحید کو بہت عقیدہ اختیار کیا، انہوں نے اللہ کی عبادت کرنا چاہا، چاہا انہوں نے۔</w:t>
      </w:r>
    </w:p>
    <w:p>
      <w:r>
        <w:rPr>
          <w:b/>
        </w:rPr>
        <w:t xml:space="preserve">[24:14] </w:t>
      </w:r>
      <w:r>
        <w:t>lekin jo badshah tha wahan, wo mushrik tha, us ne pakar thakkar ki. to is group ko, jo tauheed wala group tha, us ko shehar chhod kar ke jana pada,</w:t>
      </w:r>
    </w:p>
    <w:p>
      <w:pPr>
        <w:jc w:val="right"/>
      </w:pPr>
      <w:r>
        <w:t>لیکن جو بادشاہ تھا وہاں، وہ مشرک تھا، اس نے پکڑ تھکڑ کی۔ تو اس گروپ کو، جو توحید والا گروپ تھا، اس کو شہر چھوڑ کر کے جانا پڑا،</w:t>
      </w:r>
    </w:p>
    <w:p>
      <w:r>
        <w:rPr>
          <w:b/>
        </w:rPr>
        <w:t xml:space="preserve">[24:29] </w:t>
      </w:r>
      <w:r>
        <w:t>is mein pahaad ke ghar mein, cave mein.</w:t>
      </w:r>
    </w:p>
    <w:p>
      <w:pPr>
        <w:jc w:val="right"/>
      </w:pPr>
      <w:r>
        <w:t>اس میں پہاڑ کے غار میں، کیو میں۔</w:t>
      </w:r>
    </w:p>
    <w:p>
      <w:r>
        <w:rPr>
          <w:b/>
        </w:rPr>
        <w:t xml:space="preserve">[24:35] </w:t>
      </w:r>
      <w:r>
        <w:t>isi liye un ko kaha jata hai ashab al kahf, yani ghar wale. to main samajhta hoon ke ek wo zamana tha</w:t>
      </w:r>
    </w:p>
    <w:p>
      <w:pPr>
        <w:jc w:val="right"/>
      </w:pPr>
      <w:r>
        <w:t>اسی لیے ان کو کہا جاتا ہے اصحاب الکہف، یعنی غار والے۔ تو میں سمجھتا ہوں کہ ایک وہ زمانہ تھا</w:t>
      </w:r>
    </w:p>
    <w:p>
      <w:r>
        <w:rPr>
          <w:b/>
        </w:rPr>
        <w:t xml:space="preserve">[24:46] </w:t>
      </w:r>
      <w:r>
        <w:t>ke is ki azadi nahin thi ke main yeh kahoon ke Allah ek hai, is ki azadi nahin thi ke main ek Allah ki ibadat karoon, is ki azadi nahin thi ke main ek Allah ki dawat o tabligh karoon, is ka mission chalaoon, is ka azadi nahin thi.</w:t>
      </w:r>
    </w:p>
    <w:p>
      <w:pPr>
        <w:jc w:val="right"/>
      </w:pPr>
      <w:r>
        <w:t>کہ اس کی آزادی نہیں تھی کہ میں یہ کہوں کہ اللہ ایک ہے، اس کی آزادی نہیں تھی کہ میں ایک اللہ کی عبادت کروں، اس کی آزادی نہیں تھی کہ میں ایک اللہ کی دعوت و تبلیغ کروں، اس کا مشن چلاؤں، اس کا آزادی نہیں تھی۔</w:t>
      </w:r>
    </w:p>
    <w:p>
      <w:r>
        <w:rPr>
          <w:b/>
        </w:rPr>
        <w:t xml:space="preserve">[25:01] </w:t>
      </w:r>
      <w:r>
        <w:t>is ki</w:t>
      </w:r>
    </w:p>
    <w:p>
      <w:pPr>
        <w:jc w:val="right"/>
      </w:pPr>
      <w:r>
        <w:t>اس کی</w:t>
      </w:r>
    </w:p>
    <w:p>
      <w:r>
        <w:rPr>
          <w:b/>
        </w:rPr>
        <w:t xml:space="preserve">[25:03] </w:t>
      </w:r>
      <w:r>
        <w:t>jinho ne karna chaha, un ko jana para, yani pahaar ke kho mein. aaj azaadi hai, aaj hamein kisi pahaar ke kho mein jaane ki zaroorat nahi hai.</w:t>
      </w:r>
    </w:p>
    <w:p>
      <w:pPr>
        <w:jc w:val="right"/>
      </w:pPr>
      <w:r>
        <w:t>جنہوں نے کرنا چاہا، ان کو جانا پڑا، یعنی پہاڑ کے کھو میں۔ آج آزادی ہے، آج ہمیں کسی پہاڑ کے کھو میں جانے کی ضرورت نہیں ہے۔</w:t>
      </w:r>
    </w:p>
    <w:p>
      <w:r>
        <w:rPr>
          <w:b/>
        </w:rPr>
        <w:t xml:space="preserve">[25:17] </w:t>
      </w:r>
      <w:r>
        <w:t>ek hi shart hai, aap confrontation na karein. jo maine ab waqia bataya aap ko ke chidiyan urr rahi theen, urr rahi theen, urr rahi th</w:t>
      </w:r>
    </w:p>
    <w:p>
      <w:pPr>
        <w:jc w:val="right"/>
      </w:pPr>
      <w:r>
        <w:t>ایک ہی شرط ہے، آپ کنفرنٹیشن نہ کریں۔ جو میں نے اب واقعہ بتایا آپ کو کہ چڑیاں اڑ رہی تھیں، اڑ رہی تھیں، اڑ رہی تھ</w:t>
      </w:r>
    </w:p>
    <w:p>
      <w:r>
        <w:rPr>
          <w:b/>
        </w:rPr>
        <w:t xml:space="preserve">[25:28] </w:t>
      </w:r>
      <w:r>
        <w:t>een, phir maine dekha kuch chidiyan aaein, un mein, yani woh chahti theen ke main khaoon, woh chahti theen ke main khaoon, to is mein se ek urr gaya.</w:t>
      </w:r>
    </w:p>
    <w:p>
      <w:pPr>
        <w:jc w:val="right"/>
      </w:pPr>
      <w:r>
        <w:t>یں، پھر میں نے دیکھا کچھ چڑیاں آئیں، ان میں، یعنی وہ چاہتی تھیں کہ میں کھاؤں، وہ چاہتی تھیں کہ میں کھاؤں، تو اس میں سے ایک اڑ گئی۔</w:t>
      </w:r>
    </w:p>
    <w:p>
      <w:r>
        <w:rPr>
          <w:b/>
        </w:rPr>
        <w:t xml:space="preserve">[25:37] </w:t>
      </w:r>
      <w:r>
        <w:t>yani is ne confrontation ke situation ko khatm kar diya. to dono to kuch bhi nahi hua, hua kuch bhi nahi hua.</w:t>
      </w:r>
    </w:p>
    <w:p>
      <w:pPr>
        <w:jc w:val="right"/>
      </w:pPr>
      <w:r>
        <w:t>یعنی اس نے کنفرنٹیشن کے سچوئیشن کو ختم کر دیا۔ تو دونوں تو کچھ بھی نہیں ہوا، ہوا کچھ بھی نہیں ہوا۔</w:t>
      </w:r>
    </w:p>
    <w:p>
      <w:r>
        <w:rPr>
          <w:b/>
        </w:rPr>
        <w:t xml:space="preserve">[25:49] </w:t>
      </w:r>
      <w:r>
        <w:t>to ek hi hai formula:</w:t>
      </w:r>
    </w:p>
    <w:p>
      <w:pPr>
        <w:jc w:val="right"/>
      </w:pPr>
      <w:r>
        <w:t>تو ایک ہی ہے فارمولا:</w:t>
      </w:r>
    </w:p>
    <w:p>
      <w:r>
        <w:rPr>
          <w:b/>
        </w:rPr>
        <w:t xml:space="preserve">[25:54] </w:t>
      </w:r>
      <w:r>
        <w:t>avoid the confrontation, and then that the whole world is yours.</w:t>
      </w:r>
    </w:p>
    <w:p>
      <w:pPr>
        <w:jc w:val="right"/>
      </w:pPr>
      <w:r>
        <w:t>اوائڈ دا کنفرنٹیشن، اینڈ دین دیٹ دا ہول ورلڈ از یو یورز۔</w:t>
      </w:r>
    </w:p>
    <w:p>
      <w:r>
        <w:rPr>
          <w:b/>
        </w:rPr>
        <w:t xml:space="preserve">[26:01] </w:t>
      </w:r>
      <w:r>
        <w:t>agar aap confrontation ko avoid karein to poori duniya aap ki hai. jaise main yahan bol raha hoon to india ke mukhtalif shehron mein log sun rahe hain, europe mein sun rahe hain, america mein sun rahe hain, arab mein sun rahe hain.</w:t>
      </w:r>
    </w:p>
    <w:p>
      <w:pPr>
        <w:jc w:val="right"/>
      </w:pPr>
      <w:r>
        <w:t>اگر آپ کنفرنٹیشن کو اوائڈ کریں تو پوری دنیا آپ کی ہے۔ جیسے میں یہاں بول رہا ہوں تو انڈیا کے مختلف شہروں میں لوگ سن رہے ہیں، یورپ میں سن رہے ہیں، امریکہ میں سن رہے ہیں، عرب میں سن رہے ہیں۔</w:t>
      </w:r>
    </w:p>
    <w:p>
      <w:r>
        <w:rPr>
          <w:b/>
        </w:rPr>
        <w:t xml:space="preserve">[26:16] </w:t>
      </w:r>
      <w:r>
        <w:t>hamare paas koi hukoomat, yani political power nahi, hamare paas koi political power nahi, lekin sari duniya mein hum Allah ke mission ko phaila rahe hain.</w:t>
      </w:r>
    </w:p>
    <w:p>
      <w:pPr>
        <w:jc w:val="right"/>
      </w:pPr>
      <w:r>
        <w:t>ہمارے پاس کوئی حکومت، یعنی پولیٹیکل پاور نہیں، ہمارے پاس کوئی پولیٹیکل پاور نہیں، لیکن ساری دنیا میں ہم اللہ کے مشن کو پھیلا رہے ہیں۔</w:t>
      </w:r>
    </w:p>
    <w:p>
      <w:r>
        <w:rPr>
          <w:b/>
        </w:rPr>
        <w:t xml:space="preserve">[26:28] </w:t>
      </w:r>
      <w:r>
        <w:t>yeh</w:t>
      </w:r>
    </w:p>
    <w:p>
      <w:pPr>
        <w:jc w:val="right"/>
      </w:pPr>
      <w:r>
        <w:t>یہ</w:t>
      </w:r>
    </w:p>
    <w:p>
      <w:r>
        <w:rPr>
          <w:b/>
        </w:rPr>
        <w:t xml:space="preserve">[26:29] </w:t>
      </w:r>
      <w:r>
        <w:t>hai naya zamana, ek hai, ek naya age, is ko pehchanne ki zaroorat hai, is ko pehchanne ki zaroorat hai. aur main samajhta hoon ke brother brother glenn ka jo mission hai, is ne demonstration diya hai,</w:t>
      </w:r>
    </w:p>
    <w:p>
      <w:pPr>
        <w:jc w:val="right"/>
      </w:pPr>
      <w:r>
        <w:t>ہے نیا زمانہ، ایک ہے، ایک نیا ایج، اس کو پہچاننے کی ضرورت ہے، اس کو پہچاننے کی ضرورت ہے۔ اور میں سمجھتا ہوں کہ برادر برادر گلین کا جو مشن ہے، اس نے ڈیمونسٹریشن دیا ہے،</w:t>
      </w:r>
    </w:p>
    <w:p>
      <w:r>
        <w:rPr>
          <w:b/>
        </w:rPr>
        <w:t xml:space="preserve">[26:47] </w:t>
      </w:r>
      <w:r>
        <w:t>That is that is demonstration ke aaj ka jo zamana hai, is mein kaise opportunities hamari hain.</w:t>
      </w:r>
    </w:p>
    <w:p>
      <w:pPr>
        <w:jc w:val="right"/>
      </w:pPr>
      <w:r>
        <w:t>دیٹ از دیٹ از ڈیمونسٹریشن کہ آج کا جو زمانہ ہے، اس میں کیسے اپرچونیٹیز ہماری ہیں۔</w:t>
      </w:r>
    </w:p>
    <w:p>
      <w:r>
        <w:rPr>
          <w:b/>
        </w:rPr>
        <w:t xml:space="preserve">[26:56] </w:t>
      </w:r>
      <w:r>
        <w:t>duniya mein kahin bhi jao, wahan institution banao apne aur apna kaam karo, education ki field mein, dawat ki field mein, aur koi rukawat nahi hai.</w:t>
      </w:r>
    </w:p>
    <w:p>
      <w:pPr>
        <w:jc w:val="right"/>
      </w:pPr>
      <w:r>
        <w:t>دنیا میں کہیں بھی جاؤ، وہاں انسٹیٹیوشن بناؤ اپنے اور اپنا کام کرو، ایجوکیشن کی فیلڈ میں، دعوت کی فیلڈ میں، اور کوئی رکاوٹ نہیں ہے۔</w:t>
      </w:r>
    </w:p>
    <w:p>
      <w:r>
        <w:rPr>
          <w:b/>
        </w:rPr>
        <w:t xml:space="preserve">[27:07] </w:t>
      </w:r>
      <w:r>
        <w:t>sirf ek hi condition hai ke confrontation mat karo. to yeh goya ke ek demonstration hai is baat ka ke aaj ke zamane ki opportunities kya hain.</w:t>
      </w:r>
    </w:p>
    <w:p>
      <w:pPr>
        <w:jc w:val="right"/>
      </w:pPr>
      <w:r>
        <w:t>صرف ایک ہی کنڈیشن ہے کہ کنفرنٹیشن مت کرو۔ تو یہ گویا کہ ایک ڈیمونسٹریشن ہے اس بات کا کہ آج کے زمانے کی اپرچونیٹیز کیا ہیں۔</w:t>
      </w:r>
    </w:p>
    <w:p>
      <w:r>
        <w:rPr>
          <w:b/>
        </w:rPr>
        <w:t xml:space="preserve">[27:21] </w:t>
      </w:r>
      <w:r>
        <w:t>aur doosra demonstration egypt mein hai ke agar aap is raaz ko na samjhein to kya hoga? maare jayenge, peete jayenge, poore, yani poore mulk ka amar khatm ho jayega.</w:t>
      </w:r>
    </w:p>
    <w:p>
      <w:pPr>
        <w:jc w:val="right"/>
      </w:pPr>
      <w:r>
        <w:t>اور دوسرا ڈیمونسٹریشن ایجپٹ میں ہے کہ اگر آپ اس راز کو نہ سمجھیں تو کیا ہوگا؟ مارے جائیں گے، پیٹے جائیں گے، پورے، یعنی پورے ملک کا امر ختم ہو جائے گا۔</w:t>
      </w:r>
    </w:p>
    <w:p>
      <w:r>
        <w:rPr>
          <w:b/>
        </w:rPr>
        <w:t xml:space="preserve">[27:37] </w:t>
      </w:r>
      <w:r>
        <w:t>aap jante hain, egypt mein bohat opportunities hain, haan, bohat zyada, yani industry ki field mein, education ki field mein, har field mein, aur khaas taur par dawat ki field mein,</w:t>
      </w:r>
    </w:p>
    <w:p>
      <w:pPr>
        <w:jc w:val="right"/>
      </w:pPr>
      <w:r>
        <w:t>آپ جانتے ہیں، ایجپٹ میں بہت اپرچونیٹیز ہیں، ہاں، بہت زیادہ، یعنی انڈسٹری کی فیلڈ میں، ایجوکیشن کی فیلڈ میں، ہر فیلڈ میں، اور خاص طور پر دعوت کی فیلڈ میں،</w:t>
      </w:r>
    </w:p>
    <w:p>
      <w:r>
        <w:rPr>
          <w:b/>
        </w:rPr>
        <w:t xml:space="preserve">[27:51] </w:t>
      </w:r>
      <w:r>
        <w:t>kyun ke woh poora area jo hai, wahan par bohat tourist aate hain, poora area,</w:t>
      </w:r>
    </w:p>
    <w:p>
      <w:pPr>
        <w:jc w:val="right"/>
      </w:pPr>
      <w:r>
        <w:t>کیونکہ وہ پورا ایریا جو ہے، وہاں پر بہت ٹورسٹ آتے ہیں، پورا ایریا،</w:t>
      </w:r>
    </w:p>
    <w:p>
      <w:r>
        <w:rPr>
          <w:b/>
        </w:rPr>
        <w:t xml:space="preserve">[28:01] </w:t>
      </w:r>
      <w:r>
        <w:t>kyun ke wahan monument bohat zyada hain. khud egypt mein bohat monument hain, is area mein hain,</w:t>
      </w:r>
    </w:p>
    <w:p>
      <w:pPr>
        <w:jc w:val="right"/>
      </w:pPr>
      <w:r>
        <w:t>کیونکہ وہاں مونومنٹ بہت زیادہ ہیں۔ خود ایجپٹ میں بہت مونومنٹ ہیں، اس ایریا میں ہیں،</w:t>
      </w:r>
    </w:p>
    <w:p>
      <w:r>
        <w:rPr>
          <w:b/>
        </w:rPr>
        <w:t xml:space="preserve">[28:07] </w:t>
      </w:r>
      <w:r>
        <w:t>to tourist bohat aate hain. tourist kya hain? badr badr, yani goya badu aap ke ghar pahunch raha hai, sari duniya ke badu aap ke haan pahunch raha hai.</w:t>
      </w:r>
    </w:p>
    <w:p>
      <w:pPr>
        <w:jc w:val="right"/>
      </w:pPr>
      <w:r>
        <w:t>تو ٹورسٹ بہت آتے ہیں۔ ٹورسٹ کیا ہیں؟ در بدو، یعنی گویا بدو آپ کے گھر پہنچ رہا ہے، ساری دنیا کے مدو آپ کے ہاں پہنچ رہا ہے۔</w:t>
      </w:r>
    </w:p>
    <w:p>
      <w:r>
        <w:rPr>
          <w:b/>
        </w:rPr>
        <w:t xml:space="preserve">[28:23] </w:t>
      </w:r>
      <w:r>
        <w:t>arab mein bohat si limited taur par hota tha ke arab ke log aate the kaba ki ziyarat ke liye,</w:t>
      </w:r>
    </w:p>
    <w:p>
      <w:pPr>
        <w:jc w:val="right"/>
      </w:pPr>
      <w:r>
        <w:t>عرب میں بہت سی لمیٹڈ طور پر ہوتا تھا کہ عرب کے لوگ آتے تھے کعبہ کی زیارت کے لیے،</w:t>
      </w:r>
    </w:p>
    <w:p>
      <w:r>
        <w:rPr>
          <w:b/>
        </w:rPr>
        <w:t xml:space="preserve">[28:30] </w:t>
      </w:r>
      <w:r>
        <w:t>jo kehte hain souq, wahan aswaq hote the, bazaar lagte the, arab ke mukhtalif qabail ke log wahan aate the. to ek mulk ke aitbaar se wahan kuch log ekhatta hote the, rasool Allah ne is ko bharpoor istemal kiya.</w:t>
      </w:r>
    </w:p>
    <w:p>
      <w:pPr>
        <w:jc w:val="right"/>
      </w:pPr>
      <w:r>
        <w:t>جو کہتے ہیں سوق، وہاں اسواق ہوتے تھے، بازار لگتے تھے، عرب کے مختلف قبائل کے لوگ وہاں آتے تھے۔ تو ایک ملک کے اعتبار سے وہاں کچھ لوگ اکٹھا ہوتے تھے، رسول اللہ نے اس کو بھرپور استعمال کیا۔</w:t>
      </w:r>
    </w:p>
    <w:p>
      <w:r>
        <w:rPr>
          <w:b/>
        </w:rPr>
        <w:t xml:space="preserve">[28:45] </w:t>
      </w:r>
      <w:r>
        <w:t>aap jaate the in aswaq mein aur dawat dete the. ab to global level pe ho raha hai, wahan arab ke qabail ke kuch log aate the.</w:t>
      </w:r>
    </w:p>
    <w:p>
      <w:pPr>
        <w:jc w:val="right"/>
      </w:pPr>
      <w:r>
        <w:t>آپ جاتے تھے ان اسواق میں اور دعوت دیتے تھے۔ اب تو گلوبل لیول پہ ہو رہا ہے، وہاں عرب کے قبائل کے کچھ لوگ آتے تھے۔</w:t>
      </w:r>
    </w:p>
    <w:p>
      <w:r>
        <w:rPr>
          <w:b/>
        </w:rPr>
        <w:t xml:space="preserve">[28:57] </w:t>
      </w:r>
      <w:r>
        <w:t>ab aaj jo hai, poori duniya mein ek tourism chala hua hai, tourism poori duniya mein, yani culture of tourism, log aa rahe hain, aa rahe hain, aa rahe hain, aa rahe hain.</w:t>
      </w:r>
    </w:p>
    <w:p>
      <w:pPr>
        <w:jc w:val="right"/>
      </w:pPr>
      <w:r>
        <w:t>اب آج جو ہے، پوری دنیا میں ایک ٹورزم چلا ہوا ہے، ٹورزم پوری دنیا میں، یعنی کلچر آف ٹورزم، لوگ آ رہے ہیں، آ رہے ہیں، آ رہے ہیں، آ رہے ہیں۔</w:t>
      </w:r>
    </w:p>
    <w:p>
      <w:r>
        <w:rPr>
          <w:b/>
        </w:rPr>
        <w:t xml:space="preserve">[29:11] </w:t>
      </w:r>
      <w:r>
        <w:t>to woh egypt mein aa rahe hain, har mulk mein aa rahe hain, har country mein aa rahe hain. turkey mein bohat zyada log aate hain, kyun ke jitne muslim countries mein hain, wahan monument, historical monument bohat zyada hain.</w:t>
      </w:r>
    </w:p>
    <w:p>
      <w:pPr>
        <w:jc w:val="right"/>
      </w:pPr>
      <w:r>
        <w:t>تو وہ ایجپٹ میں آ رہے ہیں، ہر ملک میں آ رہے ہیں، ہر کنٹری میں آ رہے ہیں۔ ترکے میں بہت زیادہ لوگ آتے ہیں، کیونکہ جتنے مسلم کنٹریز میں ہیں، وہاں مونومنٹ، ہسٹوریکل مونومنٹ بہت زیادہ ہے۔</w:t>
      </w:r>
    </w:p>
    <w:p>
      <w:r>
        <w:rPr>
          <w:b/>
        </w:rPr>
        <w:t xml:space="preserve">[29:26] </w:t>
      </w:r>
      <w:r>
        <w:t>to agar yeh jo Islamic group hai egypt ka, woh is is ko discover kare, is opportunity ko, aur divert kar de apni energy ko dawat ki field mein, to itna bara kaam hai jo poori history mein kabhi nahi hua</w:t>
      </w:r>
    </w:p>
    <w:p>
      <w:pPr>
        <w:jc w:val="right"/>
      </w:pPr>
      <w:r>
        <w:t>تو اگر یہ جو اسلامک گروپ ہے ایجپٹ کا، وہ اس اس کو ڈسکور کرے، اس اپرچونیٹی کو، اور ڈائیورٹ کر دے اپنی انرجی کو دعوت کی فیلڈ میں، تو اتنا بڑا کام ہے جو پوری ہسٹری میں کبھی نہیں ہوا</w:t>
      </w:r>
    </w:p>
    <w:p>
      <w:r>
        <w:rPr>
          <w:b/>
        </w:rPr>
        <w:t xml:space="preserve">[29:44] </w:t>
      </w:r>
      <w:r>
        <w:t>dawat ke maidan mein.</w:t>
      </w:r>
    </w:p>
    <w:p>
      <w:pPr>
        <w:jc w:val="right"/>
      </w:pPr>
      <w:r>
        <w:t>دعوت کے میدان میں۔</w:t>
      </w:r>
    </w:p>
    <w:p>
      <w:r>
        <w:rPr>
          <w:b/>
        </w:rPr>
        <w:t xml:space="preserve">[29:48] </w:t>
      </w:r>
      <w:r>
        <w:t>to mein samajhta hoon ke is zamane mein Allah taala ne do namune dikhaye hain hum ke agar confrontation karoge to egypt ka haal hoga ke koi result nahi, siwaye tabahi ke.</w:t>
      </w:r>
    </w:p>
    <w:p>
      <w:pPr>
        <w:jc w:val="right"/>
      </w:pPr>
      <w:r>
        <w:t>تو میں سمجھتا ہوں کہ اس زمانے میں اللہ تعالی نے دو نمونے دکھائے ہیں ہم کے کہ اگر کنفرنٹیشن کرو گے تو ایجپٹ کا حال ہوگا کہ کوئی رزلٹ نہیں، سوائے تباہی کے۔</w:t>
      </w:r>
    </w:p>
    <w:p>
      <w:r>
        <w:rPr>
          <w:b/>
        </w:rPr>
        <w:t xml:space="preserve">[30:06] </w:t>
      </w:r>
      <w:r>
        <w:t>aur confrontation na karoge to kaam hi kaam tumhare liye hai. aur brother glenn ki mission jo hai, wo usko bata raha hai.</w:t>
      </w:r>
    </w:p>
    <w:p>
      <w:pPr>
        <w:jc w:val="right"/>
      </w:pPr>
      <w:r>
        <w:t>اور کنفرنٹیشن نہ کرو گے تو کام ہی کام تمہارے لیے ہے۔ اور برادر گلین کی مشن جو ہے، وہ اس کو بتا رہا ہے۔</w:t>
      </w:r>
    </w:p>
    <w:p>
      <w:r>
        <w:rPr>
          <w:b/>
        </w:rPr>
        <w:t xml:space="preserve">[30:18] </w:t>
      </w:r>
      <w:r>
        <w:t>to do different, yaani do different tarah ke demonstration diye ja rahe hain, aankh kholne ke liye.</w:t>
      </w:r>
    </w:p>
    <w:p>
      <w:pPr>
        <w:jc w:val="right"/>
      </w:pPr>
      <w:r>
        <w:t>تو دو ڈفرنٹ، یعنی دو ڈفرنٹ طرح کے ڈیمونسٹریشن دیے جا رہے ہیں، آنکھ کھولنے کے لیے۔</w:t>
      </w:r>
    </w:p>
    <w:p>
      <w:r>
        <w:rPr>
          <w:b/>
        </w:rPr>
        <w:t xml:space="preserve">[30:29] </w:t>
      </w:r>
      <w:r>
        <w:t>yaani ek hai negative demonstration, ek hai positive demonstration.</w:t>
      </w:r>
    </w:p>
    <w:p>
      <w:pPr>
        <w:jc w:val="right"/>
      </w:pPr>
      <w:r>
        <w:t>یعنی ایک ہے نیگیٹیو ڈیمونسٹریشن، ایک ہے پازیٹیو ڈیمونسٹریشن۔</w:t>
      </w:r>
    </w:p>
    <w:p>
      <w:r>
        <w:rPr>
          <w:b/>
        </w:rPr>
        <w:t xml:space="preserve">[30:37] </w:t>
      </w:r>
      <w:r>
        <w:t>negative demonstration, positive demonstration.</w:t>
      </w:r>
    </w:p>
    <w:p>
      <w:pPr>
        <w:jc w:val="right"/>
      </w:pPr>
      <w:r>
        <w:t>نیگیٹیو ڈیمونسٹریشن، پازیٹیو ڈیمونسٹریشن۔</w:t>
      </w:r>
    </w:p>
    <w:p>
      <w:r>
        <w:rPr>
          <w:b/>
        </w:rPr>
        <w:t xml:space="preserve">[30:41] </w:t>
      </w:r>
      <w:r>
        <w:t>yaani ek model jo hai, usko ikhtiyar karo to tabahi, tabahi, tabahi. doosra model ikhtiyar karo to kamyabi, kamyabi, kamyabi.</w:t>
      </w:r>
    </w:p>
    <w:p>
      <w:pPr>
        <w:jc w:val="right"/>
      </w:pPr>
      <w:r>
        <w:t>یعنی ایک ماڈل جو ہے، اس کو اختیار کرو تو تباہی، تباہی، تباہی۔ دوسرا ماڈل اختیار کرو تو کامیابی، کامیابی، کامیابی۔</w:t>
      </w:r>
    </w:p>
    <w:p>
      <w:r>
        <w:rPr>
          <w:b/>
        </w:rPr>
        <w:t xml:space="preserve">[30:59] </w:t>
      </w:r>
      <w:r>
        <w:t>yeh jo nuqta hai, yeh Quran mein maujood hai. yeh nuqta jo mein arz kar raha hoon,</w:t>
      </w:r>
    </w:p>
    <w:p>
      <w:pPr>
        <w:jc w:val="right"/>
      </w:pPr>
      <w:r>
        <w:t>یہ جو نقطہ ہے، یہ قرآن میں موجود ہے۔ یہ نقطہ جو میں عرض کر رہا ہوں،</w:t>
      </w:r>
    </w:p>
    <w:p>
      <w:r>
        <w:rPr>
          <w:b/>
        </w:rPr>
        <w:t xml:space="preserve">[31:07] </w:t>
      </w:r>
      <w:r>
        <w:t>Quran mein ek ayat hai: "wala yunazuuk fi al-amr wadu ila rabbik". yeh Surah Al-Hajj mein hai, yeh ayat Surah Al-Hajj mein:</w:t>
      </w:r>
    </w:p>
    <w:p>
      <w:pPr>
        <w:jc w:val="right"/>
      </w:pPr>
      <w:r>
        <w:t>قرآن میں ایک آیت ہے: "ولا ينازونک فی الامر ودو الی ربک"۔ یہ سورہ الحج میں ہے، یہ آیت سورہ الحج میں:</w:t>
      </w:r>
    </w:p>
    <w:p>
      <w:r>
        <w:rPr>
          <w:b/>
        </w:rPr>
        <w:t xml:space="preserve">[31:20] </w:t>
      </w:r>
      <w:r>
        <w:t>"wala yunazuuk fi al-amr wadu ila rabbik".</w:t>
      </w:r>
    </w:p>
    <w:p>
      <w:pPr>
        <w:jc w:val="right"/>
      </w:pPr>
      <w:r>
        <w:t>"ولا ينازونک فی الامر ودو الی ربک"۔</w:t>
      </w:r>
    </w:p>
    <w:p>
      <w:r>
        <w:rPr>
          <w:b/>
        </w:rPr>
        <w:t xml:space="preserve">[31:27] </w:t>
      </w:r>
      <w:r>
        <w:t>mamle mein naza mat karo aur ada ke Allah ki taraf pukaaro logon ko, logon ko Allah ki taraf bulao. yaani the work karo confrontation ko avoid karte hue.</w:t>
      </w:r>
    </w:p>
    <w:p>
      <w:pPr>
        <w:jc w:val="right"/>
      </w:pPr>
      <w:r>
        <w:t>معاملے میں نزا مت کرو اور ادا کہ اللہ کی طرف پکارو لوگوں کو، لوگوں کو اللہ کی طرف بلاؤ۔ یعنی دا ورک کرو کنفرنٹیشن کو اوائڈ کرتے ہوئے۔</w:t>
      </w:r>
    </w:p>
    <w:p>
      <w:r>
        <w:rPr>
          <w:b/>
        </w:rPr>
        <w:t xml:space="preserve">[31:44] </w:t>
      </w:r>
      <w:r>
        <w:t>balki kitna zabardast mein formula diya gaya hai:</w:t>
      </w:r>
    </w:p>
    <w:p>
      <w:pPr>
        <w:jc w:val="right"/>
      </w:pPr>
      <w:r>
        <w:t>بلا کتنا زبردست میں فارمولا دیا گیا ہے:</w:t>
      </w:r>
    </w:p>
    <w:p>
      <w:r>
        <w:rPr>
          <w:b/>
        </w:rPr>
        <w:t xml:space="preserve">[31:52] </w:t>
      </w:r>
      <w:r>
        <w:t>"wala yunazuuk fi al-amr wadu ila rabbik".</w:t>
      </w:r>
    </w:p>
    <w:p>
      <w:pPr>
        <w:jc w:val="right"/>
      </w:pPr>
      <w:r>
        <w:t>"ولا ينازونک فی الامر ودو الی ربک"۔</w:t>
      </w:r>
    </w:p>
    <w:p>
      <w:r>
        <w:rPr>
          <w:b/>
        </w:rPr>
        <w:t xml:space="preserve">[31:58] </w:t>
      </w:r>
      <w:r>
        <w:t>yaani avoid confrontation and do the work, peaceful the work.</w:t>
      </w:r>
    </w:p>
    <w:p>
      <w:pPr>
        <w:jc w:val="right"/>
      </w:pPr>
      <w:r>
        <w:t>یعنی اوائڈ کنفرنٹیشن اینڈ ڈو دا ورک، پیس فل دا ورک۔</w:t>
      </w:r>
    </w:p>
    <w:p>
      <w:r>
        <w:rPr>
          <w:b/>
        </w:rPr>
        <w:t xml:space="preserve">[32:08] </w:t>
      </w:r>
      <w:r>
        <w:t>avoid confrontation, avoid confrontation and do peaceful the work. yeh mein samajhta hoon ke master formula hai jadeed ka, master formula.</w:t>
      </w:r>
    </w:p>
    <w:p>
      <w:pPr>
        <w:jc w:val="right"/>
      </w:pPr>
      <w:r>
        <w:t>اوائڈ کنفرنٹیشن، اوائڈ کنفرنٹیشن اینڈ ڈو پیس فل دا ورک۔ یہ میں سمجھتا ہوں کہ ماسٹر فارمولا ہے جدید کا، ماسٹر فارمولا۔</w:t>
      </w:r>
    </w:p>
    <w:p>
      <w:r>
        <w:rPr>
          <w:b/>
        </w:rPr>
        <w:t xml:space="preserve">[32:21] </w:t>
      </w:r>
      <w:r>
        <w:t>dekhein, dawat mein sab cheez</w:t>
      </w:r>
    </w:p>
    <w:p>
      <w:pPr>
        <w:jc w:val="right"/>
      </w:pPr>
      <w:r>
        <w:t>دیکھیں، دعوت میں سب چیز</w:t>
      </w:r>
    </w:p>
    <w:p>
      <w:r>
        <w:rPr>
          <w:b/>
        </w:rPr>
        <w:t xml:space="preserve">[32:23] </w:t>
      </w:r>
      <w:r>
        <w:t>aa jati hai. dawat mein tableegh hai, dawat mein education hai, dawat mein training hai, dawat mein muashre ki islaah hai.</w:t>
      </w:r>
    </w:p>
    <w:p>
      <w:pPr>
        <w:jc w:val="right"/>
      </w:pPr>
      <w:r>
        <w:t>آ جاتی ہے۔ دعوت میں تبلیغ ہے، دعوت میں ایجوکیشن ہے، دعوت میں ٹریننگ ہے، دعوت میں معاشرے کی اصلاح ہے۔</w:t>
      </w:r>
    </w:p>
    <w:p>
      <w:r>
        <w:rPr>
          <w:b/>
        </w:rPr>
        <w:t xml:space="preserve">[32:33] </w:t>
      </w:r>
      <w:r>
        <w:t>yaani har woh cheez jo peaceful tareeqe se ki jaye insaan ki bhalai ke liye, woh sab dawat mein shamil hai,</w:t>
      </w:r>
    </w:p>
    <w:p>
      <w:pPr>
        <w:jc w:val="right"/>
      </w:pPr>
      <w:r>
        <w:t>یعنی ہر وہ چیز جو پیس فل طریقے سے کی جائے انسان کی بھلائی کے لیے، وہ سب دعوت میں شامل ہے،</w:t>
      </w:r>
    </w:p>
    <w:p>
      <w:r>
        <w:rPr>
          <w:b/>
        </w:rPr>
        <w:t xml:space="preserve">[32:42] </w:t>
      </w:r>
      <w:r>
        <w:t>is shart ke sath ke woh peaceful ho.</w:t>
      </w:r>
    </w:p>
    <w:p>
      <w:pPr>
        <w:jc w:val="right"/>
      </w:pPr>
      <w:r>
        <w:t>اس شرط کے ساتھ کہ وہ پیس فل ہو۔</w:t>
      </w:r>
    </w:p>
    <w:p>
      <w:r>
        <w:rPr>
          <w:b/>
        </w:rPr>
        <w:t xml:space="preserve">[32:48] </w:t>
      </w:r>
      <w:r>
        <w:t>to Allah taala ne ek naya daur paida kar diya is zamane mein ke jab aise, yaani aisa daur paida kiya jis mein democracy duniya mein aayi, technology aayi, communication aaya,</w:t>
      </w:r>
    </w:p>
    <w:p>
      <w:pPr>
        <w:jc w:val="right"/>
      </w:pPr>
      <w:r>
        <w:t>تو اللہ تعالی نے ایک نیا دور پیدا کر دیا اس زمانے میں کہ جب ایسے، یعنی ایسا دور پیدا کیا جس میں ڈیموکریسی دنیا میں آئی، ٹیکنالوجی آئی، کمیونیکیشن آیا،</w:t>
      </w:r>
    </w:p>
    <w:p>
      <w:r>
        <w:rPr>
          <w:b/>
        </w:rPr>
        <w:t xml:space="preserve">[33:05] </w:t>
      </w:r>
      <w:r>
        <w:t>tourism aaya, aur ilm, ilm badha, opinions badhe.</w:t>
      </w:r>
    </w:p>
    <w:p>
      <w:pPr>
        <w:jc w:val="right"/>
      </w:pPr>
      <w:r>
        <w:t>ٹورزم آیا، اور علم، علم بڑھا، اوپیننس بڑھا۔</w:t>
      </w:r>
    </w:p>
    <w:p>
      <w:r>
        <w:rPr>
          <w:b/>
        </w:rPr>
        <w:t xml:space="preserve">[33:16] </w:t>
      </w:r>
      <w:r>
        <w:t>yaani saare jo opportunities hain, is duniya mein khol di gayeen.</w:t>
      </w:r>
    </w:p>
    <w:p>
      <w:pPr>
        <w:jc w:val="right"/>
      </w:pPr>
      <w:r>
        <w:t>یعنی سارے جو اپرچونیٹیز ہیں، اس دنیا میں کھول دی گئیں۔</w:t>
      </w:r>
    </w:p>
    <w:p>
      <w:r>
        <w:rPr>
          <w:b/>
        </w:rPr>
        <w:t xml:space="preserve">[33:20] </w:t>
      </w:r>
      <w:r>
        <w:t>to in opportunities ko avail karne ke liye sirf ek condition hai, aur woh hai ke aap naza na karein, takrao na karein,</w:t>
      </w:r>
    </w:p>
    <w:p>
      <w:pPr>
        <w:jc w:val="right"/>
      </w:pPr>
      <w:r>
        <w:t>تو ان اپرچونیٹیز کو اویل کرنے کے لیے صرف ایک کنڈیشن ہے، اور وہ ہے کہ آپ نزا نہ کریں، ٹکراؤ نہ کریں،</w:t>
      </w:r>
    </w:p>
    <w:p>
      <w:r>
        <w:rPr>
          <w:b/>
        </w:rPr>
        <w:t xml:space="preserve">[33:31] </w:t>
      </w:r>
      <w:r>
        <w:t>peaceful tareeqe se kaam karein. to "wala yunazuuk fi al-amr wadu ila rabbik".</w:t>
      </w:r>
    </w:p>
    <w:p>
      <w:pPr>
        <w:jc w:val="right"/>
      </w:pPr>
      <w:r>
        <w:t>پیس فل طریقے سے کام کریں۔ تو "ولا ينازونک فی الامر ودو الی ربک"۔</w:t>
      </w:r>
    </w:p>
    <w:p>
      <w:r>
        <w:rPr>
          <w:b/>
        </w:rPr>
        <w:t xml:space="preserve">[33:42] </w:t>
      </w:r>
      <w:r>
        <w:t>yaani confrontation ko avoid karo, aur phir saari opportunities tumhari khul jayengi.</w:t>
      </w:r>
    </w:p>
    <w:p>
      <w:pPr>
        <w:jc w:val="right"/>
      </w:pPr>
      <w:r>
        <w:t>یعنی کنفرنٹیشن کو اوائڈ کرو، اور پھر ساری اپرچونیٹیز تمہاری کھل جائیں گی۔</w:t>
      </w:r>
    </w:p>
    <w:p>
      <w:r>
        <w:rPr>
          <w:b/>
        </w:rPr>
        <w:t xml:space="preserve">[33:52] </w:t>
      </w:r>
      <w:r>
        <w:t>kitna zabardast falsafa yeh hai: confrontation ko avoid karo, aur sari opportunities tumhari khul jayengi.</w:t>
      </w:r>
    </w:p>
    <w:p>
      <w:pPr>
        <w:jc w:val="right"/>
      </w:pPr>
      <w:r>
        <w:t>کتنا زبردست فلسفہ یہ ہے: کنفرنٹیشن کو اوائڈ کرو، اور ساری اپرچونیٹیز تمہاری کھل جائیں گی۔</w:t>
      </w:r>
    </w:p>
    <w:p>
      <w:r>
        <w:rPr>
          <w:b/>
        </w:rPr>
        <w:t xml:space="preserve">[34:02] </w:t>
      </w:r>
      <w:r>
        <w:t>global level par koi bhi rukawat na hogi tumhare liye.</w:t>
      </w:r>
    </w:p>
    <w:p>
      <w:pPr>
        <w:jc w:val="right"/>
      </w:pPr>
      <w:r>
        <w:t>گلوبل لیول پر کوئی بھی رکاوٹ نہ ہوگی تمہارے لیے۔</w:t>
      </w:r>
    </w:p>
    <w:p>
      <w:r>
        <w:rPr>
          <w:b/>
        </w:rPr>
        <w:t xml:space="preserve">[34:15] </w:t>
      </w:r>
      <w:r>
        <w:t>to hamara mission jo hai, wo mission yeh hai ke hum is baat ko ummat-e-muslima ko batayein, ummat, ummat-e-muslima ko is baat se agah karein.</w:t>
      </w:r>
    </w:p>
    <w:p>
      <w:pPr>
        <w:jc w:val="right"/>
      </w:pPr>
      <w:r>
        <w:t>تو ہمارا مشن جو ہے، وہ مشن یہ ہے کہ ہم اس بات کو امت مسلمہ کو بتائیں، امت، امت مسلمہ کو اس بات سے آگاہ کریں۔</w:t>
      </w:r>
    </w:p>
    <w:p>
      <w:r>
        <w:rPr>
          <w:b/>
        </w:rPr>
        <w:t xml:space="preserve">[34:31] </w:t>
      </w:r>
      <w:r>
        <w:t>kyunke is waqt jo ummat-e-muslima hai, wo is formula ko bhool gayi hai.</w:t>
      </w:r>
    </w:p>
    <w:p>
      <w:pPr>
        <w:jc w:val="right"/>
      </w:pPr>
      <w:r>
        <w:t>کیونکہ اس وقت جو امت مسلمہ ہے، وہ اس فارمولے کو بھول گئی ہے۔</w:t>
      </w:r>
    </w:p>
    <w:p>
      <w:r>
        <w:rPr>
          <w:b/>
        </w:rPr>
        <w:t xml:space="preserve">[34:39] </w:t>
      </w:r>
      <w:r>
        <w:t>yahi wajah hai har jagah, har wajah hai ke aap dekhein, har jagah log complaint mein jeete hain, protest mein jeete hain. Enemy samajhte hain ke sab log hamare enemy hain, lad rahe hain idhar udhar.</w:t>
      </w:r>
    </w:p>
    <w:p>
      <w:pPr>
        <w:jc w:val="right"/>
      </w:pPr>
      <w:r>
        <w:t>یہی وجہ ہے ہر جگہ، ہر وجہ ہے کہ آپ دیکھیں، ہر جگہ لوگ کمپلینٹ میں جیتے ہیں، پروٹیسٹ میں جیتے ہیں۔ اینمی سمجھتے ہیں کہ سب لوگ ہمارے اینمی ہیں، لڑ رہے ہیں ادھر ادھر۔</w:t>
      </w:r>
    </w:p>
    <w:p>
      <w:r>
        <w:rPr>
          <w:b/>
        </w:rPr>
        <w:t xml:space="preserve">[34:52] </w:t>
      </w:r>
      <w:r>
        <w:t>yahan dekhiye,</w:t>
      </w:r>
    </w:p>
    <w:p>
      <w:pPr>
        <w:jc w:val="right"/>
      </w:pPr>
      <w:r>
        <w:t>یہاں دیکھیے،</w:t>
      </w:r>
    </w:p>
    <w:p>
      <w:r>
        <w:rPr>
          <w:b/>
        </w:rPr>
        <w:t xml:space="preserve">[34:56] </w:t>
      </w:r>
      <w:r>
        <w:t>main ek seminar mein, musalmanon ke ek seminar mein gaya, jahan musalmanon ke parhe likhe log aaye the, parhe likhe sab educated log the.</w:t>
      </w:r>
    </w:p>
    <w:p>
      <w:pPr>
        <w:jc w:val="right"/>
      </w:pPr>
      <w:r>
        <w:t>میں ایک سیمینار میں، مسلمانوں کے ایک سیمینار میں گیا، جہاں مسلمانوں کے پڑھے لکھے لوگ آئے تھے، پڑھے لکھے سب ایجوکیٹڈ لوگ تھے۔</w:t>
      </w:r>
    </w:p>
    <w:p>
      <w:r>
        <w:rPr>
          <w:b/>
        </w:rPr>
        <w:t xml:space="preserve">[35:08] </w:t>
      </w:r>
      <w:r>
        <w:t>to wahan par kaha gaya ke "Muslims are under siege". "Muslims are under siege" yani musalman jo hain, dushmanon ke ghere mein hain.</w:t>
      </w:r>
    </w:p>
    <w:p>
      <w:pPr>
        <w:jc w:val="right"/>
      </w:pPr>
      <w:r>
        <w:t>تو وہاں پر کہا گیا کہ "مسلمز آر انڈر سیج"۔ "مسلمز آر انڈر سیج" یعنی مسلمان جو ہیں، دشمنوں کے گھیرے میں ہیں۔</w:t>
      </w:r>
    </w:p>
    <w:p>
      <w:r>
        <w:rPr>
          <w:b/>
        </w:rPr>
        <w:t xml:space="preserve">[35:23] </w:t>
      </w:r>
      <w:r>
        <w:t>main wahan bola tha, main ne kaha ke yeh to bilkul galat baat hai. Yani har cheez, har cheez aap ke liye open ho gayi hai, sari opportunity aap ke khul rahi hain.</w:t>
      </w:r>
    </w:p>
    <w:p>
      <w:pPr>
        <w:jc w:val="right"/>
      </w:pPr>
      <w:r>
        <w:t>میں وہاں بولا تھا، میں نے کہا کہ یہ تو بالکل غلط بات ہے۔ یعنی ہر چیز، ہر چیز آپ کے لیے اوپن ہو گئی ہے، ساری اپرچونیٹی آپ کے کھل رہی ہیں۔</w:t>
      </w:r>
    </w:p>
    <w:p>
      <w:r>
        <w:rPr>
          <w:b/>
        </w:rPr>
        <w:t xml:space="preserve">[35:32] </w:t>
      </w:r>
      <w:r>
        <w:t>to siege kahan hai? "where the siege".</w:t>
      </w:r>
    </w:p>
    <w:p>
      <w:pPr>
        <w:jc w:val="right"/>
      </w:pPr>
      <w:r>
        <w:t>تو سیج کہاں ہے؟ "ویر دیٹ سیج"۔</w:t>
      </w:r>
    </w:p>
    <w:p>
      <w:r>
        <w:rPr>
          <w:b/>
        </w:rPr>
        <w:t xml:space="preserve">[35:37] </w:t>
      </w:r>
      <w:r>
        <w:t>to yeh jo musalmanon par chhaya hua hai ke "we are under siege", is ko khatam karna.</w:t>
      </w:r>
    </w:p>
    <w:p>
      <w:pPr>
        <w:jc w:val="right"/>
      </w:pPr>
      <w:r>
        <w:t>تو یہ جو مسلمانوں پر چھایا ہوا ہے کہ "وی آر انڈر سیج"، اس کو ختم کرنا۔</w:t>
      </w:r>
    </w:p>
    <w:p>
      <w:r>
        <w:rPr>
          <w:b/>
        </w:rPr>
        <w:t xml:space="preserve">[35:47] </w:t>
      </w:r>
      <w:r>
        <w:t>aur musalmanon is kis ke nateejay mein? Musalman ek blind alley mein phans gaye hain, blind alley, band gali mein. Sawal ladne ke aur suicide bombing karna, yeh tareeqa in ko reh gaya in ke paas.</w:t>
      </w:r>
    </w:p>
    <w:p>
      <w:pPr>
        <w:jc w:val="right"/>
      </w:pPr>
      <w:r>
        <w:t>اور مسلمانوں اس کس کے نتیجے میں؟ مسلمان ایک بلائنڈ علی میں پھنس گئے ہیں، بلائنڈ علی، بند گلی میں۔ سوال لڑنے کے اور سوسائیڈ بمبنگ کرنا، یہ طریقہ ان کو رہ گیا ان کے پاس۔</w:t>
      </w:r>
    </w:p>
    <w:p>
      <w:r>
        <w:rPr>
          <w:b/>
        </w:rPr>
        <w:t xml:space="preserve">[36:04] </w:t>
      </w:r>
      <w:r>
        <w:t>jab dekhte hain ke lad kar kaam nahi ban raha hai to suicide bombing karte hain. Yeh sab kya hai? Blind alley mein, blind alley mein phans jana, band gali mein phans jana.</w:t>
      </w:r>
    </w:p>
    <w:p>
      <w:pPr>
        <w:jc w:val="right"/>
      </w:pPr>
      <w:r>
        <w:t>جب دیکھتے ہیں کہ لڑ کر کام نہیں بن رہا ہے تو سوسائیڈ بمبنگ کرتے ہیں۔ یہ سب کیا ہے؟ بلائنڈ علی میں، بلائنڈ علی میں پھنس جانا، بند گلی میں پھنس جانا۔</w:t>
      </w:r>
    </w:p>
    <w:p>
      <w:r>
        <w:rPr>
          <w:b/>
        </w:rPr>
        <w:t xml:space="preserve">[36:17] </w:t>
      </w:r>
      <w:r>
        <w:t>to hamara mission yeh hai ke hum ek taraf khud modern opportunities ko avail karein, aur doosri taraf</w:t>
      </w:r>
    </w:p>
    <w:p>
      <w:pPr>
        <w:jc w:val="right"/>
      </w:pPr>
      <w:r>
        <w:t>تو ہمارا مشن یہ ہے کہ ہم ایک طرف خود ماڈرن اپرچونیٹیز کو اویل کریں، اور دوسری طرف</w:t>
      </w:r>
    </w:p>
    <w:p>
      <w:r>
        <w:rPr>
          <w:b/>
        </w:rPr>
        <w:t xml:space="preserve">[36:31] </w:t>
      </w:r>
      <w:r>
        <w:t>ummat-e-muslima ko hum agah kar kar kar rahe hain ke wo apne mindset ko badle, apne way of thinking ko badle.</w:t>
      </w:r>
    </w:p>
    <w:p>
      <w:pPr>
        <w:jc w:val="right"/>
      </w:pPr>
      <w:r>
        <w:t>امت مسلمہ کو ہم آگاہ کر کر کر رہے ہیں کہ وہ اپنے مائنڈ سیٹ کو بدلے، اپنے وے آف تھنکنگ کو بدلے۔</w:t>
      </w:r>
    </w:p>
    <w:p>
      <w:r>
        <w:rPr>
          <w:b/>
        </w:rPr>
        <w:t xml:space="preserve">[36:42] </w:t>
      </w:r>
      <w:r>
        <w:t>wo discover kare ke jis age mein wo hai, wo wo age kya</w:t>
      </w:r>
    </w:p>
    <w:p>
      <w:pPr>
        <w:jc w:val="right"/>
      </w:pPr>
      <w:r>
        <w:t>وہ ڈسکور کرے کہ جس ایج میں وہ ہے، وہ وہ ایج کیا</w:t>
      </w:r>
    </w:p>
    <w:p>
      <w:r>
        <w:rPr>
          <w:b/>
        </w:rPr>
        <w:t xml:space="preserve">[36:46] </w:t>
      </w:r>
      <w:r>
        <w:t>hai? Wo ek badla hua age hai, ek naya age hai.</w:t>
      </w:r>
    </w:p>
    <w:p>
      <w:pPr>
        <w:jc w:val="right"/>
      </w:pPr>
      <w:r>
        <w:t>ہے؟ وہ ایک بدلا ہوا ایج ہے، ایک نیا ایج ہے۔</w:t>
      </w:r>
    </w:p>
    <w:p>
      <w:r>
        <w:rPr>
          <w:b/>
        </w:rPr>
        <w:t xml:space="preserve">[36:53] </w:t>
      </w:r>
      <w:r>
        <w:t>Quran ki ayat mein jo main ne ab jo padhi aap ke samne, is mein jis jis baat ka zikr kiya tha, wo aaj waqe ho chuka hai. Aaj fitna khatam ho chuka hai.</w:t>
      </w:r>
    </w:p>
    <w:p>
      <w:pPr>
        <w:jc w:val="right"/>
      </w:pPr>
      <w:r>
        <w:t>قرآن کی آیت میں جو میں نے اب جو پڑھی آپ کے سامنے، اس میں جس جس بات کا ذکر کیا تھا، وہ آج واقع ہو چکا ہے۔ آج فتنہ ختم ہو چکا ہے۔</w:t>
      </w:r>
    </w:p>
    <w:p>
      <w:r>
        <w:rPr>
          <w:b/>
        </w:rPr>
        <w:t xml:space="preserve">[37:06] </w:t>
      </w:r>
      <w:r>
        <w:t>aaj din Allah ke liye ho chuka hai, lekin political sense mein nahi, balkay opportunity ke sense mein.</w:t>
      </w:r>
    </w:p>
    <w:p>
      <w:pPr>
        <w:jc w:val="right"/>
      </w:pPr>
      <w:r>
        <w:t>آج دن اللہ کے لیے ہو چکا ہے، لیکن پولیٹیکل سینس میں نہیں، بلکہ اپرچونیٹی کے سینس میں۔</w:t>
      </w:r>
    </w:p>
    <w:p>
      <w:r>
        <w:rPr>
          <w:b/>
        </w:rPr>
        <w:t xml:space="preserve">[37:21] </w:t>
      </w:r>
      <w:r>
        <w:t>to musalmanon ko main samajhta hoon ke sab se zaroori baat batane ki yeh hai ke political takrao ko khatam karo, arm culture ko khatam karo, suicide bombing ko khatam karo,</w:t>
      </w:r>
    </w:p>
    <w:p>
      <w:pPr>
        <w:jc w:val="right"/>
      </w:pPr>
      <w:r>
        <w:t>تو مسلمانوں کو میں سمجھتا ہوں کہ سب سے ضروری بات بتانے کی یہ ہے کہ پولیٹیکل ٹکراؤ کو ختم کرو، ارم کلچر کو ختم کرو، سوسائیڈ بمبنگ کو ختم کرو،</w:t>
      </w:r>
    </w:p>
    <w:p>
      <w:r>
        <w:rPr>
          <w:b/>
        </w:rPr>
        <w:t xml:space="preserve">[37:37] </w:t>
      </w:r>
      <w:r>
        <w:t>nafrat ko khatam karo, tashaddud ko khatam karo, aur aaj ke zamane mein jo opportunities khuli hain, us ko avail karo.</w:t>
      </w:r>
    </w:p>
    <w:p>
      <w:pPr>
        <w:jc w:val="right"/>
      </w:pPr>
      <w:r>
        <w:t>نفرت کو ختم کرو، تشدد کو ختم کرو، اور آج کے زمانے میں جو اپرچونیٹیز کھلی ہیں، اس کو اویل کرو۔</w:t>
      </w:r>
    </w:p>
    <w:p>
      <w:r>
        <w:rPr>
          <w:b/>
        </w:rPr>
        <w:t xml:space="preserve">[37:49] </w:t>
      </w:r>
      <w:r>
        <w:t>aa</w:t>
      </w:r>
    </w:p>
    <w:p>
      <w:pPr>
        <w:jc w:val="right"/>
      </w:pPr>
      <w:r>
        <w:t>آ</w:t>
      </w:r>
    </w:p>
    <w:p>
      <w:r>
        <w:rPr>
          <w:b/>
        </w:rPr>
        <w:t xml:space="preserve">[37:50] </w:t>
      </w:r>
      <w:r>
        <w:t>j hum press ke daur mein, printing press ke daur mein, abhi hamare bhai jo Turkey se aaye hain, mujhe unhone ek kitaab dikhai, itni beautiful chhapi hui.</w:t>
      </w:r>
    </w:p>
    <w:p>
      <w:pPr>
        <w:jc w:val="right"/>
      </w:pPr>
      <w:r>
        <w:t>ج ہم پریس کے دور میں، پرنٹنگ پریس کے دور میں، ابھی ہمارے بھائی جو ترکی سے آئے ہیں، مجھے انہوں نے ایک کتاب دکھائی، اتنی بیوٹی فل چھپی ہوئی۔</w:t>
      </w:r>
    </w:p>
    <w:p>
      <w:r>
        <w:rPr>
          <w:b/>
        </w:rPr>
        <w:t xml:space="preserve">[38:02] </w:t>
      </w:r>
      <w:r>
        <w:t>main ne socha ke yeh yahi kitaab farz kiye ke saatvi sadi isvi mein, ab se 1400 saal pehle, koi le ke aata wahan aur Madine mein khol kar dikhata, log samajhte hain ke yeh jannat se aayi hui kitaab hai.</w:t>
      </w:r>
    </w:p>
    <w:p>
      <w:pPr>
        <w:jc w:val="right"/>
      </w:pPr>
      <w:r>
        <w:t>میں نے سوچا کہ یہ یہی کتاب فرض کیے کہ ساتویں صدی عیسوی میں، اب سے 1400 سال پہلے، کوئی لے کے آتا وہاں اور مدینے میں کھول کر دکھاتا، لوگ سمجھتے ہیں کہ یہ جنت سے آئی ہوئی کتاب ہے۔</w:t>
      </w:r>
    </w:p>
    <w:p>
      <w:r>
        <w:rPr>
          <w:b/>
        </w:rPr>
        <w:t xml:space="preserve">[38:18] </w:t>
      </w:r>
      <w:r>
        <w:t>itni beautiful printing, beautiful picture, beautiful binding, beautiful cover. To farz kiye ke agar aaj se pehle, yani seven century AD mein, koi aadmi jata Madine mein yeh kitaab ko le kar,</w:t>
      </w:r>
    </w:p>
    <w:p>
      <w:pPr>
        <w:jc w:val="right"/>
      </w:pPr>
      <w:r>
        <w:t>اتنی بیوٹی فل پرنٹنگ، بیوٹی فل پکچر، بیوٹی فل بائنڈنگ، بیوٹی فل کور۔ تو فرض کیے کہ اگر آج سے پہلے، یعنی سیون سینچری اے ڈی میں، کوئی آدمی جاتا مدینے میں یہ کتاب کو لے کر،</w:t>
      </w:r>
    </w:p>
    <w:p>
      <w:r>
        <w:rPr>
          <w:b/>
        </w:rPr>
        <w:t xml:space="preserve">[38:37] </w:t>
      </w:r>
      <w:r>
        <w:t>to log samajhte hain ke koi jannat se koi gift aaya hai. aaj hamare liye available ho gaya hai.</w:t>
      </w:r>
    </w:p>
    <w:p>
      <w:pPr>
        <w:jc w:val="right"/>
      </w:pPr>
      <w:r>
        <w:t>تو لوگ سمجھتے ہیں کہ کوئی جنت سے کوئی گفٹ آیا ہے۔ آج ہمارے لیے اویلیبل ہو گیا ہے۔</w:t>
      </w:r>
    </w:p>
    <w:p>
      <w:r>
        <w:rPr>
          <w:b/>
        </w:rPr>
        <w:t xml:space="preserve">[38:46] </w:t>
      </w:r>
      <w:r>
        <w:t>jo cheez ab se hazar saal pehle log dekhte to samajhte ke to paradise ka koi item hai, koi jannat ka item hai.</w:t>
      </w:r>
    </w:p>
    <w:p>
      <w:pPr>
        <w:jc w:val="right"/>
      </w:pPr>
      <w:r>
        <w:t>جو چیز اب سے ہزار سال پہلے لوگ دیکھتے تو سمجھتے کہ تو پارائیڈائز کا کوئی آئٹم ہے، کوئی جنت کا آئٹم ہے۔</w:t>
      </w:r>
    </w:p>
    <w:p>
      <w:r>
        <w:rPr>
          <w:b/>
        </w:rPr>
        <w:t xml:space="preserve">[38:58] </w:t>
      </w:r>
      <w:r>
        <w:t>aaj har aadmi ke liye available ho gaya hai. to is bliss ko daryaft kijiye, Allah ki is nemat ko daryaft kijiye, Allah ki rehmat ko daryaft kijiye,</w:t>
      </w:r>
    </w:p>
    <w:p>
      <w:pPr>
        <w:jc w:val="right"/>
      </w:pPr>
      <w:r>
        <w:t>آج ہر آدمی کے لیے اویلیبل ہو گیا ہے۔ تو اس بلیسی کو دریافت کیجئے، اللہ کی اس نعمت کو دریافت کیجئے، اللہ کی رحمت کو دریافت کیجئے،</w:t>
      </w:r>
    </w:p>
    <w:p>
      <w:r>
        <w:rPr>
          <w:b/>
        </w:rPr>
        <w:t xml:space="preserve">[39:14] </w:t>
      </w:r>
      <w:r>
        <w:t>aur is ke mutabiq apni planning kijiye.</w:t>
      </w:r>
    </w:p>
    <w:p>
      <w:pPr>
        <w:jc w:val="right"/>
      </w:pPr>
      <w:r>
        <w:t>اور اس کے مطابق اپنی پلاننگ کیجئے۔</w:t>
      </w:r>
    </w:p>
    <w:p>
      <w:r>
        <w:rPr>
          <w:b/>
        </w:rPr>
        <w:t xml:space="preserve">[39:18] </w:t>
      </w:r>
      <w:r>
        <w:t>non confrontational planning ek hi raaz hai, bas har planning is zamane mein mumkin ho gayi hai, achievable ho gayi hai, bashart ke wo is mein confrontation na ho, takrao na ho.</w:t>
      </w:r>
    </w:p>
    <w:p>
      <w:pPr>
        <w:jc w:val="right"/>
      </w:pPr>
      <w:r>
        <w:t>نان کنفرنٹیشنل پلاننگ ایک ہی راز ہے، بس ہر پلاننگ اس زمانے میں ممکن ہو گئی ہے، اچیویبل ہو گئی ہے، بشرط کہ وہ اس میں کنفرنٹیشن نہ ہو، ٹکراؤ نہ ہو۔</w:t>
      </w:r>
    </w:p>
    <w:p>
      <w:r>
        <w:rPr>
          <w:b/>
        </w:rPr>
        <w:t xml:space="preserve">[39:37] </w:t>
      </w:r>
      <w:r>
        <w:t>kyun ke dekhen, confrontation ki policy jo hai, wo creation hai, creation plan of God ke khilaf hai.</w:t>
      </w:r>
    </w:p>
    <w:p>
      <w:pPr>
        <w:jc w:val="right"/>
      </w:pPr>
      <w:r>
        <w:t>کیونکہ دیکھیں، کنفرنٹیشن کی پالیسی جو ہے، وہ کہ کرشن ہے، کرشن پلان آف گاڈ کے خلاف ہے۔</w:t>
      </w:r>
    </w:p>
    <w:p>
      <w:r>
        <w:rPr>
          <w:b/>
        </w:rPr>
        <w:t xml:space="preserve">[39:46] </w:t>
      </w:r>
      <w:r>
        <w:t>khaliq ne, aap jante hain ke khaliq ne har aadmi ko freedom diya hai, azadi diya hai. har aadmi apni azadi ko istemal kar raha hai. wo aap se poochega nahi, apni azadi ko istemal karne ke liye aap se nahi poochega.</w:t>
      </w:r>
    </w:p>
    <w:p>
      <w:pPr>
        <w:jc w:val="right"/>
      </w:pPr>
      <w:r>
        <w:t>خالق نے، آپ جانتے ہیں کہ خالق نے ہر آدمی کو فریڈم دیا ہے، آزادی دیا ہے۔ ہر آدمی اپنی آزادی کو استعمال کر رہا ہے۔ وہ آپ سے پوچھے گا نہیں، اپنی آزادی کو استعمال کرنے کے لیے آپ سے نہیں پوچھے گا۔</w:t>
      </w:r>
    </w:p>
    <w:p>
      <w:r>
        <w:rPr>
          <w:b/>
        </w:rPr>
        <w:t xml:space="preserve">[39:58] </w:t>
      </w:r>
      <w:r>
        <w:t>wo wo apni apni apni samajh se karega, aap ko wo pasand ho ya napasand ho.</w:t>
      </w:r>
    </w:p>
    <w:p>
      <w:pPr>
        <w:jc w:val="right"/>
      </w:pPr>
      <w:r>
        <w:t>وہ وہ اپنی اپنی اپنی سمجھ سے کرے گا، آپ کو وہ پسند ہو یا ناپسند ہو۔</w:t>
      </w:r>
    </w:p>
    <w:p>
      <w:r>
        <w:rPr>
          <w:b/>
        </w:rPr>
        <w:t xml:space="preserve">[40:09] </w:t>
      </w:r>
      <w:r>
        <w:t>is liye jab aap doosre ki domain mein dakhil hon to takrao paida hota hai. doosre ke domain mein mat aap interview kijiye, doosre ke domain mein aap interview mat kijiye,</w:t>
      </w:r>
    </w:p>
    <w:p>
      <w:pPr>
        <w:jc w:val="right"/>
      </w:pPr>
      <w:r>
        <w:t>اس لیے جب آپ دوسرے کی ڈومین میں داخل ہوں تو ٹکراؤ پیدا ہوتا ہے۔ دوسرے کے ڈومین میں مت آپ انٹرویو کیجئے، دوسرے کے ڈومین میں آپ انٹرویو مت کیجئے،</w:t>
      </w:r>
    </w:p>
    <w:p>
      <w:r>
        <w:rPr>
          <w:b/>
        </w:rPr>
        <w:t xml:space="preserve">[40:25] </w:t>
      </w:r>
      <w:r>
        <w:t>to aap ko koi bhi rukawat nahi hai. full freedom ko aap enjoy kar sakte hain.</w:t>
      </w:r>
    </w:p>
    <w:p>
      <w:pPr>
        <w:jc w:val="right"/>
      </w:pPr>
      <w:r>
        <w:t>تو آپ کو کوئی بھی رکاوٹ نہیں ہے۔ فل فریڈم کو آپ انجوائے کر سکتے ہیں۔</w:t>
      </w:r>
    </w:p>
    <w:p>
      <w:r>
        <w:rPr>
          <w:b/>
        </w:rPr>
        <w:t xml:space="preserve">[40:37] </w:t>
      </w:r>
      <w:r>
        <w:t>main samajhta hoon ke yahi wo sab se bara raaz hai jis ko aaj ke musalman bhule hue hain.</w:t>
      </w:r>
    </w:p>
    <w:p>
      <w:pPr>
        <w:jc w:val="right"/>
      </w:pPr>
      <w:r>
        <w:t>میں سمجھتا ہوں کہ یہی وہ سب سے بڑا راز ہے جس کو آج کے مسلمان بھولے ہوئے ہیں۔</w:t>
      </w:r>
    </w:p>
    <w:p>
      <w:r>
        <w:rPr>
          <w:b/>
        </w:rPr>
        <w:t xml:space="preserve">[40:48] </w:t>
      </w:r>
      <w:r>
        <w:t>aur main samajhta hoon ke Allah taala ne is musalmanon ke liye aankh kholne ke liye, aankh kholne ke liye do bari misalen khadi kar dein. ek to Quran mein, hadith mein ye baaten batai gayi hain, nature mein batai ja rahi hain.</w:t>
      </w:r>
    </w:p>
    <w:p>
      <w:pPr>
        <w:jc w:val="right"/>
      </w:pPr>
      <w:r>
        <w:t>اور میں سمجھتا ہوں کہ اللہ تعالی نے اس مسلمانوں کے لیے آنکھ کھولنے کے لیے، آنکھ کھولنے کے لیے دو بڑی مثالیں کھڑی کر دیں۔ ایک تو قرآن میں، حدیث میں یہ باتیں بتائی گئی ہیں، نیچر میں بتائی جا رہی ہیں۔</w:t>
      </w:r>
    </w:p>
    <w:p>
      <w:r>
        <w:rPr>
          <w:b/>
        </w:rPr>
        <w:t xml:space="preserve">[41:05] </w:t>
      </w:r>
      <w:r>
        <w:t>isi ke sath sath aaj ke zamane mein do practical misalen qaim kar di hain, jaisa ke aap ne arz kiya ke negative example Misr mein aur positive example Turkey mein,</w:t>
      </w:r>
    </w:p>
    <w:p>
      <w:pPr>
        <w:jc w:val="right"/>
      </w:pPr>
      <w:r>
        <w:t>اسی کے ساتھ ساتھ آج کے زمانے میں دو پریکٹیکل مثالیں قائم کر دی ہیں، جیسا کہ آپ نے عرض کیا کہ نیگیٹیو ایگزامپل مصر میں اور پازیٹیو ایگزامپل ٹرکی میں،</w:t>
      </w:r>
    </w:p>
    <w:p>
      <w:r>
        <w:rPr>
          <w:b/>
        </w:rPr>
        <w:t xml:space="preserve">[41:22] </w:t>
      </w:r>
      <w:r>
        <w:t>taake insaan, taake musalmanon ki aankh khule, taake aap apna ghalti ko theek karen, wo apni priority ko reset karen, apne goal ko reset karen,</w:t>
      </w:r>
    </w:p>
    <w:p>
      <w:pPr>
        <w:jc w:val="right"/>
      </w:pPr>
      <w:r>
        <w:t>تاکہ انسان، تاکہ مسلمانوں کی آنکھ کھلے، تاکہ آپ اپنا غلطی کو ٹھیک کریں، وہ اپنی پرائرٹی کو ری سیٹ کریں، اپنے گول کو ری سیٹ کریں،</w:t>
      </w:r>
    </w:p>
    <w:p>
      <w:r>
        <w:rPr>
          <w:b/>
        </w:rPr>
        <w:t xml:space="preserve">[41:38] </w:t>
      </w:r>
      <w:r>
        <w:t>apne nishane ko dobara mutayyan karen,</w:t>
      </w:r>
    </w:p>
    <w:p>
      <w:pPr>
        <w:jc w:val="right"/>
      </w:pPr>
      <w:r>
        <w:t>اپنے نشانے کو دوبارہ متعین کریں،</w:t>
      </w:r>
    </w:p>
    <w:p>
      <w:r>
        <w:rPr>
          <w:b/>
        </w:rPr>
        <w:t xml:space="preserve">[41:46] </w:t>
      </w:r>
      <w:r>
        <w:t>apni islaah kar ke. islaah ka matlab ye hai ke apne direction ko sahi kar ke sahi direction mein safar shuru karen.</w:t>
      </w:r>
    </w:p>
    <w:p>
      <w:pPr>
        <w:jc w:val="right"/>
      </w:pPr>
      <w:r>
        <w:t>اپنی اصلاح کر کے۔ اصلاح کا مطلب یہ ہے کہ اپنے ڈائریکشن کو صحیح کر کے صحیح ڈائریکشن میں سفر شروع کریں۔</w:t>
      </w:r>
    </w:p>
    <w:p>
      <w:r>
        <w:rPr>
          <w:b/>
        </w:rPr>
        <w:t xml:space="preserve">[42:01] </w:t>
      </w:r>
      <w:r>
        <w:t>to main samajhta hoon ke ab wo aakhri waqt aa gaya hai, aakhri waqt aa gaya hai, aakhri waqt aa gaya hai.</w:t>
      </w:r>
    </w:p>
    <w:p>
      <w:pPr>
        <w:jc w:val="right"/>
      </w:pPr>
      <w:r>
        <w:t>تو میں سمجھتا ہوں کہ اب وہ آخری وقت آ گیا ہے، آخری وقت آ گیا ہے، آخری وقت آ گیا ہے۔</w:t>
      </w:r>
    </w:p>
    <w:p>
      <w:r>
        <w:rPr>
          <w:b/>
        </w:rPr>
        <w:t xml:space="preserve">[42:07] </w:t>
      </w:r>
      <w:r>
        <w:t>jab ke ab musalman jaagen, wo apne liye apne direction ko badlen aur jo cheez zyada zyada result oriented andaaz mein apni planning karen, apne amal ki.</w:t>
      </w:r>
    </w:p>
    <w:p>
      <w:pPr>
        <w:jc w:val="right"/>
      </w:pPr>
      <w:r>
        <w:t>جب کہ اب مسلمان جاگیں، وہ اپنے لیے اپنے ڈائریکشن کو بدلیں اور جو چیز زیادہ زیادہ رزلٹ اورینٹڈ انداز میں اپنی پلاننگ کریں، اپنے عمل کی۔</w:t>
      </w:r>
    </w:p>
    <w:p>
      <w:r>
        <w:rPr>
          <w:b/>
        </w:rPr>
        <w:t xml:space="preserve">[42:28] </w:t>
      </w:r>
      <w:r>
        <w:t>main samajhta hoon ke do sab se bari field hain: dawat aur education.</w:t>
      </w:r>
    </w:p>
    <w:p>
      <w:pPr>
        <w:jc w:val="right"/>
      </w:pPr>
      <w:r>
        <w:t>میں سمجھتا ہوں کہ دو سب سے بڑی فیلڈ ہیں: دعوت اور ایجوکیشن۔</w:t>
      </w:r>
    </w:p>
    <w:p>
      <w:r>
        <w:rPr>
          <w:b/>
        </w:rPr>
        <w:t xml:space="preserve">[42:34] </w:t>
      </w:r>
      <w:r>
        <w:t>yani ye jo peaceful opportunity, ye jo opportunities khuli hain ke bana rukawat ke aap jitna chahen karte rahen, sky is the limit.</w:t>
      </w:r>
    </w:p>
    <w:p>
      <w:pPr>
        <w:jc w:val="right"/>
      </w:pPr>
      <w:r>
        <w:t>یعنی یہ جو پیس فل اپرچونیٹی، یہ جو جو اپرچونیٹیز کھلی ہیں کہ بنا رکاوٹ کے آپ جتنا چاہیں کرتے رہیے، اسکائیز دا لیمٹ۔</w:t>
      </w:r>
    </w:p>
    <w:p>
      <w:r>
        <w:rPr>
          <w:b/>
        </w:rPr>
        <w:t xml:space="preserve">[42:48] </w:t>
      </w:r>
      <w:r>
        <w:t>to do khas field hain mere nazdeek: ek hai dawat il Allah aur doosre education.</w:t>
      </w:r>
    </w:p>
    <w:p>
      <w:pPr>
        <w:jc w:val="right"/>
      </w:pPr>
      <w:r>
        <w:t>تو دو خاص فیلڈ ہیں میرے نزدیک: ایک ہے دعوت الی اللہ اور دوسرے ایجوکیشن۔</w:t>
      </w:r>
    </w:p>
    <w:p>
      <w:r>
        <w:rPr>
          <w:b/>
        </w:rPr>
        <w:t xml:space="preserve">[42:59] </w:t>
      </w:r>
      <w:r>
        <w:t>aur isi ke rastay se koi bara inqilab aa sakta hai.</w:t>
      </w:r>
    </w:p>
    <w:p>
      <w:pPr>
        <w:jc w:val="right"/>
      </w:pPr>
      <w:r>
        <w:t>اور اسی کے راستے سے کوئی بڑا انقلاب آ سکتا ہے۔</w:t>
      </w:r>
    </w:p>
    <w:p>
      <w:r>
        <w:rPr>
          <w:b/>
        </w:rPr>
        <w:t xml:space="preserve">[43:02] </w:t>
      </w:r>
      <w:r>
        <w:t>agar hum chahte hain ke dunya mein koi bara inqilab aaye, khud ummat e muslema mein koi bara inqilab aaye, ummat e muslema ke liye koi naya future paida ho.</w:t>
      </w:r>
    </w:p>
    <w:p>
      <w:pPr>
        <w:jc w:val="right"/>
      </w:pPr>
      <w:r>
        <w:t>اگر ہم چاہتے ہیں کہ دنیا میں کوئی بڑا انقلاب آئے، خود امت مسلمہ میں کوئی بڑا انقلاب آئے، امت مسلمہ کے لیے کوئی نیا فیوچر پیدا ہو۔</w:t>
      </w:r>
    </w:p>
    <w:p>
      <w:r>
        <w:rPr>
          <w:b/>
        </w:rPr>
        <w:t xml:space="preserve">[43:15] </w:t>
      </w:r>
      <w:r>
        <w:t>agar hum chahte hain ke in ummat e muslema ke liye koi naya future paida ho, ek nayi dunya bane, dobara in ko almi satah par koi ek naya moqa mile, jaise ke pehle mila tha in ko,</w:t>
      </w:r>
    </w:p>
    <w:p>
      <w:pPr>
        <w:jc w:val="right"/>
      </w:pPr>
      <w:r>
        <w:t>اگر ہم چاہتے ہیں کہ ان امت مسلمہ کے لیے کوئی نیا فیوچر پیدا ہو، ایک نئی دنیا بنے، دوبارہ ان کو عالمی سطح پر کوئی ایک نیا موقع ملے، جیسے کہ پہلے ملا تھا ان کو،</w:t>
      </w:r>
    </w:p>
    <w:p>
      <w:r>
        <w:rPr>
          <w:b/>
        </w:rPr>
        <w:t xml:space="preserve">[43:30] </w:t>
      </w:r>
      <w:r>
        <w:t>to in ko karna yahi hai ke education aur dawat ki field mein kaam karen aur confrontation ko mukammal taur par chhod den, arm ko chhod den, suicide bombing ko chhod den.</w:t>
      </w:r>
    </w:p>
    <w:p>
      <w:pPr>
        <w:jc w:val="right"/>
      </w:pPr>
      <w:r>
        <w:t>تو ان کو کرنا یہی ہے کہ ایجوکیشن اور دعوت کی فیلڈ میں کام کریں اور کنفرنٹیشن کو مکمل طور پر چھوڑ دیں، ارم کو چھوڑ دیں، سوسائیڈ بمبنگ کو چھوڑ دیں۔</w:t>
      </w:r>
    </w:p>
    <w:p>
      <w:r>
        <w:rPr>
          <w:b/>
        </w:rPr>
        <w:t xml:space="preserve">[43:49] </w:t>
      </w:r>
      <w:r>
        <w:t>bohat jald woh dekhen ge ke un ke liye aik naya, aik nai subah talu ho gayi hai, aik nai dunya paida ho gayi hai, aik naya future samne aa gaya hai.</w:t>
      </w:r>
    </w:p>
    <w:p>
      <w:pPr>
        <w:jc w:val="right"/>
      </w:pPr>
      <w:r>
        <w:t>بہت جلد وہ دیکھیں کہ ان کے لیے ایک نیا، ایک نئی صبح طلوع ہو گئی ہے، ایک نئی دنیا پیدا ہو گئی ہے، ایک نیا فیوچر سامنے آ گیا ہے۔</w:t>
      </w:r>
    </w:p>
    <w:p>
      <w:r>
        <w:rPr>
          <w:b/>
        </w:rPr>
        <w:t xml:space="preserve">[44:05] </w:t>
      </w:r>
      <w:r>
        <w:t>to mein dua karta hoon ke Allah taala mujh ko aur aap ko tofeeq de ke hum zamaney ki awaz ko sunein,</w:t>
      </w:r>
    </w:p>
    <w:p>
      <w:pPr>
        <w:jc w:val="right"/>
      </w:pPr>
      <w:r>
        <w:t>تو میں دعا کرتا ہوں کہ اللہ تعالی مجھ کو اور آپ کو توفیق دے کہ ہم زمانے کی آواز کو سنیں،</w:t>
      </w:r>
    </w:p>
    <w:p>
      <w:r>
        <w:rPr>
          <w:b/>
        </w:rPr>
        <w:t xml:space="preserve">[44:20] </w:t>
      </w:r>
      <w:r>
        <w:t>Allah ki planning ko janein,</w:t>
      </w:r>
    </w:p>
    <w:p>
      <w:pPr>
        <w:jc w:val="right"/>
      </w:pPr>
      <w:r>
        <w:t>اللہ کی پلاننگ کو جانیں،</w:t>
      </w:r>
    </w:p>
    <w:p>
      <w:r>
        <w:rPr>
          <w:b/>
        </w:rPr>
        <w:t xml:space="preserve">[44:27] </w:t>
      </w:r>
      <w:r>
        <w:t>aaj ke zamaney mein kaam karne ka</w:t>
      </w:r>
    </w:p>
    <w:p>
      <w:pPr>
        <w:jc w:val="right"/>
      </w:pPr>
      <w:r>
        <w:t>آج کے زمانے میں کام کرنے کا</w:t>
      </w:r>
    </w:p>
    <w:p>
      <w:r>
        <w:rPr>
          <w:b/>
        </w:rPr>
        <w:t xml:space="preserve">[44:33] </w:t>
      </w:r>
      <w:r>
        <w:t>successful</w:t>
      </w:r>
    </w:p>
    <w:p>
      <w:pPr>
        <w:jc w:val="right"/>
      </w:pPr>
      <w:r>
        <w:t>سکسیس فل</w:t>
      </w:r>
    </w:p>
    <w:p>
      <w:r>
        <w:rPr>
          <w:b/>
        </w:rPr>
        <w:t xml:space="preserve">[44:34] </w:t>
      </w:r>
      <w:r>
        <w:t>tareeqa kya hai, is ko aap daryaft karein aur apne kaam ki planning halaat ke lehaz se karein.</w:t>
      </w:r>
    </w:p>
    <w:p>
      <w:pPr>
        <w:jc w:val="right"/>
      </w:pPr>
      <w:r>
        <w:t>طریقہ کیا ہے، اس کو آپ دریافت کریں اور اپنے کام کی پلاننگ حالات کے لحاظ سے کریں۔</w:t>
      </w:r>
    </w:p>
    <w:p>
      <w:r>
        <w:rPr>
          <w:b/>
        </w:rPr>
        <w:t xml:space="preserve">[44:44] </w:t>
      </w:r>
      <w:r>
        <w:t>to meri dua hai ke Allah taala mujh ko aur aap ko is baat ki tofeeq de.</w:t>
      </w:r>
    </w:p>
    <w:p>
      <w:pPr>
        <w:jc w:val="right"/>
      </w:pPr>
      <w:r>
        <w:t>تو میری دعا ہے کہ اللہ تعالی مجھ کو اور آپ کو اس بات کی توفیق دے۔</w:t>
      </w:r>
    </w:p>
    <w:p>
      <w:r>
        <w:rPr>
          <w:b/>
        </w:rPr>
        <w:t xml:space="preserve">[44:51] </w:t>
      </w:r>
      <w:r>
        <w:t>aqool qooli haza wastaghfirullaha alaikum ajmaeen.</w:t>
      </w:r>
    </w:p>
    <w:p>
      <w:pPr>
        <w:jc w:val="right"/>
      </w:pPr>
      <w:r>
        <w:t>اقول قولیھذا واستغفراللہ علیکم اجمعین۔</w:t>
      </w:r>
    </w:p>
    <w:p>
      <w:r>
        <w:rPr>
          <w:b/>
        </w:rPr>
        <w:t xml:space="preserve">[45:10] </w:t>
      </w:r>
      <w:r>
        <w:t>maulana sahib, i am deeply indebted to you for enlightening me about the natural law of guidance of god in your speeches in april sixteen and eighteen.</w:t>
      </w:r>
    </w:p>
    <w:p>
      <w:pPr>
        <w:jc w:val="right"/>
      </w:pPr>
      <w:r>
        <w:t>مولانا صاحب، آئی ایم ڈیپلی انڈیٹڈ ٹو یو فار انلائٹننگ می اباؤٹ دا نیچرل لاء آف گائیڈنس آف گاڈ ان یور سپیچز ان اپریل سکسٹین اینڈ ایٹین۔</w:t>
      </w:r>
    </w:p>
    <w:p>
      <w:r>
        <w:rPr>
          <w:b/>
        </w:rPr>
        <w:t xml:space="preserve">[45:22] </w:t>
      </w:r>
      <w:r>
        <w:t>even though, i had recognized and taken you as my guide and have been gaining guidance from your literature for the past several decades.</w:t>
      </w:r>
    </w:p>
    <w:p>
      <w:pPr>
        <w:jc w:val="right"/>
      </w:pPr>
      <w:r>
        <w:t>ایون دو، آئی ہیڈ ریکگنائزڈ اینڈ ٹیکن یو ایز مائی گائیڈ اینڈ ہیو بین گیننگ گائیڈنس فرام یور لٹریچر فار دا پاسٹ سیورل ڈیکیڈز۔</w:t>
      </w:r>
    </w:p>
    <w:p>
      <w:r>
        <w:rPr>
          <w:b/>
        </w:rPr>
        <w:t xml:space="preserve">[45:32] </w:t>
      </w:r>
      <w:r>
        <w:t>the aforementioned speeches make me declare unequivocally that you are my only guide to draw my religious and spiritual guidance.</w:t>
      </w:r>
    </w:p>
    <w:p>
      <w:pPr>
        <w:jc w:val="right"/>
      </w:pPr>
      <w:r>
        <w:t>دا افور مینشن سپیچز میک می ڈیکلیئر ان ایکویوکلی دیٹ یو آر مائی اونلی گائیڈ ٹو ڈرا مائی ریلیجیس اینڈ سپرچول گائیڈنس۔</w:t>
      </w:r>
    </w:p>
    <w:p>
      <w:r>
        <w:rPr>
          <w:b/>
        </w:rPr>
        <w:t xml:space="preserve">[45:44] </w:t>
      </w:r>
      <w:r>
        <w:t>during my hajj in 1984, my only dua all along was: "o god, use me in the service of your deen." since then, he has given me you as my guide.</w:t>
      </w:r>
    </w:p>
    <w:p>
      <w:pPr>
        <w:jc w:val="right"/>
      </w:pPr>
      <w:r>
        <w:t>ڈیورنگ مائی حج ان 1984، مائی اونلی دعا ال الونگ واز: "او گاڈ، یوز می ان دا سروس آف یور دین۔" سنس دین، ہی ہیز گیون می یو ایز مائی گائیڈ۔</w:t>
      </w:r>
    </w:p>
    <w:p>
      <w:r>
        <w:rPr>
          <w:b/>
        </w:rPr>
        <w:t xml:space="preserve">[46:00] </w:t>
      </w:r>
      <w:r>
        <w:t>now, it is my moral duty to declare openly at this forum today that i accept you as my only guide. may allah give you a robust health and long life and use me in the service of his deen.</w:t>
      </w:r>
    </w:p>
    <w:p>
      <w:pPr>
        <w:jc w:val="right"/>
      </w:pPr>
      <w:r>
        <w:t>ناؤ، اٹ از مائی مورل ڈیوٹی ٹو ڈیکلیئر اوپنلی ایٹ دس فورم ٹوڈے دیٹ آئی ایکسیپٹ یو ایز مائی اونلی گائیڈ۔ می اللہ گیو یو ا روبسٹ ہیلتھ اینڈ لانگ لائف اینڈ یوز می ان دا سروس آف ہز دین۔</w:t>
      </w:r>
    </w:p>
    <w:p>
      <w:r>
        <w:rPr>
          <w:b/>
        </w:rPr>
        <w:t xml:space="preserve">[46:19] </w:t>
      </w:r>
      <w:r>
        <w:t>okay, so now we will move on to the experience sharing</w:t>
      </w:r>
    </w:p>
    <w:p>
      <w:pPr>
        <w:jc w:val="right"/>
      </w:pPr>
      <w:r>
        <w:t>اوکے، سو ناؤ وی ویل موو ان ٹو دی ایکسپیرینس شیئرنگ</w:t>
      </w:r>
    </w:p>
    <w:p>
      <w:r>
        <w:rPr>
          <w:b/>
        </w:rPr>
        <w:t xml:space="preserve">[46:23] </w:t>
      </w:r>
      <w:r>
        <w:t>session. as you know, that dr saniyasnain khan has been traveling internationally to forge dawa relationship and also to explore new dawa opportunities.</w:t>
      </w:r>
    </w:p>
    <w:p>
      <w:pPr>
        <w:jc w:val="right"/>
      </w:pPr>
      <w:r>
        <w:t>سیشن۔ ایز یو نو، دیٹ ڈاکٹر سانیہ سٹین خان ہیز بین ٹریولنگ انٹرنیشنلی ٹو فورج داوا ریلیشن شپ اینڈ السو ٹو ایکسپلور نیو داوا اپرچونیٹیز۔</w:t>
      </w:r>
    </w:p>
    <w:p>
      <w:r>
        <w:rPr>
          <w:b/>
        </w:rPr>
        <w:t xml:space="preserve">[46:35] </w:t>
      </w:r>
      <w:r>
        <w:t>so recently, he had visited france and uk where he represented cps international and goodword books.</w:t>
      </w:r>
    </w:p>
    <w:p>
      <w:pPr>
        <w:jc w:val="right"/>
      </w:pPr>
      <w:r>
        <w:t>سو ریسنٹلی، ہی ہیڈ وزٹڈ فرانس اینڈ یو کے ویر ہی ریپریزنٹڈ سی پی ایس انٹرنیشنل اینڈ گڈورڈ بکس۔</w:t>
      </w:r>
    </w:p>
    <w:p>
      <w:r>
        <w:rPr>
          <w:b/>
        </w:rPr>
        <w:t xml:space="preserve">[46:44] </w:t>
      </w:r>
      <w:r>
        <w:t>so we would request dr saniyasnain khan to come here and share his experience.</w:t>
      </w:r>
    </w:p>
    <w:p>
      <w:pPr>
        <w:jc w:val="right"/>
      </w:pPr>
      <w:r>
        <w:t>سو وی وڈ ریکویسٹ ڈاکٹر سانیہ سٹین خان ٹو کم ہیر اینڈ شیئر ہز ایکسپیرینس۔</w:t>
      </w:r>
    </w:p>
    <w:p>
      <w:r>
        <w:rPr>
          <w:b/>
        </w:rPr>
        <w:t xml:space="preserve">[46:50] </w:t>
      </w:r>
      <w:r>
        <w:t>bismillah hir rahman nir rahim. rab ishrah li sadri, wa yassir li amri, wahlul uqdatan min lisani, yafqahu qawli. jaisa rajat sahib ne bataya, abhi kuch safar mujhe karne pade england aur france ke.</w:t>
      </w:r>
    </w:p>
    <w:p>
      <w:pPr>
        <w:jc w:val="right"/>
      </w:pPr>
      <w:r>
        <w:t>بسم اللہ الرحمن الرحیم۔ رب اشرح لی صدری، ویسر لی امری، واحل العقدۃ من لسانی، یفقہ قولی۔ جیسا رجت صاحب نے بتایا، ابھی کچھ سفر مجھے کرنے پڑے انگلینڈ اور فرانس کے۔</w:t>
      </w:r>
    </w:p>
    <w:p>
      <w:r>
        <w:rPr>
          <w:b/>
        </w:rPr>
        <w:t xml:space="preserve">[47:06] </w:t>
      </w:r>
      <w:r>
        <w:t>dar-asal, france mein jo paris ke paas aik jagah hai, le bourget, paris ka suburb hai, yeh wahan airport bhi hai.</w:t>
      </w:r>
    </w:p>
    <w:p>
      <w:pPr>
        <w:jc w:val="right"/>
      </w:pPr>
      <w:r>
        <w:t>دراصل، فرانس میں جو پیرس کے پاس ایک جگہ ہے، لی بورجے، پیرس کا سبرن ہے، یہ وہاں ایئرپورٹ بھی ہے۔</w:t>
      </w:r>
    </w:p>
    <w:p>
      <w:r>
        <w:rPr>
          <w:b/>
        </w:rPr>
        <w:t xml:space="preserve">[47:19] </w:t>
      </w:r>
      <w:r>
        <w:t>to wahan aik bohat bari conference hoti hai jis ka naam hai muslim fair. french mein kuch aur naam hai, woh to is ka tarjuma mein yeh kar raha hoon: muslim exhibition ya muslim fair.</w:t>
      </w:r>
    </w:p>
    <w:p>
      <w:pPr>
        <w:jc w:val="right"/>
      </w:pPr>
      <w:r>
        <w:t>تو وہاں ایک بہت بڑی کانفرنس ہوتی ہے جس کا نام ہے مسلم فیئر۔ فرینچ میں کچھ اور نام ہے، وہ تو اس کا ترجمہ میں یہ کر رہا ہوں: مسلم ایگزیبیشن یا مسلم فیئر۔</w:t>
      </w:r>
    </w:p>
    <w:p>
      <w:r>
        <w:rPr>
          <w:b/>
        </w:rPr>
        <w:t xml:space="preserve">[47:30] </w:t>
      </w:r>
      <w:r>
        <w:t>to wahan par aik adara hai, union of islamic organizations. to yeh organize karte hain saal mein aur 30 saal se ise kar rahe hain.</w:t>
      </w:r>
    </w:p>
    <w:p>
      <w:pPr>
        <w:jc w:val="right"/>
      </w:pPr>
      <w:r>
        <w:t>تو وہاں پر ایک ادارہ ہے، یونین آف اسلامک ارگنائزیشنز۔ تو یہ ارگنائز کرتے ہیں سال میں اور 30 سال سے اسے کر رہے ہیں۔</w:t>
      </w:r>
    </w:p>
    <w:p>
      <w:r>
        <w:rPr>
          <w:b/>
        </w:rPr>
        <w:t xml:space="preserve">[47:42] </w:t>
      </w:r>
      <w:r>
        <w:t>bohat hi bari conference, aik bohat hi wasee, bohat hi bara aik hall hai, kai hall hain balkeh, exhibition center hai.</w:t>
      </w:r>
    </w:p>
    <w:p>
      <w:pPr>
        <w:jc w:val="right"/>
      </w:pPr>
      <w:r>
        <w:t>بہت ہی بڑی کانفرنس، ایک بہت ہی وسیع، بہت ہی بڑا ایک ہال ہے، کئی ہال ہیں بلکہ، ایگزیبیشن سینٹر ہے۔</w:t>
      </w:r>
    </w:p>
    <w:p>
      <w:r>
        <w:rPr>
          <w:b/>
        </w:rPr>
        <w:t xml:space="preserve">[47:51] </w:t>
      </w:r>
      <w:r>
        <w:t>is mein yeh conference hoti hai aur kai sarey halls hain, kuch jagah lectures ho rahe hote hain, kuch jagah aur activities ho rahi hoti hain, meetings hoti hain.</w:t>
      </w:r>
    </w:p>
    <w:p>
      <w:pPr>
        <w:jc w:val="right"/>
      </w:pPr>
      <w:r>
        <w:t>اس میں یہ کانفرنس ہوتی ہے اور کئی سارے ہالز ہیں، کچھ جگہ لیکچرز ہو رہے ہوتے ہیں، کچھ جگہ اور ایکٹیویٹیز ہو رہی ہوتی ہیں، میٹنگز ہوتی ہیں۔</w:t>
      </w:r>
    </w:p>
    <w:p>
      <w:r>
        <w:rPr>
          <w:b/>
        </w:rPr>
        <w:t xml:space="preserve">[48:02] </w:t>
      </w:r>
      <w:r>
        <w:t>aur aik bohat hi bari jagah hai jis mein aik bazaar numa cheez hoti hai, jis</w:t>
      </w:r>
    </w:p>
    <w:p>
      <w:pPr>
        <w:jc w:val="right"/>
      </w:pPr>
      <w:r>
        <w:t>اور ایک بہت ہی بڑی جگہ ہے جس میں ایک بازار نما چیز ہوتی ہے، جس</w:t>
      </w:r>
    </w:p>
    <w:p>
      <w:r>
        <w:rPr>
          <w:b/>
        </w:rPr>
        <w:t xml:space="preserve">[48:08] </w:t>
      </w:r>
      <w:r>
        <w:t>mein har tarah ki cheezein, stalls hote hain, kitabon ke jo publishers hain, un ki books hoti hain, aur kapron ke, aur toys, aur khane peene ki cheezein, halwiyat, aur doosri cheezein.</w:t>
      </w:r>
    </w:p>
    <w:p>
      <w:pPr>
        <w:jc w:val="right"/>
      </w:pPr>
      <w:r>
        <w:t>میں ہر طرح کی چیزیں، سٹالز ہوتے ہیں، کتابوں کے جو پبلشرز ہیں، ان کی بکس ہوتی ہیں، اور کپڑوں کے، اور ٹوائز، اور کھانے پینے کی چیزیں، حلویات، اور دوسری چیزیں۔</w:t>
      </w:r>
    </w:p>
    <w:p>
      <w:r>
        <w:rPr>
          <w:b/>
        </w:rPr>
        <w:t xml:space="preserve">[48:24] </w:t>
      </w:r>
      <w:r>
        <w:t>to taqreeban 200 ke qareeb wahan stalls thay. hamara bhi stall tha wahan.</w:t>
      </w:r>
    </w:p>
    <w:p>
      <w:pPr>
        <w:jc w:val="right"/>
      </w:pPr>
      <w:r>
        <w:t>تو تقریباً 200 کے قریب وہاں سٹالز تھے۔ ہمارا بھی سٹال تھا وہاں۔</w:t>
      </w:r>
    </w:p>
    <w:p>
      <w:r>
        <w:rPr>
          <w:b/>
        </w:rPr>
        <w:t xml:space="preserve">[48:31] </w:t>
      </w:r>
      <w:r>
        <w:t>to mein ne logon se poocha ke yahan koi stall aisa ho jo da'oti activity karte hon to un se milein aur hum dikhaein ke hum bhi is tarah ka kaam kar rahe hain, kuch share karein, kuch knowledge gain karein un se.</w:t>
      </w:r>
    </w:p>
    <w:p>
      <w:pPr>
        <w:jc w:val="right"/>
      </w:pPr>
      <w:r>
        <w:t>تو میں نے لوگوں سے پوچھا کہ یہاں کوئی سٹال ایسا ہو جو دعوتی ایکٹیویٹی کرتے ہوں تو ان سے ملیں اور ہم دکھائیں کہ ہم بھی اس طرح کا کام کر رہے ہیں، کچھ شیئر کریں، کچھ نالج گین کریں ان سے۔</w:t>
      </w:r>
    </w:p>
    <w:p>
      <w:r>
        <w:rPr>
          <w:b/>
        </w:rPr>
        <w:t xml:space="preserve">[48:44] </w:t>
      </w:r>
      <w:r>
        <w:t>to unhone, logon ne bataya yahan koi aisa stall nahi hai. to andaza yeh hua ke wahan par da'oti soch nahi hai, kyunke jo zyada tar log hain wahan woh Arab hain, Muslims.</w:t>
      </w:r>
    </w:p>
    <w:p>
      <w:pPr>
        <w:jc w:val="right"/>
      </w:pPr>
      <w:r>
        <w:t>تو انہوں نے، لوگوں نے بتایا یہاں کوئی ایسا سٹال نہیں ہے۔ تو اندازہ یہ ہوا کہ وہاں پر دعوتی سوچ نہیں ہے، کیونکہ جو زیادہ تر لوگ ہیں وہاں وہ عرب ہیں، مسلمز۔</w:t>
      </w:r>
    </w:p>
    <w:p>
      <w:r>
        <w:rPr>
          <w:b/>
        </w:rPr>
        <w:t xml:space="preserve">[48:59] </w:t>
      </w:r>
      <w:r>
        <w:t>France mein taqreeban 10 feesad Muslims hain aur zyada tar Arab hain, woh un countries ke hain jaise Algeria, Morocco, Tunis.</w:t>
      </w:r>
    </w:p>
    <w:p>
      <w:pPr>
        <w:jc w:val="right"/>
      </w:pPr>
      <w:r>
        <w:t>فرانس میں تقریباً 10 فیصد مسلمز ہیں اور زیادہ تر عرب ہیں، وہ ان کنٹریز کے ہیں جیسے الجیریا، مراکو، تیونس۔</w:t>
      </w:r>
    </w:p>
    <w:p>
      <w:r>
        <w:rPr>
          <w:b/>
        </w:rPr>
        <w:t xml:space="preserve">[49:11] </w:t>
      </w:r>
      <w:r>
        <w:t>chunki wahan French boli jati hai, woh French colonies theen, to wohin se mostly log aaye, kuch African countries se aaye jahan French boli jati hai.</w:t>
      </w:r>
    </w:p>
    <w:p>
      <w:pPr>
        <w:jc w:val="right"/>
      </w:pPr>
      <w:r>
        <w:t>چونکہ وہاں فرینچ بولی جاتی ہے، وہ فرینچ کالونیز تھیں، تو وہیں سے موسٹلی لوگ آئے، کچھ افریکن کنٹریز سے آئے جہاں فرینچ بولی جاتی ہے۔</w:t>
      </w:r>
    </w:p>
    <w:p>
      <w:r>
        <w:rPr>
          <w:b/>
        </w:rPr>
        <w:t xml:space="preserve">[49:21] </w:t>
      </w:r>
      <w:r>
        <w:t>to da'oti mizaj bilkul nahi hai inka.</w:t>
      </w:r>
    </w:p>
    <w:p>
      <w:pPr>
        <w:jc w:val="right"/>
      </w:pPr>
      <w:r>
        <w:t>تو دعوتی مزاج بالکل نہیں ہے ان کا۔</w:t>
      </w:r>
    </w:p>
    <w:p>
      <w:r>
        <w:rPr>
          <w:b/>
        </w:rPr>
        <w:t xml:space="preserve">[49:24] </w:t>
      </w:r>
      <w:r>
        <w:t>jab hum baat karte thay logon se ke da'wat ki zimmedari aur kis tareeqe se Quran hamein dena chahiye, to un logon ko koi khaas baat samajh mein nahi aati thi.</w:t>
      </w:r>
    </w:p>
    <w:p>
      <w:pPr>
        <w:jc w:val="right"/>
      </w:pPr>
      <w:r>
        <w:t>جب ہم بات کرتے تھے لوگوں سے کہ دعوت کی ذمہ داری اور کس طریقے سے قرآن ہمیں دینا چاہیے، تو ان لوگوں کو کوئی خاص بات سمجھ میں نہیں آتی تھی۔</w:t>
      </w:r>
    </w:p>
    <w:p>
      <w:r>
        <w:rPr>
          <w:b/>
        </w:rPr>
        <w:t xml:space="preserve">[49:33] </w:t>
      </w:r>
      <w:r>
        <w:t>to zyada tar woh log community work mein believe karte hain. jaise hamare is stall ke samne jo stall tha, woh Palestinian logon logon ka stall tha.</w:t>
      </w:r>
    </w:p>
    <w:p>
      <w:pPr>
        <w:jc w:val="right"/>
      </w:pPr>
      <w:r>
        <w:t>تو زیادہ تر وہ لوگ کمیونٹی ورک میں بیلیو کرتے ہیں۔ جیسے ہمارے اس سٹال کے سامنے جو سٹال تھا، وہ فلسطینین لوگوں لوگوں کا سٹال تھا۔</w:t>
      </w:r>
    </w:p>
    <w:p>
      <w:r>
        <w:rPr>
          <w:b/>
        </w:rPr>
        <w:t xml:space="preserve">[49:45] </w:t>
      </w:r>
      <w:r>
        <w:t>to unhone kuch kunwan bana rakha tha wahan.</w:t>
      </w:r>
    </w:p>
    <w:p>
      <w:pPr>
        <w:jc w:val="right"/>
      </w:pPr>
      <w:r>
        <w:t>تو انہوں نے کچھ کنواں بنا رکھا تھا وہاں۔</w:t>
      </w:r>
    </w:p>
    <w:p>
      <w:r>
        <w:rPr>
          <w:b/>
        </w:rPr>
        <w:t xml:space="preserve">[49:48] </w:t>
      </w:r>
      <w:r>
        <w:t>to woh bata rahe thay ke hum Palestine mein kuch gaon hain jahan pani ka kaam kar rahe hain ke pani aur kunwan khodein aur pani pilayein waghera.</w:t>
      </w:r>
    </w:p>
    <w:p>
      <w:pPr>
        <w:jc w:val="right"/>
      </w:pPr>
      <w:r>
        <w:t>تو وہ بتا رہے تھے کہ ہم فلسطین میں کچھ گاؤں ہیں جہاں پانی کا کام کر رہے ہیں کہ پانی اور کنواں کھودیں اور پانی پلائیں وغیرہ۔</w:t>
      </w:r>
    </w:p>
    <w:p>
      <w:r>
        <w:rPr>
          <w:b/>
        </w:rPr>
        <w:t xml:space="preserve">[49:58] </w:t>
      </w:r>
      <w:r>
        <w:t>to is tarah ka woh kuch contribution collect kar rahe thay. aise bohat sare alag alag tarah ke jo community work hain, uske stalls thay wahan aur kafi publishers bhi thay.</w:t>
      </w:r>
    </w:p>
    <w:p>
      <w:pPr>
        <w:jc w:val="right"/>
      </w:pPr>
      <w:r>
        <w:t>تو اس طرح کا وہ کچھ کنٹریبیوشن کلیکٹ کر رہے تھے۔ ایسے بہت سارے الگ الگ طرح کے جو کمیونٹی ورک ہیں، اس کے سٹالز تھے وہاں اور کافی پبلشرز بھی تھے۔</w:t>
      </w:r>
    </w:p>
    <w:p>
      <w:r>
        <w:rPr>
          <w:b/>
        </w:rPr>
        <w:t xml:space="preserve">[50:12] </w:t>
      </w:r>
      <w:r>
        <w:t>hamari kitabein bhi kai publishers ne wahan publish ki hain.</w:t>
      </w:r>
    </w:p>
    <w:p>
      <w:pPr>
        <w:jc w:val="right"/>
      </w:pPr>
      <w:r>
        <w:t>ہماری کتابیں بھی کئی پبلشرز نے وہاں پبلش کی ہیں۔</w:t>
      </w:r>
    </w:p>
    <w:p>
      <w:r>
        <w:rPr>
          <w:b/>
        </w:rPr>
        <w:t xml:space="preserve">[50:16] </w:t>
      </w:r>
      <w:r>
        <w:t>Maulana ki teen kitabein wahan French mein publish ho chuki hain. ek kitab hai "The Call of the Quran", doosri hai "Prophet for All Humanity", aur teesri jo abhi shaya hui hai, abhi publish hui hai "God Arises".</w:t>
      </w:r>
    </w:p>
    <w:p>
      <w:pPr>
        <w:jc w:val="right"/>
      </w:pPr>
      <w:r>
        <w:t>مولانا کی تین کتابیں وہاں فرینچ میں پبلش ہو چکی ہیں۔ ایک کتاب ہے "دا کال آف دی قرآن"، دوسری ہے "پرافٹ فار آل ہیومینٹی"، اور تیسری جو ابھی شائع ہوئی ہے، ابھی پبلش ہوئی ہے "گاڈ ارائزز"۔</w:t>
      </w:r>
    </w:p>
    <w:p>
      <w:r>
        <w:rPr>
          <w:b/>
        </w:rPr>
        <w:t xml:space="preserve">[50:31] </w:t>
      </w:r>
      <w:r>
        <w:t>aur ab chauthi translate ho rahi hai aur uska naam hai "Women Between Islam and Western Society".</w:t>
      </w:r>
    </w:p>
    <w:p>
      <w:pPr>
        <w:jc w:val="right"/>
      </w:pPr>
      <w:r>
        <w:t>اور اب چوتھی ٹرانسلیٹ ہو رہی ہے اور اس کا نام ہے "وومن بٹوین اسلام اینڈ ویسٹرن سوسائٹی"۔</w:t>
      </w:r>
    </w:p>
    <w:p>
      <w:r>
        <w:rPr>
          <w:b/>
        </w:rPr>
        <w:t xml:space="preserve">[50:44] </w:t>
      </w:r>
      <w:r>
        <w:t>to wahan par ek publisher jo jo bilkul hamare stall ke barabar mein tha, us us ka naam tha "Al-Qalam". to mein ne dekha ke unke haan kafi Quran aur is tarah ki cheezein French mein hain.</w:t>
      </w:r>
    </w:p>
    <w:p>
      <w:pPr>
        <w:jc w:val="right"/>
      </w:pPr>
      <w:r>
        <w:t>تو وہاں پر ایک پبلشر جو جو بالکل ہمارے سٹال کے برابر میں تھا، اس اس کا نام تھا "القلم"۔ تو میں نے دیکھا کہ ان کے ہاں کافی قرآن اور اس طرح کی چیزیں فرینچ میں ہیں۔</w:t>
      </w:r>
    </w:p>
    <w:p>
      <w:r>
        <w:rPr>
          <w:b/>
        </w:rPr>
        <w:t xml:space="preserve">[51:01] </w:t>
      </w:r>
      <w:r>
        <w:t>edition Al-Qalam yeh Paris ke publisher hain aur unke jo director hain, unka naam hai Abdullah Sharif Al-Waq Al-Wai.</w:t>
      </w:r>
    </w:p>
    <w:p>
      <w:pPr>
        <w:jc w:val="right"/>
      </w:pPr>
      <w:r>
        <w:t>ایڈیشن القلم یہ پیرس کے پبلشر ہیں اور ان کے جو ڈائریکٹر ہیں، ان کا نام ہے عبداللہ شریف الوک الوئی۔</w:t>
      </w:r>
    </w:p>
    <w:p>
      <w:r>
        <w:rPr>
          <w:b/>
        </w:rPr>
        <w:t xml:space="preserve">[51:17] </w:t>
      </w:r>
      <w:r>
        <w:t>to un se mein ne kaha, unke paas mein ne dekha hai ke Sahih Bukhari unhone translate kiya hai French mein, kuch tafsir, commentaries translate ki hain.</w:t>
      </w:r>
    </w:p>
    <w:p>
      <w:pPr>
        <w:jc w:val="right"/>
      </w:pPr>
      <w:r>
        <w:t>تو ان سے میں نے کہا، ان کے پاس میں نے دیکھا ہے کہ صحیح بخاری انہوں نے ٹرانسلیٹ کیا ہے فرینچ میں، کچھ تفسیر، کمنٹریز ٹرانسلیٹ کی ہیں۔</w:t>
      </w:r>
    </w:p>
    <w:p>
      <w:r>
        <w:rPr>
          <w:b/>
        </w:rPr>
        <w:t xml:space="preserve">[51:26] </w:t>
      </w:r>
      <w:r>
        <w:t>bohat hi quality, bohat hi achi Spain ki chha</w:t>
      </w:r>
    </w:p>
    <w:p>
      <w:pPr>
        <w:jc w:val="right"/>
      </w:pPr>
      <w:r>
        <w:t>بہت ہی کوالٹی، بہت ہی اچھی اسپین کی چھ</w:t>
      </w:r>
    </w:p>
    <w:p>
      <w:r>
        <w:rPr>
          <w:b/>
        </w:rPr>
        <w:t xml:space="preserve">[51:29] </w:t>
      </w:r>
      <w:r>
        <w:t>pi hui, mostly wahan printing Spain mein hoti hai. to mein ne un se bataya ke hum ne bhi ek commentary publish ki hai Quran ki, hum chahenge ke isko French mein karein.</w:t>
      </w:r>
    </w:p>
    <w:p>
      <w:pPr>
        <w:jc w:val="right"/>
      </w:pPr>
      <w:r>
        <w:t>پی ہوئی، موسٹلی وہاں پرنٹنگ اسپین میں ہوتی ہے۔ تو میں نے ان سے بتایا کہ ہم نے بھی ایک کمنٹری پبلش کی ہے قرآن کی، ہم چاہیں گے کہ اس کو فرینچ میں کریں۔</w:t>
      </w:r>
    </w:p>
    <w:p>
      <w:r>
        <w:rPr>
          <w:b/>
        </w:rPr>
        <w:t xml:space="preserve">[51:40] </w:t>
      </w:r>
      <w:r>
        <w:t>to unhone kafi interest dikhaya, unhone kaha aap mujhe bhejiye aur hum isko inshallah shaya karenge. aise hi ek aur publisher thay wahan, Le Divan Oriental</w:t>
      </w:r>
    </w:p>
    <w:p>
      <w:pPr>
        <w:jc w:val="right"/>
      </w:pPr>
      <w:r>
        <w:t>تو انہوں نے کافی انٹرسٹ دکھایا، انہوں نے کہا آپ مجھے بھیجیے اور ہم اس کو انشاءاللہ شائع کریں گے۔ ایسے ہی ایک اور پبلشر تھے وہاں، لی دیوان اورینٹل</w:t>
      </w:r>
    </w:p>
    <w:p>
      <w:r>
        <w:rPr>
          <w:b/>
        </w:rPr>
        <w:t xml:space="preserve">[51:53] </w:t>
      </w:r>
      <w:r>
        <w:t>, is ne bhi commentary Quran ki jo hai Maulana ki, uske bare mein interest dikhaya. to ho sakta hai in dono mein se koi ek isko inshallah publish kare.</w:t>
      </w:r>
    </w:p>
    <w:p>
      <w:pPr>
        <w:jc w:val="right"/>
      </w:pPr>
      <w:r>
        <w:t>، اس نے بھی کمنٹری قرآن کی جو ہے مولانا کی، اس کے بارے میں انٹرسٹ دکھایا۔ تو ہو سکتا ہے ان دونوں میں سے کوئی ایک اس کو انشاءاللہ پبلش کرے۔</w:t>
      </w:r>
    </w:p>
    <w:p>
      <w:r>
        <w:rPr>
          <w:b/>
        </w:rPr>
        <w:t xml:space="preserve">[52:04] </w:t>
      </w:r>
      <w:r>
        <w:t>to wahan jo ek jo translator hain aur editor hain French, unka naam hai Shenaz Benaitha. khatoon hain, woh Arab origin ki hain, French hain waise woh.</w:t>
      </w:r>
    </w:p>
    <w:p>
      <w:pPr>
        <w:jc w:val="right"/>
      </w:pPr>
      <w:r>
        <w:t>تو وہاں جو ایک جو ٹرانسلیٹر ہیں اور ایڈیٹر ہیں فرینچ، ان کا نام ہے شیناز بین بیتہ۔ خاتون ہیں، وہ عرب اوریجن کی ہیں، فرینچ ہیں ویسے وہ۔</w:t>
      </w:r>
    </w:p>
    <w:p>
      <w:r>
        <w:rPr>
          <w:b/>
        </w:rPr>
        <w:t xml:space="preserve">[52:16] </w:t>
      </w:r>
      <w:r>
        <w:t>to unhone "God Arises" ka translation aur editing waghera ki thi, abhi aur kitabon ki bhi kar rahi hain.</w:t>
      </w:r>
    </w:p>
    <w:p>
      <w:pPr>
        <w:jc w:val="right"/>
      </w:pPr>
      <w:r>
        <w:t>تو انہوں نے "گاڈ ارائزز" کا ٹرانسلیشن اور ایڈیٹنگ وغیرہ کی تھی، ابھی اور کتابوں کی بھی کر رہی ہیں۔</w:t>
      </w:r>
    </w:p>
    <w:p>
      <w:r>
        <w:rPr>
          <w:b/>
        </w:rPr>
        <w:t xml:space="preserve">[52:22] </w:t>
      </w:r>
      <w:r>
        <w:t>to un se jab mein mila to mein ne bataya ke hum Quran, mein ne Quran dikhaya, unko pocket size bataya ke Quran hum distribute karte hain aur da'oti maqsad se taake logon tak pahuchein.</w:t>
      </w:r>
    </w:p>
    <w:p>
      <w:pPr>
        <w:jc w:val="right"/>
      </w:pPr>
      <w:r>
        <w:t>تو ان سے جب میں ملا تو میں نے بتایا کہ ہم قرآن، میں نے قرآن دکھایا، ان کو پاکٹ سائز بتایا کہ قرآن ہم ڈسٹریبیوٹ کرتے ہیں اور دعوتی مقصد سے تاکہ لوگوں تک پہنچے۔</w:t>
      </w:r>
    </w:p>
    <w:p>
      <w:r>
        <w:rPr>
          <w:b/>
        </w:rPr>
        <w:t xml:space="preserve">[52:35] </w:t>
      </w:r>
      <w:r>
        <w:t>to mein ne un se kaha ke hum chahte hain ke isko French mein diya jaye.</w:t>
      </w:r>
    </w:p>
    <w:p>
      <w:pPr>
        <w:jc w:val="right"/>
      </w:pPr>
      <w:r>
        <w:t>تو میں نے ان سے کہا کہ ہم چاہتے ہیں کہ اس کو فرینچ میں دیا جائے۔</w:t>
      </w:r>
    </w:p>
    <w:p>
      <w:r>
        <w:rPr>
          <w:b/>
        </w:rPr>
        <w:t xml:space="preserve">[52:41] </w:t>
      </w:r>
      <w:r>
        <w:t>to unhon ne kaha haan, main karungi lekin ek condition pe ke main is ki koi fee charge nahi karungi. to main ne kaha bohat achi baat hai.</w:t>
      </w:r>
    </w:p>
    <w:p>
      <w:pPr>
        <w:jc w:val="right"/>
      </w:pPr>
      <w:r>
        <w:t>تو انہوں نے کہا ہاں، میں کروں گی لیکن ایک کنڈیشن پہ کہ میں اس کی کوئی فیس چارج نہیں کروں گی۔ تو میں نے کہا بہت اچھی بات ہے۔</w:t>
      </w:r>
    </w:p>
    <w:p>
      <w:r>
        <w:rPr>
          <w:b/>
        </w:rPr>
        <w:t xml:space="preserve">[52:49] </w:t>
      </w:r>
      <w:r>
        <w:t>to unhon ne kaha ke yeh meri taraf se sadqa e jariya rahega. to unhon ne kaam shuru kar diya. main ne yahan se files bhej dein unhein. to french translation inshallah jaldi aa jayega.</w:t>
      </w:r>
    </w:p>
    <w:p>
      <w:pPr>
        <w:jc w:val="right"/>
      </w:pPr>
      <w:r>
        <w:t>تو انہوں نے کہا کہ یہ میری طرف سے صدقہ جاریہ رہے گا۔ تو انہوں نے کام شروع کر دیا۔ میں نے یہاں سے فائلز بھیج دیں انہیں۔ تو فرینچ ٹرانسلیشن انشاءاللہ جلدی آ جائے گا۔</w:t>
      </w:r>
    </w:p>
    <w:p>
      <w:r>
        <w:rPr>
          <w:b/>
        </w:rPr>
        <w:t xml:space="preserve">[53:00] </w:t>
      </w:r>
      <w:r>
        <w:t>waise ek sahab ne mujhe ek french translation diya tha. kai translation wahan quran ke french translation hue.</w:t>
      </w:r>
    </w:p>
    <w:p>
      <w:pPr>
        <w:jc w:val="right"/>
      </w:pPr>
      <w:r>
        <w:t>ویسے ایک صاحب نے مجھے ایک فرینچ ٹرانسلیشن دیا تھا۔ کئی ٹرانسلیشن وہاں قرآن کے فرینچ ٹرانسلیشن ہوئے۔</w:t>
      </w:r>
    </w:p>
    <w:p>
      <w:r>
        <w:rPr>
          <w:b/>
        </w:rPr>
        <w:t xml:space="preserve">[53:09] </w:t>
      </w:r>
      <w:r>
        <w:t>jaise Hameedullah sahab jo Hyderabad ke the, woh bohat pehle France chale gaye the aur wahan wahin rehne lage the. unhon ne un ka translation bohat hi mashhoor hai aur woh bhi kisi ne kaha ke available hai aur yeh ek naya translation hai.</w:t>
      </w:r>
    </w:p>
    <w:p>
      <w:pPr>
        <w:jc w:val="right"/>
      </w:pPr>
      <w:r>
        <w:t>جیسے حمید اللہ صاحب جو حیدرآباد کے تھے، وہ بہت پہلے فرانس چلے گئے تھے اور وہاں وہیں رہنے لگے تھے۔ انہوں نے ان کا ٹرانسلیشن بہت ہی مشہور ہے اور وہ بھی کسی نے کہا کہ اویلیبل ہے اور یہ ایک نیا ٹرانسلیشن ہے۔</w:t>
      </w:r>
    </w:p>
    <w:p>
      <w:r>
        <w:rPr>
          <w:b/>
        </w:rPr>
        <w:t xml:space="preserve">[53:26] </w:t>
      </w:r>
      <w:r>
        <w:t>to unhon ne kaha ke is ki permission bhi mil sakti hai. to agar hamara translation ho gaya to bohat acha hai, warna hum inshallah is ko shaya'a karenge. to is tareeqe se wahan Paris mein kai logon se milna hua.</w:t>
      </w:r>
    </w:p>
    <w:p>
      <w:pPr>
        <w:jc w:val="right"/>
      </w:pPr>
      <w:r>
        <w:t>تو انہوں نے کہا کہ اس کی پرمیشن بھی مل سکتی ہے۔ تو اگر ہمارا ٹرانسلیشن ہو گیا تو بہت اچھا ہے، ورنہ ہم انشاءاللہ اس کو شائع کریں گے۔ تو اس طریقے سے وہاں پیرس میں کئی لوگوں سے ملنا ہوا۔</w:t>
      </w:r>
    </w:p>
    <w:p>
      <w:r>
        <w:rPr>
          <w:b/>
        </w:rPr>
        <w:t xml:space="preserve">[53:40] </w:t>
      </w:r>
      <w:r>
        <w:t>jab main ja raha tha to mera irada tha ke Italy bhi jaunga, chuna'nche Italian quran translation ki bhi demand hai, log mangte hain.</w:t>
      </w:r>
    </w:p>
    <w:p>
      <w:pPr>
        <w:jc w:val="right"/>
      </w:pPr>
      <w:r>
        <w:t>جب میں جا رہا تھا تو میرا ارادہ تھا کہ اٹلی بھی جاؤں گا، چونکہ اٹالین قرآن ٹرانسلیشن کی بھی ڈیمانڈ ہے، لوگ مانگتے ہیں۔</w:t>
      </w:r>
    </w:p>
    <w:p>
      <w:r>
        <w:rPr>
          <w:b/>
        </w:rPr>
        <w:t xml:space="preserve">[53:49] </w:t>
      </w:r>
      <w:r>
        <w:t>Italian, French, German aur Spanish, yeh char ki bohat demand hai. to German to hum ne publish kar liya, French inshallah ho jayega.</w:t>
      </w:r>
    </w:p>
    <w:p>
      <w:pPr>
        <w:jc w:val="right"/>
      </w:pPr>
      <w:r>
        <w:t>اٹالین، فرینچ، جرمن اور سپینش، یہ چار کی بہت ڈیمانڈ ہے۔ تو جرمن تو ہم نے پبلش کر لیا، فرینچ انشاءاللہ ہو جائے گا۔</w:t>
      </w:r>
    </w:p>
    <w:p>
      <w:r>
        <w:rPr>
          <w:b/>
        </w:rPr>
        <w:t xml:space="preserve">[53:57] </w:t>
      </w:r>
      <w:r>
        <w:t>ab Italian aur Spanish, Spanish ka bhi kaam shuru ho gaya hai. ek sahab Bolivia mein kar rahe hain, use Issa Amer aur Kaleem sahab un se contact mein hain.</w:t>
      </w:r>
    </w:p>
    <w:p>
      <w:pPr>
        <w:jc w:val="right"/>
      </w:pPr>
      <w:r>
        <w:t>اب اٹالین اور سپینش، سپینش کا بھی کام شروع ہو گیا ہے۔ ایک صاحب بولیویا میں کر رہے ہیں، اسے عیسیٰ عامر اور کلیم صاحب ان سے کانٹیکٹ میں ہیں۔</w:t>
      </w:r>
    </w:p>
    <w:p>
      <w:r>
        <w:rPr>
          <w:b/>
        </w:rPr>
        <w:t xml:space="preserve">[54:09] </w:t>
      </w:r>
      <w:r>
        <w:t>to inshallah do teen mahine mein umeed hai ke woh tarjuma ho jayega Spanish. chuna'nche is Spain ke ilawa bhi Spanish bohat sari jagahon pe boli jati hai, khas toor pe South America ki jo countries hain, bohat hi bari population hai jo Spanish jahan chalti hai.</w:t>
      </w:r>
    </w:p>
    <w:p>
      <w:pPr>
        <w:jc w:val="right"/>
      </w:pPr>
      <w:r>
        <w:t>تو انشاءاللہ دو تین مہینے میں امید ہے کہ وہ ترجمہ ہو جائے گا سپینش۔ چونکہ اس اسپین کے علاوہ بھی سپینش بہت ساری جگہوں پہ بولی جاتی ہے، خاص طور سے ساؤتھ امریکہ کی جو کنٹریز ہیں، بہت ہی بڑی پاپولیشن ہے جو سپینش جہاں چلتی ہے۔</w:t>
      </w:r>
    </w:p>
    <w:p>
      <w:r>
        <w:rPr>
          <w:b/>
        </w:rPr>
        <w:t xml:space="preserve">[54:27] </w:t>
      </w:r>
      <w:r>
        <w:t>to woh inshallah Spanish ho jayega, to bohat acha hoga. Spanish mein kuch booklets to ho gaye hain, "What is Islam" waghera, lekin quran bhi bohat zaroori hai.</w:t>
      </w:r>
    </w:p>
    <w:p>
      <w:pPr>
        <w:jc w:val="right"/>
      </w:pPr>
      <w:r>
        <w:t>تو وہ انشاءاللہ سپینش ہو جائے گا، تو بہت اچھا ہوگا۔ سپینش میں کچھ بکلیٹس تو ہو گئے ہیں، "واٹ از اسلام" وغیرہ، لیکن قرآن بھی بہت ضروری ہے۔</w:t>
      </w:r>
    </w:p>
    <w:p>
      <w:r>
        <w:rPr>
          <w:b/>
        </w:rPr>
        <w:t xml:space="preserve">[54:36] </w:t>
      </w:r>
      <w:r>
        <w:t>to Italian translation ke liye main ne kuch logon se contact kiya aur Milan, Milan jane ka irada hua. to ek sahab se main ne baat ki ke hum aana chahte hain, aap se milenge.</w:t>
      </w:r>
    </w:p>
    <w:p>
      <w:pPr>
        <w:jc w:val="right"/>
      </w:pPr>
      <w:r>
        <w:t>تو اٹالین ٹرانسلیشن کے لیے میں نے کچھ لوگوں سے کانٹیکٹ کیا اور میلان، میلان جانے کا ارادہ ہوا۔ تو ایک صاحب سے میں نے بات کی کہ ہم آنا چاہتے ہیں، آپ سے ملیں گے۔</w:t>
      </w:r>
    </w:p>
    <w:p>
      <w:r>
        <w:rPr>
          <w:b/>
        </w:rPr>
        <w:t xml:space="preserve">[54:48] </w:t>
      </w:r>
      <w:r>
        <w:t>to unhon ne kaha kis tareekh ko aana chahte hain? main ne bataya to ke 23 tareekh ko. to unhon ne kaha ke 23 tareekh ko to main Paris mein rahunga.</w:t>
      </w:r>
    </w:p>
    <w:p>
      <w:pPr>
        <w:jc w:val="right"/>
      </w:pPr>
      <w:r>
        <w:t>تو انہوں نے کہا کس تاریخ کو آنا چاہتے ہیں؟ میں نے بتایا تو کہ 23 تاریخ کو۔ تو انہوں نے کہا کہ 23 تاریخ کو تو میں پیرس میں رہوں گا۔</w:t>
      </w:r>
    </w:p>
    <w:p>
      <w:r>
        <w:rPr>
          <w:b/>
        </w:rPr>
        <w:t xml:space="preserve">[54:58] </w:t>
      </w:r>
      <w:r>
        <w:t>to main ne kaha ke main bhi wahan ja raha hoon. to phir woh unhon ne kaha hum wahin mil lenge. to phir main main Milan nahi gaya, balke woh khud hi aa gaye.</w:t>
      </w:r>
    </w:p>
    <w:p>
      <w:pPr>
        <w:jc w:val="right"/>
      </w:pPr>
      <w:r>
        <w:t>تو میں نے کہا کہ میں بھی وہاں جا رہا ہوں۔ تو پھر وہ انہوں نے کہا ہم وہیں مل لیں گے۔ تو پھر میں میں میلان نہیں گیا، بلکہ وہ خود ہی آ گئے۔</w:t>
      </w:r>
    </w:p>
    <w:p>
      <w:r>
        <w:rPr>
          <w:b/>
        </w:rPr>
        <w:t xml:space="preserve">[55:07] </w:t>
      </w:r>
      <w:r>
        <w:t>to woh sahab hain Ibrahim Shabani, yeh bhi koi Arab origin ke hain aur yeh director hain wahan ek center hai, Centro Islamico di Sesto Milano, Al-Markaz Al-Islami Sesto Milano.</w:t>
      </w:r>
    </w:p>
    <w:p>
      <w:pPr>
        <w:jc w:val="right"/>
      </w:pPr>
      <w:r>
        <w:t>تو وہ صاحب ہیں ابراہیم شبانی، یہ بھی کوئی عرب اوریجن کے ہیں اور یہ ڈائریکٹر ہیں وہاں ایک سینٹر ہے، سینٹرو اسلامی کو ڈی سیستو میلانو، المركز الاسلامی بیسستو میلانو۔</w:t>
      </w:r>
    </w:p>
    <w:p>
      <w:r>
        <w:rPr>
          <w:b/>
        </w:rPr>
        <w:t xml:space="preserve">[55:23] </w:t>
      </w:r>
      <w:r>
        <w:t>to un ko jab bataya quran ke bare mein aur cheezon ke bare mein to unhon ne bohat hi interest dikhaya, kaha ke hum bhi is tarah ka kaam karte hain.</w:t>
      </w:r>
    </w:p>
    <w:p>
      <w:pPr>
        <w:jc w:val="right"/>
      </w:pPr>
      <w:r>
        <w:t>تو ان کو جب بتایا قرآن کے بارے میں اور چیزوں کے بارے میں تو انہوں نے بہت ہی انٹرسٹ دکھایا، کہا کہ ہم بھی اس طرح کا کام کرتے ہیں۔</w:t>
      </w:r>
    </w:p>
    <w:p>
      <w:r>
        <w:rPr>
          <w:b/>
        </w:rPr>
        <w:t xml:space="preserve">[55:32] </w:t>
      </w:r>
      <w:r>
        <w:t>aur jab main ne literature dikhaya, khas toor pe jo leaflets the, 20 leaflets, to woh unhein bohat hi pasand aaye. unhon ne kaha is ko to hum foran Italian mein translate karenge aur hamein bohat zaroorat hai is tarah ki cheezon ki.</w:t>
      </w:r>
    </w:p>
    <w:p>
      <w:pPr>
        <w:jc w:val="right"/>
      </w:pPr>
      <w:r>
        <w:t>اور جب میں نے لٹریچر دکھایا، خاص طور سے جو لیفلیٹس تھے، 20 لیفلیٹس، تو وہ انہیں بہت ہی پسند آئے۔ انہوں نے کہا اس کو تو ہم فوراً اٹالین میں ٹرانسلیٹ کریں گے اور ہمیں بہت ضرورت ہے اس طرح کی چیزوں کی۔</w:t>
      </w:r>
    </w:p>
    <w:p>
      <w:r>
        <w:rPr>
          <w:b/>
        </w:rPr>
        <w:t xml:space="preserve">[55:45] </w:t>
      </w:r>
      <w:r>
        <w:t>aise hi do aur log mile wahan Italy ke, chuna'nche woh jo fair hai us mein France ke to log aate hi hain,</w:t>
      </w:r>
    </w:p>
    <w:p>
      <w:pPr>
        <w:jc w:val="right"/>
      </w:pPr>
      <w:r>
        <w:t>ایسے ہی دو اور لوگ ملے وہاں اٹلی کے، چونکہ وہ جو فیئر ہے اس میں فرانس کے تو لوگ آتے ہی ہیں،</w:t>
      </w:r>
    </w:p>
    <w:p>
      <w:r>
        <w:rPr>
          <w:b/>
        </w:rPr>
        <w:t xml:space="preserve">[55:53] </w:t>
      </w:r>
      <w:r>
        <w:t>France ke sare shaharoon ke bahar ke bhi log aate hain, jo aas paas ki countries hain, Germany hai, Luxembourg hai, Belgium, Spain, aur aas paas ke kafi log aate hain.</w:t>
      </w:r>
    </w:p>
    <w:p>
      <w:pPr>
        <w:jc w:val="right"/>
      </w:pPr>
      <w:r>
        <w:t>فرانس کے سارے شہروں کے باہر کے بھی لوگ آتے ہیں، جو اس پاس کی کنٹریز ہیں، جرمنی ہے، لگزمبرگ ہے، بیلجیم، اسپین، اور اس پاس کے کافی لوگ آتے ہیں۔</w:t>
      </w:r>
    </w:p>
    <w:p>
      <w:r>
        <w:rPr>
          <w:b/>
        </w:rPr>
        <w:t xml:space="preserve">[56:05] </w:t>
      </w:r>
      <w:r>
        <w:t>to yeh Italy ke log bhi mile. to yeh do aur log wahan</w:t>
      </w:r>
    </w:p>
    <w:p>
      <w:pPr>
        <w:jc w:val="right"/>
      </w:pPr>
      <w:r>
        <w:t>تو یہ اٹلی کے لوگ بھی ملے۔ تو یہ دو اور لوگ وہاں</w:t>
      </w:r>
    </w:p>
    <w:p>
      <w:r>
        <w:rPr>
          <w:b/>
        </w:rPr>
        <w:t xml:space="preserve">[56:10] </w:t>
      </w:r>
      <w:r>
        <w:t>mile. yeh koi bohat bara idara hai, bohat bari organization hai jis ka naam hai Unione della Comunità Islamica d'Italia, aur Arabi mein use kehte hain Ittihad Al-Haya'at Al-Islamiyyah Italia.</w:t>
      </w:r>
    </w:p>
    <w:p>
      <w:pPr>
        <w:jc w:val="right"/>
      </w:pPr>
      <w:r>
        <w:t>ملے۔ یہ کوئی بہت بڑا ادارہ ہے، بہت بڑی ارگنائزیشن ہے جس کا نام ہے یونین دیلا کمیونٹا اسلامش ڈی اٹالیا، اور عربی میں اسے کہتے ہیں اتحاد الحیات الاسلامیہ اٹالیا۔</w:t>
      </w:r>
    </w:p>
    <w:p>
      <w:r>
        <w:rPr>
          <w:b/>
        </w:rPr>
        <w:t xml:space="preserve">[56:29] </w:t>
      </w:r>
      <w:r>
        <w:t>to yeh is ke do log mile, ek to president the Izzat Din Elizer aur ek sahab the is director Salim Fouad.</w:t>
      </w:r>
    </w:p>
    <w:p>
      <w:pPr>
        <w:jc w:val="right"/>
      </w:pPr>
      <w:r>
        <w:t>تو یہ اس کے دو لوگ ملے، ایک تو پریزیڈنٹ تھے عزت دین ایلیزر اور ایک صاحب تھے اس ڈائریکٹر سلیم فواد۔</w:t>
      </w:r>
    </w:p>
    <w:p>
      <w:r>
        <w:rPr>
          <w:b/>
        </w:rPr>
        <w:t xml:space="preserve">[56:38] </w:t>
      </w:r>
      <w:r>
        <w:t>donon yeh Arab origin ke log the.</w:t>
      </w:r>
    </w:p>
    <w:p>
      <w:pPr>
        <w:jc w:val="right"/>
      </w:pPr>
      <w:r>
        <w:t>دونوں یہ عرب اوریجن کے لوگ تھے۔</w:t>
      </w:r>
    </w:p>
    <w:p>
      <w:r>
        <w:rPr>
          <w:b/>
        </w:rPr>
        <w:t xml:space="preserve">[56:40] </w:t>
      </w:r>
      <w:r>
        <w:t>to unhon ne bhi bohat interest dikhaya ke hum bhi is kaam ko karenge, khas toor pe main ne kaha ke hamein foran translation chahiye quran ka.</w:t>
      </w:r>
    </w:p>
    <w:p>
      <w:pPr>
        <w:jc w:val="right"/>
      </w:pPr>
      <w:r>
        <w:t>تو انہوں نے بھی بہت انٹرسٹ دکھایا کہ ہم بھی اس کام کو کریں گے، خاص طور سے میں نے کہا کہ ہمیں فوراً ٹرانسلیشن چاہیے قرآن کا۔</w:t>
      </w:r>
    </w:p>
    <w:p>
      <w:r>
        <w:rPr>
          <w:b/>
        </w:rPr>
        <w:t xml:space="preserve">[56:49] </w:t>
      </w:r>
      <w:r>
        <w:t>to unhon ne bataya ke wahan ek translation jo bohat hi maroof aur maqbool hai, woh woh translator hain Hamza Piccardo.</w:t>
      </w:r>
    </w:p>
    <w:p>
      <w:pPr>
        <w:jc w:val="right"/>
      </w:pPr>
      <w:r>
        <w:t>تو انہوں نے بتایا کہ وہاں ایک ٹرانسلیشن جو بہت ہی معروف اور مقبول ہے، وہ وہ ٹرانسلیٹر ہیں حمزہ پیکاردو۔</w:t>
      </w:r>
    </w:p>
    <w:p>
      <w:r>
        <w:rPr>
          <w:b/>
        </w:rPr>
        <w:t xml:space="preserve">[56:59] </w:t>
      </w:r>
      <w:r>
        <w:t>to unhon ne kaha Hamza Piccardo se main baat karunga aur aap ko inshallah woh translation mil jayega. aur agar nahi mila to phir kisi ka intezam kar denge jo English se translate kar de.</w:t>
      </w:r>
    </w:p>
    <w:p>
      <w:pPr>
        <w:jc w:val="right"/>
      </w:pPr>
      <w:r>
        <w:t>تو انہوں نے کہا حمزہ پیکاردو سے میں بات کروں گا اور آپ کو انشاءاللہ وہ ٹرانسلیشن مل جائے گا۔ اور اگر نہیں ملا تو پھر کسی کا انتظام کر دیں گے جو انگلش سے ٹرانسلیٹ کر دے۔</w:t>
      </w:r>
    </w:p>
    <w:p>
      <w:r>
        <w:rPr>
          <w:b/>
        </w:rPr>
        <w:t xml:space="preserve">[57:13] </w:t>
      </w:r>
      <w:r>
        <w:t>to is tareeqay say wahan kafi logon say milna hua. aur phir paris mein aik sahib miley, kai logon say milnay kay baad jinho nay interest dikhaya da'wati.</w:t>
      </w:r>
    </w:p>
    <w:p>
      <w:pPr>
        <w:jc w:val="right"/>
      </w:pPr>
      <w:r>
        <w:t>تو اس طریقے سے وہاں کافی لوگوں سے ملنا ہوا۔ اور پھر پیرس میں ایک صاحب ملے، کئی لوگوں سے ملنے کے بعد جنہوں نے انٹرسٹ دکھایا دعوتی۔</w:t>
      </w:r>
    </w:p>
    <w:p>
      <w:r>
        <w:rPr>
          <w:b/>
        </w:rPr>
        <w:t xml:space="preserve">[57:24] </w:t>
      </w:r>
      <w:r>
        <w:t>saleem bin sheba, jo aik bohat bari publisher hai,</w:t>
      </w:r>
    </w:p>
    <w:p>
      <w:pPr>
        <w:jc w:val="right"/>
      </w:pPr>
      <w:r>
        <w:t>سلیم بن شیبہ، جو ایک بہت بڑی پبلشر ہے،</w:t>
      </w:r>
    </w:p>
    <w:p>
      <w:r>
        <w:rPr>
          <w:b/>
        </w:rPr>
        <w:t xml:space="preserve">[57:31] </w:t>
      </w:r>
      <w:r>
        <w:t>orientalica kar kay. to unho nay kaha kay hum da'wati kaam kartay hain. unho nay woh le gaye mujhay apni book shop mein. paris mein aik aik jagah hai jis ka naam hai crownes.</w:t>
      </w:r>
    </w:p>
    <w:p>
      <w:pPr>
        <w:jc w:val="right"/>
      </w:pPr>
      <w:r>
        <w:t>اورینٹیلیکا کر کے۔ تو انہوں نے کہا کہ ہم دعوتی کام کرتے ہیں۔ انہوں نے وہ لے گئے مجھے اپنی بک شاپ میں۔ پیرس میں ایک ایک جگہ ہے جس کا نام ہے کرونز۔</w:t>
      </w:r>
    </w:p>
    <w:p>
      <w:r>
        <w:rPr>
          <w:b/>
        </w:rPr>
        <w:t xml:space="preserve">[57:42] </w:t>
      </w:r>
      <w:r>
        <w:t>crownes aik metro station bhi hai, usi ki wajah say woh naam hai.</w:t>
      </w:r>
    </w:p>
    <w:p>
      <w:pPr>
        <w:jc w:val="right"/>
      </w:pPr>
      <w:r>
        <w:t>کرونز ایک میٹرو اسٹیشن بھی ہے، اسی کی وجہ سے وہ نام ہے۔</w:t>
      </w:r>
    </w:p>
    <w:p>
      <w:r>
        <w:rPr>
          <w:b/>
        </w:rPr>
        <w:t xml:space="preserve">[57:46] </w:t>
      </w:r>
      <w:r>
        <w:t>to wahan taqreeban das islami book stores hain aur bohat achhay hain, bohat baray baray, aur har waqt is mein log atay rehtay hain aur shopping waghera kartay rehtay hain.</w:t>
      </w:r>
    </w:p>
    <w:p>
      <w:pPr>
        <w:jc w:val="right"/>
      </w:pPr>
      <w:r>
        <w:t>تو وہاں تقریباً دس اسلامی بک سٹورز ہیں اور بہت اچھے ہیں، بہت بڑے بڑے، اور ہر وقت اس میں لوگ آتے رہتے ہیں اور شاپنگ وغیرہ کرتے رہتے ہیں۔</w:t>
      </w:r>
    </w:p>
    <w:p>
      <w:r>
        <w:rPr>
          <w:b/>
        </w:rPr>
        <w:t xml:space="preserve">[57:58] </w:t>
      </w:r>
      <w:r>
        <w:t>khair, shayad europe mein koi aur jagah nahi ho jahan aik sath ath das is tarah kay book stores hon. england mein bhi nahi hai aisa. to woh le gaye apni book shop pay, unho nay dikhaya kuch.</w:t>
      </w:r>
    </w:p>
    <w:p>
      <w:pPr>
        <w:jc w:val="right"/>
      </w:pPr>
      <w:r>
        <w:t>خیر، شاید یورپ میں کوئی اور جگہ نہیں ہو جہاں ایک ساتھ اٹھ دس اس طرح کے بک سٹورز ہوں۔ انگلینڈ میں بھی نہیں ہے ایسا۔ تو وہ لے گئے اپنی بک شاپ پہ، انہوں نے دکھایا کچھ۔</w:t>
      </w:r>
    </w:p>
    <w:p>
      <w:r>
        <w:rPr>
          <w:b/>
        </w:rPr>
        <w:t xml:space="preserve">[58:08] </w:t>
      </w:r>
      <w:r>
        <w:t>unho nay bhi booklets waghera publish ki theen. to unho nay kaha kay mujhay yeh quran ka idea bohat pasand aaya</w:t>
      </w:r>
    </w:p>
    <w:p>
      <w:pPr>
        <w:jc w:val="right"/>
      </w:pPr>
      <w:r>
        <w:t>انہوں نے بھی بکلیٹس وغیرہ پبلش کی تھیں۔ تو انہوں نے کہا کہ مجھے یہ قرآن کا آئیڈیا بہت پسند آیا</w:t>
      </w:r>
    </w:p>
    <w:p>
      <w:r>
        <w:rPr>
          <w:b/>
        </w:rPr>
        <w:t xml:space="preserve">[58:14] </w:t>
      </w:r>
      <w:r>
        <w:t>jo aap kartay hain, jis tarah say main nay dikhaye, photo photo dikhaye, jaipur festival kay photo dikhaye, book fairs kay jo aap nay kaam kiya tha us kay photo dikhaye, aur bhi jo activities theen, unhein bohat pasand aayi.</w:t>
      </w:r>
    </w:p>
    <w:p>
      <w:pPr>
        <w:jc w:val="right"/>
      </w:pPr>
      <w:r>
        <w:t>جو آپ کرتے ہیں، جس طرح سے میں نے دکھائے، فوٹو فوٹو دکھائے، جے پور فیسٹیول کے فوٹو دکھائے، بک فیئرز کے جو آپ نے کام کیا تھا اس کے فوٹو دکھائے، اور بھی جو ایکٹیویٹیز تھیں، انہیں بہت پسند آئی۔</w:t>
      </w:r>
    </w:p>
    <w:p>
      <w:r>
        <w:rPr>
          <w:b/>
        </w:rPr>
        <w:t xml:space="preserve">[58:24] </w:t>
      </w:r>
      <w:r>
        <w:t>to unho nay kaha kay hum bhi is tarah kay kaam karein gay yahan aur quran publish karein gay aur literature da'wati publish karein gay. phir woh apnay warehouse mein le gaye, kafi bara warehouse, ghar bhi le gaye.</w:t>
      </w:r>
    </w:p>
    <w:p>
      <w:pPr>
        <w:jc w:val="right"/>
      </w:pPr>
      <w:r>
        <w:t>تو انہوں نے کہا کہ ہم بھی اس طرح کے کام کریں گے یہاں اور قرآن پبلش کریں گے اور لٹریچر دعوتی پبلش کریں گے۔ پھر وہ اپنے ویئر ہاؤس میں لے گئے، کافی بڑا ویئر ہاؤس، گھر بھی لے گئے۔</w:t>
      </w:r>
    </w:p>
    <w:p>
      <w:r>
        <w:rPr>
          <w:b/>
        </w:rPr>
        <w:t xml:space="preserve">[58:36] </w:t>
      </w:r>
      <w:r>
        <w:t>to unho nay kafi interest dikhaya. to inshallah wahan bhi kuch kaam shuru ho jaye ga.</w:t>
      </w:r>
    </w:p>
    <w:p>
      <w:pPr>
        <w:jc w:val="right"/>
      </w:pPr>
      <w:r>
        <w:t>تو انہوں نے کافی انٹرسٹ دکھایا۔ تو انشاءاللہ وہاں بھی کچھ کام شروع ہو جائے گا۔</w:t>
      </w:r>
    </w:p>
    <w:p>
      <w:r>
        <w:rPr>
          <w:b/>
        </w:rPr>
        <w:t xml:space="preserve">[58:41] </w:t>
      </w:r>
      <w:r>
        <w:t>phir is kay baad main england kuch dinon kay liye aya. to sab say pehlay birmingham gaya. birmingham mein chounkay hamaray jo dealer hain, ipci, mister shamshad khan, un say milay.</w:t>
      </w:r>
    </w:p>
    <w:p>
      <w:pPr>
        <w:jc w:val="right"/>
      </w:pPr>
      <w:r>
        <w:t>پھر اس کے بعد میں انگلینڈ کچھ دنوں کے لیے آیا۔ تو سب سے پہلے برمنگھم گیا۔ برمنگھم میں چونکہ ہمارے جو ڈیلر ہیں، آئی پی سی آئی، مسٹر شمشاد خان، ان سے ملے۔</w:t>
      </w:r>
    </w:p>
    <w:p>
      <w:r>
        <w:rPr>
          <w:b/>
        </w:rPr>
        <w:t xml:space="preserve">[58:56] </w:t>
      </w:r>
      <w:r>
        <w:t>woh bohat hi achha kaam kartay hain. asal mein woh bohat hi bara business tha un ka. bohat hi bari aik shop thi, meeso shop. woh unho nay band kar di.</w:t>
      </w:r>
    </w:p>
    <w:p>
      <w:pPr>
        <w:jc w:val="right"/>
      </w:pPr>
      <w:r>
        <w:t>وہ بہت ہی اچھا کام کرتے ہیں۔ اصل میں وہ بہت ہی بڑا بزنس تھا ان کا۔ بہت ہی بڑی ایک شاپ تھی، میسو شاپ۔ وہ انہوں نے بند کر دی۔</w:t>
      </w:r>
    </w:p>
    <w:p>
      <w:r>
        <w:rPr>
          <w:b/>
        </w:rPr>
        <w:t xml:space="preserve">[59:06] </w:t>
      </w:r>
      <w:r>
        <w:t>pehle kuch kaam kartay thay electronics waghera ki. bohat hi bari shop aur bohat hi prime location pay. to</w:t>
      </w:r>
    </w:p>
    <w:p>
      <w:pPr>
        <w:jc w:val="right"/>
      </w:pPr>
      <w:r>
        <w:t>پہلے کچھ کام کرتے تھے الیکٹرانکس وغیرہ کی۔ بہت ہی بڑی شاپ اور بہت ہی پرائم لوکیشن پہ۔ تو</w:t>
      </w:r>
    </w:p>
    <w:p>
      <w:r>
        <w:rPr>
          <w:b/>
        </w:rPr>
        <w:t xml:space="preserve">[59:12] </w:t>
      </w:r>
      <w:r>
        <w:t>unho nay woh band kar kay aik center bana diya, islamic center. aur is mein aik exhibition shuru kar di jis ka naam hai islamic experience exhibition.</w:t>
      </w:r>
    </w:p>
    <w:p>
      <w:pPr>
        <w:jc w:val="right"/>
      </w:pPr>
      <w:r>
        <w:t>انہوں نے وہ بند کر کے ایک سینٹر بنا دیا، اسلامک سینٹر۔ اور اس میں ایک ایگزیبیشن شروع کر دی جس کا نام ہے اسلامک ایکسپیرینس ایگزیبیشن۔</w:t>
      </w:r>
    </w:p>
    <w:p>
      <w:r>
        <w:rPr>
          <w:b/>
        </w:rPr>
        <w:t xml:space="preserve">[59:21] </w:t>
      </w:r>
      <w:r>
        <w:t>bohat hi bari jagah hai woh. is mein har tarah ki jo islam ki cheezein hain, tareekhi, woh sab hain. aur groups atay</w:t>
      </w:r>
    </w:p>
    <w:p>
      <w:pPr>
        <w:jc w:val="right"/>
      </w:pPr>
      <w:r>
        <w:t>بہت ہی بڑی جگہ ہے وہ۔ اس میں ہر طرح کی جو اسلام کے چیزیں ہیں، تاریخی، وہ سب ہیں۔ اور گروپس آتے</w:t>
      </w:r>
    </w:p>
    <w:p>
      <w:r>
        <w:rPr>
          <w:b/>
        </w:rPr>
        <w:t xml:space="preserve">[59:31] </w:t>
      </w:r>
      <w:r>
        <w:t>hain. bachon kay groups atay hain school say, colleges say, police force say, army say, aur university say, aur intelligence services say.</w:t>
      </w:r>
    </w:p>
    <w:p>
      <w:pPr>
        <w:jc w:val="right"/>
      </w:pPr>
      <w:r>
        <w:t>ہیں۔ بچوں کے گروپس آتے ہیں اسکول سے، کالجز سے، پولیس فورس سے، آرمی سے، اور یونیورسٹی سے، اور انٹیلیجنس سروسز سے۔</w:t>
      </w:r>
    </w:p>
    <w:p>
      <w:r>
        <w:rPr>
          <w:b/>
        </w:rPr>
        <w:t xml:space="preserve">[59:42] </w:t>
      </w:r>
      <w:r>
        <w:t>sab log atay hain aur islam kay baray mein aik ghantay ka taqreeban course hota hai, woh tour hota hai. to woh sab cheezein dikhatay hain, batatay hain. aur is kay baad question answer session hota hai.</w:t>
      </w:r>
    </w:p>
    <w:p>
      <w:pPr>
        <w:jc w:val="right"/>
      </w:pPr>
      <w:r>
        <w:t>سب لوگ آتے ہیں اور اسلام کے بارے میں ایک گھنٹے کا تقریباً کورس ہوتا ہے، وہ ٹور ہوتا ہے۔ تو وہ سب چیزیں دکھاتے ہیں، بتاتے ہیں۔ اور اس کے بعد کوئسچن انسر سیشن ہوتا ہے۔</w:t>
      </w:r>
    </w:p>
    <w:p>
      <w:r>
        <w:rPr>
          <w:b/>
        </w:rPr>
        <w:t xml:space="preserve">[59:54] </w:t>
      </w:r>
      <w:r>
        <w:t>shamshad sahib woh conduct kartay hain. aur is kay baad aik session main nay bhi dekha tha, bachon ka aya hua tha.</w:t>
      </w:r>
    </w:p>
    <w:p>
      <w:pPr>
        <w:jc w:val="right"/>
      </w:pPr>
      <w:r>
        <w:t>شمشاد صاحب وہ کنڈکٹ کرتے ہیں۔ اور اس کے بعد ایک سیشن میں نے بھی دیکھا تھا، بچوں کا آیا ہوا تھا۔</w:t>
      </w:r>
    </w:p>
    <w:p>
      <w:r>
        <w:rPr>
          <w:b/>
        </w:rPr>
        <w:t xml:space="preserve">[1:00:01] </w:t>
      </w:r>
      <w:r>
        <w:t>aur is kay baad woh quran jo hum nay publish kiya, pocket size, woh wahan rakhay huay hotay hain. kehtay hain kay aap logon kay liye hai, agar aap lena chahein. to woh sab ko aik aik copy quran detay hain.</w:t>
      </w:r>
    </w:p>
    <w:p>
      <w:pPr>
        <w:jc w:val="right"/>
      </w:pPr>
      <w:r>
        <w:t>اور اس کے بعد وہ قرآن جو ہم نے پبلش کیا، پاکٹ سائز، وہ وہاں رکھے ہوئے ہوتے ہیں۔ کہتے ہیں کہ آپ لوگوں کے لیے ہے، اگر آپ لینا چاہیں۔ تو وہ سب کو ایک ایک کاپی قرآن دیتے ہیں۔</w:t>
      </w:r>
    </w:p>
    <w:p>
      <w:r>
        <w:rPr>
          <w:b/>
        </w:rPr>
        <w:t xml:space="preserve">[1:00:12] </w:t>
      </w:r>
      <w:r>
        <w:t>aur un ki bohat hi bari book store hai. is mein maulana ki sari kitabein hain, urdu books bhi hain, english bhi hain, quran bhi hai, sari cheezein hain. to woh bohat achha kaam kar rahay hain poooray england mein.</w:t>
      </w:r>
    </w:p>
    <w:p>
      <w:pPr>
        <w:jc w:val="right"/>
      </w:pPr>
      <w:r>
        <w:t>اور ان کی بہت ہی بڑی بک سٹور ہے۔ اس میں مولانا کی ساری کتابیں ہیں، اردو بکس بھی ہیں، انگلش بھی ہیں، قرآن بھی ہے، ساری چیزیں ہیں۔ تو وہ بہت اچھا کام کر رہے ہیں پورے انگلینڈ میں۔</w:t>
      </w:r>
    </w:p>
    <w:p>
      <w:r>
        <w:rPr>
          <w:b/>
        </w:rPr>
        <w:t xml:space="preserve">[1:00:23] </w:t>
      </w:r>
      <w:r>
        <w:t>woh alhamdulillah kitabein phaila rahay hain.</w:t>
      </w:r>
    </w:p>
    <w:p>
      <w:pPr>
        <w:jc w:val="right"/>
      </w:pPr>
      <w:r>
        <w:t>وہ الحمدللہ کتابیں پھیلا رہے ہیں۔</w:t>
      </w:r>
    </w:p>
    <w:p>
      <w:r>
        <w:rPr>
          <w:b/>
        </w:rPr>
        <w:t xml:space="preserve">[1:00:27] </w:t>
      </w:r>
      <w:r>
        <w:t>aisay hi birmingham mein aik aur sahib hain, jin ka naam hai hisham salim. yeh bhi koi arab hain, shayad yaman say hain.</w:t>
      </w:r>
    </w:p>
    <w:p>
      <w:pPr>
        <w:jc w:val="right"/>
      </w:pPr>
      <w:r>
        <w:t>ایسے ہی برمنگھم میں ایک اور صاحب ہیں، جن کا نام ہے ہشام سالم۔ یہ بھی کوئی عرب ہیں، شایدیمن سے ہیں۔</w:t>
      </w:r>
    </w:p>
    <w:p>
      <w:r>
        <w:rPr>
          <w:b/>
        </w:rPr>
        <w:t xml:space="preserve">[1:00:38] </w:t>
      </w:r>
      <w:r>
        <w:t>unho nay kuch bohat achhi kitabein publish ki hain. aur un ki jo company hai, us ka naam hai modern guide uk limited. aur un ki jo website hai, new muslim guide dot com, new muslim dash guide dot com.</w:t>
      </w:r>
    </w:p>
    <w:p>
      <w:pPr>
        <w:jc w:val="right"/>
      </w:pPr>
      <w:r>
        <w:t>انہوں نے کچھ بہت اچھی کتابیں پبلش کی ہیں۔ اور ان کی جو کمپنی ہے، اس کا نام ہے ماڈرن گائیڈ یو کے لمیٹڈ۔ اور ان کی جو ویب سائٹ ہے، نیو مسلم گائیڈ ڈاٹ کام، نیو مسلم ڈیش گائیڈ ڈاٹ کام۔</w:t>
      </w:r>
    </w:p>
    <w:p>
      <w:r>
        <w:rPr>
          <w:b/>
        </w:rPr>
        <w:t xml:space="preserve">[1:00:53] </w:t>
      </w:r>
      <w:r>
        <w:t>bohat hi achhi kitab unho nay publish ki aur k</w:t>
      </w:r>
    </w:p>
    <w:p>
      <w:pPr>
        <w:jc w:val="right"/>
      </w:pPr>
      <w:r>
        <w:t>بہت ہی اچھی کتاب انہوں نے پبلش کی اور ک</w:t>
      </w:r>
    </w:p>
    <w:p>
      <w:r>
        <w:rPr>
          <w:b/>
        </w:rPr>
        <w:t xml:space="preserve">[1:00:56] </w:t>
      </w:r>
      <w:r>
        <w:t>ai languages mein, yahan tak kay hindi mein bhi thi. woh mera khayal hai das barah languages mein dikhai. unho nay kafi achhi teen char so page ki kitab, bohat hi well designed aur bohat hi achha is mein content.</w:t>
      </w:r>
    </w:p>
    <w:p>
      <w:pPr>
        <w:jc w:val="right"/>
      </w:pPr>
      <w:r>
        <w:t>ئی لینگویجز میں، یہاں تک کہ ہندی میں بھی تھی۔ وہ میرا خیال ہے دس بارہ لینگویجز میں دکھائی۔ انہوں نے کافی اچھی تین چار سو پیج کی کتاب، بہت ہی ویل ڈیزائنڈ اور بہت ہی اچھا اس میں کنٹینٹ۔</w:t>
      </w:r>
    </w:p>
    <w:p>
      <w:r>
        <w:rPr>
          <w:b/>
        </w:rPr>
        <w:t xml:space="preserve">[1:01:06] </w:t>
      </w:r>
      <w:r>
        <w:t>to un se bhi inshallah baat cheet hui hai. koi ho sakta hai kuch is tarah ka kaam hum bhi karein. phir jab mein aane laga birmingham se leicester ke liye,</w:t>
      </w:r>
    </w:p>
    <w:p>
      <w:pPr>
        <w:jc w:val="right"/>
      </w:pPr>
      <w:r>
        <w:t>تو ان سے بھی انشاءاللہ بات چیت ہوئی ہے۔ کوئی ہو سکتا ہے کچھ اس طرح کا کام ہم بھی کریں۔ پھر جب میں آنے لگا برمنگھم سے لیسٹر کے لیے،</w:t>
      </w:r>
    </w:p>
    <w:p>
      <w:r>
        <w:rPr>
          <w:b/>
        </w:rPr>
        <w:t xml:space="preserve">[1:01:19] </w:t>
      </w:r>
      <w:r>
        <w:t>to hum wahan pahunche station, train is</w:t>
      </w:r>
    </w:p>
    <w:p>
      <w:pPr>
        <w:jc w:val="right"/>
      </w:pPr>
      <w:r>
        <w:t>تو ہم وہاں پہنچے اسٹیشن، ٹرین اس</w:t>
      </w:r>
    </w:p>
    <w:p>
      <w:r>
        <w:rPr>
          <w:b/>
        </w:rPr>
        <w:t xml:space="preserve">[1:01:24] </w:t>
      </w:r>
      <w:r>
        <w:t>tation. to jab hum ne ticket liya, to jo ticket officer tha, us ko baad mein maine ticket lene ke baad yeh reality of life pesh ki.</w:t>
      </w:r>
    </w:p>
    <w:p>
      <w:pPr>
        <w:jc w:val="right"/>
      </w:pPr>
      <w:r>
        <w:t>ٹیشن۔ تو جب ہم نے ٹکٹ لیا، تو جو ٹکٹ آفیسر تھا، اس کو بعد میں میں نے ٹکٹ لینے کے بعد یہ ریلیٹی آف لائف پیش کی۔</w:t>
      </w:r>
    </w:p>
    <w:p>
      <w:r>
        <w:rPr>
          <w:b/>
        </w:rPr>
        <w:t xml:space="preserve">[1:01:35] </w:t>
      </w:r>
      <w:r>
        <w:t>to shamshad sahib bhi sath mein thay. to unhon ne kaha yeh to aap ne bohat acha kaam kiya. aur khas tor se unhon ne kaha ke yeh jo title hai, reality of life, yeh bohat hi neutral title hai.</w:t>
      </w:r>
    </w:p>
    <w:p>
      <w:pPr>
        <w:jc w:val="right"/>
      </w:pPr>
      <w:r>
        <w:t>تو شمشاد صاحب بھی ساتھ میں تھے۔ تو انہوں نے کہا یہ تو آپ نے بہت اچھا کام کیا۔ اور خاص طور سے انہوں نے کہا کہ یہ جو ٹائٹل ہے، ریلیٹی آف لائف، یہ بہت ہی نیوٹرل ٹائٹل ہے۔</w:t>
      </w:r>
    </w:p>
    <w:p>
      <w:r>
        <w:rPr>
          <w:b/>
        </w:rPr>
        <w:t xml:space="preserve">[1:01:44] </w:t>
      </w:r>
      <w:r>
        <w:t>agar man lijiye hota an introduction to islam ya five pillars of islam waghera, to shayad itna theek nahi rehta.</w:t>
      </w:r>
    </w:p>
    <w:p>
      <w:pPr>
        <w:jc w:val="right"/>
      </w:pPr>
      <w:r>
        <w:t>اگر مان لیجئے ہوتا این انٹروڈکشن ٹو اسلام یا فائیو پلرز آف اسلام وغیرہ، تو شاید اتنا ٹھیک نہیں رہتا۔</w:t>
      </w:r>
    </w:p>
    <w:p>
      <w:r>
        <w:rPr>
          <w:b/>
        </w:rPr>
        <w:t xml:space="preserve">[1:01:52] </w:t>
      </w:r>
      <w:r>
        <w:t>is liye yeh jo title hai, bohat hi unhein pasand aaya. kaha ke is ko humein humein bhi bhijien. hum bhi inshallah is ko istemal karein ge. to mera tareeqa hai, kisi se bhi mein milta hoon jab bhi,</w:t>
      </w:r>
    </w:p>
    <w:p>
      <w:pPr>
        <w:jc w:val="right"/>
      </w:pPr>
      <w:r>
        <w:t>اس لیے یہ جو ٹائٹل ہے، بہت ہی انہیں پسند آیا۔ کہا کہ اس کو ہمیں ہمیں بھی بھیجیں۔ ہم بھی انشاءاللہ اس کو استعمال کریں گے۔ تو میرا طریقہ ہے، کسی سے بھی میں ملتا ہوں جب بھی،</w:t>
      </w:r>
    </w:p>
    <w:p>
      <w:r>
        <w:rPr>
          <w:b/>
        </w:rPr>
        <w:t xml:space="preserve">[1:02:03] </w:t>
      </w:r>
      <w:r>
        <w:t>to kuch na kuch jeeb mein rehta hai mere reality of life ya koi bhi cheez. to woh us ko de deta hoon taake kam se kam us ke paas bhi koi baat pahunch jaye.</w:t>
      </w:r>
    </w:p>
    <w:p>
      <w:pPr>
        <w:jc w:val="right"/>
      </w:pPr>
      <w:r>
        <w:t>تو کچھ نہ کچھ جیب میں رہتا ہے میرے ریلیٹی آف لائف یا کوئی بھی چیز۔ تو وہ اس کو دے دیتا ہوں تاکہ کم سے کم اس کے پاس بھی کوئی بات پہنچ جائے۔</w:t>
      </w:r>
    </w:p>
    <w:p>
      <w:r>
        <w:rPr>
          <w:b/>
        </w:rPr>
        <w:t xml:space="preserve">[1:02:12] </w:t>
      </w:r>
      <w:r>
        <w:t>to hum leicester pahunche. to leicester mein asal mein jaane ka maqsad yeh tha ke jo abhi pichle dino sheikh abdul haq turkamani sahib aaye hue thay, woh leicester mein rehte hain.</w:t>
      </w:r>
    </w:p>
    <w:p>
      <w:pPr>
        <w:jc w:val="right"/>
      </w:pPr>
      <w:r>
        <w:t>تو ہم لیسٹر پہنچے۔ تو لیسٹر میں اصل میں جانے کا مقصد یہ تھا کہ جو ابھی پچھلے دنوں شیخ عبدالحق ترکمانی صاحب آئے ہوئے تھے، وہ لیسٹر میں رہتے ہیں۔</w:t>
      </w:r>
    </w:p>
    <w:p>
      <w:r>
        <w:rPr>
          <w:b/>
        </w:rPr>
        <w:t xml:space="preserve">[1:02:24] </w:t>
      </w:r>
      <w:r>
        <w:t>to leicester jab mein pahuncha to ittefaq se woh turkamani sahib us waqt kahin bahar gaye hue thay aur raat ko woh bhi aa rahe thay.</w:t>
      </w:r>
    </w:p>
    <w:p>
      <w:pPr>
        <w:jc w:val="right"/>
      </w:pPr>
      <w:r>
        <w:t>تو لیسٹر جب میں پہنچا تو اتفاق سے وہ ترکمانی صاحب اس وقت کہیں باہر گئے ہوئے تھے اور رات کو وہ بھی آ رہے تھے۔</w:t>
      </w:r>
    </w:p>
    <w:p>
      <w:r>
        <w:rPr>
          <w:b/>
        </w:rPr>
        <w:t xml:space="preserve">[1:02:33] </w:t>
      </w:r>
      <w:r>
        <w:t>to mein raat ko mil nahi saka. unhon ne apne kisi saathi se kaha ke aap ja ke un ko receive kar lein. to woh aa gaye thay station pe. un ka naam hai doctor al-saghir.</w:t>
      </w:r>
    </w:p>
    <w:p>
      <w:pPr>
        <w:jc w:val="right"/>
      </w:pPr>
      <w:r>
        <w:t>تو میں رات کو مل نہیں سکا۔ انہوں نے اپنے کسی ساتھی سے کہا کہ آپ جا کے ان کو ریسیو کر لیں۔ تو وہ آ گئے تھے اسٹیشن پہ۔ ان کا نام ہے ڈاکٹر الصغیر۔</w:t>
      </w:r>
    </w:p>
    <w:p>
      <w:r>
        <w:rPr>
          <w:b/>
        </w:rPr>
        <w:t xml:space="preserve">[1:02:42] </w:t>
      </w:r>
      <w:r>
        <w:t>woh sirian hain. to kaha unhon ne ke ab subah milein ge. aur subah bhi mujhe jaana tha, chounke london, to unhon ne kaha ke subah un ko hospital mein jaana hai.</w:t>
      </w:r>
    </w:p>
    <w:p>
      <w:pPr>
        <w:jc w:val="right"/>
      </w:pPr>
      <w:r>
        <w:t>وہ سیرین ہیں۔ تو کہا انہوں نے کہ اب صبح ملیں گے۔ اور صبح بھی مجھے جانا تھا، چونکہ لندن، تو انہوں نے کہا کہ صبح ان کو ہاسپٹل میں جانا ہے۔</w:t>
      </w:r>
    </w:p>
    <w:p>
      <w:r>
        <w:rPr>
          <w:b/>
        </w:rPr>
        <w:t xml:space="preserve">[1:02:54] </w:t>
      </w:r>
      <w:r>
        <w:t>to hum hospital hi gaye milne ke liye. maine kaha itna waqt nahi hai. to khair, woh hospital se un ki treatment waghera kuch ho raha tha. beemar hain woh. to unhon ne woh aa ke bahar mile hum se thori der ke liye.</w:t>
      </w:r>
    </w:p>
    <w:p>
      <w:pPr>
        <w:jc w:val="right"/>
      </w:pPr>
      <w:r>
        <w:t>تو ہم ہاسپٹل ہی گئے ملنے کے لیے۔ میں نے کہا اتنا وقت نہیں ہے۔ تو خیر، وہ ہاسپٹل سے ان کی ٹریٹمنٹ وغیرہ کچھ ہو رہا تھا۔ بیمار ہیں وہ۔ تو انہوں نے وہ آ کے باہر ملے ہم سے تھوڑی دیر کے لیے۔</w:t>
      </w:r>
    </w:p>
    <w:p>
      <w:r>
        <w:rPr>
          <w:b/>
        </w:rPr>
        <w:t xml:space="preserve">[1:03:05] </w:t>
      </w:r>
      <w:r>
        <w:t>phir sath bhi gaye.</w:t>
      </w:r>
    </w:p>
    <w:p>
      <w:pPr>
        <w:jc w:val="right"/>
      </w:pPr>
      <w:r>
        <w:t>پھر ساتھ بھی گئے۔</w:t>
      </w:r>
    </w:p>
    <w:p>
      <w:r>
        <w:rPr>
          <w:b/>
        </w:rPr>
        <w:t xml:space="preserve">[1:03:07] </w:t>
      </w:r>
      <w:r>
        <w:t>to unhon ne bataya ke hum tazkir al-quran jo arabi mein publish hui thi, us ko revise kar rahe hain. aur is ka kaam shuru ho gaya hai.</w:t>
      </w:r>
    </w:p>
    <w:p>
      <w:pPr>
        <w:jc w:val="right"/>
      </w:pPr>
      <w:r>
        <w:t>تو انہوں نے بتایا کہ ہم تذکر القرآن جو عربی میں پبلش ہوئی تھی، اس کو ریوائز کر رہے ہیں۔ اور اس کا کام شروع ہو گیا ہے۔</w:t>
      </w:r>
    </w:p>
    <w:p>
      <w:r>
        <w:rPr>
          <w:b/>
        </w:rPr>
        <w:t xml:space="preserve">[1:03:17] </w:t>
      </w:r>
      <w:r>
        <w:t>typing shuru ho gayi hai. revision shuru ho gaya hai. aur jaldi aap ko hum kuch cheezein email se bhejein ge. aur complete jab ho jaye ga to us ko inshallah hum beirut se print karayein ge kisi achhe publisher ke zariye.</w:t>
      </w:r>
    </w:p>
    <w:p>
      <w:pPr>
        <w:jc w:val="right"/>
      </w:pPr>
      <w:r>
        <w:t>ٹائپنگ شروع ہو گئی ہے۔ ریویژن شروع ہو گیا ہے۔ اور جلدی آپ کو ہم کچھ چیزیں ای میل سے بھیجیں گے۔ اور کمپلیٹ جب ہو جائے گا تو اس کو انشاءاللہ ہم بیروت سے پرنٹ کرائیں گے کسی اچھے پبلشر کے ذریعے۔</w:t>
      </w:r>
    </w:p>
    <w:p>
      <w:r>
        <w:rPr>
          <w:b/>
        </w:rPr>
        <w:t xml:space="preserve">[1:03:33] </w:t>
      </w:r>
      <w:r>
        <w:t>to jo saathi thay, un ke doctor saghir sahib, woh mujhe leicester le gaye ghumane.</w:t>
      </w:r>
    </w:p>
    <w:p>
      <w:pPr>
        <w:jc w:val="right"/>
      </w:pPr>
      <w:r>
        <w:t>تو جو ساتھی تھے، ان کے ڈاکٹر صغیر صاحب، وہ مجھے لیسٹر لے گئے گھمانے۔</w:t>
      </w:r>
    </w:p>
    <w:p>
      <w:r>
        <w:rPr>
          <w:b/>
        </w:rPr>
        <w:t xml:space="preserve">[1:03:41] </w:t>
      </w:r>
      <w:r>
        <w:t>to woh saare jo areas jahan muslims hain, masjidain hain, islamic centers hain, woh sab dikhaye. to bare bare, bari bari masjidain, bari aalishan aur bohat hi bare bare islamic schools aur centers.</w:t>
      </w:r>
    </w:p>
    <w:p>
      <w:pPr>
        <w:jc w:val="right"/>
      </w:pPr>
      <w:r>
        <w:t>تو وہ سارے جو ایریاز جہاں مسلمز ہیں، مسجدیں ہیں، اسلامک سینٹرز ہیں، وہ سب دکھائے۔ تو بڑے بڑے، بڑی بڑی مسجدیں، بڑی عالی شان اور بہت ہی بڑے بڑے اسلامک سکولز اور سینٹرز۔</w:t>
      </w:r>
    </w:p>
    <w:p>
      <w:r>
        <w:rPr>
          <w:b/>
        </w:rPr>
        <w:t xml:space="preserve">[1:03:52] </w:t>
      </w:r>
      <w:r>
        <w:t>to woh bolay ke yahan itne muslims ho gaye hain ke log keh rahe hain ke leicester ka naam ab leicester shareef hona chahiye. to yeh leicester mein kafi activity hai.</w:t>
      </w:r>
    </w:p>
    <w:p>
      <w:pPr>
        <w:jc w:val="right"/>
      </w:pPr>
      <w:r>
        <w:t>تو وہ بولے کہ یہاں اتنے مسلمز ہو گئے ہیں کہ لوگ کہہ رہے ہیں کہ لیسٹر کا نام اب لیسٹر شریف ہونا چاہیے۔ تو یہ لیسٹر میں کافی ایکٹیویٹی ہے۔</w:t>
      </w:r>
    </w:p>
    <w:p>
      <w:r>
        <w:rPr>
          <w:b/>
        </w:rPr>
        <w:t xml:space="preserve">[1:04:03] </w:t>
      </w:r>
      <w:r>
        <w:t>wahan par kaam ho sakta hai. to inshallah umeed hai ke yeh log kuch aur kaam karein ge.</w:t>
      </w:r>
    </w:p>
    <w:p>
      <w:pPr>
        <w:jc w:val="right"/>
      </w:pPr>
      <w:r>
        <w:t>وہاں پر کام ہو سکتا ہے۔ تو انشاءاللہ امید ہے کہ یہ لوگ کچھ اور کام کریں گے۔</w:t>
      </w:r>
    </w:p>
    <w:p>
      <w:r>
        <w:rPr>
          <w:b/>
        </w:rPr>
        <w:t xml:space="preserve">[1:04:10] </w:t>
      </w:r>
      <w:r>
        <w:t>phir leicester se london aana hua. aur london mein asal mein pichle saal khurram sahib gaye thay wahan. aur unhon ne kai logon se baat cheet ki thi aur cheezein bheji thi.</w:t>
      </w:r>
    </w:p>
    <w:p>
      <w:pPr>
        <w:jc w:val="right"/>
      </w:pPr>
      <w:r>
        <w:t>پھر لیسٹر سے لندن آنا ہوا۔ اور لندن میں اصل میں پچھلے سال خرم صاحب گئے تھے وہاں۔ اور انہوں نے کئی لوگوں سے بات چیت کی تھی اور چیزیں بھیجی تھیں۔</w:t>
      </w:r>
    </w:p>
    <w:p>
      <w:r>
        <w:rPr>
          <w:b/>
        </w:rPr>
        <w:t xml:space="preserve">[1:04:23] </w:t>
      </w:r>
      <w:r>
        <w:t>to jo london ki jo mosque hai, jo sab se mashhoor hai, regent's park, london central mosque.</w:t>
      </w:r>
    </w:p>
    <w:p>
      <w:pPr>
        <w:jc w:val="right"/>
      </w:pPr>
      <w:r>
        <w:t>تو جو لندن کی جو ماسک ہے، جو سب سے مشہور ہے، ریجنٹس پارک، لندن سینٹرل ماسک۔</w:t>
      </w:r>
    </w:p>
    <w:p>
      <w:r>
        <w:rPr>
          <w:b/>
        </w:rPr>
        <w:t xml:space="preserve">[1:04:31] </w:t>
      </w:r>
      <w:r>
        <w:t>to sab se pehle mein wahan gaya. khurram sahib gaye thay wahan aur kuch quran bhi bheja bheja tha un ko. literature bhi bheja tha.</w:t>
      </w:r>
    </w:p>
    <w:p>
      <w:pPr>
        <w:jc w:val="right"/>
      </w:pPr>
      <w:r>
        <w:t>تو سب سے پہلے میں وہاں گیا۔ خرم صاحب گئے تھے وہاں اور کچھ قرآن بھی بھیجا بھیجا تھا ان کو۔ لٹریچر بھی بھیجا تھا۔</w:t>
      </w:r>
    </w:p>
    <w:p>
      <w:r>
        <w:rPr>
          <w:b/>
        </w:rPr>
        <w:t xml:space="preserve">[1:04:40] </w:t>
      </w:r>
      <w:r>
        <w:t>yeh jo park hai, bohat hi bara park hai. bohat hi aalishan aur bohat hi shandar. isi park ke andar aik side pe bohat hi bari masjid hai jo saudiyon ne banwai hai.</w:t>
      </w:r>
    </w:p>
    <w:p>
      <w:pPr>
        <w:jc w:val="right"/>
      </w:pPr>
      <w:r>
        <w:t>یہ جو پارک ہے، بہت ہی بڑا پارک ہے۔ بہت ہی عالی شان اور بہت ہی شاندار۔ اسی پارک کے اندر ایک سائیڈ پہ بہت ہی بڑی مسجد ہے جو سعودیوں نے بنوائی ہے۔</w:t>
      </w:r>
    </w:p>
    <w:p>
      <w:r>
        <w:rPr>
          <w:b/>
        </w:rPr>
        <w:t xml:space="preserve">[1:04:51] </w:t>
      </w:r>
      <w:r>
        <w:t>woh masjid hai aur islamic center hai. is mein bohat hi bari library hai aur masjid ka aik hissa hai. phir aik book store hai aur is mein basement bohat bari hai.</w:t>
      </w:r>
    </w:p>
    <w:p>
      <w:pPr>
        <w:jc w:val="right"/>
      </w:pPr>
      <w:r>
        <w:t>وہ مسجد ہے اور اسلامک سینٹر ہے۔ اس میں بہت ہی بڑی لائبریری ہے اور مسجد کا ایک حصہ ہے۔ پھر ایک بک سٹور ہے اور اس میں بیسمنٹ بہت بڑی ہے۔</w:t>
      </w:r>
    </w:p>
    <w:p>
      <w:r>
        <w:rPr>
          <w:b/>
        </w:rPr>
        <w:t xml:space="preserve">[1:05:04] </w:t>
      </w:r>
      <w:r>
        <w:t>is mein aik exhibition hai, life of the prophet muhammad ki aik bohat hi bari exhibition hai.</w:t>
      </w:r>
    </w:p>
    <w:p>
      <w:pPr>
        <w:jc w:val="right"/>
      </w:pPr>
      <w:r>
        <w:t>اس میں ایک ایگزیبیشن ہے، لائف آف دی پرافٹ محمد کی ایک بہت ہی بڑی ایگزیبیشن ہے۔</w:t>
      </w:r>
    </w:p>
    <w:p>
      <w:r>
        <w:rPr>
          <w:b/>
        </w:rPr>
        <w:t xml:space="preserve">[1:05:10] </w:t>
      </w:r>
      <w:r>
        <w:t>kafi achi exhibition hai woh. aur wahan cafeteria hai, restaurant hai aur bohat achi library hai. aur woh hai, aik hall hai jahan lectures hotay hain.</w:t>
      </w:r>
    </w:p>
    <w:p>
      <w:pPr>
        <w:jc w:val="right"/>
      </w:pPr>
      <w:r>
        <w:t>کافی اچھی ایگزیبیشن ہے وہ۔ اور وہاں کیفٹیریا ہے، ریسٹورنٹ ہے اور بہت اچھی لائبریری ہے۔ اور وہ ہے، ایک ہال ہے جہاں لیکچرز ہوتے ہیں۔</w:t>
      </w:r>
    </w:p>
    <w:p>
      <w:r>
        <w:rPr>
          <w:b/>
        </w:rPr>
        <w:t xml:space="preserve">[1:05:24] </w:t>
      </w:r>
      <w:r>
        <w:t>to jab mein gaya, ittefaq se isi waqt koi group aya hua tha. rozana groups atay hain, tourist waghera ke, aur woh masjid dekhtay hain.</w:t>
      </w:r>
    </w:p>
    <w:p>
      <w:pPr>
        <w:jc w:val="right"/>
      </w:pPr>
      <w:r>
        <w:t>تو جب میں گیا، اتفاق سے اسی وقت کوئی گروپ آیا ہوا تھا۔ روزانہ گروپس آتے ہیں، ٹورسٹ وغیرہ کے، اور وہ مسجد دیکھتے ہیں۔</w:t>
      </w:r>
    </w:p>
    <w:p>
      <w:r>
        <w:rPr>
          <w:b/>
        </w:rPr>
        <w:t xml:space="preserve">[1:05:34] </w:t>
      </w:r>
      <w:r>
        <w:t>to aik group aya hua tha. us waqt line lagi hui thi,</w:t>
      </w:r>
    </w:p>
    <w:p>
      <w:pPr>
        <w:jc w:val="right"/>
      </w:pPr>
      <w:r>
        <w:t>تو ایک گروپ آیا ہوا تھا۔ اس وقت لائن لگی ہوئی تھی،</w:t>
      </w:r>
    </w:p>
    <w:p>
      <w:r>
        <w:rPr>
          <w:b/>
        </w:rPr>
        <w:t xml:space="preserve">[1:05:39] </w:t>
      </w:r>
      <w:r>
        <w:t>taqreeban so rahe honge. mostly mujhe lag raha tha england ke log thay. to woh group aik aik kar ke andar gaye. pehle un ko woh exhibition dikhai basement mein.</w:t>
      </w:r>
    </w:p>
    <w:p>
      <w:pPr>
        <w:jc w:val="right"/>
      </w:pPr>
      <w:r>
        <w:t>تقریباً سو رہے ہوں گے۔ موسٹلی مجھے لگ رہا تھا انگلینڈ کے لوگ تھے۔ تو وہ گروپ ایک ایک کر کے اندر گئے۔ پہلے ان کو وہ ایگزیبیشن دکھائی بیسمنٹ میں۔</w:t>
      </w:r>
    </w:p>
    <w:p>
      <w:r>
        <w:rPr>
          <w:b/>
        </w:rPr>
        <w:t xml:space="preserve">[1:05:50] </w:t>
      </w:r>
      <w:r>
        <w:t>phir masjid dikhai waghera. phir un ko le gaye library mein. aur library mein aik talk kisi ne di. aur yeh kitab, yeh aik kitab sab ko unhon ne di.</w:t>
      </w:r>
    </w:p>
    <w:p>
      <w:pPr>
        <w:jc w:val="right"/>
      </w:pPr>
      <w:r>
        <w:t>پھر مسجد دکھائی وغیرہ۔ پھر ان کو لے گئے لائبریری میں۔ اور لائبریری میں ایک ٹاک کسی نے دی۔ اور یہ کتاب، یہ ایک کتاب سب کو انہوں نے دی۔</w:t>
      </w:r>
    </w:p>
    <w:p>
      <w:r>
        <w:rPr>
          <w:b/>
        </w:rPr>
        <w:t xml:space="preserve">[1:06:05] </w:t>
      </w:r>
      <w:r>
        <w:t>to yeh kitab darasal is mein ziyada tar baatein is masjid ke baray mein ke masjid kab bani, kaise bani, aur masjid kya hoti hai, islam mein masjid ka kya concept hai.</w:t>
      </w:r>
    </w:p>
    <w:p>
      <w:pPr>
        <w:jc w:val="right"/>
      </w:pPr>
      <w:r>
        <w:t>تو یہ کتاب دراصل اس میں زیادہ تر باتیں اس مسجد کے بارے میں کہ مسجد کب بنی، کیسے بنی، اور مسجد کیا ہوتی ہے، اسلام میں مسجد کا کیا کانسیپٹ ہے۔</w:t>
      </w:r>
    </w:p>
    <w:p>
      <w:r>
        <w:rPr>
          <w:b/>
        </w:rPr>
        <w:t xml:space="preserve">[1:06:16] </w:t>
      </w:r>
      <w:r>
        <w:t>aur phir aik chapter hai islam and the five pillars, jis mein shahadat, salat, zakat, saum waghera ke baray mein</w:t>
      </w:r>
    </w:p>
    <w:p>
      <w:pPr>
        <w:jc w:val="right"/>
      </w:pPr>
      <w:r>
        <w:t>اور پھر ایک چیپٹر ہے اسلام اینڈ دا فائیو پلرز، جس میں شہادت، صلاۃ، زکوۃ، صوم وغیرہ کے بارے میں</w:t>
      </w:r>
    </w:p>
    <w:p>
      <w:r>
        <w:rPr>
          <w:b/>
        </w:rPr>
        <w:t xml:space="preserve">[1:06:24] </w:t>
      </w:r>
      <w:r>
        <w:t>hai. phir aik chapter hai six articles of faith, jis mein belief in allah and angels and messengers and scriptures. aur phir aik chapter hai manners in islam, jis mein animal welfare aur islam the way of life waghera hai, environment.</w:t>
      </w:r>
    </w:p>
    <w:p>
      <w:pPr>
        <w:jc w:val="right"/>
      </w:pPr>
      <w:r>
        <w:t>ہے۔ پھر ایک چیپٹر ہے سکس آرٹیکلز آف فیتھ، جس میں بیلیف ان اللہ اینڈ اینجلز اینڈ میسنجرز اینڈ اسکرپچرز۔ اور پھر ایک چیپٹر ہے مینرز ان اسلام، جس میں اینیمل ویلفیئر اور اسلام دی وے آف لائف وغیرہ ہے، انوائرمنٹ۔</w:t>
      </w:r>
    </w:p>
    <w:p>
      <w:r>
        <w:rPr>
          <w:b/>
        </w:rPr>
        <w:t xml:space="preserve">[1:06:40] </w:t>
      </w:r>
      <w:r>
        <w:t>to yeh aik choti si aik booklet hai jo sab ko detay hain.</w:t>
      </w:r>
    </w:p>
    <w:p>
      <w:pPr>
        <w:jc w:val="right"/>
      </w:pPr>
      <w:r>
        <w:t>تو یہ ایک چھوٹی سی ایک بکلیٹ ہے جو سب کو دیتے ہیں۔</w:t>
      </w:r>
    </w:p>
    <w:p>
      <w:r>
        <w:rPr>
          <w:b/>
        </w:rPr>
        <w:t xml:space="preserve">[1:06:44] </w:t>
      </w:r>
      <w:r>
        <w:t>to jo librarian hain, jo distribution ka distribution ke incharge hain, sajjad muhammad sahib, jin se last year khurram sahib milay thay, to mein ne un se kaha ke aap in ko quran detay aur koi literature aisa detay islam ke baray mein to bohat acha hota.</w:t>
      </w:r>
    </w:p>
    <w:p>
      <w:pPr>
        <w:jc w:val="right"/>
      </w:pPr>
      <w:r>
        <w:t>تو جو لائبریرین ہیں، جو ڈسٹریبیوشن کا ڈسٹریبیوشن کے انچارج ہیں، سجاد محمد صاحب، جن سے لاسٹ ایئر خرم صاحب ملے تھے، تو میں نے ان سے کہا کہ آپ ان کو قرآن دیتے اور کوئی لٹریچر ایسا دیتے اسلام کے بارے میں تو بہت اچھا ہوتا۔</w:t>
      </w:r>
    </w:p>
    <w:p>
      <w:r>
        <w:rPr>
          <w:b/>
        </w:rPr>
        <w:t xml:space="preserve">[1:07:00] </w:t>
      </w:r>
      <w:r>
        <w:t>to unhon ne kaha ke dekhiye, yeh asal mein official center hai. yahan par hum quran waghera is tarah se, is tarah se distribute nahi kar saktay. chuka hamaray oopar nazar bhi hai government ki.</w:t>
      </w:r>
    </w:p>
    <w:p>
      <w:pPr>
        <w:jc w:val="right"/>
      </w:pPr>
      <w:r>
        <w:t>تو انہوں نے کہا کہ دیکھیے، یہ اصل میں افیشل سینٹر ہے۔ یہاں پر ہم قرآن وغیرہ اس طرح سے، اس طرح سے ڈسٹریبیوٹ نہیں کر سکتے۔ چونکہ ہمارے اوپر نظر بھی ہے گورنمنٹ کی۔</w:t>
      </w:r>
    </w:p>
    <w:p>
      <w:r>
        <w:rPr>
          <w:b/>
        </w:rPr>
        <w:t xml:space="preserve">[1:07:09] </w:t>
      </w:r>
      <w:r>
        <w:t>to hum pehle yeh detay hain. aur agar kisi ko interest hota hai to woh hum se mangta hai.</w:t>
      </w:r>
    </w:p>
    <w:p>
      <w:pPr>
        <w:jc w:val="right"/>
      </w:pPr>
      <w:r>
        <w:t>تو ہم پہلے یہ دیتے ہیں۔ اور اگر کسی کو انٹرسٹ ہوتا ہے تو وہ ہم سے مانگتا ہے۔</w:t>
      </w:r>
    </w:p>
    <w:p>
      <w:r>
        <w:rPr>
          <w:b/>
        </w:rPr>
        <w:t xml:space="preserve">[1:07:14] </w:t>
      </w:r>
      <w:r>
        <w:t>to hum quran jo aap ke yahan se aaye hue hain aur jo booklets aayi hui hain, woh detay hain. lekin yeh nahi hum kar saktay ke sab ko quran de dein is tarah se. to mein ne kaha theek hai, jo bhi aap ki jo tareeqa hai.</w:t>
      </w:r>
    </w:p>
    <w:p>
      <w:pPr>
        <w:jc w:val="right"/>
      </w:pPr>
      <w:r>
        <w:t>تو ہم قرآن جو آپ کے یہاں سے آئے ہوئے ہیں اور جو بکلیٹس آئی ہوئی ہیں، وہ دیتے ہیں۔ لیکن یہ نہیں ہم کر سکتے کہ سب کو قرآن دے دیں اس طریقے سے۔ تو میں نے کہا ٹھیک ہے، جو بھی آپ کی جو طریقہ ہے۔</w:t>
      </w:r>
    </w:p>
    <w:p>
      <w:r>
        <w:rPr>
          <w:b/>
        </w:rPr>
        <w:t xml:space="preserve">[1:07:26] </w:t>
      </w:r>
      <w:r>
        <w:t>to un ko mein ne woh booklets dikhaye aur pamphlets jo naye aaye hain, woh bhi dikhaye. bohat achay aadmi hain sajjad muhammad sahib. baray achi tarah se milay.</w:t>
      </w:r>
    </w:p>
    <w:p>
      <w:pPr>
        <w:jc w:val="right"/>
      </w:pPr>
      <w:r>
        <w:t>تو ان کو میں نے وہ بکلیٹس دکھائے اور پیمفلیٹس جو نئے آئے ہیں، وہ بھی دکھائے۔ بہت اچھے آدمی ہیں سجاد محمد صاحب۔ بڑے اچھی طرح سے ملے۔</w:t>
      </w:r>
    </w:p>
    <w:p>
      <w:r>
        <w:rPr>
          <w:b/>
        </w:rPr>
        <w:t xml:space="preserve">[1:07:36] </w:t>
      </w:r>
      <w:r>
        <w:t>unhon ne kaha ke aap ne hamein jo books bheji hain, khurram sahib ne last year molana ka poora set bheja tha aur shayad aik hazar quran bheja tha. to woh keh rahay thay ke hamari library jo hai, woh bari achi library hai lekin woh renovate ho rahi hai.</w:t>
      </w:r>
    </w:p>
    <w:p>
      <w:pPr>
        <w:jc w:val="right"/>
      </w:pPr>
      <w:r>
        <w:t>انہوں نے کہا کہ آپ نے ہمیں جو بکس بھیجی ہیں، خرم صاحب نے لاسٹ ایئر مولانا کا پورا سیٹ بھیجا تھا اور شاید ایک ہزار قرآن بھیجا تھا۔ تو وہ کہہ رہے تھے کہ ہماری لائبریری جو ہے، وہ بڑی اچھی لائبریری ہے لیکن وہ رینوویٹ ہو رہی ہے۔</w:t>
      </w:r>
    </w:p>
    <w:p>
      <w:r>
        <w:rPr>
          <w:b/>
        </w:rPr>
        <w:t xml:space="preserve">[1:07:49] </w:t>
      </w:r>
      <w:r>
        <w:t>to jab renovate ho jaye gi to is mein hum aik section molana ka banayein ge, urdu, english, sari kitabein rakhein ge.</w:t>
      </w:r>
    </w:p>
    <w:p>
      <w:pPr>
        <w:jc w:val="right"/>
      </w:pPr>
      <w:r>
        <w:t>تو جب رینوویٹ ہو جائے گی تو اس میں ہم ایک سیکشن مولانا کا بنائیں گے، اردو، انگلش، ساری کتابیں رکھیں گے۔</w:t>
      </w:r>
    </w:p>
    <w:p>
      <w:r>
        <w:rPr>
          <w:b/>
        </w:rPr>
        <w:t xml:space="preserve">[1:07:56] </w:t>
      </w:r>
      <w:r>
        <w:t>to baharhal un se baat cheet hui aur umeed hai ke yahan par kuch kaam ho sakay ga. chuka yeh bohat hi unhon ne cooperative, cooperative andaaz mein baat ki.</w:t>
      </w:r>
    </w:p>
    <w:p>
      <w:pPr>
        <w:jc w:val="right"/>
      </w:pPr>
      <w:r>
        <w:t>تو بہرحال ان سے بات چیت ہوئی اور امید ہے کہ یہاں پر کچھ کام ہو سکے گا۔ چونکہ یہ بہت ہی انہوں نے کوآپریٹیو، کوآپریٹیو انداز میں بات کی۔</w:t>
      </w:r>
    </w:p>
    <w:p>
      <w:r>
        <w:rPr>
          <w:b/>
        </w:rPr>
        <w:t xml:space="preserve">[1:08:07] </w:t>
      </w:r>
      <w:r>
        <w:t>aur wahan jo doosra bari jagah hai, woh east london mosque hai. east london mosque aur isi ke sath aik do centers bhi hain jo milay hue hain, jaisay london muslim center aur maryam center.</w:t>
      </w:r>
    </w:p>
    <w:p>
      <w:pPr>
        <w:jc w:val="right"/>
      </w:pPr>
      <w:r>
        <w:t>اور وہاں جو دوسرا بڑی جگہ ہے، وہ ایسٹ لندن ماسک ہے۔ ایسٹ لندن ماسک اور اسی کے ساتھ ایک دو سینٹرز بھی ہیں جو ملے ہوئے ہیں، جیسے لندن مسلم سینٹر اور مریم سینٹر۔</w:t>
      </w:r>
    </w:p>
    <w:p>
      <w:r>
        <w:rPr>
          <w:b/>
        </w:rPr>
        <w:t xml:space="preserve">[1:08:20] </w:t>
      </w:r>
      <w:r>
        <w:t>yeh milaa ke aik bohat hi bara complex hai. to is lihaaz se london mein woh sab se bari masjid hai.</w:t>
      </w:r>
    </w:p>
    <w:p>
      <w:pPr>
        <w:jc w:val="right"/>
      </w:pPr>
      <w:r>
        <w:t>یہ ملا کے ایک بہت ہی بڑا کمپلیکس ہے۔ تو اس لحاظ سے لندن میں وہ سب سے بڑی مسجد ہے۔</w:t>
      </w:r>
    </w:p>
    <w:p>
      <w:r>
        <w:rPr>
          <w:b/>
        </w:rPr>
        <w:t xml:space="preserve">[1:08:26] </w:t>
      </w:r>
      <w:r>
        <w:t>to wahan bhi jana hua. wahan jo da'wah ke incharge hain, un ka naam hai dilawar sahib. to dilawar sahib se mila mein.</w:t>
      </w:r>
    </w:p>
    <w:p>
      <w:pPr>
        <w:jc w:val="right"/>
      </w:pPr>
      <w:r>
        <w:t>تو وہاں بھی جانا ہوا۔ وہاں جو دعویٰ کے انچارج ہیں، ان کا نام ہے دلاور صاحب۔ تو دلاور صاحب سے ملا میں۔</w:t>
      </w:r>
    </w:p>
    <w:p>
      <w:r>
        <w:rPr>
          <w:b/>
        </w:rPr>
        <w:t xml:space="preserve">[1:08:34] </w:t>
      </w:r>
      <w:r>
        <w:t>last year khurram sahib mil ke aaye thay. to unhon ne bhi literature dekha, pasand kiya aur kaha ke hum bhi kuch karein ge. to is tarah se kuch aur logon se milna hua.</w:t>
      </w:r>
    </w:p>
    <w:p>
      <w:pPr>
        <w:jc w:val="right"/>
      </w:pPr>
      <w:r>
        <w:t>لاسٹ ایئر خرم صاحب مل کے آئے تھے۔ تو انہوں نے بھی لٹریچر دیکھا، پسند کیا اور کہا کہ ہم بھی کچھ کریں گے۔ تو اس طریقے سے کچھ اور لوگوں سے ملنا ہوا۔</w:t>
      </w:r>
    </w:p>
    <w:p>
      <w:r>
        <w:rPr>
          <w:b/>
        </w:rPr>
        <w:t xml:space="preserve">[1:08:44] </w:t>
      </w:r>
      <w:r>
        <w:t>aisay hi aik sahib aur hain jin se mein mil nahi saka lekin hamaray saathi gaye thay un se milnay.</w:t>
      </w:r>
    </w:p>
    <w:p>
      <w:pPr>
        <w:jc w:val="right"/>
      </w:pPr>
      <w:r>
        <w:t>ایسے ہی ایک صاحب اور ہیں جن سے میں مل نہیں سکا لیکن ہمارے ساتھی گئے تھے ان سے ملنے۔</w:t>
      </w:r>
    </w:p>
    <w:p>
      <w:r>
        <w:rPr>
          <w:b/>
        </w:rPr>
        <w:t xml:space="preserve">[1:08:50] </w:t>
      </w:r>
      <w:r>
        <w:t>woh hai aik center jis ka naam hai iera, islamic education research academy. aur un ki website hai iera.org.uk.</w:t>
      </w:r>
    </w:p>
    <w:p>
      <w:pPr>
        <w:jc w:val="right"/>
      </w:pPr>
      <w:r>
        <w:t>وہ ہے ایک سینٹر جس کا نام ہے آئی ای آر اے، اسلامک ایجوکیشن ریسرچ اکیڈمی۔ اور ان کی ویب سائٹ ہے آئی ای آر اے ڈاٹ اورگ ڈاٹ یو کے۔</w:t>
      </w:r>
    </w:p>
    <w:p>
      <w:r>
        <w:rPr>
          <w:b/>
        </w:rPr>
        <w:t xml:space="preserve">[1:09:02] </w:t>
      </w:r>
      <w:r>
        <w:t>to yeh bohat hi creative andaaz ka da'wati kaam kartay hain. agar aap un ki website pe jayein, iera.org.uk, to aik bohat hi acha video hai.</w:t>
      </w:r>
    </w:p>
    <w:p>
      <w:pPr>
        <w:jc w:val="right"/>
      </w:pPr>
      <w:r>
        <w:t>تو یہ بہت ہی کریٹیو انداز کا دعوتی کام کرتے ہیں۔ اگر آپ ان کی ویب سائٹ پہ جائیں، آئی ای آر اے ڈاٹ اورگ ڈاٹ یو کے، تو ایک بہت ہی اچھا ویڈیو ہے۔</w:t>
      </w:r>
    </w:p>
    <w:p>
      <w:r>
        <w:rPr>
          <w:b/>
        </w:rPr>
        <w:t xml:space="preserve">[1:09:11] </w:t>
      </w:r>
      <w:r>
        <w:t>unhon ne da'wati kaam kiya tha bahrain mein jahan formula one ki race hoti hai.</w:t>
      </w:r>
    </w:p>
    <w:p>
      <w:pPr>
        <w:jc w:val="right"/>
      </w:pPr>
      <w:r>
        <w:t>انہوں نے دعوتی کام کیا تھا بحرین میں جہاں فارمولا ون کی ریس ہوتی ہے۔</w:t>
      </w:r>
    </w:p>
    <w:p>
      <w:r>
        <w:rPr>
          <w:b/>
        </w:rPr>
        <w:t xml:space="preserve">[1:09:18] </w:t>
      </w:r>
      <w:r>
        <w:t>to bohat hi acha organize andaaz mein kiya tha. to unhon ne bataya ke abhi jo football world cup ho raha hai, is mein bhi woh karein ge daawa work.</w:t>
      </w:r>
    </w:p>
    <w:p>
      <w:pPr>
        <w:jc w:val="right"/>
      </w:pPr>
      <w:r>
        <w:t>تو بہت ہی اچھا ارگنائز انداز میں کیا تھا۔ تو انہوں نے بتایا کہ ابھی جو فٹبال ورلڈ کپ ہو رہا ہے، اس میں بھی وہ کریں گے دعویٰ ورک۔</w:t>
      </w:r>
    </w:p>
    <w:p>
      <w:r>
        <w:rPr>
          <w:b/>
        </w:rPr>
        <w:t xml:space="preserve">[1:09:29] </w:t>
      </w:r>
      <w:r>
        <w:t>to unhon ne bataya, unhon ne yeh ek cheez di. to mujhe yeh bara pasand aaya. is mein likha hua hai whats your goal. yaani football se unhon ne jod diya hai aur bohat hi acha yeh ek football ki ek field banai hai.</w:t>
      </w:r>
    </w:p>
    <w:p>
      <w:pPr>
        <w:jc w:val="right"/>
      </w:pPr>
      <w:r>
        <w:t>تو انہوں نے بتایا، انہوں نے یہ ایک چیز دی۔ تو مجھے یہ بڑا پسند آیا۔ اس میں لکھا ہوا ہے واٹس یور گول۔ یعنی فٹبال سے انہوں نے جوڑ دیا ہے اور بہت ہی اچھا یہ ایک فٹبال کی ایک فیلڈ بنائی ہے۔</w:t>
      </w:r>
    </w:p>
    <w:p>
      <w:r>
        <w:rPr>
          <w:b/>
        </w:rPr>
        <w:t xml:space="preserve">[1:09:43] </w:t>
      </w:r>
      <w:r>
        <w:t>is mein kai saare goals dikhaye hain.</w:t>
      </w:r>
    </w:p>
    <w:p>
      <w:pPr>
        <w:jc w:val="right"/>
      </w:pPr>
      <w:r>
        <w:t>اس میں کئی سارے گولز دکھائے ہیں۔</w:t>
      </w:r>
    </w:p>
    <w:p>
      <w:r>
        <w:rPr>
          <w:b/>
        </w:rPr>
        <w:t xml:space="preserve">[1:09:45] </w:t>
      </w:r>
      <w:r>
        <w:t>jaise maslan jo hamare goals hote hain, education, health, children, fame, football, travelling, fun, house, wealth.</w:t>
      </w:r>
    </w:p>
    <w:p>
      <w:pPr>
        <w:jc w:val="right"/>
      </w:pPr>
      <w:r>
        <w:t>جیسے مثلاً جو ہمارے گولز ہوتے ہیں، ایجوکیشن، ہیلتھ، چلڈرن، فیم، فٹبال، ٹریولنگ، فن، ہاؤس، ویلتھ۔</w:t>
      </w:r>
    </w:p>
    <w:p>
      <w:r>
        <w:rPr>
          <w:b/>
        </w:rPr>
        <w:t xml:space="preserve">[1:09:55] </w:t>
      </w:r>
      <w:r>
        <w:t>yeh saare goals dikhaye hain. aur beech mein ek quran ki verse di hai, chapter number 23, verse 115.</w:t>
      </w:r>
    </w:p>
    <w:p>
      <w:pPr>
        <w:jc w:val="right"/>
      </w:pPr>
      <w:r>
        <w:t>یہ سارے گولز دکھائے ہیں۔ اور بیچ میں ایک قرآن کی ورس دی ہے، چیپٹر نمبر 23، ورس 115۔</w:t>
      </w:r>
    </w:p>
    <w:p>
      <w:r>
        <w:rPr>
          <w:b/>
        </w:rPr>
        <w:t xml:space="preserve">[1:10:07] </w:t>
      </w:r>
      <w:r>
        <w:t>your creator asks, did you think that we have created you without purpose and that you would not return to us?</w:t>
      </w:r>
    </w:p>
    <w:p>
      <w:pPr>
        <w:jc w:val="right"/>
      </w:pPr>
      <w:r>
        <w:t>یور کریٹر اسکز، ڈیڈ یو تھنک دیٹ وی ہیو کریٹڈ یو ودا آؤٹ پرپس اینڈ دیٹ یو وڈ ناٹ ریٹرن ٹو اس؟</w:t>
      </w:r>
    </w:p>
    <w:p>
      <w:r>
        <w:rPr>
          <w:b/>
        </w:rPr>
        <w:t xml:space="preserve">[1:10:17] </w:t>
      </w:r>
      <w:r>
        <w:t>yaani unhon ne yeh dikhaya hai ke yeh saare goals to bohat hi ghair aham goals hain. asal goal yeh hai ke insaan ko ek ek din wapas khuda ke paas jana hai.</w:t>
      </w:r>
    </w:p>
    <w:p>
      <w:pPr>
        <w:jc w:val="right"/>
      </w:pPr>
      <w:r>
        <w:t>یعنی انہوں نے یہ دکھایا ہے کہ یہ سارے گولز تو بہت ہی غیر اہم گول ہیں۔ اصل گول یہ ہے کہ انسان کو ایک ایک دن واپس خدا کے پاس جانا ہے۔</w:t>
      </w:r>
    </w:p>
    <w:p>
      <w:r>
        <w:rPr>
          <w:b/>
        </w:rPr>
        <w:t xml:space="preserve">[1:10:27] </w:t>
      </w:r>
      <w:r>
        <w:t>aur yeh jo zindagi hai, woh ek purpose full life hai.</w:t>
      </w:r>
    </w:p>
    <w:p>
      <w:pPr>
        <w:jc w:val="right"/>
      </w:pPr>
      <w:r>
        <w:t>اور یہ جو زندگی ہے، وہ ایک پرپس فل لائف ہے۔</w:t>
      </w:r>
    </w:p>
    <w:p>
      <w:r>
        <w:rPr>
          <w:b/>
        </w:rPr>
        <w:t xml:space="preserve">[1:10:31] </w:t>
      </w:r>
      <w:r>
        <w:t>aisa nahi hai ke bas khel kood ke zindagi agar guzar de insaan to aakhirat mein use kuch hasil nahi hoga. to in logon se bhi baat cheet hui hai.</w:t>
      </w:r>
    </w:p>
    <w:p>
      <w:pPr>
        <w:jc w:val="right"/>
      </w:pPr>
      <w:r>
        <w:t>ایسا نہیں ہے کہ بس کھیل کود کہ زندگی اگر گزار دے انسان تو آخرت میں اسے کچھ حاصل نہیں ہوگا۔ تو ان لوگوں سے بھی بات چیت ہوئی ہے۔</w:t>
      </w:r>
    </w:p>
    <w:p>
      <w:r>
        <w:rPr>
          <w:b/>
        </w:rPr>
        <w:t xml:space="preserve">[1:10:42] </w:t>
      </w:r>
      <w:r>
        <w:t>inshallah in se bhi kuch cooperate karein ge hum aur in se bhi kuch seekhein ge. chuna ke in ka tareeqa bohat hi umda hai daawati kaam karne ka.</w:t>
      </w:r>
    </w:p>
    <w:p>
      <w:pPr>
        <w:jc w:val="right"/>
      </w:pPr>
      <w:r>
        <w:t>انشاءاللہ ان سے بھی کچھ کوآپریٹ کریں گے ہم اور ان سے بھی کچھ سیکھیں گے۔ چونکہ ان کا طریقہ بہت ہی عمدہ ہے دعوتی کام کرنے کا۔</w:t>
      </w:r>
    </w:p>
    <w:p>
      <w:r>
        <w:rPr>
          <w:b/>
        </w:rPr>
        <w:t xml:space="preserve">[1:10:53] </w:t>
      </w:r>
      <w:r>
        <w:t>phir wahan ek sahib hain haafiz waheed, jo darussalam ki book shops hain, us ke owner hain.</w:t>
      </w:r>
    </w:p>
    <w:p>
      <w:pPr>
        <w:jc w:val="right"/>
      </w:pPr>
      <w:r>
        <w:t>پھر وہاں ایک صاحب ہیں حافظ وحید، جو دارالسلام کی بک شاپس ہیں، اس کے اونر ہیں۔</w:t>
      </w:r>
    </w:p>
    <w:p>
      <w:r>
        <w:rPr>
          <w:b/>
        </w:rPr>
        <w:t xml:space="preserve">[1:11:02] </w:t>
      </w:r>
      <w:r>
        <w:t>to yeh bhi mujhe le gaye the kai apni book shops mein, kai jagahon pe. kaafi bara kaam karte hain aur hamari kitabein bhi rakhte hain. to in se bhi kaafi acha interaction hua.</w:t>
      </w:r>
    </w:p>
    <w:p>
      <w:pPr>
        <w:jc w:val="right"/>
      </w:pPr>
      <w:r>
        <w:t>تو یہ بھی مجھے لے گئے تھے کئی اپنی بک شاپس میں، کئی جگہوں پہ۔ کافی بڑا کام کرتے ہیں اور ہماری کتابیں بھی رکھتے ہیں۔ تو ان سے بھی کافی اچھا انٹریکشن ہوا۔</w:t>
      </w:r>
    </w:p>
    <w:p>
      <w:r>
        <w:rPr>
          <w:b/>
        </w:rPr>
        <w:t xml:space="preserve">[1:11:13] </w:t>
      </w:r>
      <w:r>
        <w:t>phir mein ittefaq se ek din bus se safar kar raha tha</w:t>
      </w:r>
    </w:p>
    <w:p>
      <w:pPr>
        <w:jc w:val="right"/>
      </w:pPr>
      <w:r>
        <w:t>پھر میں اتفاق سے ایک دن بس سے سفر کر رہا تھا</w:t>
      </w:r>
    </w:p>
    <w:p>
      <w:r>
        <w:rPr>
          <w:b/>
        </w:rPr>
        <w:t xml:space="preserve">[1:11:18] </w:t>
      </w:r>
      <w:r>
        <w:t>to dekha mein ne ke oxford street pe kuch log yeh kitaab distribute kar rahe hain. yeh kitaab hai, is ka title hai what does the bible really teach?</w:t>
      </w:r>
    </w:p>
    <w:p>
      <w:pPr>
        <w:jc w:val="right"/>
      </w:pPr>
      <w:r>
        <w:t>تو دیکھا میں نے کہ آکسفورڈ سٹریٹ پہ کچھ لوگ یہ کتاب ڈسٹریبیوٹ کر رہے ہیں۔ یہ کتاب ہے، اس کا ٹائٹل ہے واٹ ڈز دی بائبل ریلی ٹیچ؟</w:t>
      </w:r>
    </w:p>
    <w:p>
      <w:r>
        <w:rPr>
          <w:b/>
        </w:rPr>
        <w:t xml:space="preserve">[1:11:32] </w:t>
      </w:r>
      <w:r>
        <w:t>to bible ke bare mein hai yeh kitaab. waise yeh kitaab to koi khaas nahi hai, lekin jis tareeqe se woh distribute kar rahe the, woh mujhe bohat pasand aaya.</w:t>
      </w:r>
    </w:p>
    <w:p>
      <w:pPr>
        <w:jc w:val="right"/>
      </w:pPr>
      <w:r>
        <w:t>تو بائبل کے بارے میں ہے یہ کتاب۔ ویسے یہ کتاب تو کوئی خاص نہیں ہے، لیکن جس طریقے سے وہ ڈسٹریبیوٹ کر رہے تھے، وہ مجھے بہت پسند آیا۔</w:t>
      </w:r>
    </w:p>
    <w:p>
      <w:r>
        <w:rPr>
          <w:b/>
        </w:rPr>
        <w:t xml:space="preserve">[1:11:41] </w:t>
      </w:r>
      <w:r>
        <w:t>aur mujhe lagta hai ke humein bhi is ko, is ko, is model ko ikhtiyar karna chahiye. ek choti si trolley thi,</w:t>
      </w:r>
    </w:p>
    <w:p>
      <w:pPr>
        <w:jc w:val="right"/>
      </w:pPr>
      <w:r>
        <w:t>اور مجھے لگتا ہے کہ ہمیں بھی اس کو، اس کو، اس ماڈل کو اختیار کرنا چاہیے۔ ایک چھوٹی سی ٹرالی تھی،</w:t>
      </w:r>
    </w:p>
    <w:p>
      <w:r>
        <w:rPr>
          <w:b/>
        </w:rPr>
        <w:t xml:space="preserve">[1:11:48] </w:t>
      </w:r>
      <w:r>
        <w:t>yeh photo hai is ka. mere khayal se paanch foot is ki height rahi hogi. yeh nau titles hain isi kitaab ke, different languages mein.</w:t>
      </w:r>
    </w:p>
    <w:p>
      <w:pPr>
        <w:jc w:val="right"/>
      </w:pPr>
      <w:r>
        <w:t>یہ فوٹو ہے اس کا۔ میرے خیال سے پانچ فٹ اس کی ہائٹ رہی ہوگی۔ یہ نو ٹائٹلز ہیں اسی کتاب کے، ڈفرنٹ لینگویجز میں۔</w:t>
      </w:r>
    </w:p>
    <w:p>
      <w:r>
        <w:rPr>
          <w:b/>
        </w:rPr>
        <w:t xml:space="preserve">[1:11:59] </w:t>
      </w:r>
      <w:r>
        <w:t>nau versions hain, mostly jo european language woh rakhi hui thi. aur upar likha hua tha what does the bible really teach? is ka title.</w:t>
      </w:r>
    </w:p>
    <w:p>
      <w:pPr>
        <w:jc w:val="right"/>
      </w:pPr>
      <w:r>
        <w:t>نو ورژن ہیں، موسٹلی جو یورپین لینگویج وہ رکھی ہوئی تھی۔ اور اوپر لکھا ہوا تھا واٹ ڈز دی بائبل ریلی ٹیچ؟ اس کا ٹائٹل۔</w:t>
      </w:r>
    </w:p>
    <w:p>
      <w:r>
        <w:rPr>
          <w:b/>
        </w:rPr>
        <w:t xml:space="preserve">[1:12:08] </w:t>
      </w:r>
      <w:r>
        <w:t>aur is ke baad likha hua tha free bible literature. aur is ke baad jo likha tha, woh bohat hi aham cheez hai.</w:t>
      </w:r>
    </w:p>
    <w:p>
      <w:pPr>
        <w:jc w:val="right"/>
      </w:pPr>
      <w:r>
        <w:t>اور اس کے بعد لکھا ہوا تھا فری بائبل لٹریچر۔ اور اس کے بعد جو لکھا تھا، وہ بہت ہی اہم چیز ہے۔</w:t>
      </w:r>
    </w:p>
    <w:p>
      <w:r>
        <w:rPr>
          <w:b/>
        </w:rPr>
        <w:t xml:space="preserve">[1:12:14] </w:t>
      </w:r>
      <w:r>
        <w:t>is ke baad yeh likha hua tha ke by published in over three hundred languages. take a copy, ask for your language.</w:t>
      </w:r>
    </w:p>
    <w:p>
      <w:pPr>
        <w:jc w:val="right"/>
      </w:pPr>
      <w:r>
        <w:t>اس کے بعد یہ لکھا ہوا تھا کہ بائے پبلشڈ ان اوور تھری ہنڈرڈ لینگویجز۔ ٹیک اے کاپی، اسک فار یور لینگویج۔</w:t>
      </w:r>
    </w:p>
    <w:p>
      <w:r>
        <w:rPr>
          <w:b/>
        </w:rPr>
        <w:t xml:space="preserve">[1:12:24] </w:t>
      </w:r>
      <w:r>
        <w:t>yaani yeh kitaab teen so zabanon mein unhon ne shaya ki hai. koi bhi zuban aap ki ho to humein bataiye, hum aap ko mahya karein ge. to is tareeqe se woh wahan pe distribute kar rahe the.</w:t>
      </w:r>
    </w:p>
    <w:p>
      <w:pPr>
        <w:jc w:val="right"/>
      </w:pPr>
      <w:r>
        <w:t>یعنی یہ کتاب تین سو زبانوں میں انہوں نے شائع کی ہے۔ کوئی بھی زبان آپ کی ہو تو ہمیں بتائیے، ہم آپ کو مہیا کریں گے۔ تو اس طریقے سے وہ وہاں پہ ڈسٹریبیوٹ کر رہے تھے۔</w:t>
      </w:r>
    </w:p>
    <w:p>
      <w:r>
        <w:rPr>
          <w:b/>
        </w:rPr>
        <w:t xml:space="preserve">[1:12:33] </w:t>
      </w:r>
      <w:r>
        <w:t>woh oxford street bohat hi main street hai jahan log tourist waghera shopping karte hain. to mera khayal hai aisi hi koi cheez</w:t>
      </w:r>
    </w:p>
    <w:p>
      <w:pPr>
        <w:jc w:val="right"/>
      </w:pPr>
      <w:r>
        <w:t>وہ آکسفورڈ سٹریٹ بہت ہی مین سٹریٹ ہے جہاں لوگ ٹورسٹ وغیرہ شاپنگ کرتے ہیں۔ تو میرا خیال ہے ایسی ہی کوئی چیز</w:t>
      </w:r>
    </w:p>
    <w:p>
      <w:r>
        <w:rPr>
          <w:b/>
        </w:rPr>
        <w:t xml:space="preserve">[1:12:42] </w:t>
      </w:r>
      <w:r>
        <w:t>bana. acha, yeh bohat hi umda ek trolley ka andaaz mein bani hui hai. is mein do pehye bhi hain. aap is ko le ja sakte hain, car mein bhi rakh sakte hain, aur kahin bhi le ja ke, jaise connaught place hai ya koi aur jagah, wahan rakh ke literature ya quran distribute kar sakte hain.</w:t>
      </w:r>
    </w:p>
    <w:p>
      <w:pPr>
        <w:jc w:val="right"/>
      </w:pPr>
      <w:r>
        <w:t>بنا۔ اچھا، یہ بہت ہی عمدہ ایک ٹرالی کا انداز میں بنی ہوئی ہے۔ اس میں دو پہیے بھی ہیں۔ آپ اس کو لے جا سکتے ہیں، کار میں بھی رکھ سکتے ہیں، اور کہیں بھی لے جا کے، جیسے کناٹ پلیس ہے یا کوئی اور جگہ، وہاں رکھ کے لٹریچر یا قرآن ڈسٹریبیوٹ کر سکتے ہیں۔</w:t>
      </w:r>
    </w:p>
    <w:p>
      <w:r>
        <w:rPr>
          <w:b/>
        </w:rPr>
        <w:t xml:space="preserve">[1:12:58] </w:t>
      </w:r>
      <w:r>
        <w:t>to inshallah hum mein koshish karoon ga ke is ka, is ko ek banane ki koshish karein. to is tarah ke kuch activities, kuch interaction hue aur kai logon se milna hua.</w:t>
      </w:r>
    </w:p>
    <w:p>
      <w:pPr>
        <w:jc w:val="right"/>
      </w:pPr>
      <w:r>
        <w:t>تو انشاءاللہ ہم میں کوشش کروں گا کہ اس کا ہے، اس کو ایک بنانے کی کوشش کریں۔ تو اس طرح کے کچھ ایکٹیویٹیز، کچھ انٹریکشن ہوئے اور کئی لوگوں سے ملنا ہوا۔</w:t>
      </w:r>
    </w:p>
    <w:p>
      <w:r>
        <w:rPr>
          <w:b/>
        </w:rPr>
        <w:t xml:space="preserve">[1:13:08] </w:t>
      </w:r>
      <w:r>
        <w:t>to inshallah umeed hai ke in se touch mein rahein ge aur kuch kaam ko khaas taur se europe mein aur barhane ki koshish karein ge. wa akhir da'wana an alhamdu lillahi rabbil alameen.</w:t>
      </w:r>
    </w:p>
    <w:p>
      <w:pPr>
        <w:jc w:val="right"/>
      </w:pPr>
      <w:r>
        <w:t>تو انشاءاللہ امید ہے کہ ان سے ٹچ میں رہیں گے اور کچھ کام کو خاص طور سے یورپ میں اور بڑھانے کی کوشش کریں گے۔ واخر دعوانا ان الحمدللہ رب العالمین۔</w:t>
      </w:r>
    </w:p>
    <w:p>
      <w:r>
        <w:rPr>
          <w:b/>
        </w:rPr>
        <w:t xml:space="preserve">[1:13:20] </w:t>
      </w:r>
      <w:r>
        <w:t>rabbana atina fi al-dunya hasanah wa fi al-akhirah hasanah wa qina adhab al-nar. ya allah, hum sab ko apni rehmat ke liye qabool farma.</w:t>
      </w:r>
    </w:p>
    <w:p>
      <w:pPr>
        <w:jc w:val="right"/>
      </w:pPr>
      <w:r>
        <w:t>ربنا آتنا فی الدنیا حسنہ وفی الآخرة حسنہ وقنا عذاب النار۔ یا اللہ، ہم سب کو اپنی رحمت کے لیے قبول فرما۔</w:t>
      </w:r>
    </w:p>
    <w:p>
      <w:r>
        <w:rPr>
          <w:b/>
        </w:rPr>
        <w:t xml:space="preserve">[1:13:39] </w:t>
      </w:r>
      <w:r>
        <w:t>ya allah, hum sab ko apne deen ki khidmat ke liye qabool farma. ya allah, hum sab ko sirat-e-mustaqeem ki hidayat de.</w:t>
      </w:r>
    </w:p>
    <w:p>
      <w:pPr>
        <w:jc w:val="right"/>
      </w:pPr>
      <w:r>
        <w:t>یا اللہ، ہم سب کو اپنے دین کی خدمت کے لیے قبول فرما۔ یا اللہ، ہم سب کو صراط مستقیم کی ہدایت دے۔</w:t>
      </w:r>
    </w:p>
    <w:p>
      <w:r>
        <w:rPr>
          <w:b/>
        </w:rPr>
        <w:t xml:space="preserve">[1:13:56] </w:t>
      </w:r>
      <w:r>
        <w:t>ya allah, hum ko woh kaam karne ki tofeeq de jo teri marzi ke mutabiq hai aur us kaam se bacha jo teri marzi ke khilaf hai.</w:t>
      </w:r>
    </w:p>
    <w:p>
      <w:pPr>
        <w:jc w:val="right"/>
      </w:pPr>
      <w:r>
        <w:t>یا اللہ، ہم کو وہ کام کرنے کی توفیق دے جو تیری مرضی کے مطابق ہے اور اس کام سے بچا جو تیری مرضی کے خلاف ہے۔</w:t>
      </w:r>
    </w:p>
    <w:p>
      <w:r>
        <w:rPr>
          <w:b/>
        </w:rPr>
        <w:t xml:space="preserve">[1:14:08] </w:t>
      </w:r>
      <w:r>
        <w:t>ya allah, hum sab ke liye nijat ka aur jannat ka faisla farma. rabbana taqabbal minna innaka anta al-sami' al-'alim wa tubb 'alayna innaka anta al-tawwab al-rahim.</w:t>
      </w:r>
    </w:p>
    <w:p>
      <w:pPr>
        <w:jc w:val="right"/>
      </w:pPr>
      <w:r>
        <w:t>یا اللہ، ہم سب کے لیے نجات کا اور جنت کا فیصلہ فرما۔ ربنا تقبل منا انک انت السمیع العلیم وتبعنا انک انت التواب الرحیم۔</w:t>
      </w:r>
    </w:p>
    <w:p>
      <w:r>
        <w:rPr>
          <w:b/>
        </w:rPr>
        <w:t xml:space="preserve">[1:14:23] </w:t>
      </w:r>
      <w:r>
        <w:t>wa salli allah ta'ala 'ala khayri khalqihi muhammadin wa alihi wa ashbihi ajma'in bi-rahmatika ya rab al-'alamin.</w:t>
      </w:r>
    </w:p>
    <w:p>
      <w:pPr>
        <w:jc w:val="right"/>
      </w:pPr>
      <w:r>
        <w:t>وصلی اللہ تعالی علی خیر خلقہ محمد والہ واصحابہ اجمعین برحمتک یا رب العالمین۔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