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3 - Al-‘Imran</w:t>
      </w:r>
    </w:p>
    <w:p>
      <w:r>
        <w:t>https://www.youtube.com/watch?v=fEyZhKkU0BM</w:t>
      </w:r>
    </w:p>
    <w:p>
      <w:r>
        <w:rPr>
          <w:b/>
        </w:rPr>
        <w:t xml:space="preserve">[00:01] </w:t>
      </w:r>
      <w:r>
        <w:t>aal-e-imran. shuru allah ke naam se, jo bara meherban, nihayat reham wala hai. alif lam mim.</w:t>
      </w:r>
    </w:p>
    <w:p>
      <w:pPr>
        <w:jc w:val="right"/>
      </w:pPr>
      <w:r>
        <w:t>آلِ عمران۔ شروع اللہ کے نام سے، جو بڑا مہربان، نہایت رحم والا ہے۔ الف لام میم۔</w:t>
      </w:r>
    </w:p>
    <w:p>
      <w:r>
        <w:rPr>
          <w:b/>
        </w:rPr>
        <w:t xml:space="preserve">[00:12] </w:t>
      </w:r>
      <w:r>
        <w:t>allah. is ke siwa koi mabood nahi, zinda, aur sab ka thamne wala. is ne tum par kitab utari, haq ke sath.</w:t>
      </w:r>
    </w:p>
    <w:p>
      <w:pPr>
        <w:jc w:val="right"/>
      </w:pPr>
      <w:r>
        <w:t>اللہ۔ اس کے سوا کوئی معبود نہیں، زندہ، اور سب کا تھامنے والا۔ اس نے تم پر کتاب اتاری، حق کے ساتھ۔</w:t>
      </w:r>
    </w:p>
    <w:p>
      <w:r>
        <w:rPr>
          <w:b/>
        </w:rPr>
        <w:t xml:space="preserve">[00:22] </w:t>
      </w:r>
      <w:r>
        <w:t>tasdeeq karne wali is cheez ki jo is ke aage hai. aur is ne torait aur injeel utari,</w:t>
      </w:r>
    </w:p>
    <w:p>
      <w:pPr>
        <w:jc w:val="right"/>
      </w:pPr>
      <w:r>
        <w:t>تصدیق کرنے والی اس چیز کی جو اس کے آگے ہے۔ اور اس نے تورات اور انجیل اتاری،</w:t>
      </w:r>
    </w:p>
    <w:p>
      <w:r>
        <w:rPr>
          <w:b/>
        </w:rPr>
        <w:t xml:space="preserve">[00:29] </w:t>
      </w:r>
      <w:r>
        <w:t>is se pehle logon ki hidayat ke liye. aur allah ne furqan utara. beshak, jin logon ne allah ki nishaniyon ka inkar kiya, un ke liye sakht azab hai, aur allah zabardast hai, badla lene wala hai.</w:t>
      </w:r>
    </w:p>
    <w:p>
      <w:pPr>
        <w:jc w:val="right"/>
      </w:pPr>
      <w:r>
        <w:t>اس سے پہلے لوگوں کی ہدایت کے لیے۔ اور اللہ نے فرقان اتارا۔ بے شک، جن لوگوں نے اللہ کی نشانیوں کا انکار کیا، ان کے لیے سخت عذاب ہے، اور اللہ زبردست ہے، بدلہ لینے والا ہے۔</w:t>
      </w:r>
    </w:p>
    <w:p>
      <w:r>
        <w:rPr>
          <w:b/>
        </w:rPr>
        <w:t xml:space="preserve">[00:45] </w:t>
      </w:r>
      <w:r>
        <w:t>beshak allah se koi cheez chupi hui nahi, na zameen mein aur na aasman mein. wohi tumhari soorat banata hai, maan ke pait mein, jis tarah chahta hai.</w:t>
      </w:r>
    </w:p>
    <w:p>
      <w:pPr>
        <w:jc w:val="right"/>
      </w:pPr>
      <w:r>
        <w:t>بے شک اللہ سے کوئی چیز چھپی ہوئی نہیں، نہ زمین میں اور نہ آسمان میں۔ وہی تمہاری صورت بناتا ہے، ماں کے پیٹ میں، جس طرح چاہتا ہے۔</w:t>
      </w:r>
    </w:p>
    <w:p>
      <w:r>
        <w:rPr>
          <w:b/>
        </w:rPr>
        <w:t xml:space="preserve">[00:57] </w:t>
      </w:r>
      <w:r>
        <w:t>is ke siwa koi mabood nahi. woh zabardast hai, hikmat wala hai. wohi hai jis ne tumhare upar kitab utari.</w:t>
      </w:r>
    </w:p>
    <w:p>
      <w:pPr>
        <w:jc w:val="right"/>
      </w:pPr>
      <w:r>
        <w:t>اس کے سوا کوئی معبود نہیں۔ وہ زبردست ہے، حکمت والا ہے۔ وہی ہے جس نے تمہارے اوپر کتاب اتاری۔</w:t>
      </w:r>
    </w:p>
    <w:p>
      <w:r>
        <w:rPr>
          <w:b/>
        </w:rPr>
        <w:t xml:space="preserve">[01:07] </w:t>
      </w:r>
      <w:r>
        <w:t>is mein baaz ayatain muhkam hain, woh kitab ki asal hain, aur doosri ayatain mutashabihat hain. pas jin ke dil mein tedh hai, woh mutashabihat ayatun ke peechay par jatay hain, fitnay ki talash mein, aur is ke matlab ki talash mein,</w:t>
      </w:r>
    </w:p>
    <w:p>
      <w:pPr>
        <w:jc w:val="right"/>
      </w:pPr>
      <w:r>
        <w:t>اس میں بعض آیتیں محکم ہیں، وہ کتاب کی اصل ہیں، اور دوسری آیتیں متشابہ ہیں۔ پس جن کے دلوں میں ٹیڑھ ہے، وہ متشابہ آیتوں کے پیچھے پڑ جاتے ہیں، فتنے کی تلاش میں، اور اس کے مطلب کی تلاش میں،</w:t>
      </w:r>
    </w:p>
    <w:p>
      <w:r>
        <w:rPr>
          <w:b/>
        </w:rPr>
        <w:t xml:space="preserve">[01:23] </w:t>
      </w:r>
      <w:r>
        <w:t>halan-ke un ka matlab allah ke siwa koi nahi janta. aur jo log pakhta ilm wale hain, woh kehtay hain ke hum in par iman laye.</w:t>
      </w:r>
    </w:p>
    <w:p>
      <w:pPr>
        <w:jc w:val="right"/>
      </w:pPr>
      <w:r>
        <w:t>حالانکہ ان کا مطلب اللہ کے سوا کوئی نہیں جانتا۔ اور جو لوگ پختہ علم والے ہیں، وہ کہتے ہیں کہ ہم ان پر ایمان لائے۔</w:t>
      </w:r>
    </w:p>
    <w:p>
      <w:r>
        <w:rPr>
          <w:b/>
        </w:rPr>
        <w:t xml:space="preserve">[01:34] </w:t>
      </w:r>
      <w:r>
        <w:t>sab hamare rab ki taraf se hai. aur naseehat wohi log qabool karte hain jo aqal wale hain. aye hamare rab, hamare dilun ko na pher, jab ke tu ne hum ko hidayat di, aur hum ko apne paas se rehmat de.</w:t>
      </w:r>
    </w:p>
    <w:p>
      <w:pPr>
        <w:jc w:val="right"/>
      </w:pPr>
      <w:r>
        <w:t>سب ہمارے رب کی طرف سے ہے۔ اور نصیحت وہی لوگ قبول کرتے ہیں جو عقل والے ہیں۔ اے ہمارے رب، ہمارے دلوں کو نہ پھیر، جبکہ تو ہم کو ہدایت دے چکا، اور ہم کو اپنے پاس سے رحمت دے۔</w:t>
      </w:r>
    </w:p>
    <w:p>
      <w:r>
        <w:rPr>
          <w:b/>
        </w:rPr>
        <w:t xml:space="preserve">[01:49] </w:t>
      </w:r>
      <w:r>
        <w:t>beshak tu hi sab kuch dene wala hai.</w:t>
      </w:r>
    </w:p>
    <w:p>
      <w:pPr>
        <w:jc w:val="right"/>
      </w:pPr>
      <w:r>
        <w:t>بے شک تو ہی سب کچھ دینے والا ہے۔</w:t>
      </w:r>
    </w:p>
    <w:p>
      <w:r>
        <w:rPr>
          <w:b/>
        </w:rPr>
        <w:t xml:space="preserve">[01:53] </w:t>
      </w:r>
      <w:r>
        <w:t>aye hamare rab, tu jama karne wala hai, logon ko aik din jis mein koi shubah nahi. beshak allah wade ke khilaf nahi karta.</w:t>
      </w:r>
    </w:p>
    <w:p>
      <w:pPr>
        <w:jc w:val="right"/>
      </w:pPr>
      <w:r>
        <w:t>اے ہمارے رب، تو جمع کرنے والا ہے، لوگوں کو ایک دن جس میں کوئی شبہ نہیں۔ بے شک اللہ باتیں کے خلاف نہیں کرتا۔</w:t>
      </w:r>
    </w:p>
    <w:p>
      <w:r>
        <w:rPr>
          <w:b/>
        </w:rPr>
        <w:t xml:space="preserve">[02:04] </w:t>
      </w:r>
      <w:r>
        <w:t>beshak jin logon ne inkar kiya, un ke maal aur un ki aulad allah ke muqablay mein un ke kuch kaam na ayenge. aur yahi log aag ke indhan honge.</w:t>
      </w:r>
    </w:p>
    <w:p>
      <w:pPr>
        <w:jc w:val="right"/>
      </w:pPr>
      <w:r>
        <w:t>بے شک جن لوگوں نے انکار کیا، ان کے مال اور ان کی اولاد اللہ کے مقابلے میں ان کے کچھ کام نہ آئیں گے۔ اور یہی لوگ آگ کے ایندھن ہوں گے۔</w:t>
      </w:r>
    </w:p>
    <w:p>
      <w:r>
        <w:rPr>
          <w:b/>
        </w:rPr>
        <w:t xml:space="preserve">[02:15] </w:t>
      </w:r>
      <w:r>
        <w:t>un ka anjam waisa hi hoga jaisa fir'on walon ka, aur un se pehle walon ka hua.</w:t>
      </w:r>
    </w:p>
    <w:p>
      <w:pPr>
        <w:jc w:val="right"/>
      </w:pPr>
      <w:r>
        <w:t>ان کا انجام ویسا ہی ہوگا جیسا فرعون والوں کا، اور ان سے پہلے والوں کا ہوا۔</w:t>
      </w:r>
    </w:p>
    <w:p>
      <w:r>
        <w:rPr>
          <w:b/>
        </w:rPr>
        <w:t xml:space="preserve">[02:21] </w:t>
      </w:r>
      <w:r>
        <w:t>unhon ne hamari nishaniyon ko jhutlaya, is par allah ne un ke gunahon ke ba'is un ko pakar liya. aur allah sakht saza dene wala hai.</w:t>
      </w:r>
    </w:p>
    <w:p>
      <w:pPr>
        <w:jc w:val="right"/>
      </w:pPr>
      <w:r>
        <w:t>انہوں نے ہماری نشانیوں کو جھٹلایا، اس پر اللہ نے ان کے گناہوں کے باعث ان کو پکڑ لیا۔ اور اللہ سخت سزا دینے والا ہے۔</w:t>
      </w:r>
    </w:p>
    <w:p>
      <w:r>
        <w:rPr>
          <w:b/>
        </w:rPr>
        <w:t xml:space="preserve">[02:32] </w:t>
      </w:r>
      <w:r>
        <w:t>inkar karne walon se keh do ke ab tum maghloob kiye jaoge, aur jahannum ki taraf jama kar ke le jaye jaoge, aur jahannum bohat bura thikana hai.</w:t>
      </w:r>
    </w:p>
    <w:p>
      <w:pPr>
        <w:jc w:val="right"/>
      </w:pPr>
      <w:r>
        <w:t>انکار کرنے والوں سے کہہ دو کہ اب تم مغلوب کیے جاؤ گے، اور جہنم کی طرف جمع کر کے لے جائے جاؤ گے، اور جہنم بہت برا ٹھکانہ ہے۔</w:t>
      </w:r>
    </w:p>
    <w:p>
      <w:r>
        <w:rPr>
          <w:b/>
        </w:rPr>
        <w:t xml:space="preserve">[02:44] </w:t>
      </w:r>
      <w:r>
        <w:t>beshak tumhare liye nishani hai un do girohun mein jin mein badr mein mud-bhed hui</w:t>
      </w:r>
    </w:p>
    <w:p>
      <w:pPr>
        <w:jc w:val="right"/>
      </w:pPr>
      <w:r>
        <w:t>بے شک تمہارے لیے نشانی ہے ان دو گروہوں میں جن میں بدر میں مدبھیڑ ہوئی</w:t>
      </w:r>
    </w:p>
    <w:p>
      <w:r>
        <w:rPr>
          <w:b/>
        </w:rPr>
        <w:t xml:space="preserve">[02:50] </w:t>
      </w:r>
      <w:r>
        <w:t>. aik giroh allah ki rah mein lad raha tha, aur doosra munkir tha. yeh munkir khuli aankhon se un ko dugna dekhte thay.</w:t>
      </w:r>
    </w:p>
    <w:p>
      <w:pPr>
        <w:jc w:val="right"/>
      </w:pPr>
      <w:r>
        <w:t>۔ ایک گروہ اللہ کی راہ میں لڑ رہا تھا، اور دوسرا منکر تھا۔ یہ منکر کھلی آنکھوں سے ان کو دوگنا دیکھتے تھے۔</w:t>
      </w:r>
    </w:p>
    <w:p>
      <w:r>
        <w:rPr>
          <w:b/>
        </w:rPr>
        <w:t xml:space="preserve">[02:59] </w:t>
      </w:r>
      <w:r>
        <w:t>aur allah jis ko chahta hai apni madad ka zor de deta hai. is mein aankh walon ke liye bara sabak hai. logon ke liye khushnuma kar di gayi hai mohabbat khwahishon ki.</w:t>
      </w:r>
    </w:p>
    <w:p>
      <w:pPr>
        <w:jc w:val="right"/>
      </w:pPr>
      <w:r>
        <w:t>اور اللہ جس کو چاہتا ہے اپنی مدد کا زور دے دیتا ہے۔ اس میں آنکھ والوں کے لیے بڑا سبق ہے۔ لوگوں کے لیے خوشنما کر دی گئی ہے محبت خواہشوں کی۔</w:t>
      </w:r>
    </w:p>
    <w:p>
      <w:r>
        <w:rPr>
          <w:b/>
        </w:rPr>
        <w:t xml:space="preserve">[03:13] </w:t>
      </w:r>
      <w:r>
        <w:t>auratain, bete, sone chandi ke dhair, nishan lage hue ghoray, maweshi aur kheti. yeh dunyavi zindagi ke saman hain.</w:t>
      </w:r>
    </w:p>
    <w:p>
      <w:pPr>
        <w:jc w:val="right"/>
      </w:pPr>
      <w:r>
        <w:t>عورتیں، بیٹے، سونے چاندی کے ڈھیر، نشان لگے ہوئے گھوڑے، مویشی اور کھیتی۔ یہ دنیاوی زندگی کے سامان ہیں۔</w:t>
      </w:r>
    </w:p>
    <w:p>
      <w:r>
        <w:rPr>
          <w:b/>
        </w:rPr>
        <w:t xml:space="preserve">[03:24] </w:t>
      </w:r>
      <w:r>
        <w:t>aur allah ke paas acha thikana hai. kaho, kya main tum ko bataun is se behtar cheez?</w:t>
      </w:r>
    </w:p>
    <w:p>
      <w:pPr>
        <w:jc w:val="right"/>
      </w:pPr>
      <w:r>
        <w:t>اور اللہ کے پاس اچھا ٹھکانہ ہے۔ کہو، کیا میں تم کو بتاؤں اس سے بہتر چیز؟</w:t>
      </w:r>
    </w:p>
    <w:p>
      <w:r>
        <w:rPr>
          <w:b/>
        </w:rPr>
        <w:t xml:space="preserve">[03:31] </w:t>
      </w:r>
      <w:r>
        <w:t>in logon ke liye jo darte hain, un ke rab ke paas bagh hain jin ke neeche nehrein jaari hongi. woh in mein hamesha rahenge.</w:t>
      </w:r>
    </w:p>
    <w:p>
      <w:pPr>
        <w:jc w:val="right"/>
      </w:pPr>
      <w:r>
        <w:t>ان لوگوں کے لیے جو ڈرتے ہیں، ان کے رب کے پاس باغ ہیں جن کے نیچے نہریں جاری ہوں گی۔ وہ ان میں ہمیشہ رہیں گے۔</w:t>
      </w:r>
    </w:p>
    <w:p>
      <w:r>
        <w:rPr>
          <w:b/>
        </w:rPr>
        <w:t xml:space="preserve">[03:40] </w:t>
      </w:r>
      <w:r>
        <w:t>aur suthri biwiyan hongi, aur Allah ki razamandi hogi. aur Allah ki nigah mein hain is ke bande, jo kehte hain aye hamare rab, hum iman le aaye.</w:t>
      </w:r>
    </w:p>
    <w:p>
      <w:pPr>
        <w:jc w:val="right"/>
      </w:pPr>
      <w:r>
        <w:t>اور ستھری بیویاں ہوں گی، اور اللہ کی رضامندی ہوگی۔ اور اللہ کی نگاہ میں ہیں اس کے بندے، جو کہتے ہیں اے ہمارے رب، ہم ایمان لے آئے۔</w:t>
      </w:r>
    </w:p>
    <w:p>
      <w:r>
        <w:rPr>
          <w:b/>
        </w:rPr>
        <w:t xml:space="preserve">[03:52] </w:t>
      </w:r>
      <w:r>
        <w:t>pas to hamare gunahon ko maaf kar de, aur hum ko aag ke azab se bacha.</w:t>
      </w:r>
    </w:p>
    <w:p>
      <w:pPr>
        <w:jc w:val="right"/>
      </w:pPr>
      <w:r>
        <w:t>پس تو ہمارے گناہوں کو معاف کر دے، اور ہم کو آگ کے عذاب سے بچا۔</w:t>
      </w:r>
    </w:p>
    <w:p>
      <w:r>
        <w:rPr>
          <w:b/>
        </w:rPr>
        <w:t xml:space="preserve">[03:58] </w:t>
      </w:r>
      <w:r>
        <w:t>woh sabr karne wale hain, aur sachche hain, farmanbardar hain, aur kharch karne wale hain, aur pichli raat ko maghfirat mangne wale hain.</w:t>
      </w:r>
    </w:p>
    <w:p>
      <w:pPr>
        <w:jc w:val="right"/>
      </w:pPr>
      <w:r>
        <w:t>وہ صبر کرنے والے ہیں، اور سچے ہیں، فرمانبردار ہیں، اور خرچ کرنے والے ہیں، اور پچھلی رات کو مغفرت مانگنے والے ہیں۔</w:t>
      </w:r>
    </w:p>
    <w:p>
      <w:r>
        <w:rPr>
          <w:b/>
        </w:rPr>
        <w:t xml:space="preserve">[04:09] </w:t>
      </w:r>
      <w:r>
        <w:t>Allah ki gawahi hai aur farishton ki aur ahl-e-ilm ki ke Allah ke siwa koi mabood nahin. woh qaim rakhne wala hai insaaf ka.</w:t>
      </w:r>
    </w:p>
    <w:p>
      <w:pPr>
        <w:jc w:val="right"/>
      </w:pPr>
      <w:r>
        <w:t>اللہ کی گواہی ہے اور فرشتوں کی اور اہل علم کی کہ اللہ کے سوا کوئی معبود نہیں۔ وہ قائم رکھنے والا ہے انصاف کا۔</w:t>
      </w:r>
    </w:p>
    <w:p>
      <w:r>
        <w:rPr>
          <w:b/>
        </w:rPr>
        <w:t xml:space="preserve">[04:20] </w:t>
      </w:r>
      <w:r>
        <w:t>is ke siwa koi mabood nahin. woh zabardast hai, hikmat wala hai.</w:t>
      </w:r>
    </w:p>
    <w:p>
      <w:pPr>
        <w:jc w:val="right"/>
      </w:pPr>
      <w:r>
        <w:t>اس کے سوا کوئی معبود نہیں۔ وہ زبردست ہے، حکمت والا ہے۔</w:t>
      </w:r>
    </w:p>
    <w:p>
      <w:r>
        <w:rPr>
          <w:b/>
        </w:rPr>
        <w:t xml:space="preserve">[04:26] </w:t>
      </w:r>
      <w:r>
        <w:t>deen Allah ke nazdeek sirf Islam hai. aur ahl-e-kitab ne is mein jo ikhtilaf kiya woh aapas ki zid ki wajah se kiya.</w:t>
      </w:r>
    </w:p>
    <w:p>
      <w:pPr>
        <w:jc w:val="right"/>
      </w:pPr>
      <w:r>
        <w:t>دین اللہ کے نزدیک صرف اسلام ہے۔ اور اہل کتاب نے اس میں جو اختلاف کیا وہ آپس کی ضد کی وجہ سے کیا۔</w:t>
      </w:r>
    </w:p>
    <w:p>
      <w:r>
        <w:rPr>
          <w:b/>
        </w:rPr>
        <w:t xml:space="preserve">[04:35] </w:t>
      </w:r>
      <w:r>
        <w:t>baad is ke ke un ko sahi ilm pahunch chuka tha. aur jo Allah ki ayaton ka inkar kare to Allah yaqinan jald hisab lene wala hai.</w:t>
      </w:r>
    </w:p>
    <w:p>
      <w:pPr>
        <w:jc w:val="right"/>
      </w:pPr>
      <w:r>
        <w:t>بعد اس کے کہ ان کو صحیح علم پہنچ چکا تھا۔ اور جو اللہ کی آیتوں کا انکار کرے تو اللہ یقینا جلد حساب لینے والا ہے۔</w:t>
      </w:r>
    </w:p>
    <w:p>
      <w:r>
        <w:rPr>
          <w:b/>
        </w:rPr>
        <w:t xml:space="preserve">[04:47] </w:t>
      </w:r>
      <w:r>
        <w:t>phir agar woh tum se is bare mein jhagrein to un se keh do ke main apna rukh Allah ki taraf kar chuka aur jo mere پیرو hain woh bhi.</w:t>
      </w:r>
    </w:p>
    <w:p>
      <w:pPr>
        <w:jc w:val="right"/>
      </w:pPr>
      <w:r>
        <w:t>پھر اگر وہ تم سے اس بارے میں جھگڑیں تو ان سے کہہ دو کہ میں اپنا رخ اللہ کی طرف کر چکا اور جو میرے پیرو ہیں وہ بھی۔</w:t>
      </w:r>
    </w:p>
    <w:p>
      <w:r>
        <w:rPr>
          <w:b/>
        </w:rPr>
        <w:t xml:space="preserve">[04:58] </w:t>
      </w:r>
      <w:r>
        <w:t>aur ahl-e-kitab se aur un parhon se pucho ke kya tum bhi isi tarah Islam late ho? agar woh Islam layein to unhon ne rah pa</w:t>
      </w:r>
    </w:p>
    <w:p>
      <w:pPr>
        <w:jc w:val="right"/>
      </w:pPr>
      <w:r>
        <w:t>اور اہل کتاب سے اور ان پڑھوں سے پوچھو کیا تم بھی اسی طرح اسلام لاتے ہو؟ اگر وہ اسلام لائیں تو انہوں نے راہ پ</w:t>
      </w:r>
    </w:p>
    <w:p>
      <w:r>
        <w:rPr>
          <w:b/>
        </w:rPr>
        <w:t xml:space="preserve">[05:10] </w:t>
      </w:r>
      <w:r>
        <w:t>ee li aur agar woh phir jayein to tumhare upar sirf pahuncha dena hai aur Allah ki nigah mein hain is ke bande.</w:t>
      </w:r>
    </w:p>
    <w:p>
      <w:pPr>
        <w:jc w:val="right"/>
      </w:pPr>
      <w:r>
        <w:t>ا لی اور اگر وہ پھر جائیں تو تمہارے اوپر صرف پہنچا دینا ہے اور اللہ کی نگاہ میں ہیں اس کے بندے۔</w:t>
      </w:r>
    </w:p>
    <w:p>
      <w:r>
        <w:rPr>
          <w:b/>
        </w:rPr>
        <w:t xml:space="preserve">[05:20] </w:t>
      </w:r>
      <w:r>
        <w:t>jo log Allah ki nishaniyon ka inkar karte hain aur peghambaron ko nahak qatal karte hain aur un logon ko maar dalte hain jo logon mein se insaaf ki dawat le kar uthte hain, un ko ek dardnak saza ki khushkhabri de do.</w:t>
      </w:r>
    </w:p>
    <w:p>
      <w:pPr>
        <w:jc w:val="right"/>
      </w:pPr>
      <w:r>
        <w:t>جو لوگ اللہ کی نشانیوں کا انکار کرتے ہیں اور پیغمبروں کو ناحق قتل کرتے ہیں اور ان لوگوں کو مار ڈالتے ہیں جو لوگوں میں سے انصاف کی دعوت لے کر اٹھتے ہیں، ان کو ایک دردناک سزا کی خوشخبری دے دو۔</w:t>
      </w:r>
    </w:p>
    <w:p>
      <w:r>
        <w:rPr>
          <w:b/>
        </w:rPr>
        <w:t xml:space="preserve">[05:36] </w:t>
      </w:r>
      <w:r>
        <w:t>yahi woh log hain jin ke aemal dunya aur akhirat mein zaye ho gaye aur un ka madadgar koi nahin. kya tum ne un logon ko nahin dekha jin ko Allah ki kitab ka ek hissa diya gaya tha?</w:t>
      </w:r>
    </w:p>
    <w:p>
      <w:pPr>
        <w:jc w:val="right"/>
      </w:pPr>
      <w:r>
        <w:t>یہی وہ لوگ ہیں جن کے اعمال دنیا اور آخرت میں ضائع ہو گئے اور ان کا مددگار کوئی نہیں۔ کیا تم نے ان لوگوں کو نہیں دیکھا جن کو اللہ کی کتاب کا ایک حصہ دیا گیا تھا؟</w:t>
      </w:r>
    </w:p>
    <w:p>
      <w:r>
        <w:rPr>
          <w:b/>
        </w:rPr>
        <w:t xml:space="preserve">[05:51] </w:t>
      </w:r>
      <w:r>
        <w:t>un ko Allah ki kitab ki taraf bulaya ja raha hai ke woh un ke darmiyan faisla kare. phir un ka ek giroh mun pher leta hai be-ruKHi karte hue.</w:t>
      </w:r>
    </w:p>
    <w:p>
      <w:pPr>
        <w:jc w:val="right"/>
      </w:pPr>
      <w:r>
        <w:t>ان کو اللہ کی کتاب کی طرف بلایا جا رہا ہے کہ وہ ان کے درمیان فیصلہ کرے۔ پھر ان کا ایک گروہ منہ پھیر لیتا ہے بے رخی کرتے ہوئے۔</w:t>
      </w:r>
    </w:p>
    <w:p>
      <w:r>
        <w:rPr>
          <w:b/>
        </w:rPr>
        <w:t xml:space="preserve">[06:02] </w:t>
      </w:r>
      <w:r>
        <w:t>yeh</w:t>
      </w:r>
    </w:p>
    <w:p>
      <w:pPr>
        <w:jc w:val="right"/>
      </w:pPr>
      <w:r>
        <w:t>یہ</w:t>
      </w:r>
    </w:p>
    <w:p>
      <w:r>
        <w:rPr>
          <w:b/>
        </w:rPr>
        <w:t xml:space="preserve">[06:03] </w:t>
      </w:r>
      <w:r>
        <w:t>is sabab se ke woh log kehte hain ke hum ko hargiz aag na chhoegi bajuz gine hue chand dinon ke.</w:t>
      </w:r>
    </w:p>
    <w:p>
      <w:pPr>
        <w:jc w:val="right"/>
      </w:pPr>
      <w:r>
        <w:t>اس سبب سے کہ وہ لوگ کہتے ہیں کہ ہم کو ہرگز آگ نہ چھوئے گی بجز گنے ہوئے چند دنوں کے۔</w:t>
      </w:r>
    </w:p>
    <w:p>
      <w:r>
        <w:rPr>
          <w:b/>
        </w:rPr>
        <w:t xml:space="preserve">[06:12] </w:t>
      </w:r>
      <w:r>
        <w:t>aur un ki banai hui baaton ne un ko un ke deen ke bare mein dhoke mein daal diya hai. phir us waqt kya hoga jab hum un ko jama karein ge ek din jis ke aane mein koi shakk nahin</w:t>
      </w:r>
    </w:p>
    <w:p>
      <w:pPr>
        <w:jc w:val="right"/>
      </w:pPr>
      <w:r>
        <w:t>اور ان کی بنائی ہوئی باتوں نے ان کو ان کے دین کے بارے میں دھوکے میں ڈال دیا ہے۔ پھر اس وقت کیا ہوگا جب ہم ان کو جمع کریں گے ایک دن جس کے آنے میں کوئی شک نہیں</w:t>
      </w:r>
    </w:p>
    <w:p>
      <w:r>
        <w:rPr>
          <w:b/>
        </w:rPr>
        <w:t xml:space="preserve">[06:25] </w:t>
      </w:r>
      <w:r>
        <w:t>? aur har shakhs ko jo kuch us ne kiya hai us ka poora poora badla diya jayega aur un par zulm na kiya jayega.</w:t>
      </w:r>
    </w:p>
    <w:p>
      <w:pPr>
        <w:jc w:val="right"/>
      </w:pPr>
      <w:r>
        <w:t>؟ اور ہر شخص کو جو کچھ اس نے کیا ہے اس کا پورا پورا بدلہ دیا جائے گا اور ان پر ظلم نہ کیا جائے گا۔</w:t>
      </w:r>
    </w:p>
    <w:p>
      <w:r>
        <w:rPr>
          <w:b/>
        </w:rPr>
        <w:t xml:space="preserve">[06:34] </w:t>
      </w:r>
      <w:r>
        <w:t>tum kaho aye Allah, saltanat ke malik, to jis ko chahe saltanat de aur jis se chahe saltanat chheen le.</w:t>
      </w:r>
    </w:p>
    <w:p>
      <w:pPr>
        <w:jc w:val="right"/>
      </w:pPr>
      <w:r>
        <w:t>تم کہو اے اللہ، سلطنت کے مالک، تو جس کو چاہے سلطنت دے اور جس سے چاہے سلطنت چھین لے۔</w:t>
      </w:r>
    </w:p>
    <w:p>
      <w:r>
        <w:rPr>
          <w:b/>
        </w:rPr>
        <w:t xml:space="preserve">[06:43] </w:t>
      </w:r>
      <w:r>
        <w:t>aur to jis ko chahe izzat de aur jis ko chahe zaleel kar. tere hath mein hai sab khubi. beshak tu har cheez par qadir hai.</w:t>
      </w:r>
    </w:p>
    <w:p>
      <w:pPr>
        <w:jc w:val="right"/>
      </w:pPr>
      <w:r>
        <w:t>اور تو جس کو چاہے عزت دے اور جس کو چاہے ذلیل کرے۔ تیرے ہاتھ میں ہے سب خوبی۔ بے شک تو ہر چیز پر قادر ہے۔</w:t>
      </w:r>
    </w:p>
    <w:p>
      <w:r>
        <w:rPr>
          <w:b/>
        </w:rPr>
        <w:t xml:space="preserve">[06:55] </w:t>
      </w:r>
      <w:r>
        <w:t>to raat ko din mein dakhal karta hai aur din ko raat mein dakhal karta hai. aur tu be-jan se jan-dar ko nikalta hai aur tu jan-dar se be-jan ko nikalta hai.</w:t>
      </w:r>
    </w:p>
    <w:p>
      <w:pPr>
        <w:jc w:val="right"/>
      </w:pPr>
      <w:r>
        <w:t>تو رات کو دن میں داخل کرتا ہے اور دن کو رات میں داخل کرتا ہے۔ اور تو بے جان سے جاندار کو نکالتا ہے اور تو جاندار سے بے جان کو نکالتا ہے۔</w:t>
      </w:r>
    </w:p>
    <w:p>
      <w:r>
        <w:rPr>
          <w:b/>
        </w:rPr>
        <w:t xml:space="preserve">[07:06] </w:t>
      </w:r>
      <w:r>
        <w:t>aur tu jis ko chahta hai be-hisab rizq deta hai. momineen ko chahiye ke woh ahl-e-iman ko chhod kar munkiron ko dost na banayein.</w:t>
      </w:r>
    </w:p>
    <w:p>
      <w:pPr>
        <w:jc w:val="right"/>
      </w:pPr>
      <w:r>
        <w:t>اور تو جس کو چاہتا ہے بے حساب رزق دیتا ہے۔ مومنین کو چاہیے کہ وہ اہل ایمان کو چھوڑ کر منکروں کو دوست نہ بنائیں۔</w:t>
      </w:r>
    </w:p>
    <w:p>
      <w:r>
        <w:rPr>
          <w:b/>
        </w:rPr>
        <w:t xml:space="preserve">[07:17] </w:t>
      </w:r>
      <w:r>
        <w:t>aur jo shakhs aisa karega to Allah se is ka koi talluq nahin</w:t>
      </w:r>
    </w:p>
    <w:p>
      <w:pPr>
        <w:jc w:val="right"/>
      </w:pPr>
      <w:r>
        <w:t>اور جو شخص ایسا کرے گا تو اللہ سے اس کا کوئی تعلق نہیں</w:t>
      </w:r>
    </w:p>
    <w:p>
      <w:r>
        <w:rPr>
          <w:b/>
        </w:rPr>
        <w:t xml:space="preserve">[07:22] </w:t>
      </w:r>
      <w:r>
        <w:t>. magar aisi halat mein ke tum un se bachao karna chaho. aur Allah tum ko darata hai apni zaat se.</w:t>
      </w:r>
    </w:p>
    <w:p>
      <w:pPr>
        <w:jc w:val="right"/>
      </w:pPr>
      <w:r>
        <w:t>۔ مگر ایسی حالت میں کہ تم ان سے بچاؤ کرنا چاہو۔ اور اللہ تم کو ڈراتا ہے اپنی ذات سے۔</w:t>
      </w:r>
    </w:p>
    <w:p>
      <w:r>
        <w:rPr>
          <w:b/>
        </w:rPr>
        <w:t xml:space="preserve">[07:31] </w:t>
      </w:r>
      <w:r>
        <w:t>aur Allah hi ki taraf lotna hai. keh do ke jo kuch tumhare seenon mein hai us ko chhupao ya zahir karo, Allah us ko janta hai.</w:t>
      </w:r>
    </w:p>
    <w:p>
      <w:pPr>
        <w:jc w:val="right"/>
      </w:pPr>
      <w:r>
        <w:t>اور اللہ ہی کی طرف لوٹنا ہے۔ کہہ دو کہ جو کچھ تمہارے سینوں میں ہے اس کو چھپاؤ یا ظاہر کرو، اللہ اس کو جانتا ہے۔</w:t>
      </w:r>
    </w:p>
    <w:p>
      <w:r>
        <w:rPr>
          <w:b/>
        </w:rPr>
        <w:t xml:space="preserve">[07:41] </w:t>
      </w:r>
      <w:r>
        <w:t>aur woh jaanta hai jo kuch aasmanon mein hai aur jo kuch zameen mein hai. aur Allah har cheez par qadir hai.</w:t>
      </w:r>
    </w:p>
    <w:p>
      <w:pPr>
        <w:jc w:val="right"/>
      </w:pPr>
      <w:r>
        <w:t>اور وہ جانتا ہے جو کچھ آسمانوں میں ہے اور جو کچھ زمین میں ہے۔ اور اللہ ہر چیز پر قادر ہے۔</w:t>
      </w:r>
    </w:p>
    <w:p>
      <w:r>
        <w:rPr>
          <w:b/>
        </w:rPr>
        <w:t xml:space="preserve">[07:50] </w:t>
      </w:r>
      <w:r>
        <w:t>jis din har shakhs apni ki hui neki ko apne samne maujood payega aur jo burai ki hogi us ko bhi. is din har admi yeh chahega ke kaash abhi yeh din is se bohat door hota.</w:t>
      </w:r>
    </w:p>
    <w:p>
      <w:pPr>
        <w:jc w:val="right"/>
      </w:pPr>
      <w:r>
        <w:t>جس دن ہر شخص اپنی کی ہوئی نیکی کو اپنے سامنے موجود پائے گا اور جو برائی کی ہوگی اس کو بھی۔ اس دن ہر آدمی یہ چاہے گا کہ کاش ابھی یہ دن اس سے بہت دور ہوتا۔</w:t>
      </w:r>
    </w:p>
    <w:p>
      <w:r>
        <w:rPr>
          <w:b/>
        </w:rPr>
        <w:t xml:space="preserve">[08:05] </w:t>
      </w:r>
      <w:r>
        <w:t>aur Allah tum ko darta hai apni zaat se. aur Allah apne bandoon par bohat meherban hai. kaho agar tum Allah se mohabbat karte ho to meri pairwi karo,</w:t>
      </w:r>
    </w:p>
    <w:p>
      <w:pPr>
        <w:jc w:val="right"/>
      </w:pPr>
      <w:r>
        <w:t>اور اللہ تم کو ڈراتا ہے اپنی ذات سے۔ اور اللہ اپنے بندوں پر بہت مہربان ہے۔ کہو اگر تم اللہ سے محبت کرتے ہو تو میری پیروی کرو،</w:t>
      </w:r>
    </w:p>
    <w:p>
      <w:r>
        <w:rPr>
          <w:b/>
        </w:rPr>
        <w:t xml:space="preserve">[08:19] </w:t>
      </w:r>
      <w:r>
        <w:t>Allah tum se mohabbat karega aur tumhare gunahon ko maaf kar dega. Allah bara maaf karne wala, bara meherban hai.</w:t>
      </w:r>
    </w:p>
    <w:p>
      <w:pPr>
        <w:jc w:val="right"/>
      </w:pPr>
      <w:r>
        <w:t>اللہ تم سے محبت کرے گا اور تمہارے گناہوں کو معاف کر دے گا۔ اللہ بڑا معاف کرنے والا، بڑا مہربان ہے۔</w:t>
      </w:r>
    </w:p>
    <w:p>
      <w:r>
        <w:rPr>
          <w:b/>
        </w:rPr>
        <w:t xml:space="preserve">[08:29] </w:t>
      </w:r>
      <w:r>
        <w:t>kaho ke Allah ki itaat karo aur Rasool ki. phir agar woh araz karein to Allah munkiron ko dost nahi rakhta.</w:t>
      </w:r>
    </w:p>
    <w:p>
      <w:pPr>
        <w:jc w:val="right"/>
      </w:pPr>
      <w:r>
        <w:t>کہو کہ اللہ کی اطاعت کرو اور رسول کی۔ پھر اگر وہ اعراض کریں تو اللہ منکروں کو دوست نہیں رکھتا۔</w:t>
      </w:r>
    </w:p>
    <w:p>
      <w:r>
        <w:rPr>
          <w:b/>
        </w:rPr>
        <w:t xml:space="preserve">[08:39] </w:t>
      </w:r>
      <w:r>
        <w:t>beshak Allah ne Adam ko aur Nuh ko aur Aal-e-Ibrahim ko aur Aal-e-Imran ko sare alam ke oopar muntakhib kiya.</w:t>
      </w:r>
    </w:p>
    <w:p>
      <w:pPr>
        <w:jc w:val="right"/>
      </w:pPr>
      <w:r>
        <w:t>بے شک اللہ نے آدم کو اور نوح کو اور آلِ ابراہیم کو اور آلِ عمران کو سارے عالم کے اوپر منتخب کیا۔</w:t>
      </w:r>
    </w:p>
    <w:p>
      <w:r>
        <w:rPr>
          <w:b/>
        </w:rPr>
        <w:t xml:space="preserve">[08:48] </w:t>
      </w:r>
      <w:r>
        <w:t>hai.</w:t>
      </w:r>
    </w:p>
    <w:p>
      <w:pPr>
        <w:jc w:val="right"/>
      </w:pPr>
      <w:r>
        <w:t>ہے۔</w:t>
      </w:r>
    </w:p>
    <w:p>
      <w:r>
        <w:rPr>
          <w:b/>
        </w:rPr>
        <w:t xml:space="preserve">[08:49] </w:t>
      </w:r>
      <w:r>
        <w:t>yeh ek doosre ki aulad hain. aur Allah sunne wala, janne wala hai. jab Imran ki biwi ne kaha aye mere Rab, maine nazar kiya tere liye jo mere pait mein hai,</w:t>
      </w:r>
    </w:p>
    <w:p>
      <w:pPr>
        <w:jc w:val="right"/>
      </w:pPr>
      <w:r>
        <w:t>یہ ایک دوسرے کی اولاد ہیں۔ اور اللہ سننے والا، جاننے والا ہے۔ جب عمران کی بیوی نے کہا اے میرے رب، میں نے نظر کیا تیرے لیے جو میرے پیٹ میں ہے،</w:t>
      </w:r>
    </w:p>
    <w:p>
      <w:r>
        <w:rPr>
          <w:b/>
        </w:rPr>
        <w:t xml:space="preserve">[09:02] </w:t>
      </w:r>
      <w:r>
        <w:t>woh azad rakha jayega. pas to mujh se qabool kar, beshak to sunne wala, janne wala hai. phir jab is ne jana to is ne kaha aye mere Rab</w:t>
      </w:r>
    </w:p>
    <w:p>
      <w:pPr>
        <w:jc w:val="right"/>
      </w:pPr>
      <w:r>
        <w:t>وہ آزاد رکھا جائے گا۔ پس تو مجھ سے قبول کر، بے شک تو سننے والا، جاننے والا ہے۔ پھر جب اس نے جنا تو اس نے کہا اے میرے رب</w:t>
      </w:r>
    </w:p>
    <w:p>
      <w:r>
        <w:rPr>
          <w:b/>
        </w:rPr>
        <w:t xml:space="preserve">[09:15] </w:t>
      </w:r>
      <w:r>
        <w:t>, maine to ladki ko jana hai aur Allah khoob jaanta hai ke is ne kya jana hai. aur ladka nahi hota ladki ki manind.</w:t>
      </w:r>
    </w:p>
    <w:p>
      <w:pPr>
        <w:jc w:val="right"/>
      </w:pPr>
      <w:r>
        <w:t>، میں نے تو لڑکی کو جنا ہے اور اللہ خوب جانتا ہے کہ اس نے کیا جنا ہے۔ اور لڑکا نہیں ہوتا لڑکی کی مانند۔</w:t>
      </w:r>
    </w:p>
    <w:p>
      <w:r>
        <w:rPr>
          <w:b/>
        </w:rPr>
        <w:t xml:space="preserve">[09:24] </w:t>
      </w:r>
      <w:r>
        <w:t>aur maine is ka naam Maryam rakha hai. aur main is ko aur is ki aulad ko Shaitan mardood se teri panah mein deti hoon.</w:t>
      </w:r>
    </w:p>
    <w:p>
      <w:pPr>
        <w:jc w:val="right"/>
      </w:pPr>
      <w:r>
        <w:t>اور میں نے اس کا نام مریم رکھا ہے۔ اور میں اس کو اور اس کی اولاد کو شیطان مردود سے تیری پناہ میں دیتی ہوں۔</w:t>
      </w:r>
    </w:p>
    <w:p>
      <w:r>
        <w:rPr>
          <w:b/>
        </w:rPr>
        <w:t xml:space="preserve">[09:35] </w:t>
      </w:r>
      <w:r>
        <w:t>pas is ke Rab ne is ko achi tarah qabool kiya aur is ko umda tareeqe se parwan charhaya. aur Zakariya ko is ka sarparast banaya.</w:t>
      </w:r>
    </w:p>
    <w:p>
      <w:pPr>
        <w:jc w:val="right"/>
      </w:pPr>
      <w:r>
        <w:t>پس اس کے رب نے اس کو اچھی طرح قبول کیا اور اس کو عمدہ طریقے سے پروان چڑھایا۔ اور زکریا کو اس کا سرپرست بنایا۔</w:t>
      </w:r>
    </w:p>
    <w:p>
      <w:r>
        <w:rPr>
          <w:b/>
        </w:rPr>
        <w:t xml:space="preserve">[09:45] </w:t>
      </w:r>
      <w:r>
        <w:t>jab kabhi Zakariya in ke paas hujre mein aata to wahan rizq pata. is ne poocha aye Maryam, yeh cheez tumhein kahan se milti hai?</w:t>
      </w:r>
    </w:p>
    <w:p>
      <w:pPr>
        <w:jc w:val="right"/>
      </w:pPr>
      <w:r>
        <w:t>جب کبھی زکریا ان کے پاس حجرے میں آتا تو وہاں رزق پاتا۔ اس نے پوچھا اے مریم، یہ چیز تمہیں کہاں سے ملتی ہے؟</w:t>
      </w:r>
    </w:p>
    <w:p>
      <w:r>
        <w:rPr>
          <w:b/>
        </w:rPr>
        <w:t xml:space="preserve">[09:56] </w:t>
      </w:r>
      <w:r>
        <w:t>Maryam ne kaha yeh Allah ke paas se hai. beshak Allah jis ko chahta hai be hisab rizq de deta hai.</w:t>
      </w:r>
    </w:p>
    <w:p>
      <w:pPr>
        <w:jc w:val="right"/>
      </w:pPr>
      <w:r>
        <w:t>مریم نے کہا یہ اللہ کے پاس سے ہے۔ بے شک اللہ جس کو چاہتا ہے بے حساب رزق دے دیتا ہے۔</w:t>
      </w:r>
    </w:p>
    <w:p>
      <w:r>
        <w:rPr>
          <w:b/>
        </w:rPr>
        <w:t xml:space="preserve">[10:05] </w:t>
      </w:r>
      <w:r>
        <w:t>us waqt Zakariya ne apne Rab ko pukara.</w:t>
      </w:r>
    </w:p>
    <w:p>
      <w:pPr>
        <w:jc w:val="right"/>
      </w:pPr>
      <w:r>
        <w:t>اس وقت زکریا نے اپنے رب کو پکارا۔</w:t>
      </w:r>
    </w:p>
    <w:p>
      <w:r>
        <w:rPr>
          <w:b/>
        </w:rPr>
        <w:t xml:space="preserve">[10:08] </w:t>
      </w:r>
      <w:r>
        <w:t>us ne kaha aye mere rab, mujh ko apne paas se pakeeza aulaad ata kar, beshak tu</w:t>
      </w:r>
    </w:p>
    <w:p>
      <w:pPr>
        <w:jc w:val="right"/>
      </w:pPr>
      <w:r>
        <w:t>اس نے کہا اے میرے رب، مجھ کو اپنے پاس سے پاکیزہ اولاد عطا کر، بے شک تو</w:t>
      </w:r>
    </w:p>
    <w:p>
      <w:r>
        <w:rPr>
          <w:b/>
        </w:rPr>
        <w:t xml:space="preserve">[10:15] </w:t>
      </w:r>
      <w:r>
        <w:t>dua ka sunne wala hai.</w:t>
      </w:r>
    </w:p>
    <w:p>
      <w:pPr>
        <w:jc w:val="right"/>
      </w:pPr>
      <w:r>
        <w:t>دعا کا سننے والا ہے۔</w:t>
      </w:r>
    </w:p>
    <w:p>
      <w:r>
        <w:rPr>
          <w:b/>
        </w:rPr>
        <w:t xml:space="preserve">[10:16] </w:t>
      </w:r>
      <w:r>
        <w:t>phir farishton ne is ko awaz di jab ke woh hujre mein khada hua namaz parh raha tha</w:t>
      </w:r>
    </w:p>
    <w:p>
      <w:pPr>
        <w:jc w:val="right"/>
      </w:pPr>
      <w:r>
        <w:t>پھر فرشتوں نے اس کو آواز دی جب کہ وہ حجرے میں کھڑا ہوا نماز پڑھ رہا تھا</w:t>
      </w:r>
    </w:p>
    <w:p>
      <w:r>
        <w:rPr>
          <w:b/>
        </w:rPr>
        <w:t xml:space="preserve">[10:23] </w:t>
      </w:r>
      <w:r>
        <w:t>ke Allah tujh ko Yahya ki khushkhabri deta hai jo Kalmatullah ki tasdeeq karne wala hoga aur</w:t>
      </w:r>
    </w:p>
    <w:p>
      <w:pPr>
        <w:jc w:val="right"/>
      </w:pPr>
      <w:r>
        <w:t>کہ اللہ تجھ کو یحییٰ کی خوشخبری دیتا ہے جو کلمۃ اللہ کی تصدیق کرنے والا ہوگا اور</w:t>
      </w:r>
    </w:p>
    <w:p>
      <w:r>
        <w:rPr>
          <w:b/>
        </w:rPr>
        <w:t xml:space="preserve">[10:31] </w:t>
      </w:r>
      <w:r>
        <w:t>sardar hoga aur apne nafs ko rokne wala hoga aur nabi hoga neekon mein se.</w:t>
      </w:r>
    </w:p>
    <w:p>
      <w:pPr>
        <w:jc w:val="right"/>
      </w:pPr>
      <w:r>
        <w:t>سردار ہوگا اور اپنے نفس کو روکنے والا ہوگا اور نبی ہوگا نیکوں میں سے۔</w:t>
      </w:r>
    </w:p>
    <w:p>
      <w:r>
        <w:rPr>
          <w:b/>
        </w:rPr>
        <w:t xml:space="preserve">[10:38] </w:t>
      </w:r>
      <w:r>
        <w:t>Zakariya ne kaha aye mere Rab, mere ladka kis tarah hoga halanke main boorha ho chuka aur meri aurat banjh hai?</w:t>
      </w:r>
    </w:p>
    <w:p>
      <w:pPr>
        <w:jc w:val="right"/>
      </w:pPr>
      <w:r>
        <w:t>زکریا نے کہا اے میرے رب، میرے لڑکا کس طرح ہوگا حالانکہ میں بوڑھا ہو چکا اور میری عورت بانجھ ہے؟</w:t>
      </w:r>
    </w:p>
    <w:p>
      <w:r>
        <w:rPr>
          <w:b/>
        </w:rPr>
        <w:t xml:space="preserve">[10:48] </w:t>
      </w:r>
      <w:r>
        <w:t>farmaya isi tarah Allah kar deta hai jo woh chahta hai. Zakariya ne kaha aye mere Rab, mere liye koi nishani muqarrar kar de.</w:t>
      </w:r>
    </w:p>
    <w:p>
      <w:pPr>
        <w:jc w:val="right"/>
      </w:pPr>
      <w:r>
        <w:t>فرمایا اسی طرح اللہ کر دیتا ہے جو وہ چاہتا ہے۔ زکریا نے کہا اے میرے رب، میرے لیے کوئی نشانی مقرر کر دے۔</w:t>
      </w:r>
    </w:p>
    <w:p>
      <w:r>
        <w:rPr>
          <w:b/>
        </w:rPr>
        <w:t xml:space="preserve">[10:59] </w:t>
      </w:r>
      <w:r>
        <w:t>kaha tumhare liye nishani yeh hai ke tum teen din tak logon se baat na kar sako ge magar isharay se aur</w:t>
      </w:r>
    </w:p>
    <w:p>
      <w:pPr>
        <w:jc w:val="right"/>
      </w:pPr>
      <w:r>
        <w:t>کہا تمہارے لیے نشانی یہ ہے کہ تم تین دن تک لوگوں سے بات نہ کر سکو گے مگر اشارے سے اور</w:t>
      </w:r>
    </w:p>
    <w:p>
      <w:r>
        <w:rPr>
          <w:b/>
        </w:rPr>
        <w:t xml:space="preserve">[11:08] </w:t>
      </w:r>
      <w:r>
        <w:t>apne Rab ko kasrat se yaad karte raho aur sham aur subah us ki tasbeeh karo. aur jab farishton ne kaha aye Maryam, Allah ne tum ko muntakhib kiya aur tum ko pak kiya aur tum ko dunya bhar ki auraton ke muqable mein muntakhib kiya hai.</w:t>
      </w:r>
    </w:p>
    <w:p>
      <w:pPr>
        <w:jc w:val="right"/>
      </w:pPr>
      <w:r>
        <w:t>اپنے رب کو کثرت سے یاد کرتے رہو اور شام اور صبح اس کی تسبیح کرو۔ اور جب فرشتوں نے کہا اے مریم، اللہ نے تم کو منتخب کیا اور تم کو پاک کیا اور تم کو دنیا بھر کی عورتوں کے مقابلے میں منتخب کیا ہے۔</w:t>
      </w:r>
    </w:p>
    <w:p>
      <w:r>
        <w:rPr>
          <w:b/>
        </w:rPr>
        <w:t xml:space="preserve">[11:26] </w:t>
      </w:r>
      <w:r>
        <w:t>aye Maryam, apne Rab ki farmanbardari karo aur sajda karo aur rukoo karne walon ke sath rukoo karo.</w:t>
      </w:r>
    </w:p>
    <w:p>
      <w:pPr>
        <w:jc w:val="right"/>
      </w:pPr>
      <w:r>
        <w:t>اے مریم، اپنے رب کی فرمانبرداری کرو اور سجدہ کرو اور رکوع کرنے والوں کے ساتھ رکوع کرو۔</w:t>
      </w:r>
    </w:p>
    <w:p>
      <w:r>
        <w:rPr>
          <w:b/>
        </w:rPr>
        <w:t xml:space="preserve">[11:34] </w:t>
      </w:r>
      <w:r>
        <w:t>yeh ghaib ki khabrein hain jo hum tum ko wahi kar rahe hain. aur tum un ke paas maujood na thay jab woh apne qurey daal rahe thay ke kaun Maryam ki sarparasti kare aur na tum us waqt un ke paas maujood thay jab woh aapas mein jhagad rahe thay.</w:t>
      </w:r>
    </w:p>
    <w:p>
      <w:pPr>
        <w:jc w:val="right"/>
      </w:pPr>
      <w:r>
        <w:t>یہ غیب کی خبریں ہیں جو ہم تم کو وحی کر رہے ہیں۔ اور تم ان کے پاس موجود نہ تھے جب وہ اپنے قرے ڈال رہے تھے کہ کون مریم کی سرپرستی کرے اور نہ تم اس وقت ان کے پاس موجود تھے جب وہ آپس میں جھگڑ رہے تھے۔</w:t>
      </w:r>
    </w:p>
    <w:p>
      <w:r>
        <w:rPr>
          <w:b/>
        </w:rPr>
        <w:t xml:space="preserve">[11:52] </w:t>
      </w:r>
      <w:r>
        <w:t>jab farishton ne kaha aye Maryam, Allah tum ko khushkhabri deta hai apni taraf se ek Kalma ki. is ka naam Masih Isa bin Maryam hog</w:t>
      </w:r>
    </w:p>
    <w:p>
      <w:pPr>
        <w:jc w:val="right"/>
      </w:pPr>
      <w:r>
        <w:t>جب فرشتوں نے کہا اے مریم، اللہ تم کو خوشخبری دیتا ہے اپنی طرف سے ایک کلمہ کی۔ اس کا نام مسیح عیسیٰ بن مریم ہوگ</w:t>
      </w:r>
    </w:p>
    <w:p>
      <w:r>
        <w:rPr>
          <w:b/>
        </w:rPr>
        <w:t xml:space="preserve">[12:03] </w:t>
      </w:r>
      <w:r>
        <w:t>a. woh dunya aur akhirat mein martabe wala hoga aur Allah ke muqarrab bandoon mein hoga. woh logon se baatein karega jab maa ki god mein hoga aur jab poori umar ka hoga.</w:t>
      </w:r>
    </w:p>
    <w:p>
      <w:pPr>
        <w:jc w:val="right"/>
      </w:pPr>
      <w:r>
        <w:t>ا۔ وہ دنیا اور آخرت میں مرتبے والا ہوگا اور اللہ کے مقرب بندوں میں ہوگا۔ وہ لوگوں سے باتیں کرے گا جب ماں کی گود میں ہوگا اور جب پوری عمر کا ہوگا۔</w:t>
      </w:r>
    </w:p>
    <w:p>
      <w:r>
        <w:rPr>
          <w:b/>
        </w:rPr>
        <w:t xml:space="preserve">[12:16] </w:t>
      </w:r>
      <w:r>
        <w:t>aur woh saleheen mein se hoga. Maryam ne kaha aye mere Rab, mere kis tarah ladka hoga jabke kisi mard ne mujh ko hath nahi lagaya?</w:t>
      </w:r>
    </w:p>
    <w:p>
      <w:pPr>
        <w:jc w:val="right"/>
      </w:pPr>
      <w:r>
        <w:t>اور وہ صالحین میں سے ہوگا۔ مریم نے کہا اے میرے رب، میرے کس طرح لڑکا ہوگا جبکہ کسی مرد نے مجھ کو ہاتھ نہیں لگایا؟</w:t>
      </w:r>
    </w:p>
    <w:p>
      <w:r>
        <w:rPr>
          <w:b/>
        </w:rPr>
        <w:t xml:space="preserve">[12:27] </w:t>
      </w:r>
      <w:r>
        <w:t>farmaya</w:t>
      </w:r>
    </w:p>
    <w:p>
      <w:pPr>
        <w:jc w:val="right"/>
      </w:pPr>
      <w:r>
        <w:t>فرمایا</w:t>
      </w:r>
    </w:p>
    <w:p>
      <w:r>
        <w:rPr>
          <w:b/>
        </w:rPr>
        <w:t xml:space="preserve">[12:29] </w:t>
      </w:r>
      <w:r>
        <w:t>isi tarah Allah paida karta hai jo chahta hai. jab woh kisi kaam ka faisla karta hai to us ko kehta hai ke ho ja aur woh ho jata hai.</w:t>
      </w:r>
    </w:p>
    <w:p>
      <w:pPr>
        <w:jc w:val="right"/>
      </w:pPr>
      <w:r>
        <w:t>اسی طرح اللہ پیدا کرتا ہے جو چاہتا ہے۔ جب وہ کسی کام کا فیصلہ کرتا ہے تو اس کو کہتا ہے کہ ہو جا اور وہ ہو جاتا ہے۔</w:t>
      </w:r>
    </w:p>
    <w:p>
      <w:r>
        <w:rPr>
          <w:b/>
        </w:rPr>
        <w:t xml:space="preserve">[12:40] </w:t>
      </w:r>
      <w:r>
        <w:t>aur Allah us ko kitab aur hikmat aur torait aur injeel sikhaye ga. aur woh rasool hoga bani israel ki taraf ke main tumhare paas tumhare rab ki nishani le kar aya hoon.</w:t>
      </w:r>
    </w:p>
    <w:p>
      <w:pPr>
        <w:jc w:val="right"/>
      </w:pPr>
      <w:r>
        <w:t>اور اللہ اس کو کتاب اور حکمت اور تورات اور انجیل سکھائے گا۔ اور وہ رسول ہوگا بنی اسرائیل کی طرف کہ میں تمہارے پاس تمہارے رب کی نشانی لے کر آیا ہوں۔</w:t>
      </w:r>
    </w:p>
    <w:p>
      <w:r>
        <w:rPr>
          <w:b/>
        </w:rPr>
        <w:t xml:space="preserve">[12:53] </w:t>
      </w:r>
      <w:r>
        <w:t>main tumhare liye mitti se parinday ki manind soorat banata</w:t>
      </w:r>
    </w:p>
    <w:p>
      <w:pPr>
        <w:jc w:val="right"/>
      </w:pPr>
      <w:r>
        <w:t>میں تمہارے لیے مٹی سے پرندے کی مانند صورت بناتا</w:t>
      </w:r>
    </w:p>
    <w:p>
      <w:r>
        <w:rPr>
          <w:b/>
        </w:rPr>
        <w:t xml:space="preserve">[12:58] </w:t>
      </w:r>
      <w:r>
        <w:t>hoon. phir us mein phoonk marta hoon to woh Allah ke hukum se waqai parinda ban jati hai. aur main Allah ke hukum se maadar zaat andhay aur jizami ko acha karta hoon.</w:t>
      </w:r>
    </w:p>
    <w:p>
      <w:pPr>
        <w:jc w:val="right"/>
      </w:pPr>
      <w:r>
        <w:t>ہوں۔ پھر اس میں پھونک مارتا ہوں تو وہ اللہ کے حکم سے واقعی پرندہ بن جاتی ہے۔ اور میں اللہ کے حکم سے مادر ذات اندھے اور جزامی کو اچھا کرتا ہوں۔</w:t>
      </w:r>
    </w:p>
    <w:p>
      <w:r>
        <w:rPr>
          <w:b/>
        </w:rPr>
        <w:t xml:space="preserve">[13:11] </w:t>
      </w:r>
      <w:r>
        <w:t>aur main Allah ke hukum se murday ko zinda karta hoon. aur main tum ko batata hoon ke tum kya khate ho aur apne gharon mein kya zakheera karte ho.</w:t>
      </w:r>
    </w:p>
    <w:p>
      <w:pPr>
        <w:jc w:val="right"/>
      </w:pPr>
      <w:r>
        <w:t>اور میں اللہ کے حکم سے مردے کو زندہ کرتا ہوں۔ اور میں تم کو بتاتا ہوں کہ تم کیا کھاتے ہو اور اپنے گھروں میں کیا ذخیرہ کرتے ہو۔</w:t>
      </w:r>
    </w:p>
    <w:p>
      <w:r>
        <w:rPr>
          <w:b/>
        </w:rPr>
        <w:t xml:space="preserve">[13:23] </w:t>
      </w:r>
      <w:r>
        <w:t>beshak is mein tumhare liye nishani hai agar tum iman rakhte ho. aur main tasdeeq karne wala hoon torait ki jo mujh se pehle ki hai aur main is liye aya hoon ke baaz in cheezon ko tumhare liye halaal thehraoon jo tum par haram kar di gayi hain.</w:t>
      </w:r>
    </w:p>
    <w:p>
      <w:pPr>
        <w:jc w:val="right"/>
      </w:pPr>
      <w:r>
        <w:t>بے شک اس میں تمہارے لیے نشانی ہے اگر تم ایمان رکھتے ہو۔ اور میں تصدیق کرنے والا ہوں تورات کی جو مجھ سے پہلے کی ہے اور میں اس لیے آیا ہوں کہ بعض ان چیزوں کو تمہارے لیے حلال ٹھہراؤں جو تم پر حرام کر دی گئی ہیں۔</w:t>
      </w:r>
    </w:p>
    <w:p>
      <w:r>
        <w:rPr>
          <w:b/>
        </w:rPr>
        <w:t xml:space="preserve">[13:42] </w:t>
      </w:r>
      <w:r>
        <w:t>aur main tumhare paas tumhare rab ki taraf se nishani le kar aya hoon. pas tum Allah se daro aur meri itaat karo.</w:t>
      </w:r>
    </w:p>
    <w:p>
      <w:pPr>
        <w:jc w:val="right"/>
      </w:pPr>
      <w:r>
        <w:t>اور میں تمہارے پاس تمہارے رب کی طرف سے نشانی لے کر آیا ہوں۔ پس تم اللہ سے ڈرو اور میری اطاعت کرو۔</w:t>
      </w:r>
    </w:p>
    <w:p>
      <w:r>
        <w:rPr>
          <w:b/>
        </w:rPr>
        <w:t xml:space="preserve">[13:52] </w:t>
      </w:r>
      <w:r>
        <w:t>beshak Allah mera rab hai aur tumhara bhi. pas us ki ibadat karo. yahi seedhi rah hai.</w:t>
      </w:r>
    </w:p>
    <w:p>
      <w:pPr>
        <w:jc w:val="right"/>
      </w:pPr>
      <w:r>
        <w:t>بے شک اللہ میرا رب ہے اور تمہارا بھی۔ پس اس کی عبادت کرو۔ یہی سیدھی راہ ہے۔</w:t>
      </w:r>
    </w:p>
    <w:p>
      <w:r>
        <w:rPr>
          <w:b/>
        </w:rPr>
        <w:t xml:space="preserve">[14:02] </w:t>
      </w:r>
      <w:r>
        <w:t>phir jab Isa ne un ka inkar dekha to kaha ke kon mera madadgar banta hai Allah ki rah mein? hawariyon ne kaha ke hum hain Allah ke madadgar.</w:t>
      </w:r>
    </w:p>
    <w:p>
      <w:pPr>
        <w:jc w:val="right"/>
      </w:pPr>
      <w:r>
        <w:t>پھر جب عیسیٰ نے ان کا انکار دیکھا تو کہا کہ کون میرا مددگار بنتا ہے اللہ کی راہ میں؟ حواریوں نے کہا کہ ہم ہیں اللہ کے مددگار۔</w:t>
      </w:r>
    </w:p>
    <w:p>
      <w:r>
        <w:rPr>
          <w:b/>
        </w:rPr>
        <w:t xml:space="preserve">[14:15] </w:t>
      </w:r>
      <w:r>
        <w:t>hum iman laye hain Allah par aur aap gawah rahay ke hum farmanbardar hain. aye h</w:t>
      </w:r>
    </w:p>
    <w:p>
      <w:pPr>
        <w:jc w:val="right"/>
      </w:pPr>
      <w:r>
        <w:t>ہم ایمان لائے ہیں اللہ پر اور آپ گواہ رہیے کہ ہم فرمانبردار ہیں۔ اے 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