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Road to God July 25, 2010 Maulana Wahiduddin Khan</w:t>
      </w:r>
    </w:p>
    <w:p>
      <w:r>
        <w:t>https://www.youtube.com/watch?v=1kLAQHcFaFk</w:t>
      </w:r>
    </w:p>
    <w:p>
      <w:r>
        <w:rPr>
          <w:b/>
        </w:rPr>
        <w:t xml:space="preserve">[00:38] </w:t>
      </w:r>
      <w:r>
        <w:t>aaj ka topic hai "Road to God", yani Khuda ki taraf safar.</w:t>
      </w:r>
    </w:p>
    <w:p>
      <w:pPr>
        <w:jc w:val="right"/>
      </w:pPr>
      <w:r>
        <w:t>آج کا ٹاپک ہے "Road to God"، یعنی خدا کی طرف سفر۔</w:t>
      </w:r>
    </w:p>
    <w:p>
      <w:r>
        <w:rPr>
          <w:b/>
        </w:rPr>
        <w:t xml:space="preserve">[00:51] </w:t>
      </w:r>
      <w:r>
        <w:t>dunya mein is andaz mein bohat si kitabein likhi gayi hain.</w:t>
      </w:r>
    </w:p>
    <w:p>
      <w:pPr>
        <w:jc w:val="right"/>
      </w:pPr>
      <w:r>
        <w:t>دنیا میں اس انداز میں بہت سی کتابیں لکھی گئی ہیں۔</w:t>
      </w:r>
    </w:p>
    <w:p>
      <w:r>
        <w:rPr>
          <w:b/>
        </w:rPr>
        <w:t xml:space="preserve">[00:58] </w:t>
      </w:r>
      <w:r>
        <w:t>misalan secular logon ne likha hai "Road to Rome", "Road to London",</w:t>
      </w:r>
    </w:p>
    <w:p>
      <w:pPr>
        <w:jc w:val="right"/>
      </w:pPr>
      <w:r>
        <w:t>مثلاً سیکولر لوگوں نے لکھا ہے "Road to Rome"، "Road to London"،</w:t>
      </w:r>
    </w:p>
    <w:p>
      <w:r>
        <w:rPr>
          <w:b/>
        </w:rPr>
        <w:t xml:space="preserve">[01:09] </w:t>
      </w:r>
      <w:r>
        <w:t>"Road to Himalayas". is tarah ki bohat si kitabein likhi gayi hain secular writers ki taraf se. musalmanon ne bhi bohat si kitabein likhi hain, misalan "Road to Mecca", "Road to Madina".</w:t>
      </w:r>
    </w:p>
    <w:p>
      <w:pPr>
        <w:jc w:val="right"/>
      </w:pPr>
      <w:r>
        <w:t>"Road to Himalayas"۔ اس طرح کی بہت سی کتابیں لکھی گئی ہیں سیکولر رائٹرز کی طرف سے۔ مسلمانوں نے بھی بہت سی کتابیں لکھی ہیں، مثلاً "Road to مکہ"، "Road to مدینہ"۔</w:t>
      </w:r>
    </w:p>
    <w:p>
      <w:r>
        <w:rPr>
          <w:b/>
        </w:rPr>
        <w:t xml:space="preserve">[01:25] </w:t>
      </w:r>
      <w:r>
        <w:t>lekin sab se bara jo</w:t>
      </w:r>
    </w:p>
    <w:p>
      <w:pPr>
        <w:jc w:val="right"/>
      </w:pPr>
      <w:r>
        <w:t>لیکن سب سے بڑا جو</w:t>
      </w:r>
    </w:p>
    <w:p>
      <w:r>
        <w:rPr>
          <w:b/>
        </w:rPr>
        <w:t xml:space="preserve">[01:30] </w:t>
      </w:r>
      <w:r>
        <w:t>unwan hai wahi abhi tak nahi likha gaya, yani "Road to God".</w:t>
      </w:r>
    </w:p>
    <w:p>
      <w:pPr>
        <w:jc w:val="right"/>
      </w:pPr>
      <w:r>
        <w:t>عنوان ہے وہی ابھی تک نہیں لکھا گیا، یعنی "Road to God"۔</w:t>
      </w:r>
    </w:p>
    <w:p>
      <w:r>
        <w:rPr>
          <w:b/>
        </w:rPr>
        <w:t xml:space="preserve">[01:38] </w:t>
      </w:r>
      <w:r>
        <w:t>to aaj main kuch brief mein isi par kehna chahta hoon.</w:t>
      </w:r>
    </w:p>
    <w:p>
      <w:pPr>
        <w:jc w:val="right"/>
      </w:pPr>
      <w:r>
        <w:t>تو آج میں کچھ بریف میں اسی پر کہنا چاہتا ہوں۔</w:t>
      </w:r>
    </w:p>
    <w:p>
      <w:r>
        <w:rPr>
          <w:b/>
        </w:rPr>
        <w:t xml:space="preserve">[01:45] </w:t>
      </w:r>
      <w:r>
        <w:t>main apni zindagi ke baray mein jo sochta hoon to aisa lagta hai ke main paida hua isi liye ke main Khuda ko discover karoon.</w:t>
      </w:r>
    </w:p>
    <w:p>
      <w:pPr>
        <w:jc w:val="right"/>
      </w:pPr>
      <w:r>
        <w:t>میں اپنی زندگی کے بارے میں جو سوچتا ہوں تو ایسا لگتا ہے کہ میں پیدا ہوا اسی لیے کہ میں خدا کو ڈسکور کروں۔</w:t>
      </w:r>
    </w:p>
    <w:p>
      <w:r>
        <w:rPr>
          <w:b/>
        </w:rPr>
        <w:t xml:space="preserve">[01:56] </w:t>
      </w:r>
      <w:r>
        <w:t>paida hotay hi main God ka seeker tha.</w:t>
      </w:r>
    </w:p>
    <w:p>
      <w:pPr>
        <w:jc w:val="right"/>
      </w:pPr>
      <w:r>
        <w:t>پیدا ہوتے ہی میں گاڈ کا سیکر تھا۔</w:t>
      </w:r>
    </w:p>
    <w:p>
      <w:r>
        <w:rPr>
          <w:b/>
        </w:rPr>
        <w:t xml:space="preserve">[02:05] </w:t>
      </w:r>
      <w:r>
        <w:t>jab meri paidaish hui, ghaliban 1924 mein, to jis subah ko main paida honay wala tha, us raat ko meri maan ne ek khwab dekha.</w:t>
      </w:r>
    </w:p>
    <w:p>
      <w:pPr>
        <w:jc w:val="right"/>
      </w:pPr>
      <w:r>
        <w:t>جب میری پیدائش ہوئی، غالباً 1924 میں، تو جس صبح کو میں پیدا ہونے والا تھا، اس رات کو میری ماں نے ایک خواب دیکھا۔</w:t>
      </w:r>
    </w:p>
    <w:p>
      <w:r>
        <w:rPr>
          <w:b/>
        </w:rPr>
        <w:t xml:space="preserve">[02:18] </w:t>
      </w:r>
      <w:r>
        <w:t>mere paida hone se pehle, mere paida hone se chand ghante pehle,</w:t>
      </w:r>
    </w:p>
    <w:p>
      <w:pPr>
        <w:jc w:val="right"/>
      </w:pPr>
      <w:r>
        <w:t>میرے پیدا ہونے سے پہلے، میرے پیدا ہونے سے چند گھنٹے پہلے،</w:t>
      </w:r>
    </w:p>
    <w:p>
      <w:r>
        <w:rPr>
          <w:b/>
        </w:rPr>
        <w:t xml:space="preserve">[02:26] </w:t>
      </w:r>
      <w:r>
        <w:t>unhon ne dekha ke main paida hua hoon</w:t>
      </w:r>
    </w:p>
    <w:p>
      <w:pPr>
        <w:jc w:val="right"/>
      </w:pPr>
      <w:r>
        <w:t>انہوں نے دیکھا کہ میں پیدا ہوا ہوں</w:t>
      </w:r>
    </w:p>
    <w:p>
      <w:r>
        <w:rPr>
          <w:b/>
        </w:rPr>
        <w:t xml:space="preserve">[02:33] </w:t>
      </w:r>
      <w:r>
        <w:t>ek healthy boy ke andaaz mein. aur phir usi waqt ek hathi aata hai, ek bohat bara hathi, mujh ko le kar woh jangla ki taraf chala gaya.</w:t>
      </w:r>
    </w:p>
    <w:p>
      <w:pPr>
        <w:jc w:val="right"/>
      </w:pPr>
      <w:r>
        <w:t>ایک ہیلدی بوائے کے انداز میں۔ اور پھر اسی وقت ایک ہاتھی آتا ہے، ایک بہت بڑا ہاتھی، مجھ کو لے کر وہ جنگل کی طرف چلا گیا۔</w:t>
      </w:r>
    </w:p>
    <w:p>
      <w:r>
        <w:rPr>
          <w:b/>
        </w:rPr>
        <w:t xml:space="preserve">[02:47] </w:t>
      </w:r>
      <w:r>
        <w:t>to meri maan kehti hain khwab mein ke dekho kitna acha bacha tha, aur hathi is ko utha kar jangla mein chala gaya.</w:t>
      </w:r>
    </w:p>
    <w:p>
      <w:pPr>
        <w:jc w:val="right"/>
      </w:pPr>
      <w:r>
        <w:t>تو میری ماں کہتی ہیں خواب میں کہ دیکھو کتنا اچھا بچہ تھا، اور ہاتھی اس کو اٹھا کر جنگل میں چلا گیا۔</w:t>
      </w:r>
    </w:p>
    <w:p>
      <w:r>
        <w:rPr>
          <w:b/>
        </w:rPr>
        <w:t xml:space="preserve">[03:00] </w:t>
      </w:r>
      <w:r>
        <w:t>yeh khwab bohat hi mein is ko meaningful samajhta hoon.</w:t>
      </w:r>
    </w:p>
    <w:p>
      <w:pPr>
        <w:jc w:val="right"/>
      </w:pPr>
      <w:r>
        <w:t>یہ خواب بہت ہی میں اس کو میننگ فل سمجھتا ہوں۔</w:t>
      </w:r>
    </w:p>
    <w:p>
      <w:r>
        <w:rPr>
          <w:b/>
        </w:rPr>
        <w:t xml:space="preserve">[03:06] </w:t>
      </w:r>
      <w:r>
        <w:t>paida hone wale, paida hone ke baad aadmi kahan hota hai? town mein, cities mein, civilization mein, insani taraqqiyon mein.</w:t>
      </w:r>
    </w:p>
    <w:p>
      <w:pPr>
        <w:jc w:val="right"/>
      </w:pPr>
      <w:r>
        <w:t>پیدا ہونے والے، پیدا ہونے کے بعد آدمی کہاں ہوتا ہے؟ ٹاؤن میں، سٹیز میں، سویلائزیشن میں، انسانی ترقیوں میں۔</w:t>
      </w:r>
    </w:p>
    <w:p>
      <w:r>
        <w:rPr>
          <w:b/>
        </w:rPr>
        <w:t xml:space="preserve">[03:18] </w:t>
      </w:r>
      <w:r>
        <w:t>bara ajeeb baat hai ke mujhe Khuda ne bhej diya jangla mein. jangla mein kya hai? jangla mein kuch bhi nahi, jangla mein sirf nature hai.</w:t>
      </w:r>
    </w:p>
    <w:p>
      <w:pPr>
        <w:jc w:val="right"/>
      </w:pPr>
      <w:r>
        <w:t>بڑا عجیب بات ہے کہ مجھے خدا نے بھیج دیا جنگل میں۔ جنگل میں کیا ہے؟ جنگل میں کچھ بھی نہیں، جنگل میں صرف نیچر ہے۔</w:t>
      </w:r>
    </w:p>
    <w:p>
      <w:r>
        <w:rPr>
          <w:b/>
        </w:rPr>
        <w:t xml:space="preserve">[03:29] </w:t>
      </w:r>
      <w:r>
        <w:t>jangla mein na town aur cities hain, na civilization hai, na industry hai, na shopping center hai, kuch bhi nahi.</w:t>
      </w:r>
    </w:p>
    <w:p>
      <w:pPr>
        <w:jc w:val="right"/>
      </w:pPr>
      <w:r>
        <w:t>جنگل میں نہ ٹاؤن اور سٹیز ہیں، نہ سویلائزیشن ہے، نہ انڈسٹری ہے، نہ شاپنگ سینٹر ہے، کچھ بھی نہیں۔</w:t>
      </w:r>
    </w:p>
    <w:p>
      <w:r>
        <w:rPr>
          <w:b/>
        </w:rPr>
        <w:t xml:space="preserve">[03:39] </w:t>
      </w:r>
      <w:r>
        <w:t>nature hai, nature. aur nature mein kya hota hai? Khuda hota hai.</w:t>
      </w:r>
    </w:p>
    <w:p>
      <w:pPr>
        <w:jc w:val="right"/>
      </w:pPr>
      <w:r>
        <w:t>نیچر ہے، نیچر۔ اور نیچر میں کیا ہوتا ہے؟ خدا ہوتا ہے۔</w:t>
      </w:r>
    </w:p>
    <w:p>
      <w:r>
        <w:rPr>
          <w:b/>
        </w:rPr>
        <w:t xml:space="preserve">[03:49] </w:t>
      </w:r>
      <w:r>
        <w:t>ek kitab likhi ek ek ek Christian ne, "nature speaks about god". nature mein sirf Khuda hi dikhai deta hai.</w:t>
      </w:r>
    </w:p>
    <w:p>
      <w:pPr>
        <w:jc w:val="right"/>
      </w:pPr>
      <w:r>
        <w:t>ایک کتاب لکھی ایک ایک ایک کرسچن نے، "نیچر اسپیکس اباؤٹ گاڈ"۔ نیچر میں صرف خدا ہی دکھائی دیتا ہے۔</w:t>
      </w:r>
    </w:p>
    <w:p>
      <w:r>
        <w:rPr>
          <w:b/>
        </w:rPr>
        <w:t xml:space="preserve">[04:00] </w:t>
      </w:r>
      <w:r>
        <w:t>to gaya ke mujhe paida hote hi seeker bana diya gaya ke Khuda ko talash karo. aur waqeatan aisa hi hua.</w:t>
      </w:r>
    </w:p>
    <w:p>
      <w:pPr>
        <w:jc w:val="right"/>
      </w:pPr>
      <w:r>
        <w:t>تو گیا کہ مجھے پیدا ہوتے ہی سیکر بنا دیا گیا کہ خدا کو تلاش کرو۔ اور واقعتاً ایسا ہی ہوا۔</w:t>
      </w:r>
    </w:p>
    <w:p>
      <w:r>
        <w:rPr>
          <w:b/>
        </w:rPr>
        <w:t xml:space="preserve">[04:12] </w:t>
      </w:r>
      <w:r>
        <w:t>jab mein paida hua to mere baap mujh ko bohat zyada man'ne lage, bohat zyada.</w:t>
      </w:r>
    </w:p>
    <w:p>
      <w:pPr>
        <w:jc w:val="right"/>
      </w:pPr>
      <w:r>
        <w:t>جب میں پیدا ہوا تو میرے باپ مجھ کو بہت زیادہ ماننے لگے، بہت زیادہ۔</w:t>
      </w:r>
    </w:p>
    <w:p>
      <w:r>
        <w:rPr>
          <w:b/>
        </w:rPr>
        <w:t xml:space="preserve">[04:23] </w:t>
      </w:r>
      <w:r>
        <w:t>aur jab tak baap the, tab tak mein bilkul mera sara focus baap par hota tha.</w:t>
      </w:r>
    </w:p>
    <w:p>
      <w:pPr>
        <w:jc w:val="right"/>
      </w:pPr>
      <w:r>
        <w:t>اور جب تک باپ تھے، تب تک میں بالکل میرا سارا فوکس باپ پر ہوتا تھا۔</w:t>
      </w:r>
    </w:p>
    <w:p>
      <w:r>
        <w:rPr>
          <w:b/>
        </w:rPr>
        <w:t xml:space="preserve">[04:31] </w:t>
      </w:r>
      <w:r>
        <w:t>december 1929 mein un ki death ho gayi to meri maan batati theen ke is waqt achanak mein khamosh ho gaya, achanak.</w:t>
      </w:r>
    </w:p>
    <w:p>
      <w:pPr>
        <w:jc w:val="right"/>
      </w:pPr>
      <w:r>
        <w:t>دسمبر 1929 میں ان کی ڈیتھ ہو گئی۔ تو میری ماں بتاتی تھیں کہ اس وقت اچانک میں خاموش ہو گیا، اچانک۔</w:t>
      </w:r>
    </w:p>
    <w:p>
      <w:r>
        <w:rPr>
          <w:b/>
        </w:rPr>
        <w:t xml:space="preserve">[04:43] </w:t>
      </w:r>
      <w:r>
        <w:t>bohat bolta tha. baap jab the to bohat bolta tha. mein</w:t>
      </w:r>
    </w:p>
    <w:p>
      <w:pPr>
        <w:jc w:val="right"/>
      </w:pPr>
      <w:r>
        <w:t>بہت بولتا تھا۔ باپ جب تھے تو بہت بولتا تھا۔ میں</w:t>
      </w:r>
    </w:p>
    <w:p>
      <w:r>
        <w:rPr>
          <w:b/>
        </w:rPr>
        <w:t xml:space="preserve">[04:49] </w:t>
      </w:r>
      <w:r>
        <w:t>bohat zyada bolta tha. baap se bas baap se.</w:t>
      </w:r>
    </w:p>
    <w:p>
      <w:pPr>
        <w:jc w:val="right"/>
      </w:pPr>
      <w:r>
        <w:t>بہت زیادہ بولتا تھا۔ باپ سے بس باپ سے۔</w:t>
      </w:r>
    </w:p>
    <w:p>
      <w:r>
        <w:rPr>
          <w:b/>
        </w:rPr>
        <w:t xml:space="preserve">[04:59] </w:t>
      </w:r>
      <w:r>
        <w:t>to is ka matlab kya hua? mera focus jo hai insan se hat kar creator ki taraf chala gaya.</w:t>
      </w:r>
    </w:p>
    <w:p>
      <w:pPr>
        <w:jc w:val="right"/>
      </w:pPr>
      <w:r>
        <w:t>تو اس کا مطلب کیا ہوا؟ میرا فوکس جو ہے انسان سے ہٹ کر کریٹر کی طرف چلا گیا۔</w:t>
      </w:r>
    </w:p>
    <w:p>
      <w:r>
        <w:rPr>
          <w:b/>
        </w:rPr>
        <w:t xml:space="preserve">[05:11] </w:t>
      </w:r>
      <w:r>
        <w:t>maujooda zamane mein ek philosophy hai jo kehte hain humanism. to humanism ka formula bataya jata hai ke "transfer of seed from god to man".</w:t>
      </w:r>
    </w:p>
    <w:p>
      <w:pPr>
        <w:jc w:val="right"/>
      </w:pPr>
      <w:r>
        <w:t>موجودہ زمانے میں ایک فلاسفی ہے جو کہتے ہیں ہیومنزم۔ تو ہیومنزم کا فارمولا بتایا جاتا ہے کہ "ٹرانسفر آف سیڈ فرام گاڈ ٹو مین"۔</w:t>
      </w:r>
    </w:p>
    <w:p>
      <w:r>
        <w:rPr>
          <w:b/>
        </w:rPr>
        <w:t xml:space="preserve">[05:23] </w:t>
      </w:r>
      <w:r>
        <w:t>mera kya hua? "transfer of focus from man to god" ho gaya. to bachpan hi se mein seeker tha, Khuda ko talash karne wala.</w:t>
      </w:r>
    </w:p>
    <w:p>
      <w:pPr>
        <w:jc w:val="right"/>
      </w:pPr>
      <w:r>
        <w:t>میرا کیا ہوا؟ "ٹرانسفر آف فوکس فرام مین ٹو گاڈ" ہو گیا۔ تو بچپن ہی سے میں سیکر تھا، خدا کو تلاش کرنے والا۔</w:t>
      </w:r>
    </w:p>
    <w:p>
      <w:r>
        <w:rPr>
          <w:b/>
        </w:rPr>
        <w:t xml:space="preserve">[05:36] </w:t>
      </w:r>
      <w:r>
        <w:t>farq sirf yeh hai ke us waqt mein unconscious level par sochta tha, ab mein conscious level par sochta hoon. poori zindagi meri bas mein keh sakta hoon ke Khuda mein guzri hai.</w:t>
      </w:r>
    </w:p>
    <w:p>
      <w:pPr>
        <w:jc w:val="right"/>
      </w:pPr>
      <w:r>
        <w:t>فرق صرف یہ ہے کہ اس وقت میں انکانسشیس لیول پر سوچتا تھا، اب میں کانشیس لیول پر سوچتا ہوں۔ پوری زندگی میری بس میں کہہ سکتا ہوں کہ خدا میں گزری ہے۔</w:t>
      </w:r>
    </w:p>
    <w:p>
      <w:r>
        <w:rPr>
          <w:b/>
        </w:rPr>
        <w:t xml:space="preserve">[05:53] </w:t>
      </w:r>
      <w:r>
        <w:t>aap ko yaad hoga jab yahan Pakistan ke sadar general musharraf aaye the, general parvez musharraf,</w:t>
      </w:r>
    </w:p>
    <w:p>
      <w:pPr>
        <w:jc w:val="right"/>
      </w:pPr>
      <w:r>
        <w:t>آپ کو یاد ہوگا جب یہاں پاکستان کے صدر جنرل مشرف آئے تھے، جنرل پرویز مشرف،</w:t>
      </w:r>
    </w:p>
    <w:p>
      <w:r>
        <w:rPr>
          <w:b/>
        </w:rPr>
        <w:t xml:space="preserve">[06:03] </w:t>
      </w:r>
      <w:r>
        <w:t>to unhon ne kaha tha ke Pakistaniyon ke bare mein aur apne bare mein ke "Kashmir runs in our blood".</w:t>
      </w:r>
    </w:p>
    <w:p>
      <w:pPr>
        <w:jc w:val="right"/>
      </w:pPr>
      <w:r>
        <w:t>تو انہوں نے کہا تھا کہ پاکستانیوں کے بارے میں اور اپنے بارے میں کہ "کاشمیر رنز ان اور بلڈ"۔</w:t>
      </w:r>
    </w:p>
    <w:p>
      <w:r>
        <w:rPr>
          <w:b/>
        </w:rPr>
        <w:t xml:space="preserve">[06:17] </w:t>
      </w:r>
      <w:r>
        <w:t>mein kehta hoon ke yeh pulon ka muamla hai, mera muamla hai ke "god runs in my blood".</w:t>
      </w:r>
    </w:p>
    <w:p>
      <w:pPr>
        <w:jc w:val="right"/>
      </w:pPr>
      <w:r>
        <w:t>میں کہتا ہوں کہ یہ پلوں کا معاملہ ہے، میرا معاملہ ہے کہ "گاڈ رنز ان مائی بلڈ"۔</w:t>
      </w:r>
    </w:p>
    <w:p>
      <w:r>
        <w:rPr>
          <w:b/>
        </w:rPr>
        <w:t xml:space="preserve">[06:27] </w:t>
      </w:r>
      <w:r>
        <w:t>dekhiye to sare Musalmanon ko unhon ne represent kiya.</w:t>
      </w:r>
    </w:p>
    <w:p>
      <w:pPr>
        <w:jc w:val="right"/>
      </w:pPr>
      <w:r>
        <w:t>دیکھیے تو سارے مسلمانوں کو انہوں نے ریپریزنٹ کیا۔</w:t>
      </w:r>
    </w:p>
    <w:p>
      <w:r>
        <w:rPr>
          <w:b/>
        </w:rPr>
        <w:t xml:space="preserve">[06:32] </w:t>
      </w:r>
      <w:r>
        <w:t>agar Kashmir ki taraf hata dijiye to har Musalman goya ke yeh keh raha hai ke "worldly interest runs in my blood".</w:t>
      </w:r>
    </w:p>
    <w:p>
      <w:pPr>
        <w:jc w:val="right"/>
      </w:pPr>
      <w:r>
        <w:t>اگر کشمیر کی طرف ہٹا دیجئے تو ہر مسلمان گویا کہ یہ کہہ رہا ہے کہ "ورلڈلی انٹرسٹ رنز ان مائی بلڈ"۔</w:t>
      </w:r>
    </w:p>
    <w:p>
      <w:r>
        <w:rPr>
          <w:b/>
        </w:rPr>
        <w:t xml:space="preserve">[06:48] </w:t>
      </w:r>
      <w:r>
        <w:t>lekin mera muamla ek dam different tha. mera muamla yeh tha ke "god runs in my blood".</w:t>
      </w:r>
    </w:p>
    <w:p>
      <w:pPr>
        <w:jc w:val="right"/>
      </w:pPr>
      <w:r>
        <w:t>لیکن میرا معاملہ ایک دم ڈفرنٹ تھا۔ میرا معاملہ یہ تھا کہ "گاڈ رنز ان مائی بلڈ"۔</w:t>
      </w:r>
    </w:p>
    <w:p>
      <w:r>
        <w:rPr>
          <w:b/>
        </w:rPr>
        <w:t xml:space="preserve">[06:57] </w:t>
      </w:r>
      <w:r>
        <w:t>is waqt se aaj tak</w:t>
      </w:r>
    </w:p>
    <w:p>
      <w:pPr>
        <w:jc w:val="right"/>
      </w:pPr>
      <w:r>
        <w:t>اس وقت سے آج تک</w:t>
      </w:r>
    </w:p>
    <w:p>
      <w:r>
        <w:rPr>
          <w:b/>
        </w:rPr>
        <w:t xml:space="preserve">[07:01] </w:t>
      </w:r>
      <w:r>
        <w:t>har cheez ko main dekhta tha bohat hi yani curiosity ke sath. incresity of mind mera ban gaya bachpan se.</w:t>
      </w:r>
    </w:p>
    <w:p>
      <w:pPr>
        <w:jc w:val="right"/>
      </w:pPr>
      <w:r>
        <w:t>ہر چیز کو میں دیکھتا تھا بہت ہی یعنی کیوریسٹی کے ساتھ۔ انکریزٹی آف مائنڈ میرا بن گیا بچپن سے۔</w:t>
      </w:r>
    </w:p>
    <w:p>
      <w:r>
        <w:rPr>
          <w:b/>
        </w:rPr>
        <w:t xml:space="preserve">[07:14] </w:t>
      </w:r>
      <w:r>
        <w:t>har cheez mein kuch aur cheez ko dekhna. ab woh kuch aur jo hai baat ko maloom hua ke woh Khuda tha.</w:t>
      </w:r>
    </w:p>
    <w:p>
      <w:pPr>
        <w:jc w:val="right"/>
      </w:pPr>
      <w:r>
        <w:t>ہر چیز میں کچھ اور چیز کو دیکھنا۔ اب وہ کچھ اور جو ہے بات کو معلوم ہوا کہ وہ خدا تھا۔</w:t>
      </w:r>
    </w:p>
    <w:p>
      <w:r>
        <w:rPr>
          <w:b/>
        </w:rPr>
        <w:t xml:space="preserve">[07:25] </w:t>
      </w:r>
      <w:r>
        <w:t>to yeh jo meri soch thi is ki bohat lambi kahani hai.</w:t>
      </w:r>
    </w:p>
    <w:p>
      <w:pPr>
        <w:jc w:val="right"/>
      </w:pPr>
      <w:r>
        <w:t>تو یہ جو میری سوچ تھی اس کی بہت لمبی کہانی ہے۔</w:t>
      </w:r>
    </w:p>
    <w:p>
      <w:r>
        <w:rPr>
          <w:b/>
        </w:rPr>
        <w:t xml:space="preserve">[07:33] </w:t>
      </w:r>
      <w:r>
        <w:t>ek baat mein zaroor batana chahunga ke main paida hua gaon mein,</w:t>
      </w:r>
    </w:p>
    <w:p>
      <w:pPr>
        <w:jc w:val="right"/>
      </w:pPr>
      <w:r>
        <w:t>ایک بات میں ضرور بتانا چاہوں گا کہ میں پیدا ہوا گاؤں میں،</w:t>
      </w:r>
    </w:p>
    <w:p>
      <w:r>
        <w:rPr>
          <w:b/>
        </w:rPr>
        <w:t xml:space="preserve">[07:42] </w:t>
      </w:r>
      <w:r>
        <w:t>adam garh ke ek gaon mein. phir shehar mein aaya. hamare bhai shehar mein rehne lage to main wahan aa gaya. yeh baat hai azadi se bohat pehle ki.</w:t>
      </w:r>
    </w:p>
    <w:p>
      <w:pPr>
        <w:jc w:val="right"/>
      </w:pPr>
      <w:r>
        <w:t>آدم گڑھ کے ایک گاؤں میں۔ پھر شہر میں آیا۔ ہمارے بھائی شہر میں رہنے لگے تو میں وہاں آ گیا۔ یہ بات ہے آزادی سے بہت پہلے کی۔</w:t>
      </w:r>
    </w:p>
    <w:p>
      <w:r>
        <w:rPr>
          <w:b/>
        </w:rPr>
        <w:t xml:space="preserve">[07:55] </w:t>
      </w:r>
      <w:r>
        <w:t>to abhi main gaya tha apne kuch sathiyon ko le kar wahan, Hazrat Adam Garh. to hum log jamia masjid mein gaye.</w:t>
      </w:r>
    </w:p>
    <w:p>
      <w:pPr>
        <w:jc w:val="right"/>
      </w:pPr>
      <w:r>
        <w:t>تو ابھی میں گیا تھا اپنے کچھ ساتھیوں کو لے کر وہاں، حضرت آدم گڑھ۔ تو ہم لوگ جامع مسجد میں گئے۔</w:t>
      </w:r>
    </w:p>
    <w:p>
      <w:r>
        <w:rPr>
          <w:b/>
        </w:rPr>
        <w:t xml:space="preserve">[08:02] </w:t>
      </w:r>
      <w:r>
        <w:t>to unhon ne bataya un ko ke jamia masjid mein ek jagah hai jo pehle is ke khuli hui thi, ab wahan par cover kar diya logon ne.</w:t>
      </w:r>
    </w:p>
    <w:p>
      <w:pPr>
        <w:jc w:val="right"/>
      </w:pPr>
      <w:r>
        <w:t>تو انہوں نے بتایا ان کو کہ جامع مسجد میں ایک جگہ ہے جو پہلے اس کے کھلی ہوئی تھی، اب وہاں پر کور کر دیا لوگوں نے۔</w:t>
      </w:r>
    </w:p>
    <w:p>
      <w:r>
        <w:rPr>
          <w:b/>
        </w:rPr>
        <w:t xml:space="preserve">[08:12] </w:t>
      </w:r>
      <w:r>
        <w:t>to unhon ne bataya ke dekhein yahan main khara hua tha, bohat pehle ki baat hai, shayad 1940 ke aas paas ki.</w:t>
      </w:r>
    </w:p>
    <w:p>
      <w:pPr>
        <w:jc w:val="right"/>
      </w:pPr>
      <w:r>
        <w:t>تو انہوں نے بتایا کہ دیکھیں یہاں میں کھڑا ہوا تھا، بہت پہلے کی بات ہے، شاید 1940 کے آس پاس کی۔</w:t>
      </w:r>
    </w:p>
    <w:p>
      <w:r>
        <w:rPr>
          <w:b/>
        </w:rPr>
        <w:t xml:space="preserve">[08:25] </w:t>
      </w:r>
      <w:r>
        <w:t>to wahan par papite ka ek peR hua karta tha. is peR ke neeche main khara tha.</w:t>
      </w:r>
    </w:p>
    <w:p>
      <w:pPr>
        <w:jc w:val="right"/>
      </w:pPr>
      <w:r>
        <w:t>تو وہاں پر پپیتے کا ایک پیڑ ہوا کرتا تھا۔ اس پیڑ کے نیچے میں کھڑا تھا۔</w:t>
      </w:r>
    </w:p>
    <w:p>
      <w:r>
        <w:rPr>
          <w:b/>
        </w:rPr>
        <w:t xml:space="preserve">[08:32] </w:t>
      </w:r>
      <w:r>
        <w:t>aap jante hon ke papite mein phool hote hain, woh girte rehte hain. to ek taraf papite ke phool oopar se neeche gir rahe the, doosri taraf mere aansuon, meri aankhon se aansu tapak rahe the.</w:t>
      </w:r>
    </w:p>
    <w:p>
      <w:pPr>
        <w:jc w:val="right"/>
      </w:pPr>
      <w:r>
        <w:t>آپ جانتے ہوں کہ پپیتے میں پھول ہوتے ہیں، وہ گرتے رہتے ہیں۔ تو ایک طرف پپیتے کے پھول اوپر سے نیچے گر رہے تھے، دوسری طرف میرے آنسوؤں، میری آنکھوں سے آنسو ٹپک رہے تھے۔</w:t>
      </w:r>
    </w:p>
    <w:p>
      <w:r>
        <w:rPr>
          <w:b/>
        </w:rPr>
        <w:t xml:space="preserve">[08:49] </w:t>
      </w:r>
      <w:r>
        <w:t>woh meri zuban se nikla us waqt jaise ek ek dhamaka ke andaz mein nikla. Khawand, to kab aayega?</w:t>
      </w:r>
    </w:p>
    <w:p>
      <w:pPr>
        <w:jc w:val="right"/>
      </w:pPr>
      <w:r>
        <w:t>وہ میری زبان سے نکلا اس وقت جیسے ایک ایک دھماکہ کے انداز میں نکلا۔ خداوند، تو کب آئے گا؟</w:t>
      </w:r>
    </w:p>
    <w:p>
      <w:r>
        <w:rPr>
          <w:b/>
        </w:rPr>
        <w:t xml:space="preserve">[08:58] </w:t>
      </w:r>
      <w:r>
        <w:t>main kab tak teri aankh ka intezar karoon?</w:t>
      </w:r>
    </w:p>
    <w:p>
      <w:pPr>
        <w:jc w:val="right"/>
      </w:pPr>
      <w:r>
        <w:t>میں کب تک تیری آنکھ کا انتظار کروں؟</w:t>
      </w:r>
    </w:p>
    <w:p>
      <w:r>
        <w:rPr>
          <w:b/>
        </w:rPr>
        <w:t xml:space="preserve">[09:04] </w:t>
      </w:r>
      <w:r>
        <w:t>is tarah meri zindagi guzarti rahi.</w:t>
      </w:r>
    </w:p>
    <w:p>
      <w:pPr>
        <w:jc w:val="right"/>
      </w:pPr>
      <w:r>
        <w:t>اس طرح میری زندگی گزرتی رہی۔</w:t>
      </w:r>
    </w:p>
    <w:p>
      <w:r>
        <w:rPr>
          <w:b/>
        </w:rPr>
        <w:t xml:space="preserve">[09:10] </w:t>
      </w:r>
      <w:r>
        <w:t>har din mere liye Khuda ki daryaft ka din tha. har cheez mein mujhe Khuda dikhai dene laga. pehle unconscious level par tha, ab ho gaya conscious level par.</w:t>
      </w:r>
    </w:p>
    <w:p>
      <w:pPr>
        <w:jc w:val="right"/>
      </w:pPr>
      <w:r>
        <w:t>ہر دن میرے لیے خدا کی دریافت کا دن تھا۔ ہر چیز میں مجھے خدا دکھائی دینے لگا۔ پہلے انکانس لیول پر تھا، اب ہو گیا کانشیس لیول پر۔</w:t>
      </w:r>
    </w:p>
    <w:p>
      <w:r>
        <w:rPr>
          <w:b/>
        </w:rPr>
        <w:t xml:space="preserve">[09:26] </w:t>
      </w:r>
      <w:r>
        <w:t>to meri poori zindagi goya "road to god" ki kahani hai.</w:t>
      </w:r>
    </w:p>
    <w:p>
      <w:pPr>
        <w:jc w:val="right"/>
      </w:pPr>
      <w:r>
        <w:t>تو میری پوری زندگی گویا "روڈ ٹو گاڈ" کی کہانی ہے۔</w:t>
      </w:r>
    </w:p>
    <w:p>
      <w:r>
        <w:rPr>
          <w:b/>
        </w:rPr>
        <w:t xml:space="preserve">[09:32] </w:t>
      </w:r>
      <w:r>
        <w:t>poori zindagi. aur sab se bari daryaft jo mujhe hui woh kya thi? woh yeh ke</w:t>
      </w:r>
    </w:p>
    <w:p>
      <w:pPr>
        <w:jc w:val="right"/>
      </w:pPr>
      <w:r>
        <w:t>پوری زندگی۔ اور سب سے بڑی دریافت جو مجھے ہوئی وہ کیا تھی؟ وہ یہ کہ</w:t>
      </w:r>
    </w:p>
    <w:p>
      <w:r>
        <w:rPr>
          <w:b/>
        </w:rPr>
        <w:t xml:space="preserve">[09:45] </w:t>
      </w:r>
      <w:r>
        <w:t>Khuda ko paane ka sab se bara zariya jo hai woh kya hai? woh dua hai.</w:t>
      </w:r>
    </w:p>
    <w:p>
      <w:pPr>
        <w:jc w:val="right"/>
      </w:pPr>
      <w:r>
        <w:t>خدا کو پانے کا سب سے بڑا ذریعہ جو ہے وہ کیا ہے؟ وہ دعا ہے۔</w:t>
      </w:r>
    </w:p>
    <w:p>
      <w:r>
        <w:rPr>
          <w:b/>
        </w:rPr>
        <w:t xml:space="preserve">[09:52] </w:t>
      </w:r>
      <w:r>
        <w:t>dua. yeh pehle bhi unconscious level par yeh baat mere mind mein thi. baad ko woh conscious mind mein aa gayi.</w:t>
      </w:r>
    </w:p>
    <w:p>
      <w:pPr>
        <w:jc w:val="right"/>
      </w:pPr>
      <w:r>
        <w:t>دعا۔ یہ پہلے بھی انکانس لیول پر یہ بات میرے مائنڈ میں تھی۔ بعد کو وہ کانشیس مائنڈ میں آ گئی۔</w:t>
      </w:r>
    </w:p>
    <w:p>
      <w:r>
        <w:rPr>
          <w:b/>
        </w:rPr>
        <w:t xml:space="preserve">[10:08] </w:t>
      </w:r>
      <w:r>
        <w:t>aur main samajhta hoon ke Khuda ke wajood ka sabra saboot science mein nahi hai, philosophy mein nahi hai, ilm-e-kalam mein nahi hai.</w:t>
      </w:r>
    </w:p>
    <w:p>
      <w:pPr>
        <w:jc w:val="right"/>
      </w:pPr>
      <w:r>
        <w:t>اور میں سمجھتا ہوں کہ خدا کے وجود کا سبرا ثبوت سائنس میں نہیں ہے، فلاسفی میں نہیں ہے، علم کلام میں نہیں ہے۔</w:t>
      </w:r>
    </w:p>
    <w:p>
      <w:r>
        <w:rPr>
          <w:b/>
        </w:rPr>
        <w:t xml:space="preserve">[10:18] </w:t>
      </w:r>
      <w:r>
        <w:t>khud apne aap mein hai. bal insan ala nafsih baseerah. khud aadmi ke andar hai.</w:t>
      </w:r>
    </w:p>
    <w:p>
      <w:pPr>
        <w:jc w:val="right"/>
      </w:pPr>
      <w:r>
        <w:t>خود اپنے آپ میں ہے۔ بل الانسان علی نفسہ بصیرہ۔ خود آدمی کے اندر ہے۔</w:t>
      </w:r>
    </w:p>
    <w:p>
      <w:r>
        <w:rPr>
          <w:b/>
        </w:rPr>
        <w:t xml:space="preserve">[10:25] </w:t>
      </w:r>
      <w:r>
        <w:t>Bukhari mein riwayat hai ke "khalaq Allah Adam ala suratih" ke Allah ne insan ko paida kiya apni hi surat mein.</w:t>
      </w:r>
    </w:p>
    <w:p>
      <w:pPr>
        <w:jc w:val="right"/>
      </w:pPr>
      <w:r>
        <w:t>بخاری میں روایت ہے کہ "خلق اللہ آدم علی صورتہ" کہ اللہ نے انسان کو پیدا کیا اپنی ہی صورت میں۔</w:t>
      </w:r>
    </w:p>
    <w:p>
      <w:r>
        <w:rPr>
          <w:b/>
        </w:rPr>
        <w:t xml:space="preserve">[10:35] </w:t>
      </w:r>
      <w:r>
        <w:t>apne aap ko discover karo aur tum Khuda ko discover kar loge.</w:t>
      </w:r>
    </w:p>
    <w:p>
      <w:pPr>
        <w:jc w:val="right"/>
      </w:pPr>
      <w:r>
        <w:t>اپنے آپ کو ڈسکور کرو اور تم خدا کو ڈسکور کر لو گے۔</w:t>
      </w:r>
    </w:p>
    <w:p>
      <w:r>
        <w:rPr>
          <w:b/>
        </w:rPr>
        <w:t xml:space="preserve">[10:42] </w:t>
      </w:r>
      <w:r>
        <w:t>to har cheez mere mind mein aa kar ke dhalta chali gayi Khuda ke roop mein.</w:t>
      </w:r>
    </w:p>
    <w:p>
      <w:pPr>
        <w:jc w:val="right"/>
      </w:pPr>
      <w:r>
        <w:t>تو ہر چیز میرے مائنڈ میں آ کر کے ڈھلتی چلی گئی خدا کے روپ میں۔</w:t>
      </w:r>
    </w:p>
    <w:p>
      <w:r>
        <w:rPr>
          <w:b/>
        </w:rPr>
        <w:t xml:space="preserve">[10:50] </w:t>
      </w:r>
      <w:r>
        <w:t>har cheez, har cheez, har cheez.</w:t>
      </w:r>
    </w:p>
    <w:p>
      <w:pPr>
        <w:jc w:val="right"/>
      </w:pPr>
      <w:r>
        <w:t>ہر چیز، ہر چیز، ہر چیز۔</w:t>
      </w:r>
    </w:p>
    <w:p>
      <w:r>
        <w:rPr>
          <w:b/>
        </w:rPr>
        <w:t xml:space="preserve">[10:53] </w:t>
      </w:r>
      <w:r>
        <w:t>main ne bohat pehle jab angrezi shuru ki thi to aik parhi thi aik aik shakhs ka tha us mein do line.</w:t>
      </w:r>
    </w:p>
    <w:p>
      <w:pPr>
        <w:jc w:val="right"/>
      </w:pPr>
      <w:r>
        <w:t>میں نے بہت پہلے جب انگریزی شروع کی تھی تو ایک پڑھی تھی ایک ایک شخص کا تھا اس میں دو لائن۔</w:t>
      </w:r>
    </w:p>
    <w:p>
      <w:r>
        <w:rPr>
          <w:b/>
        </w:rPr>
        <w:t xml:space="preserve">[11:06] </w:t>
      </w:r>
      <w:r>
        <w:t>to us mein tha ke "the most strange thing discovered by me".</w:t>
      </w:r>
    </w:p>
    <w:p>
      <w:pPr>
        <w:jc w:val="right"/>
      </w:pPr>
      <w:r>
        <w:t>تو اس میں تھا کہ "دا موسٹ اسٹرینج تھنگ ڈسکورڈ بائے می"۔</w:t>
      </w:r>
    </w:p>
    <w:p>
      <w:r>
        <w:rPr>
          <w:b/>
        </w:rPr>
        <w:t xml:space="preserve">[11:18] </w:t>
      </w:r>
      <w:r>
        <w:t>whatever misty eats turns into misty.</w:t>
      </w:r>
    </w:p>
    <w:p>
      <w:pPr>
        <w:jc w:val="right"/>
      </w:pPr>
      <w:r>
        <w:t>واٹ ایور مسٹی ایٹس ٹرنز انٹو مسٹی۔</w:t>
      </w:r>
    </w:p>
    <w:p>
      <w:r>
        <w:rPr>
          <w:b/>
        </w:rPr>
        <w:t xml:space="preserve">[11:22] </w:t>
      </w:r>
      <w:r>
        <w:t>wo kehta hai ke sab se ajeeb cheez jo main ne daryaft ki zindagi mein wo kiya? ke misty jo kuch khati hai wo misty ban jata hai. misty se murad koi bhi aik lady.</w:t>
      </w:r>
    </w:p>
    <w:p>
      <w:pPr>
        <w:jc w:val="right"/>
      </w:pPr>
      <w:r>
        <w:t>وہ کہتا ہے کہ سب سے عجیب چیز جو میں نے دریافت کی زندگی میں وہ کیا؟ کہ مسٹی جو کچھ کھاتی ہے وہ مسٹی بن جاتا ہے۔ مسٹی سے مراد کوئی بھی ایک لیڈی۔</w:t>
      </w:r>
    </w:p>
    <w:p>
      <w:r>
        <w:rPr>
          <w:b/>
        </w:rPr>
        <w:t xml:space="preserve">[11:34] </w:t>
      </w:r>
      <w:r>
        <w:t>matlab hum khate hain ghalla, phal, sabzi, mukhtalif cheezen. body pe janay ke baad kiya hota hai? meri personality ka hissa ban jata hai wo.</w:t>
      </w:r>
    </w:p>
    <w:p>
      <w:pPr>
        <w:jc w:val="right"/>
      </w:pPr>
      <w:r>
        <w:t>مطلب ہم کھاتے ہیں غلہ، پھل، سبزی، مختلف چیزیں۔ باڈی پہ جانے کے بعد کیا ہوتا ہے؟ میری پرسنیلٹی کا حصہ بن جاتا ہے وہ۔</w:t>
      </w:r>
    </w:p>
    <w:p>
      <w:r>
        <w:rPr>
          <w:b/>
        </w:rPr>
        <w:t xml:space="preserve">[11:47] </w:t>
      </w:r>
      <w:r>
        <w:t>bahir wo bahir wo food items hain. ke mere andar dakhil hua to jo mechanism hai, digest system hai, wo us ko badal kar ke meri personality ka juz bana deta hai.</w:t>
      </w:r>
    </w:p>
    <w:p>
      <w:pPr>
        <w:jc w:val="right"/>
      </w:pPr>
      <w:r>
        <w:t>باہر وہ باہر وہ فوڈ آئٹمز ہیں۔ کہ میرے اندر داخل ہوا تو جو میکنزم ہے، ڈائجسٹو سسٹم ہے، وہ اس کو بدل کر کے میری پرسنیلٹی کا جز بنا دیتا ہے۔</w:t>
      </w:r>
    </w:p>
    <w:p>
      <w:r>
        <w:rPr>
          <w:b/>
        </w:rPr>
        <w:t xml:space="preserve">[12:01] </w:t>
      </w:r>
      <w:r>
        <w:t>whatever misty eats turns into misty. aise hi mera hua. jo kuch bhi main ne dekha wo mere mind mein dhal gaya Allah ke roop mein.</w:t>
      </w:r>
    </w:p>
    <w:p>
      <w:pPr>
        <w:jc w:val="right"/>
      </w:pPr>
      <w:r>
        <w:t>واٹ ایور مسٹی ایٹس ٹرنز انٹو مسٹی۔ ایسے ہی میرا ہوا۔ جو کچھ بھی میں نے دیکھا وہ میرے مائنڈ میں ڈھل گیا اللہ کے روپ میں۔</w:t>
      </w:r>
    </w:p>
    <w:p>
      <w:r>
        <w:rPr>
          <w:b/>
        </w:rPr>
        <w:t xml:space="preserve">[12:12] </w:t>
      </w:r>
      <w:r>
        <w:t>jaise main aik misaal doon ke France ka bohat bara phosfer tha, thinker tha. is ka naam tha Decart.</w:t>
      </w:r>
    </w:p>
    <w:p>
      <w:pPr>
        <w:jc w:val="right"/>
      </w:pPr>
      <w:r>
        <w:t>جیسے میں ایک مثال دوں کہ فرانس کا بہت بڑا فاسفر تھا، تھنکر تھا۔ اس کا نام تھا ڈیکارڈ۔</w:t>
      </w:r>
    </w:p>
    <w:p>
      <w:r>
        <w:rPr>
          <w:b/>
        </w:rPr>
        <w:t xml:space="preserve">[12:27] </w:t>
      </w:r>
      <w:r>
        <w:t>founder of modern philosophy mana jata hai us ko. to us ne kaha tha ke "I think therefore I exist".</w:t>
      </w:r>
    </w:p>
    <w:p>
      <w:pPr>
        <w:jc w:val="right"/>
      </w:pPr>
      <w:r>
        <w:t>فاؤنڈر آف ماڈرن فلاسفی مانا جاتا ہے اس کو۔ تو اس نے کہا تھا کہ "آئی تھنک دیر فور آئی ایگزسٹ"۔</w:t>
      </w:r>
    </w:p>
    <w:p>
      <w:r>
        <w:rPr>
          <w:b/>
        </w:rPr>
        <w:t xml:space="preserve">[12:42] </w:t>
      </w:r>
      <w:r>
        <w:t>"I think therefore I am". us ne French mein jo kaha tha us ka translation do jaghon se kiya jata hai ke "I think therefore I am".</w:t>
      </w:r>
    </w:p>
    <w:p>
      <w:pPr>
        <w:jc w:val="right"/>
      </w:pPr>
      <w:r>
        <w:t>"آئی تھنک دیر فور آئی ایم"۔ اس نے فرنچ میں جو کہا تھا اس کا ٹرانسلیشن دو جگہوں سے کیا جاتا ہے کہ "آئی تھنک دیر فور آئی ایم"۔</w:t>
      </w:r>
    </w:p>
    <w:p>
      <w:r>
        <w:rPr>
          <w:b/>
        </w:rPr>
        <w:t xml:space="preserve">[12:52] </w:t>
      </w:r>
      <w:r>
        <w:t>wo log kehte hain "I think therefore I exist".</w:t>
      </w:r>
    </w:p>
    <w:p>
      <w:pPr>
        <w:jc w:val="right"/>
      </w:pPr>
      <w:r>
        <w:t>وہ لوگ کہتے ہیں "آئی تھنک دیر فور آئی ایگزسٹ"۔</w:t>
      </w:r>
    </w:p>
    <w:p>
      <w:r>
        <w:rPr>
          <w:b/>
        </w:rPr>
        <w:t xml:space="preserve">[12:57] </w:t>
      </w:r>
      <w:r>
        <w:t>us ko jab main ne parha to wo mere mind mein dhal gaya Khuda ke wajood ke tor par. "I am therefore God is".</w:t>
      </w:r>
    </w:p>
    <w:p>
      <w:pPr>
        <w:jc w:val="right"/>
      </w:pPr>
      <w:r>
        <w:t>اس کو جب میں نے پڑھا تو وہ میرے مائنڈ میں ڈھل گیا خدا کے وجود کے طور پر۔ "آئی ایم دیر فور گاڈ از"۔</w:t>
      </w:r>
    </w:p>
    <w:p>
      <w:r>
        <w:rPr>
          <w:b/>
        </w:rPr>
        <w:t xml:space="preserve">[13:12] </w:t>
      </w:r>
      <w:r>
        <w:t>"I am therefore God is".</w:t>
      </w:r>
    </w:p>
    <w:p>
      <w:pPr>
        <w:jc w:val="right"/>
      </w:pPr>
      <w:r>
        <w:t>"آئی ایم دیر فور گاڈ از"۔</w:t>
      </w:r>
    </w:p>
    <w:p>
      <w:r>
        <w:rPr>
          <w:b/>
        </w:rPr>
        <w:t xml:space="preserve">[13:16] </w:t>
      </w:r>
      <w:r>
        <w:t>to jo kuch main yani aik poori zindagi meri isi tarah guzri hai ke jo kuch main ne parha, jo kuch main ne dekha, jo kuch main ne experience kiya, wo sab mere mind mein aa kar ke Khuda ke wajood mein dhal jata hai.</w:t>
      </w:r>
    </w:p>
    <w:p>
      <w:pPr>
        <w:jc w:val="right"/>
      </w:pPr>
      <w:r>
        <w:t>تو جو کچھ میں یعنی ایک پوری زندگی میری اسی طرح گزری ہے کہ جو کچھ میں نے پڑھا، جو کچھ میں نے دیکھا، جو کچھ میں نے ایکسپیرینس کیا، وہ سب میرے مائنڈ میں آ کر کے خدا کے وجود میں ڈھل جاتا ہے۔</w:t>
      </w:r>
    </w:p>
    <w:p>
      <w:r>
        <w:rPr>
          <w:b/>
        </w:rPr>
        <w:t xml:space="preserve">[13:31] </w:t>
      </w:r>
      <w:r>
        <w:t>aik ajeeb tajurba mujhe hua. ajeeb tajurba.</w:t>
      </w:r>
    </w:p>
    <w:p>
      <w:pPr>
        <w:jc w:val="right"/>
      </w:pPr>
      <w:r>
        <w:t>ایک عجیب تجربہ مجھے ہوا۔ عجیب تجربہ۔</w:t>
      </w:r>
    </w:p>
    <w:p>
      <w:r>
        <w:rPr>
          <w:b/>
        </w:rPr>
        <w:t xml:space="preserve">[13:40] </w:t>
      </w:r>
      <w:r>
        <w:t>to main yeh keh sakta hoon ke Khuda par yaqeen karne ke liye</w:t>
      </w:r>
    </w:p>
    <w:p>
      <w:pPr>
        <w:jc w:val="right"/>
      </w:pPr>
      <w:r>
        <w:t>تو میں یہ کہہ سکتا ہوں کہ خدا پر یقین کرنے کے لیے</w:t>
      </w:r>
    </w:p>
    <w:p>
      <w:r>
        <w:rPr>
          <w:b/>
        </w:rPr>
        <w:t xml:space="preserve">[13:47] </w:t>
      </w:r>
      <w:r>
        <w:t>mere paas science se bhi bari aik cheez hai. philosophy se bhi bari aik cheez hai. har doosri cheez se bari aik cheez hai.</w:t>
      </w:r>
    </w:p>
    <w:p>
      <w:pPr>
        <w:jc w:val="right"/>
      </w:pPr>
      <w:r>
        <w:t>میرے پاس سائنس سے بھی بڑی ایک چیز ہے۔ فلاسفی سے بھی بڑی ایک چیز ہے۔ ہر دوسری چیز سے بڑی ایک چیز ہے۔</w:t>
      </w:r>
    </w:p>
    <w:p>
      <w:r>
        <w:rPr>
          <w:b/>
        </w:rPr>
        <w:t xml:space="preserve">[13:58] </w:t>
      </w:r>
      <w:r>
        <w:t>wo kiya hai? mera experience through dua.</w:t>
      </w:r>
    </w:p>
    <w:p>
      <w:pPr>
        <w:jc w:val="right"/>
      </w:pPr>
      <w:r>
        <w:t>وہ کیا ہے؟ میرا ایکسپیرینس تھرو دعا۔</w:t>
      </w:r>
    </w:p>
    <w:p>
      <w:r>
        <w:rPr>
          <w:b/>
        </w:rPr>
        <w:t xml:space="preserve">[14:05] </w:t>
      </w:r>
      <w:r>
        <w:t>yeh baat pehle meri zindagi mein unconsciously pai jati thi. ab haal mein main ne discover kiya ke yeh to Quran mein maujood hai.</w:t>
      </w:r>
    </w:p>
    <w:p>
      <w:pPr>
        <w:jc w:val="right"/>
      </w:pPr>
      <w:r>
        <w:t>یہ بات پہلے میری زندگی میں انکانسلی پائی جاتی تھی۔ اب حال میں میں نے ڈسکور کیا کہ یہ تو قرآن میں موجود ہے۔</w:t>
      </w:r>
    </w:p>
    <w:p>
      <w:r>
        <w:rPr>
          <w:b/>
        </w:rPr>
        <w:t xml:space="preserve">[14:18] </w:t>
      </w:r>
      <w:r>
        <w:t>dekhen Quran ki aik ayat hai Surah Al Baqarah verse number 186. Al Baqarah ki ayat number 186.</w:t>
      </w:r>
    </w:p>
    <w:p>
      <w:pPr>
        <w:jc w:val="right"/>
      </w:pPr>
      <w:r>
        <w:t>دیکھیں قرآن کی ایک آیت ہے سورہ البقرہ ورس نمبر 186۔ البقرہ کی آیت نمبر 186۔</w:t>
      </w:r>
    </w:p>
    <w:p>
      <w:r>
        <w:rPr>
          <w:b/>
        </w:rPr>
        <w:t xml:space="preserve">[14:47] </w:t>
      </w:r>
      <w:r>
        <w:t>jab bande mujh se poochen to keh do ke main to qareeb hoon.</w:t>
      </w:r>
    </w:p>
    <w:p>
      <w:pPr>
        <w:jc w:val="right"/>
      </w:pPr>
      <w:r>
        <w:t>جب بندے مجھ سے پوچھیں تو کہہ دو کہ میں تو قریبی ہوں۔</w:t>
      </w:r>
    </w:p>
    <w:p>
      <w:r>
        <w:rPr>
          <w:b/>
        </w:rPr>
        <w:t xml:space="preserve">[14:56] </w:t>
      </w:r>
      <w:r>
        <w:t>main pukarnay walay ki pukaar ko sunta hoon. to tum pukaaro, main tumhara jawab doon ga.</w:t>
      </w:r>
    </w:p>
    <w:p>
      <w:pPr>
        <w:jc w:val="right"/>
      </w:pPr>
      <w:r>
        <w:t>میں پکارنے والے کی پکار کو سنتا ہوں۔ تو تم پکارو، میں تمہارا جواب دوں گا۔</w:t>
      </w:r>
    </w:p>
    <w:p>
      <w:r>
        <w:rPr>
          <w:b/>
        </w:rPr>
        <w:t xml:space="preserve">[15:04] </w:t>
      </w:r>
      <w:r>
        <w:t>tum mujh par eman rakho, mujh par yaqeen rakho. yeh hai hidayat ka tareeqa tumhare liye.</w:t>
      </w:r>
    </w:p>
    <w:p>
      <w:pPr>
        <w:jc w:val="right"/>
      </w:pPr>
      <w:r>
        <w:t>تم مجھ پر ایمان رکھو، مجھ پر یقین رکھو۔ یہ ہے ہدایت کا طریقہ تمہارے لیے۔</w:t>
      </w:r>
    </w:p>
    <w:p>
      <w:r>
        <w:rPr>
          <w:b/>
        </w:rPr>
        <w:t xml:space="preserve">[15:13] </w:t>
      </w:r>
      <w:r>
        <w:t>yani us ko hum yun keh sakte hain ke English mein</w:t>
      </w:r>
    </w:p>
    <w:p>
      <w:pPr>
        <w:jc w:val="right"/>
      </w:pPr>
      <w:r>
        <w:t>یعنی اس کو ہم یوں کہہ سکتے ہیں کہ انگلش میں</w:t>
      </w:r>
    </w:p>
    <w:p>
      <w:r>
        <w:rPr>
          <w:b/>
        </w:rPr>
        <w:t xml:space="preserve">[15:21] </w:t>
      </w:r>
      <w:r>
        <w:t>keh "i am near".</w:t>
      </w:r>
    </w:p>
    <w:p>
      <w:pPr>
        <w:jc w:val="right"/>
      </w:pPr>
      <w:r>
        <w:t>کہ "آئی ایم نیئر"۔</w:t>
      </w:r>
    </w:p>
    <w:p>
      <w:r>
        <w:rPr>
          <w:b/>
        </w:rPr>
        <w:t xml:space="preserve">[15:25] </w:t>
      </w:r>
      <w:r>
        <w:t>"i respond</w:t>
      </w:r>
    </w:p>
    <w:p>
      <w:pPr>
        <w:jc w:val="right"/>
      </w:pPr>
      <w:r>
        <w:t>"آئی ریسپانڈ</w:t>
      </w:r>
    </w:p>
    <w:p>
      <w:r>
        <w:rPr>
          <w:b/>
        </w:rPr>
        <w:t xml:space="preserve">[15:30] </w:t>
      </w:r>
      <w:r>
        <w:t>to the calls by callers".</w:t>
      </w:r>
    </w:p>
    <w:p>
      <w:pPr>
        <w:jc w:val="right"/>
      </w:pPr>
      <w:r>
        <w:t>ٹو دا کالز بائی کالرز"۔</w:t>
      </w:r>
    </w:p>
    <w:p>
      <w:r>
        <w:rPr>
          <w:b/>
        </w:rPr>
        <w:t xml:space="preserve">[15:34] </w:t>
      </w:r>
      <w:r>
        <w:t>so believe me.</w:t>
      </w:r>
    </w:p>
    <w:p>
      <w:pPr>
        <w:jc w:val="right"/>
      </w:pPr>
      <w:r>
        <w:t>سو بیلیو می۔</w:t>
      </w:r>
    </w:p>
    <w:p>
      <w:r>
        <w:rPr>
          <w:b/>
        </w:rPr>
        <w:t xml:space="preserve">[15:40] </w:t>
      </w:r>
      <w:r>
        <w:t>is maeni hai keh jab aadmi pukarta hai aur pukar ka jawab aata hai to wahi sab se bara suboot hai keh khuda hai. kahan se aaya woh?</w:t>
      </w:r>
    </w:p>
    <w:p>
      <w:pPr>
        <w:jc w:val="right"/>
      </w:pPr>
      <w:r>
        <w:t>اس معنی ہے کہ جب آدمی پکارتا ہے اور پکار کا جواب آتا ہے تو وہی سب سے بڑا ثبوت ہے کہ خدا ہے۔ کہاں سے آیا وہ؟</w:t>
      </w:r>
    </w:p>
    <w:p>
      <w:r>
        <w:rPr>
          <w:b/>
        </w:rPr>
        <w:t xml:space="preserve">[15:51] </w:t>
      </w:r>
      <w:r>
        <w:t>mujhe khuda farz se mein keh sakta hoon keh sankaron nahin, hazaron baatein aisi maloom hui hain jo poori history mein koi janta nahin tha. to woh kahan se aai? woh</w:t>
      </w:r>
    </w:p>
    <w:p>
      <w:pPr>
        <w:jc w:val="right"/>
      </w:pPr>
      <w:r>
        <w:t>مجھے خدا فرض سے میں کہہ سکتا ہوں کہ سینکڑوں نہیں، ہزاروں باتیں ایسی معلوم ہوئی ہیں جو پوری ہسٹری میں کوئی جانتا نہیں تھا۔ تو وہ کہاں سے آئی؟ وہ</w:t>
      </w:r>
    </w:p>
    <w:p>
      <w:r>
        <w:rPr>
          <w:b/>
        </w:rPr>
        <w:t xml:space="preserve">[16:02] </w:t>
      </w:r>
      <w:r>
        <w:t>dua ke zariye se.</w:t>
      </w:r>
    </w:p>
    <w:p>
      <w:pPr>
        <w:jc w:val="right"/>
      </w:pPr>
      <w:r>
        <w:t>دعا کے ذریعے سے۔</w:t>
      </w:r>
    </w:p>
    <w:p>
      <w:r>
        <w:rPr>
          <w:b/>
        </w:rPr>
        <w:t xml:space="preserve">[16:06] </w:t>
      </w:r>
      <w:r>
        <w:t>dua ke zariye se. ibn taimiyah bohat baray scholar maane jaate hain islam mein. to woh kaha karte thay keh "ya muallim-e-ibrahim, allimni".</w:t>
      </w:r>
    </w:p>
    <w:p>
      <w:pPr>
        <w:jc w:val="right"/>
      </w:pPr>
      <w:r>
        <w:t>دعا کے ذریعے سے۔ ابن تیمیہ بہت بڑے اسکالر مانے جاتے ہیں اسلام میں۔ تو وہ کہا کرتے تھے کہ "یا معلمہ ابراہیم، علمنی"۔</w:t>
      </w:r>
    </w:p>
    <w:p>
      <w:r>
        <w:rPr>
          <w:b/>
        </w:rPr>
        <w:t xml:space="preserve">[16:18] </w:t>
      </w:r>
      <w:r>
        <w:t>jo quran ki koi cheez un ko lagti keh yeh clear nahin ho rahi hai, yeh dua karte thay woh. "ya muallim-e-ibrahim, allimni".</w:t>
      </w:r>
    </w:p>
    <w:p>
      <w:pPr>
        <w:jc w:val="right"/>
      </w:pPr>
      <w:r>
        <w:t>جو قرآن کی کوئی چیز ان کو لگتی کہ یہ کلیئر نہیں ہو رہی ہے، یہ دعا کرتے تھے وہ۔ "یا معلمہ ابراہیم، علمنی"۔</w:t>
      </w:r>
    </w:p>
    <w:p>
      <w:r>
        <w:rPr>
          <w:b/>
        </w:rPr>
        <w:t xml:space="preserve">[16:29] </w:t>
      </w:r>
      <w:r>
        <w:t>yani aey woh hasti jis ne ibrahim ko bataya, mujhe bhi bata de.</w:t>
      </w:r>
    </w:p>
    <w:p>
      <w:pPr>
        <w:jc w:val="right"/>
      </w:pPr>
      <w:r>
        <w:t>یعنی اے وہ ہستی جس نے ابراہیم کو بتایا، مجھے بھی بتا دے۔</w:t>
      </w:r>
    </w:p>
    <w:p>
      <w:r>
        <w:rPr>
          <w:b/>
        </w:rPr>
        <w:t xml:space="preserve">[16:34] </w:t>
      </w:r>
      <w:r>
        <w:t>jis ne ibrahim ko ilm diya, mujhe bhi woh ilm de de. to yeh meri hasti ka juz ban gaya.</w:t>
      </w:r>
    </w:p>
    <w:p>
      <w:pPr>
        <w:jc w:val="right"/>
      </w:pPr>
      <w:r>
        <w:t>جس نے ابراہیم کو علم دیا، مجھے بھی وہ علم دے دے۔ تو یہ میری ہستی کا جز بن گیا۔</w:t>
      </w:r>
    </w:p>
    <w:p>
      <w:r>
        <w:rPr>
          <w:b/>
        </w:rPr>
        <w:t xml:space="preserve">[16:44] </w:t>
      </w:r>
      <w:r>
        <w:t>meri hasti ka juz ban gaya. yani beshumar baar aisa hua hai keh mein dua ki aur is ke baad aik is cheez mere mind mein aa gayi jo mein janta nahin tha pehle se.</w:t>
      </w:r>
    </w:p>
    <w:p>
      <w:pPr>
        <w:jc w:val="right"/>
      </w:pPr>
      <w:r>
        <w:t>میری ہستی کا جز بن گیا۔ یعنی بے شمار بار ایسا ہوا ہے کہ میں دعا کی اور اس کے بعد ایک اس چیز میرے مائنڈ میں آ گئی جو میں جانتا نہیں تھا پہلے سے۔</w:t>
      </w:r>
    </w:p>
    <w:p>
      <w:r>
        <w:rPr>
          <w:b/>
        </w:rPr>
        <w:t xml:space="preserve">[16:55] </w:t>
      </w:r>
      <w:r>
        <w:t>to kaise maine jaana? yeh khuda ki taraf se aaya.</w:t>
      </w:r>
    </w:p>
    <w:p>
      <w:pPr>
        <w:jc w:val="right"/>
      </w:pPr>
      <w:r>
        <w:t>تو کیسے میں نے جانا؟ یہ خدا کی طرف سے آیا۔</w:t>
      </w:r>
    </w:p>
    <w:p>
      <w:r>
        <w:rPr>
          <w:b/>
        </w:rPr>
        <w:t xml:space="preserve">[17:02] </w:t>
      </w:r>
      <w:r>
        <w:t>dekhein science mein aik cheez accept ki jaati hai keh is universe mein saare insan mil kar aik particle ko izafa nahin kar sakte.</w:t>
      </w:r>
    </w:p>
    <w:p>
      <w:pPr>
        <w:jc w:val="right"/>
      </w:pPr>
      <w:r>
        <w:t>دیکھیں سائنس میں ایک چیز ایکسیپٹ کی جاتی ہے کہ اس یونیورس میں سارے انسان مل کر ایک پارٹیکل کو اضافہ نہیں کر سکتے۔</w:t>
      </w:r>
    </w:p>
    <w:p>
      <w:r>
        <w:rPr>
          <w:b/>
        </w:rPr>
        <w:t xml:space="preserve">[17:13] </w:t>
      </w:r>
      <w:r>
        <w:t>jitne particle hain universe mein, woh utne hi rahen ge. aap chahein keh is mein se aik particle barha dein to saare insanon ke bas mein nahin hai.</w:t>
      </w:r>
    </w:p>
    <w:p>
      <w:pPr>
        <w:jc w:val="right"/>
      </w:pPr>
      <w:r>
        <w:t>جتنے پارٹیکل ہیں یونیورس میں، وہ اتنے ہی رہیں گے۔ آپ چاہیں کہ اس میں سے ایک پارٹیکل بڑھا دیں تو سارے انسانوں کے بس میں نہیں ہے۔</w:t>
      </w:r>
    </w:p>
    <w:p>
      <w:r>
        <w:rPr>
          <w:b/>
        </w:rPr>
        <w:t xml:space="preserve">[17:25] </w:t>
      </w:r>
      <w:r>
        <w:t>to jis tarah se physical particle ko barhana aap ke bas mein nahin hai, aise hi thought particle barha barhana bas mein nahin hai aap ke.</w:t>
      </w:r>
    </w:p>
    <w:p>
      <w:pPr>
        <w:jc w:val="right"/>
      </w:pPr>
      <w:r>
        <w:t>تو جس طرح سے فزیکل پارٹیکل کو بڑھانا آپ کے بس میں نہیں ہے، ایسے ہی تھاٹ پارٹیکل بڑا بڑھانا بس میں نہیں ہے آپ کے۔</w:t>
      </w:r>
    </w:p>
    <w:p>
      <w:r>
        <w:rPr>
          <w:b/>
        </w:rPr>
        <w:t xml:space="preserve">[17:38] </w:t>
      </w:r>
      <w:r>
        <w:t>physical particle jitne hain, woh utne hi rahen ge. baqi ki taqat hai to khuda ke andar hai, aap ke andar nahin.</w:t>
      </w:r>
    </w:p>
    <w:p>
      <w:pPr>
        <w:jc w:val="right"/>
      </w:pPr>
      <w:r>
        <w:t>فزیکل پارٹیکل جتنے ہیں، وہ اتنے ہی رہیں گے۔ بائیں کی طاقت ہے تو خدا کے اندر ہے، آپ کے اندر نہیں۔</w:t>
      </w:r>
    </w:p>
    <w:p>
      <w:r>
        <w:rPr>
          <w:b/>
        </w:rPr>
        <w:t xml:space="preserve">[17:47] </w:t>
      </w:r>
      <w:r>
        <w:t>aise hi thought particle jo hain, woh bhi jo aap ke andar hain, woh hain. naye thought aayenge to khuda ki taraf se aayenge.</w:t>
      </w:r>
    </w:p>
    <w:p>
      <w:pPr>
        <w:jc w:val="right"/>
      </w:pPr>
      <w:r>
        <w:t>ایسے ہی تھاٹ پارٹیکل جو ہیں، وہ بھی جو آپ کے اندر ہیں، وہ ہیں۔ نئے تھاٹ آئیں گے تو خدا کی طرف سے آئیں گے۔</w:t>
      </w:r>
    </w:p>
    <w:p>
      <w:r>
        <w:rPr>
          <w:b/>
        </w:rPr>
        <w:t xml:space="preserve">[18:01] </w:t>
      </w:r>
      <w:r>
        <w:t>to jab mein dua karta hoon aur mein ne jaise keh arz kiya keh dua aur zikr to meri rag rag mein samaya hua hai. yani "god runs in my blood".</w:t>
      </w:r>
    </w:p>
    <w:p>
      <w:pPr>
        <w:jc w:val="right"/>
      </w:pPr>
      <w:r>
        <w:t>تو جب میں دعا کرتا ہوں اور میں نے جیسے کہ عرض کیا کہ دعا اور ذکر تو میری رگ رگ میں سمایا ہوا ہے۔ یعنی "گاڈ رنز ان مائی بلڈ"۔</w:t>
      </w:r>
    </w:p>
    <w:p>
      <w:r>
        <w:rPr>
          <w:b/>
        </w:rPr>
        <w:t xml:space="preserve">[18:13] </w:t>
      </w:r>
      <w:r>
        <w:t>raat din, subah shaam, meri meri zindagi jo guzarti hai, allah ki yaad mein, allah ki dua mein, allah se mangne mein.</w:t>
      </w:r>
    </w:p>
    <w:p>
      <w:pPr>
        <w:jc w:val="right"/>
      </w:pPr>
      <w:r>
        <w:t>رات دن، صبح شام، میری میری زندگی جو گزرتی ہے، اللہ کی یاد میں، اللہ کی دعا میں، اللہ سے مانگنے میں۔</w:t>
      </w:r>
    </w:p>
    <w:p>
      <w:r>
        <w:rPr>
          <w:b/>
        </w:rPr>
        <w:t xml:space="preserve">[18:23] </w:t>
      </w:r>
      <w:r>
        <w:t>yani har waqt focus mein allah rehta hai mere liye. to aisi anokhe taur par nai baatein aati hain. to kahan se aayin?</w:t>
      </w:r>
    </w:p>
    <w:p>
      <w:pPr>
        <w:jc w:val="right"/>
      </w:pPr>
      <w:r>
        <w:t>یعنی ہر وقت فوکس میں اللہ رہتا ہے میرے لیے۔ تو ایسی انوکھے طور پر نئی باتیں آتی ہیں۔ تو کہاں سے آئیں؟</w:t>
      </w:r>
    </w:p>
    <w:p>
      <w:r>
        <w:rPr>
          <w:b/>
        </w:rPr>
        <w:t xml:space="preserve">[18:34] </w:t>
      </w:r>
      <w:r>
        <w:t>jab physical particles ko mein add nahin kar sakta to thought particle kahan se aa gayi hai? kahan se aa gayi?</w:t>
      </w:r>
    </w:p>
    <w:p>
      <w:pPr>
        <w:jc w:val="right"/>
      </w:pPr>
      <w:r>
        <w:t>جب فزیکل پارٹیکلز کو میں ایڈ نہیں کر سکتا تو تھاٹ پارٹیکل کہاں سے آ گئی ہے؟ کہاں سے آ گئی؟</w:t>
      </w:r>
    </w:p>
    <w:p>
      <w:r>
        <w:rPr>
          <w:b/>
        </w:rPr>
        <w:t xml:space="preserve">[18:45] </w:t>
      </w:r>
      <w:r>
        <w:t>aur dekhein aik baat mein arz karoon keh yeh process bohat hi lamba hota hai. discovery aik bohat hi lambe process ke baad hoti hai.</w:t>
      </w:r>
    </w:p>
    <w:p>
      <w:pPr>
        <w:jc w:val="right"/>
      </w:pPr>
      <w:r>
        <w:t>اور دیکھیں ایک بات میں عرض کروں کہ یہ پروسیس بہت ہی لمبا ہوتا ہے۔ ڈسکوری ایک بہت ہی لمبے پروسیس کے بعد ہوتی ہے۔</w:t>
      </w:r>
    </w:p>
    <w:p>
      <w:r>
        <w:rPr>
          <w:b/>
        </w:rPr>
        <w:t xml:space="preserve">[18:55] </w:t>
      </w:r>
      <w:r>
        <w:t>yeh mat samjhiye keh aap ne dua kiya, idhar udhar se woh woh kaam ho gaya. dua aik process hai, zikr aik process hai, allah ki yaad aik process hai.</w:t>
      </w:r>
    </w:p>
    <w:p>
      <w:pPr>
        <w:jc w:val="right"/>
      </w:pPr>
      <w:r>
        <w:t>یہ مت سمجھیے کہ آپ نے دعا کیا، ادھر ادھر سے وہ وہ کام ہو گیا۔ دعا ایک پروسیس ہے، ذکر ایک پروسیس ہے، اللہ کی یاد ایک پروسیس ہے۔</w:t>
      </w:r>
    </w:p>
    <w:p>
      <w:r>
        <w:rPr>
          <w:b/>
        </w:rPr>
        <w:t xml:space="preserve">[19:08] </w:t>
      </w:r>
      <w:r>
        <w:t>aksar bohat lamba hota hai woh process.</w:t>
      </w:r>
    </w:p>
    <w:p>
      <w:pPr>
        <w:jc w:val="right"/>
      </w:pPr>
      <w:r>
        <w:t>اکثر بہت لمبا ہوتا ہے وہ پروسیس۔</w:t>
      </w:r>
    </w:p>
    <w:p>
      <w:r>
        <w:rPr>
          <w:b/>
        </w:rPr>
        <w:t xml:space="preserve">[19:13] </w:t>
      </w:r>
      <w:r>
        <w:t>ab dekhen kal mein ek quran ki ek ayat ko soch raha tha ke "awwalul lazina kafaru inna samawati wal arz".</w:t>
      </w:r>
    </w:p>
    <w:p>
      <w:pPr>
        <w:jc w:val="right"/>
      </w:pPr>
      <w:r>
        <w:t>اب دیکھیں کل میں ایک قرآن کی ایک آیت کو سوچ رہا تھا کہ "اول الذین انکفروا ان السماوات والارض"۔</w:t>
      </w:r>
    </w:p>
    <w:p>
      <w:r>
        <w:rPr>
          <w:b/>
        </w:rPr>
        <w:t xml:space="preserve">[19:27] </w:t>
      </w:r>
      <w:r>
        <w:t>kya inkar karna hua? nahin dekha ke zameen o aasman jure hue the, phir hum ko phaar diya? ab dekhen maine lafz "dekha" is mein istemal hua.</w:t>
      </w:r>
    </w:p>
    <w:p>
      <w:pPr>
        <w:jc w:val="right"/>
      </w:pPr>
      <w:r>
        <w:t>کیا انکار کرنا ہوا؟ نہیں دیکھا کہ زمین و آسمان جڑے ہوئے تھے، پھر ہم کو پھاڑ دیا؟ اب دیکھیں میں نے لفظ "دیکھا" اس میں استعمال ہوا۔</w:t>
      </w:r>
    </w:p>
    <w:p>
      <w:r>
        <w:rPr>
          <w:b/>
        </w:rPr>
        <w:t xml:space="preserve">[19:38] </w:t>
      </w:r>
      <w:r>
        <w:t>"awwalair" kya dekha nahin unhon ne?</w:t>
      </w:r>
    </w:p>
    <w:p>
      <w:pPr>
        <w:jc w:val="right"/>
      </w:pPr>
      <w:r>
        <w:t>"اولیر" کیا دیکھا نہیں انہوں نے؟</w:t>
      </w:r>
    </w:p>
    <w:p>
      <w:r>
        <w:rPr>
          <w:b/>
        </w:rPr>
        <w:t xml:space="preserve">[19:44] </w:t>
      </w:r>
      <w:r>
        <w:t>is dekhne mein 13 billion saal lag gae.</w:t>
      </w:r>
    </w:p>
    <w:p>
      <w:pPr>
        <w:jc w:val="right"/>
      </w:pPr>
      <w:r>
        <w:t>اس دیکھنے میں 13 بلین سال لگ گئے۔</w:t>
      </w:r>
    </w:p>
    <w:p>
      <w:r>
        <w:rPr>
          <w:b/>
        </w:rPr>
        <w:t xml:space="preserve">[19:52] </w:t>
      </w:r>
      <w:r>
        <w:t>is mein ayat, is ayat mein is mauqe ki taraf ishara hai ke bilkul shuru mein jab ke yeh kainat nahin thi, sirf khuda tha.</w:t>
      </w:r>
    </w:p>
    <w:p>
      <w:pPr>
        <w:jc w:val="right"/>
      </w:pPr>
      <w:r>
        <w:t>اس میں آیت، اس آیت میں اس موقع کی طرف اشارہ ہے کہ بالکل شروع میں جب کہ یہ کائنات نہیں تھی، صرف خدا تھا۔</w:t>
      </w:r>
    </w:p>
    <w:p>
      <w:r>
        <w:rPr>
          <w:b/>
        </w:rPr>
        <w:t xml:space="preserve">[20:02] </w:t>
      </w:r>
      <w:r>
        <w:t>ek hi cheez exist kar rahi thi, woh Allah ka wajood. baqi yeh woh nahin tha. is is ka woh</w:t>
      </w:r>
    </w:p>
    <w:p>
      <w:pPr>
        <w:jc w:val="right"/>
      </w:pPr>
      <w:r>
        <w:t>ایک ہی چیز ایگزسٹ کر رہی تھی، وہ اللہ کا وجود۔ باقی یہ وہ نہیں تھا۔ اس اس کا وہ</w:t>
      </w:r>
    </w:p>
    <w:p>
      <w:r>
        <w:rPr>
          <w:b/>
        </w:rPr>
        <w:t xml:space="preserve">[20:10] </w:t>
      </w:r>
      <w:r>
        <w:t>to Allah ne paida kiya. ek ek sare particle jo hain, woh paida kiya Allah taala ne. sab se pehle universe mein jo particle hain, woh is ko paida kiya Allah taala ne.</w:t>
      </w:r>
    </w:p>
    <w:p>
      <w:pPr>
        <w:jc w:val="right"/>
      </w:pPr>
      <w:r>
        <w:t>تو اللہ نے پیدا کیا۔ ایک ایک سارے پارٹیکل جو ہیں، وہ پیدا کیا اللہ تعالی نے۔ سب سے پہلے یونیورس میں جو پارٹیکل ہیں، وہ اس کو پیدا کیا اللہ تعالی نے۔</w:t>
      </w:r>
    </w:p>
    <w:p>
      <w:r>
        <w:rPr>
          <w:b/>
        </w:rPr>
        <w:t xml:space="preserve">[20:22] </w:t>
      </w:r>
      <w:r>
        <w:t>woh particle the pehle ek mile hue, ek super atom kaha jata hai is ko. yeh sare particle aise mile hue.</w:t>
      </w:r>
    </w:p>
    <w:p>
      <w:pPr>
        <w:jc w:val="right"/>
      </w:pPr>
      <w:r>
        <w:t>وہ پارٹیکل تھے پہلے ایک ملے ہوئے، ایک سپر ایٹم کہا جاتا ہے اس کو۔ یہ سارے پارٹیکل ایسے ملے ہوئے۔</w:t>
      </w:r>
    </w:p>
    <w:p>
      <w:r>
        <w:rPr>
          <w:b/>
        </w:rPr>
        <w:t xml:space="preserve">[20:35] </w:t>
      </w:r>
      <w:r>
        <w:t>is ki film banai gai hai, to woh main ne dekha hai washington mein ke faza mein, khala mein ek particle ek zahir hota hai, ek ek bohat bara super atom.</w:t>
      </w:r>
    </w:p>
    <w:p>
      <w:pPr>
        <w:jc w:val="right"/>
      </w:pPr>
      <w:r>
        <w:t>اس کی فلم بنائی گئی ہے، تو وہ میں نے دیکھا ہے واشنگٹن میں کہ فضا میں، خلا میں ایک پارٹیکل ایک ظاہر ہوتا ہے، ایک ایک بہت بڑا سپر ایٹم۔</w:t>
      </w:r>
    </w:p>
    <w:p>
      <w:r>
        <w:rPr>
          <w:b/>
        </w:rPr>
        <w:t xml:space="preserve">[20:45] </w:t>
      </w:r>
      <w:r>
        <w:t>phir is mein explosion hota hai, is ke baad sari kainat ban jati hai. particle bikhartay hain.</w:t>
      </w:r>
    </w:p>
    <w:p>
      <w:pPr>
        <w:jc w:val="right"/>
      </w:pPr>
      <w:r>
        <w:t>پھر اس میں ایکسپلوژن ہوتا ہے، اس کے بعد ساری کائنات بن جاتی ہے۔ پارٹیکل بکھرتے ہیں۔</w:t>
      </w:r>
    </w:p>
    <w:p>
      <w:r>
        <w:rPr>
          <w:b/>
        </w:rPr>
        <w:t xml:space="preserve">[20:53] </w:t>
      </w:r>
      <w:r>
        <w:t>to yeh jo waqea hua, yeh 13 billion saal pehle hua.</w:t>
      </w:r>
    </w:p>
    <w:p>
      <w:pPr>
        <w:jc w:val="right"/>
      </w:pPr>
      <w:r>
        <w:t>تو یہ جو واقعہ ہوا، یہ 13 بلین سال پہلے ہوا۔</w:t>
      </w:r>
    </w:p>
    <w:p>
      <w:r>
        <w:rPr>
          <w:b/>
        </w:rPr>
        <w:t xml:space="preserve">[21:00] </w:t>
      </w:r>
      <w:r>
        <w:t>aur abhi yani 20 century ke first aakhri quarter mein pata hua hai ke woh jo explosion hua tha, to is ke jo kehte hain background radiation,</w:t>
      </w:r>
    </w:p>
    <w:p>
      <w:pPr>
        <w:jc w:val="right"/>
      </w:pPr>
      <w:r>
        <w:t>اور ابھی یعنی 20 سینچری کے فرسٹ آخری کوارٹر میں پتہ ہوا ہے کہ وہ جو ایکسپلوژن ہوا تھا، تو اس کے جو کہتے ہیں بیک گراؤنڈ ریڈی ایشن،</w:t>
      </w:r>
    </w:p>
    <w:p>
      <w:r>
        <w:rPr>
          <w:b/>
        </w:rPr>
        <w:t xml:space="preserve">[21:17] </w:t>
      </w:r>
      <w:r>
        <w:t>is ke phatne se, is ke explosion se jo radiation hua, to woh us waqt se ab maujood tha khala mein.</w:t>
      </w:r>
    </w:p>
    <w:p>
      <w:pPr>
        <w:jc w:val="right"/>
      </w:pPr>
      <w:r>
        <w:t>اس کے پھٹنے سے، اس کے ایکسپلوژن سے جو ریڈی ایشن ہوا، تو وہ اس وقت سے اب موجود تھا خلا میں۔</w:t>
      </w:r>
    </w:p>
    <w:p>
      <w:r>
        <w:rPr>
          <w:b/>
        </w:rPr>
        <w:t xml:space="preserve">[21:27] </w:t>
      </w:r>
      <w:r>
        <w:t>jo kehte hain background radiation, woh exist kar raha tha. is ke proof ke taur par ke yahan par ek ek aisa waqea hua hai explosion ka.</w:t>
      </w:r>
    </w:p>
    <w:p>
      <w:pPr>
        <w:jc w:val="right"/>
      </w:pPr>
      <w:r>
        <w:t>جو کہتے ہیں بیک گراؤنڈ ریڈی ایشن، وہ ایگزسٹ کر رہا تھا۔ اس کے پروف کے طور پر کہ یہاں پر ایک ایک ایسا واقعہ ہوا ہے ایکسپلوژن کا۔</w:t>
      </w:r>
    </w:p>
    <w:p>
      <w:r>
        <w:rPr>
          <w:b/>
        </w:rPr>
        <w:t xml:space="preserve">[21:38] </w:t>
      </w:r>
      <w:r>
        <w:t>abhi haal mein is ko bohat hi khas tarah ke yani electronic telescope, telescope ke zariye se is ko photo liye gae, is ko discover kiya gaya.</w:t>
      </w:r>
    </w:p>
    <w:p>
      <w:pPr>
        <w:jc w:val="right"/>
      </w:pPr>
      <w:r>
        <w:t>ابھی حال میں اس کو بہت ہی خاص طرح کے یعنی الیکٹرانک ٹیلی سکوپ، ٹیلی سکوپ کے ذریعے سے اس کو فوٹو لیے گئے، اس کو ڈسکور کیا گیا۔</w:t>
      </w:r>
    </w:p>
    <w:p>
      <w:r>
        <w:rPr>
          <w:b/>
        </w:rPr>
        <w:t xml:space="preserve">[21:52] </w:t>
      </w:r>
      <w:r>
        <w:t>to jab woh scientists ke samne woh aya, is ka photo to ek scientist ki zuban se nikla, woh ripple ki shakal mein hai, laharon ki shakal mein.</w:t>
      </w:r>
    </w:p>
    <w:p>
      <w:pPr>
        <w:jc w:val="right"/>
      </w:pPr>
      <w:r>
        <w:t>تو جب وہ سائنس دانوں کے سامنے وہ آیا، اس کا فوٹو تو ایک سائنس دان کی زبان سے نکلا، وہ رپل کی شکل میں ہے، لہروں کی شکل میں۔</w:t>
      </w:r>
    </w:p>
    <w:p>
      <w:r>
        <w:rPr>
          <w:b/>
        </w:rPr>
        <w:t xml:space="preserve">[22:03] </w:t>
      </w:r>
      <w:r>
        <w:t>ripple, woh jo background radiation hai, woh ripple ki shakal mein hai, yani laharon ki shakal mein. jaise koi khat shikasht ho, is tarah ki samajh lijiye.</w:t>
      </w:r>
    </w:p>
    <w:p>
      <w:pPr>
        <w:jc w:val="right"/>
      </w:pPr>
      <w:r>
        <w:t>رپل، وہ جو بیک گراؤنڈ ریڈی ایشن ہے، وہ رپل کی شکل میں ہے، یعنی لہروں کی شکل میں۔ جیسے کوئی خط شکست ہو، اس طرح کی سمجھ لیجئے۔</w:t>
      </w:r>
    </w:p>
    <w:p>
      <w:r>
        <w:rPr>
          <w:b/>
        </w:rPr>
        <w:t xml:space="preserve">[22:17] </w:t>
      </w:r>
      <w:r>
        <w:t>to is ne dekha to is ne kaha ke "it is like seeing the handwriting of god".</w:t>
      </w:r>
    </w:p>
    <w:p>
      <w:pPr>
        <w:jc w:val="right"/>
      </w:pPr>
      <w:r>
        <w:t>تو اس نے دیکھا تو اس نے کہا کہ "اٹ از لائک سینگ دی ہینڈ رائٹنگ آف گاڈ"۔</w:t>
      </w:r>
    </w:p>
    <w:p>
      <w:r>
        <w:rPr>
          <w:b/>
        </w:rPr>
        <w:t xml:space="preserve">[22:26] </w:t>
      </w:r>
      <w:r>
        <w:t>"it is like seeing the handwriting of god". ab dekhen ke yeh hai roiyat jo hone wali thi.</w:t>
      </w:r>
    </w:p>
    <w:p>
      <w:pPr>
        <w:jc w:val="right"/>
      </w:pPr>
      <w:r>
        <w:t>"اٹ از لائک سینگ دی ہینڈ رائٹنگ آف گاڈ"۔ اب دیکھیں کہ یہ ہے رویت جو ہونے والی تھی۔</w:t>
      </w:r>
    </w:p>
    <w:p>
      <w:r>
        <w:rPr>
          <w:b/>
        </w:rPr>
        <w:t xml:space="preserve">[22:36] </w:t>
      </w:r>
      <w:r>
        <w:t>lekin ek bohat hi ek gradual process tha discovery ka.</w:t>
      </w:r>
    </w:p>
    <w:p>
      <w:pPr>
        <w:jc w:val="right"/>
      </w:pPr>
      <w:r>
        <w:t>لیکن ایک بہت ہی ایک گریجول پروسیس تھا ڈسکوری کا۔</w:t>
      </w:r>
    </w:p>
    <w:p>
      <w:r>
        <w:rPr>
          <w:b/>
        </w:rPr>
        <w:t xml:space="preserve">[22:41] </w:t>
      </w:r>
      <w:r>
        <w:t>13 billion saal ke baad yeh mumkin hua ke insan is is is ripple ko discover kare, khuda ki is handwriting ko jaane. yeh hai discovery ka process.</w:t>
      </w:r>
    </w:p>
    <w:p>
      <w:pPr>
        <w:jc w:val="right"/>
      </w:pPr>
      <w:r>
        <w:t>13 بلین سال کے بعد یہ ممکن ہوا کہ انسان اس اس اس رپل کو ڈسکور کرے، خدا کی اس ہینڈ رائٹنگ کو جانے۔ یہ ہے ڈسکوری کا پروسیس۔</w:t>
      </w:r>
    </w:p>
    <w:p>
      <w:r>
        <w:rPr>
          <w:b/>
        </w:rPr>
        <w:t xml:space="preserve">[22:54] </w:t>
      </w:r>
      <w:r>
        <w:t>to mujhe, mere liye ek yeh apna zaati experience hai. yeh jaise kal parson abhi mujhe 40 saal ke baad ek discovery hui.</w:t>
      </w:r>
    </w:p>
    <w:p>
      <w:pPr>
        <w:jc w:val="right"/>
      </w:pPr>
      <w:r>
        <w:t>تو مجھے، میرے لیے ایک یہ اپنا ذاتی ایکسپیرینس ہے۔ یہ جیسے کل پرسوں ابھی مجھے 40 سال کے بعد ایک ڈسکوری ہوئی۔</w:t>
      </w:r>
    </w:p>
    <w:p>
      <w:r>
        <w:rPr>
          <w:b/>
        </w:rPr>
        <w:t xml:space="preserve">[23:08] </w:t>
      </w:r>
      <w:r>
        <w:t>40 saal pehle jab madrasay mein parh kar nikla tha, main is ke baad ki baat hai. to hadith mein ek ayat, ek ek riwayat aati hai ke "la yazalu annasu bikhairin ma'a'ajiliftar".</w:t>
      </w:r>
    </w:p>
    <w:p>
      <w:pPr>
        <w:jc w:val="right"/>
      </w:pPr>
      <w:r>
        <w:t>40 سال پہلے جب مدرسے میں پڑھ کر نکلا تھا، میں اس کے بعد کی بات ہے۔ تو حدیث میں ایک آیت، ایک ایک روایت آتی ہے کہ "لا یزال الناس بخیر معاج الفطر"۔</w:t>
      </w:r>
    </w:p>
    <w:p>
      <w:r>
        <w:rPr>
          <w:b/>
        </w:rPr>
        <w:t xml:space="preserve">[23:27] </w:t>
      </w:r>
      <w:r>
        <w:t>yani meri ummat jo hai, khair par rahe gi, khair par rahe gi, bhalai par rahe gi.</w:t>
      </w:r>
    </w:p>
    <w:p>
      <w:pPr>
        <w:jc w:val="right"/>
      </w:pPr>
      <w:r>
        <w:t>یعنی میری امت جو ہے، خیر پر رہے گی، خیر پر رہے گی، بھلائی پر رہے گی۔</w:t>
      </w:r>
    </w:p>
    <w:p>
      <w:r>
        <w:rPr>
          <w:b/>
        </w:rPr>
        <w:t xml:space="preserve">[23:34] </w:t>
      </w:r>
      <w:r>
        <w:t>jab tak woh iftar mein jaldi karti rahe, yani roza rakhte hain, to jaldi iftar karna jo hai, jab tak rahe ga ummat mein, tab tak woh khair par rahe gi.</w:t>
      </w:r>
    </w:p>
    <w:p>
      <w:pPr>
        <w:jc w:val="right"/>
      </w:pPr>
      <w:r>
        <w:t>جب تک وہ افطار میں جلدی کرتی رہے، یعنی روزہ رکھتے ہیں، تو جلدی افطار کرنا جو ہے، جب تک رہے گا امت میں، تب تک وہ خیر پر رہے گی۔</w:t>
      </w:r>
    </w:p>
    <w:p>
      <w:r>
        <w:rPr>
          <w:b/>
        </w:rPr>
        <w:t xml:space="preserve">[23:47] </w:t>
      </w:r>
      <w:r>
        <w:t>jab iftar karne mein der kare gi woh, to khair se nikal jaye ga. woh aaj tak koi jaan nahi saka is ko.</w:t>
      </w:r>
    </w:p>
    <w:p>
      <w:pPr>
        <w:jc w:val="right"/>
      </w:pPr>
      <w:r>
        <w:t>جب افطار کرنے میں دیر کرے گی وہ، تو خیر سے نکل جائے گی۔ وہ آج تک کوئی جان نہیں سکا اس کو۔</w:t>
      </w:r>
    </w:p>
    <w:p>
      <w:r>
        <w:rPr>
          <w:b/>
        </w:rPr>
        <w:t xml:space="preserve">[23:55] </w:t>
      </w:r>
      <w:r>
        <w:t>main ne bohat sara sharahein dekhi logon ke jo hadith ke bare mein jo commentaries hain, subject kisi ne bhi is ko khola nahi hai ke khair ka matlab kiya hai.</w:t>
      </w:r>
    </w:p>
    <w:p>
      <w:pPr>
        <w:jc w:val="right"/>
      </w:pPr>
      <w:r>
        <w:t>میں نے بہت سارا شرحیں دیکھیں لوگوں کے جو حدیث کے بارے میں جو کمنٹریز ہیں، سبجیکٹ کسی نے بھی اس کو کھولا نہیں ہے کہ خیر کا مطلب کیا ہے۔</w:t>
      </w:r>
    </w:p>
    <w:p>
      <w:r>
        <w:rPr>
          <w:b/>
        </w:rPr>
        <w:t xml:space="preserve">[24:06] </w:t>
      </w:r>
      <w:r>
        <w:t>yeh kyun khair par rahe gi? yani ummat khair par kyun rahe gi? yani sehri mein jaldi se kiya taluq hai khair ka?</w:t>
      </w:r>
    </w:p>
    <w:p>
      <w:pPr>
        <w:jc w:val="right"/>
      </w:pPr>
      <w:r>
        <w:t>یہ کیوں خیر پر رہے گی؟ یعنی امت خیر پر کیوں رہے گی؟ یعنی سحری میں جلدی سے کیا تعلق ہے خیر کا؟</w:t>
      </w:r>
    </w:p>
    <w:p>
      <w:r>
        <w:rPr>
          <w:b/>
        </w:rPr>
        <w:t xml:space="preserve">[24:22] </w:t>
      </w:r>
      <w:r>
        <w:t>ummat khair par rahe gi jab tak woh iftar mein jaldi karti rahe gi. to iftar mein jaldi karne ka taluq khair se kiya hai?</w:t>
      </w:r>
    </w:p>
    <w:p>
      <w:pPr>
        <w:jc w:val="right"/>
      </w:pPr>
      <w:r>
        <w:t>امت خیر پر رہے گی جب تک وہ افطار میں جلدی کرتی رہے گی۔ تو افطار میں جلدی کرنے کا تعلق خیر سے کیا ہے؟</w:t>
      </w:r>
    </w:p>
    <w:p>
      <w:r>
        <w:rPr>
          <w:b/>
        </w:rPr>
        <w:t xml:space="preserve">[24:33] </w:t>
      </w:r>
      <w:r>
        <w:t>koi is ko khola nahi saka. aur mera mind is par, main apne mind mein, main ne feed kiya aap se 40 saal pehle. woh process chal raha tha, chal raha tha, chal raha tha.</w:t>
      </w:r>
    </w:p>
    <w:p>
      <w:pPr>
        <w:jc w:val="right"/>
      </w:pPr>
      <w:r>
        <w:t>کوئی اس کو کھول نہیں سکا۔ اور میرا مائنڈ اس پر، میں اپنے مائنڈ میں، میں نے فیڈ کیا آپ سے 40 سال پہلے۔ وہ پروسیس چل رہا تھا، چل رہا تھا، چل رہا تھا۔</w:t>
      </w:r>
    </w:p>
    <w:p>
      <w:r>
        <w:rPr>
          <w:b/>
        </w:rPr>
        <w:t xml:space="preserve">[24:44] </w:t>
      </w:r>
      <w:r>
        <w:t>abhi ghaleban parson achaanak ek woh hua, achaanak ek flash hua mere mind mein, achaanak.</w:t>
      </w:r>
    </w:p>
    <w:p>
      <w:pPr>
        <w:jc w:val="right"/>
      </w:pPr>
      <w:r>
        <w:t>ابھی غالباً پرسوں اچانک ایک وہ ہوا، اچانک ایک فلیش ہوا میرے مائنڈ میں، اچانک۔</w:t>
      </w:r>
    </w:p>
    <w:p>
      <w:r>
        <w:rPr>
          <w:b/>
        </w:rPr>
        <w:t xml:space="preserve">[24:53] </w:t>
      </w:r>
      <w:r>
        <w:t>aur is ka matlab meri samajh mein aa gaya. to flash kis ne kiya? matlab woh thought particle kahan se aaya? woh Allah taala ki taraf se aaya.</w:t>
      </w:r>
    </w:p>
    <w:p>
      <w:pPr>
        <w:jc w:val="right"/>
      </w:pPr>
      <w:r>
        <w:t>اور اس کا مطلب میری سمجھ میں آ گیا۔ تو فلیش کس نے کیا؟ مطلب وہ تھاٹ پارٹیکل کہاں سے آیا؟ وہ اللہ تعالی کی طرف سے آیا۔</w:t>
      </w:r>
    </w:p>
    <w:p>
      <w:r>
        <w:rPr>
          <w:b/>
        </w:rPr>
        <w:t xml:space="preserve">[25:06] </w:t>
      </w:r>
      <w:r>
        <w:t>isi ko shariat ki zaban mein kehte hain alqaa aur ilham. peghambar ke liye bulaya to is ko kehte hain wahi. kehte hain</w:t>
      </w:r>
    </w:p>
    <w:p>
      <w:pPr>
        <w:jc w:val="right"/>
      </w:pPr>
      <w:r>
        <w:t>اسی کو شریعت کی زبان میں کہتے ہیں القاء اور الہام۔ پیغمبر کے لیے بلایا تو اس کو کہتے ہیں وحی۔ کہتے ہیں</w:t>
      </w:r>
    </w:p>
    <w:p>
      <w:r>
        <w:rPr>
          <w:b/>
        </w:rPr>
        <w:t xml:space="preserve">[25:13] </w:t>
      </w:r>
      <w:r>
        <w:t>ghair peghambar ke liye kehte hain alqaa aur ilham, inspiration. isi ko keh raha hoon thought particle. to achaanak mere zehan mein ek lafz aaya, shift of emphasis.</w:t>
      </w:r>
    </w:p>
    <w:p>
      <w:pPr>
        <w:jc w:val="right"/>
      </w:pPr>
      <w:r>
        <w:t>غیر پیغمبر کے لیے کہتے ہیں القاء اور الہام، انسپیریشن۔ اسی کو کہہ رہا ہوں تھاٹ پارٹیکل۔ تو اچانک میرے ذہن میں ایک لفظ آیا، شفٹ آف ایمفیسز۔</w:t>
      </w:r>
    </w:p>
    <w:p>
      <w:r>
        <w:rPr>
          <w:b/>
        </w:rPr>
        <w:t xml:space="preserve">[25:30] </w:t>
      </w:r>
      <w:r>
        <w:t>yani jab log aisa karein ke ehtiyati tor par barha dein ke bhai 5 minute der mein iftar karo, ehtiyati tor par.</w:t>
      </w:r>
    </w:p>
    <w:p>
      <w:pPr>
        <w:jc w:val="right"/>
      </w:pPr>
      <w:r>
        <w:t>یعنی جب لوگ ایسا کریں کہ احتیاطی طور پر بڑھا دیں کہ بھئی پانچ منٹ دیر میں افطار کرو، احتیاطی طور پر۔</w:t>
      </w:r>
    </w:p>
    <w:p>
      <w:r>
        <w:rPr>
          <w:b/>
        </w:rPr>
        <w:t xml:space="preserve">[25:41] </w:t>
      </w:r>
      <w:r>
        <w:t>der is shift of emphasis.</w:t>
      </w:r>
    </w:p>
    <w:p>
      <w:pPr>
        <w:jc w:val="right"/>
      </w:pPr>
      <w:r>
        <w:t>دیر از شفٹ آف ایمفیسز۔</w:t>
      </w:r>
    </w:p>
    <w:p>
      <w:r>
        <w:rPr>
          <w:b/>
        </w:rPr>
        <w:t xml:space="preserve">[25:45] </w:t>
      </w:r>
      <w:r>
        <w:t>yani jab tak yeh hoga ke spirit zinda rahe gi, to log kiya sochein ge? but time ho gaya, iftar kar lo.</w:t>
      </w:r>
    </w:p>
    <w:p>
      <w:pPr>
        <w:jc w:val="right"/>
      </w:pPr>
      <w:r>
        <w:t>یعنی جب تک یہ ہوگا کہ سپرٹ زندہ رہے گی، تو لوگ کیا سوچیں گے؟ بٹ ٹائم ہو گیا، افطار کر لو۔</w:t>
      </w:r>
    </w:p>
    <w:p>
      <w:r>
        <w:rPr>
          <w:b/>
        </w:rPr>
        <w:t xml:space="preserve">[25:56] </w:t>
      </w:r>
      <w:r>
        <w:t>jo time Allah taala ne muqarrar kar diya hai ke suraj dooba to time ho gaya. jaise hi suraj dooba hai, iftar kar lo.</w:t>
      </w:r>
    </w:p>
    <w:p>
      <w:pPr>
        <w:jc w:val="right"/>
      </w:pPr>
      <w:r>
        <w:t>جو ٹائم اللہ تعالی نے مقرر کر دیا ہے کہ سورج ڈوبا تو ٹائم ہو گیا۔ جیسے ہی سورج ڈوبا ہے، افطار کر لو۔</w:t>
      </w:r>
    </w:p>
    <w:p>
      <w:r>
        <w:rPr>
          <w:b/>
        </w:rPr>
        <w:t xml:space="preserve">[26:06] </w:t>
      </w:r>
      <w:r>
        <w:t>is ke baad ek waqt aye ga jab ummat mein degeneration ke baad,</w:t>
      </w:r>
    </w:p>
    <w:p>
      <w:pPr>
        <w:jc w:val="right"/>
      </w:pPr>
      <w:r>
        <w:t>اس کے بعد ایک وقت آئے گا جب امت میں ڈی جنریشن کے بعد،</w:t>
      </w:r>
    </w:p>
    <w:p>
      <w:r>
        <w:rPr>
          <w:b/>
        </w:rPr>
        <w:t xml:space="preserve">[26:14] </w:t>
      </w:r>
      <w:r>
        <w:t>degeneration jab hota hai to form ki ahmiyat barh jati hai. to shift of emphasis hoga. yani zor diya jata tha pehle spirit par, ab zor diya jaye ga form par.</w:t>
      </w:r>
    </w:p>
    <w:p>
      <w:pPr>
        <w:jc w:val="right"/>
      </w:pPr>
      <w:r>
        <w:t>ڈی جنریشن جب ہوتا ہے تو فارم کی اہمیت بڑھ جاتی ہے۔ تو شفٹ آف ایمفیسز ہوگا۔ یعنی زور دیا جاتا تھا پہلے اسپرٹ پر، اب زور دیا جائے گا فارم پر۔</w:t>
      </w:r>
    </w:p>
    <w:p>
      <w:r>
        <w:rPr>
          <w:b/>
        </w:rPr>
        <w:t xml:space="preserve">[26:27] </w:t>
      </w:r>
      <w:r>
        <w:t>is hadith ka matlab yeh hai ke ummat jab tak spirit par zor deti rahe gi, tab tak woh khair par rahe gi. aur jab form par zor dene lage gi to woh khair se nikal jaye gi.</w:t>
      </w:r>
    </w:p>
    <w:p>
      <w:pPr>
        <w:jc w:val="right"/>
      </w:pPr>
      <w:r>
        <w:t>اس حدیث کا مطلب یہ ہے کہ امت جب تک اسپرٹ پر زور دیتی رہے گی، تب تک وہ خیر پر رہے گی۔ اور جب فارم پر زور دینے لگے گی تو وہ خیر سے نکل جائے گی۔</w:t>
      </w:r>
    </w:p>
    <w:p>
      <w:r>
        <w:rPr>
          <w:b/>
        </w:rPr>
        <w:t xml:space="preserve">[26:36] </w:t>
      </w:r>
      <w:r>
        <w:t>yeh hai shift of emphasis. yeh poori muslim history ne kisi ne is ko daryaft nahi kiya.</w:t>
      </w:r>
    </w:p>
    <w:p>
      <w:pPr>
        <w:jc w:val="right"/>
      </w:pPr>
      <w:r>
        <w:t>یہ ہے شفٹ آف ایمفیسز۔ یہ پوری مسلم ہسٹری نے کسی نے اس کو دریافت نہیں کیا۔</w:t>
      </w:r>
    </w:p>
    <w:p>
      <w:r>
        <w:rPr>
          <w:b/>
        </w:rPr>
        <w:t xml:space="preserve">[26:45] </w:t>
      </w:r>
      <w:r>
        <w:t>yeh parson mere mind mein aaya. yeh kahan se aaya? Allah ki taraf se aaya. to isi ko main ne kaha ke sab se bara jo zariya hai Allah ki daryaft ka, woh dua hai.</w:t>
      </w:r>
    </w:p>
    <w:p>
      <w:pPr>
        <w:jc w:val="right"/>
      </w:pPr>
      <w:r>
        <w:t>یہ پرسوں میرے مائنڈ میں آیا۔ یہ کہاں سے آیا؟ اللہ کی طرف سے آیا۔ تو اسی کو میں نے کہا کہ سب سے بڑا جو ذریعہ ہے اللہ کی دریافت کا، وہ دعا ہے۔</w:t>
      </w:r>
    </w:p>
    <w:p>
      <w:r>
        <w:rPr>
          <w:b/>
        </w:rPr>
        <w:t xml:space="preserve">[26:59] </w:t>
      </w:r>
      <w:r>
        <w:t>dua se jab aap ke mind mein ek ek naya thought particle aaye to woh Khuda ka sign hota hai, Khuda ka saboot hota hai, Khuda ki daleel hoti hai.</w:t>
      </w:r>
    </w:p>
    <w:p>
      <w:pPr>
        <w:jc w:val="right"/>
      </w:pPr>
      <w:r>
        <w:t>دعا سے جب آپ کے مائنڈ میں ایک ایک نیا تھاٹ پارٹیکل آئے تو وہ خدا کا سائن ہوتا ہے، خدا کا ثبوت ہوتا ہے، خدا کی دلیل ہوتی ہے۔</w:t>
      </w:r>
    </w:p>
    <w:p>
      <w:r>
        <w:rPr>
          <w:b/>
        </w:rPr>
        <w:t xml:space="preserve">[27:13] </w:t>
      </w:r>
      <w:r>
        <w:t>to meri poori zindagi is</w:t>
      </w:r>
    </w:p>
    <w:p>
      <w:pPr>
        <w:jc w:val="right"/>
      </w:pPr>
      <w:r>
        <w:t>تو میری پوری زندگی اس</w:t>
      </w:r>
    </w:p>
    <w:p>
      <w:r>
        <w:rPr>
          <w:b/>
        </w:rPr>
        <w:t xml:space="preserve">[27:15] </w:t>
      </w:r>
      <w:r>
        <w:t>y mein guzri hai. yani secular item bhi hai ya religious item, dono qism ke item. maslan aap dekhein, main chand misalein deta hoon aap ko secular item ki.</w:t>
      </w:r>
    </w:p>
    <w:p>
      <w:pPr>
        <w:jc w:val="right"/>
      </w:pPr>
      <w:r>
        <w:t>ی میں گزری ہے۔ یعنی سیکولر آئٹم بھی ہے یا ریلیجیس آئٹم، دونوں قسم کے آئٹم۔ مثلاً آپ دیکھیں، میں چند مثال دیتا ہوں آپ کو سیکولر آئٹم کی۔</w:t>
      </w:r>
    </w:p>
    <w:p>
      <w:r>
        <w:rPr>
          <w:b/>
        </w:rPr>
        <w:t xml:space="preserve">[27:27] </w:t>
      </w:r>
      <w:r>
        <w:t>bohat si baatein hain jo pehli bar history mein main ne jani hain. pehli bar, koi nahi, kisi ko pata nahi tha is ka. woh bhi thought particle the.</w:t>
      </w:r>
    </w:p>
    <w:p>
      <w:pPr>
        <w:jc w:val="right"/>
      </w:pPr>
      <w:r>
        <w:t>بہت سی باتیں ہیں جو پہلی بار ہسٹری میں میں نے جانی ہیں۔ پہلی بار، کوئی نہیں، کسی کو پتہ نہیں تھا اس کا۔ وہ بھی تھاٹ پارٹیکل تھے۔</w:t>
      </w:r>
    </w:p>
    <w:p>
      <w:r>
        <w:rPr>
          <w:b/>
        </w:rPr>
        <w:t xml:space="preserve">[27:39] </w:t>
      </w:r>
      <w:r>
        <w:t>woh to jab main aisi cheez daryaft karta hoon to full for mujhe yaqeen hota hai ke Allah ka wajood hai.</w:t>
      </w:r>
    </w:p>
    <w:p>
      <w:pPr>
        <w:jc w:val="right"/>
      </w:pPr>
      <w:r>
        <w:t>وہ تو جب میں ایسی چیز دریافت کرتا ہوں تو فل فور مجھے یقین ہوتا ہے کہ اللہ کا وجود ہے۔</w:t>
      </w:r>
    </w:p>
    <w:p>
      <w:r>
        <w:rPr>
          <w:b/>
        </w:rPr>
        <w:t xml:space="preserve">[27:44] </w:t>
      </w:r>
      <w:r>
        <w:t>isi ne inspire kiya hai mujhe. misal ke tor par dekhiye,</w:t>
      </w:r>
    </w:p>
    <w:p>
      <w:pPr>
        <w:jc w:val="right"/>
      </w:pPr>
      <w:r>
        <w:t>اسی نے انسپائر کیا ہے مجھے۔ مثال کے طور پر دیکھیے،</w:t>
      </w:r>
    </w:p>
    <w:p>
      <w:r>
        <w:rPr>
          <w:b/>
        </w:rPr>
        <w:t xml:space="preserve">[27:52] </w:t>
      </w:r>
      <w:r>
        <w:t>ancient Greece mein big burn naam hain, Aristotle, Plato aur Socrates ke top ke log hain.</w:t>
      </w:r>
    </w:p>
    <w:p>
      <w:pPr>
        <w:jc w:val="right"/>
      </w:pPr>
      <w:r>
        <w:t>اینشینٹ گریس میں بگ برن نام ہیں، ارسٹوٹل، پلیٹو اور سوکریٹیز کے ٹاپ کے لوگ ہیں۔</w:t>
      </w:r>
    </w:p>
    <w:p>
      <w:r>
        <w:rPr>
          <w:b/>
        </w:rPr>
        <w:t xml:space="preserve">[28:01] </w:t>
      </w:r>
      <w:r>
        <w:t>yeh un ka obsession kiya tha? ideal state. ideal state. sab chahte hain ideal state banana.</w:t>
      </w:r>
    </w:p>
    <w:p>
      <w:pPr>
        <w:jc w:val="right"/>
      </w:pPr>
      <w:r>
        <w:t>یہ ان کا ابسیشن کیا تھا؟ آئیڈیل اسٹیٹ۔ آئیڈیل اسٹیٹ۔ سب چاہتے ہیں آئیڈیل اسٹیٹ بنانا۔</w:t>
      </w:r>
    </w:p>
    <w:p>
      <w:r>
        <w:rPr>
          <w:b/>
        </w:rPr>
        <w:t xml:space="preserve">[28:09] </w:t>
      </w:r>
      <w:r>
        <w:t>is waqt se le kar aaj tak, aaj tak ideal state, butt and asal ideal state ki tamanna mein mar gaya.</w:t>
      </w:r>
    </w:p>
    <w:p>
      <w:pPr>
        <w:jc w:val="right"/>
      </w:pPr>
      <w:r>
        <w:t>اس وقت سے لے کر آج تک، آج تک آئیڈیل اسٹیٹ، بٹ اینڈ اصل آئیڈیل اسٹیٹ کی تمنا میں مر گیا۔</w:t>
      </w:r>
    </w:p>
    <w:p>
      <w:r>
        <w:rPr>
          <w:b/>
        </w:rPr>
        <w:t xml:space="preserve">[28:21] </w:t>
      </w:r>
      <w:r>
        <w:t>chahta tha ideal state banana. har jagah jo log hain, woh ideal state ka khwab dekh rahe hain.</w:t>
      </w:r>
    </w:p>
    <w:p>
      <w:pPr>
        <w:jc w:val="right"/>
      </w:pPr>
      <w:r>
        <w:t>چاہتا تھا آئیڈیل اسٹیٹ بنانا۔ ہر جگہ جو لوگ ہیں، وہ آئیڈیل اسٹیٹ کا خواب دیکھ رہے ہیں۔</w:t>
      </w:r>
    </w:p>
    <w:p>
      <w:r>
        <w:rPr>
          <w:b/>
        </w:rPr>
        <w:t xml:space="preserve">[28:33] </w:t>
      </w:r>
      <w:r>
        <w:t>aise aap dekhiye, mars tha, mahatma gandhi the, ideal society. ideal society. ideal state, ideal society.</w:t>
      </w:r>
    </w:p>
    <w:p>
      <w:pPr>
        <w:jc w:val="right"/>
      </w:pPr>
      <w:r>
        <w:t>ایسے آپ دیکھیے، مارس تھا، مہاتما گاندھی تھے، آئیڈیل سوسائٹی۔ آئیڈیل سوسائٹی۔ آئیڈیل اسٹیٹ، آئیڈیل سوسائٹی۔</w:t>
      </w:r>
    </w:p>
    <w:p>
      <w:r>
        <w:rPr>
          <w:b/>
        </w:rPr>
        <w:t xml:space="preserve">[28:44] </w:t>
      </w:r>
      <w:r>
        <w:t>yeh logon ka goal raha hai. jitne thinker hain, poori history ke, mujhe ek nayi baat meri zehn mein aayi.</w:t>
      </w:r>
    </w:p>
    <w:p>
      <w:pPr>
        <w:jc w:val="right"/>
      </w:pPr>
      <w:r>
        <w:t>یہ لوگوں کا گول رہا ہے۔ جتنے تھنکر ہیں، پوری ہسٹری کے، مجھے ایک نئی بات میری ذہن میں آئی۔</w:t>
      </w:r>
    </w:p>
    <w:p>
      <w:r>
        <w:rPr>
          <w:b/>
        </w:rPr>
        <w:t xml:space="preserve">[28:54] </w:t>
      </w:r>
      <w:r>
        <w:t>woh kiya hai? is duniya mein main ideal ban hi nahin sakta. ideal content be achieved in this world.</w:t>
      </w:r>
    </w:p>
    <w:p>
      <w:pPr>
        <w:jc w:val="right"/>
      </w:pPr>
      <w:r>
        <w:t>وہ کیا ہے؟ اس دنیا میں میں آئیڈیل بن ہی نہیں سکتا۔ آئیڈیل کنٹینٹ بی اچیو ان دس ورلڈ۔</w:t>
      </w:r>
    </w:p>
    <w:p>
      <w:r>
        <w:rPr>
          <w:b/>
        </w:rPr>
        <w:t xml:space="preserve">[29:03] </w:t>
      </w:r>
      <w:r>
        <w:t>kyun? yeh duniya Allah taala ne banayi hai. yeh yeh testing ground hai. har ek test par hai.</w:t>
      </w:r>
    </w:p>
    <w:p>
      <w:pPr>
        <w:jc w:val="right"/>
      </w:pPr>
      <w:r>
        <w:t>کیوں؟ یہ دنیا اللہ تعالی نے بنائی ہے۔ یہ یہ ٹیسٹنگ گراؤنڈ ہے۔ ہر ایک ٹیسٹ پر ہے۔</w:t>
      </w:r>
    </w:p>
    <w:p>
      <w:r>
        <w:rPr>
          <w:b/>
        </w:rPr>
        <w:t xml:space="preserve">[29:15] </w:t>
      </w:r>
      <w:r>
        <w:t>is liye Allah taala ne logon ko kiya kiya hai? freedom diya hai, azadi. azadi di hai to azadi dono ki hai.</w:t>
      </w:r>
    </w:p>
    <w:p>
      <w:pPr>
        <w:jc w:val="right"/>
      </w:pPr>
      <w:r>
        <w:t>اس لیے اللہ تعالی نے لوگوں کو کیا کیا ہے؟ فریڈم دیا ہے، آزادی۔ آزادی دی ہے تو آزادی دونوں کی ہے۔</w:t>
      </w:r>
    </w:p>
    <w:p>
      <w:r>
        <w:rPr>
          <w:b/>
        </w:rPr>
        <w:t xml:space="preserve">[29:23] </w:t>
      </w:r>
      <w:r>
        <w:t>proper use karein, tab bhi misuse karein, tab bhi. yeh naam ke nahin ke baat hai ke azadi dene ke baad aap ka hath baandh liya jaye ke tum misuse nahin kar sakte.</w:t>
      </w:r>
    </w:p>
    <w:p>
      <w:pPr>
        <w:jc w:val="right"/>
      </w:pPr>
      <w:r>
        <w:t>پراپر یوز کریں، تب بھی مس یوز کریں، تب بھی۔ یہ نام کے نہیں کہ بات ہے کہ آزادی دینے کے بعد آپ کا ہاتھ باندھ لیا جائے کہ تم مس یوز نہیں کر سکتے۔</w:t>
      </w:r>
    </w:p>
    <w:p>
      <w:r>
        <w:rPr>
          <w:b/>
        </w:rPr>
        <w:t xml:space="preserve">[29:34] </w:t>
      </w:r>
      <w:r>
        <w:t>to chunke insanon mein aise hamesha bohat log rahenge jo apni azadi ko misuse karenge, is liye ideal society ban bhi nahin sakti. ideal state ban nahin sakti kabhi bhi.</w:t>
      </w:r>
    </w:p>
    <w:p>
      <w:pPr>
        <w:jc w:val="right"/>
      </w:pPr>
      <w:r>
        <w:t>تو چونکہ انسانوں میں ایسے ہمیشہ بہت لوگ رہیں گے جو اپنی آزادی کو مس یوز کریں گے، اس لیے آئیڈیل سوسائٹی بن بھی نہیں سکتی۔ آئیڈیل اسٹیٹ بن نہیں سکتی کبھی بھی۔</w:t>
      </w:r>
    </w:p>
    <w:p>
      <w:r>
        <w:rPr>
          <w:b/>
        </w:rPr>
        <w:t xml:space="preserve">[29:45] </w:t>
      </w:r>
      <w:r>
        <w:t>hamesha less than ideal hoga. jo bhi banega, ideal state ya ideal society banane ke liye ideal insan chahiye.</w:t>
      </w:r>
    </w:p>
    <w:p>
      <w:pPr>
        <w:jc w:val="right"/>
      </w:pPr>
      <w:r>
        <w:t>ہمیشہ لیس دین آئیڈیل ہوگا۔ جو بھی بنے گا، آئیڈیل اسٹیٹ یا آئیڈیل سوسائٹی بنانے کے لیے آئیڈیل انسان چاہیے۔</w:t>
      </w:r>
    </w:p>
    <w:p>
      <w:r>
        <w:rPr>
          <w:b/>
        </w:rPr>
        <w:t xml:space="preserve">[29:55] </w:t>
      </w:r>
      <w:r>
        <w:t>yani woh insan jo apni azadi ko misuse na kare. aise insan aap kahan se layenge? woh to naam ki</w:t>
      </w:r>
    </w:p>
    <w:p>
      <w:pPr>
        <w:jc w:val="right"/>
      </w:pPr>
      <w:r>
        <w:t>یعنی وہ انسان جو اپنی آزادی کو مس یوز نہ کرے۔ ایسے انسان آپ کہاں سے لائیں گے؟ وہ تو نام کی</w:t>
      </w:r>
    </w:p>
    <w:p>
      <w:r>
        <w:rPr>
          <w:b/>
        </w:rPr>
        <w:t xml:space="preserve">[30:03] </w:t>
      </w:r>
      <w:r>
        <w:t>baat hai. adam ki pehli nasal, pehli generation mein bilkul first generation jo hai, us mein habel aur qabil mein darmyan controversy hui.</w:t>
      </w:r>
    </w:p>
    <w:p>
      <w:pPr>
        <w:jc w:val="right"/>
      </w:pPr>
      <w:r>
        <w:t>بات ہے۔ آدم کی پہلی نسل، پہلی جنریشن میں بالکل فرسٹ جنریشن جو ہے، اس میں ہابل اور قابل میں درمیان کنٹروورسی ہوئی۔</w:t>
      </w:r>
    </w:p>
    <w:p>
      <w:r>
        <w:rPr>
          <w:b/>
        </w:rPr>
        <w:t xml:space="preserve">[30:13] </w:t>
      </w:r>
      <w:r>
        <w:t>aur qabil ne habel ko maar dala. that was first misuse of freedom. tab se aaj tak chala ja raha hai.</w:t>
      </w:r>
    </w:p>
    <w:p>
      <w:pPr>
        <w:jc w:val="right"/>
      </w:pPr>
      <w:r>
        <w:t>اور قابل نے ہابل کو مار ڈالا۔ دیٹ واز فرسٹ مس یوز آف فریڈم۔ تب سے آج تک چلا جا رہا ہے۔</w:t>
      </w:r>
    </w:p>
    <w:p>
      <w:r>
        <w:rPr>
          <w:b/>
        </w:rPr>
        <w:t xml:space="preserve">[30:22] </w:t>
      </w:r>
      <w:r>
        <w:t>kisi ne gandhi ko maar dala, kisi ne kiya kiya, kisi ne kiya kiya. kisi ne world war first chhedi, kisi ne world war second chhedi.</w:t>
      </w:r>
    </w:p>
    <w:p>
      <w:pPr>
        <w:jc w:val="right"/>
      </w:pPr>
      <w:r>
        <w:t>کسی نے گاندھی کو مار ڈالا، کسی نے کیا کیا، کسی نے کیا کیا۔ کسی نے ورلڈ وار فرسٹ چھیڑی، کسی نے ورلڈ وار سیکنڈ چھیڑی۔</w:t>
      </w:r>
    </w:p>
    <w:p>
      <w:r>
        <w:rPr>
          <w:b/>
        </w:rPr>
        <w:t xml:space="preserve">[30:32] </w:t>
      </w:r>
      <w:r>
        <w:t>to jab tak Allah taala ki taraf se insan ko azadi mili hui hai, to yeh bhi azadi mili rahegi ke woh misuse kare apni azadi ka.</w:t>
      </w:r>
    </w:p>
    <w:p>
      <w:pPr>
        <w:jc w:val="right"/>
      </w:pPr>
      <w:r>
        <w:t>تو جب تک اللہ تعالی کی طرف سے انسان کو آزادی ملی ہوئی ہے، تو یہ بھی آزادی ملی رہے گی کہ وہ مس یوز کرے اپنی آزادی کا۔</w:t>
      </w:r>
    </w:p>
    <w:p>
      <w:r>
        <w:rPr>
          <w:b/>
        </w:rPr>
        <w:t xml:space="preserve">[30:41] </w:t>
      </w:r>
      <w:r>
        <w:t>ya misuse karega to hamesha corruption aayega, hamesha yani kuch na kuch baatein bigadti rahengi.</w:t>
      </w:r>
    </w:p>
    <w:p>
      <w:pPr>
        <w:jc w:val="right"/>
      </w:pPr>
      <w:r>
        <w:t>یا مس یوز کرے گا تو ہمیشہ کرپشن آئے گا، ہمیشہ یعنی کچھ نہ کچھ باتیں بگڑتی رہیں گی۔</w:t>
      </w:r>
    </w:p>
    <w:p>
      <w:r>
        <w:rPr>
          <w:b/>
        </w:rPr>
        <w:t xml:space="preserve">[30:51] </w:t>
      </w:r>
      <w:r>
        <w:t>to ideal state kaise banayenge aap? ideal samajh kaise banayenge aap?</w:t>
      </w:r>
    </w:p>
    <w:p>
      <w:pPr>
        <w:jc w:val="right"/>
      </w:pPr>
      <w:r>
        <w:t>تو آئیڈیل اسٹیٹ کیسے بنائیں گے آپ؟ آئیڈیل سماج کیسے بنائیں گے آپ؟</w:t>
      </w:r>
    </w:p>
    <w:p>
      <w:r>
        <w:rPr>
          <w:b/>
        </w:rPr>
        <w:t xml:space="preserve">[30:57] </w:t>
      </w:r>
      <w:r>
        <w:t>to pehli bar yeh baat poori history mein kisi ne jani nahin thi ke ideals mein hamara goal nahin hai. ideal society ya ideal state yeh hamara goal nahin hai.</w:t>
      </w:r>
    </w:p>
    <w:p>
      <w:pPr>
        <w:jc w:val="right"/>
      </w:pPr>
      <w:r>
        <w:t>تو پہلی بار یہ بات پوری ہسٹری میں کسی نے جانی نہیں تھی کہ آئیڈیلز میں ہمارا گول نہیں ہے۔ آئیڈیل سوسائٹی یا آئیڈیل اسٹیٹ یہ ہمارا گول نہیں ہے۔</w:t>
      </w:r>
    </w:p>
    <w:p>
      <w:r>
        <w:rPr>
          <w:b/>
        </w:rPr>
        <w:t xml:space="preserve">[31:11] </w:t>
      </w:r>
      <w:r>
        <w:t>hamare musalman jo hain, is ko na janne ki wajah se dekhiye, har jagah lad rahe hain. har jagah yahi to ladai hai.</w:t>
      </w:r>
    </w:p>
    <w:p>
      <w:pPr>
        <w:jc w:val="right"/>
      </w:pPr>
      <w:r>
        <w:t>ہمارے مسلمان جو ہیں، اس کو نہ جاننے کی وجہ سے دیکھیے، ہر جگہ لڑ رہے ہیں۔ ہر جگہ یہی تو لڑائی ہے۔</w:t>
      </w:r>
    </w:p>
    <w:p>
      <w:r>
        <w:rPr>
          <w:b/>
        </w:rPr>
        <w:t xml:space="preserve">[31:18] </w:t>
      </w:r>
      <w:r>
        <w:t>57 muslim countries har jagah lad rahe hain. kyunke woh jo yardstick un ke mind mein hai, woh ideal state ka hai. aur jo jo ruler already baitha hua hai, woh less than ideal dikhai padta hai.</w:t>
      </w:r>
    </w:p>
    <w:p>
      <w:pPr>
        <w:jc w:val="right"/>
      </w:pPr>
      <w:r>
        <w:t>57 مسلم کنٹریز ہر جگہ لڑ رہے ہیں۔ کیونکہ وہ جو یارڈسٹرک ان کے مائنڈ میں ہے، وہ آئیڈیل اسٹیٹ کا ہے۔ اور جو جو جو رولر الریڈی بیٹھا ہوا ہے، وہ لیس دین آئیڈیل دکھائی پڑتا ہے۔</w:t>
      </w:r>
    </w:p>
    <w:p>
      <w:r>
        <w:rPr>
          <w:b/>
        </w:rPr>
        <w:t xml:space="preserve">[31:31] </w:t>
      </w:r>
      <w:r>
        <w:t>is se ladte rehte hain. woh jahad din afwain afghani ladte rahe apne ruler se. aur yeh syed syed qutb ladte rahe, abdullah modi ladte rahe.</w:t>
      </w:r>
    </w:p>
    <w:p>
      <w:pPr>
        <w:jc w:val="right"/>
      </w:pPr>
      <w:r>
        <w:t>اس سے لڑتے رہتے ہیں۔ وہ جہاد الدین افوین افغانی لڑتے رہے اپنے رولر سے۔ اور یہ سید سید قطب لڑتے رہے، عبداللہ مودی لڑتے رہے۔</w:t>
      </w:r>
    </w:p>
    <w:p>
      <w:r>
        <w:rPr>
          <w:b/>
        </w:rPr>
        <w:t xml:space="preserve">[31:42] </w:t>
      </w:r>
      <w:r>
        <w:t>abhi bhi log lad rahe hain. kyun? woh ideal chahte hain.</w:t>
      </w:r>
    </w:p>
    <w:p>
      <w:pPr>
        <w:jc w:val="right"/>
      </w:pPr>
      <w:r>
        <w:t>ابھی بھی لوگ لڑ رہے ہیں۔ کیوں؟ وہ آئیڈیل چاہتے ہیں۔</w:t>
      </w:r>
    </w:p>
    <w:p>
      <w:r>
        <w:rPr>
          <w:b/>
        </w:rPr>
        <w:t xml:space="preserve">[31:47] </w:t>
      </w:r>
      <w:r>
        <w:t>yeh kisi ko pata hi nahin ke ideal to achievable hi nahin hai sarr se duniya mein. tum ko chahiye ke tum less than ideal paradi ho jao. ab dekhein, agar less than ideal paradi hona jante hain hamare muslim leader.</w:t>
      </w:r>
    </w:p>
    <w:p>
      <w:pPr>
        <w:jc w:val="right"/>
      </w:pPr>
      <w:r>
        <w:t>یہ کسی کو پتہ ہی نہیں کہ آئیڈیل تو اچیویبل ہی نہیں ہے سرے سے دنیا میں۔ تم کو چاہیے کہ تم لیس دین آئیڈیل پرادی ہو جاؤ۔ اب دیکھیں، اگر لیس دین آئیڈیل پرادی ہونا جانتے ہیں ہمارے مسلم لیڈر۔</w:t>
      </w:r>
    </w:p>
    <w:p>
      <w:r>
        <w:rPr>
          <w:b/>
        </w:rPr>
        <w:t xml:space="preserve">[32:00] </w:t>
      </w:r>
      <w:r>
        <w:t>palestine ka jhagda ek din mein khatam, kashmir ka jhagda ek din mein khatam, pakistan ki ladai ek din mein khatam, afghanistan, iraq mein jo roz rozana goli chalti hai, social bombing hoti hai, woh ek din mein khatam.</w:t>
      </w:r>
    </w:p>
    <w:p>
      <w:pPr>
        <w:jc w:val="right"/>
      </w:pPr>
      <w:r>
        <w:t>فلسطین کا جھگڑا ایک دن میں ختم، کشمیر کا جھگڑا ایک دن میں ختم، پاکستان کی لڑائی ایک دن میں ختم، افغانستان، عراق میں جو روز روزانہ گولی چلتی ہے، سوشل بمبنگ ہوتی ہے، وہ ایک دن میں ختم۔</w:t>
      </w:r>
    </w:p>
    <w:p>
      <w:r>
        <w:rPr>
          <w:b/>
        </w:rPr>
        <w:t xml:space="preserve">[32:16] </w:t>
      </w:r>
      <w:r>
        <w:t>koi janta nahin.</w:t>
      </w:r>
    </w:p>
    <w:p>
      <w:pPr>
        <w:jc w:val="right"/>
      </w:pPr>
      <w:r>
        <w:t>کوئی جانتا نہیں۔</w:t>
      </w:r>
    </w:p>
    <w:p>
      <w:r>
        <w:rPr>
          <w:b/>
        </w:rPr>
        <w:t xml:space="preserve">[32:18] </w:t>
      </w:r>
      <w:r>
        <w:t>na secular thinker jante aur na religious thinker jante. agar jana hai to ek din mein sab kuch khatam. kyunke phir woh less than ideal paradi ho jayenge.</w:t>
      </w:r>
    </w:p>
    <w:p>
      <w:pPr>
        <w:jc w:val="right"/>
      </w:pPr>
      <w:r>
        <w:t>نہ سیکولر تھنکر جانتے اور نہ ریلیجیس تھنکر جانتے۔ اگر جانا ہے تو ایک دن میں سب کچھ ختم۔ کیونکہ پھر وہ لیس دین آئیڈیل پرادی ہو جائیں گے۔</w:t>
      </w:r>
    </w:p>
    <w:p>
      <w:r>
        <w:rPr>
          <w:b/>
        </w:rPr>
        <w:t xml:space="preserve">[32:29] </w:t>
      </w:r>
      <w:r>
        <w:t>sab ke sab status quo ban jayenge.</w:t>
      </w:r>
    </w:p>
    <w:p>
      <w:pPr>
        <w:jc w:val="right"/>
      </w:pPr>
      <w:r>
        <w:t>سب کے سب اسٹیٹس کوئز بن جائیں گے۔</w:t>
      </w:r>
    </w:p>
    <w:p>
      <w:r>
        <w:rPr>
          <w:b/>
        </w:rPr>
        <w:t xml:space="preserve">[32:35] </w:t>
      </w:r>
      <w:r>
        <w:t>to yeh meri discovery hai ke is duniya mein idealism possible nahin hai. jo jo possible hai, woh sirf status quo mein hai.</w:t>
      </w:r>
    </w:p>
    <w:p>
      <w:pPr>
        <w:jc w:val="right"/>
      </w:pPr>
      <w:r>
        <w:t>تو یہ میری ڈسکوری ہے کہ اس دنیا میں آئیڈیلزم پاسیبل نہیں ہے۔ جو جو پاسیبل ہے، وہ صرف اسٹیٹس کوئز میں ہے۔</w:t>
      </w:r>
    </w:p>
    <w:p>
      <w:r>
        <w:rPr>
          <w:b/>
        </w:rPr>
        <w:t xml:space="preserve">[32:46] </w:t>
      </w:r>
      <w:r>
        <w:t>to yeh ek is ko mein kehta hoon thought particle. to yeh kahan se add hua mere mind mein? yeh Allah taala ki taraf se aaya.</w:t>
      </w:r>
    </w:p>
    <w:p>
      <w:pPr>
        <w:jc w:val="right"/>
      </w:pPr>
      <w:r>
        <w:t>تو یہ ایک اس کو میں کہتا ہوں تھاٹ پارٹیکل۔ تو یہ کہاں سے ایڈ ہوا میرے مائنڈ میں؟ یہ اللہ تعالی کی طرف سے آیا۔</w:t>
      </w:r>
    </w:p>
    <w:p>
      <w:r>
        <w:rPr>
          <w:b/>
        </w:rPr>
        <w:t xml:space="preserve">[32:57] </w:t>
      </w:r>
      <w:r>
        <w:t>to mere nazdeek sab se bara proof is baat ka hai. yani Allah ke existence ka sabz proof yahi hai jo mujhe daily milta rehta hai.</w:t>
      </w:r>
    </w:p>
    <w:p>
      <w:pPr>
        <w:jc w:val="right"/>
      </w:pPr>
      <w:r>
        <w:t>تو میرے نزدیک سب سے بڑا پروف اس بات کا ہے۔ یعنی اللہ کے ایگزسٹنس کا سبز پروف یہی ہے جو مجھے ڈیلی ملتا رہتا ہے۔</w:t>
      </w:r>
    </w:p>
    <w:p>
      <w:r>
        <w:rPr>
          <w:b/>
        </w:rPr>
        <w:t xml:space="preserve">[33:07] </w:t>
      </w:r>
      <w:r>
        <w:t>daily</w:t>
      </w:r>
    </w:p>
    <w:p>
      <w:pPr>
        <w:jc w:val="right"/>
      </w:pPr>
      <w:r>
        <w:t>ڈیلی</w:t>
      </w:r>
    </w:p>
    <w:p>
      <w:r>
        <w:rPr>
          <w:b/>
        </w:rPr>
        <w:t xml:space="preserve">[33:08] </w:t>
      </w:r>
      <w:r>
        <w:t>. isi tarah dekhiye, tamam secular log ki kya boli hai? woh duniya ko baante hue hain have aur have-nots mein.</w:t>
      </w:r>
    </w:p>
    <w:p>
      <w:pPr>
        <w:jc w:val="right"/>
      </w:pPr>
      <w:r>
        <w:t>۔ اسی طرح دیکھیے، تمام سیکولر لوگ کی کیا بولی ہے؟ وہ دنیا کو بانٹے ہوئے ہیں ہیو اور ہیو ناٹس میں۔</w:t>
      </w:r>
    </w:p>
    <w:p>
      <w:r>
        <w:rPr>
          <w:b/>
        </w:rPr>
        <w:t xml:space="preserve">[33:17] </w:t>
      </w:r>
      <w:r>
        <w:t>jitne hain, sab ke sab. yani koi exception nahin hai. have aur have-nots.</w:t>
      </w:r>
    </w:p>
    <w:p>
      <w:pPr>
        <w:jc w:val="right"/>
      </w:pPr>
      <w:r>
        <w:t>جتنے ہیں، سب کے سب۔ یعنی کوئی ایکسیپشن نہیں ہے۔ ہیو اور ہیو ناٹس۔</w:t>
      </w:r>
    </w:p>
    <w:p>
      <w:r>
        <w:rPr>
          <w:b/>
        </w:rPr>
        <w:t xml:space="preserve">[33:28] </w:t>
      </w:r>
      <w:r>
        <w:t>yeh yeh yeh yeh equation hi galat hai.</w:t>
      </w:r>
    </w:p>
    <w:p>
      <w:pPr>
        <w:jc w:val="right"/>
      </w:pPr>
      <w:r>
        <w:t>یہ یہ یہ یہ ایکویشن ہی غلط ہے۔</w:t>
      </w:r>
    </w:p>
    <w:p>
      <w:r>
        <w:rPr>
          <w:b/>
        </w:rPr>
        <w:t xml:space="preserve">[33:33] </w:t>
      </w:r>
      <w:r>
        <w:t>sahi equation kya hai?</w:t>
      </w:r>
    </w:p>
    <w:p>
      <w:pPr>
        <w:jc w:val="right"/>
      </w:pPr>
      <w:r>
        <w:t>صحیح ایکویشن کیا ہے؟</w:t>
      </w:r>
    </w:p>
    <w:p>
      <w:r>
        <w:rPr>
          <w:b/>
        </w:rPr>
        <w:t xml:space="preserve">[33:36] </w:t>
      </w:r>
      <w:r>
        <w:t>Allah taala ne har ek ko bohat zyada capacity de kar paida kiya hai. har ek ko, har ek ko, har ek ko. farq kya hota hai?</w:t>
      </w:r>
    </w:p>
    <w:p>
      <w:pPr>
        <w:jc w:val="right"/>
      </w:pPr>
      <w:r>
        <w:t>اللہ تعالی نے ہر ایک کو بہت زیادہ کیپیسٹی دے کر پیدا کیا ہے۔ ہر ایک کو، ہر ایک کو، ہر ایک کو۔ فرق کیا ہوتا ہے؟</w:t>
      </w:r>
    </w:p>
    <w:p>
      <w:r>
        <w:rPr>
          <w:b/>
        </w:rPr>
        <w:t xml:space="preserve">[33:46] </w:t>
      </w:r>
      <w:r>
        <w:t>koi potential haves ki category mein hota hai, koi actual haves ki category mein hota hai.</w:t>
      </w:r>
    </w:p>
    <w:p>
      <w:pPr>
        <w:jc w:val="right"/>
      </w:pPr>
      <w:r>
        <w:t>کوئی پوٹینشل ہیوز کی کیٹگری میں ہوتا ہے، کوئی ایکچول ہیوز کی کیٹگری میں ہوتا ہے۔</w:t>
      </w:r>
    </w:p>
    <w:p>
      <w:r>
        <w:rPr>
          <w:b/>
        </w:rPr>
        <w:t xml:space="preserve">[33:54] </w:t>
      </w:r>
      <w:r>
        <w:t>have aur have-nots ki category hai hi nahin. jaise misaal ke taur par dekhiye, doctor abdul kalam jab paida hue the, ek poor family mein paida ho</w:t>
      </w:r>
    </w:p>
    <w:p>
      <w:pPr>
        <w:jc w:val="right"/>
      </w:pPr>
      <w:r>
        <w:t>ہیو اور ہیو ناٹس کی کیٹگری ہے ہی نہیں۔ جیسے مثال کے طور پر دیکھیے، ڈاکٹر عبدالکلام جب پیدا ہوئے تھے، ایک پور فیملی میں پیدا ہو</w:t>
      </w:r>
    </w:p>
    <w:p>
      <w:r>
        <w:rPr>
          <w:b/>
        </w:rPr>
        <w:t xml:space="preserve">[34:04] </w:t>
      </w:r>
      <w:r>
        <w:t>e. us waqt woh potential haves ki category mein the. baad ko unhon ne parha likha aur unhon ne mehnat ki. aaj woh kya hain?</w:t>
      </w:r>
    </w:p>
    <w:p>
      <w:pPr>
        <w:jc w:val="right"/>
      </w:pPr>
      <w:r>
        <w:t>ئے۔ اس وقت وہ پوٹینشل ہیوز کی کیٹگری میں تھے۔ بعد کو انہوں نے پڑھا لکھا اور انہوں نے محنت کی۔ آج وہ کیا ہیں؟</w:t>
      </w:r>
    </w:p>
    <w:p>
      <w:r>
        <w:rPr>
          <w:b/>
        </w:rPr>
        <w:t xml:space="preserve">[34:14] </w:t>
      </w:r>
      <w:r>
        <w:t>actual haves ki category mein aa gaye. woh</w:t>
      </w:r>
    </w:p>
    <w:p>
      <w:pPr>
        <w:jc w:val="right"/>
      </w:pPr>
      <w:r>
        <w:t>ایکچول ہیوز کی کیٹگری میں آگئے۔ وہ</w:t>
      </w:r>
    </w:p>
    <w:p>
      <w:r>
        <w:rPr>
          <w:b/>
        </w:rPr>
        <w:t xml:space="preserve">[34:22] </w:t>
      </w:r>
      <w:r>
        <w:t>yeh hai ek sahi equation. woh equation jo hai, bilkul galat hai, unnatural hai, unrealistic hai. yani have aur have-nots ka</w:t>
      </w:r>
    </w:p>
    <w:p>
      <w:pPr>
        <w:jc w:val="right"/>
      </w:pPr>
      <w:r>
        <w:t>یہ ہے ایک صحیح ایکویشن۔ وہ ایکویشن جو ہے، بالکل غلط ہے، ان نیچرل ہے، ان ریلسٹک ہے۔ یعنی ہیو اور ہیو ناٹس کا</w:t>
      </w:r>
    </w:p>
    <w:p>
      <w:r>
        <w:rPr>
          <w:b/>
        </w:rPr>
        <w:t xml:space="preserve">[34:34] </w:t>
      </w:r>
      <w:r>
        <w:t>sahi equation hai potential haves aur actual haves. bas koi jaan nahin saka is ko. poori history mein kisi sab log be khabar rahe is se.</w:t>
      </w:r>
    </w:p>
    <w:p>
      <w:pPr>
        <w:jc w:val="right"/>
      </w:pPr>
      <w:r>
        <w:t>صحیح ایکویشن ہے پوٹینشل ہیوز اور ایکچول ہیوز۔ بس کوئی جان نہیں سکا اس کو۔ پوری ہسٹری میں کسی سب لوگ بے خبر رہے اس سے۔</w:t>
      </w:r>
    </w:p>
    <w:p>
      <w:r>
        <w:rPr>
          <w:b/>
        </w:rPr>
        <w:t xml:space="preserve">[34:45] </w:t>
      </w:r>
      <w:r>
        <w:t>to mere mind mein kahan se aaya? is ko mein yeh tha, yeh yeh thought particle mere mind mein kahan se add hua? yeh Khuda ki taraf se aaya.</w:t>
      </w:r>
    </w:p>
    <w:p>
      <w:pPr>
        <w:jc w:val="right"/>
      </w:pPr>
      <w:r>
        <w:t>تو میرے مائنڈ میں کہاں سے آیا؟ اس کو میں یہ تھا، یہ یہ تھاٹ پارٹیکل میرے مائنڈ میں کہاں سے ایڈ ہوا؟ یہ خدا کی طرف سے آیا۔</w:t>
      </w:r>
    </w:p>
    <w:p>
      <w:r>
        <w:rPr>
          <w:b/>
        </w:rPr>
        <w:t xml:space="preserve">[34:57] </w:t>
      </w:r>
      <w:r>
        <w:t>Khuda ne inspire kiya.</w:t>
      </w:r>
    </w:p>
    <w:p>
      <w:pPr>
        <w:jc w:val="right"/>
      </w:pPr>
      <w:r>
        <w:t>خدا نے انسپائر کیا۔</w:t>
      </w:r>
    </w:p>
    <w:p>
      <w:r>
        <w:rPr>
          <w:b/>
        </w:rPr>
        <w:t xml:space="preserve">[34:59] </w:t>
      </w:r>
      <w:r>
        <w:t>to mere liye sab se bara proof yahi hai ke Khuda exist karta hai.</w:t>
      </w:r>
    </w:p>
    <w:p>
      <w:pPr>
        <w:jc w:val="right"/>
      </w:pPr>
      <w:r>
        <w:t>تو میرے لیے سب سے بڑا پروف یہی ہے کہ خدا ایگزسٹ کرتا ہے۔</w:t>
      </w:r>
    </w:p>
    <w:p>
      <w:r>
        <w:rPr>
          <w:b/>
        </w:rPr>
        <w:t xml:space="preserve">[35:08] </w:t>
      </w:r>
      <w:r>
        <w:t>is proof ke baad mujhe kisi aur proof ki zaroorat hi nahin hai. mujhe kisi proof ki zaroorat nahin hai. yeh proof apne aap mein self-sufficient hai mere liye.</w:t>
      </w:r>
    </w:p>
    <w:p>
      <w:pPr>
        <w:jc w:val="right"/>
      </w:pPr>
      <w:r>
        <w:t>اس پروف کے بعد مجھے کسی اور پروف کی ضرورت ہی نہیں ہے۔ مجھے کسی پروف کی ضرورت نہیں ہے۔ یہ پروف اپنے آپ میں سیلف سفیشنٹ ہے میرے لیے۔</w:t>
      </w:r>
    </w:p>
    <w:p>
      <w:r>
        <w:rPr>
          <w:b/>
        </w:rPr>
        <w:t xml:space="preserve">[35:23] </w:t>
      </w:r>
      <w:r>
        <w:t>to Khuda ke fazl se mein har waqt conviction mein jeeta hoon, har waqt yaqeen mein jeeta hoon Allah ke baray mein. doubt mein nahin jeeta hoon, mein confusion mein nahin jeeta hoon.</w:t>
      </w:r>
    </w:p>
    <w:p>
      <w:pPr>
        <w:jc w:val="right"/>
      </w:pPr>
      <w:r>
        <w:t>تو خدا کے فضل سے میں ہر وقت کنوکشن میں جیتا ہوں، ہر وقت یقین میں جیتا ہوں اللہ کے بارے میں۔ ڈاؤٹ میں نہیں جیتا ہوں، میں کنفیوژن میں نہیں جیتا ہوں۔</w:t>
      </w:r>
    </w:p>
    <w:p>
      <w:r>
        <w:rPr>
          <w:b/>
        </w:rPr>
        <w:t xml:space="preserve">[35:33] </w:t>
      </w:r>
      <w:r>
        <w:t>mein</w:t>
      </w:r>
    </w:p>
    <w:p>
      <w:pPr>
        <w:jc w:val="right"/>
      </w:pPr>
      <w:r>
        <w:t>میں</w:t>
      </w:r>
    </w:p>
    <w:p>
      <w:r>
        <w:rPr>
          <w:b/>
        </w:rPr>
        <w:t xml:space="preserve">[35:37] </w:t>
      </w:r>
      <w:r>
        <w:t>aise hi dekhiye, Muslim history ke aitbar se dekhiye. Muslim history mein dekhiye, hazar saal se bohat cheezein bilkul gum theen, ek dam gum.</w:t>
      </w:r>
    </w:p>
    <w:p>
      <w:pPr>
        <w:jc w:val="right"/>
      </w:pPr>
      <w:r>
        <w:t>ایسے ہی دیکھیے، مسلم ہسٹری کے اعتبار سے دیکھیے۔ مسلم ہسٹری میں دیکھیے، ہزار سال سے بہت چیزیں بالکل گم تھیں، ایک دم گم۔</w:t>
      </w:r>
    </w:p>
    <w:p>
      <w:r>
        <w:rPr>
          <w:b/>
        </w:rPr>
        <w:t xml:space="preserve">[35:50] </w:t>
      </w:r>
      <w:r>
        <w:t>hazaar saal se</w:t>
      </w:r>
    </w:p>
    <w:p>
      <w:pPr>
        <w:jc w:val="right"/>
      </w:pPr>
      <w:r>
        <w:t>ہزار سال سے</w:t>
      </w:r>
    </w:p>
    <w:p>
      <w:r>
        <w:rPr>
          <w:b/>
        </w:rPr>
        <w:t xml:space="preserve">[35:53] </w:t>
      </w:r>
      <w:r>
        <w:t>pehli baar mujhe is ki discovery hui. woh hai misaal ke tor par dawat. hazaar saal mein jo literature bana hai musalmanon ka, chahe quran ki commentary ho, hadithon ki sharhein hon, fiqh ki kitabein hon, aur jo doosri kitabein likhi gayin, misaal ke tor par ibn qaim ki "aalam al-muwaqqi'een", "hujjat Allah al-baligha", "shah Allah sahib" ki, "imam ghazali" ki, "ehya ulum al-din" waghera waghera.</w:t>
      </w:r>
    </w:p>
    <w:p>
      <w:pPr>
        <w:jc w:val="right"/>
      </w:pPr>
      <w:r>
        <w:t>پہلی بار مجھے اس کی ڈسکوری ہوئی۔ وہ ہے مثال کے طور پر دعوت۔ ہزار سال میں جو لیٹریچر بنا ہے مسلمانوں کا، چاہے قرآن کی کمنٹری ہو، حدیثوں کی شرحیں ہوں، فقہ کی کتابیں ہوں، اور جو دوسری کتابیں لکھی گئیں، مثال کے طور پر ابن قیم کی "اعلام الموقعین"، "حجت اللہ البالغہ"، "شاہ اللہ صاحب" کی، "امام غزالی" کی، "ایا علوم الدین" وغیرہ وغیرہ۔</w:t>
      </w:r>
    </w:p>
    <w:p>
      <w:r>
        <w:rPr>
          <w:b/>
        </w:rPr>
        <w:t xml:space="preserve">[36:20] </w:t>
      </w:r>
      <w:r>
        <w:t>koi bhi kitab xyz aap parhiye, har kitab mein ek chapter gum hai. woh kya hai? dawat ka chapter.</w:t>
      </w:r>
    </w:p>
    <w:p>
      <w:pPr>
        <w:jc w:val="right"/>
      </w:pPr>
      <w:r>
        <w:t>کوئی بھی کتاب ایکس وائی زیڈ آپ پڑھیے، ہر کتاب میں ایک چیپٹر گم ہے۔ وہ کیا ہے؟ دعوت کا چیپٹر۔</w:t>
      </w:r>
    </w:p>
    <w:p>
      <w:r>
        <w:rPr>
          <w:b/>
        </w:rPr>
        <w:t xml:space="preserve">[36:31] </w:t>
      </w:r>
      <w:r>
        <w:t>woh absent hai. koi jaan nahin saka is ko. yaani hazaar saal mein kisi ne is ko ailaan nahin kiya ke hum waraq ka mudda ijazat ke hamara literature to dawat ka bab hi gum ho gaya hai.</w:t>
      </w:r>
    </w:p>
    <w:p>
      <w:pPr>
        <w:jc w:val="right"/>
      </w:pPr>
      <w:r>
        <w:t>وہ ایبسنٹ ہے۔ کوئی جان نہیں سکا اس کو۔ یعنی ہزار سال میں کسی نے اس کو اعلان نہیں کیا کہ ہم ورق کا مدعا اجازت کہ ہمارا لیٹریچر تو دعوت کا باب ہی گم ہو گیا ہے۔</w:t>
      </w:r>
    </w:p>
    <w:p>
      <w:r>
        <w:rPr>
          <w:b/>
        </w:rPr>
        <w:t xml:space="preserve">[36:48] </w:t>
      </w:r>
      <w:r>
        <w:t>yeh pehli baar maine jaana. yeh yeh thought particle jo hai, pehli baar mere mind mein aaya. to kahan se aaya? Allah ki taraf se aaya.</w:t>
      </w:r>
    </w:p>
    <w:p>
      <w:pPr>
        <w:jc w:val="right"/>
      </w:pPr>
      <w:r>
        <w:t>یہ پہلی بار میں نے جانا۔ یہ یہ تھاٹ پارٹیکل جو ہے، پہلی بار میرے مائنڈ میں آیا۔ تو کہاں سے آیا؟ اللہ کی طرف سے آیا۔</w:t>
      </w:r>
    </w:p>
    <w:p>
      <w:r>
        <w:rPr>
          <w:b/>
        </w:rPr>
        <w:t xml:space="preserve">[36:59] </w:t>
      </w:r>
      <w:r>
        <w:t>inspiration ke zariye se.</w:t>
      </w:r>
    </w:p>
    <w:p>
      <w:pPr>
        <w:jc w:val="right"/>
      </w:pPr>
      <w:r>
        <w:t>انسپیریشن کے ذریعے سے۔</w:t>
      </w:r>
    </w:p>
    <w:p>
      <w:r>
        <w:rPr>
          <w:b/>
        </w:rPr>
        <w:t xml:space="preserve">[37:01] </w:t>
      </w:r>
      <w:r>
        <w:t>yeh hai Allah ke wajood ka sab bara saboot mere liye.</w:t>
      </w:r>
    </w:p>
    <w:p>
      <w:pPr>
        <w:jc w:val="right"/>
      </w:pPr>
      <w:r>
        <w:t>یہ ہے اللہ کے وجود کا سب بڑا ثبوت میرے لیے۔</w:t>
      </w:r>
    </w:p>
    <w:p>
      <w:r>
        <w:rPr>
          <w:b/>
        </w:rPr>
        <w:t xml:space="preserve">[37:07] </w:t>
      </w:r>
      <w:r>
        <w:t>aise hi dekhiye, ek bohat hi bari baat jis se poora hazaar saal ke musalman be khabar thay, woh kya hai?</w:t>
      </w:r>
    </w:p>
    <w:p>
      <w:pPr>
        <w:jc w:val="right"/>
      </w:pPr>
      <w:r>
        <w:t>ایسے ہی دیکھیے، ایک بہت ہی بڑی بات جس سے پورا ہزار سال کے مسلمان بے خبر تھے، وہ کیا ہے؟</w:t>
      </w:r>
    </w:p>
    <w:p>
      <w:r>
        <w:rPr>
          <w:b/>
        </w:rPr>
        <w:t xml:space="preserve">[37:18] </w:t>
      </w:r>
      <w:r>
        <w:t>hamare aur doosre insan ka kya talluq hai?</w:t>
      </w:r>
    </w:p>
    <w:p>
      <w:pPr>
        <w:jc w:val="right"/>
      </w:pPr>
      <w:r>
        <w:t>ہمارے اور دوسرے انسان کا کیا تعلق ہے؟</w:t>
      </w:r>
    </w:p>
    <w:p>
      <w:r>
        <w:rPr>
          <w:b/>
        </w:rPr>
        <w:t xml:space="preserve">[37:24] </w:t>
      </w:r>
      <w:r>
        <w:t>woh talluq dekhiye, yeh nahin ke hum afzal qaum hain, woh ghair afzal qaum hain.</w:t>
      </w:r>
    </w:p>
    <w:p>
      <w:pPr>
        <w:jc w:val="right"/>
      </w:pPr>
      <w:r>
        <w:t>وہ تعلق دیکھیے، یہ نہیں کہ ہم افضل قوم ہیں، وہ غیر افضل قوم ہیں۔</w:t>
      </w:r>
    </w:p>
    <w:p>
      <w:r>
        <w:rPr>
          <w:b/>
        </w:rPr>
        <w:t xml:space="preserve">[37:31] </w:t>
      </w:r>
      <w:r>
        <w:t>yeh nahin hai.</w:t>
      </w:r>
    </w:p>
    <w:p>
      <w:pPr>
        <w:jc w:val="right"/>
      </w:pPr>
      <w:r>
        <w:t>یہ نہیں ہے۔</w:t>
      </w:r>
    </w:p>
    <w:p>
      <w:r>
        <w:rPr>
          <w:b/>
        </w:rPr>
        <w:t xml:space="preserve">[37:36] </w:t>
      </w:r>
      <w:r>
        <w:t>woh bhatke hue log hain, hum sachai walay log hain. woh hai shahad quran mein "wa shahi wa mashhood".</w:t>
      </w:r>
    </w:p>
    <w:p>
      <w:pPr>
        <w:jc w:val="right"/>
      </w:pPr>
      <w:r>
        <w:t>وہ بھٹکے ہوئے لوگ ہیں، ہم سچائی والے لوگ ہیں۔ وہ ہے شاہد قرآن میں "وشاہد و مشہود"۔</w:t>
      </w:r>
    </w:p>
    <w:p>
      <w:r>
        <w:rPr>
          <w:b/>
        </w:rPr>
        <w:t xml:space="preserve">[37:46] </w:t>
      </w:r>
      <w:r>
        <w:t>isi ko main kehta hoon daai mad'u. yaani shahi mad'u, shahi mashhood ka, shahi mashhood ka talluq. yaani daai mad'u ka talluq. yaani muslim jo hain, woh daai hain.</w:t>
      </w:r>
    </w:p>
    <w:p>
      <w:pPr>
        <w:jc w:val="right"/>
      </w:pPr>
      <w:r>
        <w:t>اسی کو میں کہتا ہوں داعی مدعو۔ یعنی شاہد مدعو، شاہد مشہود کا، شاہد مشہود کا تعلق۔ یعنی داعی مدعو کا تعلق۔ یعنی مسلم جو ہیں، وہ داعی ہیں۔</w:t>
      </w:r>
    </w:p>
    <w:p>
      <w:r>
        <w:rPr>
          <w:b/>
        </w:rPr>
        <w:t xml:space="preserve">[37:57] </w:t>
      </w:r>
      <w:r>
        <w:t>baqi saari duniya mad'u hai.</w:t>
      </w:r>
    </w:p>
    <w:p>
      <w:pPr>
        <w:jc w:val="right"/>
      </w:pPr>
      <w:r>
        <w:t>باقی ساری دنیا مدعو ہے۔</w:t>
      </w:r>
    </w:p>
    <w:p>
      <w:r>
        <w:rPr>
          <w:b/>
        </w:rPr>
        <w:t xml:space="preserve">[38:00] </w:t>
      </w:r>
      <w:r>
        <w:t>yeh daai mad'u ka relationship hai. poori history mein kisi ko pata nahin is ka. yaani sahaba ke baad yeh to quran mein maujood tha, lekin yeh abhi yaani ghayab ho gaya.</w:t>
      </w:r>
    </w:p>
    <w:p>
      <w:pPr>
        <w:jc w:val="right"/>
      </w:pPr>
      <w:r>
        <w:t>یہ داعی مدعو کا ریلیشن شپ ہے۔ پوری ہسٹری میں کسی کو پتہ نہیں اس کا۔ یعنی صحابہ کے بعد یہ تو قرآن میں موجود تھا، لیکن یہ ابھی یعنی غائب ہو گیا۔</w:t>
      </w:r>
    </w:p>
    <w:p>
      <w:r>
        <w:rPr>
          <w:b/>
        </w:rPr>
        <w:t xml:space="preserve">[38:17] </w:t>
      </w:r>
      <w:r>
        <w:t>hazaar saal se logon ko is se be khabar thay ke hamara aur doosre insaanon ka jo talluq hai, woh talluq hai shahi mashhood ka ya daai mad'u ka talluq.</w:t>
      </w:r>
    </w:p>
    <w:p>
      <w:pPr>
        <w:jc w:val="right"/>
      </w:pPr>
      <w:r>
        <w:t>ہزار سال سے لوگوں کو اس سے بے خبر تھے کہ ہمارا اور دوسرے انسانوں کا جو تعلق ہے، وہ تعلق ہے شاہد مشہود کا یا داعی مدعو کا تعلق۔</w:t>
      </w:r>
    </w:p>
    <w:p>
      <w:r>
        <w:rPr>
          <w:b/>
        </w:rPr>
        <w:t xml:space="preserve">[38:28] </w:t>
      </w:r>
      <w:r>
        <w:t>is se kya hota hai? dekhiye, jab aap ne koi daai samjhein, doosre insaanon ke liye kya hoga? aap khair khwah banenge, un ke hamdard banenge, un ko jahannum se bachane ki fikr karenge,</w:t>
      </w:r>
    </w:p>
    <w:p>
      <w:pPr>
        <w:jc w:val="right"/>
      </w:pPr>
      <w:r>
        <w:t>اس سے کیا ہوتا ہے؟ دیکھیے، جب آپ نے کوئی داعی سمجھیں، دوسرے انسانوں کے لیے کیا ہوگا؟ آپ خیر خواہ بنیں گے، ان کے ہمدرد بنیں گے، ان کو جہنم سے بچانے کی فکر کریں گے،</w:t>
      </w:r>
    </w:p>
    <w:p>
      <w:r>
        <w:rPr>
          <w:b/>
        </w:rPr>
        <w:t xml:space="preserve">[38:45] </w:t>
      </w:r>
      <w:r>
        <w:t>un ke liye dua'ein karenge, un par aap ko reham aayega.</w:t>
      </w:r>
    </w:p>
    <w:p>
      <w:pPr>
        <w:jc w:val="right"/>
      </w:pPr>
      <w:r>
        <w:t>ان کے لیے دعائیں کریں گے، ان پر آپ کو رحم آئے گا۔</w:t>
      </w:r>
    </w:p>
    <w:p>
      <w:r>
        <w:rPr>
          <w:b/>
        </w:rPr>
        <w:t xml:space="preserve">[38:52] </w:t>
      </w:r>
      <w:r>
        <w:t>yaani aap ke positive jazbaat un ke liye honge.</w:t>
      </w:r>
    </w:p>
    <w:p>
      <w:pPr>
        <w:jc w:val="right"/>
      </w:pPr>
      <w:r>
        <w:t>یعنی آپ کے پوزیٹیو جذبات ان کے لیے ہوں گے۔</w:t>
      </w:r>
    </w:p>
    <w:p>
      <w:r>
        <w:rPr>
          <w:b/>
        </w:rPr>
        <w:t xml:space="preserve">[38:58] </w:t>
      </w:r>
      <w:r>
        <w:t>agar aap ne koi daai samjhein, un ko mad'u samhein. aur ab kya ho raha hai? ab hum samajhte hain hareef, rival, enemy.</w:t>
      </w:r>
    </w:p>
    <w:p>
      <w:pPr>
        <w:jc w:val="right"/>
      </w:pPr>
      <w:r>
        <w:t>اگر آپ نے کوئی داعی سمجھیں، ان کو مدعو سمجھیں۔ اور اب کیا ہو رہا ہے؟ اب ہم سمجھتے ہیں حریف، رائیول، اینمی۔</w:t>
      </w:r>
    </w:p>
    <w:p>
      <w:r>
        <w:rPr>
          <w:b/>
        </w:rPr>
        <w:t xml:space="preserve">[39:08] </w:t>
      </w:r>
      <w:r>
        <w:t>woh hamare rival hain, hamare dushman hain, hamare mukhalif hain, hamare khilaf sazish karte hain, conspiracy karte hain. yeh hai aaj kal. to kya hai? saare musalman jo hain, doosron se nafrat karte hain.</w:t>
      </w:r>
    </w:p>
    <w:p>
      <w:pPr>
        <w:jc w:val="right"/>
      </w:pPr>
      <w:r>
        <w:t>وہ ہمارے رائیول ہیں، ہمارے دشمن ہیں، ہمارے مخالف ہیں، ہمارے خلاف سازش کرتے ہیں، کنسپریسی کرتے ہیں۔ یہ ہے آج کل۔ تو کیا ہے؟ سارے مسلمان جو ہیں، دوسروں سے نفرت کرتے ہیں۔</w:t>
      </w:r>
    </w:p>
    <w:p>
      <w:r>
        <w:rPr>
          <w:b/>
        </w:rPr>
        <w:t xml:space="preserve">[39:19] </w:t>
      </w:r>
      <w:r>
        <w:t>one to all. is mein exception hai, sirf hamari team ka hai. hamari team ke bahar koi insan nahin hai. yaad rakhiye,</w:t>
      </w:r>
    </w:p>
    <w:p>
      <w:pPr>
        <w:jc w:val="right"/>
      </w:pPr>
      <w:r>
        <w:t>ون ٹو آل۔ اس میں ایکسیپشن ہے، صرف ہماری ٹیم کا ہے۔ ہماری ٹیم کے باہر کوئی انسان نہیں ہے۔ یاد رکھیے،</w:t>
      </w:r>
    </w:p>
    <w:p>
      <w:r>
        <w:rPr>
          <w:b/>
        </w:rPr>
        <w:t xml:space="preserve">[39:28] </w:t>
      </w:r>
      <w:r>
        <w:t>jo kahin na kahin doosron ke khilaf is ko shikayatein na hon. shikayatein hain, nafratein hain.</w:t>
      </w:r>
    </w:p>
    <w:p>
      <w:pPr>
        <w:jc w:val="right"/>
      </w:pPr>
      <w:r>
        <w:t>جو کہیں نہ کہیں دوسروں کے خلاف اس کو شکایتیں نہ ہوں۔ شکایتیں ہیں، نفرتیں ہیں۔</w:t>
      </w:r>
    </w:p>
    <w:p>
      <w:r>
        <w:rPr>
          <w:b/>
        </w:rPr>
        <w:t xml:space="preserve">[39:39] </w:t>
      </w:r>
      <w:r>
        <w:t>un ko aap mukhalif samajhte hain apna. to yeh hazaar saal se yeh obsession hai. yeh pehli baar Allah taala ne mere dil mein dala ke talluq jo hai mera aur doosre insaanon ka, woh daai mad'u ka talluq hai.</w:t>
      </w:r>
    </w:p>
    <w:p>
      <w:pPr>
        <w:jc w:val="right"/>
      </w:pPr>
      <w:r>
        <w:t>ان کو آپ مخالف سمجھتے ہیں اپنا۔ تو یہ ہزار سال سے یہ ابسیشن ہے۔ یہ پہلی بار اللہ تعالی نے میرے دل میں ڈالا کہ تعلق جو ہے میرا اور دوسرے انسانوں کا، وہ داعی مدعو کا تعلق ہے۔</w:t>
      </w:r>
    </w:p>
    <w:p>
      <w:r>
        <w:rPr>
          <w:b/>
        </w:rPr>
        <w:t xml:space="preserve">[39:56] </w:t>
      </w:r>
      <w:r>
        <w:t>yeh kahan se aaya?</w:t>
      </w:r>
    </w:p>
    <w:p>
      <w:pPr>
        <w:jc w:val="right"/>
      </w:pPr>
      <w:r>
        <w:t>یہ کہاں سے آیا؟</w:t>
      </w:r>
    </w:p>
    <w:p>
      <w:r>
        <w:rPr>
          <w:b/>
        </w:rPr>
        <w:t xml:space="preserve">[39:57] </w:t>
      </w:r>
      <w:r>
        <w:t>yeh yeh thought particle kahan se aaya? hua da giver.</w:t>
      </w:r>
    </w:p>
    <w:p>
      <w:pPr>
        <w:jc w:val="right"/>
      </w:pPr>
      <w:r>
        <w:t>یہ یہ تھاٹ پارٹیکل کہاں سے آیا؟ ہوا دا گیور۔</w:t>
      </w:r>
    </w:p>
    <w:p>
      <w:r>
        <w:rPr>
          <w:b/>
        </w:rPr>
        <w:t xml:space="preserve">[40:05] </w:t>
      </w:r>
      <w:r>
        <w:t>yeh aaya through inspiration. to koi inspire karne wala hai?</w:t>
      </w:r>
    </w:p>
    <w:p>
      <w:pPr>
        <w:jc w:val="right"/>
      </w:pPr>
      <w:r>
        <w:t>یہ آیا تھرو انسپیریشن۔ تو کوئی انسپائر کرنے والا ہے؟</w:t>
      </w:r>
    </w:p>
    <w:p>
      <w:r>
        <w:rPr>
          <w:b/>
        </w:rPr>
        <w:t xml:space="preserve">[40:12] </w:t>
      </w:r>
      <w:r>
        <w:t>to yeh mere liye hai khuda ka proof. yeh mere liye khuda ka saboot. is ke baad mujhe kisi scientific proof ki zaroorat hi nahi hai.</w:t>
      </w:r>
    </w:p>
    <w:p>
      <w:pPr>
        <w:jc w:val="right"/>
      </w:pPr>
      <w:r>
        <w:t>تو یہ میرے لیے ہے خدا کا پروف۔ یہ میرے لیے خدا کا ثبوت۔ اس کے بعد مجھے کسی سائنٹیفک پروف کی ضرورت ہی نہیں ہے۔</w:t>
      </w:r>
    </w:p>
    <w:p>
      <w:r>
        <w:rPr>
          <w:b/>
        </w:rPr>
        <w:t xml:space="preserve">[40:23] </w:t>
      </w:r>
      <w:r>
        <w:t>meri jo kitabein likhi hain, is tarah ki science ko le kar ke, to mere bare mein yeh bhi ek mashhoor karte hain: "arey, woh to bas science ko mante hain." yeh bilkul laagh baat hai, baseless baat hai.</w:t>
      </w:r>
    </w:p>
    <w:p>
      <w:pPr>
        <w:jc w:val="right"/>
      </w:pPr>
      <w:r>
        <w:t>میری جو کتابیں لکھی ہیں، اس طرح کی سائنس کو لے کر کے، تو میرے بارے میں یہ بھی ایک مشہور کرتے ہیں: "ارے، وہ تو بس سائنس کو مانتے ہیں۔" یہ بالکل لاغب بات ہے، بیس لیس بات ہے۔</w:t>
      </w:r>
    </w:p>
    <w:p>
      <w:r>
        <w:rPr>
          <w:b/>
        </w:rPr>
        <w:t xml:space="preserve">[40:40] </w:t>
      </w:r>
      <w:r>
        <w:t>mera imaan science par nahi mabni hai. mera imaan kisi kisi philosophy par, philosophy par mabni nahi hai.</w:t>
      </w:r>
    </w:p>
    <w:p>
      <w:pPr>
        <w:jc w:val="right"/>
      </w:pPr>
      <w:r>
        <w:t>میرا ایمان سائنس پر نہیں مبنی ہے۔ میرا ایمان کسی کسی فلاسفی پر، فلاسفی پر مبنی نہیں ہے۔</w:t>
      </w:r>
    </w:p>
    <w:p>
      <w:r>
        <w:rPr>
          <w:b/>
        </w:rPr>
        <w:t xml:space="preserve">[40:49] </w:t>
      </w:r>
      <w:r>
        <w:t>mera imaan direct taur par apne inspiration par mabni hai. khuda ki taraf se jo inspiration aata hai, us se maine yaqeen hasil kiya hai.</w:t>
      </w:r>
    </w:p>
    <w:p>
      <w:pPr>
        <w:jc w:val="right"/>
      </w:pPr>
      <w:r>
        <w:t>میرا ایمان ڈائریکٹ طور پر اپنے انسپیریشن پر مبنی ہے۔ خدا کی طرف سے جو انسپیریشن آتا ہے، اس سے میں نے یقین حاصل کیا ہے۔</w:t>
      </w:r>
    </w:p>
    <w:p>
      <w:r>
        <w:rPr>
          <w:b/>
        </w:rPr>
        <w:t xml:space="preserve">[41:01] </w:t>
      </w:r>
      <w:r>
        <w:t>woh yahi hai ke ek taraf maine jab science mein parha ke physical particle jitne hain universe mein, us mein aap badha nahi sakte, woh wahi ke wahi rahenge.</w:t>
      </w:r>
    </w:p>
    <w:p>
      <w:pPr>
        <w:jc w:val="right"/>
      </w:pPr>
      <w:r>
        <w:t>وہ یہی ہے کہ ایک طرف میں نے جب سائنس میں پڑھا کہ فزیکل پارٹیکل جتنے ہیں یونیورس میں، اس میں آپ بڑھا نہیں سکتے، وہ وہی کے وہی رہیں گے۔</w:t>
      </w:r>
    </w:p>
    <w:p>
      <w:r>
        <w:rPr>
          <w:b/>
        </w:rPr>
        <w:t xml:space="preserve">[41:13] </w:t>
      </w:r>
      <w:r>
        <w:t>isi tarah se thought particle bhi wahi rahenge jo aap ke paas the. is se, is se</w:t>
      </w:r>
    </w:p>
    <w:p>
      <w:pPr>
        <w:jc w:val="right"/>
      </w:pPr>
      <w:r>
        <w:t>اسی طریقے سے تھاٹ پارٹیکل بھی وہی رہیں گے جو آپ کے پاس تھے۔ اس سے، اس سے</w:t>
      </w:r>
    </w:p>
    <w:p>
      <w:r>
        <w:rPr>
          <w:b/>
        </w:rPr>
        <w:t xml:space="preserve">[41:18] </w:t>
      </w:r>
      <w:r>
        <w:t>kahan se aayenge? kahan se aap use create karenge? agar aate hain to khuda ki taraf se aate hain. to physical particle agar izafa hoga to khuda ki taraf se hoga.</w:t>
      </w:r>
    </w:p>
    <w:p>
      <w:pPr>
        <w:jc w:val="right"/>
      </w:pPr>
      <w:r>
        <w:t>کہاں سے آئیں گے؟ کہاں سے آپ اسے کریٹ کریں گے؟ اگر آتے ہیں تو خدا کی طرف سے آتے ہیں۔ تو فزیکل پارٹیکل اگر اضافہ ہوگا تو خدا کی طرف سے ہوگا۔</w:t>
      </w:r>
    </w:p>
    <w:p>
      <w:r>
        <w:rPr>
          <w:b/>
        </w:rPr>
        <w:t xml:space="preserve">[41:30] </w:t>
      </w:r>
      <w:r>
        <w:t>to thought particle bhi agar izafa honge to khuda ki taraf se honge. to jab mujhe yeh tajurba hota hai ke nayi baatein jo koi soch nahi saka tha, koi</w:t>
      </w:r>
    </w:p>
    <w:p>
      <w:pPr>
        <w:jc w:val="right"/>
      </w:pPr>
      <w:r>
        <w:t>تو تھاٹ پارٹیکل بھی اگر اضافہ ہوں گے تو خدا کی طرف سے ہوں گے۔ تو جب مجھے یہ تجربہ ہوتا ہے کہ نئی باتیں جو کوئی سوچ نہیں سکا تھا، کوئی</w:t>
      </w:r>
    </w:p>
    <w:p>
      <w:r>
        <w:rPr>
          <w:b/>
        </w:rPr>
        <w:t xml:space="preserve">[41:40] </w:t>
      </w:r>
      <w:r>
        <w:t>jis ko maine na ghar mein suna tha, na madrasay mein suna tha, na jalson mein suna tha, na kitabon mein parha tha, jo ulama ki majlis mein mein us ko paya tha, to achaanak mere mind mein kahan se aa gaya?</w:t>
      </w:r>
    </w:p>
    <w:p>
      <w:pPr>
        <w:jc w:val="right"/>
      </w:pPr>
      <w:r>
        <w:t>جس کو میں نے نہ گھر میں سنا تھا، نہ مدرسے میں سنا تھا، نہ جلسوں میں سنا تھا، نہ کتابوں میں پڑھا تھا، جو علماء کی مجلسوں میں میں اس کو پایا تھا، تو اچانک میرے مائنڈ میں کہاں سے آ گیا؟</w:t>
      </w:r>
    </w:p>
    <w:p>
      <w:r>
        <w:rPr>
          <w:b/>
        </w:rPr>
        <w:t xml:space="preserve">[41:51] </w:t>
      </w:r>
      <w:r>
        <w:t>woh, woh kahan se aa gaya? woh, woh khuda ki taraf se aaya. to aisa har thought particle mere liye existence of god ka yaqeeni saboot hota hai.</w:t>
      </w:r>
    </w:p>
    <w:p>
      <w:pPr>
        <w:jc w:val="right"/>
      </w:pPr>
      <w:r>
        <w:t>وہ، وہ کہاں سے آ گیا؟ وہ، وہ خدا کی طرف سے آیا۔ تو ایسا ہر تھاٹ پارٹیکل میرے لیے ایگزسٹنس آف گاڈ کا یقینی ثبوت ہوتا ہے۔</w:t>
      </w:r>
    </w:p>
    <w:p>
      <w:r>
        <w:rPr>
          <w:b/>
        </w:rPr>
        <w:t xml:space="preserve">[42:03] </w:t>
      </w:r>
      <w:r>
        <w:t>yaqeen. is ke baad main koi shakk baqi nahi rehta. koi shakk baqi nahi rehta.</w:t>
      </w:r>
    </w:p>
    <w:p>
      <w:pPr>
        <w:jc w:val="right"/>
      </w:pPr>
      <w:r>
        <w:t>یقینی۔ اس کے بعد میں کوئی شک باقی نہیں رہتا۔ کوئی شک باقی نہیں رہتا۔</w:t>
      </w:r>
    </w:p>
    <w:p>
      <w:r>
        <w:rPr>
          <w:b/>
        </w:rPr>
        <w:t xml:space="preserve">[42:15] </w:t>
      </w:r>
      <w:r>
        <w:t>aise hi dekhiye, aap quran ko parhein to quran mein kehta hai: "talif al quloob". to talif ka sari tafseel aap dekhein ke mansookh kar rakha hai.</w:t>
      </w:r>
    </w:p>
    <w:p>
      <w:pPr>
        <w:jc w:val="right"/>
      </w:pPr>
      <w:r>
        <w:t>ایسے ہی دیکھیے، آپ قرآن کو پڑھیں تو قرآن میں کہتا ہے: "تالیف الملف القلوب"۔ تو تالیف کا ساری تفصیل آپ دیکھیں کہ منسوخ کر رکھا ہے۔</w:t>
      </w:r>
    </w:p>
    <w:p>
      <w:r>
        <w:rPr>
          <w:b/>
        </w:rPr>
        <w:t xml:space="preserve">[42:26] </w:t>
      </w:r>
      <w:r>
        <w:t>is ke liye mansookh hai. maine pehli baar discover kiya ke talif mansookh nahi ho sakta hai. talif to pre dawa process hai.</w:t>
      </w:r>
    </w:p>
    <w:p>
      <w:pPr>
        <w:jc w:val="right"/>
      </w:pPr>
      <w:r>
        <w:t>اس کے لیے منسوخ ہے۔ میں نے پہلی بار ڈسکور کیا کہ تالیف منسوخ نہیں ہو سکتا ہے۔ تالیف تو پری دعویٰ پروسیس ہے۔</w:t>
      </w:r>
    </w:p>
    <w:p>
      <w:r>
        <w:rPr>
          <w:b/>
        </w:rPr>
        <w:t xml:space="preserve">[42:40] </w:t>
      </w:r>
      <w:r>
        <w:t>ek hai dawa warq, ek hai pre dawa process.</w:t>
      </w:r>
    </w:p>
    <w:p>
      <w:pPr>
        <w:jc w:val="right"/>
      </w:pPr>
      <w:r>
        <w:t>ایک ہے دعویٰ ورق، ایک ہے پری دعویٰ پروسیس۔</w:t>
      </w:r>
    </w:p>
    <w:p>
      <w:r>
        <w:rPr>
          <w:b/>
        </w:rPr>
        <w:t xml:space="preserve">[42:45] </w:t>
      </w:r>
      <w:r>
        <w:t>jab aap dawati kaam karenge to dawat se pehle aap ko kuch karna padega.</w:t>
      </w:r>
    </w:p>
    <w:p>
      <w:pPr>
        <w:jc w:val="right"/>
      </w:pPr>
      <w:r>
        <w:t>جب آپ دعوتی کام کریں گے تو دعوت سے پہلے آپ کو کچھ کرنا پڑے گا۔</w:t>
      </w:r>
    </w:p>
    <w:p>
      <w:r>
        <w:rPr>
          <w:b/>
        </w:rPr>
        <w:t xml:space="preserve">[42:52] </w:t>
      </w:r>
      <w:r>
        <w:t>wohi talif-e-qalb hai.</w:t>
      </w:r>
    </w:p>
    <w:p>
      <w:pPr>
        <w:jc w:val="right"/>
      </w:pPr>
      <w:r>
        <w:t>وہی تالیف قلب ہے۔</w:t>
      </w:r>
    </w:p>
    <w:p>
      <w:r>
        <w:rPr>
          <w:b/>
        </w:rPr>
        <w:t xml:space="preserve">[42:57] </w:t>
      </w:r>
      <w:r>
        <w:t>talif-e-qalb ki ek sau ek sooraten ho sakti hain.</w:t>
      </w:r>
    </w:p>
    <w:p>
      <w:pPr>
        <w:jc w:val="right"/>
      </w:pPr>
      <w:r>
        <w:t>تالیف قلب کی ایک سو ایک صورتیں ہو سکتی ہیں۔</w:t>
      </w:r>
    </w:p>
    <w:p>
      <w:r>
        <w:rPr>
          <w:b/>
        </w:rPr>
        <w:t xml:space="preserve">[43:04] </w:t>
      </w:r>
      <w:r>
        <w:t>talif-e-qalb ka jo tareeqa is zamane mein tha, isi ko repeat karne ka naam talif-e-qalb nahi hai.</w:t>
      </w:r>
    </w:p>
    <w:p>
      <w:pPr>
        <w:jc w:val="right"/>
      </w:pPr>
      <w:r>
        <w:t>تالیف قلب کا جو طریقہ اس زمانے میں تھا، اسی کو ریپیٹ کرنے کا نام تالیف قلب نہیں ہے۔</w:t>
      </w:r>
    </w:p>
    <w:p>
      <w:r>
        <w:rPr>
          <w:b/>
        </w:rPr>
        <w:t xml:space="preserve">[43:13] </w:t>
      </w:r>
      <w:r>
        <w:t>jaise main abhi kuch din pehle ek ek ashram mein gaya, ek bahut bade guru hain. guru ka ashram bahut hi khoobsurat, bahut achi building hai, us ke andar park hai waghera.</w:t>
      </w:r>
    </w:p>
    <w:p>
      <w:pPr>
        <w:jc w:val="right"/>
      </w:pPr>
      <w:r>
        <w:t>جیسے میں ابھی کچھ دن پہلے ایک ایک آشرم میں گیا، ایک بہت بڑے گرو ہیں۔ گرو کا آشرم بہت ہی خوبصورت، بہت اچھی بلڈنگ ہے، اس کے اندر پارک ہے وغیرہ۔</w:t>
      </w:r>
    </w:p>
    <w:p>
      <w:r>
        <w:rPr>
          <w:b/>
        </w:rPr>
        <w:t xml:space="preserve">[43:25] </w:t>
      </w:r>
      <w:r>
        <w:t>to main wahan gaya to maine apne sathiyon se kaha ke dekhiye, is zamane mein yani ghazwa-e-hunain ke baad jo talif-e-qalb ki gayi thi, to wahan un logon ko bhed bakri di gayi thi.</w:t>
      </w:r>
    </w:p>
    <w:p>
      <w:pPr>
        <w:jc w:val="right"/>
      </w:pPr>
      <w:r>
        <w:t>تو میں وہاں گیا تو میں نے اپنے ساتھیوں سے کہا کہ دیکھیے، اس زمانے میں یعنی غزوہ حنین کے بعد جو تالیف قلب کی گئی تھی، تو وہاں ان لوگوں کو بھیڑ بکری دی گئی تھی۔</w:t>
      </w:r>
    </w:p>
    <w:p>
      <w:r>
        <w:rPr>
          <w:b/>
        </w:rPr>
        <w:t xml:space="preserve">[43:41] </w:t>
      </w:r>
      <w:r>
        <w:t>bhed</w:t>
      </w:r>
    </w:p>
    <w:p>
      <w:pPr>
        <w:jc w:val="right"/>
      </w:pPr>
      <w:r>
        <w:t>بھی</w:t>
      </w:r>
    </w:p>
    <w:p>
      <w:r>
        <w:rPr>
          <w:b/>
        </w:rPr>
        <w:t xml:space="preserve">[43:42] </w:t>
      </w:r>
      <w:r>
        <w:t>bakri. to maine kaha, aaj agar aap bhed bakri le ke aaye hain yahan talif-e-qalb ke liye to woh kahenge ke bhai, woh haath jodenge ke bhai, aap tashreef le jayen, yeh bhed bakri aap kya karenge?</w:t>
      </w:r>
    </w:p>
    <w:p>
      <w:pPr>
        <w:jc w:val="right"/>
      </w:pPr>
      <w:r>
        <w:t>ڑ بکری۔ تو میں نے کہا، آج اگر آپ بھیڑ بکری لے کے آئے ہیں یہاں تالیف قلب کے لیے تو وہ کہیں گے کہ بھئی، وہ ہاتھ جوڑیں کہ بھئی، آپ تشریف لے جائیں، یہ بھیڑ بکری آپ کیا کریں گے؟</w:t>
      </w:r>
    </w:p>
    <w:p>
      <w:r>
        <w:rPr>
          <w:b/>
        </w:rPr>
        <w:t xml:space="preserve">[43:52] </w:t>
      </w:r>
      <w:r>
        <w:t>aap itne saaf suthre ashram mein. to hum ne kya kiya? hum ne jo wahan par jo hum ko mauqa diya tha, unhon ne poora ek ghanta bolne ke liye mauqa diya tha.</w:t>
      </w:r>
    </w:p>
    <w:p>
      <w:pPr>
        <w:jc w:val="right"/>
      </w:pPr>
      <w:r>
        <w:t>آپ اتنے صاف ستھرے آشرم میں۔ تو ہم نے کیا کیا؟ ہم نے جو وہاں پر جو ہم کو موقع دیا تھا، انہوں نے پورا ایک گھنٹہ بولنے کے لیے موقع دیا تھا۔</w:t>
      </w:r>
    </w:p>
    <w:p>
      <w:r>
        <w:rPr>
          <w:b/>
        </w:rPr>
        <w:t xml:space="preserve">[44:03] </w:t>
      </w:r>
      <w:r>
        <w:t>unhon ne to hum ne is usloob ko pakra:</w:t>
      </w:r>
    </w:p>
    <w:p>
      <w:pPr>
        <w:jc w:val="right"/>
      </w:pPr>
      <w:r>
        <w:t>انہوں نے تو ہم نے اس اسلوب کو پکڑا:</w:t>
      </w:r>
    </w:p>
    <w:p>
      <w:r>
        <w:rPr>
          <w:b/>
        </w:rPr>
        <w:t xml:space="preserve">[44:10] </w:t>
      </w:r>
      <w:r>
        <w:t>"falo alak kalmat siwae bainkum". kalma siwa to quran mein kalma siwa ka zikr aaya hai christians ke reference mein. wahan hum ne jo india ka mazhab hai, us ke reference mein is baat ko kaha.</w:t>
      </w:r>
    </w:p>
    <w:p>
      <w:pPr>
        <w:jc w:val="right"/>
      </w:pPr>
      <w:r>
        <w:t>"فالو الیک کلمت سوائے بینکم"۔ کلمہ سوا تو قرآن میں کلمہ سوا کا ذکر آیا ہے کرسچنز کے ریفرنس میں۔ وہاں ہم نے جو انڈیا کا مذہب ہے، اس کے ریفرنس میں اس بات کو کہا۔</w:t>
      </w:r>
    </w:p>
    <w:p>
      <w:r>
        <w:rPr>
          <w:b/>
        </w:rPr>
        <w:t xml:space="preserve">[44:27] </w:t>
      </w:r>
      <w:r>
        <w:t>to log bohat khush hue, bohat khush hue.</w:t>
      </w:r>
    </w:p>
    <w:p>
      <w:pPr>
        <w:jc w:val="right"/>
      </w:pPr>
      <w:r>
        <w:t>تو لوگ بہت خوش ہوئے، بہت خوش ہوئے۔</w:t>
      </w:r>
    </w:p>
    <w:p>
      <w:r>
        <w:rPr>
          <w:b/>
        </w:rPr>
        <w:t xml:space="preserve">[44:34] </w:t>
      </w:r>
      <w:r>
        <w:t>ab is ke baad jo hamare saathi wahan kitabein le gaye thay, quran ka tarjuma le gaye thay, to wahan logon ne is tarah se hot hot cake ki tarah liya. logon ne is ko kyunke talif e qalb ho chuki thi.</w:t>
      </w:r>
    </w:p>
    <w:p>
      <w:pPr>
        <w:jc w:val="right"/>
      </w:pPr>
      <w:r>
        <w:t>اب اس کے بعد جو ہمارے ساتھی وہاں کتابیں لے گئے تھے، قرآن کا ترجمہ لے گئے تھے، تو وہاں لوگوں نے اس طرح سے ہاٹ ہاٹ کیک کی طرح لیا۔ لوگوں نے اس کو کیونکہ تالیف قلب ہو چکی تھی۔</w:t>
      </w:r>
    </w:p>
    <w:p>
      <w:r>
        <w:rPr>
          <w:b/>
        </w:rPr>
        <w:t xml:space="preserve">[44:46] </w:t>
      </w:r>
      <w:r>
        <w:t>to main ne apne saathiyon se kaha, agar hum bhed bakri le ke aate hain yahan to woh to nuisance hota hai un ke liye. nuisance woh talif e qalb na hota.</w:t>
      </w:r>
    </w:p>
    <w:p>
      <w:pPr>
        <w:jc w:val="right"/>
      </w:pPr>
      <w:r>
        <w:t>تو میں نے اپنے ساتھیوں سے کہا، اگر ہم بھیڑ بکری لے کے آتے ہیں یہاں تو وہ تو نیوسنس ہوتا ہے ان کے لیے۔ نیوسنس وہ تالیف قلب نہ ہوتا۔</w:t>
      </w:r>
    </w:p>
    <w:p>
      <w:r>
        <w:rPr>
          <w:b/>
        </w:rPr>
        <w:t xml:space="preserve">[44:57] </w:t>
      </w:r>
      <w:r>
        <w:t>yani agar hum isi ko repeat karte hain, isi pattern ko jo wahan hua tha hunain ke baad ke hum bhed bakri le kar aate hain yahan par to that was not talif e qalb.</w:t>
      </w:r>
    </w:p>
    <w:p>
      <w:pPr>
        <w:jc w:val="right"/>
      </w:pPr>
      <w:r>
        <w:t>یعنی اگر ہم اسی کو ریپیٹ کرتے ہیں، اسی پیٹرن کو جو وہاں ہوا تھا حنین کے بعد کہ ہم بھیڑ بکری لے کر آتے ہیں یہاں پر تو دیٹ واز ناٹ تالیف قلب۔</w:t>
      </w:r>
    </w:p>
    <w:p>
      <w:r>
        <w:rPr>
          <w:b/>
        </w:rPr>
        <w:t xml:space="preserve">[45:13] </w:t>
      </w:r>
      <w:r>
        <w:t>woh woh to nuisance lagta hai un ko. lekin jab is andaaz mein hum bolay, wahan pe stage par, wahan saare log bethe hue thay, wahan achhe achhe parhe likhe log.</w:t>
      </w:r>
    </w:p>
    <w:p>
      <w:pPr>
        <w:jc w:val="right"/>
      </w:pPr>
      <w:r>
        <w:t>وہ وہ تو نیوسنس لگتا ہے ان کو۔ لیکن جب اس انداز میں ہم بولے، وہاں پہ سٹیج پر، وہاں سارے لوگ بیٹھے ہوئے تھے، وہاں اچھے اچھے پڑھے لکھے لوگ۔</w:t>
      </w:r>
    </w:p>
    <w:p>
      <w:r>
        <w:rPr>
          <w:b/>
        </w:rPr>
        <w:t xml:space="preserve">[45:26] </w:t>
      </w:r>
      <w:r>
        <w:t>to kalma siwa ke usool ko hum ne kalma siwa ka matlab hota hai yani common ground. quran mein hai ke christians ko tum dawat do to common ground ko le kar ke dawat do.</w:t>
      </w:r>
    </w:p>
    <w:p>
      <w:pPr>
        <w:jc w:val="right"/>
      </w:pPr>
      <w:r>
        <w:t>تو کلمہ سوا کے اصول کو ہم نے کلمہ سوا کا مطلب ہوتا ہے یعنی کامن گراؤنڈ۔ قرآن میں ہے کہ کرسچنز کو تم دعوت دو تو کامن گراؤنڈ کو لے کر کے دعوت دو۔</w:t>
      </w:r>
    </w:p>
    <w:p>
      <w:r>
        <w:rPr>
          <w:b/>
        </w:rPr>
        <w:t xml:space="preserve">[45:38] </w:t>
      </w:r>
      <w:r>
        <w:t>woh bhi talif e qalb ke liye hai, yani beginning ke liye.</w:t>
      </w:r>
    </w:p>
    <w:p>
      <w:pPr>
        <w:jc w:val="right"/>
      </w:pPr>
      <w:r>
        <w:t>وہ بھی تالیف قلب کے لیے ہے، یعنی بگننگ کے لیے۔</w:t>
      </w:r>
    </w:p>
    <w:p>
      <w:r>
        <w:rPr>
          <w:b/>
        </w:rPr>
        <w:t xml:space="preserve">[45:45] </w:t>
      </w:r>
      <w:r>
        <w:t>beginning ke liye. to wahan main ne ek common ground talash kiya, yani indian mazhab jo hai, muslim aur islam mein common ground.</w:t>
      </w:r>
    </w:p>
    <w:p>
      <w:pPr>
        <w:jc w:val="right"/>
      </w:pPr>
      <w:r>
        <w:t>بگننگ کے لیے۔ تو وہاں میں نے ایک کامن گراؤنڈ تلاش کیا، یعنی انڈین مذہب جو ہے، مسلم اور اسلام میں کامن گراؤنڈ۔</w:t>
      </w:r>
    </w:p>
    <w:p>
      <w:r>
        <w:rPr>
          <w:b/>
        </w:rPr>
        <w:t xml:space="preserve">[45:56] </w:t>
      </w:r>
      <w:r>
        <w:t>is common ground ko le kar ke main ne wahan pesh diya. bohat khush hue log. ab is ke baad jab quran diya gaya, kitabein deen gayeen to hot cake ki tarah logon ne liya is ko.</w:t>
      </w:r>
    </w:p>
    <w:p>
      <w:pPr>
        <w:jc w:val="right"/>
      </w:pPr>
      <w:r>
        <w:t>اس کامن گراؤنڈ کو لے کر کے میں نے وہاں پیش دیا۔ بہت خوش ہوئے لوگ۔ اب اس کے بعد جب قرآن دیا گیا، کتابیں دی گئیں تو ہاٹ کیک کی طرح لوگوں نے لیا اس کو۔</w:t>
      </w:r>
    </w:p>
    <w:p>
      <w:r>
        <w:rPr>
          <w:b/>
        </w:rPr>
        <w:t xml:space="preserve">[46:07] </w:t>
      </w:r>
      <w:r>
        <w:t>bohat khush hue, bohat khush hue. lekin yeh talif e qalb jo hai, bilkul adab kar diya tha logon ne. yani hazar saal se woh mansookh pada hua tha.</w:t>
      </w:r>
    </w:p>
    <w:p>
      <w:pPr>
        <w:jc w:val="right"/>
      </w:pPr>
      <w:r>
        <w:t>بہت خوش ہوئے، بہت خوش ہوئے۔ لیکن یہ تالیف قلب جو ہے، بالکل ادب کر دیا تھا لوگوں نے۔ یعنی ہزار سال سے وہ منسوخ پڑا ہوا تھا۔</w:t>
      </w:r>
    </w:p>
    <w:p>
      <w:r>
        <w:rPr>
          <w:b/>
        </w:rPr>
        <w:t xml:space="preserve">[46:19] </w:t>
      </w:r>
      <w:r>
        <w:t>allah taala ne mere mind mein dala ke yeh mansookh nahi ho sakta. yeh jab dawat nahi mansookh hui to talif e qalb kaise mansookh ho jaye ga?</w:t>
      </w:r>
    </w:p>
    <w:p>
      <w:pPr>
        <w:jc w:val="right"/>
      </w:pPr>
      <w:r>
        <w:t>اللہ تعالی نے میرے مائنڈ میں ڈالا کہ یہ منسوخ نہیں ہو سکتا۔ یہ جب دعوت نہیں منسوخ ہوئی تو تالیف قلب کیسے منسوخ ہو جائے گا؟</w:t>
      </w:r>
    </w:p>
    <w:p>
      <w:r>
        <w:rPr>
          <w:b/>
        </w:rPr>
        <w:t xml:space="preserve">[46:32] </w:t>
      </w:r>
      <w:r>
        <w:t>yeh hai</w:t>
      </w:r>
    </w:p>
    <w:p>
      <w:pPr>
        <w:jc w:val="right"/>
      </w:pPr>
      <w:r>
        <w:t>یہ ہے</w:t>
      </w:r>
    </w:p>
    <w:p>
      <w:r>
        <w:rPr>
          <w:b/>
        </w:rPr>
        <w:t xml:space="preserve">[46:35] </w:t>
      </w:r>
      <w:r>
        <w:t>jis ko main ne kaha ke "road to god". "road to god" jo hai, ek ek ek continuous journey hai, raat din jari rehta hai, har waqt subah shaam.</w:t>
      </w:r>
    </w:p>
    <w:p>
      <w:pPr>
        <w:jc w:val="right"/>
      </w:pPr>
      <w:r>
        <w:t>جس کو میں نے کہا کہ "روڈ ٹو گاڈ"۔ "روڈ ٹو گاڈ" جو ہے، ایک ایک ایک کنٹینیوس جرنی ہے، رات دن جاری رہتا ہے، ہر وقت صبح شام۔</w:t>
      </w:r>
    </w:p>
    <w:p>
      <w:r>
        <w:rPr>
          <w:b/>
        </w:rPr>
        <w:t xml:space="preserve">[46:51] </w:t>
      </w:r>
      <w:r>
        <w:t>mujhe yani aise halaat mere thay, un halaat ne mujhe is raaste par daal diya. lekin ab main aap logon ko dawat deta hoon ke aap consciously isi raaste par daliye apne aap ko.</w:t>
      </w:r>
    </w:p>
    <w:p>
      <w:pPr>
        <w:jc w:val="right"/>
      </w:pPr>
      <w:r>
        <w:t>مجھے یعنی ایسے حالات میرے تھے، ان حالات نے مجھے اس راستے پر ڈال دیا۔ لیکن اب میں آپ لوگوں کو دعوت دیتا ہوں کہ آپ کانشیسلی اسی راستے پر ڈالیے اپنے آپ کو۔</w:t>
      </w:r>
    </w:p>
    <w:p>
      <w:r>
        <w:rPr>
          <w:b/>
        </w:rPr>
        <w:t xml:space="preserve">[47:03] </w:t>
      </w:r>
      <w:r>
        <w:t>main to koi guide nahi tha. poori zindagi mujhe koi na to guru mila, na koi murshid mila, na koi guide mila.</w:t>
      </w:r>
    </w:p>
    <w:p>
      <w:pPr>
        <w:jc w:val="right"/>
      </w:pPr>
      <w:r>
        <w:t>میں تو کوئی گائیڈ نہیں تھا۔ پوری زندگی مجھے کوئی نہ تو گرو ملا، نہ کوئی مرشد ملا، نہ کوئی گائیڈ ملا۔</w:t>
      </w:r>
    </w:p>
    <w:p>
      <w:r>
        <w:rPr>
          <w:b/>
        </w:rPr>
        <w:t xml:space="preserve">[47:13] </w:t>
      </w:r>
      <w:r>
        <w:t>kisi ka ek sher hai ke "gulon mein bo na mili, sang mein sharar na mila."</w:t>
      </w:r>
    </w:p>
    <w:p>
      <w:pPr>
        <w:jc w:val="right"/>
      </w:pPr>
      <w:r>
        <w:t>کسی کا ایک شعر ہے کہ "گلوں میں بو نہ ملی، سنگ میں شرر نہ ملا۔"</w:t>
      </w:r>
    </w:p>
    <w:p>
      <w:r>
        <w:rPr>
          <w:b/>
        </w:rPr>
        <w:t xml:space="preserve">[47:21] </w:t>
      </w:r>
      <w:r>
        <w:t>"gulon mein bo na mili, sang mein sharar na mila." mera mazaaq juda tha ke hamsafar na mila. to yeh meri kahani hai.</w:t>
      </w:r>
    </w:p>
    <w:p>
      <w:pPr>
        <w:jc w:val="right"/>
      </w:pPr>
      <w:r>
        <w:t>"گلوں میں بو نہ ملی، سنگ میں شرر نہ ملا۔" میرا مذاق جدا تھا کہ ہمسفر نہ ملا۔ تو یہ میری کہانی ہے۔</w:t>
      </w:r>
    </w:p>
    <w:p>
      <w:r>
        <w:rPr>
          <w:b/>
        </w:rPr>
        <w:t xml:space="preserve">[47:33] </w:t>
      </w:r>
      <w:r>
        <w:t>to mujhe to akele safar karna pada, khud hi har cheez ko discover karna pada.</w:t>
      </w:r>
    </w:p>
    <w:p>
      <w:pPr>
        <w:jc w:val="right"/>
      </w:pPr>
      <w:r>
        <w:t>تو مجھے تو اکیلے سفر کرنا پڑا، خود ہی ہر چیز کو ڈسکور کرنا پڑا۔</w:t>
      </w:r>
    </w:p>
    <w:p>
      <w:r>
        <w:rPr>
          <w:b/>
        </w:rPr>
        <w:t xml:space="preserve">[47:40] </w:t>
      </w:r>
      <w:r>
        <w:t>aap ke liye to main maujood hoon, mere tajrubaat se aap faida uthaiye.</w:t>
      </w:r>
    </w:p>
    <w:p>
      <w:pPr>
        <w:jc w:val="right"/>
      </w:pPr>
      <w:r>
        <w:t>آپ کے لیے تو میں موجود ہوں، میرے تجربات سے آپ فائدہ اٹھائیے۔</w:t>
      </w:r>
    </w:p>
    <w:p>
      <w:r>
        <w:rPr>
          <w:b/>
        </w:rPr>
        <w:t xml:space="preserve">[47:46] </w:t>
      </w:r>
      <w:r>
        <w:t>aap ko woh sher aap ko apne oopar apply karne ki zaroorat nahi hai ke "gulon mein bo na mili, sang mein sharar na mila." mera mazaaq juda tha ke hamsafar na mila.</w:t>
      </w:r>
    </w:p>
    <w:p>
      <w:pPr>
        <w:jc w:val="right"/>
      </w:pPr>
      <w:r>
        <w:t>آپ کو وہ شعر آپ کو اپنے اوپر اپلائی کرنے کی ضرورت نہیں ہے کہ "گلوں میں بو نہ ملی، سنگ میں شرر نہ ملا۔" میرا مذاق جدا تھا کہ ہمسفر نہ ملا۔</w:t>
      </w:r>
    </w:p>
    <w:p>
      <w:r>
        <w:rPr>
          <w:b/>
        </w:rPr>
        <w:t xml:space="preserve">[48:00] </w:t>
      </w:r>
      <w:r>
        <w:t>to meri poori zindagi ek tajruba hai, meri poori zindagi ek safar hai khuda ki taraf.</w:t>
      </w:r>
    </w:p>
    <w:p>
      <w:pPr>
        <w:jc w:val="right"/>
      </w:pPr>
      <w:r>
        <w:t>تو میری پوری زندگی ایک تجربہ ہے، میری پوری زندگی ایک سفر ہے خدا کی طرف۔</w:t>
      </w:r>
    </w:p>
    <w:p>
      <w:r>
        <w:rPr>
          <w:b/>
        </w:rPr>
        <w:t xml:space="preserve">[48:08] </w:t>
      </w:r>
      <w:r>
        <w:t>to "road to god" jo hai, meri zindagi hai. yeh kitab ka title nahi hai, sirf yeh sirf title ki baat nahi hai, meri apni zindagi ka safar ki baat hai.</w:t>
      </w:r>
    </w:p>
    <w:p>
      <w:pPr>
        <w:jc w:val="right"/>
      </w:pPr>
      <w:r>
        <w:t>تو "روڈ ٹو گاڈ" جو ہے، میری زندگی ہے۔ یہ کتاب کا ٹائٹل نہیں ہے، صرف یہ صرف ٹائٹل کی بات نہیں ہے، میری اپنی زندگی کا سفر کی بات ہے۔</w:t>
      </w:r>
    </w:p>
    <w:p>
      <w:r>
        <w:rPr>
          <w:b/>
        </w:rPr>
        <w:t xml:space="preserve">[48:19] </w:t>
      </w:r>
      <w:r>
        <w:t>yeh to subah shaam mera mind jo hai, har waqt active rehta hai. jaise unhon ne kaha tha ke "kash may runs in our blood."</w:t>
      </w:r>
    </w:p>
    <w:p>
      <w:pPr>
        <w:jc w:val="right"/>
      </w:pPr>
      <w:r>
        <w:t>یہ تو صبح شام میرا مائنڈ جو ہے، ہر وقت ایکٹیو رہتا ہے۔ جیسے انہوں نے کہا تھا کہ "کاش می رنز ان اور بلڈ"۔</w:t>
      </w:r>
    </w:p>
    <w:p>
      <w:r>
        <w:rPr>
          <w:b/>
        </w:rPr>
        <w:t xml:space="preserve">[48:28] </w:t>
      </w:r>
      <w:r>
        <w:t>to mein kahunga ke "god runs in my blood".</w:t>
      </w:r>
    </w:p>
    <w:p>
      <w:pPr>
        <w:jc w:val="right"/>
      </w:pPr>
      <w:r>
        <w:t>تو میں کہوں گا کہ "گاڈ رنز ان مائی بلڈ"۔</w:t>
      </w:r>
    </w:p>
    <w:p>
      <w:r>
        <w:rPr>
          <w:b/>
        </w:rPr>
        <w:t xml:space="preserve">[48:34] </w:t>
      </w:r>
      <w:r>
        <w:t>to har waqt mujhe discovery hoti hai. to is ki wajah se mera imaan badhta rehta hai. dekhen, ek baat arz karun ke imaan mein stand still kabhi nahi hota.</w:t>
      </w:r>
    </w:p>
    <w:p>
      <w:pPr>
        <w:jc w:val="right"/>
      </w:pPr>
      <w:r>
        <w:t>تو ہر وقت مجھے ڈسکوری ہوتی ہے۔ تو اس کی وجہ سے میرا ایمان بڑھتا رہتا ہے۔ دیکھیں، ایک بات عرض کروں کہ ایمان میں اسٹینڈ اسٹل کبھی نہیں ہوتا۔</w:t>
      </w:r>
    </w:p>
    <w:p>
      <w:r>
        <w:rPr>
          <w:b/>
        </w:rPr>
        <w:t xml:space="preserve">[48:46] </w:t>
      </w:r>
      <w:r>
        <w:t>agar stand still ho jaye to imaan khatam. imaan aisi cheez hai ke ke barabar is mein izafa hota hona chahiye, badhte rehna chahiye.</w:t>
      </w:r>
    </w:p>
    <w:p>
      <w:pPr>
        <w:jc w:val="right"/>
      </w:pPr>
      <w:r>
        <w:t>اگر اسٹینڈ اسٹل ہو جائے تو ایمان ختم۔ ایمان ایسی چیز ہے کہ کہ برابر اس میں اضافہ ہوتا ہونا چاہیے، بڑھتے رہنا چاہیے۔</w:t>
      </w:r>
    </w:p>
    <w:p>
      <w:r>
        <w:rPr>
          <w:b/>
        </w:rPr>
        <w:t xml:space="preserve">[48:59] </w:t>
      </w:r>
      <w:r>
        <w:t>agar ruk gaye aap to phir maut shuru ho gayi. wahin par</w:t>
      </w:r>
    </w:p>
    <w:p>
      <w:pPr>
        <w:jc w:val="right"/>
      </w:pPr>
      <w:r>
        <w:t>اگر رک گئے آپ تو پھر موت شروع ہوگئی۔ وہیں پر</w:t>
      </w:r>
    </w:p>
    <w:p>
      <w:r>
        <w:rPr>
          <w:b/>
        </w:rPr>
        <w:t xml:space="preserve">[49:04] </w:t>
      </w:r>
      <w:r>
        <w:t>rukne ka naam mani hai ke countdown shuru ho gaya. to agar aap yeh kar saken ke ek musalsal safar par apne ko rawana kar saken jo kabhi khatam na ho, unending journey,</w:t>
      </w:r>
    </w:p>
    <w:p>
      <w:pPr>
        <w:jc w:val="right"/>
      </w:pPr>
      <w:r>
        <w:t>رکنے کا نام معنی ہے کہ کاؤنٹ ڈاؤن شروع ہوگیا۔ تو اگر آپ یہ کر سکیں کہ ایک مسلسل سفر پر اپنے کو روانہ کر سکیں جو کبھی ختم نہ ہو، ان اینڈنگ جرنی،</w:t>
      </w:r>
    </w:p>
    <w:p>
      <w:r>
        <w:rPr>
          <w:b/>
        </w:rPr>
        <w:t xml:space="preserve">[49:24] </w:t>
      </w:r>
      <w:r>
        <w:t>tab samjhen ke aap ka imaan jo hai, taza hota rahega.</w:t>
      </w:r>
    </w:p>
    <w:p>
      <w:pPr>
        <w:jc w:val="right"/>
      </w:pPr>
      <w:r>
        <w:t>تب سمجھیں کہ آپ کا ایمان جو ہے، تازہ ہوتا رہے گا۔</w:t>
      </w:r>
    </w:p>
    <w:p>
      <w:r>
        <w:rPr>
          <w:b/>
        </w:rPr>
        <w:t xml:space="preserve">[49:27] </w:t>
      </w:r>
      <w:r>
        <w:t>to quran mein kaha hai: "wal jo hai, widadu iman ma iman". imaan par imaan ka izafa yeh bohat zaroori hai.</w:t>
      </w:r>
    </w:p>
    <w:p>
      <w:pPr>
        <w:jc w:val="right"/>
      </w:pPr>
      <w:r>
        <w:t>تو قرآن میں کہا ہے: "ول جو ہے، ودادو ایمان ما ایمان"۔ ایمان پر ایمان کا اضافہ یہ بہت ضروری ہے۔</w:t>
      </w:r>
    </w:p>
    <w:p>
      <w:r>
        <w:rPr>
          <w:b/>
        </w:rPr>
        <w:t xml:space="preserve">[49:39] </w:t>
      </w:r>
      <w:r>
        <w:t>jab imaan par imaan ka izafa band ho jaye to samjhen ke maut shuru ho gayi. maut shuru ho gayi.</w:t>
      </w:r>
    </w:p>
    <w:p>
      <w:pPr>
        <w:jc w:val="right"/>
      </w:pPr>
      <w:r>
        <w:t>جب ایمان پر ایمان کا اضافہ بند ہو جائے تو سمجھیں کہ موت شروع ہوگئی۔ موت شروع ہوگئی۔</w:t>
      </w:r>
    </w:p>
    <w:p>
      <w:r>
        <w:rPr>
          <w:b/>
        </w:rPr>
        <w:t xml:space="preserve">[49:48] </w:t>
      </w:r>
      <w:r>
        <w:t>to kabhi is par razi na huiye, kabhi is par razi na huiye ke aap ke andar ijad imaan ka process ruk jaye.</w:t>
      </w:r>
    </w:p>
    <w:p>
      <w:pPr>
        <w:jc w:val="right"/>
      </w:pPr>
      <w:r>
        <w:t>تو کبھی اس پر راضی نہ ہوئیے، کبھی اس پر راضی نہ ہوئیے کہ آپ کے اندر ایجاد ایمان کا پروسیس رک جائے۔</w:t>
      </w:r>
    </w:p>
    <w:p>
      <w:r>
        <w:rPr>
          <w:b/>
        </w:rPr>
        <w:t xml:space="preserve">[49:58] </w:t>
      </w:r>
      <w:r>
        <w:t>imaan par imaan ka izafa jo hai, ruk jaye, na ho.</w:t>
      </w:r>
    </w:p>
    <w:p>
      <w:pPr>
        <w:jc w:val="right"/>
      </w:pPr>
      <w:r>
        <w:t>ایمان پر ایمان کا اضافہ جو ہے، رک جائے، نہ ہو۔</w:t>
      </w:r>
    </w:p>
    <w:p>
      <w:r>
        <w:rPr>
          <w:b/>
        </w:rPr>
        <w:t xml:space="preserve">[50:08] </w:t>
      </w:r>
      <w:r>
        <w:t>ab dekhen, mein ek quran ki ek ayat, quran ki har ayat ko mein ne phir se discover kiya hai. jo ayaten quran majeed ki hain, us ko phir se discover kiya hai.</w:t>
      </w:r>
    </w:p>
    <w:p>
      <w:pPr>
        <w:jc w:val="right"/>
      </w:pPr>
      <w:r>
        <w:t>اب دیکھیں، میں ایک قرآن کی ایک آیت، قرآن کی ہر آیت کو میں نے پھر سے ڈسکور کیا ہے۔ جو آیتیں قرآن مجید کی ہیں، اس کو پھر سے ڈسکور کیا ہے۔</w:t>
      </w:r>
    </w:p>
    <w:p>
      <w:r>
        <w:rPr>
          <w:b/>
        </w:rPr>
        <w:t xml:space="preserve">[50:17] </w:t>
      </w:r>
      <w:r>
        <w:t>mein ne, mein aap ko misaal deta hun. maslan dekhiye, pehli ayat ke liye, bilkul pehli ayat</w:t>
      </w:r>
    </w:p>
    <w:p>
      <w:pPr>
        <w:jc w:val="right"/>
      </w:pPr>
      <w:r>
        <w:t>میں نے، میں آپ کو مثال دیتا ہوں۔ مثلاً دیکھیے، پہلی آیت کے لیے، بالکل پہلی آیت</w:t>
      </w:r>
    </w:p>
    <w:p>
      <w:r>
        <w:rPr>
          <w:b/>
        </w:rPr>
        <w:t xml:space="preserve">[50:27] </w:t>
      </w:r>
      <w:r>
        <w:t>: "alhamdolillah rabbul alameen".</w:t>
      </w:r>
    </w:p>
    <w:p>
      <w:pPr>
        <w:jc w:val="right"/>
      </w:pPr>
      <w:r>
        <w:t>: "الحمدللہ رب العالمین"۔</w:t>
      </w:r>
    </w:p>
    <w:p>
      <w:r>
        <w:rPr>
          <w:b/>
        </w:rPr>
        <w:t xml:space="preserve">[50:33] </w:t>
      </w:r>
      <w:r>
        <w:t>lafz hamd ke bare mein kaha jata hai ke is mein tareef aur shukr dono ka mafhoom dakhil hai. yani khuda ya! teri liye sari tareef hai, tere liye sara shukr hai, tu rabbul alameen hai.</w:t>
      </w:r>
    </w:p>
    <w:p>
      <w:pPr>
        <w:jc w:val="right"/>
      </w:pPr>
      <w:r>
        <w:t>لفظ حمد کے بارے میں کہا جاتا ہے کہ اس میں تعریف اور شکر دونوں کا مفہوم داخل ہے۔ یعنی خدایا! تیری لیے ساری تعریف ہے، تیرے لیے سارا شکر ہے، تو رب العالمین ہے۔</w:t>
      </w:r>
    </w:p>
    <w:p>
      <w:r>
        <w:rPr>
          <w:b/>
        </w:rPr>
        <w:t xml:space="preserve">[50:47] </w:t>
      </w:r>
      <w:r>
        <w:t>to hamd jo hai,</w:t>
      </w:r>
    </w:p>
    <w:p>
      <w:pPr>
        <w:jc w:val="right"/>
      </w:pPr>
      <w:r>
        <w:t>تو حمد جو ہے،</w:t>
      </w:r>
    </w:p>
    <w:p>
      <w:r>
        <w:rPr>
          <w:b/>
        </w:rPr>
        <w:t xml:space="preserve">[50:53] </w:t>
      </w:r>
      <w:r>
        <w:t>mein samajhta hun ke hamd ek bohat hi mushkil kaam hai. munh se bol dena to bohat asan hai, aur sare log munh se sirf bolte rahe.</w:t>
      </w:r>
    </w:p>
    <w:p>
      <w:pPr>
        <w:jc w:val="right"/>
      </w:pPr>
      <w:r>
        <w:t>میں سمجھتا ہوں کہ حمد ایک بہت ہی مشکل کام ہے۔ منہ سے بول دینا تو بہت آسان ہے، اور سارے لوگ منہ سے صرف بولتے رہے۔</w:t>
      </w:r>
    </w:p>
    <w:p>
      <w:r>
        <w:rPr>
          <w:b/>
        </w:rPr>
        <w:t xml:space="preserve">[51:03] </w:t>
      </w:r>
      <w:r>
        <w:t>har aadmi sirf munh se bolta raha,</w:t>
      </w:r>
    </w:p>
    <w:p>
      <w:pPr>
        <w:jc w:val="right"/>
      </w:pPr>
      <w:r>
        <w:t>ہر آدمی صرف منہ سے بولتا رہا،</w:t>
      </w:r>
    </w:p>
    <w:p>
      <w:r>
        <w:rPr>
          <w:b/>
        </w:rPr>
        <w:t xml:space="preserve">[51:07] </w:t>
      </w:r>
      <w:r>
        <w:t>aadmi sirf munh se bolta raha.</w:t>
      </w:r>
    </w:p>
    <w:p>
      <w:pPr>
        <w:jc w:val="right"/>
      </w:pPr>
      <w:r>
        <w:t>آدمی صرف منہ سے بولتا رہا۔</w:t>
      </w:r>
    </w:p>
    <w:p>
      <w:r>
        <w:rPr>
          <w:b/>
        </w:rPr>
        <w:t xml:space="preserve">[51:12] </w:t>
      </w:r>
      <w:r>
        <w:t>kyun ke dekhiye, aap jis duniya mein hain, har waqt wahan par negative experience, unpleasant tajrubaat, har waqt hamein kuch na kuch provocation, shikayat, shikayat, shikayat ki baat hai.</w:t>
      </w:r>
    </w:p>
    <w:p>
      <w:pPr>
        <w:jc w:val="right"/>
      </w:pPr>
      <w:r>
        <w:t>کیونکہ دیکھیے، آپ جس دنیا میں ہیں، ہر وقت وہاں پر نیگیٹیو ایکسپیرینس، ان پلیزنٹ تجربات، ہر وقت ہمیں کچھ نہ کچھ پرووکیشن، شکایت، شکایت، شکایت کی بات ہے۔</w:t>
      </w:r>
    </w:p>
    <w:p>
      <w:r>
        <w:rPr>
          <w:b/>
        </w:rPr>
        <w:t xml:space="preserve">[51:28] </w:t>
      </w:r>
      <w:r>
        <w:t>to aap hamd kaise karenge?</w:t>
      </w:r>
    </w:p>
    <w:p>
      <w:pPr>
        <w:jc w:val="right"/>
      </w:pPr>
      <w:r>
        <w:t>تو آپ حمد کیسے کریں گے؟</w:t>
      </w:r>
    </w:p>
    <w:p>
      <w:r>
        <w:rPr>
          <w:b/>
        </w:rPr>
        <w:t xml:space="preserve">[51:31] </w:t>
      </w:r>
      <w:r>
        <w:t>yahi meri discovery hai jo shayad pehli bar mein ne discover kiya is ko ke har doosri cheez ko, shikayaton ko bhulao, tab tum alhamdolillah keh sakte ho, warna nahi keh sakte.</w:t>
      </w:r>
    </w:p>
    <w:p>
      <w:pPr>
        <w:jc w:val="right"/>
      </w:pPr>
      <w:r>
        <w:t>یہی میری ڈسکوری ہے جو شاید پہلی بار میں نے ڈسکور کیا اس کو کہ ہر دوسری چیز کو، شکایتوں کو بھلاؤ، تب تم الحمدللہ کہہ سکتے ہو، ورنہ نہیں کہہ سکتے۔</w:t>
      </w:r>
    </w:p>
    <w:p>
      <w:r>
        <w:rPr>
          <w:b/>
        </w:rPr>
        <w:t xml:space="preserve">[51:47] </w:t>
      </w:r>
      <w:r>
        <w:t>kyun ke hum to shikayaton mein jeete hain, neighbor se shikayat, doosre logon se shikayat, har har taraf se koi na koi aisi baaten jo hamare andar shikayat paida karen.</w:t>
      </w:r>
    </w:p>
    <w:p>
      <w:pPr>
        <w:jc w:val="right"/>
      </w:pPr>
      <w:r>
        <w:t>کیونکہ ہم تو شکایتوں میں جیتے ہیں، نیبر سے شکایت، دوسرے لوگوں سے شکایت، ہر ہر طرف سے کوئی نہ کوئی ایسی باتیں جو ہمارے اندر شکایت پیدا کریں۔</w:t>
      </w:r>
    </w:p>
    <w:p>
      <w:r>
        <w:rPr>
          <w:b/>
        </w:rPr>
        <w:t xml:space="preserve">[51:59] </w:t>
      </w:r>
      <w:r>
        <w:t>kyun ke angels ke beech to rehte nahi hum.</w:t>
      </w:r>
    </w:p>
    <w:p>
      <w:pPr>
        <w:jc w:val="right"/>
      </w:pPr>
      <w:r>
        <w:t>کیونکہ اینجیلز کے بیچ تو رہتے نہیں ہم۔</w:t>
      </w:r>
    </w:p>
    <w:p>
      <w:r>
        <w:rPr>
          <w:b/>
        </w:rPr>
        <w:t xml:space="preserve">[52:02] </w:t>
      </w:r>
      <w:r>
        <w:t>to jab tak aap ke andar yeh ho, mada na ho ke shikayaton ko bhulana, koi kuch bhi kare, apni positivity ko phir bhi baqi rakhna, nahi to aap hamd kaise kahenge?</w:t>
      </w:r>
    </w:p>
    <w:p>
      <w:pPr>
        <w:jc w:val="right"/>
      </w:pPr>
      <w:r>
        <w:t>تو جب تک آپ کے اندر یہ ہو، مادہ نہ ہو کہ شکایتوں کو بھلانا، کوئی کچھ بھی کرے، اپنی پازیٹیوٹی کو پھر بھی باقی رکھنا، نہیں تو آپ الحمد کیسے کہیں گے؟</w:t>
      </w:r>
    </w:p>
    <w:p>
      <w:r>
        <w:rPr>
          <w:b/>
        </w:rPr>
        <w:t xml:space="preserve">[52:18] </w:t>
      </w:r>
      <w:r>
        <w:t>to alhamdolillah se se ek periya per hamd bhi hai. pehle yani negative jazbat ko kill karna, negative jazbat ko bilkul khatam karte rehna,</w:t>
      </w:r>
    </w:p>
    <w:p>
      <w:pPr>
        <w:jc w:val="right"/>
      </w:pPr>
      <w:r>
        <w:t>تو الحمدللہ سے سے ایک پریہ پری حمد بھی ہے۔ پہلے یعنی نیگیٹیو جذبات کو کل کرنا، نیگیٹیو جذبات کو بالکل ختم کرتے رہنا،</w:t>
      </w:r>
    </w:p>
    <w:p>
      <w:r>
        <w:rPr>
          <w:b/>
        </w:rPr>
        <w:t xml:space="preserve">[52:32] </w:t>
      </w:r>
      <w:r>
        <w:t>tab aap kaise kahengay alhamdulillah rabbul alameen? sahih mani mein. lekin log apnay ko tayyar nahi karte. misaal ke taur par dekhiye, tayyari kis cheez ka naam hai?</w:t>
      </w:r>
    </w:p>
    <w:p>
      <w:pPr>
        <w:jc w:val="right"/>
      </w:pPr>
      <w:r>
        <w:t>تب آپ کیسے کہیں گے الحمدللہ رب العالمین؟ صحیح معنی میں۔ لیکن لوگ اپنے کو تیار نہیں کرتے۔ مثال کے طور پر دیکھیے، تیاری کس چیز کا نام ہے؟</w:t>
      </w:r>
    </w:p>
    <w:p>
      <w:r>
        <w:rPr>
          <w:b/>
        </w:rPr>
        <w:t xml:space="preserve">[52:47] </w:t>
      </w:r>
      <w:r>
        <w:t>aksar mere paas kisi ka telephone aaye ga, koi mil kar bataye ga ke mere haan beta paida hua hai, bohat khushi khushi, bohat jubilantly. koi poocha, bhai naam poocha, koi uska naam bataiye, koi dua kijiye us ke liye.</w:t>
      </w:r>
    </w:p>
    <w:p>
      <w:pPr>
        <w:jc w:val="right"/>
      </w:pPr>
      <w:r>
        <w:t>اکثر میرے پاس کسی کا ٹیلی فون آئے گا، کوئی مل کر بتائے گا کہ میرے ہاں بیٹا پیدا ہوا ہے، بہت خوشی خوشی، بہت جوبیلینٹلی۔ کوئی پوچھا، بھئی نام پوچھا، کوئی اس کا نام بتائیے، کوئی دعا کیجئے اس کے لیے۔</w:t>
      </w:r>
    </w:p>
    <w:p>
      <w:r>
        <w:rPr>
          <w:b/>
        </w:rPr>
        <w:t xml:space="preserve">[53:04] </w:t>
      </w:r>
      <w:r>
        <w:t>kisi ne ab tak bhai mujhe aisa nahi mila ek lambi umar mein. kyunke dekhiye, beta kya hai? living sign of god hai. ek bachcha jo paida hota hai, aap zara ghor kijiye,</w:t>
      </w:r>
    </w:p>
    <w:p>
      <w:pPr>
        <w:jc w:val="right"/>
      </w:pPr>
      <w:r>
        <w:t>کسی نے اب تک بھئی مجھے ایسا نہیں ملا ایک لمبی عمر میں۔ کیونکہ دیکھیے، بیٹا کیا ہے؟ لیونگ شائن آف گاڈ ہے۔ ایک بچہ جو پیدا ہوتا ہے، آپ ذرا غور کیجئے،</w:t>
      </w:r>
    </w:p>
    <w:p>
      <w:r>
        <w:rPr>
          <w:b/>
        </w:rPr>
        <w:t xml:space="preserve">[53:18] </w:t>
      </w:r>
      <w:r>
        <w:t>kaisa anokha hai ke pet ke andar se ek bachcha nikal aaya. kaisi ajeeb baat hai ke ek aurat ke pet se ek bachcha nikal aaya,</w:t>
      </w:r>
    </w:p>
    <w:p>
      <w:pPr>
        <w:jc w:val="right"/>
      </w:pPr>
      <w:r>
        <w:t>کیسا انوکھا ہے کہ پیٹ کے اندر سے ایک بچہ نکل آیا۔ کیسی عجیب بات ہے کہ ایک عورت کے پیٹ سے ایک بچہ نکل آیا،</w:t>
      </w:r>
    </w:p>
    <w:p>
      <w:r>
        <w:rPr>
          <w:b/>
        </w:rPr>
        <w:t xml:space="preserve">[53:31] </w:t>
      </w:r>
      <w:r>
        <w:t>ek zinda bachcha. to woh ek living sign of god hai. woh us ko dekh kar aadmi ko chala uthna chahiye. lekin aaj tak mujhe koi ek insaan aisa nahi mila jo yeh kahe ke mera ek, mere ghar mein to living sign of god aa gaya hai.</w:t>
      </w:r>
    </w:p>
    <w:p>
      <w:pPr>
        <w:jc w:val="right"/>
      </w:pPr>
      <w:r>
        <w:t>ایک زندہ بچہ۔ تو وہ ایک لیونگ سائن آف گاڈ ہے۔ وہ اس کو دیکھ کر آدمی کو چلا اٹھنا چاہیے۔ لیکن آج تک مجھے کوئی ایک انسان ایسا نہیں ملا جو یہ کہے کہ میرا ایک، میرے گھر میں تو لیونگ سائن آف گاڈ آ گیا ہے۔</w:t>
      </w:r>
    </w:p>
    <w:p>
      <w:r>
        <w:rPr>
          <w:b/>
        </w:rPr>
        <w:t xml:space="preserve">[53:50] </w:t>
      </w:r>
      <w:r>
        <w:t>har aadmi khush raha ke mera bachcha paida hoga.</w:t>
      </w:r>
    </w:p>
    <w:p>
      <w:pPr>
        <w:jc w:val="right"/>
      </w:pPr>
      <w:r>
        <w:t>ہر آدمی خوش رہا کہ میرا بچہ پیدا ہوگا۔</w:t>
      </w:r>
    </w:p>
    <w:p>
      <w:r>
        <w:rPr>
          <w:b/>
        </w:rPr>
        <w:t xml:space="preserve">[53:54] </w:t>
      </w:r>
      <w:r>
        <w:t>ek sahib ke haan mein gaya, jo aalim thay, to ghar mein thay. mein un ke bahir baitha tha intezar mein. andar se niklay to chote bachche god mein liye hue thay.</w:t>
      </w:r>
    </w:p>
    <w:p>
      <w:pPr>
        <w:jc w:val="right"/>
      </w:pPr>
      <w:r>
        <w:t>ایک صاحب کے ہاں میں گیا، جو عالم تھے، تو گھر میں تھے۔ میں ان کے باہر بیٹھا تھا انتظار میں۔ اندر سے نکلے تو چھوٹے بچے گود میں لیے ہوئے تھے۔</w:t>
      </w:r>
    </w:p>
    <w:p>
      <w:r>
        <w:rPr>
          <w:b/>
        </w:rPr>
        <w:t xml:space="preserve">[54:04] </w:t>
      </w:r>
      <w:r>
        <w:t>woh woh kehte kya hain? dekhiye, Allah ne mujhe ek chand sa bachcha diya hai, aur lekin mujhe dene ke mein abhi god mein le loon us ko.</w:t>
      </w:r>
    </w:p>
    <w:p>
      <w:pPr>
        <w:jc w:val="right"/>
      </w:pPr>
      <w:r>
        <w:t>وہ وہ کہتے کیا ہیں؟ دیکھیے، اللہ نے مجھے ایک چاند سا بچہ دیا ہے، اور لیکن مجھے دینے کے میں ابھی گود میں لے لوں اس کو۔</w:t>
      </w:r>
    </w:p>
    <w:p>
      <w:r>
        <w:rPr>
          <w:b/>
        </w:rPr>
        <w:t xml:space="preserve">[54:16] </w:t>
      </w:r>
      <w:r>
        <w:t>to chand sa bachcha to unhein pata hai, magar jo creator hai, uska pata nahi unhein.</w:t>
      </w:r>
    </w:p>
    <w:p>
      <w:pPr>
        <w:jc w:val="right"/>
      </w:pPr>
      <w:r>
        <w:t>تو چاند سا بچہ تو انہیں پتہ ہے، مگر جو کریٹر ہے، اس کا پتہ نہیں انہیں۔</w:t>
      </w:r>
    </w:p>
    <w:p>
      <w:r>
        <w:rPr>
          <w:b/>
        </w:rPr>
        <w:t xml:space="preserve">[54:24] </w:t>
      </w:r>
      <w:r>
        <w:t>chahe secular ho ya religious ho, aalim ho ya jahil ho, sab ka hai</w:t>
      </w:r>
    </w:p>
    <w:p>
      <w:pPr>
        <w:jc w:val="right"/>
      </w:pPr>
      <w:r>
        <w:t>چاہے سیکولر ہو یا ریلیجیس ہو، عالم ہو یا جاہل ہو، سب کا ہے</w:t>
      </w:r>
    </w:p>
    <w:p>
      <w:r>
        <w:rPr>
          <w:b/>
        </w:rPr>
        <w:t xml:space="preserve">[54:30] </w:t>
      </w:r>
      <w:r>
        <w:t>ke beta paida hua to khush ho rahe hain, khush ho rahe hain. koi ek bhi insaan mujhe nahi maloom ab tak meri janne mein jo bachcha paida ho to kahe ke woh fu hi to living sign of god hai.</w:t>
      </w:r>
    </w:p>
    <w:p>
      <w:pPr>
        <w:jc w:val="right"/>
      </w:pPr>
      <w:r>
        <w:t>کہ بیٹا پیدا ہوا تو خوش ہو رہے ہیں، خوش ہو رہے ہیں۔ کوئی ایک بھی انسان مجھے نہیں معلوم اب تک میری جاننے میں جو بچہ پیدا ہو تو کہے کہ وہ فو ہی تو لیونگ سائن آف گاڈ ہے۔</w:t>
      </w:r>
    </w:p>
    <w:p>
      <w:r>
        <w:rPr>
          <w:b/>
        </w:rPr>
        <w:t xml:space="preserve">[54:45] </w:t>
      </w:r>
      <w:r>
        <w:t>kaise matter jo hai, ek zinda bachche mein convert ho gaya? kaise aisa hua? mere ghar mein to Khuda ka ek ek nishan utar aaya hai.</w:t>
      </w:r>
    </w:p>
    <w:p>
      <w:pPr>
        <w:jc w:val="right"/>
      </w:pPr>
      <w:r>
        <w:t>کیسے میٹر جو ہے، ایک زندہ بچے میں کنورٹ ہو گیا؟ کیسے ایسا ہوا؟ میرے گھر میں تو خدا کا ایک ایک نشان اتر آیا ہے۔</w:t>
      </w:r>
    </w:p>
    <w:p>
      <w:r>
        <w:rPr>
          <w:b/>
        </w:rPr>
        <w:t xml:space="preserve">[55:00] </w:t>
      </w:r>
      <w:r>
        <w:t>to jab aap logon ko train nahi kar rahe hain rozana ke tajurbaat se, to aap kahan se Khuda ki taraf safar kar sakenge?</w:t>
      </w:r>
    </w:p>
    <w:p>
      <w:pPr>
        <w:jc w:val="right"/>
      </w:pPr>
      <w:r>
        <w:t>تو جب آپ لوگوں کو ٹرین نہیں کر رہے ہیں روزانہ کے تجربات سے، تو آپ کہاں سے خدا کی طرف سفر کر سکیں گے؟</w:t>
      </w:r>
    </w:p>
    <w:p>
      <w:r>
        <w:rPr>
          <w:b/>
        </w:rPr>
        <w:t xml:space="preserve">[55:12] </w:t>
      </w:r>
      <w:r>
        <w:t>subah shaam jo tajurbaat hote hain, maslan aap ne pani piya, har aadmi pani pita hai. ji, lekin pani ko dekh kar kaun sochta hai ke kaisa ajeeb cheez hai yeh pani?</w:t>
      </w:r>
    </w:p>
    <w:p>
      <w:pPr>
        <w:jc w:val="right"/>
      </w:pPr>
      <w:r>
        <w:t>صبح شام جو تجربات ہوتے ہیں، مثلاً آپ نے پانی پیا، ہر آدمی پانی پیتا ہے۔ جی، لیکن پانی کو دیکھ کر کون سوچتا ہے کہ کیسا عجیب چیز ہے یہ پانی؟</w:t>
      </w:r>
    </w:p>
    <w:p>
      <w:r>
        <w:rPr>
          <w:b/>
        </w:rPr>
        <w:t xml:space="preserve">[55:27] </w:t>
      </w:r>
      <w:r>
        <w:t>kaise do gases jo hain, ek ek liquid cheez ban gayi, aur itni mufeed, itni mufeed, itni mufeed. kisi par zindagi ka, zindagi depend karti hai isi ke upar.</w:t>
      </w:r>
    </w:p>
    <w:p>
      <w:pPr>
        <w:jc w:val="right"/>
      </w:pPr>
      <w:r>
        <w:t>کیسے دو گیسز جو ہیں، ایک ایک لیکوڈ چیز بن گئی، اور اتنی مفید، اتنی مفید، اتنی مفید۔ کسی پر زندگی کا، زندگی ڈیپینڈ کرتی ہے اسی کے اوپر۔</w:t>
      </w:r>
    </w:p>
    <w:p>
      <w:r>
        <w:rPr>
          <w:b/>
        </w:rPr>
        <w:t xml:space="preserve">[55:37] </w:t>
      </w:r>
      <w:r>
        <w:t>bas pani pi liya. kisi ke paas zyada paisa hai to bazaar se woh woh khareed ke lata hai, pack water lata hai.</w:t>
      </w:r>
    </w:p>
    <w:p>
      <w:pPr>
        <w:jc w:val="right"/>
      </w:pPr>
      <w:r>
        <w:t>بس پانی پی لیا۔ کسی کے پاس زیادہ پیسہ ہے تو بازار سے وہ وہ خرید کے لاتا ہے، پیک واٹر لاتا ہے۔</w:t>
      </w:r>
    </w:p>
    <w:p>
      <w:r>
        <w:rPr>
          <w:b/>
        </w:rPr>
        <w:t xml:space="preserve">[55:49] </w:t>
      </w:r>
      <w:r>
        <w:t>koi Switzerland ka pani khareed raha hai,</w:t>
      </w:r>
    </w:p>
    <w:p>
      <w:pPr>
        <w:jc w:val="right"/>
      </w:pPr>
      <w:r>
        <w:t>کوئی سویٹزرلینڈ کا پانی خرید رہا ہے،</w:t>
      </w:r>
    </w:p>
    <w:p>
      <w:r>
        <w:rPr>
          <w:b/>
        </w:rPr>
        <w:t xml:space="preserve">[55:52] </w:t>
      </w:r>
      <w:r>
        <w:t>woh khush hai ke maine, mein, maine falan water. mein to yeh pani pita nahi, mein to woh pani pita hoon. mujhe aise log mile jo paise wale, ke unhone munh se bol diya ke bhai, bhai yeh yeh pani to mein pita nahi, mein to falan pani pita hoon.</w:t>
      </w:r>
    </w:p>
    <w:p>
      <w:pPr>
        <w:jc w:val="right"/>
      </w:pPr>
      <w:r>
        <w:t>وہ خوش ہے کہ میں نے، میں، میں نے فلاں واٹر۔ میں تو یہ پانی پیتا نہیں، میں تو وہ پانی پیتا ہوں۔ مجھے ایسے لوگ ملے جو پیسے والے، کہ انہوں نے منہ سے بول دیا کہ بھئی، بھئی یہ یہ پانی تو میں پیتا نہیں، میں تو فلاں پانی پیتا ہوں۔</w:t>
      </w:r>
    </w:p>
    <w:p>
      <w:r>
        <w:rPr>
          <w:b/>
        </w:rPr>
        <w:t xml:space="preserve">[56:10] </w:t>
      </w:r>
      <w:r>
        <w:t>lekin koi yeh nahi mila jo yeh kahe ke woh pani kaisa ajeeb Khuda ki nishani hai. kaisi ajeeb nishani hai Khuda ki?</w:t>
      </w:r>
    </w:p>
    <w:p>
      <w:pPr>
        <w:jc w:val="right"/>
      </w:pPr>
      <w:r>
        <w:t>لیکن کوئی یہ نہیں ملا جو یہ کہے کہ وہ پانی کیسا عجیب خدا کی نشانی ہے۔ کیسی عجیب نشانی ہے خدا کی؟</w:t>
      </w:r>
    </w:p>
    <w:p>
      <w:r>
        <w:rPr>
          <w:b/>
        </w:rPr>
        <w:t xml:space="preserve">[56:24] </w:t>
      </w:r>
      <w:r>
        <w:t>to jab aap ne aap ko prepare nahi kar rahe hain, apne mind ko bana nahi rahe, nahi rahe, is soch ko develop nahi kar rahe apne andar, to kaise aap Khuda ki taraf daryaft karenge?</w:t>
      </w:r>
    </w:p>
    <w:p>
      <w:pPr>
        <w:jc w:val="right"/>
      </w:pPr>
      <w:r>
        <w:t>تو جب آپ نے آپ کو پریپیئر نہیں کر رہے ہیں، اپنے مائنڈ کو بنا نہیں رہے، نہیں رہے، اس سوچ کو ڈیولپ نہیں کر رہے اپنے اندر، تو کیسے آپ خدا کی طرف دریافت کریں گے؟</w:t>
      </w:r>
    </w:p>
    <w:p>
      <w:r>
        <w:rPr>
          <w:b/>
        </w:rPr>
        <w:t xml:space="preserve">[56:40] </w:t>
      </w:r>
      <w:r>
        <w:t>ya ek koi bhi, jaisa ke maine arz kiya, koi discovery bohat lambi muddat chahti hai, bohat dinon mein hoti hai. discovery</w:t>
      </w:r>
    </w:p>
    <w:p>
      <w:pPr>
        <w:jc w:val="right"/>
      </w:pPr>
      <w:r>
        <w:t>یا ایک کوئی بھی، جیسا کہ میں نے عرض کیا، کوئی ڈسکوری بہت لمبی مدت چاہتی ہے، بہت دنوں میں ہوتی ہے۔ ڈسکوری</w:t>
      </w:r>
    </w:p>
    <w:p>
      <w:r>
        <w:rPr>
          <w:b/>
        </w:rPr>
        <w:t xml:space="preserve">[56:49] </w:t>
      </w:r>
      <w:r>
        <w:t>, jaise hum ne arz kiya ke woh jo, yeh jo jo sign of god tha space mein,</w:t>
      </w:r>
    </w:p>
    <w:p>
      <w:pPr>
        <w:jc w:val="right"/>
      </w:pPr>
      <w:r>
        <w:t>، جیسے ہم نے عرض کیا کہ وہ جو، یہ جو جو سائن آف گاڈ تھا اسپیس میں،</w:t>
      </w:r>
    </w:p>
    <w:p>
      <w:r>
        <w:rPr>
          <w:b/>
        </w:rPr>
        <w:t xml:space="preserve">[57:00] </w:t>
      </w:r>
      <w:r>
        <w:t>us ke baad, yani jo jo duniya bani thi, us waqt se jo sign of jo maujood tha space mein,</w:t>
      </w:r>
    </w:p>
    <w:p>
      <w:pPr>
        <w:jc w:val="right"/>
      </w:pPr>
      <w:r>
        <w:t>اس کے بعد، یعنی جو جو دنیا بنی تھی، اس وقت سے جو سائن آف جو موجود تھا اسپیس میں،</w:t>
      </w:r>
    </w:p>
    <w:p>
      <w:r>
        <w:rPr>
          <w:b/>
        </w:rPr>
        <w:t xml:space="preserve">[57:19] </w:t>
      </w:r>
      <w:r>
        <w:t>us ki daryaft mein 13 billion saal</w:t>
      </w:r>
    </w:p>
    <w:p>
      <w:pPr>
        <w:jc w:val="right"/>
      </w:pPr>
      <w:r>
        <w:t>اس کی دریافت میں 13 بلین سال</w:t>
      </w:r>
    </w:p>
    <w:p>
      <w:r>
        <w:rPr>
          <w:b/>
        </w:rPr>
        <w:t xml:space="preserve">[57:21] </w:t>
      </w:r>
      <w:r>
        <w:t>lag gaye. tab koi insaan keh saka ke he is like seeing handwriting of god.</w:t>
      </w:r>
    </w:p>
    <w:p>
      <w:pPr>
        <w:jc w:val="right"/>
      </w:pPr>
      <w:r>
        <w:t>لگ گئے۔ تب کوئی انسان کہہ سکا کہ ہی از لائک سینگ ہینڈ رائٹر آف گاڈ۔</w:t>
      </w:r>
    </w:p>
    <w:p>
      <w:r>
        <w:rPr>
          <w:b/>
        </w:rPr>
        <w:t xml:space="preserve">[57:30] </w:t>
      </w:r>
      <w:r>
        <w:t>to yeh ek process chalana parta hai, ek process. har ek ko apni zindagi mein ek process chalana parega.</w:t>
      </w:r>
    </w:p>
    <w:p>
      <w:pPr>
        <w:jc w:val="right"/>
      </w:pPr>
      <w:r>
        <w:t>تو یہ ایک پروسیس چلانا پڑتا ہے، ایک پروسیس۔ ہر ایک کو اپنی زندگی میں ایک پروسیس چلانا پڑے گا۔</w:t>
      </w:r>
    </w:p>
    <w:p>
      <w:r>
        <w:rPr>
          <w:b/>
        </w:rPr>
        <w:t xml:space="preserve">[57:42] </w:t>
      </w:r>
      <w:r>
        <w:t>to phir gradual tor par, bohat lambi muddat guzarne ke baad, aap ko daryaften hongi, discoveries hongi. aisa nahi ho sakta hai,</w:t>
      </w:r>
    </w:p>
    <w:p>
      <w:pPr>
        <w:jc w:val="right"/>
      </w:pPr>
      <w:r>
        <w:t>تو پھر گریجول طور پر، بہت لمبی مدت گزرنے کے بعد، آپ کو دریافتیں ہوں گی، ڈسکوریز ہوں گی۔ ایسا نہیں ہو سکتا ہے،</w:t>
      </w:r>
    </w:p>
    <w:p>
      <w:r>
        <w:rPr>
          <w:b/>
        </w:rPr>
        <w:t xml:space="preserve">[57:55] </w:t>
      </w:r>
      <w:r>
        <w:t>jaise maine arz kiya ke main, main, main, main God runs in my blood. yeh process hai ke 24 ghante mein process chalata rehta hoon apne mind.</w:t>
      </w:r>
    </w:p>
    <w:p>
      <w:pPr>
        <w:jc w:val="right"/>
      </w:pPr>
      <w:r>
        <w:t>جیسے میں نے عرض کیا کہ میں، میں، میں، میں گاڈ رنز ان مائی بلڈ۔ یہ پروسیس ہے کہ 24 گھنٹے میں پراسیس چلاتا رہتا ہوں اپنے مائنڈ۔</w:t>
      </w:r>
    </w:p>
    <w:p>
      <w:r>
        <w:rPr>
          <w:b/>
        </w:rPr>
        <w:t xml:space="preserve">[58:08] </w:t>
      </w:r>
      <w:r>
        <w:t>is tarah se yeh hota hai ke aisi discoveries mujhe hoti hain jo poori poori history mein kisi ko nahi hoti, poori poori history mein. kyunke 24 ghante woh process chalata hoon.</w:t>
      </w:r>
    </w:p>
    <w:p>
      <w:pPr>
        <w:jc w:val="right"/>
      </w:pPr>
      <w:r>
        <w:t>اس طرح سے یہ ہوتا ہے کہ ایسی ڈسکوریز مجھے ہوتی ہیں جو پوری پوری ہسٹری میں کسی کو نہیں ہوتی، پوری پوری ہسٹری میں۔ کیونکہ 24 گھنٹے وہ پراسیس چلاتا ہوں۔</w:t>
      </w:r>
    </w:p>
    <w:p>
      <w:r>
        <w:rPr>
          <w:b/>
        </w:rPr>
        <w:t xml:space="preserve">[58:23] </w:t>
      </w:r>
      <w:r>
        <w:t>to aap ko main kahunga ke aap is process ko chalaiye apne andar. maine dunya mein jo sab se bari cheez jo pani ki hai, woh discovery of God.</w:t>
      </w:r>
    </w:p>
    <w:p>
      <w:pPr>
        <w:jc w:val="right"/>
      </w:pPr>
      <w:r>
        <w:t>تو آپ کو میں کہوں گا کہ آپ اس پروسیس کو چلائیے اپنے اندر۔ میں نے دنیا میں جو سب سے بڑی چیز جو پانی کی ہے، وہ ڈسکوری آف گاڈ۔</w:t>
      </w:r>
    </w:p>
    <w:p>
      <w:r>
        <w:rPr>
          <w:b/>
        </w:rPr>
        <w:t xml:space="preserve">[58:32] </w:t>
      </w:r>
      <w:r>
        <w:t>isi se aap مرحوم reh jayen, مرحوم reh jayen ge.</w:t>
      </w:r>
    </w:p>
    <w:p>
      <w:pPr>
        <w:jc w:val="right"/>
      </w:pPr>
      <w:r>
        <w:t>اسی سے آپ مرحوم رہ جائیں، مرحوم رہ جائیں گے۔</w:t>
      </w:r>
    </w:p>
    <w:p>
      <w:r>
        <w:rPr>
          <w:b/>
        </w:rPr>
        <w:t xml:space="preserve">[58:36] </w:t>
      </w:r>
      <w:r>
        <w:t>dunya mein pani ki sab se bari cheez hai ke aap ko Khuda discovery ke darje mein mil jaye, marifat ke darje mein mil jaye, Khuda aap ko realization ke darje mein mil jaye.</w:t>
      </w:r>
    </w:p>
    <w:p>
      <w:pPr>
        <w:jc w:val="right"/>
      </w:pPr>
      <w:r>
        <w:t>دنیا میں پانی کی سب سے بڑی چیز ہے کہ آپ کو خدا ڈسکوری کے درجے میں مل جائے، معرفت کے درجے میں مل جائے، خدا آپ کو ریلائزیشن کے درجے میں مل جائے۔</w:t>
      </w:r>
    </w:p>
    <w:p>
      <w:r>
        <w:rPr>
          <w:b/>
        </w:rPr>
        <w:t xml:space="preserve">[58:46] </w:t>
      </w:r>
      <w:r>
        <w:t>lekin woh kab hoga? jab aap apna mind mein woh process chalayenge. process to main dua karta hoon ke Allah taala mujh ko aur aap ko tofeeq de ke hum Allah ko daryaft kar saken,</w:t>
      </w:r>
    </w:p>
    <w:p>
      <w:pPr>
        <w:jc w:val="right"/>
      </w:pPr>
      <w:r>
        <w:t>لیکن وہ کب ہوگا؟ جب آپ اپنا مائنڈ میں وہ پروسیس چلائیں گے۔ پروسیس تو میں دعا کرتا ہوں کہ اللہ تعالی مجھ کو اور آپ کو توفیق دے کہ ہم اللہ کو دریافت کر سکیں،</w:t>
      </w:r>
    </w:p>
    <w:p>
      <w:r>
        <w:rPr>
          <w:b/>
        </w:rPr>
        <w:t xml:space="preserve">[59:00] </w:t>
      </w:r>
      <w:r>
        <w:t>is Allah mein jeena seekh len.</w:t>
      </w:r>
    </w:p>
    <w:p>
      <w:pPr>
        <w:jc w:val="right"/>
      </w:pPr>
      <w:r>
        <w:t>اس اللہ میں جینا سیکھ لیں۔</w:t>
      </w:r>
    </w:p>
    <w:p>
      <w:r>
        <w:rPr>
          <w:b/>
        </w:rPr>
        <w:t xml:space="preserve">[59:02] </w:t>
      </w:r>
      <w:r>
        <w:t>aqool qooli haza wastaghfirullah ala wa lakum ajmaeen.</w:t>
      </w:r>
    </w:p>
    <w:p>
      <w:pPr>
        <w:jc w:val="right"/>
      </w:pPr>
      <w:r>
        <w:t>اقول قولیھذا واستغفراللہ علی ویلکم اجمعین۔</w:t>
      </w:r>
    </w:p>
    <w:p>
      <w:r>
        <w:rPr>
          <w:b/>
        </w:rPr>
        <w:t xml:space="preserve">[59:22] </w:t>
      </w:r>
      <w:r>
        <w:t>This question is from Miss Nuzad Bano, Maum, Madhya Pradesh</w:t>
      </w:r>
    </w:p>
    <w:p>
      <w:pPr>
        <w:jc w:val="right"/>
      </w:pPr>
      <w:r>
        <w:t>This question is from Miss Nuzad Bano, Maum, Madhya Pradesh</w:t>
      </w:r>
    </w:p>
    <w:p>
      <w:r>
        <w:rPr>
          <w:b/>
        </w:rPr>
        <w:t xml:space="preserve">[59:28] </w:t>
      </w:r>
      <w:r>
        <w:t>: apni zindagi mein kis cheez par ziyada tawajjuh di jaye? Allah ki rehnumai hasil ho ya sahi thought particle hasil ho?</w:t>
      </w:r>
    </w:p>
    <w:p>
      <w:pPr>
        <w:jc w:val="right"/>
      </w:pPr>
      <w:r>
        <w:t>: اپنی زندگی میں کس چیز پر زیادہ توجہ دی جائے؟ اللہ کی رہنمائی حاصل ہو یا صحیح thought particle حاصل ہو؟</w:t>
      </w:r>
    </w:p>
    <w:p>
      <w:r>
        <w:rPr>
          <w:b/>
        </w:rPr>
        <w:t xml:space="preserve">[59:42] </w:t>
      </w:r>
      <w:r>
        <w:t>donon ek hi baat hai.</w:t>
      </w:r>
    </w:p>
    <w:p>
      <w:pPr>
        <w:jc w:val="right"/>
      </w:pPr>
      <w:r>
        <w:t>دونوں ایک ہی بات ہے۔</w:t>
      </w:r>
    </w:p>
    <w:p>
      <w:r>
        <w:rPr>
          <w:b/>
        </w:rPr>
        <w:t xml:space="preserve">[59:47] </w:t>
      </w:r>
      <w:r>
        <w:t>main chahta hoon ke jo pehli cheez jo hai, woh hai apne ko distraction se bachana.</w:t>
      </w:r>
    </w:p>
    <w:p>
      <w:pPr>
        <w:jc w:val="right"/>
      </w:pPr>
      <w:r>
        <w:t>میں چاہتا ہوں کہ جو پہلی چیز جو ہے، وہ ہے اپنے کو distraction سے بچانا۔</w:t>
      </w:r>
    </w:p>
    <w:p>
      <w:r>
        <w:rPr>
          <w:b/>
        </w:rPr>
        <w:t xml:space="preserve">[59:57] </w:t>
      </w:r>
      <w:r>
        <w:t>jaise hi aap bachate hain apne ko distraction se, to aap ke dil ke darwaze khul jate hain. Allah taala ne jo aap potential rakha hai, woh sab khul jate hain.</w:t>
      </w:r>
    </w:p>
    <w:p>
      <w:pPr>
        <w:jc w:val="right"/>
      </w:pPr>
      <w:r>
        <w:t>جیسے ہی آپ بچاتے ہیں اپنے کو distraction سے، تو آپ کے دل کے دروازے کھل جاتے ہیں۔ اللہ تعالی نے جو آپ potential رکھا ہے، وہ سب کھل جاتے ہیں۔</w:t>
      </w:r>
    </w:p>
    <w:p>
      <w:r>
        <w:rPr>
          <w:b/>
        </w:rPr>
        <w:t xml:space="preserve">[1:00:13] </w:t>
      </w:r>
      <w:r>
        <w:t>donon cheezen do alag alag nahi hain, woh donon ek hi ke do aspects hain.</w:t>
      </w:r>
    </w:p>
    <w:p>
      <w:pPr>
        <w:jc w:val="right"/>
      </w:pPr>
      <w:r>
        <w:t>دونوں چیزیں دو الگ الگ نہیں ہیں، وہ دونوں ایک ہی کے دو aspects ہیں۔</w:t>
      </w:r>
    </w:p>
    <w:p>
      <w:r>
        <w:rPr>
          <w:b/>
        </w:rPr>
        <w:t xml:space="preserve">[1:00:21] </w:t>
      </w:r>
      <w:r>
        <w:t>to cheezon ko aap agar dekhna shuru karen Allah ke hawale se, jaise misaal di maine ke har ghar mein bachcha paida hota hai, khoob khush hote hain, khoob khush hote hain log.</w:t>
      </w:r>
    </w:p>
    <w:p>
      <w:pPr>
        <w:jc w:val="right"/>
      </w:pPr>
      <w:r>
        <w:t>تو چیزوں کو آپ اگر دیکھنا شروع کریں اللہ کے حوالے سے، جیسے مثال دی میں نے کہ ہر گھر میں بچہ پیدا ہوتا ہے، خوب خوش ہوتے ہیں، خوب خوش ہوتے ہیں لوگ۔</w:t>
      </w:r>
    </w:p>
    <w:p>
      <w:r>
        <w:rPr>
          <w:b/>
        </w:rPr>
        <w:t xml:space="preserve">[1:00:31] </w:t>
      </w:r>
      <w:r>
        <w:t>kyun? mujhe beta mil gaya. yeh koi sochta nahi ke mere ghar mein Allah ki ek nishani utar aayi, ek living nishani, ek living sign mere ghar mein aa gaya.</w:t>
      </w:r>
    </w:p>
    <w:p>
      <w:pPr>
        <w:jc w:val="right"/>
      </w:pPr>
      <w:r>
        <w:t>کیوں؟ مجھے بیٹا مل گیا۔ یہ کوئی سوچتا نہیں کہ میرے گھر میں اللہ کی ایک نشانی اتر آئی، ایک لیونگ نشانی، ایک لیونگ سائن میرے گھر میں آ گیا۔</w:t>
      </w:r>
    </w:p>
    <w:p>
      <w:r>
        <w:rPr>
          <w:b/>
        </w:rPr>
        <w:t xml:space="preserve">[1:00:47] </w:t>
      </w:r>
      <w:r>
        <w:t>to sara jo focus chala jata hai, mera beta par. agar woh zehan ho to saaf ho kar jaye Khuda par. to aap keh saken ke God runs in my blood.</w:t>
      </w:r>
    </w:p>
    <w:p>
      <w:pPr>
        <w:jc w:val="right"/>
      </w:pPr>
      <w:r>
        <w:t>تو سارا جو focus چلا جاتا ہے، میرا بیٹا پر۔ اگر وہ ذہن ہو تو صاف ہو کر جائے خدا پر۔ تو آپ کہہ سکیں کہ گاڈ رنز ان مائی بلڈ۔</w:t>
      </w:r>
    </w:p>
    <w:p>
      <w:r>
        <w:rPr>
          <w:b/>
        </w:rPr>
        <w:t xml:space="preserve">[1:01:02] </w:t>
      </w:r>
      <w:r>
        <w:t>to process ko chalane ka tareeqa yahi hai ke aap distraction se bachayen apne aap ko, aur har maamle ko sochen, aur Khuda se relate karen is ko.</w:t>
      </w:r>
    </w:p>
    <w:p>
      <w:pPr>
        <w:jc w:val="right"/>
      </w:pPr>
      <w:r>
        <w:t>تو پراسیس کو چلانے کا طریقہ یہی ہے کہ آپ distraction سے بچائیں اپنے آپ کو، اور ہر معاملے کو سوچیں، اور خدا سے relate کریں اس کو۔</w:t>
      </w:r>
    </w:p>
    <w:p>
      <w:r>
        <w:rPr>
          <w:b/>
        </w:rPr>
        <w:t xml:space="preserve">[1:01:13] </w:t>
      </w:r>
      <w:r>
        <w:t>yahi tareeqa hai.</w:t>
      </w:r>
    </w:p>
    <w:p>
      <w:pPr>
        <w:jc w:val="right"/>
      </w:pPr>
      <w:r>
        <w:t>یہی طریقہ ہے۔</w:t>
      </w:r>
    </w:p>
    <w:p>
      <w:r>
        <w:rPr>
          <w:b/>
        </w:rPr>
        <w:t xml:space="preserve">[1:01:16] </w:t>
      </w:r>
      <w:r>
        <w:t>This question is from Muhammad Kashif: According to Islam, how does origin of life proceed?</w:t>
      </w:r>
    </w:p>
    <w:p>
      <w:pPr>
        <w:jc w:val="right"/>
      </w:pPr>
      <w:r>
        <w:t>This question is from Muhammad Kashif: According to Islam, how does origin of life proceed?</w:t>
      </w:r>
    </w:p>
    <w:p>
      <w:r>
        <w:rPr>
          <w:b/>
        </w:rPr>
        <w:t xml:space="preserve">[1:01:26] </w:t>
      </w:r>
      <w:r>
        <w:t>dekhiye, yani Islam ka jo manna hota hai ke Allah ke hukum se hua, yani sirf Allah hi ek aisa wajood hai jo ke apne aap mein qaim hai,</w:t>
      </w:r>
    </w:p>
    <w:p>
      <w:pPr>
        <w:jc w:val="right"/>
      </w:pPr>
      <w:r>
        <w:t>دیکھیے، یعنی اسلام کا جو ماننا ہوتا ہے کہ اللہ کے حکم سے ہوا، یعنی صرف اللہ ہی ایک ایسا وجود ہے جو کہ اپنے آپ میں قائم ہے،</w:t>
      </w:r>
    </w:p>
    <w:p>
      <w:r>
        <w:rPr>
          <w:b/>
        </w:rPr>
        <w:t xml:space="preserve">[1:01:39] </w:t>
      </w:r>
      <w:r>
        <w:t>aur jo kuch hai woh creation hai.</w:t>
      </w:r>
    </w:p>
    <w:p>
      <w:pPr>
        <w:jc w:val="right"/>
      </w:pPr>
      <w:r>
        <w:t>اور جو کچھ ہے وہ creation ہے۔</w:t>
      </w:r>
    </w:p>
    <w:p>
      <w:r>
        <w:rPr>
          <w:b/>
        </w:rPr>
        <w:t xml:space="preserve">[1:01:44] </w:t>
      </w:r>
      <w:r>
        <w:t>to Allah ne kiya har cheez paida, chahe physical world ho ya biological world ho, donon.</w:t>
      </w:r>
    </w:p>
    <w:p>
      <w:pPr>
        <w:jc w:val="right"/>
      </w:pPr>
      <w:r>
        <w:t>تو اللہ نے کیا ہر چیز پیدا کی، چاہے physical world ہو یا biological world ہو، دونوں۔</w:t>
      </w:r>
    </w:p>
    <w:p>
      <w:r>
        <w:rPr>
          <w:b/>
        </w:rPr>
        <w:t xml:space="preserve">[1:01:57] </w:t>
      </w:r>
      <w:r>
        <w:t>jo yeh evolution wali baat jo hai, woh Islam mein nahi hai. woh yani agar aap woh word use karein ke Islam mein yani creation hai, evolution nahi hai,</w:t>
      </w:r>
    </w:p>
    <w:p>
      <w:pPr>
        <w:jc w:val="right"/>
      </w:pPr>
      <w:r>
        <w:t>جو یہ evolution والی بات جو ہے، وہ اسلام میں نہیں ہے۔ وہ یعنی اگر آپ وہ word use کریں کہ اسلام میں یعنی creation ہے، evolution نہیں ہے،</w:t>
      </w:r>
    </w:p>
    <w:p>
      <w:r>
        <w:rPr>
          <w:b/>
        </w:rPr>
        <w:t xml:space="preserve">[1:02:11] </w:t>
      </w:r>
      <w:r>
        <w:t>to shayad yeh sahi hoga.</w:t>
      </w:r>
    </w:p>
    <w:p>
      <w:pPr>
        <w:jc w:val="right"/>
      </w:pPr>
      <w:r>
        <w:t>تو شاید یہ صحیح ہوگا۔</w:t>
      </w:r>
    </w:p>
    <w:p>
      <w:r>
        <w:rPr>
          <w:b/>
        </w:rPr>
        <w:t xml:space="preserve">[1:02:14] </w:t>
      </w:r>
      <w:r>
        <w:t>baqi agar aap kuch tafseel janna chahte hon to main is par likha bhi hoon, yani kai mere chhape hain, mere is par maqale, to us ko aap padh sakte hain.</w:t>
      </w:r>
    </w:p>
    <w:p>
      <w:pPr>
        <w:jc w:val="right"/>
      </w:pPr>
      <w:r>
        <w:t>باقی اگر آپ کچھ تفصیل جاننا چاہتے ہوں تو میں اس پر لکھا بھی ہوں، یعنی کئی میرے چھپے ہیں، میرے اس پر مقالے، تو اس کو آپ پڑھ سکتے ہیں۔</w:t>
      </w:r>
    </w:p>
    <w:p>
      <w:r>
        <w:rPr>
          <w:b/>
        </w:rPr>
        <w:t xml:space="preserve">[1:02:28] </w:t>
      </w:r>
      <w:r>
        <w:t>baqi Islam ka manna yahi hai. This question is from Mir Iran, Mir Irm. Maulana sahib, what is the significance of fifteenth Shaban, shab barat?</w:t>
      </w:r>
    </w:p>
    <w:p>
      <w:pPr>
        <w:jc w:val="right"/>
      </w:pPr>
      <w:r>
        <w:t>باقی اسلام کا ماننا یہی ہے۔ This question is from Mir Iran, Mir Irm. مولانا صاحب، what is the significance of fifteenth Shaban, شب برات؟</w:t>
      </w:r>
    </w:p>
    <w:p>
      <w:r>
        <w:rPr>
          <w:b/>
        </w:rPr>
        <w:t xml:space="preserve">[1:02:47] </w:t>
      </w:r>
      <w:r>
        <w:t>dekhiye, fifteenth Shaban ki koi khaas significance nahi hai Islam mein. riwajaan hai, log mante hain kisi raat ko Meraj hui thi, halanke koi sabit nahi hai.</w:t>
      </w:r>
    </w:p>
    <w:p>
      <w:pPr>
        <w:jc w:val="right"/>
      </w:pPr>
      <w:r>
        <w:t>دیکھیے، fifteenth Shaban کی کوئی خاص significance نہیں ہے اسلام میں۔ رواجاً ہے، لوگ مانتے ہیں کسی رات کو معراج ہوئی تھی، حالانکہ کوئی ثابت نہیں ہے۔</w:t>
      </w:r>
    </w:p>
    <w:p>
      <w:r>
        <w:rPr>
          <w:b/>
        </w:rPr>
        <w:t xml:space="preserve">[1:02:59] </w:t>
      </w:r>
      <w:r>
        <w:t>yeh yeh koi sabit baat nahi hai, lekin maan liya gaya hai. to is raat ko log ibadat wagera karte hain, aur kuch jo bhi karte hon.</w:t>
      </w:r>
    </w:p>
    <w:p>
      <w:pPr>
        <w:jc w:val="right"/>
      </w:pPr>
      <w:r>
        <w:t>یہ یہ کوئی ثابت بات نہیں ہے، لیکن مان لیا گیا ہے۔ تو اس رات کو لوگ عبادت وغیرہ کرتے ہیں، اور کچھ جو بھی کرتے ہوں۔</w:t>
      </w:r>
    </w:p>
    <w:p>
      <w:r>
        <w:rPr>
          <w:b/>
        </w:rPr>
        <w:t xml:space="preserve">[1:03:10] </w:t>
      </w:r>
      <w:r>
        <w:t>to jo woh Islam hai jo Quran o Hadees sabit hota hai, us mein is ki koi ahmiyat nahi hai. baqi hum is baat riwaj ke taur par karte hain, to theek hai, ibadat aap kisi bhi raat ko ibadat karein to achhi baat hai.</w:t>
      </w:r>
    </w:p>
    <w:p>
      <w:pPr>
        <w:jc w:val="right"/>
      </w:pPr>
      <w:r>
        <w:t>تو جو وہ اسلام ہے جو قرآن و حدیث ثابت ہوتا ہے، اس میں اس کی کوئی اہمیت نہیں ہے۔ باقی ہم اس بات رواج کے طور پر کرتے ہیں، تو ٹھیک ہے، عبادت آپ کسی بھی رات کو عبادت کریں تو اچھی بات ہے۔</w:t>
      </w:r>
    </w:p>
    <w:p>
      <w:r>
        <w:rPr>
          <w:b/>
        </w:rPr>
        <w:t xml:space="preserve">[1:03:27] </w:t>
      </w:r>
      <w:r>
        <w:t>This question. matlab Sahaba ke zamane mein aisa koi riwaj nahi tha jo aaj hai. This question is from Vikrant Rajput:</w:t>
      </w:r>
    </w:p>
    <w:p>
      <w:pPr>
        <w:jc w:val="right"/>
      </w:pPr>
      <w:r>
        <w:t>This question. مطلب صحابہ کے زمانے میں ایسا کوئی رواج نہیں تھا جو آج ہے۔ This question is from Vikrant Rajput:</w:t>
      </w:r>
    </w:p>
    <w:p>
      <w:r>
        <w:rPr>
          <w:b/>
        </w:rPr>
        <w:t xml:space="preserve">[1:03:38] </w:t>
      </w:r>
      <w:r>
        <w:t>Positive particles are source of inspiration. What is the source of negative particle? jis ko hum negative particle mante hain, woh to reaction hota hai.</w:t>
      </w:r>
    </w:p>
    <w:p>
      <w:pPr>
        <w:jc w:val="right"/>
      </w:pPr>
      <w:r>
        <w:t>Positive particles are source of inspiration. What is the source of negative particle? جس کو ہم negative particle مانتے ہیں، وہ تو ری ایکشن ہوتا ہے۔</w:t>
      </w:r>
    </w:p>
    <w:p>
      <w:r>
        <w:rPr>
          <w:b/>
        </w:rPr>
        <w:t xml:space="preserve">[1:03:49] </w:t>
      </w:r>
      <w:r>
        <w:t>negative particle alag se is ka koi wajood nahi hai. yeh matlab Satan activate karta hai, to is se hum react karte hain.</w:t>
      </w:r>
    </w:p>
    <w:p>
      <w:pPr>
        <w:jc w:val="right"/>
      </w:pPr>
      <w:r>
        <w:t>negative particle الگ سے اس کا کوئی وجود نہیں ہے۔ یہ مطلب شیطان activate کرتا ہے، تو اس سے ہم ری ایکٹ کرتے ہیں۔</w:t>
      </w:r>
    </w:p>
    <w:p>
      <w:r>
        <w:rPr>
          <w:b/>
        </w:rPr>
        <w:t xml:space="preserve">[1:04:00] </w:t>
      </w:r>
      <w:r>
        <w:t>isi isi reaction ko hum kehte hain negative particle. alag se main nahi samajhta koi is ka wajood hai. negative particle,</w:t>
      </w:r>
    </w:p>
    <w:p>
      <w:pPr>
        <w:jc w:val="right"/>
      </w:pPr>
      <w:r>
        <w:t>اسی اسی ری ایکشن کو ہم کہتے ہیں negative particle۔ الگ سے میں نہیں سمجھتا کوئی اس کا وجود ہے۔ negative particle،</w:t>
      </w:r>
    </w:p>
    <w:p>
      <w:r>
        <w:rPr>
          <w:b/>
        </w:rPr>
        <w:t xml:space="preserve">[1:04:07] </w:t>
      </w:r>
      <w:r>
        <w:t>positive particle to Khuda ki taraf se aate hain, un ka alag se existence hai. is ka negative particle ka alag se existence nahi hai. is ka matlab hate hai.</w:t>
      </w:r>
    </w:p>
    <w:p>
      <w:pPr>
        <w:jc w:val="right"/>
      </w:pPr>
      <w:r>
        <w:t>positive particle تو خدا کی طرف سے آتے ہیں، ان کا الگ سے existence ہے۔ اس کا negative particle کا الگ سے existence نہیں ہے۔ اس کا مطلب hate ہے۔</w:t>
      </w:r>
    </w:p>
    <w:p>
      <w:r>
        <w:rPr>
          <w:b/>
        </w:rPr>
        <w:t xml:space="preserve">[1:04:18] </w:t>
      </w:r>
      <w:r>
        <w:t>hate alag se exist kar rahi ho, aisa nahi hai. balkeh kisi ke kisi ka hamein experience hua, hum ne react kiya, isi ka naam hate hai.</w:t>
      </w:r>
    </w:p>
    <w:p>
      <w:pPr>
        <w:jc w:val="right"/>
      </w:pPr>
      <w:r>
        <w:t>hate الگ سے exist کر رہی ہو، ایسا نہیں ہے۔ بلکہ کسی کے کسی کا ہمیں ایکسپیرینس ہوا، ہم نے ری ایکٹ کیا، اسی کا نام hate ہے۔</w:t>
      </w:r>
    </w:p>
    <w:p>
      <w:r>
        <w:rPr>
          <w:b/>
        </w:rPr>
        <w:t xml:space="preserve">[1:04:29] </w:t>
      </w:r>
      <w:r>
        <w:t>to mera manna yeh hai ke jis ko main keh raha hoon, positive sense mein thought particle woh to Khuda ki taraf se aate hain, aur negative sense mein jo thought particle hain, woh Shaitan ki taraf se hote hain.</w:t>
      </w:r>
    </w:p>
    <w:p>
      <w:pPr>
        <w:jc w:val="right"/>
      </w:pPr>
      <w:r>
        <w:t>تو میرا ماننا یہ ہے کہ جس کو میں کہہ رہا ہوں، positive sense میں thought particle وہ تو خدا کی طرف سے آتے ہیں، اور negative sense میں جو thought particle ہیں، وہ شیطان کی طرف سے ہوتے ہیں۔</w:t>
      </w:r>
    </w:p>
    <w:p>
      <w:r>
        <w:rPr>
          <w:b/>
        </w:rPr>
        <w:t xml:space="preserve">[1:04:42] </w:t>
      </w:r>
      <w:r>
        <w:t>woh woh reaction ke ke taur par hote hain. aisa mera manna hai. This question is from Dr.</w:t>
      </w:r>
    </w:p>
    <w:p>
      <w:pPr>
        <w:jc w:val="right"/>
      </w:pPr>
      <w:r>
        <w:t>وہ وہ ری ایکشن کے کے طور پر ہوتے ہیں۔ ایسا میرا ماننا ہے۔ This question is from Dr.</w:t>
      </w:r>
    </w:p>
    <w:p>
      <w:r>
        <w:rPr>
          <w:b/>
        </w:rPr>
        <w:t xml:space="preserve">[1:04:51] </w:t>
      </w:r>
      <w:r>
        <w:t>Faridah Khanam, Delhi</w:t>
      </w:r>
    </w:p>
    <w:p>
      <w:pPr>
        <w:jc w:val="right"/>
      </w:pPr>
      <w:r>
        <w:t>Faridah Khanam, Delhi</w:t>
      </w:r>
    </w:p>
    <w:p>
      <w:r>
        <w:rPr>
          <w:b/>
        </w:rPr>
        <w:t xml:space="preserve">[1:04:53] </w:t>
      </w:r>
      <w:r>
        <w:t>: The majority of people observe religion in form devoid of spirit. Will such worship be acceptable to Lord?</w:t>
      </w:r>
    </w:p>
    <w:p>
      <w:pPr>
        <w:jc w:val="right"/>
      </w:pPr>
      <w:r>
        <w:t>: The majority of people observe religion in form devoid of spirit. Will such worship be acceptable to Lord?</w:t>
      </w:r>
    </w:p>
    <w:p>
      <w:r>
        <w:rPr>
          <w:b/>
        </w:rPr>
        <w:t xml:space="preserve">[1:05:05] </w:t>
      </w:r>
      <w:r>
        <w:t>bhai, jahan tak meri knowledge hai, aisi worship acceptable nahi hai. is ko Quran mein salat sahw kaha gaya hai.</w:t>
      </w:r>
    </w:p>
    <w:p>
      <w:pPr>
        <w:jc w:val="right"/>
      </w:pPr>
      <w:r>
        <w:t>بھائی، جہاں تک میری knowledge ہے، ایسی worship acceptable نہیں ہے۔ اس کو قرآن میں صلاۃ صحب کہا گیا ہے۔</w:t>
      </w:r>
    </w:p>
    <w:p>
      <w:r>
        <w:rPr>
          <w:b/>
        </w:rPr>
        <w:t xml:space="preserve">[1:05:16] </w:t>
      </w:r>
      <w:r>
        <w:t>sahw ki namaz, sahw ki namaz wahi hai ke spirit nahi hai aur form hai.</w:t>
      </w:r>
    </w:p>
    <w:p>
      <w:pPr>
        <w:jc w:val="right"/>
      </w:pPr>
      <w:r>
        <w:t>صحب کی نماز، صحب کی نماز وہی ہے کہ spirit نہیں ہے اور فارم ہے۔</w:t>
      </w:r>
    </w:p>
    <w:p>
      <w:r>
        <w:rPr>
          <w:b/>
        </w:rPr>
        <w:t xml:space="preserve">[1:05:24] </w:t>
      </w:r>
      <w:r>
        <w:t>Hadees mein aata hai ke la salata illa billah khushu us ki namaz namaz nahi jis ki namaz mein khushu na ho. aise ek waqia aata hai ke Rasool Allah sal Allah o aleh o salam Masjid Nabwi mein thay.</w:t>
      </w:r>
    </w:p>
    <w:p>
      <w:pPr>
        <w:jc w:val="right"/>
      </w:pPr>
      <w:r>
        <w:t>حدیث میں آتا ہے کہ لا صلاۃ الا باللہ تخش اس کی نماز نماز نہیں جس کی نماز میں خشوع نہ ہو۔ ایسے ایک واقعہ آتا ہے کہ رسول اللہ صلی اللہ علیہ وسلم مسجد نبوی میں تھے۔</w:t>
      </w:r>
    </w:p>
    <w:p>
      <w:r>
        <w:rPr>
          <w:b/>
        </w:rPr>
        <w:t xml:space="preserve">[1:05:38] </w:t>
      </w:r>
      <w:r>
        <w:t>ek shakhs aaya wahan par, us ne wuzu kiya aur namaz do rakat namaz padhi. to Rasool Allah sal Allah o aleh o salam ne dekha us ko to form to poora ada kiya, us ne</w:t>
      </w:r>
    </w:p>
    <w:p>
      <w:pPr>
        <w:jc w:val="right"/>
      </w:pPr>
      <w:r>
        <w:t>ایک شخص آیا وہاں پر، اس نے وضو کیا اور نماز دو رکعت نماز پڑھی۔ تو رسول اللہ صلی اللہ علیہ وسلم نے دیکھا اس کو تو فارم تو پورا ادا کیا، اس نے</w:t>
      </w:r>
    </w:p>
    <w:p>
      <w:r>
        <w:rPr>
          <w:b/>
        </w:rPr>
        <w:t xml:space="preserve">[1:05:50] </w:t>
      </w:r>
      <w:r>
        <w:t>wahi ruku, wahi sujood wagera, lekin is ka dhyan jo hai namaz mein nahi tha. to aa kar ke us ne aap par salam jab kiya to aap ne kaha ke arja' fasalli fa'innaka lam tusalli</w:t>
      </w:r>
    </w:p>
    <w:p>
      <w:pPr>
        <w:jc w:val="right"/>
      </w:pPr>
      <w:r>
        <w:t>وہی رکوع، وہی سجود وغیرہ، لیکن اس کا دھیان جو ہے نماز میں نہیں تھا۔ تو آ کر کے اس نے آپ پر سلام جب کیا تو آپ نے کہا کہ ارجع فصل فانك لم تصل</w:t>
      </w:r>
    </w:p>
    <w:p>
      <w:r>
        <w:rPr>
          <w:b/>
        </w:rPr>
        <w:t xml:space="preserve">[1:06:10] </w:t>
      </w:r>
      <w:r>
        <w:t>yani yeh jao phir se namaz padho, yeh to to ne namaz nahi padhi. maslan hota kya hai, ek shakhs namaz padhne khada hua hua</w:t>
      </w:r>
    </w:p>
    <w:p>
      <w:pPr>
        <w:jc w:val="right"/>
      </w:pPr>
      <w:r>
        <w:t>یعنی یہ جاؤ پھر سے نماز پڑھو، یہ تو تو نے نماز نہیں پڑھی۔ مثلاً ہوتا کیا ہے، ایک شخص نماز پڑھنے کھڑا ہوا ہوا</w:t>
      </w:r>
    </w:p>
    <w:p>
      <w:r>
        <w:rPr>
          <w:b/>
        </w:rPr>
        <w:t xml:space="preserve">[1:06:19] </w:t>
      </w:r>
      <w:r>
        <w:t>hai, ab aap dekhein us ko aise daadhi daadhi aise kar raha hai, aise kuch harkatein kar raha hai. woh batata hai is tareeqe se ke woh yani bas namaz form form wali namaz padh raha hai, spirit wali namaz nahi padh raha hai.</w:t>
      </w:r>
    </w:p>
    <w:p>
      <w:pPr>
        <w:jc w:val="right"/>
      </w:pPr>
      <w:r>
        <w:t>ہے، اب آپ دیکھیں اس کو ایسے داڑھی داڑھی ایسے کر رہا ہے، ایسے کچھ حرکتیں کر رہا ہے۔ وہ بتاتا ہے اس طریقے سے کہ وہ یعنی بس نماز فارم فارم والی نماز پڑھ رہا ہے، اسپرٹ والی نماز نہیں پڑھ رہا ہے۔</w:t>
      </w:r>
    </w:p>
    <w:p>
      <w:r>
        <w:rPr>
          <w:b/>
        </w:rPr>
        <w:t xml:space="preserve">[1:06:35] </w:t>
      </w:r>
      <w:r>
        <w:t>ab koi ungli chatka raha hai, ise namaz mein tarah tarah ki harkatein karte hain log. to aap ne dekha hoga us ko aisa kuch karte hue jis se aap ne samjha ke is ki namaz mein khushu nahi tha,</w:t>
      </w:r>
    </w:p>
    <w:p>
      <w:pPr>
        <w:jc w:val="right"/>
      </w:pPr>
      <w:r>
        <w:t>اب کوئی انگلی چٹکا رہا ہے، اسے نماز میں طرح طرح کی حرکتیں کرتے ہیں لوگ۔ تو آپ نے دیکھا ہوگا اس کو ایسا کچھ کرتے ہوئے جس سے آپ نے سمجھا کہ اس کی نماز میں خشوع نہیں تھا،</w:t>
      </w:r>
    </w:p>
    <w:p>
      <w:r>
        <w:rPr>
          <w:b/>
        </w:rPr>
        <w:t xml:space="preserve">[1:06:47] </w:t>
      </w:r>
      <w:r>
        <w:t>agarche form tha. to aap ne kaha ke arja' fasal fa innaka lam tusal jaao phir se namaz padho kyunke tum ne namaz nahi padhi.</w:t>
      </w:r>
    </w:p>
    <w:p>
      <w:pPr>
        <w:jc w:val="right"/>
      </w:pPr>
      <w:r>
        <w:t>اگرچہ فارم تھا۔ تو آپ نے کہا کہ ارجع فصل فانك لم تصل جاؤ پھر سے نماز پڑھو کیونکہ تم نے نماز نہیں پڑھی۔</w:t>
      </w:r>
    </w:p>
    <w:p>
      <w:r>
        <w:rPr>
          <w:b/>
        </w:rPr>
        <w:t xml:space="preserve">[1:06:59] </w:t>
      </w:r>
      <w:r>
        <w:t>to behal in cheezon ko le kar mera jo mein jo samjhaya hoon woh yeh hai ke jis form mein spirit ho, wahi namaz hai, aur jis form mein spirit na ho, woh namaz nahi hai.</w:t>
      </w:r>
    </w:p>
    <w:p>
      <w:pPr>
        <w:jc w:val="right"/>
      </w:pPr>
      <w:r>
        <w:t>تو بہرحال ان چیزوں کو لے کر میرا جو میں جو سمجھایا ہوں وہ یہ ہے کہ جس فارم میں اسپرٹ ہو، وہی نماز ہے، اور جس فارم میں اسپرٹ نہ ہو، وہ نماز نہیں ہے۔</w:t>
      </w:r>
    </w:p>
    <w:p>
      <w:r>
        <w:rPr>
          <w:b/>
        </w:rPr>
        <w:t xml:space="preserve">[1:07:15] </w:t>
      </w:r>
      <w:r>
        <w:t>iska matlab yeh nahi hai ke agar koi paaye apne andar ke mein ab aisi spirit nahi hai mere andar to namaz chhod de. nahi, usko namaz padhte rehna chahiye aur baqad dua karte rehna chahiye yahan tak ke uska spirit aa jaye.</w:t>
      </w:r>
    </w:p>
    <w:p>
      <w:pPr>
        <w:jc w:val="right"/>
      </w:pPr>
      <w:r>
        <w:t>اس کا مطلب یہ نہیں ہے کہ اگر کوئی پائے اپنے اندر کہ میں اب ایسی اسپرٹ نہیں ہے میرے اندر تو نماز چھوڑ دے۔ نہیں، اس کو نماز پڑھتے رہنا چاہیے اور باقت دعا کرتے رہنا چاہیے یہاں تک کہ اس کا اسپرٹ آ جائے۔</w:t>
      </w:r>
    </w:p>
    <w:p>
      <w:r>
        <w:rPr>
          <w:b/>
        </w:rPr>
        <w:t xml:space="preserve">[1:07:30] </w:t>
      </w:r>
      <w:r>
        <w:t>to mein yeh is sense mein nahi bol raha hoon ke aadmi chhod de namaz ko. nahi, is sense mein bol raha hoon ke Allah taala ke haan konsi namaz yani qubool ki jayegi, konsi nahi qubool ki jayegi.</w:t>
      </w:r>
    </w:p>
    <w:p>
      <w:pPr>
        <w:jc w:val="right"/>
      </w:pPr>
      <w:r>
        <w:t>تو میں یہ اس سینس میں نہیں بول رہا ہوں کہ آدمی چھوڑ دے نماز کو۔ نہیں، اس سینس میں بول رہا ہوں کہ اللہ تعالی کے ہاں کون سی نماز یعنی قبول کی جائے، کون سی نہیں قبول کی جائے گی۔</w:t>
      </w:r>
    </w:p>
    <w:p>
      <w:r>
        <w:rPr>
          <w:b/>
        </w:rPr>
        <w:t xml:space="preserve">[1:07:43] </w:t>
      </w:r>
      <w:r>
        <w:t>kai log mujh se kehte hain ke bhai hum namaz padhne se kya faida? jaao aaj namaz mein woh khushu nahi aata hai. to mein hamesha yahi kehta hoon ke bhai khushu laane ke liye bhi namaz padhna chahiye.</w:t>
      </w:r>
    </w:p>
    <w:p>
      <w:pPr>
        <w:jc w:val="right"/>
      </w:pPr>
      <w:r>
        <w:t>کئی لوگ مجھ سے کہتے ہیں کہ بھئی ہم نماز پڑھنے سے کیا فائدہ؟ جاؤ آج نماز میں وہ خشوع نہیں آتا ہے۔ تو میں ہمیشہ یہی کہتا ہوں کہ بھئی خشوع لانے کے لیے بھی نماز پڑھنا چاہیے۔</w:t>
      </w:r>
    </w:p>
    <w:p>
      <w:r>
        <w:rPr>
          <w:b/>
        </w:rPr>
        <w:t xml:space="preserve">[1:07:53] </w:t>
      </w:r>
      <w:r>
        <w:t>aap namaz padhte rahiye, dua karte rahiye to dheere dheere khushu aa jayega. Maulana, this question is from Zubair Ahmed Shah, Delhi: What should be the first step to discover God</w:t>
      </w:r>
    </w:p>
    <w:p>
      <w:pPr>
        <w:jc w:val="right"/>
      </w:pPr>
      <w:r>
        <w:t>آپ نماز پڑھتے رہیے، دعا کرتے رہیے تو دھیرے دھیرے خشوع آ جائے گا۔ مولانا، this question is from Zubair Ahmed Shah, Delhi: What should be the first step to discover God</w:t>
      </w:r>
    </w:p>
    <w:p>
      <w:r>
        <w:rPr>
          <w:b/>
        </w:rPr>
        <w:t xml:space="preserve">[1:08:06] </w:t>
      </w:r>
      <w:r>
        <w:t>? ab first step ko is sense mein to nahi ho sakta ke ke alphabet jo hain usmein A pehle aata hai. aisa kuch nahi hai.</w:t>
      </w:r>
    </w:p>
    <w:p>
      <w:pPr>
        <w:jc w:val="right"/>
      </w:pPr>
      <w:r>
        <w:t>? اب فرسٹ سٹیپ کو اس سینس میں تو نہیں ہو سکتا کہ کہ الفابیٹ جو ہیں اس میں اے پہلے آتا ہے۔ ایسا کچھ نہیں ہے۔</w:t>
      </w:r>
    </w:p>
    <w:p>
      <w:r>
        <w:rPr>
          <w:b/>
        </w:rPr>
        <w:t xml:space="preserve">[1:08:16] </w:t>
      </w:r>
      <w:r>
        <w:t>bas mein chahta hoon ke basic baat hai sochna, thinking, thinking process ko zinda karna. ismein aisa koi nahi mein keh sakta aap ko ke A pehle hai, usko pehle likhein, phir B, uske baad usko B, uske baad likhein.</w:t>
      </w:r>
    </w:p>
    <w:p>
      <w:pPr>
        <w:jc w:val="right"/>
      </w:pPr>
      <w:r>
        <w:t>بس میں چاہتا ہوں کہ بیسک بات ہے سوچنا، تھنکنگ، تھنکنگ پروسیس کو زندہ کرنا۔ اس میں ایسا کوئی نہیں میں کہہ سکتا آپ کو کہ اے پہلے ہے، اس کو پہلے لکھیں، پھر بی، اس کے بعد اس کو بی، اس کے بعد لکھیں۔</w:t>
      </w:r>
    </w:p>
    <w:p>
      <w:r>
        <w:rPr>
          <w:b/>
        </w:rPr>
        <w:t xml:space="preserve">[1:08:33] </w:t>
      </w:r>
      <w:r>
        <w:t>aisa kuch nahi hai. lekin thinking process ko aap ko zinda karna hai, sochna, sochna, sochna. jaise misaal di ke beta paida hua to aap kya sochte hain?</w:t>
      </w:r>
    </w:p>
    <w:p>
      <w:pPr>
        <w:jc w:val="right"/>
      </w:pPr>
      <w:r>
        <w:t>ایسا کچھ نہیں ہے۔ لیکن تھنکنگ پروسیس کو آپ کو زندہ کرنا ہے، سوچنا، سوچنا، سوچنا۔ جیسے مثال دی کہ بیٹا پیدا ہوا تو آپ کیا سوچتے ہیں؟</w:t>
      </w:r>
    </w:p>
    <w:p>
      <w:r>
        <w:rPr>
          <w:b/>
        </w:rPr>
        <w:t xml:space="preserve">[1:08:44] </w:t>
      </w:r>
      <w:r>
        <w:t>mera waarish paida hoga aur mera ghar aabaad karne wala paida hoga. yeh sab sochte hain aap. yeh na sochiye, yeh sochiye ke sign of God paida hoga.</w:t>
      </w:r>
    </w:p>
    <w:p>
      <w:pPr>
        <w:jc w:val="right"/>
      </w:pPr>
      <w:r>
        <w:t>میرا وارث پیدا ہوگا اور میرا گھر آباد کرنے والا پیدا ہوگا۔ یہ سب سوچتے ہیں آپ۔ یہ نہ سوچیے، یہ سوچیے کہ سائن آف گاڈ پیدا ہوگا۔</w:t>
      </w:r>
    </w:p>
    <w:p>
      <w:r>
        <w:rPr>
          <w:b/>
        </w:rPr>
        <w:t xml:space="preserve">[1:08:55] </w:t>
      </w:r>
      <w:r>
        <w:t>bete ko living sign of God ke roop mein dekhiye to soch ka ek ek aur process chalega aap ke andar.</w:t>
      </w:r>
    </w:p>
    <w:p>
      <w:pPr>
        <w:jc w:val="right"/>
      </w:pPr>
      <w:r>
        <w:t>بیٹے کو لیونگ سائن آف گاڈ کے روپ میں دیکھیے تو سوچ کا ایک ایک اور پراسیس چلے گا آپ کے اندر۔</w:t>
      </w:r>
    </w:p>
    <w:p>
      <w:r>
        <w:rPr>
          <w:b/>
        </w:rPr>
        <w:t xml:space="preserve">[1:09:03] </w:t>
      </w:r>
      <w:r>
        <w:t>to soch ke process ko organize karna hai. mein mein samajhta hoon wahi beginning hai. This question is from Idris Raipur: Maulana, once you mentioned everyone should learn the art of thinking, kindly elaborate.</w:t>
      </w:r>
    </w:p>
    <w:p>
      <w:pPr>
        <w:jc w:val="right"/>
      </w:pPr>
      <w:r>
        <w:t>تو سوچ کے پراسیس کو ارگنائز کرنا ہے۔ میں میں سمجھتا ہوں وہی بگننگ ہے۔ This question is from Idris Raipur: مولانا، once you mentioned everyone should learn the art of thinking, kindly elaborate.</w:t>
      </w:r>
    </w:p>
    <w:p>
      <w:r>
        <w:rPr>
          <w:b/>
        </w:rPr>
        <w:t xml:space="preserve">[1:09:26] </w:t>
      </w:r>
      <w:r>
        <w:t>dekhein, art of thinking to must hai har ek ke liye kyunke koi bhi aap kaam karte hain to pehle sochte hi to hain. pehle</w:t>
      </w:r>
    </w:p>
    <w:p>
      <w:pPr>
        <w:jc w:val="right"/>
      </w:pPr>
      <w:r>
        <w:t>دیکھیں، آرٹ آف تھنکنگ تو مسٹ ہے ہر ایک کے لیے کیونکہ کوئی بھی آپ کام کرتے ہیں تو پہلے سوچتے ہی تو ہیں۔ پہلے</w:t>
      </w:r>
    </w:p>
    <w:p>
      <w:r>
        <w:rPr>
          <w:b/>
        </w:rPr>
        <w:t xml:space="preserve">[1:09:39] </w:t>
      </w:r>
      <w:r>
        <w:t>jaise abhi ek saath mein qissa bataya ke road par do aadmi ja rahe the, woh motorcycle par. woh lad gaye, ab dono woh utre aur woh lad jhagadne lage.</w:t>
      </w:r>
    </w:p>
    <w:p>
      <w:pPr>
        <w:jc w:val="right"/>
      </w:pPr>
      <w:r>
        <w:t>جیسے ابھی ایک ساتھ میں قصہ بتایا کہ روڈ پر دو آدمی جا رہے تھے، وہ موٹر سائیکل پر۔ وہ لڑ گئے، اب دونوں وہ اترے اور وہ لڑ جھگڑنے لگے۔</w:t>
      </w:r>
    </w:p>
    <w:p>
      <w:r>
        <w:rPr>
          <w:b/>
        </w:rPr>
        <w:t xml:space="preserve">[1:09:52] </w:t>
      </w:r>
      <w:r>
        <w:t>ek ne maar diya doosre ko, khoon behne laga. to kya hua? police aayi, pakad le gayi. to agar aap sochte ho ke abhi tak to yahi ke yani woh motorcycle takrayi hai, ab is se badi museebat pesh aa jayegi agar hum ladai bhadai karein to to chhod dein, avoid karein, forgive kar dein.</w:t>
      </w:r>
    </w:p>
    <w:p>
      <w:pPr>
        <w:jc w:val="right"/>
      </w:pPr>
      <w:r>
        <w:t>ایک نے مار دیا دوسرے کو، خون بہنے لگا۔ تو کیا ہوا؟ پولیس آئی، پکڑ لے گئی۔ تو اگر آپ سوچتے ہو کہ ابھی تک تو یہی کہ یعنی وہ موٹر سائیکل ٹکرائی ہے، اب اس سے بڑی مصیبت پیش آ جائے گی اگر ہم لڑائی بھڑائی کریں تو تو چھوڑ دیں، اوائڈ کریں، فارگیو کر دیں۔</w:t>
      </w:r>
    </w:p>
    <w:p>
      <w:r>
        <w:rPr>
          <w:b/>
        </w:rPr>
        <w:t xml:space="preserve">[1:10:14] </w:t>
      </w:r>
      <w:r>
        <w:t>bhai, dekho, aindah ehtiyat karna, aisa mat karna kyunke to koi to greater evil ban jayega.</w:t>
      </w:r>
    </w:p>
    <w:p>
      <w:pPr>
        <w:jc w:val="right"/>
      </w:pPr>
      <w:r>
        <w:t>بھئی، دیکھو، آئندہ احتیاط کرنا، ایسا مت کرنا کیونکہ تو کوئی تو گریٹر ایول بن جائے گا۔</w:t>
      </w:r>
    </w:p>
    <w:p>
      <w:r>
        <w:rPr>
          <w:b/>
        </w:rPr>
        <w:t xml:space="preserve">[1:10:20] </w:t>
      </w:r>
      <w:r>
        <w:t>aksar aisa hota hai ke hamare paas soch nahi hoti hai to hum chhote evil ko bada evil bana lete hain. yeh yeh har jagah ho raha hai, yeh Palestine mein ho raha hai, yeh Kashmir ho raha hai, yeh Pakistan mein, Iraq mein, Afghanistan mein ho raha hai.</w:t>
      </w:r>
    </w:p>
    <w:p>
      <w:pPr>
        <w:jc w:val="right"/>
      </w:pPr>
      <w:r>
        <w:t>اکثر ایسا ہوتا ہے کہ ہمارے پاس سوچ نہیں ہوتی ہے تو ہم چھوٹے ایول کو بڑا ایول بنا لیتے ہیں۔ یہ یہ ہر جگہ ہو رہا ہے، یہ پیسٹائن میں ہو رہا ہے، یہ کشمیر ہو رہا ہے، یہ پاکستان میں، عراق میں، افغانستان میں ہو رہا ہے۔</w:t>
      </w:r>
    </w:p>
    <w:p>
      <w:r>
        <w:rPr>
          <w:b/>
        </w:rPr>
        <w:t xml:space="preserve">[1:10:33] </w:t>
      </w:r>
      <w:r>
        <w:t>har jagah log jo hain, yani ek chhota sa evil tha to usko badhate waqt greater evil bana diya kyunke sochne ka maada nahi.</w:t>
      </w:r>
    </w:p>
    <w:p>
      <w:pPr>
        <w:jc w:val="right"/>
      </w:pPr>
      <w:r>
        <w:t>ہر جگہ لوگ جو ہیں، یعنی ایک چھوٹا سا ایول تھا تو اس کو بڑھاتے وقت گریٹر ایول بنا دیا کیونکہ سوچنے کا مادہ نہیں۔</w:t>
      </w:r>
    </w:p>
    <w:p>
      <w:r>
        <w:rPr>
          <w:b/>
        </w:rPr>
        <w:t xml:space="preserve">[1:10:44] </w:t>
      </w:r>
      <w:r>
        <w:t>bilkul sochne ka maada nahi. tamam log jaao, ladai bhadai kar rahe hain, ladai bhadai kar rahe hain.</w:t>
      </w:r>
    </w:p>
    <w:p>
      <w:pPr>
        <w:jc w:val="right"/>
      </w:pPr>
      <w:r>
        <w:t>بالکل سوچنے کا مادہ نہیں۔ تمام لوگ جاؤ، لڑائی بھڑائی کر رہے ہیں، لڑائی بھڑائی کر رہے ہیں۔</w:t>
      </w:r>
    </w:p>
    <w:p>
      <w:r>
        <w:rPr>
          <w:b/>
        </w:rPr>
        <w:t xml:space="preserve">[1:10:49] </w:t>
      </w:r>
      <w:r>
        <w:t>dekho, koi sochta nahi. yeh suicide babon jaise karte hain log to woh nahi sochte ke suicide babon banne ke jahannum mein jaana hai kyunke haram maut marna hai.</w:t>
      </w:r>
    </w:p>
    <w:p>
      <w:pPr>
        <w:jc w:val="right"/>
      </w:pPr>
      <w:r>
        <w:t>دیکھو، کوئی سوچتا نہیں۔ یہ سوسائیڈ بابوں جیسے کرتے ہیں لوگ تو وہ نہیں سوچتے کہ سوسائیڈ بابے بانے کے جہنم میں جانا ہے کیونکہ حرام موت مرنا ہے۔</w:t>
      </w:r>
    </w:p>
    <w:p>
      <w:r>
        <w:rPr>
          <w:b/>
        </w:rPr>
        <w:t xml:space="preserve">[1:11:00] </w:t>
      </w:r>
      <w:r>
        <w:t>bila soch samjhe kood padte hain. to art of thinking, aap business karein, aap job karein, aap education mein jayein, har jagah sochna padta hai.</w:t>
      </w:r>
    </w:p>
    <w:p>
      <w:pPr>
        <w:jc w:val="right"/>
      </w:pPr>
      <w:r>
        <w:t>بلا سوچ سمجھے کود پڑتے ہیں۔ تو آرٹ آف تھنکنگ، آپ بزنس کریں، آپ جاب کریں، آپ ایجوکیشن میں جائیں، ہر جگہ سوچنا پڑتا ہے۔</w:t>
      </w:r>
    </w:p>
    <w:p>
      <w:r>
        <w:rPr>
          <w:b/>
        </w:rPr>
        <w:t xml:space="preserve">[1:11:10] </w:t>
      </w:r>
      <w:r>
        <w:t>agar nahi sochenge, kuch kuch kar dalenge, aap ulta kar dalenge.</w:t>
      </w:r>
    </w:p>
    <w:p>
      <w:pPr>
        <w:jc w:val="right"/>
      </w:pPr>
      <w:r>
        <w:t>اگر نہیں سوچیں گے، کچھ کچھ کر ڈالیں گے، آپ الٹا کر ڈالیں گے۔</w:t>
      </w:r>
    </w:p>
    <w:p>
      <w:r>
        <w:rPr>
          <w:b/>
        </w:rPr>
        <w:t xml:space="preserve">[1:11:16] </w:t>
      </w:r>
      <w:r>
        <w:t>to</w:t>
      </w:r>
    </w:p>
    <w:p>
      <w:pPr>
        <w:jc w:val="right"/>
      </w:pPr>
      <w:r>
        <w:t>تو</w:t>
      </w:r>
    </w:p>
    <w:p>
      <w:r>
        <w:rPr>
          <w:b/>
        </w:rPr>
        <w:t xml:space="preserve">[1:11:17] </w:t>
      </w:r>
      <w:r>
        <w:t>art of thinking to develop karna hai hi, yani mazhab mein bhi aur secular cheezon mein, dono jagah nahi to sab baat bigad jayegi.</w:t>
      </w:r>
    </w:p>
    <w:p>
      <w:pPr>
        <w:jc w:val="right"/>
      </w:pPr>
      <w:r>
        <w:t>آرٹ آف تھنکنگ تو ڈیولپ کرنا ہے ہی، یعنی مذہب میں بھی اور سیکولر چیزوں میں، دونوں جگہ نہیں تو سب بات بگڑ جائے گی۔</w:t>
      </w:r>
    </w:p>
    <w:p>
      <w:r>
        <w:rPr>
          <w:b/>
        </w:rPr>
        <w:t xml:space="preserve">[1:11:28] </w:t>
      </w:r>
      <w:r>
        <w:t>art of thinking ka matlab kya hai? apni soch ko is tarah manage karna ke apne apni zaat ke bahar jo duniya hai, uski usmein riayat shamil ho jaye.</w:t>
      </w:r>
    </w:p>
    <w:p>
      <w:pPr>
        <w:jc w:val="right"/>
      </w:pPr>
      <w:r>
        <w:t>آرٹ آف تھنکنگ کا مطلب کیا ہے؟ اپنی سوچ کو اس طرح مینج کرنا کہ اپنے اپنی ذات کے باہر جو دنیا ہے، اس کی اس میں رعایت شامل ہو جائے۔</w:t>
      </w:r>
    </w:p>
    <w:p>
      <w:r>
        <w:rPr>
          <w:b/>
        </w:rPr>
        <w:t xml:space="preserve">[1:11:41] </w:t>
      </w:r>
      <w:r>
        <w:t>yeh hai art of thinking. abhi kya karte hain log</w:t>
      </w:r>
    </w:p>
    <w:p>
      <w:pPr>
        <w:jc w:val="right"/>
      </w:pPr>
      <w:r>
        <w:t>یہ ہے آرٹ آف تھنکنگ۔ ابھی کیا کرتے ہیں لوگ</w:t>
      </w:r>
    </w:p>
    <w:p>
      <w:r>
        <w:rPr>
          <w:b/>
        </w:rPr>
        <w:t xml:space="preserve">[1:11:45] </w:t>
      </w:r>
      <w:r>
        <w:t>? apne emotions mein jeete hain, apne ambitions mein jeete hain, apne wam mein jeete hain. wahan bhi sochte hain woh, lekin woh soch woh sahi soch nahi hai.</w:t>
      </w:r>
    </w:p>
    <w:p>
      <w:pPr>
        <w:jc w:val="right"/>
      </w:pPr>
      <w:r>
        <w:t>؟ اپنے ایموشنز میں جیتے ہیں، اپنے ایمبیشنز میں جیتے ہیں، اپنے وم میں جیتے ہیں۔ وہاں بھی سوچتے ہیں وہ، لیکن وہ سوچ وہ صحیح سوچ نہیں ہے۔</w:t>
      </w:r>
    </w:p>
    <w:p>
      <w:r>
        <w:rPr>
          <w:b/>
        </w:rPr>
        <w:t xml:space="preserve">[1:11:55] </w:t>
      </w:r>
      <w:r>
        <w:t>aap samajh jaiye ke main ek society mein hoon, ek aise aisi jagah hoon jo mere bahar jo ek duniya hai. to duniya kya react karegi?</w:t>
      </w:r>
    </w:p>
    <w:p>
      <w:pPr>
        <w:jc w:val="right"/>
      </w:pPr>
      <w:r>
        <w:t>آپ سمجھ جائیے کہ میں ایک سوسائٹی میں ہوں، ایک ایسے ایسی جگہ ہوں جو میرے باہر جو ایک دنیا ہے۔ تو دنیا کیا ری ایکٹ کرے گی؟</w:t>
      </w:r>
    </w:p>
    <w:p>
      <w:r>
        <w:rPr>
          <w:b/>
        </w:rPr>
        <w:t xml:space="preserve">[1:12:04] </w:t>
      </w:r>
      <w:r>
        <w:t>duniya ka response kya hoga? duniya ki taraf se mujhe kya challenge milega? woh sab sochna padta hai.</w:t>
      </w:r>
    </w:p>
    <w:p>
      <w:pPr>
        <w:jc w:val="right"/>
      </w:pPr>
      <w:r>
        <w:t>دنیا کا رسپانس کیا ہوگا؟ دنیا کی طرف سے مجھے کیا چیلنج ملے گا؟ وہ سب سوچنا پڑتا ہے۔</w:t>
      </w:r>
    </w:p>
    <w:p>
      <w:r>
        <w:rPr>
          <w:b/>
        </w:rPr>
        <w:t xml:space="preserve">[1:12:11] </w:t>
      </w:r>
      <w:r>
        <w:t>to apne andar ko sochna aur bahar ko sochna, dono ko soch kar ke realistic planning karna, yeh woh aadmi karega jiske andar soch paida ho chuki ho.</w:t>
      </w:r>
    </w:p>
    <w:p>
      <w:pPr>
        <w:jc w:val="right"/>
      </w:pPr>
      <w:r>
        <w:t>تو اپنے اندر کو سوچنا اور باہر کو سوچنا، دونوں کو سوچ کر کے ریلسٹک پلاننگ کرنا، یہ وہ آدمی کرے گا جس کے اندر سوچ پیدا ہو چکی ہو۔</w:t>
      </w:r>
    </w:p>
    <w:p>
      <w:r>
        <w:rPr>
          <w:b/>
        </w:rPr>
        <w:t xml:space="preserve">[1:12:21] </w:t>
      </w:r>
      <w:r>
        <w:t>art of thinking ho jiske andar, nahi to phir kya gaya? kuch bhi karega aur aur iske baad ulta nateeja niklega. tab afsos karega woh.</w:t>
      </w:r>
    </w:p>
    <w:p>
      <w:pPr>
        <w:jc w:val="right"/>
      </w:pPr>
      <w:r>
        <w:t>آرٹ آف تھنکنگ ہو جس کے اندر، نہیں تو پھر کیا گیا؟ کچھ بھی کرے گا اور اور اس کے بعد الٹا نتیجہ نکلے گا۔ تب افسوس کرے گا وہ۔</w:t>
      </w:r>
    </w:p>
    <w:p>
      <w:r>
        <w:rPr>
          <w:b/>
        </w:rPr>
        <w:t xml:space="preserve">[1:12:35] </w:t>
      </w:r>
      <w:r>
        <w:t>to art of thinking maani hai ke saare relevant aspect jo hain, usko le kar ke sochna.</w:t>
      </w:r>
    </w:p>
    <w:p>
      <w:pPr>
        <w:jc w:val="right"/>
      </w:pPr>
      <w:r>
        <w:t>تو آرٹ آف تھنکنگ معنی ہے کہ سارے ریلیونٹ اسپیکٹ جو ہیں، اس کو لے کر کے سوچنا۔</w:t>
      </w:r>
    </w:p>
    <w:p>
      <w:r>
        <w:rPr>
          <w:b/>
        </w:rPr>
        <w:t xml:space="preserve">[1:12:44] </w:t>
      </w:r>
      <w:r>
        <w:t>yeh hai iska matlab. Maulana, this question is from Mr. Saihilesh Malhotra, Singapore: Dear Maulana, in one of my conversations with a Catholic friend, he mentioned that in Islam, during Prophet's time,</w:t>
      </w:r>
    </w:p>
    <w:p>
      <w:pPr>
        <w:jc w:val="right"/>
      </w:pPr>
      <w:r>
        <w:t>یہ ہے اس کا مطلب۔ مولانا، this question is from Mr. Saihilesh Malhotra, Singapore: Dear مولانا، in one of my conversations with a Catholic friend, he mentioned that in Islam, during Prophet's time,</w:t>
      </w:r>
    </w:p>
    <w:p>
      <w:r>
        <w:rPr>
          <w:b/>
        </w:rPr>
        <w:t xml:space="preserve">[1:13:02] </w:t>
      </w:r>
      <w:r>
        <w:t>all the non-Muslims were taxed, and the tax was waived off if he converted to Islam,</w:t>
      </w:r>
    </w:p>
    <w:p>
      <w:pPr>
        <w:jc w:val="right"/>
      </w:pPr>
      <w:r>
        <w:t>all the non-Muslims were taxed, and the tax was waived off if he converted to Islam,</w:t>
      </w:r>
    </w:p>
    <w:p>
      <w:r>
        <w:rPr>
          <w:b/>
        </w:rPr>
        <w:t xml:space="preserve">[1:13:09] </w:t>
      </w:r>
      <w:r>
        <w:t>and this is how Islam spread. Can you shed some light on this? aisa nahi hai, yeh to kisi ne likha hoga, par yeh bilkul galat baat hai.</w:t>
      </w:r>
    </w:p>
    <w:p>
      <w:pPr>
        <w:jc w:val="right"/>
      </w:pPr>
      <w:r>
        <w:t>and this is how Islam spread. Can you shed some light on this? ایسا نہیں ہے، یہ تو کسی نے لکھا ہوگا، پر یہ بالکل غلط بات ہے۔</w:t>
      </w:r>
    </w:p>
    <w:p>
      <w:r>
        <w:rPr>
          <w:b/>
        </w:rPr>
        <w:t xml:space="preserve">[1:13:22] </w:t>
      </w:r>
      <w:r>
        <w:t>yeh taxation ki policy Islam mein wahi hai jo aaj hai, yaani woh national policy banti hai country wide. tax mein koi farq nahi hai, jo sab ke liye hai, wahi musalman ke liye.</w:t>
      </w:r>
    </w:p>
    <w:p>
      <w:pPr>
        <w:jc w:val="right"/>
      </w:pPr>
      <w:r>
        <w:t>یہ ٹیکسیشن کی پالیسی اسلام میں وہی ہے جو آج ہے، یعنی وہ نیشنل پالیسی بنتی ہے کنٹری وائیڈ۔ ٹیکس میں کوئی فرق نہیں ہے، جو سب کے لیے ہے، وہی مسلمان کے لیے۔</w:t>
      </w:r>
    </w:p>
    <w:p>
      <w:r>
        <w:rPr>
          <w:b/>
        </w:rPr>
        <w:t xml:space="preserve">[1:13:40] </w:t>
      </w:r>
      <w:r>
        <w:t>yeh baat galat hai ke tax, yaani Islam qubool kar lo to tax tumhara chhod chhod diya jayega. to is wajah se logon ne Islam qubool kar liya.</w:t>
      </w:r>
    </w:p>
    <w:p>
      <w:pPr>
        <w:jc w:val="right"/>
      </w:pPr>
      <w:r>
        <w:t>یہ بات غلط ہے کہ ٹیکس، یعنی اسلام قبول کر لو تو ٹیکس تمہارا چھوڑ چھوڑ دیا جائے گا۔ تو اس وجہ سے لوگوں نے اسلام قبول کر لیا۔</w:t>
      </w:r>
    </w:p>
    <w:p>
      <w:r>
        <w:rPr>
          <w:b/>
        </w:rPr>
        <w:t xml:space="preserve">[1:13:51] </w:t>
      </w:r>
      <w:r>
        <w:t>aisa koi mere ilm mein aisa koi waqea tareekh mein nahi hai. isko main, yaani sahi nahi samajhta.</w:t>
      </w:r>
    </w:p>
    <w:p>
      <w:pPr>
        <w:jc w:val="right"/>
      </w:pPr>
      <w:r>
        <w:t>ایسا کوئی میرے علم میں ایسا کوئی واقعہ تاریخ میں نہیں ہے۔ اس کو میں، یعنی صحیح نہیں سمجھتا۔</w:t>
      </w:r>
    </w:p>
    <w:p>
      <w:r>
        <w:rPr>
          <w:b/>
        </w:rPr>
        <w:t xml:space="preserve">[1:14:02] </w:t>
      </w:r>
      <w:r>
        <w:t>This question is from Zubair Ahmed Shah, Delhi</w:t>
      </w:r>
    </w:p>
    <w:p>
      <w:pPr>
        <w:jc w:val="right"/>
      </w:pPr>
      <w:r>
        <w:t>This question is from Zubair Ahmed Shah, Delhi</w:t>
      </w:r>
    </w:p>
    <w:p>
      <w:r>
        <w:rPr>
          <w:b/>
        </w:rPr>
        <w:t xml:space="preserve">[1:14:05] </w:t>
      </w:r>
      <w:r>
        <w:t>: Is there only one book in this world that is the word of God or more than one? dekhen, Allah taala ki taraf se bahut se paighambar aaye aur har paighambar ko wahi ki gayi,</w:t>
      </w:r>
    </w:p>
    <w:p>
      <w:pPr>
        <w:jc w:val="right"/>
      </w:pPr>
      <w:r>
        <w:t>: Is there only one book in this world that is the word of God or more than one? دیکھیں، اللہ تعالی کی طرف سے بہت سے پیغمبر آئے اور ہر پیغمبر کو وحی کی گئی،</w:t>
      </w:r>
    </w:p>
    <w:p>
      <w:r>
        <w:rPr>
          <w:b/>
        </w:rPr>
        <w:t xml:space="preserve">[1:14:22] </w:t>
      </w:r>
      <w:r>
        <w:t>aur unhon ne jo wahi ke zariye jo kalam Allah ka unke paas aaya tha, usko bataya logon ko. unhon ne, lekin asal baat yeh hai ke doosre jo kalam the Allah ke,</w:t>
      </w:r>
    </w:p>
    <w:p>
      <w:pPr>
        <w:jc w:val="right"/>
      </w:pPr>
      <w:r>
        <w:t>اور انہوں نے جو وحی کے ذریعے جو کلام اللہ کا ان کے پاس آیا تھا، اس کو بتایا لوگوں کو۔ انہوں نے، لیکن اصل بات یہ ہے کہ دوسرے جو کلام تھے اللہ کے،</w:t>
      </w:r>
    </w:p>
    <w:p>
      <w:r>
        <w:rPr>
          <w:b/>
        </w:rPr>
        <w:t xml:space="preserve">[1:14:36] </w:t>
      </w:r>
      <w:r>
        <w:t>woh log mehfooz nahi rakh sake. usko</w:t>
      </w:r>
    </w:p>
    <w:p>
      <w:pPr>
        <w:jc w:val="right"/>
      </w:pPr>
      <w:r>
        <w:t>وہ لوگ محفوظ نہیں رکھ سکے۔ اس کو</w:t>
      </w:r>
    </w:p>
    <w:p>
      <w:r>
        <w:rPr>
          <w:b/>
        </w:rPr>
        <w:t xml:space="preserve">[1:14:43] </w:t>
      </w:r>
      <w:r>
        <w:t>aur Quran jo hai, mehfooz kitaab hai. to word of God ya Allah ka kalam sirf Qurani nahi hai, aur bhi bahut sari kitaben utri thin Allah taala ki taraf se.</w:t>
      </w:r>
    </w:p>
    <w:p>
      <w:pPr>
        <w:jc w:val="right"/>
      </w:pPr>
      <w:r>
        <w:t>اور قرآن جو ہے، محفوظ کتاب ہے۔ تو ورڈ آف گاڈ یا اللہ کا کلام صرف قرآنی نہیں ہے، اور بھی بہت ساری کتابیں اتری تھیں اللہ تعالی کی طرف سے۔</w:t>
      </w:r>
    </w:p>
    <w:p>
      <w:r>
        <w:rPr>
          <w:b/>
        </w:rPr>
        <w:t xml:space="preserve">[1:14:55] </w:t>
      </w:r>
      <w:r>
        <w:t>to</w:t>
      </w:r>
    </w:p>
    <w:p>
      <w:pPr>
        <w:jc w:val="right"/>
      </w:pPr>
      <w:r>
        <w:t>تو</w:t>
      </w:r>
    </w:p>
    <w:p>
      <w:r>
        <w:rPr>
          <w:b/>
        </w:rPr>
        <w:t xml:space="preserve">[1:14:56] </w:t>
      </w:r>
      <w:r>
        <w:t>unke, unka jo farq hai, woh yeh ke woh un mein, unki authenticity unki doubtful ho gayi hai kyunke preserved rakh sake uske followers.</w:t>
      </w:r>
    </w:p>
    <w:p>
      <w:pPr>
        <w:jc w:val="right"/>
      </w:pPr>
      <w:r>
        <w:t>ان کے، ان کا جو فرق ہے، وہ یہ کہ وہ ان میں، ان کی اتھنٹیسٹی ان کی ڈاؤٹ فل ہو گئی ہے کیونکہ پریزرڈ رکھ سکے اس کے فالوورز۔</w:t>
      </w:r>
    </w:p>
    <w:p>
      <w:r>
        <w:rPr>
          <w:b/>
        </w:rPr>
        <w:t xml:space="preserve">[1:15:09] </w:t>
      </w:r>
      <w:r>
        <w:t>hata ke ab jo aap dekhte hain, New Testament, Old Testament, woh bhi wahi ka wahi nahi hai jo ke paighambaron ne pesh kiya tha. bahut kuch badla hua hai is mein,</w:t>
      </w:r>
    </w:p>
    <w:p>
      <w:pPr>
        <w:jc w:val="right"/>
      </w:pPr>
      <w:r>
        <w:t>حتی کہ اب جو آپ دیکھتے ہیں، نیو ٹیسٹامنٹ، اولڈ ٹیسٹامنٹ، وہ بھی وہی کا وہی نہیں ہے جو کہ پیغمبروں نے پیش کیا تھا۔ بہت کچھ بدلا ہوا ہے اس میں،</w:t>
      </w:r>
    </w:p>
    <w:p>
      <w:r>
        <w:rPr>
          <w:b/>
        </w:rPr>
        <w:t xml:space="preserve">[1:15:20] </w:t>
      </w:r>
      <w:r>
        <w:t>lekin Quran mein dekhiye, ek ayat ke barabar bhi koi badlav nahi aaya hai. yeh farq hai. to waise to bahut si kitaben aayi, unhon ne kuch to bat gayin, kuch baqi bhi hain,</w:t>
      </w:r>
    </w:p>
    <w:p>
      <w:pPr>
        <w:jc w:val="right"/>
      </w:pPr>
      <w:r>
        <w:t>لیکن قرآن میں دیکھیے، ایک آیت کے برابر بھی کوئی بدلاؤ نہیں آیا ہے۔ یہ فرق ہے۔ تو ویسے تو بہت سی کتابیں آئیں، انہوں نے کچھ تو بٹ گئیں، کچھ باقی بھی ہیں،</w:t>
      </w:r>
    </w:p>
    <w:p>
      <w:r>
        <w:rPr>
          <w:b/>
        </w:rPr>
        <w:t xml:space="preserve">[1:15:34] </w:t>
      </w:r>
      <w:r>
        <w:t>lekin mehfooz kalam ke aitbar se sirf Quran hai. to historical credibility sirf Quran ko hasil hai.</w:t>
      </w:r>
    </w:p>
    <w:p>
      <w:pPr>
        <w:jc w:val="right"/>
      </w:pPr>
      <w:r>
        <w:t>لیکن محفوظ کلام کے اعتبار سے صرف قرآن ہے۔ تو ہسٹوریکل کریڈیبلٹی صرف قرآن کو حاصل ہے۔</w:t>
      </w:r>
    </w:p>
    <w:p>
      <w:r>
        <w:rPr>
          <w:b/>
        </w:rPr>
        <w:t xml:space="preserve">[1:15:43] </w:t>
      </w:r>
      <w:r>
        <w:t>yeh farq hai.</w:t>
      </w:r>
    </w:p>
    <w:p>
      <w:pPr>
        <w:jc w:val="right"/>
      </w:pPr>
      <w:r>
        <w:t>یہ فرق ہے۔</w:t>
      </w:r>
    </w:p>
    <w:p>
      <w:r>
        <w:rPr>
          <w:b/>
        </w:rPr>
        <w:t xml:space="preserve">[1:15:47] </w:t>
      </w:r>
      <w:r>
        <w:t>This question is from Shah Imran Hassan, Delhi: Kya Islam mein aankh ka ya aankh ka daan ya khoon ka daan dena jaiz hai?</w:t>
      </w:r>
    </w:p>
    <w:p>
      <w:pPr>
        <w:jc w:val="right"/>
      </w:pPr>
      <w:r>
        <w:t>This question is from Shah Imran Hassan, Delhi: کیا اسلام میں آنکھ کا یا آنکھ کا دان یا خون کا دان دینا جائز ہے؟</w:t>
      </w:r>
    </w:p>
    <w:p>
      <w:r>
        <w:rPr>
          <w:b/>
        </w:rPr>
        <w:t xml:space="preserve">[1:15:58] </w:t>
      </w:r>
      <w:r>
        <w:t>haan, bilkul jaiz hai. is mein koi qawaid ki baat hi nahi hai. dekhein, aik bohat zabardast principle hai fiqh mein, bohat zabardast:</w:t>
      </w:r>
    </w:p>
    <w:p>
      <w:pPr>
        <w:jc w:val="right"/>
      </w:pPr>
      <w:r>
        <w:t>ہاں، بالکل جائز ہے۔ اس میں کوئی قواعد کی بات ہی نہیں ہے۔ دیکھیں، ایک بہت زبردست پرنسپل ہے فقہ میں، بہت زبردست:</w:t>
      </w:r>
    </w:p>
    <w:p>
      <w:r>
        <w:rPr>
          <w:b/>
        </w:rPr>
        <w:t xml:space="preserve">[1:16:11] </w:t>
      </w:r>
      <w:r>
        <w:t>al-aslu fil ashyaa' al-ibaahah yaani kitna zabardast yeh hai: al-aslu fil ashyaa' al-ibaahah yaani cheezon mein asal in ka jaiz hona hai.</w:t>
      </w:r>
    </w:p>
    <w:p>
      <w:pPr>
        <w:jc w:val="right"/>
      </w:pPr>
      <w:r>
        <w:t>الاصل فی الاشیاء الاباحہ یعنی کتنا زبردست یہ ہے: الاصل فی الاشیاء الاباحہ یعنی چیزوں میں اصل ان کا جائز ہونا ہے۔</w:t>
      </w:r>
    </w:p>
    <w:p>
      <w:r>
        <w:rPr>
          <w:b/>
        </w:rPr>
        <w:t xml:space="preserve">[1:16:26] </w:t>
      </w:r>
      <w:r>
        <w:t>har cheez, har cheez jaiz hai jab tak is ke najaaiz hone ko na bataya jaye. yaani Everything is lawful unless it is declared as unlawful to</w:t>
      </w:r>
    </w:p>
    <w:p>
      <w:pPr>
        <w:jc w:val="right"/>
      </w:pPr>
      <w:r>
        <w:t>ہر چیز، ہر چیز جائز ہے جب تک اس کے ناجائز ہونے کو نہ بتایا جائے۔ یعنی Everything is lawful unless it is declared as unlawful تو</w:t>
      </w:r>
    </w:p>
    <w:p>
      <w:r>
        <w:rPr>
          <w:b/>
        </w:rPr>
        <w:t xml:space="preserve">[1:16:40] </w:t>
      </w:r>
      <w:r>
        <w:t>kahin bhi aisa nahi hai ke deen na do. jab nahi hai to phir jaiz hai. woh jab bhi quran o hadees mein kahin likha hua nahi hai ke tumhari aankh ya tumhara khoon jo hai, kisi aur ko nahi diya ja sakta, yeh najaaiz hai, to ab to woh jaiz rahega.</w:t>
      </w:r>
    </w:p>
    <w:p>
      <w:pPr>
        <w:jc w:val="right"/>
      </w:pPr>
      <w:r>
        <w:t>کہیں بھی ایسا نہیں ہے کہ دین نہ دو۔ جب نہیں ہے تو پھر جائز ہے۔ وہ جب بھی قرآن و حدیث میں کہیں لکھا ہوا نہیں ہے کہ تمہاری آنکھ یا تمہارا خون جو ہے، کسی اور کو نہیں دیا جا سکتا، یہ ناجائز ہے، تو اب تو وہ جائز رہے گا۔</w:t>
      </w:r>
    </w:p>
    <w:p>
      <w:r>
        <w:rPr>
          <w:b/>
        </w:rPr>
        <w:t xml:space="preserve">[1:16:59] </w:t>
      </w:r>
      <w:r>
        <w:t>phir najaaiz kyun rahega? woh</w:t>
      </w:r>
    </w:p>
    <w:p>
      <w:pPr>
        <w:jc w:val="right"/>
      </w:pPr>
      <w:r>
        <w:t>پھر ناجائز کیوں رہے گا؟ وہ</w:t>
      </w:r>
    </w:p>
    <w:p>
      <w:r>
        <w:rPr>
          <w:b/>
        </w:rPr>
        <w:t xml:space="preserve">[1:17:04] </w:t>
      </w:r>
      <w:r>
        <w:t>doosri baat yeh hai ke islam mein shariat mein aik tareeqa hai jis ko kehte hain sadqa-e-jaariyah. sadqa-e-jaariyah, sadqa-e-jaariyah ka matlab yeh hai ke kahin mislan paani ki kami thi, aap ne aik kunwaan khod diya,</w:t>
      </w:r>
    </w:p>
    <w:p>
      <w:pPr>
        <w:jc w:val="right"/>
      </w:pPr>
      <w:r>
        <w:t>دوسری بات یہ ہے کہ اسلام میں شریعت میں ایک طریقہ ہے جس کو کہتے ہیں صدقہ جاریہ۔ صدقہ جاریہ، صدقہ جاریہ کا مطلب یہ ہے کہ کہیں مثلاً پانی کی کمی تھی، آپ نے ایک کنواں کھود دیا،</w:t>
      </w:r>
    </w:p>
    <w:p>
      <w:r>
        <w:rPr>
          <w:b/>
        </w:rPr>
        <w:t xml:space="preserve">[1:17:19] </w:t>
      </w:r>
      <w:r>
        <w:t>darya par pul nahi tha, wahan par pul bana diya aap ne. to aap ne banaya apne paise se, aur is ke baad aap mar gaye.</w:t>
      </w:r>
    </w:p>
    <w:p>
      <w:pPr>
        <w:jc w:val="right"/>
      </w:pPr>
      <w:r>
        <w:t>دریا پر پل نہیں تھا، وہاں پر پل بنا دیا آپ نے۔ تو آپ نے بنایا اپنے پیسے سے، اور اس کے بعد آپ مر گئے۔</w:t>
      </w:r>
    </w:p>
    <w:p>
      <w:r>
        <w:rPr>
          <w:b/>
        </w:rPr>
        <w:t xml:space="preserve">[1:17:28] </w:t>
      </w:r>
      <w:r>
        <w:t>lekin is ke baad woh baqi hai, yaani banane wala dunya mein nahi reh</w:t>
      </w:r>
    </w:p>
    <w:p>
      <w:pPr>
        <w:jc w:val="right"/>
      </w:pPr>
      <w:r>
        <w:t>لیکن اس کے بعد وہ باقی ہے، یعنی بنانے والا دنیا میں نہیں رہ</w:t>
      </w:r>
    </w:p>
    <w:p>
      <w:r>
        <w:rPr>
          <w:b/>
        </w:rPr>
        <w:t xml:space="preserve">[1:17:33] </w:t>
      </w:r>
      <w:r>
        <w:t>a. yaani woh cheez to baqi hai, to woh jab tak woh cheez baqi rahe, us waqt tak is ko sawab milta rahega. is ko, yaani is aadmi ne agar banaya is liye ke ke Allah ke bandon ko aaraam pohnchaane ke liye aur Allah ke hukum ki taameel ke liye,</w:t>
      </w:r>
    </w:p>
    <w:p>
      <w:pPr>
        <w:jc w:val="right"/>
      </w:pPr>
      <w:r>
        <w:t>ا۔ یعنی وہ چیز تو باقی ہے، تو وہ جب تک وہ چیز باقی رہے، اس وقت تک اس کو ثواب ملتا رہے گا۔ اس کو، یعنی اس آدمی نے اگر بنایا اس لیے کہ کہ اللہ کے بندوں کو آرام پہنچانے کے لیے اور اللہ کے حکم کی تعمیل کے لیے،</w:t>
      </w:r>
    </w:p>
    <w:p>
      <w:r>
        <w:rPr>
          <w:b/>
        </w:rPr>
        <w:t xml:space="preserve">[1:17:52] </w:t>
      </w:r>
      <w:r>
        <w:t>to woh aadmi chahe mar jaye, woh cheez zinda hai, maujood hai, to is ka sawab milta rahega. to kehte hain sadqa-e-jaariyah.</w:t>
      </w:r>
    </w:p>
    <w:p>
      <w:pPr>
        <w:jc w:val="right"/>
      </w:pPr>
      <w:r>
        <w:t>تو وہ آدمی چاہے مر جائے، وہ چیز زندہ ہے، موجود ہے، تو اس کا ثواب ملتا رہے گا۔ تو کہتے ہیں صدقہ جاریہ۔</w:t>
      </w:r>
    </w:p>
    <w:p>
      <w:r>
        <w:rPr>
          <w:b/>
        </w:rPr>
        <w:t xml:space="preserve">[1:18:00] </w:t>
      </w:r>
      <w:r>
        <w:t>to aap bataiye ke agar aap aik shakhs hain, woh mar gaya, agar science ne daryaft kiya hai ke marne ke kuch ghante tak is ki aankh jo hai, aisi hoti hai ke is ko agar nikaal liya jaye to aik khaas muddat tak is ko hum doosra aadmi ka aankh bana bana sakte hain.</w:t>
      </w:r>
    </w:p>
    <w:p>
      <w:pPr>
        <w:jc w:val="right"/>
      </w:pPr>
      <w:r>
        <w:t>تو آپ بتائیے کہ اگر آپ ایک شخص ہیں، وہ مر گیا، اگر سائنس نے دریافت کیا ہے کہ مرنے کے کچھ گھنٹے تک اس کی آنکھ جو ہے، ایسی ہوتی ہے کہ اس کو اگر نکال لیا جائے تو ایک خاص مدت تک اس کو ہم دوسرا آدمی کا آنکھ بنا بنا سکتے ہیں۔</w:t>
      </w:r>
    </w:p>
    <w:p>
      <w:r>
        <w:rPr>
          <w:b/>
        </w:rPr>
        <w:t xml:space="preserve">[1:18:18] </w:t>
      </w:r>
      <w:r>
        <w:t>doosre ko aankh fit kar ke is ka to bohat achhi baat hai is aadmi ke liye jo jo mar gaya, is ki taraf sadqa-e-jaariyah hai. yeh</w:t>
      </w:r>
    </w:p>
    <w:p>
      <w:pPr>
        <w:jc w:val="right"/>
      </w:pPr>
      <w:r>
        <w:t>دوسرے کو آنکھ فٹ کر کے اس کا تو بہت اچھی بات ہے اس آدمی کے لیے جو جو مر گیا، اس کی طرف صدقہ جاریہ ہے۔ یہ</w:t>
      </w:r>
    </w:p>
    <w:p>
      <w:r>
        <w:rPr>
          <w:b/>
        </w:rPr>
        <w:t xml:space="preserve">[1:18:29] </w:t>
      </w:r>
      <w:r>
        <w:t>to jo log fatwa dete hain is ke khilaaf, woh bilkul galat kehte hain. galat fatwa hai, woh bilkul be-buniyad fatwa hai.</w:t>
      </w:r>
    </w:p>
    <w:p>
      <w:pPr>
        <w:jc w:val="right"/>
      </w:pPr>
      <w:r>
        <w:t>تو جو لوگ فتوی دیتے ہیں اس کے خلاف، وہ بالکل غلط کہتے ہیں۔ غلط فتوی ہے، وہ بالکل بے بنیاد فتوی ہے۔</w:t>
      </w:r>
    </w:p>
    <w:p>
      <w:r>
        <w:rPr>
          <w:b/>
        </w:rPr>
        <w:t xml:space="preserve">[1:18:37] </w:t>
      </w:r>
      <w:r>
        <w:t>jitne fatwe is ke khilaaf diye gaye hain, woh kis par diye gaye hain? masla ko le kar diye gaye. masla, masla ki baatein hain, yaani bigaadna, disfigure karna.</w:t>
      </w:r>
    </w:p>
    <w:p>
      <w:pPr>
        <w:jc w:val="right"/>
      </w:pPr>
      <w:r>
        <w:t>جتنے فتوے اس کے خلاف دیے گئے ہیں، وہ کس پر دیے گئے ہیں؟ مسئلہ کو لے کر دیے گئے۔ مسئلہ، مسئلہ کی باتیں ہیں، یعنی بگاڑنا، ڈسفگر کرنا۔</w:t>
      </w:r>
    </w:p>
    <w:p>
      <w:r>
        <w:rPr>
          <w:b/>
        </w:rPr>
        <w:t xml:space="preserve">[1:18:51] </w:t>
      </w:r>
      <w:r>
        <w:t>to yeh yeh sahi hai ke kisi aik shakhs murda ho gaya, is ko disfigure karein, aap is ko bigaadein. jaisa ke Hind ne kiya tha Hazrat Hamza ke baare mein, woh najaaiz hai islam mein.</w:t>
      </w:r>
    </w:p>
    <w:p>
      <w:pPr>
        <w:jc w:val="right"/>
      </w:pPr>
      <w:r>
        <w:t>تو یہ یہ صحیح ہے کہ کسی ایک شخص مردہ ہو گیا، اس کو ڈسفگر کریں، آپ اس کو بگاڑیں۔ جیسا کہ ہند نے کیا تھا حضرت حمزہ کے بارے میں، وہ ناجائز ہے اسلام میں۔</w:t>
      </w:r>
    </w:p>
    <w:p>
      <w:r>
        <w:rPr>
          <w:b/>
        </w:rPr>
        <w:t xml:space="preserve">[1:19:04] </w:t>
      </w:r>
      <w:r>
        <w:t>lekin yeh bigaadna thori hai. aankh jab nikali jati hai to is ki plastic aankh is mein laga di jati hai. dekhne mein koi farq nahi hota. marne wale ki aankh jab nikaalte hain to usi waqt foran plastic ki aankh laga dete hain wahan pe.</w:t>
      </w:r>
    </w:p>
    <w:p>
      <w:pPr>
        <w:jc w:val="right"/>
      </w:pPr>
      <w:r>
        <w:t>لیکن یہ بگاڑنا تھوڑی ہے۔ آنکھ جب نکالی جاتی ہے تو اس کی پلاسٹک آنکھ اس میں لگا دی جاتی ہے۔ دیکھنے میں کوئی فرق نہیں ہوتا۔ مرنے والے کی آنکھ جب نکالتے ہیں تو اسی وقت فوراً پلاسٹک کی آنکھ لگا دیتے ہیں وہاں پہ۔</w:t>
      </w:r>
    </w:p>
    <w:p>
      <w:r>
        <w:rPr>
          <w:b/>
        </w:rPr>
        <w:t xml:space="preserve">[1:19:18] </w:t>
      </w:r>
      <w:r>
        <w:t>to disfigure nahi kiya inhone,</w:t>
      </w:r>
    </w:p>
    <w:p>
      <w:pPr>
        <w:jc w:val="right"/>
      </w:pPr>
      <w:r>
        <w:t>تو ڈسفگر نہیں کیا انہوں نے،</w:t>
      </w:r>
    </w:p>
    <w:p>
      <w:r>
        <w:rPr>
          <w:b/>
        </w:rPr>
        <w:t xml:space="preserve">[1:19:21] </w:t>
      </w:r>
      <w:r>
        <w:t>woh aise waise hi raha. woh insaan to behr-haal bilkul jaiz hai. aankh donate karna aur khoon donate karna ya aur koi cheez donate karna, is mein koi koi shakk ki baat nahi hai.</w:t>
      </w:r>
    </w:p>
    <w:p>
      <w:pPr>
        <w:jc w:val="right"/>
      </w:pPr>
      <w:r>
        <w:t>وہ ایسے ویسے ہی رہا۔ وہ انسان تو بہرحال بالکل جائز ہے۔ آنکھ ڈونیٹ کرنا اور خون ڈونیٹ کرنا یا اور کوئی چیز ڈونیٹ کرنا، اس میں کوئی کوئی شک کی بات نہیں ہے۔</w:t>
      </w:r>
    </w:p>
    <w:p>
      <w:r>
        <w:rPr>
          <w:b/>
        </w:rPr>
        <w:t xml:space="preserve">[1:19:41] </w:t>
      </w:r>
      <w:r>
        <w:t>This question is from Maulana Abdul Basit Umri Doha</w:t>
      </w:r>
    </w:p>
    <w:p>
      <w:pPr>
        <w:jc w:val="right"/>
      </w:pPr>
      <w:r>
        <w:t>This question is from مولانا عبدالباسط عمری دوحہ</w:t>
      </w:r>
    </w:p>
    <w:p>
      <w:r>
        <w:rPr>
          <w:b/>
        </w:rPr>
        <w:t xml:space="preserve">[1:19:45] </w:t>
      </w:r>
      <w:r>
        <w:t>: Maulana, Surah A'raf mein aik aayat ka mafhoom yeh hai ke Shaitan ne Allah se kaha: "main aage se, peeche se, daayein se, baayein se aaunga, phir to aksar logon ko shukr guzaar nahi paayega." Maulana, mera sawal yeh hai ke aage, peeche, daayein, baayein se kya muraad hai?</w:t>
      </w:r>
    </w:p>
    <w:p>
      <w:pPr>
        <w:jc w:val="right"/>
      </w:pPr>
      <w:r>
        <w:t>: مولانا، سورہ اعراف میں ایک آیت کا مفہوم یہ ہے کہ شیطان نے اللہ سے کہا: "میں آگے سے، پیچھے سے، دائیں سے، بائیں سے آؤں گا، پھر تو اکثر لوگوں کو شکر گزار نہیں پائے گا۔" مولانا، میرا سوال یہ ہے کہ آگے، پیچھے، دائیں، بائیں سے کیا مراد ہے؟</w:t>
      </w:r>
    </w:p>
    <w:p>
      <w:r>
        <w:rPr>
          <w:b/>
        </w:rPr>
        <w:t xml:space="preserve">[1:20:08] </w:t>
      </w:r>
      <w:r>
        <w:t>kya insaan shukr se mehroom ho jayega?</w:t>
      </w:r>
    </w:p>
    <w:p>
      <w:pPr>
        <w:jc w:val="right"/>
      </w:pPr>
      <w:r>
        <w:t>کیا انسان شکر سے محروم ہو جائے گا؟</w:t>
      </w:r>
    </w:p>
    <w:p>
      <w:r>
        <w:rPr>
          <w:b/>
        </w:rPr>
        <w:t xml:space="preserve">[1:20:12] </w:t>
      </w:r>
      <w:r>
        <w:t>kya waqai shukr ka maqam itna bara hai?</w:t>
      </w:r>
    </w:p>
    <w:p>
      <w:pPr>
        <w:jc w:val="right"/>
      </w:pPr>
      <w:r>
        <w:t>کیا واقعی شکر کا مقام اتنا بڑا ہے؟</w:t>
      </w:r>
    </w:p>
    <w:p>
      <w:r>
        <w:rPr>
          <w:b/>
        </w:rPr>
        <w:t xml:space="preserve">[1:20:19] </w:t>
      </w:r>
      <w:r>
        <w:t>nahi, dekhein, woh jo daayein, baayein, aage, peeche aik tareeqa, usloob mein kehne ka matlab hai ke bohat zyada mein is ko behkaane ki koshish karunga.</w:t>
      </w:r>
    </w:p>
    <w:p>
      <w:pPr>
        <w:jc w:val="right"/>
      </w:pPr>
      <w:r>
        <w:t>نہیں، دیکھیں، وہ جو دائیں، بائیں، آگے، پیچھے ایک طریقہ، اسلوب میں کہنے کا مطلب ہے کہ بہت زیادہ میں اس کو بہکانے کی کوشش کروں گا۔</w:t>
      </w:r>
    </w:p>
    <w:p>
      <w:r>
        <w:rPr>
          <w:b/>
        </w:rPr>
        <w:t xml:space="preserve">[1:20:29] </w:t>
      </w:r>
      <w:r>
        <w:t>to is had aayat se maloom hota hai ke Shaitan ka sab se bara jo jahan behkaawa hai, woh wahan ke shukr ko na paida hone dein.</w:t>
      </w:r>
    </w:p>
    <w:p>
      <w:pPr>
        <w:jc w:val="right"/>
      </w:pPr>
      <w:r>
        <w:t>تو اس حد آیت سے معلوم ہوتا ہے کہ شیطان کا سب سے بڑا جو جہاں بہکاوا ہے، وہ وہاں کے شکر کو نہ پیدا ہونے دیں۔</w:t>
      </w:r>
    </w:p>
    <w:p>
      <w:r>
        <w:rPr>
          <w:b/>
        </w:rPr>
        <w:t xml:space="preserve">[1:20:41] </w:t>
      </w:r>
      <w:r>
        <w:t>aur yeh waqea to aise hi ho raha hai. aap dekhiye, saare log shikayat mein jeete hain. jis ko dekhein, woh shikayat mein jee raha hai. to Shaitan ne logon ko shukr chheen rakha hai.</w:t>
      </w:r>
    </w:p>
    <w:p>
      <w:pPr>
        <w:jc w:val="right"/>
      </w:pPr>
      <w:r>
        <w:t>اور یہ واقعہ تو ایسے ہی ہو رہا ہے۔ آپ دیکھیے، سارے لوگ شکایت میں جیتے ہیں۔ جس کو دیکھیں، وہ شکایت میں جی رہا ہے۔ تو شیطان نے لوگوں کو شکر چھین رکھا ہے۔</w:t>
      </w:r>
    </w:p>
    <w:p>
      <w:r>
        <w:rPr>
          <w:b/>
        </w:rPr>
        <w:t xml:space="preserve">[1:20:55] </w:t>
      </w:r>
      <w:r>
        <w:t>shaitan ne logon ka shukr chheen rakha hai.</w:t>
      </w:r>
    </w:p>
    <w:p>
      <w:pPr>
        <w:jc w:val="right"/>
      </w:pPr>
      <w:r>
        <w:t>شیطان نے لوگوں کا شکر چھین رکھا ہے۔</w:t>
      </w:r>
    </w:p>
    <w:p>
      <w:r>
        <w:rPr>
          <w:b/>
        </w:rPr>
        <w:t xml:space="preserve">[1:21:00] </w:t>
      </w:r>
      <w:r>
        <w:t>yeh to yeh to aam hai bilkul. aap dekhiye, jaise miyan ek sahab mulaqat ke liye aaye to khoob achha kapra pehne hue thay aur bohat goldeN dust watch lagaye hue thay aur car par baith kar aaye thay.</w:t>
      </w:r>
    </w:p>
    <w:p>
      <w:pPr>
        <w:jc w:val="right"/>
      </w:pPr>
      <w:r>
        <w:t>یہ تو یہ تو عام ہے بالکل۔ آپ دیکھیے، جیسے میاں ایک صاحب ملاقات کے لیے آئے تو خوب اچھا کپڑا پہنے ہوئے تھے اور بہت گولڈن ڈسٹ واچ لگائے ہوئے تھے اور کار پر بیٹھ کر آئے تھے۔</w:t>
      </w:r>
    </w:p>
    <w:p>
      <w:r>
        <w:rPr>
          <w:b/>
        </w:rPr>
        <w:t xml:space="preserve">[1:21:16] </w:t>
      </w:r>
      <w:r>
        <w:t>woh har raah se bilkul theek thaak thay lekin baithe thay le ke shikayat karne.</w:t>
      </w:r>
    </w:p>
    <w:p>
      <w:pPr>
        <w:jc w:val="right"/>
      </w:pPr>
      <w:r>
        <w:t>وہ ہر راہ سے بالکل ٹھیک ٹھاک تھے لیکن بیٹھے تھے لے کے شکایت کرنے۔</w:t>
      </w:r>
    </w:p>
    <w:p>
      <w:r>
        <w:rPr>
          <w:b/>
        </w:rPr>
        <w:t xml:space="preserve">[1:21:22] </w:t>
      </w:r>
      <w:r>
        <w:t>dekhiye, falan jagah fasad kar rahay hain sab aur falan jagah dekhiye, musalmanon pe zulm ho raha hai. dekhiye, wahan ya dekhiye, wahan har jagah in sari shikayaton ke daftar le kar kya aaye hue thay woh.</w:t>
      </w:r>
    </w:p>
    <w:p>
      <w:pPr>
        <w:jc w:val="right"/>
      </w:pPr>
      <w:r>
        <w:t>دیکھیے، فلاں جگہ فساد کر رہے ہیں سب اور فلاں جگہ دیکھیں، مسلمانوں پہ ظلم ہو رہا ہے۔ دیکھیے، وہاں یا دیکھیں، وہاں ہر جگہ ان ساری شکایتوں کے دفتر لے کر کیا آئے ہوئے تھے وہ۔</w:t>
      </w:r>
    </w:p>
    <w:p>
      <w:r>
        <w:rPr>
          <w:b/>
        </w:rPr>
        <w:t xml:space="preserve">[1:21:37] </w:t>
      </w:r>
      <w:r>
        <w:t>to khair baat, woh karte karte yahan tak ke un ki jeeb mein mobile ghanti baji, nikala unhoN ne aur lagay baat karne.</w:t>
      </w:r>
    </w:p>
    <w:p>
      <w:pPr>
        <w:jc w:val="right"/>
      </w:pPr>
      <w:r>
        <w:t>تو خیر بات، وہ کرتے کرتے یہاں تک کہ ان کی جیب میں موبائل گھنٹی بجی، نکالا انہوں نے اور لگے بات کرنے۔</w:t>
      </w:r>
    </w:p>
    <w:p>
      <w:r>
        <w:rPr>
          <w:b/>
        </w:rPr>
        <w:t xml:space="preserve">[1:21:48] </w:t>
      </w:r>
      <w:r>
        <w:t>to mujhe moqa mila, main ne kaha ke dekhiye, yeh jo aap ne mobile se baat ki hai, kya shahjahan aurangzeb aur akbar koi baat kar sakta tha?</w:t>
      </w:r>
    </w:p>
    <w:p>
      <w:pPr>
        <w:jc w:val="right"/>
      </w:pPr>
      <w:r>
        <w:t>تو مجھے موقع ملا، میں نے کہا کہ دیکھیے، یہ جو آپ نے موبائل سے بات کی ہے، کیا شاہجہاں اورنگزیب اور اکبر کوئی بات کر سکتا تھا؟</w:t>
      </w:r>
    </w:p>
    <w:p>
      <w:r>
        <w:rPr>
          <w:b/>
        </w:rPr>
        <w:t xml:space="preserve">[1:22:01] </w:t>
      </w:r>
      <w:r>
        <w:t>aap mujhe bataiye ke koi bara badshah pehle zamanay ka jo jin ko aap samajhte hain, woh baat kar saktay thay is tarah se mobile se?</w:t>
      </w:r>
    </w:p>
    <w:p>
      <w:pPr>
        <w:jc w:val="right"/>
      </w:pPr>
      <w:r>
        <w:t>آپ مجھے بتائیے کہ کوئی بڑا بادشاہ پہلے زمانے کا جو جن کو آپ سمجھتے ہیں، وہ بات کر سکتے تھے اس طرح سے موبائل سے؟</w:t>
      </w:r>
    </w:p>
    <w:p>
      <w:r>
        <w:rPr>
          <w:b/>
        </w:rPr>
        <w:t xml:space="preserve">[1:22:10] </w:t>
      </w:r>
      <w:r>
        <w:t>kaha nahiN. unhoN ne kaha, aap badshahon se ziyada bari cheez mili hui hai aap ko.</w:t>
      </w:r>
    </w:p>
    <w:p>
      <w:pPr>
        <w:jc w:val="right"/>
      </w:pPr>
      <w:r>
        <w:t>کہا نہیں۔ انہوں نے کہا، آپ بادشاہوں سے زیادہ بڑی چیز ملی ہوئی ہے آپ کو۔</w:t>
      </w:r>
    </w:p>
    <w:p>
      <w:r>
        <w:rPr>
          <w:b/>
        </w:rPr>
        <w:t xml:space="preserve">[1:22:15] </w:t>
      </w:r>
      <w:r>
        <w:t>phir main ne un ki ghari, main ne kaha, ek ghari lagai ke aap kaha, ek ghari thi. baray baray jo khaleefa guzray hain, baray baray jo sulateen guzray hain, kya un ke hath mein ghari hua karti thi aisi?</w:t>
      </w:r>
    </w:p>
    <w:p>
      <w:pPr>
        <w:jc w:val="right"/>
      </w:pPr>
      <w:r>
        <w:t>پھر میں نے ان کی گھڑی، میں نے کہا، ایک گھڑی لگائی کہ آپ کہا، ایک گھڑی تھی۔ بڑے بڑے جو خلیفہ گزرے ہیں، بڑے بڑے جو سلاطین گزرے ہیں، کیا ان کے ہاتھ میں گھڑی ہوا کرتی تھی ایسی؟</w:t>
      </w:r>
    </w:p>
    <w:p>
      <w:r>
        <w:rPr>
          <w:b/>
        </w:rPr>
        <w:t xml:space="preserve">[1:22:28] </w:t>
      </w:r>
      <w:r>
        <w:t>kaha nahiN. to unhoN ne kaha, aap un se bhi achhay halat mein aap hain. main ne kaha, jo kapra pehne hue hain, mil ka kapra, kya pehle milta tha logon ko aisa mil ka kapra?</w:t>
      </w:r>
    </w:p>
    <w:p>
      <w:pPr>
        <w:jc w:val="right"/>
      </w:pPr>
      <w:r>
        <w:t>کہا نہیں۔ تو انہوں نے کہا، آپ ان سے بھی اچھے حالت میں آپ ہیں۔ میں نے کہا، جو کپڑا پہنے ہوئے ہیں، مل کا کپڑا، کیا پہلے ملتا تھا لوگوں کو ایسا مل کا کپڑا؟</w:t>
      </w:r>
    </w:p>
    <w:p>
      <w:r>
        <w:rPr>
          <w:b/>
        </w:rPr>
        <w:t xml:space="preserve">[1:22:37] </w:t>
      </w:r>
      <w:r>
        <w:t>kaha shandar. nahiN. to main ne kaha, is se achhi halat mein aap hain. phir main ne kaha, jo car mein baith kar aaye hain aap, to kya woh log car mein baith saktay thay?</w:t>
      </w:r>
    </w:p>
    <w:p>
      <w:pPr>
        <w:jc w:val="right"/>
      </w:pPr>
      <w:r>
        <w:t>کہا شاندار۔ نہیں۔ تو میں نے کہا، اس سے اچھی حالت میں آپ ہیں۔ پھر میں نے کہا، جو کار میں بیٹھ کر آئے ہیں آپ، تو کیا وہ لوگ کار میں بیٹھ سکتے تھے؟</w:t>
      </w:r>
    </w:p>
    <w:p>
      <w:r>
        <w:rPr>
          <w:b/>
        </w:rPr>
        <w:t xml:space="preserve">[1:22:49] </w:t>
      </w:r>
      <w:r>
        <w:t>main ne shahjahan ki palki dekhi hai jo wahan par rakhi hui hai ek museum mein, abhi bhi. main ne kaha, is is park mein baithna pasand nahiN kareN gay aap aaj is car ke muqablay mein.</w:t>
      </w:r>
    </w:p>
    <w:p>
      <w:pPr>
        <w:jc w:val="right"/>
      </w:pPr>
      <w:r>
        <w:t>میں نے شاہجہاں کی پالکی دیکھی ہے جو وہاں پر رکھی ہوئی ہے ایک میوزیم میں، ابھی بھی۔ میں نے کہا، اس اس پارک میں بیٹھنا پسند نہیں کریں گے آپ آج اس کار کے مقابلے میں۔</w:t>
      </w:r>
    </w:p>
    <w:p>
      <w:r>
        <w:rPr>
          <w:b/>
        </w:rPr>
        <w:t xml:space="preserve">[1:23:03] </w:t>
      </w:r>
      <w:r>
        <w:t>yeh jo jis car par baith kar chalte hain aap, is ke muqablay mein is park ke oopar baitha kareN, pasand nahiN kareN gay aap. halankay woh shehanshah ki parki thi us zamanay mein.</w:t>
      </w:r>
    </w:p>
    <w:p>
      <w:pPr>
        <w:jc w:val="right"/>
      </w:pPr>
      <w:r>
        <w:t>یہ جو جس کار پر بیٹھ کر چلتے ہیں آپ، اس کے مقابلے میں اس پارک کے اوپر بیٹھا کریں، پسند نہیں کریں گے آپ۔ حالانکہ وہ شہنشاہ کی پارکی تھی اس زمانے میں۔</w:t>
      </w:r>
    </w:p>
    <w:p>
      <w:r>
        <w:rPr>
          <w:b/>
        </w:rPr>
        <w:t xml:space="preserve">[1:23:14] </w:t>
      </w:r>
      <w:r>
        <w:t>to unhoN ne kaha, shukr kijiye, yeh shikayaten ke liye phirte hain aap.</w:t>
      </w:r>
    </w:p>
    <w:p>
      <w:pPr>
        <w:jc w:val="right"/>
      </w:pPr>
      <w:r>
        <w:t>تو انہوں نے کہا، شکر کیجئے، یہ شکایتیں کے لیے پھرتے ہیں آپ۔</w:t>
      </w:r>
    </w:p>
    <w:p>
      <w:r>
        <w:rPr>
          <w:b/>
        </w:rPr>
        <w:t xml:space="preserve">[1:23:18] </w:t>
      </w:r>
      <w:r>
        <w:t>itnay baray baray item shukr ke hain, aap shikayaten liye phirte hain.</w:t>
      </w:r>
    </w:p>
    <w:p>
      <w:pPr>
        <w:jc w:val="right"/>
      </w:pPr>
      <w:r>
        <w:t>اتنے بڑے بڑے آئٹم شکر کے ہیں، آپ شکایتیں لیے پھرتے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