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Islamization of Muslims January 10, 2010 Maulana Wahiduddin Khan</w:t>
      </w:r>
    </w:p>
    <w:p>
      <w:r>
        <w:t>https://www.youtube.com/watch?v=bjCT5yer37Q</w:t>
      </w:r>
    </w:p>
    <w:p>
      <w:r>
        <w:rPr>
          <w:b/>
        </w:rPr>
        <w:t xml:space="preserve">[00:38] </w:t>
      </w:r>
      <w:r>
        <w:t>aaj ka topic hai: islamization of muslims, yani musalmanon ko islami banana.</w:t>
      </w:r>
    </w:p>
    <w:p>
      <w:pPr>
        <w:jc w:val="right"/>
      </w:pPr>
      <w:r>
        <w:t>آج کا ٹاپک ہے: اسلامائزیشن آف مسلمز، یعنی مسلمانوں کو اسلامی بنانا۔</w:t>
      </w:r>
    </w:p>
    <w:p>
      <w:r>
        <w:rPr>
          <w:b/>
        </w:rPr>
        <w:t xml:space="preserve">[00:55] </w:t>
      </w:r>
      <w:r>
        <w:t>yeh topic mere mind mein is tarah aaya ke kal ke paper mein aap ne dekha hoga ke malaysia ki ek news hai.</w:t>
      </w:r>
    </w:p>
    <w:p>
      <w:pPr>
        <w:jc w:val="right"/>
      </w:pPr>
      <w:r>
        <w:t>یہ ٹاپک میرے مائنڈ میں اس طرح آیا کہ کل کے پیپر میں آپ نے دیکھا ہوگا کہ ملیشیا کی ایک نیوز ہے۔</w:t>
      </w:r>
    </w:p>
    <w:p>
      <w:r>
        <w:rPr>
          <w:b/>
        </w:rPr>
        <w:t xml:space="preserve">[01:08] </w:t>
      </w:r>
      <w:r>
        <w:t>malaysia mein muslim jo hain woh 50 feesad se ziyada hain. yani paper mein to diya hai ke 60 feesad hain muslims, lekin mera khayal hai ke wahan ghaliban 55 feesad hain.</w:t>
      </w:r>
    </w:p>
    <w:p>
      <w:pPr>
        <w:jc w:val="right"/>
      </w:pPr>
      <w:r>
        <w:t>ملیشیا میں مسلم جو ہیں وہ 50 فیصد سے زیادہ ہیں۔ یعنی پیپر میں تو دیا ہے کہ 60 فیصد ہیں مسلمز، لیکن میرا خیال ہے کہ وہاں غالباً 55 فیصد ہیں۔</w:t>
      </w:r>
    </w:p>
    <w:p>
      <w:r>
        <w:rPr>
          <w:b/>
        </w:rPr>
        <w:t xml:space="preserve">[01:26] </w:t>
      </w:r>
      <w:r>
        <w:t>behral, to majority mein hain. to wahan par christian bhi kafi hain.</w:t>
      </w:r>
    </w:p>
    <w:p>
      <w:pPr>
        <w:jc w:val="right"/>
      </w:pPr>
      <w:r>
        <w:t>بہرحال، تو میجورٹی میں ہیں۔ تو وہاں پر کرسچن بھی کافی ہیں۔</w:t>
      </w:r>
    </w:p>
    <w:p>
      <w:r>
        <w:rPr>
          <w:b/>
        </w:rPr>
        <w:t xml:space="preserve">[01:35] </w:t>
      </w:r>
      <w:r>
        <w:t>christian logon ne Allah ka jo lafz hai, god ke liye Allah, us ko istemal kar karne lagay.</w:t>
      </w:r>
    </w:p>
    <w:p>
      <w:pPr>
        <w:jc w:val="right"/>
      </w:pPr>
      <w:r>
        <w:t>کرسچن لوگوں نے اللہ کا جو لفظ ہے، گاڈ کے لیے اللہ، اس کو استعمال کر کرنے لگے۔</w:t>
      </w:r>
    </w:p>
    <w:p>
      <w:r>
        <w:rPr>
          <w:b/>
        </w:rPr>
        <w:t xml:space="preserve">[01:43] </w:t>
      </w:r>
      <w:r>
        <w:t>woh is par wahan ke musalman ghussa ho gay. baqayda wahan diversification hua,</w:t>
      </w:r>
    </w:p>
    <w:p>
      <w:pPr>
        <w:jc w:val="right"/>
      </w:pPr>
      <w:r>
        <w:t>وہ اس پر وہاں کے مسلمان غصہ ہو گئے۔ باقاعدہ وہاں ڈائورسٹیشن ہوا،</w:t>
      </w:r>
    </w:p>
    <w:p>
      <w:r>
        <w:rPr>
          <w:b/>
        </w:rPr>
        <w:t xml:space="preserve">[01:53] </w:t>
      </w:r>
      <w:r>
        <w:t>yahan tak ke unhoN ne baaz churchs ko jalaya aur slogan diya. unhoN ne ghraz yeh ke ek dhoom machai.</w:t>
      </w:r>
    </w:p>
    <w:p>
      <w:pPr>
        <w:jc w:val="right"/>
      </w:pPr>
      <w:r>
        <w:t>یہاں تک کہ انہوں نے بعض چرچز کو جلایا اور سلوگن دیا۔ انہوں نے غرض یہ کہ ایک دھوم مچائی۔</w:t>
      </w:r>
    </w:p>
    <w:p>
      <w:r>
        <w:rPr>
          <w:b/>
        </w:rPr>
        <w:t xml:space="preserve">[02:09] </w:t>
      </w:r>
      <w:r>
        <w:t>to paper mein aaya hai kal ke ke jaloos jo nikala unhoN ne, is ka naarah tha: "Allah is only for us"</w:t>
      </w:r>
    </w:p>
    <w:p>
      <w:pPr>
        <w:jc w:val="right"/>
      </w:pPr>
      <w:r>
        <w:t>تو پیپر میں آیا ہے کل کے کہ جلوس جو نکالا انہوں نے، اس کا نعرہ تھا: "اللہ از اونلی فار اس"</w:t>
      </w:r>
    </w:p>
    <w:p>
      <w:r>
        <w:rPr>
          <w:b/>
        </w:rPr>
        <w:t xml:space="preserve">[02:23] </w:t>
      </w:r>
      <w:r>
        <w:t>. Allah sirf hamara hai. yani christians ko yeh right nahi hai ke woh lafz Allah istemal kareN. to "Allah is only for us".</w:t>
      </w:r>
    </w:p>
    <w:p>
      <w:pPr>
        <w:jc w:val="right"/>
      </w:pPr>
      <w:r>
        <w:t>۔ اللہ صرف ہمارا ہے۔ یعنی کرسچنز کو یہ رائٹ نہیں ہے کہ وہ لفظ اللہ استعمال کریں۔ تو "اللہ از اونلی فار اس"۔</w:t>
      </w:r>
    </w:p>
    <w:p>
      <w:r>
        <w:rPr>
          <w:b/>
        </w:rPr>
        <w:t xml:space="preserve">[02:36] </w:t>
      </w:r>
      <w:r>
        <w:t>Allah sirf hamara hai. to is ko dekh kar main ne samjha ke aaj ke musalmanon ko sab se ziyada zaroori hai ke musalmanon ko islamize kiya jaye.</w:t>
      </w:r>
    </w:p>
    <w:p>
      <w:pPr>
        <w:jc w:val="right"/>
      </w:pPr>
      <w:r>
        <w:t>اللہ صرف ہمارا ہے۔ تو اس کو دیکھ کر میں نے سمجھا کہ آج کے مسلمانوں کو سب سے زیادہ ضروری ہے کہ مسلمانوں کو اسلامائز کیا جائے۔</w:t>
      </w:r>
    </w:p>
    <w:p>
      <w:r>
        <w:rPr>
          <w:b/>
        </w:rPr>
        <w:t xml:space="preserve">[02:48] </w:t>
      </w:r>
      <w:r>
        <w:t>kyunke musalman aisa lagta hai ke islam se bilkul hi hat gaye hain.</w:t>
      </w:r>
    </w:p>
    <w:p>
      <w:pPr>
        <w:jc w:val="right"/>
      </w:pPr>
      <w:r>
        <w:t>کیونکہ مسلمان ایسا لگتا ہے کہ اسلام سے بالکل ہی ہٹ گئے ہیں۔</w:t>
      </w:r>
    </w:p>
    <w:p>
      <w:r>
        <w:rPr>
          <w:b/>
        </w:rPr>
        <w:t xml:space="preserve">[02:55] </w:t>
      </w:r>
      <w:r>
        <w:t>aap ghore farmaiye ke agar kalesia, wahan ki wahan ka jo church hai, woh Allah ka lafz istemal kar raha hai, to aap ke liye ek bohat bara opportunity thi is mein ke aap us ko kalma e sawab bana laen.</w:t>
      </w:r>
    </w:p>
    <w:p>
      <w:pPr>
        <w:jc w:val="right"/>
      </w:pPr>
      <w:r>
        <w:t>آپ غور فرمائیے کہ اگر کلیسجی، وہاں کی وہاں کا جو چرچ ہے، وہ اللہ کا لفظ استعمال کر رہا ہے، تو آپ کے لیے ایک بہت بڑا اپرچونیٹی تھی اس میں کہ آپ اس کو کلمہ ثواب بنا لیں۔</w:t>
      </w:r>
    </w:p>
    <w:p>
      <w:r>
        <w:rPr>
          <w:b/>
        </w:rPr>
        <w:t xml:space="preserve">[03:18] </w:t>
      </w:r>
      <w:r>
        <w:t>quran mein hai ke: "ya ahlal kitab ta'alaw ila kalimatin sawa'in bainana wa bainakum" allahu na'budu illa Allah. to dekhiye, quran mein hai ke ahlal kitab apne darmiyan kalma e sawab talash karo.</w:t>
      </w:r>
    </w:p>
    <w:p>
      <w:pPr>
        <w:jc w:val="right"/>
      </w:pPr>
      <w:r>
        <w:t>قرآن میں ہے کہ: "یا الکتاب تعالی الی کلمۃ سوائے بین بینکم"۔ اللہ نعبد الا اللہ۔ تو دیکھیے، قرآن میں ہے کہ الکتاب اور اپنے درمیان کلمہ صواب تلاش کرو۔</w:t>
      </w:r>
    </w:p>
    <w:p>
      <w:r>
        <w:rPr>
          <w:b/>
        </w:rPr>
        <w:t xml:space="preserve">[03:35] </w:t>
      </w:r>
      <w:r>
        <w:t>is kalma e sawab ko first approach ke taur par istemal karo dawat ke liye.</w:t>
      </w:r>
    </w:p>
    <w:p>
      <w:pPr>
        <w:jc w:val="right"/>
      </w:pPr>
      <w:r>
        <w:t>اس کلمہ صواب کو فرسٹ اپروچ کے طور پر استعمال کرو دعوت کے لیے۔</w:t>
      </w:r>
    </w:p>
    <w:p>
      <w:r>
        <w:rPr>
          <w:b/>
        </w:rPr>
        <w:t xml:space="preserve">[03:43] </w:t>
      </w:r>
      <w:r>
        <w:t>ab dekhiye ke unhon ne khud hi kalma e sawab de diya ke tum bhi Allah ko mante hain, hum hum bhi Allah ko mante hain. to bohat acha hai. to dawati zehan na hone ki wajah se aisa hua.</w:t>
      </w:r>
    </w:p>
    <w:p>
      <w:pPr>
        <w:jc w:val="right"/>
      </w:pPr>
      <w:r>
        <w:t>اب دیکھیے کہ انہوں نے خود ہی کلمہ صواب دے دیا کہ تم بھی اللہ کو مانتے ہیں، ہم ہم بھی اللہ کو مانتے ہیں۔ تو بہت اچھا ہے۔ تو دعوتی ذہن نہ ہونے کی وجہ سے ایسا ہوا۔</w:t>
      </w:r>
    </w:p>
    <w:p>
      <w:r>
        <w:rPr>
          <w:b/>
        </w:rPr>
        <w:t xml:space="preserve">[03:56] </w:t>
      </w:r>
      <w:r>
        <w:t>kyunke qaumi zehan hai,</w:t>
      </w:r>
    </w:p>
    <w:p>
      <w:pPr>
        <w:jc w:val="right"/>
      </w:pPr>
      <w:r>
        <w:t>کیونکہ قومی ذہن ہے،</w:t>
      </w:r>
    </w:p>
    <w:p>
      <w:r>
        <w:rPr>
          <w:b/>
        </w:rPr>
        <w:t xml:space="preserve">[03:58] </w:t>
      </w:r>
      <w:r>
        <w:t>musalman apne ko bas sirf ek community mante hain. to woh threatened feel karne lagen. agar woh agar un ke andar dawati zehan hota to kehte ke badshah, yeh to kalma e sawab mil gaya humein.</w:t>
      </w:r>
    </w:p>
    <w:p>
      <w:pPr>
        <w:jc w:val="right"/>
      </w:pPr>
      <w:r>
        <w:t>مسلمان اپنے کو بس صرف ایک کمیونٹی مانتے ہیں۔ تو وہ تھریٹنڈ فیل کرنے لگے۔ اگر وہ اگر ان کے اندر دعوتی ذہن ہوتا تو کہتے کہ بادشاہ، یہ تو کلمہ ثواب مل گیا ہمیں۔</w:t>
      </w:r>
    </w:p>
    <w:p>
      <w:r>
        <w:rPr>
          <w:b/>
        </w:rPr>
        <w:t xml:space="preserve">[04:15] </w:t>
      </w:r>
      <w:r>
        <w:t>aur phir un ko dawati paigham pohnchaate.</w:t>
      </w:r>
    </w:p>
    <w:p>
      <w:pPr>
        <w:jc w:val="right"/>
      </w:pPr>
      <w:r>
        <w:t>اور پھر ان کو دعوتی پیغام پہنچاتے۔</w:t>
      </w:r>
    </w:p>
    <w:p>
      <w:r>
        <w:rPr>
          <w:b/>
        </w:rPr>
        <w:t xml:space="preserve">[04:21] </w:t>
      </w:r>
      <w:r>
        <w:t>dusri baat yeh hai ke aap quran ko uthaiye. sab se pehli ayat jo quran majeed mein hai, woh kya hai? "alhamdu lillahi rabbil alameen".</w:t>
      </w:r>
    </w:p>
    <w:p>
      <w:pPr>
        <w:jc w:val="right"/>
      </w:pPr>
      <w:r>
        <w:t>دوسری بات یہ ہے کہ آپ قرآن کو اٹھائیے۔ سب سے پہلی آیت جو قرآن مجید میں ہے، وہ کیا ہے؟ "الحمدللہ رب العالمین"۔</w:t>
      </w:r>
    </w:p>
    <w:p>
      <w:r>
        <w:rPr>
          <w:b/>
        </w:rPr>
        <w:t xml:space="preserve">[04:34] </w:t>
      </w:r>
      <w:r>
        <w:t>ke quran mein Allah ko rabbil alameen bataya gaya hai. "alhamdu lillahi rabbil alameen". Allah rabbil alameen hai.</w:t>
      </w:r>
    </w:p>
    <w:p>
      <w:pPr>
        <w:jc w:val="right"/>
      </w:pPr>
      <w:r>
        <w:t>کہ قرآن میں اللہ کو رب العالمین بتایا گیا ہے۔ "الحمدللہ رب العالمین"۔ اللہ رب العالمین ہے۔</w:t>
      </w:r>
    </w:p>
    <w:p>
      <w:r>
        <w:rPr>
          <w:b/>
        </w:rPr>
        <w:t xml:space="preserve">[04:45] </w:t>
      </w:r>
      <w:r>
        <w:t>yeh nahi farmaya ke Allah rabbul muslimeen hai.</w:t>
      </w:r>
    </w:p>
    <w:p>
      <w:pPr>
        <w:jc w:val="right"/>
      </w:pPr>
      <w:r>
        <w:t>یہ نہیں فرمایا کہ اللہ رب المسلمین ہے۔</w:t>
      </w:r>
    </w:p>
    <w:p>
      <w:r>
        <w:rPr>
          <w:b/>
        </w:rPr>
        <w:t xml:space="preserve">[04:50] </w:t>
      </w:r>
      <w:r>
        <w:t>to quran ki pehli ayat se bekhabar hain woh.</w:t>
      </w:r>
    </w:p>
    <w:p>
      <w:pPr>
        <w:jc w:val="right"/>
      </w:pPr>
      <w:r>
        <w:t>تو قرآن کی پہلی آیت سے بے خبر ہیں وہ۔</w:t>
      </w:r>
    </w:p>
    <w:p>
      <w:r>
        <w:rPr>
          <w:b/>
        </w:rPr>
        <w:t xml:space="preserve">[04:56] </w:t>
      </w:r>
      <w:r>
        <w:t>aap ghore kijiye ke kaisa kaise ajeeb hai woh musalman jo jante nahi ke quran ki pehli ayat kya hai. ke Allah par aap ki monopoly nahi hai.</w:t>
      </w:r>
    </w:p>
    <w:p>
      <w:pPr>
        <w:jc w:val="right"/>
      </w:pPr>
      <w:r>
        <w:t>آپ غور کیجئے کہ کیسا کیسے عجیب ہے وہ مسلمان جو جانتے نہیں کہ قرآن کی پہلی آیت کیا ہے۔ کہ اللہ پر آپ کی مناپلی نہیں ہے۔</w:t>
      </w:r>
    </w:p>
    <w:p>
      <w:r>
        <w:rPr>
          <w:b/>
        </w:rPr>
        <w:t xml:space="preserve">[05:10] </w:t>
      </w:r>
      <w:r>
        <w:t>aur dekhiye, agar aap tareekh ko parhen to lafz Allah wahan par musalmanon ne invent nahi kiya tha.</w:t>
      </w:r>
    </w:p>
    <w:p>
      <w:pPr>
        <w:jc w:val="right"/>
      </w:pPr>
      <w:r>
        <w:t>اور دیکھیے، اگر آپ تاریخ کو پڑھیں تو لفظ اللہ وہاں پر مسلمانوں نے انویٹ نہیں کیا تھا۔</w:t>
      </w:r>
    </w:p>
    <w:p>
      <w:r>
        <w:rPr>
          <w:b/>
        </w:rPr>
        <w:t xml:space="preserve">[05:18] </w:t>
      </w:r>
      <w:r>
        <w:t>already woh arab mein maujood tha yeh lafz. isi ko islam mein istemal kiya gaya. aisa nahi hai ke pehli bar lafz Allah musalmanon ne ijad kiya aur us ko raaij kiya.</w:t>
      </w:r>
    </w:p>
    <w:p>
      <w:pPr>
        <w:jc w:val="right"/>
      </w:pPr>
      <w:r>
        <w:t>الریڈی وہ عرب میں موجود تھا یہ لفظ۔ اسی کو اسلام میں استعمال کیا گیا۔ ایسا نہیں ہے کہ پہلی بار لفظ اللہ مسلمانوں نے ایجاد کیا اور اس کو رائج کیا۔</w:t>
      </w:r>
    </w:p>
    <w:p>
      <w:r>
        <w:rPr>
          <w:b/>
        </w:rPr>
        <w:t xml:space="preserve">[05:35] </w:t>
      </w:r>
      <w:r>
        <w:t>to lafz Allah to pehle se maujood tha wahan. to aap ki monopoly kaise ho gayi?</w:t>
      </w:r>
    </w:p>
    <w:p>
      <w:pPr>
        <w:jc w:val="right"/>
      </w:pPr>
      <w:r>
        <w:t>تو لفظ اللہ تو پہلے سے موجود تھا وہاں۔ تو آپ کی مناپلی کیسے ہو گئی؟</w:t>
      </w:r>
    </w:p>
    <w:p>
      <w:r>
        <w:rPr>
          <w:b/>
        </w:rPr>
        <w:t xml:space="preserve">[05:43] </w:t>
      </w:r>
      <w:r>
        <w:t>jis angle se bhi aap dekhen to yeh bilkul yaani islam se hati hui baat hai. islam se hati hui baat hai.</w:t>
      </w:r>
    </w:p>
    <w:p>
      <w:pPr>
        <w:jc w:val="right"/>
      </w:pPr>
      <w:r>
        <w:t>جس اینگل سے بھی آپ دیکھیں تو یہ بالکل یعنی اسلام سے ہٹی ہوئی بات ہے۔ اسلام سے ہٹی ہوئی بات ہے۔</w:t>
      </w:r>
    </w:p>
    <w:p>
      <w:r>
        <w:rPr>
          <w:b/>
        </w:rPr>
        <w:t xml:space="preserve">[05:55] </w:t>
      </w:r>
      <w:r>
        <w:t>is tarah ke waqiyat rozana hote rehte hain. aap bhi jante hain. main bhi janta hoon. is tarah ki cheezon ko le kar mere mind mein yeh title aaya ke Islamize in Muslims.</w:t>
      </w:r>
    </w:p>
    <w:p>
      <w:pPr>
        <w:jc w:val="right"/>
      </w:pPr>
      <w:r>
        <w:t>اس طرح کے واقعات روزانہ ہوتے رہتے ہیں۔ آپ بھی جانتے ہیں۔ میں بھی جانتا ہوں۔ اس طرح کی چیزوں کو لے کر میرے مائنڈ میں یہ ٹائٹل آیا کہ اسلامائز ان مسلمز۔</w:t>
      </w:r>
    </w:p>
    <w:p>
      <w:r>
        <w:rPr>
          <w:b/>
        </w:rPr>
        <w:t xml:space="preserve">[06:11] </w:t>
      </w:r>
      <w:r>
        <w:t>aaj zaroorat hai ke khud musalmanon ko Islamize kiya jaye. kyunke woh quran ko sirf mante hain.</w:t>
      </w:r>
    </w:p>
    <w:p>
      <w:pPr>
        <w:jc w:val="right"/>
      </w:pPr>
      <w:r>
        <w:t>آج ضرورت ہے کہ خود مسلمانوں کو اسلامائز کیا جائے۔ کیونکہ وہ قرآن کو صرف مانتے ہیں۔</w:t>
      </w:r>
    </w:p>
    <w:p>
      <w:r>
        <w:rPr>
          <w:b/>
        </w:rPr>
        <w:t xml:space="preserve">[06:21] </w:t>
      </w:r>
      <w:r>
        <w:t>bas quran se woh guidance nahi lete hain.</w:t>
      </w:r>
    </w:p>
    <w:p>
      <w:pPr>
        <w:jc w:val="right"/>
      </w:pPr>
      <w:r>
        <w:t>بس قرآن سے وہ گائیڈنس نہیں لیتے۔</w:t>
      </w:r>
    </w:p>
    <w:p>
      <w:r>
        <w:rPr>
          <w:b/>
        </w:rPr>
        <w:t xml:space="preserve">[06:26] </w:t>
      </w:r>
      <w:r>
        <w:t>main ne bohat se logon se poocha, hatta ke ulama se bhi poocha ke kya aap ne kabhi bilkul empty mind ho kar</w:t>
      </w:r>
    </w:p>
    <w:p>
      <w:pPr>
        <w:jc w:val="right"/>
      </w:pPr>
      <w:r>
        <w:t>میں نے بہت سے لوگوں سے پوچھا، حتیٰ کہ علماء سے بھی پوچھا کہ کیا آپ نے کبھی بالکل ایمپٹی مائنڈ ہو کر</w:t>
      </w:r>
    </w:p>
    <w:p>
      <w:r>
        <w:rPr>
          <w:b/>
        </w:rPr>
        <w:t xml:space="preserve">[06:38] </w:t>
      </w:r>
      <w:r>
        <w:t>quran ko A se Z tak parha? sirf is liye ke woh Khuda hai, hidayat hai, guidance hai.</w:t>
      </w:r>
    </w:p>
    <w:p>
      <w:pPr>
        <w:jc w:val="right"/>
      </w:pPr>
      <w:r>
        <w:t>قرآن کو اے سے زیڈ تک پڑھا؟ صرف اس لیے کہ وہ خدا ہے، ہدایت ہے، گائیڈنس ہے۔</w:t>
      </w:r>
    </w:p>
    <w:p>
      <w:r>
        <w:rPr>
          <w:b/>
        </w:rPr>
        <w:t xml:space="preserve">[06:48] </w:t>
      </w:r>
      <w:r>
        <w:t>to main janoon ke Khuda ne mujhe kya guidance bheji hai.</w:t>
      </w:r>
    </w:p>
    <w:p>
      <w:pPr>
        <w:jc w:val="right"/>
      </w:pPr>
      <w:r>
        <w:t>تو میں جانوں کہ خدا نے مجھے کیا گائیڈنس بھیجی ہے۔</w:t>
      </w:r>
    </w:p>
    <w:p>
      <w:r>
        <w:rPr>
          <w:b/>
        </w:rPr>
        <w:t xml:space="preserve">[06:53] </w:t>
      </w:r>
      <w:r>
        <w:t>to ek shakhs bhi nahi mila mujhe apni zindagi mein jo yeh kahe ke haan, main ne aisa kiya hai aur yeh baat main ne pai hai. aap bataiye.</w:t>
      </w:r>
    </w:p>
    <w:p>
      <w:pPr>
        <w:jc w:val="right"/>
      </w:pPr>
      <w:r>
        <w:t>تو ایک شخص بھی نہیں ملا مجھے اپنی زندگی میں جو یہ کہے کہ ہاں، میں نے ایسا کیا ہے اور یہ بات میں نے پائی ہے۔ آپ بتائیے۔</w:t>
      </w:r>
    </w:p>
    <w:p>
      <w:r>
        <w:rPr>
          <w:b/>
        </w:rPr>
        <w:t xml:space="preserve">[07:05] </w:t>
      </w:r>
      <w:r>
        <w:t>plus yeh ke hamare ulama ne ek bohat hi galat qism ka fatwa de kar ke ek zehan bana kar musalmanon ko kaha ke quran ki behurmati ek lafz aisa hai jo kabhi na Rasool Allah bolay, na Sahaba bolay, na Tabeen bolay.</w:t>
      </w:r>
    </w:p>
    <w:p>
      <w:pPr>
        <w:jc w:val="right"/>
      </w:pPr>
      <w:r>
        <w:t>پلس یہ کہ ہمارے علماء نے ایک بہت ہی غلط قسم کا فتویٰ دے کر کے ایک ذہن بنا کر مسلمانوں کو کہا کہ قرآن کی بے حرمتی ایک لفظ ایسا ہے جو کبھی نہ رسول اللہ بولے، نہ صحابہ بولے، نہ تابعین بولے۔</w:t>
      </w:r>
    </w:p>
    <w:p>
      <w:r>
        <w:rPr>
          <w:b/>
        </w:rPr>
        <w:t xml:space="preserve">[07:19] </w:t>
      </w:r>
      <w:r>
        <w:t>aik ajib o gharib aik cheez nikali quran ki behurmati.</w:t>
      </w:r>
    </w:p>
    <w:p>
      <w:pPr>
        <w:jc w:val="right"/>
      </w:pPr>
      <w:r>
        <w:t>ایک عجیب و غریب ایک چیز نکالی قرآن کی بے حرمتی۔</w:t>
      </w:r>
    </w:p>
    <w:p>
      <w:r>
        <w:rPr>
          <w:b/>
        </w:rPr>
        <w:t xml:space="preserve">[07:25] </w:t>
      </w:r>
      <w:r>
        <w:t>to ab agar hum quran ko dein ge ghair muslimon ko to woh chuke is par believe nahi karte to is ki behurmati karein ge. is liye amalan quran ko unhon ne apni monopoly bana liya.</w:t>
      </w:r>
    </w:p>
    <w:p>
      <w:pPr>
        <w:jc w:val="right"/>
      </w:pPr>
      <w:r>
        <w:t>تو اب اگر ہم قرآن کو دیں گے غیر مسلموں کو تو وہ چونکہ اس پر بیلیو نہیں کرتے تو اس کی بے حرمتی کریں گے۔ اس لیے عملاً قرآن کو انہوں نے اپنی مناپلی بنا لیا۔</w:t>
      </w:r>
    </w:p>
    <w:p>
      <w:r>
        <w:rPr>
          <w:b/>
        </w:rPr>
        <w:t xml:space="preserve">[07:38] </w:t>
      </w:r>
      <w:r>
        <w:t>apne ghar mein taaq par rakhein ge, apni masjidon mein, jaldan mein rakhein ge. aur ghair muslimon ko is liye nahi dein ge ke woh to behurmati karein ge.</w:t>
      </w:r>
    </w:p>
    <w:p>
      <w:pPr>
        <w:jc w:val="right"/>
      </w:pPr>
      <w:r>
        <w:t>اپنے گھر میں طاق پر رکھیں گے، اپنی مسجدوں میں، جلودان میں رکھیں گے۔ اور غیر مسلموں کو اس لیے نہیں دیں گے کہ وہ تو بے حرمتی کریں گے۔</w:t>
      </w:r>
    </w:p>
    <w:p>
      <w:r>
        <w:rPr>
          <w:b/>
        </w:rPr>
        <w:t xml:space="preserve">[07:51] </w:t>
      </w:r>
      <w:r>
        <w:t>nahi, yeh to khud sakhta hai. kahan behurmati likha hua hai? kahan quran mein likha hua hai ke quran ki behurmati karein ge log?</w:t>
      </w:r>
    </w:p>
    <w:p>
      <w:pPr>
        <w:jc w:val="right"/>
      </w:pPr>
      <w:r>
        <w:t>نہیں، یہ تو خود ساختہ ہے۔ کہاں بے حرمتی لکھا ہوا ہے؟ کہاں قرآن میں لکھا ہوا ہے کہ قرآن کی بے حرمتی کریں گے لوگ؟</w:t>
      </w:r>
    </w:p>
    <w:p>
      <w:r>
        <w:rPr>
          <w:b/>
        </w:rPr>
        <w:t xml:space="preserve">[08:00] </w:t>
      </w:r>
      <w:r>
        <w:t>is liye unhein quran na do? yeh to bidat hai. phir jab quran ka tarjuma kiya gaya tab unhi logon ne fatwa diya ke is par text bhi zaroor aana chahiye.</w:t>
      </w:r>
    </w:p>
    <w:p>
      <w:pPr>
        <w:jc w:val="right"/>
      </w:pPr>
      <w:r>
        <w:t>اس لیے انہیں قرآن نہ دو؟ یہ تو بدعت ہے۔ پھر جب قرآن کا ترجمہ کیا گیا تب انہی لوگوں نے فتویٰ دیا کہ اس پر ٹیکسٹ بھی ضرور آنا چاہیے۔</w:t>
      </w:r>
    </w:p>
    <w:p>
      <w:r>
        <w:rPr>
          <w:b/>
        </w:rPr>
        <w:t xml:space="preserve">[08:15] </w:t>
      </w:r>
      <w:r>
        <w:t>quran ka matan.</w:t>
      </w:r>
    </w:p>
    <w:p>
      <w:pPr>
        <w:jc w:val="right"/>
      </w:pPr>
      <w:r>
        <w:t>قرآن کا متن۔</w:t>
      </w:r>
    </w:p>
    <w:p>
      <w:r>
        <w:rPr>
          <w:b/>
        </w:rPr>
        <w:t xml:space="preserve">[08:18] </w:t>
      </w:r>
      <w:r>
        <w:t>to aik taraf to yeh masla nikala ke baghair matan ke quran nahi chhap. doosri taraf yeh masla ke behurmati karein ge woh.</w:t>
      </w:r>
    </w:p>
    <w:p>
      <w:pPr>
        <w:jc w:val="right"/>
      </w:pPr>
      <w:r>
        <w:t>تو ایک طرف تو یہ مسئلہ نکالا کہ بغیر متن کے قرآن نہیں چھپے۔ دوسری طرف یہ مسئلہ کہ بے حرمتی کریں گے وہ۔</w:t>
      </w:r>
    </w:p>
    <w:p>
      <w:r>
        <w:rPr>
          <w:b/>
        </w:rPr>
        <w:t xml:space="preserve">[08:28] </w:t>
      </w:r>
      <w:r>
        <w:t>to practically yeh hua ke woh koi un ko deta hi nahi tha. chhap chhap kar ke bhi nahi diya logon ne. yaani ghor kijiye ke yeh double ghalti hai.</w:t>
      </w:r>
    </w:p>
    <w:p>
      <w:pPr>
        <w:jc w:val="right"/>
      </w:pPr>
      <w:r>
        <w:t>تو پریکٹیکلی یہ ہوا کہ وہ کوئی ان کو دیتا ہی نہیں تھا۔ چھاپ چھاپ کر کے بھی نہیں دیا لوگوں نے۔ یعنی غور کیجئے کہ یہ ڈبل غلطی ہے۔</w:t>
      </w:r>
    </w:p>
    <w:p>
      <w:r>
        <w:rPr>
          <w:b/>
        </w:rPr>
        <w:t xml:space="preserve">[08:40] </w:t>
      </w:r>
      <w:r>
        <w:t>aik taraf to yeh fatwa ke quran ko tarjuma baghair text nahi chhap sakte.</w:t>
      </w:r>
    </w:p>
    <w:p>
      <w:pPr>
        <w:jc w:val="right"/>
      </w:pPr>
      <w:r>
        <w:t>ایک طرف تو یہ فتویٰ کہ قرآن کو ترجمہ بغیر ٹیکسٹ نہیں چھاپ سکتے۔</w:t>
      </w:r>
    </w:p>
    <w:p>
      <w:r>
        <w:rPr>
          <w:b/>
        </w:rPr>
        <w:t xml:space="preserve">[08:48] </w:t>
      </w:r>
      <w:r>
        <w:t>aur doosri taraf yeh fatwa ke ghair muslim is ki behurmati karein ge. misaal ke taur par yeh ke woh kahein neeche rakh dein ge, oopar nahi rakhein ge.</w:t>
      </w:r>
    </w:p>
    <w:p>
      <w:pPr>
        <w:jc w:val="right"/>
      </w:pPr>
      <w:r>
        <w:t>اور دوسری طرف یہ فتویٰ کہ غیر مسلم اس کی بے حرمتی کریں گے۔ مثلاً یہ کہ وہ کہیں نیچے رکھ دیں گے، اوپر نہیں رکھیں گے۔</w:t>
      </w:r>
    </w:p>
    <w:p>
      <w:r>
        <w:rPr>
          <w:b/>
        </w:rPr>
        <w:t xml:space="preserve">[08:58] </w:t>
      </w:r>
      <w:r>
        <w:t>yeh sab khud hi khud bana liya. to practically kya hua ke amalan quran majeed ko doosron tak pohnchanay ka spirit hi musalmanon mein khatam ho gayi.</w:t>
      </w:r>
    </w:p>
    <w:p>
      <w:pPr>
        <w:jc w:val="right"/>
      </w:pPr>
      <w:r>
        <w:t>یہ سب خود ہی خود بنا لیا۔ تو پریکٹیکلی کیا ہوا کہ عملاً قرآن مجید کو دوسروں تک پہنچانے کا اسپرٹ ہی مسلمانوں میں ختم ہو گئی۔</w:t>
      </w:r>
    </w:p>
    <w:p>
      <w:r>
        <w:rPr>
          <w:b/>
        </w:rPr>
        <w:t xml:space="preserve">[09:13] </w:t>
      </w:r>
      <w:r>
        <w:t>arabi quran dene ka to koi matlab hi nahi tha.</w:t>
      </w:r>
    </w:p>
    <w:p>
      <w:pPr>
        <w:jc w:val="right"/>
      </w:pPr>
      <w:r>
        <w:t>عربی قرآن دینے کا تو کوئی مطلب ہی نہیں تھا۔</w:t>
      </w:r>
    </w:p>
    <w:p>
      <w:r>
        <w:rPr>
          <w:b/>
        </w:rPr>
        <w:t xml:space="preserve">[09:16] </w:t>
      </w:r>
      <w:r>
        <w:t>transmission bhi nahi de paye kyunke is mein text shamil tha. ab kuch logon ne revolt kar ke baghair text ke tarjuma chhapha hai. yeh revolt kar ke fatwe ke khilaf.</w:t>
      </w:r>
    </w:p>
    <w:p>
      <w:pPr>
        <w:jc w:val="right"/>
      </w:pPr>
      <w:r>
        <w:t>ٹرانسمیشن بھی نہیں دے پائے کیونکہ اس میں ٹیکسٹ شامل تھا۔ اب کچھ لوگوں نے ریولٹ کر کے بغیر ٹیکسٹ کے ترجمہ چھاپا ہے۔ یہ ریولٹ کر کے فتوے کے خلاف۔</w:t>
      </w:r>
    </w:p>
    <w:p>
      <w:r>
        <w:rPr>
          <w:b/>
        </w:rPr>
        <w:t xml:space="preserve">[09:30] </w:t>
      </w:r>
      <w:r>
        <w:t>to mein samajhta hoon ke sab se zyada zaroorat hai musalmanon ko islamize karne ki. kyunke is ki wajah se kya hua ho raha hai? aik taraf to khud musalman islam se door ho gaye hain.</w:t>
      </w:r>
    </w:p>
    <w:p>
      <w:pPr>
        <w:jc w:val="right"/>
      </w:pPr>
      <w:r>
        <w:t>تو میں سمجھتا ہوں کہ سب سے زیادہ ضرورت ہے مسلمانوں کو اسلامائز کرنے کی۔ کیونکہ اس کی وجہ سے کیا ہوا ہو رہا ہے؟ ایک طرف تو خود مسلمان اسلام سے دور ہو گئے ہیں۔</w:t>
      </w:r>
    </w:p>
    <w:p>
      <w:r>
        <w:rPr>
          <w:b/>
        </w:rPr>
        <w:t xml:space="preserve">[09:44] </w:t>
      </w:r>
      <w:r>
        <w:t>doosri taraf woh islam ko badnam karne ka sabab ban rahe hain. aam taur par samjha jata hai ke media badnam karta hai islam ko.</w:t>
      </w:r>
    </w:p>
    <w:p>
      <w:pPr>
        <w:jc w:val="right"/>
      </w:pPr>
      <w:r>
        <w:t>دوسری طرف وہ اسلام کو بدنام کرنے کا سبب بن رہے ہیں۔ عام طور پر سمجھا جاتا ہے کہ میڈیا بدنام کرتا ہے اسلام کو۔</w:t>
      </w:r>
    </w:p>
    <w:p>
      <w:r>
        <w:rPr>
          <w:b/>
        </w:rPr>
        <w:t xml:space="preserve">[09:55] </w:t>
      </w:r>
      <w:r>
        <w:t>mein is mein is ko nahi manta. islam ko sab se zyada badnam kar rahe hain musalman.</w:t>
      </w:r>
    </w:p>
    <w:p>
      <w:pPr>
        <w:jc w:val="right"/>
      </w:pPr>
      <w:r>
        <w:t>میں اس میں میں اس کو نہیں مانتا۔ اسلام کو سب سے زیادہ بدنام کر رہے ہیں مسلمان۔</w:t>
      </w:r>
    </w:p>
    <w:p>
      <w:r>
        <w:rPr>
          <w:b/>
        </w:rPr>
        <w:t xml:space="preserve">[10:07] </w:t>
      </w:r>
      <w:r>
        <w:t>yeh is par zyada gehrai ke sath sochiye. yeh saada baat nahi hai. saada baat nahi hai.</w:t>
      </w:r>
    </w:p>
    <w:p>
      <w:pPr>
        <w:jc w:val="right"/>
      </w:pPr>
      <w:r>
        <w:t>یہ اس پر زیادہ گہرائی کے ساتھ سوچیے۔ یہ سادہ بات نہیں ہے۔ سادہ بات نہیں ہے۔</w:t>
      </w:r>
    </w:p>
    <w:p>
      <w:r>
        <w:rPr>
          <w:b/>
        </w:rPr>
        <w:t xml:space="preserve">[10:18] </w:t>
      </w:r>
      <w:r>
        <w:t>quran majeed mein dekhiye aik ayat hai:</w:t>
      </w:r>
    </w:p>
    <w:p>
      <w:pPr>
        <w:jc w:val="right"/>
      </w:pPr>
      <w:r>
        <w:t>قرآن مجید میں دیکھیے ایک آیت ہے:</w:t>
      </w:r>
    </w:p>
    <w:p>
      <w:r>
        <w:rPr>
          <w:b/>
        </w:rPr>
        <w:t xml:space="preserve">[10:23] </w:t>
      </w:r>
      <w:r>
        <w:t>"kun tum khair ummat ukhrijat lil nas ta muruna bil maroof wa tanhawna anil munkar wa tu minuna billah". is ayat mein bataya gaya ke musalman jo hain woh khair ummat hain.</w:t>
      </w:r>
    </w:p>
    <w:p>
      <w:pPr>
        <w:jc w:val="right"/>
      </w:pPr>
      <w:r>
        <w:t>"کنتم خیر امت اخرجت للناس تامرون بالمعروف و تنہون عن المنکر وتوبنون باللہ"۔ اس آیت میں بتایا گیا کہ مسلمان جو ہیں وہ خیر امت ہیں۔</w:t>
      </w:r>
    </w:p>
    <w:p>
      <w:r>
        <w:rPr>
          <w:b/>
        </w:rPr>
        <w:t xml:space="preserve">[10:36] </w:t>
      </w:r>
      <w:r>
        <w:t>khair ummat kis mani mein? afzaliyat ke mani mein nahi. aik zimmedari ke mani mein. lil nas jo hai lil nas mein is baat ka wazeh maujood hai ishara.</w:t>
      </w:r>
    </w:p>
    <w:p>
      <w:pPr>
        <w:jc w:val="right"/>
      </w:pPr>
      <w:r>
        <w:t>خیر امت کس معنی میں؟ افضلیت کے معنی میں نہیں۔ ایک ذمہ داری کے معنی میں۔ للناس جو ہے للناس میں اس بات کا واضح موجود ہے اشارہ۔</w:t>
      </w:r>
    </w:p>
    <w:p>
      <w:r>
        <w:rPr>
          <w:b/>
        </w:rPr>
        <w:t xml:space="preserve">[10:50] </w:t>
      </w:r>
      <w:r>
        <w:t>is ayat ki taraf jo doosri jagah hai: "li yaqool al rasool shaheeda alaikum wa takunu shuhada alal nas". yaani musalmanon ko Allah taala ne bator witness ke zimmedari di hai.</w:t>
      </w:r>
    </w:p>
    <w:p>
      <w:pPr>
        <w:jc w:val="right"/>
      </w:pPr>
      <w:r>
        <w:t>اس آیت کی طرف جو دوسری جگہ ہے: "لیقول الرسول شہیدا علیکم وتکون شہداء علی الناس"۔ یعنی مسلمانوں کو اللہ تعالی نے بطور وٹنس کے ذمہ داری دی ہے۔</w:t>
      </w:r>
    </w:p>
    <w:p>
      <w:r>
        <w:rPr>
          <w:b/>
        </w:rPr>
        <w:t xml:space="preserve">[11:04] </w:t>
      </w:r>
      <w:r>
        <w:t>yaani rasool Allah ke baad nabuwat khatam</w:t>
      </w:r>
    </w:p>
    <w:p>
      <w:pPr>
        <w:jc w:val="right"/>
      </w:pPr>
      <w:r>
        <w:t>یعنی رسول اللہ کے بعد نبوت ختم</w:t>
      </w:r>
    </w:p>
    <w:p>
      <w:r>
        <w:rPr>
          <w:b/>
        </w:rPr>
        <w:t xml:space="preserve">[11:06] </w:t>
      </w:r>
      <w:r>
        <w:t>ho gayi. ab koi nabi aanay wala nahi hai. lekin zimmedari baqi hai. rasool ka mission baqi hai.</w:t>
      </w:r>
    </w:p>
    <w:p>
      <w:pPr>
        <w:jc w:val="right"/>
      </w:pPr>
      <w:r>
        <w:t>ہو گئی۔ اب کوئی نبی آنے والا نہیں ہے۔ لیکن ذمہ داری باقی ہے۔ رسول کا مشن باقی ہے۔</w:t>
      </w:r>
    </w:p>
    <w:p>
      <w:r>
        <w:rPr>
          <w:b/>
        </w:rPr>
        <w:t xml:space="preserve">[11:16] </w:t>
      </w:r>
      <w:r>
        <w:t>to musalmanon ko khair ummat kyun kaha gaya? is liye kaha gaya ke woh rasool ke mission ko continue rakhein.</w:t>
      </w:r>
    </w:p>
    <w:p>
      <w:pPr>
        <w:jc w:val="right"/>
      </w:pPr>
      <w:r>
        <w:t>تو مسلمانوں کو خیر امت کیوں کہا گیا؟ اس لیے کہا گیا کہ وہ رسول کے مشن کو کنٹینیو رکھیں۔</w:t>
      </w:r>
    </w:p>
    <w:p>
      <w:r>
        <w:rPr>
          <w:b/>
        </w:rPr>
        <w:t xml:space="preserve">[11:27] </w:t>
      </w:r>
      <w:r>
        <w:t>shahid bante rahein hamesha.</w:t>
      </w:r>
    </w:p>
    <w:p>
      <w:pPr>
        <w:jc w:val="right"/>
      </w:pPr>
      <w:r>
        <w:t>شاہد بنتے رہیں ہمیشہ۔</w:t>
      </w:r>
    </w:p>
    <w:p>
      <w:r>
        <w:rPr>
          <w:b/>
        </w:rPr>
        <w:t xml:space="preserve">[11:30] </w:t>
      </w:r>
      <w:r>
        <w:t>to aap jante hain ke insaan jo hai koi pathar nahi hai ke hazaron lakhon saal tak wahi same pathar pada rehta hai. insaan marte hain, naye paida hote hain.</w:t>
      </w:r>
    </w:p>
    <w:p>
      <w:pPr>
        <w:jc w:val="right"/>
      </w:pPr>
      <w:r>
        <w:t>تو آپ جانتے ہیں کہ انسان جو ہے کوئی پتھر نہیں ہے کہ ہزاروں لاکھوں سال تک وہی سیم پتھر پڑا رہتا ہے۔ انسان مرتے ہیں، نئے پیدا ہوتے ہیں۔</w:t>
      </w:r>
    </w:p>
    <w:p>
      <w:r>
        <w:rPr>
          <w:b/>
        </w:rPr>
        <w:t xml:space="preserve">[11:43] </w:t>
      </w:r>
      <w:r>
        <w:t>pachas saal, sattar saal mein mar gaye, phir naye paida hue. mani ke hamesha generation nai aati rehti hai, nai aati rehti hai. to rasool Allah salallaho alaihi wasallam ne apne zamane mein jo contemporary muslim the, un ko kaha jata hai sahaba.</w:t>
      </w:r>
    </w:p>
    <w:p>
      <w:pPr>
        <w:jc w:val="right"/>
      </w:pPr>
      <w:r>
        <w:t>پچاس سال، ستر سال میں مر گئے، پھر نئے پیدا ہوئے۔ معنی کہ ہمیشہ جنریشن نئی آتی رہتی ہے، نئی آتی رہتی ہے۔ تو رسول اللہ صلی اللہ علیہ وسلم نے اپنے زمانے میں جو کنٹیمپریری مسلم تھے، ان کو کہا جاتا ہے صحابہ۔</w:t>
      </w:r>
    </w:p>
    <w:p>
      <w:r>
        <w:rPr>
          <w:b/>
        </w:rPr>
        <w:t xml:space="preserve">[11:58] </w:t>
      </w:r>
      <w:r>
        <w:t>rasool ke contemporary muslims ko sahaba kaha jata hai. un ko aap ne tr</w:t>
      </w:r>
    </w:p>
    <w:p>
      <w:pPr>
        <w:jc w:val="right"/>
      </w:pPr>
      <w:r>
        <w:t>رسول کے کنٹیمپریری مسلمز کو صحابہ کہا جاتا ہے۔ ان کو آپ نے ٹ</w:t>
      </w:r>
    </w:p>
    <w:p>
      <w:r>
        <w:rPr>
          <w:b/>
        </w:rPr>
        <w:t xml:space="preserve">[12:05] </w:t>
      </w:r>
      <w:r>
        <w:t>ain kiya, tayyar kiya. un ka un ki islamize kiya.</w:t>
      </w:r>
    </w:p>
    <w:p>
      <w:pPr>
        <w:jc w:val="right"/>
      </w:pPr>
      <w:r>
        <w:t>رین کیا، تیار کیا۔ ان کا ان کی اسلامائز کیا۔</w:t>
      </w:r>
    </w:p>
    <w:p>
      <w:r>
        <w:rPr>
          <w:b/>
        </w:rPr>
        <w:t xml:space="preserve">[12:13] </w:t>
      </w:r>
      <w:r>
        <w:t>to is ke baad kuch din mein wo sab khatam ho gaye.</w:t>
      </w:r>
    </w:p>
    <w:p>
      <w:pPr>
        <w:jc w:val="right"/>
      </w:pPr>
      <w:r>
        <w:t>تو اس کے بعد کچھ دن میں وہ سب ختم ہو گئے۔</w:t>
      </w:r>
    </w:p>
    <w:p>
      <w:r>
        <w:rPr>
          <w:b/>
        </w:rPr>
        <w:t xml:space="preserve">[12:17] </w:t>
      </w:r>
      <w:r>
        <w:t>phir tabeen aaye, phir tabe tabeen, phir generation of generation, Allah taala silsila. to rasool jo hai wo training dene ke liye maujood na raha. lekin naslein to aa rahi hain barabar.</w:t>
      </w:r>
    </w:p>
    <w:p>
      <w:pPr>
        <w:jc w:val="right"/>
      </w:pPr>
      <w:r>
        <w:t>پھر تابعین آئے، پھر تبع تابعین، پھر جنریشن آف جنریشن، اللہ تعالی سلسلہ۔ تو رسول جو ہے وہ ٹریننگ دینے کے لیے موجود نہ رہا۔ لیکن نسلیں تو آ رہی ہیں برابر۔</w:t>
      </w:r>
    </w:p>
    <w:p>
      <w:r>
        <w:rPr>
          <w:b/>
        </w:rPr>
        <w:t xml:space="preserve">[12:28] </w:t>
      </w:r>
      <w:r>
        <w:t>nai naslein jo train nahi hain. un ke liye farmaya ke un ka un ka kya hai? amr bil maroof aur nahi anil munkar ka nizam ummat mein qaim rehna.</w:t>
      </w:r>
    </w:p>
    <w:p>
      <w:pPr>
        <w:jc w:val="right"/>
      </w:pPr>
      <w:r>
        <w:t>نئی نسلیں جو ٹرین نہیں ہیں۔ ان کے لیے فرمایا کہ ان کا ان کا کیا ہے؟ امر بالمعروف اور نہی بالمنکر کا نظام امت میں قائم رہنا۔</w:t>
      </w:r>
    </w:p>
    <w:p>
      <w:r>
        <w:rPr>
          <w:b/>
        </w:rPr>
        <w:t xml:space="preserve">[12:43] </w:t>
      </w:r>
      <w:r>
        <w:t>yani jo kaam rasool karta tha usi ko barqarar rakhna. yani log batate rahen, samjhate rahen, criticize karte rahen.</w:t>
      </w:r>
    </w:p>
    <w:p>
      <w:pPr>
        <w:jc w:val="right"/>
      </w:pPr>
      <w:r>
        <w:t>یعنی جو کام رسول کرتا تھا اسی کو برقرار رکھنا۔ یعنی لوگ بتاتے رہیں، سمجھاتے رہیں، کریٹیسائز کرتے رہیں۔</w:t>
      </w:r>
    </w:p>
    <w:p>
      <w:r>
        <w:rPr>
          <w:b/>
        </w:rPr>
        <w:t xml:space="preserve">[12:53] </w:t>
      </w:r>
      <w:r>
        <w:t>christian koi negative cheez nahi hai Islam mein. negative cheez nahi hai wo to. bohat ziyada positive cheez hai. to hamesha khud musalmanon ko islamize karte rehna hai.</w:t>
      </w:r>
    </w:p>
    <w:p>
      <w:pPr>
        <w:jc w:val="right"/>
      </w:pPr>
      <w:r>
        <w:t>کرسچن کوئی نیگیٹیو چیز نہیں ہے اسلام میں۔ نیگیٹیو چیز نہیں ہے وہ تو۔ بہت زیادہ پوزیٹیو چیز ہے۔ تو ہمیشہ خود مسلمانوں کو اسلامائز کرتے رہنا ہے۔</w:t>
      </w:r>
    </w:p>
    <w:p>
      <w:r>
        <w:rPr>
          <w:b/>
        </w:rPr>
        <w:t xml:space="preserve">[13:06] </w:t>
      </w:r>
      <w:r>
        <w:t>wo ke</w:t>
      </w:r>
    </w:p>
    <w:p>
      <w:pPr>
        <w:jc w:val="right"/>
      </w:pPr>
      <w:r>
        <w:t>وہ کی</w:t>
      </w:r>
    </w:p>
    <w:p>
      <w:r>
        <w:rPr>
          <w:b/>
        </w:rPr>
        <w:t xml:space="preserve">[13:07] </w:t>
      </w:r>
      <w:r>
        <w:t>se hoga? jab christian hogi, jab rok tok hogi, jab ek doosre ko log batate rahen ge ghaltiyan un ki.</w:t>
      </w:r>
    </w:p>
    <w:p>
      <w:pPr>
        <w:jc w:val="right"/>
      </w:pPr>
      <w:r>
        <w:t>سے ہوگا؟ جب کرسچن ہوگی، جب روک ٹوک ہوگی، جب ایک دوسرے کو لوگ بتاتے رہیں گے غلطیاں ان کی۔</w:t>
      </w:r>
    </w:p>
    <w:p>
      <w:r>
        <w:rPr>
          <w:b/>
        </w:rPr>
        <w:t xml:space="preserve">[13:17] </w:t>
      </w:r>
      <w:r>
        <w:t>surah nisa jo hai, jo chothi surah hai Quran majeed ki, chothi surah nisa, us mein ek ayat hai: "ya ayyuhal ladheena amanu amanu".</w:t>
      </w:r>
    </w:p>
    <w:p>
      <w:pPr>
        <w:jc w:val="right"/>
      </w:pPr>
      <w:r>
        <w:t>سورہ النساء جو ہے، جو چوتھی سورہ ہے قرآن مجید کی، چوتھی سورہ النساء، اس میں ایک آیت ہے: "یا ایہا الذین آمنوا آمنوا"۔</w:t>
      </w:r>
    </w:p>
    <w:p>
      <w:r>
        <w:rPr>
          <w:b/>
        </w:rPr>
        <w:t xml:space="preserve">[13:32] </w:t>
      </w:r>
      <w:r>
        <w:t>ae iman lane walo! iman lao.</w:t>
      </w:r>
    </w:p>
    <w:p>
      <w:pPr>
        <w:jc w:val="right"/>
      </w:pPr>
      <w:r>
        <w:t>اے ایمان لانے والو! ایمان لاؤ۔</w:t>
      </w:r>
    </w:p>
    <w:p>
      <w:r>
        <w:rPr>
          <w:b/>
        </w:rPr>
        <w:t xml:space="preserve">[13:35] </w:t>
      </w:r>
      <w:r>
        <w:t>ab ghor kijiye ke ye iman lane wale hain wo. ye momin hain to phir kyun kaha ke iman lao?</w:t>
      </w:r>
    </w:p>
    <w:p>
      <w:pPr>
        <w:jc w:val="right"/>
      </w:pPr>
      <w:r>
        <w:t>اب غور کیجئے کہ یہ ایمان لانے والے ہیں وہ۔ یہ مومن ہیں تو پھر کیوں کہا کہ ایمان لاؤ؟</w:t>
      </w:r>
    </w:p>
    <w:p>
      <w:r>
        <w:rPr>
          <w:b/>
        </w:rPr>
        <w:t xml:space="preserve">[13:44] </w:t>
      </w:r>
      <w:r>
        <w:t>ye bohat sochne ki baat hai.</w:t>
      </w:r>
    </w:p>
    <w:p>
      <w:pPr>
        <w:jc w:val="right"/>
      </w:pPr>
      <w:r>
        <w:t>یہ بہت سوچنے کی بات ہے۔</w:t>
      </w:r>
    </w:p>
    <w:p>
      <w:r>
        <w:rPr>
          <w:b/>
        </w:rPr>
        <w:t xml:space="preserve">[13:48] </w:t>
      </w:r>
      <w:r>
        <w:t>is ka matlab ye hai ke khud musalmanon ko bar bar islamize karte rehna hai.</w:t>
      </w:r>
    </w:p>
    <w:p>
      <w:pPr>
        <w:jc w:val="right"/>
      </w:pPr>
      <w:r>
        <w:t>اس کا مطلب یہ ہے کہ خود مسلمانوں کو بار بار اسلامائز کرتے رہنا ہے۔</w:t>
      </w:r>
    </w:p>
    <w:p>
      <w:r>
        <w:rPr>
          <w:b/>
        </w:rPr>
        <w:t xml:space="preserve">[13:56] </w:t>
      </w:r>
      <w:r>
        <w:t>ye muslims just need to be islamized again and again in every generation.</w:t>
      </w:r>
    </w:p>
    <w:p>
      <w:pPr>
        <w:jc w:val="right"/>
      </w:pPr>
      <w:r>
        <w:t>یہ مسلمز دم صرف نیڈ ٹو بی اسلامائزڈ اگین اینڈ اگین ان ایوری جنریشن۔</w:t>
      </w:r>
    </w:p>
    <w:p>
      <w:r>
        <w:rPr>
          <w:b/>
        </w:rPr>
        <w:t xml:space="preserve">[14:05] </w:t>
      </w:r>
      <w:r>
        <w:t>ya ladheena amanu amanu! ae iman lane walo! iman lao. yani jo jin ko hum kehte hain muslim, har nasal mein, yani pichle log to khatam ho gaye, naye log aaye.</w:t>
      </w:r>
    </w:p>
    <w:p>
      <w:pPr>
        <w:jc w:val="right"/>
      </w:pPr>
      <w:r>
        <w:t>یا الذین آمنوا آمنوا! اے ایمان لانے والو! ایمان لاؤ۔ یعنی جو جن کو ہم کہتے ہیں مسلم، ہر نسل میں، یعنی پچھلے لوگ تو ختم ہو گئے، نئے لوگ آئے۔</w:t>
      </w:r>
    </w:p>
    <w:p>
      <w:r>
        <w:rPr>
          <w:b/>
        </w:rPr>
        <w:t xml:space="preserve">[14:19] </w:t>
      </w:r>
      <w:r>
        <w:t>har agli nasal mein unhein islamize karte rehna hai. matlab jo log by birth musalman hain, un ko by choice musalman banana hai.</w:t>
      </w:r>
    </w:p>
    <w:p>
      <w:pPr>
        <w:jc w:val="right"/>
      </w:pPr>
      <w:r>
        <w:t>ہر اگلی نسل میں انہیں اسلامائز کرتے رہنا ہے۔ مطلب جو لوگ بائی برتھ مسلمان ہیں، ان کو بائی چوائس مسلمان بنانا ہے۔</w:t>
      </w:r>
    </w:p>
    <w:p>
      <w:r>
        <w:rPr>
          <w:b/>
        </w:rPr>
        <w:t xml:space="preserve">[14:31] </w:t>
      </w:r>
      <w:r>
        <w:t>jo</w:t>
      </w:r>
    </w:p>
    <w:p>
      <w:pPr>
        <w:jc w:val="right"/>
      </w:pPr>
      <w:r>
        <w:t>جو</w:t>
      </w:r>
    </w:p>
    <w:p>
      <w:r>
        <w:rPr>
          <w:b/>
        </w:rPr>
        <w:t xml:space="preserve">[14:32] </w:t>
      </w:r>
      <w:r>
        <w:t>agli nasal aye gi, wo kya hai? wo by birth muslim hogi. to us ko by choice musalman banana hai. isi ko mein keh raha hoon islamize karna.</w:t>
      </w:r>
    </w:p>
    <w:p>
      <w:pPr>
        <w:jc w:val="right"/>
      </w:pPr>
      <w:r>
        <w:t>اگلی نسل آئے گی، وہ کیا ہے؟ وہ بائی برتھ مسلم ہوگی۔ تو اس کو بائی چوائس مسلمان بنانا ہے۔ اسی کو میں کہہ رہا ہوں اسلامائز کرنا۔</w:t>
      </w:r>
    </w:p>
    <w:p>
      <w:r>
        <w:rPr>
          <w:b/>
        </w:rPr>
        <w:t xml:space="preserve">[14:45] </w:t>
      </w:r>
      <w:r>
        <w:t>to musalmanon ko islamize karne ka jo amal hai, wo ek continued process hai.</w:t>
      </w:r>
    </w:p>
    <w:p>
      <w:pPr>
        <w:jc w:val="right"/>
      </w:pPr>
      <w:r>
        <w:t>تو مسلمانوں کو اسلامائز کرنے کا جو عمل ہے، وہ ایک کنٹینیوڈ پروسیس ہے۔</w:t>
      </w:r>
    </w:p>
    <w:p>
      <w:r>
        <w:rPr>
          <w:b/>
        </w:rPr>
        <w:t xml:space="preserve">[14:54] </w:t>
      </w:r>
      <w:r>
        <w:t>ek cheez hadith mein is tarah aayi hai ke: "in Allah yab'athu 'ala ra'si kulli mi'ati sanatin man yudaddidu li hadhihi al-ummah"'. Allah har so saal mein ek insan uthaye ga jo ummat ki tajdeed kare ga.</w:t>
      </w:r>
    </w:p>
    <w:p>
      <w:pPr>
        <w:jc w:val="right"/>
      </w:pPr>
      <w:r>
        <w:t>ایک چیز حدیث میں اس طرح آئی ہے کہ: "إن الله يبعث على الرأس كل مئة سنة من يد درهادينا"۔ اللہ ہر سو سال میں ایک انسان اٹھائے گا جو امت کی تجدید کرے گا۔</w:t>
      </w:r>
    </w:p>
    <w:p>
      <w:r>
        <w:rPr>
          <w:b/>
        </w:rPr>
        <w:t xml:space="preserve">[15:10] </w:t>
      </w:r>
      <w:r>
        <w:t>wahi matlab hai ke islamize kare ga. har agli nasal mein musalmanon ka deislamization hota rehta hai. deislamization.</w:t>
      </w:r>
    </w:p>
    <w:p>
      <w:pPr>
        <w:jc w:val="right"/>
      </w:pPr>
      <w:r>
        <w:t>وہی مطلب ہے کہ اسلامائز کرے گا۔ ہر اگلی نسل میں مسلمانوں کا ڈی اسلامائزیشن ہوتا رہتا ہے۔ ڈی اسلامائزیشن۔</w:t>
      </w:r>
    </w:p>
    <w:p>
      <w:r>
        <w:rPr>
          <w:b/>
        </w:rPr>
        <w:t xml:space="preserve">[15:21] </w:t>
      </w:r>
      <w:r>
        <w:t>to mujaddid kya karta hai? us ko phir se reislamize karta hai.</w:t>
      </w:r>
    </w:p>
    <w:p>
      <w:pPr>
        <w:jc w:val="right"/>
      </w:pPr>
      <w:r>
        <w:t>تو مجدد کیا کرتا ہے؟ اس کو پھر سے ری اسلامائز کرتا ہے۔</w:t>
      </w:r>
    </w:p>
    <w:p>
      <w:r>
        <w:rPr>
          <w:b/>
        </w:rPr>
        <w:t xml:space="preserve">[15:30] </w:t>
      </w:r>
      <w:r>
        <w:t>yani islamization after deislamization. yeh hai tajdeed. kyunke it is but natural ke agli nasal mein log bigar jayenge.</w:t>
      </w:r>
    </w:p>
    <w:p>
      <w:pPr>
        <w:jc w:val="right"/>
      </w:pPr>
      <w:r>
        <w:t>یعنی اسلامائزیشن آفٹر ڈی اسلامائزیشن۔ یہ ہے تجدید۔ کیونکہ اٹ از بٹ نیچرل کہ اگلی نسل میں لوگ بگڑ جائیں گے۔</w:t>
      </w:r>
    </w:p>
    <w:p>
      <w:r>
        <w:rPr>
          <w:b/>
        </w:rPr>
        <w:t xml:space="preserve">[15:40] </w:t>
      </w:r>
      <w:r>
        <w:t>unke aqeeday kamzor ho jayenge. unke akhlaq mein bigar aa jayega.</w:t>
      </w:r>
    </w:p>
    <w:p>
      <w:pPr>
        <w:jc w:val="right"/>
      </w:pPr>
      <w:r>
        <w:t>ان کے عقیدے کمزور ہو جائیں گے۔ ان کے اخلاق میں بگاڑ آ جائے گا۔</w:t>
      </w:r>
    </w:p>
    <w:p>
      <w:r>
        <w:rPr>
          <w:b/>
        </w:rPr>
        <w:t xml:space="preserve">[15:46] </w:t>
      </w:r>
      <w:r>
        <w:t>isi ko mein kehta hoon deislamization. to tajdeed ka matlab kya hai? islamization after deislamization.</w:t>
      </w:r>
    </w:p>
    <w:p>
      <w:pPr>
        <w:jc w:val="right"/>
      </w:pPr>
      <w:r>
        <w:t>اسی کو میں کہتا ہوں ڈی اسلامائزیشن۔ تو تجدید کا مطلب کیا ہے؟ اسلامائزیشن آفٹر ڈی اسلامائزیشن۔</w:t>
      </w:r>
    </w:p>
    <w:p>
      <w:r>
        <w:rPr>
          <w:b/>
        </w:rPr>
        <w:t xml:space="preserve">[15:58] </w:t>
      </w:r>
      <w:r>
        <w:t>degeneration hoga, bigar aayega to isko phir se aap islamize karein. yeh ek ek continued process hai.</w:t>
      </w:r>
    </w:p>
    <w:p>
      <w:pPr>
        <w:jc w:val="right"/>
      </w:pPr>
      <w:r>
        <w:t>ڈی جنریشن ہوگا، بگاڑ آئے گا تو اس کو پھر سے آپ اسلامائز کریں۔ یہ ایک ایک کنٹینیوڈ پروسیس ہے۔</w:t>
      </w:r>
    </w:p>
    <w:p>
      <w:r>
        <w:rPr>
          <w:b/>
        </w:rPr>
        <w:t xml:space="preserve">[16:10] </w:t>
      </w:r>
      <w:r>
        <w:t>lekin is mein mein ek baat yaad karna chahunga ke dekhiye, sirf itna kafi nahi ke koi ek shakhs uth kar bol de, bata de.</w:t>
      </w:r>
    </w:p>
    <w:p>
      <w:pPr>
        <w:jc w:val="right"/>
      </w:pPr>
      <w:r>
        <w:t>لیکن اس میں میں ایک بات یاد کرنا چاہوں گا کہ دیکھیے، صرف اتنا کافی نہیں کہ کوئی ایک شخص اٹھ کر بول دے، بتا دے۔</w:t>
      </w:r>
    </w:p>
    <w:p>
      <w:r>
        <w:rPr>
          <w:b/>
        </w:rPr>
        <w:t xml:space="preserve">[16:20] </w:t>
      </w:r>
      <w:r>
        <w:t>nahi, poora mahol chahiye, poora environment chahiye. kyunke musalmanon mein maujooda zamane mein, pichle do sau saal ke andar, sara mahol bigar gaya.</w:t>
      </w:r>
    </w:p>
    <w:p>
      <w:pPr>
        <w:jc w:val="right"/>
      </w:pPr>
      <w:r>
        <w:t>نہیں، پورا ماحول چاہیے، پورا انوائرمنٹ چاہیے۔ کیونکہ مسلمانوں میں موجودہ زمانے میں، پچھلے دو سو سال کے اندر، سارا ماحول بگڑ گیا۔</w:t>
      </w:r>
    </w:p>
    <w:p>
      <w:r>
        <w:rPr>
          <w:b/>
        </w:rPr>
        <w:t xml:space="preserve">[16:34] </w:t>
      </w:r>
      <w:r>
        <w:t>to log batane wale the lekin kisi ne suna nahi. kyunke mahol nahi. acceptance ka mahol nahi. sunne ka mahol nahi.</w:t>
      </w:r>
    </w:p>
    <w:p>
      <w:pPr>
        <w:jc w:val="right"/>
      </w:pPr>
      <w:r>
        <w:t>تو لوگ بتانے والے تھے لیکن کسی نے سنا نہیں۔ کیونکہ ماحول نہیں۔ ایکسیپٹنس کا ماحول نہیں۔ سننے کا ماحول نہیں۔</w:t>
      </w:r>
    </w:p>
    <w:p>
      <w:r>
        <w:rPr>
          <w:b/>
        </w:rPr>
        <w:t xml:space="preserve">[16:44] </w:t>
      </w:r>
      <w:r>
        <w:t>koi ek aadh aadmi uthta hai, bolta hai, baqi log kehte hain: "nahi bhai, yeh kya hai?" to poore poore samaj mein ek spirit honi chahiye, ek environment hona chahiye, ek mahol hona chahiye.</w:t>
      </w:r>
    </w:p>
    <w:p>
      <w:pPr>
        <w:jc w:val="right"/>
      </w:pPr>
      <w:r>
        <w:t>کوئی ایک آدھ آدمی اٹھتا ہے، بولتا ہے، باقی لوگ کہتے ہیں: "نہیں بھئی، یہ کیا ہے؟" تو پورے پورے سماج میں ایک اسپرٹ ہونی چاہیے، ایک انوائرمنٹ ہونا چاہیے، ایک ماحول ہونا چاہیے۔</w:t>
      </w:r>
    </w:p>
    <w:p>
      <w:r>
        <w:rPr>
          <w:b/>
        </w:rPr>
        <w:t xml:space="preserve">[16:56] </w:t>
      </w:r>
      <w:r>
        <w:t>tab aap ka batana kaam aayega.</w:t>
      </w:r>
    </w:p>
    <w:p>
      <w:pPr>
        <w:jc w:val="right"/>
      </w:pPr>
      <w:r>
        <w:t>تب آپ کا بتانا کام آئے گا۔</w:t>
      </w:r>
    </w:p>
    <w:p>
      <w:r>
        <w:rPr>
          <w:b/>
        </w:rPr>
        <w:t xml:space="preserve">[17:01] </w:t>
      </w:r>
      <w:r>
        <w:t>warna aap criticize karenge, aap batayenge aur koi sune ga nahi. to ek to batane wala chahiye. doosri yeh ke poore community ke andar iska mahol hona chahiye.</w:t>
      </w:r>
    </w:p>
    <w:p>
      <w:pPr>
        <w:jc w:val="right"/>
      </w:pPr>
      <w:r>
        <w:t>ورنہ آپ کریٹیسائز کریں گے، آپ بتائیں گے اور کوئی سنے گا نہیں۔ تو ایک تو بتانے والا چاہیے۔ دوسری یہ کہ پورے کمیونٹی کے اندر اس کا ماحول ہونا چاہیے۔</w:t>
      </w:r>
    </w:p>
    <w:p>
      <w:r>
        <w:rPr>
          <w:b/>
        </w:rPr>
        <w:t xml:space="preserve">[17:18] </w:t>
      </w:r>
      <w:r>
        <w:t>masjido se mahol banaya jaye, madarson se mahol banaya jaye, jamaaton se mahol banaya jaye.</w:t>
      </w:r>
    </w:p>
    <w:p>
      <w:pPr>
        <w:jc w:val="right"/>
      </w:pPr>
      <w:r>
        <w:t>مسجدوں سے ماحول بنایا جائے، مدرسوں سے ماحول بنایا جائے، جماعتوں سے ماحول بنایا جائے۔</w:t>
      </w:r>
    </w:p>
    <w:p>
      <w:r>
        <w:rPr>
          <w:b/>
        </w:rPr>
        <w:t xml:space="preserve">[17:25] </w:t>
      </w:r>
      <w:r>
        <w:t>ke masjido ka aur madarson ka aur jamaaton ka ek function yahi hai ke woh barabar ummat ke andar mahol banaye rahen. taake jab koi batane wala bataye to usko pakad sakein log.</w:t>
      </w:r>
    </w:p>
    <w:p>
      <w:pPr>
        <w:jc w:val="right"/>
      </w:pPr>
      <w:r>
        <w:t>کہ مسجدوں کا اور مدرسوں کا اور جماعتوں کا ایک فنکشن یہی ہے کہ وہ برابر امت کے اندر ماحول بنائے رہیں۔ تاکہ جب کوئی بتانے والا بتائے تو اس کو پکڑ سکیں لوگ۔</w:t>
      </w:r>
    </w:p>
    <w:p>
      <w:r>
        <w:rPr>
          <w:b/>
        </w:rPr>
        <w:t xml:space="preserve">[17:39] </w:t>
      </w:r>
      <w:r>
        <w:t>ab mein aap ko misaal deta hoon.</w:t>
      </w:r>
    </w:p>
    <w:p>
      <w:pPr>
        <w:jc w:val="right"/>
      </w:pPr>
      <w:r>
        <w:t>اب میں آپ کو مثال دیتا ہوں۔</w:t>
      </w:r>
    </w:p>
    <w:p>
      <w:r>
        <w:rPr>
          <w:b/>
        </w:rPr>
        <w:t xml:space="preserve">[17:42] </w:t>
      </w:r>
      <w:r>
        <w:t>dekhiye,</w:t>
      </w:r>
    </w:p>
    <w:p>
      <w:pPr>
        <w:jc w:val="right"/>
      </w:pPr>
      <w:r>
        <w:t>دیکھیے،</w:t>
      </w:r>
    </w:p>
    <w:p>
      <w:r>
        <w:rPr>
          <w:b/>
        </w:rPr>
        <w:t xml:space="preserve">[17:48] </w:t>
      </w:r>
      <w:r>
        <w:t>kuch misalein aap deta hoon aap ko. 1831 mein isi mulk mein kuch logon ne jihad shuru kar diya.</w:t>
      </w:r>
    </w:p>
    <w:p>
      <w:pPr>
        <w:jc w:val="right"/>
      </w:pPr>
      <w:r>
        <w:t>کچھ مثالیں آپ دیتا ہوں آپ کو۔ 1831 میں اسی ملک میں کچھ لوگوں نے جہاد شروع کر دیا۔</w:t>
      </w:r>
    </w:p>
    <w:p>
      <w:r>
        <w:rPr>
          <w:b/>
        </w:rPr>
        <w:t xml:space="preserve">[18:00] </w:t>
      </w:r>
      <w:r>
        <w:t>sikh is zamane mein punjab bada punjab tha, woh aaj ka punjab nahi hai.</w:t>
      </w:r>
    </w:p>
    <w:p>
      <w:pPr>
        <w:jc w:val="right"/>
      </w:pPr>
      <w:r>
        <w:t>سکھ اس زمانے میں پنجاب بڑا پنجاب تھا، وہ آج کا پنجاب نہیں ہے۔</w:t>
      </w:r>
    </w:p>
    <w:p>
      <w:r>
        <w:rPr>
          <w:b/>
        </w:rPr>
        <w:t xml:space="preserve">[18:05] </w:t>
      </w:r>
      <w:r>
        <w:t>is mein ek sikh raja tha, maharajah ranjit singh. uske khilaf jihad kiya kuch ulama ne, jin ko kaha jata hai shaheedain.</w:t>
      </w:r>
    </w:p>
    <w:p>
      <w:pPr>
        <w:jc w:val="right"/>
      </w:pPr>
      <w:r>
        <w:t>اس میں ایک سکھ راجہ تھا، مہاراجہ رنجیت سنگھ۔ اس کے خلاف جہاد کیا کچھ علماء نے، جن کو کہا جاتا ہے شہیدین۔</w:t>
      </w:r>
    </w:p>
    <w:p>
      <w:r>
        <w:rPr>
          <w:b/>
        </w:rPr>
        <w:t xml:space="preserve">[18:19] </w:t>
      </w:r>
      <w:r>
        <w:t>to unhone ek jamaat banai aur dhawa bol diya. balakot mein ja kar lad gaye un se. us waqt unki jamaat mein ek shakhs tha.</w:t>
      </w:r>
    </w:p>
    <w:p>
      <w:pPr>
        <w:jc w:val="right"/>
      </w:pPr>
      <w:r>
        <w:t>تو انہوں نے ایک جماعت بنائی اور دھاوا بول دیا۔ بالاکوٹ میں جا کر لڑ گئے ان سے۔ اس وقت ان کی جماعت میں ایک شخص تھا۔</w:t>
      </w:r>
    </w:p>
    <w:p>
      <w:r>
        <w:rPr>
          <w:b/>
        </w:rPr>
        <w:t xml:space="preserve">[18:33] </w:t>
      </w:r>
      <w:r>
        <w:t>us shakhs ne kaha ke yeh yeh jihad nahi hai. jo imam, jo ameer the iske, unhone kaha ke mujhe mukashafa hua hai, mujhe khwab aaya hai ke mein jihad karoon.</w:t>
      </w:r>
    </w:p>
    <w:p>
      <w:pPr>
        <w:jc w:val="right"/>
      </w:pPr>
      <w:r>
        <w:t>اس شخص نے کہا کہ یہ یہ جہاد نہیں ہے۔ جو امام، جو امیر تھے اس کے، انہوں نے کہا کہ مجھے مکاشفہ ہوا ہے، مجھے خواب آیا ہے کہ میں جہاد کروں۔</w:t>
      </w:r>
    </w:p>
    <w:p>
      <w:r>
        <w:rPr>
          <w:b/>
        </w:rPr>
        <w:t xml:space="preserve">[18:45] </w:t>
      </w:r>
      <w:r>
        <w:t>usne kaha ke yeh jihad khwab par, mukashfe par nahi hota. iska naam tha maulana mir mehboob ali.</w:t>
      </w:r>
    </w:p>
    <w:p>
      <w:pPr>
        <w:jc w:val="right"/>
      </w:pPr>
      <w:r>
        <w:t>اس نے کہا کہ یہ جہاد خواب پر، مکاشفے پر نہیں ہوتا۔ اس کا نام تھا مولانا میر محبوب علی۔</w:t>
      </w:r>
    </w:p>
    <w:p>
      <w:r>
        <w:rPr>
          <w:b/>
        </w:rPr>
        <w:t xml:space="preserve">[18:55] </w:t>
      </w:r>
      <w:r>
        <w:t>us aadmi ka, inhi ki jamaat mein tha woh, aalim tha woh. mir mehboob ali.</w:t>
      </w:r>
    </w:p>
    <w:p>
      <w:pPr>
        <w:jc w:val="right"/>
      </w:pPr>
      <w:r>
        <w:t>اس آدمی کا، انہی کی جماعت میں تھا وہ، عالم تھا وہ۔ میر محبوب علی۔</w:t>
      </w:r>
    </w:p>
    <w:p>
      <w:r>
        <w:rPr>
          <w:b/>
        </w:rPr>
        <w:t xml:space="preserve">[19:02] </w:t>
      </w:r>
      <w:r>
        <w:t>usne kaha ke yeh ke jihad jo hai amruhum shura bayanhum, yani sab se. sab baithein, aap apni rai dein, doosra aap ki rai dein.</w:t>
      </w:r>
    </w:p>
    <w:p>
      <w:pPr>
        <w:jc w:val="right"/>
      </w:pPr>
      <w:r>
        <w:t>اس نے کہا کہ یہ کہ جہاد جو ہے امرہم شوریٰ بینہم، یعنی سب سے۔ سب بیٹھیں، آپ اپنی رائے دیں، دوسرا آپ کی رائے دیں۔</w:t>
      </w:r>
    </w:p>
    <w:p>
      <w:r>
        <w:rPr>
          <w:b/>
        </w:rPr>
        <w:t xml:space="preserve">[19:13] </w:t>
      </w:r>
      <w:r>
        <w:t>criticize karne ka mahol ho. aur phir sab mil kar ke faisla karein, tab jihad hota hai. aise nahi ke aap ne khwab dekh liya to phir chale jana hai jihad karne ke liye.</w:t>
      </w:r>
    </w:p>
    <w:p>
      <w:pPr>
        <w:jc w:val="right"/>
      </w:pPr>
      <w:r>
        <w:t>کریٹیسائز کرنے کا ماحول ہو۔ اور پھر سب مل کر کے فیصلہ کریں، تب جہاد ہوتا ہے۔ ایسے نہیں کہ آپ نے خواب دیکھ لیا تو پھر چلے جانا ہے جہاد کرنے کے لیے۔</w:t>
      </w:r>
    </w:p>
    <w:p>
      <w:r>
        <w:rPr>
          <w:b/>
        </w:rPr>
        <w:t xml:space="preserve">[19:25] </w:t>
      </w:r>
      <w:r>
        <w:t>lekin uski baat nahi suni gayi. yahan tak ke woh aadmi chhod kar chala gaya wahan se</w:t>
      </w:r>
    </w:p>
    <w:p>
      <w:pPr>
        <w:jc w:val="right"/>
      </w:pPr>
      <w:r>
        <w:t>لیکن اس کی بات نہیں سنی گئی۔ یہاں تک کہ وہ آدمی چھوڑ کر چلا گیا وہاں سے</w:t>
      </w:r>
    </w:p>
    <w:p>
      <w:r>
        <w:rPr>
          <w:b/>
        </w:rPr>
        <w:t xml:space="preserve">[19:30] </w:t>
      </w:r>
      <w:r>
        <w:t>. to kaha mahol nahi tha.</w:t>
      </w:r>
    </w:p>
    <w:p>
      <w:pPr>
        <w:jc w:val="right"/>
      </w:pPr>
      <w:r>
        <w:t>۔ تو کہا ماحول نہیں تھا۔</w:t>
      </w:r>
    </w:p>
    <w:p>
      <w:r>
        <w:rPr>
          <w:b/>
        </w:rPr>
        <w:t xml:space="preserve">[19:35] </w:t>
      </w:r>
      <w:r>
        <w:t>jin ko aap shaheedain kehte hain, un ke haan mahaul hi nahi tha ke kritiesize kiya jaye, baat ko suna jaye, discussion kiya jaye, mashwara kiya jaye.</w:t>
      </w:r>
    </w:p>
    <w:p>
      <w:pPr>
        <w:jc w:val="right"/>
      </w:pPr>
      <w:r>
        <w:t>جن کو آپ شہیدین کہتے ہیں، ان کے ہاں ماحول ہی نہیں تھا کہ کریٹیسائز کیا جائے، بات کو سنا جائے، ڈسکشن کیا جائے، مشورہ کیا جائے۔</w:t>
      </w:r>
    </w:p>
    <w:p>
      <w:r>
        <w:rPr>
          <w:b/>
        </w:rPr>
        <w:t xml:space="preserve">[19:44] </w:t>
      </w:r>
      <w:r>
        <w:t>bas khwab dekh liya to bas dhawa bol diya. yeh yeh bhi is is yeh bhi tha de-islamization.</w:t>
      </w:r>
    </w:p>
    <w:p>
      <w:pPr>
        <w:jc w:val="right"/>
      </w:pPr>
      <w:r>
        <w:t>بس خواب دیکھ لیا تو بس دھاوا بول دیا۔ یہ یہ بھی اس اس یہ بھی تھا ڈی اسلامائزیشن۔</w:t>
      </w:r>
    </w:p>
    <w:p>
      <w:r>
        <w:rPr>
          <w:b/>
        </w:rPr>
        <w:t xml:space="preserve">[19:54] </w:t>
      </w:r>
      <w:r>
        <w:t>jab quran mein saaf saaf hai ke amruhum shura baynahum, to aap kya right hain ke aap khwab par aik aik par aik aik action lene lage? amruhum shura baynahum mein ke jo mamlaat hote hain, un mamlaat ko aapas mein discussion kiya jata hai,</w:t>
      </w:r>
    </w:p>
    <w:p>
      <w:pPr>
        <w:jc w:val="right"/>
      </w:pPr>
      <w:r>
        <w:t>جب قرآن میں صاف صاف ہے کہ امرہم شوریٰ بینہم، تو آپ کیا رائٹ ہیں کہ آپ خواب پر ایک ایک پر ایک ایکشن لینے لگے؟ امرہم شوریٰ بینہم میں کہ جو معاملات ہوتے ہیں، ان معاملات کو آپس میں ڈسکشن کیا جاتا ہے،</w:t>
      </w:r>
    </w:p>
    <w:p>
      <w:r>
        <w:rPr>
          <w:b/>
        </w:rPr>
        <w:t xml:space="preserve">[20:10] </w:t>
      </w:r>
      <w:r>
        <w:t>tab faisla kiya jata hai. rasool Allah hamesha mashwara karte thay. koi baat pesh aati to aap kehte thay: "ashiru alayya ayha al-nas". aey logon!</w:t>
      </w:r>
    </w:p>
    <w:p>
      <w:pPr>
        <w:jc w:val="right"/>
      </w:pPr>
      <w:r>
        <w:t>تب فیصلہ کیا جاتا ہے۔ رسول اللہ ہمیشہ مشورہ کرتے تھے۔ کوئی بات پیش آتی تو آپ کہتے تھے: "اشیرو علی ایہا الناس"۔ اے لوگوں!</w:t>
      </w:r>
    </w:p>
    <w:p>
      <w:r>
        <w:rPr>
          <w:b/>
        </w:rPr>
        <w:t xml:space="preserve">[20:21] </w:t>
      </w:r>
      <w:r>
        <w:t>mujhe mashwara do.</w:t>
      </w:r>
    </w:p>
    <w:p>
      <w:pPr>
        <w:jc w:val="right"/>
      </w:pPr>
      <w:r>
        <w:t>مجھے مشورہ دو۔</w:t>
      </w:r>
    </w:p>
    <w:p>
      <w:r>
        <w:rPr>
          <w:b/>
        </w:rPr>
        <w:t xml:space="preserve">[20:24] </w:t>
      </w:r>
      <w:r>
        <w:t>hazrat abubakar bhi yahi karte thay: "ashiru alayya ayha al-nas". "ashiru alayya ayha al-nas". yaani quran mein yeh hukum hai, rasool Allah ki yeh sunnat hai, aur aap jo hai khwab khwab ko le kar ke qdam kar rahe hain kisi ke khilaf, ladai bhadai kar rahe hain.</w:t>
      </w:r>
    </w:p>
    <w:p>
      <w:pPr>
        <w:jc w:val="right"/>
      </w:pPr>
      <w:r>
        <w:t>حضرت ابوبکر بھی یہی کرتے تھے: "اشیرو علی ایہا الناس"۔ "اشیرو علی ایہا الناس"۔ یعنی قرآن میں یہ حکم ہے، رسول اللہ کی یہ سنت ہے، اور آپ جو ہے خواب خواب کو لے کر کے اقدام کر رہے ہیں کسی کے خلاف، لڑائی بھڑائی کر رہے ہیں۔</w:t>
      </w:r>
    </w:p>
    <w:p>
      <w:r>
        <w:rPr>
          <w:b/>
        </w:rPr>
        <w:t xml:space="preserve">[20:42] </w:t>
      </w:r>
      <w:r>
        <w:t>to yeh kehta hai islam se deviation tha yeh.</w:t>
      </w:r>
    </w:p>
    <w:p>
      <w:pPr>
        <w:jc w:val="right"/>
      </w:pPr>
      <w:r>
        <w:t>تو یہ کہتا ہے اسلام سے ڈیوی ایشن تھا یہ۔</w:t>
      </w:r>
    </w:p>
    <w:p>
      <w:r>
        <w:rPr>
          <w:b/>
        </w:rPr>
        <w:t xml:space="preserve">[20:48] </w:t>
      </w:r>
      <w:r>
        <w:t>chunki ab ma</w:t>
      </w:r>
    </w:p>
    <w:p>
      <w:pPr>
        <w:jc w:val="right"/>
      </w:pPr>
      <w:r>
        <w:t>چونکہ اب ما</w:t>
      </w:r>
    </w:p>
    <w:p>
      <w:r>
        <w:rPr>
          <w:b/>
        </w:rPr>
        <w:t xml:space="preserve">[20:49] </w:t>
      </w:r>
      <w:r>
        <w:t>haul nahi tha, mein jo baat zor dena chahta hoon yeh hai ke aik fard agar sahi ho to us se society ki islaah nahi hoti. woh fard jaane ka bataye ga, lekin acceptance to ho.</w:t>
      </w:r>
    </w:p>
    <w:p>
      <w:pPr>
        <w:jc w:val="right"/>
      </w:pPr>
      <w:r>
        <w:t>حول نہیں تھا، میں جو بات زور دینا چاہتا ہوں یہ ہے کہ ایک فرد اگر صحیح ہو تو اس سے سوسائٹی کی اصلاح نہیں ہوتی۔ وہ فرد جانے کا بتائے گا، لیکن ایکسیپٹنس تو ہو۔</w:t>
      </w:r>
    </w:p>
    <w:p>
      <w:r>
        <w:rPr>
          <w:b/>
        </w:rPr>
        <w:t xml:space="preserve">[21:04] </w:t>
      </w:r>
      <w:r>
        <w:t>acceptance ka mahaul to ho. to woh aadmi aalim tha, us ne jana ke yeh jihad ka tareeqa yeh nahi hua karta.</w:t>
      </w:r>
    </w:p>
    <w:p>
      <w:pPr>
        <w:jc w:val="right"/>
      </w:pPr>
      <w:r>
        <w:t>ایکسیپٹنس کا ماحول تو ہو۔ تو وہ آدمی عالم تھا، اس نے جانا کہ یہ جہاد کا طریقہ یہ نہیں ہوا کرتا۔</w:t>
      </w:r>
    </w:p>
    <w:p>
      <w:r>
        <w:rPr>
          <w:b/>
        </w:rPr>
        <w:t xml:space="preserve">[21:14] </w:t>
      </w:r>
      <w:r>
        <w:t>jihad ke liye consultation hai, mashwara hai, discussion hai.</w:t>
      </w:r>
    </w:p>
    <w:p>
      <w:pPr>
        <w:jc w:val="right"/>
      </w:pPr>
      <w:r>
        <w:t>جہاد کے لیے کنسلٹیشن ہے، مشورہ ہے، ڈسکشن ہے۔</w:t>
      </w:r>
    </w:p>
    <w:p>
      <w:r>
        <w:rPr>
          <w:b/>
        </w:rPr>
        <w:t xml:space="preserve">[21:20] </w:t>
      </w:r>
      <w:r>
        <w:t>phir jo rai bane sab ke mashware se, tab qdam karna hai, tab action lena hai. to woh janta tha is baat ko, lekin chunki mahaul tha nahi acceptance ka,</w:t>
      </w:r>
    </w:p>
    <w:p>
      <w:pPr>
        <w:jc w:val="right"/>
      </w:pPr>
      <w:r>
        <w:t>پھر جو رائے بنے سب کے مشورے سے، تب اقدام کرنا ہے، تب ایکشن لینا ہے۔ تو وہ جانتا تھا اس بات کو، لیکن چونکہ ماحول تھا نہیں ایکسیپٹنس کا،</w:t>
      </w:r>
    </w:p>
    <w:p>
      <w:r>
        <w:rPr>
          <w:b/>
        </w:rPr>
        <w:t xml:space="preserve">[21:33] </w:t>
      </w:r>
      <w:r>
        <w:t>us ne bataya, woh baat nahi chali, aur sab log ja kar balakot mein wahi khatam ho gaye.</w:t>
      </w:r>
    </w:p>
    <w:p>
      <w:pPr>
        <w:jc w:val="right"/>
      </w:pPr>
      <w:r>
        <w:t>اس نے بتایا، وہ بات نہیں چلی، اور سب لوگ جا کر بالاکوٹ میں وہی ختم ہو گئے۔</w:t>
      </w:r>
    </w:p>
    <w:p>
      <w:r>
        <w:rPr>
          <w:b/>
        </w:rPr>
        <w:t xml:space="preserve">[21:41] </w:t>
      </w:r>
      <w:r>
        <w:t>aise hi dekhiye, misaal hai</w:t>
      </w:r>
    </w:p>
    <w:p>
      <w:pPr>
        <w:jc w:val="right"/>
      </w:pPr>
      <w:r>
        <w:t>ایسے ہی دیکھیے، مثال ہے</w:t>
      </w:r>
    </w:p>
    <w:p>
      <w:r>
        <w:rPr>
          <w:b/>
        </w:rPr>
        <w:t xml:space="preserve">[21:46] </w:t>
      </w:r>
      <w:r>
        <w:t>yeh 1857 mein jo baghavat hui thi 1857 mein, jis ko angrezon ne mutiny kaha tha, aur doosre log is ko jang e aazadi kehte hain.</w:t>
      </w:r>
    </w:p>
    <w:p>
      <w:pPr>
        <w:jc w:val="right"/>
      </w:pPr>
      <w:r>
        <w:t>یہ 1857 میں جو بغاوت ہوئی تھی 1857 میں، جس کو انگریزوں نے میٹونی کہا تھا، اور دوسرے لوگ اس کو جنگ آزادی کہتے ہیں۔</w:t>
      </w:r>
    </w:p>
    <w:p>
      <w:r>
        <w:rPr>
          <w:b/>
        </w:rPr>
        <w:t xml:space="preserve">[21:58] </w:t>
      </w:r>
      <w:r>
        <w:t>ulama ne is mein jhanda uthaya, yaani ulama is mein aage aage thay, angrezon ke khilaf jihad.</w:t>
      </w:r>
    </w:p>
    <w:p>
      <w:pPr>
        <w:jc w:val="right"/>
      </w:pPr>
      <w:r>
        <w:t>علماء نے اس میں جھنڈا اٹھایا، یعنی علماء اس میں آگے آگے تھے، انگریزوں کے خلاف جہاد۔</w:t>
      </w:r>
    </w:p>
    <w:p>
      <w:r>
        <w:rPr>
          <w:b/>
        </w:rPr>
        <w:t xml:space="preserve">[22:09] </w:t>
      </w:r>
      <w:r>
        <w:t>to deoband mein jab mashwara hua to wahan aik aalim thay, sheikh muhammad, baray aalim thay woh. unhon ne kaha ke haram hai yeh.</w:t>
      </w:r>
    </w:p>
    <w:p>
      <w:pPr>
        <w:jc w:val="right"/>
      </w:pPr>
      <w:r>
        <w:t>تو دیوبند میں جب مشورہ ہوا تو وہاں ایک عالم تھے، شیخ محمد، بڑے عالم تھے وہ۔ انہوں نے کہا کہ حرام ہے یہ۔</w:t>
      </w:r>
    </w:p>
    <w:p>
      <w:r>
        <w:rPr>
          <w:b/>
        </w:rPr>
        <w:t xml:space="preserve">[22:18] </w:t>
      </w:r>
      <w:r>
        <w:t>aap ghor kijiye ke jis cheez ko doosre ulama jihad keh rahe thay, us ko sheikh muhammad haram bata rahe thay. woh senior aalim thay wahan ke,</w:t>
      </w:r>
    </w:p>
    <w:p>
      <w:pPr>
        <w:jc w:val="right"/>
      </w:pPr>
      <w:r>
        <w:t>آپ غور کیجئے کہ جس چیز کو دوسرے علماء جہاد کہہ رہے تھے، اس کو شیخ محمد حرام بتا رہے تھے۔ وہ سینئر عالم تھے وہاں کے،</w:t>
      </w:r>
    </w:p>
    <w:p>
      <w:r>
        <w:rPr>
          <w:b/>
        </w:rPr>
        <w:t xml:space="preserve">[22:29] </w:t>
      </w:r>
      <w:r>
        <w:t>lekin un ki nahi chali. kyun? mahaul nahi tha.</w:t>
      </w:r>
    </w:p>
    <w:p>
      <w:pPr>
        <w:jc w:val="right"/>
      </w:pPr>
      <w:r>
        <w:t>لیکن ان کی نہیں چلی۔ کیوں؟ ماحول نہیں تھا۔</w:t>
      </w:r>
    </w:p>
    <w:p>
      <w:r>
        <w:rPr>
          <w:b/>
        </w:rPr>
        <w:t xml:space="preserve">[22:37] </w:t>
      </w:r>
      <w:r>
        <w:t>madarson ke zariye mahaul nahi banaya gaya, masjidon ke zariye mahaul nahi banaya gaya, jamaaton ke zariye mahaul nahi banaya gaya ke tanqeed ko suno, discussion karo, doosre ki rai jano, phir faisla karo.</w:t>
      </w:r>
    </w:p>
    <w:p>
      <w:pPr>
        <w:jc w:val="right"/>
      </w:pPr>
      <w:r>
        <w:t>مدرسوں کے ذریعے ماحول نہیں بنایا گیا، مسجدوں کے ذریعے ماحول نہیں بنایا گیا، جماعتوں کے ذریعے ماحول نہیں بنایا گیا کہ تنقید کو سنو، ڈسکشن کرو، دوسرے کی رائے جانو، پھر فیصلہ کرو۔</w:t>
      </w:r>
    </w:p>
    <w:p>
      <w:r>
        <w:rPr>
          <w:b/>
        </w:rPr>
        <w:t xml:space="preserve">[22:52] </w:t>
      </w:r>
      <w:r>
        <w:t>to mahaul tha buzurg parasti ka. to unhon ne kaha, sheikh muhammad ne baqayda ke yeh to haram feal kar rahe hain aap, yeh jihad nahi hai.</w:t>
      </w:r>
    </w:p>
    <w:p>
      <w:pPr>
        <w:jc w:val="right"/>
      </w:pPr>
      <w:r>
        <w:t>تو ماحول تھا بزرگ پرستی کا۔ تو انہوں نے کہا، شیخ محمد نے باقاعدہ کہ یہ تو حرام فعل کر رہے ہیں آپ، یہ جہاد نہیں ہے۔</w:t>
      </w:r>
    </w:p>
    <w:p>
      <w:r>
        <w:rPr>
          <w:b/>
        </w:rPr>
        <w:t xml:space="preserve">[23:06] </w:t>
      </w:r>
      <w:r>
        <w:t>lekin un ki baat nahi chali, aur logon ne jihad kiya, aur sab ja kar mar gaye.</w:t>
      </w:r>
    </w:p>
    <w:p>
      <w:pPr>
        <w:jc w:val="right"/>
      </w:pPr>
      <w:r>
        <w:t>لیکن ان کی بات نہیں چلی، اور لوگوں نے جہاد کیا، اور سب جا کر مر گئے۔</w:t>
      </w:r>
    </w:p>
    <w:p>
      <w:r>
        <w:rPr>
          <w:b/>
        </w:rPr>
        <w:t xml:space="preserve">[23:13] </w:t>
      </w:r>
      <w:r>
        <w:t>aap ghor kijiye, kaisi ajeeb baat hai yeh. yaani pani pat ke maidan mein ja kar sab log khatam ho gaye. to mein jis cheez par zor dena chahta hoon woh yeh hai ke aik shakhs hamesha sahi rehta hai.</w:t>
      </w:r>
    </w:p>
    <w:p>
      <w:pPr>
        <w:jc w:val="right"/>
      </w:pPr>
      <w:r>
        <w:t>آپ غور کیجئے، کیسی عجیب بات ہے یہ۔ یعنی پانی پت کے میدان میں جا کر سب لوگ ختم ہو گئے۔ تو میں جس چیز پر زور دینا چاہتا ہوں وہ یہ ہے کہ ایک شخص ہمیشہ صحیح رہتا ہے۔</w:t>
      </w:r>
    </w:p>
    <w:p>
      <w:r>
        <w:rPr>
          <w:b/>
        </w:rPr>
        <w:t xml:space="preserve">[23:26] </w:t>
      </w:r>
      <w:r>
        <w:t>kabhi aisa nahi hota ke aik shakhs bhi na ho aisa jo baat ko jaane. lekin aik shakhs agar hai to baat chalti hai nahi us ki.</w:t>
      </w:r>
    </w:p>
    <w:p>
      <w:pPr>
        <w:jc w:val="right"/>
      </w:pPr>
      <w:r>
        <w:t>کبھی ایسا نہیں ہوتا کہ ایک شخص بھی نہ ہو ایسا جو بات کو جانے۔ لیکن ایک شخص اگر ہے تو بات چلتی ہے نہیں اس کی۔</w:t>
      </w:r>
    </w:p>
    <w:p>
      <w:r>
        <w:rPr>
          <w:b/>
        </w:rPr>
        <w:t xml:space="preserve">[23:36] </w:t>
      </w:r>
      <w:r>
        <w:t>agar aap chahte hain ke ummat sahi rastay par rahe, na bigaad is ka, na paida ho, to aap ko aik mahaul banana paray ga.</w:t>
      </w:r>
    </w:p>
    <w:p>
      <w:pPr>
        <w:jc w:val="right"/>
      </w:pPr>
      <w:r>
        <w:t>اگر آپ چاہتے ہیں کہ امت صحیح راستے پر رہے، نہ بگاڑ اس کا، نہ پیدا ہو، تو آپ کو ایک ماحول بنانا پڑے گا۔</w:t>
      </w:r>
    </w:p>
    <w:p>
      <w:r>
        <w:rPr>
          <w:b/>
        </w:rPr>
        <w:t xml:space="preserve">[23:47] </w:t>
      </w:r>
      <w:r>
        <w:t>masjid ka yeh rol hai, madrasay ka yeh rol hai, jamaaton ka yeh rol hai ke woh ek mahaul banate rahen. mahaul kis baat ka? logon ke andar yeh bataen, ispritt ke bhai tumhare khilaaf koi baat ho, suno us ko, kirschan ko bura na mano.</w:t>
      </w:r>
    </w:p>
    <w:p>
      <w:pPr>
        <w:jc w:val="right"/>
      </w:pPr>
      <w:r>
        <w:t>مسجد کا یہ رول ہے، مدرسے کا یہ رول ہے، جماعتوں کا یہ رول ہے کہ وہ ایک ماحول بناتے رہیں۔ ماحول کس بات کا؟ لوگوں کے اندر یہ بتائیں، اسپرٹ کہ بھئی تمہارے خلاف کوئی بات ہو، سنو اس کو، کرسچن کو برا نہ مانو۔</w:t>
      </w:r>
    </w:p>
    <w:p>
      <w:r>
        <w:rPr>
          <w:b/>
        </w:rPr>
        <w:t xml:space="preserve">[24:01] </w:t>
      </w:r>
      <w:r>
        <w:t>jab koi kirschan karta hai to bura na mano us ko. kirschan to nahin, yeh ahl-ul-munkir hai. kirschan wohi cheez hai jis ko quran mein nahin, ahl-ul-munkir kaha gaya hai.</w:t>
      </w:r>
    </w:p>
    <w:p>
      <w:pPr>
        <w:jc w:val="right"/>
      </w:pPr>
      <w:r>
        <w:t>جب کوئی کرسچن کرتا ہے تو برا نہ مانو اس کو۔ کرسچن تو نہیں، یہ اہل المنکر ہے۔ کرسچن وہی چیز ہے جس کو قرآن میں نہیں، اہل المنکر کہا گیا ہے۔</w:t>
      </w:r>
    </w:p>
    <w:p>
      <w:r>
        <w:rPr>
          <w:b/>
        </w:rPr>
        <w:t xml:space="preserve">[24:14] </w:t>
      </w:r>
      <w:r>
        <w:t>jis cheez ko quran majeed mein, hadith mein munkir se rokna, nahin, ahl-ul-munkir kaha gaya hai, wohi to hai kirschan.</w:t>
      </w:r>
    </w:p>
    <w:p>
      <w:pPr>
        <w:jc w:val="right"/>
      </w:pPr>
      <w:r>
        <w:t>جس چیز کو قرآن مجید میں، حدیث میں منکر سے روکنا، نہیں، اہل المنکر کہا گیا ہے، وہی تو ہے کرسچن۔</w:t>
      </w:r>
    </w:p>
    <w:p>
      <w:r>
        <w:rPr>
          <w:b/>
        </w:rPr>
        <w:t xml:space="preserve">[24:24] </w:t>
      </w:r>
      <w:r>
        <w:t>aur kya hai kirschan?</w:t>
      </w:r>
    </w:p>
    <w:p>
      <w:pPr>
        <w:jc w:val="right"/>
      </w:pPr>
      <w:r>
        <w:t>اور کیا ہے کرسچن؟</w:t>
      </w:r>
    </w:p>
    <w:p>
      <w:r>
        <w:rPr>
          <w:b/>
        </w:rPr>
        <w:t xml:space="preserve">[24:28] </w:t>
      </w:r>
      <w:r>
        <w:t>to masjidon mein bataya jata, madrason mein bataya jata, jamaaton mein bataya jata, jalson mein bataya jata. to ek mahaul banta.</w:t>
      </w:r>
    </w:p>
    <w:p>
      <w:pPr>
        <w:jc w:val="right"/>
      </w:pPr>
      <w:r>
        <w:t>تو مسجدوں میں بتایا جاتا، مدرسوں میں بتایا جاتا، جماعتوں میں بتایا جاتا، جلسوں میں بتایا جاتا۔ تو ایک ماحول بنتا۔</w:t>
      </w:r>
    </w:p>
    <w:p>
      <w:r>
        <w:rPr>
          <w:b/>
        </w:rPr>
        <w:t xml:space="preserve">[24:39] </w:t>
      </w:r>
      <w:r>
        <w:t>mahaul tha nahin. to 1857 mein ulama ne jo faisla kiya tha, agarche ek shakhs, ek ek senior alam, sheikh muhammad, us ke khilaaf khade hue ke yeh to tum galat kaam kar rahe ho.</w:t>
      </w:r>
    </w:p>
    <w:p>
      <w:pPr>
        <w:jc w:val="right"/>
      </w:pPr>
      <w:r>
        <w:t>ماحول تھا نہیں۔ تو 1857 میں علماء نے جو فیصلہ کیا تھا، اگرچہ ایک شخص، ایک ایک سینئر عالم، شیخ محمد، اس کے خلاف کھڑے ہوئے کہ یہ تو تم غلط کام کر رہے ہو۔</w:t>
      </w:r>
    </w:p>
    <w:p>
      <w:r>
        <w:rPr>
          <w:b/>
        </w:rPr>
        <w:t xml:space="preserve">[24:52] </w:t>
      </w:r>
      <w:r>
        <w:t>lekin mahaul chuki bana nahin hua tha, to un ki chali nahin.</w:t>
      </w:r>
    </w:p>
    <w:p>
      <w:pPr>
        <w:jc w:val="right"/>
      </w:pPr>
      <w:r>
        <w:t>لیکن ماحول چونکہ بنا نہیں ہوا تھا، تو ان کی چلی نہیں۔</w:t>
      </w:r>
    </w:p>
    <w:p>
      <w:r>
        <w:rPr>
          <w:b/>
        </w:rPr>
        <w:t xml:space="preserve">[24:56] </w:t>
      </w:r>
      <w:r>
        <w:t>unhon ne jihad kar dala, aur kaha yahan tak sawa lakh ulama jo hain, angrezon ki goli ka shikar ho gae.</w:t>
      </w:r>
    </w:p>
    <w:p>
      <w:pPr>
        <w:jc w:val="right"/>
      </w:pPr>
      <w:r>
        <w:t>انہوں نے جہاد کر ڈالا، اور کہا یہاں تک سوا لاکھ علماء جو ہیں، انگریزوں کی گولی کا شکار ہو گئے۔</w:t>
      </w:r>
    </w:p>
    <w:p>
      <w:r>
        <w:rPr>
          <w:b/>
        </w:rPr>
        <w:t xml:space="preserve">[25:06] </w:t>
      </w:r>
      <w:r>
        <w:t>phir mein misaal deta hoon aap ko falasteen ki. falasteen mein 1948 mein se shuru hota hai qissa.</w:t>
      </w:r>
    </w:p>
    <w:p>
      <w:pPr>
        <w:jc w:val="right"/>
      </w:pPr>
      <w:r>
        <w:t>پھر میں مثال دیتا ہوں آپ کو فلسطین کی۔ فلسطین میں 1948 میں سے شروع ہوتا ہے قصہ۔</w:t>
      </w:r>
    </w:p>
    <w:p>
      <w:r>
        <w:rPr>
          <w:b/>
        </w:rPr>
        <w:t xml:space="preserve">[25:18] </w:t>
      </w:r>
      <w:r>
        <w:t>1948, 1948.</w:t>
      </w:r>
    </w:p>
    <w:p>
      <w:pPr>
        <w:jc w:val="right"/>
      </w:pPr>
      <w:r>
        <w:t>1948، 1948۔</w:t>
      </w:r>
    </w:p>
    <w:p>
      <w:r>
        <w:rPr>
          <w:b/>
        </w:rPr>
        <w:t xml:space="preserve">[25:21] </w:t>
      </w:r>
      <w:r>
        <w:t>yani bal four verdict jo tha, us ke tehat partition hua falasteen ka. yani roughly aadha arabon ko, aadha yahudiyon ko diya gaya.</w:t>
      </w:r>
    </w:p>
    <w:p>
      <w:pPr>
        <w:jc w:val="right"/>
      </w:pPr>
      <w:r>
        <w:t>یعنی بال فور ورڈکٹ جو تھا، اس کے تحت پارٹیشن ہوا فلسطین کا۔ یعنی رفلی آدھا عربوں کو، آدھا یہودیوں کو دیا گیا۔</w:t>
      </w:r>
    </w:p>
    <w:p>
      <w:r>
        <w:rPr>
          <w:b/>
        </w:rPr>
        <w:t xml:space="preserve">[25:33] </w:t>
      </w:r>
      <w:r>
        <w:t>wahan bhi khade ho gae ladne ke liye. jo arab leader the, sunar ko phir bahar, hum tum ko zinda nahin rehne den ge, maar dalen ge, khatm kar den ge yahudiyon ko.</w:t>
      </w:r>
    </w:p>
    <w:p>
      <w:pPr>
        <w:jc w:val="right"/>
      </w:pPr>
      <w:r>
        <w:t>وہاں بھی کھڑے ہو گئے لڑنے کے لیے۔ جو عرب لیڈر تھے، سنار کو پھر باہر، ہم تم کو زندہ نہیں رہنے دیں گے، مار ڈالیں گے، ختم کر دیں گے یہودیوں کو۔</w:t>
      </w:r>
    </w:p>
    <w:p>
      <w:r>
        <w:rPr>
          <w:b/>
        </w:rPr>
        <w:t xml:space="preserve">[25:45] </w:t>
      </w:r>
      <w:r>
        <w:t>antu abna al-qurayza.</w:t>
      </w:r>
    </w:p>
    <w:p>
      <w:pPr>
        <w:jc w:val="right"/>
      </w:pPr>
      <w:r>
        <w:t>انتو ابنا القریضہ۔</w:t>
      </w:r>
    </w:p>
    <w:p>
      <w:r>
        <w:rPr>
          <w:b/>
        </w:rPr>
        <w:t xml:space="preserve">[25:51] </w:t>
      </w:r>
      <w:r>
        <w:t>us waqt bhi ek shakhs khada hua ke aap galat kaam kar rahe hain. aap accept kar lijie is faisle ko. to us ko kaha gaya ke yahudiyon ke agent hain yeh.</w:t>
      </w:r>
    </w:p>
    <w:p>
      <w:pPr>
        <w:jc w:val="right"/>
      </w:pPr>
      <w:r>
        <w:t>اس وقت بھی ایک شخص کھڑا ہوا کہ آپ غلط کام کر رہے ہیں۔ آپ ایکسیپٹ کر لیجئے اس فیصلے کو۔ تو اس کو کہا گیا کہ یہودیوں کے ایجنٹ ہیں یہ۔</w:t>
      </w:r>
    </w:p>
    <w:p>
      <w:r>
        <w:rPr>
          <w:b/>
        </w:rPr>
        <w:t xml:space="preserve">[26:04] </w:t>
      </w:r>
      <w:r>
        <w:t>yahudiyon ke agent hain yeh. is ne bohat hi dard gandi ke sath ek shair kaha tha: "sajalam qawmi inni la yaghshuhum".</w:t>
      </w:r>
    </w:p>
    <w:p>
      <w:pPr>
        <w:jc w:val="right"/>
      </w:pPr>
      <w:r>
        <w:t>یہودیوں کے ایجنٹ ہیں یہ۔ اس نے بہت ہی درد گندی کے ساتھ ایک شعر کہا تھا: "سجالم قومی اننی لا یغشہم"۔</w:t>
      </w:r>
    </w:p>
    <w:p>
      <w:r>
        <w:rPr>
          <w:b/>
        </w:rPr>
        <w:t xml:space="preserve">[26:17] </w:t>
      </w:r>
      <w:r>
        <w:t>"sajalam qawmi inni la aghshuhum". "wama mastala al-laylu fasab waasilo".</w:t>
      </w:r>
    </w:p>
    <w:p>
      <w:pPr>
        <w:jc w:val="right"/>
      </w:pPr>
      <w:r>
        <w:t>"سجالم قومی اننی لا اغشہم"۔ "ومہما استطال الليل فصب واصلو"۔</w:t>
      </w:r>
    </w:p>
    <w:p>
      <w:r>
        <w:rPr>
          <w:b/>
        </w:rPr>
        <w:t xml:space="preserve">[26:28] </w:t>
      </w:r>
      <w:r>
        <w:t>is ka matlab yeh hai ke meri qaum, yani arab log, jaan len ge aaenda ke maine in ko dhoka nahin diya hai.</w:t>
      </w:r>
    </w:p>
    <w:p>
      <w:pPr>
        <w:jc w:val="right"/>
      </w:pPr>
      <w:r>
        <w:t>اس کا مطلب یہ ہے کہ میری قوم، یعنی عرب لوگ، جان لیں گے آئندہ کہ میں نے ان کو دھوکہ نہیں دیا ہے۔</w:t>
      </w:r>
    </w:p>
    <w:p>
      <w:r>
        <w:rPr>
          <w:b/>
        </w:rPr>
        <w:t xml:space="preserve">[26:37] </w:t>
      </w:r>
      <w:r>
        <w:t>main yahudiyon ke agent nahin bana hoon. maine khair khwahi ki baat kahi hai. "wama mastala al-laylu fasab waasilo".</w:t>
      </w:r>
    </w:p>
    <w:p>
      <w:pPr>
        <w:jc w:val="right"/>
      </w:pPr>
      <w:r>
        <w:t>میں یہودیوں کے ایجنٹ نہیں بنا ہوں۔ میں نے خیر خواہی کی بات کہی ہے۔ "ومہما استطال اللیل فصب واصلو"۔</w:t>
      </w:r>
    </w:p>
    <w:p>
      <w:r>
        <w:rPr>
          <w:b/>
        </w:rPr>
        <w:t xml:space="preserve">[26:48] </w:t>
      </w:r>
      <w:r>
        <w:t>yani raat kitni lambi ho, aakhir to subah aaye gi.</w:t>
      </w:r>
    </w:p>
    <w:p>
      <w:pPr>
        <w:jc w:val="right"/>
      </w:pPr>
      <w:r>
        <w:t>یعنی رات کتنی لمبی ہو، آخر تو صبح آئے گی۔</w:t>
      </w:r>
    </w:p>
    <w:p>
      <w:r>
        <w:rPr>
          <w:b/>
        </w:rPr>
        <w:t xml:space="preserve">[26:54] </w:t>
      </w:r>
      <w:r>
        <w:t>yani badal chhaten ge, galat fehmiyan door hon gi.</w:t>
      </w:r>
    </w:p>
    <w:p>
      <w:pPr>
        <w:jc w:val="right"/>
      </w:pPr>
      <w:r>
        <w:t>یعنی بادل چھٹیں گے، غلط فہمیاں دور ہوں گی۔</w:t>
      </w:r>
    </w:p>
    <w:p>
      <w:r>
        <w:rPr>
          <w:b/>
        </w:rPr>
        <w:t xml:space="preserve">[26:59] </w:t>
      </w:r>
      <w:r>
        <w:t>to dekhiye, ek shakhs tha 1831 mein, is ne sahi baat kahi, lekin baat nahin chali is ki.</w:t>
      </w:r>
    </w:p>
    <w:p>
      <w:pPr>
        <w:jc w:val="right"/>
      </w:pPr>
      <w:r>
        <w:t>تو دیکھیے، ایک شخص تھا 1831 میں، اس نے صحیح بات کہی، لیکن بات نہیں چلی اس کی۔</w:t>
      </w:r>
    </w:p>
    <w:p>
      <w:r>
        <w:rPr>
          <w:b/>
        </w:rPr>
        <w:t xml:space="preserve">[27:08] </w:t>
      </w:r>
      <w:r>
        <w:t>ek shakhs tha 1857 mein, sahi baat kahi, lekin us ki baat nahin chali. phir ek shakhs tha 1948 mein, falasteen ke muamle mein, us ki baat nahin chali.</w:t>
      </w:r>
    </w:p>
    <w:p>
      <w:pPr>
        <w:jc w:val="right"/>
      </w:pPr>
      <w:r>
        <w:t>ایک شخص تھا 1857 میں، صحیح بات کہی، لیکن اس کی بات نہیں چلی۔ پھر ایک شخص تھا 1948 میں، فلسطین کے معاملے میں، اس کی بات نہیں چلی۔</w:t>
      </w:r>
    </w:p>
    <w:p>
      <w:r>
        <w:rPr>
          <w:b/>
        </w:rPr>
        <w:t xml:space="preserve">[27:23] </w:t>
      </w:r>
      <w:r>
        <w:t>to mein jis baat par aap ko mutawajjah karna chahta hoon woh yeh hai ke koi ek shakhs sahi baat karne wala hamesha hi rehta hai. agar aisa na hota to dunya bohat pehle khatm ho chuki hoti.</w:t>
      </w:r>
    </w:p>
    <w:p>
      <w:pPr>
        <w:jc w:val="right"/>
      </w:pPr>
      <w:r>
        <w:t>تو میں جس بات پر آپ کو متوجہ کرنا چاہتا ہوں وہ یہ ہے کہ کوئی ایک شخص صحیح بات کرنے والا ہمیشہ ہی رہتا ہے۔ اگر ایسا نہ ہوتا تو دنیا بہت پہلے ختم ہو چکی ہوتی۔</w:t>
      </w:r>
    </w:p>
    <w:p>
      <w:r>
        <w:rPr>
          <w:b/>
        </w:rPr>
        <w:t xml:space="preserve">[27:38] </w:t>
      </w:r>
      <w:r>
        <w:t>yaad rakhiye, agar ek shakhs bhi sahi na ho dunya mein to qayamat aa jaye gi.</w:t>
      </w:r>
    </w:p>
    <w:p>
      <w:pPr>
        <w:jc w:val="right"/>
      </w:pPr>
      <w:r>
        <w:t>یاد رکھیے، اگر ایک شخص بھی صحیح نہ ہو دنیا میں تو قیامت آ جائے گی۔</w:t>
      </w:r>
    </w:p>
    <w:p>
      <w:r>
        <w:rPr>
          <w:b/>
        </w:rPr>
        <w:t xml:space="preserve">[27:45] </w:t>
      </w:r>
      <w:r>
        <w:t>qayamat sirf ashrar ke upar nahin, dunya khuda dunya ko rehne de ga.</w:t>
      </w:r>
    </w:p>
    <w:p>
      <w:pPr>
        <w:jc w:val="right"/>
      </w:pPr>
      <w:r>
        <w:t>قیامت صرف اشرار کے اوپر نہیں، دنیا خدا دنیا کو رہنے دے گا۔</w:t>
      </w:r>
    </w:p>
    <w:p>
      <w:r>
        <w:rPr>
          <w:b/>
        </w:rPr>
        <w:t xml:space="preserve">[27:54] </w:t>
      </w:r>
      <w:r>
        <w:t>aur hadith mein aata hai ke "la taqom al-sa'ah illa ashari al-nas"۔ yani dunya mein sab 100 feesad log bure hi bure ho jayen to kya aap samajhte hain qayamat nahi aayegi?</w:t>
      </w:r>
    </w:p>
    <w:p>
      <w:pPr>
        <w:jc w:val="right"/>
      </w:pPr>
      <w:r>
        <w:t>اور حدیث میں آتا ہے کہ "لا تقب الساعۃ الا اشاری الناس"۔ یعنی دنیا میں سب 100 فیصد لوگ برے ہی برے ہو جائیں تو کیا آپ سمجھتے ہیں قیامت نہیں آئے گی؟</w:t>
      </w:r>
    </w:p>
    <w:p>
      <w:r>
        <w:rPr>
          <w:b/>
        </w:rPr>
        <w:t xml:space="preserve">[28:06] </w:t>
      </w:r>
      <w:r>
        <w:t>to agar kabhi aisa hota ke dunya mein se bure hi bure hote log to qayamat pehle aa chuki hoti۔</w:t>
      </w:r>
    </w:p>
    <w:p>
      <w:pPr>
        <w:jc w:val="right"/>
      </w:pPr>
      <w:r>
        <w:t>تو اگر کبھی ایسا ہوتا کہ دنیا میں سے برے ہی برے ہوتے لوگ تو قیامت پہلے آ چکی ہوتی۔</w:t>
      </w:r>
    </w:p>
    <w:p>
      <w:r>
        <w:rPr>
          <w:b/>
        </w:rPr>
        <w:t xml:space="preserve">[28:14] </w:t>
      </w:r>
      <w:r>
        <w:t>to yaad rakhiye, koi ek shakhs sahih hamesha hi hota hota hai۔ lekin is ki sahih baat chale, woh practice mein aaye, woh log is ka is ka faida uthayen۔</w:t>
      </w:r>
    </w:p>
    <w:p>
      <w:pPr>
        <w:jc w:val="right"/>
      </w:pPr>
      <w:r>
        <w:t>تو یاد رکھیے، کوئی ایک شخص صحیح ہمیشہ ہی ہوتا ہوتا ہے۔ لیکن اس کی صحیح بات چلے، وہ پریکٹس میں آئے، وہ لوگ اس کا اس کا فائدہ اٹھائیں۔</w:t>
      </w:r>
    </w:p>
    <w:p>
      <w:r>
        <w:rPr>
          <w:b/>
        </w:rPr>
        <w:t xml:space="preserve">[28:33] </w:t>
      </w:r>
      <w:r>
        <w:t>yeh kab hoga? jab ma'ashra hoga, jab mahaul hoga, jab environment hoga, jab logon ke andar spirit of acceptance hoga۔</w:t>
      </w:r>
    </w:p>
    <w:p>
      <w:pPr>
        <w:jc w:val="right"/>
      </w:pPr>
      <w:r>
        <w:t>یہ کب ہوگا؟ جب معاشرہ ہوگا، جب ماحول ہوگا، جب انوائرمنٹ ہوگا، جب لوگوں کے اندر اسپرٹ آف ایکسیپٹنس ہوگا۔</w:t>
      </w:r>
    </w:p>
    <w:p>
      <w:r>
        <w:rPr>
          <w:b/>
        </w:rPr>
        <w:t xml:space="preserve">[28:46] </w:t>
      </w:r>
      <w:r>
        <w:t>is ke zimmedar kaun log hain? hamare madaris, hamari masjidें, hamare idare, hamari jama'aten۔</w:t>
      </w:r>
    </w:p>
    <w:p>
      <w:pPr>
        <w:jc w:val="right"/>
      </w:pPr>
      <w:r>
        <w:t>اس کے ذمہ دار کون لوگ ہیں؟ ہمارے مدرسے، ہماری مسجدیں، ہمارے ادارے، ہماری جماعتیں۔</w:t>
      </w:r>
    </w:p>
    <w:p>
      <w:r>
        <w:rPr>
          <w:b/>
        </w:rPr>
        <w:t xml:space="preserve">[28:54] </w:t>
      </w:r>
      <w:r>
        <w:t>inhien yeh bar bar bolte rehna chahiye, bolte rehna chahiye ke dekho, tanqeed jo hai, criticism jo hai, woh nahi, ahl al-munkar ka kaam hai۔ wahi hai jo hadith quran mein bataya gaya hai۔</w:t>
      </w:r>
    </w:p>
    <w:p>
      <w:pPr>
        <w:jc w:val="right"/>
      </w:pPr>
      <w:r>
        <w:t>انہیں یہ بار بار بولتے رہنا چاہیے، بولتے رہنا چاہیے کہ دیکھو، تنقید جو ہے، کرسچن جو ہے، وہ نہیں، اہل المنکر کا کام ہے۔ وہی ہے جو حدیث قرآن میں بتایا گیا ہے۔</w:t>
      </w:r>
    </w:p>
    <w:p>
      <w:r>
        <w:rPr>
          <w:b/>
        </w:rPr>
        <w:t xml:space="preserve">[29:09] </w:t>
      </w:r>
      <w:r>
        <w:t>wahi hai</w:t>
      </w:r>
    </w:p>
    <w:p>
      <w:pPr>
        <w:jc w:val="right"/>
      </w:pPr>
      <w:r>
        <w:t>وہی ہے</w:t>
      </w:r>
    </w:p>
    <w:p>
      <w:r>
        <w:rPr>
          <w:b/>
        </w:rPr>
        <w:t xml:space="preserve">[29:15] </w:t>
      </w:r>
      <w:r>
        <w:t>jis ko angrez kehte hain "corrective measures"۔ yani bigaad ko theek karte rehna, corruption ko theek karte rehna۔</w:t>
      </w:r>
    </w:p>
    <w:p>
      <w:pPr>
        <w:jc w:val="right"/>
      </w:pPr>
      <w:r>
        <w:t>جس کو انگریز کہتے ہیں "کریکٹیو میژرز"۔ یعنی بگاڑ کو ٹھیک کرتے رہنا، کرپشن کو ٹھیک کرتے رہنا۔</w:t>
      </w:r>
    </w:p>
    <w:p>
      <w:r>
        <w:rPr>
          <w:b/>
        </w:rPr>
        <w:t xml:space="preserve">[29:27] </w:t>
      </w:r>
      <w:r>
        <w:t>to ek ek ek process Allah ta'ala ne rakha hai۔ isi ko kaha gaya hai quran majeed mein nahi, ahl al-munkar۔ isi ko hum kehte hain criticism, isi ko kehte hain corrective measures۔</w:t>
      </w:r>
    </w:p>
    <w:p>
      <w:pPr>
        <w:jc w:val="right"/>
      </w:pPr>
      <w:r>
        <w:t>تو ایک ایک ایک پروسیس اللہ تعالی نے رکھا ہے۔ اسی کو کہا گیا ہے قرآن مجید میں نہیں، اہل المنکر۔ اسی کو ہم کہتے ہیں کریٹیسز، اسی کو کہتے ہیں کریکٹیو میژرز۔</w:t>
      </w:r>
    </w:p>
    <w:p>
      <w:r>
        <w:rPr>
          <w:b/>
        </w:rPr>
        <w:t xml:space="preserve">[29:40] </w:t>
      </w:r>
      <w:r>
        <w:t>to kuch log aise hamesha hote hain batane wale, lekin lekin islah kyun nahi hoti? logon mein acceptance nahi hota۔</w:t>
      </w:r>
    </w:p>
    <w:p>
      <w:pPr>
        <w:jc w:val="right"/>
      </w:pPr>
      <w:r>
        <w:t>تو کچھ لوگ ایسے ہمیشہ ہوتے ہیں بتانے والے، لیکن لیکن اصلاح کیوں نہیں ہوتی؟ لوگوں میں ایکسیپٹنس نہیں ہوتا۔</w:t>
      </w:r>
    </w:p>
    <w:p>
      <w:r>
        <w:rPr>
          <w:b/>
        </w:rPr>
        <w:t xml:space="preserve">[29:50] </w:t>
      </w:r>
      <w:r>
        <w:t>acceptance kyun rehta hai? ke log jo hain, spirit nahi jagate logon ke andar۔</w:t>
      </w:r>
    </w:p>
    <w:p>
      <w:pPr>
        <w:jc w:val="right"/>
      </w:pPr>
      <w:r>
        <w:t>ایکسیپٹنس کیوں رہتا ہے؟ کہ لوگ جو ہیں، اسپرٹ نہیں جگاتے لوگوں کے اندر۔</w:t>
      </w:r>
    </w:p>
    <w:p>
      <w:r>
        <w:rPr>
          <w:b/>
        </w:rPr>
        <w:t xml:space="preserve">[30:02] </w:t>
      </w:r>
      <w:r>
        <w:t>aap bataiye ke yeh jo abhi waqea kal hua hai ke "Allah is only farce", to log chekhte hain is par, lekin koi chekha nahi۔</w:t>
      </w:r>
    </w:p>
    <w:p>
      <w:pPr>
        <w:jc w:val="right"/>
      </w:pPr>
      <w:r>
        <w:t>آپ بتائیے کہ یہ جو ابھی واقعہ کل ہوا ہے کہ "اللہ از اونلی فارس"، تو لوگ چیختے ہیں اس پر، لیکن کوئی چیخا نہیں۔</w:t>
      </w:r>
    </w:p>
    <w:p>
      <w:r>
        <w:rPr>
          <w:b/>
        </w:rPr>
        <w:t xml:space="preserve">[30:14] </w:t>
      </w:r>
      <w:r>
        <w:t>sab chup chap baithe hue hain۔</w:t>
      </w:r>
    </w:p>
    <w:p>
      <w:pPr>
        <w:jc w:val="right"/>
      </w:pPr>
      <w:r>
        <w:t>سب چپ چاپ بیٹھے ہوئے ہیں۔</w:t>
      </w:r>
    </w:p>
    <w:p>
      <w:r>
        <w:rPr>
          <w:b/>
        </w:rPr>
        <w:t xml:space="preserve">[30:18] </w:t>
      </w:r>
      <w:r>
        <w:t>sari dunya mein musalman jo hain, bura kahenge kis ko? isaiyon ko۔ aur khud musalmanon ko koi condemn nahi karega ke tum yeh kya baat bol rahe ho?</w:t>
      </w:r>
    </w:p>
    <w:p>
      <w:pPr>
        <w:jc w:val="right"/>
      </w:pPr>
      <w:r>
        <w:t>ساری دنیا میں مسلمان جو ہیں، برا کہیں گے کس کو؟ عیسائیوں کو۔ اور خود مسلمانوں کو کوئی کنڈم نہیں کرے گا کہ تم یہ کیا بات بول رہے ہو؟</w:t>
      </w:r>
    </w:p>
    <w:p>
      <w:r>
        <w:rPr>
          <w:b/>
        </w:rPr>
        <w:t xml:space="preserve">[30:27] </w:t>
      </w:r>
      <w:r>
        <w:t>yeh koi kehne ki baat hai?</w:t>
      </w:r>
    </w:p>
    <w:p>
      <w:pPr>
        <w:jc w:val="right"/>
      </w:pPr>
      <w:r>
        <w:t>یہ کوئی کہنے کی بات ہے؟</w:t>
      </w:r>
    </w:p>
    <w:p>
      <w:r>
        <w:rPr>
          <w:b/>
        </w:rPr>
        <w:t xml:space="preserve">[30:32] </w:t>
      </w:r>
      <w:r>
        <w:t>is ko padha mein ne to mujhe kuch qisse yaad aaye۔ ek qissa yeh hai</w:t>
      </w:r>
    </w:p>
    <w:p>
      <w:pPr>
        <w:jc w:val="right"/>
      </w:pPr>
      <w:r>
        <w:t>اس کو پڑھا میں نے تو مجھے کچھ قصے یاد آئے۔ ایک قصہ یہ ہے</w:t>
      </w:r>
    </w:p>
    <w:p>
      <w:r>
        <w:rPr>
          <w:b/>
        </w:rPr>
        <w:t xml:space="preserve">[30:40] </w:t>
      </w:r>
      <w:r>
        <w:t>ke mein Aligarh, bahut din ki baat hai, jab wahan par ek the Maulana Taqi Amini۔ ab un ki wafat ho chuki hai۔</w:t>
      </w:r>
    </w:p>
    <w:p>
      <w:pPr>
        <w:jc w:val="right"/>
      </w:pPr>
      <w:r>
        <w:t>کہ میں علی گڑھ، بہت دن کی بات ہے، جب وہاں پر ایک تھے مولانا تقی امینی۔ اب ان کی وفات ہو چکی ہے۔</w:t>
      </w:r>
    </w:p>
    <w:p>
      <w:r>
        <w:rPr>
          <w:b/>
        </w:rPr>
        <w:t xml:space="preserve">[30:51] </w:t>
      </w:r>
      <w:r>
        <w:t>to woh Aligarh Muslim University mein, woh the Nazim Deeniyat۔</w:t>
      </w:r>
    </w:p>
    <w:p>
      <w:pPr>
        <w:jc w:val="right"/>
      </w:pPr>
      <w:r>
        <w:t>تو وہ علی گڑھ مسلم یونیورسٹی میں، وہ تھے ناظم دینیات۔</w:t>
      </w:r>
    </w:p>
    <w:p>
      <w:r>
        <w:rPr>
          <w:b/>
        </w:rPr>
        <w:t xml:space="preserve">[30:59] </w:t>
      </w:r>
      <w:r>
        <w:t>to bahut baras pehle ki baat hai, un ka intiqal hua hai 1993 mein۔ to is se kuch pehle ki baat hai ke mein un ke daftar mein baitha hua tha۔</w:t>
      </w:r>
    </w:p>
    <w:p>
      <w:pPr>
        <w:jc w:val="right"/>
      </w:pPr>
      <w:r>
        <w:t>تو بہت برس پہلے کی بات ہے، ان کا انتقال ہوا ہے 1993 میں۔ تو اس سے کچھ پہلے کی بات ہے کہ میں ان کے دفتر میں بیٹھا ہوا تھا۔</w:t>
      </w:r>
    </w:p>
    <w:p>
      <w:r>
        <w:rPr>
          <w:b/>
        </w:rPr>
        <w:t xml:space="preserve">[31:13] </w:t>
      </w:r>
      <w:r>
        <w:t>un ka office jo wahan par hai, woh Aligarh University ki jo masjid hai, bari, usi se mila hua hai۔ to ek ladka aaya aur woh laga ke Rasool Allah ke sath gustakhiyan ho rahi hain۔</w:t>
      </w:r>
    </w:p>
    <w:p>
      <w:pPr>
        <w:jc w:val="right"/>
      </w:pPr>
      <w:r>
        <w:t>ان کا آفس جو وہاں پر ہے، وہ علی گڑھ یونیورسٹی کی جو مسجد ہے، بڑی، اسی سے ملا ہوا ہے۔ تو ایک لڑکا آیا اور وہ لگا کہ رسول اللہ کے ساتھ گستاخیاں ہو رہی ہیں۔</w:t>
      </w:r>
    </w:p>
    <w:p>
      <w:r>
        <w:rPr>
          <w:b/>
        </w:rPr>
        <w:t xml:space="preserve">[31:26] </w:t>
      </w:r>
      <w:r>
        <w:t>Rasool Allah ke sath yeh kya ja raha hai? aap kuch kijiye۔</w:t>
      </w:r>
    </w:p>
    <w:p>
      <w:pPr>
        <w:jc w:val="right"/>
      </w:pPr>
      <w:r>
        <w:t>رسول اللہ کے ساتھ یہ کیا جا رہا ہے؟ آپ کچھ کیجئے۔</w:t>
      </w:r>
    </w:p>
    <w:p>
      <w:r>
        <w:rPr>
          <w:b/>
        </w:rPr>
        <w:t xml:space="preserve">[31:31] </w:t>
      </w:r>
      <w:r>
        <w:t>to jab woh bol chuka to unhon ne kaha ke bhai tum</w:t>
      </w:r>
    </w:p>
    <w:p>
      <w:pPr>
        <w:jc w:val="right"/>
      </w:pPr>
      <w:r>
        <w:t>تو جب وہ بول چکا تو انہوں نے کہا کہ بھئی تم</w:t>
      </w:r>
    </w:p>
    <w:p>
      <w:r>
        <w:rPr>
          <w:b/>
        </w:rPr>
        <w:t xml:space="preserve">[31:37] </w:t>
      </w:r>
      <w:r>
        <w:t>Allah ke khilaf bhi bahut si cheezen ho rahi hain۔ to kitaben likh rahe hain log, "God is dead"۔ to tab tum bhi bhadakte ho kuch? aur Rasool Allah ke khilaf gustakhi ho rahi hai, is par tum bhadak rahe ho tum log?</w:t>
      </w:r>
    </w:p>
    <w:p>
      <w:pPr>
        <w:jc w:val="right"/>
      </w:pPr>
      <w:r>
        <w:t>اللہ کے خلاف بھی بہت سی چیزیں ہو رہی ہیں۔ تو کتابیں لکھ رہے ہیں لوگ، "گاڈ از ڈیڈ"۔ تو تب تم بھی بھڑکتے ہو کچھ؟ اور رسول اللہ کے خلاف گستاخی ہو رہی ہے، اس پر تم بھڑک رہے ہو تم لوگ؟</w:t>
      </w:r>
    </w:p>
    <w:p>
      <w:r>
        <w:rPr>
          <w:b/>
        </w:rPr>
        <w:t xml:space="preserve">[31:51] </w:t>
      </w:r>
      <w:r>
        <w:t>to is ne kya kaha? is ladke ne kaha, jo Aligarh Muslim University ka student tha, woh ke Allah imam to sab ke hain, Rasool Allah hamare hain۔</w:t>
      </w:r>
    </w:p>
    <w:p>
      <w:pPr>
        <w:jc w:val="right"/>
      </w:pPr>
      <w:r>
        <w:t>تو اس نے کیا کہا؟ اس لڑکے نے کہا، جو علی گڑھ مسلم یونیورسٹی کا اسٹوڈنٹ تھا، وہ کہ اللہ امام تو سب کے ہیں، رسول اللہ ہمارے ہیں۔</w:t>
      </w:r>
    </w:p>
    <w:p>
      <w:r>
        <w:rPr>
          <w:b/>
        </w:rPr>
        <w:t xml:space="preserve">[32:07] </w:t>
      </w:r>
      <w:r>
        <w:t>Allah imam to sab ke hain, Rasool Allah hamare hain۔ ab maloom hua ke hamare concepts jo hain, bahut bahut bahut zyada hain۔ yani sirf wahi tak nahi hai۔</w:t>
      </w:r>
    </w:p>
    <w:p>
      <w:pPr>
        <w:jc w:val="right"/>
      </w:pPr>
      <w:r>
        <w:t>اللہ امام تو سب کے ہیں، رسول اللہ ہمارے ہیں۔ اب معلوم ہوا کہ ہمارے کانسیپٹ جو ہیں، بہت بہت بہت زیادہ ہیں۔ یعنی صرف وہی تک نہیں ہے۔</w:t>
      </w:r>
    </w:p>
    <w:p>
      <w:r>
        <w:rPr>
          <w:b/>
        </w:rPr>
        <w:t xml:space="preserve">[32:17] </w:t>
      </w:r>
      <w:r>
        <w:t>ab dekhen, yeh keh rahe hain milishia wale ke Allah Imam hamare hain. is ne kaha ke Muhammad hamare hain. Quran ko bhi keh rakha hai ke Quran hamara hai.</w:t>
      </w:r>
    </w:p>
    <w:p>
      <w:pPr>
        <w:jc w:val="right"/>
      </w:pPr>
      <w:r>
        <w:t>اب دیکھیں، یہ کہہ رہے ہیں ملیشیا والے کہ اللہ امام ہمارے ہیں۔ اس نے کہا کہ محمد ہمارے ہیں۔ قرآن کو بھی کہہ رکھا ہے کہ قرآن ہمارا ہے۔</w:t>
      </w:r>
    </w:p>
    <w:p>
      <w:r>
        <w:rPr>
          <w:b/>
        </w:rPr>
        <w:t xml:space="preserve">[32:28] </w:t>
      </w:r>
      <w:r>
        <w:t>yani har cheez musalmanon ki hai. Allah bhi un ka, Muhammad bhi un ke, Quran bhi un ka.</w:t>
      </w:r>
    </w:p>
    <w:p>
      <w:pPr>
        <w:jc w:val="right"/>
      </w:pPr>
      <w:r>
        <w:t>یعنی ہر چیز مسلمانوں کی ہے۔ اللہ بھی ان کا، محمد بھی ان کے، قرآن بھی ان کا۔</w:t>
      </w:r>
    </w:p>
    <w:p>
      <w:r>
        <w:rPr>
          <w:b/>
        </w:rPr>
        <w:t xml:space="preserve">[32:35] </w:t>
      </w:r>
      <w:r>
        <w:t>yahan tak ke sari kainat in ki. ek bohat bare mashhoor shair musalmanon ke, unhon ne kaha tha ke "har mulk mulk mast ke mulke, khudae mast".</w:t>
      </w:r>
    </w:p>
    <w:p>
      <w:pPr>
        <w:jc w:val="right"/>
      </w:pPr>
      <w:r>
        <w:t>یہاں تک کہ ساری کائنات ان کی۔ ایک بہت بڑے مشہور شاعر مسلمانوں کے، انہوں نے کہا تھا کہ "ہر ملک ملک ماست کے ملکے، خدائے ماست"۔</w:t>
      </w:r>
    </w:p>
    <w:p>
      <w:r>
        <w:rPr>
          <w:b/>
        </w:rPr>
        <w:t xml:space="preserve">[32:48] </w:t>
      </w:r>
      <w:r>
        <w:t>ke sara mulk hamara hai, sare land hamari, kyun ke hamare hamare Khuda ki hai. woh har mulk mulk mast ke mulke, khudae mast.</w:t>
      </w:r>
    </w:p>
    <w:p>
      <w:pPr>
        <w:jc w:val="right"/>
      </w:pPr>
      <w:r>
        <w:t>کہ سارا ملک ہمارا ہے، سارے لینڈ ہماری، کیوں کہ ہمارے ہمارے خدا کی ہے۔ وہ ہر ملک ملک ماست کے ملکے، خدائے ماست۔</w:t>
      </w:r>
    </w:p>
    <w:p>
      <w:r>
        <w:rPr>
          <w:b/>
        </w:rPr>
        <w:t xml:space="preserve">[33:00] </w:t>
      </w:r>
      <w:r>
        <w:t>yeh soch hai musalmanon ki</w:t>
      </w:r>
    </w:p>
    <w:p>
      <w:pPr>
        <w:jc w:val="right"/>
      </w:pPr>
      <w:r>
        <w:t>یہ سوچ ہے مسلمانوں کی</w:t>
      </w:r>
    </w:p>
    <w:p>
      <w:r>
        <w:rPr>
          <w:b/>
        </w:rPr>
        <w:t xml:space="preserve">[33:02] </w:t>
      </w:r>
      <w:r>
        <w:t>ke sare mulk, sari countries hamare hain, kyun ke woh hamare Khuda ke hain sab.</w:t>
      </w:r>
    </w:p>
    <w:p>
      <w:pPr>
        <w:jc w:val="right"/>
      </w:pPr>
      <w:r>
        <w:t>کہ سارے ملک، ساری کنٹریز ہمارے ہیں، کیوں کہ وہ ہمارے خدا کے ہیں سب۔</w:t>
      </w:r>
    </w:p>
    <w:p>
      <w:r>
        <w:rPr>
          <w:b/>
        </w:rPr>
        <w:t xml:space="preserve">[33:13] </w:t>
      </w:r>
      <w:r>
        <w:t>ek mashhoor musalmanon ke mashhoor shair ne kaha tha ke "Cheen o Arab hamara, Hindustan hamara, Musalman hain, woh hai sara jahan hamara".</w:t>
      </w:r>
    </w:p>
    <w:p>
      <w:pPr>
        <w:jc w:val="right"/>
      </w:pPr>
      <w:r>
        <w:t>ایک مشہور مسلمانوں کے مشہور شاعر نے کہا تھا کہ "چین و عرب ہمارا، ہندوستان ہمارا، مسلم ہیں، وہ ہے سارا جہاں ہمارا"۔</w:t>
      </w:r>
    </w:p>
    <w:p>
      <w:r>
        <w:rPr>
          <w:b/>
        </w:rPr>
        <w:t xml:space="preserve">[33:24] </w:t>
      </w:r>
      <w:r>
        <w:t>to itna yeh pasand aaya logon ko ke ek Arab, adib ne is ka tarjuma kiya tha Arabi zaban mein.</w:t>
      </w:r>
    </w:p>
    <w:p>
      <w:pPr>
        <w:jc w:val="right"/>
      </w:pPr>
      <w:r>
        <w:t>تو اتنا یہ پسند آیا لوگوں کو کہ ایک عرب، ادیب نے اس کا ترجمہ کیا تھا عربی زبان میں۔</w:t>
      </w:r>
    </w:p>
    <w:p>
      <w:r>
        <w:rPr>
          <w:b/>
        </w:rPr>
        <w:t xml:space="preserve">[33:31] </w:t>
      </w:r>
      <w:r>
        <w:t>zara ghor kijiye ke itna absurd hai yeh baat ke "Cheen o Arab hamara, Hindustan hamara, Musalman watan hai sara jahan hamara".</w:t>
      </w:r>
    </w:p>
    <w:p>
      <w:pPr>
        <w:jc w:val="right"/>
      </w:pPr>
      <w:r>
        <w:t>ذرا غور کیجئے کہ اتنا ایبسرڈ ہے یہ بات کہ "چین و عرب ہمارا، ہندوستان ہمارا، مسلم وطن ہے سارا جہاں ہمارا"۔</w:t>
      </w:r>
    </w:p>
    <w:p>
      <w:r>
        <w:rPr>
          <w:b/>
        </w:rPr>
        <w:t xml:space="preserve">[33:40] </w:t>
      </w:r>
      <w:r>
        <w:t>yani is par kisi ne condemn nahi kiya. khoob un ki wah wah hui. "Al-Seen lana wal Arab lana wal Hind lana wal kull lana".</w:t>
      </w:r>
    </w:p>
    <w:p>
      <w:pPr>
        <w:jc w:val="right"/>
      </w:pPr>
      <w:r>
        <w:t>یعنی اس پر کسی نے کنڈم نہیں کیا۔ خوب ان کی واہ واہ ہوئی۔ "الصین لنا والعرب لنا والہند لنا والکل لنا"۔</w:t>
      </w:r>
    </w:p>
    <w:p>
      <w:r>
        <w:rPr>
          <w:b/>
        </w:rPr>
        <w:t xml:space="preserve">[33:50] </w:t>
      </w:r>
      <w:r>
        <w:t>is shair ka Arabi tarjuma aaya: "Al-Seen lana wal Arab lana wal Hind lana wal kull lana". sab kuch hamara hai, kyun ke woh hamare Khuda ka hai.</w:t>
      </w:r>
    </w:p>
    <w:p>
      <w:pPr>
        <w:jc w:val="right"/>
      </w:pPr>
      <w:r>
        <w:t>اس شعر کا عربی ترجمہ آیا: "الصین لنا والعرب لنا والہند لنا والکل لنا"۔ سب کچھ ہمارا ہے، کیونکہ وہ ہمارے خدا کا ہے۔</w:t>
      </w:r>
    </w:p>
    <w:p>
      <w:r>
        <w:rPr>
          <w:b/>
        </w:rPr>
        <w:t xml:space="preserve">[34:02] </w:t>
      </w:r>
      <w:r>
        <w:t>acha, yeh thinking pe aap jeet sakte hain duniya mein.</w:t>
      </w:r>
    </w:p>
    <w:p>
      <w:pPr>
        <w:jc w:val="right"/>
      </w:pPr>
      <w:r>
        <w:t>اچھا، یہ تھنکنگ پہ آپ جیت سکتے ہیں دنیا میں۔</w:t>
      </w:r>
    </w:p>
    <w:p>
      <w:r>
        <w:rPr>
          <w:b/>
        </w:rPr>
        <w:t xml:space="preserve">[34:09] </w:t>
      </w:r>
      <w:r>
        <w:t>yani har cheez musalmanon ki monopoly hai.</w:t>
      </w:r>
    </w:p>
    <w:p>
      <w:pPr>
        <w:jc w:val="right"/>
      </w:pPr>
      <w:r>
        <w:t>یعنی ہر چیز مسلمانوں کی مناپلی ہے۔</w:t>
      </w:r>
    </w:p>
    <w:p>
      <w:r>
        <w:rPr>
          <w:b/>
        </w:rPr>
        <w:t xml:space="preserve">[34:14] </w:t>
      </w:r>
      <w:r>
        <w:t>Khuda bhi hamara, Rasool Allah bhi hamare, Quran bhi hamara, yahan tak ke sari kainat bhi hamari. to Khuda ne doosron ko kyun paida kiya?</w:t>
      </w:r>
    </w:p>
    <w:p>
      <w:pPr>
        <w:jc w:val="right"/>
      </w:pPr>
      <w:r>
        <w:t>خدا بھی ہمارا، رسول اللہ بھی ہمارے، قرآن بھی ہمارا، یہاں تک کہ ساری کائنات بھی ہماری۔ تو خدا نے دوسروں کو کیوں پیدا کیا؟</w:t>
      </w:r>
    </w:p>
    <w:p>
      <w:r>
        <w:rPr>
          <w:b/>
        </w:rPr>
        <w:t xml:space="preserve">[34:24] </w:t>
      </w:r>
      <w:r>
        <w:t>kyun paida kiya Khuda ko?</w:t>
      </w:r>
    </w:p>
    <w:p>
      <w:pPr>
        <w:jc w:val="right"/>
      </w:pPr>
      <w:r>
        <w:t>کیوں پیدا کیا خدا کو؟</w:t>
      </w:r>
    </w:p>
    <w:p>
      <w:r>
        <w:rPr>
          <w:b/>
        </w:rPr>
        <w:t xml:space="preserve">[34:30] </w:t>
      </w:r>
      <w:r>
        <w:t>yeh hai jo cheez jis ko ke badalna hai, jis ko badalna hai.</w:t>
      </w:r>
    </w:p>
    <w:p>
      <w:pPr>
        <w:jc w:val="right"/>
      </w:pPr>
      <w:r>
        <w:t>یہ ہے جو چیز جس کو کہ بدلنا ہے، جس کو بدلنا ہے۔</w:t>
      </w:r>
    </w:p>
    <w:p>
      <w:r>
        <w:rPr>
          <w:b/>
        </w:rPr>
        <w:t xml:space="preserve">[34:39] </w:t>
      </w:r>
      <w:r>
        <w:t>ek cheez hai, is ko badalna hai. isi ko main keh raha hoon ke "Islamization of Muslims".</w:t>
      </w:r>
    </w:p>
    <w:p>
      <w:pPr>
        <w:jc w:val="right"/>
      </w:pPr>
      <w:r>
        <w:t>ایک چیز ہے، اس کو بدلنا ہے۔ اسی کو میں کہہ رہا ہوں کہ "اسلامائشن آف مسلمز"۔</w:t>
      </w:r>
    </w:p>
    <w:p>
      <w:r>
        <w:rPr>
          <w:b/>
        </w:rPr>
        <w:t xml:space="preserve">[34:48] </w:t>
      </w:r>
      <w:r>
        <w:t>"Islamization of Muslims". ab dekhen, is waqt jihad chala rahe hain musalman jagah jagah.</w:t>
      </w:r>
    </w:p>
    <w:p>
      <w:pPr>
        <w:jc w:val="right"/>
      </w:pPr>
      <w:r>
        <w:t>"اسلامائشن آف مسلمز"۔ اب دیکھیں، اس وقت جہاد چلا رہے ہیں مسلمان جگہ جگہ۔</w:t>
      </w:r>
    </w:p>
    <w:p>
      <w:r>
        <w:rPr>
          <w:b/>
        </w:rPr>
        <w:t xml:space="preserve">[34:55] </w:t>
      </w:r>
      <w:r>
        <w:t>yahan tak ke jab jihad mein unhein success nahi mili to suicide bombing shuru kardi. aur sari duniya mein koi aalim nahi hai jo kahe ke haram hai yeh.</w:t>
      </w:r>
    </w:p>
    <w:p>
      <w:pPr>
        <w:jc w:val="right"/>
      </w:pPr>
      <w:r>
        <w:t>یہاں تک کہ جب جہاد میں انہیں سکسیس نہیں ملی تو سوسائیڈ بمبنگ شروع کر دی۔ اور ساری دنیا میں کوئی عالم نہیں ہے جو کہے کہ حرام ہے یہ۔</w:t>
      </w:r>
    </w:p>
    <w:p>
      <w:r>
        <w:rPr>
          <w:b/>
        </w:rPr>
        <w:t xml:space="preserve">[35:09] </w:t>
      </w:r>
      <w:r>
        <w:t>koi bol nahi raha hai.</w:t>
      </w:r>
    </w:p>
    <w:p>
      <w:pPr>
        <w:jc w:val="right"/>
      </w:pPr>
      <w:r>
        <w:t>کوئی بول نہیں رہا ہے۔</w:t>
      </w:r>
    </w:p>
    <w:p>
      <w:r>
        <w:rPr>
          <w:b/>
        </w:rPr>
        <w:t xml:space="preserve">[35:13] </w:t>
      </w:r>
      <w:r>
        <w:t>ek adha admi bolta hai to chunke aam taur par jaise main bolta hoon, main bhi ek aalim hoon, main bolta hoon, lekin chunke hamare ulama ne, hamare bashindon ne, hamare madarson ne mahaul nahi banaya to aam taur par accept nahi ho rahi hai.</w:t>
      </w:r>
    </w:p>
    <w:p>
      <w:pPr>
        <w:jc w:val="right"/>
      </w:pPr>
      <w:r>
        <w:t>ایک ادھ آدمی بولتا ہے تو چونکہ عمومی طور پر جیسے میں بولتا ہوں، میں بھی ایک عالم ہوں، میں بولتا ہوں، لیکن چونکہ ہمارے علماء نے، ہمارے باشندوں نے، ہمارے مدرسوں نے ماحول نہیں بنایا تو عمومی طور پر ایکسیپٹ نہیں ہو رہی ہے۔</w:t>
      </w:r>
    </w:p>
    <w:p>
      <w:r>
        <w:rPr>
          <w:b/>
        </w:rPr>
        <w:t xml:space="preserve">[35:30] </w:t>
      </w:r>
      <w:r>
        <w:t>woh</w:t>
      </w:r>
    </w:p>
    <w:p>
      <w:pPr>
        <w:jc w:val="right"/>
      </w:pPr>
      <w:r>
        <w:t>وہ</w:t>
      </w:r>
    </w:p>
    <w:p>
      <w:r>
        <w:rPr>
          <w:b/>
        </w:rPr>
        <w:t xml:space="preserve">[35:34] </w:t>
      </w:r>
      <w:r>
        <w:t>jab yeh sab kaam hua to sare ulama ko fatwa dein</w:t>
      </w:r>
    </w:p>
    <w:p>
      <w:pPr>
        <w:jc w:val="right"/>
      </w:pPr>
      <w:r>
        <w:t>جب یہ سب کام ہوا تو سارے علماء کو فتویٰ دین</w:t>
      </w:r>
    </w:p>
    <w:p>
      <w:r>
        <w:rPr>
          <w:b/>
        </w:rPr>
        <w:t xml:space="preserve">[35:38] </w:t>
      </w:r>
      <w:r>
        <w:t>chahiye tha. masjidon mein taqreerein hoti hain, madarson mein charcha hota, har jagah to mahaul banta.</w:t>
      </w:r>
    </w:p>
    <w:p>
      <w:pPr>
        <w:jc w:val="right"/>
      </w:pPr>
      <w:r>
        <w:t>ا چاہیے تھا۔ مسجدوں میں تقریریں ہوتی ہیں، مدرسوں میں چرچہ ہوتا، ہر جگہ تو ماحول بنتا۔</w:t>
      </w:r>
    </w:p>
    <w:p>
      <w:r>
        <w:rPr>
          <w:b/>
        </w:rPr>
        <w:t xml:space="preserve">[35:46] </w:t>
      </w:r>
      <w:r>
        <w:t>dekhen, Khuda ka qanoon jo hai, woh yeh hai ke bohat zyada wisdom aadmi kisi ek hi insan ko deta hai. aisa nahi hota ke wa'az log jo hain, karoron ki tadad mein paida kar diye jayen.</w:t>
      </w:r>
    </w:p>
    <w:p>
      <w:pPr>
        <w:jc w:val="right"/>
      </w:pPr>
      <w:r>
        <w:t>دیکھیں، خدا کا قانون جو ہے، وہ یہ ہے کہ بہت زیادہ وزڈم آدمی کسی ایک ہی انسان کو دیتا ہے۔ ایسا نہیں ہوتا کہ واعظ لوگ جو ہیں، کروڑوں کی تعداد میں پیدا کر دیے جائیں۔</w:t>
      </w:r>
    </w:p>
    <w:p>
      <w:r>
        <w:rPr>
          <w:b/>
        </w:rPr>
        <w:t xml:space="preserve">[36:00] </w:t>
      </w:r>
      <w:r>
        <w:t>yeh allah ka tareeqa nahi hai. super wisdom allah taala kisi ek ko hi deta hai.</w:t>
      </w:r>
    </w:p>
    <w:p>
      <w:pPr>
        <w:jc w:val="right"/>
      </w:pPr>
      <w:r>
        <w:t>یہ اللہ کا طریقہ نہیں ہے۔ سپر وزڈم اللہ تعالی کسی ایک کو ہی دیتا ہے۔</w:t>
      </w:r>
    </w:p>
    <w:p>
      <w:r>
        <w:rPr>
          <w:b/>
        </w:rPr>
        <w:t xml:space="preserve">[36:06] </w:t>
      </w:r>
      <w:r>
        <w:t>hamesha yaad rakhiye, yeh allah taala ka law of nature hai. yeh law of nature ko samjhiye aap. yani yahan aap ko cooperation dena chahiye allah ke qanoon ko.</w:t>
      </w:r>
    </w:p>
    <w:p>
      <w:pPr>
        <w:jc w:val="right"/>
      </w:pPr>
      <w:r>
        <w:t>ہمیشہ یاد رکھیے، یہ اللہ تعالی کا لاء آف نیچر ہے۔ یہ لاء آف نیچر کو سمجھیے آپ۔ یعنی یہاں آپ کو کوآپریشن دینا چاہیے اللہ کے قانون کو۔</w:t>
      </w:r>
    </w:p>
    <w:p>
      <w:r>
        <w:rPr>
          <w:b/>
        </w:rPr>
        <w:t xml:space="preserve">[36:18] </w:t>
      </w:r>
      <w:r>
        <w:t>woh kya hai? aap ko jaanna chahiye ke allah taala super wisdom kisi ek hi ko dega. woh batayega logon ko.</w:t>
      </w:r>
    </w:p>
    <w:p>
      <w:pPr>
        <w:jc w:val="right"/>
      </w:pPr>
      <w:r>
        <w:t>وہ کیا ہے؟ آپ کو جاننا چاہیے کہ اللہ تعالی سپر وزڈم کسی ایک ہی کو دے گا۔ وہ بتائے گا لوگوں کو۔</w:t>
      </w:r>
    </w:p>
    <w:p>
      <w:r>
        <w:rPr>
          <w:b/>
        </w:rPr>
        <w:t xml:space="preserve">[36:30] </w:t>
      </w:r>
      <w:r>
        <w:t>lekin aap ki zimmedari kya hai? logon ke andar acceptance paida karna.</w:t>
      </w:r>
    </w:p>
    <w:p>
      <w:pPr>
        <w:jc w:val="right"/>
      </w:pPr>
      <w:r>
        <w:t>لیکن آپ کی ذمہ داری کیا ہے؟ لوگوں کے اندر ایکسیپٹنس پیدا کرنا۔</w:t>
      </w:r>
    </w:p>
    <w:p>
      <w:r>
        <w:rPr>
          <w:b/>
        </w:rPr>
        <w:t xml:space="preserve">[36:36] </w:t>
      </w:r>
      <w:r>
        <w:t>acceptance paida karna ke jab woh waaz aadmi bataye to log us ko samajh saken us ki baat ko. yahan to intellectual gap hai.</w:t>
      </w:r>
    </w:p>
    <w:p>
      <w:pPr>
        <w:jc w:val="right"/>
      </w:pPr>
      <w:r>
        <w:t>ایکسیپٹنس پیدا کرنا کہ جب وہ واعظ آدمی بتائے تو لوگ اس کو سمجھ سکیں اس کی بات کو۔ یہاں تو انٹلیکچول گیپ ہے۔</w:t>
      </w:r>
    </w:p>
    <w:p>
      <w:r>
        <w:rPr>
          <w:b/>
        </w:rPr>
        <w:t xml:space="preserve">[36:47] </w:t>
      </w:r>
      <w:r>
        <w:t>waaz aadmi ke paas logon ki samajh mein nahi aati. woh sabr ki baat kahega to log us ke paas bhai samjhenge. woh jihad ki baat manaa karega to kahenge to in action ki taraf bula rahe ho tum ko.</w:t>
      </w:r>
    </w:p>
    <w:p>
      <w:pPr>
        <w:jc w:val="right"/>
      </w:pPr>
      <w:r>
        <w:t>واعظ آدمی کے پاس لوگوں کی سمجھ میں نہیں آتی۔ وہ صبر کی بات کہے گا تو لوگ اس کے پاس بھائی سمجھیں گے۔ وہ جہاد کی بات منع کرے گا تو کہیں گے تو ان ایکشن کی طرف بلا رہے ہو تم کو۔</w:t>
      </w:r>
    </w:p>
    <w:p>
      <w:r>
        <w:rPr>
          <w:b/>
        </w:rPr>
        <w:t xml:space="preserve">[37:02] </w:t>
      </w:r>
      <w:r>
        <w:t>to yahan par khuda ki scheme ko samjhiye aap. khuda ki scheme ko samjhiye aap. wa fawqa kullin aalimun aleem.</w:t>
      </w:r>
    </w:p>
    <w:p>
      <w:pPr>
        <w:jc w:val="right"/>
      </w:pPr>
      <w:r>
        <w:t>تو یہاں پر خدا کی اسکیم کو سمجھیے آپ۔ خدا کی اسکیم کو سمجھیے آپ۔ وفوق کل الذی علم علیم۔</w:t>
      </w:r>
    </w:p>
    <w:p>
      <w:r>
        <w:rPr>
          <w:b/>
        </w:rPr>
        <w:t xml:space="preserve">[37:14] </w:t>
      </w:r>
      <w:r>
        <w:t>bahut gehri aqal, bahut gehri wisdom, bahut gehri samajh khuda ek do aadmiyon ko deta hai, sab ko nahi deta hai. to sab ko kya hai?</w:t>
      </w:r>
    </w:p>
    <w:p>
      <w:pPr>
        <w:jc w:val="right"/>
      </w:pPr>
      <w:r>
        <w:t>بہت گہری عقل، بہت گہری وزڈم، بہت گہری سمجھ خدا ایک دو آدمیوں کو دیتا ہے، سب کو نہیں دیتا ہے۔ تو سب کو کیا ہے؟</w:t>
      </w:r>
    </w:p>
    <w:p>
      <w:r>
        <w:rPr>
          <w:b/>
        </w:rPr>
        <w:t xml:space="preserve">[37:25] </w:t>
      </w:r>
      <w:r>
        <w:t>quran mein yeh baat batai gayi hai.</w:t>
      </w:r>
    </w:p>
    <w:p>
      <w:pPr>
        <w:jc w:val="right"/>
      </w:pPr>
      <w:r>
        <w:t>قرآن میں یہ بات بتائی گئی ہے۔</w:t>
      </w:r>
    </w:p>
    <w:p>
      <w:r>
        <w:rPr>
          <w:b/>
        </w:rPr>
        <w:t xml:space="preserve">[37:30] </w:t>
      </w:r>
      <w:r>
        <w:t>behtar log is liye hain ke woh follow karen. yeh bahut zyada samajhne ki baat yeh hai. sakhri ke maani, sakhri ke maani maskhara nahi hain.</w:t>
      </w:r>
    </w:p>
    <w:p>
      <w:pPr>
        <w:jc w:val="right"/>
      </w:pPr>
      <w:r>
        <w:t>بہتر لوگ اس لیے ہیں کہ وہ فالو کریں۔ یہ بہت زیادہ سمجھنے کی بات یہ ہے۔ سخری کے معنی، سخری کے معنی مسخرہ نہیں ہیں۔</w:t>
      </w:r>
    </w:p>
    <w:p>
      <w:r>
        <w:rPr>
          <w:b/>
        </w:rPr>
        <w:t xml:space="preserve">[37:46] </w:t>
      </w:r>
      <w:r>
        <w:t>taake allah taala jab paida kare aisa insaan jo zyada samajh rakhta ho, zyada aqal rakhta ho, zyada wisdom us ke andar ho, baqi log us ko manen.</w:t>
      </w:r>
    </w:p>
    <w:p>
      <w:pPr>
        <w:jc w:val="right"/>
      </w:pPr>
      <w:r>
        <w:t>تاکہ اللہ تعالی جب پیدا کرے ایسا انسان جو زیادہ سمجھ رکھتا ہو، زیادہ عقل رکھتا ہو، زیادہ وزڈم اس کے اندر ہو، بقیہ لوگ اس کو مانیں۔</w:t>
      </w:r>
    </w:p>
    <w:p>
      <w:r>
        <w:rPr>
          <w:b/>
        </w:rPr>
        <w:t xml:space="preserve">[37:55] </w:t>
      </w:r>
      <w:r>
        <w:t>ke masjidon mein dekhen, ek imam hota hai, baqi saare peeche rehte hain. ek aadmi imamat karta hai, doosre log us ko follow karte hain. yahi principle hai poori zindagi mein.</w:t>
      </w:r>
    </w:p>
    <w:p>
      <w:pPr>
        <w:jc w:val="right"/>
      </w:pPr>
      <w:r>
        <w:t>کہ مسجدوں میں دیکھیں، ایک امام ہوتا ہے، باقی سارے پیچھے رہتے ہیں۔ ایک آدمی امامت کرتا ہے، دوسرے لوگ اس کو فالو کرتے ہیں۔ یہی پرنسپل ہے پوری زندگی میں۔</w:t>
      </w:r>
    </w:p>
    <w:p>
      <w:r>
        <w:rPr>
          <w:b/>
        </w:rPr>
        <w:t xml:space="preserve">[38:08] </w:t>
      </w:r>
      <w:r>
        <w:t>masjid ka principle jo hai, woh state karta hai law of nature ko. bahut bada sabak masjid mein rakha gaya hai.</w:t>
      </w:r>
    </w:p>
    <w:p>
      <w:pPr>
        <w:jc w:val="right"/>
      </w:pPr>
      <w:r>
        <w:t>مسجد کا پرنسپل جو ہے، وہ اسٹیٹ کرتا ہے لاء آف نیچر کو۔ بہت بڑا سبق مسجد میں رکھا گیا ہے۔</w:t>
      </w:r>
    </w:p>
    <w:p>
      <w:r>
        <w:rPr>
          <w:b/>
        </w:rPr>
        <w:t xml:space="preserve">[38:18] </w:t>
      </w:r>
      <w:r>
        <w:t>himalaya ne sabak yeh hai ke imam ek hi rahega, sab ke sab imam nahi honge.</w:t>
      </w:r>
    </w:p>
    <w:p>
      <w:pPr>
        <w:jc w:val="right"/>
      </w:pPr>
      <w:r>
        <w:t>ہمالیہ نے سبق یہ ہے کہ امام ایک ہی رہے گا، سب کے سب امام نہیں ہوں گے۔</w:t>
      </w:r>
    </w:p>
    <w:p>
      <w:r>
        <w:rPr>
          <w:b/>
        </w:rPr>
        <w:t xml:space="preserve">[38:27] </w:t>
      </w:r>
      <w:r>
        <w:t>yeh masjid jo hai, ek ek bahut hi bada sabak deti hai. himalaya lesson ke dekho bhai, law of nature jo hai, us mein ek hi shakhs imam rahega.</w:t>
      </w:r>
    </w:p>
    <w:p>
      <w:pPr>
        <w:jc w:val="right"/>
      </w:pPr>
      <w:r>
        <w:t>یہ مسجد جو ہے، ایک ایک بہت ہی بڑا سبق دیتی ہے۔ ہمالیہ لیسن کہ دیکھو بھئی، لاء آف نیچر جو ہے، اس میں ایک ہی شخص امام رہے گا۔</w:t>
      </w:r>
    </w:p>
    <w:p>
      <w:r>
        <w:rPr>
          <w:b/>
        </w:rPr>
        <w:t xml:space="preserve">[38:39] </w:t>
      </w:r>
      <w:r>
        <w:t>sab ko follower banna padega.</w:t>
      </w:r>
    </w:p>
    <w:p>
      <w:pPr>
        <w:jc w:val="right"/>
      </w:pPr>
      <w:r>
        <w:t>سب کو فالوور بننا پڑے گا۔</w:t>
      </w:r>
    </w:p>
    <w:p>
      <w:r>
        <w:rPr>
          <w:b/>
        </w:rPr>
        <w:t xml:space="preserve">[38:45] </w:t>
      </w:r>
      <w:r>
        <w:t>yahi greater level par zindagi mein hai ke gehri wisdom, badi aqal, gehri soch allah taala sirf ek do aadmi ko deta hai.</w:t>
      </w:r>
    </w:p>
    <w:p>
      <w:pPr>
        <w:jc w:val="right"/>
      </w:pPr>
      <w:r>
        <w:t>یہی گیٹر لیول پر زندگی میں ہے کہ گہری وزڈم، بڑی عقل، گہری سوچ اللہ تعالی صرف ایک دو آدمی کو دیتا ہے۔</w:t>
      </w:r>
    </w:p>
    <w:p>
      <w:r>
        <w:rPr>
          <w:b/>
        </w:rPr>
        <w:t xml:space="preserve">[38:55] </w:t>
      </w:r>
      <w:r>
        <w:t>baqiyon par farz hai ke us ko follow karen, muqtadi ban jayen. yeh hai masjid ka sabak. hamare jo idare hain, chahe masjid ho ya madrasa ho ya jamaaten hon, woh kaam nahi kar rahe jo unhein karna chahiye tha.</w:t>
      </w:r>
    </w:p>
    <w:p>
      <w:pPr>
        <w:jc w:val="right"/>
      </w:pPr>
      <w:r>
        <w:t>باقیوں پر فرض ہے کہ اس کو فالو کریں، مقتدی بن جائیں۔ یہ ہے مسجد کا سبق۔ ہمارے جو ادارے ہیں، چاہے مسجد ہو یا مدرسہ ہو یا جماعتیں ہوں، وہ کام نہیں کر رہے جو انہیں کرنا چاہیے تھا۔</w:t>
      </w:r>
    </w:p>
    <w:p>
      <w:r>
        <w:rPr>
          <w:b/>
        </w:rPr>
        <w:t xml:space="preserve">[39:13] </w:t>
      </w:r>
      <w:r>
        <w:t>yeh karen ke un ke andar acceptance paida karen. critiques ko bura na manen, yeh mizaj banayen.</w:t>
      </w:r>
    </w:p>
    <w:p>
      <w:pPr>
        <w:jc w:val="right"/>
      </w:pPr>
      <w:r>
        <w:t>یہ کریں کہ ان کے اندر ایکسیپٹنس پیدا کریں۔ کریٹیسز کو برا نہ مانیں، یہ مزاج بنائیں۔</w:t>
      </w:r>
    </w:p>
    <w:p>
      <w:r>
        <w:rPr>
          <w:b/>
        </w:rPr>
        <w:t xml:space="preserve">[39:24] </w:t>
      </w:r>
      <w:r>
        <w:t>batane wala bataye to us ko pakden. rasta dikhane wala dikhaye to us is taraf chalne lagen. yeh mizaj banayen. to ek hai ek shakhs ka guide karna, doosri cheez hai logon ka us ko follow karna.</w:t>
      </w:r>
    </w:p>
    <w:p>
      <w:pPr>
        <w:jc w:val="right"/>
      </w:pPr>
      <w:r>
        <w:t>بتانے والا بتائے تو اس کو پکڑیں۔ راستہ دکھانے والا دکھائے تو اس اس طرف چلنے لگیں۔ یہ مزاج بنائیں۔ تو ایک ہے ایک شخص کا گائیڈ کرنا، دوسری چیز ہے لوگوں کا اس کو فالو کرنا۔</w:t>
      </w:r>
    </w:p>
    <w:p>
      <w:r>
        <w:rPr>
          <w:b/>
        </w:rPr>
        <w:t xml:space="preserve">[39:45] </w:t>
      </w:r>
      <w:r>
        <w:t>to kabhi bhi duniya mein aisa nahi hua hai ke batane wale duniya mein na rahe hon. batane wale rehte hain, lekin hamare idaron ne woh kaam nahi kiya jo unhein karna chahiye tha ke logon ke andar follow karne ki spirit paida karen.</w:t>
      </w:r>
    </w:p>
    <w:p>
      <w:pPr>
        <w:jc w:val="right"/>
      </w:pPr>
      <w:r>
        <w:t>تو کبھی بھی دنیا میں ایسا نہیں ہوا ہے کہ بتانے والے دنیا میں نہ رہے ہوں۔ بتانے والے رہتے ہیں، لیکن ہمارے اداروں نے وہ کام نہیں کیا جو انہیں کرنا چاہیے تھا کہ لوگوں کے اندر فالو کرنے کی اسپرٹ پیدا کریں۔</w:t>
      </w:r>
    </w:p>
    <w:p>
      <w:r>
        <w:rPr>
          <w:b/>
        </w:rPr>
        <w:t xml:space="preserve">[40:00] </w:t>
      </w:r>
      <w:r>
        <w:t>yani ritual tor par to ho raha hai, masjidon mein hazaron log namaz padhte hain</w:t>
      </w:r>
    </w:p>
    <w:p>
      <w:pPr>
        <w:jc w:val="right"/>
      </w:pPr>
      <w:r>
        <w:t>یعنی ریچول طور پر تو ہو رہا ہے، مسجدوں میں ہزاروں لوگ نماز پڑھتے ہیں</w:t>
      </w:r>
    </w:p>
    <w:p>
      <w:r>
        <w:rPr>
          <w:b/>
        </w:rPr>
        <w:t xml:space="preserve">[40:04] </w:t>
      </w:r>
      <w:r>
        <w:t>ek imam ke peeche. yeh hai kya? as a ritual, ek rasam ke taur par. wahan bhi yeh nahi bataya tha, masjidon mein yeh nahi bataya tha ke yeh jo masjid mein ho raha hai,</w:t>
      </w:r>
    </w:p>
    <w:p>
      <w:pPr>
        <w:jc w:val="right"/>
      </w:pPr>
      <w:r>
        <w:t>ایک امام کے پیچھے۔ یہ ہے کیا؟ ایز اے ریچول، ایک رسم کے طور پر۔ وہاں بھی یہ نہیں بتایا تھا، مسجدوں میں یہ نہیں بتایا تھا کہ یہ جو مسجد میں ہو رہا ہے،</w:t>
      </w:r>
    </w:p>
    <w:p>
      <w:r>
        <w:rPr>
          <w:b/>
        </w:rPr>
        <w:t xml:space="preserve">[40:17] </w:t>
      </w:r>
      <w:r>
        <w:t>yeh tumhari training hai. maine kabhi kisi masjid mein nahi suna ke yeh kaha jaye ke jo masjid mein namaz padh rahe ho, yeh ritual nahi hai. yeh yeh to ek training hai ke tumhein hamesha ek imam ki baat ko maan kar chalna hai.</w:t>
      </w:r>
    </w:p>
    <w:p>
      <w:pPr>
        <w:jc w:val="right"/>
      </w:pPr>
      <w:r>
        <w:t>یہ تمہاری ٹریننگ ہے۔ میں نے کبھی کسی مسجد میں نہیں سنا کہ یہ کہا جائے کہ جو مسجد میں نماز پڑھ رہے ہو، یہ ریچول نہیں ہے۔ یہ یہ تو ایک ٹریننگ ہے کہ تمہیں ہمیشہ ایک امام کی بات کو مان کر چلنا ہے۔</w:t>
      </w:r>
    </w:p>
    <w:p>
      <w:r>
        <w:rPr>
          <w:b/>
        </w:rPr>
        <w:t xml:space="preserve">[40:35] </w:t>
      </w:r>
      <w:r>
        <w:t>apne andar acceptance paida karo. yani tum apne andar follow karne ki spirit paida karo. kabhi kisi masjid mein nahi suna maine, halanke yahi sab lesson hai masjid ka.</w:t>
      </w:r>
    </w:p>
    <w:p>
      <w:pPr>
        <w:jc w:val="right"/>
      </w:pPr>
      <w:r>
        <w:t>اپنے اندر ایکسیپٹنس پیدا کرو۔ یعنی تم اپنے اندر فالو کرنے کی اسپرٹ پیدا کرو۔ کبھی کسی مسجد میں نہیں سنا میں نے، حالانکہ یہی سب لیسن ہے مسجد کا۔</w:t>
      </w:r>
    </w:p>
    <w:p>
      <w:r>
        <w:rPr>
          <w:b/>
        </w:rPr>
        <w:t xml:space="preserve">[40:50] </w:t>
      </w:r>
      <w:r>
        <w:t>to do cheezon par khuda ka nizam chalta hai. yaad rakhiye, do cheezon par. quran mein aik ka zikr hai "wa fauqa kulli thilil ilmi aleem".</w:t>
      </w:r>
    </w:p>
    <w:p>
      <w:pPr>
        <w:jc w:val="right"/>
      </w:pPr>
      <w:r>
        <w:t>تو دو چیزوں پر خدا کا نظام چلتا ہے۔ یاد رکھیے، دو چیزوں پر۔ قرآن میں ایک کا ذکر ہے "وفوق کل الذی علم علیم"۔</w:t>
      </w:r>
    </w:p>
    <w:p>
      <w:r>
        <w:rPr>
          <w:b/>
        </w:rPr>
        <w:t xml:space="preserve">[41:02] </w:t>
      </w:r>
      <w:r>
        <w:t>dosre ka zikr hai "li yattakhitha ba'dhukum sakhriyya". yaani aik shakhs hoga jis ko allah taala zyada aqal di hogi, woh batayega.</w:t>
      </w:r>
    </w:p>
    <w:p>
      <w:pPr>
        <w:jc w:val="right"/>
      </w:pPr>
      <w:r>
        <w:t>دوسرے کا ذکر ہے "لیتخذ بعضکم سخریہ"۔ یعنی ایک شخص ہوگا جس کو اللہ تعالی زیادہ عقل دی ہوگی، وہ بتائے گا۔</w:t>
      </w:r>
    </w:p>
    <w:p>
      <w:r>
        <w:rPr>
          <w:b/>
        </w:rPr>
        <w:t xml:space="preserve">[41:12] </w:t>
      </w:r>
      <w:r>
        <w:t>dosre logon ko kya karna hai? woh follow karna hai unhein. yaani aik imamat karega, baqi logon ko muqtadi banna padega. yeh nizam hai khuda ka.</w:t>
      </w:r>
    </w:p>
    <w:p>
      <w:pPr>
        <w:jc w:val="right"/>
      </w:pPr>
      <w:r>
        <w:t>دوسرے لوگوں کو کیا کرنا ہے؟ وہ فالو کرنا ہے انہیں۔ یعنی ایک امامت کرے گا، باقی لوگوں کو مقتدی بننا پڑے گا۔ یہ نظام ہے خدا کا۔</w:t>
      </w:r>
    </w:p>
    <w:p>
      <w:r>
        <w:rPr>
          <w:b/>
        </w:rPr>
        <w:t xml:space="preserve">[41:26] </w:t>
      </w:r>
      <w:r>
        <w:t>to yeh hamesha har har nasal mein, har generation mein yeh kaam hota rahega. to is zamane mein, yaani twenty century mein,</w:t>
      </w:r>
    </w:p>
    <w:p>
      <w:pPr>
        <w:jc w:val="right"/>
      </w:pPr>
      <w:r>
        <w:t>تو یہ ہمیشہ ہر ہر نسل میں، ہر جنریشن میں یہ کام ہوتا رہے گا۔ تو اس زمانے میں، یعنی ٹونٹی سینچری میں،</w:t>
      </w:r>
    </w:p>
    <w:p>
      <w:r>
        <w:rPr>
          <w:b/>
        </w:rPr>
        <w:t xml:space="preserve">[41:40] </w:t>
      </w:r>
      <w:r>
        <w:t>mein samajhta hoon sab se zyada bigaad jo aaya hai ummat mein, yeh isi mein aaya hai.</w:t>
      </w:r>
    </w:p>
    <w:p>
      <w:pPr>
        <w:jc w:val="right"/>
      </w:pPr>
      <w:r>
        <w:t>میں سمجھتا ہوں سب سے زیادہ بگاڑ جو آیا ہے امت میں، یہ اسی میں آیا ہے۔</w:t>
      </w:r>
    </w:p>
    <w:p>
      <w:r>
        <w:rPr>
          <w:b/>
        </w:rPr>
        <w:t xml:space="preserve">[41:45] </w:t>
      </w:r>
      <w:r>
        <w:t>jab ke dunya mein printing press aaya, jab dunya mein media aaya, jab dunya mein communication aaya, jab dunya mein interaction badha, jab dunya mein freedom, ab phir freedom aaya,</w:t>
      </w:r>
    </w:p>
    <w:p>
      <w:pPr>
        <w:jc w:val="right"/>
      </w:pPr>
      <w:r>
        <w:t>جب کہ دنیا میں پرنٹنگ پریس آیا، جب دنیا میں میڈیا آیا، جب دنیا میں کمیونیکیشن آیا، جب دنیا میں انٹریکشن بڑھا، جب دنیا میں فریڈم، اب پھر فریڈم آیا،</w:t>
      </w:r>
    </w:p>
    <w:p>
      <w:r>
        <w:rPr>
          <w:b/>
        </w:rPr>
        <w:t xml:space="preserve">[41:59] </w:t>
      </w:r>
      <w:r>
        <w:t>democracy aayi. yeh yeh aik naya daur tha, aik naya daur tha. isi daur mein saari kharabiyan musalmanon ke andar aa gayeen.</w:t>
      </w:r>
    </w:p>
    <w:p>
      <w:pPr>
        <w:jc w:val="right"/>
      </w:pPr>
      <w:r>
        <w:t>ڈیموکریسی آئی۔ یہ یہ ایک نیا دور تھا، ایک نیا دور تھا۔ اسی دور میں ساری خرابیاں مسلمانوں کے اندر آ گئیں۔</w:t>
      </w:r>
    </w:p>
    <w:p>
      <w:r>
        <w:rPr>
          <w:b/>
        </w:rPr>
        <w:t xml:space="preserve">[42:10] </w:t>
      </w:r>
      <w:r>
        <w:t>pehlay log jo thay, dabay hue rehtay thay, mehdood zindagi hua karti thi. yaani agricultural period mein bohat hi mehdood zindagi hoti thi. hum ne woh daur dekha hai apne bachpan mein, bohat hi limited way mein rehtay thay log,</w:t>
      </w:r>
    </w:p>
    <w:p>
      <w:pPr>
        <w:jc w:val="right"/>
      </w:pPr>
      <w:r>
        <w:t>پہلے لوگ جو تھے، دبے ہوئے رہتے تھے، محدود زندگی ہوا کرتی تھی۔ یعنی ایگریکلچرل پیریڈ میں بہت ہی محدود زندگی ہوتی تھی۔ ہم نے وہ دور دیکھا ہے اپنے بچپن میں، بہت ہی لمیٹڈ وے میں رہتے تھے لوگ،</w:t>
      </w:r>
    </w:p>
    <w:p>
      <w:r>
        <w:rPr>
          <w:b/>
        </w:rPr>
        <w:t xml:space="preserve">[42:26] </w:t>
      </w:r>
      <w:r>
        <w:t>bohat hi limited way mein. jab mein gaon mein tha, pehlay bachpan mein, mein shehar mein nahi, shehar mein to taraqqi ho chuki thi, lekin gaon mein to kuch bhi nahi tha.</w:t>
      </w:r>
    </w:p>
    <w:p>
      <w:pPr>
        <w:jc w:val="right"/>
      </w:pPr>
      <w:r>
        <w:t>بہت ہی لمیٹڈ وے میں۔ جب میں گاؤں میں تھا، پہلے بچپن میں، میں شہر میں نہیں، شہر میں تو ترقی ہو چکی تھی، لیکن گاؤں میں تو کچھ بھی نہیں تھا۔</w:t>
      </w:r>
    </w:p>
    <w:p>
      <w:r>
        <w:rPr>
          <w:b/>
        </w:rPr>
        <w:t xml:space="preserve">[42:38] </w:t>
      </w:r>
      <w:r>
        <w:t>hamare gaon mein to koi aik na paper aata tha, na koi wahan leader leader ka bhi aata tha, na koi jalsa hota tha wahan. wahan kuch bhi nahi tha, wahan na wahan road bhi nahi thi, pehlay kuch bhi nahi.</w:t>
      </w:r>
    </w:p>
    <w:p>
      <w:pPr>
        <w:jc w:val="right"/>
      </w:pPr>
      <w:r>
        <w:t>ہمارے گاؤں میں تو کوئی ایک نہ پیپر آتا تھا، نہ کوئی وہاں لیڈر لیڈر کا بھی آتا تھا، نہ کوئی جلسہ ہوتا تھا وہاں۔ وہاں کچھ بھی نہیں تھا، وہاں نہ وہاں روڈ بھی نہیں تھی، پہلے کچھ بھی نہیں۔</w:t>
      </w:r>
    </w:p>
    <w:p>
      <w:r>
        <w:rPr>
          <w:b/>
        </w:rPr>
        <w:t xml:space="preserve">[42:55] </w:t>
      </w:r>
      <w:r>
        <w:t>to pehlay zamane mein jab agricultural period tha, us zamane mein bigaad bohat hi kam tha.</w:t>
      </w:r>
    </w:p>
    <w:p>
      <w:pPr>
        <w:jc w:val="right"/>
      </w:pPr>
      <w:r>
        <w:t>تو پہلے زمانے میں جب ایگریکلچرل پیریڈ تھا، اس زمانے میں بگاڑ بہت ہی کم تھا۔</w:t>
      </w:r>
    </w:p>
    <w:p>
      <w:r>
        <w:rPr>
          <w:b/>
        </w:rPr>
        <w:t xml:space="preserve">[43:03] </w:t>
      </w:r>
      <w:r>
        <w:t>ab jo yeh sab nama nayi dunya aayi, to bigaad ka aik toofan aa gaya. to nayi dunya maine dekhi opportunity khuli thi.</w:t>
      </w:r>
    </w:p>
    <w:p>
      <w:pPr>
        <w:jc w:val="right"/>
      </w:pPr>
      <w:r>
        <w:t>اب جو یہ سب نما نئی دنیا آئی، تو بگاڑ کا ایک طوفان آ گیا۔ تو نئی دنیا میں نے دیکھی اپرچونیٹی کھلی تھی۔</w:t>
      </w:r>
    </w:p>
    <w:p>
      <w:r>
        <w:rPr>
          <w:b/>
        </w:rPr>
        <w:t xml:space="preserve">[43:15] </w:t>
      </w:r>
      <w:r>
        <w:t>is opportunity ko positive way mein avail nahi kiya gaya.</w:t>
      </w:r>
    </w:p>
    <w:p>
      <w:pPr>
        <w:jc w:val="right"/>
      </w:pPr>
      <w:r>
        <w:t>اس اپرچونیٹی کو پوزیٹیو وے میں اویل نہیں کیا گیا۔</w:t>
      </w:r>
    </w:p>
    <w:p>
      <w:r>
        <w:rPr>
          <w:b/>
        </w:rPr>
        <w:t xml:space="preserve">[43:23] </w:t>
      </w:r>
      <w:r>
        <w:t>natija kya hua ke sirf bigaad barhne ka sabab ban gaya.</w:t>
      </w:r>
    </w:p>
    <w:p>
      <w:pPr>
        <w:jc w:val="right"/>
      </w:pPr>
      <w:r>
        <w:t>نتیجہ کیا ہوا کہ صرف بگاڑ بڑھنے کا سبب بن گیا۔</w:t>
      </w:r>
    </w:p>
    <w:p>
      <w:r>
        <w:rPr>
          <w:b/>
        </w:rPr>
        <w:t xml:space="preserve">[43:31] </w:t>
      </w:r>
      <w:r>
        <w:t>misal ke taur par dekhiye, media ko lijiye, aap media ko lijiye. jis zamane mein angrez yahan aaye, india mein mughal saltanat ko khatam kiya unhone, to us ke baad jo hai akhbarat,</w:t>
      </w:r>
    </w:p>
    <w:p>
      <w:pPr>
        <w:jc w:val="right"/>
      </w:pPr>
      <w:r>
        <w:t>مثال کے طور پر دیکھیں، میڈیا کو لیجئے، آپ میڈیا کو لیجئے۔ جس زمانے میں انگریز یہاں آئے، انڈیا میں مغل سلطنت کو ختم کیا انہوں نے، تو اس کے بعد جو ہے اخبارات،</w:t>
      </w:r>
    </w:p>
    <w:p>
      <w:r>
        <w:rPr>
          <w:b/>
        </w:rPr>
        <w:t xml:space="preserve">[43:46] </w:t>
      </w:r>
      <w:r>
        <w:t>musalman akhbarat jo thay, sirf nafratein, nafrat ki boli chhapne lagay. yaani poora 1947 tak poora jo period hai, british period, hamare akhbaron mein sirf nafratein chapti theen angrezon ke khilaf.</w:t>
      </w:r>
    </w:p>
    <w:p>
      <w:pPr>
        <w:jc w:val="right"/>
      </w:pPr>
      <w:r>
        <w:t>مسلم اخبارات جو تھے، صرف نفرتیں، نفرت کی بولی چھاپنے لگے۔ یعنی پورا 1947 تک پورا جو پیریڈ ہے، برٹش پیریڈ، ہمارے اخباروں میں صرف نفرتیں چھپتی تھیں انگریزوں کے خلاف۔</w:t>
      </w:r>
    </w:p>
    <w:p>
      <w:r>
        <w:rPr>
          <w:b/>
        </w:rPr>
        <w:t xml:space="preserve">[44:02] </w:t>
      </w:r>
      <w:r>
        <w:t>koi dawat nahi, koi dawat ki baat hi nahi. yaani yeh yeh kabhi bhi nahi bataya logon ne ke yeh tumhare mad'u hain, tumhare darwazay par aa gaye hain,</w:t>
      </w:r>
    </w:p>
    <w:p>
      <w:pPr>
        <w:jc w:val="right"/>
      </w:pPr>
      <w:r>
        <w:t>کوئی دعوت نہیں، کوئی دعوت کی بات ہی نہیں۔ یعنی یہ یہ کبھی بھی نہیں بتایا لوگوں نے کہ یہ تمہارے مدعو ہیں، تمہارے دروازے پر آ گئے ہیں،</w:t>
      </w:r>
    </w:p>
    <w:p>
      <w:r>
        <w:rPr>
          <w:b/>
        </w:rPr>
        <w:t xml:space="preserve">[44:15] </w:t>
      </w:r>
      <w:r>
        <w:t>un ko pegham pahunchao sachai ka.</w:t>
      </w:r>
    </w:p>
    <w:p>
      <w:pPr>
        <w:jc w:val="right"/>
      </w:pPr>
      <w:r>
        <w:t>ان کو پیغام پہنچاؤ سچائی کا۔</w:t>
      </w:r>
    </w:p>
    <w:p>
      <w:r>
        <w:rPr>
          <w:b/>
        </w:rPr>
        <w:t xml:space="preserve">[44:21] </w:t>
      </w:r>
      <w:r>
        <w:t>media ko istemal kiya nafrat ko phailanay ke liye, na ke da'wati jazba phailanay ke liye. meri mulaqat aik kashmiri se hui,</w:t>
      </w:r>
    </w:p>
    <w:p>
      <w:pPr>
        <w:jc w:val="right"/>
      </w:pPr>
      <w:r>
        <w:t>میڈیا کو استعمال کیا نفرت کو پھیلانے کے لیے، نہ کہ دعوتی جذبہ پھیلانے کے لیے۔ میری ملاقات ایک کشمیری سے ہوئی،</w:t>
      </w:r>
    </w:p>
    <w:p>
      <w:r>
        <w:rPr>
          <w:b/>
        </w:rPr>
        <w:t xml:space="preserve">[44:32] </w:t>
      </w:r>
      <w:r>
        <w:t>maine kaha ke aap log khwamkhwah wahan gun chala rahe hain, wahan dawat ka kaam kijiye, matlab ghair muslimon mein dawat pahunchaiye.</w:t>
      </w:r>
    </w:p>
    <w:p>
      <w:pPr>
        <w:jc w:val="right"/>
      </w:pPr>
      <w:r>
        <w:t>میں نے کہا کہ آپ لوگ خوامخواہ وہاں گن چلا رہے ہیں، وہاں دعوت کا کام کیجئے، مطلب غیر مسلموں میں دعوت پہنچائیے۔</w:t>
      </w:r>
    </w:p>
    <w:p>
      <w:r>
        <w:rPr>
          <w:b/>
        </w:rPr>
        <w:t xml:space="preserve">[44:41] </w:t>
      </w:r>
      <w:r>
        <w:t>phir wahan ghair muslim kahan hain? wahan ghair muslim kahan hain ke jo hum da'wati kaam karen? dekhiye, dekhiye, yeh yaani yeh log da'wa blind hain, da'wa blind.</w:t>
      </w:r>
    </w:p>
    <w:p>
      <w:pPr>
        <w:jc w:val="right"/>
      </w:pPr>
      <w:r>
        <w:t>پھر وہاں غیر مسلم کہاں ہیں؟ وہاں غیر مسلم کہاں ہیں کہ جو ہم دعوتی کام کریں؟ دیکھیے، دیکھیے، یہ یعنی یہ لوگ دعویٰ بلائنڈ ہیں، دعویٰ بلائنڈ۔</w:t>
      </w:r>
    </w:p>
    <w:p>
      <w:r>
        <w:rPr>
          <w:b/>
        </w:rPr>
        <w:t xml:space="preserve">[44:54] </w:t>
      </w:r>
      <w:r>
        <w:t>maine kaha ke dekhiye, jin se aap lad rahe hain, army ko, wohi to ghair muslim hain, un ko mad'u samjhiye.</w:t>
      </w:r>
    </w:p>
    <w:p>
      <w:pPr>
        <w:jc w:val="right"/>
      </w:pPr>
      <w:r>
        <w:t>میں نے کہا کہ دیکھیں، جن سے آپ لڑ رہے ہیں، آرمی کو، وہی تو غیر مسلم ہیں، ان کو مدعو سمجھیے۔</w:t>
      </w:r>
    </w:p>
    <w:p>
      <w:r>
        <w:rPr>
          <w:b/>
        </w:rPr>
        <w:t xml:space="preserve">[45:02] </w:t>
      </w:r>
      <w:r>
        <w:t>indian army jo aap ke haan hai, jis se aap lad rahe hain, woh bhi mad'u hain, un ko aap dawat pahunchaiye. phir wahan par daily tourist aatay hain, siyah.</w:t>
      </w:r>
    </w:p>
    <w:p>
      <w:pPr>
        <w:jc w:val="right"/>
      </w:pPr>
      <w:r>
        <w:t>انڈین آرمی جو آپ کے ہاں ہے، جس سے آپ لڑ رہے ہیں، وہ بھی مدعو ہیں، ان کو آپ دعوت پہنچائیے۔ پھر وہاں پر ڈیلی ٹورسٹ آتے ہیں، سیاح۔</w:t>
      </w:r>
    </w:p>
    <w:p>
      <w:r>
        <w:rPr>
          <w:b/>
        </w:rPr>
        <w:t xml:space="preserve">[45:17] </w:t>
      </w:r>
      <w:r>
        <w:t>yaani hujoom aata hai tourist ka kashmir mein, woh woh bhi ghair muslim hain, un ko dawat pahunchaiye. lekin un ko nazar nahi aaya, na to army un ko mad'u ke roop mein dikhai di, na tourist un ko mad'u ke roop mein dikhai di.</w:t>
      </w:r>
    </w:p>
    <w:p>
      <w:pPr>
        <w:jc w:val="right"/>
      </w:pPr>
      <w:r>
        <w:t>یعنی ہجوم آتا ہے ٹورسٹ کا کشمیر میں، وہ وہ بھی غیر مسلم ہیں، ان کو دعوت پہنچائیے۔ لیکن ان کو نظر نہیں آیا، نہ تو آرمی ان کو مدعو کے روپ میں دکھائی دی، نہ ٹورسٹ ان کو مدعو کے روپ میں دکھائی دی۔</w:t>
      </w:r>
    </w:p>
    <w:p>
      <w:r>
        <w:rPr>
          <w:b/>
        </w:rPr>
        <w:t xml:space="preserve">[45:31] </w:t>
      </w:r>
      <w:r>
        <w:t>kyun?</w:t>
      </w:r>
    </w:p>
    <w:p>
      <w:pPr>
        <w:jc w:val="right"/>
      </w:pPr>
      <w:r>
        <w:t>کیوں؟</w:t>
      </w:r>
    </w:p>
    <w:p>
      <w:r>
        <w:rPr>
          <w:b/>
        </w:rPr>
        <w:t xml:space="preserve">[45:34] </w:t>
      </w:r>
      <w:r>
        <w:t>un ko daawa blaind bana diya gaya hai,</w:t>
      </w:r>
    </w:p>
    <w:p>
      <w:pPr>
        <w:jc w:val="right"/>
      </w:pPr>
      <w:r>
        <w:t>ان کو دعویٰ بلائنڈ بنا دیا گیا ہے،</w:t>
      </w:r>
    </w:p>
    <w:p>
      <w:r>
        <w:rPr>
          <w:b/>
        </w:rPr>
        <w:t xml:space="preserve">[45:39] </w:t>
      </w:r>
      <w:r>
        <w:t>daawa blaind bana diya gaya hai. yaani hamari masjidain hain, hamari masjidain hain, hamare madaris hain, hamari taqreerein hain, hamare jalsay hain, logon ko daawa blaind bana rahe hain. yaani sab kuch dikhaya jata hai, lekin dawat nahi dikhai thi.</w:t>
      </w:r>
    </w:p>
    <w:p>
      <w:pPr>
        <w:jc w:val="right"/>
      </w:pPr>
      <w:r>
        <w:t>دعویٰ بلائنڈ بنا دیا گیا ہے۔ یعنی ہماری مسجدیں ہیں، ہماری مسجدیں ہیں، ہمارے مدرسے ہیں، ہماری تقریریں ہیں، ہمارے جلسے ہیں، لوگوں کو دعویٰ بلائنڈ بنا رہے ہیں۔ یعنی سب کچھ دکھایا جاتا ہے، لیکن دعوت نہیں دکھائی تھی۔</w:t>
      </w:r>
    </w:p>
    <w:p>
      <w:r>
        <w:rPr>
          <w:b/>
        </w:rPr>
        <w:t xml:space="preserve">[45:52] </w:t>
      </w:r>
      <w:r>
        <w:t>sab kuch dikhaya tha, dawat nahi dikhai thi.</w:t>
      </w:r>
    </w:p>
    <w:p>
      <w:pPr>
        <w:jc w:val="right"/>
      </w:pPr>
      <w:r>
        <w:t>سب کچھ دکھایا تھا، دعوت نہیں دکھائی تھی۔</w:t>
      </w:r>
    </w:p>
    <w:p>
      <w:r>
        <w:rPr>
          <w:b/>
        </w:rPr>
        <w:t xml:space="preserve">[45:59] </w:t>
      </w:r>
      <w:r>
        <w:t>chand din pehle aik saath se meri mulaqat hui jo dars e quran ka silsila chala rahe hain.</w:t>
      </w:r>
    </w:p>
    <w:p>
      <w:pPr>
        <w:jc w:val="right"/>
      </w:pPr>
      <w:r>
        <w:t>چند دن پہلے ایک ساتھ سے میری ملاقات ہوئی جو درس قرآن کا سلسلہ چلا رہے ہیں۔</w:t>
      </w:r>
    </w:p>
    <w:p>
      <w:r>
        <w:rPr>
          <w:b/>
        </w:rPr>
        <w:t xml:space="preserve">[46:04] </w:t>
      </w:r>
      <w:r>
        <w:t>aise bohat se logon se mein mila hoon jo dars e quran chalate hain. to mein ne un se kaha ke kya tareeqa hota hai aap ka?</w:t>
      </w:r>
    </w:p>
    <w:p>
      <w:pPr>
        <w:jc w:val="right"/>
      </w:pPr>
      <w:r>
        <w:t>ایسے بہت سے لوگوں سے میں ملا ہوں جو درس قرآن چلاتے ہیں۔ تو میں نے ان سے کہا کہ کہ کیا طریقہ ہوتا ہے آپ کا؟</w:t>
      </w:r>
    </w:p>
    <w:p>
      <w:r>
        <w:rPr>
          <w:b/>
        </w:rPr>
        <w:t xml:space="preserve">[46:12] </w:t>
      </w:r>
      <w:r>
        <w:t>to sab muslim ko le kar bolte hain. yaani un ka dars jo hai muslim oriented hota hai. to mein ne kaha ke quran mein aap ne yeh parha hai, quran bhara hua hai insaan, insaan, insaan se.</w:t>
      </w:r>
    </w:p>
    <w:p>
      <w:pPr>
        <w:jc w:val="right"/>
      </w:pPr>
      <w:r>
        <w:t>تو سب مسلم کو لے کر بولتے ہیں۔ یعنی ان کا درس جو ہے مسلم اورینٹڈ ہوتا ہے۔ تو میں نے کہا کہ قرآن میں آپ نے یہ پڑھا ہے، قرآن بھرا ہوا ہے انسان، انسان، انسان سے۔</w:t>
      </w:r>
    </w:p>
    <w:p>
      <w:r>
        <w:rPr>
          <w:b/>
        </w:rPr>
        <w:t xml:space="preserve">[46:28] </w:t>
      </w:r>
      <w:r>
        <w:t>eha insaan, eha insaan, eha insaan. to aap ke dars ko insaan oriented hona chahiye,</w:t>
      </w:r>
    </w:p>
    <w:p>
      <w:pPr>
        <w:jc w:val="right"/>
      </w:pPr>
      <w:r>
        <w:t>ایہا الانسان، ایہا الانسان، ایہا الانسان۔ تو آپ کے درس کو انسان اورینٹڈ ہونا چاہی</w:t>
      </w:r>
    </w:p>
    <w:p>
      <w:r>
        <w:rPr>
          <w:b/>
        </w:rPr>
        <w:t xml:space="preserve">[46:32] </w:t>
      </w:r>
      <w:r>
        <w:t>na ke muslim oriented. kyunke sainkaron hazaron dars e quran hain, beesveen sadi mein chalte rahe hain.</w:t>
      </w:r>
    </w:p>
    <w:p>
      <w:pPr>
        <w:jc w:val="right"/>
      </w:pPr>
      <w:r>
        <w:t>ے، نہ کہ مسلم اورینٹڈ۔ کیونکہ سینکڑوں ہزاروں درس قرآن ہیں، بیسویں صدی میں چلتے رہے ہیں۔</w:t>
      </w:r>
    </w:p>
    <w:p>
      <w:r>
        <w:rPr>
          <w:b/>
        </w:rPr>
        <w:t xml:space="preserve">[46:40] </w:t>
      </w:r>
      <w:r>
        <w:t>kahin bhi aik bhi dekhein aap to insaan oriented dars nahi hota, logon ka muslim oriented hota hai. woh yaani quran parhte hain, lekin is mein sirf un ko musalman dikhai dete hain, insaan nahi dikhai deta un ko.</w:t>
      </w:r>
    </w:p>
    <w:p>
      <w:pPr>
        <w:jc w:val="right"/>
      </w:pPr>
      <w:r>
        <w:t>کہیں بھی ایک بھی دیکھیں آپ تو انسان اورینٹڈ درس نہیں ہوتا، لوگوں کا مسلم اورینٹڈ ہوتا ہے۔ وہ یعنی قرآن پڑھتے ہیں، لیکن اس میں صرف ان کو مسلمان دکھائی دیتے ہیں، انسان نہیں دکھائی دیتا ان کو۔</w:t>
      </w:r>
    </w:p>
    <w:p>
      <w:r>
        <w:rPr>
          <w:b/>
        </w:rPr>
        <w:t xml:space="preserve">[46:55] </w:t>
      </w:r>
      <w:r>
        <w:t>kyunke sab daawa blaind hain.</w:t>
      </w:r>
    </w:p>
    <w:p>
      <w:pPr>
        <w:jc w:val="right"/>
      </w:pPr>
      <w:r>
        <w:t>کیونکہ سب دعویٰ بلائنڈ ہیں۔</w:t>
      </w:r>
    </w:p>
    <w:p>
      <w:r>
        <w:rPr>
          <w:b/>
        </w:rPr>
        <w:t xml:space="preserve">[47:00] </w:t>
      </w:r>
      <w:r>
        <w:t>to is muddat mein aise log zaroor paida hue jinhon ne dawat ki baat kahi, lekin woh accept nahi hui. kyun? hamara media, hamari masjidain, hamare jalsay, hamare madaris, hamari jamaatein, sab baatein karne ki nafrat ki baatein.</w:t>
      </w:r>
    </w:p>
    <w:p>
      <w:pPr>
        <w:jc w:val="right"/>
      </w:pPr>
      <w:r>
        <w:t>تو اس مدت میں ایسے لوگ ضرور پیدا ہوئے جنہوں نے دعوت کی بات کہی، لیکن وہ ایکسیپٹ نہیں ہوئی۔ کیوں؟ ہمارا میڈیا، ہمارے مسجدیں، ہمارے جلسے، ہمارے مدرسے، ہماری جماعتیں، سب باتیں کرنے کی نفرت کی باتیں۔</w:t>
      </w:r>
    </w:p>
    <w:p>
      <w:r>
        <w:rPr>
          <w:b/>
        </w:rPr>
        <w:t xml:space="preserve">[47:16] </w:t>
      </w:r>
      <w:r>
        <w:t>jahan baatein nafrat ki ho rahi hon, wahan dawat kya hogi?</w:t>
      </w:r>
    </w:p>
    <w:p>
      <w:pPr>
        <w:jc w:val="right"/>
      </w:pPr>
      <w:r>
        <w:t>جہاں باتیں نفرت کی ہو رہی ہوں، وہاں دعوت کیا ہوگی؟</w:t>
      </w:r>
    </w:p>
    <w:p>
      <w:r>
        <w:rPr>
          <w:b/>
        </w:rPr>
        <w:t xml:space="preserve">[47:20] </w:t>
      </w:r>
      <w:r>
        <w:t>aur jin logon ko aap ko sachai ka paigham pahunchana hai, un se aap matanafar ho jayein, un se aap ke andar hate aa jaye, to aap dawat kis liye dein ge un ko?</w:t>
      </w:r>
    </w:p>
    <w:p>
      <w:pPr>
        <w:jc w:val="right"/>
      </w:pPr>
      <w:r>
        <w:t>اور جن لوگوں کو آپ کو سچائی کا پیغام پہنچانا ہے، ان سے آپ متنفر ہو جائیں، ان سے آپ کے اندر ہیٹ آ جائے، تو آپ دعوت کس لیے دیں گے ان کو؟</w:t>
      </w:r>
    </w:p>
    <w:p>
      <w:r>
        <w:rPr>
          <w:b/>
        </w:rPr>
        <w:t xml:space="preserve">[47:34] </w:t>
      </w:r>
      <w:r>
        <w:t>dawat to wahi hai jo Hazrat Masih ne kaha tha ke "love your enemy". is ka matlab kya hai "love your enemy" ka? ke daai banna chahte ho to enemy se bhi mohabbat karna seekho.</w:t>
      </w:r>
    </w:p>
    <w:p>
      <w:pPr>
        <w:jc w:val="right"/>
      </w:pPr>
      <w:r>
        <w:t>دعوت تو وہی ہے جو حضرت مسیح نے کہا تھا کہ "لو یور اینمی"۔ اس کا مطلب کیا ہے "لو یور اینمی" کا؟ کہ داعی بننا چاہتے ہو تو اینمی سے بھی محبت کرنا سیکھو۔</w:t>
      </w:r>
    </w:p>
    <w:p>
      <w:r>
        <w:rPr>
          <w:b/>
        </w:rPr>
        <w:t xml:space="preserve">[47:47] </w:t>
      </w:r>
      <w:r>
        <w:t>is ka matlab yahi hai "love your enemy" ka matlab yeh hai ke agar tum Khuda ke haan dawat ka credit lena chahte ho to enemy se bhi mohabbat karna seekho, tab tum dawat de sako ge.</w:t>
      </w:r>
    </w:p>
    <w:p>
      <w:pPr>
        <w:jc w:val="right"/>
      </w:pPr>
      <w:r>
        <w:t>اس کا مطلب یہی ہے "لو یور اینمی" کا مطلب یہ ہے کہ اگر تم خدا کے ہاں دعوت کا کریڈٹ لینا چاہتے ہو تو اینمی سے بھی محبت کرنا سیکھو، تب تم دعوت دے سکو گے۔</w:t>
      </w:r>
    </w:p>
    <w:p>
      <w:r>
        <w:rPr>
          <w:b/>
        </w:rPr>
        <w:t xml:space="preserve">[48:04] </w:t>
      </w:r>
      <w:r>
        <w:t>lekin ho gaye log daawa blaind.</w:t>
      </w:r>
    </w:p>
    <w:p>
      <w:pPr>
        <w:jc w:val="right"/>
      </w:pPr>
      <w:r>
        <w:t>لیکن ہو گئے لوگ دعویٰ بلائنڈ۔</w:t>
      </w:r>
    </w:p>
    <w:p>
      <w:r>
        <w:rPr>
          <w:b/>
        </w:rPr>
        <w:t xml:space="preserve">[48:11] </w:t>
      </w:r>
      <w:r>
        <w:t>yaani sari duniya mein aap jante hain ke daur jo hai interaction ka daur hai, globalization ka daur hai. har jagah log aa rahe hain, ja rahe hain, aa rahe hain, ja rahe hain.</w:t>
      </w:r>
    </w:p>
    <w:p>
      <w:pPr>
        <w:jc w:val="right"/>
      </w:pPr>
      <w:r>
        <w:t>یعنی ساری دنیا میں آپ جانتے ہیں کہ دور جو ہے انٹریکشن کا دور ہے، گلوبلائزیشن کا دور ہے۔ ہر جگہ لوگ آ رہے ہیں، جا رہے ہیں، آ رہے ہیں، جا رہے ہیں۔</w:t>
      </w:r>
    </w:p>
    <w:p>
      <w:r>
        <w:rPr>
          <w:b/>
        </w:rPr>
        <w:t xml:space="preserve">[48:23] </w:t>
      </w:r>
      <w:r>
        <w:t>to madu to aap ke aap ke door par har jagah maujood hai,</w:t>
      </w:r>
    </w:p>
    <w:p>
      <w:pPr>
        <w:jc w:val="right"/>
      </w:pPr>
      <w:r>
        <w:t>تو مدعو تو آپ کے آپ کے ڈور پر ہر جگہ موجود ہے،</w:t>
      </w:r>
    </w:p>
    <w:p>
      <w:r>
        <w:rPr>
          <w:b/>
        </w:rPr>
        <w:t xml:space="preserve">[48:29] </w:t>
      </w:r>
      <w:r>
        <w:t>woh road par chal raha hai, woh parkon mein maujood hai. us ko aap bus stand par, railway stand par, airport mein pa sakte hain.</w:t>
      </w:r>
    </w:p>
    <w:p>
      <w:pPr>
        <w:jc w:val="right"/>
      </w:pPr>
      <w:r>
        <w:t>وہ روڈ پر چل رہا ہے، وہ پارکوں میں موجود ہے۔ اس کو آپ بس اسٹینڈ پر، ریلوے اسٹینڈ پر، ایئرپورٹ میں پا سکتے ہیں۔</w:t>
      </w:r>
    </w:p>
    <w:p>
      <w:r>
        <w:rPr>
          <w:b/>
        </w:rPr>
        <w:t xml:space="preserve">[48:39] </w:t>
      </w:r>
      <w:r>
        <w:t>har jagah madu bikhra hua hai. kyunke yeh yeh zamana hai communication ka, globalization ka. aik aik musalmanon ki jamaat hai, aik muslim jamaat, us ne aik kitaab chhapi hai globalization ke upar.</w:t>
      </w:r>
    </w:p>
    <w:p>
      <w:pPr>
        <w:jc w:val="right"/>
      </w:pPr>
      <w:r>
        <w:t>ہر جگہ مدعو بکھرا ہوا ہے۔ کیونکہ یہ یہ زمانہ ہے کمیونیکیشن کا، گلوبلائزیشن کا۔ ایک ایک مسلمانوں کی جماعت ہے، ایک مسلم جماعت، اس نے ایک کتاب چھاپی ہے گلوبلائزیشن کے اوپر۔</w:t>
      </w:r>
    </w:p>
    <w:p>
      <w:r>
        <w:rPr>
          <w:b/>
        </w:rPr>
        <w:t xml:space="preserve">[48:55] </w:t>
      </w:r>
      <w:r>
        <w:t>globalization ko bohat hi bura bhala kaha hai unhon ne. yaani globalization jo hai woh ustamar ka hathkanda hai. ustamar jo hai, yaani matlab America jo hai, woh chahta hai ke logon ko phir jaal mein phansaye.</w:t>
      </w:r>
    </w:p>
    <w:p>
      <w:pPr>
        <w:jc w:val="right"/>
      </w:pPr>
      <w:r>
        <w:t>گلوبلائزیشن کو بہت ہی برا بھلا کہا ہے انہوں نے۔ یعنی گلوبلائزیشن جو ہے وہ استعمار کا ہتھکنڈا ہے۔ استعمار جو ہے، یعنی مطلب امریکہ جو ہے، وہ چاہتا ہے کہ لوگوں کو پھر جال میں پھنسائے۔</w:t>
      </w:r>
    </w:p>
    <w:p>
      <w:r>
        <w:rPr>
          <w:b/>
        </w:rPr>
        <w:t xml:space="preserve">[49:09] </w:t>
      </w:r>
      <w:r>
        <w:t>is qadar low baat hai yeh. globalization ke maani hain ke yaani expansion of daawa opportunities.</w:t>
      </w:r>
    </w:p>
    <w:p>
      <w:pPr>
        <w:jc w:val="right"/>
      </w:pPr>
      <w:r>
        <w:t>اس قدر لو بات ہے یہ۔ گلوبلائزیشن کے معنی ہیں کہ یعنی ایکسپینشن آف دعویٰ اپرچونیٹیز۔</w:t>
      </w:r>
    </w:p>
    <w:p>
      <w:r>
        <w:rPr>
          <w:b/>
        </w:rPr>
        <w:t xml:space="preserve">[49:21] </w:t>
      </w:r>
      <w:r>
        <w:t>agar aap ke andar nazar ho daawati to aap globalization par shukr, Allah taala shukr ada karein ge ke sari duniya mein aa rahe hain, ja rahe hain log, ta'alluqat barh rahe hain.</w:t>
      </w:r>
    </w:p>
    <w:p>
      <w:pPr>
        <w:jc w:val="right"/>
      </w:pPr>
      <w:r>
        <w:t>اگر آپ کے اندر نظر ہو دعوتی تو آپ گلوبلائزیشن پر شکر، اللہ تعالیٰ شکر ادا کریں گے کہ ساری دنیا میں آ رہے ہیں، جا رہے ہیں لوگ، تعلقات بڑھ رہے ہیں۔</w:t>
      </w:r>
    </w:p>
    <w:p>
      <w:r>
        <w:rPr>
          <w:b/>
        </w:rPr>
        <w:t xml:space="preserve">[49:36] </w:t>
      </w:r>
      <w:r>
        <w:t>to hamein dawat ki nai nai opportunities khul rahi hain hamare liye.</w:t>
      </w:r>
    </w:p>
    <w:p>
      <w:pPr>
        <w:jc w:val="right"/>
      </w:pPr>
      <w:r>
        <w:t>تو ہمیں دعوت کی نئی نئی اپرچونیٹیز کھل رہی ہیں ہمارے لیے۔</w:t>
      </w:r>
    </w:p>
    <w:p>
      <w:r>
        <w:rPr>
          <w:b/>
        </w:rPr>
        <w:t xml:space="preserve">[49:44] </w:t>
      </w:r>
      <w:r>
        <w:t>to globalization means expansion of daawa opportunities, explosion of daawa opportunities.</w:t>
      </w:r>
    </w:p>
    <w:p>
      <w:pPr>
        <w:jc w:val="right"/>
      </w:pPr>
      <w:r>
        <w:t>تو گلوبلائزیشن مینز ایکسپینشن آف دعویٰ اپرچونیٹیز، ایکسپلوژن آف دعویٰ اپرچونیٹیز۔</w:t>
      </w:r>
    </w:p>
    <w:p>
      <w:r>
        <w:rPr>
          <w:b/>
        </w:rPr>
        <w:t xml:space="preserve">[49:58] </w:t>
      </w:r>
      <w:r>
        <w:t>to hamare media ne, yaani Muslim media ne, main secular media ko kuch bhi shikayat nahi karta. secular media to ek industry hai, iski shikayat kya hai?</w:t>
      </w:r>
    </w:p>
    <w:p>
      <w:pPr>
        <w:jc w:val="right"/>
      </w:pPr>
      <w:r>
        <w:t>تو ہمارے میڈیا نے، یعنی مسلم میڈیا نے، میں سیکولر میڈیا کو کچھ بھی شکایت نہیں کرتا۔ سیکولر میڈیا تو ایک انڈسٹری ہے، اس کی شکایت کیا ہے؟</w:t>
      </w:r>
    </w:p>
    <w:p>
      <w:r>
        <w:rPr>
          <w:b/>
        </w:rPr>
        <w:t xml:space="preserve">[50:12] </w:t>
      </w:r>
      <w:r>
        <w:t>koi jo joota aur kapra bechte hain, wo news bechte hain, iski shikayat ki baat kya hai? to Muslim media, Muslim masjidain, Muslim madaris, Muslim idaray, Muslim jalsay, iski baat mein karta hoon.</w:t>
      </w:r>
    </w:p>
    <w:p>
      <w:pPr>
        <w:jc w:val="right"/>
      </w:pPr>
      <w:r>
        <w:t>کوئی جو جوتا اور کپڑا بیچتے ہیں، وہ نیوز بیچتے ہیں، اس کی شکایت کی بات کیا ہے؟ تو مسلم میڈیا، مسلم مسجدیں، مسلم مدرسے، مسلم ادارے، مسلم جلسے، اس کی بات میں کرتا ہوں۔</w:t>
      </w:r>
    </w:p>
    <w:p>
      <w:r>
        <w:rPr>
          <w:b/>
        </w:rPr>
        <w:t xml:space="preserve">[50:28] </w:t>
      </w:r>
      <w:r>
        <w:t>wahan par insaan se mohabbat karne ki baat hi nahi hoti. jab insaan se mohabbat nahi karenge, aap to dawat kya denge?</w:t>
      </w:r>
    </w:p>
    <w:p>
      <w:pPr>
        <w:jc w:val="right"/>
      </w:pPr>
      <w:r>
        <w:t>وہاں پر انسان سے محبت کرنے کی بات ہی نہیں ہوتی۔ جب انسان سے محبت نہیں کریں گے، آپ تو دعوت کیا دیں گے؟</w:t>
      </w:r>
    </w:p>
    <w:p>
      <w:r>
        <w:rPr>
          <w:b/>
        </w:rPr>
        <w:t xml:space="preserve">[50:39] </w:t>
      </w:r>
      <w:r>
        <w:t>aur dawat jo hai, dekhein, koi saada baat nahi hai. dawat ka mission koi saada baat nahi hai. yeh khud aap ke liye aap ka overhaul karta hai, khud aap ki training hai.</w:t>
      </w:r>
    </w:p>
    <w:p>
      <w:pPr>
        <w:jc w:val="right"/>
      </w:pPr>
      <w:r>
        <w:t>اور دعوت جو ہے، دیکھیں، کوئی سادہ بات نہیں ہے۔ دعوت کا مشن کوئی سادہ بات نہیں ہے۔ یہ خود آپ کے لیے آپ کا اوور ہال کرتا ہے، خود آپ کی ٹریننگ ہے۔</w:t>
      </w:r>
    </w:p>
    <w:p>
      <w:r>
        <w:rPr>
          <w:b/>
        </w:rPr>
        <w:t xml:space="preserve">[50:55] </w:t>
      </w:r>
      <w:r>
        <w:t>kyunke Musalmanon ne dawat chhod di, is liye wo ghetto mentality paida ho gayi un ke andar, cell mein jeene lage.</w:t>
      </w:r>
    </w:p>
    <w:p>
      <w:pPr>
        <w:jc w:val="right"/>
      </w:pPr>
      <w:r>
        <w:t>کیونکہ مسلمانوں نے دعوت چھوڑ دی، اس لیے وہ کھیٹو مینٹیلٹی پیدا ہو گئی ان کے اندر، سیل میں جینے لگے۔</w:t>
      </w:r>
    </w:p>
    <w:p>
      <w:r>
        <w:rPr>
          <w:b/>
        </w:rPr>
        <w:t xml:space="preserve">[51:06] </w:t>
      </w:r>
      <w:r>
        <w:t>yeh bohat bara, bohat bari baat hai, is ko samajhna chahiye ke is zamane mein Musalmanon mein kyun ghetto mentality hai?</w:t>
      </w:r>
    </w:p>
    <w:p>
      <w:pPr>
        <w:jc w:val="right"/>
      </w:pPr>
      <w:r>
        <w:t>یہ بہت بڑا، بہت بڑی بات ہے، اس کو سمجھنا چاہیے کہ اس زمانے میں مسلمانوں میں کیوں گھیٹو مینٹیلٹی ہے؟</w:t>
      </w:r>
    </w:p>
    <w:p>
      <w:r>
        <w:rPr>
          <w:b/>
        </w:rPr>
        <w:t xml:space="preserve">[51:15] </w:t>
      </w:r>
      <w:r>
        <w:t>kyun cell mein rehna pasand karte hain wo? kyun un ke andar mehdoodiyat aa gayi hai? kyun un ke andar open mind nahi hai?</w:t>
      </w:r>
    </w:p>
    <w:p>
      <w:pPr>
        <w:jc w:val="right"/>
      </w:pPr>
      <w:r>
        <w:t>کیوں سیل میں رہنا پسند کرتے ہیں وہ؟ کیوں ان کے اندر محدودیت آ گئی ہے؟ کیوں ان کے اندر اوپن مائنڈ نہیں ہے؟</w:t>
      </w:r>
    </w:p>
    <w:p>
      <w:r>
        <w:rPr>
          <w:b/>
        </w:rPr>
        <w:t xml:space="preserve">[51:25] </w:t>
      </w:r>
      <w:r>
        <w:t>kyun un ke andar, yaani universal thinking nahi hai? kyun</w:t>
      </w:r>
    </w:p>
    <w:p>
      <w:pPr>
        <w:jc w:val="right"/>
      </w:pPr>
      <w:r>
        <w:t>کیوں ان کے اندر، یعنی یونیورسل تھنکنگ نہیں ہے؟ کیوں</w:t>
      </w:r>
    </w:p>
    <w:p>
      <w:r>
        <w:rPr>
          <w:b/>
        </w:rPr>
        <w:t xml:space="preserve">[51:30] </w:t>
      </w:r>
      <w:r>
        <w:t>nahi hai? yeh sab dawat ko chhodne ki wajah se hai, sab dawat ko chhodne ki wajah se. kyunke dawat jo hai, aap ke andar kya karti hai?</w:t>
      </w:r>
    </w:p>
    <w:p>
      <w:pPr>
        <w:jc w:val="right"/>
      </w:pPr>
      <w:r>
        <w:t>نہیں ہے؟ یہ سب دعوت کو چھوڑنے کی وجہ سے ہے، سب دعوت کو چھوڑنے کی وجہ سے۔ کیونکہ دعوت جو ہے، آپ کے اندر کیا کرتی ہے؟</w:t>
      </w:r>
    </w:p>
    <w:p>
      <w:r>
        <w:rPr>
          <w:b/>
        </w:rPr>
        <w:t xml:space="preserve">[51:41] </w:t>
      </w:r>
      <w:r>
        <w:t>insaan se mohabbat laati hai, doosre ko janne ka jazba paida karti hai, apni maloomat ko badhane ka shoq aata hai aap ke andar.</w:t>
      </w:r>
    </w:p>
    <w:p>
      <w:pPr>
        <w:jc w:val="right"/>
      </w:pPr>
      <w:r>
        <w:t>انسان سے محبت لاتی ہے، دوسرے کو جاننے کا جذبہ پیدا کرتی ہے، اپنی معلومات کو بڑھانے کا شوق آتا ہے آپ کے اندر۔</w:t>
      </w:r>
    </w:p>
    <w:p>
      <w:r>
        <w:rPr>
          <w:b/>
        </w:rPr>
        <w:t xml:space="preserve">[51:54] </w:t>
      </w:r>
      <w:r>
        <w:t>apni baat ko</w:t>
      </w:r>
    </w:p>
    <w:p>
      <w:pPr>
        <w:jc w:val="right"/>
      </w:pPr>
      <w:r>
        <w:t>اپنی بات کو</w:t>
      </w:r>
    </w:p>
    <w:p>
      <w:r>
        <w:rPr>
          <w:b/>
        </w:rPr>
        <w:t xml:space="preserve">[51:55] </w:t>
      </w:r>
      <w:r>
        <w:t>doosron ke liye acceptable banane ke liye aap bohat kuch janne ki koshish karte hain, aap talif e qalb karte hain, aap safar karte hain, doosron ki khair khwahi ke liye aap planning karte hain.</w:t>
      </w:r>
    </w:p>
    <w:p>
      <w:pPr>
        <w:jc w:val="right"/>
      </w:pPr>
      <w:r>
        <w:t>دوسروں کے لیے ایکسیپٹیبل بنانے کے لیے آپ بہت کچھ جاننے کی کوشش کرتے ہیں، آپ تعلیف قلب کرتے ہیں، آپ سفر کرتے ہیں، دوسروں کی خیر خواہی کے لیے آپ پلاننگ کرتے ہیں۔</w:t>
      </w:r>
    </w:p>
    <w:p>
      <w:r>
        <w:rPr>
          <w:b/>
        </w:rPr>
        <w:t xml:space="preserve">[52:11] </w:t>
      </w:r>
      <w:r>
        <w:t>is tarah se aap ki personality jo hai, bohat zyada marti hai, aap ka horizon bohat zyada barhta hai, aap ka mind bohat zyada khulta hai.</w:t>
      </w:r>
    </w:p>
    <w:p>
      <w:pPr>
        <w:jc w:val="right"/>
      </w:pPr>
      <w:r>
        <w:t>اس طرح سے آپ کی پرسنیلٹی جو ہے، بہت زیادہ بڑھتی ہے، آپ کا ہورائزن بہت زیادہ بڑھتا ہے، آپ کا مائنڈ بہت زیادہ کھلتا ہے۔</w:t>
      </w:r>
    </w:p>
    <w:p>
      <w:r>
        <w:rPr>
          <w:b/>
        </w:rPr>
        <w:t xml:space="preserve">[52:22] </w:t>
      </w:r>
      <w:r>
        <w:t>to dawat jo hai, wo koi saada baat nahi hai. dawat khud aap ke andar ek inqilab laane ka zariya hai. wo aap ki personality ko revitalise karti hai.</w:t>
      </w:r>
    </w:p>
    <w:p>
      <w:pPr>
        <w:jc w:val="right"/>
      </w:pPr>
      <w:r>
        <w:t>تو دعوت جو ہے، وہ کوئی سادہ بات نہیں ہے۔ دعوت خود آپ کے اندر ایک انقلاب لانے کا ذریعہ ہے۔ وہ آپ کی پرسنیلٹی کو ریولیسائز کرتی ہے۔</w:t>
      </w:r>
    </w:p>
    <w:p>
      <w:r>
        <w:rPr>
          <w:b/>
        </w:rPr>
        <w:t xml:space="preserve">[52:34] </w:t>
      </w:r>
      <w:r>
        <w:t>dawat jo hai, source dawat is a source of revitalise, revitalization of your your personality.</w:t>
      </w:r>
    </w:p>
    <w:p>
      <w:pPr>
        <w:jc w:val="right"/>
      </w:pPr>
      <w:r>
        <w:t>دعوت جو ہے، ا سورس دعوت از ا سورس آف ریولیسائز، ریولیسائزیشن آف یور یور پرسنیلٹی۔</w:t>
      </w:r>
    </w:p>
    <w:p>
      <w:r>
        <w:rPr>
          <w:b/>
        </w:rPr>
        <w:t xml:space="preserve">[52:45] </w:t>
      </w:r>
      <w:r>
        <w:t>to dawat ko chhod kar sirf itna hi nahi hua ke hum hum ek zimmedari ada nahi kar rahe,</w:t>
      </w:r>
    </w:p>
    <w:p>
      <w:pPr>
        <w:jc w:val="right"/>
      </w:pPr>
      <w:r>
        <w:t>تو دعوت کو چھوڑ کر صرف اتنا ہی نہیں ہوا کہ ہم ہم ایک ذمہ داری ادا نہیں کر رہے،</w:t>
      </w:r>
    </w:p>
    <w:p>
      <w:r>
        <w:rPr>
          <w:b/>
        </w:rPr>
        <w:t xml:space="preserve">[52:51] </w:t>
      </w:r>
      <w:r>
        <w:t>yeh sachai ke paigham ko doosron tak nahi pohncha rahe, khud apna bhi nuksan kar rahe hain.</w:t>
      </w:r>
    </w:p>
    <w:p>
      <w:pPr>
        <w:jc w:val="right"/>
      </w:pPr>
      <w:r>
        <w:t>یہ سچائی کے پیغام کو دوسروں تک نہیں پہنچا رہے، خود اپنا بھی نقصان کر رہے ہیں۔</w:t>
      </w:r>
    </w:p>
    <w:p>
      <w:r>
        <w:rPr>
          <w:b/>
        </w:rPr>
        <w:t xml:space="preserve">[53:01] </w:t>
      </w:r>
      <w:r>
        <w:t>hamare andar wo inqilabi badlav nahi aa raha jo hona chahiye. aur zamane ko janne ka aaj kal kya hai?</w:t>
      </w:r>
    </w:p>
    <w:p>
      <w:pPr>
        <w:jc w:val="right"/>
      </w:pPr>
      <w:r>
        <w:t>ہمارے اندر وہ انقلابی بدلاؤ نہیں آ رہا جو ہونا چاہیے۔ اور زمانے کو جاننے کا آج کل کیا ہے؟</w:t>
      </w:r>
    </w:p>
    <w:p>
      <w:r>
        <w:rPr>
          <w:b/>
        </w:rPr>
        <w:t xml:space="preserve">[53:10] </w:t>
      </w:r>
      <w:r>
        <w:t>Musalman zamane ko jante hi nahi. yeh kis zamane mein hum hain, is se bekhabar hain.</w:t>
      </w:r>
    </w:p>
    <w:p>
      <w:pPr>
        <w:jc w:val="right"/>
      </w:pPr>
      <w:r>
        <w:t>مسلمان زمانے کو جانتے ہی نہیں۔ یہ کس زمانے میں ہم ہیں، اس سے بے خبر ہیں۔</w:t>
      </w:r>
    </w:p>
    <w:p>
      <w:r>
        <w:rPr>
          <w:b/>
        </w:rPr>
        <w:t xml:space="preserve">[53:21] </w:t>
      </w:r>
      <w:r>
        <w:t>agar dawat ho to aap bohat zyada chahenge zamane ko janna. jaise ek hadith mein hai ke "an yakuna baseeran bizamanih". apne zamane ko bohat zyada janna chahenge aap, tabhi to aap dawat ko aap successful tor par chala sakenge.</w:t>
      </w:r>
    </w:p>
    <w:p>
      <w:pPr>
        <w:jc w:val="right"/>
      </w:pPr>
      <w:r>
        <w:t>اگر دعوت ہو تو آپ بہت زیادہ چاہیں گے زمانے کو جاننا۔ جیسے ایک حدیث میں ہے کہ "أن يكون بصيراً بزمانه"۔ اپنے زمانے کو بہت زیادہ جاننا چاہیں گے آپ، تبھی تو آپ دعوت کو آپ سکسیس فل طور پر چلا سکیں گے۔</w:t>
      </w:r>
    </w:p>
    <w:p>
      <w:r>
        <w:rPr>
          <w:b/>
        </w:rPr>
        <w:t xml:space="preserve">[53:37] </w:t>
      </w:r>
      <w:r>
        <w:t>jo aadmi apne zamane ko na jaane, apne contemporary logon ko na jaane, wo jo apne zamane ke mind ko na jaane, wo dawat kaise karega?</w:t>
      </w:r>
    </w:p>
    <w:p>
      <w:pPr>
        <w:jc w:val="right"/>
      </w:pPr>
      <w:r>
        <w:t>جو آدمی اپنے زمانے کو نہ جانے، اپنے کنٹمپریری لوگوں کو نہ جانے، وہ جو اپنے زمانے کے مائنڈ کو نہ جانے، وہ دعوت کیسے کرے گا؟</w:t>
      </w:r>
    </w:p>
    <w:p>
      <w:r>
        <w:rPr>
          <w:b/>
        </w:rPr>
        <w:t xml:space="preserve">[53:47] </w:t>
      </w:r>
      <w:r>
        <w:t>effective tareeqe se.</w:t>
      </w:r>
    </w:p>
    <w:p>
      <w:pPr>
        <w:jc w:val="right"/>
      </w:pPr>
      <w:r>
        <w:t>ایفیکٹیو طریقے سے۔</w:t>
      </w:r>
    </w:p>
    <w:p>
      <w:r>
        <w:rPr>
          <w:b/>
        </w:rPr>
        <w:t xml:space="preserve">[53:52] </w:t>
      </w:r>
      <w:r>
        <w:t>to dawat ko chhodne se kya hua? zamane se bekhabri, unawareness.</w:t>
      </w:r>
    </w:p>
    <w:p>
      <w:pPr>
        <w:jc w:val="right"/>
      </w:pPr>
      <w:r>
        <w:t>تو دعوت کو چھوڑنے سے کیا ہوا؟ زمانے سے بے خبری، ان اویرنس۔</w:t>
      </w:r>
    </w:p>
    <w:p>
      <w:r>
        <w:rPr>
          <w:b/>
        </w:rPr>
        <w:t xml:space="preserve">[54:02] </w:t>
      </w:r>
      <w:r>
        <w:t>yaani itne zyada is ke pehlu hain ke is ko hum gir nahi sakte. kal ke paper mein ek cheez chhapi hai,</w:t>
      </w:r>
    </w:p>
    <w:p>
      <w:pPr>
        <w:jc w:val="right"/>
      </w:pPr>
      <w:r>
        <w:t>یعنی اتنے زیادہ اس کے پہلو ہیں کہ اس کو ہم گر نہیں سکتے۔ کل کے پیپر میں ایک چیز چھپی ہے،</w:t>
      </w:r>
    </w:p>
    <w:p>
      <w:r>
        <w:rPr>
          <w:b/>
        </w:rPr>
        <w:t xml:space="preserve">[54:13] </w:t>
      </w:r>
      <w:r>
        <w:t>is ko bhi mein wo karna chahta hoon, aap ko batana chahta hoon.</w:t>
      </w:r>
    </w:p>
    <w:p>
      <w:pPr>
        <w:jc w:val="right"/>
      </w:pPr>
      <w:r>
        <w:t>اس کو بھی میں وہ کرنا چاہتا ہوں، آپ کو بتانا چاہتا ہوں۔</w:t>
      </w:r>
    </w:p>
    <w:p>
      <w:r>
        <w:rPr>
          <w:b/>
        </w:rPr>
        <w:t xml:space="preserve">[54:24] </w:t>
      </w:r>
      <w:r>
        <w:t>hamare kuch saathi jo hain, woh dilli mein aik bohat hi well known senior journalist hain, un ke paas gaye.</w:t>
      </w:r>
    </w:p>
    <w:p>
      <w:pPr>
        <w:jc w:val="right"/>
      </w:pPr>
      <w:r>
        <w:t>ہمارے کچھ ساتھی جو ہیں، وہ دلی میں ایک بہت ہی ویل نون سینئر جرنلسٹ ہیں، ان کے پاس گئے۔</w:t>
      </w:r>
    </w:p>
    <w:p>
      <w:r>
        <w:rPr>
          <w:b/>
        </w:rPr>
        <w:t xml:space="preserve">[54:36] </w:t>
      </w:r>
      <w:r>
        <w:t>senior journalist hain, bohat achhi english un ki hai, bohat hi zyada popular hain, un ki cheezein log parhte hain. toh unhon ne likha hai, un ka aik weekly column aata hai,</w:t>
      </w:r>
    </w:p>
    <w:p>
      <w:pPr>
        <w:jc w:val="right"/>
      </w:pPr>
      <w:r>
        <w:t>سینئر جرنلسٹ ہیں، بہت اچھی انگلش ان کی ہے، بہت ہی زیادہ پاپولر ہیں، ان کی چیزیں لوگ پڑھتے ہیں۔ تو انہوں نے لکھا ہے، ان کا ایک ویکلی کالم آتا ہے،</w:t>
      </w:r>
    </w:p>
    <w:p>
      <w:r>
        <w:rPr>
          <w:b/>
        </w:rPr>
        <w:t xml:space="preserve">[54:52] </w:t>
      </w:r>
      <w:r>
        <w:t>is ke andar</w:t>
      </w:r>
    </w:p>
    <w:p>
      <w:pPr>
        <w:jc w:val="right"/>
      </w:pPr>
      <w:r>
        <w:t>اس کے اندر</w:t>
      </w:r>
    </w:p>
    <w:p>
      <w:r>
        <w:rPr>
          <w:b/>
        </w:rPr>
        <w:t xml:space="preserve">[54:54] </w:t>
      </w:r>
      <w:r>
        <w:t>yahan se jo translation chupa tha, chupa hai quran majeed ka english translation. aur yahan aur is translation ko le kar ke woh hamare kuch saathi un se mile, un ko diya unhon ne.</w:t>
      </w:r>
    </w:p>
    <w:p>
      <w:pPr>
        <w:jc w:val="right"/>
      </w:pPr>
      <w:r>
        <w:t>یہاں سے جو ٹرانسلیشن چھپا تھا، چھپا ہے قرآن مجید کا انگلش ٹرانسلیشن۔ اور یہاں اور اس ٹرانسلیشن کو لے کر کے وہ ہمارے کچھ ساتھی ان سے ملے، ان کو دیا انہوں نے۔</w:t>
      </w:r>
    </w:p>
    <w:p>
      <w:r>
        <w:rPr>
          <w:b/>
        </w:rPr>
        <w:t xml:space="preserve">[55:08] </w:t>
      </w:r>
      <w:r>
        <w:t>toh unhon ne likha hai ke main bohat dinon se quran ke english tarjame parhta hoon,</w:t>
      </w:r>
    </w:p>
    <w:p>
      <w:pPr>
        <w:jc w:val="right"/>
      </w:pPr>
      <w:r>
        <w:t>تو انہوں نے لکھا ہے کہ میں بہت دنوں سے قرآن کے انگلش ترجمے پڑھتا ہوں،</w:t>
      </w:r>
    </w:p>
    <w:p>
      <w:r>
        <w:rPr>
          <w:b/>
        </w:rPr>
        <w:t xml:space="preserve">[55:15] </w:t>
      </w:r>
      <w:r>
        <w:t>kai tarjame mere paas hain, mukhtalif tarjame main parhta raha hoon, parhta raha hoon, parhta raha hoon. lekin yeh jo translation hai, yeh pehli baar hai ke bohat hi clear hai, bohat hi easily understandable hai,</w:t>
      </w:r>
    </w:p>
    <w:p>
      <w:pPr>
        <w:jc w:val="right"/>
      </w:pPr>
      <w:r>
        <w:t>کئی ترجمے میرے پاس ہیں، مختلف ترجمے میں پڑھتا رہا ہوں، پڑھتا رہا ہوں، پڑھتا رہا ہوں۔ لیکن یہ جو ٹرانسلیشن ہے، یہ پہلی بار ہے کہ بہت ہی کلیئر ہے، بہت ہی ایزیلی انڈرسٹینڈ ایبل ہے،</w:t>
      </w:r>
    </w:p>
    <w:p>
      <w:r>
        <w:rPr>
          <w:b/>
        </w:rPr>
        <w:t xml:space="preserve">[55:28] </w:t>
      </w:r>
      <w:r>
        <w:t>aur modern medium mein hai.</w:t>
      </w:r>
    </w:p>
    <w:p>
      <w:pPr>
        <w:jc w:val="right"/>
      </w:pPr>
      <w:r>
        <w:t>اور ماڈرن میڈیم میں ہے۔</w:t>
      </w:r>
    </w:p>
    <w:p>
      <w:r>
        <w:rPr>
          <w:b/>
        </w:rPr>
        <w:t xml:space="preserve">[55:34] </w:t>
      </w:r>
      <w:r>
        <w:t>toh is mein jo mujhe jo cheez mehsoos hui, woh yeh hai ke printing press do sau saal se hai duniya mein, aur aaj tak musalman yeh bhi nahi kar sake ke aik acha translation english mein duniya ko de saken.</w:t>
      </w:r>
    </w:p>
    <w:p>
      <w:pPr>
        <w:jc w:val="right"/>
      </w:pPr>
      <w:r>
        <w:t>تو اس میں جو مجھے جو چیز محسوس ہوئی، وہ یہ ہے کہ پرنٹنگ پریس دو سو سال سے ہے دنیا میں، اور آج تک مسلمان یہ بھی نہیں کر سکے کہ ایک اچھا ٹرانسلیشن انگلش میں دنیا کو دے سکیں۔</w:t>
      </w:r>
    </w:p>
    <w:p>
      <w:r>
        <w:rPr>
          <w:b/>
        </w:rPr>
        <w:t xml:space="preserve">[55:50] </w:t>
      </w:r>
      <w:r>
        <w:t>kaisi ajeeb baat hai ke pehli baar 21 century mein yeh possible hua ke logon ko aik acha english translation mile,</w:t>
      </w:r>
    </w:p>
    <w:p>
      <w:pPr>
        <w:jc w:val="right"/>
      </w:pPr>
      <w:r>
        <w:t>کیسی عجیب بات ہے کہ پہلی بار 21 سینچری میں یہ پاسیبل ہوا کہ لوگوں کو ایک اچھا انگلش ٹرانسلیشن ملے،</w:t>
      </w:r>
    </w:p>
    <w:p>
      <w:r>
        <w:rPr>
          <w:b/>
        </w:rPr>
        <w:t xml:space="preserve">[55:59] </w:t>
      </w:r>
      <w:r>
        <w:t>acha chupa hua, achhi language mein, is mein clarity ho, aur logon ko pohanchaya bhi jaye. yeh kaisi ajeeb baat hai.</w:t>
      </w:r>
    </w:p>
    <w:p>
      <w:pPr>
        <w:jc w:val="right"/>
      </w:pPr>
      <w:r>
        <w:t>اچھا چھپا ہوا، اچھی لینگویج میں، اس میں کلیئرٹی ہو، اور لوگوں کو پہنچایا بھی جائے۔ یہ کیسی عجیب بات ہے۔</w:t>
      </w:r>
    </w:p>
    <w:p>
      <w:r>
        <w:rPr>
          <w:b/>
        </w:rPr>
        <w:t xml:space="preserve">[56:11] </w:t>
      </w:r>
      <w:r>
        <w:t>logon ne tarjame kiye hain, bas yani aik aik samjhiye ke aik khush aagahi ke tehat, khush aagahi ke tehat hamari kitaab hai, hum is ka tarjuma karenge.</w:t>
      </w:r>
    </w:p>
    <w:p>
      <w:pPr>
        <w:jc w:val="right"/>
      </w:pPr>
      <w:r>
        <w:t>لوگوں نے ترجمے کیے ہیں، بس یعنی ایک ایک سمجھیے کہ ایک خوش آگہی کے تحت، خوش آگہی کے تحت ہماری کتاب ہے، ہم اس کا ترجمہ کریں گے۔</w:t>
      </w:r>
    </w:p>
    <w:p>
      <w:r>
        <w:rPr>
          <w:b/>
        </w:rPr>
        <w:t xml:space="preserve">[56:23] </w:t>
      </w:r>
      <w:r>
        <w:t>lekin daawati, daawati zehan ke sath tarjame nahi hue. agar dawat zehan ke sath tarjame hon toh aap sochenge ke jo jis ko hamein pohanchana hai, us ke lehaz se bohat zyada attractive hona chahiye.</w:t>
      </w:r>
    </w:p>
    <w:p>
      <w:pPr>
        <w:jc w:val="right"/>
      </w:pPr>
      <w:r>
        <w:t>لیکن دعوتی، دعوتی ذہن کے ساتھ ترجمے نہیں ہوئے۔ اگر دعوت ذہن کے ساتھ ترجمے ہوں تو آپ سوچیں گے کہ جو جس کو ہمیں پہنچانا ہے، اس کے لحاظ سے بہت زیادہ اٹریکٹو ہونا چاہیے۔</w:t>
      </w:r>
    </w:p>
    <w:p>
      <w:r>
        <w:rPr>
          <w:b/>
        </w:rPr>
        <w:t xml:space="preserve">[56:35] </w:t>
      </w:r>
      <w:r>
        <w:t>us ko us ki language, us ke lehaz se banayenge, aap us ko clarity layenge, aap us ki safai us ke mutabiq karenge, aap</w:t>
      </w:r>
    </w:p>
    <w:p>
      <w:pPr>
        <w:jc w:val="right"/>
      </w:pPr>
      <w:r>
        <w:t>اس کو اس کی لینگویج، اس کے لحاظ سے بنائیں گے، آپ اس کو کلیئرٹی لائیں گے، آپ اس کی صفائی اس کے مطابق کریں گے، آپ</w:t>
      </w:r>
    </w:p>
    <w:p>
      <w:r>
        <w:rPr>
          <w:b/>
        </w:rPr>
        <w:t xml:space="preserve">[56:44] </w:t>
      </w:r>
      <w:r>
        <w:t>us ko zyada se zyada up to the standard banayenge, us ko aap. lekin madu jo hai, un ke samne nahi tha, khud bas apni kitaab hai, us ko tarjuma karna hai, aur bas us ko main kehta hoon khush aqeedgi.</w:t>
      </w:r>
    </w:p>
    <w:p>
      <w:pPr>
        <w:jc w:val="right"/>
      </w:pPr>
      <w:r>
        <w:t>اس کو زیادہ سے زیادہ اپ ٹو دا سٹینڈرڈ بنائیں گے، اس کو آپ۔ لیکن مدعو جو ہے، ان کے سامنے نہیں تھا، خود بس اپنی کتاب ہے، اس کو ترجمہ کرنا ہے، اور بس اس کو میں کہتا ہوں خوش عقیدگی۔</w:t>
      </w:r>
    </w:p>
    <w:p>
      <w:r>
        <w:rPr>
          <w:b/>
        </w:rPr>
        <w:t xml:space="preserve">[57:01] </w:t>
      </w:r>
      <w:r>
        <w:t>toh agar hamara kuch kaam bhi hua hai toh khush aqeedgi, khush aqeedgi ke sath hua hai, scientific tor par nahi hua, daawati spirit ke sath nahi hua hai.</w:t>
      </w:r>
    </w:p>
    <w:p>
      <w:pPr>
        <w:jc w:val="right"/>
      </w:pPr>
      <w:r>
        <w:t>تو اگر ہمارا کچھ کام بھی ہوا ہے تو خوش عقیدی، خوش عقیدگی کے ساتھ ہوا ہے، سائنٹیفک طور پر نہیں ہوا، دعوتی اسپرٹ کے ساتھ نہیں ہوا ہے۔</w:t>
      </w:r>
    </w:p>
    <w:p>
      <w:r>
        <w:rPr>
          <w:b/>
        </w:rPr>
        <w:t xml:space="preserve">[57:12] </w:t>
      </w:r>
      <w:r>
        <w:t>toh</w:t>
      </w:r>
    </w:p>
    <w:p>
      <w:pPr>
        <w:jc w:val="right"/>
      </w:pPr>
      <w:r>
        <w:t>تو</w:t>
      </w:r>
    </w:p>
    <w:p>
      <w:r>
        <w:rPr>
          <w:b/>
        </w:rPr>
        <w:t xml:space="preserve">[57:13] </w:t>
      </w:r>
      <w:r>
        <w:t>aap log baharhaal, aap ki zimmedari barh jati hai. jo log cps mein aate hain, un ki zimmedari barh jati hai ke aur zyada unhein mehnat karna hai taake doosron ko compensate kar saken, doosron ki kami ko.</w:t>
      </w:r>
    </w:p>
    <w:p>
      <w:pPr>
        <w:jc w:val="right"/>
      </w:pPr>
      <w:r>
        <w:t>آپ لوگ بہرحال، آپ کی ذمہ داری بڑھ جاتی ہے۔ جو لوگ سی پی ایس میں آتے ہیں، ان کی ذمہ داری بڑھ جاتی ہے کہ اور زیادہ انہیں محنت کرنا ہے تاکہ دوسروں کو کمپنسیٹ کر سکیں، دوسروں کی کمی کو۔</w:t>
      </w:r>
    </w:p>
    <w:p>
      <w:r>
        <w:rPr>
          <w:b/>
        </w:rPr>
        <w:t xml:space="preserve">[57:29] </w:t>
      </w:r>
      <w:r>
        <w:t>sirf doosron ko criticize kar ke aap bach nahi sakte, khuda ke haan. doosre agar nahi kar rahe hain, kam kar rahe hain toh aap ki zimmedari barhti hai,</w:t>
      </w:r>
    </w:p>
    <w:p>
      <w:pPr>
        <w:jc w:val="right"/>
      </w:pPr>
      <w:r>
        <w:t>صرف دوسروں کو کریسائز کر کے آپ بچ نہیں سکتے، خدا کے ہاں۔ دوسرے اگر نہیں کر رہے ہیں، کم کر رہے ہیں تو آپ کی ذمہ داری بڑھتی ہے،</w:t>
      </w:r>
    </w:p>
    <w:p>
      <w:r>
        <w:rPr>
          <w:b/>
        </w:rPr>
        <w:t xml:space="preserve">[57:40] </w:t>
      </w:r>
      <w:r>
        <w:t>aap ki responsibility barhti hai taake aur aap ko dugna chaugna kaam karna hai taake jo kaam doosre nahi kar rahe hain, woh aap ke zariye se anjam pa jaye.</w:t>
      </w:r>
    </w:p>
    <w:p>
      <w:pPr>
        <w:jc w:val="right"/>
      </w:pPr>
      <w:r>
        <w:t>آپ کی ریسپانسبیلٹی بڑھتی ہے تاکہ اور آپ کو دگنا چوگنا کام کرنا ہے تاکہ جو کام دوسرے نہیں کر رہے ہیں، وہ آپ کے ذریعے سے انجام پا جائے۔</w:t>
      </w:r>
    </w:p>
    <w:p>
      <w:r>
        <w:rPr>
          <w:b/>
        </w:rPr>
        <w:t xml:space="preserve">[57:51] </w:t>
      </w:r>
      <w:r>
        <w:t>bohat zyada sochiye is baat ko, kabhi doosron ko sirf kam bata kar hum bach nahi sakte. Allah taala ke haan hamein apne hath paon ko chalana hai, apne dimagh ko chalana hai, apni energy ko istemal karna hai, dugna chaugna zyada kaam karna hai.</w:t>
      </w:r>
    </w:p>
    <w:p>
      <w:pPr>
        <w:jc w:val="right"/>
      </w:pPr>
      <w:r>
        <w:t>بہت زیادہ سوچیے اس بات کو، کبھی دوسروں کو صرف کم بتا کر ہم بچ نہیں سکتے۔ اللہ تعالیٰ کے ہاں ہمیں اپنے ہاتھ پاؤں کو چلانا ہے، اپنے دماغ کو چلانا ہے، اپنی انرجی کو استعمال کرنا ہے، دگنا چوگنا زیادہ کام کرنا ہے۔</w:t>
      </w:r>
    </w:p>
    <w:p>
      <w:r>
        <w:rPr>
          <w:b/>
        </w:rPr>
        <w:t xml:space="preserve">[58:07] </w:t>
      </w:r>
      <w:r>
        <w:t>koi kaam toh hona chahiye.</w:t>
      </w:r>
    </w:p>
    <w:p>
      <w:pPr>
        <w:jc w:val="right"/>
      </w:pPr>
      <w:r>
        <w:t>کوئی کام تو ہونا چاہیے۔</w:t>
      </w:r>
    </w:p>
    <w:p>
      <w:r>
        <w:rPr>
          <w:b/>
        </w:rPr>
        <w:t xml:space="preserve">[58:13] </w:t>
      </w:r>
      <w:r>
        <w:t>toh is spirit ke sath barhiye ke doosre agar nahi kar rahe toh mujhe karna hai. i will do it, i will do it, i will do it. yeh spirit paida kijiye apne andar.</w:t>
      </w:r>
    </w:p>
    <w:p>
      <w:pPr>
        <w:jc w:val="right"/>
      </w:pPr>
      <w:r>
        <w:t>تو اس اسپرٹ کے ساتھ بڑھیے کہ دوسرے اگر نہیں کر رہے تو مجھے کرنا ہے۔ آئی ویل ڈو اٹ، آئی ویل ڈو اٹ، آئی ویل ڈو اٹ۔ یہ اسپرٹ پیدا کیجئے اپنے اندر۔</w:t>
      </w:r>
    </w:p>
    <w:p>
      <w:r>
        <w:rPr>
          <w:b/>
        </w:rPr>
        <w:t xml:space="preserve">[58:25] </w:t>
      </w:r>
      <w:r>
        <w:t>aqool qooli haza wastaghfirullah li walakum ajmaeen.</w:t>
      </w:r>
    </w:p>
    <w:p>
      <w:pPr>
        <w:jc w:val="right"/>
      </w:pPr>
      <w:r>
        <w:t>اقول قولیھذا واستغفراللہ لولکم اجمعین۔</w:t>
      </w:r>
    </w:p>
    <w:p>
      <w:r>
        <w:rPr>
          <w:b/>
        </w:rPr>
        <w:t xml:space="preserve">[58:43] </w:t>
      </w:r>
      <w:r>
        <w:t>This question is from Maulana Zikwan Nadvi from Delhi. Maulana, how should people develop insan oriented thinking?</w:t>
      </w:r>
    </w:p>
    <w:p>
      <w:pPr>
        <w:jc w:val="right"/>
      </w:pPr>
      <w:r>
        <w:t>This question is from مولانا زکوان ندوی from Delhi. مولانا، how should people develop انسان oriented thinking؟</w:t>
      </w:r>
    </w:p>
    <w:p>
      <w:r>
        <w:rPr>
          <w:b/>
        </w:rPr>
        <w:t xml:space="preserve">[58:58] </w:t>
      </w:r>
      <w:r>
        <w:t>pehli baat toh yeh hai ke agar aadmi quran ko parhe, objective mind ke sath toh quran ka parhna apne aap hi is ke andar insan oriented thinking layega.</w:t>
      </w:r>
    </w:p>
    <w:p>
      <w:pPr>
        <w:jc w:val="right"/>
      </w:pPr>
      <w:r>
        <w:t>پہلی بات تو یہ ہے کہ اگر آدمی قرآن کو پڑھے، objective mind کے ساتھ تو قرآن کا پڑھنا اپنے آپ ہی اس کے اندر انسان oriented thinking لائے گا۔</w:t>
      </w:r>
    </w:p>
    <w:p>
      <w:r>
        <w:rPr>
          <w:b/>
        </w:rPr>
        <w:t xml:space="preserve">[59:17] </w:t>
      </w:r>
      <w:r>
        <w:t>kyunke sare quran mein kya hai? insan ko address kiya gaya hai, al-nas ko address kiya gaya hai, bashar ko address kiya gaya hai, logon, ae logon keh kar address kiya gaya hai, 'ibad Allah keh kar address kiya gaya hai.</w:t>
      </w:r>
    </w:p>
    <w:p>
      <w:pPr>
        <w:jc w:val="right"/>
      </w:pPr>
      <w:r>
        <w:t>کیونکہ سارے قرآن میں کیا ہے؟ انسان کو address کیا گیا ہے، الناس کو address کیا گیا ہے، بشر کو address کیا گیا ہے، لوگوں، اے لوگوں کہہ کر address کیا گیا ہے، عباد اللہ کہہ کر address کیا گیا ہے۔</w:t>
      </w:r>
    </w:p>
    <w:p>
      <w:r>
        <w:rPr>
          <w:b/>
        </w:rPr>
        <w:t xml:space="preserve">[59:34] </w:t>
      </w:r>
      <w:r>
        <w:t>to sara quran address kar raha hai insan ko.</w:t>
      </w:r>
    </w:p>
    <w:p>
      <w:pPr>
        <w:jc w:val="right"/>
      </w:pPr>
      <w:r>
        <w:t>تو سارا قرآن address کر رہا ہے انسان کو۔</w:t>
      </w:r>
    </w:p>
    <w:p>
      <w:r>
        <w:rPr>
          <w:b/>
        </w:rPr>
        <w:t xml:space="preserve">[59:44] </w:t>
      </w:r>
      <w:r>
        <w:t>to bas mein chahta hoon ke</w:t>
      </w:r>
    </w:p>
    <w:p>
      <w:pPr>
        <w:jc w:val="right"/>
      </w:pPr>
      <w:r>
        <w:t>تو بس میں چاہتا ہوں کہ</w:t>
      </w:r>
    </w:p>
    <w:p>
      <w:r>
        <w:rPr>
          <w:b/>
        </w:rPr>
        <w:t xml:space="preserve">[59:48] </w:t>
      </w:r>
      <w:r>
        <w:t>by nature hi hum in, hamare andar insani mizaj paya jata hai, by nature. kyunke mein insan to dusra bhi insan, mein insan to dusra to bhediya to nahi hai.</w:t>
      </w:r>
    </w:p>
    <w:p>
      <w:pPr>
        <w:jc w:val="right"/>
      </w:pPr>
      <w:r>
        <w:t>by nature ہی ہم ان، ہمارے اندر انسانی مزاج پایا جاتا ہے، by nature۔ کیونکہ میں انسان تو دوسرا بھی انسان، میں انسان تو دوسرا تو بھیڑیا تو نہیں ہے۔</w:t>
      </w:r>
    </w:p>
    <w:p>
      <w:r>
        <w:rPr>
          <w:b/>
        </w:rPr>
        <w:t xml:space="preserve">[59:59] </w:t>
      </w:r>
      <w:r>
        <w:t>har insan ko mein dekhta hoon ke jaisa mein hoon, waisa woh hai. mere jaise hath paon iske andar bhi hain, mere jaise hath paon iske andar bhi hain.</w:t>
      </w:r>
    </w:p>
    <w:p>
      <w:pPr>
        <w:jc w:val="right"/>
      </w:pPr>
      <w:r>
        <w:t>ہر انسان کو میں دیکھتا ہوں کہ جیسا میں ہوں، ویسا وہ ہے۔ میرے جیسے ہاتھ پاؤں اس کے اندر بھی ہیں، میرے جیسے ہاتھ پاؤں اس کے اندر بھی ہیں۔</w:t>
      </w:r>
    </w:p>
    <w:p>
      <w:r>
        <w:rPr>
          <w:b/>
        </w:rPr>
        <w:t xml:space="preserve">[1:00:08] </w:t>
      </w:r>
      <w:r>
        <w:t>lekin khud quran jo hai, agar aap padhein bias ke baghair to quran aap ko insan oriented bana dega. lekin muslim, ab yeh jo aisa hai ke jo log dars-e-quran dete hain, unke andar bhi yeh thinking nahi.</w:t>
      </w:r>
    </w:p>
    <w:p>
      <w:pPr>
        <w:jc w:val="right"/>
      </w:pPr>
      <w:r>
        <w:t>لیکن خود قرآن جو ہے، اگر آپ پڑھیں bias کے بغیر تو قرآن آپ کو انسان oriented بنا دے گا۔ لیکن مسلم، اب یہ جو ایسا ہے کہ جو لوگ درس قرآن دیتے ہیں، ان کے اندر بھی یہ تھنکنگ نہیں۔</w:t>
      </w:r>
    </w:p>
    <w:p>
      <w:r>
        <w:rPr>
          <w:b/>
        </w:rPr>
        <w:t xml:space="preserve">[1:00:24] </w:t>
      </w:r>
      <w:r>
        <w:t>sau baras se log dars-e-quran de rahe hain, har masjid mein, unke andar bhi insan oriented thinking nahi. kyun? woh mahaul se unki conditioning ho chuki hai.</w:t>
      </w:r>
    </w:p>
    <w:p>
      <w:pPr>
        <w:jc w:val="right"/>
      </w:pPr>
      <w:r>
        <w:t>سو برس سے لوگ درس قرآن دے رہے ہیں، ہر مسجد میں، ان کے اندر بھی انسان oriented thinking نہیں۔ کیوں؟ وہ ماحول سے ان کی کنڈیشننگ ہو چکی ہے۔</w:t>
      </w:r>
    </w:p>
    <w:p>
      <w:r>
        <w:rPr>
          <w:b/>
        </w:rPr>
        <w:t xml:space="preserve">[1:00:34] </w:t>
      </w:r>
      <w:r>
        <w:t>jitne dars-e-quran dene wale hain, apne mahaul ka product hote hain. woh mahaul mein kya hai? baatein hoti hain musalman ki. bas musalman hi unka markaz-o-mahwar hote hain.</w:t>
      </w:r>
    </w:p>
    <w:p>
      <w:pPr>
        <w:jc w:val="right"/>
      </w:pPr>
      <w:r>
        <w:t>جتنے درس قرآن دینے والے ہیں، اپنے ماحول کا پروڈکٹ ہوتے ہیں۔ وہ ماحول میں کیا ہے؟ باتیں ہوتی ہیں مسلمان کی۔ بس مسلمان ہی ان کا مرکز و محور ہوتے ہیں۔</w:t>
      </w:r>
    </w:p>
    <w:p>
      <w:r>
        <w:rPr>
          <w:b/>
        </w:rPr>
        <w:t xml:space="preserve">[1:00:49] </w:t>
      </w:r>
      <w:r>
        <w:t>to masjid mein, madrasay mein, mahaul mein, har jagah, ghar mein, jab musalman,</w:t>
      </w:r>
    </w:p>
    <w:p>
      <w:pPr>
        <w:jc w:val="right"/>
      </w:pPr>
      <w:r>
        <w:t>تو مسجد میں، مدرسے میں، ماحول میں، ہر جگہ، گھر میں، جب مسلمان،</w:t>
      </w:r>
    </w:p>
    <w:p>
      <w:r>
        <w:rPr>
          <w:b/>
        </w:rPr>
        <w:t xml:space="preserve">[1:01:00] </w:t>
      </w:r>
      <w:r>
        <w:t>muslim ka charchah ho aur doosron ko negative tareeqay se yaad kiya jaye, ke musalmanon ko yaad kiya jata hai positive tareeqay par aur doosron ko yaad kiya jata hai negative tareeqay par, ke ghar se le kar bahar tak.</w:t>
      </w:r>
    </w:p>
    <w:p>
      <w:pPr>
        <w:jc w:val="right"/>
      </w:pPr>
      <w:r>
        <w:t>مسلم کا چرچہ ہو اور دوسروں کو نیگیٹیو طریقے سے یاد کیا جائے، کہ مسلمانوں کو یاد کیا جاتا ہے پازیٹیو طریقے پر اور دوسروں کو یاد کیا جاتا ہے نیگیٹیو طریقے پر، کہ گھر سے لے کر باہر تک۔</w:t>
      </w:r>
    </w:p>
    <w:p>
      <w:r>
        <w:rPr>
          <w:b/>
        </w:rPr>
        <w:t xml:space="preserve">[1:01:17] </w:t>
      </w:r>
      <w:r>
        <w:t>yeh jo muslim mahaul hai, iska matlab yeh hai ke jo dars-e-quran dete hain, woh bhi is is se bekhabar hain ke sara mamla insan oriented mamla hai.</w:t>
      </w:r>
    </w:p>
    <w:p>
      <w:pPr>
        <w:jc w:val="right"/>
      </w:pPr>
      <w:r>
        <w:t>یہ جو مسلم ماحول ہے، اس کا مطلب یہ ہے کہ جو درس قرآن دیتے ہیں، وہ بھی اس اس سے بے خبر ہیں کہ سارا معاملہ انسان oriented معاملہ ہے۔</w:t>
      </w:r>
    </w:p>
    <w:p>
      <w:r>
        <w:rPr>
          <w:b/>
        </w:rPr>
        <w:t xml:space="preserve">[1:01:28] </w:t>
      </w:r>
      <w:r>
        <w:t>to quran hi kafi hai aadmi ko batane ke liye. hamari soch insan ko le kar honi chahiye, na ke ek community ko le kar ke.</w:t>
      </w:r>
    </w:p>
    <w:p>
      <w:pPr>
        <w:jc w:val="right"/>
      </w:pPr>
      <w:r>
        <w:t>تو قرآن ہی کافی ہے آدمی کو بتانے کے لیے۔ ہماری سوچ انسان کو لے کر ہونی چاہیے، نہ کہ ایک کمیونٹی کو لے کر کے۔</w:t>
      </w:r>
    </w:p>
    <w:p>
      <w:r>
        <w:rPr>
          <w:b/>
        </w:rPr>
        <w:t xml:space="preserve">[1:01:40] </w:t>
      </w:r>
      <w:r>
        <w:t>zarurat hai objectivity ki, unbiased thinking ki,</w:t>
      </w:r>
    </w:p>
    <w:p>
      <w:pPr>
        <w:jc w:val="right"/>
      </w:pPr>
      <w:r>
        <w:t>ضرورت ہے objectivity کی، unbiased thinking کی،</w:t>
      </w:r>
    </w:p>
    <w:p>
      <w:r>
        <w:rPr>
          <w:b/>
        </w:rPr>
        <w:t xml:space="preserve">[1:01:47] </w:t>
      </w:r>
      <w:r>
        <w:t>as this thinking ki.</w:t>
      </w:r>
    </w:p>
    <w:p>
      <w:pPr>
        <w:jc w:val="right"/>
      </w:pPr>
      <w:r>
        <w:t>as this thinking کی۔</w:t>
      </w:r>
    </w:p>
    <w:p>
      <w:r>
        <w:rPr>
          <w:b/>
        </w:rPr>
        <w:t xml:space="preserve">[1:01:54] </w:t>
      </w:r>
      <w:r>
        <w:t>This question is from Miss Tuti from Delhi. There are many people who are offering guidance today. How should we differentiate the one who is guiding rightly?</w:t>
      </w:r>
    </w:p>
    <w:p>
      <w:pPr>
        <w:jc w:val="right"/>
      </w:pPr>
      <w:r>
        <w:t>This question is from Miss Tuti from Delhi. There are many people who are offering guidance today. How should we differentiate the one who is guidingrightly؟</w:t>
      </w:r>
    </w:p>
    <w:p>
      <w:r>
        <w:rPr>
          <w:b/>
        </w:rPr>
        <w:t xml:space="preserve">[1:02:10] </w:t>
      </w:r>
      <w:r>
        <w:t>yeh bohat hi aasan hai. inko aap judge kijiye quran se. quran jo hai, wahi criterion hai.</w:t>
      </w:r>
    </w:p>
    <w:p>
      <w:pPr>
        <w:jc w:val="right"/>
      </w:pPr>
      <w:r>
        <w:t>یہ بہت ہی آسان ہے۔ ان کو آپ judge کیجئے قرآن سے۔ قرآن جو ہے، وہی کرائٹیرین ہے۔</w:t>
      </w:r>
    </w:p>
    <w:p>
      <w:r>
        <w:rPr>
          <w:b/>
        </w:rPr>
        <w:t xml:space="preserve">[1:02:21] </w:t>
      </w:r>
      <w:r>
        <w:t>criterion to quran hai. isko mizan kaha gaya hai, mizan. to kisi bhi ki baat ko judge kijiye quran se.</w:t>
      </w:r>
    </w:p>
    <w:p>
      <w:pPr>
        <w:jc w:val="right"/>
      </w:pPr>
      <w:r>
        <w:t>کرائٹیرین تو قرآن ہے۔ اس کو مہم کہا گیا ہے، مہم۔ تو کسی بھی کی بات کو judge کیجئے قرآن سے۔</w:t>
      </w:r>
    </w:p>
    <w:p>
      <w:r>
        <w:rPr>
          <w:b/>
        </w:rPr>
        <w:t xml:space="preserve">[1:02:32] </w:t>
      </w:r>
      <w:r>
        <w:t>jaise misal ke taur par, abhi mein ne misal di aap ko ke ke yani jo militia ke log, militia ke musalmanon ne narah lagaya ke Allah hai zul-fasi.</w:t>
      </w:r>
    </w:p>
    <w:p>
      <w:pPr>
        <w:jc w:val="right"/>
      </w:pPr>
      <w:r>
        <w:t>جیسے مثال کے طور پر، ابھی میں نے مثال دی آپ کو کہ کہ یعنی جو ملیشیا کے لوگ، ملیشیا کے مسلمانوں نے نعرہ لگایا کہ اللہ ہے ذوالفاس۔</w:t>
      </w:r>
    </w:p>
    <w:p>
      <w:r>
        <w:rPr>
          <w:b/>
        </w:rPr>
        <w:t xml:space="preserve">[1:02:46] </w:t>
      </w:r>
      <w:r>
        <w:t>aap quran pe ko rakh kar dekhiye is ko to kahenge aap ko dikhai padega to galat hai. kyunke jab quran mein hai 'alhamdulillah rabb al-'alamin' to Allah sab ka hai.</w:t>
      </w:r>
    </w:p>
    <w:p>
      <w:pPr>
        <w:jc w:val="right"/>
      </w:pPr>
      <w:r>
        <w:t>آپ قرآن پہ کو رکھ کر دیکھیے اس کو تو کہیں گے آپ کو دکھائی پڑے گا تو غلط ہے۔ کیونکہ جب قرآن میں ہے الحمدللہ رب العالمین تو اللہ سب کا ہے۔</w:t>
      </w:r>
    </w:p>
    <w:p>
      <w:r>
        <w:rPr>
          <w:b/>
        </w:rPr>
        <w:t xml:space="preserve">[1:03:01] </w:t>
      </w:r>
      <w:r>
        <w:t>aur maloom ho jayega ke jo yani aisi baat hai jo iska quran se koi talluq nahi hai, unislamic hai. yeh to bohat hi aasan hai kyunke Allah taala ne quran ki shakal mein hamein ek criterion de diya hai, ek kasoti de di hai, ek measurement de diya hai,</w:t>
      </w:r>
    </w:p>
    <w:p>
      <w:pPr>
        <w:jc w:val="right"/>
      </w:pPr>
      <w:r>
        <w:t>اور معلوم ہو جائے گا کہ جو یعنی ایسی بات ہے جو اس کا قرآن سے کوئی تعلق نہیں ہے، ان اسلامک ہے۔ یہ تو بہت ہی آسان ہے کیونکہ اللہ تعالیٰ نے قرآن کی شکل میں ہمیں ایک کرائٹیرین دے دیا ہے، ایک کسوٹی دے دی ہے، ایک میژرمنٹ دے دیا ہے،</w:t>
      </w:r>
    </w:p>
    <w:p>
      <w:r>
        <w:rPr>
          <w:b/>
        </w:rPr>
        <w:t xml:space="preserve">[1:03:20] </w:t>
      </w:r>
      <w:r>
        <w:t>ek guardstick de diya hai. is ko apply kijiye aur foran hi maloom ho jayega ke kya theek hai, kya be-theek hai, kya sahi hai, kya galat hai.</w:t>
      </w:r>
    </w:p>
    <w:p>
      <w:pPr>
        <w:jc w:val="right"/>
      </w:pPr>
      <w:r>
        <w:t>ایک گارڈسٹک دے دیا ہے۔ اس کو اپلائی کیجئے اور فوراً ہی معلوم ہو جائے گا کہ کیا ٹھیک ہے، کیا بے ٹھیک ہے، کیا صحیح ہے، کیا غلط ہے۔</w:t>
      </w:r>
    </w:p>
    <w:p>
      <w:r>
        <w:rPr>
          <w:b/>
        </w:rPr>
        <w:t xml:space="preserve">[1:03:31] </w:t>
      </w:r>
      <w:r>
        <w:t>This question is from Mr. Nafees Shiraz from Delhi. Khuda ki nazar mein insan ke dwara kiya jane wala sab se bara gunah kaun sa hai?</w:t>
      </w:r>
    </w:p>
    <w:p>
      <w:pPr>
        <w:jc w:val="right"/>
      </w:pPr>
      <w:r>
        <w:t>This question is from Mr. Nafees Shiraz from Delhi. خدا کی نظر میں انسان کے द्वारा کیا جانے والا سب سے بڑا گناہ کون سا ہے؟</w:t>
      </w:r>
    </w:p>
    <w:p>
      <w:r>
        <w:rPr>
          <w:b/>
        </w:rPr>
        <w:t xml:space="preserve">[1:03:43] </w:t>
      </w:r>
      <w:r>
        <w:t>aur yeh bhi batayein ke insan ke dwara kiye jane wale sab se bara gunah kaun sa hai? aur yeh bhi batayein ke insan ke dwara kiya kiye jane wali nekiyon mein sab se bari neki kya hai?</w:t>
      </w:r>
    </w:p>
    <w:p>
      <w:pPr>
        <w:jc w:val="right"/>
      </w:pPr>
      <w:r>
        <w:t>اور یہ بھی بتائیں کہ انسان کے द्वारा کیے جانے والے سب سے بڑا گناہ کون سا ہے؟ اور یہ بھی بتائیں کہ انسان کے द्वारा کیا کیے جانے والی نیکیوں میں سب سے بڑی نیکی کیا ہے؟</w:t>
      </w:r>
    </w:p>
    <w:p>
      <w:r>
        <w:rPr>
          <w:b/>
        </w:rPr>
        <w:t xml:space="preserve">[1:03:59] </w:t>
      </w:r>
      <w:r>
        <w:t>yeh quran mein ek ayat hai ke 'inna Allaha la yaghfiru wa yushriku bihi wa yaghfiru ma doona thalika liman yashaa' hamesha.</w:t>
      </w:r>
    </w:p>
    <w:p>
      <w:pPr>
        <w:jc w:val="right"/>
      </w:pPr>
      <w:r>
        <w:t>یہ قرآن میں ایک آیت ہے کہ ان اللہ لا یغفر ویسرک بی ویغفر ما دون ذالک ہمیشہ۔</w:t>
      </w:r>
    </w:p>
    <w:p>
      <w:r>
        <w:rPr>
          <w:b/>
        </w:rPr>
        <w:t xml:space="preserve">[1:04:09] </w:t>
      </w:r>
      <w:r>
        <w:t>aisi ayat sirf ek hi amal ke bare mein hai, woh shirk hai ke insan shirk ko kare to Allah is ko maaf nahi karega aur gunahon ko maaf kar dega.</w:t>
      </w:r>
    </w:p>
    <w:p>
      <w:pPr>
        <w:jc w:val="right"/>
      </w:pPr>
      <w:r>
        <w:t>ایسی آیت صرف ایک ہی عمل کے بارے میں ہے، وہ شرک ہے کہ انسان شرک کو کرے تو اللہ اس کو معاف نہیں کرے گا اور گناہوں کو معاف کر دے گا۔</w:t>
      </w:r>
    </w:p>
    <w:p>
      <w:r>
        <w:rPr>
          <w:b/>
        </w:rPr>
        <w:t xml:space="preserve">[1:04:21] </w:t>
      </w:r>
      <w:r>
        <w:t>ise maloom ho ke sab se bara gunah Allah ke nazdeek shirk hai.</w:t>
      </w:r>
    </w:p>
    <w:p>
      <w:pPr>
        <w:jc w:val="right"/>
      </w:pPr>
      <w:r>
        <w:t>اسے معلوم ہو کہ سب سے بڑا گناہ اللہ کے نزدیک شرک ہے۔</w:t>
      </w:r>
    </w:p>
    <w:p>
      <w:r>
        <w:rPr>
          <w:b/>
        </w:rPr>
        <w:t xml:space="preserve">[1:04:25] </w:t>
      </w:r>
      <w:r>
        <w:t>kyunke shirk ka matlab log aaj samajhte hain mazahir shirk, yaani but poojne ko shirk samajhte hain. Apne aap ko poojte hain, us ko shirk nahi samajhte.</w:t>
      </w:r>
    </w:p>
    <w:p>
      <w:pPr>
        <w:jc w:val="right"/>
      </w:pPr>
      <w:r>
        <w:t>کیونکہ شرک کا مطلب لوگ آج سمجھتے ہیں مظاہر شرک، یعنی بت پوجنے کو شرک سمجھتے ہیں۔ اپنے آپ کو پوجتے ہیں، اس کو شرک نہیں سمجھتے۔</w:t>
      </w:r>
    </w:p>
    <w:p>
      <w:r>
        <w:rPr>
          <w:b/>
        </w:rPr>
        <w:t xml:space="preserve">[1:04:36] </w:t>
      </w:r>
      <w:r>
        <w:t>Aulad ko poojte hain, us ko shirk nahi samajhte. Maal ko poojte hain, us ko shirk nahi samajhte. To shirk jo hai, bilashuba sab se bara gunah hai.</w:t>
      </w:r>
    </w:p>
    <w:p>
      <w:pPr>
        <w:jc w:val="right"/>
      </w:pPr>
      <w:r>
        <w:t>اولاد کو پوجتے ہیں، اس کو شرک نہیں سمجھتے۔ مال کو پوجتے ہیں، اس کو شرک نہیں سمجھتے۔ تو شرک جو ہے، بلاشبہ سب سے بڑا گناہ ہے۔</w:t>
      </w:r>
    </w:p>
    <w:p>
      <w:r>
        <w:rPr>
          <w:b/>
        </w:rPr>
        <w:t xml:space="preserve">[1:04:46] </w:t>
      </w:r>
      <w:r>
        <w:t>lekin shirk ka matlab sirf yeh nahi ke aap pathar ke but ko na poojen,</w:t>
      </w:r>
    </w:p>
    <w:p>
      <w:pPr>
        <w:jc w:val="right"/>
      </w:pPr>
      <w:r>
        <w:t>لیکن شرک کا مطلب صرف یہ نہیں کہ آپ پتھر کے بت کو نہ پوجیں،</w:t>
      </w:r>
    </w:p>
    <w:p>
      <w:r>
        <w:rPr>
          <w:b/>
        </w:rPr>
        <w:t xml:space="preserve">[1:04:52] </w:t>
      </w:r>
      <w:r>
        <w:t>pathar ke but ko poojen. Yeh itna hi nahi, shirk hai.</w:t>
      </w:r>
    </w:p>
    <w:p>
      <w:pPr>
        <w:jc w:val="right"/>
      </w:pPr>
      <w:r>
        <w:t>پتھر کے بت کو پوجیں۔ یہ اتنا ہی نہیں، شرک ہے۔</w:t>
      </w:r>
    </w:p>
    <w:p>
      <w:r>
        <w:rPr>
          <w:b/>
        </w:rPr>
        <w:t xml:space="preserve">[1:04:58] </w:t>
      </w:r>
      <w:r>
        <w:t>shirk ka criteria Quran bhi inteha dekhiye ke sari mohabbat aap ki Khuda se ho jaye aur sara khauf aap ka Khuda se ho jaye.</w:t>
      </w:r>
    </w:p>
    <w:p>
      <w:pPr>
        <w:jc w:val="right"/>
      </w:pPr>
      <w:r>
        <w:t>شرک کا کرائٹیریا قرآن بھی انتہا دیکھیے کہ ساری محبت آپ کی خدا سے ہو جائے اور سارا خوف آپ کا خدا سے ہو جائے۔</w:t>
      </w:r>
    </w:p>
    <w:p>
      <w:r>
        <w:rPr>
          <w:b/>
        </w:rPr>
        <w:t xml:space="preserve">[1:05:09] </w:t>
      </w:r>
      <w:r>
        <w:t>yaani Khuda aap ka sab se bara concern ban jaye.</w:t>
      </w:r>
    </w:p>
    <w:p>
      <w:pPr>
        <w:jc w:val="right"/>
      </w:pPr>
      <w:r>
        <w:t>یعنی خدا آپ کا سب سے بڑا کنسرن بن جائے۔</w:t>
      </w:r>
    </w:p>
    <w:p>
      <w:r>
        <w:rPr>
          <w:b/>
        </w:rPr>
        <w:t xml:space="preserve">[1:05:16] </w:t>
      </w:r>
      <w:r>
        <w:t>Agar aap Khuda ke siwa kisi aur ko apna concern banate hain to wahi shirk hai. Aur sirf Khuda hi ko aap apna concern banate hain to wahi tauheed hai.</w:t>
      </w:r>
    </w:p>
    <w:p>
      <w:pPr>
        <w:jc w:val="right"/>
      </w:pPr>
      <w:r>
        <w:t>اگر آپ خدا کے سوا کسی اور کو اپنا کنسرن بناتے ہیں تو وہی شرک ہے۔ اور صرف خدا ہی کو آپ اپنا کنسرن بناتے ہیں تو وہی توحید ہے۔</w:t>
      </w:r>
    </w:p>
    <w:p>
      <w:r>
        <w:rPr>
          <w:b/>
        </w:rPr>
        <w:t xml:space="preserve">[1:05:32] </w:t>
      </w:r>
      <w:r>
        <w:t>yaani if you make your concern other than God, that is shirk.</w:t>
      </w:r>
    </w:p>
    <w:p>
      <w:pPr>
        <w:jc w:val="right"/>
      </w:pPr>
      <w:r>
        <w:t>یعنی if you make your concern other than God, that is shirk۔</w:t>
      </w:r>
    </w:p>
    <w:p>
      <w:r>
        <w:rPr>
          <w:b/>
        </w:rPr>
        <w:t xml:space="preserve">[1:05:38] </w:t>
      </w:r>
      <w:r>
        <w:t>And if you make your greatest concern God Almighty, it is then it is tauheed. Yeh sab se bara Quran majeed mein hai.</w:t>
      </w:r>
    </w:p>
    <w:p>
      <w:pPr>
        <w:jc w:val="right"/>
      </w:pPr>
      <w:r>
        <w:t>And if you make your greatest concern God Almighty, it is then it is توحید۔ یہ سب سے بڑا قرآن مجید میں ہے۔</w:t>
      </w:r>
    </w:p>
    <w:p>
      <w:r>
        <w:rPr>
          <w:b/>
        </w:rPr>
        <w:t xml:space="preserve">[1:05:52] </w:t>
      </w:r>
      <w:r>
        <w:t>Aur insaan ki nisbat jo aap ne farmaya to main samajhta hoon jahan tak insaan ki nisbat se hai ke insaan se aap ko khair khwahi hona, khair khwahi jis ko naseeh kaha gaya hai, in you n ush naseeh hai.</w:t>
      </w:r>
    </w:p>
    <w:p>
      <w:pPr>
        <w:jc w:val="right"/>
      </w:pPr>
      <w:r>
        <w:t>اور انسان کی نسبت جو آپ نے فرمایا تو میں سمجھتا ہوں جہاں تک انسان کی نسبت سے ہے کہ انسان سے آپ کو خیر خواہی ہونا، خیر خواہی جس کو نسخ کہا گیا ہے، ان یو این یو ایس ایچ نسخ ہے۔</w:t>
      </w:r>
    </w:p>
    <w:p>
      <w:r>
        <w:rPr>
          <w:b/>
        </w:rPr>
        <w:t xml:space="preserve">[1:06:05] </w:t>
      </w:r>
      <w:r>
        <w:t>Insaan ke liye aap ke andar compassion ho, insaan ke aap well wisher hon, insaan ke sath aap ka friendly behavior ho, insaan ki burai karna pasand na karen, aap insaan ke bare mein aap hamesha positive rahen,</w:t>
      </w:r>
    </w:p>
    <w:p>
      <w:pPr>
        <w:jc w:val="right"/>
      </w:pPr>
      <w:r>
        <w:t>انسان کے لیے آپ کے اندر کمپیشن ہو، انسان کے آپ ویل وشر ہوں، انسان کے ساتھ آپ کا فرینڈلی بیہیویئر ہو، انسان کی برائی کرنا پسند نہ کریں، آپ انسان کے بارے میں آپ ہمیشہ پازیٹیو رہیں،</w:t>
      </w:r>
    </w:p>
    <w:p>
      <w:r>
        <w:rPr>
          <w:b/>
        </w:rPr>
        <w:t xml:space="preserve">[1:06:20] </w:t>
      </w:r>
      <w:r>
        <w:t>yahan tak ke aap forgiveness apne andar paida karen.</w:t>
      </w:r>
    </w:p>
    <w:p>
      <w:pPr>
        <w:jc w:val="right"/>
      </w:pPr>
      <w:r>
        <w:t>یہاں تک کہ آپ فارگیونس اپنے اندر پیدا کریں۔</w:t>
      </w:r>
    </w:p>
    <w:p>
      <w:r>
        <w:rPr>
          <w:b/>
        </w:rPr>
        <w:t xml:space="preserve">[1:06:26] </w:t>
      </w:r>
      <w:r>
        <w:t>sabr ke sabr ki had tak insaan se aap ko dostiana taluq ho jaye.</w:t>
      </w:r>
    </w:p>
    <w:p>
      <w:pPr>
        <w:jc w:val="right"/>
      </w:pPr>
      <w:r>
        <w:t>صبر کے صبر کی حد تک انسان سے آپ کو دوستانہ تعلق ہو جائے۔</w:t>
      </w:r>
    </w:p>
    <w:p>
      <w:r>
        <w:rPr>
          <w:b/>
        </w:rPr>
        <w:t xml:space="preserve">[1:06:34] </w:t>
      </w:r>
      <w:r>
        <w:t>sabr ka matlab kya hai? Insaan ke sirf se aap ko koi takleef pahunche, tab bhi aap maaf kar den.</w:t>
      </w:r>
    </w:p>
    <w:p>
      <w:pPr>
        <w:jc w:val="right"/>
      </w:pPr>
      <w:r>
        <w:t>صبر کا مطلب کیا ہے؟ انسان کے صرف سے آپ کو کوئی تکلیف پہنچے، تب بھی آپ معاف کر دیں۔</w:t>
      </w:r>
    </w:p>
    <w:p>
      <w:r>
        <w:rPr>
          <w:b/>
        </w:rPr>
        <w:t xml:space="preserve">[1:06:46] </w:t>
      </w:r>
      <w:r>
        <w:t>Quran mein likhiye ke al qadimeen al ghaiz, ghussa ko maaf karne wale. Ghussa kis se aata hai? Pathar se aata hai. Pathar se darakht se aayega ghussa aap ko, insaan se aata hai.</w:t>
      </w:r>
    </w:p>
    <w:p>
      <w:pPr>
        <w:jc w:val="right"/>
      </w:pPr>
      <w:r>
        <w:t>قرآن میں لکھیے کہ القادمین الغیض، غصہ کو معاف کرنے والے۔ غصہ کس سے آتا ہے؟ پتھر سے آتا ہے۔ پتھر سے درخت سے آئے گا غصہ آپ کو، انسان سے آتا ہے۔</w:t>
      </w:r>
    </w:p>
    <w:p>
      <w:r>
        <w:rPr>
          <w:b/>
        </w:rPr>
        <w:t xml:space="preserve">[1:06:59] </w:t>
      </w:r>
      <w:r>
        <w:t>To insaan se aap ko chot lagti hai, insaan se aap ko takleef pahunchti hai. To farmaya ke al qadimeen al ghaiz, ghusse ko pee jane wale, wal afine an nas, logon ko maaf karne wale.</w:t>
      </w:r>
    </w:p>
    <w:p>
      <w:pPr>
        <w:jc w:val="right"/>
      </w:pPr>
      <w:r>
        <w:t>تو انسان سے آپ کو چوٹ لگتی ہے، انسان سے آپ کو تکلیف پہنچتی ہے۔ تو فرمایا کہ القادمین الغیض، غصے کو پی جانے والے، والعافین الناس، لوگوں کو معاف کرنے والے۔</w:t>
      </w:r>
    </w:p>
    <w:p>
      <w:r>
        <w:rPr>
          <w:b/>
        </w:rPr>
        <w:t xml:space="preserve">[1:07:14] </w:t>
      </w:r>
      <w:r>
        <w:t>Dekhen, yahan pe yeh nahi kaha al faqid al ghaiz nahi kaha gaya ke aap ko to ghussa hi na ho, kyunke logon ke beech mein rahenge to logon ki taraf se aap ko negative experience hoga,</w:t>
      </w:r>
    </w:p>
    <w:p>
      <w:pPr>
        <w:jc w:val="right"/>
      </w:pPr>
      <w:r>
        <w:t>دیکھیں، یہاں پہ یہ نہیں کہا الفاقد الغیض نہیں کہا گیا کہ آپ کو تو غصہ ہی نہ ہو، کیونکہ لوگوں کے بیچ میں رہیں گے تو لوگوں کی طرف سے آپ کو نیگیٹیو ایکسپیرینس ہوگا،</w:t>
      </w:r>
    </w:p>
    <w:p>
      <w:r>
        <w:rPr>
          <w:b/>
        </w:rPr>
        <w:t xml:space="preserve">[1:07:27] </w:t>
      </w:r>
      <w:r>
        <w:t>provocation hoga, kabhi kuch hoga. Aise mauqe par aap ke andar itni khair khwahi honi chahiye ke aap us ko maaf karte rahen. Ke wahi khair khwahi jo maa ke andar apne bachche ke liye hoti hai, maa baap ke andar apni aulad ke liye jo khair khwahi hoti hai, wahi khair khwahi aap ko sare insanon ke sath ho jaye.</w:t>
      </w:r>
    </w:p>
    <w:p>
      <w:pPr>
        <w:jc w:val="right"/>
      </w:pPr>
      <w:r>
        <w:t>پرووکیشن ہوگا، کبھی کچھ ہوگا۔ ایسے موقع پر آپ کے اندر اتنی خیر خواہی ہونی چاہیے کہ آپ اس کو معاف کرتے رہیں۔ کہ وہی خیر خواہی جو ماں کے اندر اپنے بچے کے لیے ہوتی ہے، ماں باپ کے اندر اپنی اولاد کے لیے جو خیر خواہی ہوتی ہے، وہی خیر خواہی آپ کو سارے انسانوں کے ساتھ ہو جائے۔</w:t>
      </w:r>
    </w:p>
    <w:p>
      <w:r>
        <w:rPr>
          <w:b/>
        </w:rPr>
        <w:t xml:space="preserve">[1:07:49] </w:t>
      </w:r>
      <w:r>
        <w:t>Yeh hai insaan ke bare mein Islam ki taleem.</w:t>
      </w:r>
    </w:p>
    <w:p>
      <w:pPr>
        <w:jc w:val="right"/>
      </w:pPr>
      <w:r>
        <w:t>یہ ہے انسان کے بارے میں اسلام کی تعلیم۔</w:t>
      </w:r>
    </w:p>
    <w:p>
      <w:r>
        <w:rPr>
          <w:b/>
        </w:rPr>
        <w:t xml:space="preserve">[1:07:55] </w:t>
      </w:r>
      <w:r>
        <w:t>This question is from Mr. Hussamuddin from Bihar. Maulana, aap ne farmaya ke Ashura ke roze ki koi ahmiyat nahi, jabke Muslim Shareef ki hadith number 1967 mein hai ke Ashura ka roza beete hue ek saal ke gunahon ka kaffara hai.</w:t>
      </w:r>
    </w:p>
    <w:p>
      <w:pPr>
        <w:jc w:val="right"/>
      </w:pPr>
      <w:r>
        <w:t>This question is from Mr. حسام الدین from Bihar. مولانا، آپ نے فرمایا کہ عاشورہ کے روزے کی کوئی اہمیت نہیں، جبکہ مسلم شریف کی حدیث نمبر 1967 میں ہے کہ عاشورہ کا روزہ بیتے ہوئے ایک سال کے گناہوں کا کفارہ ہے۔</w:t>
      </w:r>
    </w:p>
    <w:p>
      <w:r>
        <w:rPr>
          <w:b/>
        </w:rPr>
        <w:t xml:space="preserve">[1:08:19] </w:t>
      </w:r>
      <w:r>
        <w:t>Kya farmate hain aap is hadith ke bare mein?</w:t>
      </w:r>
    </w:p>
    <w:p>
      <w:pPr>
        <w:jc w:val="right"/>
      </w:pPr>
      <w:r>
        <w:t>کیا فرماتے ہیں آپ اس حدیث کے بارے میں؟</w:t>
      </w:r>
    </w:p>
    <w:p>
      <w:r>
        <w:rPr>
          <w:b/>
        </w:rPr>
        <w:t xml:space="preserve">[1:08:23] </w:t>
      </w:r>
      <w:r>
        <w:t>Dekhen, Ashura ke roze ko main agar yeh nahi kaha ke woh be buniyad hai. Rasool Allah ne Ashura ka roza rakha, Sahaba ne rakha.</w:t>
      </w:r>
    </w:p>
    <w:p>
      <w:pPr>
        <w:jc w:val="right"/>
      </w:pPr>
      <w:r>
        <w:t>دیکھیں، عاشورہ کے روزے کو میں اگر یہ نہیں کہا کہ وہ بے بنیاد ہے۔ رسول اللہ نے عاشورہ کا روزہ رکھا، صحابہ نے رکھا۔</w:t>
      </w:r>
    </w:p>
    <w:p>
      <w:r>
        <w:rPr>
          <w:b/>
        </w:rPr>
        <w:t xml:space="preserve">[1:08:32] </w:t>
      </w:r>
      <w:r>
        <w:t>Aaj jo dhoom hai, us ko main ne kaha ke yeh dhoom jo hai, woh wahan nahi thi. Aap hadithon mein padhiye, aap had al bari mein dekhiye, aap yaani Ashura ka roza Rasool Allah se pehle bhi tha, yaani jahiliyat ke zamane mein bhi tha.</w:t>
      </w:r>
    </w:p>
    <w:p>
      <w:pPr>
        <w:jc w:val="right"/>
      </w:pPr>
      <w:r>
        <w:t>آج جو دھوم ہے، اس کو میں نے کہا کہ یہ دھوم جو ہے، وہ وہاں نہیں تھی۔ آپ حدیثوں میں پڑھیے، آپ حد الباری میں دیکھیے، آپ یعنی عاشورہ کا روزہ رسول اللہ سے پہلے بھی تھا، یعنی جاہلیت کے زمانے میں بھی تھا۔</w:t>
      </w:r>
    </w:p>
    <w:p>
      <w:r>
        <w:rPr>
          <w:b/>
        </w:rPr>
        <w:t xml:space="preserve">[1:08:49] </w:t>
      </w:r>
      <w:r>
        <w:t>Jahiliyat ke zamane mein bhi Ashura ka roza maujood tha.</w:t>
      </w:r>
    </w:p>
    <w:p>
      <w:pPr>
        <w:jc w:val="right"/>
      </w:pPr>
      <w:r>
        <w:t>جاہلیت کے زمانے میں بھی عاشورہ کا روزہ موجود تھا۔</w:t>
      </w:r>
    </w:p>
    <w:p>
      <w:r>
        <w:rPr>
          <w:b/>
        </w:rPr>
        <w:t xml:space="preserve">[1:08:52] </w:t>
      </w:r>
      <w:r>
        <w:t>aashoorah ka roza yahoodiyon mein maujood tha. to rasool Allah ne rakha. to is ko dekhen, is ki spirit kya hai? woh nahin hai jo aap aaj kal samajhte hain ke aap sirf roza rakh lo to bas jannat mein pahunch jao.</w:t>
      </w:r>
    </w:p>
    <w:p>
      <w:pPr>
        <w:jc w:val="right"/>
      </w:pPr>
      <w:r>
        <w:t>عاشورہ کا روزہ یہودیوں میں موجود تھا۔ تو رسول اللہ نے رکھا۔ تو اس کو دیکھیں، اس کی اسپرٹ کیا ہے؟ وہ نہیں ہے جو آپ آج کل سمجھتے ہیں کہ آپ صرف روزہ رکھ لو تو بس جنت میں پہنچ جاؤ۔</w:t>
      </w:r>
    </w:p>
    <w:p>
      <w:r>
        <w:rPr>
          <w:b/>
        </w:rPr>
        <w:t xml:space="preserve">[1:09:06] </w:t>
      </w:r>
      <w:r>
        <w:t>main yeh samajh paaya hoon ke yeh is ka ta'alluq hai talib-e-qalb se. yaani kya? kyon aisa kiya rasool Allah ne ke jahiliyat ke zamanay mein jo roza tha, us ko rakhnay lagay aap Makkah mein?</w:t>
      </w:r>
    </w:p>
    <w:p>
      <w:pPr>
        <w:jc w:val="right"/>
      </w:pPr>
      <w:r>
        <w:t>میں یہ سمجھ پایا ہوں کہ یہ اس کا تعلق ہے طالب قلب سے۔ یعنی کیا؟ کیوں ایسا کیا رسول اللہ نے کہ جاہلیت کے زمانے میں جو روزہ تھا، اس کو رکھنے لگے آپ مکہ میں؟</w:t>
      </w:r>
    </w:p>
    <w:p>
      <w:r>
        <w:rPr>
          <w:b/>
        </w:rPr>
        <w:t xml:space="preserve">[1:09:18] </w:t>
      </w:r>
      <w:r>
        <w:t>kyon aisa kiya aap ne</w:t>
      </w:r>
    </w:p>
    <w:p>
      <w:pPr>
        <w:jc w:val="right"/>
      </w:pPr>
      <w:r>
        <w:t>کیوں ایسا کیا آپ نے</w:t>
      </w:r>
    </w:p>
    <w:p>
      <w:r>
        <w:rPr>
          <w:b/>
        </w:rPr>
        <w:t xml:space="preserve">[1:09:19] </w:t>
      </w:r>
      <w:r>
        <w:t>? yaani jahilon, jahiliyat ke aik rivaaj ko kyon aap ne apna liya? phir Madinay mein yahoodiyon ke rivaaj ko apna liya aap ne? to yeh is se aap agar aap is ka mutaala karain gay to asal baat yeh nahin ke aashoorah ka roza rakh lo aur jannat mein pahunch jao.</w:t>
      </w:r>
    </w:p>
    <w:p>
      <w:pPr>
        <w:jc w:val="right"/>
      </w:pPr>
      <w:r>
        <w:t>؟ یعنی جاہلوں، جاہلیت کے ایک رواج کو کیوں آپ نے اپنا لیا؟ پھر مدینے میں یہودیوں کے رواج کو اپنا لیا آپ نے؟ تو یہ اس سے آپ اگر آپ اس کا مطالعہ کریں گے تو اصل بات یہ نہیں کہ عاشورہ کا روزہ رکھ لو اور جنت میں پہنچ جاؤ۔</w:t>
      </w:r>
    </w:p>
    <w:p>
      <w:r>
        <w:rPr>
          <w:b/>
        </w:rPr>
        <w:t xml:space="preserve">[1:09:38] </w:t>
      </w:r>
      <w:r>
        <w:t>nahin, yeh yeh da'vati aadab se is ka ta'alluq ziyada hai.</w:t>
      </w:r>
    </w:p>
    <w:p>
      <w:pPr>
        <w:jc w:val="right"/>
      </w:pPr>
      <w:r>
        <w:t>نہیں، یہ یہ دعوتی آداب سے اس کا تعلق زیادہ ہے۔</w:t>
      </w:r>
    </w:p>
    <w:p>
      <w:r>
        <w:rPr>
          <w:b/>
        </w:rPr>
        <w:t xml:space="preserve">[1:09:42] </w:t>
      </w:r>
      <w:r>
        <w:t>yaani jis mahaul mein aap hain, us mahaul mein aap apnay ko aik mazhabi hasiyat se apnay image baqi rakhen, logon ke se mazhabi takraao na karen, logon ke darmiyan mazhabi repo qaim karen.</w:t>
      </w:r>
    </w:p>
    <w:p>
      <w:pPr>
        <w:jc w:val="right"/>
      </w:pPr>
      <w:r>
        <w:t>یعنی جس ماحول میں آپ ہیں، اس ماحول میں آپ اپنے کو ایک مذہبی حیثیت سے اپنے امیج باقی رکھیں، لوگوں کے سے مذہبی ٹکراؤ نہ کریں، لوگوں کے درمیان مذہبی ریپو قائم کریں۔</w:t>
      </w:r>
    </w:p>
    <w:p>
      <w:r>
        <w:rPr>
          <w:b/>
        </w:rPr>
        <w:t xml:space="preserve">[1:10:01] </w:t>
      </w:r>
      <w:r>
        <w:t>is is se ziyada ta'alluq hai is ka. to bilashubah aashoorah ki rivayat muj</w:t>
      </w:r>
    </w:p>
    <w:p>
      <w:pPr>
        <w:jc w:val="right"/>
      </w:pPr>
      <w:r>
        <w:t>اس اس سے زیادہ تعلق ہے اس کا۔ تو بلاشبہ عاشورہ کی روایت مج</w:t>
      </w:r>
    </w:p>
    <w:p>
      <w:r>
        <w:rPr>
          <w:b/>
        </w:rPr>
        <w:t xml:space="preserve">[1:10:08] </w:t>
      </w:r>
      <w:r>
        <w:t>hay lagay yeh bhi to maujood hai ke aashoorah ka roza rasool Allah se pehlay jahiliyat mein rivaaj tha, is ka yahoodiyon mein rivaaj tha. is ka kyon tha?</w:t>
      </w:r>
    </w:p>
    <w:p>
      <w:pPr>
        <w:jc w:val="right"/>
      </w:pPr>
      <w:r>
        <w:t>ھے لگے یہ بھی تو موجود ہے کہ عاشورہ کا روزہ رسول اللہ سے پہلے جاہلیت میں رواج تھا، اس کا یہودیوں میں رواج تھا۔ اس کا کیوں تھا؟</w:t>
      </w:r>
    </w:p>
    <w:p>
      <w:r>
        <w:rPr>
          <w:b/>
        </w:rPr>
        <w:t xml:space="preserve">[1:10:16] </w:t>
      </w:r>
      <w:r>
        <w:t>yahan sochne ki baat hai. is ka kyon rasool Allah sallay Allah alayhi wasallam ne is ko apnaya? to ziyada bari wajah meri samajh mein yeh aati hai ke aap ne nahin chaha ke ghair zaroori taur par mazhabi takraao logon se ho.</w:t>
      </w:r>
    </w:p>
    <w:p>
      <w:pPr>
        <w:jc w:val="right"/>
      </w:pPr>
      <w:r>
        <w:t>یہاں سوچنے کی بات ہے۔ اس کا کیوں رسول اللہ صلی اللہ علیہ وسلم نے اس کو اپنایا؟ تو زیادہ بڑی وجہ میری سمجھ میں یہ آتی ہے کہ آپ نے نہیں چاہا کہ غیر ضروری طور پر مذہبی ٹکراؤ لوگوں سے ہو۔</w:t>
      </w:r>
    </w:p>
    <w:p>
      <w:r>
        <w:rPr>
          <w:b/>
        </w:rPr>
        <w:t xml:space="preserve">[1:10:31] </w:t>
      </w:r>
      <w:r>
        <w:t>na jahiliyat ke logon se takraao kiya aap ne, na yahoodiyon se takraao kiya aap ne.</w:t>
      </w:r>
    </w:p>
    <w:p>
      <w:pPr>
        <w:jc w:val="right"/>
      </w:pPr>
      <w:r>
        <w:t>نہ جاہلیت کے لوگوں سے ٹکراؤ کیا آپ نے، نہ یہودیوں سے ٹکراؤ کیا آپ نے۔</w:t>
      </w:r>
    </w:p>
    <w:p>
      <w:r>
        <w:rPr>
          <w:b/>
        </w:rPr>
        <w:t xml:space="preserve">[1:10:37] </w:t>
      </w:r>
      <w:r>
        <w:t>to yeh is hikmat ke tehat tha jo jis ko hum kehtay hain talib-e-qalb. aaj kal musalmanon ka haal yeh hai ke kahin koi yahoodi, koi hindu agar prashad day ga, haan yeh shirk, shirk, mushrik se prashad nahin leta.</w:t>
      </w:r>
    </w:p>
    <w:p>
      <w:pPr>
        <w:jc w:val="right"/>
      </w:pPr>
      <w:r>
        <w:t>تو یہ اس حکمت کے تحت تھا جو جس کو ہم کہتے ہیں طالب قلب۔ آج کل مسلمانوں کا حال یہ ہے کہ کہیں کوئی یہودی، کوئی ہندو اگر پرشاد دے گا، ہاں یہ شرک، شرک، مشرکی سے پرشاد نہیں لیتا۔</w:t>
      </w:r>
    </w:p>
    <w:p>
      <w:r>
        <w:rPr>
          <w:b/>
        </w:rPr>
        <w:t xml:space="preserve">[1:10:51] </w:t>
      </w:r>
      <w:r>
        <w:t>main is ki kaat karna chahiye. asal aashoorah ke rozay ka matlab yeh hai ke is ki kaat karo,</w:t>
      </w:r>
    </w:p>
    <w:p>
      <w:pPr>
        <w:jc w:val="right"/>
      </w:pPr>
      <w:r>
        <w:t>میں اس کی کاٹ کرنا چاہیے۔ اصل عاشورہ کے روزے کا مطلب یہ ہے کہ اس کی کاٹ کرو،</w:t>
      </w:r>
    </w:p>
    <w:p>
      <w:r>
        <w:rPr>
          <w:b/>
        </w:rPr>
        <w:t xml:space="preserve">[1:11:00] </w:t>
      </w:r>
      <w:r>
        <w:t>is ki kaat karo.</w:t>
      </w:r>
    </w:p>
    <w:p>
      <w:pPr>
        <w:jc w:val="right"/>
      </w:pPr>
      <w:r>
        <w:t>اس کی کاٹ کرو۔</w:t>
      </w:r>
    </w:p>
    <w:p>
      <w:r>
        <w:rPr>
          <w:b/>
        </w:rPr>
        <w:t xml:space="preserve">[1:11:01] </w:t>
      </w:r>
      <w:r>
        <w:t>kahin bhi hinduo'n ka koi rivaaj ho ya isaiyo'n ka ho, yahoodiyo'n ka ho, to is ka is se aap jaldi se bhagtay hain. nahin, is mein aap qareeb hoiye, is mein shirkat kijiye taake aap ke un ke darmiyan repo qaim ho.</w:t>
      </w:r>
    </w:p>
    <w:p>
      <w:pPr>
        <w:jc w:val="right"/>
      </w:pPr>
      <w:r>
        <w:t>کہیں بھی ہندوؤں کا کوئی رواج ہو یا عیسائیوں کا ہو، یہودیوں کا ہو، تو اس کا اس سے آپ جلدی سے بھاگتے ہیں۔ نہیں، اس میں آپ قریب ہوئیے، اس میں شرکت کیجئے تاکہ آپ کے ان کے درمیان ریپو قائم ہو۔</w:t>
      </w:r>
    </w:p>
    <w:p>
      <w:r>
        <w:rPr>
          <w:b/>
        </w:rPr>
        <w:t xml:space="preserve">[1:11:17] </w:t>
      </w:r>
      <w:r>
        <w:t>to aashoorah ke rozay ki spirit ko main ne kaha tha ke aaj kal jo rivaaj hai, is ki bhi spirit se khaali hai. asal is ki spirit aashoorah ki yeh nahin hai ke roza rakh lo aashoorah ka aur jannat mein pahunch jao.</w:t>
      </w:r>
    </w:p>
    <w:p>
      <w:pPr>
        <w:jc w:val="right"/>
      </w:pPr>
      <w:r>
        <w:t>تو عاشورہ کے روزے کی اسپرٹ کو میں نے کہا تھا کہ آج کل جو رواج ہے، اس کی بھی اسپرٹ سے خالی ہے۔ اصل اس کی اسپرٹ عاشورہ کی یہ نہیں ہے کہ روزہ رکھ لو عاشورہ کا اور جنت میں پہنچ جاؤ۔</w:t>
      </w:r>
    </w:p>
    <w:p>
      <w:r>
        <w:rPr>
          <w:b/>
        </w:rPr>
        <w:t xml:space="preserve">[1:11:29] </w:t>
      </w:r>
      <w:r>
        <w:t>yeh khud saakhta hai.</w:t>
      </w:r>
    </w:p>
    <w:p>
      <w:pPr>
        <w:jc w:val="right"/>
      </w:pPr>
      <w:r>
        <w:t>یہ خود ساختہ ہے۔</w:t>
      </w:r>
    </w:p>
    <w:p>
      <w:r>
        <w:rPr>
          <w:b/>
        </w:rPr>
        <w:t xml:space="preserve">[1:11:31] </w:t>
      </w:r>
      <w:r>
        <w:t>asal yeh hai ke jis mahaul mein aap hain, wahan ke jo mazhabi giroh hain, chahay hindu hon ya isai hon ya doosray mazhabi giroh hon, un se aap ko repo qaim karna chahiye, familiarity barhana chahiye,</w:t>
      </w:r>
    </w:p>
    <w:p>
      <w:pPr>
        <w:jc w:val="right"/>
      </w:pPr>
      <w:r>
        <w:t>اصل یہ ہے کہ جس ماحول میں آپ ہیں، وہاں کے جو مذہبی گروہ ہیں، چاہے ہندو ہوں یا عیسائی ہوں یا دوسرے مذہبی گروہ ہوں، ان سے آپ کو ریپو قائم کرنا چاہیے، فیبریلیٹی بڑھانا چاہیے،</w:t>
      </w:r>
    </w:p>
    <w:p>
      <w:r>
        <w:rPr>
          <w:b/>
        </w:rPr>
        <w:t xml:space="preserve">[1:11:45] </w:t>
      </w:r>
      <w:r>
        <w:t>talib-e-qalb karna chahiye, common ground talash karna chahiye. yeh hai asal spirit aashoorah ke rozay ki.</w:t>
      </w:r>
    </w:p>
    <w:p>
      <w:pPr>
        <w:jc w:val="right"/>
      </w:pPr>
      <w:r>
        <w:t>طالب قلب کرنا چاہیے، کامن گراؤنڈ تلاش کرنا چاہیے۔ یہ ہے اصل اسپرٹ عاشورہ کے روزے کی۔</w:t>
      </w:r>
    </w:p>
    <w:p>
      <w:r>
        <w:rPr>
          <w:b/>
        </w:rPr>
        <w:t xml:space="preserve">[1:11:55] </w:t>
      </w:r>
      <w:r>
        <w:t>is mani mein ayesha ki bohat ziyada ahmiyat hai.</w:t>
      </w:r>
    </w:p>
    <w:p>
      <w:pPr>
        <w:jc w:val="right"/>
      </w:pPr>
      <w:r>
        <w:t>اس معنی میں عائشہ کی بہت زیادہ اہمیت ہے۔</w:t>
      </w:r>
    </w:p>
    <w:p>
      <w:r>
        <w:rPr>
          <w:b/>
        </w:rPr>
        <w:t xml:space="preserve">[1:12:01] </w:t>
      </w:r>
      <w:r>
        <w:t>This question is from Miss Najma Siddiqui from Delhi. Maulana, what kind of a concrete action plan can a team develop collectively focusing on today's lecture?</w:t>
      </w:r>
    </w:p>
    <w:p>
      <w:pPr>
        <w:jc w:val="right"/>
      </w:pPr>
      <w:r>
        <w:t>This question is from Miss نجمہ صدیقی from Delhi. مولانا، واٹ کائنڈ آف ا کنکریٹ ایکشن پلان کین ا ٹیم ڈیویلپ کلیکٹولی فوکسنگ ان ٹوڈے لیکچر؟</w:t>
      </w:r>
    </w:p>
    <w:p>
      <w:r>
        <w:rPr>
          <w:b/>
        </w:rPr>
        <w:t xml:space="preserve">[1:12:16] </w:t>
      </w:r>
      <w:r>
        <w:t>bhai, yeh to aap log aapas mein discussion kijiye, mashwara kijiye. main to yahi khulasa bata diya aap ko ke aap ke har aik ke andar, team ke har fard ke andar spirit honi chahiye.</w:t>
      </w:r>
    </w:p>
    <w:p>
      <w:pPr>
        <w:jc w:val="right"/>
      </w:pPr>
      <w:r>
        <w:t>بھائی، یہ تو آپ لوگ آپس میں ڈسکشن کیجئے، مشورہ کیجئے۔ میں تو یہی خلاصہ بتا دیا آپ کو کہ آپ کے ہر ایک کے اندر، ٹیم کے ہر فرد کے اندر اسپرٹ ہونی چاہیے۔</w:t>
      </w:r>
    </w:p>
    <w:p>
      <w:r>
        <w:rPr>
          <w:b/>
        </w:rPr>
        <w:t xml:space="preserve">[1:12:27] </w:t>
      </w:r>
      <w:r>
        <w:t>I will do it.</w:t>
      </w:r>
    </w:p>
    <w:p>
      <w:pPr>
        <w:jc w:val="right"/>
      </w:pPr>
      <w:r>
        <w:t>آئی ویل ڈو اٹ۔</w:t>
      </w:r>
    </w:p>
    <w:p>
      <w:r>
        <w:rPr>
          <w:b/>
        </w:rPr>
        <w:t xml:space="preserve">[1:12:29] </w:t>
      </w:r>
      <w:r>
        <w:t>sirf doosron ko bura keh dena ke woh nahin kar rahay hain, woh waqai ho gaya, yeh kaafi nahin hai. woh nahin kar rahay to main karoon ga,</w:t>
      </w:r>
    </w:p>
    <w:p>
      <w:pPr>
        <w:jc w:val="right"/>
      </w:pPr>
      <w:r>
        <w:t>صرف دوسروں کو برا کہہ دینا کہ وہ نہیں کر رہے ہیں، وہ واقعی ہو گیا، یہ کافی نہیں ہے۔ وہ نہیں کر رہے تو میں کروں گا،</w:t>
      </w:r>
    </w:p>
    <w:p>
      <w:r>
        <w:rPr>
          <w:b/>
        </w:rPr>
        <w:t xml:space="preserve">[1:12:42] </w:t>
      </w:r>
      <w:r>
        <w:t>woh nahin kar rahay to main karoon ga.</w:t>
      </w:r>
    </w:p>
    <w:p>
      <w:pPr>
        <w:jc w:val="right"/>
      </w:pPr>
      <w:r>
        <w:t>وہ نہیں کر رہے تو میں کروں گا۔</w:t>
      </w:r>
    </w:p>
    <w:p>
      <w:r>
        <w:rPr>
          <w:b/>
        </w:rPr>
        <w:t xml:space="preserve">[1:12:46] </w:t>
      </w:r>
      <w:r>
        <w:t>yeh samajhi ethics yeh maani jati hai, social ethics ke road par aap ja rahay hain, wahan par aik aik cheez padi hui hai, seer diba pada hua hai ya koi kele ka chhilka pada hua hai, to phenknay walay ne phenka.</w:t>
      </w:r>
    </w:p>
    <w:p>
      <w:pPr>
        <w:jc w:val="right"/>
      </w:pPr>
      <w:r>
        <w:t>یہ سماجی ایتھکس یہ مانی جاتی ہے، سوشل ایتھکس کہ روڈ پر آپ جا رہے ہیں، وہاں پر ایک ایک چیز پڑی ہوئی ہے، سیر ڈبہ پڑا ہوا ہے یا کوئی کیلے کا چھلکا پڑا ہوا ہے، تو پھینکنے والے نے پھینک دیا۔</w:t>
      </w:r>
    </w:p>
    <w:p>
      <w:r>
        <w:rPr>
          <w:b/>
        </w:rPr>
        <w:t xml:space="preserve">[1:13:00] </w:t>
      </w:r>
      <w:r>
        <w:t>to aap aisa nahi karte ke bas isi ko bura kahein ke phir chhilka phenk ke chala gaya, phir koi gir jayega. nahi, aap khud uthate hain is ko, ja ke kooday daane mein dalte hain.</w:t>
      </w:r>
    </w:p>
    <w:p>
      <w:pPr>
        <w:jc w:val="right"/>
      </w:pPr>
      <w:r>
        <w:t>تو آپ ایسا نہیں کرتے کہ بس اسی کو برا کہیں کہ پھر چھلکا پھینک کے چلا گیا، پھر کوئی گر جائے گا۔ نہیں، آپ خود اٹھاتے ہیں اس کو، جا کے کوڑے دانے میں ڈالتے ہیں۔</w:t>
      </w:r>
    </w:p>
    <w:p>
      <w:r>
        <w:rPr>
          <w:b/>
        </w:rPr>
        <w:t xml:space="preserve">[1:13:10] </w:t>
      </w:r>
      <w:r>
        <w:t>yeh hai i will do spirit of. yeh hai i will do spirit.</w:t>
      </w:r>
    </w:p>
    <w:p>
      <w:pPr>
        <w:jc w:val="right"/>
      </w:pPr>
      <w:r>
        <w:t>یہ ہے آئی ویل ڈو اسپرٹ آف۔ یہ ہے آئی ویل ڈو اسپرٹ۔</w:t>
      </w:r>
    </w:p>
    <w:p>
      <w:r>
        <w:rPr>
          <w:b/>
        </w:rPr>
        <w:t xml:space="preserve">[1:13:16] </w:t>
      </w:r>
      <w:r>
        <w:t>to mein yahi kahunga ke aaj jo hai, mein jo baat chahta tha kehna woh yeh hai ke hum mein se har shakhs, jitne cps ke log hain, un ka jo spirit hai, dawat ke liye, dawat ke liye, i will do it, i will do dawat.</w:t>
      </w:r>
    </w:p>
    <w:p>
      <w:pPr>
        <w:jc w:val="right"/>
      </w:pPr>
      <w:r>
        <w:t>تو میں یہی کہوں گا کہ آج جو ہے، میں جو بات چاہتا تھا کہنا وہ یہ ہے کہ ہم میں سے ہر شخص، جتنے سی پی ایس کے لوگ ہیں، ان کا جو اسپرٹ ہے، دعوت کے لیے، دعوت کے لیے، آئی ویل ڈو اٹ، آئی ویل ڈو دعوت۔</w:t>
      </w:r>
    </w:p>
    <w:p>
      <w:r>
        <w:rPr>
          <w:b/>
        </w:rPr>
        <w:t xml:space="preserve">[1:13:32] </w:t>
      </w:r>
      <w:r>
        <w:t>baqi yeh hai ke aap log aapas mein mashwara karein ke kaam ko kaise aage badhaya jaye, kyunke abhi kaam ko aap ko zyada aage badhana hai. jitna ho raha hai kaam, us se bohat zyada aage aur kaam baqi hai.</w:t>
      </w:r>
    </w:p>
    <w:p>
      <w:pPr>
        <w:jc w:val="right"/>
      </w:pPr>
      <w:r>
        <w:t>باقی یہ ہے کہ آپ لوگ آپس میں مشورہ کریں کہ کام کو کیسے آگے بڑھایا جائے، کیونکہ ابھی کام کو آپ کو زیادہ آگے بڑھانا ہے۔ جس جتنا ہو رہا ہے کام، اس سے بہت زیادہ آگے اور کام باقی ہے۔</w:t>
      </w:r>
    </w:p>
    <w:p>
      <w:r>
        <w:rPr>
          <w:b/>
        </w:rPr>
        <w:t xml:space="preserve">[1:13:48] </w:t>
      </w:r>
      <w:r>
        <w:t>This question is from Miss Razia Siddiqui from Delhi. Muslims take great pride in being Muslims by birth and thank God for raising them in a Muslim family.</w:t>
      </w:r>
    </w:p>
    <w:p>
      <w:pPr>
        <w:jc w:val="right"/>
      </w:pPr>
      <w:r>
        <w:t>This question is from Miss Razia Siddiqui from Delhi. مسلمز ٹیک گریٹ پرائیڈ ان بینگ مسلمز بائے برتھ اینڈ تھینک گاڈ فار ریزنگ دیم ان ا مسلم فیملی۔</w:t>
      </w:r>
    </w:p>
    <w:p>
      <w:r>
        <w:rPr>
          <w:b/>
        </w:rPr>
        <w:t xml:space="preserve">[1:14:02] </w:t>
      </w:r>
      <w:r>
        <w:t>In such a situation, the concept of being a Muslim by choice is completely alien to them. How can they be Islamized in such a scenario?</w:t>
      </w:r>
    </w:p>
    <w:p>
      <w:pPr>
        <w:jc w:val="right"/>
      </w:pPr>
      <w:r>
        <w:t>ان سچ ا سچویشن، دا کانسیپٹ آف بینگ ا مسلم بائے چوائس از کمپلیٹلی ایلین ٹو دیم۔ ہاؤ کین دے بی اسلامائزڈ ان سچ ا سنیریو؟</w:t>
      </w:r>
    </w:p>
    <w:p>
      <w:r>
        <w:rPr>
          <w:b/>
        </w:rPr>
        <w:t xml:space="preserve">[1:14:16] </w:t>
      </w:r>
      <w:r>
        <w:t>bas logon ko batana hai ke Muslim by birth koi cheez nahi hoti. Islam wahi hai jo by choice ho.</w:t>
      </w:r>
    </w:p>
    <w:p>
      <w:pPr>
        <w:jc w:val="right"/>
      </w:pPr>
      <w:r>
        <w:t>بس لوگوں کو بتانا ہے کہ مسلم بائے برتھ کوئی چیز نہیں ہوتی۔ اسلام وہی ہے جو بائے چوائس ہو۔</w:t>
      </w:r>
    </w:p>
    <w:p>
      <w:r>
        <w:rPr>
          <w:b/>
        </w:rPr>
        <w:t xml:space="preserve">[1:14:27] </w:t>
      </w:r>
      <w:r>
        <w:t>yeh to maine kaha ke har har har generation mein aisa hota hai ke log de-islamize ho jate hain aur un ko phir se re-islamize karna pad</w:t>
      </w:r>
    </w:p>
    <w:p>
      <w:pPr>
        <w:jc w:val="right"/>
      </w:pPr>
      <w:r>
        <w:t>یہ تو میں نے کہا کہ ہر ہر ہر جنریشن میں ایسا ہوتا ہے کہ لوگ ڈی اسلامائز ہو جاتے ہیں اور ان کو پھر سے ری اسلامائز کرنا پڑ</w:t>
      </w:r>
    </w:p>
    <w:p>
      <w:r>
        <w:rPr>
          <w:b/>
        </w:rPr>
        <w:t xml:space="preserve">[1:14:37] </w:t>
      </w:r>
      <w:r>
        <w:t>ta hai. yeh ek process hai, continue process. jo itni yeh to law of nature hai, aap koi koi doosra duniya nahi bana sakte.</w:t>
      </w:r>
    </w:p>
    <w:p>
      <w:pPr>
        <w:jc w:val="right"/>
      </w:pPr>
      <w:r>
        <w:t>تا ہے۔ یہ ایک پروسیس ہے، کنٹینیو پروسیس۔ جو اتنی یہ تو لاء آف نیچر ہے، آپ کوئی کوئی دوسرا دنیا نہیں بنا سکتے۔</w:t>
      </w:r>
    </w:p>
    <w:p>
      <w:r>
        <w:rPr>
          <w:b/>
        </w:rPr>
        <w:t xml:space="preserve">[1:14:45] </w:t>
      </w:r>
      <w:r>
        <w:t>aap ek aur duniya aap nahi create kar sakte. zulm yahi hoga ke log logon ke andar bigaad aayega, logon ke andar de-islamization aayega.</w:t>
      </w:r>
    </w:p>
    <w:p>
      <w:pPr>
        <w:jc w:val="right"/>
      </w:pPr>
      <w:r>
        <w:t>آپ ایک اور دنیا آپ نہیں کریٹ کر سکتے۔ ظلم یہی ہوگا کہ لوگ لوگوں کے اندر بگاڑ آئے گا، لوگوں کے اندر ڈی اسلامائزیشن آئے گا۔</w:t>
      </w:r>
    </w:p>
    <w:p>
      <w:r>
        <w:rPr>
          <w:b/>
        </w:rPr>
        <w:t xml:space="preserve">[1:14:56] </w:t>
      </w:r>
      <w:r>
        <w:t>aap ko barabar re-islamize karte rehna hai.</w:t>
      </w:r>
    </w:p>
    <w:p>
      <w:pPr>
        <w:jc w:val="right"/>
      </w:pPr>
      <w:r>
        <w:t>آپ کو برابر ری اسلامائز کرتے رہنا ہے۔</w:t>
      </w:r>
    </w:p>
    <w:p>
      <w:r>
        <w:rPr>
          <w:b/>
        </w:rPr>
        <w:t xml:space="preserve">[1:15:01] </w:t>
      </w:r>
      <w:r>
        <w:t>yeh to hona hi hona hai. is mein aap koi doosra pattern talash nahi kar sakte, kyunke yeh law of nature hai.</w:t>
      </w:r>
    </w:p>
    <w:p>
      <w:pPr>
        <w:jc w:val="right"/>
      </w:pPr>
      <w:r>
        <w:t>یہ تو ہونا ہی ہونا ہے۔ اس میں آپ کوئی دوسرا پیٹرن تلاش نہیں کر سکتے، کیونکہ یہ لاء آف نیچر ہے۔</w:t>
      </w:r>
    </w:p>
    <w:p>
      <w:r>
        <w:rPr>
          <w:b/>
        </w:rPr>
        <w:t xml:space="preserve">[1:15:12] </w:t>
      </w:r>
      <w:r>
        <w:t>to yeh khud Quran se sabit hai ke ya ayuhal imani, amanu, aye iman lane walon, iman lao. sawal hai ke jo iman la chuke hain, use kyun kaha gaya?</w:t>
      </w:r>
    </w:p>
    <w:p>
      <w:pPr>
        <w:jc w:val="right"/>
      </w:pPr>
      <w:r>
        <w:t>تو یہ خود قرآن سے ثابت ہے کہ یا ایہا الایمان، آمنوا، اے ایمان لانے والوں، ایمان لاؤ۔ سوال ہے کہ جو ایمان لا چکے ہیں، اسے کیوں کہا گیا؟</w:t>
      </w:r>
    </w:p>
    <w:p>
      <w:r>
        <w:rPr>
          <w:b/>
        </w:rPr>
        <w:t xml:space="preserve">[1:15:22] </w:t>
      </w:r>
      <w:r>
        <w:t>kyunke har agli generation mein woh iman jo hai, rasmi ban jata hai,</w:t>
      </w:r>
    </w:p>
    <w:p>
      <w:pPr>
        <w:jc w:val="right"/>
      </w:pPr>
      <w:r>
        <w:t>کیونکہ ہر اگلی جنریشن میں وہ ایمان جو ہے، رسمی بن جاتا ہے،</w:t>
      </w:r>
    </w:p>
    <w:p>
      <w:r>
        <w:rPr>
          <w:b/>
        </w:rPr>
        <w:t xml:space="preserve">[1:15:28] </w:t>
      </w:r>
      <w:r>
        <w:t>woh paidaishi ban jata hai,</w:t>
      </w:r>
    </w:p>
    <w:p>
      <w:pPr>
        <w:jc w:val="right"/>
      </w:pPr>
      <w:r>
        <w:t>وہ پیدائشی بن جاتا ہے،</w:t>
      </w:r>
    </w:p>
    <w:p>
      <w:r>
        <w:rPr>
          <w:b/>
        </w:rPr>
        <w:t xml:space="preserve">[1:15:30] </w:t>
      </w:r>
      <w:r>
        <w:t>woh nasal nasli ban jata hai. har har agli nasal mein woh ek riwayati cheez ban jata hai. to phir un ko spirit jagana, phir un ko awakening lana,</w:t>
      </w:r>
    </w:p>
    <w:p>
      <w:pPr>
        <w:jc w:val="right"/>
      </w:pPr>
      <w:r>
        <w:t>وہ نسل نسلی بن جاتا ہے۔ ہر ہر اگلی نسل میں وہ ایک روایتی چیز بن جاتا ہے۔ تو پھر ان کو اسپرٹ جگانا، پھر ان کو اویکننگ لانا،</w:t>
      </w:r>
    </w:p>
    <w:p>
      <w:r>
        <w:rPr>
          <w:b/>
        </w:rPr>
        <w:t xml:space="preserve">[1:15:45] </w:t>
      </w:r>
      <w:r>
        <w:t>isi awakening ko mein Islamization keh raha hoon. to yeh to karte rehna hai humein.</w:t>
      </w:r>
    </w:p>
    <w:p>
      <w:pPr>
        <w:jc w:val="right"/>
      </w:pPr>
      <w:r>
        <w:t>اسی اویکننگ کو میں اسلامائزیشن کہہ رہا ہوں۔ تو یہ تو کرتے رہنا ہے ہمیں۔</w:t>
      </w:r>
    </w:p>
    <w:p>
      <w:r>
        <w:rPr>
          <w:b/>
        </w:rPr>
        <w:t xml:space="preserve">[1:15:54] </w:t>
      </w:r>
      <w:r>
        <w:t>This question is from Dr. Farida Khanam from Delhi.</w:t>
      </w:r>
    </w:p>
    <w:p>
      <w:pPr>
        <w:jc w:val="right"/>
      </w:pPr>
      <w:r>
        <w:t>This question is from ڈاکٹر فریدہ خانم from Delhi.</w:t>
      </w:r>
    </w:p>
    <w:p>
      <w:r>
        <w:rPr>
          <w:b/>
        </w:rPr>
        <w:t xml:space="preserve">[1:15:59] </w:t>
      </w:r>
      <w:r>
        <w:t>What is the role of the individual in the performance of Nahi Anil Munkar? Kindly explain. Yeh individually ka kaam hai.</w:t>
      </w:r>
    </w:p>
    <w:p>
      <w:pPr>
        <w:jc w:val="right"/>
      </w:pPr>
      <w:r>
        <w:t>واٹ از دا رول آف دی انڈیویجول ان دی پرفارمنس آف نہی عن المنکر؟ کائنڈلی ایکسپلین۔ یہ انڈیویجولی کا کام ہے۔</w:t>
      </w:r>
    </w:p>
    <w:p>
      <w:r>
        <w:rPr>
          <w:b/>
        </w:rPr>
        <w:t xml:space="preserve">[1:16:09] </w:t>
      </w:r>
      <w:r>
        <w:t>yeh basically har aadmi har waqt kisi contact mein rehta hai. har aadmi ka kisi se mulaqat hoti hai, kisi se us ko tajurba hota hai, kisi ko dekhta hai.</w:t>
      </w:r>
    </w:p>
    <w:p>
      <w:pPr>
        <w:jc w:val="right"/>
      </w:pPr>
      <w:r>
        <w:t>یہ بیسیکلی ہر آدمی ہر وقت کسی کنٹیکٹ میں رہتا ہے۔ ہر آدمی کا کسی سے ملاقات ہوتی ہے، کسی سے اس کو تجربہ ہوتا ہے، کسی کو دیکھتا ہے۔</w:t>
      </w:r>
    </w:p>
    <w:p>
      <w:r>
        <w:rPr>
          <w:b/>
        </w:rPr>
        <w:t xml:space="preserve">[1:16:22] </w:t>
      </w:r>
      <w:r>
        <w:t>woh to basically yeh ek man individually ka kaam hai. yeh</w:t>
      </w:r>
    </w:p>
    <w:p>
      <w:pPr>
        <w:jc w:val="right"/>
      </w:pPr>
      <w:r>
        <w:t>وہ تو بیسیکلی یہ ایک مین انڈیویجولی کا کام ہے۔ یہ</w:t>
      </w:r>
    </w:p>
    <w:p>
      <w:r>
        <w:rPr>
          <w:b/>
        </w:rPr>
        <w:t xml:space="preserve">[1:16:29] </w:t>
      </w:r>
      <w:r>
        <w:t>agar ijtamai taur par log khilaf fatwa dein to is se kuch nahi hone wala hai, kyunke fatwa se ek individual mind address nahi hota.</w:t>
      </w:r>
    </w:p>
    <w:p>
      <w:pPr>
        <w:jc w:val="right"/>
      </w:pPr>
      <w:r>
        <w:t>اگر اجتماعی طور پر لوگ خالف فتویٰ دیں تو اس سے کچھ نہیں ہونے والا ہے، کیونکہ فتویٰ سے ایک انڈیویجول مائنڈ ایڈریس نہیں ہوتا۔</w:t>
      </w:r>
    </w:p>
    <w:p>
      <w:r>
        <w:rPr>
          <w:b/>
        </w:rPr>
        <w:t xml:space="preserve">[1:16:39] </w:t>
      </w:r>
      <w:r>
        <w:t>ek fatwa de diya aap ne, woh chhap gaya akhbaron mein, to use individual mind address nahi hoga. jabke burai ek ek fard ke andar hoti hai.</w:t>
      </w:r>
    </w:p>
    <w:p>
      <w:pPr>
        <w:jc w:val="right"/>
      </w:pPr>
      <w:r>
        <w:t>ایک فتویٰ دے دیا آپ نے، وہ چھپ گیا اخباروں میں، تو اسے انڈیویجول مائنڈ ایڈریس نہیں ہوگا۔ جبکہ برائی ایک ایک فرد کے اندر ہوتی ہے۔</w:t>
      </w:r>
    </w:p>
    <w:p>
      <w:r>
        <w:rPr>
          <w:b/>
        </w:rPr>
        <w:t xml:space="preserve">[1:16:51] </w:t>
      </w:r>
      <w:r>
        <w:t>burai jo hoti hai, woh ek fard ke andar hoti hai, woh hawa mein nahi hoti. burai to fatwa dene se ya taqreer karne se ek mahaul to banta hai, lekin asal kaam jo hai, woh individual ko address karna,</w:t>
      </w:r>
    </w:p>
    <w:p>
      <w:pPr>
        <w:jc w:val="right"/>
      </w:pPr>
      <w:r>
        <w:t>برائی جو ہوتی ہے، وہ ایک فرد کے اندر ہوتی ہے، وہ ہوا میں نہیں ہوتی۔ برائی تو فتویٰ دینے سے یا تقریر کرنے سے ایک ماحول تو بنتا ہے، لیکن اصل کام جو ہے، وہ انڈیویجول کو ایڈریس کرنا،</w:t>
      </w:r>
    </w:p>
    <w:p>
      <w:r>
        <w:rPr>
          <w:b/>
        </w:rPr>
        <w:t xml:space="preserve">[1:17:06] </w:t>
      </w:r>
      <w:r>
        <w:t>ek ek fard ko batana, ek fard ke mind ko badalna. to fatwa bhi zaroori hai, jalsa bhi zaroori hai, madrasa bhi zaroori hai, lekin is se sirf mahaul banega.</w:t>
      </w:r>
    </w:p>
    <w:p>
      <w:pPr>
        <w:jc w:val="right"/>
      </w:pPr>
      <w:r>
        <w:t>ایک ایک فرد کو بتانا، ایک فرد کے مائنڈ کو بدلنا۔ تو فتویٰ بھی ضروری ہے، جلسہ بھی ضروری ہے، مدرسہ بھی ضروری ہے، لیکن اس سے صرف ماحول بنے گا۔</w:t>
      </w:r>
    </w:p>
    <w:p>
      <w:r>
        <w:rPr>
          <w:b/>
        </w:rPr>
        <w:t xml:space="preserve">[1:17:20] </w:t>
      </w:r>
      <w:r>
        <w:t>asal kaam phir bhi baqi rahega, kyunke ek fard ko dekh kar ke us ko parhna, us ko read karna, us ko samajhna, aur us ke apne mizaj aur mind ke mutabiq us ko guidance dena.</w:t>
      </w:r>
    </w:p>
    <w:p>
      <w:pPr>
        <w:jc w:val="right"/>
      </w:pPr>
      <w:r>
        <w:t>اصل کام پھر بھی باقی رہے گا، کیونکہ ایک فرد کو دیکھ کر کے اس کو پڑھنا، اس کو ریڈ کرنا، اس کو سمجھنا، اور اس کے اپنے مزاج اور مائنڈ کے مطابق اس کو گائیڈنس دینا۔</w:t>
      </w:r>
    </w:p>
    <w:p>
      <w:r>
        <w:rPr>
          <w:b/>
        </w:rPr>
        <w:t xml:space="preserve">[1:17:33] </w:t>
      </w:r>
      <w:r>
        <w:t>to har fard ki zimmedari hai. yeh</w:t>
      </w:r>
    </w:p>
    <w:p>
      <w:pPr>
        <w:jc w:val="right"/>
      </w:pPr>
      <w:r>
        <w:t>تو ہر فرد کی ذمہ داری ہے۔ یہ</w:t>
      </w:r>
    </w:p>
    <w:p>
      <w:r>
        <w:rPr>
          <w:b/>
        </w:rPr>
        <w:t xml:space="preserve">[1:17:36] </w:t>
      </w:r>
      <w:r>
        <w:t>yaad rakhiye, yeh farz ain hai, yeh farz kifaya nahi hai. jo log is ko farz kifaya kehte hain, woh galat kehte hain. woh yaani ameer ibn ma'arif ne mulk ko farz kifaya kehna bohat bhari ghalti hai.</w:t>
      </w:r>
    </w:p>
    <w:p>
      <w:pPr>
        <w:jc w:val="right"/>
      </w:pPr>
      <w:r>
        <w:t>یاد رکھیے، یہ فرض عین ہے، یہ فرض کفایہ نہیں ہے۔ جو لوگ اس کو فرض کفایہ کہتے ہیں، وہ غلط کہتے ہیں۔ وہ یعنی امیر ابن معارف نے ملک کو فرض کفایہ کہنا بہت بھاری غلطی ہے۔</w:t>
      </w:r>
    </w:p>
    <w:p>
      <w:r>
        <w:rPr>
          <w:b/>
        </w:rPr>
        <w:t xml:space="preserve">[1:17:49] </w:t>
      </w:r>
      <w:r>
        <w:t>yeh farz ain hai, yaani har har aadmi ko karna hai, har aadmi ko karte rehna hai. is ko tabhi aisa hoga ke islaah hogi logon ke andar.</w:t>
      </w:r>
    </w:p>
    <w:p>
      <w:pPr>
        <w:jc w:val="right"/>
      </w:pPr>
      <w:r>
        <w:t>یہ فرض عین ہے، یعنی ہر ہر آدمی کو کرنا ہے، ہر آدمی کو کرتے رہنا ہے۔ اس کو تبھی ایسا ہوگا کہ اصلاح ہوگی لوگوں کے اندر۔</w:t>
      </w:r>
    </w:p>
    <w:p>
      <w:r>
        <w:rPr>
          <w:b/>
        </w:rPr>
        <w:t xml:space="preserve">[1:18:00] </w:t>
      </w:r>
      <w:r>
        <w:t>maulana, har next question is referring to the roza of ashura, and she wants to know that can one day fast wash away the sins of the whole year?</w:t>
      </w:r>
    </w:p>
    <w:p>
      <w:pPr>
        <w:jc w:val="right"/>
      </w:pPr>
      <w:r>
        <w:t>مولانا، ہر نیکسٹ کوسچن از ریفرنگ ٹو دا روزہ آف عاشورہ، اینڈ شی وانٹس ٹو نو دیٹ کین ون ڈے فاسٹ واش اوے دا سنز آف دا ہول ایئر؟</w:t>
      </w:r>
    </w:p>
    <w:p>
      <w:r>
        <w:rPr>
          <w:b/>
        </w:rPr>
        <w:t xml:space="preserve">[1:18:12] </w:t>
      </w:r>
      <w:r>
        <w:t>is it in accordance with the spirit of the quran? kindly explain. nahi, yeh baatein sirf kahi jaati hain motivation ke liye.</w:t>
      </w:r>
    </w:p>
    <w:p>
      <w:pPr>
        <w:jc w:val="right"/>
      </w:pPr>
      <w:r>
        <w:t>از اٹ ان اکورڈنس ود دا سپرٹ آف دا قرآن؟ کائنڈلی ایکسپلین۔ نہیں، یہ باتیں صرف کہی جاتی ہیں موٹیویشن کے لیے۔</w:t>
      </w:r>
    </w:p>
    <w:p>
      <w:r>
        <w:rPr>
          <w:b/>
        </w:rPr>
        <w:t xml:space="preserve">[1:18:21] </w:t>
      </w:r>
      <w:r>
        <w:t>yeh bilkul naam ki baat hai ke ek din roza rakh ke sara sara gunaah maaf ho jaye. yeh yeh yeh matlab is ka nahi hai.</w:t>
      </w:r>
    </w:p>
    <w:p>
      <w:pPr>
        <w:jc w:val="right"/>
      </w:pPr>
      <w:r>
        <w:t>یہ بالکل نام کی بات ہے کہ ایک دن روزہ رکھ کے سارا سارا گناہ معاف ہو جائے۔ یہ یہ یہ مطلب اس کا نہیں ہے۔</w:t>
      </w:r>
    </w:p>
    <w:p>
      <w:r>
        <w:rPr>
          <w:b/>
        </w:rPr>
        <w:t xml:space="preserve">[1:18:30] </w:t>
      </w:r>
      <w:r>
        <w:t>that is a only for motivation. aur maqsad kya hai is ashura ka? unhon ne bata diya, yeh maqsad hai hi nahi ke ek din rakho to sara gunaah maaf ho jaye.</w:t>
      </w:r>
    </w:p>
    <w:p>
      <w:pPr>
        <w:jc w:val="right"/>
      </w:pPr>
      <w:r>
        <w:t>دیٹ از اے اونلی فار موٹیویشن۔ اور مقصد کیا ہے اس عاشورہ کا؟ انہوں نے بتا دیا، یہ مقصد ہے ہی نہیں کہ ایک دن رکھو تو سارا گناہ معاف ہو جائے۔</w:t>
      </w:r>
    </w:p>
    <w:p>
      <w:r>
        <w:rPr>
          <w:b/>
        </w:rPr>
        <w:t xml:space="preserve">[1:18:41] </w:t>
      </w:r>
      <w:r>
        <w:t>maqsad hai talib-e-qalb. warna aap ghor kijiye ke rasool Allah ne kyun aisa kiya ke jahiliyat ke riwaj ko apnaya? kyun aisa kiya? bataiye ke makka mein jab aap the to aap ne ashura ka roza rakha,</w:t>
      </w:r>
    </w:p>
    <w:p>
      <w:pPr>
        <w:jc w:val="right"/>
      </w:pPr>
      <w:r>
        <w:t>مقصد ہے طالب قلب۔ ورنہ آپ غور کیجئے کہ رسول اللہ نے کیوں ایسا کیا کہ جاہلیت کے رواج کو اپنایا؟ کیوں ایسا کیا؟ بتائیے کہ مکہ میں جب آپ تھے تو آپ نے عاشورہ کا روزہ رکھا،</w:t>
      </w:r>
    </w:p>
    <w:p>
      <w:r>
        <w:rPr>
          <w:b/>
        </w:rPr>
        <w:t xml:space="preserve">[1:18:54] </w:t>
      </w:r>
      <w:r>
        <w:t>aur woh kya roza kiya tha? woh un logon ke riwaj ki</w:t>
      </w:r>
    </w:p>
    <w:p>
      <w:pPr>
        <w:jc w:val="right"/>
      </w:pPr>
      <w:r>
        <w:t>اور وہ کیا روزہ کیا تھا؟ وہ ان لوگوں کے رواج کی</w:t>
      </w:r>
    </w:p>
    <w:p>
      <w:r>
        <w:rPr>
          <w:b/>
        </w:rPr>
        <w:t xml:space="preserve">[1:18:59] </w:t>
      </w:r>
      <w:r>
        <w:t>taqleed thi jo mushrik the us waqt bhi. to mushrikeen ke riwaj ko kyun apnaya aap ne? yahood ke riwaj ko kyun apnaya aap ne?</w:t>
      </w:r>
    </w:p>
    <w:p>
      <w:pPr>
        <w:jc w:val="right"/>
      </w:pPr>
      <w:r>
        <w:t>تقلید تھی جو مشرک تھے اس وقت بھی۔ تو مشرکین کے رواج کو کیوں اپنایا آپ نے؟ یہود کے رواج کو کیوں اپنایا آپ نے؟</w:t>
      </w:r>
    </w:p>
    <w:p>
      <w:r>
        <w:rPr>
          <w:b/>
        </w:rPr>
        <w:t xml:space="preserve">[1:19:07] </w:t>
      </w:r>
      <w:r>
        <w:t>yaad rakhiye, ashura ka roza jo hai, is tarah nahi aaya hai jis tarah se ramzan ka roza aaya hai ke ya rasool Allah ne taqreer ki ya quran mein aa gaya ke aye logon, ashura ka roza rakho.</w:t>
      </w:r>
    </w:p>
    <w:p>
      <w:pPr>
        <w:jc w:val="right"/>
      </w:pPr>
      <w:r>
        <w:t>یاد رکھیے، عاشورہ کا روزہ جو ہے، اس طرح نہیں آیا ہے جس طرح سے رمضان کا روزہ آیا ہے کہ یا رسول اللہ نے تقریر کی یا قرآن میں آگیا کہ اے لوگوں، عاشورہ کا روزہ رکھو۔</w:t>
      </w:r>
    </w:p>
    <w:p>
      <w:r>
        <w:rPr>
          <w:b/>
        </w:rPr>
        <w:t xml:space="preserve">[1:19:18] </w:t>
      </w:r>
      <w:r>
        <w:t>nahi, woh un ke reference mein aaya hai. yeh bohat ahem baat hai pakadne ki.</w:t>
      </w:r>
    </w:p>
    <w:p>
      <w:pPr>
        <w:jc w:val="right"/>
      </w:pPr>
      <w:r>
        <w:t>نہیں، وہ ان کے ریفرنس میں آیا ہے۔ یہ بہت اہم بات ہے پکڑنے کی۔</w:t>
      </w:r>
    </w:p>
    <w:p>
      <w:r>
        <w:rPr>
          <w:b/>
        </w:rPr>
        <w:t xml:space="preserve">[1:19:27] </w:t>
      </w:r>
      <w:r>
        <w:t>maah ramzan ke mahine ka roza to is tarah aaya ke aye logon, ramzan ka roza rakho. lekin ashura ka roza jo aaya hai, woh jahiliyat yaani mushrikeen ke reference mein, yahood ke reference mein aaya hai.</w:t>
      </w:r>
    </w:p>
    <w:p>
      <w:pPr>
        <w:jc w:val="right"/>
      </w:pPr>
      <w:r>
        <w:t>ماہ رمضان کے مہینے کا روزہ تو اس طرح آیا کہ اے لوگوں، رمضان کا روزہ رکھو۔ لیکن عاشورہ کا روزہ جو آیا ہے، وہ جاہلیت یعنی مشرکین کے ریفرنس میں، یہود کے ریفرنس میں آیا ہے۔</w:t>
      </w:r>
    </w:p>
    <w:p>
      <w:r>
        <w:rPr>
          <w:b/>
        </w:rPr>
        <w:t xml:space="preserve">[1:19:37] </w:t>
      </w:r>
      <w:r>
        <w:t>aap parh lijiye hadeeson ko to kyun aaya? un ke reference mein kyun aaya? is ka matlab hai ke use repo qaim karna tha, use apne aap ko yaani mazhabi aitbar se ajnabiyat ko khatam karna tha taake dawat ka kaam ho.</w:t>
      </w:r>
    </w:p>
    <w:p>
      <w:pPr>
        <w:jc w:val="right"/>
      </w:pPr>
      <w:r>
        <w:t>آپ پڑھ لیجئے حدیثوں کو تو کیوں آیا؟ ان کے ریفرنس میں کیوں آیا؟ اس کا مطلب ہے کہ اسے ریپو قائم کرنا تھا، اسے اپنے آپ کو یعنی مذہبی اعتبار سے اجنبیت کو ختم کرنا تھا تاکہ دعوت کا کام ہو۔</w:t>
      </w:r>
    </w:p>
    <w:p>
      <w:r>
        <w:rPr>
          <w:b/>
        </w:rPr>
        <w:t xml:space="preserve">[1:19:56] </w:t>
      </w:r>
      <w:r>
        <w:t>yeh baat aap aap parhiye, aap jo hadees ki kitabon mein, siron mein to aap pa jayenge is ko. this question is from mr s ahmed from delhi.</w:t>
      </w:r>
    </w:p>
    <w:p>
      <w:pPr>
        <w:jc w:val="right"/>
      </w:pPr>
      <w:r>
        <w:t>یہ بات آپ آپ پڑھیے، آپ جو حدیث کی کتابوں میں، سروں میں تو آپ پا جائیں گے اس کو۔ This question is from مسٹر ایس احمد from Delhi.</w:t>
      </w:r>
    </w:p>
    <w:p>
      <w:r>
        <w:rPr>
          <w:b/>
        </w:rPr>
        <w:t xml:space="preserve">[1:20:10] </w:t>
      </w:r>
      <w:r>
        <w:t>maulana sahib, i agree that love your enemy is a great ideal,</w:t>
      </w:r>
    </w:p>
    <w:p>
      <w:pPr>
        <w:jc w:val="right"/>
      </w:pPr>
      <w:r>
        <w:t>مولانا صاحب، آئی ایگری دیٹ لو یور اینمی از اے گریٹ آئیڈیل،</w:t>
      </w:r>
    </w:p>
    <w:p>
      <w:r>
        <w:rPr>
          <w:b/>
        </w:rPr>
        <w:t xml:space="preserve">[1:20:17] </w:t>
      </w:r>
      <w:r>
        <w:t>but how it was possible for indian muslim media not to spread hatred against the cruel british, especially when the media was trying to convince the common man to stand against the imperial british?</w:t>
      </w:r>
    </w:p>
    <w:p>
      <w:pPr>
        <w:jc w:val="right"/>
      </w:pPr>
      <w:r>
        <w:t>بٹ ہاؤ اٹ واز پوسیبل فار انڈین مسلم میڈیا ناٹ ٹو سپریڈ ہیٹریڈ اگینسٹ دا کروئل برٹش، اسپیشلی وین دا میڈیا واز ٹرائنگ ٹو کنونس دا کامن مین ٹو سٹینڈ اگینسٹ دا ایمپیریل برٹش؟</w:t>
      </w:r>
    </w:p>
    <w:p>
      <w:r>
        <w:rPr>
          <w:b/>
        </w:rPr>
        <w:t xml:space="preserve">[1:20:32] </w:t>
      </w:r>
      <w:r>
        <w:t>mujh ko aap dekhiye, main is daur mein bhi tha aur aaj bhi hoon. british period mein tha aur aa</w:t>
      </w:r>
    </w:p>
    <w:p>
      <w:pPr>
        <w:jc w:val="right"/>
      </w:pPr>
      <w:r>
        <w:t>مجھ کو آپ دیکھیے، میں اس دور میں بھی تھا اور آج بھی ہوں۔ برٹش پیریڈ میں تھا اور آ</w:t>
      </w:r>
    </w:p>
    <w:p>
      <w:r>
        <w:rPr>
          <w:b/>
        </w:rPr>
        <w:t xml:space="preserve">[1:20:42] </w:t>
      </w:r>
      <w:r>
        <w:t>j bhi main hoon. khuda ke fazl se mere andar nafrat british ke bhi nahi hai, hindu ke bhi nahi hai. kyun aap nafrat karein insaan se? yeh to haraam hai.</w:t>
      </w:r>
    </w:p>
    <w:p>
      <w:pPr>
        <w:jc w:val="right"/>
      </w:pPr>
      <w:r>
        <w:t>ج بھی میں ہوں۔ خدا کے فضل سے میرے اندر نفرت برٹش کے بھی نہیں ہے، ہندو کے بھی نہیں ہے۔ کیوں آپ نفرت کریں انسان سے؟ یہ تو حرام ہے۔</w:t>
      </w:r>
    </w:p>
    <w:p>
      <w:r>
        <w:rPr>
          <w:b/>
        </w:rPr>
        <w:t xml:space="preserve">[1:20:52] </w:t>
      </w:r>
      <w:r>
        <w:t>agar aap sharab nahi peete to aap se nafrat hi mat kijiye. yaad rakhiye ke nafrat karna haraam hai. aap khinzir nahi khate kyunke haraam hai, aap sharab nahi peete kyunke haraam hai,</w:t>
      </w:r>
    </w:p>
    <w:p>
      <w:pPr>
        <w:jc w:val="right"/>
      </w:pPr>
      <w:r>
        <w:t>اگر آپ شراب نہیں پیتے تو آپ سے نفرت ہی مت کیجئے۔ یاد رکھیے کہ نفرت کرنا حرام ہے۔ آپ خنزیر نہیں کھاتے کیونکہ حرام ہے، آپ شراب نہیں پیتے کیونکہ حرام ہے،</w:t>
      </w:r>
    </w:p>
    <w:p>
      <w:r>
        <w:rPr>
          <w:b/>
        </w:rPr>
        <w:t xml:space="preserve">[1:21:06] </w:t>
      </w:r>
      <w:r>
        <w:t>aap jo nahi khelte kyunke haraam hai, to nafrat kyun karte hain? aap woh kahan se aap jaiz kar liya? aap ne</w:t>
      </w:r>
    </w:p>
    <w:p>
      <w:pPr>
        <w:jc w:val="right"/>
      </w:pPr>
      <w:r>
        <w:t>آپ جو نہیں کھیلتے کیونکہ حرام ہے، تو نفرت کیوں کرتے ہیں؟ آپ وہ کہاں سے آپ جائز کر لیا؟ آپ نے</w:t>
      </w:r>
    </w:p>
    <w:p>
      <w:r>
        <w:rPr>
          <w:b/>
        </w:rPr>
        <w:t xml:space="preserve">[1:21:12] </w:t>
      </w:r>
      <w:r>
        <w:t>yaad rakhiye, nafrat karna is waqt bhi haraam tha, aaj bhi haraam hai. kisi ko right nahi hai ke nafrat kare woh kisi se. koi excuse nahi hai.</w:t>
      </w:r>
    </w:p>
    <w:p>
      <w:pPr>
        <w:jc w:val="right"/>
      </w:pPr>
      <w:r>
        <w:t>یاد رکھیے، نفرت کرنا اس وقت بھی حرام تھا، آج بھی حرام ہے۔ کسی کو رائٹ نہیں ہے کہ نفرت کرے وہ کسی سے۔ کوئی ایکسکیوز نہیں ہے۔</w:t>
      </w:r>
    </w:p>
    <w:p>
      <w:r>
        <w:rPr>
          <w:b/>
        </w:rPr>
        <w:t xml:space="preserve">[1:21:22] </w:t>
      </w:r>
      <w:r>
        <w:t>yaad rakhiye, koi excuse nahi hota ke aap khwamkhwah khinzir kha rahe hain aur sharab pee rahe hain. koi excuse hai is ka? kisi bhi excuse se aap khinzir nahi khayenge.</w:t>
      </w:r>
    </w:p>
    <w:p>
      <w:pPr>
        <w:jc w:val="right"/>
      </w:pPr>
      <w:r>
        <w:t>یاد رکھیے، کوئی ایکسکیوز نہیں ہوتا کہ آپ خوامخواہ خنزیر کھا رہے ہیں اور شراب پی رہے ہیں۔ کوئی ایکسکیوز ہے اس کا؟ کسی بھی ایکسکیوز سے آپ خنزیر نہیں کھائیں گے۔</w:t>
      </w:r>
    </w:p>
    <w:p>
      <w:r>
        <w:rPr>
          <w:b/>
        </w:rPr>
        <w:t xml:space="preserve">[1:21:33] </w:t>
      </w:r>
      <w:r>
        <w:t>is tak kisi bhi excuse se aap ko nafrat nahi karna hai. main khuda ke fazl se pehle bhi nahi nafrat ki, maine angrezon ke</w:t>
      </w:r>
    </w:p>
    <w:p>
      <w:pPr>
        <w:jc w:val="right"/>
      </w:pPr>
      <w:r>
        <w:t>اس تک کسی بھی ایکسکیوز سے آپ کو نفرت نہیں کرنا ہے۔ میں خدا کے فضل سے پہلے بھی نہیں نفرت کی، میں نے انگریزوں کے</w:t>
      </w:r>
    </w:p>
    <w:p>
      <w:r>
        <w:rPr>
          <w:b/>
        </w:rPr>
        <w:t xml:space="preserve">[1:21:41] </w:t>
      </w:r>
      <w:r>
        <w:t>door mein, aaj bhi mere dil mein koi nafrat nahin hai. to aap is ko naam kyon samajhte hain? agar be-isa ka insaan is ko kar saka to is ka matlab hai naam kyon nahin hai?</w:t>
      </w:r>
    </w:p>
    <w:p>
      <w:pPr>
        <w:jc w:val="right"/>
      </w:pPr>
      <w:r>
        <w:t>دور میں، آج بھی میرے دل میں کوئی نفرت نہیں ہے۔ تو آپ اس کو نام کیوں سمجھتے ہیں؟ اگر بے عیسیٰ کا انسان اس کو کر سکا تو اس کا مطلب ہے نام کیوں نہیں ہے؟</w:t>
      </w:r>
    </w:p>
    <w:p>
      <w:r>
        <w:rPr>
          <w:b/>
        </w:rPr>
        <w:t xml:space="preserve">[1:21:52] </w:t>
      </w:r>
      <w:r>
        <w:t>woh mein bhi to fresh blood ka majmooa hoon, mein bhi to wasee ek insaan hoon. to be-li jo possible ho, woh aap ke liye kyon possible nahin hai?</w:t>
      </w:r>
    </w:p>
    <w:p>
      <w:pPr>
        <w:jc w:val="right"/>
      </w:pPr>
      <w:r>
        <w:t>وہ میں بھی تو فریش بلڈ کا مجموعہ ہوں، میں بھی تو وسیع ایک انسان ہوں۔ تو بے لی جو پاسیبل ہو، وہ آپ کے لیے کیوں پاسیبل نہیں ہے؟</w:t>
      </w:r>
    </w:p>
    <w:p>
      <w:r>
        <w:rPr>
          <w:b/>
        </w:rPr>
        <w:t xml:space="preserve">[1:22:07] </w:t>
      </w:r>
      <w:r>
        <w:t>log samajhte nahin ke nafrat karna haraam hai. insaan se aap nafrat nahin kar sakte. aap</w:t>
      </w:r>
    </w:p>
    <w:p>
      <w:pPr>
        <w:jc w:val="right"/>
      </w:pPr>
      <w:r>
        <w:t>لوگ سمجھتے نہیں کہ نفرت کرنا حرام ہے۔ انسان سے آپ نفرت نہیں کر سکتے۔ آپ</w:t>
      </w:r>
    </w:p>
    <w:p>
      <w:r>
        <w:rPr>
          <w:b/>
        </w:rPr>
        <w:t xml:space="preserve">[1:22:12] </w:t>
      </w:r>
      <w:r>
        <w:t>yeh jaiz hi nahin ke nafrat karein insaan se. aap aur is ko samjhiye, phir se padhiye aap quran ko ke jis tarah se sharab haraam hai, khanzeer haraam hai, yaad rakhiye isi tarah insaan se nafrat karna bhi haraam hai.</w:t>
      </w:r>
    </w:p>
    <w:p>
      <w:pPr>
        <w:jc w:val="right"/>
      </w:pPr>
      <w:r>
        <w:t>یہ جائز ہی نہیں کہ نفرت کریں انسان سے۔ آپ اور اس کو سمجھئے، پھر سے پڑھیے آپ قرآن کو کہ جس طرح سے شراب حرام ہے، خنزیر حرام ہے، یاد رکھیے اسی طرح انسان سے نفرت کرنا بھی حرام ہے۔</w:t>
      </w:r>
    </w:p>
    <w:p>
      <w:r>
        <w:rPr>
          <w:b/>
        </w:rPr>
        <w:t xml:space="preserve">[1:22:27] </w:t>
      </w:r>
      <w:r>
        <w:t>agar aap ko khuda ke haan pakad se bachna hai to aap ko nafrat se bhi bachna hai. This question is from Mr Nafees Shiraz from.</w:t>
      </w:r>
    </w:p>
    <w:p>
      <w:pPr>
        <w:jc w:val="right"/>
      </w:pPr>
      <w:r>
        <w:t>اگر آپ کو خدا کے ہاں پکڑ سے بچنا ہے تو آپ کو نفرت سے بھی بچنا ہے۔ This question is from مسٹر نفیس شیراز from۔</w:t>
      </w:r>
    </w:p>
    <w:p>
      <w:r>
        <w:rPr>
          <w:b/>
        </w:rPr>
        <w:t xml:space="preserve">[1:22:36] </w:t>
      </w:r>
      <w:r>
        <w:t>ek minute dekhiye, mein aap samjhayein ke mein kaisa aisa keh raha hoon nafrat.</w:t>
      </w:r>
    </w:p>
    <w:p>
      <w:pPr>
        <w:jc w:val="right"/>
      </w:pPr>
      <w:r>
        <w:t>ایک منٹ دیکھیے، میں آپ سمجھائیں کہ میں کیسا ایسا کہہ رہا ہوں نفرت۔</w:t>
      </w:r>
    </w:p>
    <w:p>
      <w:r>
        <w:rPr>
          <w:b/>
        </w:rPr>
        <w:t xml:space="preserve">[1:22:41] </w:t>
      </w:r>
      <w:r>
        <w:t>ek mein aap ko bohat hi intehai misaal deta hoon, extremist example, extreme example.</w:t>
      </w:r>
    </w:p>
    <w:p>
      <w:pPr>
        <w:jc w:val="right"/>
      </w:pPr>
      <w:r>
        <w:t>ایک میں آپ کو بہت ہی انتہائی مثال دیتا ہوں، ایکسٹریمسٹ ایگزامپل، ایکسٹریم ایگزامپل۔</w:t>
      </w:r>
    </w:p>
    <w:p>
      <w:r>
        <w:rPr>
          <w:b/>
        </w:rPr>
        <w:t xml:space="preserve">[1:22:52] </w:t>
      </w:r>
      <w:r>
        <w:t>Hudaybiyyah ki ladai jo hui thi, us mein musalmanon ki shikast hui thi, aur aap ne kitaab mein padha hoga ke Rasool Allah par pathar mara gaya, daant toot gaya, itni bleeding hui ke aap aap gir pade.</w:t>
      </w:r>
    </w:p>
    <w:p>
      <w:pPr>
        <w:jc w:val="right"/>
      </w:pPr>
      <w:r>
        <w:t>حدیبیہ کی لڑائی جو ہوئی تھی، اس میں مسلمانوں کی شکست ہوئی تھی، اور آپ نے کتاب میں پڑھا ہوگا کہ رسول اللہ پر پتھر مارا گیا، دانت ٹوٹ گیا، اتنی بلیڈنگ ہوئی کہ آپ آپ گر پڑے۔</w:t>
      </w:r>
    </w:p>
    <w:p>
      <w:r>
        <w:rPr>
          <w:b/>
        </w:rPr>
        <w:t xml:space="preserve">[1:23:13] </w:t>
      </w:r>
      <w:r>
        <w:t>us waqt aap ki zabaan se nikal gaya ke aisi qaum kaise falaah paayegi jo apne nabi ko laho-lahaan kare?</w:t>
      </w:r>
    </w:p>
    <w:p>
      <w:pPr>
        <w:jc w:val="right"/>
      </w:pPr>
      <w:r>
        <w:t>اس وقت آپ کی زبان سے نکل گیا کہ ایسی قوم کیسے فلاح پائے گی جو اپنے نبی کو لہو لہان کرے؟</w:t>
      </w:r>
    </w:p>
    <w:p>
      <w:r>
        <w:rPr>
          <w:b/>
        </w:rPr>
        <w:t xml:space="preserve">[1:23:23] </w:t>
      </w:r>
      <w:r>
        <w:t>yaani aap ke andar negative kaifiyat paida ho gayi aur bad dua wali baat nikal gayi aap ki zabaan se ke woh qaum kaise falaah paayegi jo apne nabi ko laho-lahaan kare?</w:t>
      </w:r>
    </w:p>
    <w:p>
      <w:pPr>
        <w:jc w:val="right"/>
      </w:pPr>
      <w:r>
        <w:t>یعنی آپ کے اندر نیگیٹیو کیفیت پیدا ہوگئی اور بد دعا والی بات نکل گئی آپ کی زبان سے کہ وہ قوم کیسے فلاح پائے گی جو اپنے نبی کو لہو لہان کرے؟</w:t>
      </w:r>
    </w:p>
    <w:p>
      <w:r>
        <w:rPr>
          <w:b/>
        </w:rPr>
        <w:t xml:space="preserve">[1:23:37] </w:t>
      </w:r>
      <w:r>
        <w:t>isi waqt ayat utri: "Lais minhum tum ko haq nahin kehne ka".</w:t>
      </w:r>
    </w:p>
    <w:p>
      <w:pPr>
        <w:jc w:val="right"/>
      </w:pPr>
      <w:r>
        <w:t>اسی وقت آیت اتری: "لیس منش تم کو حق نہیں کہنے کا"۔</w:t>
      </w:r>
    </w:p>
    <w:p>
      <w:r>
        <w:rPr>
          <w:b/>
        </w:rPr>
        <w:t xml:space="preserve">[1:23:44] </w:t>
      </w:r>
      <w:r>
        <w:t>yeh kehne haq nahin hai tum ko. isi waqt aap ne apni zabaan badli, aap ne farmaya ke "Allah qawmi la".</w:t>
      </w:r>
    </w:p>
    <w:p>
      <w:pPr>
        <w:jc w:val="right"/>
      </w:pPr>
      <w:r>
        <w:t>یہ کہنے حق نہیں ہے تم کو۔ اسی وقت آپ نے اپنی زبان بدلی، آپ نے فرمایا کہ "اللہ قومی لا"۔</w:t>
      </w:r>
    </w:p>
    <w:p>
      <w:r>
        <w:rPr>
          <w:b/>
        </w:rPr>
        <w:t xml:space="preserve">[1:23:54] </w:t>
      </w:r>
      <w:r>
        <w:t>Ae Allah, meri qaum ko hidayat de, woh jante nahin hain. to nabi ko ijazat nahin thi ke nafrat karne ki, to aap ko ijazat kahan se ho jayegi?</w:t>
      </w:r>
    </w:p>
    <w:p>
      <w:pPr>
        <w:jc w:val="right"/>
      </w:pPr>
      <w:r>
        <w:t>اے اللہ، میری قوم کو ہدایت دے، وہ جانتے نہیں ہیں۔ تو نبی کو اجازت نہیں تھی کہ نفرت کرنے کی، تو آپ کو اجازت کہاں سے ہو جائے گی؟</w:t>
      </w:r>
    </w:p>
    <w:p>
      <w:r>
        <w:rPr>
          <w:b/>
        </w:rPr>
        <w:t xml:space="preserve">[1:24:06] </w:t>
      </w:r>
      <w:r>
        <w:t>yaani aap khabron ke barabar nafrat karne lagte hain. wahan physically yaani itna zabardast waqea hua, tab bhi nafrat nahin ki Rasool Allah ne</w:t>
      </w:r>
    </w:p>
    <w:p>
      <w:pPr>
        <w:jc w:val="right"/>
      </w:pPr>
      <w:r>
        <w:t>یعنی آپ خبروں کے برابر نفرت کرنے لگتے ہیں۔ وہاں فزیکلی یعنی اتنا زبردست واقعہ ہوا، تب بھی نفرت نہیں کی رسول اللہ نے</w:t>
      </w:r>
    </w:p>
    <w:p>
      <w:r>
        <w:rPr>
          <w:b/>
        </w:rPr>
        <w:t xml:space="preserve">[1:24:13] </w:t>
      </w:r>
      <w:r>
        <w:t>. aaj kal jo musalman nafrat karte hain, khud thaat se rehte hain, koi problem nahin hai un ke liye, sirf media mein padh kar ke nafrat kar rahe hain.</w:t>
      </w:r>
    </w:p>
    <w:p>
      <w:pPr>
        <w:jc w:val="right"/>
      </w:pPr>
      <w:r>
        <w:t>۔ آج کل جو مسلمان نفرت کرتے ہیں، خود ٹھاٹ سے رہتے ہیں، کوئی پرابلم نہیں ہے ان کے لیے، صرف میڈیا میں پڑھ کر کے نفرت کر رہے ہیں۔</w:t>
      </w:r>
    </w:p>
    <w:p>
      <w:r>
        <w:rPr>
          <w:b/>
        </w:rPr>
        <w:t xml:space="preserve">[1:24:23] </w:t>
      </w:r>
      <w:r>
        <w:t>Rasool Allah ko to khud chot lagi, khud pathar laga, khud daant toote, tab bhi nafrat ki ijazat nahin thi aap ko.</w:t>
      </w:r>
    </w:p>
    <w:p>
      <w:pPr>
        <w:jc w:val="right"/>
      </w:pPr>
      <w:r>
        <w:t>رسول اللہ کو تو خود چوٹ لگی، خود پتھر لگا، خود دانت ٹوٹے، تب بھی نفرت کی اجازت نہیں تھی آپ کو۔</w:t>
      </w:r>
    </w:p>
    <w:p>
      <w:r>
        <w:rPr>
          <w:b/>
        </w:rPr>
        <w:t xml:space="preserve">[1:24:31] </w:t>
      </w:r>
      <w:r>
        <w:t>yaad rakhiye, nafrat bilkul haraam hai, waise hi jaise ke sharab haraam hai aur khanzeer haraam hai.</w:t>
      </w:r>
    </w:p>
    <w:p>
      <w:pPr>
        <w:jc w:val="right"/>
      </w:pPr>
      <w:r>
        <w:t>یاد رکھیے، نفرت بالکل حرام ہے، ویسے ہی جیسے کہ شراب حرام ہے اور خنزیر حرام ہے۔</w:t>
      </w:r>
    </w:p>
    <w:p>
      <w:r>
        <w:rPr>
          <w:b/>
        </w:rPr>
        <w:t xml:space="preserve">[1:24:38] </w:t>
      </w:r>
      <w:r>
        <w:t>agar khuda se ki pakad se koi bachna chahta hai to us ko is dal dal se nikalna padega, nafrat ki dal dal se nikalna padega.</w:t>
      </w:r>
    </w:p>
    <w:p>
      <w:pPr>
        <w:jc w:val="right"/>
      </w:pPr>
      <w:r>
        <w:t>اگر خدا سے کی پکڑ سے کوئی بچنا چاہتا ہے تو اس کو اس دلدل سے نکلنا پڑے گا، نفرت کی دلدل سے نکلنا پڑے گا۔</w:t>
      </w:r>
    </w:p>
    <w:p>
      <w:r>
        <w:rPr>
          <w:b/>
        </w:rPr>
        <w:t xml:space="preserve">[1:24:49] </w:t>
      </w:r>
      <w:r>
        <w:t>This question is from Mr Nafees Shiraz from Delhi. waise to yeh sawal kisi Hindu aalim se poochna chahiye, lekin aap ek international level ke aalim hain,</w:t>
      </w:r>
    </w:p>
    <w:p>
      <w:pPr>
        <w:jc w:val="right"/>
      </w:pPr>
      <w:r>
        <w:t>This question is from مسٹر نفیس شیراز from Delhi۔ ویسے تو یہ سوال کسی ہندو عالم سے پوچھنا چاہیے، لیکن آپ ایک انٹرنیشنل لیول کے عالم ہیں،</w:t>
      </w:r>
    </w:p>
    <w:p>
      <w:r>
        <w:rPr>
          <w:b/>
        </w:rPr>
        <w:t xml:space="preserve">[1:25:02] </w:t>
      </w:r>
      <w:r>
        <w:t>is liye mein yeh sawal aap se kar raha hoon.</w:t>
      </w:r>
    </w:p>
    <w:p>
      <w:pPr>
        <w:jc w:val="right"/>
      </w:pPr>
      <w:r>
        <w:t>اس لیے میں یہ سوال آپ سے کر رہا ہوں۔</w:t>
      </w:r>
    </w:p>
    <w:p>
      <w:r>
        <w:rPr>
          <w:b/>
        </w:rPr>
        <w:t xml:space="preserve">[1:25:06] </w:t>
      </w:r>
      <w:r>
        <w:t>mera sawal yeh hai ke Bhagwan Ganesh, Bhagwan Vishnu, Bhagwan Ram, Bhagwan Krishna, Bhagwan Buddh, yeh sab insaan the, phir unhein Bhagwan kyon kaha jata hai?</w:t>
      </w:r>
    </w:p>
    <w:p>
      <w:pPr>
        <w:jc w:val="right"/>
      </w:pPr>
      <w:r>
        <w:t>میرا سوال یہ ہے کہ بھگوان گنیش، بھگوان وشنو، بھگوان رام، بھگوان کرشن، بھگوان بدھ، یہ سب انسان تھے، پھر انہیں بھگوان کیوں کہا جاتا ہے؟</w:t>
      </w:r>
    </w:p>
    <w:p>
      <w:r>
        <w:rPr>
          <w:b/>
        </w:rPr>
        <w:t xml:space="preserve">[1:25:23] </w:t>
      </w:r>
      <w:r>
        <w:t>bhai, yeh to unhi se poochiye aap. mein to Bhagwan nahin manta. mein yahi keh sakta hoon ke mein kya aqeedah rakhta hoon. mein insaan ko Bhagwan nahin manta.</w:t>
      </w:r>
    </w:p>
    <w:p>
      <w:pPr>
        <w:jc w:val="right"/>
      </w:pPr>
      <w:r>
        <w:t>بھئی، یہ تو انہی سے پوچھیے آپ۔ میں تو بھگوان نہیں مانتا۔ میں یہی کہہ سکتا ہوں کہ میں کیا عقیدہ رکھتا ہوں۔ میں انسان کو بھگوان نہیں مانتا۔</w:t>
      </w:r>
    </w:p>
    <w:p>
      <w:r>
        <w:rPr>
          <w:b/>
        </w:rPr>
        <w:t xml:space="preserve">[1:25:32] </w:t>
      </w:r>
      <w:r>
        <w:t>Bhagwan ko jo manta hai to unhi se poochiye phir.</w:t>
      </w:r>
    </w:p>
    <w:p>
      <w:pPr>
        <w:jc w:val="right"/>
      </w:pPr>
      <w:r>
        <w:t>بھگوان کو جو مانتا ہے تو انہی سے پوچھیے پھر۔</w:t>
      </w:r>
    </w:p>
    <w:p>
      <w:r>
        <w:rPr>
          <w:b/>
        </w:rPr>
        <w:t xml:space="preserve">[1:25:36] </w:t>
      </w:r>
      <w:r>
        <w:t>unki baat woh batayenge. mein to kisi bhi insaan ko kai hinduo se mila, woh Rasool Allah ko Bhagwan samajhte the. Bhagwan Muhammad.</w:t>
      </w:r>
    </w:p>
    <w:p>
      <w:pPr>
        <w:jc w:val="right"/>
      </w:pPr>
      <w:r>
        <w:t>ان کی بات وہ بتائیں گے۔ میں تو کسی بھی انسان کو کئی ہندوؤں سے ملا، وہ رسول اللہ کو بھگوان سمجھتے تھے۔ بھگوان محمد۔</w:t>
      </w:r>
    </w:p>
    <w:p>
      <w:r>
        <w:rPr>
          <w:b/>
        </w:rPr>
        <w:t xml:space="preserve">[1:25:46] </w:t>
      </w:r>
      <w:r>
        <w:t>unhone kaha ke nahin, Rasool Allah Bhagwan nahin the. kaha ke nahin, hum to samajhte hain ke woh Bhagwan jaise Bhagwan Krishna the, waise Bhagwan Muhammad.</w:t>
      </w:r>
    </w:p>
    <w:p>
      <w:pPr>
        <w:jc w:val="right"/>
      </w:pPr>
      <w:r>
        <w:t>انہوں نے کہا کہ نہیں، رسول اللہ بھگوان نہیں تھے۔ کہا کہ نہیں، ہم تو سمجھتے ہیں کہ وہ بھگوان جیسے بھگوان کرشن تھے، ویسے بھگوان محمد۔</w:t>
      </w:r>
    </w:p>
    <w:p>
      <w:r>
        <w:rPr>
          <w:b/>
        </w:rPr>
        <w:t xml:space="preserve">[1:25:55] </w:t>
      </w:r>
      <w:r>
        <w:t>unhon ne kaha nahi, hargiz nahi aisa. ke mera aqeedah yeh hai. baqi logon se pochiye aap.</w:t>
      </w:r>
    </w:p>
    <w:p>
      <w:pPr>
        <w:jc w:val="right"/>
      </w:pPr>
      <w:r>
        <w:t>انہوں نے کہا نہیں، ہرگز نہیں ایسا۔ کہ میرا عقیدہ یہ ہے۔ باقی لوگوں سے پوچھیے آپ۔</w:t>
      </w:r>
    </w:p>
    <w:p>
      <w:r>
        <w:rPr>
          <w:b/>
        </w:rPr>
        <w:t xml:space="preserve">[1:26:03] </w:t>
      </w:r>
      <w:r>
        <w:t>This question is from Miss Toti from Delhi. How to create an environment in which Muslims are able to understand when a scholar guides them to the right path?</w:t>
      </w:r>
    </w:p>
    <w:p>
      <w:pPr>
        <w:jc w:val="right"/>
      </w:pPr>
      <w:r>
        <w:t>This question is from مس توتی from Delhi۔ How to create an environment in which Muslims are able to understand when a scholar guides them to theright path؟</w:t>
      </w:r>
    </w:p>
    <w:p>
      <w:r>
        <w:rPr>
          <w:b/>
        </w:rPr>
        <w:t xml:space="preserve">[1:26:19] </w:t>
      </w:r>
      <w:r>
        <w:t>dekhiye, taleem mein do qism ki taleem maani jaati hai. ek hai formal taleem, ek hai ghair formal taleem. to formal taleem to hoti hai job waghera ke liye.</w:t>
      </w:r>
    </w:p>
    <w:p>
      <w:pPr>
        <w:jc w:val="right"/>
      </w:pPr>
      <w:r>
        <w:t>دیکھیے، تعلیم میں دو قسم کی تعلیم مانی جاتی ہے۔ ایک ہے فارمل تعلیم، ایک ہے غیر فارمل تعلیم۔ تو فارمل تعلیم تو ہوتی ہے جاب وغیرہ کے لیے۔</w:t>
      </w:r>
    </w:p>
    <w:p>
      <w:r>
        <w:rPr>
          <w:b/>
        </w:rPr>
        <w:t xml:space="preserve">[1:26:30] </w:t>
      </w:r>
      <w:r>
        <w:t>jaise MBA ek aadmi karta hai to us ko sanati job milta hai. doosri cheez hai ghair formal taleem. rooh wali baat ka talluq ghair formal taleem se hai.</w:t>
      </w:r>
    </w:p>
    <w:p>
      <w:pPr>
        <w:jc w:val="right"/>
      </w:pPr>
      <w:r>
        <w:t>جیسے ایم بی اے ایک آدمی کرتا ہے تو اس کو صنعتی جاب ملتا ہے۔ دوسری چیز ہے غیر فارمل تعلیم۔ روح والی بات کا تعلق غیر فارمل تعلیم سے ہے۔</w:t>
      </w:r>
    </w:p>
    <w:p>
      <w:r>
        <w:rPr>
          <w:b/>
        </w:rPr>
        <w:t xml:space="preserve">[1:26:43] </w:t>
      </w:r>
      <w:r>
        <w:t>ghair formal taleem kahan hoti hai? gharon mein hoti hai, masjid mein hoti hai, madrase mein hoti hai, jalson mein hoti hai. jahan bhi insaan ikattha hote hain, wahan hoti hai.</w:t>
      </w:r>
    </w:p>
    <w:p>
      <w:pPr>
        <w:jc w:val="right"/>
      </w:pPr>
      <w:r>
        <w:t>غیر فارمل تعلیم کہاں ہوتی ہے؟ گھروں میں ہوتی ہے، مسجد میں ہوتی ہے، مدرسے میں ہوتی ہے، جلسوں میں ہوتی ہے۔ جہاں بھی انسان اکٹھا ہوتے ہیں، وہاں ہوتی ہے۔</w:t>
      </w:r>
    </w:p>
    <w:p>
      <w:r>
        <w:rPr>
          <w:b/>
        </w:rPr>
        <w:t xml:space="preserve">[1:26:56] </w:t>
      </w:r>
      <w:r>
        <w:t>to jis tarah se hum formal taleem chala rahe hain, aisi ghair formal taleem ke jo idare hain, is ko bhi hamein فعال karna hai. tab ja kar ke rooh paida hogi, nahi to nahi.</w:t>
      </w:r>
    </w:p>
    <w:p>
      <w:pPr>
        <w:jc w:val="right"/>
      </w:pPr>
      <w:r>
        <w:t>تو جس طرح سے ہم فارمل تعلیم چلا رہے ہیں، ایسی غیر فارمل تعلیم کے جو ادارے ہیں، اس کو بھی ہمیں فعال کرنا ہے۔ تب جا کر کے روح پیدا ہوگی، نہیں تو نہیں۔</w:t>
      </w:r>
    </w:p>
    <w:p>
      <w:r>
        <w:rPr>
          <w:b/>
        </w:rPr>
        <w:t xml:space="preserve">[1:27:13] </w:t>
      </w:r>
      <w:r>
        <w:t>This question is from Mr. Qazi Muhammad Mian. Maulana, please bataiye, kya hai imperialism? yeh to ek gaali hai.</w:t>
      </w:r>
    </w:p>
    <w:p>
      <w:pPr>
        <w:jc w:val="right"/>
      </w:pPr>
      <w:r>
        <w:t>This question is from مسٹر قاضی محمد میاں۔ مولانا، پلیز بتائیں، کیا ہے ایمپیریلزم؟ یہ تو ایک گالی ہے۔</w:t>
      </w:r>
    </w:p>
    <w:p>
      <w:r>
        <w:rPr>
          <w:b/>
        </w:rPr>
        <w:t xml:space="preserve">[1:27:25] </w:t>
      </w:r>
      <w:r>
        <w:t>koi imperial, koi cheez nahi hai. yaad rakhiye, yeh koi unhon ne gaali bana rakhi hai. apne khud wahi un ka apna king jo hai, woh emperor bana to us ko emperor nahi kahenge.</w:t>
      </w:r>
    </w:p>
    <w:p>
      <w:pPr>
        <w:jc w:val="right"/>
      </w:pPr>
      <w:r>
        <w:t>کوئی ایمپیریل، کوئی چیز نہیں ہے۔ یاد رکھیے، یہ کوئی انہوں نے گالی بنا رکھی ہے۔ اپنے خود وہی ان کا اپنا کنگ جو ہے، وہ امپیرر بنا تو اس کو امپیرر نہیں کہیں گے۔</w:t>
      </w:r>
    </w:p>
    <w:p>
      <w:r>
        <w:rPr>
          <w:b/>
        </w:rPr>
        <w:t xml:space="preserve">[1:27:37] </w:t>
      </w:r>
      <w:r>
        <w:t>doosre ko emperor kehte hain.</w:t>
      </w:r>
    </w:p>
    <w:p>
      <w:pPr>
        <w:jc w:val="right"/>
      </w:pPr>
      <w:r>
        <w:t>دوسرے کو امپیرر کہتے ہیں۔</w:t>
      </w:r>
    </w:p>
    <w:p>
      <w:r>
        <w:rPr>
          <w:b/>
        </w:rPr>
        <w:t xml:space="preserve">[1:27:42] </w:t>
      </w:r>
      <w:r>
        <w:t>imperialism is nothing. jab bhi koi kisi ko power milta hai, siyasi power to zahir hai ke woh chahta hai ke apni power ko barhaye.</w:t>
      </w:r>
    </w:p>
    <w:p>
      <w:pPr>
        <w:jc w:val="right"/>
      </w:pPr>
      <w:r>
        <w:t>ایمپیریلزم از نتھنگ۔ جب بھی کوئی کسی کو پاور ملتا ہے، سیاسی پاور تو ظاہر ہے کہ وہ چاہتا ہے کہ اپنی پاور کو بڑھائے۔</w:t>
      </w:r>
    </w:p>
    <w:p>
      <w:r>
        <w:rPr>
          <w:b/>
        </w:rPr>
        <w:t xml:space="preserve">[1:27:52] </w:t>
      </w:r>
      <w:r>
        <w:t>yeh sab ne kiya? musalmanon ne bhi aise kiya? muslim daur mein jo muslim tausee hua, us ko bhi aap imperialism kahiye.</w:t>
      </w:r>
    </w:p>
    <w:p>
      <w:pPr>
        <w:jc w:val="right"/>
      </w:pPr>
      <w:r>
        <w:t>یہ سب نے کیا؟ مسلمانوں نے بھی ایسے کیا؟ مسلم دور میں جو مسلم توسیع ہوا، اس کو بھی آپ ایمپیریلزم کہیے۔</w:t>
      </w:r>
    </w:p>
    <w:p>
      <w:r>
        <w:rPr>
          <w:b/>
        </w:rPr>
        <w:t xml:space="preserve">[1:28:04] </w:t>
      </w:r>
      <w:r>
        <w:t>aaj kal America ko kehte hain ke imperialism phaila raha hai. woh to musalmanon ko kyun nahi kehte aap? unhon ne imperialism phailaya.</w:t>
      </w:r>
    </w:p>
    <w:p>
      <w:pPr>
        <w:jc w:val="right"/>
      </w:pPr>
      <w:r>
        <w:t>آج کل امریکہ کو کہتے ہیں کہ ایمپیریلزم پھیلا رہا ہے۔ وہ تو مسلمانوں کو کیوں نہیں کہتے آپ؟ انہیں ایمپیریلزم پھیلایا۔</w:t>
      </w:r>
    </w:p>
    <w:p>
      <w:r>
        <w:rPr>
          <w:b/>
        </w:rPr>
        <w:t xml:space="preserve">[1:28:14] </w:t>
      </w:r>
      <w:r>
        <w:t>main is ko bilkul be-maani samajhta hoon. yeh sab gaali ke alfaaz hain. yeh siyasi gaali yeh hai. yeh siyasi gaali hai.</w:t>
      </w:r>
    </w:p>
    <w:p>
      <w:pPr>
        <w:jc w:val="right"/>
      </w:pPr>
      <w:r>
        <w:t>میں اس کو بالکل بے معنی سمجھتا ہوں۔ یہ سب گالی کے الفاظ ہیں۔ یہ سیاسی گالی یہ ہے۔ یہ سیاسی گالی ہے۔</w:t>
      </w:r>
    </w:p>
    <w:p>
      <w:r>
        <w:rPr>
          <w:b/>
        </w:rPr>
        <w:t xml:space="preserve">[1:28:23] </w:t>
      </w:r>
      <w:r>
        <w:t>agar aap America ko kehte hain to apne ko bhi kehna padega aap ko.</w:t>
      </w:r>
    </w:p>
    <w:p>
      <w:pPr>
        <w:jc w:val="right"/>
      </w:pPr>
      <w:r>
        <w:t>اگر آپ امریکہ کو کہتے ہیں تو اپنے کو بھی کہنا پڑے گا آپ کو۔</w:t>
      </w:r>
    </w:p>
    <w:p>
      <w:r>
        <w:rPr>
          <w:b/>
        </w:rPr>
        <w:t xml:space="preserve">[1:28:29] </w:t>
      </w:r>
      <w:r>
        <w:t>yani imperialism phaila raha hai agar America to musalmanon ne bhi to kiya imperialism. waise Babar India mein aaya talwar le kar to kya haq tha us ko India mein talwar le kar aane ka?</w:t>
      </w:r>
    </w:p>
    <w:p>
      <w:pPr>
        <w:jc w:val="right"/>
      </w:pPr>
      <w:r>
        <w:t>یعنی ایمپیریلزم پھیلا رہا ہے اگر امریکہ تو مسلمانوں نے بھی تو کیا ایمپیریلزم۔ ویسے بابر انڈیا میں آیا تلوار لے کر تو کیا حق تھا اس کو انڈیا میں تلوار لے کر آنے کا؟</w:t>
      </w:r>
    </w:p>
    <w:p>
      <w:r>
        <w:rPr>
          <w:b/>
        </w:rPr>
        <w:t xml:space="preserve">[1:28:39] </w:t>
      </w:r>
      <w:r>
        <w:t>that was imperialism. Arab log mukhtalif mulkon mein ghuse to woh bhi that was also a kind of imperialism.</w:t>
      </w:r>
    </w:p>
    <w:p>
      <w:pPr>
        <w:jc w:val="right"/>
      </w:pPr>
      <w:r>
        <w:t>دیٹ واز ایمپیریلزم۔ عرب لوگ مختلف ملکوں میں گھسے تو وہ بھی دیٹ واز آلسو اے کائنڈ آف ایمپیریلزم۔</w:t>
      </w:r>
    </w:p>
    <w:p>
      <w:r>
        <w:rPr>
          <w:b/>
        </w:rPr>
        <w:t xml:space="preserve">[1:28:51] </w:t>
      </w:r>
      <w:r>
        <w:t>to main is ko na manta, na is ko manta. main imperialism ke lafz hi ko gaali samajhta hoon. siyasi gaali. is liye main is ko nahi manta. main kehta hoon duniya competition ki duniya hai.</w:t>
      </w:r>
    </w:p>
    <w:p>
      <w:pPr>
        <w:jc w:val="right"/>
      </w:pPr>
      <w:r>
        <w:t>تو میں اس کو نہ مانتا، نہ اس کو مانتا۔ میں ایمپیریلزم کے لفظ ہی کو گالی سمجھتا ہوں۔ سیاسی گالی۔ اس لیے میں اس کو نہیں مانتا۔ میں کہتا ہوں دنیا کمپیٹیشن کی دنیا ہے۔</w:t>
      </w:r>
    </w:p>
    <w:p>
      <w:r>
        <w:rPr>
          <w:b/>
        </w:rPr>
        <w:t xml:space="preserve">[1:29:01] </w:t>
      </w:r>
      <w:r>
        <w:t>competition. siyasi competition bhi hoga yahan. musabqat. competition. challenge. jis ko mauqa hoga, woh aage badhega. bas</w:t>
      </w:r>
    </w:p>
    <w:p>
      <w:pPr>
        <w:jc w:val="right"/>
      </w:pPr>
      <w:r>
        <w:t>کمپیٹیشن۔ سیاسی کمپیٹیشن بھی ہوگا یہاں۔ مسابقت۔ کمپیٹیشن۔ چیلنج۔ جس کو موقع ہوگا، وہ آگے بڑھے گا۔ بس</w:t>
      </w:r>
    </w:p>
    <w:p>
      <w:r>
        <w:rPr>
          <w:b/>
        </w:rPr>
        <w:t xml:space="preserve">[1:29:13] </w:t>
      </w:r>
      <w:r>
        <w:t>yeh sab alfaaz jo gaali ke alfaaz hain.</w:t>
      </w:r>
    </w:p>
    <w:p>
      <w:pPr>
        <w:jc w:val="right"/>
      </w:pPr>
      <w:r>
        <w:t>یہ سب الفاظ جو گالی کے الفاظ ہیں۔</w:t>
      </w:r>
    </w:p>
    <w:p>
      <w:r>
        <w:rPr>
          <w:b/>
        </w:rPr>
        <w:t xml:space="preserve">[1:29:15] </w:t>
      </w:r>
      <w:r>
        <w:t>buniyadi baat jo hai, jo Allah taala ne banai duniya, woh woh buniyad rakhti hai competition par, challenge par, musabqat par. jis ko mauqa milega, woh aage badhega.</w:t>
      </w:r>
    </w:p>
    <w:p>
      <w:pPr>
        <w:jc w:val="right"/>
      </w:pPr>
      <w:r>
        <w:t>بنیادی بات جو ہے، جو اللہ تعالیٰ نے بنائی دنیا، وہ وہ بنیاد رکھتی ہے کمپیٹیشن پر، چیلنج پر، مسابقت پر۔ جس کو موقع ملے گا، وہ آگے بڑھے گا۔</w:t>
      </w:r>
    </w:p>
    <w:p>
      <w:r>
        <w:rPr>
          <w:b/>
        </w:rPr>
        <w:t xml:space="preserve">[1:29:26] </w:t>
      </w:r>
      <w:r>
        <w:t>chahe inforadi ho, chahe koi idara ho, chahe koi community ho, koi qaum ho. to aap shikayat kyun karte hain? aap bhi wahi karte hain jo doosra kar raha hai.</w:t>
      </w:r>
    </w:p>
    <w:p>
      <w:pPr>
        <w:jc w:val="right"/>
      </w:pPr>
      <w:r>
        <w:t>چاہے انفرادی ہو، چاہے کوئی ادارہ ہو، چاہے کوئی کمیونٹی ہو، کوئی قوم ہو۔ تو آپ شکایت کیوں کرتے ہیں؟ آپ بھی وہی کرتے ہیں جو دوسرا کر رہا ہے۔</w:t>
      </w:r>
    </w:p>
    <w:p>
      <w:r>
        <w:rPr>
          <w:b/>
        </w:rPr>
        <w:t xml:space="preserve">[1:29:38] </w:t>
      </w:r>
      <w:r>
        <w:t>agar</w:t>
      </w:r>
    </w:p>
    <w:p>
      <w:pPr>
        <w:jc w:val="right"/>
      </w:pPr>
      <w:r>
        <w:t>اگر</w:t>
      </w:r>
    </w:p>
    <w:p>
      <w:r>
        <w:rPr>
          <w:b/>
        </w:rPr>
        <w:t xml:space="preserve">[1:29:41] </w:t>
      </w:r>
      <w:r>
        <w:t>ek competition na ho, yeh challenge na ho to duniya chalegi nahi. taraqqi nahi hogi.</w:t>
      </w:r>
    </w:p>
    <w:p>
      <w:pPr>
        <w:jc w:val="right"/>
      </w:pPr>
      <w:r>
        <w:t>ایک کمپیٹیشن نہ ہو، یہ چیلنج نہ ہو تو دنیا چلے گی نہیں۔ ترقی نہیں ہوگی۔</w:t>
      </w:r>
    </w:p>
    <w:p>
      <w:r>
        <w:rPr>
          <w:b/>
        </w:rPr>
        <w:t xml:space="preserve">[1:29:49] </w:t>
      </w:r>
      <w:r>
        <w:t>to main baharhaal in cheezon ko siyasi ziyadati manta hoon. sahi baat yeh hai ke duniya ka nizam qaim hai competition par, challenge par.</w:t>
      </w:r>
    </w:p>
    <w:p>
      <w:pPr>
        <w:jc w:val="right"/>
      </w:pPr>
      <w:r>
        <w:t>تو میں بہرحال ان چیزوں کو سیاسی زیادتی مانتا ہوں۔ صحیح بات یہ ہے کہ دنیا کا نظام قائم ہے کمپیٹیشن پر، چیلنج پر۔</w:t>
      </w:r>
    </w:p>
    <w:p>
      <w:r>
        <w:rPr>
          <w:b/>
        </w:rPr>
        <w:t xml:space="preserve">[1:29:59] </w:t>
      </w:r>
      <w:r>
        <w:t>jis ko mauqa milega, woh challenge dega aap ko. aap us ko beat kijiye.</w:t>
      </w:r>
    </w:p>
    <w:p>
      <w:pPr>
        <w:jc w:val="right"/>
      </w:pPr>
      <w:r>
        <w:t>جس کو موقع ملے گا، وہ چیلنج دے گا آپ کو۔ آپ اس کو پیٹ کیجیے۔</w:t>
      </w:r>
    </w:p>
    <w:p>
      <w:r>
        <w:rPr>
          <w:b/>
        </w:rPr>
        <w:t xml:space="preserve">[1:30:06] </w:t>
      </w:r>
      <w:r>
        <w:t>This question is from miss raziya from Delhi. The negative channelization of man's ego becomes a great obstruction in accepting someone else's wisdom to be greater than his own.</w:t>
      </w:r>
    </w:p>
    <w:p>
      <w:pPr>
        <w:jc w:val="right"/>
      </w:pPr>
      <w:r>
        <w:t>This question is from مس راضیہ from Delhi۔ The negative channelization of man's ego becomes a great obstruction in accepting someone else's wisdom to be greater than his own.</w:t>
      </w:r>
    </w:p>
    <w:p>
      <w:r>
        <w:rPr>
          <w:b/>
        </w:rPr>
        <w:t xml:space="preserve">[1:30:23] </w:t>
      </w:r>
      <w:r>
        <w:t>How then can we cut our ego to size so as to recognize and receive guidance from the one who possesses super wisdom؟</w:t>
      </w:r>
    </w:p>
    <w:p>
      <w:pPr>
        <w:jc w:val="right"/>
      </w:pPr>
      <w:r>
        <w:t>How then can we cut our ego to size so as to recognize and receive guidance from the one who possesses super wisdom؟</w:t>
      </w:r>
    </w:p>
    <w:p>
      <w:r>
        <w:rPr>
          <w:b/>
        </w:rPr>
        <w:t xml:space="preserve">[1:30:36] </w:t>
      </w:r>
      <w:r>
        <w:t>Daikhiye, yeh sara mamla munhasir hai muhasba par. Muhasba ka matlab hai introspection.</w:t>
      </w:r>
    </w:p>
    <w:p>
      <w:pPr>
        <w:jc w:val="right"/>
      </w:pPr>
      <w:r>
        <w:t>دیکھیے، یہ سارا معاملہ منحصر ہے محاسبہ پر۔ محاسبہ کا مطلب ہے انٹرا انٹراسپیکشن۔</w:t>
      </w:r>
    </w:p>
    <w:p>
      <w:r>
        <w:rPr>
          <w:b/>
        </w:rPr>
        <w:t xml:space="preserve">[1:30:48] </w:t>
      </w:r>
      <w:r>
        <w:t>Islam mein bohat ahmiyat hai muhasba ki.</w:t>
      </w:r>
    </w:p>
    <w:p>
      <w:pPr>
        <w:jc w:val="right"/>
      </w:pPr>
      <w:r>
        <w:t>اسلام میں بہت اہمیت ہے محاسبہ کی۔</w:t>
      </w:r>
    </w:p>
    <w:p>
      <w:r>
        <w:rPr>
          <w:b/>
        </w:rPr>
        <w:t xml:space="preserve">[1:30:54] </w:t>
      </w:r>
      <w:r>
        <w:t>Hadees mein aata hai ke</w:t>
      </w:r>
    </w:p>
    <w:p>
      <w:pPr>
        <w:jc w:val="right"/>
      </w:pPr>
      <w:r>
        <w:t>حدیث میں آتا ہے کہ</w:t>
      </w:r>
    </w:p>
    <w:p>
      <w:r>
        <w:rPr>
          <w:b/>
        </w:rPr>
        <w:t xml:space="preserve">[1:30:58] </w:t>
      </w:r>
      <w:r>
        <w:t>apna hisab kar lo is se pehle ke tumhara hisab kiya jaye. Yani Khuda ke samne hisab hone se pehle khud apna hisab kar lo.</w:t>
      </w:r>
    </w:p>
    <w:p>
      <w:pPr>
        <w:jc w:val="right"/>
      </w:pPr>
      <w:r>
        <w:t>اپنا حساب کر لو اس سے پہلے کہ تمہارا حساب کیا جائے۔ یعنی خدا کے سامنے حساب ہونے سے پہلے خود اپنا حساب کر لو۔</w:t>
      </w:r>
    </w:p>
    <w:p>
      <w:r>
        <w:rPr>
          <w:b/>
        </w:rPr>
        <w:t xml:space="preserve">[1:31:09] </w:t>
      </w:r>
      <w:r>
        <w:t>Isi ko kehte hain introspection.</w:t>
      </w:r>
    </w:p>
    <w:p>
      <w:pPr>
        <w:jc w:val="right"/>
      </w:pPr>
      <w:r>
        <w:t>اسی کو کہتے ہیں انٹراسپیکشن۔</w:t>
      </w:r>
    </w:p>
    <w:p>
      <w:r>
        <w:rPr>
          <w:b/>
        </w:rPr>
        <w:t xml:space="preserve">[1:31:13] </w:t>
      </w:r>
      <w:r>
        <w:t>To yeh to karna hi karna hai. Jo yeh karega, wahi rasta payega. Jo nahi karega, to phir woh andhere mein bhatkega.</w:t>
      </w:r>
    </w:p>
    <w:p>
      <w:pPr>
        <w:jc w:val="right"/>
      </w:pPr>
      <w:r>
        <w:t>تو یہ تو کرنا ہی کرنا ہے۔ جو یہ کرے گا، وہی راستہ پائے گا۔ جو نہیں کرے گا، تو پھر وہ اندھیرے میں بھٹکے گا۔</w:t>
      </w:r>
    </w:p>
    <w:p>
      <w:r>
        <w:rPr>
          <w:b/>
        </w:rPr>
        <w:t xml:space="preserve">[1:31:24] </w:t>
      </w:r>
      <w:r>
        <w:t>Introspection ya muhasba ke baghair koi bhi aadmi apne aap ko sahi raste par nahi chala sakta.</w:t>
      </w:r>
    </w:p>
    <w:p>
      <w:pPr>
        <w:jc w:val="right"/>
      </w:pPr>
      <w:r>
        <w:t>انٹراسپیکشن یا محاسبہ کے بغیر کوئی بھی آدمی اپنے آپ کو صحیح راستے پر نہیں چلا سکتا۔</w:t>
      </w:r>
    </w:p>
    <w:p>
      <w:r>
        <w:rPr>
          <w:b/>
        </w:rPr>
        <w:t xml:space="preserve">[1:31:39] </w:t>
      </w:r>
      <w:r>
        <w:t>This question is from Mr. Abdul Rehman. Maulana, kya hain zimmedariyan ek Muslim naujawan ki maujooda daur mein?</w:t>
      </w:r>
    </w:p>
    <w:p>
      <w:pPr>
        <w:jc w:val="right"/>
      </w:pPr>
      <w:r>
        <w:t>This question is from مسٹر عبدالرحمن۔ مولانا، کیا ہیں ذمہ داریاں ایک مسلم نوجوان کی موجودہ دور میں؟</w:t>
      </w:r>
    </w:p>
    <w:p>
      <w:r>
        <w:rPr>
          <w:b/>
        </w:rPr>
        <w:t xml:space="preserve">[1:31:50] </w:t>
      </w:r>
      <w:r>
        <w:t>Kindly explain.</w:t>
      </w:r>
    </w:p>
    <w:p>
      <w:pPr>
        <w:jc w:val="right"/>
      </w:pPr>
      <w:r>
        <w:t>کائنڈلی ایکسپلین۔</w:t>
      </w:r>
    </w:p>
    <w:p>
      <w:r>
        <w:rPr>
          <w:b/>
        </w:rPr>
        <w:t xml:space="preserve">[1:31:57] </w:t>
      </w:r>
      <w:r>
        <w:t>Bhai, daikhiye, main ek martaba likha tha, main ne ek article.</w:t>
      </w:r>
    </w:p>
    <w:p>
      <w:pPr>
        <w:jc w:val="right"/>
      </w:pPr>
      <w:r>
        <w:t>بھئی، دیکھیے، میں ایک مرتبہ لکھا تھا، میں نے ایک آرٹیکل۔</w:t>
      </w:r>
    </w:p>
    <w:p>
      <w:r>
        <w:rPr>
          <w:b/>
        </w:rPr>
        <w:t xml:space="preserve">[1:32:03] </w:t>
      </w:r>
      <w:r>
        <w:t>Is mein main ne kaha tha ke insaan ke andar wahi nizam Allah ne rakha hai jo darya mein hai.</w:t>
      </w:r>
    </w:p>
    <w:p>
      <w:pPr>
        <w:jc w:val="right"/>
      </w:pPr>
      <w:r>
        <w:t>اس میں میں نے کہا تھا کہ انسان کے اندر وہی نظام اللہ نے رکھا ہے جو دریا میں ہے۔</w:t>
      </w:r>
    </w:p>
    <w:p>
      <w:r>
        <w:rPr>
          <w:b/>
        </w:rPr>
        <w:t xml:space="preserve">[1:32:13] </w:t>
      </w:r>
      <w:r>
        <w:t>Darya mein aap ka pani behta hai. To kya hota hai ke hamesha naya pani aage jata hai, phir naya woh purana pani aage jata hai, phir naya pani aata hai.</w:t>
      </w:r>
    </w:p>
    <w:p>
      <w:pPr>
        <w:jc w:val="right"/>
      </w:pPr>
      <w:r>
        <w:t>دریا میں آپ کا پانی بہتا ہے۔ تو کیا ہوتا ہے کہ ہمیشہ نیا پانی آگے جاتا ہے، پھر نیا وہ پرانا پانی آگے جاتا ہے، پھر نیا پانی آتا ہے۔</w:t>
      </w:r>
    </w:p>
    <w:p>
      <w:r>
        <w:rPr>
          <w:b/>
        </w:rPr>
        <w:t xml:space="preserve">[1:32:26] </w:t>
      </w:r>
      <w:r>
        <w:t>Darya naam hai, yani naye darya naam hai, purane pani ki jagah naya pani us ki jagah leta rahe.</w:t>
      </w:r>
    </w:p>
    <w:p>
      <w:pPr>
        <w:jc w:val="right"/>
      </w:pPr>
      <w:r>
        <w:t>دریا نام ہے، یعنی نئے دریا نام ہے، پرانے پانی کی جگہ نیا پانی اس کی جگہ لیتا رہے۔</w:t>
      </w:r>
    </w:p>
    <w:p>
      <w:r>
        <w:rPr>
          <w:b/>
        </w:rPr>
        <w:t xml:space="preserve">[1:32:37] </w:t>
      </w:r>
      <w:r>
        <w:t>Naya pani aaye aur purana pani aage aage chala jaye. To ek bahao pani is tarah se hota hai darya ke andar.</w:t>
      </w:r>
    </w:p>
    <w:p>
      <w:pPr>
        <w:jc w:val="right"/>
      </w:pPr>
      <w:r>
        <w:t>نیا پانی آئے اور پرانا پانی آگے آگے چلا جائے۔ تو ایک بہاؤ پانی اس طرح سے ہوتا ہے دریا کے اندر۔</w:t>
      </w:r>
    </w:p>
    <w:p>
      <w:r>
        <w:rPr>
          <w:b/>
        </w:rPr>
        <w:t xml:space="preserve">[1:32:47] </w:t>
      </w:r>
      <w:r>
        <w:t>Aise hi insaan ka mamla hai ke jo nayi nasal aati hai, jo naujawan hai, us se pehle jo log hain, woh un ko tajurba hai, un ko ilm hai, un ko samajh hai, un se lena chahiye us waqt naujawan nasal ko.</w:t>
      </w:r>
    </w:p>
    <w:p>
      <w:pPr>
        <w:jc w:val="right"/>
      </w:pPr>
      <w:r>
        <w:t>ایسے ہی انسان کا معاملہ ہے کہ جو نئی نسل آتی ہے، جو نوجوان ہے، اس سے پہلے جو لوگ ہیں، وہ ان کو تجربہ ہے، ان کو علم ہے، ان کو سمجھ ہے، ان سے لینا چاہیے اس وقت نوجوان نسل کو۔</w:t>
      </w:r>
    </w:p>
    <w:p>
      <w:r>
        <w:rPr>
          <w:b/>
        </w:rPr>
        <w:t xml:space="preserve">[1:33:04] </w:t>
      </w:r>
      <w:r>
        <w:t>Har peshe ki pehri, har peshe ki nasal, har peshe ki nasal jo hai, agli nasal ko aur agli walon ko kuch deti hai.</w:t>
      </w:r>
    </w:p>
    <w:p>
      <w:pPr>
        <w:jc w:val="right"/>
      </w:pPr>
      <w:r>
        <w:t>ہر پیشے کی پیڑھی، ہر پیشے کی نسل، ہر پیشے کی نسل جو ہے، اگلی نسل کو اور اگلی والوں کو کچھ دیتی ہے۔</w:t>
      </w:r>
    </w:p>
    <w:p>
      <w:r>
        <w:rPr>
          <w:b/>
        </w:rPr>
        <w:t xml:space="preserve">[1:33:13] </w:t>
      </w:r>
      <w:r>
        <w:t>Internal experience, internal wisdom, woh naujawanon ko lena chahiye. Aaj kal naujawan kya hai? Woh samajhta hai ke hum hum khud hi sab kuch jante hain.</w:t>
      </w:r>
    </w:p>
    <w:p>
      <w:pPr>
        <w:jc w:val="right"/>
      </w:pPr>
      <w:r>
        <w:t>انٹرنل ایکسپیرینس، انٹرنل ودھم، وہ نوجوانوں کو لینا چاہیے۔ آج کل نوجوان کیا ہے؟ وہ سمجھتا ہے کہ ہم ہم خود ہی سب کچھ جانتے ہیں۔</w:t>
      </w:r>
    </w:p>
    <w:p>
      <w:r>
        <w:rPr>
          <w:b/>
        </w:rPr>
        <w:t xml:space="preserve">[1:33:23] </w:t>
      </w:r>
      <w:r>
        <w:t>Yeh bohat bari bhool hai. Aaj ke naujawan ki sab se bari bhool hai ke woh apne pichli nasal se sabak nahi leta. Apne ko khud samajhta hai ke hum hi sab kuch jante hain.</w:t>
      </w:r>
    </w:p>
    <w:p>
      <w:pPr>
        <w:jc w:val="right"/>
      </w:pPr>
      <w:r>
        <w:t>یہ بہت بڑی بھول ہے۔ آج کے نوجوان کی سب سے بڑی بھول ہے کہ وہ اپنے پچھلی نسل سے سبق نہیں لیتا۔ اپنے کو خود سمجھتا ہے کہ ہم ہی سب کچھ جانتے ہیں۔</w:t>
      </w:r>
    </w:p>
    <w:p>
      <w:r>
        <w:rPr>
          <w:b/>
        </w:rPr>
        <w:t xml:space="preserve">[1:33:33] </w:t>
      </w:r>
      <w:r>
        <w:t>Isi liye bhatak raha hai woh. Isi liye bhatak raha hai woh. To main main main yeh sab se aham baat yahi manta hoon naujawanon ke bare mein ke apni pichli nasal ke logon ko woh apne liye samjhein ke yeh hamare senior hain.</w:t>
      </w:r>
    </w:p>
    <w:p>
      <w:pPr>
        <w:jc w:val="right"/>
      </w:pPr>
      <w:r>
        <w:t>اسی لیے بھٹک رہا ہے وہ۔ اسی لیے بھٹک رہا ہے وہ۔ تو میں میں میں یہ سب سے اہم بات یہی مانتا ہوں نوجوانوں کے بارے میں کہ اپنی پچھلی نسل کے لوگوں کو وہ اپنے لیے سمجھیں کہ یہ ہمارے سینئر ہیں۔</w:t>
      </w:r>
    </w:p>
    <w:p>
      <w:r>
        <w:rPr>
          <w:b/>
        </w:rPr>
        <w:t xml:space="preserve">[1:33:53] </w:t>
      </w:r>
      <w:r>
        <w:t>Un se hamein janna hai zindagi ke baaton ko jo hum nahi jante. Un ke un ke jo tajurba hai us se hamein faida uthana hai. Aur un se faida uthate hue aage badhna hai.</w:t>
      </w:r>
    </w:p>
    <w:p>
      <w:pPr>
        <w:jc w:val="right"/>
      </w:pPr>
      <w:r>
        <w:t>ان سے ہمیں جاننا ہے زندگی کے باتوں کو جو ہم نہیں جانتے۔ ان کے ان کے جو تجربہ ہے اس سے ہمیں فائدہ اٹھانا ہے۔ اور ان سے فائدہ اٹھاتے ہوئے آگے بڑھنا ہے۔</w:t>
      </w:r>
    </w:p>
    <w:p>
      <w:r>
        <w:rPr>
          <w:b/>
        </w:rPr>
        <w:t xml:space="preserve">[1:34:03] </w:t>
      </w:r>
      <w:r>
        <w:t>Isse cut kar ke hum aage nahi badh sakte.</w:t>
      </w:r>
    </w:p>
    <w:p>
      <w:pPr>
        <w:jc w:val="right"/>
      </w:pPr>
      <w:r>
        <w:t>اسے کٹ کر کے ہم آگے نہیں بڑھ سکتے۔</w:t>
      </w:r>
    </w:p>
    <w:p>
      <w:r>
        <w:rPr>
          <w:b/>
        </w:rPr>
        <w:t xml:space="preserve">[1:34:08] </w:t>
      </w:r>
      <w:r>
        <w:t>Sab se bari zimmedari main samajhta hoon ke naujawan nasal ki yahi hai ke apni pichli nasal se woh sabak lete hue aage badhe. Pichli nasal se cut kar ke aage badhne ki koi aaj kal rujhan aa gaya hai, woh us ko main galat samajhta hoon.</w:t>
      </w:r>
    </w:p>
    <w:p>
      <w:pPr>
        <w:jc w:val="right"/>
      </w:pPr>
      <w:r>
        <w:t>سب سے بڑی ذمہ داری میں سمجھتا ہوں کہ نوجوان نسل کی یہی ہے کہ اپنی پچھلی نسل سے وہ سبق لیتے ہوئے آگے بڑھے۔ پچھلی نسل سے کٹ کر کے آگے بڑھنے کی کوئی آج کل رجحان آگیا ہے، وہ اس کو میں غلط سمجھتا ہوں۔</w:t>
      </w:r>
    </w:p>
    <w:p>
      <w:r>
        <w:rPr>
          <w:b/>
        </w:rPr>
        <w:t xml:space="preserve">[1:34:24] </w:t>
      </w:r>
      <w:r>
        <w:t>This question is from miss shifa from Delhi</w:t>
      </w:r>
    </w:p>
    <w:p>
      <w:pPr>
        <w:jc w:val="right"/>
      </w:pPr>
      <w:r>
        <w:t>This question is from مس شفاء from Delhi</w:t>
      </w:r>
    </w:p>
    <w:p>
      <w:r>
        <w:rPr>
          <w:b/>
        </w:rPr>
        <w:t xml:space="preserve">[1:34:28] </w:t>
      </w:r>
      <w:r>
        <w:t>۔ hadees mein bataya gaya hai ke imaan ka sab se kam tar darja yeh hai ke aadmi agar kisi ko burai se na rok sake to us ko dil se bura samjhe۔</w:t>
      </w:r>
    </w:p>
    <w:p>
      <w:pPr>
        <w:jc w:val="right"/>
      </w:pPr>
      <w:r>
        <w:t>۔ حدیث میں بتایا گیا ہے کہ ایمان کا سب سے کم تر درجہ یہ ہے کہ آدمی اگر کسی کو برائی سے نہ روک سکے تو اس کو دل سے برا سمجھے۔</w:t>
      </w:r>
    </w:p>
    <w:p>
      <w:r>
        <w:rPr>
          <w:b/>
        </w:rPr>
        <w:t xml:space="preserve">[1:34:41] </w:t>
      </w:r>
      <w:r>
        <w:t>aisi halat mein yeh kaise mumkin hai ke aadmi burai karne wale se nafrat na kare? yeh kahan hadees mein hai? yeh hadees mein kaha hai ke bura bura samjhe۔</w:t>
      </w:r>
    </w:p>
    <w:p>
      <w:pPr>
        <w:jc w:val="right"/>
      </w:pPr>
      <w:r>
        <w:t>ایسی حالت میں یہ کیسے ممکن ہے کہ آدمی برائی کرنے والے سے نفرت نہ کرے؟ یہ کہاں حدیث میں ہے؟ یہ حدیث میں کہا ہے کہ برا برا سمجھے۔</w:t>
      </w:r>
    </w:p>
    <w:p>
      <w:r>
        <w:rPr>
          <w:b/>
        </w:rPr>
        <w:t xml:space="preserve">[1:34:54] </w:t>
      </w:r>
      <w:r>
        <w:t>yeh</w:t>
      </w:r>
    </w:p>
    <w:p>
      <w:pPr>
        <w:jc w:val="right"/>
      </w:pPr>
      <w:r>
        <w:t>یہ</w:t>
      </w:r>
    </w:p>
    <w:p>
      <w:r>
        <w:rPr>
          <w:b/>
        </w:rPr>
        <w:t xml:space="preserve">[1:34:55] </w:t>
      </w:r>
      <w:r>
        <w:t>kahan hadees mein hai? hadees ke alfaaz dekhen yeh hain: man raah munkar fal yughayyir biyadihi wa last fal bilsaari wa last fabiqalbi۔</w:t>
      </w:r>
    </w:p>
    <w:p>
      <w:pPr>
        <w:jc w:val="right"/>
      </w:pPr>
      <w:r>
        <w:t>کہاں حدیث میں ہے؟ حدیث کے الفاظ دیکھیں یہ ہیں: من راہ منکر فلیغیر بیادی ولبست فبلساری ولیست فبقلب۔</w:t>
      </w:r>
    </w:p>
    <w:p>
      <w:r>
        <w:rPr>
          <w:b/>
        </w:rPr>
        <w:t xml:space="preserve">[1:35:06] </w:t>
      </w:r>
      <w:r>
        <w:t>yani dil se yeh samajhna ke yeh galat hai, is ko kaise mein dua karna, kuch bhi sochna ke kaise mein karoon is ko theek karne ke liye۔ asal taghayyur hai, nafrat nahi hai۔</w:t>
      </w:r>
    </w:p>
    <w:p>
      <w:pPr>
        <w:jc w:val="right"/>
      </w:pPr>
      <w:r>
        <w:t>یعنی دل سے یہ سمجھنا کہ یہ غلط ہے، اس کو کیسے میں دعا کرنا، کچھ بھی سوچنا کہ کیسے میں کروں اس کو ٹھیک کرنے کے لیے۔ اصل تغیر ہے، نفرت نہیں ہے۔</w:t>
      </w:r>
    </w:p>
    <w:p>
      <w:r>
        <w:rPr>
          <w:b/>
        </w:rPr>
        <w:t xml:space="preserve">[1:35:19] </w:t>
      </w:r>
      <w:r>
        <w:t>yani is mein jo focus hai taghayyur par hai, badalne par hai۔ yeh dil mein sochna ke mein kaise badloon, kya karoon۔</w:t>
      </w:r>
    </w:p>
    <w:p>
      <w:pPr>
        <w:jc w:val="right"/>
      </w:pPr>
      <w:r>
        <w:t>یعنی اس میں جو فوکس ہے تغیر پر ہے، بدلنے پر ہے۔ یہ دل میں سوچنا کہ میں کیسے بدلوں، کیا کروں۔</w:t>
      </w:r>
    </w:p>
    <w:p>
      <w:r>
        <w:rPr>
          <w:b/>
        </w:rPr>
        <w:t xml:space="preserve">[1:35:29] </w:t>
      </w:r>
      <w:r>
        <w:t>phir dua karega aadmi, kuch sochega, is ki tadbeer sochega۔ is hadees mein nafrat kahan se nikali aap ne? is hadees se۔ is hadees mein focus taghayyur par hai, taghayyur yani badalne par۔</w:t>
      </w:r>
    </w:p>
    <w:p>
      <w:pPr>
        <w:jc w:val="right"/>
      </w:pPr>
      <w:r>
        <w:t>پھر دعا کرے گا آدمی، کچھ سوچے گا، اس کی تدبیر سوچے گا۔ اس حدیث میں نفرت کہاں سے نکالی آپ نے؟ اس حدیث سے۔ اس حدیث میں فوکس تغیر پر ہے، تغیر یعنی بدلنے پر۔</w:t>
      </w:r>
    </w:p>
    <w:p>
      <w:r>
        <w:rPr>
          <w:b/>
        </w:rPr>
        <w:t xml:space="preserve">[1:35:44] </w:t>
      </w:r>
      <w:r>
        <w:t>ke hath se badal sakte ho to hath se badlo, zuban se keh sakte ho to zuban</w:t>
      </w:r>
    </w:p>
    <w:p>
      <w:pPr>
        <w:jc w:val="right"/>
      </w:pPr>
      <w:r>
        <w:t>کہ ہاتھ سے بدل سکتے ہو تو ہاتھ سے بدلو، زبان سے کہہ سکتے ہو تو زبان</w:t>
      </w:r>
    </w:p>
    <w:p>
      <w:r>
        <w:rPr>
          <w:b/>
        </w:rPr>
        <w:t xml:space="preserve">[1:35:48] </w:t>
      </w:r>
      <w:r>
        <w:t>se kaho, nahi to dil mein socho ke kya karen, planning karo, dua karo۔ yeh matlab hai is ka۔ This question is from Miss Naghma Siddiqui from Delhi۔</w:t>
      </w:r>
    </w:p>
    <w:p>
      <w:pPr>
        <w:jc w:val="right"/>
      </w:pPr>
      <w:r>
        <w:t>سے کہو، نہیں تو دل میں سوچو کہ کیا کریں، پلاننگ کرو، دعا کرو۔ یہ مطلب ہے اس کا۔ This question is from مس نغمہ صدیقی from Delhi۔</w:t>
      </w:r>
    </w:p>
    <w:p>
      <w:r>
        <w:rPr>
          <w:b/>
        </w:rPr>
        <w:t xml:space="preserve">[1:36:00] </w:t>
      </w:r>
      <w:r>
        <w:t>Are Muslims to be first Islamized and only then they will be able to do dawah work aur both the work can go on simultaneously؟</w:t>
      </w:r>
    </w:p>
    <w:p>
      <w:pPr>
        <w:jc w:val="right"/>
      </w:pPr>
      <w:r>
        <w:t>Are Muslims to be first Islamized and only then they will be able to do دعویٰ work اور both the work can go on simultaneously؟</w:t>
      </w:r>
    </w:p>
    <w:p>
      <w:r>
        <w:rPr>
          <w:b/>
        </w:rPr>
        <w:t xml:space="preserve">[1:36:11] </w:t>
      </w:r>
      <w:r>
        <w:t>donon ek sath۔ woh galat hai yeh soch ke pehle musalmanon ko karo, phir kahoge۔ yeh</w:t>
      </w:r>
    </w:p>
    <w:p>
      <w:pPr>
        <w:jc w:val="right"/>
      </w:pPr>
      <w:r>
        <w:t>دونوں ایک ساتھ۔ وہ غلط ہے یہ سوچ کہ پہلے مسلمانوں کو کرو، پھر کہو گے۔ یہ</w:t>
      </w:r>
    </w:p>
    <w:p>
      <w:r>
        <w:rPr>
          <w:b/>
        </w:rPr>
        <w:t xml:space="preserve">[1:36:17] </w:t>
      </w:r>
      <w:r>
        <w:t>bilkul galat baat hai۔ bohat yeh is ko mein samajhta hoon ke bohat bari, bohat bari ghalati hai yeh۔ ab dekhiye, Hazrat Musa (AS) ko Allah taala ne ek taraf kaha: idhhab ila firawn jaao firawn ke paas hukum paigham do aur sath sath Bani Israel ke, yani Bani Israel ke islaah ke liye bhi un ko bataya:</w:t>
      </w:r>
    </w:p>
    <w:p>
      <w:pPr>
        <w:jc w:val="right"/>
      </w:pPr>
      <w:r>
        <w:t>بالکل غلط بات ہے۔ بہت یہ اس کو میں سمجھتا ہوں کہ بہت بڑی، بہت بڑی غلطی ہے یہ۔ اب دیکھیے، حضرت موسیٰ علیہ السلام کو اللہ تعالیٰ نے ایک طرف کہا: اذہب بلا فرعون جاؤ فرعون کے پاس حکم پیغام دو اور ساتھ ساتھ بنی اسرائیل کے، یعنی بنی اسرائیل کے اصلاح کے لیے بھی ان کو بتایا:</w:t>
      </w:r>
    </w:p>
    <w:p>
      <w:r>
        <w:rPr>
          <w:b/>
        </w:rPr>
        <w:t xml:space="preserve">[1:36:42] </w:t>
      </w:r>
      <w:r>
        <w:t>wajalu buyutakum qiblati</w:t>
      </w:r>
    </w:p>
    <w:p>
      <w:pPr>
        <w:jc w:val="right"/>
      </w:pPr>
      <w:r>
        <w:t>وجلوا بیتکم قبلہ ی</w:t>
      </w:r>
    </w:p>
    <w:p>
      <w:r>
        <w:rPr>
          <w:b/>
        </w:rPr>
        <w:t xml:space="preserve">[1:36:44] </w:t>
      </w:r>
      <w:r>
        <w:t>yani apne gharon ko barkat bana kar ke islaah ka kaam karo Bani Israel ka۔ to dono sath sath chalega۔ bohat se bohat aap is mein taqseem kar kar sakte hain ke ek kuch log yeh karen, kuch log woh karen۔</w:t>
      </w:r>
    </w:p>
    <w:p>
      <w:pPr>
        <w:jc w:val="right"/>
      </w:pPr>
      <w:r>
        <w:t>عنی اپنے گھروں کو برکت بنا کر کے اصلاح کا کام کرو بنی اسرائیل کا۔ تو دونوں ساتھ ساتھ چلے گا۔ بہت سے بہت آپ اس میں تقسیم کار کر سکتے ہیں کہ ایک کچھ لوگ یہ کریں، کچھ لوگ وہ کریں۔</w:t>
      </w:r>
    </w:p>
    <w:p>
      <w:r>
        <w:rPr>
          <w:b/>
        </w:rPr>
        <w:t xml:space="preserve">[1:37:01] </w:t>
      </w:r>
      <w:r>
        <w:t>baqi yeh nahi, yeh is ko yeh nahi kar sakte aap kabhi bhi۔ bilkul jaiz nahi hoga yeh sochna ke pehle musalmanon ki islaah kar lo, phir un ka un ke darmiyan ja kar ke hum islaah karenge۔</w:t>
      </w:r>
    </w:p>
    <w:p>
      <w:pPr>
        <w:jc w:val="right"/>
      </w:pPr>
      <w:r>
        <w:t>باقی یہ نہیں، یہ اس کو یہ نہیں کر سکتے آپ کبھی بھی۔ بالکل جائز نہیں ہوگا یہ سوچنا کہ پہلے مسلمانوں کی اصلاح کر لو، پھر ان کا ان کے درمیان جا کر کے ہم اصلاح کریں گے۔</w:t>
      </w:r>
    </w:p>
    <w:p>
      <w:r>
        <w:rPr>
          <w:b/>
        </w:rPr>
        <w:t xml:space="preserve">[1:37:14] </w:t>
      </w:r>
      <w:r>
        <w:t>yeh bilkul bilkul hi be salees hai, yeh un Islamic hai aur is tarah dawah ka kaam na hoga, na islaah ka kaam hoga۔</w:t>
      </w:r>
    </w:p>
    <w:p>
      <w:pPr>
        <w:jc w:val="right"/>
      </w:pPr>
      <w:r>
        <w:t>یہ بالکل بالکل ہی بے سلیس ہے، یہ ان اسلامک ہے اور اس طرح دعوت کا کام نہ ہوگا، نہ اصلاح کا کام ہوگا۔</w:t>
      </w:r>
    </w:p>
    <w:p>
      <w:r>
        <w:rPr>
          <w:b/>
        </w:rPr>
        <w:t xml:space="preserve">[1:37:28] </w:t>
      </w:r>
      <w:r>
        <w:t>This question is from Mr. Khwaja Kaleemuddin from Pennsylvania۔ Maulana sahib, why man runs more towards misguidance than guidance؟</w:t>
      </w:r>
    </w:p>
    <w:p>
      <w:pPr>
        <w:jc w:val="right"/>
      </w:pPr>
      <w:r>
        <w:t>This question is from مسٹر خواجہ کلیم الدین from Pennsylvania۔ مولانا صاحب، why man runs more towards misguidance than guidance؟</w:t>
      </w:r>
    </w:p>
    <w:p>
      <w:r>
        <w:rPr>
          <w:b/>
        </w:rPr>
        <w:t xml:space="preserve">[1:37:40] </w:t>
      </w:r>
      <w:r>
        <w:t>What is the best way to get man towards guidance؟</w:t>
      </w:r>
    </w:p>
    <w:p>
      <w:pPr>
        <w:jc w:val="right"/>
      </w:pPr>
      <w:r>
        <w:t>What is the best way to get man towards guidance؟</w:t>
      </w:r>
    </w:p>
    <w:p>
      <w:r>
        <w:rPr>
          <w:b/>
        </w:rPr>
        <w:t xml:space="preserve">[1:37:47] </w:t>
      </w:r>
      <w:r>
        <w:t>dekhiye, jo log aap ko yani galat raston par late hain to galat raste ka matlab kya hota hai? woh aap ke jazbat ki taraf bulate</w:t>
      </w:r>
    </w:p>
    <w:p>
      <w:pPr>
        <w:jc w:val="right"/>
      </w:pPr>
      <w:r>
        <w:t>دیکھیے، جو لوگ آپ کو یعنی غلط راستوں پر لاتے ہیں تو غلط راستے کا مطلب کیا ہوتا ہے؟ وہ آپ کے جذبات کی طرف بلاتے</w:t>
      </w:r>
    </w:p>
    <w:p>
      <w:r>
        <w:rPr>
          <w:b/>
        </w:rPr>
        <w:t xml:space="preserve">[1:37:56] </w:t>
      </w:r>
      <w:r>
        <w:t>hain۔ galat raste ka matlab kya hai? galat raste ka matlab yeh kehte hain ke deewar se takra jao۔ koi na takraye۔</w:t>
      </w:r>
    </w:p>
    <w:p>
      <w:pPr>
        <w:jc w:val="right"/>
      </w:pPr>
      <w:r>
        <w:t>ہیں۔ غلط راستے کا مطلب کیا ہے؟ غلط راستے کا مطلب یہ کہتے ہیں کہ دیوار سے ٹکرا جاؤ۔ کوئی نہ ٹکرائے۔</w:t>
      </w:r>
    </w:p>
    <w:p>
      <w:r>
        <w:rPr>
          <w:b/>
        </w:rPr>
        <w:t xml:space="preserve">[1:38:06] </w:t>
      </w:r>
      <w:r>
        <w:t>aap ke jazbat ko feed karte hain, woh aap ke jazbat ko feed karte hain, woh is liye daurte hain log۔</w:t>
      </w:r>
    </w:p>
    <w:p>
      <w:pPr>
        <w:jc w:val="right"/>
      </w:pPr>
      <w:r>
        <w:t>آپ کے جذبات کو فیڈ کرتے ہیں، وہ آپ کے جذبات کو فیڈ کرتے ہیں، وہ اس لیے دوڑتے ہیں لوگ۔</w:t>
      </w:r>
    </w:p>
    <w:p>
      <w:r>
        <w:rPr>
          <w:b/>
        </w:rPr>
        <w:t xml:space="preserve">[1:38:15] </w:t>
      </w:r>
      <w:r>
        <w:t>to galat raston ke darmiyan mani hai ke aap ke andar pehle hi jo jazbat hain, jo jazbat hain, is ko feed karte hain, woh to idhar log daud jaate hain۔ aur jo aadmi sahi baat kehta hai, woh kehta hai ke tum yeh kaam na karo, apne jazbat ko badlo, apni soch ko badlo۔</w:t>
      </w:r>
    </w:p>
    <w:p>
      <w:pPr>
        <w:jc w:val="right"/>
      </w:pPr>
      <w:r>
        <w:t>تو غلط راستوں کے دوران معنی ہے کہ آپ کے اندر پہلے ہی جو جذبات ہیں، جو جذبات ہیں، اس کو فیڈ کرتے ہیں، وہ تو ادھر لوگ دوڑ جاتے ہیں۔ اور جو آدمی صحیح بات کہتا ہے، وہ کہتا ہے کہ تم یہ کام نہ کرو، اپنے جذبات کو بدلو، اپنی سوچ کو بدلو۔</w:t>
      </w:r>
    </w:p>
    <w:p>
      <w:r>
        <w:rPr>
          <w:b/>
        </w:rPr>
        <w:t xml:space="preserve">[1:38:31] </w:t>
      </w:r>
      <w:r>
        <w:t>to is ki baat logon ko mushkil maloom hoti hai ke kaise manen is ko۔</w:t>
      </w:r>
    </w:p>
    <w:p>
      <w:pPr>
        <w:jc w:val="right"/>
      </w:pPr>
      <w:r>
        <w:t>تو اس کی بات لوگوں کو مشکل معلوم ہوتی ہے کہ کیسے مانیں اس کو۔</w:t>
      </w:r>
    </w:p>
    <w:p>
      <w:r>
        <w:rPr>
          <w:b/>
        </w:rPr>
        <w:t xml:space="preserve">[1:38:39] </w:t>
      </w:r>
      <w:r>
        <w:t>to asal cheez yahi hai ke woh jo leader hote hain, woh leader nahi, pleader hote hain۔ pleader jo behkate hain logon ko, woh pleader hote hain, leader nahi hote۔</w:t>
      </w:r>
    </w:p>
    <w:p>
      <w:pPr>
        <w:jc w:val="right"/>
      </w:pPr>
      <w:r>
        <w:t>تو اصل چیز یہی ہے کہ وہ جو لیڈر ہوتے ہیں، وہ لیڈر نہیں، پلیڈر ہوتے ہیں۔ پلیڈر جو بہکاتے ہیں لوگوں کو، وہ پلیڈر ہوتے ہیں، لیڈر نہیں ہوتے۔</w:t>
      </w:r>
    </w:p>
    <w:p>
      <w:r>
        <w:rPr>
          <w:b/>
        </w:rPr>
        <w:t xml:space="preserve">[1:38:50] </w:t>
      </w:r>
      <w:r>
        <w:t>woh pleader ka matlab yeh hai ke pehle hi jo jazbat un ke andar hain, pehle hi jo jazbat un ke andar hain, usi ko feed kar ke bheed ikatha kar liya unhon ne۔</w:t>
      </w:r>
    </w:p>
    <w:p>
      <w:pPr>
        <w:jc w:val="right"/>
      </w:pPr>
      <w:r>
        <w:t>وہ پلیڈر کا مطلب یہ ہے کہ پہلے ہی جو جذبات ان کے اندر ہیں، پہلے ہی جو جذبات ان کے اندر ہیں، اسی کو فیڈ کر کے بھیڑ اکٹھا کر لیا انہوں نے۔</w:t>
      </w:r>
    </w:p>
    <w:p>
      <w:r>
        <w:rPr>
          <w:b/>
        </w:rPr>
        <w:t xml:space="preserve">[1:39:01] </w:t>
      </w:r>
      <w:r>
        <w:t>to yeh to bohat aasan hai aur woh cheez mushkil hai ke aap logon ko jab aamada karein ke apna introspection karo, apni rethinking karo, apni re-essence karo, apne khilaaf socho.</w:t>
      </w:r>
    </w:p>
    <w:p>
      <w:pPr>
        <w:jc w:val="right"/>
      </w:pPr>
      <w:r>
        <w:t>تو یہ تو بہت آسان ہے اور وہ چیز مشکل ہے کہ آپ لوگوں کو جب آمادہ کریں کہ اپنا انٹراسپیکشن کرو، اپنی ری تھنکنگ کرو، اپنی ری ایسنس کرو، اپنے خلاف سوچو۔</w:t>
      </w:r>
    </w:p>
    <w:p>
      <w:r>
        <w:rPr>
          <w:b/>
        </w:rPr>
        <w:t xml:space="preserve">[1:39:15] </w:t>
      </w:r>
      <w:r>
        <w:t>isi liye idhar kam attract hote hain log.</w:t>
      </w:r>
    </w:p>
    <w:p>
      <w:pPr>
        <w:jc w:val="right"/>
      </w:pPr>
      <w:r>
        <w:t>اسی لیے ادھر کم اٹریکٹ ہوتے ہیں لوگ۔</w:t>
      </w:r>
    </w:p>
    <w:p>
      <w:r>
        <w:rPr>
          <w:b/>
        </w:rPr>
        <w:t xml:space="preserve">[1:39:20] </w:t>
      </w:r>
      <w:r>
        <w:t>This question is from Dr. Fareeda Khanam from Delhi. Muslims are not receptive to criticism.</w:t>
      </w:r>
    </w:p>
    <w:p>
      <w:pPr>
        <w:jc w:val="right"/>
      </w:pPr>
      <w:r>
        <w:t>This question is from ڈاکٹر فریدہ خانم from Delhi۔ مسلمز are not receptive to criticism۔</w:t>
      </w:r>
    </w:p>
    <w:p>
      <w:r>
        <w:rPr>
          <w:b/>
        </w:rPr>
        <w:t xml:space="preserve">[1:39:29] </w:t>
      </w:r>
      <w:r>
        <w:t>They are offended at being criticized.</w:t>
      </w:r>
    </w:p>
    <w:p>
      <w:pPr>
        <w:jc w:val="right"/>
      </w:pPr>
      <w:r>
        <w:t>They are offended at being criticized۔</w:t>
      </w:r>
    </w:p>
    <w:p>
      <w:r>
        <w:rPr>
          <w:b/>
        </w:rPr>
        <w:t xml:space="preserve">[1:39:32] </w:t>
      </w:r>
      <w:r>
        <w:t>What is the reason for it and how can we rectify this situation? Main samajhta hoon ke sab se bari wajah yeh hai ke Musalman self-right mein jeete hain aur is ki zimmedari hamare ulama par hai.</w:t>
      </w:r>
    </w:p>
    <w:p>
      <w:pPr>
        <w:jc w:val="right"/>
      </w:pPr>
      <w:r>
        <w:t>What is the reason for it and how can we rectify this situation؟ میں سمجھتا ہوں کہ سب سے بڑی وجہ یہ ہے کہ مسلمان سیلف رائٹ میں جیتے ہیں اور اس کی ذمہ داری ہمارے علماء پر ہے۔</w:t>
      </w:r>
    </w:p>
    <w:p>
      <w:r>
        <w:rPr>
          <w:b/>
        </w:rPr>
        <w:t xml:space="preserve">[1:39:48] </w:t>
      </w:r>
      <w:r>
        <w:t>Hamare ulama, hamare masjidain aur madaris yeh yeh mizaj in ke andar inculcate karte hain ke hamara deen sab se afzal, hamara Nabi sab se afzal, hamara Quran sab se afzal, hamari ummat sab se afzal.</w:t>
      </w:r>
    </w:p>
    <w:p>
      <w:pPr>
        <w:jc w:val="right"/>
      </w:pPr>
      <w:r>
        <w:t>ہمارے علماء، ہمارے مسجدیں اور مدرسے یہ یہ مزاج ان کے اندر انکلکیٹ کرتے ہیں کہ ہمارا دین سب سے افضل، ہمارا نبی سب سے افضل، ہمارا قرآن سب سے افضل، ہماری امت سب سے افضل۔</w:t>
      </w:r>
    </w:p>
    <w:p>
      <w:r>
        <w:rPr>
          <w:b/>
        </w:rPr>
        <w:t xml:space="preserve">[1:40:01] </w:t>
      </w:r>
      <w:r>
        <w:t>Yeh jo sikhaya jata hai masjidon mein, madaris mein har jagah, is se kya aa gaya hai? Self-rights, hamari tareekh sab se afzal. Yeh concept jo hai afzaliyat ka, yeh color hai.</w:t>
      </w:r>
    </w:p>
    <w:p>
      <w:pPr>
        <w:jc w:val="right"/>
      </w:pPr>
      <w:r>
        <w:t>یہ جو سکھایا جاتا ہے مسجدوں میں، مدرسوں میں ہر جگہ، اس سے کیا آیا گیا ہے؟ سیلف رائٹس، ہماری تاریخ سب سے افضل۔ یہ کانسیپٹ جو ہے افضلیت کا، یہ کلر ہے۔</w:t>
      </w:r>
    </w:p>
    <w:p>
      <w:r>
        <w:rPr>
          <w:b/>
        </w:rPr>
        <w:t xml:space="preserve">[1:40:15] </w:t>
      </w:r>
      <w:r>
        <w:t>color</w:t>
      </w:r>
    </w:p>
    <w:p>
      <w:pPr>
        <w:jc w:val="right"/>
      </w:pPr>
      <w:r>
        <w:t>کلر</w:t>
      </w:r>
    </w:p>
    <w:p>
      <w:r>
        <w:rPr>
          <w:b/>
        </w:rPr>
        <w:t xml:space="preserve">[1:40:18] </w:t>
      </w:r>
      <w:r>
        <w:t>Jis Musalman se baat kijiye, us ko consciously ya unconsciously, yeh aap payenge is ke andar ke hamara Khuda sab se afzal, hamara deen sab se afzal, hamara paigham sab se afzal, hamara Quran sab se afzal, hamara Nabi sab se afzal,</w:t>
      </w:r>
    </w:p>
    <w:p>
      <w:pPr>
        <w:jc w:val="right"/>
      </w:pPr>
      <w:r>
        <w:t>جس مسلمان سے بات کیجئے، اس کو کانشیسلی یا انکانشیسلی، یہ آپ پائیں گے اس کے اندر کہ ہمارا خدا سب سے افضل، ہمارا دین سب سے افضل، ہمارا پیغام سب سے افضل، ہمارا قرآن سب سے افضل، ہمارا نبی سب سے افضل،</w:t>
      </w:r>
    </w:p>
    <w:p>
      <w:r>
        <w:rPr>
          <w:b/>
        </w:rPr>
        <w:t xml:space="preserve">[1:40:33] </w:t>
      </w:r>
      <w:r>
        <w:t>hamari ummat sab se afzal. Is se aata hai kya? Self-rights. Aur yeh concept bilkul bidat hai. Kahin bhi Quran Majeed mein nahi hai ke tumhari har cheez sab se afzal hai.</w:t>
      </w:r>
    </w:p>
    <w:p>
      <w:pPr>
        <w:jc w:val="right"/>
      </w:pPr>
      <w:r>
        <w:t>ہماری امت سب سے افضل۔ اس سے آتا ہے کیا؟ سیلف رائٹس۔ اور یہ کانسیپٹ بالکل بدعت ہے۔ کہیں بھی قرآن مجید میں نہیں ہے کہ تمہاری ہر چیز سب سے افضل ہے۔</w:t>
      </w:r>
    </w:p>
    <w:p>
      <w:r>
        <w:rPr>
          <w:b/>
        </w:rPr>
        <w:t xml:space="preserve">[1:40:48] </w:t>
      </w:r>
      <w:r>
        <w:t>Less be-ummaykum wala ummanil kitabi baynajzabi. Is ko wishful thinking kaha gaya hai Quran Majeed mein. Yeh jo concept hai, hum afzal, hamari sab cheez afzal, yeh to wishful thinking hai.</w:t>
      </w:r>
    </w:p>
    <w:p>
      <w:pPr>
        <w:jc w:val="right"/>
      </w:pPr>
      <w:r>
        <w:t>لیس بعمانیکم ولا عمانی الکتاب بین یجزبی۔ اس کو وشول تھنکنگ کہا گیا ہے قرآن مجید میں۔ یہ جو کانسیپٹ ہے، ہم افضل، ہماری سب چیز افضل، یہ تو وشول تھنکنگ ہے۔</w:t>
      </w:r>
    </w:p>
    <w:p>
      <w:r>
        <w:rPr>
          <w:b/>
        </w:rPr>
        <w:t xml:space="preserve">[1:41:01] </w:t>
      </w:r>
      <w:r>
        <w:t>Yeh Quran mein sab ko barabar ka darja diya gaya hai. To is soch ko todna, is mind ki de-condition karna, here is the starting point.</w:t>
      </w:r>
    </w:p>
    <w:p>
      <w:pPr>
        <w:jc w:val="right"/>
      </w:pPr>
      <w:r>
        <w:t>یہ قرآن میں سب کو برابر کا درجہ دیا گیا ہے۔ تو اس سوچ کو توڑنا، اس مائنڈ کی ڈی کنڈیشن کرنا، ہیر از دا سٹارٹنگ پوائنٹ۔</w:t>
      </w:r>
    </w:p>
    <w:p>
      <w:r>
        <w:rPr>
          <w:b/>
        </w:rPr>
        <w:t xml:space="preserve">[1:41:12] </w:t>
      </w:r>
      <w:r>
        <w:t>This question is from Ms. Saadia from Delhi</w:t>
      </w:r>
    </w:p>
    <w:p>
      <w:pPr>
        <w:jc w:val="right"/>
      </w:pPr>
      <w:r>
        <w:t>This question is from مس سعدیہ from Delhi</w:t>
      </w:r>
    </w:p>
    <w:p>
      <w:r>
        <w:rPr>
          <w:b/>
        </w:rPr>
        <w:t xml:space="preserve">[1:41:15] </w:t>
      </w:r>
      <w:r>
        <w:t>. What is the explanation or the reason because of which God chose to give wisdom to only one or two or few people and decreed the rest to follow them?</w:t>
      </w:r>
    </w:p>
    <w:p>
      <w:pPr>
        <w:jc w:val="right"/>
      </w:pPr>
      <w:r>
        <w:t>۔ What is the explanation or the reason because of which God chose to give wisdom to only one or two or few people and decreed the rest to follow them؟</w:t>
      </w:r>
    </w:p>
    <w:p>
      <w:r>
        <w:rPr>
          <w:b/>
        </w:rPr>
        <w:t xml:space="preserve">[1:41:29] </w:t>
      </w:r>
      <w:r>
        <w:t>Dekhiye, wise banna ek bohat bari sacrifice chahta hai. Aise koi wise nahi banta. Koi</w:t>
      </w:r>
    </w:p>
    <w:p>
      <w:pPr>
        <w:jc w:val="right"/>
      </w:pPr>
      <w:r>
        <w:t>دیکھیے، وائز بننا ایک بہت بڑی سیکریفائس چاہتا ہے۔ ایسے کوئی وائز نہیں بنتا۔ کوئی</w:t>
      </w:r>
    </w:p>
    <w:p>
      <w:r>
        <w:rPr>
          <w:b/>
        </w:rPr>
        <w:t xml:space="preserve">[1:41:39] </w:t>
      </w:r>
      <w:r>
        <w:t>bohat bari sacrifice, yani apni family ko chhodta hai, apne business ko tabah karta hai, apne job ko tabah karta hai, apni izzat ko tabah karta hai, har har immediate faidon ko chhodta hai.</w:t>
      </w:r>
    </w:p>
    <w:p>
      <w:pPr>
        <w:jc w:val="right"/>
      </w:pPr>
      <w:r>
        <w:t>بہت بڑی سیکریفائس، یعنی اپنی فیملی کو چھوڑتا ہے، اپنے بزنس کو تباہ کرتا ہے، اپنے جاب کو تباہ کرتا ہے، اپنی عزت کو تباہ کرتا ہے، ہر ہر امیڈیٹ فائدوں کو چھوڑتا ہے۔</w:t>
      </w:r>
    </w:p>
    <w:p>
      <w:r>
        <w:rPr>
          <w:b/>
        </w:rPr>
        <w:t xml:space="preserve">[1:41:57] </w:t>
      </w:r>
      <w:r>
        <w:t>tab is ke andar yeh aata hai ke woh apne aap ko tayyar kare.</w:t>
      </w:r>
    </w:p>
    <w:p>
      <w:pPr>
        <w:jc w:val="right"/>
      </w:pPr>
      <w:r>
        <w:t>تب اس کے اندر یہ آتا ہے کہ وہ اپنے آپ کو تیار کرے۔</w:t>
      </w:r>
    </w:p>
    <w:p>
      <w:r>
        <w:rPr>
          <w:b/>
        </w:rPr>
        <w:t xml:space="preserve">[1:42:04] </w:t>
      </w:r>
      <w:r>
        <w:t>To prepare a wise man needs a great sacrifice. Yani aadmi pagal ho jata hai.</w:t>
      </w:r>
    </w:p>
    <w:p>
      <w:pPr>
        <w:jc w:val="right"/>
      </w:pPr>
      <w:r>
        <w:t>ٹو پریپیئر ا وائز مین نیڈز ا گریٹ سیکریفائس۔ یعنی آدمی پاگل ہو جاتا ہے۔</w:t>
      </w:r>
    </w:p>
    <w:p>
      <w:r>
        <w:rPr>
          <w:b/>
        </w:rPr>
        <w:t xml:space="preserve">[1:42:14] </w:t>
      </w:r>
      <w:r>
        <w:t>Pagal Nabiyon ke bare mein dikhaya hai ke un ko kaha gaya: "Ya ayyuhal Rasul! Aey Aey Paighambar!</w:t>
      </w:r>
    </w:p>
    <w:p>
      <w:pPr>
        <w:jc w:val="right"/>
      </w:pPr>
      <w:r>
        <w:t>پاگل نبیوں کے بارے میں دکھایا ہے کہ ان کو کہا گیا: "یا ایہا الرسول! اے اے پیغمبر!</w:t>
      </w:r>
    </w:p>
    <w:p>
      <w:r>
        <w:rPr>
          <w:b/>
        </w:rPr>
        <w:t xml:space="preserve">[1:42:23] </w:t>
      </w:r>
      <w:r>
        <w:t>Tum logon ko lagta ho ke tum mad. Mad banna padta hai. Mad</w:t>
      </w:r>
    </w:p>
    <w:p>
      <w:pPr>
        <w:jc w:val="right"/>
      </w:pPr>
      <w:r>
        <w:t>تم لوگوں کو لگتا ہو کہ تم میڈ ہو۔ میڈ بننا پڑتا ہے۔ میڈ</w:t>
      </w:r>
    </w:p>
    <w:p>
      <w:r>
        <w:rPr>
          <w:b/>
        </w:rPr>
        <w:t xml:space="preserve">[1:42:29] </w:t>
      </w:r>
      <w:r>
        <w:t>To itni bari sacrifice har aadmi kare to civilization kahan banegi? Duniya karobar kaise chalega? Sab kuch thap ho jayega.</w:t>
      </w:r>
    </w:p>
    <w:p>
      <w:pPr>
        <w:jc w:val="right"/>
      </w:pPr>
      <w:r>
        <w:t>تو اتنی بڑی سیکریفائس ہر آدمی کرے تو سویلائزیشن کہاں بنے گی؟ دنیا کاروبار کیسے چلے گا؟ سب کچھ ٹھپ ہو جائے گا۔</w:t>
      </w:r>
    </w:p>
    <w:p>
      <w:r>
        <w:rPr>
          <w:b/>
        </w:rPr>
        <w:t xml:space="preserve">[1:42:42] </w:t>
      </w:r>
      <w:r>
        <w:t>Sab kuch thap ho jayega.</w:t>
      </w:r>
    </w:p>
    <w:p>
      <w:pPr>
        <w:jc w:val="right"/>
      </w:pPr>
      <w:r>
        <w:t>سب کچھ ٹھپ ہو جائے گا۔</w:t>
      </w:r>
    </w:p>
    <w:p>
      <w:r>
        <w:rPr>
          <w:b/>
        </w:rPr>
        <w:t xml:space="preserve">[1:42:48] </w:t>
      </w:r>
      <w:r>
        <w:t>Jaise Rasool Allah Sallallahu Alaihi Wasallam ne business karte the pehle, phir business chhod diya. Aap ne ek mission mein lag gaya. Ab sab log business chhod dein to duniya karobar hi khatam ho jayega.</w:t>
      </w:r>
    </w:p>
    <w:p>
      <w:pPr>
        <w:jc w:val="right"/>
      </w:pPr>
      <w:r>
        <w:t>جیسے رسول اللہ صلی اللہ علیہ وسلم نے بزنس کرتے تھے پہلے، پھر بزنس چھوڑ دیا۔ آپ نے ایک مشن میں لگ گیا۔ اب سب لوگ بزنس چھوڑ دیں تو دنیا کاروبار ہی ختم ہو جائے گا۔</w:t>
      </w:r>
    </w:p>
    <w:p>
      <w:r>
        <w:rPr>
          <w:b/>
        </w:rPr>
        <w:t xml:space="preserve">[1:43:01] </w:t>
      </w:r>
      <w:r>
        <w:t>Rasool Allah Sallallahu Alaihi Wasallam jo hai, Nabi banne se pehle business karte the. Pehle zamane ka jo business hua karta hai, waisa business aaj kal ka business nahi hai.</w:t>
      </w:r>
    </w:p>
    <w:p>
      <w:pPr>
        <w:jc w:val="right"/>
      </w:pPr>
      <w:r>
        <w:t>رسول اللہ صلی اللہ علیہ وسلم جو ہے، نبی بننے سے پہلے بزنس کرتے تھے۔ پہلے زمانے کا جو بزنس ہوا کرتا ہے، ویسا بزنس آج کل کا بزنس نہیں ہے۔</w:t>
      </w:r>
    </w:p>
    <w:p>
      <w:r>
        <w:rPr>
          <w:b/>
        </w:rPr>
        <w:t xml:space="preserve">[1:43:12] </w:t>
      </w:r>
      <w:r>
        <w:t>To Nabi bante hi chhoot gaya un ka business. To agar sab log business chhod dein, duniya karobar kaise chalega? To Allah Ta'ala ko yeh manzoor hai ke duniya karobar pe chalta rahe aur kuch wise log hi paida hote rahein.</w:t>
      </w:r>
    </w:p>
    <w:p>
      <w:pPr>
        <w:jc w:val="right"/>
      </w:pPr>
      <w:r>
        <w:t>تو نبی بنتے ہی چھوٹ گیا ان کا بزنس۔ تو اگر سب لوگ بزنس چھوڑ دیں، دنیا کاروبار کیسے چلے گا؟ تو اللہ تعالی کو یہ منظور ہے کہ دنیا کاروبار پہ چلتا رہے اور کچھ وائز لوگ ہی پیدا ہوتے رہیں۔</w:t>
      </w:r>
    </w:p>
    <w:p>
      <w:r>
        <w:rPr>
          <w:b/>
        </w:rPr>
        <w:t xml:space="preserve">[1:43:28] </w:t>
      </w:r>
      <w:r>
        <w:t>yeh hai is ki, yaani is ke peeche jo hikmat hai, woh yeh hai.</w:t>
      </w:r>
    </w:p>
    <w:p>
      <w:pPr>
        <w:jc w:val="right"/>
      </w:pPr>
      <w:r>
        <w:t>یہ ہے اس کی، یعنی اس کے پیچھے جو حکمت ہے، وہ یہ ہے۔</w:t>
      </w:r>
    </w:p>
    <w:p>
      <w:r>
        <w:rPr>
          <w:b/>
        </w:rPr>
        <w:t xml:space="preserve">[1:43:36] </w:t>
      </w:r>
      <w:r>
        <w:t>This question is from Mas Nida from Delhi. Maulana Sahib, what is the Islamic perspective of education?</w:t>
      </w:r>
    </w:p>
    <w:p>
      <w:pPr>
        <w:jc w:val="right"/>
      </w:pPr>
      <w:r>
        <w:t>This question is from مس ندا from Delhi۔ مولانا صاحب، what is the Islamic perspective of education؟</w:t>
      </w:r>
    </w:p>
    <w:p>
      <w:r>
        <w:rPr>
          <w:b/>
        </w:rPr>
        <w:t xml:space="preserve">[1:43:48] </w:t>
      </w:r>
      <w:r>
        <w:t>dekhiye, main jahan tak samajhta hoon, woh bata sakta hoon aap ko ke main yeh manta hoon ke education jo hai, is ke do baray branches hain:</w:t>
      </w:r>
    </w:p>
    <w:p>
      <w:pPr>
        <w:jc w:val="right"/>
      </w:pPr>
      <w:r>
        <w:t>دیکھیے، میں جہاں تک سمجھتا ہوں، وہ بتا سکتا ہوں آپ کو کہ میں یہ مانتا ہوں کہ ایجوکیشن جو ہے، اس کے دو بڑے برانچز ہیں:</w:t>
      </w:r>
    </w:p>
    <w:p>
      <w:r>
        <w:rPr>
          <w:b/>
        </w:rPr>
        <w:t xml:space="preserve">[1:44:04] </w:t>
      </w:r>
      <w:r>
        <w:t>aik secular education, aik religious education. to dono alag alag chal sakte hain, aik saath nahi chal sakte.</w:t>
      </w:r>
    </w:p>
    <w:p>
      <w:pPr>
        <w:jc w:val="right"/>
      </w:pPr>
      <w:r>
        <w:t>ایک سیکولر ایجوکیشن، ایک ریلیجیس ایجوکیشن۔ تو دونوں الگ الگ چل سکتے ہیں، ایک ساتھ نہیں چل سکتے۔</w:t>
      </w:r>
    </w:p>
    <w:p>
      <w:r>
        <w:rPr>
          <w:b/>
        </w:rPr>
        <w:t xml:space="preserve">[1:44:14] </w:t>
      </w:r>
      <w:r>
        <w:t>yeh Sir Syed ne chaha ke university mein aik aik saath chalayein, dono to dono hi yeh bhi nahi hua, na woh bhi hua. is standard jo university university ka itna kam hai,</w:t>
      </w:r>
    </w:p>
    <w:p>
      <w:pPr>
        <w:jc w:val="right"/>
      </w:pPr>
      <w:r>
        <w:t>یہ سر سید نے چاہا کہ یونیورسٹی میں ایک ایک ساتھ چلائیں، دونوں تو دونوں ہی یہ بھی نہیں ہوا، نہ وہ بھی ہوا۔ اس سٹینڈرڈ جو یونیورسٹی یونیورسٹی کا اتنا کم ہے،</w:t>
      </w:r>
    </w:p>
    <w:p>
      <w:r>
        <w:rPr>
          <w:b/>
        </w:rPr>
        <w:t xml:space="preserve">[1:44:28] </w:t>
      </w:r>
      <w:r>
        <w:t>jo bari bari universityon ke muqable mein, isi liye hai ke dono chalaye unhon ne.</w:t>
      </w:r>
    </w:p>
    <w:p>
      <w:pPr>
        <w:jc w:val="right"/>
      </w:pPr>
      <w:r>
        <w:t>جو بڑی بڑی یونیورسٹیوں کے مقابلے میں، اسی لیے ہے کہ دونوں چلائے انہوں نے۔</w:t>
      </w:r>
    </w:p>
    <w:p>
      <w:r>
        <w:rPr>
          <w:b/>
        </w:rPr>
        <w:t xml:space="preserve">[1:44:35] </w:t>
      </w:r>
      <w:r>
        <w:t>na secular education wahan par aala darje ki hai, na mazhabi education aala darje ki hai. to khair, main manta hoon ke secular education jo hai, woh to university mein college mein hona chahiye.</w:t>
      </w:r>
    </w:p>
    <w:p>
      <w:pPr>
        <w:jc w:val="right"/>
      </w:pPr>
      <w:r>
        <w:t>نہ سیکولر ایجوکیشن وہاں پر اعلیٰ درجے کی ہے، نہ مذہبی ایجوکیشن اعلیٰ درجے کی ہے۔ تو خیر، میں مانتا ہوں کہ سیکولر ایجوکیشن جو ہے، وہ تو یونیورسٹی میں کالج میں ہونا چاہیے۔</w:t>
      </w:r>
    </w:p>
    <w:p>
      <w:r>
        <w:rPr>
          <w:b/>
        </w:rPr>
        <w:t xml:space="preserve">[1:44:49] </w:t>
      </w:r>
      <w:r>
        <w:t>wahan par education madrasay ko education ka tareeqa hoga aur religious education jo hai, madrasay mein hona chahiye. kuch saaray log aisa nahi ho sakte ke dono mein expert banen.</w:t>
      </w:r>
    </w:p>
    <w:p>
      <w:pPr>
        <w:jc w:val="right"/>
      </w:pPr>
      <w:r>
        <w:t>وہاں پر ایجوکیشن مدرسے کو ایجوکیشن کا طریقہ ہوگا اور ریلیجیس ایجوکیشن جو ہے، مدرسے میں ہونا چاہیے۔ کچھ سارے لوگ ایسا نہیں ہو سکتے کہ دونوں میں ایکسپرٹ بنیں۔</w:t>
      </w:r>
    </w:p>
    <w:p>
      <w:r>
        <w:rPr>
          <w:b/>
        </w:rPr>
        <w:t xml:space="preserve">[1:45:02] </w:t>
      </w:r>
      <w:r>
        <w:t>kuch log expert hon secular discipline mein, kuch expert hon religious discipline mein. yeh ho sakta hai. har aadmi ko aap chahein ke dono dono discipline mein woh expert ban jaye, yeh possible nahi hai.</w:t>
      </w:r>
    </w:p>
    <w:p>
      <w:pPr>
        <w:jc w:val="right"/>
      </w:pPr>
      <w:r>
        <w:t>کچھ لوگ ایکسپرٹ ہوں سیکولر ڈسپلن میں، کچھ ایکسپرٹ ہوں ریلیجیس ڈسپلن میں۔ یہ ہو سکتا ہے۔ ہر آدمی کو آپ چاہیں کہ دونوں دونوں ڈسپلن میں وہ ایکسپرٹ بن جائے، یہ پاسیبل نہیں ہے۔</w:t>
      </w:r>
    </w:p>
    <w:p>
      <w:r>
        <w:rPr>
          <w:b/>
        </w:rPr>
        <w:t xml:space="preserve">[1:45:16] </w:t>
      </w:r>
      <w:r>
        <w:t>yaani practically yeh possible nahi hai. yeh to aisa aap karein ge jab to kuch log secular field mein aage barhein ge, kuch log religious field mein aage barhein ge.</w:t>
      </w:r>
    </w:p>
    <w:p>
      <w:pPr>
        <w:jc w:val="right"/>
      </w:pPr>
      <w:r>
        <w:t>یعنی پریکٹیکلی یہ پاسیبل نہیں ہے۔ یہ تو ایسا آپ کریں گے جب تو کچھ لوگ سیکولر فیلڈ میں آگے بڑھیں گے، کچھ لوگ ریلیجیس فیلڈ میں آگے بڑھیں گے۔</w:t>
      </w:r>
    </w:p>
    <w:p>
      <w:r>
        <w:rPr>
          <w:b/>
        </w:rPr>
        <w:t xml:space="preserve">[1:45:26] </w:t>
      </w:r>
      <w:r>
        <w:t>apne apne mind mind ko bata kar.</w:t>
      </w:r>
    </w:p>
    <w:p>
      <w:pPr>
        <w:jc w:val="right"/>
      </w:pPr>
      <w:r>
        <w:t>اپنے اپنے مینڈ مائنڈ کو بتا کر۔</w:t>
      </w:r>
    </w:p>
    <w:p>
      <w:r>
        <w:rPr>
          <w:b/>
        </w:rPr>
        <w:t xml:space="preserve">[1:45:31] </w:t>
      </w:r>
      <w:r>
        <w:t>to main main yahi manta hoon. jaise ke meri education madrasay mein hui, to madrasay mein agar farz karein ke angrezi mein hoti to kuch na hota.</w:t>
      </w:r>
    </w:p>
    <w:p>
      <w:pPr>
        <w:jc w:val="right"/>
      </w:pPr>
      <w:r>
        <w:t>تو میں میں یہی مانتا ہوں۔ جیسے کہ میری ایجوکیشن مدرسے میں ہوئی، تو مدرسے میں اگر فرض کریں کہ انگریزی میں ہوتی تو کچھ نہ ہوتا۔</w:t>
      </w:r>
    </w:p>
    <w:p>
      <w:r>
        <w:rPr>
          <w:b/>
        </w:rPr>
        <w:t xml:space="preserve">[1:45:43] </w:t>
      </w:r>
      <w:r>
        <w:t>madrasay mein maine deeni taleem hasil ki, is mein private study ke zariye se maine baqi cheezein parhein. yeh isi tareeqay ko main practical samajhta hoon.</w:t>
      </w:r>
    </w:p>
    <w:p>
      <w:pPr>
        <w:jc w:val="right"/>
      </w:pPr>
      <w:r>
        <w:t>مدرسے میں میں نے دینی تعلیم حاصل کی، اس میں پرائیویٹ اسٹڈی کے ذریعے سے میں نے باقی چیزیں پڑھیں۔ یہ اسی طریقے کو میں پریکٹیکل سمجھتا ہوں۔</w:t>
      </w:r>
    </w:p>
    <w:p>
      <w:r>
        <w:rPr>
          <w:b/>
        </w:rPr>
        <w:t xml:space="preserve">[1:45:54] </w:t>
      </w:r>
      <w:r>
        <w:t>aik hi idaray mein dono cheezein hon, yeh is ko main practical nahi samajhta.</w:t>
      </w:r>
    </w:p>
    <w:p>
      <w:pPr>
        <w:jc w:val="right"/>
      </w:pPr>
      <w:r>
        <w:t>ایک ہی ادارے میں دونوں چیزیں ہوں، یہ اس کو میں پریکٹیکل نہیں سمجھتا۔</w:t>
      </w:r>
    </w:p>
    <w:p>
      <w:r>
        <w:rPr>
          <w:b/>
        </w:rPr>
        <w:t xml:space="preserve">[1:45:59] </w:t>
      </w:r>
      <w:r>
        <w:t>This question is from Maulana Zikwan Nadvi from Delhi. Muslims are brothers to each other.</w:t>
      </w:r>
    </w:p>
    <w:p>
      <w:pPr>
        <w:jc w:val="right"/>
      </w:pPr>
      <w:r>
        <w:t>This question is from مولانا زکوان ندوی from Delhi۔ مسلمز are brothers to each other۔</w:t>
      </w:r>
    </w:p>
    <w:p>
      <w:r>
        <w:rPr>
          <w:b/>
        </w:rPr>
        <w:t xml:space="preserve">[1:46:09] </w:t>
      </w:r>
      <w:r>
        <w:t>I think in this Quranic verse there is no advocacy of the international brotherhood. This verse simply teaches us about brotherhood.</w:t>
      </w:r>
    </w:p>
    <w:p>
      <w:pPr>
        <w:jc w:val="right"/>
      </w:pPr>
      <w:r>
        <w:t>I think in this Quranic verse there is no advocacy of the international brotherhood۔ This verse simply teaches us about brotherhood۔</w:t>
      </w:r>
    </w:p>
    <w:p>
      <w:r>
        <w:rPr>
          <w:b/>
        </w:rPr>
        <w:t xml:space="preserve">[1:46:20] </w:t>
      </w:r>
      <w:r>
        <w:t>But in this age, contemporary Muslims have no feelings of this brotherhood.</w:t>
      </w:r>
    </w:p>
    <w:p>
      <w:pPr>
        <w:jc w:val="right"/>
      </w:pPr>
      <w:r>
        <w:t>But in this age, contemporary Muslims have no feelings of this brotherhood۔</w:t>
      </w:r>
    </w:p>
    <w:p>
      <w:r>
        <w:rPr>
          <w:b/>
        </w:rPr>
        <w:t xml:space="preserve">[1:46:26] </w:t>
      </w:r>
      <w:r>
        <w:t>They fight among themselves and at the same time are living in international brotherhood obsession. Maulana, what is your comment on this?</w:t>
      </w:r>
    </w:p>
    <w:p>
      <w:pPr>
        <w:jc w:val="right"/>
      </w:pPr>
      <w:r>
        <w:t>They fight among themselves and at the same time are living in international brotherhood obsession۔ مولانا، what is your comment on this؟</w:t>
      </w:r>
    </w:p>
    <w:p>
      <w:r>
        <w:rPr>
          <w:b/>
        </w:rPr>
        <w:t xml:space="preserve">[1:46:36] </w:t>
      </w:r>
      <w:r>
        <w:t>dekhein, is ka matlab yeh nahi ke musalman aapas mein bhai bhai samjhein aur doosre logon ko bhai bhai na samhein. immediate jo audience tha, us ko le kar woh aate hain.</w:t>
      </w:r>
    </w:p>
    <w:p>
      <w:pPr>
        <w:jc w:val="right"/>
      </w:pPr>
      <w:r>
        <w:t>دیکھیں، اس کا مطلب یہ نہیں کہ مسلمان آپس میں بھائی بھائی سمجھیں اور دوسرے لوگوں کو بھائی بھائی نہ سمجھیں۔ امیڈیٹ جو آڈینس تھا، اس کو لے کر وہ آتے ہیں۔</w:t>
      </w:r>
    </w:p>
    <w:p>
      <w:r>
        <w:rPr>
          <w:b/>
        </w:rPr>
        <w:t xml:space="preserve">[1:46:46] </w:t>
      </w:r>
      <w:r>
        <w:t>musalmanon ko samajhna hai, is ka expansion hai ke sab ko bhi samajhna hai. aap ko</w:t>
      </w:r>
    </w:p>
    <w:p>
      <w:pPr>
        <w:jc w:val="right"/>
      </w:pPr>
      <w:r>
        <w:t>مسلمانوں کو سمجھنا ہے، اس کا ایکسپینشن ہے کہ سب کو بھی سمجھنا ہے۔ آپ کو</w:t>
      </w:r>
    </w:p>
    <w:p>
      <w:r>
        <w:rPr>
          <w:b/>
        </w:rPr>
        <w:t xml:space="preserve">[1:46:51] </w:t>
      </w:r>
      <w:r>
        <w:t>koi hadith mein aata hai ke Rasool Allah ne dua farmai ke Allah</w:t>
      </w:r>
    </w:p>
    <w:p>
      <w:pPr>
        <w:jc w:val="right"/>
      </w:pPr>
      <w:r>
        <w:t>کوئی حدیث میں آتا ہے کہ رسول اللہ نے دعا فرمائی کہ اللہ</w:t>
      </w:r>
    </w:p>
    <w:p>
      <w:r>
        <w:rPr>
          <w:b/>
        </w:rPr>
        <w:t xml:space="preserve">[1:47:01] </w:t>
      </w:r>
      <w:r>
        <w:t>to greater sense mein ibad hain aur aur immediate audience ke lehaz se Muslim hain. yeh mumkin nahi hai. dekhiye, yeh bilkul yaani psychologically it is impossible ke aap insaan ke liye nafrat karein aur Muslim se mohabbat karein.</w:t>
      </w:r>
    </w:p>
    <w:p>
      <w:pPr>
        <w:jc w:val="right"/>
      </w:pPr>
      <w:r>
        <w:t>تو گریٹر سینس میں عباد ہیں اور اور امیڈیٹ آڈینس کے لحاظ سے مسلم ہیں۔ یہ ممکن نہیں ہے۔ دیکھیے، یہ بالکل یعنی سائیکلوجیکلی اٹ از امپاسیبل کہ آپ انسان کے لیے نفرت کریں اور مسلمان سے محبت کریں۔</w:t>
      </w:r>
    </w:p>
    <w:p>
      <w:r>
        <w:rPr>
          <w:b/>
        </w:rPr>
        <w:t xml:space="preserve">[1:47:19] </w:t>
      </w:r>
      <w:r>
        <w:t>aaj kal dekhiye kya hai? Muslim se mohabbat hi logon ko hai. baatein karte hain, khali insaan se mohabbat nahi hai to insaan to to Muslim se mohabbat nahi aap ke andar hai.</w:t>
      </w:r>
    </w:p>
    <w:p>
      <w:pPr>
        <w:jc w:val="right"/>
      </w:pPr>
      <w:r>
        <w:t>آج کل دیکھیے کیا ہے؟ مسلمان سے محبت ہی لوگوں کو ہے۔ باتیں کرتے ہیں، خالی انسان سے محبت نہیں ہے تو انسان تو تو مسلمان سے محبت نہیں آپ کے اندر ہے۔</w:t>
      </w:r>
    </w:p>
    <w:p>
      <w:r>
        <w:rPr>
          <w:b/>
        </w:rPr>
        <w:t xml:space="preserve">[1:47:30] </w:t>
      </w:r>
      <w:r>
        <w:t>yeh bohat talkh haqeeqat yeh hai. Allah man</w:t>
      </w:r>
    </w:p>
    <w:p>
      <w:pPr>
        <w:jc w:val="right"/>
      </w:pPr>
      <w:r>
        <w:t>یہ بہت تلخ حقیقت یہ ہے۔ اللہ من</w:t>
      </w:r>
    </w:p>
    <w:p>
      <w:r>
        <w:rPr>
          <w:b/>
        </w:rPr>
        <w:t xml:space="preserve">[1:47:38] </w:t>
      </w:r>
      <w:r>
        <w:t>Allah ne aik seene mein do dil nahi banaye. yeh impossible hai ke dekhiye, is mein aap kala rang dalein, kala to poore ko na kala karein.</w:t>
      </w:r>
    </w:p>
    <w:p>
      <w:pPr>
        <w:jc w:val="right"/>
      </w:pPr>
      <w:r>
        <w:t>اللہ نے ایک سینے میں دو دل نہیں بنائے۔ یہ امپاسیبل ہے کہ دیکھیے، اس میں آپ کالا رنگ ڈالیں، کالا تو پورے کو نہ کالا کریں۔</w:t>
      </w:r>
    </w:p>
    <w:p>
      <w:r>
        <w:rPr>
          <w:b/>
        </w:rPr>
        <w:t xml:space="preserve">[1:47:48] </w:t>
      </w:r>
      <w:r>
        <w:t>woh adha safed rahe, adha kala rahe, poora pani kala ho jayega. aise agar aap insaan ki nisbat se nafrat aap ke andar ho to sab ke aitbaar se nafrat paida ho jayegi.</w:t>
      </w:r>
    </w:p>
    <w:p>
      <w:pPr>
        <w:jc w:val="right"/>
      </w:pPr>
      <w:r>
        <w:t>وہ ادھا سفید رہے، ادھا کالا رہے، پورا پانی کالا ہو جائے گا۔ ایسے اگر آپ انسان کی نسبت سے نفرت آپ کے اندر ہو تو سب کے اعتبار سے نفرت پیدا ہو جائے گی۔</w:t>
      </w:r>
    </w:p>
    <w:p>
      <w:r>
        <w:rPr>
          <w:b/>
        </w:rPr>
        <w:t xml:space="preserve">[1:48:04] </w:t>
      </w:r>
      <w:r>
        <w:t>ab dekhiye, muslim countries mein aapas mein kyun marte hain log? rozana khabrein aati hain ke musalman ne musalman ko mara, bomb mara, suicide bombing ki.</w:t>
      </w:r>
    </w:p>
    <w:p>
      <w:pPr>
        <w:jc w:val="right"/>
      </w:pPr>
      <w:r>
        <w:t>اب دیکھیے، مسلم کنٹریز میں آپس میں کیوں مارتے ہیں لوگ؟ روزانہ خبریں آتی ہیں کہ مسلمان نے مسلمان کو مارا، بم مارا، سوسائیڈ بمنگ کی۔</w:t>
      </w:r>
    </w:p>
    <w:p>
      <w:r>
        <w:rPr>
          <w:b/>
        </w:rPr>
        <w:t xml:space="preserve">[1:48:15] </w:t>
      </w:r>
      <w:r>
        <w:t>main naam nahi leta lekin har muslim mulk ki khabrein aati hain rozana ke musalman musalman kyun mar raha hai? agar aap insaan se mohabbat karenge, tabhi aap musalman se bhi mohabbat karenge.</w:t>
      </w:r>
    </w:p>
    <w:p>
      <w:pPr>
        <w:jc w:val="right"/>
      </w:pPr>
      <w:r>
        <w:t>میں نام نہیں لیتا لیکن ہر مسلم ملک کی خبریں آتی ہیں روزانہ کہ مسلمان مسلمان کیوں مر رہا ہے؟ اگر آپ انسان سے محبت کریں گے، تبھی آپ مسلمان سے بھی محبت کریں گے۔</w:t>
      </w:r>
    </w:p>
    <w:p>
      <w:r>
        <w:rPr>
          <w:b/>
        </w:rPr>
        <w:t xml:space="preserve">[1:48:25] </w:t>
      </w:r>
      <w:r>
        <w:t>insaan se nafrat karenge to aap ka musalman se bhi nafrat paida hogi aap ke andar. to yeh yeh yeh bant nahi sakte aap</w:t>
      </w:r>
    </w:p>
    <w:p>
      <w:pPr>
        <w:jc w:val="right"/>
      </w:pPr>
      <w:r>
        <w:t>انسان سے نفرت کریں گے تو آپ کا مسلمان سے بھی نفرت پیدا ہوگی آپ کے اندر۔ تو یہ یہ یہ بانٹ نہیں سکتے آپ</w:t>
      </w:r>
    </w:p>
    <w:p>
      <w:r>
        <w:rPr>
          <w:b/>
        </w:rPr>
        <w:t xml:space="preserve">[1:48:34] </w:t>
      </w:r>
      <w:r>
        <w:t>mohabbat aur nafrat ko. aap bant nahi sakte aap ke apni community se mohabbat aur doosron se nafrat. yeh impossible hai. yeh ya to dono se nafrat ya dono se mohabbat.</w:t>
      </w:r>
    </w:p>
    <w:p>
      <w:pPr>
        <w:jc w:val="right"/>
      </w:pPr>
      <w:r>
        <w:t>محبت اور نفرت کو۔ آپ بانٹ نہیں سکتے آپ کہ اپنی کمیونٹی سے محبت اور دوسروں سے نفرت۔ یہ امپاسیبل ہے۔ یہ یا تو دونوں سے نفرت یا دونوں سے محبت۔</w:t>
      </w:r>
    </w:p>
    <w:p>
      <w:r>
        <w:rPr>
          <w:b/>
        </w:rPr>
        <w:t xml:space="preserve">[1:48:46] </w:t>
      </w:r>
      <w:r>
        <w:t>yeh hai yaani jo nature hai insaan ka, us ke lihaaz se yahi hai. nature nature mein yeh jazbaat patte nahi.</w:t>
      </w:r>
    </w:p>
    <w:p>
      <w:pPr>
        <w:jc w:val="right"/>
      </w:pPr>
      <w:r>
        <w:t>یہ ہے یعنی جو نیچر ہے انسان کا، اس کے لحاظ سے یہی ہے۔ نیچر نیچر میں یہ جذبات پٹتے نہیں۔</w:t>
      </w:r>
    </w:p>
    <w:p>
      <w:r>
        <w:rPr>
          <w:b/>
        </w:rPr>
        <w:t xml:space="preserve">[1:48:57] </w:t>
      </w:r>
      <w:r>
        <w:t>ya to aap dono se nafrat karenge ya dono se mohabbat karenge.</w:t>
      </w:r>
    </w:p>
    <w:p>
      <w:pPr>
        <w:jc w:val="right"/>
      </w:pPr>
      <w:r>
        <w:t>یا تو آپ دونوں سے نفرت کریں گے یا دونوں سے محبت کریں گے۔</w:t>
      </w:r>
    </w:p>
    <w:p>
      <w:r>
        <w:rPr>
          <w:b/>
        </w:rPr>
        <w:t xml:space="preserve">[1:49:01] </w:t>
      </w:r>
      <w:r>
        <w:t>main chunaanche dono se mohabbat karna chahta hoon, is liye main insaan se mohabbat karta hoon. yahi Islam ki taleem hai mere nazdeek.</w:t>
      </w:r>
    </w:p>
    <w:p>
      <w:pPr>
        <w:jc w:val="right"/>
      </w:pPr>
      <w:r>
        <w:t>میں چونکہ دونوں سے محبت کرنا چاہتا ہوں، اس لیے میں انسان سے محبت کرتا ہوں۔ یہی اسلام کی تعلیم ہے میرے نزدیک۔</w:t>
      </w:r>
    </w:p>
    <w:p>
      <w:r>
        <w:rPr>
          <w:b/>
        </w:rPr>
        <w:t xml:space="preserve">[1:49:11] </w:t>
      </w:r>
      <w:r>
        <w:t>This question is from Dr Fareeda Khanam from Delhi. Ottoman Empire, which is glorified by Muslims, is responsible for Muslims backwardness in education.</w:t>
      </w:r>
    </w:p>
    <w:p>
      <w:pPr>
        <w:jc w:val="right"/>
      </w:pPr>
      <w:r>
        <w:t>This question is from ڈاکٹر فریدہ خانم from Delhi۔ آٹومن ایمپائر، وچ از گلوریفائیڈ بائے مسلمز، از ریسپانسبل فار مسلمز بیکورڈنس ان ایجوکیشن۔</w:t>
      </w:r>
    </w:p>
    <w:p>
      <w:r>
        <w:rPr>
          <w:b/>
        </w:rPr>
        <w:t xml:space="preserve">[1:49:23] </w:t>
      </w:r>
      <w:r>
        <w:t>It was they who did not encourage education among the Muslims. What is your comment on this</w:t>
      </w:r>
    </w:p>
    <w:p>
      <w:pPr>
        <w:jc w:val="right"/>
      </w:pPr>
      <w:r>
        <w:t>اٹ واز دے ہو ڈیڈ ناٹ انکریج ایجوکیشن امنگ دا مسلمز۔ واٹ از یور کمنٹ ان دس</w:t>
      </w:r>
    </w:p>
    <w:p>
      <w:r>
        <w:rPr>
          <w:b/>
        </w:rPr>
        <w:t xml:space="preserve">[1:49:30] </w:t>
      </w:r>
      <w:r>
        <w:t>? main is ko sahi manta hoon. dekhiye, ek kitaab hai, ek the ek bahut bade writer, Kurd Ali Shami.</w:t>
      </w:r>
    </w:p>
    <w:p>
      <w:pPr>
        <w:jc w:val="right"/>
      </w:pPr>
      <w:r>
        <w:t>؟ میں اس کو صحیح مانتا ہوں۔ دیکھیے، ایک کتاب ہے، ایک تھے ایک بہت بڑے رائٹر، کرد علی شامی۔</w:t>
      </w:r>
    </w:p>
    <w:p>
      <w:r>
        <w:rPr>
          <w:b/>
        </w:rPr>
        <w:t xml:space="preserve">[1:49:43] </w:t>
      </w:r>
      <w:r>
        <w:t>unki kitaab hai "Tareekh al-Hadarat al-Arabia". Kurd Ali Shami ki kitaab hai "Tareekh al-Hadarat al-Arabia".</w:t>
      </w:r>
    </w:p>
    <w:p>
      <w:pPr>
        <w:jc w:val="right"/>
      </w:pPr>
      <w:r>
        <w:t>ان کی کتاب ہے "تاریخ الحضارت العربیہ"۔ کرد علی شامی کی کتاب ہے "تاریخ الحضارت العربیہ"۔</w:t>
      </w:r>
    </w:p>
    <w:p>
      <w:r>
        <w:rPr>
          <w:b/>
        </w:rPr>
        <w:t xml:space="preserve">[1:49:52] </w:t>
      </w:r>
      <w:r>
        <w:t>ise aap padh lijie.</w:t>
      </w:r>
    </w:p>
    <w:p>
      <w:pPr>
        <w:jc w:val="right"/>
      </w:pPr>
      <w:r>
        <w:t>اسے آپ پڑھ لیجئے۔</w:t>
      </w:r>
    </w:p>
    <w:p>
      <w:r>
        <w:rPr>
          <w:b/>
        </w:rPr>
        <w:t xml:space="preserve">[1:49:54] </w:t>
      </w:r>
      <w:r>
        <w:t>yeh bataya is ne ke yeh yaani Usmani khilafat ne logon ko yaani taleem aage badhne nahi diya taake woh un ke un ke un ke sab subject bane rahein, un ka revolt na karein.</w:t>
      </w:r>
    </w:p>
    <w:p>
      <w:pPr>
        <w:jc w:val="right"/>
      </w:pPr>
      <w:r>
        <w:t>یہ بتایا اس نے کہ یہ یعنی عثمانی خلافت نے لوگوں کو یعنی تعلیم آگے بڑھنے نہیں دیا تاکہ وہ ان کے ان کے ان کے سب سبجیکٹ بنے رہیں، ان کا ریولٹ نہ کریں۔</w:t>
      </w:r>
    </w:p>
    <w:p>
      <w:r>
        <w:rPr>
          <w:b/>
        </w:rPr>
        <w:t xml:space="preserve">[1:50:13] </w:t>
      </w:r>
      <w:r>
        <w:t>yeh main nahi kar raha hoon, yeh aap padh lijie. ek Arab writer ki kitaab "Tareekh al-Hadarat al-Arabia". This question is from Maulana Zikwan Nadvi from Delhi.</w:t>
      </w:r>
    </w:p>
    <w:p>
      <w:pPr>
        <w:jc w:val="right"/>
      </w:pPr>
      <w:r>
        <w:t>یہ میں نہیں کر رہا ہوں، یہ آپ پڑھ لیجئے۔ ایک عرب رائٹر کی کتاب "تاریخ الحضارت العربیہ"۔ This question is from مولانا زکوان ندوی from Delhi۔</w:t>
      </w:r>
    </w:p>
    <w:p>
      <w:r>
        <w:rPr>
          <w:b/>
        </w:rPr>
        <w:t xml:space="preserve">[1:50:24] </w:t>
      </w:r>
      <w:r>
        <w:t>Maulana, I think that the true criticism is which is free from any reservation, but we fail to find those people who can welcome this open criticism.</w:t>
      </w:r>
    </w:p>
    <w:p>
      <w:pPr>
        <w:jc w:val="right"/>
      </w:pPr>
      <w:r>
        <w:t>مولانا، آئی تھنک دیٹ دا ٹرو کریٹیسزم از وچ از فری فرام اینی ریزرویشن، بٹ وی فیل ٹو فائنڈ دوز پیپل ہو کین ویلکم دس اوپن کریٹیسزم۔</w:t>
      </w:r>
    </w:p>
    <w:p>
      <w:r>
        <w:rPr>
          <w:b/>
        </w:rPr>
        <w:t xml:space="preserve">[1:50:38] </w:t>
      </w:r>
      <w:r>
        <w:t>in such a situation, how one can criticize openly without any reservation, just as the companions of the Prophet used to do among themselves?</w:t>
      </w:r>
    </w:p>
    <w:p>
      <w:pPr>
        <w:jc w:val="right"/>
      </w:pPr>
      <w:r>
        <w:t>ان سچ ا سچویشن، ہاؤ ون کین کریٹیسائز اوپنلی ودا آؤٹ اینی ریزرویشن، جسٹ ایز دا کمپینینز اف دا پرافٹ یوز ٹو ڈو امنگ دیم سیلف؟</w:t>
      </w:r>
    </w:p>
    <w:p>
      <w:r>
        <w:rPr>
          <w:b/>
        </w:rPr>
        <w:t xml:space="preserve">[1:50:50] </w:t>
      </w:r>
      <w:r>
        <w:t>mujhe dekh lijie, aap mein ek zinda misaal hoon</w:t>
      </w:r>
    </w:p>
    <w:p>
      <w:pPr>
        <w:jc w:val="right"/>
      </w:pPr>
      <w:r>
        <w:t>مجھے دیکھ لیجئے، آپ میں ایک زندہ مثال ہ</w:t>
      </w:r>
    </w:p>
    <w:p>
      <w:r>
        <w:rPr>
          <w:b/>
        </w:rPr>
        <w:t xml:space="preserve">[1:50:53] </w:t>
      </w:r>
      <w:r>
        <w:t>hoon. main rozana ek criticism ko invite karta hoon. aap ko shakk kyun hai? agar beshakk ek insaan aisa hai to sab sab log aise hi ho sakte hain.</w:t>
      </w:r>
    </w:p>
    <w:p>
      <w:pPr>
        <w:jc w:val="right"/>
      </w:pPr>
      <w:r>
        <w:t>وں۔ میں روزانہ ایک کریٹیسزم کو انوائٹ کرتا ہوں۔ آپ کو شک کیوں ہے؟ اگر بے شک ایک انسان ایسا ہے تو سب سب لوگ ایسے ہی ہو سکتے ہیں۔</w:t>
      </w:r>
    </w:p>
    <w:p>
      <w:r>
        <w:rPr>
          <w:b/>
        </w:rPr>
        <w:t xml:space="preserve">[1:51:04] </w:t>
      </w:r>
      <w:r>
        <w:t>abhi main aap ko misaal deta hoon kal ki ya parson ki. main Sadia se rozana English mein article likhwata hoon, ek article, do article.</w:t>
      </w:r>
    </w:p>
    <w:p>
      <w:pPr>
        <w:jc w:val="right"/>
      </w:pPr>
      <w:r>
        <w:t>ابھی میں آپ کو مثال دیتا ہوں کل کی یا پرسوں کی۔ میں سعدیہ سے روزانہ انگلش میں آرٹیکل لکھواتا ہوں، ایک آرٹیکل، دو آرٹیکل۔</w:t>
      </w:r>
    </w:p>
    <w:p>
      <w:r>
        <w:rPr>
          <w:b/>
        </w:rPr>
        <w:t xml:space="preserve">[1:51:14] </w:t>
      </w:r>
      <w:r>
        <w:t>to Quran ki jo ayat hai "La tastab al-hasarat wal-saiha, utfa' bil ahsan, fa'idhan alladhi bainaka wa bainahu 'adawatun ka'annahu waliyyun hameem", is par main ek English mein article likhwa raha tha Sadia se.</w:t>
      </w:r>
    </w:p>
    <w:p>
      <w:pPr>
        <w:jc w:val="right"/>
      </w:pPr>
      <w:r>
        <w:t>تو قرآن کی جو آیت ہے "لا تستب الحسرت والسیحہ، اتفاء بلتی احسن، پیدل بنو ادا کن ولی الحمید"، اس پر میں ایک انگریزی میں آرٹیکل لکھوا رہا تھا سعدیہ سے۔</w:t>
      </w:r>
    </w:p>
    <w:p>
      <w:r>
        <w:rPr>
          <w:b/>
        </w:rPr>
        <w:t xml:space="preserve">[1:51:27] </w:t>
      </w:r>
      <w:r>
        <w:t>to main ne is pe jo is ka caption lagaya, jo title woh tha, woh "Turning Enemy into Friend"</w:t>
      </w:r>
    </w:p>
    <w:p>
      <w:pPr>
        <w:jc w:val="right"/>
      </w:pPr>
      <w:r>
        <w:t>تو میں نے اس پہ جو اس کا کیپشن لگایا، جو ٹائٹل وہ تھا، وہ "ٹرننگ اینمی انٹو فرینڈ"</w:t>
      </w:r>
    </w:p>
    <w:p>
      <w:r>
        <w:rPr>
          <w:b/>
        </w:rPr>
        <w:t xml:space="preserve">[1:51:41] </w:t>
      </w:r>
      <w:r>
        <w:t>ya "How to Turn an Enemy into a Friend". Enemy ka word tha is mein. to Sadia ne is par criticize kiya ke enemy kaha negative title hai, yeh theek nahi hai.</w:t>
      </w:r>
    </w:p>
    <w:p>
      <w:pPr>
        <w:jc w:val="right"/>
      </w:pPr>
      <w:r>
        <w:t>یا "ہاؤ ٹو ٹرن این اینمی انٹو ا فرینڈ"۔ اینیمی کا ورڈ تھا اس میں۔ تو سعدیہ نے اس پر کریٹیسائز کیا کہ اینیمی کہا نیگیٹیو ٹائٹل ہے، یہ ٹھیک نہیں ہے۔</w:t>
      </w:r>
    </w:p>
    <w:p>
      <w:r>
        <w:rPr>
          <w:b/>
        </w:rPr>
        <w:t xml:space="preserve">[1:51:56] </w:t>
      </w:r>
      <w:r>
        <w:t>to thodi der ke baad shakk laga ke to Quran mein likha hua hai, to main kya karoon?</w:t>
      </w:r>
    </w:p>
    <w:p>
      <w:pPr>
        <w:jc w:val="right"/>
      </w:pPr>
      <w:r>
        <w:t>تو تھوڑی دیر کے بعد شک لگا کہ تو قرآن میں لکھا ہوا ہے، تو میں کیا کروں؟</w:t>
      </w:r>
    </w:p>
    <w:p>
      <w:r>
        <w:rPr>
          <w:b/>
        </w:rPr>
        <w:t xml:space="preserve">[1:52:01] </w:t>
      </w:r>
      <w:r>
        <w:t>lekin phir socha maine, yaani is criticism ko maine rethinking kiya apne andar. to rethinking ka faida kya hua? maine title ko badal liya.</w:t>
      </w:r>
    </w:p>
    <w:p>
      <w:pPr>
        <w:jc w:val="right"/>
      </w:pPr>
      <w:r>
        <w:t>لیکن پھر سوچا میں نے، یعنی اس کریٹیسزم کو میں نے ری تھنکنگ کیا اپنے اندر۔ تو ری تھنکنگ کا فائدہ کیا ہوا؟ میں نے ٹائٹل کو بدل لیا۔</w:t>
      </w:r>
    </w:p>
    <w:p>
      <w:r>
        <w:rPr>
          <w:b/>
        </w:rPr>
        <w:t xml:space="preserve">[1:52:11] </w:t>
      </w:r>
      <w:r>
        <w:t>mein ne kaha ke theek hai, "friends, friends everywhere"۔ ab mein idhar muntaqil hua ke woh jo aik aik english shair ki jo nazm hai ke "water, water everywhere"،</w:t>
      </w:r>
    </w:p>
    <w:p>
      <w:pPr>
        <w:jc w:val="right"/>
      </w:pPr>
      <w:r>
        <w:t>میں نے کہا کہ ٹھیک ہے، "فرینڈز، فرینڈز ایوری ویئر"۔ اب میں ادھر منتقل ہوا کہ وہ جو ایک ایک انگلش شاعر کی جو نظم ہے کہ "واٹر، واٹر ایوری ویئر"،</w:t>
      </w:r>
    </w:p>
    <w:p>
      <w:r>
        <w:rPr>
          <w:b/>
        </w:rPr>
        <w:t xml:space="preserve">[1:52:25] </w:t>
      </w:r>
      <w:r>
        <w:t>bohat bohat mashhoor hai, "water, water everywhere"۔</w:t>
      </w:r>
    </w:p>
    <w:p>
      <w:pPr>
        <w:jc w:val="right"/>
      </w:pPr>
      <w:r>
        <w:t>بہت بہت مشہور ہے، "واٹر، واٹر ایوری ویئر"۔</w:t>
      </w:r>
    </w:p>
    <w:p>
      <w:r>
        <w:rPr>
          <w:b/>
        </w:rPr>
        <w:t xml:space="preserve">[1:52:28] </w:t>
      </w:r>
      <w:r>
        <w:t>to is se le kar ke mein ne banaya ke "friends, friends everywhere"، dushman bhi dost, dost bhi dost۔ to mein rozana to mein ne kaha sadia se ke batao ke mein ladies ko apna boss manta hoon, hai ke nahi hai؟</w:t>
      </w:r>
    </w:p>
    <w:p>
      <w:pPr>
        <w:jc w:val="right"/>
      </w:pPr>
      <w:r>
        <w:t>تو اس سے لے کر کے میں نے بنایا کہ "فرینڈز، فرینڈز ایوری ویئر"، دشمن بھی دوست، دوست بھی دوست۔ تو میں روزانہ تو میں نے کہا سعدیہ سے کہ بتاؤ کہ میں لیڈیز کو اپنا باس مانتا ہوں، ہے کہ نہیں ہے؟</w:t>
      </w:r>
    </w:p>
    <w:p>
      <w:r>
        <w:rPr>
          <w:b/>
        </w:rPr>
        <w:t xml:space="preserve">[1:52:42] </w:t>
      </w:r>
      <w:r>
        <w:t>to unhon ne kaha ke haan۔ to agar mein criticism ko koi welcome kar sakta hoon to aap bhi kar sakte hain, sari dunya kar sakti hai ke mein bhi aik insan, woh bhi insan۔</w:t>
      </w:r>
    </w:p>
    <w:p>
      <w:pPr>
        <w:jc w:val="right"/>
      </w:pPr>
      <w:r>
        <w:t>تو انہوں نے کہا کہ ہاں۔ تو اگر میں کریٹیسزم کو کوئی ویلکم کر سکتا ہوں تو آپ بھی کر سکتے ہیں، ساری دنیا کر سکتی ہے کہ میں بھی ایک انسان، وہ بھی انسان۔</w:t>
      </w:r>
    </w:p>
    <w:p>
      <w:r>
        <w:rPr>
          <w:b/>
        </w:rPr>
        <w:t xml:space="preserve">[1:52:53] </w:t>
      </w:r>
      <w:r>
        <w:t>mujhe to criticism se bohat faida hota hai aur mein intezar karta hoon koi mere oper criticize kare us ko, kyunke is se naye naye samne naye aspects aspects samne atay hain۔</w:t>
      </w:r>
    </w:p>
    <w:p>
      <w:pPr>
        <w:jc w:val="right"/>
      </w:pPr>
      <w:r>
        <w:t>مجھے تو کریٹیسزم سے بہت فائدہ ہوتا ہے اور میں انتظار کرتا ہوں کوئی میرے اوپر کریٹیسائز کرے اس کو، کیونکہ اس سے نئے نئے سامنے نئے اسپیکٹس اسپیکٹس سامنے آتے ہیں۔</w:t>
      </w:r>
    </w:p>
    <w:p>
      <w:r>
        <w:rPr>
          <w:b/>
        </w:rPr>
        <w:t xml:space="preserve">[1:53:08] </w:t>
      </w:r>
      <w:r>
        <w:t>yeh sadia ne criticize na kiya hota to mein is mein title mein "alvie" ka word rakh deta۔ ab mein ne is ko positive bana liya, bajaye bajaye negative ko positive bana diya ke "friends, friends everywhere"۔</w:t>
      </w:r>
    </w:p>
    <w:p>
      <w:pPr>
        <w:jc w:val="right"/>
      </w:pPr>
      <w:r>
        <w:t>یہ سعدیہ نے کریٹیسائز نہ کیا ہوتا تو میں اس میں ٹائٹل میں "ایلوی" کا ورڈ رکھ دیتا۔ اب میں نے اس کو پازیٹیو بنا لیا، بجائے بجائے نیگیٹیو کو پازیٹیو بنا دیا کہ "فرینڈز، فرینڈز ایوری ویئر"۔</w:t>
      </w:r>
    </w:p>
    <w:p>
      <w:r>
        <w:rPr>
          <w:b/>
        </w:rPr>
        <w:t xml:space="preserve">[1:53:21] </w:t>
      </w:r>
      <w:r>
        <w:t>to har aik aise hi kar sakta hai۔</w:t>
      </w:r>
    </w:p>
    <w:p>
      <w:pPr>
        <w:jc w:val="right"/>
      </w:pPr>
      <w:r>
        <w:t>تو ہر ایک ایسے ہی کر سکتا ہے۔</w:t>
      </w:r>
    </w:p>
    <w:p>
      <w:r>
        <w:rPr>
          <w:b/>
        </w:rPr>
        <w:t xml:space="preserve">[1:53:26] </w:t>
      </w:r>
      <w:r>
        <w:t>yani pehla jo mein ne suna tha ke "turn, turn enemy into friend"</w:t>
      </w:r>
    </w:p>
    <w:p>
      <w:pPr>
        <w:jc w:val="right"/>
      </w:pPr>
      <w:r>
        <w:t>یعنی پہلا جو میں نے سنا تھا کہ "ٹرنلی، ٹرنلی اینیمی انٹو فرینڈ"</w:t>
      </w:r>
    </w:p>
    <w:p>
      <w:r>
        <w:rPr>
          <w:b/>
        </w:rPr>
        <w:t xml:space="preserve">[1:53:33] </w:t>
      </w:r>
      <w:r>
        <w:t>ke dushman ko dost banana۔ lekin jab is ne kaha yeh to negative title hai, to mein ne sochte sochte mere sir mein aya ke bohat acha, "friends, friends everywhere"، yeh bhi friend, woh bhi friend, koi political friend hai, koi actual friend hai,</w:t>
      </w:r>
    </w:p>
    <w:p>
      <w:pPr>
        <w:jc w:val="right"/>
      </w:pPr>
      <w:r>
        <w:t>کہ دشمن کو دوست بنانا۔ لیکن جب اس نے کہا یہ تو نیگیٹیو ٹائٹل ہے، تو میں نے سوچتے سوچتے میرے سر میں آیا کہ بہت اچھا، "فرینڈز، فرینڈز ایوری ویئر"، یہ بھی فرینڈ، وہ بھی فرینڈ، کوئی پولیٹیکل فرینڈ ہے، کوئی ایکچول فرینڈ ہے،</w:t>
      </w:r>
    </w:p>
    <w:p>
      <w:r>
        <w:rPr>
          <w:b/>
        </w:rPr>
        <w:t xml:space="preserve">[1:53:46] </w:t>
      </w:r>
      <w:r>
        <w:t>yeh likha mein ne is mein۔ to christian to bohat hi blessing hai, blessing۔</w:t>
      </w:r>
    </w:p>
    <w:p>
      <w:pPr>
        <w:jc w:val="right"/>
      </w:pPr>
      <w:r>
        <w:t>یہ لکھا میں نے اس میں۔ تو کرسچن تو بہت ہی بلیسنگ ہے، بلیسنگ۔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