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Story of Prophet Moses Part 5, October 30, 2022</w:t>
      </w:r>
    </w:p>
    <w:p>
      <w:r>
        <w:t>https://youtu.be/Yei6NJ0s5wI</w:t>
      </w:r>
    </w:p>
    <w:p>
      <w:r>
        <w:rPr>
          <w:b/>
        </w:rPr>
        <w:t xml:space="preserve">[00:09] </w:t>
      </w:r>
      <w:r>
        <w:t>Assalamu Alaikum. Aaj hum Musa Alaihis Salam ki series ke aakhri episode ki charcha karenge Dr. Saniyah Hasnain Khan sahib ke saath, to chaliye unhi se baat cheet karte hain.</w:t>
      </w:r>
    </w:p>
    <w:p>
      <w:pPr>
        <w:jc w:val="right"/>
      </w:pPr>
      <w:r>
        <w:t>السلام علیکم۔ آج ہم موسیٰ علیہ السلام کی سیریز کے آخری ایپیسوڈ کی چرچا کریں گے ڈاکٹر ثانیہ حسنین خان صاحب کے ساتھ، تو چلیے انہی سے بات چیت کرتے ہیں۔</w:t>
      </w:r>
    </w:p>
    <w:p>
      <w:r>
        <w:rPr>
          <w:b/>
        </w:rPr>
        <w:t xml:space="preserve">[00:22] </w:t>
      </w:r>
      <w:r>
        <w:t>Assalamu Alaikum Dr. sahib, kaise hain aap? Wa Alaikum Assalam, Alhamdulillah. Aap kaise hain? Alhamdulillah. Dr. sahib, yeh jo hum ne Musa Alaihis Salam ki series ko shuru kiya tha, yeh bohat logon ne pasand kiya, aur pichhle 4 episodes mein aap ne jis tareeqe se Musa Alaihis Salam ki zindagi ke kayi pehluon se hum sab ko waqif karaya, hamare imaan ko taza kiya, aur bohat si wisdom wali baatein bataein, us ke liye jaz</w:t>
      </w:r>
    </w:p>
    <w:p>
      <w:pPr>
        <w:jc w:val="right"/>
      </w:pPr>
      <w:r>
        <w:t>السلام علیکم ڈاکٹر صاحب، کیسے ہیں آپ؟ وعلیکم السلام الحمدللہ۔ آپ کیسے ہیں؟ الحمدللہ۔ ڈاکٹر صاحب، یہ جو ہم نے موسیٰ علیہ السلام کی سیریز کو شروع کیا تھا، یہ بہت لوگوں نے پسند کیا، اور پچھلے 4 ایپیسوڈز میں آپ نے جس طریقے سے موسیٰ علیہ السلام کی زندگی کے کئی پہلوؤں سے ہم سب کو واقف کرایا، ہمارے ایمان کو تازہ کیا، اور بہت سی وزڈم والی باتیں بتائیں، اس کے لیے جز</w:t>
      </w:r>
    </w:p>
    <w:p>
      <w:r>
        <w:rPr>
          <w:b/>
        </w:rPr>
        <w:t xml:space="preserve">[00:49] </w:t>
      </w:r>
      <w:r>
        <w:t>ek allah. to aaj hum yeh aakhri episode le rahe hain series ki, aur kahani ko hum aage badhate hain. wohin se shuru karenge doctor sahab jahan pe hum ne pichhle, yaani chauthe session mein khatm kiya tha ke kis tarah aap ne bataya ke jab firon samandar mein doobne laga to woh pukaarne laga ke main allah par iman lata hoon,</w:t>
      </w:r>
    </w:p>
    <w:p>
      <w:pPr>
        <w:jc w:val="right"/>
      </w:pPr>
      <w:r>
        <w:t>اک اللہ۔ تو آج ہم یہ آخری ایپیسوڈ لے رہے ہیں سیریز کی، اور کہانی کو ہم آگے بڑھاتے ہیں۔ وہیں سے شروع کریں گے ڈاکٹر صاحب جہاں پہ ہم نے پچھلے، یعنی چوتھے سیشن میں ختم کیا تھا کہ کس طرح آپ نے بتایا کہ جب فرعون سمندر میں ڈوبنے لگا تو وہ پکارنے لگا کہ میں اللہ پر ایمان لاتا ہوں،</w:t>
      </w:r>
    </w:p>
    <w:p>
      <w:r>
        <w:rPr>
          <w:b/>
        </w:rPr>
        <w:t xml:space="preserve">[01:11] </w:t>
      </w:r>
      <w:r>
        <w:t>lekin is ki yeh faryad allah taala reject kar dete hain, aur sachai to yeh bhi hai ke iman jo hai woh voluntary level pe zahir kiya jata hai, na ke compulsion ke level pe.</w:t>
      </w:r>
    </w:p>
    <w:p>
      <w:pPr>
        <w:jc w:val="right"/>
      </w:pPr>
      <w:r>
        <w:t>لیکن اس کی یہ فریاد اللہ تعالیٰ ریجیکٹ کر دیتے ہیں، اور سچائی تو یہ بھی ہے کہ ایمان جو ہے وہ والنٹری لیول پہ ظاہر کیا جاتا ہے، نہ کہ کمپلشن کے لیول پہ۔</w:t>
      </w:r>
    </w:p>
    <w:p>
      <w:r>
        <w:rPr>
          <w:b/>
        </w:rPr>
        <w:t xml:space="preserve">[01:24] </w:t>
      </w:r>
      <w:r>
        <w:t>aur firon ke sath yahi hua ke is ne compulsion ke level pe apni aakhri lamhe par allah par iman lane ki baat kahi. to quran mein phir doctor sahab aata hai ke allah taala khitab karte hain ke "We will save your body."</w:t>
      </w:r>
    </w:p>
    <w:p>
      <w:pPr>
        <w:jc w:val="right"/>
      </w:pPr>
      <w:r>
        <w:t>اور فرعون کے ساتھ یہی ہوا کہ اس نے کمپلشن کے لیول پہ اپنی آخری لمحے پر اللہ پر ایمان لانے کی بات کہی۔ تو قرآن میں پھر ڈاکٹر صاحب آتا ہے کہ اللہ تعالیٰ خطاب کرتے ہیں کہ "We will save your body."</w:t>
      </w:r>
    </w:p>
    <w:p>
      <w:r>
        <w:rPr>
          <w:b/>
        </w:rPr>
        <w:t xml:space="preserve">[01:40] </w:t>
      </w:r>
      <w:r>
        <w:t>yeh ek prediction ke taur par quran mein aaya hai. to sab se pehla sawal to mera yahi hai is ayat ko le kar ke is ke bare mein aap hum sab ko bataein.</w:t>
      </w:r>
    </w:p>
    <w:p>
      <w:pPr>
        <w:jc w:val="right"/>
      </w:pPr>
      <w:r>
        <w:t>یہ ایک پریڈکشن کے طور پر قرآن میں آیا ہے۔ تو سب سے پہلا سوال تو میرا یہی ہے اس آیت کو لے کر کہ اس کے بارے میں آپ ہم سب کو بتائیں۔</w:t>
      </w:r>
    </w:p>
    <w:p>
      <w:r>
        <w:rPr>
          <w:b/>
        </w:rPr>
        <w:t xml:space="preserve">[01:52] </w:t>
      </w:r>
      <w:r>
        <w:t>bismillah rahman rahim. rab ishrah li sadri wa yassir li amri wah lul uqdatan min lisani yafqahu qawli aap ne sahih farmaya ke jo iman hai woh ek ikhtiyari cheez hai,</w:t>
      </w:r>
    </w:p>
    <w:p>
      <w:pPr>
        <w:jc w:val="right"/>
      </w:pPr>
      <w:r>
        <w:t>بسم اللہ الرحمن الرحیم۔ رب اشرح لی صدری ویسر لی امری واحل العقدۃ من لسانی یفقہ قولی آپ نے صحیح فرمایا کہ جو ایمان ہے وہ ایک اختیاری چیز ہے،</w:t>
      </w:r>
    </w:p>
    <w:p>
      <w:r>
        <w:rPr>
          <w:b/>
        </w:rPr>
        <w:t xml:space="preserve">[02:09] </w:t>
      </w:r>
      <w:r>
        <w:t>yaani jab compulso situation paida ho jaye, jab is ne dekha firon ne ke ab to doob raha hai to phir woh waqt khatm ho chuka tha.</w:t>
      </w:r>
    </w:p>
    <w:p>
      <w:pPr>
        <w:jc w:val="right"/>
      </w:pPr>
      <w:r>
        <w:t>یعنی جب کمپلسو سچویشن پیدا ہو جائے، جب اس نے دیکھا فرعون نے کہ اب تو ڈوب رہا ہے تو پھر وہ وقت ختم ہو چکا تھا۔</w:t>
      </w:r>
    </w:p>
    <w:p>
      <w:r>
        <w:rPr>
          <w:b/>
        </w:rPr>
        <w:t xml:space="preserve">[02:18] </w:t>
      </w:r>
      <w:r>
        <w:t>to phir jab firon ki body nikali gayi wahan se, chounke is zamane mein ek art hua karta tha, mummiz, mami banaye karte thay woh apne royal logon ki, to is ko save kar liya gaya.</w:t>
      </w:r>
    </w:p>
    <w:p>
      <w:pPr>
        <w:jc w:val="right"/>
      </w:pPr>
      <w:r>
        <w:t>تو پھر جب فرعون کی باڈی نکالی گئی وہاں سے، چونکہ اس زمانے میں ایک آرٹ ہوا کرتا تھا، ممیز، ممی بنائے کرتے تھے وہ اپنے رائل لوگوں کی، تو اس کو سیو کر لیا گیا۔</w:t>
      </w:r>
    </w:p>
    <w:p>
      <w:r>
        <w:rPr>
          <w:b/>
        </w:rPr>
        <w:t xml:space="preserve">[02:35] </w:t>
      </w:r>
      <w:r>
        <w:t>ji, lekin quran mein is baat ko bataya gaya hai falyawma nunajjika bibadanika litakuna liman khalfika ke aaj hum, allah taala ne kaha firon ke bare mein ke aaj hum tumhari body ko mehfooz karenge taake jo aanay wali generations hain un ke liye sign bane.</w:t>
      </w:r>
    </w:p>
    <w:p>
      <w:pPr>
        <w:jc w:val="right"/>
      </w:pPr>
      <w:r>
        <w:t>جی، لیکن قرآن میں اس بات کو بتایا گیا ہے فاليوم ننجيك ببدنک لتكون لمن خلفک کہ آج ہم، اللہ تعالیٰ نے کہا فرعون کے بارے میں کہ آج ہم تمہاری باڈی کو محفوظ کریں گے تاکہ جو آنے والی جنریشنز ہیں ان کے لیے سائن بنے۔</w:t>
      </w:r>
    </w:p>
    <w:p>
      <w:r>
        <w:rPr>
          <w:b/>
        </w:rPr>
        <w:t xml:space="preserve">[02:57] </w:t>
      </w:r>
      <w:r>
        <w:t>ji, to chaudah sau saal pehle yeh baat rasool allah ke upar wahi ke wahi hui quran ki surat</w:t>
      </w:r>
    </w:p>
    <w:p>
      <w:pPr>
        <w:jc w:val="right"/>
      </w:pPr>
      <w:r>
        <w:t>جی، تو چودہ سو سال پہلے یہ بات رسول اللہ کے اوپر وحی کے وحی ہوئی قرآن کی صورت</w:t>
      </w:r>
    </w:p>
    <w:p>
      <w:r>
        <w:rPr>
          <w:b/>
        </w:rPr>
        <w:t xml:space="preserve">[03:05] </w:t>
      </w:r>
      <w:r>
        <w:t>mein, to us waqt kisi ko ilm nahi tha ke firon ki body kahin mehfooz hai. ji, phir maulana ne apni kitab "God Rises" mein is ko likha hai bohat hi tafseel ke sath, aur is mein bataya hai ke 1898 mein ek thay professor Loret, ghaliban woh British thay.</w:t>
      </w:r>
    </w:p>
    <w:p>
      <w:pPr>
        <w:jc w:val="right"/>
      </w:pPr>
      <w:r>
        <w:t>میں، تو اس وقت کسی کو علم نہیں تھا کہ فرعون کی باڈی کہیں محفوظ ہے۔ جی، پھر مولانا نے اپنی کتاب "گاڈ رائزز" میں اس کو لکھا ہے بہت ہی تفصیل کے ساتھ، اور اس میں بتایا ہے کہ 1898 میں ایک تھے پروفیسر لورٹ، غالباً وہ برٹش تھے۔</w:t>
      </w:r>
    </w:p>
    <w:p>
      <w:r>
        <w:rPr>
          <w:b/>
        </w:rPr>
        <w:t xml:space="preserve">[03:29] </w:t>
      </w:r>
      <w:r>
        <w:t>ji, to unhon ne kuch research ki misr mein mummiz ke upar, aur carbon dating waghera se unhon ne ek mami ko bataya ke yeh wahi mami hai jo musa alaihissalam ke zamane mein jo firon,</w:t>
      </w:r>
    </w:p>
    <w:p>
      <w:pPr>
        <w:jc w:val="right"/>
      </w:pPr>
      <w:r>
        <w:t>جی، تو انہوں نے کچھ ریسرچ کی مصر میں ممیز کے اوپر، اور کاربن ڈیٹنگ وغیرہ سے انہوں نے ایک ممی کو بتایا کہ یہ وہی ممی ہے جو موسیٰ علیہ السلام کے زمانے میں جو فرعون،</w:t>
      </w:r>
    </w:p>
    <w:p>
      <w:r>
        <w:rPr>
          <w:b/>
        </w:rPr>
        <w:t xml:space="preserve">[03:47] </w:t>
      </w:r>
      <w:r>
        <w:t>yaani pharaoh ki mami. ji, to woh phir is ko mehfooz kar diya gaya, aur unhon ne ek kitab likhi professor Loret ne "The</w:t>
      </w:r>
    </w:p>
    <w:p>
      <w:pPr>
        <w:jc w:val="right"/>
      </w:pPr>
      <w:r>
        <w:t>یعنی فیرو کی ممی۔ جی، تو وہ پھر اس کو محفوظ کر دیا گیا، اور انہوں نے ایک کتاب لکھی پروفیسر لورٹ نے "دا</w:t>
      </w:r>
    </w:p>
    <w:p>
      <w:r>
        <w:rPr>
          <w:b/>
        </w:rPr>
        <w:t xml:space="preserve">[03:57] </w:t>
      </w:r>
      <w:r>
        <w:t>Royal Mummies", is mein aur explain kiya hai is ko ke kaise sabit kiya unhon ne. to phir woh is mein aaj kal woh museum mein hai, cairo museum mein.</w:t>
      </w:r>
    </w:p>
    <w:p>
      <w:pPr>
        <w:jc w:val="right"/>
      </w:pPr>
      <w:r>
        <w:t>رائل ممیز"، اس میں اور ایکسپلین کیا ہے اس کو کہ کیسے ثابت کیا انہوں نے۔ تو پھر وہ اس میں آج کل وہ میوزیم میں ہے، کیرو میوزیم میں۔</w:t>
      </w:r>
    </w:p>
    <w:p>
      <w:r>
        <w:rPr>
          <w:b/>
        </w:rPr>
        <w:t xml:space="preserve">[04:10] </w:t>
      </w:r>
      <w:r>
        <w:t>maulana gaye thay wahan cairo museum wahi dekhne ke liye, to is in in dino woh display pe nahi thi, lekin woh ek room mein bataya gaya hai ke is room mein firon ki mami hai aur mehfo</w:t>
      </w:r>
    </w:p>
    <w:p>
      <w:pPr>
        <w:jc w:val="right"/>
      </w:pPr>
      <w:r>
        <w:t>مولانا گئے تھے وہاں کیرو میوزیم وہی دیکھنے کے لیے، تو اس ان ان دنوں وہ ڈسپلے پہ نہیں تھی، لیکن وہ ایک روم میں بتایا گیا ہے کہ اس روم میں فرعون کی ممی ہے اور محفو</w:t>
      </w:r>
    </w:p>
    <w:p>
      <w:r>
        <w:rPr>
          <w:b/>
        </w:rPr>
        <w:t xml:space="preserve">[04:24] </w:t>
      </w:r>
      <w:r>
        <w:t>oz hai. to yeh ek bara zabardast reminder hai, aur yeh ek prediction jo quran ne di woh sabit hui. yeh khud quran ki haqaniyat ka saboot hai, aur yeh bhi saboot hai ke allah taala ek all knowing, all powerful hasti hai ke us waqt quran mein jo baat aayi woh aaj ja ke sabit hui hai.</w:t>
      </w:r>
    </w:p>
    <w:p>
      <w:pPr>
        <w:jc w:val="right"/>
      </w:pPr>
      <w:r>
        <w:t>ظ ہے۔ تو یہ ایک بڑا زبردست ریمائنڈر ہے، اور یہ ایک پریڈکشن جو قرآن نے دی وہ ثابت ہوئی۔ یہ خود قرآن کی حقانیت کا ثبوت ہے، اور یہ بھی ثبوت ہے کہ اللہ تعالیٰ ایک آل نوئنگ، آل پاور فل ہستی ہے کہ اس وقت قرآن میں جو بات آئی وہ آج جا کے ثابت ہوئی ہے۔</w:t>
      </w:r>
    </w:p>
    <w:p>
      <w:r>
        <w:rPr>
          <w:b/>
        </w:rPr>
        <w:t xml:space="preserve">[04:44] </w:t>
      </w:r>
      <w:r>
        <w:t>ji ji, aur doctor sahab agar is tarah bhi is ko dekhen, aap ne is ko bohat achhe se wazeh kiya ke firon was a symbol of arrogance and disobedience to God</w:t>
      </w:r>
    </w:p>
    <w:p>
      <w:pPr>
        <w:jc w:val="right"/>
      </w:pPr>
      <w:r>
        <w:t>جی جی، اور ڈاکٹر صاحب اگر اس طرح بھی اس کو دیکھیں، آپ نے اس کو بہت اچھے سے واضح کیا کہ فرعون was a symbol of arrogance and disobedience to God</w:t>
      </w:r>
    </w:p>
    <w:p>
      <w:r>
        <w:rPr>
          <w:b/>
        </w:rPr>
        <w:t xml:space="preserve">[04:58] </w:t>
      </w:r>
      <w:r>
        <w:t>to ek tarike se ek ek historical example allah taala ne preserve kar diya aanay wali tamam generations ke liye ke agar aap kibr wali, aap kibr wala, aap ek ravaiyya rakhte hain ya aap khuda par bharosa nahi rakhte hain to is ka aakhri nateeja utter destruction hoga jo firon ke sath bhi hua.</w:t>
      </w:r>
    </w:p>
    <w:p>
      <w:pPr>
        <w:jc w:val="right"/>
      </w:pPr>
      <w:r>
        <w:t>تو ایک طریقے سے ایک ایک ہسٹوریکل ایگزیمپل اللہ تعالیٰ نے پریزرو کر دیا آنے والی تمام جنریشنز کے لیے کہ اگر آپ کبر والی، آپ کبر والا، آپ ایک رویہ رکھتے ہیں یا آپ خدا پر بھروسہ نہیں رکھتے ہیں تو اس کا آخری نتیجہ اٹر ڈسٹرکشن ہوگا جو فرعون کے ساتھ بھی ہوا۔</w:t>
      </w:r>
    </w:p>
    <w:p>
      <w:r>
        <w:rPr>
          <w:b/>
        </w:rPr>
        <w:t xml:space="preserve">[05:21] </w:t>
      </w:r>
      <w:r>
        <w:t>bilkul,</w:t>
      </w:r>
    </w:p>
    <w:p>
      <w:pPr>
        <w:jc w:val="right"/>
      </w:pPr>
      <w:r>
        <w:t>بالکل،</w:t>
      </w:r>
    </w:p>
    <w:p>
      <w:r>
        <w:rPr>
          <w:b/>
        </w:rPr>
        <w:t xml:space="preserve">[05:22] </w:t>
      </w:r>
      <w:r>
        <w:t>doctor sahab hum yeh bhi dekhte hain ke quran se hum yeh paate hain ke kis tarah allah taala ne bohat si blessings children of Israel ke ke liye bheji.</w:t>
      </w:r>
    </w:p>
    <w:p>
      <w:pPr>
        <w:jc w:val="right"/>
      </w:pPr>
      <w:r>
        <w:t>ڈاکٹر صاحب ہم یہ بھی دیکھتے ہیں کہ قرآن سے ہم یہ پاتے ہیں کہ کس طرح اللہ تعالیٰ نے بہت سی بلیسنگز چلڈرن آف عزرائیل کے کے لیے بھیجی۔</w:t>
      </w:r>
    </w:p>
    <w:p>
      <w:r>
        <w:rPr>
          <w:b/>
        </w:rPr>
        <w:t xml:space="preserve">[05:31] </w:t>
      </w:r>
      <w:r>
        <w:t>ji, jab musa alaihissalam ne pani ke liye dua ki to un ko kaha gaya ke aap apne staff se ek rock ko aap hit karen.</w:t>
      </w:r>
    </w:p>
    <w:p>
      <w:pPr>
        <w:jc w:val="right"/>
      </w:pPr>
      <w:r>
        <w:t>جی، جب موسیٰ علیہ السلام نے پانی کے لیے دعا کی تو ان کو کہا گیا کہ آپ اپنے سٹاف سے ایک راک کو آپ ہٹ کریں۔</w:t>
      </w:r>
    </w:p>
    <w:p>
      <w:r>
        <w:rPr>
          <w:b/>
        </w:rPr>
        <w:t xml:space="preserve">[05:41] </w:t>
      </w:r>
      <w:r>
        <w:t>to jab unhon ne aisa kiya to barah springs nikal aaein. ji, to is ke bare mein aap hum sab ko bataein.</w:t>
      </w:r>
    </w:p>
    <w:p>
      <w:pPr>
        <w:jc w:val="right"/>
      </w:pPr>
      <w:r>
        <w:t>تو جب انہوں نے ایسا کیا تو بارہ سپرنگز نکل آئیں۔ جی، تو اس کے بارے میں آپ ہم سب کو بتائیں۔</w:t>
      </w:r>
    </w:p>
    <w:p>
      <w:r>
        <w:rPr>
          <w:b/>
        </w:rPr>
        <w:t xml:space="preserve">[05:49] </w:t>
      </w:r>
      <w:r>
        <w:t>haan, jab woh wahan se unhon ne darya paar kar liya to aage badhe mount sinai ki taraf.</w:t>
      </w:r>
    </w:p>
    <w:p>
      <w:pPr>
        <w:jc w:val="right"/>
      </w:pPr>
      <w:r>
        <w:t>ہاں، جب وہ وہاں سے انہوں نے دریا پار کر لیا تو آگے بڑھے ماؤنٹ سائنائی کی طرف۔</w:t>
      </w:r>
    </w:p>
    <w:p>
      <w:r>
        <w:rPr>
          <w:b/>
        </w:rPr>
        <w:t xml:space="preserve">[06:00] </w:t>
      </w:r>
      <w:r>
        <w:t>to wahan par ek ek ek ground ya ek desert mein ja ke sab ruke to zahir hai pani ki zaroorat padi.</w:t>
      </w:r>
    </w:p>
    <w:p>
      <w:pPr>
        <w:jc w:val="right"/>
      </w:pPr>
      <w:r>
        <w:t>تو وہاں پر ایک ایک ایک گراؤنڈ یا ایک ڈیزرٹ میں جا کے سب رکے تو ظاہر ہے پانی کی ضرورت پڑی۔</w:t>
      </w:r>
    </w:p>
    <w:p>
      <w:r>
        <w:rPr>
          <w:b/>
        </w:rPr>
        <w:t xml:space="preserve">[06:10] </w:t>
      </w:r>
      <w:r>
        <w:t>ji, pani to sab se basic need hai.</w:t>
      </w:r>
    </w:p>
    <w:p>
      <w:pPr>
        <w:jc w:val="right"/>
      </w:pPr>
      <w:r>
        <w:t>جی، پانی تو سب سے بیسک نیڈ ہے۔</w:t>
      </w:r>
    </w:p>
    <w:p>
      <w:r>
        <w:rPr>
          <w:b/>
        </w:rPr>
        <w:t xml:space="preserve">[06:14] </w:t>
      </w:r>
      <w:r>
        <w:t>to musa alaihissalam ke jo log thay bani israel, unhon ne pani manga to musa alaihissalam ne allah taala se faryad ki.</w:t>
      </w:r>
    </w:p>
    <w:p>
      <w:pPr>
        <w:jc w:val="right"/>
      </w:pPr>
      <w:r>
        <w:t>تو موسیٰ علیہ السلام کے جو لوگ تھے بنی اسرائیل، انہوں نے پانی مانگا تو موسیٰ علیہ السلام نے اللہ تعالیٰ سے فریاد کی۔</w:t>
      </w:r>
    </w:p>
    <w:p>
      <w:r>
        <w:rPr>
          <w:b/>
        </w:rPr>
        <w:t xml:space="preserve">[06:25] </w:t>
      </w:r>
      <w:r>
        <w:t>to allah ta'ala ne kaha ke fqul nadrib bi'asakal hijar ke apni jo laathi hai us ko pathar pe maro, chataan pe maro.</w:t>
      </w:r>
    </w:p>
    <w:p>
      <w:pPr>
        <w:jc w:val="right"/>
      </w:pPr>
      <w:r>
        <w:t>تو اللہ تعالیٰ نے کہا کہ فقل نضرب بعصاك الحجر کہ اپنی جو لاٹھی ہے اس کو پتھر پہ مارو، چٹان پہ مارو۔</w:t>
      </w:r>
    </w:p>
    <w:p>
      <w:r>
        <w:rPr>
          <w:b/>
        </w:rPr>
        <w:t xml:space="preserve">[06:36] </w:t>
      </w:r>
      <w:r>
        <w:t>ji, to chataan pe jab mara to barah springs nikal aaye is mein se. ji, darasal yeh aur phir quran mein aata hai qad alama kullu unasin mashrabah yani jitne bhi log thay unhon ne apni apni pani peene ki jagah un ko pata chal gayi.</w:t>
      </w:r>
    </w:p>
    <w:p>
      <w:pPr>
        <w:jc w:val="right"/>
      </w:pPr>
      <w:r>
        <w:t>جی، تو چٹان پہ جب مارا تو بارہ سپرنگز نکل آئے اس میں سے۔ جی، دراصل یہ اور پھر قرآن میں آتا ہے قد علم کل اناس مشربہ یعنی جتنے بھی لوگ تھے انہوں نے اپنی اپنی پانی پینے کی جگہ ان کو پتہ چل گئی۔</w:t>
      </w:r>
    </w:p>
    <w:p>
      <w:r>
        <w:rPr>
          <w:b/>
        </w:rPr>
        <w:t xml:space="preserve">[06:53] </w:t>
      </w:r>
      <w:r>
        <w:t>to yeh barah is liye springs thay yeh ke yaqoob alaihi assalam ke jo bachay thay woh barah thay.</w:t>
      </w:r>
    </w:p>
    <w:p>
      <w:pPr>
        <w:jc w:val="right"/>
      </w:pPr>
      <w:r>
        <w:t>تو یہ بارہ اس لیے سپرنگز تھے یہ کہ یعقوب علیہ السلام کے جو بچے تھے وہ بارہ تھے۔</w:t>
      </w:r>
    </w:p>
    <w:p>
      <w:r>
        <w:rPr>
          <w:b/>
        </w:rPr>
        <w:t xml:space="preserve">[07:03] </w:t>
      </w:r>
      <w:r>
        <w:t>bible mein barah bachon ka naam aata hai. ji ji ji, quran mein to sirf yusuf alaihi assalam ka hai ya zikr hai to binyamin waghera ka lekin naam nahi hai.</w:t>
      </w:r>
    </w:p>
    <w:p>
      <w:pPr>
        <w:jc w:val="right"/>
      </w:pPr>
      <w:r>
        <w:t>بائبل میں بارہ بچوں کا نام آتا ہے۔ جی جی جی، قرآن میں تو صرف یوسف علیہ السلام کا ہے یا ذکر ہے تو بنیامین وغیرہ کا لیکن نام نہیں ہے۔</w:t>
      </w:r>
    </w:p>
    <w:p>
      <w:r>
        <w:rPr>
          <w:b/>
        </w:rPr>
        <w:t xml:space="preserve">[07:13] </w:t>
      </w:r>
      <w:r>
        <w:t>to woh jo barah bete thay un se jo un ki jo families chali to woh ultimately barah tribes mein tabdeel ho gayi.</w:t>
      </w:r>
    </w:p>
    <w:p>
      <w:pPr>
        <w:jc w:val="right"/>
      </w:pPr>
      <w:r>
        <w:t>تو وہ جو بارہ بیٹے تھے ان سے جو ان کی جو فیملیز چلیں تو وہ الٹیمیٹلی بارہ ٹرائبز میں تبدیل ہو گئیں۔</w:t>
      </w:r>
    </w:p>
    <w:p>
      <w:r>
        <w:rPr>
          <w:b/>
        </w:rPr>
        <w:t xml:space="preserve">[07:22] </w:t>
      </w:r>
      <w:r>
        <w:t>ji, to</w:t>
      </w:r>
    </w:p>
    <w:p>
      <w:pPr>
        <w:jc w:val="right"/>
      </w:pPr>
      <w:r>
        <w:t>جی، تو</w:t>
      </w:r>
    </w:p>
    <w:p>
      <w:r>
        <w:rPr>
          <w:b/>
        </w:rPr>
        <w:t xml:space="preserve">[07:23] </w:t>
      </w:r>
      <w:r>
        <w:t>is tareeqay se har tribe ke liye ek woh chashma phoot pada. to yeh ek moajza, ek tareeqay se ek bohat hi bara moajza tha isi tarah ka jaise zam zam nikla tha.</w:t>
      </w:r>
    </w:p>
    <w:p>
      <w:pPr>
        <w:jc w:val="right"/>
      </w:pPr>
      <w:r>
        <w:t>اس طریقے سے ہر ٹرائب کے لیے ایک وہ چشمہ پھوٹ پڑا۔ تو یہ ایک معجزہ، ایک طریقے سے ایک بہت ہی بڑا معجزہ تھا اسی طرح کا جیسے زم زم نکلا تھا۔</w:t>
      </w:r>
    </w:p>
    <w:p>
      <w:r>
        <w:rPr>
          <w:b/>
        </w:rPr>
        <w:t xml:space="preserve">[07:35] </w:t>
      </w:r>
      <w:r>
        <w:t>ji, makkah mein to isi tarah ka ek moajza. aur yeh jo ek jagah hai abhi bhi mount sinai ke foot hill pe ek jagah hai jis ko hurab kehte hain.</w:t>
      </w:r>
    </w:p>
    <w:p>
      <w:pPr>
        <w:jc w:val="right"/>
      </w:pPr>
      <w:r>
        <w:t>جی، مکہ میں تو اسی طرح کا ایک معجزہ۔ اور یہ جو ایک جگہ ہے ابھی بھی ماؤنٹ سائنائی کے فٹ ہل پہ ایک جگہ ہے جس کو حورب کہتے ہیں۔</w:t>
      </w:r>
    </w:p>
    <w:p>
      <w:r>
        <w:rPr>
          <w:b/>
        </w:rPr>
        <w:t xml:space="preserve">[07:46] </w:t>
      </w:r>
      <w:r>
        <w:t>ji, wahan abhi bhi is tarah ki nishan hain baqi aur log kehte hain ke yeh wohi jagah hai jahan yeh waqia pesh aaya.</w:t>
      </w:r>
    </w:p>
    <w:p>
      <w:pPr>
        <w:jc w:val="right"/>
      </w:pPr>
      <w:r>
        <w:t>جی، وہاں ابھی بھی اس طرح کی نشان ہیں باقی اور لوگ کہتے ہیں کہ یہ وہی جگہ ہے جہاں یہ واقعہ پیش آیا۔</w:t>
      </w:r>
    </w:p>
    <w:p>
      <w:r>
        <w:rPr>
          <w:b/>
        </w:rPr>
        <w:t xml:space="preserve">[07:55] </w:t>
      </w:r>
      <w:r>
        <w:t>ji, to phir jab pani ho gaya to phir un logon ne wohin rehna shuru kar diya. ji, tent apne gaar liye. chounke is zamanay mein jahan pani hota tha wohin par log reh</w:t>
      </w:r>
    </w:p>
    <w:p>
      <w:pPr>
        <w:jc w:val="right"/>
      </w:pPr>
      <w:r>
        <w:t>جی، تو پھر جب پانی ہو گیا تو پھر ان لوگوں نے وہیں رہنا شروع کر دیا۔ جی، ٹینٹس اپنے گاڑ لیے۔ چونکہ اس زمانے میں جہاں پانی ہوتا تھا وہیں پر لوگ رہ</w:t>
      </w:r>
    </w:p>
    <w:p>
      <w:r>
        <w:rPr>
          <w:b/>
        </w:rPr>
        <w:t xml:space="preserve">[08:07] </w:t>
      </w:r>
      <w:r>
        <w:t>te thay. ji, jaise jab zam zam ka chashma wahan phoota makkah mein to jurham qareeb qabeela aa ke rehne laga.</w:t>
      </w:r>
    </w:p>
    <w:p>
      <w:pPr>
        <w:jc w:val="right"/>
      </w:pPr>
      <w:r>
        <w:t>تے تھے۔ جی، جیسے جب زم زم کا چشمہ وہاں پھوٹا مکہ میں تو جرحم قریب قبیلہ آ کے رہنے لگا۔</w:t>
      </w:r>
    </w:p>
    <w:p>
      <w:r>
        <w:rPr>
          <w:b/>
        </w:rPr>
        <w:t xml:space="preserve">[08:16] </w:t>
      </w:r>
      <w:r>
        <w:t>ji, phir woh ahista ahista city ban gayi. ji, to phir is tareeqay se wahan par woh is jagah pe unhon ne rehna shuru kar diya. ji ji, zahir si baat hai phir woh civilization wohin se phir phailti chali jati hai.</w:t>
      </w:r>
    </w:p>
    <w:p>
      <w:pPr>
        <w:jc w:val="right"/>
      </w:pPr>
      <w:r>
        <w:t>جی، پھر وہ آہستہ آہستہ سٹی بن گئی۔ جی، تو پھر اس طریقے سے وہاں پر وہ اس جگہ پہ انہوں نے رہنا شروع کر دیا۔ جی جی، ظاہر سی بات ہے پھر وہ سویلائزیشن وہیں سے پھر پھیلتی چلی جاتی ہے۔</w:t>
      </w:r>
    </w:p>
    <w:p>
      <w:r>
        <w:rPr>
          <w:b/>
        </w:rPr>
        <w:t xml:space="preserve">[08:29] </w:t>
      </w:r>
      <w:r>
        <w:t>doctor sahib, mann o salwa ka zikr aaya hai quran mein to is ke baray mein bhi aap batayen. ab zahir hai woh log jab niklay honge wahan se thora bohat kuch khana waana laye honge, gehoon chawal jo bhi us zamanay ki cheezain hoti hongi.</w:t>
      </w:r>
    </w:p>
    <w:p>
      <w:pPr>
        <w:jc w:val="right"/>
      </w:pPr>
      <w:r>
        <w:t>ڈاکٹر صاحب، من و سلوٰی کا ذکر آیا ہے قرآن میں تو اس کے بارے میں بھی آپ بتائیں۔ اب ظاہر ہے وہ لوگ جب نکلے ہوں گے وہاں سے تھوڑا بہت کچھ کھانا وانا لائے ہوں گے، گیہوں چاول جو بھی اس زمانے کی چیزیں ہوتی ہوں گی۔</w:t>
      </w:r>
    </w:p>
    <w:p>
      <w:r>
        <w:rPr>
          <w:b/>
        </w:rPr>
        <w:t xml:space="preserve">[08:43] </w:t>
      </w:r>
      <w:r>
        <w:t>to woh kuch dinon mein woh khatam ho gayi khane peene ki cheezain jo bhi sath mein thi. to un ko bhook lagi to phir musa alaihi assalam se kaha to musa alaihi assalam ne dua ki.</w:t>
      </w:r>
    </w:p>
    <w:p>
      <w:pPr>
        <w:jc w:val="right"/>
      </w:pPr>
      <w:r>
        <w:t>تو وہ کچھ دنوں میں وہ ختم ہو گئی کھانے پینے کی چیزیں جو بھی ساتھ میں تھیں۔ تو ان کو بھوک لگی تو پھر موسیٰ علیہ السلام سے کہا تو موسیٰ علیہ السلام نے دعا کی۔</w:t>
      </w:r>
    </w:p>
    <w:p>
      <w:r>
        <w:rPr>
          <w:b/>
        </w:rPr>
        <w:t xml:space="preserve">[08:55] </w:t>
      </w:r>
      <w:r>
        <w:t>to quran mein aata hai wa anzalna 'alaikumul manna wassalwa ke hum ne mann aur salwa tumhare upar nazil ki.</w:t>
      </w:r>
    </w:p>
    <w:p>
      <w:pPr>
        <w:jc w:val="right"/>
      </w:pPr>
      <w:r>
        <w:t>تو قرآن میں آتا ہے وانزلنا علیکم المن والسلوٰی کہ ہم نے من اور سلوٰی تمہارے اوپر نازل کی۔</w:t>
      </w:r>
    </w:p>
    <w:p>
      <w:r>
        <w:rPr>
          <w:b/>
        </w:rPr>
        <w:t xml:space="preserve">[09:02] </w:t>
      </w:r>
      <w:r>
        <w:t>hmm, to ek din bani israel jab subah uthe to dekha ke jo un ka ground hai sara woh white kuch cheez se har taraf white cheezain jaise shabnam hoti hai na, usi ki tarah se aur bari thora sa white.</w:t>
      </w:r>
    </w:p>
    <w:p>
      <w:pPr>
        <w:jc w:val="right"/>
      </w:pPr>
      <w:r>
        <w:t>ہمم، تو ایک دن بنی اسرائیل جب صبح اٹھے تو دیکھا کہ جو ان کا گراؤنڈ ہے سارا وہ وائٹ کچھ چیز سے ہر طرف وائٹ چیزیں جیسے شبنم ہوتی ہیں نا، اسی کی طرح سے اور بڑی تھوڑا سا وائٹ۔</w:t>
      </w:r>
    </w:p>
    <w:p>
      <w:r>
        <w:rPr>
          <w:b/>
        </w:rPr>
        <w:t xml:space="preserve">[09:20] </w:t>
      </w:r>
      <w:r>
        <w:t>to woh unhon ne us ko utha ke dekha kha ke to woh kuch meethi si cheez thi. ji, sort of biscuit ya roti jo bhi keh lein aap.</w:t>
      </w:r>
    </w:p>
    <w:p>
      <w:pPr>
        <w:jc w:val="right"/>
      </w:pPr>
      <w:r>
        <w:t>تو وہ انہوں نے اس کو اٹھا کے دیکھا کھا کے تو وہ کچھ میٹھی سی چیز تھی۔ جی، سورٹ آف بسکٹ یا روٹی جو بھی کہہ لیں آپ۔</w:t>
      </w:r>
    </w:p>
    <w:p>
      <w:r>
        <w:rPr>
          <w:b/>
        </w:rPr>
        <w:t xml:space="preserve">[09:29] </w:t>
      </w:r>
      <w:r>
        <w:t>to woh unhon ne khani shuru kar di aur us ko mann kaha. ji, to phir sham ko un ke jahan tent waghera thay wahan bare jhund aane lage batir ke, salwa jise kaha gaya.</w:t>
      </w:r>
    </w:p>
    <w:p>
      <w:pPr>
        <w:jc w:val="right"/>
      </w:pPr>
      <w:r>
        <w:t>تو وہ انہوں نے کھانی شروع کر دی اور اس کو من کہا۔ جی، تو پھر شام کو ان کے جہاں ٹینٹس وغیرہ تھے وہاں بڑے جھنڈ آنے لگے بٹیر کے، سلوٰی جسے کہا گیا۔</w:t>
      </w:r>
    </w:p>
    <w:p>
      <w:r>
        <w:rPr>
          <w:b/>
        </w:rPr>
        <w:t xml:space="preserve">[09:45] </w:t>
      </w:r>
      <w:r>
        <w:t>to jo bird hoti hai choti. hmm, to woh jhund bare bare jhund aane lage woh aasani se us ko pakar ke us ko roast kar ke</w:t>
      </w:r>
    </w:p>
    <w:p>
      <w:pPr>
        <w:jc w:val="right"/>
      </w:pPr>
      <w:r>
        <w:t>تو جو برڈ ہوتی ہے چھوٹی۔ ہمم، تو وہ جھنڈ بڑے بڑے جھنڈ آنے لگے وہ آسانی سے اس کو پکڑ کے اس کو روسٹ کر کے</w:t>
      </w:r>
    </w:p>
    <w:p>
      <w:r>
        <w:rPr>
          <w:b/>
        </w:rPr>
        <w:t xml:space="preserve">[09:53] </w:t>
      </w:r>
      <w:r>
        <w:t>khate thay. to is tareeqay se yani allah ta'ala ne un ka intezam kar diya ke jo basic cheezain hain woh unhein mil jayen, pani mil gaya, nashte ka saman mil gaya, khane ka saman mil gaya.</w:t>
      </w:r>
    </w:p>
    <w:p>
      <w:pPr>
        <w:jc w:val="right"/>
      </w:pPr>
      <w:r>
        <w:t>کھاتے تھے۔ تو اس طریقے سے یعنی اللہ تعالیٰ نے ان کا انتظام کر دیا کہ جو بیسک چیزیں ہیں وہ انہیں مل جائیں، پانی مل گیا، ناشتے کا سامان مل گیا، کھانے کا سامان مل گیا۔</w:t>
      </w:r>
    </w:p>
    <w:p>
      <w:r>
        <w:rPr>
          <w:b/>
        </w:rPr>
        <w:t xml:space="preserve">[10:06] </w:t>
      </w:r>
      <w:r>
        <w:t>aur chounke woh ek peghambar ke sath thay aur un ko chahiye tha ke woh peghambar ke sath training len. ji,</w:t>
      </w:r>
    </w:p>
    <w:p>
      <w:pPr>
        <w:jc w:val="right"/>
      </w:pPr>
      <w:r>
        <w:t>اور چونکہ وہ ایک پیغمبر کے ساتھ تھے اور ان کو چاہیے تھا کہ وہ پیغمبر کے ساتھ ٹریننگ لیں۔ جی،</w:t>
      </w:r>
    </w:p>
    <w:p>
      <w:r>
        <w:rPr>
          <w:b/>
        </w:rPr>
        <w:t xml:space="preserve">[10:15] </w:t>
      </w:r>
      <w:r>
        <w:t>aur apne aap ko bohat sadgi pe aur jo bhi un ka spiritual development hai us pe ziyada zor den. taake is liye allah ta'ala ne yeh cheezain faraham kar dein ke kuch unhein mehnat na karni pare.</w:t>
      </w:r>
    </w:p>
    <w:p>
      <w:pPr>
        <w:jc w:val="right"/>
      </w:pPr>
      <w:r>
        <w:t>اور اپنے آپ کو بہت سادگی پہ اور جو بھی ان کا اسپرچول ڈیویلپمنٹ ہے اس پہ زیادہ زور دیں۔ تاکہ اس لیے اللہ تعالیٰ نے یہ چیزیں فراہم کر دیں کہ کچھ انہیں محنت نہ کرنی پڑے۔</w:t>
      </w:r>
    </w:p>
    <w:p>
      <w:r>
        <w:rPr>
          <w:b/>
        </w:rPr>
        <w:t xml:space="preserve">[10:27] </w:t>
      </w:r>
      <w:r>
        <w:t>ji, mushaqqat na karni pare. khud ba khud saman aa raha hai aasman se. to yeh bohat hi bari blessing thi jo bani israel ke liye allah ta'ala ne ki.</w:t>
      </w:r>
    </w:p>
    <w:p>
      <w:pPr>
        <w:jc w:val="right"/>
      </w:pPr>
      <w:r>
        <w:t>جی، مشقت نہ کرنی پڑے۔ خود بخود سامان آ رہا ہے آسمان سے۔ تو یہ بہت ہی بڑی بلیسنگ تھی جو بنی اسرائیل کے لیے اللہ تعالیٰ نے کی۔</w:t>
      </w:r>
    </w:p>
    <w:p>
      <w:r>
        <w:rPr>
          <w:b/>
        </w:rPr>
        <w:t xml:space="preserve">[10:36] </w:t>
      </w:r>
      <w:r>
        <w:t>ji,</w:t>
      </w:r>
    </w:p>
    <w:p>
      <w:pPr>
        <w:jc w:val="right"/>
      </w:pPr>
      <w:r>
        <w:t>جی،</w:t>
      </w:r>
    </w:p>
    <w:p>
      <w:r>
        <w:rPr>
          <w:b/>
        </w:rPr>
        <w:t xml:space="preserve">[10:37] </w:t>
      </w:r>
      <w:r>
        <w:t>yeh yeh bohat hi ek important doctor sahib development thi is time pe aur aap ne sahi kaha ke un ko mehnat na karni pare taake allah ke kaam ko jari rakhen.</w:t>
      </w:r>
    </w:p>
    <w:p>
      <w:pPr>
        <w:jc w:val="right"/>
      </w:pPr>
      <w:r>
        <w:t>یہ یہ بہت ہی ایک امپورٹنٹ ڈاکٹر صاحب ڈیویلپمنٹ تھی اس ٹائم پہ اور آپ نے صحیح کہا کہ ان کو محنت نہ کرنی پڑے تاکہ اللہ کے کام کو جاری رکھیں۔</w:t>
      </w:r>
    </w:p>
    <w:p>
      <w:r>
        <w:rPr>
          <w:b/>
        </w:rPr>
        <w:t xml:space="preserve">[10:47] </w:t>
      </w:r>
      <w:r>
        <w:t>aur yeh divine provision aata raha. Maulana Wahiduddin Khan sahib kaha karte the ke ek momin ko is tarah apni zindagi bitani chahiye shukr mein, humility mein aur qanaat mein yaani contentment mein.</w:t>
      </w:r>
    </w:p>
    <w:p>
      <w:pPr>
        <w:jc w:val="right"/>
      </w:pPr>
      <w:r>
        <w:t>اور یہ ڈیوائن پروویژن آتا رہا۔ مولانا وحید الدین خان صاحب کہا کرتے تھے کہ ایک مومن کو اس طرح اپنی زندگی بتانی چاہیے شکر میں، ہیومیلٹی میں اور قناعت میں یعنی کنٹینٹمنٹ میں۔</w:t>
      </w:r>
    </w:p>
    <w:p>
      <w:r>
        <w:rPr>
          <w:b/>
        </w:rPr>
        <w:t xml:space="preserve">[11:00] </w:t>
      </w:r>
      <w:r>
        <w:t>bilkul</w:t>
      </w:r>
    </w:p>
    <w:p>
      <w:pPr>
        <w:jc w:val="right"/>
      </w:pPr>
      <w:r>
        <w:t>بالکل</w:t>
      </w:r>
    </w:p>
    <w:p>
      <w:r>
        <w:rPr>
          <w:b/>
        </w:rPr>
        <w:t xml:space="preserve">[11:01] </w:t>
      </w:r>
      <w:r>
        <w:t>, lekin hum yahan pe Dr. sahib dekhte hain ke moajze ke level pe jaise aap ne bataya blessings toot kar aain children of Azrael ke upar.</w:t>
      </w:r>
    </w:p>
    <w:p>
      <w:pPr>
        <w:jc w:val="right"/>
      </w:pPr>
      <w:r>
        <w:t>، لیکن ہم یہاں پہ ڈاکٹر صاحب دیکھتے ہیں کہ معجزہ کے لیول پہ جیسے آپ نے بتایا بلیسنگز ٹوٹ کر آئیں چلڈرن آف عزرائیل کے اوپر۔</w:t>
      </w:r>
    </w:p>
    <w:p>
      <w:r>
        <w:rPr>
          <w:b/>
        </w:rPr>
        <w:t xml:space="preserve">[11:10] </w:t>
      </w:r>
      <w:r>
        <w:t>badalon ka saya aa gaya Quran mein aaya hai. Unko man o salwa divine provision diya gaya. Lekin iske baad bhi woh shukr ka jazba nahi dikha un mein.</w:t>
      </w:r>
    </w:p>
    <w:p>
      <w:pPr>
        <w:jc w:val="right"/>
      </w:pPr>
      <w:r>
        <w:t>بادلوں کا سایہ آ گیا قرآن میں آیا ہے۔ ان کو من و سلوٰی ڈیوائن پروویژن دیا گیا۔ لیکن اس کے بعد بھی وہ شکر کا جذبہ نہیں دکھا ان میں۔</w:t>
      </w:r>
    </w:p>
    <w:p>
      <w:r>
        <w:rPr>
          <w:b/>
        </w:rPr>
        <w:t xml:space="preserve">[11:19] </w:t>
      </w:r>
      <w:r>
        <w:t>balkeh woh Musa Alaihissalam se spicy food ki demand karne lage. Ji, to Dr. sahib iske bare mein batain.</w:t>
      </w:r>
    </w:p>
    <w:p>
      <w:pPr>
        <w:jc w:val="right"/>
      </w:pPr>
      <w:r>
        <w:t>بلکہ وہ موسیٰ علیہ السلام سے سپائسی فوڈ کی ڈیمانڈ کرنے لگے۔ جی، تو ڈاکٹر صاحب اس کے بارے میں بتائیں۔</w:t>
      </w:r>
    </w:p>
    <w:p>
      <w:r>
        <w:rPr>
          <w:b/>
        </w:rPr>
        <w:t xml:space="preserve">[11:28] </w:t>
      </w:r>
      <w:r>
        <w:t>haan, to woh jo desert tha ab zahir hai desert mein to dhoop hi rehti hai har waqt. Ji, to Allah Ta'ala ne khaas intezam kiya ke jahan bhi woh jaate to badliyon ka saya rehta hai unke taake unko exhausion na ho.</w:t>
      </w:r>
    </w:p>
    <w:p>
      <w:pPr>
        <w:jc w:val="right"/>
      </w:pPr>
      <w:r>
        <w:t>ہاں، تو وہ جو ڈیزرٹ تھا اب ظاہر ہے ڈیزرٹ میں تو دھوپ ہی رہتی ہے ہر وقت۔ جی، تو اللہ تعالیٰ نے خاص انتظام کیا کہ جہاں بھی وہ جاتے تو بدلیوں کا سایہ رہتا ہے ان کے تاکہ ان کو ایگزیشن نہ ہو۔</w:t>
      </w:r>
    </w:p>
    <w:p>
      <w:r>
        <w:rPr>
          <w:b/>
        </w:rPr>
        <w:t xml:space="preserve">[11:43] </w:t>
      </w:r>
      <w:r>
        <w:t>wa zallalna alaikumul ghamam Quran mein aata hai ke hum ne tumhare upar badliyon ka saya</w:t>
      </w:r>
    </w:p>
    <w:p>
      <w:pPr>
        <w:jc w:val="right"/>
      </w:pPr>
      <w:r>
        <w:t>وَزَلَّلْنَا عَلَيْكُمُ الْغَمَامَ قرآن میں آتا ہے کہ ہم نے تمہارے اوپر بدلیوں کا سایہ</w:t>
      </w:r>
    </w:p>
    <w:p>
      <w:r>
        <w:rPr>
          <w:b/>
        </w:rPr>
        <w:t xml:space="preserve">[11:48] </w:t>
      </w:r>
      <w:r>
        <w:t>kiya. Hmm, to is liye is tarah se har tarah ki cheez jaise aap ne kaha ke man o salwa aa gaya, pani aa gaya aur saya aa gaya.</w:t>
      </w:r>
    </w:p>
    <w:p>
      <w:pPr>
        <w:jc w:val="right"/>
      </w:pPr>
      <w:r>
        <w:t>کیا۔ ہمم، تو اس لیے اس طرح سے ہر طرح کی چیز جیسے آپ نے کہا کہ من و سلوٰی آ گیا، پانی آ گیا اور سایہ آ گیا۔</w:t>
      </w:r>
    </w:p>
    <w:p>
      <w:r>
        <w:rPr>
          <w:b/>
        </w:rPr>
        <w:t xml:space="preserve">[11:58] </w:t>
      </w:r>
      <w:r>
        <w:t>jo basic cheezein theen woh lekin iske bawajood unke andar nashukri paida hui. Aur kehne lage Quran mein aata hai wa iz qultum ya Musa lan nasbira ala ta'amin wahid ke aey Musa hum ek tarah ke khane pe sabr nahi karenge.</w:t>
      </w:r>
    </w:p>
    <w:p>
      <w:pPr>
        <w:jc w:val="right"/>
      </w:pPr>
      <w:r>
        <w:t>جو بیسک چیزیں تھیں وہ لیکن اس کے باوجود ان کے اندر ناشکری پیدا ہوئی۔ اور کہنے لگے قرآن میں آتا ہے وَاِذْ قُلْتُمْ يَا مُوسَى لَنْ نَسْبِرَ عَلَى طَعَامٍ وَاحِدٍ کہ اے موسیٰ ہم ایک طرح کے کھانے پہ صبر نہیں کریں گے۔</w:t>
      </w:r>
    </w:p>
    <w:p>
      <w:r>
        <w:rPr>
          <w:b/>
        </w:rPr>
        <w:t xml:space="preserve">[12:16] </w:t>
      </w:r>
      <w:r>
        <w:t>j</w:t>
      </w:r>
    </w:p>
    <w:p>
      <w:pPr>
        <w:jc w:val="right"/>
      </w:pPr>
      <w:r>
        <w:t>ج</w:t>
      </w:r>
    </w:p>
    <w:p>
      <w:r>
        <w:rPr>
          <w:b/>
        </w:rPr>
        <w:t xml:space="preserve">[12:17] </w:t>
      </w:r>
      <w:r>
        <w:t>i, yaani woh ek tarah ka khana tha subah bhi wahi kha rahe hain shaam ko. Choonkeh woh shehar ke log the us zamane mein woh Egypt ka woh shehar raha hoga jo.</w:t>
      </w:r>
    </w:p>
    <w:p>
      <w:pPr>
        <w:jc w:val="right"/>
      </w:pPr>
      <w:r>
        <w:t>ی، یعنی وہ ایک طرح کا کھانا تھا صبح بھی وہی کھا رہے ہیں شام کو۔ چونکہ وہ شہر کے لوگ تھے اس زمانے میں وہ ایجپٹ کا وہ شہر رہا ہوگا جو۔</w:t>
      </w:r>
    </w:p>
    <w:p>
      <w:r>
        <w:rPr>
          <w:b/>
        </w:rPr>
        <w:t xml:space="preserve">[12:27] </w:t>
      </w:r>
      <w:r>
        <w:t>to woh spicy food chahiye tha unhein cooked food chahiye tha. Ji, ab yeh to bohat hi basic food tha. Ji, unhone kaha hamein saag chahiye cup kookri aur aur gajar aur mooli aur yeh sab cheezein jo hain adrak aur leh</w:t>
      </w:r>
    </w:p>
    <w:p>
      <w:pPr>
        <w:jc w:val="right"/>
      </w:pPr>
      <w:r>
        <w:t>تو وہ سپائسی فوڈ چاہیے تھا انہیں ککڈ فوڈ چاہیے تھا۔ جی، اب یہ تو بہت ہی بیسک فوڈ تھا۔ جی، انہوں نے کہا ہمیں ساگ چاہیے کپ ککڑی اور اور گاجر اور مولی اور یہ سب چیزیں جو ہیں ادرک اور لہ</w:t>
      </w:r>
    </w:p>
    <w:p>
      <w:r>
        <w:rPr>
          <w:b/>
        </w:rPr>
        <w:t xml:space="preserve">[12:41] </w:t>
      </w:r>
      <w:r>
        <w:t>sun. Hmm, to Musa Alaihissalam ne kaha ke tum ek achhi cheez ko chhod ke ek bekar cheez lena chahte ho.</w:t>
      </w:r>
    </w:p>
    <w:p>
      <w:pPr>
        <w:jc w:val="right"/>
      </w:pPr>
      <w:r>
        <w:t>سن۔ ہمم، تو موسیٰ علیہ السلام نے کہا کہ تم ایک اچھی چیز کو چھوڑ کے ایک بیکار چیز لینا چاہتے ہو۔</w:t>
      </w:r>
    </w:p>
    <w:p>
      <w:r>
        <w:rPr>
          <w:b/>
        </w:rPr>
        <w:t xml:space="preserve">[12:49] </w:t>
      </w:r>
      <w:r>
        <w:t>yaani achhi cheez is sense mein ke Allah Ta'ala ki khaas nemmat hai woh. Ji, bazahir to simple hai. Hmm, lekin woh bohat hi khaas nemmat ke taur par Allah Ta'ala ne utari hai.</w:t>
      </w:r>
    </w:p>
    <w:p>
      <w:pPr>
        <w:jc w:val="right"/>
      </w:pPr>
      <w:r>
        <w:t>یعنی اچھی چیز اس سینس میں کہ اللہ تعالیٰ کی خاص نعمت ہے وہ۔ جی، بظاہر تو سمپل ہے۔ ہمم، لیکن وہ بہت ہی خاص نعمت کے طور پر اللہ تعالیٰ نے اتاری ہے۔</w:t>
      </w:r>
    </w:p>
    <w:p>
      <w:r>
        <w:rPr>
          <w:b/>
        </w:rPr>
        <w:t xml:space="preserve">[13:00] </w:t>
      </w:r>
      <w:r>
        <w:t>to Musa Alaihissalam ne kaha phir jao kahin kisi aur shehar mein wahan tumhe yeh sab cheezein mil jayengi.</w:t>
      </w:r>
    </w:p>
    <w:p>
      <w:pPr>
        <w:jc w:val="right"/>
      </w:pPr>
      <w:r>
        <w:t>تو موسیٰ علیہ السلام نے کہا پھر جاؤ کہیں کسی اور شہر میں وہاں تمہیں یہ سب چیزیں مل جائیں گی۔</w:t>
      </w:r>
    </w:p>
    <w:p>
      <w:r>
        <w:rPr>
          <w:b/>
        </w:rPr>
        <w:t xml:space="preserve">[13:07] </w:t>
      </w:r>
      <w:r>
        <w:t>ji, to wahi baat hai ke is maqsad ke liye yeh Allah Ta'ala ne kiya tha ke jis ko Maulana kehte the na simple living and high thinking.</w:t>
      </w:r>
    </w:p>
    <w:p>
      <w:pPr>
        <w:jc w:val="right"/>
      </w:pPr>
      <w:r>
        <w:t>جی، تو وہی بات ہے کہ اس مقصد کے لیے یہ اللہ تعالیٰ نے کیا تھا کہ جس کو مولانا کہتے تھے نا سمپل لیونگ اینڈ ہائی تھنکنگ۔</w:t>
      </w:r>
    </w:p>
    <w:p>
      <w:r>
        <w:rPr>
          <w:b/>
        </w:rPr>
        <w:t xml:space="preserve">[13:15] </w:t>
      </w:r>
      <w:r>
        <w:t>ji,</w:t>
      </w:r>
    </w:p>
    <w:p>
      <w:pPr>
        <w:jc w:val="right"/>
      </w:pPr>
      <w:r>
        <w:t>جی،</w:t>
      </w:r>
    </w:p>
    <w:p>
      <w:r>
        <w:rPr>
          <w:b/>
        </w:rPr>
        <w:t xml:space="preserve">[13:16] </w:t>
      </w:r>
      <w:r>
        <w:t>choonkeh agar aap ko gehri maarifat hasil karni hai to phir yeh sab cheezein chhodni hongi. Dono cheezein ek saath nahi ho sakti. Bilkul, ke aap bohat hi luxurious life bhi ikhtiyar karein aur khane peene ka bohat zyada intezam ho aur aap chahein ke spiritual development bhi hota rahe.</w:t>
      </w:r>
    </w:p>
    <w:p>
      <w:pPr>
        <w:jc w:val="right"/>
      </w:pPr>
      <w:r>
        <w:t>چونکہ اگر آپ کو گہری معرفت حاصل کرنی ہے تو پھر یہ سب چیزیں چھوڑنی ہوں گی۔ دونوں چیزیں ایک ساتھ نہیں ہو سکتی۔ بالکل، کہ آپ بہت ہی لگژریس لائف بھی اختیار کریں اور کھانے پینے کا بہت زیادہ اہتمام ہو اور آپ چاہیں کہ اسپرچول ڈیویلپمنٹ بھی ہوتا رہے۔</w:t>
      </w:r>
    </w:p>
    <w:p>
      <w:r>
        <w:rPr>
          <w:b/>
        </w:rPr>
        <w:t xml:space="preserve">[13:32] </w:t>
      </w:r>
      <w:r>
        <w:t>to yeh dono cheezein possible nahi hain. To is saare paighambaron ke saath aise hi raha. Rasool Allah Sallallahu Alaihi Wasallam ke saath aise hi raha ke bas basic.</w:t>
      </w:r>
    </w:p>
    <w:p>
      <w:pPr>
        <w:jc w:val="right"/>
      </w:pPr>
      <w:r>
        <w:t>تو یہ دونوں چیزیں پوسیبل نہیں ہیں۔ تو اس سارے پیغمبروں کے ساتھ ایسے ہی رہا۔ رسول اللہ صلی اللہ علیہ وسلم کے ساتھ ایسے ہی رہا کہ بس بیسک۔</w:t>
      </w:r>
    </w:p>
    <w:p>
      <w:r>
        <w:rPr>
          <w:b/>
        </w:rPr>
        <w:t xml:space="preserve">[13:42] </w:t>
      </w:r>
      <w:r>
        <w:t>balkeh Rasool Allah Sallallahu Alaihi Wasallam Prophet Muhammad Sallallahu Alaihi Wasallam ne farmaya ek baar ke tum apne pet ka teen</w:t>
      </w:r>
    </w:p>
    <w:p>
      <w:pPr>
        <w:jc w:val="right"/>
      </w:pPr>
      <w:r>
        <w:t>بلکہ رسول اللہ صلی اللہ علیہ وسلم پرافٹ محمد صلی اللہ علیہ وسلم نے فرمایا ایک بار کہ تم اپنے پیٹ کا تین</w:t>
      </w:r>
    </w:p>
    <w:p>
      <w:r>
        <w:rPr>
          <w:b/>
        </w:rPr>
        <w:t xml:space="preserve">[13:50] </w:t>
      </w:r>
      <w:r>
        <w:t>hissa karo. Hmm, one third khali aur one third pani aur one third mein khana. Hmm, to yahi wahi hai simplicity. Choonkeh agar is mein aap ne bohat zyada</w:t>
      </w:r>
    </w:p>
    <w:p>
      <w:pPr>
        <w:jc w:val="right"/>
      </w:pPr>
      <w:r>
        <w:t>حصہ کرو۔ ہمم، ون تھرڈ خالی اور ون تھرڈ پانی اور ون تھرڈ میں کھانا۔ ہمم، تو یہی وہی ہے سمپلیسٹی۔ چونکہ اگر اس میں آپ نے بہت زیادہ</w:t>
      </w:r>
    </w:p>
    <w:p>
      <w:r>
        <w:rPr>
          <w:b/>
        </w:rPr>
        <w:t xml:space="preserve">[14:03] </w:t>
      </w:r>
      <w:r>
        <w:t>ah ah zyada ah intezam kiya to phir woh cheez khatam ho jayegi. Woh sara focus chala jayega. To</w:t>
      </w:r>
    </w:p>
    <w:p>
      <w:pPr>
        <w:jc w:val="right"/>
      </w:pPr>
      <w:r>
        <w:t>اہ اہ زیادہ اہتمام کیا تو پھر وہ چیز ختم ہو جائے گی۔ وہ سارا فوکس چلا جائے گا۔ تو</w:t>
      </w:r>
    </w:p>
    <w:p>
      <w:r>
        <w:rPr>
          <w:b/>
        </w:rPr>
        <w:t xml:space="preserve">[14:08] </w:t>
      </w:r>
      <w:r>
        <w:t>yeh yeh baat choonkeh Quran mein jo yeh qissa hai Hazrat Musa Alaihissalam ka yeh koi ek waqea nahi hai ke jo hum ek kahani sun lein.</w:t>
      </w:r>
    </w:p>
    <w:p>
      <w:pPr>
        <w:jc w:val="right"/>
      </w:pPr>
      <w:r>
        <w:t>یہ یہ بات چونکہ قرآن میں جو یہ قصہ ہے حضرت موسیٰ علیہ السلام کا یہ کوئی ایک واقعہ نہیں ہے کہ جو ہم ایک کہانی سن لیں۔</w:t>
      </w:r>
    </w:p>
    <w:p>
      <w:r>
        <w:rPr>
          <w:b/>
        </w:rPr>
        <w:t xml:space="preserve">[14:18] </w:t>
      </w:r>
      <w:r>
        <w:t>balkeh har cheez mein is mein sabak hai aaj ke liye. To yeh aaj hamare liye bhi sabak hai ke hum bhi apne apne andar wahi simple living high thinking wali baat paida karein.</w:t>
      </w:r>
    </w:p>
    <w:p>
      <w:pPr>
        <w:jc w:val="right"/>
      </w:pPr>
      <w:r>
        <w:t>بلکہ ہر چیز میں اس میں سبق ہے آج کے لیے۔ تو یہ آج ہمارے لیے بھی سبق ہے کہ ہم بھی اپنے اپنے اندر وہی سمپل لیونگ ہائی تھنکنگ والی بات پیدا کریں۔</w:t>
      </w:r>
    </w:p>
    <w:p>
      <w:r>
        <w:rPr>
          <w:b/>
        </w:rPr>
        <w:t xml:space="preserve">[14:30] </w:t>
      </w:r>
      <w:r>
        <w:t>aur apna jo waqt hai apna time hai apni energy hai woh ah ah spiritual development aur ma</w:t>
      </w:r>
    </w:p>
    <w:p>
      <w:pPr>
        <w:jc w:val="right"/>
      </w:pPr>
      <w:r>
        <w:t>اور اپنا جو وقت ہے اپنا ٹائم ہے اپنی انرجی ہے وہ اہ اہ اسپرچول ڈیویلپمنٹ اور مع</w:t>
      </w:r>
    </w:p>
    <w:p>
      <w:r>
        <w:rPr>
          <w:b/>
        </w:rPr>
        <w:t xml:space="preserve">[14:37] </w:t>
      </w:r>
      <w:r>
        <w:t>raft ke liye. mashaa'allah ji. lagaa'en. ji bilkul mujhe doctor saahib aap ne Maulana ka zikr kiya ke simple living high thinking ko itna emphasis karte hain.</w:t>
      </w:r>
    </w:p>
    <w:p>
      <w:pPr>
        <w:jc w:val="right"/>
      </w:pPr>
      <w:r>
        <w:t>رفت کے لیے۔ ماشاءاللہ جی۔ لگائیں۔ جی بالکل مجھے ڈاکٹر صاحب آپ نے مولانا کا ذکر کیا کہ سمپل لیونگ ہائی تھنکنگ کو اتنا ایمفیسز کرتے ہیں۔</w:t>
      </w:r>
    </w:p>
    <w:p>
      <w:r>
        <w:rPr>
          <w:b/>
        </w:rPr>
        <w:t xml:space="preserve">[14:46] </w:t>
      </w:r>
      <w:r>
        <w:t>ji, mujhe yaad aa raha hai ke jab mera pehla travel hua un ke saath. ji, to travel karne se pehle unhon ne mujh se kaha ke ek shart pe main aap ko le jaa'unga.</w:t>
      </w:r>
    </w:p>
    <w:p>
      <w:pPr>
        <w:jc w:val="right"/>
      </w:pPr>
      <w:r>
        <w:t>جی، مجھے یاد آ رہا ہے کہ جب میرا پہلا ٹریول ہوا ان کے ساتھ۔ جی، تو ٹریول کرنے سے پہلے انہوں نے مجھ سے کہا کہ ایک شرط پہ میں آپ کو لے جاؤں گا۔</w:t>
      </w:r>
    </w:p>
    <w:p>
      <w:r>
        <w:rPr>
          <w:b/>
        </w:rPr>
        <w:t xml:space="preserve">[14:56] </w:t>
      </w:r>
      <w:r>
        <w:t>ah kya aap is par raazi hain ke agar aap ko khaana mile ya na mile aap ko koi farq nahi padta. ah aur kya aap is par bhi raazi hain ke aap ko bistar na mile aap zameen par sone ke liye tayyar ho jaa'en.</w:t>
      </w:r>
    </w:p>
    <w:p>
      <w:pPr>
        <w:jc w:val="right"/>
      </w:pPr>
      <w:r>
        <w:t>اہ کیا آپ اس پر راضی ہیں کہ اگر آپ کو کھانا ملے یا نہ ملے آپ کو کوئی فرق نہیں پڑتا۔ اہ اور کیا آپ اس پر بھی راضی ہیں کہ آپ کو بستر نہ ملے آپ زمین پر سونے کے لیے تیار ہو جائیں۔</w:t>
      </w:r>
    </w:p>
    <w:p>
      <w:r>
        <w:rPr>
          <w:b/>
        </w:rPr>
        <w:t xml:space="preserve">[15:07] </w:t>
      </w:r>
      <w:r>
        <w:t>aur hum ek aisi majlis mein jaa rahe hain jahan we will remember God we will discuss God to agar to aap in conditions par raazi hain to main aap ko ah le kar jaa'unga nahi to nahi le kar jaa'unga.</w:t>
      </w:r>
    </w:p>
    <w:p>
      <w:pPr>
        <w:jc w:val="right"/>
      </w:pPr>
      <w:r>
        <w:t>اور ہم ایک ایسی مجلس میں جا رہے ہیں جہاں we will remember God we will discuss God تو اگر تو آپ ان کنڈیشنز پر راضی ہیں تو میں آپ کو اہ لے کر جاؤں گا نہیں تو نہیں لے کر جاؤں گا۔</w:t>
      </w:r>
    </w:p>
    <w:p>
      <w:r>
        <w:rPr>
          <w:b/>
        </w:rPr>
        <w:t xml:space="preserve">[15:18] </w:t>
      </w:r>
      <w:r>
        <w:t>to unhon ne kaha ke main bilkul ah raazi</w:t>
      </w:r>
    </w:p>
    <w:p>
      <w:pPr>
        <w:jc w:val="right"/>
      </w:pPr>
      <w:r>
        <w:t>تو انہوں نے کہا کہ میں بالکل اہ راض</w:t>
      </w:r>
    </w:p>
    <w:p>
      <w:r>
        <w:rPr>
          <w:b/>
        </w:rPr>
        <w:t xml:space="preserve">[15:21] </w:t>
      </w:r>
      <w:r>
        <w:t>hoon. to un ka hamesha se wahi emphasis yahi rehta tha ke insaan ka mind jo hai distract na ho. ah aur bilkul ah simple simplistic basic cheezon par rahe taake jis maqsad se hum nikal rahe hain woh maqsad poora ho sake.</w:t>
      </w:r>
    </w:p>
    <w:p>
      <w:pPr>
        <w:jc w:val="right"/>
      </w:pPr>
      <w:r>
        <w:t>ی ہوں۔ تو ان کا ہمیشہ سے وہی ایمفیسز یہی رہتا تھا کہ انسان کا مائنڈ جو ہے ڈسٹریکٹ نہ ہو۔ اہ اور بالکل اہ سمپل سمپلسٹک بیسک چیزوں پر رہے تاکہ جس مقصد سے ہم نکل رہے ہیں وہ مقصد پورا ہو سکے۔</w:t>
      </w:r>
    </w:p>
    <w:p>
      <w:r>
        <w:rPr>
          <w:b/>
        </w:rPr>
        <w:t xml:space="preserve">[15:35] </w:t>
      </w:r>
      <w:r>
        <w:t>yaani ah ah Allah ki yaad. sahih. ah doctor saahib ah aage badhte hain kahaani mein phir woh ek lamha aata hai jab ah ah Allah taala ki taraf se ah nights appoint hoti hain Moosa علیہ السلام ke liye.</w:t>
      </w:r>
    </w:p>
    <w:p>
      <w:pPr>
        <w:jc w:val="right"/>
      </w:pPr>
      <w:r>
        <w:t>یعنی اہ اہ اللہ کی یاد۔ صحیح۔ اہ ڈاکٹر صاحب اہ آگے بڑھتے ہیں کہانی میں پھر وہ ایک لمحہ آتا ہے جب اہ اہ اللہ تعالیٰ کی طرف سے اہ نائٹس اپوائنٹ ہوتی ہیں موسیٰ علیہ السلام کے لیے۔</w:t>
      </w:r>
    </w:p>
    <w:p>
      <w:r>
        <w:rPr>
          <w:b/>
        </w:rPr>
        <w:t xml:space="preserve">[15:48] </w:t>
      </w:r>
      <w:r>
        <w:t>pehlay 30 aur phir 4</w:t>
      </w:r>
    </w:p>
    <w:p>
      <w:pPr>
        <w:jc w:val="right"/>
      </w:pPr>
      <w:r>
        <w:t>پہلے 30 اور پھر 4</w:t>
      </w:r>
    </w:p>
    <w:p>
      <w:r>
        <w:rPr>
          <w:b/>
        </w:rPr>
        <w:t xml:space="preserve">[15:50] </w:t>
      </w:r>
      <w:r>
        <w:t>0. to is is ki wazahat karen. ah taqreeban teen mahine ke baad Allah taala ne Moosa علیہ السلام se kaha ke ah tum Mount Sinai pe aao.</w:t>
      </w:r>
    </w:p>
    <w:p>
      <w:pPr>
        <w:jc w:val="right"/>
      </w:pPr>
      <w:r>
        <w:t>0۔ تو اس اس کی وضاحت کریں۔ اہ تقریباً تین مہینے کے بعد اللہ تعالیٰ نے موسیٰ علیہ السلام سے کہا کہ اہ تم ماؤنٹ سائنائی پہ آؤ۔</w:t>
      </w:r>
    </w:p>
    <w:p>
      <w:r>
        <w:rPr>
          <w:b/>
        </w:rPr>
        <w:t xml:space="preserve">[16:02] </w:t>
      </w:r>
      <w:r>
        <w:t>aur Quran mein aata hai wa wa'adna Moosa thalaaseena laylatin thalaaseena laylatin yaani 30 raaten appoint keen.</w:t>
      </w:r>
    </w:p>
    <w:p>
      <w:pPr>
        <w:jc w:val="right"/>
      </w:pPr>
      <w:r>
        <w:t>اور قرآن میں آتا ہے وَوَعَدْنَا مُوسَى ثَلَاسِينَ لَيْلَةٍ ثَلَاسِينَ لَيْلَةٍ یعنی 30 راتیں اپوائنٹ کیں۔</w:t>
      </w:r>
    </w:p>
    <w:p>
      <w:r>
        <w:rPr>
          <w:b/>
        </w:rPr>
        <w:t xml:space="preserve">[16:10] </w:t>
      </w:r>
      <w:r>
        <w:t>phir us ko 40 kar dein jaise abhi aap ne kaha.</w:t>
      </w:r>
    </w:p>
    <w:p>
      <w:pPr>
        <w:jc w:val="right"/>
      </w:pPr>
      <w:r>
        <w:t>پھر اس کو 40 کر دیں جیسے ابھی آپ نے کہا۔</w:t>
      </w:r>
    </w:p>
    <w:p>
      <w:r>
        <w:rPr>
          <w:b/>
        </w:rPr>
        <w:t xml:space="preserve">[16:13] </w:t>
      </w:r>
      <w:r>
        <w:t>ji, to is ka maqsad yeh tha ke training ho. hmm, ah aur Khuda se qurbat haasil ho. to Moosa علیہ السلام ne taqreeban 70 log jo senior thay un ke Bani Israel ke un ko ah liya aur Mount Sinai pe gaye aur 40 raaten guzari wahan.</w:t>
      </w:r>
    </w:p>
    <w:p>
      <w:pPr>
        <w:jc w:val="right"/>
      </w:pPr>
      <w:r>
        <w:t>جی، تو اس کا مقصد یہ تھا کہ ٹریننگ ہو۔ ہمم، اہ اور خدا سے قربت حاصل ہو۔ تو موسیٰ علیہ السلام نے تقریباً 70 لوگ جو سینئر تھے ان کے بنی اسرائیل کے ان کو اہ لیا اور ماؤنٹ سائنائی پہ گئے اور 40 راتیں گزاری وہاں۔</w:t>
      </w:r>
    </w:p>
    <w:p>
      <w:r>
        <w:rPr>
          <w:b/>
        </w:rPr>
        <w:t xml:space="preserve">[16:35] </w:t>
      </w:r>
      <w:r>
        <w:t>ji, to woh ziyada tar roza</w:t>
      </w:r>
    </w:p>
    <w:p>
      <w:pPr>
        <w:jc w:val="right"/>
      </w:pPr>
      <w:r>
        <w:t>جی، تو وہ زیادہ تر روزہ</w:t>
      </w:r>
    </w:p>
    <w:p>
      <w:r>
        <w:rPr>
          <w:b/>
        </w:rPr>
        <w:t xml:space="preserve">[16:38] </w:t>
      </w:r>
      <w:r>
        <w:t>rakhte thay. taqreeban saare hi din roza rakha Moosa علیہ السلام ne. aur ah ibaadat karte thay masroof rehte thay. ah aur ah tab woh is laiq hue ke un ke upar kitaab utari jaaye.</w:t>
      </w:r>
    </w:p>
    <w:p>
      <w:pPr>
        <w:jc w:val="right"/>
      </w:pPr>
      <w:r>
        <w:t>رکھتے تھے۔ تقریباً سارے ہی دن روزہ رکھا موسیٰ علیہ السلام نے۔ اور اہ عبادت کرتے تھے مصروف رہتے تھے۔ اہ اور اہ تب وہ اس لائق ہوئے کہ ان کے اوپر کتاب اتاری جائے۔</w:t>
      </w:r>
    </w:p>
    <w:p>
      <w:r>
        <w:rPr>
          <w:b/>
        </w:rPr>
        <w:t xml:space="preserve">[16:52] </w:t>
      </w:r>
      <w:r>
        <w:t>Torah. Tora. to is ke baad utari gayi. yaani woh prepare Allah taala ne prepare kiya un ko. ah is is laiq banaya ke un ke upar woh kitaab naazil ki jaa'</w:t>
      </w:r>
    </w:p>
    <w:p>
      <w:pPr>
        <w:jc w:val="right"/>
      </w:pPr>
      <w:r>
        <w:t>تورات۔ تورہ۔ تو اس کے بعد اتاری گئی۔ یعنی وہ پریپیئر اللہ تعالیٰ نے پریپیئر کیا ان کو۔ اہ اس اس لائق بنایا کہ ان کے اوپر وہ کتاب نازل کی جائ</w:t>
      </w:r>
    </w:p>
    <w:p>
      <w:r>
        <w:rPr>
          <w:b/>
        </w:rPr>
        <w:t xml:space="preserve">[17:05] </w:t>
      </w:r>
      <w:r>
        <w:t>e. ji, aur yahi soorat-e-haal aap dekhenge Rasool Allah صلی اللہ علیہ وسلم ke saath bhi hui. Prophet Muhammad bhi Ghare Hira mein ek lambay arsay tak rahe.</w:t>
      </w:r>
    </w:p>
    <w:p>
      <w:pPr>
        <w:jc w:val="right"/>
      </w:pPr>
      <w:r>
        <w:t>ے۔ جی، اور یہی صورتحال آپ دیکھیں گے رسول اللہ صلی اللہ علیہ وسلم کے ساتھ بھی ہوئی۔ پرافٹ محمد بھی غار حرا میں ایک لمبے عرصے تک رہے۔</w:t>
      </w:r>
    </w:p>
    <w:p>
      <w:r>
        <w:rPr>
          <w:b/>
        </w:rPr>
        <w:t xml:space="preserve">[17:13] </w:t>
      </w:r>
      <w:r>
        <w:t>aur ghore o fikr mein aur tazkiya aur aur roza roze bhi rakhe. Hazrat Moosa علیہ السلام ke baray mein aata hai ke 40 din roze bhi rakhe.</w:t>
      </w:r>
    </w:p>
    <w:p>
      <w:pPr>
        <w:jc w:val="right"/>
      </w:pPr>
      <w:r>
        <w:t>اور غور و فکر میں اور تزکیہ اور اور روزہ روزے بھی رکھے۔ حضرت موسیٰ علیہ السلام کے بارے میں آتا ہے کہ 40 دن روزے بھی رکھے۔</w:t>
      </w:r>
    </w:p>
    <w:p>
      <w:r>
        <w:rPr>
          <w:b/>
        </w:rPr>
        <w:t xml:space="preserve">[17:25] </w:t>
      </w:r>
      <w:r>
        <w:t>to roza roza rakha aur tazkiya kiya aur ghore o fikr kiya. tab woh tayyar hue. aur aise hi Prophet Muhammad صلی اللہ علیہ وسلم ke baray mein bhi aata hai ke jab woh tayyar ho gaye to phir farishta aaya.</w:t>
      </w:r>
    </w:p>
    <w:p>
      <w:pPr>
        <w:jc w:val="right"/>
      </w:pPr>
      <w:r>
        <w:t>تو روزہ روزہ رکھا اور تزکیہ کیا اور غور و فکر کیا۔ تب وہ تیار ہوئے۔ اور ایسے ہی پرافٹ محمد صلی اللہ علیہ وسلم کے بارے میں بھی آتا ہے کہ جب وہ تیار ہو گئے تو پھر فرشتہ آیا۔</w:t>
      </w:r>
    </w:p>
    <w:p>
      <w:r>
        <w:rPr>
          <w:b/>
        </w:rPr>
        <w:t xml:space="preserve">[17:38] </w:t>
      </w:r>
      <w:r>
        <w:t>wahyi le ke. aur Isa علیہ السلام ke baray mein bhi isi tarah ki baat aati hai. ji, to yeh ek woh yeh ek training program samajh leejiye.</w:t>
      </w:r>
    </w:p>
    <w:p>
      <w:pPr>
        <w:jc w:val="right"/>
      </w:pPr>
      <w:r>
        <w:t>وحی لے کے۔ اور عیسیٰ علیہ السلام کے بارے میں بھی اسی طرح کی بات آتی ہے۔ جی، تو یہ ایک وہ یہ ایک ٹریننگ پروگرام سمجھ لیجئے۔</w:t>
      </w:r>
    </w:p>
    <w:p>
      <w:r>
        <w:rPr>
          <w:b/>
        </w:rPr>
        <w:t xml:space="preserve">[17:47] </w:t>
      </w:r>
      <w:r>
        <w:t>khaas Allah taala ki maujoodgi mein Allah taala ki nigrani mein ek train train kiya gaya Moosa علیہ السلام ko. ke woh ah jo ah kitaab naazil karni hai us ke liye woh tayyar ho jaaye.</w:t>
      </w:r>
    </w:p>
    <w:p>
      <w:pPr>
        <w:jc w:val="right"/>
      </w:pPr>
      <w:r>
        <w:t>خاص اللہ تعالیٰ کی موجودگی میں اللہ تعالیٰ کی نگرانی میں ایک ٹرین ٹرین کیا گیا موسیٰ علیہ السلام کو۔ کہ وہ اہ جو اہ کتاب نازل کرنی ہے اس کے لیے وہ تیار ہو جائے۔</w:t>
      </w:r>
    </w:p>
    <w:p>
      <w:r>
        <w:rPr>
          <w:b/>
        </w:rPr>
        <w:t xml:space="preserve">[18:00] </w:t>
      </w:r>
      <w:r>
        <w:t>j</w:t>
      </w:r>
    </w:p>
    <w:p>
      <w:pPr>
        <w:jc w:val="right"/>
      </w:pPr>
      <w:r>
        <w:t>ج</w:t>
      </w:r>
    </w:p>
    <w:p>
      <w:r>
        <w:rPr>
          <w:b/>
        </w:rPr>
        <w:t xml:space="preserve">[18:01] </w:t>
      </w:r>
      <w:r>
        <w:t>i, doctor saahib aap ki baat se ek aur lesson jo main drive kar raha hoon ke fasting se yeh bhi ek bohat bara benefit hai ke insaan ko shukr aur helplessness ki state pe woh le jaata hai.</w:t>
      </w:r>
    </w:p>
    <w:p>
      <w:pPr>
        <w:jc w:val="right"/>
      </w:pPr>
      <w:r>
        <w:t>ی، ڈاکٹر صاحب آپ کی بات سے ایک اور لیسن جو میں ڈرائیو کر رہا ہوں کہ فاسٹنگ سے یہ بھی ایک بہت بڑا بینیفٹ ہے کہ انسان کو شکر اور ہیلپ لیسنس کی سٹیٹ پہ وہ لے جاتا ہے۔</w:t>
      </w:r>
    </w:p>
    <w:p>
      <w:r>
        <w:rPr>
          <w:b/>
        </w:rPr>
        <w:t xml:space="preserve">[18:12] </w:t>
      </w:r>
      <w:r>
        <w:t>ji, aur spiritually prepare karta hai. jaise aap ne kaha ke woh un ko prepare kiya ja raha tha. sahih, sahih, sahih. to yeh bohat ah aham baat aap ne batai.</w:t>
      </w:r>
    </w:p>
    <w:p>
      <w:pPr>
        <w:jc w:val="right"/>
      </w:pPr>
      <w:r>
        <w:t>جی، اور سپرچولی پریپیئر کرتا ہے۔ جیسے آپ نے کہا کہ وہ ان کو پریپیئر کیا جا رہا تھا۔ صحیح، صحیح، صحیح۔ تو یہ بہت اہ اہم بات آپ نے بتائی۔</w:t>
      </w:r>
    </w:p>
    <w:p>
      <w:r>
        <w:rPr>
          <w:b/>
        </w:rPr>
        <w:t xml:space="preserve">[18:21] </w:t>
      </w:r>
      <w:r>
        <w:t>doctor saahib yeh bhi Quran mein aaya hai ke jaisa ke hum jaante bhi hain ke Moosa علیہ السلام ek waahid prophet thay jin se direct khitaab hua Allah taala ka.</w:t>
      </w:r>
    </w:p>
    <w:p>
      <w:pPr>
        <w:jc w:val="right"/>
      </w:pPr>
      <w:r>
        <w:t>ڈاکٹر صاحب یہ بھی قرآن میں آیا ہے کہ جیسا کہ ہم جانتے بھی ہیں کہ موسیٰ علیہ السلام ایک واحد پرافٹ تھے جن سے ڈائریکٹ خطاب ہوا اللہ تعالیٰ کا۔</w:t>
      </w:r>
    </w:p>
    <w:p>
      <w:r>
        <w:rPr>
          <w:b/>
        </w:rPr>
        <w:t xml:space="preserve">[18:31] </w:t>
      </w:r>
      <w:r>
        <w:t>ji, ji, aur phir yeh bhi aata hai ke</w:t>
      </w:r>
    </w:p>
    <w:p>
      <w:pPr>
        <w:jc w:val="right"/>
      </w:pPr>
      <w:r>
        <w:t>جی، جی، اور پھر یہ بھی آتا ہے کہ</w:t>
      </w:r>
    </w:p>
    <w:p>
      <w:r>
        <w:rPr>
          <w:b/>
        </w:rPr>
        <w:t xml:space="preserve">[18:35] </w:t>
      </w:r>
      <w:r>
        <w:t>musa علیہ السلام insist karne lagte hain ke woh Allah taala ka didar karen. to is ke bare mein bataen. haan, Quran mein aata hai ke musa علیہ السلام jab pahadi pe pahunche to Allah taala se direct baat cheet hui.</w:t>
      </w:r>
    </w:p>
    <w:p>
      <w:pPr>
        <w:jc w:val="right"/>
      </w:pPr>
      <w:r>
        <w:t>موسیٰ علیہ السلام انسسٹ کرنے لگتے ہیں کہ وہ اللہ تعالیٰ کا دیدار کریں۔ تو اس کے بارے میں بتائیں۔ ہاں، قرآن میں آتا ہے کہ موسیٰ علیہ السلام جب پہاڑی پہ پہنچے تو اللہ تعالیٰ سے ڈائریکٹ بات چیت ہوئی۔</w:t>
      </w:r>
    </w:p>
    <w:p>
      <w:r>
        <w:rPr>
          <w:b/>
        </w:rPr>
        <w:t xml:space="preserve">[18:52] </w:t>
      </w:r>
      <w:r>
        <w:t>direct baat cheet ka matlab yeh nahi hai ke Khuda samne aa gaya. balke wahi parde ke peeche jise kaha kaha ja sakta hai.</w:t>
      </w:r>
    </w:p>
    <w:p>
      <w:pPr>
        <w:jc w:val="right"/>
      </w:pPr>
      <w:r>
        <w:t>ڈائریکٹ بات چیت کا مطلب یہ نہیں ہے کہ خدا سامنے آ گیا۔ بلکہ وہی پردے کے پیچھے جسے کہا کہا جا سکتا ہے۔</w:t>
      </w:r>
    </w:p>
    <w:p>
      <w:r>
        <w:rPr>
          <w:b/>
        </w:rPr>
        <w:t xml:space="preserve">[19:03] </w:t>
      </w:r>
      <w:r>
        <w:t>behind the curtain</w:t>
      </w:r>
    </w:p>
    <w:p>
      <w:pPr>
        <w:jc w:val="right"/>
      </w:pPr>
      <w:r>
        <w:t>behind the curtain</w:t>
      </w:r>
    </w:p>
    <w:p>
      <w:r>
        <w:rPr>
          <w:b/>
        </w:rPr>
        <w:t xml:space="preserve">[19:05] </w:t>
      </w:r>
      <w:r>
        <w:t>to un ke andar shauq zahir hua ke woh Allah ko dekhen. to Quran mein aata hai ke qala rabbi arini anzur ilaika ke aye Allah main tujhe dekhna chahta hoon.</w:t>
      </w:r>
    </w:p>
    <w:p>
      <w:pPr>
        <w:jc w:val="right"/>
      </w:pPr>
      <w:r>
        <w:t>تو ان کے اندر شوق ظاہر ہوا کہ وہ اللہ کو دیکھیں۔ تو قرآن میں آتا ہے کہ قَالَ رَبِّي أَرِنِي أَنْظُر إِلَيْكَ کہ اے اللہ میں تجھے دیکھنا چاہتا ہوں۔</w:t>
      </w:r>
    </w:p>
    <w:p>
      <w:r>
        <w:rPr>
          <w:b/>
        </w:rPr>
        <w:t xml:space="preserve">[19:16] </w:t>
      </w:r>
      <w:r>
        <w:t>mujhe to dikha de. to Allah taala ne farmaya qala lan tarani ke tum mujhe nahi dekh sakte. lekin tum is pahad ke upar dekho.</w:t>
      </w:r>
    </w:p>
    <w:p>
      <w:pPr>
        <w:jc w:val="right"/>
      </w:pPr>
      <w:r>
        <w:t>مجھے تو دکھا دے۔ تو اللہ تعالیٰ نے فرمایا قَالَ لَنْ تَرَانِي کہ تم مجھے نہیں دیکھ سکتے۔ لیکن تم اس پہاڑ کے اوپر دیکھو۔</w:t>
      </w:r>
    </w:p>
    <w:p>
      <w:r>
        <w:rPr>
          <w:b/>
        </w:rPr>
        <w:t xml:space="preserve">[19:28] </w:t>
      </w:r>
      <w:r>
        <w:t>agar woh apni jagah baqi raha to tum mujhe dekh sako ge. ji,</w:t>
      </w:r>
    </w:p>
    <w:p>
      <w:pPr>
        <w:jc w:val="right"/>
      </w:pPr>
      <w:r>
        <w:t>اگر وہ اپنی جگہ باقی رہا تو تم مجھے دیکھ سکو گے۔ جی،</w:t>
      </w:r>
    </w:p>
    <w:p>
      <w:r>
        <w:rPr>
          <w:b/>
        </w:rPr>
        <w:t xml:space="preserve">[19:32] </w:t>
      </w:r>
      <w:r>
        <w:t>to jab is pahad pe Allah taala ne apni tajalli apna noor dala</w:t>
      </w:r>
    </w:p>
    <w:p>
      <w:pPr>
        <w:jc w:val="right"/>
      </w:pPr>
      <w:r>
        <w:t>تو جب اس پہاڑ پہ اللہ تعالیٰ نے اپنی تجلی اپنا نور ڈالا</w:t>
      </w:r>
    </w:p>
    <w:p>
      <w:r>
        <w:rPr>
          <w:b/>
        </w:rPr>
        <w:t xml:space="preserve">[19:46] </w:t>
      </w:r>
      <w:r>
        <w:t>to woh pahad ur gaya.</w:t>
      </w:r>
    </w:p>
    <w:p>
      <w:pPr>
        <w:jc w:val="right"/>
      </w:pPr>
      <w:r>
        <w:t>تو وہ پہاڑ اڑ گیا۔</w:t>
      </w:r>
    </w:p>
    <w:p>
      <w:r>
        <w:rPr>
          <w:b/>
        </w:rPr>
        <w:t xml:space="preserve">[19:50] </w:t>
      </w:r>
      <w:r>
        <w:t>reza reza ho gaya aur musa علیہ السلام behosh ho ke gir gae.</w:t>
      </w:r>
    </w:p>
    <w:p>
      <w:pPr>
        <w:jc w:val="right"/>
      </w:pPr>
      <w:r>
        <w:t>ریزہ ریزہ ہو گیا۔ اور موسیٰ علیہ السلام بے ہوش ہو کے گر گئے۔</w:t>
      </w:r>
    </w:p>
    <w:p>
      <w:r>
        <w:rPr>
          <w:b/>
        </w:rPr>
        <w:t xml:space="preserve">[19:57] </w:t>
      </w:r>
      <w:r>
        <w:t>to jab musa علیہ السلام ko hosh aaya to bole ke maafi mangi. aur kaha ke ana awwalu al mu'mineen ke main pehla believer hoon.</w:t>
      </w:r>
    </w:p>
    <w:p>
      <w:pPr>
        <w:jc w:val="right"/>
      </w:pPr>
      <w:r>
        <w:t>تو جب موسیٰ علیہ السلام کو ہوش آیا تو بولے کہ معافی مانگی۔ اور کہا کہ أَنَا أَوَّلُ الْمُؤْمِنِينَ کہ میں پہلا بیلیور ہوں۔</w:t>
      </w:r>
    </w:p>
    <w:p>
      <w:r>
        <w:rPr>
          <w:b/>
        </w:rPr>
        <w:t xml:space="preserve">[20:11] </w:t>
      </w:r>
      <w:r>
        <w:t>ji, pehla believer ka matlab yeh hai ke jo paighambar hota hai woh har waqt tayyar rehta hai kisi bhi kaam ke liye jo hukum aaye.</w:t>
      </w:r>
    </w:p>
    <w:p>
      <w:pPr>
        <w:jc w:val="right"/>
      </w:pPr>
      <w:r>
        <w:t>جی، پہلا بیلیور کا مطلب یہ ہے کہ جو پیغمبر ہوتا ہے وہ ہر وقت تیار رہتا ہے کسی بھی کام کے لیے جو حکم آئے۔</w:t>
      </w:r>
    </w:p>
    <w:p>
      <w:r>
        <w:rPr>
          <w:b/>
        </w:rPr>
        <w:t xml:space="preserve">[20:22] </w:t>
      </w:r>
      <w:r>
        <w:t>ji, is sense mein hai ke koi bhi koi bhi Allah ka agar hukum hoga to main tayyar rahoon ga. main pehla insan hoon ga jo aage aaon ga.</w:t>
      </w:r>
    </w:p>
    <w:p>
      <w:pPr>
        <w:jc w:val="right"/>
      </w:pPr>
      <w:r>
        <w:t>جی، اس سینس میں ہے کہ کوئی بھی کوئی بھی اللہ کا اگر حکم ہوگا تو میں تیار رہوں گا۔ میں پہلا انسان ہوں گا جو آگے آؤں گا۔</w:t>
      </w:r>
    </w:p>
    <w:p>
      <w:r>
        <w:rPr>
          <w:b/>
        </w:rPr>
        <w:t xml:space="preserve">[20:31] </w:t>
      </w:r>
      <w:r>
        <w:t>to yeh jo waqia hai Quran mein Hazrat musa علیہ السلام ka Allah taala ko dekhne ka.</w:t>
      </w:r>
    </w:p>
    <w:p>
      <w:pPr>
        <w:jc w:val="right"/>
      </w:pPr>
      <w:r>
        <w:t>تو یہ جو واقعہ ہے قرآن میں حضرت موسیٰ علیہ السلام کا اللہ تعالیٰ کو دیکھنے کا۔</w:t>
      </w:r>
    </w:p>
    <w:p>
      <w:r>
        <w:rPr>
          <w:b/>
        </w:rPr>
        <w:t xml:space="preserve">[20:42] </w:t>
      </w:r>
      <w:r>
        <w:t>ki baat karne ka. to is dunya mein to hum dekh nahi sakte. ji, lekin akhirat mein dekhen ge.</w:t>
      </w:r>
    </w:p>
    <w:p>
      <w:pPr>
        <w:jc w:val="right"/>
      </w:pPr>
      <w:r>
        <w:t>کی بات کرنے کا۔ تو اس دنیا میں تو ہم دیکھ نہیں سکتے۔ جی، لیکن آخرت میں دیکھیں گے۔</w:t>
      </w:r>
    </w:p>
    <w:p>
      <w:r>
        <w:rPr>
          <w:b/>
        </w:rPr>
        <w:t xml:space="preserve">[20:51] </w:t>
      </w:r>
      <w:r>
        <w:t>ji, yahan to sirf insan Allah ko realize kar sakta hai. hmm, jo Quran mein bar bar baaten aati hain Maulana ne is pe kafi ah ah bola hai aur likha hai ke jo Allah ki ayat hain signs hain.</w:t>
      </w:r>
    </w:p>
    <w:p>
      <w:pPr>
        <w:jc w:val="right"/>
      </w:pPr>
      <w:r>
        <w:t>جی، یہاں تو صرف انسان خدا کو ریلائز کر سکتا ہے۔ ہمم، جو قرآن میں بار بار باتیں آتی ہیں مولانا نے اس پہ کافی اہ اہ بولا ہے اور لکھا ہے کہ جو خدا کی آیات ہیں سائنز ہیں۔</w:t>
      </w:r>
    </w:p>
    <w:p>
      <w:r>
        <w:rPr>
          <w:b/>
        </w:rPr>
        <w:t xml:space="preserve">[21:09] </w:t>
      </w:r>
      <w:r>
        <w:t>hmm, jo sari kainat hai poori Allah ki ayat hain signs hain. in par ghor kar ke. aam taur se log is pe is pe ghor nahi karte.</w:t>
      </w:r>
    </w:p>
    <w:p>
      <w:pPr>
        <w:jc w:val="right"/>
      </w:pPr>
      <w:r>
        <w:t>ہمم، جو ساری کائنات ہے پوری خدا کی آیات ہیں سائنز ہیں۔ ان پر غور کر کے۔ عام طور سے لوگ اس پہ اس پہ غور نہیں کرتے۔</w:t>
      </w:r>
    </w:p>
    <w:p>
      <w:r>
        <w:rPr>
          <w:b/>
        </w:rPr>
        <w:t xml:space="preserve">[21:20] </w:t>
      </w:r>
      <w:r>
        <w:t>Maulana kehte the ke aap ko cheezon ko personalize karna hoga. hmm, ji, ab ab hum soch rahe hain ke suraj nikal raha hai chand nikla hua hai barish ho rahi hai hawa chal rahi hai.</w:t>
      </w:r>
    </w:p>
    <w:p>
      <w:pPr>
        <w:jc w:val="right"/>
      </w:pPr>
      <w:r>
        <w:t>مولانا کہتے تھے کہ آپ کو چیزوں کو پرسنلائز کرنا ہوگا۔ ہمم، جی، اب اب ہم سوچ رہے ہیں کہ سورج نکل رہا ہے چاند نکلا ہوا ہے بارش ہو رہی ہے ہوا چل رہی ہے۔</w:t>
      </w:r>
    </w:p>
    <w:p>
      <w:r>
        <w:rPr>
          <w:b/>
        </w:rPr>
        <w:t xml:space="preserve">[21:30] </w:t>
      </w:r>
      <w:r>
        <w:t>sab cheezen hain. to phir is mein is mein woh nahi hota. yani ghor karne ke liye achanak ek din suraj agar aa jata to sab log hairaan ho jate.</w:t>
      </w:r>
    </w:p>
    <w:p>
      <w:pPr>
        <w:jc w:val="right"/>
      </w:pPr>
      <w:r>
        <w:t>سب چیزیں ہیں۔ تو پھر اس میں اس میں وہ نہیں ہوتا۔ یعنی غور کرنے کے لیے اچانک ایک دن سورج اگر آ جاتا تو سب لوگ حیران ہو جاتے۔</w:t>
      </w:r>
    </w:p>
    <w:p>
      <w:r>
        <w:rPr>
          <w:b/>
        </w:rPr>
        <w:t xml:space="preserve">[21:42] </w:t>
      </w:r>
      <w:r>
        <w:t>lekin ab rozana suraj nikal raha hai to ek routine hai. to Maulana kehte the ke aap is ko person</w:t>
      </w:r>
    </w:p>
    <w:p>
      <w:pPr>
        <w:jc w:val="right"/>
      </w:pPr>
      <w:r>
        <w:t>لیکن اب روزانہ سورج نکل رہا ہے تو ایک روٹین ہے۔ تو مولانا کہتے تھے کہ آپ اس کو پرسن</w:t>
      </w:r>
    </w:p>
    <w:p>
      <w:r>
        <w:rPr>
          <w:b/>
        </w:rPr>
        <w:t xml:space="preserve">[21:48] </w:t>
      </w:r>
      <w:r>
        <w:t>alize kariye. hmm, yani aap yeh sochiye ke yeh suraj mere liye nikla hai. hmm, yeh clouds aur yeh barish aur yeh hawaen aur yeh charind parind sab mere liye hain.</w:t>
      </w:r>
    </w:p>
    <w:p>
      <w:pPr>
        <w:jc w:val="right"/>
      </w:pPr>
      <w:r>
        <w:t>لائز کریے۔ ہمم، یعنی آپ یہ سوچیے کہ یہ سورج میرے لیے نکلا ہے۔ ہمم، یہ کلاؤڈز اور یہ بارش اور یہ ہوائیں اور یہ چرند پرند سب میرے لیے ہیں۔</w:t>
      </w:r>
    </w:p>
    <w:p>
      <w:r>
        <w:rPr>
          <w:b/>
        </w:rPr>
        <w:t xml:space="preserve">[21:58] </w:t>
      </w:r>
      <w:r>
        <w:t>masha Allah, tab is se ek Allah ka ta'alluq paida hoga. ke aap ke andar jazba paida hoga ke aap Allah ki nemat is ke andar is ke shukr mein doob jaen.</w:t>
      </w:r>
    </w:p>
    <w:p>
      <w:pPr>
        <w:jc w:val="right"/>
      </w:pPr>
      <w:r>
        <w:t>ماشاءاللہ، تب اس سے ایک خدا کا تعلق پیدا ہوگا۔ کہ آپ کے اندر جذبہ پیدا ہوگا کہ آپ خدا کی نعمت اس کے اندر اس کے شکر میں ڈوب جائیں۔</w:t>
      </w:r>
    </w:p>
    <w:p>
      <w:r>
        <w:rPr>
          <w:b/>
        </w:rPr>
        <w:t xml:space="preserve">[22:10] </w:t>
      </w:r>
      <w:r>
        <w:t>ji, to yahi hai ke hum is dunya mein Allah ko dekh nahi sakt</w:t>
      </w:r>
    </w:p>
    <w:p>
      <w:pPr>
        <w:jc w:val="right"/>
      </w:pPr>
      <w:r>
        <w:t>جی، تو یہی ہے کہ ہم اس دنیا میں خدا کو دیکھ نہیں سکت</w:t>
      </w:r>
    </w:p>
    <w:p>
      <w:r>
        <w:rPr>
          <w:b/>
        </w:rPr>
        <w:t xml:space="preserve">[22:14] </w:t>
      </w:r>
      <w:r>
        <w:t>e. apni in aankhon se jo aankhen hamein di hain. is is dunya mein. lekin akhirat mein ghaliban mumkin hoga yeh. ji, to doctor sahib aap keh rahe hain ke is dunya mein realization of God hai.</w:t>
      </w:r>
    </w:p>
    <w:p>
      <w:pPr>
        <w:jc w:val="right"/>
      </w:pPr>
      <w:r>
        <w:t>ے۔ اپنی ان آنکھوں سے جو آنکھیں ہمیں دی ہیں۔ اس اس دنیا میں۔ لیکن آخرت میں غالباً ممکن ہوگا یہ۔ جی، تو ڈاکٹر صاحب آپ کہہ رہے ہیں کہ اس دنیا میں ریلائزیشن آف گاڈ ہے۔</w:t>
      </w:r>
    </w:p>
    <w:p>
      <w:r>
        <w:rPr>
          <w:b/>
        </w:rPr>
        <w:t xml:space="preserve">[22:26] </w:t>
      </w:r>
      <w:r>
        <w:t>aur akhirat mein hum Allah taala ko dekh sakenge. to isi tarah theek isi tarah doctor sahib dekh sakenge jaise main aap ko dekh raha hoon aap mujhe dekh rahe hain.</w:t>
      </w:r>
    </w:p>
    <w:p>
      <w:pPr>
        <w:jc w:val="right"/>
      </w:pPr>
      <w:r>
        <w:t>اور آخرت میں ہم اللہ تعالیٰ کو دیکھ سکیں گے۔ تو اسی طرح ٹھیک اسی طرح ڈاکٹر صاحب دیکھ سکیں گے جیسے میں آپ کو دیکھ رہا ہوں آپ مجھے دیکھ رہے ہیں۔</w:t>
      </w:r>
    </w:p>
    <w:p>
      <w:r>
        <w:rPr>
          <w:b/>
        </w:rPr>
        <w:t xml:space="preserve">[22:35] </w:t>
      </w:r>
      <w:r>
        <w:t>rubaru. to kya waise hi didar honge Allah taala ke akhirat mein?</w:t>
      </w:r>
    </w:p>
    <w:p>
      <w:pPr>
        <w:jc w:val="right"/>
      </w:pPr>
      <w:r>
        <w:t>روبرو۔ تو کیا ویسے ہی دیدار ہوں گے اللہ تعالیٰ کے آخرت میں؟</w:t>
      </w:r>
    </w:p>
    <w:p>
      <w:r>
        <w:rPr>
          <w:b/>
        </w:rPr>
        <w:t xml:space="preserve">[22:41] </w:t>
      </w:r>
      <w:r>
        <w:t>quran mein bhi aur hadith mein bhi yeh baatein bohat aayi hain ke allah taala ko hum yaani jannat wale dekhenge. ji, quran mein aata hai wujoohe yawmaizin nadira ke is din kuch chehre roshan honge.</w:t>
      </w:r>
    </w:p>
    <w:p>
      <w:pPr>
        <w:jc w:val="right"/>
      </w:pPr>
      <w:r>
        <w:t>قرآن میں بھی اور حدیث میں بھی یہ باتیں بہت آئی ہیں کہ اللہ تعالیٰ کو ہم یعنی جنت والے دیکھیں گے۔ جی، قرآن میں آتا ہے وُجُوهِ يَوْمَيْذٍ نَادِرًا کہ اس دن کچھ چہرے روشن ہوں گے۔</w:t>
      </w:r>
    </w:p>
    <w:p>
      <w:r>
        <w:rPr>
          <w:b/>
        </w:rPr>
        <w:t xml:space="preserve">[22:57] </w:t>
      </w:r>
      <w:r>
        <w:t>radiant honge. roshan ka matlab hai yeh nahi ke koi light nikal rahi hogi chehron se jaise bulb jala diya.</w:t>
      </w:r>
    </w:p>
    <w:p>
      <w:pPr>
        <w:jc w:val="right"/>
      </w:pPr>
      <w:r>
        <w:t>ریڈینٹ ہوں گے۔ روشن کا مطلب ہے یہ نہیں کہ کوئی لائٹ نکل رہی ہوگی چہروں سے جیسے بلب جلا دیا۔</w:t>
      </w:r>
    </w:p>
    <w:p>
      <w:r>
        <w:rPr>
          <w:b/>
        </w:rPr>
        <w:t xml:space="preserve">[23:07] </w:t>
      </w:r>
      <w:r>
        <w:t>radiant ka matlab yeh hai ke maulana ne ek baar explain kiya tha. is ka matlab yeh hai ke jo inner personality hai insaan ki woh zahir ho jayegi.</w:t>
      </w:r>
    </w:p>
    <w:p>
      <w:pPr>
        <w:jc w:val="right"/>
      </w:pPr>
      <w:r>
        <w:t>ریڈینٹ کا مطلب یہ ہے کہ مولانا نے ایک بار ایکسپلین کیا تھا۔ اس کا مطلب یہ ہے کہ جو انر پرسنیلٹی ہے انسان کی وہ ظاہر ہو جائے گی۔</w:t>
      </w:r>
    </w:p>
    <w:p>
      <w:r>
        <w:rPr>
          <w:b/>
        </w:rPr>
        <w:t xml:space="preserve">[23:20] </w:t>
      </w:r>
      <w:r>
        <w:t>abhi to woh inner personality bohat kam zahir hoti hai. ji, lekin akhirat mein jo insaan ki inner shakhsiyat hai woh is ke upar zahir ho jayegi.</w:t>
      </w:r>
    </w:p>
    <w:p>
      <w:pPr>
        <w:jc w:val="right"/>
      </w:pPr>
      <w:r>
        <w:t>ابھی تو وہ انر پرسنیلٹی بہت کم ظاہر ہوتی ہے۔ جی، لیکن آخرت میں جو انسان کی انر شخصیت ہے وہ اس کے اوپر ظاہر ہو جائے گی۔</w:t>
      </w:r>
    </w:p>
    <w:p>
      <w:r>
        <w:rPr>
          <w:b/>
        </w:rPr>
        <w:t xml:space="preserve">[23:32] </w:t>
      </w:r>
      <w:r>
        <w:t>jo develop kar rahe hain hum. is ke is ke chehre se woh woh nazar aane lagega. ji,</w:t>
      </w:r>
    </w:p>
    <w:p>
      <w:pPr>
        <w:jc w:val="right"/>
      </w:pPr>
      <w:r>
        <w:t>جو ڈویلپ کر رہے ہیں ہم۔ اس کے اس کے چہرے سے وہ وہ نظر آنے لگے گا۔ جی،</w:t>
      </w:r>
    </w:p>
    <w:p>
      <w:r>
        <w:rPr>
          <w:b/>
        </w:rPr>
        <w:t xml:space="preserve">[23:37] </w:t>
      </w:r>
      <w:r>
        <w:t>jaise aap kisi buzurg se milein. aksar log jab log jab maulana se milte to kehte the ke bari noorani shakhsiyat hai. ji, to yeh cheez aur zyada evident ho jayegi.</w:t>
      </w:r>
    </w:p>
    <w:p>
      <w:pPr>
        <w:jc w:val="right"/>
      </w:pPr>
      <w:r>
        <w:t>جیسے آپ کسی بزرگ سے ملیں۔ اکثر لوگ جب لوگ جب مولانا سے ملتے تو کہتے تھے کہ بڑی نورانی شخصیت ہے۔ جی، تو یہ چیز اور زیادہ ایویڈنٹ ہو جائے گی۔</w:t>
      </w:r>
    </w:p>
    <w:p>
      <w:r>
        <w:rPr>
          <w:b/>
        </w:rPr>
        <w:t xml:space="preserve">[23:48] </w:t>
      </w:r>
      <w:r>
        <w:t>is sense mein hai ke quran mein aata hai ke wujoohe yawmaizin nadira ke is din kuch chehre roshan honge. radiant faces honge.</w:t>
      </w:r>
    </w:p>
    <w:p>
      <w:pPr>
        <w:jc w:val="right"/>
      </w:pPr>
      <w:r>
        <w:t>اس سینس میں ہے کہ قرآن میں آتا ہے کہ وُجُوهِ يَوْمَيْذٍ نَادِرًا کہ اس دن کچھ چہرے روشن ہوں گے۔ ریڈینٹ فیسز ہوں گے۔</w:t>
      </w:r>
    </w:p>
    <w:p>
      <w:r>
        <w:rPr>
          <w:b/>
        </w:rPr>
        <w:t xml:space="preserve">[23:57] </w:t>
      </w:r>
      <w:r>
        <w:t>ilā rabbihā nāzira apne rab ko dekh rahe honge. to quran mein to is andaaz mein aaya hai. lekin hadith mein bohat zyada baatein aayi hain.</w:t>
      </w:r>
    </w:p>
    <w:p>
      <w:pPr>
        <w:jc w:val="right"/>
      </w:pPr>
      <w:r>
        <w:t>إِلَى رَبِّهَا نَازِرًا اپنے رب کو دیکھ رہے ہوں گے۔ تو قرآن میں تو اس انداز میں آیا ہے۔ لیکن حدیث میں بہت زیادہ باتیں آئی ہیں۔</w:t>
      </w:r>
    </w:p>
    <w:p>
      <w:r>
        <w:rPr>
          <w:b/>
        </w:rPr>
        <w:t xml:space="preserve">[24:08] </w:t>
      </w:r>
      <w:r>
        <w:t>jaise ek sahabi the jinka naam tha jarir bin abdullah. yeh sahabi waise yaman ke the.</w:t>
      </w:r>
    </w:p>
    <w:p>
      <w:pPr>
        <w:jc w:val="right"/>
      </w:pPr>
      <w:r>
        <w:t>جیسے ایک صحابی تھے جن کا نام تھا جریر بن عبداللہ۔ یہ صحابی ویسےیمن کے تھے۔</w:t>
      </w:r>
    </w:p>
    <w:p>
      <w:r>
        <w:rPr>
          <w:b/>
        </w:rPr>
        <w:t xml:space="preserve">[24:18] </w:t>
      </w:r>
      <w:r>
        <w:t>to bohat hi tall aur bare handsome bare zabardast aur apni tribe ke sardar the. ji, to ek baar woh jab aane wale the to prophet muhammad sallallahu alaihi wasallam is waqt masjid nabwi mein baithe hue the.</w:t>
      </w:r>
    </w:p>
    <w:p>
      <w:pPr>
        <w:jc w:val="right"/>
      </w:pPr>
      <w:r>
        <w:t>تو بہت ہی ٹال اور بڑے ہینڈسم بڑے زبردست اور اپنی ٹرائب کے سردار تھے۔ جی، تو ایک بار وہ جب آنے والے تھے تو پرافٹ محمد صلی اللہ علیہ وسلم اس وقت مسجد نبوی میں بیٹھے ہوئے تھے۔</w:t>
      </w:r>
    </w:p>
    <w:p>
      <w:r>
        <w:rPr>
          <w:b/>
        </w:rPr>
        <w:t xml:space="preserve">[24:36] </w:t>
      </w:r>
      <w:r>
        <w:t>hmm, to un ke aane se pehle prophet ne kaha apne sahaba se ke yaman ka sab se acha insaan aane wala hai.</w:t>
      </w:r>
    </w:p>
    <w:p>
      <w:pPr>
        <w:jc w:val="right"/>
      </w:pPr>
      <w:r>
        <w:t>ہمم، تو ان کے آنے سے پہلے پرافٹ نے کہا اپنے ساتھیوں سے کہیمن کا سب سے اچھا انسان آنے والا ہے۔</w:t>
      </w:r>
    </w:p>
    <w:p>
      <w:r>
        <w:rPr>
          <w:b/>
        </w:rPr>
        <w:t xml:space="preserve">[24:46] </w:t>
      </w:r>
      <w:r>
        <w:t>hmm, thori der mein woh aaye. ji, to saare sahabi dekh ke mabhoot ho gaye ke bari zabard</w:t>
      </w:r>
    </w:p>
    <w:p>
      <w:pPr>
        <w:jc w:val="right"/>
      </w:pPr>
      <w:r>
        <w:t>ہمم، تھوڑی دیر میں وہ آئے۔ جی، تو سارے صحابی دیکھ کے مبہوت ہو گئے کہ بڑی زبرد</w:t>
      </w:r>
    </w:p>
    <w:p>
      <w:r>
        <w:rPr>
          <w:b/>
        </w:rPr>
        <w:t xml:space="preserve">[24:52] </w:t>
      </w:r>
      <w:r>
        <w:t>ast shakhsiyat thi. hmm, to is waqt rasool allah sallallahu alaihi wasallam ne baithne ke liye kuch tha nahi kuch koi chair ya koi cheez.</w:t>
      </w:r>
    </w:p>
    <w:p>
      <w:pPr>
        <w:jc w:val="right"/>
      </w:pPr>
      <w:r>
        <w:t>ست شخصیت تھی۔ ہمم، تو اس وقت رسول اللہ صلی اللہ علیہ وسلم نے بیٹھنے کے لیے کچھ تھا نہیں کچھ کوئی چیئر یا کوئی چیز۔</w:t>
      </w:r>
    </w:p>
    <w:p>
      <w:r>
        <w:rPr>
          <w:b/>
        </w:rPr>
        <w:t xml:space="preserve">[25:00] </w:t>
      </w:r>
      <w:r>
        <w:t>to unhon ne apni chadar de di un ko. hmm, ke aap is pe baithiye. aur phir logon se kaha ke jab koi sardar aaye kisi tribe ka kisi qabile ka to us ki izzat kiya karo.</w:t>
      </w:r>
    </w:p>
    <w:p>
      <w:pPr>
        <w:jc w:val="right"/>
      </w:pPr>
      <w:r>
        <w:t>تو انہوں نے اپنی چادر دے دی ان کو۔ ہمم، کہ آپ اس پہ بیٹھیے۔ اور پھر لوگوں سے کہا کہ جب کوئی سردار آئے کسی ٹرائب کا کسی قبیلے کا تو اس کی عزت کیا کرو۔</w:t>
      </w:r>
    </w:p>
    <w:p>
      <w:r>
        <w:rPr>
          <w:b/>
        </w:rPr>
        <w:t xml:space="preserve">[25:11] </w:t>
      </w:r>
      <w:r>
        <w:t>h</w:t>
      </w:r>
    </w:p>
    <w:p>
      <w:pPr>
        <w:jc w:val="right"/>
      </w:pPr>
      <w:r>
        <w:t>ہ</w:t>
      </w:r>
    </w:p>
    <w:p>
      <w:r>
        <w:rPr>
          <w:b/>
        </w:rPr>
        <w:t xml:space="preserve">[25:12] </w:t>
      </w:r>
      <w:r>
        <w:t>mm, to un un ki riwayat hai jarir bin abdullah ki ke ek baar prophet muhammad sallallahu alaihi wasallam ke sath baithe hue the.</w:t>
      </w:r>
    </w:p>
    <w:p>
      <w:pPr>
        <w:jc w:val="right"/>
      </w:pPr>
      <w:r>
        <w:t>مم، تو ان ان کی روایت ہے جریر بن عبداللہ کی کہ ایک بار پرافٹ محمد صلی اللہ علیہ وسلم کے ساتھ بیٹھے ہوئے تھے۔</w:t>
      </w:r>
    </w:p>
    <w:p>
      <w:r>
        <w:rPr>
          <w:b/>
        </w:rPr>
        <w:t xml:space="preserve">[25:20] </w:t>
      </w:r>
      <w:r>
        <w:t>hmm, aur chaudhveen ki ki raat thi. ji, bilkul chand poora wazeh tha. to rasool allah ne farmaya ke tum yaqeenan apne rab ko isi tarah dekhoge jis tarah tum is chand ko dekh rahe ho.</w:t>
      </w:r>
    </w:p>
    <w:p>
      <w:pPr>
        <w:jc w:val="right"/>
      </w:pPr>
      <w:r>
        <w:t>ہمم، اور چودھویں کی کی رات تھی۔ جی، بالکل چاند پورا واضح تھا۔ تو رسول اللہ نے فرمایا کہ تم یقینا اپنے رب کو اسی طرح دیکھو گے جس طرح تم اس چاند کو دیکھ رہے ہو۔</w:t>
      </w:r>
    </w:p>
    <w:p>
      <w:r>
        <w:rPr>
          <w:b/>
        </w:rPr>
        <w:t xml:space="preserve">[25:35] </w:t>
      </w:r>
      <w:r>
        <w:t>ji, ji, ji, aur ek baat kahi ke is ke dekhne mein tum dhakka mukki nahi karoge. hmm, ji, aap ko pata hai na ke jab hajj karne jaate hain to hajar aswad chhoone ke liye ya choomne ke liye bara dhakka mukki karna padta hai.</w:t>
      </w:r>
    </w:p>
    <w:p>
      <w:pPr>
        <w:jc w:val="right"/>
      </w:pPr>
      <w:r>
        <w:t>جی، جی، جی، اور ایک بات کہی کہ اس کے دیکھنے میں تم دھکا مکی نہیں کرو گے۔ ہمم، جی، آپ کو پتہ ہے نا کہ جب حج کرنے جاتے ہیں تو حجر اسود چھونے کے لیے یا چومنے کے لیے بڑا دھکا مکی کرنا پڑتا ہے۔</w:t>
      </w:r>
    </w:p>
    <w:p>
      <w:r>
        <w:rPr>
          <w:b/>
        </w:rPr>
        <w:t xml:space="preserve">[25:49] </w:t>
      </w:r>
      <w:r>
        <w:t>ji, ji, yaani jo spirit hai hajj ki woh bilkul khatam ho jati hai ke aap push kar ke jayen kisi ko dekhne</w:t>
      </w:r>
    </w:p>
    <w:p>
      <w:pPr>
        <w:jc w:val="right"/>
      </w:pPr>
      <w:r>
        <w:t>جی، جی، یعنی جو سپرٹ ہے حج کی وہ بالکل ختم ہو جاتی ہے کہ آپ پش کر کے جائیں کسی کو دیکھنے</w:t>
      </w:r>
    </w:p>
    <w:p>
      <w:r>
        <w:rPr>
          <w:b/>
        </w:rPr>
        <w:t xml:space="preserve">[25:55] </w:t>
      </w:r>
      <w:r>
        <w:t>۔ to is mein yeh baat hai ke dhakka mukki nahi hogi. bare itminan se aap khuda ko dekhenge jaise aap is chand ko dekh rahe hain. ji, aisi ek aur hadith hai ke jannat wale apne kamon mein masroof honge.</w:t>
      </w:r>
    </w:p>
    <w:p>
      <w:pPr>
        <w:jc w:val="right"/>
      </w:pPr>
      <w:r>
        <w:t>۔ تو اس میں یہ بات ہے کہ دھکا مکی نہیں ہوگی۔ بڑے اطمینان سے آپ خدا کو دیکھیں گے جیسے آپ اس چاند کو دیکھ رہے ہیں۔ جی، ایسی ایک اور حدیث ہے کہ جنت والے اپنے کاموں میں مصروف ہوں گے۔</w:t>
      </w:r>
    </w:p>
    <w:p>
      <w:r>
        <w:rPr>
          <w:b/>
        </w:rPr>
        <w:t xml:space="preserve">[26:10] </w:t>
      </w:r>
      <w:r>
        <w:t>yaani jo khuda ne un ko blessings di hain woh enjoy kar</w:t>
      </w:r>
    </w:p>
    <w:p>
      <w:pPr>
        <w:jc w:val="right"/>
      </w:pPr>
      <w:r>
        <w:t>یعنی جو خدا نے ان کو بلیسنگز دی ہیں وہ انجوائے کر</w:t>
      </w:r>
    </w:p>
    <w:p>
      <w:r>
        <w:rPr>
          <w:b/>
        </w:rPr>
        <w:t xml:space="preserve">[26:14] </w:t>
      </w:r>
      <w:r>
        <w:t>rahe honge. to ek pukarne wala pukarega yaani ek farishta kahega ke ae jannat walon tumhare liye khuda ka ek wada abhi baqi hai.</w:t>
      </w:r>
    </w:p>
    <w:p>
      <w:pPr>
        <w:jc w:val="right"/>
      </w:pPr>
      <w:r>
        <w:t>رہے ہوں گے۔ تو ایک پکارنے والا پکارے گا یعنی ایک فرشتہ کہے گا کہ اے جنت والوں تمہارے لیے خدا کا ایک وعدہ ابھی باقی ہے۔</w:t>
      </w:r>
    </w:p>
    <w:p>
      <w:r>
        <w:rPr>
          <w:b/>
        </w:rPr>
        <w:t xml:space="preserve">[26:26] </w:t>
      </w:r>
      <w:r>
        <w:t>jo woh ab poora karega. ji, to jannat wale kahenge ke hairaan ho jayenge woh. kahenge ab kaun sa wada sab cheezein to humein mil</w:t>
      </w:r>
    </w:p>
    <w:p>
      <w:pPr>
        <w:jc w:val="right"/>
      </w:pPr>
      <w:r>
        <w:t>جو وہ اب پورا کرے گا۔ جی، تو جنت والے کہیں گے کہ حیران ہو جائیں گے وہ۔ کہیں گے اب کون سا وعدہ سب چیزیں تو ہمیں مل</w:t>
      </w:r>
    </w:p>
    <w:p>
      <w:r>
        <w:rPr>
          <w:b/>
        </w:rPr>
        <w:t xml:space="preserve">[26:35] </w:t>
      </w:r>
      <w:r>
        <w:t>gain. humein allah taala ne jannat mein dakhil kar diya jahannum se bacha liya.</w:t>
      </w:r>
    </w:p>
    <w:p>
      <w:pPr>
        <w:jc w:val="right"/>
      </w:pPr>
      <w:r>
        <w:t>گئیں۔ ہمیں اللہ تعالیٰ نے جنت میں داخل کر دیا جہنم سے بچا لیا۔</w:t>
      </w:r>
    </w:p>
    <w:p>
      <w:r>
        <w:rPr>
          <w:b/>
        </w:rPr>
        <w:t xml:space="preserve">[26:43] </w:t>
      </w:r>
      <w:r>
        <w:t>aur aur tarah tarah ki nematein dein hamare chehre roshan kar diye. to is waqt</w:t>
      </w:r>
    </w:p>
    <w:p>
      <w:pPr>
        <w:jc w:val="right"/>
      </w:pPr>
      <w:r>
        <w:t>اور اور طرح طرح کی نعمتیں دیں ہمارے چہرے روشن کر دیے۔ تو اس وقت</w:t>
      </w:r>
    </w:p>
    <w:p>
      <w:r>
        <w:rPr>
          <w:b/>
        </w:rPr>
        <w:t xml:space="preserve">[26:53] </w:t>
      </w:r>
      <w:r>
        <w:t>yani sari jo nematein hain woh to hamein mil gayi hain ab kya cheez reh gayi baqi. Jannat wale hairaan honge. To us waqt jo parda hai woh hat jayega.</w:t>
      </w:r>
    </w:p>
    <w:p>
      <w:pPr>
        <w:jc w:val="right"/>
      </w:pPr>
      <w:r>
        <w:t>یعنی ساری جو نعمتیں ہیں وہ تو ہمیں مل گئی ہیں اب کیا چیز رہ گئی باقی۔ جنت والے حیران ہوں گے۔ تو اس وقت جو پردہ ہے وہ ہٹ جائے گا۔</w:t>
      </w:r>
    </w:p>
    <w:p>
      <w:r>
        <w:rPr>
          <w:b/>
        </w:rPr>
        <w:t xml:space="preserve">[27:04] </w:t>
      </w:r>
      <w:r>
        <w:t>Ji, aur log Khuda ko dekhne lag jayenge. Hmm, aur sari jo nematein hain un sab bhool jayenge. Koi nemat is se behtar un ke liye nahi rahi hogi aur koi cheez aisi nahi hogi jis se is se zyada aankhon ki thandak unhein mile.</w:t>
      </w:r>
    </w:p>
    <w:p>
      <w:pPr>
        <w:jc w:val="right"/>
      </w:pPr>
      <w:r>
        <w:t>جی، اور لوگ خدا کو دیکھنے لگ جائیں گے۔ ہمم، اور ساری جو نعمتیں ہیں ان سب بھول جائیں گے۔ کوئی نعمت اس سے بہتر ان کے لیے نہیں رہی ہوگی اور کوئی چیز ایسی نہیں ہوگی جس سے اس سے زیادہ آنکھوں کی ٹھنڈک انہیں ملے۔</w:t>
      </w:r>
    </w:p>
    <w:p>
      <w:r>
        <w:rPr>
          <w:b/>
        </w:rPr>
        <w:t xml:space="preserve">[27:20] </w:t>
      </w:r>
      <w:r>
        <w:t>Ji, to yeh ek bahut badi nemat hai jo akhirat mein jannat ke logon ko milegi</w:t>
      </w:r>
    </w:p>
    <w:p>
      <w:pPr>
        <w:jc w:val="right"/>
      </w:pPr>
      <w:r>
        <w:t>جی، تو یہ ایک بہت بڑی نعمت ہے جو آخرت میں جنت کے لوگوں کو ملے گی</w:t>
      </w:r>
    </w:p>
    <w:p>
      <w:r>
        <w:rPr>
          <w:b/>
        </w:rPr>
        <w:t xml:space="preserve">[27:25] </w:t>
      </w:r>
      <w:r>
        <w:t>. Lekin Maulana ne is ko explain kiya hai ek jagah ke aisa nahi hoga ke jaise hum kisi cheez ko dekh rahe hain usi tarah se aap Khuda ko dekh lein.</w:t>
      </w:r>
    </w:p>
    <w:p>
      <w:pPr>
        <w:jc w:val="right"/>
      </w:pPr>
      <w:r>
        <w:t>۔ لیکن مولانا نے اس کو ایکسپلین کیا ہے ایک جگہ کہ ایسا نہیں ہوگا کہ جیسے ہم کسی چیز کو دیکھ رہے ہیں اسی طرح سے آپ خدا کو دیکھ لیں۔</w:t>
      </w:r>
    </w:p>
    <w:p>
      <w:r>
        <w:rPr>
          <w:b/>
        </w:rPr>
        <w:t xml:space="preserve">[27:35] </w:t>
      </w:r>
      <w:r>
        <w:t>Jaise hum Taj Mahal ja ke dekhte hain ke yeh Taj Mahal hai. Hmm, aise nahi hoga. Khuda ek laamtanahi hasti hai. Ji, har baar jab zahir hoga to woh ek naye glimpse mein zahir hoga.</w:t>
      </w:r>
    </w:p>
    <w:p>
      <w:pPr>
        <w:jc w:val="right"/>
      </w:pPr>
      <w:r>
        <w:t>جیسے ہم تاج محل جا کے دیکھتے ہیں کہ یہ تاج محل ہے۔ ہمم، ایسے نہیں ہوگا۔ خدا ایک لامتناہی ہستی ہے۔ جی، ہر بار جب ظاہر ہوگا تو وہ ایک نئے گلمس میں ظاہر ہوگا۔</w:t>
      </w:r>
    </w:p>
    <w:p>
      <w:r>
        <w:rPr>
          <w:b/>
        </w:rPr>
        <w:t xml:space="preserve">[27:48] </w:t>
      </w:r>
      <w:r>
        <w:t>Ek naya jalwa hoga. Har baar aur eternally woh naya hota rahega. Ji,</w:t>
      </w:r>
    </w:p>
    <w:p>
      <w:pPr>
        <w:jc w:val="right"/>
      </w:pPr>
      <w:r>
        <w:t>ایک نیا جلوہ ہوگا۔ ہر بار اور ایٹرنلی وہ نیا ہوتا رہے گا۔ جی،</w:t>
      </w:r>
    </w:p>
    <w:p>
      <w:r>
        <w:rPr>
          <w:b/>
        </w:rPr>
        <w:t xml:space="preserve">[27:53] </w:t>
      </w:r>
      <w:r>
        <w:t>Ek ek ek bahut hi alag tarah ka experience hoga. Ji, aisa nahi ke aap aap jab Taj Mahal dekhne jayenge har baar bhai Taj Mahal hai. Lekin Khuda ko jab aap dekhenge chand Khuda ko jab jannat wale dekhenge to woh har baar ek naye glimpse mein dekhenge.</w:t>
      </w:r>
    </w:p>
    <w:p>
      <w:pPr>
        <w:jc w:val="right"/>
      </w:pPr>
      <w:r>
        <w:t>ایک ایک ایک بہت ہی الگ طرح کا ایکسپیرینس ہوگا۔ جی، ایسا نہیں کہ آپ آپ جب تاج محل دیکھنے جائیں گے ہر بار بھئی تاج محل ہے۔ لیکن خدا کو جب آپ دیکھیں گے چاند خدا کو جب جنت والے دیکھیں گے تو وہ ہر بار ایک نئے گلمس میں دیکھیں گے۔</w:t>
      </w:r>
    </w:p>
    <w:p>
      <w:r>
        <w:rPr>
          <w:b/>
        </w:rPr>
        <w:t xml:space="preserve">[28:10] </w:t>
      </w:r>
      <w:r>
        <w:t>Ek naya hi woh hoga glimpse. Ji, to yeh bahut hi badi nemat hai Allah taala hum sab ko bhi is ki tofeeq ata farmaye.</w:t>
      </w:r>
    </w:p>
    <w:p>
      <w:pPr>
        <w:jc w:val="right"/>
      </w:pPr>
      <w:r>
        <w:t>ایک نیا ہی وہ ہوگا گلمس۔ جی، تو یہ بہت ہی بڑی نعمت ہے اللہ تعالیٰ ہم سب کو بھی اس کی توفیق عطا فرمائے۔</w:t>
      </w:r>
    </w:p>
    <w:p>
      <w:r>
        <w:rPr>
          <w:b/>
        </w:rPr>
        <w:t xml:space="preserve">[28:19] </w:t>
      </w:r>
      <w:r>
        <w:t>Ji, Doctor sahib bahut yeh important baat aap ne kahi balkeh is se bhi samajh aata hai ke jaise kaha jata hai ke har aaney wala lamha paradise mein pichle lamhe se behtar hoga.</w:t>
      </w:r>
    </w:p>
    <w:p>
      <w:pPr>
        <w:jc w:val="right"/>
      </w:pPr>
      <w:r>
        <w:t>جی، ڈاکٹر صاحب بہت یہ امپورٹنٹ بات آپ نے کہی بلکہ اس سے بھی سمجھ آتا ہے کہ جیسے کہا جاتا ہے کہ ہر آنے والا لمحہ پیراڈائز میں پچھلے لمحے سے بہتر ہوگا۔</w:t>
      </w:r>
    </w:p>
    <w:p>
      <w:r>
        <w:rPr>
          <w:b/>
        </w:rPr>
        <w:t xml:space="preserve">[28:30] </w:t>
      </w:r>
      <w:r>
        <w:t>To incremental pleasures honge.</w:t>
      </w:r>
    </w:p>
    <w:p>
      <w:pPr>
        <w:jc w:val="right"/>
      </w:pPr>
      <w:r>
        <w:t>تو انکریمنٹل پلیژرز ہوں گے۔</w:t>
      </w:r>
    </w:p>
    <w:p>
      <w:r>
        <w:rPr>
          <w:b/>
        </w:rPr>
        <w:t xml:space="preserve">[28:32] </w:t>
      </w:r>
      <w:r>
        <w:t>Aur phir jaise aap ne bataya ke Allah taala jab apni jhalakiyan dikhayega to pichle tamam lamhon ko jo paradise mein rehne wale honge woh bhool jayenge.</w:t>
      </w:r>
    </w:p>
    <w:p>
      <w:pPr>
        <w:jc w:val="right"/>
      </w:pPr>
      <w:r>
        <w:t>اور پھر جیسے آپ نے بتایا کہ اللہ تعالیٰ جب اپنی جھلکیاں دکھائے گا تو پچھلے تمام لمحوں کو جو پیراڈائز میں رہنے والے ہوں گے وہ بھول جائیں گے۔</w:t>
      </w:r>
    </w:p>
    <w:p>
      <w:r>
        <w:rPr>
          <w:b/>
        </w:rPr>
        <w:t xml:space="preserve">[28:42] </w:t>
      </w:r>
      <w:r>
        <w:t>To agar har aaney wala lamha pichle lamhe se behtar hai aur Khuda ko dekhne wala lamha sab se behtareen hai to is ka matlab woh jhalakiyan to aati rahengi.</w:t>
      </w:r>
    </w:p>
    <w:p>
      <w:pPr>
        <w:jc w:val="right"/>
      </w:pPr>
      <w:r>
        <w:t>تو اگر ہر آنے والا لمحہ پچھلے لمحے سے بہتر ہے اور اللہ کو دیکھنے والا لمحہ سب سے بہترین ہے تو اس کا مطلب وہ جھلکیاں تو آتی رہیں گی۔</w:t>
      </w:r>
    </w:p>
    <w:p>
      <w:r>
        <w:rPr>
          <w:b/>
        </w:rPr>
        <w:t xml:space="preserve">[28:51] </w:t>
      </w:r>
      <w:r>
        <w:t>Jaise aap ne bataya is ko. To yeh bahut hi important point aap ne clear kiya. Bahut hi hope hai is mein</w:t>
      </w:r>
    </w:p>
    <w:p>
      <w:pPr>
        <w:jc w:val="right"/>
      </w:pPr>
      <w:r>
        <w:t>جیسے آپ نے بتایا اس کو۔ تو یہ بہت ہی امپورٹنٹ پوائنٹ آپ نے کلیئر کیا۔ بہت ہی ہوپ ہے اس میں</w:t>
      </w:r>
    </w:p>
    <w:p>
      <w:r>
        <w:rPr>
          <w:b/>
        </w:rPr>
        <w:t xml:space="preserve">[28:58] </w:t>
      </w:r>
      <w:r>
        <w:t>. Ji, Doctor sahib Quran mein aata hai ke Allah taala raises a mountain over the children of Israel to woh kya kahani ka hissa hai is ke baray mein batayen.</w:t>
      </w:r>
    </w:p>
    <w:p>
      <w:pPr>
        <w:jc w:val="right"/>
      </w:pPr>
      <w:r>
        <w:t>۔ جی، ڈاکٹر صاحب قرآن میں آتا ہے کہ اللہ تعالیٰ raises a mountain over the children of Israel تو وہ کیا کہانی کا حصہ ہے اس کے بارے میں بتائیں۔</w:t>
      </w:r>
    </w:p>
    <w:p>
      <w:r>
        <w:rPr>
          <w:b/>
        </w:rPr>
        <w:t xml:space="preserve">[29:09] </w:t>
      </w:r>
      <w:r>
        <w:t>Haan, Quran mein yeh aata hai ke وَأَخَذْنَا مِسَاقَكُمْ وَإِذْ أَخَذْنَا مِسَاقَكُمْ jab hum ne tum se pledge liya.</w:t>
      </w:r>
    </w:p>
    <w:p>
      <w:pPr>
        <w:jc w:val="right"/>
      </w:pPr>
      <w:r>
        <w:t>ہاں، قرآن میں یہ آتا ہے کہ وَأَخَذْنَا مِسَاقَكُمْ وَإِذْ أَخَذْنَا مِسَاقَكُمْ جب ہم نے تم سے پلیج لیا۔</w:t>
      </w:r>
    </w:p>
    <w:p>
      <w:r>
        <w:rPr>
          <w:b/>
        </w:rPr>
        <w:t xml:space="preserve">[29:19] </w:t>
      </w:r>
      <w:r>
        <w:t>Ji,</w:t>
      </w:r>
    </w:p>
    <w:p>
      <w:pPr>
        <w:jc w:val="right"/>
      </w:pPr>
      <w:r>
        <w:t>جی،</w:t>
      </w:r>
    </w:p>
    <w:p>
      <w:r>
        <w:rPr>
          <w:b/>
        </w:rPr>
        <w:t xml:space="preserve">[29:20] </w:t>
      </w:r>
      <w:r>
        <w:t>To us waqt koi waqia hua hai jis ko mountain raise kar diya gaya lekin Maulana ne is ko thoda alag tarah se explain kiya hai ke yani un ko aisa mehsoos hua ke mountain un ke upar gir jayega.</w:t>
      </w:r>
    </w:p>
    <w:p>
      <w:pPr>
        <w:jc w:val="right"/>
      </w:pPr>
      <w:r>
        <w:t>تو اس وقت کوئی واقعہ ہوا ہے جس کو ماؤنٹین ریز کر دیا گیا لیکن مولانا نے اس کو تھوڑا الگ طرح سے ایکسپلین کیا ہے کہ یعنی ان کو ایسا محسوس ہوا کہ ماؤنٹین ان کے اوپر گر جائے گا۔</w:t>
      </w:r>
    </w:p>
    <w:p>
      <w:r>
        <w:rPr>
          <w:b/>
        </w:rPr>
        <w:t xml:space="preserve">[29:36] </w:t>
      </w:r>
      <w:r>
        <w:t>Ji, jaise kabhi landslide nahi hoti ya landslide hai ya koi aur waqia aisa hota hai earthquake waghera ka lagta hai ke pahad hamare upar gir jayega.</w:t>
      </w:r>
    </w:p>
    <w:p>
      <w:pPr>
        <w:jc w:val="right"/>
      </w:pPr>
      <w:r>
        <w:t>جی، جیسے کبھی لینڈ سلائیڈ نہیں ہوتی یا لینڈ سلائیڈ ہے یا کوئی اور واقعہ ایسا ہوتا ہے ارتھ کویک وغیرہ کا لگتا ہے کہ پہاڑ ہمارے اوپر گر جائے گا۔</w:t>
      </w:r>
    </w:p>
    <w:p>
      <w:r>
        <w:rPr>
          <w:b/>
        </w:rPr>
        <w:t xml:space="preserve">[29:45] </w:t>
      </w:r>
      <w:r>
        <w:t>To is tarah ka waqia koi ek hua tha. Choonkeh jo karwai hui thi</w:t>
      </w:r>
    </w:p>
    <w:p>
      <w:pPr>
        <w:jc w:val="right"/>
      </w:pPr>
      <w:r>
        <w:t>تو اس طرح کا واقعہ کوئی ایک ہوا تھا۔ چونکہ جو کارروائی ہوئی تھی</w:t>
      </w:r>
    </w:p>
    <w:p>
      <w:r>
        <w:rPr>
          <w:b/>
        </w:rPr>
        <w:t xml:space="preserve">[29:57] </w:t>
      </w:r>
      <w:r>
        <w:t>jo wahi nazil hui thi jo commandments Musa Alaihissalam ko diye gaye the to woh ek mountain ke foot hill pe hui thi.</w:t>
      </w:r>
    </w:p>
    <w:p>
      <w:pPr>
        <w:jc w:val="right"/>
      </w:pPr>
      <w:r>
        <w:t>جو وحی نازل ہوئی تھی جو کمانڈمنٹس موسیٰ علیہ السلام کو دیے گئے تھے تو وہ ایک ماؤنٹین کے فٹ ہل پہ ہوئی تھی۔</w:t>
      </w:r>
    </w:p>
    <w:p>
      <w:r>
        <w:rPr>
          <w:b/>
        </w:rPr>
        <w:t xml:space="preserve">[30:06] </w:t>
      </w:r>
      <w:r>
        <w:t>Ji, to us waqt Allah taala ne Bani Israel se pledge liya aur aisa lagta tha ke pahad giri jayega.</w:t>
      </w:r>
    </w:p>
    <w:p>
      <w:pPr>
        <w:jc w:val="right"/>
      </w:pPr>
      <w:r>
        <w:t>جی، تو اس وقت اللہ تعالیٰ نے بنی اسرائیل سے پلیج لیا اور ایسا لگتا تھا کہ پہاڑ گری جائے گا۔</w:t>
      </w:r>
    </w:p>
    <w:p>
      <w:r>
        <w:rPr>
          <w:b/>
        </w:rPr>
        <w:t xml:space="preserve">[30:13] </w:t>
      </w:r>
      <w:r>
        <w:t>Matlab yeh tha ke Khuda se pledge lena bahut hi sangin baat hai. To us waqt bahut hi sakht qism ka koi ghaliban zalzala aaya ya kuch ke aisa lagta tha ke bas pahad giri jayega un ke upar.</w:t>
      </w:r>
    </w:p>
    <w:p>
      <w:pPr>
        <w:jc w:val="right"/>
      </w:pPr>
      <w:r>
        <w:t>مطلب یہ تھا کہ خدا سے پلیج لینا بہت ہی سنگین بات ہے۔ تو اس وقت بہت ہی سخت قسم کا کوئی غالباً زلزلہ آیا یا کچھ کہ ایسا لگتا تھا کہ بس پہاڑ گری جائے گا ان کے اوپر۔</w:t>
      </w:r>
    </w:p>
    <w:p>
      <w:r>
        <w:rPr>
          <w:b/>
        </w:rPr>
        <w:t xml:space="preserve">[30:28] </w:t>
      </w:r>
      <w:r>
        <w:t>To is ka matlab yeh tha ke jo ahad liya ja raha hai us ko poora agar nahi karoge to Allah taala ek itni qadir mutlaq hasti hai ke woh yeh bhi kar sakti hai ke woh pahad tumhare upar gira de.</w:t>
      </w:r>
    </w:p>
    <w:p>
      <w:pPr>
        <w:jc w:val="right"/>
      </w:pPr>
      <w:r>
        <w:t>تو اس کا مطلب یہ تھا کہ جو عہد لیا جا رہا ہے اس کو پورا اگر نہیں کرو گے تو اللہ تعالیٰ ایک اتنی قادر مطلق ہستی ہے کہ وہ یہ بھی کر سکتی ہے کہ وہ پہاڑ تمہارے اوپر گرا دے۔</w:t>
      </w:r>
    </w:p>
    <w:p>
      <w:r>
        <w:rPr>
          <w:b/>
        </w:rPr>
        <w:t xml:space="preserve">[30:42] </w:t>
      </w:r>
      <w:r>
        <w:t>Ji, to</w:t>
      </w:r>
    </w:p>
    <w:p>
      <w:pPr>
        <w:jc w:val="right"/>
      </w:pPr>
      <w:r>
        <w:t>جی، تو</w:t>
      </w:r>
    </w:p>
    <w:p>
      <w:r>
        <w:rPr>
          <w:b/>
        </w:rPr>
        <w:t xml:space="preserve">[30:43] </w:t>
      </w:r>
      <w:r>
        <w:t>yeh baat sirf Bani Israel ke liye nahi thi balkeh aaj hum sab ke liye bhi hai. Hum ne bhi jo pledge liya hai Quran se ya Kalme se woh yahi hai ke agar hum is pe baqi nahi rahenge to Allah taala kisi tarah se kuch destroy bhi kar sakta hai.</w:t>
      </w:r>
    </w:p>
    <w:p>
      <w:pPr>
        <w:jc w:val="right"/>
      </w:pPr>
      <w:r>
        <w:t>یہ بات صرف بنی اسرائیل کے لیے نہیں تھی بلکہ آج ہم سب کے لیے بھی ہے۔ ہم نے بھی جو پلیج لیا ہے قرآن سے یا کلمے سے وہ یہی ہے کہ اگر ہم اس پہ باقی نہیں رہیں گے تو اللہ تعالیٰ کسی طریقے سے کچھ ڈسٹروئے بھی کر سکتا ہے۔</w:t>
      </w:r>
    </w:p>
    <w:p>
      <w:r>
        <w:rPr>
          <w:b/>
        </w:rPr>
        <w:t xml:space="preserve">[31:00] </w:t>
      </w:r>
      <w:r>
        <w:t>ji, ji, ji. to sari jo qissa hai bani israel ka is mein har jagah sabaq hamein apne liye talash karna hai. chounkay itna bara qissa hai jo quran mein phaila hua hai.</w:t>
      </w:r>
    </w:p>
    <w:p>
      <w:pPr>
        <w:jc w:val="right"/>
      </w:pPr>
      <w:r>
        <w:t>جی، جی، جی۔ تو ساری جو قصہ ہے بنی اسرائیل کا اس میں ہر جگہ سبق ہمیں اپنے لیے تلاش کرنا ہے۔ چونکہ اتنا بڑا قصہ ہے جو قرآن میں پھیلا ہوا ہے۔</w:t>
      </w:r>
    </w:p>
    <w:p>
      <w:r>
        <w:rPr>
          <w:b/>
        </w:rPr>
        <w:t xml:space="preserve">[31:10] </w:t>
      </w:r>
      <w:r>
        <w:t>poore quran mein phaila hua hai. to is ka maqsad kuch hoga sirf koi story batane to hai nahin. ji,</w:t>
      </w:r>
    </w:p>
    <w:p>
      <w:pPr>
        <w:jc w:val="right"/>
      </w:pPr>
      <w:r>
        <w:t>پورے قرآن میں پھیلا ہوا ہے۔ تو اس کا مقصد کچھ ہوگا صرف کوئی سٹوری بتانے تو ہے نہیں۔ جی،</w:t>
      </w:r>
    </w:p>
    <w:p>
      <w:r>
        <w:rPr>
          <w:b/>
        </w:rPr>
        <w:t xml:space="preserve">[31:16] </w:t>
      </w:r>
      <w:r>
        <w:t>to is mein bari bari gehri asbaaq hain jo jo hamein is pe ghor karna chahiye. ji, yeh bohat important baat doctor sahib aap ne kahi that to have faith is to you know like making a contract with god that we will live and die as per his will to agar hum aisa na karein to hum apne oopar bilkul jaise goya calamity ya catastrophe invite kar rahe hain.</w:t>
      </w:r>
    </w:p>
    <w:p>
      <w:pPr>
        <w:jc w:val="right"/>
      </w:pPr>
      <w:r>
        <w:t>تو اس میں بڑی بڑی گہری اسباق ہیں جو جو ہمیں اس پہ غور کرنا چاہیے۔ جی، یہ بہت امپورٹنٹ بات ڈاکٹر صاحب آپ نے کہی that to have faith is to you know like making a contract with God that we will live and die as per His will تو اگر ہم ایسا نہ کریں تو ہم اپنے اوپر بالکل جیسے گویا کیلیمیٹی یا کیٹاسٹروفی انوائٹ کر رہے ہیں۔</w:t>
      </w:r>
    </w:p>
    <w:p>
      <w:r>
        <w:rPr>
          <w:b/>
        </w:rPr>
        <w:t xml:space="preserve">[31:42] </w:t>
      </w:r>
      <w:r>
        <w:t>bilkul sahi. to yeh bohat important baat. kahin doctor sahib</w:t>
      </w:r>
    </w:p>
    <w:p>
      <w:pPr>
        <w:jc w:val="right"/>
      </w:pPr>
      <w:r>
        <w:t>بالکل صحیح۔ تو یہ بہت امپورٹنٹ بات۔ کہیں ڈاکٹر صاحب</w:t>
      </w:r>
    </w:p>
    <w:p>
      <w:r>
        <w:rPr>
          <w:b/>
        </w:rPr>
        <w:t xml:space="preserve">[31:46] </w:t>
      </w:r>
      <w:r>
        <w:t>agle sawal lene se pehle kuch do char comments parhna chahunga. bohat sare log program ko dekh rahe hain. yeh miss farida kamran hain pakistan se unhone likha hai jazak allah very important and useful session molana sahib was such a great person and he had intellectual mind.</w:t>
      </w:r>
    </w:p>
    <w:p>
      <w:pPr>
        <w:jc w:val="right"/>
      </w:pPr>
      <w:r>
        <w:t>اگلے سوال لینے سے پہلے کچھ دو چار کمنٹس پڑھنا چاہوں گا۔ بہت سارے لوگ پروگرام کو دیکھ رہے ہیں۔ یہ مس فریدہ کامران ہیں پاکستان سے انہوں نے لکھا ہے جزاک اللہ ویری امپورٹنٹ اینڈ یوزفل سیشن مولانا صاحب واز سچ ا گریٹ پرسن اینڈ ہی ہیڈ انٹلیکچول مائنڈ۔</w:t>
      </w:r>
    </w:p>
    <w:p>
      <w:r>
        <w:rPr>
          <w:b/>
        </w:rPr>
        <w:t xml:space="preserve">[32:03] </w:t>
      </w:r>
      <w:r>
        <w:t>i have learned a lot from molana sahib. he was my favorite scholar of islam. mere allah grant him highest rewards in akhirah.</w:t>
      </w:r>
    </w:p>
    <w:p>
      <w:pPr>
        <w:jc w:val="right"/>
      </w:pPr>
      <w:r>
        <w:t>ائی ہیو لرنڈ ا لاٹ فرام مولانا صاحب۔ ہی واز مائی فیورٹ سکالر اف اسلام۔ میرے اللہ گرانٹ ہم ہائیسٹ ریوارڈز ان اخرہ۔</w:t>
      </w:r>
    </w:p>
    <w:p>
      <w:r>
        <w:rPr>
          <w:b/>
        </w:rPr>
        <w:t xml:space="preserve">[32:13] </w:t>
      </w:r>
      <w:r>
        <w:t>ah muhammad asif sahib ne ah kanpur se likha hai doctor sahib ne ek alag samajhne ka samjhane ka pehlu diya.</w:t>
      </w:r>
    </w:p>
    <w:p>
      <w:pPr>
        <w:jc w:val="right"/>
      </w:pPr>
      <w:r>
        <w:t>اہ محمد اصف صاحب نے اہ کانپور سے لکھا ہے ڈاکٹر صاحب نے ایک الگ سمجھنے کا سمجھانے کا پہلو دیا۔</w:t>
      </w:r>
    </w:p>
    <w:p>
      <w:r>
        <w:rPr>
          <w:b/>
        </w:rPr>
        <w:t xml:space="preserve">[32:23] </w:t>
      </w:r>
      <w:r>
        <w:t>ah doctor sahib is delivering deep knowledge of islam. ah jazak allah</w:t>
      </w:r>
    </w:p>
    <w:p>
      <w:pPr>
        <w:jc w:val="right"/>
      </w:pPr>
      <w:r>
        <w:t>اہ ڈاکٹر صاحب از ڈیلیورنگ ڈیپ نالج اف اسلام۔ اہ جزاک اللہ</w:t>
      </w:r>
    </w:p>
    <w:p>
      <w:r>
        <w:rPr>
          <w:b/>
        </w:rPr>
        <w:t xml:space="preserve">[32:31] </w:t>
      </w:r>
      <w:r>
        <w:t>molana iqbal umri ne chennai se likha hai mashallah hazrat musa ka waqia bohat lesson full ban gaya. allah taala doctor sahib ko jaza e khair</w:t>
      </w:r>
    </w:p>
    <w:p>
      <w:pPr>
        <w:jc w:val="right"/>
      </w:pPr>
      <w:r>
        <w:t>مولانا اقبال عمری نے چنئی سے لکھا ہے ماشاءاللہ حضرت موسیٰ کا واقعہ بہت لیسن فل بن گیا۔ اللہ تعالی ڈاکٹر صاحب کو جزائے خیر</w:t>
      </w:r>
    </w:p>
    <w:p>
      <w:r>
        <w:rPr>
          <w:b/>
        </w:rPr>
        <w:t xml:space="preserve">[32:42] </w:t>
      </w:r>
      <w:r>
        <w:t>de. aameen. doctor sahib aap ne ten commandments ka bhi abhi zikr kiya apne pichle jawab mein. ji, commandments ka aap ne zikr kiya tha to ten commandments ke bare mein main chahunga aap zaroor batayein.</w:t>
      </w:r>
    </w:p>
    <w:p>
      <w:pPr>
        <w:jc w:val="right"/>
      </w:pPr>
      <w:r>
        <w:t>دے۔ آمین۔ ڈاکٹر صاحب آپ نے ٹین کمانڈمنٹس کا بھی ابھی ذکر کیا اپنے پچھلے جواب میں۔ جی، کمانڈمنٹس کا آپ نے ذکر کیا تھا تو ٹین کمانڈمنٹس کے بارے میں میں چاہوں گا آپ ضرور بتائیں۔</w:t>
      </w:r>
    </w:p>
    <w:p>
      <w:r>
        <w:rPr>
          <w:b/>
        </w:rPr>
        <w:t xml:space="preserve">[32:55] </w:t>
      </w:r>
      <w:r>
        <w:t>ji, ten commandments jaise ek movie bhi thi to is bohat mashhoor ho gaya hai yeh quran bible mein ten commandments aate hain.</w:t>
      </w:r>
    </w:p>
    <w:p>
      <w:pPr>
        <w:jc w:val="right"/>
      </w:pPr>
      <w:r>
        <w:t>جی، ٹین کمانڈمنٹس جیسے ایک مووی بھی تھی تو اس بہت مشہور ہو گیا ہے یہ قرآن بائبل میں ٹین کمانڈمنٹس آتے ہیں۔</w:t>
      </w:r>
    </w:p>
    <w:p>
      <w:r>
        <w:rPr>
          <w:b/>
        </w:rPr>
        <w:t xml:space="preserve">[33:05] </w:t>
      </w:r>
      <w:r>
        <w:t>ah jo ke is tarah se hain ke you shall have no other god before me ji yani khuda ke ilawa koi aur khuda nahin hoga.</w:t>
      </w:r>
    </w:p>
    <w:p>
      <w:pPr>
        <w:jc w:val="right"/>
      </w:pPr>
      <w:r>
        <w:t>اہ جو کہ اس طرح سے ہیں کہ you shall have no other god before me جی یعنی خدا کے علاوہ کوئی اور خدا نہیں ہوگا۔</w:t>
      </w:r>
    </w:p>
    <w:p>
      <w:r>
        <w:rPr>
          <w:b/>
        </w:rPr>
        <w:t xml:space="preserve">[33:19] </w:t>
      </w:r>
      <w:r>
        <w:t>to yeh quran mein bhi yani yeh sari baatein jo ten commandments mein aati hain woh quran mein bhi maujood hain. ji, aur bar bar aayi hain.</w:t>
      </w:r>
    </w:p>
    <w:p>
      <w:pPr>
        <w:jc w:val="right"/>
      </w:pPr>
      <w:r>
        <w:t>تو یہ قرآن میں بھی یعنی یہ ساری باتیں جو ٹین کمانڈمنٹس میں آتی ہیں وہ قرآن میں بھی موجود ہیں۔ جی، اور بار بار آئی ہیں۔</w:t>
      </w:r>
    </w:p>
    <w:p>
      <w:r>
        <w:rPr>
          <w:b/>
        </w:rPr>
        <w:t xml:space="preserve">[33:27] </w:t>
      </w:r>
      <w:r>
        <w:t>to</w:t>
      </w:r>
    </w:p>
    <w:p>
      <w:pPr>
        <w:jc w:val="right"/>
      </w:pPr>
      <w:r>
        <w:t>تو</w:t>
      </w:r>
    </w:p>
    <w:p>
      <w:r>
        <w:rPr>
          <w:b/>
        </w:rPr>
        <w:t xml:space="preserve">[33:28] </w:t>
      </w:r>
      <w:r>
        <w:t>ab yeh jo pehla hai yeh yeh to la ilaha illallah muhammadur rasulullah mein yeh yeh baat aati hai aur kai tarah se quran mein kaha kaha gaya. aise hi you shall not make an image of god humm yani khuda ki koi image nahin banaoge.</w:t>
      </w:r>
    </w:p>
    <w:p>
      <w:pPr>
        <w:jc w:val="right"/>
      </w:pPr>
      <w:r>
        <w:t>اب یہ جو پہلا ہے یہ یہ تو لا الہ الا اللہ محمد رسول اللہ میں یہ یہ بات آتی ہے اور کئی طرح سے قرآن میں کہا کہا گیا۔ ایسے ہی you shall not make an image of God ہمم یعنی خدا کی کوئی امیج نہیں بناؤ گے۔</w:t>
      </w:r>
    </w:p>
    <w:p>
      <w:r>
        <w:rPr>
          <w:b/>
        </w:rPr>
        <w:t xml:space="preserve">[33:45] </w:t>
      </w:r>
      <w:r>
        <w:t>to yeh quran mein bhi aata hai laisa kamesli shayun ke is jaisi koi cheez hi</w:t>
      </w:r>
    </w:p>
    <w:p>
      <w:pPr>
        <w:jc w:val="right"/>
      </w:pPr>
      <w:r>
        <w:t>تو یہ قرآن میں بھی آتا ہے ليس كمثل شيء کہ اس جیسی کوئی چیز ہی</w:t>
      </w:r>
    </w:p>
    <w:p>
      <w:r>
        <w:rPr>
          <w:b/>
        </w:rPr>
        <w:t xml:space="preserve">[33:51] </w:t>
      </w:r>
      <w:r>
        <w:t>nahin hai. jab khuda ko insan ne dekha nahin aur na dekh sakta to us ki image banane ka koi meaningless ji cheez hai.</w:t>
      </w:r>
    </w:p>
    <w:p>
      <w:pPr>
        <w:jc w:val="right"/>
      </w:pPr>
      <w:r>
        <w:t>نہیں ہے۔ جب خدا کو انسان نے دیکھا نہیں اور نہ دیکھ سکتا تو اس کی امیج بنانے کا کوئی میننگ لیس جی چیز ہے۔</w:t>
      </w:r>
    </w:p>
    <w:p>
      <w:r>
        <w:rPr>
          <w:b/>
        </w:rPr>
        <w:t xml:space="preserve">[34:00] </w:t>
      </w:r>
      <w:r>
        <w:t>aise hi aata hai you shall not misuse the name of the lord your god ji yani ah misuse ka matlab hai jaise ke khuda ke naam pe koi qasam jhooti qasam khaye.</w:t>
      </w:r>
    </w:p>
    <w:p>
      <w:pPr>
        <w:jc w:val="right"/>
      </w:pPr>
      <w:r>
        <w:t>ایسے ہی آتا ہے you shall not misuse the name of the Lord your God جی یعنی اہ مس یوز کا مطلب ہے جیسے کہ خدا کے نام پہ کوئی قسم جھوٹی قسم کھائے۔</w:t>
      </w:r>
    </w:p>
    <w:p>
      <w:r>
        <w:rPr>
          <w:b/>
        </w:rPr>
        <w:t xml:space="preserve">[34:11] </w:t>
      </w:r>
      <w:r>
        <w:t>hmm to yeh misuse ho gaya. to yeh ah islam mein bhi hai quran mein bhi hai. ah aur</w:t>
      </w:r>
    </w:p>
    <w:p>
      <w:pPr>
        <w:jc w:val="right"/>
      </w:pPr>
      <w:r>
        <w:t>ہمم تو یہ مس یوز ہو گیا۔ تو یہ اہ اسلام میں بھی ہے قرآن میں بھی ہے۔ اہ اور</w:t>
      </w:r>
    </w:p>
    <w:p>
      <w:r>
        <w:rPr>
          <w:b/>
        </w:rPr>
        <w:t xml:space="preserve">[34:19] </w:t>
      </w:r>
      <w:r>
        <w:t>hai ke remember the seventh day humm jo saturday tha woh un ka holiday tha. ji, ah is mein yeh tha ke ah woh ibadat karein aur jo duniyavi kaam hain ah jo ah woh is ko avoid karein.</w:t>
      </w:r>
    </w:p>
    <w:p>
      <w:pPr>
        <w:jc w:val="right"/>
      </w:pPr>
      <w:r>
        <w:t>ہے کہ remember the seventh day ہمم جو سیٹرڈے تھا وہ ان کا ہولی ڈے تھا۔ جی، اہ اس میں یہ تھا کہ اہ وہ عبادت کریں اور جو دنیاوی کام ہیں اہ جو اہ وہ اس کو اوائڈ کریں۔</w:t>
      </w:r>
    </w:p>
    <w:p>
      <w:r>
        <w:rPr>
          <w:b/>
        </w:rPr>
        <w:t xml:space="preserve">[34:35] </w:t>
      </w:r>
      <w:r>
        <w:t>to yeh yeh cheez ah ah ah islam mein bhi hai. friday hai aur christians ke liye ah ah sunday hai.</w:t>
      </w:r>
    </w:p>
    <w:p>
      <w:pPr>
        <w:jc w:val="right"/>
      </w:pPr>
      <w:r>
        <w:t>تو یہ یہ چیز اہ اہ اہ اسلام میں بھی ہے۔ فرائیڈے ہے اور کرسچنز کے لیے اہ اہ سنڈے ہے۔</w:t>
      </w:r>
    </w:p>
    <w:p>
      <w:r>
        <w:rPr>
          <w:b/>
        </w:rPr>
        <w:t xml:space="preserve">[34:45] </w:t>
      </w:r>
      <w:r>
        <w:t>to ah aise hi hai ke honor your father</w:t>
      </w:r>
    </w:p>
    <w:p>
      <w:pPr>
        <w:jc w:val="right"/>
      </w:pPr>
      <w:r>
        <w:t>تو اہ ایسے ہی ہے کہ honor your father</w:t>
      </w:r>
    </w:p>
    <w:p>
      <w:r>
        <w:rPr>
          <w:b/>
        </w:rPr>
        <w:t xml:space="preserve">[34:48] </w:t>
      </w:r>
      <w:r>
        <w:t>and mother yeh bhi quran mein bohat zyada hai ke qurbi rahmahuma kama rabbayani saghiran ke lord ah have mercy on my parents as they raised me up when i was little.</w:t>
      </w:r>
    </w:p>
    <w:p>
      <w:pPr>
        <w:jc w:val="right"/>
      </w:pPr>
      <w:r>
        <w:t>and mother یہ بھی قرآن میں بہت زیادہ ہے کہ قُرَّبْ بِرْحَمُهُمَا كَمَا رَبِّيَانِي صَغِيرًا کہ لارڈ اہ ہیو مرسی ان مائی پیرنٹس ایز دے ریزڈ می اپ وین ائی واز لٹل۔</w:t>
      </w:r>
    </w:p>
    <w:p>
      <w:r>
        <w:rPr>
          <w:b/>
        </w:rPr>
        <w:t xml:space="preserve">[35:01] </w:t>
      </w:r>
      <w:r>
        <w:t>aur hadith mein bohat zyada hai. ji, khaas taur se maa ke bare mein to bohat hi zyada hai. ji, aise hi hai you shall not murder</w:t>
      </w:r>
    </w:p>
    <w:p>
      <w:pPr>
        <w:jc w:val="right"/>
      </w:pPr>
      <w:r>
        <w:t>اور حدیث میں بہت زیادہ ہے۔ جی، خاص طور سے ماں کے بارے میں تو بہت ہی زیادہ ہے۔ جی، ایسے ہی ہے you shall not murder</w:t>
      </w:r>
    </w:p>
    <w:p>
      <w:r>
        <w:rPr>
          <w:b/>
        </w:rPr>
        <w:t xml:space="preserve">[35:10] </w:t>
      </w:r>
      <w:r>
        <w:t>quran mein bhi yeh baat hai ke jis ne ek insan ko qatl kiya us ne goya saare hi insanon ko qatl kar diya. hmm aur you shall not commit adultery yeh bhi quran mein hai.</w:t>
      </w:r>
    </w:p>
    <w:p>
      <w:pPr>
        <w:jc w:val="right"/>
      </w:pPr>
      <w:r>
        <w:t>قرآن میں بھی یہ بات ہے کہ جس نے ایک انسان کو قتل کیا اس نے گویا سارے ہی انسانوں کو قتل کر دیا۔ ہمم اور you shall not commit adultery یہ بھی قرآن میں ہے۔</w:t>
      </w:r>
    </w:p>
    <w:p>
      <w:r>
        <w:rPr>
          <w:b/>
        </w:rPr>
        <w:t xml:space="preserve">[35:21] </w:t>
      </w:r>
      <w:r>
        <w:t>and you shall not steal yeh bhi quran mein aata hai ke haath kaatne ka jo hukm hai. you shall not bear false witness ji yeh bhi aata hai quran mein jisko shahadat zor kaha gaya</w:t>
      </w:r>
    </w:p>
    <w:p>
      <w:pPr>
        <w:jc w:val="right"/>
      </w:pPr>
      <w:r>
        <w:t>and you shall not steal یہ بھی قرآن میں آتا ہے کہ ہاتھ کاٹنے کا جو حکم ہے۔ you shall not bear false witness جی یہ بھی آتا ہے قرآن میں جس کو شہادت زور کہا گیا</w:t>
      </w:r>
    </w:p>
    <w:p>
      <w:r>
        <w:rPr>
          <w:b/>
        </w:rPr>
        <w:t xml:space="preserve">[35:35] </w:t>
      </w:r>
      <w:r>
        <w:t>hai. you shall not have wrongful desires yaani desires ah ah is tarah ki.</w:t>
      </w:r>
    </w:p>
    <w:p>
      <w:pPr>
        <w:jc w:val="right"/>
      </w:pPr>
      <w:r>
        <w:t>ہے۔ you shall not have wrongful desires یعنی ڈیزائرز اہ اہ اس طرح کی۔</w:t>
      </w:r>
    </w:p>
    <w:p>
      <w:r>
        <w:rPr>
          <w:b/>
        </w:rPr>
        <w:t xml:space="preserve">[35:44] </w:t>
      </w:r>
      <w:r>
        <w:t>to yeh saari jo baatein hain yeh saare mazahib mein hain. ji, yaani yeh moral aspect hai. aap dekhein hinduzam mein bhi sikhism mein jainism mein ah har jagah yeh cheezein milti hain christianity mein.</w:t>
      </w:r>
    </w:p>
    <w:p>
      <w:pPr>
        <w:jc w:val="right"/>
      </w:pPr>
      <w:r>
        <w:t>تو یہ ساری جو باتیں ہیں یہ سارے مذاہب میں ہیں۔ جی، یعنی یہ مورل ایسپیکٹ ہے۔ آپ دیکھیں ہندوازم میں بھی سکھزم میں جینزم میں اہ ہر جگہ یہ چیزیں ملتی ہیں کرسچینٹی میں۔</w:t>
      </w:r>
    </w:p>
    <w:p>
      <w:r>
        <w:rPr>
          <w:b/>
        </w:rPr>
        <w:t xml:space="preserve">[35:58] </w:t>
      </w:r>
      <w:r>
        <w:t>to yeh islam mein yeh to ek common ah cheezein hain jo har jagah aap ko ji milein gi</w:t>
      </w:r>
    </w:p>
    <w:p>
      <w:pPr>
        <w:jc w:val="right"/>
      </w:pPr>
      <w:r>
        <w:t>تو یہ اسلام میں یہ تو ایک کامن اہ چیزیں ہیں جو ہر جگہ آپ کو جی ملیں گ</w:t>
      </w:r>
    </w:p>
    <w:p>
      <w:r>
        <w:rPr>
          <w:b/>
        </w:rPr>
        <w:t xml:space="preserve">[36:03] </w:t>
      </w:r>
      <w:r>
        <w:t>gi. wahi ten commandments ki soorat mein ji bana diya gaya bible mein yeh cheezein aati hain. aur bohat simple aur natural hain doctor sahab so any person who will hear these ji his mind will testify to its truth agar follow karein to zindagi aasan to ho hi jaye gi kamyab bhi hogi yaqeenan chounke insaan ke nature mein yeh cheez maujood hai.</w:t>
      </w:r>
    </w:p>
    <w:p>
      <w:pPr>
        <w:jc w:val="right"/>
      </w:pPr>
      <w:r>
        <w:t>ی۔ وہی ٹین کمانڈمنٹس کی صورت میں جی بنا دیا گیا بائبل میں یہ چیزیں آتی ہیں۔ اور بہت سمپل اور نیچرل ہیں ڈاکٹر صاحب so any person who will hear these جی his mind will testify to its truth اگر فالو کریں تو زندگی آسان تو ہو ہی جائے گی کامیاب بھی ہوگی یقینا چونکہ انسان کے نیچر میں یہ چیز موجود ہے۔</w:t>
      </w:r>
    </w:p>
    <w:p>
      <w:r>
        <w:rPr>
          <w:b/>
        </w:rPr>
        <w:t xml:space="preserve">[36:22] </w:t>
      </w:r>
      <w:r>
        <w:t>ji, allah taala ne banaya hi aisa hai ke woh jhoot na boley burai na kare kisi ko sataye nahi logon ke liye helpful na bane. to yeh baat woh reinforce karne ke liye in mazahib ki mazhabi kitabon mein bhi aa gayi hai.</w:t>
      </w:r>
    </w:p>
    <w:p>
      <w:pPr>
        <w:jc w:val="right"/>
      </w:pPr>
      <w:r>
        <w:t>جی، اللہ تعالی نے بنایا ہی ایسا ہے کہ وہ جھوٹ نہ بولے برائی نہ کرے کسی کو ستائے نہیں لوگوں کے لیے ہیلپ فل نہ بنے۔ تو یہ بات وہ ری انفورس کرنے کے لیے ان مذہب کی مذہبی کتابوں میں بھی آ گئی ہے۔</w:t>
      </w:r>
    </w:p>
    <w:p>
      <w:r>
        <w:rPr>
          <w:b/>
        </w:rPr>
        <w:t xml:space="preserve">[36:36] </w:t>
      </w:r>
      <w:r>
        <w:t>ji, baat yeh insaan ke paas khud allah taala ne har insaan ki inner shakhsiyat mein rakhi hui hai. hmm, koi bura kaam karta hai to usko lagta hai ke main galat kaam kar raha hoon.</w:t>
      </w:r>
    </w:p>
    <w:p>
      <w:pPr>
        <w:jc w:val="right"/>
      </w:pPr>
      <w:r>
        <w:t>جی، بات یہ انسان کے پاس خود اللہ تعالی نے ہر انسان کی انر شخصیت میں رکھی ہوئی ہے۔ ہمم، کوئی برا کام کرتا ہے تو اس کو لگتا ہے کہ میں غلط کام کر رہا ہوں۔</w:t>
      </w:r>
    </w:p>
    <w:p>
      <w:r>
        <w:rPr>
          <w:b/>
        </w:rPr>
        <w:t xml:space="preserve">[36:44] </w:t>
      </w:r>
      <w:r>
        <w:t>ji, bilkul to inhi baat ko thoda aur wazeh karne ke liye yeh baatein aa jaati hain. ji, dekhein jazak allah</w:t>
      </w:r>
    </w:p>
    <w:p>
      <w:pPr>
        <w:jc w:val="right"/>
      </w:pPr>
      <w:r>
        <w:t>جی، بالکل تو انہی بات کو تھوڑا اور واضح کرنے کے لیے یہ باتیں آ جاتی ہیں۔ جی، دیکھیں جزاک اللہ</w:t>
      </w:r>
    </w:p>
    <w:p>
      <w:r>
        <w:rPr>
          <w:b/>
        </w:rPr>
        <w:t xml:space="preserve">[36:51] </w:t>
      </w:r>
      <w:r>
        <w:t>doctor sahab torah jaise hum jante hain moosa alaihissalam ko reveal kari gayi. ah, yahan pe main yeh poochna chahunga torah aur talmud dono mein kya difference hai is ke bare mein bhi batayein.</w:t>
      </w:r>
    </w:p>
    <w:p>
      <w:pPr>
        <w:jc w:val="right"/>
      </w:pPr>
      <w:r>
        <w:t>ڈاکٹر صاحب تورہ جیسے ہم جانتے ہیں موسیٰ علیہ السلام کو ریویل کری گئی۔ اہ، یہاں پہ میں یہ پوچھنا چاہوں گا تورہ اور تالمود دونوں میں کیا ڈیفرنس ہے اس کے بارے میں بھی بتائیں۔</w:t>
      </w:r>
    </w:p>
    <w:p>
      <w:r>
        <w:rPr>
          <w:b/>
        </w:rPr>
        <w:t xml:space="preserve">[37:03] </w:t>
      </w:r>
      <w:r>
        <w:t>torah ya torat to aasmani kitab hai jis ko hum kahenge revealed book. ji, quran mein bhi is ki tasdeeq hui hai ke inna anzalnal taurata fiha hudan wa nooran.</w:t>
      </w:r>
    </w:p>
    <w:p>
      <w:pPr>
        <w:jc w:val="right"/>
      </w:pPr>
      <w:r>
        <w:t>تورہ یا تورات تو آسمانی کتاب ہے جس کو ہم کہیں گے ریویلڈ بک۔ جی، قرآن میں بھی اس کی تصدیق ہوئی ہے کہ إِنَّا أَنْزَلْنَا الْتَوْرَاةَ فِيهَا هُدًى وَنُورًا ۔</w:t>
      </w:r>
    </w:p>
    <w:p>
      <w:r>
        <w:rPr>
          <w:b/>
        </w:rPr>
        <w:t xml:space="preserve">[37:17] </w:t>
      </w:r>
      <w:r>
        <w:t>quran mein aata hai ke beshak hum ne torat utari jis mein guidance hai noor hai. noor ka matlab wahi guidance ke liye aata hai hidayat aur guidance ke liye quran mein noor ka lafz aata hai kai jagah aaya hai.</w:t>
      </w:r>
    </w:p>
    <w:p>
      <w:pPr>
        <w:jc w:val="right"/>
      </w:pPr>
      <w:r>
        <w:t>قرآن میں آتا ہے کہ بے شک ہم نے تورات اتاری جس میں گائیڈنس ہے نور ہے۔ نور کا مطلب وہی گائیڈنس کے لیے آتا ہے ہدایت اور گائیڈنس کے لیے قرآن میں نور کا لفظ آتا ہے کئی جگہ آیا ہے۔</w:t>
      </w:r>
    </w:p>
    <w:p>
      <w:r>
        <w:rPr>
          <w:b/>
        </w:rPr>
        <w:t xml:space="preserve">[37:31] </w:t>
      </w:r>
      <w:r>
        <w:t>to is mein jo old testament hai bible ka jo old testament ka hissa hai us ki five first books jo hain woh torat hain.</w:t>
      </w:r>
    </w:p>
    <w:p>
      <w:pPr>
        <w:jc w:val="right"/>
      </w:pPr>
      <w:r>
        <w:t>تو اس میں جو اولڈ ٹیسٹمنٹ ہے بائبل کا جو اولڈ ٹیسٹمنٹ کا حصہ ہے اس کی فائیو فرسٹ بکس جو ہیں وہ تورات ہیں۔</w:t>
      </w:r>
    </w:p>
    <w:p>
      <w:r>
        <w:rPr>
          <w:b/>
        </w:rPr>
        <w:t xml:space="preserve">[37:42] </w:t>
      </w:r>
      <w:r>
        <w:t>woh woh torat hain yaani genesis, exodus, leviticus, numbers aur deuteronomy yeh jo paanch first books hain ji woh saari ki saari ah torat hain.</w:t>
      </w:r>
    </w:p>
    <w:p>
      <w:pPr>
        <w:jc w:val="right"/>
      </w:pPr>
      <w:r>
        <w:t>وہ وہ تورات ہیں یعنی جینسس، ایگزیڈس، لیبٹیکس، نمبرز اور ڈیوٹونومی یہ جو پانچ فرسٹ بکس ہیں جی وہ ساری کی ساری اہ تورات ہیں۔</w:t>
      </w:r>
    </w:p>
    <w:p>
      <w:r>
        <w:rPr>
          <w:b/>
        </w:rPr>
        <w:t xml:space="preserve">[37:55] </w:t>
      </w:r>
      <w:r>
        <w:t>hmm, ah aur aur jo talmud hai talmud aasmani kitab nahi hai revealed book nahi hai.</w:t>
      </w:r>
    </w:p>
    <w:p>
      <w:pPr>
        <w:jc w:val="right"/>
      </w:pPr>
      <w:r>
        <w:t>ہمم، اہ اور اور جو تلمود ہے تلمود آسمانی کتاب نہیں ہے ریویلڈ بک نہیں ہے۔</w:t>
      </w:r>
    </w:p>
    <w:p>
      <w:r>
        <w:rPr>
          <w:b/>
        </w:rPr>
        <w:t xml:space="preserve">[38:04] </w:t>
      </w:r>
      <w:r>
        <w:t>ji, yeh ek compilation hai jo ancient rabbis aur scholars the jewish un ki un ki baatein hain unhone jis tarah se interpret kiya ji ah torah ko aur jo un ke jo un ke arguments the jo interpretations the woh is mein jama kiye gaye hain.</w:t>
      </w:r>
    </w:p>
    <w:p>
      <w:pPr>
        <w:jc w:val="right"/>
      </w:pPr>
      <w:r>
        <w:t>جی، یہ ایک کمپائلیشن ہے جو اینشینٹ ریبائز اور سکالرز تھے جوئش ان کی ان کی باتیں ہیں انہوں نے جس طرح سے انٹرپریٹ کیا جی اہ تورات کو اور جو ان کے جو ان کے ارگیومنٹس تھے جو انٹرپریٹیشنز تھے وہ اس میں جمع کیے گئے ہیں۔</w:t>
      </w:r>
    </w:p>
    <w:p>
      <w:r>
        <w:rPr>
          <w:b/>
        </w:rPr>
        <w:t xml:space="preserve">[38:23] </w:t>
      </w:r>
      <w:r>
        <w:t>ji, aur waqiat ji ek tareeqe se samjhiye ke jo hamare hadith ki ah hai soorat hadith aur fiqh</w:t>
      </w:r>
    </w:p>
    <w:p>
      <w:pPr>
        <w:jc w:val="right"/>
      </w:pPr>
      <w:r>
        <w:t>جی، اور واقعات جی ایک طریقے سے سمجھئے کہ جو ہمارے حدیث کی اہ ہے صورت حدیث اور فق</w:t>
      </w:r>
    </w:p>
    <w:p>
      <w:r>
        <w:rPr>
          <w:b/>
        </w:rPr>
        <w:t xml:space="preserve">[38:31] </w:t>
      </w:r>
      <w:r>
        <w:t>ha ji yeh isi tarah ki ek kitab hai jis mein ah zyada tar jo ahkam hain aur law hai jo unhone derive kiya hai us ko jama kar diya hai.</w:t>
      </w:r>
    </w:p>
    <w:p>
      <w:pPr>
        <w:jc w:val="right"/>
      </w:pPr>
      <w:r>
        <w:t>ہ جی یہ اسی طرح کی ایک کتاب ہے جس میں اہ زیادہ تر جو احکام ہیں اور لاء ہے جو انہوں نے ڈرائیو کیا ہے اس کو جمع کر دیا ہے۔</w:t>
      </w:r>
    </w:p>
    <w:p>
      <w:r>
        <w:rPr>
          <w:b/>
        </w:rPr>
        <w:t xml:space="preserve">[38:43] </w:t>
      </w:r>
      <w:r>
        <w:t>aur ah ah is mein ek waqia kuch waqiat bhi hain ek waqia aata hai jis ko maulana ne bhi liya tha ek do baar.</w:t>
      </w:r>
    </w:p>
    <w:p>
      <w:pPr>
        <w:jc w:val="right"/>
      </w:pPr>
      <w:r>
        <w:t>اور اہ اہ اس میں ایک واقعہ کچھ واقعات بھی ہیں ایک واقعہ آتا ہے جس کو مولانا نے بھی لیا تھا ایک دو بار۔</w:t>
      </w:r>
    </w:p>
    <w:p>
      <w:r>
        <w:rPr>
          <w:b/>
        </w:rPr>
        <w:t xml:space="preserve">[38:52] </w:t>
      </w:r>
      <w:r>
        <w:t>ji</w:t>
      </w:r>
    </w:p>
    <w:p>
      <w:pPr>
        <w:jc w:val="right"/>
      </w:pPr>
      <w:r>
        <w:t>جی</w:t>
      </w:r>
    </w:p>
    <w:p>
      <w:r>
        <w:rPr>
          <w:b/>
        </w:rPr>
        <w:t xml:space="preserve">[38:54] </w:t>
      </w:r>
      <w:r>
        <w:t>ke moosa alaihissalam ah ek baar kahin guzar rahe the ah raaste se to woh ek ah peir ke neeche rest kiya unhone baithe.</w:t>
      </w:r>
    </w:p>
    <w:p>
      <w:pPr>
        <w:jc w:val="right"/>
      </w:pPr>
      <w:r>
        <w:t>کہ موسیٰ علیہ السلام اہ ایک بار کہیں گزر رہے تھے اہ راستے سے تو وہ ایک اہ پیڑ کے نیچے ریسٹ کیا انہوں نے بیٹھے۔</w:t>
      </w:r>
    </w:p>
    <w:p>
      <w:r>
        <w:rPr>
          <w:b/>
        </w:rPr>
        <w:t xml:space="preserve">[39:06] </w:t>
      </w:r>
      <w:r>
        <w:t>ji, ah saaye mein to koi ah ah gaon ka aadmi koi dehati bhi wahan leta hua tha. hmm, to woh zor zor se dua mang raha tha to woh alag tarah ki dua mang raha tha</w:t>
      </w:r>
    </w:p>
    <w:p>
      <w:pPr>
        <w:jc w:val="right"/>
      </w:pPr>
      <w:r>
        <w:t>جی، اہ سائے میں تو کوئی اہ اہ گاؤں کا آدمی کوئی دیہاتی بھی وہاں لیٹا ہوا تھا۔ ہمم، تو وہ زور زور سے دعا مانگ رہا تھا تو وہ الگ طرح کی دعا مانگ رہا تھا</w:t>
      </w:r>
    </w:p>
    <w:p>
      <w:r>
        <w:rPr>
          <w:b/>
        </w:rPr>
        <w:t xml:space="preserve">[39:20] </w:t>
      </w:r>
      <w:r>
        <w:t>woh keh raha tha ke aye allah tu mujhe milta to main tera paon dabata main tere baal mein tail lagata main tera sir dabata.</w:t>
      </w:r>
    </w:p>
    <w:p>
      <w:pPr>
        <w:jc w:val="right"/>
      </w:pPr>
      <w:r>
        <w:t>وہ کہہ رہا تھا کہ اے اللہ تو مجھے ملتا تو میں تیرا پاؤں دباتا میں تیرے بال میں تیل لگاتا میں تیرا سر دباتا۔</w:t>
      </w:r>
    </w:p>
    <w:p>
      <w:r>
        <w:rPr>
          <w:b/>
        </w:rPr>
        <w:t xml:space="preserve">[39:29] </w:t>
      </w:r>
      <w:r>
        <w:t>to moosa alaihissalam ne jab aise alfaaz sune to woh chaunk gaye aur ghussa ho gaye bohat kehne lage yeh tum kya fazool baatein kar rahe ho.</w:t>
      </w:r>
    </w:p>
    <w:p>
      <w:pPr>
        <w:jc w:val="right"/>
      </w:pPr>
      <w:r>
        <w:t>تو موسیٰ علیہ السلام نے جب ایسے الفاظ سنے تو وہ چونک گئے اور غصہ ہو گئے بہت کہنے لگے یہ تم کیا فضول باتیں کر رہے ہو۔</w:t>
      </w:r>
    </w:p>
    <w:p>
      <w:r>
        <w:rPr>
          <w:b/>
        </w:rPr>
        <w:t xml:space="preserve">[39:39] </w:t>
      </w:r>
      <w:r>
        <w:t>ji, koi khuda koi aadmi hai jo tum is ka sir dabaoge paon dabage.</w:t>
      </w:r>
    </w:p>
    <w:p>
      <w:pPr>
        <w:jc w:val="right"/>
      </w:pPr>
      <w:r>
        <w:t>جی، کوئی خدا کوئی آدمی ہے جو تم اس کا سر دباؤ گے پاؤں دباؤ گے۔</w:t>
      </w:r>
    </w:p>
    <w:p>
      <w:r>
        <w:rPr>
          <w:b/>
        </w:rPr>
        <w:t xml:space="preserve">[39:44] </w:t>
      </w:r>
      <w:r>
        <w:t>to us waqt kehte hain ke wahi aayi aur allah taala ne moosa alaihissalam se kaha ke moosa ise rehne do jo yeh bol raha hai bolne do us ko.</w:t>
      </w:r>
    </w:p>
    <w:p>
      <w:pPr>
        <w:jc w:val="right"/>
      </w:pPr>
      <w:r>
        <w:t>تو اس وقت کہتے ہیں کہ وحی آئی اور اللہ تعالی نے موسیٰ علیہ السلام سے کہا کہ موسیٰ اسے رہنے دو جو یہ بول رہا ہے بولنے دو اس کو۔</w:t>
      </w:r>
    </w:p>
    <w:p>
      <w:r>
        <w:rPr>
          <w:b/>
        </w:rPr>
        <w:t xml:space="preserve">[39:55] </w:t>
      </w:r>
      <w:r>
        <w:t>hmm, yani Allah taala is ke alfaaz pe nahi ja raha tha balkay jo jo is ke dil mein kaifiyat thi jo Allah se jo mohabbat thi us ke paas yahi alfaaz</w:t>
      </w:r>
    </w:p>
    <w:p>
      <w:pPr>
        <w:jc w:val="right"/>
      </w:pPr>
      <w:r>
        <w:t>ہمم، یعنی اللہ تعالی اس کے الفاظ پہ نہیں جا رہا تھا بلکہ جو جو اس کے دل میں کیفیت تھی جو اللہ سے جو محبت تھی اس کے پاس یہی الفاظ</w:t>
      </w:r>
    </w:p>
    <w:p>
      <w:r>
        <w:rPr>
          <w:b/>
        </w:rPr>
        <w:t xml:space="preserve">[40:08] </w:t>
      </w:r>
      <w:r>
        <w:t>thay to isi alfaaz se dua kar kar raha tha. Is liye jo dua hai us ke alfaaz pe nahi jana chahiye. Aaj aaj kal kya hai mein aksar dekhta hoon log kehtay hain ke yeh dua aap yeh zikr hai aap das baar kar lein aur do minute lagain gay rozana aur paanch minute lagain gay aur subah kar lein aur shaam ko kar lein.</w:t>
      </w:r>
    </w:p>
    <w:p>
      <w:pPr>
        <w:jc w:val="right"/>
      </w:pPr>
      <w:r>
        <w:t>تھے تو اسی الفاظ سے دعا کر کر رہا تھا۔ اس لیے جو دعا ہے اس کے الفاظ پہ نہیں جانا چاہیے۔ آج آج کل کیا ہے میں اکثر دیکھتا ہوں لوگ کہتے ہیں کہ یہ دعا آپ یہ ذکر ہے آپ دس بار کر لیں اور دو منٹ لگیں گے روزانہ اور پانچ منٹ لگیں گے اور صبح کر لیں اور شام کو کر لیں۔</w:t>
      </w:r>
    </w:p>
    <w:p>
      <w:r>
        <w:rPr>
          <w:b/>
        </w:rPr>
        <w:t xml:space="preserve">[40:27] </w:t>
      </w:r>
      <w:r>
        <w:t>ji, aur yeh parh lein woh parh lein yeh parhna nahi hai balkay yeh dua jo hai woh aap ke gehre ehsasat kabhi woh lafzon mein dhal jaat</w:t>
      </w:r>
    </w:p>
    <w:p>
      <w:pPr>
        <w:jc w:val="right"/>
      </w:pPr>
      <w:r>
        <w:t>جی، اور یہ پڑھ لیں وہ پڑھ لیں یہ پڑھنا نہیں ہے بلکہ یہ دعا جو ہے وہ آپ کے گہرے احساسات کبھی وہ لفظوں میں ڈھل جات</w:t>
      </w:r>
    </w:p>
    <w:p>
      <w:r>
        <w:rPr>
          <w:b/>
        </w:rPr>
        <w:t xml:space="preserve">[40:37] </w:t>
      </w:r>
      <w:r>
        <w:t>ay hain. Ji, to ehsasat zaroori hai yani jo aap ki inner feelings hain jo emotions hain woh lafzon mein dhalain na ke aap kuch alfaaz hain jo kuch mysterious hai jo ah is se is se kuch bohat bara sawab mil jaye ga yeh Islam ka tasawwur nahi hai.</w:t>
      </w:r>
    </w:p>
    <w:p>
      <w:pPr>
        <w:jc w:val="right"/>
      </w:pPr>
      <w:r>
        <w:t>ے ہیں۔ جی، تو احساسات ضروری ہے یعنی جو آپ کی انر فیلنگز ہیں جو ایموشنز ہیں وہ لفظوں میں ڈھلیں نہ کہ آپ کچھ الفاظ ہیں جو کچھ مسٹیریس ہے جو اہ اس سے اس سے کچھ بہت بڑا ثواب مل جائے گا یہ اسلام کا تصور نہیں ہے۔</w:t>
      </w:r>
    </w:p>
    <w:p>
      <w:r>
        <w:rPr>
          <w:b/>
        </w:rPr>
        <w:t xml:space="preserve">[40:55] </w:t>
      </w:r>
      <w:r>
        <w:t>to Bible ke baray mein Maulana ka yeh kehna tha ke Bible is the commentary of the Quran . hmm, Maulana ne aik baar poori Bible parhi thi.</w:t>
      </w:r>
    </w:p>
    <w:p>
      <w:pPr>
        <w:jc w:val="right"/>
      </w:pPr>
      <w:r>
        <w:t>تو بائبل کے بارے میں مولانا کا یہ کہنا تھا کہ Bible is the commentary of the Quran ۔ ہمم، مولانا نے ایک بار پوری بائبل پڑھی تھی۔</w:t>
      </w:r>
    </w:p>
    <w:p>
      <w:r>
        <w:rPr>
          <w:b/>
        </w:rPr>
        <w:t xml:space="preserve">[41:05] </w:t>
      </w:r>
      <w:r>
        <w:t>ji, hum log aik kuch arsay Doctor muqarrar ji nagar rahay thay. Ji, to is is zamanay mein Maulana ne sirf Bible hi parhi thi. Ji, to Maulana ka kehna hai ke is mein ah is mein bohat si aisi baatein hain Bible mein jo Quran ko aur further explain karti hain.</w:t>
      </w:r>
    </w:p>
    <w:p>
      <w:pPr>
        <w:jc w:val="right"/>
      </w:pPr>
      <w:r>
        <w:t>جی، ہم لوگ ایک کچھ عرصے ڈاکٹر مقرر جی نگر رہے تھے۔ جی، تو اس اس زمانے میں مولانا نے صرف بائبل ہی پڑھی تھی۔ جی، تو مولانا کا کہنا ہے کہ اس میں اہ اس میں بہت سی ایسی باتیں ہیں بائبل میں جو قرآن کو اور فردر ایکسپلین کرتی ہیں۔</w:t>
      </w:r>
    </w:p>
    <w:p>
      <w:r>
        <w:rPr>
          <w:b/>
        </w:rPr>
        <w:t xml:space="preserve">[41:19] </w:t>
      </w:r>
      <w:r>
        <w:t>hmm, chuna ke Bible bohat bari kitab hai Quran ke muqablay mein to is mein bohat si aisi baatein hain jis se aur wazahat hoti hai hamein Quran ki.</w:t>
      </w:r>
    </w:p>
    <w:p>
      <w:pPr>
        <w:jc w:val="right"/>
      </w:pPr>
      <w:r>
        <w:t>ہمم، چونکہ بائبل بہت بڑی کتاب ہے قرآن کے مقابلے میں تو اس میں بہت سی ایسی باتیں ہیں جس سے اور وضاحت ہوتی ہے ہمیں قرآن کی۔</w:t>
      </w:r>
    </w:p>
    <w:p>
      <w:r>
        <w:rPr>
          <w:b/>
        </w:rPr>
        <w:t xml:space="preserve">[41:31] </w:t>
      </w:r>
      <w:r>
        <w:t>ji, ah Doctor sahib kuch comment parhna chahoon ga.</w:t>
      </w:r>
    </w:p>
    <w:p>
      <w:pPr>
        <w:jc w:val="right"/>
      </w:pPr>
      <w:r>
        <w:t>جی، اہ ڈاکٹر صاحب کچھ کمنٹ پڑھنا چاہوں گا۔</w:t>
      </w:r>
    </w:p>
    <w:p>
      <w:r>
        <w:rPr>
          <w:b/>
        </w:rPr>
        <w:t xml:space="preserve">[41:35] </w:t>
      </w:r>
      <w:r>
        <w:t>ah yeh miss karoot leen ne likha hai Srinagar se an eternal and unforgettable message to the world where an arrogant and bad-minded person like Pharaoh has an eternal and unforgettable lesson that arrogance and self-esteem are the most disliked act to Allah Almighty and history is witness to this that the end of every oppressor, arrogant, and anti-human ruler is a lesson.</w:t>
      </w:r>
    </w:p>
    <w:p>
      <w:pPr>
        <w:jc w:val="right"/>
      </w:pPr>
      <w:r>
        <w:t>اہ یہ مس کروت لین نے لکھا ہے سری نگر سے an eternal and unforgettable message to the world where an arrogant and bad-minded person like Pharaoh has an eternal and unforgettable lesson that arrogance and self-esteem are the most disliked act to Allah Almighty and history is witness to this that the end of every oppressor, arrogant, and anti-human ruler is a lesson.</w:t>
      </w:r>
    </w:p>
    <w:p>
      <w:r>
        <w:rPr>
          <w:b/>
        </w:rPr>
        <w:t xml:space="preserve">[42:03] </w:t>
      </w:r>
      <w:r>
        <w:t>Th</w:t>
      </w:r>
    </w:p>
    <w:p>
      <w:pPr>
        <w:jc w:val="right"/>
      </w:pPr>
      <w:r>
        <w:t>Th</w:t>
      </w:r>
    </w:p>
    <w:p>
      <w:r>
        <w:rPr>
          <w:b/>
        </w:rPr>
        <w:t xml:space="preserve">[42:04] </w:t>
      </w:r>
      <w:r>
        <w:t>ank you Doctor sahib for refreshing the memory of this incident. Ah Muhammad Maulana Muhammad Yaqoob Umri ne Delhi se likha hai Doctor sahib the way you explain the view of God in the paradise makes it more meaningful.</w:t>
      </w:r>
    </w:p>
    <w:p>
      <w:pPr>
        <w:jc w:val="right"/>
      </w:pPr>
      <w:r>
        <w:t>ank you ڈاکٹر صاحب for refreshing the memory of this incident. اہ محمد مولانا محمد یعقوب عمری نے دلی سے لکھا ہے ڈاکٹر صاحب the way you explain the view of God in the paradise makes it more meaningful.</w:t>
      </w:r>
    </w:p>
    <w:p>
      <w:r>
        <w:rPr>
          <w:b/>
        </w:rPr>
        <w:t xml:space="preserve">[42:21] </w:t>
      </w:r>
      <w:r>
        <w:t>You said that God will appear every day in a different view. Jazak Allah Tanveer Kazmi sahib ne ah Pakistan se likha hai Maulana sahib was such a great</w:t>
      </w:r>
    </w:p>
    <w:p>
      <w:pPr>
        <w:jc w:val="right"/>
      </w:pPr>
      <w:r>
        <w:t>You said that God will appear every day in a different view. جزاک اللہ تنویر کاظمی صاحب نے اہ پاکستان سے لکھا ہے مولانا صاحب was such a great</w:t>
      </w:r>
    </w:p>
    <w:p>
      <w:r>
        <w:rPr>
          <w:b/>
        </w:rPr>
        <w:t xml:space="preserve">[42:32] </w:t>
      </w:r>
      <w:r>
        <w:t>scholar; I learned a lot from his lectures. May Allah bless him highest rank in Jannah. Doctor sahib Quran mein ah bohat hi dilchasp aik qissa aaya hai Hazrat Khizr ko le kar.</w:t>
      </w:r>
    </w:p>
    <w:p>
      <w:pPr>
        <w:jc w:val="right"/>
      </w:pPr>
      <w:r>
        <w:t>scholar; I learned a lot from his lectures. May Allah bless him highest rank in Jannah. ڈاکٹر صاحب قرآن میں اہ بہت ہی دلچسپ ایک قصہ آیا ہے حضرت خضر کو لے کر۔</w:t>
      </w:r>
    </w:p>
    <w:p>
      <w:r>
        <w:rPr>
          <w:b/>
        </w:rPr>
        <w:t xml:space="preserve">[42:45] </w:t>
      </w:r>
      <w:r>
        <w:t>haan ji to is ke baray mein hum sab ko batayein. Ah Quran mein Khizr ka qissa to hai bohat lamba lekin naam nahi aaya un ka.</w:t>
      </w:r>
    </w:p>
    <w:p>
      <w:pPr>
        <w:jc w:val="right"/>
      </w:pPr>
      <w:r>
        <w:t>ہاں جی تو اس کے بارے میں ہم سب کو بتائیں۔ اہ قرآن میں خضر کا قصہ تو ہے بہت لمبا لیکن نام نہیں آیا ان کا۔</w:t>
      </w:r>
    </w:p>
    <w:p>
      <w:r>
        <w:rPr>
          <w:b/>
        </w:rPr>
        <w:t xml:space="preserve">[42:54] </w:t>
      </w:r>
      <w:r>
        <w:t>ji</w:t>
      </w:r>
    </w:p>
    <w:p>
      <w:pPr>
        <w:jc w:val="right"/>
      </w:pPr>
      <w:r>
        <w:t>جی</w:t>
      </w:r>
    </w:p>
    <w:p>
      <w:r>
        <w:rPr>
          <w:b/>
        </w:rPr>
        <w:t xml:space="preserve">[42:55] </w:t>
      </w:r>
      <w:r>
        <w:t>to is mein kya hota hai ke Hadees mein aata hai ke aik baar Musa علیہ السلام kharay hue aur unhon ne koi sermon diya khutba diya to is dauran aik insan khara hua aik aadmi khara hua aur us ne poocha ke ah duniya mein sab se ziyada knowledgeable kon hai?</w:t>
      </w:r>
    </w:p>
    <w:p>
      <w:pPr>
        <w:jc w:val="right"/>
      </w:pPr>
      <w:r>
        <w:t>تو اس میں کیا ہوتا ہے کہ حدیث میں آتا ہے کہ ایک بار موسیٰ علیہ السلام کھڑے ہوئے اور انہوں نے کوئی سرمن دیا خطبہ دیا تو اس دوران ایک انسان کھڑا ہوا ایک آدمی کھڑا ہوا اور اس نے پوچھا کہ اہ دنیا میں سب سے زیادہ نالج ایبل کون ہے؟</w:t>
      </w:r>
    </w:p>
    <w:p>
      <w:r>
        <w:rPr>
          <w:b/>
        </w:rPr>
        <w:t xml:space="preserve">[43:16] </w:t>
      </w:r>
      <w:r>
        <w:t>ji sab se ziyada ilm kis ke paas hai? To Musa علیہ السلام ne kaha ke mein sab se ziyada ilm rakhta hoon.</w:t>
      </w:r>
    </w:p>
    <w:p>
      <w:pPr>
        <w:jc w:val="right"/>
      </w:pPr>
      <w:r>
        <w:t>جی سب سے زیادہ علم کس کے پاس ہے؟ تو موسیٰ علیہ السلام نے کہا کہ میں سب سے زیادہ علم رکھتا ہوں۔</w:t>
      </w:r>
    </w:p>
    <w:p>
      <w:r>
        <w:rPr>
          <w:b/>
        </w:rPr>
        <w:t xml:space="preserve">[43:23] </w:t>
      </w:r>
      <w:r>
        <w:t>ji shayad unhon ne yeh socha ho ke woh paighambar hain to Allah taala ko yeh baat theek nahi lagi aur aik wahi aayi ke ay ay Musa tum ne ilm ko Allah ke hawale kyun nahi kiya?</w:t>
      </w:r>
    </w:p>
    <w:p>
      <w:pPr>
        <w:jc w:val="right"/>
      </w:pPr>
      <w:r>
        <w:t>جی شاید انہوں نے یہ سوچا ہو کہ وہ پیغمبر ہیں تو اللہ تعالی کو یہ بات ٹھیک نہیں لگی اور ایک وحی آئی کہ اے اے موسیٰ تم نے علم کو اللہ کے حوالے کیوں نہیں کیا؟</w:t>
      </w:r>
    </w:p>
    <w:p>
      <w:r>
        <w:rPr>
          <w:b/>
        </w:rPr>
        <w:t xml:space="preserve">[43:35] </w:t>
      </w:r>
      <w:r>
        <w:t>yani yeh kehna chahiye tha ke Allah ziyada ah jaanta hai ya Allah wallah aalam.</w:t>
      </w:r>
    </w:p>
    <w:p>
      <w:pPr>
        <w:jc w:val="right"/>
      </w:pPr>
      <w:r>
        <w:t>یعنی یہ کہنا چاہیے تھا کہ اللہ زیادہ اہ جانتا ہے یا اللہ واللہ اعلم۔</w:t>
      </w:r>
    </w:p>
    <w:p>
      <w:r>
        <w:rPr>
          <w:b/>
        </w:rPr>
        <w:t xml:space="preserve">[43:42] </w:t>
      </w:r>
      <w:r>
        <w:t>to phir ah Allah taala ne farmaya ke mere bandon mein se aik banda ah aisa hai jo tum se bhi ziyada ilm rakhta hai.</w:t>
      </w:r>
    </w:p>
    <w:p>
      <w:pPr>
        <w:jc w:val="right"/>
      </w:pPr>
      <w:r>
        <w:t>تو پھر اہ اللہ تعالی نے فرمایا کہ میرے بندوں میں سے ایک بندہ اہ ایسا ہے جو تم سے بھی زیادہ علم رکھتا ہے۔</w:t>
      </w:r>
    </w:p>
    <w:p>
      <w:r>
        <w:rPr>
          <w:b/>
        </w:rPr>
        <w:t xml:space="preserve">[43:55] </w:t>
      </w:r>
      <w:r>
        <w:t>to Musa علیہ السلام ne kaha ke mein kaise is se miloon? To Allah taala ne bataya ke tum do daryaaon ke sangam pe ki taraf jao aur wahan tum mere bande ko aise mil pa</w:t>
      </w:r>
    </w:p>
    <w:p>
      <w:pPr>
        <w:jc w:val="right"/>
      </w:pPr>
      <w:r>
        <w:t>تو موسیٰ علیہ السلام نے کہا کہ میں کیسے اس سے ملوں؟ تو اللہ تعالی نے بتایا کہ تم دو دریاؤں کے سنگم پہ کی طرف جاؤ اور وہاں تم میرے بندے کو ایسے مل پا</w:t>
      </w:r>
    </w:p>
    <w:p>
      <w:r>
        <w:rPr>
          <w:b/>
        </w:rPr>
        <w:t xml:space="preserve">[44:08] </w:t>
      </w:r>
      <w:r>
        <w:t>ao gay. To Musa علیہ السلام ne apne shagird jinka naam Yusha bin Noon tha ah jo aik youth thay Quran mein Fatah aaya un ke liye yani ah youth to un ko liya aur janay lagay aur bolay ke mein chalta hi rahoon ga chahe sari zindagi mujhe chalna paray ah Khizr se milnay ke liye.</w:t>
      </w:r>
    </w:p>
    <w:p>
      <w:pPr>
        <w:jc w:val="right"/>
      </w:pPr>
      <w:r>
        <w:t>ؤ گے۔ تو موسیٰ علیہ السلام نے اپنے شاگرد جن کا نام یوشع بن نون تھا اہ جو ایک یوتھ تھے قرآن میں فتح آیا ان کے لیے یعنی اہ یوتھ تو ان کو لیا اور جانے لگے اور بولے کہ میں چلتا ہی رہوں گا چاہے ساری زندگی مجھے چلنا پڑے اہ خضر سے ملنے کے لیے۔</w:t>
      </w:r>
    </w:p>
    <w:p>
      <w:r>
        <w:rPr>
          <w:b/>
        </w:rPr>
        <w:t xml:space="preserve">[44:31] </w:t>
      </w:r>
      <w:r>
        <w:t>j</w:t>
      </w:r>
    </w:p>
    <w:p>
      <w:pPr>
        <w:jc w:val="right"/>
      </w:pPr>
      <w:r>
        <w:t>ج</w:t>
      </w:r>
    </w:p>
    <w:p>
      <w:r>
        <w:rPr>
          <w:b/>
        </w:rPr>
        <w:t xml:space="preserve">[44:32] </w:t>
      </w:r>
      <w:r>
        <w:t>i to yani ah ah itna shauq tha un ko aik paighambar hotay hue ke aur knowledge kuch hamein mil sakay.</w:t>
      </w:r>
    </w:p>
    <w:p>
      <w:pPr>
        <w:jc w:val="right"/>
      </w:pPr>
      <w:r>
        <w:t>ی تو یعنی اہ اہ اتنا شوق تھا ان کو ایک پیغمبر ہوتے ہوئے کہ اور نالج کچھ ہمیں مل سکے۔</w:t>
      </w:r>
    </w:p>
    <w:p>
      <w:r>
        <w:rPr>
          <w:b/>
        </w:rPr>
        <w:t xml:space="preserve">[44:41] </w:t>
      </w:r>
      <w:r>
        <w:t>ji to unhon ne yeh safar kiya aur ah bil aakhir aik jagah pohanchay jahan ah un ki mulaqat hui Khizr se.</w:t>
      </w:r>
    </w:p>
    <w:p>
      <w:pPr>
        <w:jc w:val="right"/>
      </w:pPr>
      <w:r>
        <w:t>جی تو انہوں نے یہ سفر کیا اور اہ بالاخر ایک جگہ پہنچے جہاں اہ ان کی ملاقات ہوئی خضر سے۔</w:t>
      </w:r>
    </w:p>
    <w:p>
      <w:r>
        <w:rPr>
          <w:b/>
        </w:rPr>
        <w:t xml:space="preserve">[44:51] </w:t>
      </w:r>
      <w:r>
        <w:t>to doctor sahib is mulaqat ke bare mein bhi bataein. to ah ah Allah taala ne yeh farmaya tha ke ek tum machhli le lo.</w:t>
      </w:r>
    </w:p>
    <w:p>
      <w:pPr>
        <w:jc w:val="right"/>
      </w:pPr>
      <w:r>
        <w:t>تو ڈاکٹر صاحب اس ملاقات کے بارے میں بھی بتائیں۔ تو اہ اہ اللہ تعالی نے یہ فرمایا تھا کہ ایک تم مچھلی لے لو۔</w:t>
      </w:r>
    </w:p>
    <w:p>
      <w:r>
        <w:rPr>
          <w:b/>
        </w:rPr>
        <w:t xml:space="preserve">[45:02] </w:t>
      </w:r>
      <w:r>
        <w:t>ji salted fish aur rakh lo apni basket mein jahan woh machhli nikal ke darya mein chali jaye to wohin ja ke tum miloge.</w:t>
      </w:r>
    </w:p>
    <w:p>
      <w:pPr>
        <w:jc w:val="right"/>
      </w:pPr>
      <w:r>
        <w:t>جی سالٹڈ فش اور رکھ لو اپنی باسکٹ میں جہاں وہ مچھلی نکل کے دریا میں چلی جائے تو وہیں جا کے تم ملو گے۔</w:t>
      </w:r>
    </w:p>
    <w:p>
      <w:r>
        <w:rPr>
          <w:b/>
        </w:rPr>
        <w:t xml:space="preserve">[45:11] </w:t>
      </w:r>
      <w:r>
        <w:t>ji to woh dono chalne lage Musa aleh salam aur Yusha bin Noon ah is rastay pe to ek aise maqam pe pohanche ke jahan woh machhli mysteriously nikal ke darya mein chali gayi.</w:t>
      </w:r>
    </w:p>
    <w:p>
      <w:pPr>
        <w:jc w:val="right"/>
      </w:pPr>
      <w:r>
        <w:t>جی تو وہ دونوں چلنے لگے موسیٰ علیہ السلام اور یوشع بن نون اہ اس راستے پہ تو ایک ایسے مقام پہ پہنچے کہ جہاں وہ مچھلی مسٹیریسلی نکل کے دریا میں چلی گئی۔</w:t>
      </w:r>
    </w:p>
    <w:p>
      <w:r>
        <w:rPr>
          <w:b/>
        </w:rPr>
        <w:t xml:space="preserve">[45:27] </w:t>
      </w:r>
      <w:r>
        <w:t>ji lekin Yusha bin Noon bhool gaye batana</w:t>
      </w:r>
    </w:p>
    <w:p>
      <w:pPr>
        <w:jc w:val="right"/>
      </w:pPr>
      <w:r>
        <w:t>جی لیکن یوشع بن نون بھول گئے بتانا</w:t>
      </w:r>
    </w:p>
    <w:p>
      <w:r>
        <w:rPr>
          <w:b/>
        </w:rPr>
        <w:t xml:space="preserve">[45:31] </w:t>
      </w:r>
      <w:r>
        <w:t>. to kuch dair mein Musa aleh salam ne kaha ke bhai ab hamein bhook lag rahi hai aao baith ke hum kuch nashta karte hain.</w:t>
      </w:r>
    </w:p>
    <w:p>
      <w:pPr>
        <w:jc w:val="right"/>
      </w:pPr>
      <w:r>
        <w:t>۔ تو کچھ دیر میں موسیٰ علیہ السلام نے کہا کہ بھئی اب ہمیں بھوک لگ رہی ہے اؤ بیٹھ کے ہم کچھ ناشتہ کرتے ہیں۔</w:t>
      </w:r>
    </w:p>
    <w:p>
      <w:r>
        <w:rPr>
          <w:b/>
        </w:rPr>
        <w:t xml:space="preserve">[45:40] </w:t>
      </w:r>
      <w:r>
        <w:t>to to yaad aya unhein Yusha bin Noon ko ke are woh machhli to nikal gayi thi rastay mein. to unhon ne bataya ke wahan ek jagah ek machhli nikal ke darya mein chali gayi.</w:t>
      </w:r>
    </w:p>
    <w:p>
      <w:pPr>
        <w:jc w:val="right"/>
      </w:pPr>
      <w:r>
        <w:t>تو تو یاد آیا انہیں یوشع بن نون کو کہ ارے وہ مچھلی تو نکل گئی تھی راستے میں۔ تو انہوں نے بتایا کہ وہاں ایک جگہ ایک مچھلی نکل کے دریا میں چلی گئی۔</w:t>
      </w:r>
    </w:p>
    <w:p>
      <w:r>
        <w:rPr>
          <w:b/>
        </w:rPr>
        <w:t xml:space="preserve">[45:51] </w:t>
      </w:r>
      <w:r>
        <w:t>to Musa aleh salam ne kaha are isi jagah to hamein jana tha. ji to wapas</w:t>
      </w:r>
    </w:p>
    <w:p>
      <w:pPr>
        <w:jc w:val="right"/>
      </w:pPr>
      <w:r>
        <w:t>تو موسیٰ علیہ السلام نے کہا ارے اسی جگہ تو ہمیں جانا تھا۔ جی تو واپس</w:t>
      </w:r>
    </w:p>
    <w:p>
      <w:r>
        <w:rPr>
          <w:b/>
        </w:rPr>
        <w:t xml:space="preserve">[45:55] </w:t>
      </w:r>
      <w:r>
        <w:t>gaye. ji wapas hue apne jo pair ke nishan the us us se le ke woh wapas nikle aur pohanche to wahan par Khidr se mile.</w:t>
      </w:r>
    </w:p>
    <w:p>
      <w:pPr>
        <w:jc w:val="right"/>
      </w:pPr>
      <w:r>
        <w:t>گئے۔ جی واپس ہوئے اپنے جو پیر کے نشانات تھے اس اس سے لے کے وہ واپس نکلے اور پہنچے تو وہاں پر خضر سے ملے۔</w:t>
      </w:r>
    </w:p>
    <w:p>
      <w:r>
        <w:rPr>
          <w:b/>
        </w:rPr>
        <w:t xml:space="preserve">[46:08] </w:t>
      </w:r>
      <w:r>
        <w:t>j</w:t>
      </w:r>
    </w:p>
    <w:p>
      <w:pPr>
        <w:jc w:val="right"/>
      </w:pPr>
      <w:r>
        <w:t>ج</w:t>
      </w:r>
    </w:p>
    <w:p>
      <w:r>
        <w:rPr>
          <w:b/>
        </w:rPr>
        <w:t xml:space="preserve">[46:09] </w:t>
      </w:r>
      <w:r>
        <w:t>i ah Maulana ka kehna hai ke jo yeh Hazrat Khidr the ah ghaliban woh farishta koi farishta tha.</w:t>
      </w:r>
    </w:p>
    <w:p>
      <w:pPr>
        <w:jc w:val="right"/>
      </w:pPr>
      <w:r>
        <w:t>ی اہ مولانا کا کہنا ہے کہ جو یہ حضرت خضر تھے اہ غالباً وہ فرشتہ کوئی فرشتہ تھا۔</w:t>
      </w:r>
    </w:p>
    <w:p>
      <w:r>
        <w:rPr>
          <w:b/>
        </w:rPr>
        <w:t xml:space="preserve">[46:17] </w:t>
      </w:r>
      <w:r>
        <w:t>hmm chounke jis tarah ki unhon ne cheezein keen woh explain nahi hoti kisi insan ke koi koi insan nahi kar sakta. to ah wahan ah Musa aleh salam ne kaha un se ke main aap ke sath rehna chahta hoon taake main kuch ilm hasil karoon.</w:t>
      </w:r>
    </w:p>
    <w:p>
      <w:pPr>
        <w:jc w:val="right"/>
      </w:pPr>
      <w:r>
        <w:t>ہمم چونکہ جس طرح کی انہوں نے چیزیں کیں وہ ایکسپلین نہیں ہوتی کسی انسان کے کوئی کوئی انسان نہیں کر سکتا۔ تو اہ وہاں اہ موسیٰ علیہ السلام نے کہا ان سے کہ میں آپ کے ساتھ رہنا چاہتا ہوں تاکہ میں کچھ علم حاصل کروں۔</w:t>
      </w:r>
    </w:p>
    <w:p>
      <w:r>
        <w:rPr>
          <w:b/>
        </w:rPr>
        <w:t xml:space="preserve">[46:38] </w:t>
      </w:r>
      <w:r>
        <w:t>to unhon ne kaha ke tum mere sath sabr nahi kar sakoge. qala innaka lan tastatee'a ma'ee sabra ji ke tum sabr nahi kar sakoge lekin unhon ne bohat israr kiya ke nahi main karunga sabr aap ke sath aur aap ke sath rahoonga.</w:t>
      </w:r>
    </w:p>
    <w:p>
      <w:pPr>
        <w:jc w:val="right"/>
      </w:pPr>
      <w:r>
        <w:t>تو انہوں نے کہا کہ تم میرے ساتھ صبر نہیں کر سکو گے۔ قال انک لن تستطیع معی صبرا جی کہ تم صبر نہیں کر سکو گے لیکن انہوں نے بہت اصرار کیا کہ نہیں میں کروں گا صبر آپ کے ساتھ اور آپ کے ساتھ رہوں گا۔</w:t>
      </w:r>
    </w:p>
    <w:p>
      <w:r>
        <w:rPr>
          <w:b/>
        </w:rPr>
        <w:t xml:space="preserve">[46:54] </w:t>
      </w:r>
      <w:r>
        <w:t>to us tareeqay se Musa aleh salam Hazrat Khidr ke sath rehne lage. ji doctor sahib agla sawal lene se pehle ek comment parhna chahoonga jo Amritsar se Mr. Rohit Kumar ne bheja hai.</w:t>
      </w:r>
    </w:p>
    <w:p>
      <w:pPr>
        <w:jc w:val="right"/>
      </w:pPr>
      <w:r>
        <w:t>تو اس طریقے سے موسیٰ علیہ السلام حضرت خضر کے ساتھ رہنے لگے۔ جی ڈاکٹر صاحب اگلا سوال لینے سے پہلے ایک کمنٹ پڑھنا چاہوں گا جو امرتسر سے مسٹر روہت کمار نے بھیجا ہے۔</w:t>
      </w:r>
    </w:p>
    <w:p>
      <w:r>
        <w:rPr>
          <w:b/>
        </w:rPr>
        <w:t xml:space="preserve">[47:04] </w:t>
      </w:r>
      <w:r>
        <w:t>unhon ne likha hai ke yeh hamari khushnaseebi hai jo hamein CPS ka sath mila. Allah ka shukar hai aap sab ki sohbat hamein naseeb hui</w:t>
      </w:r>
    </w:p>
    <w:p>
      <w:pPr>
        <w:jc w:val="right"/>
      </w:pPr>
      <w:r>
        <w:t>انہوں نے لکھا ہے کہ یہ ہماری خوش نصیبی ہے جو ہمیں سی پی ایس کا ساتھ ملا۔ اللہ کا شکر ہے آپ سب کی صحبت ہمیں نصیب ہوئی</w:t>
      </w:r>
    </w:p>
    <w:p>
      <w:r>
        <w:rPr>
          <w:b/>
        </w:rPr>
        <w:t xml:space="preserve">[47:15] </w:t>
      </w:r>
      <w:r>
        <w:t>. jaise lohay ko zang lag jata hai isi tarah dunya mein dunya ki cheezon ko dekh kar hamare dil mein jo zang lag jata hai.</w:t>
      </w:r>
    </w:p>
    <w:p>
      <w:pPr>
        <w:jc w:val="right"/>
      </w:pPr>
      <w:r>
        <w:t>۔ جیسے لوہے کو جنگ زنگ لگ جاتا ہے اسی طرح دنیا میں دنیا کی چیزوں کو دیکھ کر ہمارے دل میں جو زنگ لگ جاتا ہے۔</w:t>
      </w:r>
    </w:p>
    <w:p>
      <w:r>
        <w:rPr>
          <w:b/>
        </w:rPr>
        <w:t xml:space="preserve">[47:25] </w:t>
      </w:r>
      <w:r>
        <w:t>aaj doctor sahib ji ke bayan se woh zang mere dil se utar gaya. aap sab ka shukar hai jo aap hamein qeemti waqt dete hain.</w:t>
      </w:r>
    </w:p>
    <w:p>
      <w:pPr>
        <w:jc w:val="right"/>
      </w:pPr>
      <w:r>
        <w:t>آج ڈاکٹر صاحب جی کے بیان سے وہ زنگ میرے دل سے اتر گیا۔ آپ سب کا شکر ہے جو آپ ہمیں قیمتی وقت دیتے ہیں۔</w:t>
      </w:r>
    </w:p>
    <w:p>
      <w:r>
        <w:rPr>
          <w:b/>
        </w:rPr>
        <w:t xml:space="preserve">[47:34] </w:t>
      </w:r>
      <w:r>
        <w:t>Allah hamein aap ke waqt ki qadar karne wala banaye. bohat bohat shukriya CPS team ka.</w:t>
      </w:r>
    </w:p>
    <w:p>
      <w:pPr>
        <w:jc w:val="right"/>
      </w:pPr>
      <w:r>
        <w:t>اللہ ہمیں آپ کے وقت کی قدر کرنے والا بنائے۔ بہت بہت شکریہ سی پی ایس ٹیم کا۔</w:t>
      </w:r>
    </w:p>
    <w:p>
      <w:r>
        <w:rPr>
          <w:b/>
        </w:rPr>
        <w:t xml:space="preserve">[47:42] </w:t>
      </w:r>
      <w:r>
        <w:t>ah doctor sahib phir aap ne jaise bataya ke Hazrat Khidr se woh israr karne lage un ke sath rehne lage. phir unhon ne Musa aleh salam ne phir un ko kafi insist kiya ke woh un ke sath travel karein lekin unhon ne wahi kaha un ko Musa aleh salam ko ke tum sabr nahi kar paoge.</w:t>
      </w:r>
    </w:p>
    <w:p>
      <w:pPr>
        <w:jc w:val="right"/>
      </w:pPr>
      <w:r>
        <w:t>اہ ڈاکٹر صاحب پھر آپ نے جیسے بتایا کہ حضرت خضر سے وہ اصرار کرنے لگے ان کے ساتھ رہنے لگے۔ پھر انہوں نے موسیٰ علیہ السلام نے پھر ان کو کافی انسسٹ کیا کہ وہ ان کے ساتھ ٹریول کریں لیکن انہوں نے وہی کہا ان کو موسیٰ علیہ السلام کو کہ تم صبر نہیں کر پاؤ گے۔</w:t>
      </w:r>
    </w:p>
    <w:p>
      <w:r>
        <w:rPr>
          <w:b/>
        </w:rPr>
        <w:t xml:space="preserve">[48:00] </w:t>
      </w:r>
      <w:r>
        <w:t>to unhon ne kaha ke aap mujhe zaroor sabr karne walon mein paoge. ji aur woh insist karne lage ke main aap ke sath jaoonga.</w:t>
      </w:r>
    </w:p>
    <w:p>
      <w:pPr>
        <w:jc w:val="right"/>
      </w:pPr>
      <w:r>
        <w:t>تو انہوں نے کہا کہ آپ مجھے ضرور صبر کرنے والوں میں پاؤ گے۔ جی اور وہ انسسٹ کرنے لگے کہ میں آپ کے ساتھ جاؤں گا۔</w:t>
      </w:r>
    </w:p>
    <w:p>
      <w:r>
        <w:rPr>
          <w:b/>
        </w:rPr>
        <w:t xml:space="preserve">[48:09] </w:t>
      </w:r>
      <w:r>
        <w:t>ji aur phir unhon ne travel bhi kiya.</w:t>
      </w:r>
    </w:p>
    <w:p>
      <w:pPr>
        <w:jc w:val="right"/>
      </w:pPr>
      <w:r>
        <w:t>جی اور پھر انہوں نے ٹریول بھی کیا۔</w:t>
      </w:r>
    </w:p>
    <w:p>
      <w:r>
        <w:rPr>
          <w:b/>
        </w:rPr>
        <w:t xml:space="preserve">[48:11] </w:t>
      </w:r>
      <w:r>
        <w:t>to is travel ke bare mein bhi hum sab ko bataein. ah Musa aleh salam Hazrat Khidr ke sath chalne lage to ek darya ke rastay se guzar rahe the.</w:t>
      </w:r>
    </w:p>
    <w:p>
      <w:pPr>
        <w:jc w:val="right"/>
      </w:pPr>
      <w:r>
        <w:t>تو اس ٹریول کے بارے میں بھی ہم سب کو بتائیں۔ اہ موسیٰ علیہ السلام حضرت خضر کے ساتھ چلنے لگے تو ایک دریا کے راستے سے گزر رہے تھے۔</w:t>
      </w:r>
    </w:p>
    <w:p>
      <w:r>
        <w:rPr>
          <w:b/>
        </w:rPr>
        <w:t xml:space="preserve">[48:23] </w:t>
      </w:r>
      <w:r>
        <w:t>ji to darya mein ek ek kashti guzri to kashti walon ne pehchan liya Hazrat Khidr ko aur aapas mein baatein keen ke in dono ko hum bithaa lete hain yani koi charge nahi lete aise hi complimentary bases pe.</w:t>
      </w:r>
    </w:p>
    <w:p>
      <w:pPr>
        <w:jc w:val="right"/>
      </w:pPr>
      <w:r>
        <w:t>جی تو دریا میں ایک ایک کشتی گزری تو کشتی والوں نے پہچان لیا حضرت خضر کو اور آپس میں باتیں کیں کہ ان دونوں کو ہم بیٹھا لیتے ہیں یعنی کوئی چارج نہیں لیتے ایسے ہی کمپلیمنٹری بیسز پہ۔</w:t>
      </w:r>
    </w:p>
    <w:p>
      <w:r>
        <w:rPr>
          <w:b/>
        </w:rPr>
        <w:t xml:space="preserve">[48:41] </w:t>
      </w:r>
      <w:r>
        <w:t>to unhon ne bithaa liya kashti pe Hazrat Khidr ko aur Musa aleh salam ko. hadith mein aata hai ke ek chidiya aa ke baithi kinare pe kashti ke choti si sparrow aur us ne chonch se ek qatra pani piya darya se chonch aise daal ke.</w:t>
      </w:r>
    </w:p>
    <w:p>
      <w:pPr>
        <w:jc w:val="right"/>
      </w:pPr>
      <w:r>
        <w:t>تو انہوں نے بیٹھا لیا کشتی پہ حضرت خضر کو اور موسیٰ علیہ السلام کو۔ حدیث میں آتا ہے کہ ایک چڑیا آ کے بیٹھی کنارے پہ کشتی کے چھوٹی سی سپیرو اور اس نے چونچ سے ایک قطرہ پانی پیا دریا سے چونچ ایسے ڈال کے۔</w:t>
      </w:r>
    </w:p>
    <w:p>
      <w:r>
        <w:rPr>
          <w:b/>
        </w:rPr>
        <w:t xml:space="preserve">[49:02] </w:t>
      </w:r>
      <w:r>
        <w:t>to Hazrat Khidr ne kaha Musa aleh salam se yani is is se ek sabak liya ke hamari meri knowledge aur tumhari knowledge hmm combined ji aisi hi hai is qatray ke barabar mein hmm jo us ne chonch se piya hai.</w:t>
      </w:r>
    </w:p>
    <w:p>
      <w:pPr>
        <w:jc w:val="right"/>
      </w:pPr>
      <w:r>
        <w:t>تو حضرت خضر نے کہا موسیٰ علیہ السلام سے یعنی اس اس سے ایک سبق لیا کہ ہماری میری نالج اور تمہاری نالج ہمم کمبائنڈ جی ایسی ہی ہے اس قطرے کے برابر میں ہمم جو اس نے چونچ سے پیا ہے۔</w:t>
      </w:r>
    </w:p>
    <w:p>
      <w:r>
        <w:rPr>
          <w:b/>
        </w:rPr>
        <w:t xml:space="preserve">[49:21] </w:t>
      </w:r>
      <w:r>
        <w:t>ji matlab yeh hai ke us ne aur Allah Allah ki jo knowledge hai us ko unhon ne darya ke pani se Allah ke muqable mein muqable mein bataya.</w:t>
      </w:r>
    </w:p>
    <w:p>
      <w:pPr>
        <w:jc w:val="right"/>
      </w:pPr>
      <w:r>
        <w:t>جی مطلب یہ ہے کہ اس نے اور اللہ اللہ کی جو نالج ہے اس کو انہوں نے دریا کے پانی سے اللہ کے مقابلے میں مقابلے میں بتایا۔</w:t>
      </w:r>
    </w:p>
    <w:p>
      <w:r>
        <w:rPr>
          <w:b/>
        </w:rPr>
        <w:t xml:space="preserve">[49:31] </w:t>
      </w:r>
      <w:r>
        <w:t>ji yani hamari knowledge aur tumhari knowledge combined itni hai jaise ek qatra qatra. ji aur Khuda ki jo knowledge hai woh darya ki tarah hai. ji is mein kabhi kami nahi hogi kami nahi hogi ek qatre se darya to waise ka waise hi raha.</w:t>
      </w:r>
    </w:p>
    <w:p>
      <w:pPr>
        <w:jc w:val="right"/>
      </w:pPr>
      <w:r>
        <w:t>جی یعنی ہماری نالج اور تمہاری نالج کمبائنڈ اتنی ہے جیسے ایک قطرہ قطرہ۔ جی اور خدا کی جو نالج ہے وہ دریا کی طرح ہے۔ جی اس میں کبھی کمی نہیں ہوگی کمی نہیں ہوگی ایک قطرے سے دریا تو ویسے کا ویسے ہی رہا۔</w:t>
      </w:r>
    </w:p>
    <w:p>
      <w:r>
        <w:rPr>
          <w:b/>
        </w:rPr>
        <w:t xml:space="preserve">[49:44] </w:t>
      </w:r>
      <w:r>
        <w:t>ji to yeh ek bohat hi gehri baat Hazrat Khizr ne un ko batai. to phir woh aata hai Quran mein ke unhon ne kashti mein chhed kar diya.</w:t>
      </w:r>
    </w:p>
    <w:p>
      <w:pPr>
        <w:jc w:val="right"/>
      </w:pPr>
      <w:r>
        <w:t>جی تو یہ ایک بہت ہی گہری بات حضرت خضر نے ان کو بتائی۔ تو پھر وہ آتا ہے قرآن میں کہ انہوں نے کشتی میں چھید کر دیا۔</w:t>
      </w:r>
    </w:p>
    <w:p>
      <w:r>
        <w:rPr>
          <w:b/>
        </w:rPr>
        <w:t xml:space="preserve">[49:56] </w:t>
      </w:r>
      <w:r>
        <w:t>hmm ah to Musa Alaihiالسلام bol pade ke aap ne kashti mein chhed kar diya ta ke woh doob jaye. ji to ah Hazrat Khizr ne kaha are tum se kaha tha maine ke tum sabr nahi kar paoge.</w:t>
      </w:r>
    </w:p>
    <w:p>
      <w:pPr>
        <w:jc w:val="right"/>
      </w:pPr>
      <w:r>
        <w:t>ہمم اہ تو موسیٰ علیہ السلام بول پڑے کہ آپ نے کشتی میں چھید کر دیا تاکہ وہ ڈوب جائے۔ جی تو اہ حضرت خضر نے کہا ارے تم سے کہا تھا میں نے کہ تم صبر نہیں کر پاؤ گے۔</w:t>
      </w:r>
    </w:p>
    <w:p>
      <w:r>
        <w:rPr>
          <w:b/>
        </w:rPr>
        <w:t xml:space="preserve">[50:08] </w:t>
      </w:r>
      <w:r>
        <w:t>ji to unhon ne kaha ke acha sorry mein ab aindah aisa nahi</w:t>
      </w:r>
    </w:p>
    <w:p>
      <w:pPr>
        <w:jc w:val="right"/>
      </w:pPr>
      <w:r>
        <w:t>جی تو انہوں نے کہا کہ اچھا سوری میں اب آئندہ ایسا نہیں</w:t>
      </w:r>
    </w:p>
    <w:p>
      <w:r>
        <w:rPr>
          <w:b/>
        </w:rPr>
        <w:t xml:space="preserve">[50:12] </w:t>
      </w:r>
      <w:r>
        <w:t>karunga aap maaf kar dein mujhe pehli baar aisa hua hai. ji to phir aage badhe kahin to wahan ek bachcha tha us bachche ko Khizr ne maar diya.</w:t>
      </w:r>
    </w:p>
    <w:p>
      <w:pPr>
        <w:jc w:val="right"/>
      </w:pPr>
      <w:r>
        <w:t>کروں گا آپ معاف کر دیں مجھے پہلی بار ایسا ہوا ہے۔ جی تو پھر آگے بڑھے کہیں تو وہاں ایک بچہ تھا اس بچے کو خضر نے مار دیا۔</w:t>
      </w:r>
    </w:p>
    <w:p>
      <w:r>
        <w:rPr>
          <w:b/>
        </w:rPr>
        <w:t xml:space="preserve">[50:25] </w:t>
      </w:r>
      <w:r>
        <w:t>hmm to phir un Musa Alaihiالسلام bol pade ke yeh to aap ne yeh aap ne very terrible thing. ji phir sabr kho diya ke yeh is bachche ne kya kiya kya bigada tha.</w:t>
      </w:r>
    </w:p>
    <w:p>
      <w:pPr>
        <w:jc w:val="right"/>
      </w:pPr>
      <w:r>
        <w:t>ہمم تو پھر ان موسیٰ علیہ السلام بول پڑے کہ یہ تو آپ نے یہ آپ نے ویری ٹیریبل تھنگ۔ جی پھر صبر کھو دیا کہ یہ اس بچے نے کیا کیا کیا بگاڑا تھا۔</w:t>
      </w:r>
    </w:p>
    <w:p>
      <w:r>
        <w:rPr>
          <w:b/>
        </w:rPr>
        <w:t xml:space="preserve">[50:34] </w:t>
      </w:r>
      <w:r>
        <w:t>ji koi is ne koi jurm bhi nahi kiya tha. hmm to phir unhon ne kaha ke tum ne sabr nahi kiya.</w:t>
      </w:r>
    </w:p>
    <w:p>
      <w:pPr>
        <w:jc w:val="right"/>
      </w:pPr>
      <w:r>
        <w:t>جی کوئی اس نے کوئی جرم بھی نہیں کیا تھا۔ ہمم تو پھر انہوں نے کہا کہ تم نے صبر نہیں کیا۔</w:t>
      </w:r>
    </w:p>
    <w:p>
      <w:r>
        <w:rPr>
          <w:b/>
        </w:rPr>
        <w:t xml:space="preserve">[50:40] </w:t>
      </w:r>
      <w:r>
        <w:t>ji maine to kaha tha ke tum woh baatein nahi jaan sakte jo is ka ilm Allah ko hai. ji to unhon ne kaha acha bas ek aakhri baar aur mauqa dein. ji is ke baad aap chahein to main aap ka saath chhod dunga.</w:t>
      </w:r>
    </w:p>
    <w:p>
      <w:pPr>
        <w:jc w:val="right"/>
      </w:pPr>
      <w:r>
        <w:t>جی میں نے تو کہا تھا کہ تم وہ باتیں نہیں جان سکتے جو اس کا علم اللہ کو ہے۔ جی تو انہوں نے کہا اچھا بس ایک آخری بار اور موقع دیں۔ جی اس کے بعد آپ چاہیں تو میں آپ کا ساتھ چھوڑ دوں گا۔</w:t>
      </w:r>
    </w:p>
    <w:p>
      <w:r>
        <w:rPr>
          <w:b/>
        </w:rPr>
        <w:t xml:space="preserve">[50:53] </w:t>
      </w:r>
      <w:r>
        <w:t>to ah phir woh aage badhe ek ek gaon mein pahunche to gaon walon ne un ko guest banane se inkar kar diya dono ko.</w:t>
      </w:r>
    </w:p>
    <w:p>
      <w:pPr>
        <w:jc w:val="right"/>
      </w:pPr>
      <w:r>
        <w:t>تو اہ پھر وہ آگے بڑھے ایک ایک گاؤں میں پہنچے تو گاؤں والوں نے ان کو گیسٹ بنانے سے انکار کر دیا دونوں کو۔</w:t>
      </w:r>
    </w:p>
    <w:p>
      <w:r>
        <w:rPr>
          <w:b/>
        </w:rPr>
        <w:t xml:space="preserve">[51:06] </w:t>
      </w:r>
      <w:r>
        <w:t>ji yani ek paighambar hai aur ek farishta hai. hmm</w:t>
      </w:r>
    </w:p>
    <w:p>
      <w:pPr>
        <w:jc w:val="right"/>
      </w:pPr>
      <w:r>
        <w:t>جی یعنی ایک پیغمبر ہے اور ایک فرشتہ ہے۔ ہمم</w:t>
      </w:r>
    </w:p>
    <w:p>
      <w:r>
        <w:rPr>
          <w:b/>
        </w:rPr>
        <w:t xml:space="preserve">[51:10] </w:t>
      </w:r>
      <w:r>
        <w:t>chunki insan ne hamesha paighambaron ko pehchanne mein ah bhool ki hai. hmm agar woh pehchan jaate to mehman e khusoosi banate.</w:t>
      </w:r>
    </w:p>
    <w:p>
      <w:pPr>
        <w:jc w:val="right"/>
      </w:pPr>
      <w:r>
        <w:t>چونکہ انسان نے ہمیشہ پیغمبروں کو پہچاننے میں اہ بھول کی ہے۔ ہمم اگر وہ پہچان جاتے تو مہمان خصوصی بناتے۔</w:t>
      </w:r>
    </w:p>
    <w:p>
      <w:r>
        <w:rPr>
          <w:b/>
        </w:rPr>
        <w:t xml:space="preserve">[51:19] </w:t>
      </w:r>
      <w:r>
        <w:t>ji bilkul aur un ki duaen lete aur barkaten hasil karte. to ah wahan par ah Khizr ne dekha ke ek deewar kuch gir rahi thi girne wali thi.</w:t>
      </w:r>
    </w:p>
    <w:p>
      <w:pPr>
        <w:jc w:val="right"/>
      </w:pPr>
      <w:r>
        <w:t>جی بالکل اور ان کی دعائیں لیتے اور برکتیں حاصل کرتے۔ تو اہ وہاں پر اہ خضر نے دیکھا کہ ایک دیوار کچھ گر رہی تھی گرنے والی تھی۔</w:t>
      </w:r>
    </w:p>
    <w:p>
      <w:r>
        <w:rPr>
          <w:b/>
        </w:rPr>
        <w:t xml:space="preserve">[51:33] </w:t>
      </w:r>
      <w:r>
        <w:t>to us ko seedha kar diya unhon ne apne hath se hi. hmm</w:t>
      </w:r>
    </w:p>
    <w:p>
      <w:pPr>
        <w:jc w:val="right"/>
      </w:pPr>
      <w:r>
        <w:t>تو اس کو سیدھا کر دیا انہوں نے اپنے ہاتھ سے ہی۔ ہمم</w:t>
      </w:r>
    </w:p>
    <w:p>
      <w:r>
        <w:rPr>
          <w:b/>
        </w:rPr>
        <w:t xml:space="preserve">[51:36] </w:t>
      </w:r>
      <w:r>
        <w:t>to phir woh bol pade Musa Alaihiالسلام ke aap ne kuch ujrat le li hui thi is ki. ji aap ne to free kaam kar diya. ji to unhon ne kaha bhai ab tumhara aur hamara saath khatm.</w:t>
      </w:r>
    </w:p>
    <w:p>
      <w:pPr>
        <w:jc w:val="right"/>
      </w:pPr>
      <w:r>
        <w:t>تو پھر وہ بول پڑے موسیٰ علیہ السلام کہ آپ نے کچھ اجرت لے لی ہوئی تھی اس کی۔ جی آپ نے تو فری کام کر دیا۔ جی تو انہوں نے کہا بھئی اب تمہارا اور ہمارا ساتھ ختم۔</w:t>
      </w:r>
    </w:p>
    <w:p>
      <w:r>
        <w:rPr>
          <w:b/>
        </w:rPr>
        <w:t xml:space="preserve">[51:48] </w:t>
      </w:r>
      <w:r>
        <w:t>ji ab hum saath nahi reh sakte. to is tarah se woh ji ah un ka jo company thi woh khatm ho gayi khatm ho gayi. to doctor sahib phir kya matlab Hazrat Khizr ne kya wisdom batai woh</w:t>
      </w:r>
    </w:p>
    <w:p>
      <w:pPr>
        <w:jc w:val="right"/>
      </w:pPr>
      <w:r>
        <w:t>جی اب ہم ساتھ نہیں رہ سکتے۔ تو اس طرح سے وہ جی اہ ان کا جو کمپنی تھی وہ ختم ہو گئی ختم ہو گئی۔ تو ڈاکٹر صاحب پھر کیا مطلب حضرت خضر نے کیا وزڈم بتائی وہ</w:t>
      </w:r>
    </w:p>
    <w:p>
      <w:r>
        <w:rPr>
          <w:b/>
        </w:rPr>
        <w:t xml:space="preserve">[52:00] </w:t>
      </w:r>
      <w:r>
        <w:t>tamam actions ke peeche jo unhon ne kiye aur jis par Musa Alaihiالسلام apna sabr kho baithe to is is is ki bhi wazahat karein.</w:t>
      </w:r>
    </w:p>
    <w:p>
      <w:pPr>
        <w:jc w:val="right"/>
      </w:pPr>
      <w:r>
        <w:t>تمام ایکشنز کے پیچھے جو انہوں نے کیے اور جس پر موسیٰ علیہ السلام اپنا صبر کھو بیٹھے تو اس اس اس کی بھی وضاحت کریں۔</w:t>
      </w:r>
    </w:p>
    <w:p>
      <w:r>
        <w:rPr>
          <w:b/>
        </w:rPr>
        <w:t xml:space="preserve">[52:10] </w:t>
      </w:r>
      <w:r>
        <w:t>haan unhon ne sari cheezein explain karein ke yeh maine kyun kiya. ji unhon ne kaha ke jo maine kashti mein surakh kar diya tha.</w:t>
      </w:r>
    </w:p>
    <w:p>
      <w:pPr>
        <w:jc w:val="right"/>
      </w:pPr>
      <w:r>
        <w:t>ہاں انہوں نے ساری چیزیں ایکسپلین کیں کہ یہ میں نے کیوں کیا۔ جی انہوں نے کہا کہ جو میں نے کشتی میں سوراخ کر دیا تھا۔</w:t>
      </w:r>
    </w:p>
    <w:p>
      <w:r>
        <w:rPr>
          <w:b/>
        </w:rPr>
        <w:t xml:space="preserve">[52:19] </w:t>
      </w:r>
      <w:r>
        <w:t>hmm us woh is liye kiya ke aage ek badshah sab ki kashtiyan chheen raha tha. ji</w:t>
      </w:r>
    </w:p>
    <w:p>
      <w:pPr>
        <w:jc w:val="right"/>
      </w:pPr>
      <w:r>
        <w:t>ہمم اس وہ اس لیے کیا کہ آگے ایک بادشاہ سب کی کشتیاں چھین رہا تھا۔ جی</w:t>
      </w:r>
    </w:p>
    <w:p>
      <w:r>
        <w:rPr>
          <w:b/>
        </w:rPr>
        <w:t xml:space="preserve">[52:26] </w:t>
      </w:r>
      <w:r>
        <w:t>to jab badshah ke karindon ne is kashti ko dekha to dekha ke is mein to chhed hua hua hai to use liya nahi.</w:t>
      </w:r>
    </w:p>
    <w:p>
      <w:pPr>
        <w:jc w:val="right"/>
      </w:pPr>
      <w:r>
        <w:t>تو جب بادشاہ کے کارندوں نے اس کشتی کو دیکھا تو دیکھا کہ اس میں تو چھید ہوا ہوا ہے تو اسے لیا نہیں۔</w:t>
      </w:r>
    </w:p>
    <w:p>
      <w:r>
        <w:rPr>
          <w:b/>
        </w:rPr>
        <w:t xml:space="preserve">[52:34] </w:t>
      </w:r>
      <w:r>
        <w:t>ji aur bataya ke yeh kuch ghareeb logon ki kashti thi jo kashti chala ke apni kamai wagera karte the.</w:t>
      </w:r>
    </w:p>
    <w:p>
      <w:pPr>
        <w:jc w:val="right"/>
      </w:pPr>
      <w:r>
        <w:t>جی اور بتایا کہ یہ کچھ غریب لوگوں کی کشتی تھی جو کشتی چلا کے اپنی کمائی وغیرہ کرتے تھے۔</w:t>
      </w:r>
    </w:p>
    <w:p>
      <w:r>
        <w:rPr>
          <w:b/>
        </w:rPr>
        <w:t xml:space="preserve">[52:44] </w:t>
      </w:r>
      <w:r>
        <w:t>to is tarike se unhon ne un ki kashti bacha di. to baaz auqat aisa hota hai ke koi unpleasant cheez hoti hai jis se insan disheartened ho jata hai.</w:t>
      </w:r>
    </w:p>
    <w:p>
      <w:pPr>
        <w:jc w:val="right"/>
      </w:pPr>
      <w:r>
        <w:t>تو اس طریقے سے انہوں نے ان کی کشتی بچا دی۔ تو بعض اوقات ایسا ہوتا ہے کہ کوئی ان پلیزنٹ چیز ہوتی ہے جس سے انسان ڈس ہارٹنڈ ہو جاتا ہے۔</w:t>
      </w:r>
    </w:p>
    <w:p>
      <w:r>
        <w:rPr>
          <w:b/>
        </w:rPr>
        <w:t xml:space="preserve">[52:56] </w:t>
      </w:r>
      <w:r>
        <w:t>ji to lekin woh chuki Khuda ki jo maslehat hai woh dekh nahi pata jo baad mein ah ah kisi aur tarike se zahir hoti hai.</w:t>
      </w:r>
    </w:p>
    <w:p>
      <w:pPr>
        <w:jc w:val="right"/>
      </w:pPr>
      <w:r>
        <w:t>جی تو لیکن وہ چونکہ خدا کی جو مصلحت ہے وہ دیکھ نہیں پاتا جو بعد میں اہ اہ کسی اور طریقے سے ظاہر ہوتی ہے۔</w:t>
      </w:r>
    </w:p>
    <w:p>
      <w:r>
        <w:rPr>
          <w:b/>
        </w:rPr>
        <w:t xml:space="preserve">[53:09] </w:t>
      </w:r>
      <w:r>
        <w:t>ji</w:t>
      </w:r>
    </w:p>
    <w:p>
      <w:pPr>
        <w:jc w:val="right"/>
      </w:pPr>
      <w:r>
        <w:t>جی</w:t>
      </w:r>
    </w:p>
    <w:p>
      <w:r>
        <w:rPr>
          <w:b/>
        </w:rPr>
        <w:t xml:space="preserve">[53:10] </w:t>
      </w:r>
      <w:r>
        <w:t>aur isi tarike se bataya ke jo ladka tha jis woh ah apne maa baap ko ah us ke jo maa baap the bohat achhe the lekin woh un ko yeh andesha tha ke yeh bachcha sarkash banega aur maa baap ko pareshan karega is liye ek doosri aulad Allah ne un ko di jo pakiza hogi aur jo Allah se qareeb rahegi aur maa baap ki khidmat kar</w:t>
      </w:r>
    </w:p>
    <w:p>
      <w:pPr>
        <w:jc w:val="right"/>
      </w:pPr>
      <w:r>
        <w:t>اور اسی طریقے سے بتایا کہ جو لڑکا تھا جس وہ اہ اپنے ماں باپ کو اہ اس کے جو ماں باپ تھے بہت اچھے تھے لیکن وہ ان کو یہ اندیشہ تھا کہ یہ بچہ سرکش بنے گا اور ماں باپ کو پریشان کرے گا اس لیے ایک دوسری اولاد اللہ نے ان کو دی جو پاکیزہ ہوگی اور جو اللہ سے قریب رہے گی اور ماں باپ کی خدمت کر</w:t>
      </w:r>
    </w:p>
    <w:p>
      <w:r>
        <w:rPr>
          <w:b/>
        </w:rPr>
        <w:t xml:space="preserve">[53:37] </w:t>
      </w:r>
      <w:r>
        <w:t>egi. to is tarike se yani ah Allah taala insanon ko alag alag tarah se madad karta hai help karta hai. ji jo bazahir nazar nahi aati to har haal mein insan ko chahiye ke woh sabr aur shukr ka tareeqa ikhtiyar kare chahe pareshani ho ya aasani ho kyunke Khuda ko sara ilm hai future ka bhi aur aur present ka bhi aur past ka bhi</w:t>
      </w:r>
    </w:p>
    <w:p>
      <w:pPr>
        <w:jc w:val="right"/>
      </w:pPr>
      <w:r>
        <w:t>ے گی۔ تو اس طریقے سے یعنی اہ اللہ تعالی انسانوں کو الگ الگ طرح سے مدد کرتا ہے ہیلپ کرتا ہے۔ جی جو بظاہر نظر نہیں آتی تو ہر حال میں انسان کو چاہیے کہ وہ صبر اور شکر کا طریقہ اختیار کرے چاہے پریشانی ہو یا آسانی ہو کیونکہ خدا کو سارا علم ہے فیوچر کا بھی اور اور پریزنٹ کا بھی اور پاسٹ کا بھی</w:t>
      </w:r>
    </w:p>
    <w:p>
      <w:r>
        <w:rPr>
          <w:b/>
        </w:rPr>
        <w:t xml:space="preserve">[54:03] </w:t>
      </w:r>
      <w:r>
        <w:t>ji to is ke mutabiq woh allah taala kuch tabdeeli karta hai logon ki zindagi mein to is ko is mein yahi ek cheez samajh mein aati hai ke insaan ko sabr ah se kaam le agar to woh cheezen baad mein ah wazeh ho jati hain.</w:t>
      </w:r>
    </w:p>
    <w:p>
      <w:pPr>
        <w:jc w:val="right"/>
      </w:pPr>
      <w:r>
        <w:t>۔ جی تو اس کے مطابق وہ اللہ تعالی کچھ تبدیلی کرتا ہے لوگوں کی زندگی میں تو اس کو اس میں یہی ایک چیز سمجھ میں آتی ہے کہ انسان کو صبر اہ سے کام لے اگر تو وہ چیزیں بعد میں اہ واضح ہو جاتی ہیں۔</w:t>
      </w:r>
    </w:p>
    <w:p>
      <w:r>
        <w:rPr>
          <w:b/>
        </w:rPr>
        <w:t xml:space="preserve">[54:21] </w:t>
      </w:r>
      <w:r>
        <w:t>ji isi tarah jo woh deewar thi unhon ne explain kiya woh ah do aurfanz ki thi. ji aur is mein koi treasure tha. hmm</w:t>
      </w:r>
    </w:p>
    <w:p>
      <w:pPr>
        <w:jc w:val="right"/>
      </w:pPr>
      <w:r>
        <w:t>جی اسی طرح جو وہ دیوار تھی انہوں نے ایکسپلین کیا وہ اہ دو اورفنز کی تھی۔ جی اور اس میں کوئی ٹریژر تھا۔ ہمم</w:t>
      </w:r>
    </w:p>
    <w:p>
      <w:r>
        <w:rPr>
          <w:b/>
        </w:rPr>
        <w:t xml:space="preserve">[54:29] </w:t>
      </w:r>
      <w:r>
        <w:t>to woh unhon ne chaha ke ah aur bataya ke in ke jo baap the woh father nek insan the to woh woh treasure jo tha agar abhi woh deewar gir jati to nikal aata to deewar ko theek kar diya taake jab woh log jawan ho jayen bachche tab woh treasure ko nikalen.</w:t>
      </w:r>
    </w:p>
    <w:p>
      <w:pPr>
        <w:jc w:val="right"/>
      </w:pPr>
      <w:r>
        <w:t>تو وہ انہوں نے چاہا کہ اہ اور بتایا کہ ان کے جو باپ تھے وہ فادر نیک انسان تھے تو وہ وہ ٹریژر جو تھا اگر ابھی وہ دیوار گر جاتی تو نکل آتا تو دیوار کو ٹھیک کر دیا تاکہ جب وہ لوگ جوان ہو جائیں بچے تب وہ ٹریژر کو نکالیں۔</w:t>
      </w:r>
    </w:p>
    <w:p>
      <w:r>
        <w:rPr>
          <w:b/>
        </w:rPr>
        <w:t xml:space="preserve">[54:49] </w:t>
      </w:r>
      <w:r>
        <w:t>to is tarah ki baaten unhon ne bataen woh tazkir ul quran mein maulana ne is ko bohat achhe andaaz mein explain kiya hai ke in misalon se andaza hota hai ke khuda har waqt maujood duniya ki nigrani kar raha hai.</w:t>
      </w:r>
    </w:p>
    <w:p>
      <w:pPr>
        <w:jc w:val="right"/>
      </w:pPr>
      <w:r>
        <w:t>تو اس طرح کی باتیں انہوں نے بتائیں وہ تذکر القرآن میں مولانا نے اس کو بہت اچھے انداز میں ایکسپلین کیا ہے کہ ان مثالوں سے اندازہ ہوتا ہے کہ خدا ہر وقت موجودہ دنیا کی نگرانی کر رہا ہے۔</w:t>
      </w:r>
    </w:p>
    <w:p>
      <w:r>
        <w:rPr>
          <w:b/>
        </w:rPr>
        <w:t xml:space="preserve">[55:04] </w:t>
      </w:r>
      <w:r>
        <w:t>hmm ah is ne agarche imtehan ki maslehat ki bina par duniya ka nizam asbab o alal ke tehat qaim kiya yee</w:t>
      </w:r>
    </w:p>
    <w:p>
      <w:pPr>
        <w:jc w:val="right"/>
      </w:pPr>
      <w:r>
        <w:t>ہمم اہ اس نے اگرچہ امتحان کی مصلحت کی بنا پر دنیا کا نظام اسباب و علل کے تحت قائم کیا یع</w:t>
      </w:r>
    </w:p>
    <w:p>
      <w:r>
        <w:rPr>
          <w:b/>
        </w:rPr>
        <w:t xml:space="preserve">[55:13] </w:t>
      </w:r>
      <w:r>
        <w:t>ni cause and effect. cause and effect. ji aur lekin is ke sath sath woh is nizam mein bar bar inter intervention karta hai. khuda kahin distraction ka tareeqa ikhtiyar karta hai aur kahin construction ka tareeqa ikhtiyar karta hai.</w:t>
      </w:r>
    </w:p>
    <w:p>
      <w:pPr>
        <w:jc w:val="right"/>
      </w:pPr>
      <w:r>
        <w:t>نی کاز اینڈ ایفیکٹ۔ کاز اینڈ ایفیکٹ۔ جی اور لیکن اس کے ساتھ ساتھ وہ اس نظام میں بار بار انٹر انٹروین کرتا ہے۔ خدا کہیں ڈسٹریکشن کا طریقہ اختیار کرتا ہے اور کہیں کنسٹرکشن کا طریقہ اختیار کرتا ہے۔</w:t>
      </w:r>
    </w:p>
    <w:p>
      <w:r>
        <w:rPr>
          <w:b/>
        </w:rPr>
        <w:t xml:space="preserve">[55:26] </w:t>
      </w:r>
      <w:r>
        <w:t>to yeh jo yeh sab jo waqeat hote hain hadsat hote hain. ji earthquake hai flood hai abhi yeh jo bimari aayi covid to yeh sab bhi in is tarah se in cheezon se explain ho jati hain.</w:t>
      </w:r>
    </w:p>
    <w:p>
      <w:pPr>
        <w:jc w:val="right"/>
      </w:pPr>
      <w:r>
        <w:t>تو یہ جو یہ سب جو واقعات ہوتے ہیں حادثات ہوتے ہیں۔ جی ارتھ کویک ہے فلڈ ہے ابھی یہ جو بیماری آئی کووڈ تو یہ سب بھی ان اس طرح سے ان چیزوں سے ایکسپلین ہو جاتی ہے۔</w:t>
      </w:r>
    </w:p>
    <w:p>
      <w:r>
        <w:rPr>
          <w:b/>
        </w:rPr>
        <w:t xml:space="preserve">[55:39] </w:t>
      </w:r>
      <w:r>
        <w:t>ji one should not lose hope</w:t>
      </w:r>
    </w:p>
    <w:p>
      <w:pPr>
        <w:jc w:val="right"/>
      </w:pPr>
      <w:r>
        <w:t>جی ون شوڈ ناٹ لوز ہوپ</w:t>
      </w:r>
    </w:p>
    <w:p>
      <w:r>
        <w:rPr>
          <w:b/>
        </w:rPr>
        <w:t xml:space="preserve">[55:42] </w:t>
      </w:r>
      <w:r>
        <w:t>because god has his own way of helping his creation. woh hazrat ali ka call bhi bohat ah sahi hai ke al khair fma waqa ke jo hua achha hua hamein bas allah par poora bharosa rakhna chahiye.</w:t>
      </w:r>
    </w:p>
    <w:p>
      <w:pPr>
        <w:jc w:val="right"/>
      </w:pPr>
      <w:r>
        <w:t>بیکاز گاڈ ہیز ہز اون وے اف ہیلپنگ ہز کریشن۔ وہ حضرت علی کا کال بھی بہت اہ صحیح ہے کہ الخیر فما وقع کہ جو ہوا اچھا ہوا ہمیں بس اللہ پر پورا بھروسہ رکھنا چاہیے۔</w:t>
      </w:r>
    </w:p>
    <w:p>
      <w:r>
        <w:rPr>
          <w:b/>
        </w:rPr>
        <w:t xml:space="preserve">[55:56] </w:t>
      </w:r>
      <w:r>
        <w:t>ji bilkul doctor sahab aakhri sawal poochna chahunga aaj ke ah session par ah ke kya lessons hum ne poore paanch episodes kare hain aaj.</w:t>
      </w:r>
    </w:p>
    <w:p>
      <w:pPr>
        <w:jc w:val="right"/>
      </w:pPr>
      <w:r>
        <w:t>جی بالکل ڈاکٹر صاحب آخری سوال پوچھنا چاہوں گا آج کے اہ سیشن پر اہ کہ کیا لیسنز ہم نے پورے پانچ ایپیسوڈز کرے ہیں آج۔</w:t>
      </w:r>
    </w:p>
    <w:p>
      <w:r>
        <w:rPr>
          <w:b/>
        </w:rPr>
        <w:t xml:space="preserve">[56:06] </w:t>
      </w:r>
      <w:r>
        <w:t>ji to kya lessons hum paate hain ah hazrat musa ki zindagi</w:t>
      </w:r>
    </w:p>
    <w:p>
      <w:pPr>
        <w:jc w:val="right"/>
      </w:pPr>
      <w:r>
        <w:t>جی تو کیا لیسنز ہم پاتے ہیں اہ حضرت موسیٰ کی زندگی</w:t>
      </w:r>
    </w:p>
    <w:p>
      <w:r>
        <w:rPr>
          <w:b/>
        </w:rPr>
        <w:t xml:space="preserve">[56:12] </w:t>
      </w:r>
      <w:r>
        <w:t>se is ke bare mein aap hamein bataen. ah hazrat musa alaihissalam ka jo waqea hai woh is mein tarah tarah ke lessons hain yani bilkul bachpan mein hi un ke sath kya waqeat pesh aae darya mein dala aur woh sab cheezen se le ke phir firon</w:t>
      </w:r>
    </w:p>
    <w:p>
      <w:pPr>
        <w:jc w:val="right"/>
      </w:pPr>
      <w:r>
        <w:t>سے اس کے بارے میں آپ ہمیں بتائیں۔ اہ حضرت موسیٰ علیہ السلام کا جو واقعہ ہے وہ اس میں طرح طرح کے لیسنز ہیں یعنی بالکل بچپن میں ہی ان کے ساتھ کیا واقعات پیش آئے دریا میں ڈالا اور وہ سب چیزیں سے لے کے پھر فرعون</w:t>
      </w:r>
    </w:p>
    <w:p>
      <w:r>
        <w:rPr>
          <w:b/>
        </w:rPr>
        <w:t xml:space="preserve">[56:30] </w:t>
      </w:r>
      <w:r>
        <w:t>to aur bani israel ki baaten to bani israel ki jo itni tafseel hai quran mein itne zyada zikr hai woh is maqsad se hai ke yahi halaat ahl e iman ke upar bhi aayenge musalmanon ke upar.</w:t>
      </w:r>
    </w:p>
    <w:p>
      <w:pPr>
        <w:jc w:val="right"/>
      </w:pPr>
      <w:r>
        <w:t>تو اور بنی اسرائیل کی باتیں تو بنی اسرائیل کی جو اتنی تفصیل ہے قرآن میں اتنے زیادہ ذکر ہے وہ اس مقصد سے ہے کہ یہی حالات اہل ایمان کے اوپر بھی آئیں گے مسلمانوں کے اوپر۔</w:t>
      </w:r>
    </w:p>
    <w:p>
      <w:r>
        <w:rPr>
          <w:b/>
        </w:rPr>
        <w:t xml:space="preserve">[56:48] </w:t>
      </w:r>
      <w:r>
        <w:t>ji to woh is tarah se na respond karen jaise bani israel ne resp</w:t>
      </w:r>
    </w:p>
    <w:p>
      <w:pPr>
        <w:jc w:val="right"/>
      </w:pPr>
      <w:r>
        <w:t>جی تو وہ اس طرح سے نہ ریسپانڈ کریں جیسے بنی اسرائیل نے ریسپ</w:t>
      </w:r>
    </w:p>
    <w:p>
      <w:r>
        <w:rPr>
          <w:b/>
        </w:rPr>
        <w:t xml:space="preserve">[56:54] </w:t>
      </w:r>
      <w:r>
        <w:t>ond kiya. ab bani israel jab musa alaihissalam se allah taala ne kaha ke ah holy land hum ne tumhare liye assign kar di hai bani israel ke liye to ab musa alaihissalam ne kaha ke chalo wahan ab is mein ah holy land mein bani israel se to unhon ne kaha ke nahi hum to nahi jayenge tum aur tumhara rab ja ke laro.</w:t>
      </w:r>
    </w:p>
    <w:p>
      <w:pPr>
        <w:jc w:val="right"/>
      </w:pPr>
      <w:r>
        <w:t>انڈ کیا۔ اب بنی اسرائیل جب موسیٰ علیہ السلام سے اللہ تعالی نے کہا کہ اہ ہولی لینڈ ہم نے تمہارے لیے اسائن کر دی ہے بنی اسرائیل کے لیے تو اب موسیٰ علیہ السلام نے کہا کہ چلو وہاں اب اس میں اہ ہولی لینڈ میں بنی اسرائیل سے تو انہوں نے کہا کہ نہیں ہم تو نہیں جائیں گے تم اور تمہارا رب جا کے لڑے۔</w:t>
      </w:r>
    </w:p>
    <w:p>
      <w:r>
        <w:rPr>
          <w:b/>
        </w:rPr>
        <w:t xml:space="preserve">[57:19] </w:t>
      </w:r>
      <w:r>
        <w:t>ji hum to yahin khade hue hain. ji</w:t>
      </w:r>
    </w:p>
    <w:p>
      <w:pPr>
        <w:jc w:val="right"/>
      </w:pPr>
      <w:r>
        <w:t>جی ہم تو یہیں کھڑے ہوئے ہیں۔ جی</w:t>
      </w:r>
    </w:p>
    <w:p>
      <w:r>
        <w:rPr>
          <w:b/>
        </w:rPr>
        <w:t xml:space="preserve">[57:22] </w:t>
      </w:r>
      <w:r>
        <w:t>ah chunchke wahan kuch log the woh darte the ke kahin hum se ladai na ho jaye to khuda ka hukum ah aur paighambar ka hukum unhon ne bilkul ah yani nazar andaaz kar diya.</w:t>
      </w:r>
    </w:p>
    <w:p>
      <w:pPr>
        <w:jc w:val="right"/>
      </w:pPr>
      <w:r>
        <w:t>اہ چونکہ وہاں کچھ لوگ تھے وہ ڈرتے تھے کہ کہیں ہم سے لڑائی نہ ہو جائے تو خدا کا حکم اہ اور پیغمبر کا حکم انہوں نے بالکل اہ یعنی نظر انداز کر دیا۔</w:t>
      </w:r>
    </w:p>
    <w:p>
      <w:r>
        <w:rPr>
          <w:b/>
        </w:rPr>
        <w:t xml:space="preserve">[57:35] </w:t>
      </w:r>
      <w:r>
        <w:t>to is tarah se bani israel ah se ah jo jo un ke waqeat hain is mein hum hamare liye bohat sabak hai isi liye hadith mein aata hai ke tum qadam ba qadam un ko follow karoge woh kisi bil mein bhi ghusenge tum us bil mein bhi ghusoge.</w:t>
      </w:r>
    </w:p>
    <w:p>
      <w:pPr>
        <w:jc w:val="right"/>
      </w:pPr>
      <w:r>
        <w:t>تو اس طرح سے بنی اسرائیل اہ سے اہ جو جو ان کے واقعات ہیں اس میں ہم ہمارے لیے بہت سبق ہے اسی لیے حدیث میں آتا ہے کہ تم قدم بقدم ان کو فالو کرو گے وہ کسی بل میں بھی گھسیں گے تم اس بل میں بھی گھسو گے۔</w:t>
      </w:r>
    </w:p>
    <w:p>
      <w:r>
        <w:rPr>
          <w:b/>
        </w:rPr>
        <w:t xml:space="preserve">[57:52] </w:t>
      </w:r>
      <w:r>
        <w:t>ji to yeh hamare liye jo musa alaihissalam ka waqea hai yeh is mein bohat zyada ah yani yeh pehlu hai ke hum ah is se sabak len aur woh baaten jo ah jo bani israel ne keen woh hum na na na karen.</w:t>
      </w:r>
    </w:p>
    <w:p>
      <w:pPr>
        <w:jc w:val="right"/>
      </w:pPr>
      <w:r>
        <w:t>جی تو یہ ہمارے لیے جو موسیٰ علیہ السلام کا واقعہ ہے یہ اس میں بہت زیادہ اہ یعنی یہ پہلو ہے کہ ہم اہ اس سے سبق لیں اور وہ باتیں جو اہ جو بنی اسرائیل نے کیں وہ ہم نہ نہ نہ کریں۔</w:t>
      </w:r>
    </w:p>
    <w:p>
      <w:r>
        <w:rPr>
          <w:b/>
        </w:rPr>
        <w:t xml:space="preserve">[58:12] </w:t>
      </w:r>
      <w:r>
        <w:t>ji ab ah musa alaihissalam itne pareshan hue ke aakhir mein woh kehte hain ke la amlak illa nafsi wa akhi ke sare jo bani israel the woh chhod ke bhag gaye sirf meri to mein aur aur mera bhai reh gaya.</w:t>
      </w:r>
    </w:p>
    <w:p>
      <w:pPr>
        <w:jc w:val="right"/>
      </w:pPr>
      <w:r>
        <w:t>جی اب اہ موسیٰ علیہ السلام اتنے پریشان ہوئے کہ آخر میں وہ کہتے ہیں کہ لا عملک الا نفسی واخی کہ سارے جو بنی اسرائیل تھے وہ چھوڑ کے بھاگ گئے صرف میری تو میں اور اور میرا بھائی رہ گیا۔</w:t>
      </w:r>
    </w:p>
    <w:p>
      <w:r>
        <w:rPr>
          <w:b/>
        </w:rPr>
        <w:t xml:space="preserve">[58:29] </w:t>
      </w:r>
      <w:r>
        <w:t>ji meri aur kisi ke upar taqat nahi hai.</w:t>
      </w:r>
    </w:p>
    <w:p>
      <w:pPr>
        <w:jc w:val="right"/>
      </w:pPr>
      <w:r>
        <w:t>جی میری اور کسی کے اوپر طاقت نہیں ہے۔</w:t>
      </w:r>
    </w:p>
    <w:p>
      <w:r>
        <w:rPr>
          <w:b/>
        </w:rPr>
        <w:t xml:space="preserve">[58:31] </w:t>
      </w:r>
      <w:r>
        <w:t>to is tarike se bani israel ne ah ah musa alaihissalam ka sath nahi diya halanke kitni zyada ah allah taala ki taraf se blessings aayen aur kaise kaise mushkil halaat mein un ko bachaya moajze se lekin is ke bawajood bhi to to yeh hamare liye bhi bohat bada sabak hai ke hum bhi jo ah chunchke yeh degeneration ki wajah se hota hai.</w:t>
      </w:r>
    </w:p>
    <w:p>
      <w:pPr>
        <w:jc w:val="right"/>
      </w:pPr>
      <w:r>
        <w:t>تو اس طریقے سے بنی اسرائیل نے اہ اہ موسیٰ علیہ السلام کا ساتھ نہیں دیا حالانکہ کتنی زیادہ اہ اللہ تعالی کی طرف سے بلیسنگز آئیں اور کیسے کیسے مشکل حالات میں ان کو بچایا معجزے سے لیکن اس کے باوجود بھی تو تو یہ ہمارے لیے بھی بہت بڑا سبق ہے کہ ہم بھی جو اہ چونکہ یہ ڈی جنریشن کی وجہ سے ہوتا ہے۔</w:t>
      </w:r>
    </w:p>
    <w:p>
      <w:r>
        <w:rPr>
          <w:b/>
        </w:rPr>
        <w:t xml:space="preserve">[58:56] </w:t>
      </w:r>
      <w:r>
        <w:t>j</w:t>
      </w:r>
    </w:p>
    <w:p>
      <w:pPr>
        <w:jc w:val="right"/>
      </w:pPr>
      <w:r>
        <w:t>ج</w:t>
      </w:r>
    </w:p>
    <w:p>
      <w:r>
        <w:rPr>
          <w:b/>
        </w:rPr>
        <w:t xml:space="preserve">[58:57] </w:t>
      </w:r>
      <w:r>
        <w:t>i to degeneration ki wajah se ab sirf ritualistic baaten reh gayi hain aur jo woh ek maqsad tha ah ek momin ka jo maqsad hai dawat woh woh bhool gaye hain log aur bas ek qaumi ah surat</w:t>
      </w:r>
    </w:p>
    <w:p>
      <w:pPr>
        <w:jc w:val="right"/>
      </w:pPr>
      <w:r>
        <w:t>ی تو ڈی جنریشن کی وجہ سے اب صرف ریچولسٹک باتیں رہ گئی ہیں اور جو وہ ایک مقصد تھا اہ ایک مومن کا جو مقصد ہے دعوت وہ وہ بھول گئے ہیں لوگ اور بس ایک قومی اہ صورت</w:t>
      </w:r>
    </w:p>
    <w:p>
      <w:r>
        <w:rPr>
          <w:b/>
        </w:rPr>
        <w:t xml:space="preserve">[59:14] </w:t>
      </w:r>
      <w:r>
        <w:t>haal reh gayi hai ek qaum hai ya qaum ke masail hain isi pe isi mein ghoomte rehte hain aur jo ah doosra bohat aham pehlu hai woh yeh hai ke jo musa alaihissalam ki agar zindagi dekhen aap ke unhon ne kabhi koi negative baat nahi ki yani ji firon ke darbar mein ja ke us ko paigham pohnchane ke liye pehli baat to yahi bohat badi hai ke allah taala ne kaha ke firon ko ja ke paigham do</w:t>
      </w:r>
    </w:p>
    <w:p>
      <w:pPr>
        <w:jc w:val="right"/>
      </w:pPr>
      <w:r>
        <w:t>حال رہ گئی ہے ایک قوم ہے یا قوم کے مسائل ہیں اسی پہ اسی میں گھومتے رہتے ہیں اور جو اہ دوسرا بہت اہم پہلو ہے وہ یہ ہے کہ جو موسیٰ علیہ السلام کی اگر زندگی دیکھیں آپ کہ انہوں نے کبھی کوئی نیگیٹیو بات نہیں کی یعنی جی فرعون کے دربار میں جا کے اس کو پیغام پہنچانے کے لیے پہلی بات تو یہی بہت بڑی ہے کہ اللہ تعالی نے کہا کہ فرعون کو جا کے پیغام دو</w:t>
      </w:r>
    </w:p>
    <w:p>
      <w:r>
        <w:rPr>
          <w:b/>
        </w:rPr>
        <w:t xml:space="preserve">[59:42] </w:t>
      </w:r>
      <w:r>
        <w:t>halanke woh itna zalim tha itna sarkash tha is ke bawajood is ke liye bhi dawat karni hai</w:t>
      </w:r>
    </w:p>
    <w:p>
      <w:pPr>
        <w:jc w:val="right"/>
      </w:pPr>
      <w:r>
        <w:t>حالانکہ وہ اتنا ظالم تھا اتنا سرکش تھا اس کے باوجود اس کے لیے بھی دعوت کرنی ہے</w:t>
      </w:r>
    </w:p>
    <w:p>
      <w:r>
        <w:rPr>
          <w:b/>
        </w:rPr>
        <w:t xml:space="preserve">[59:48] </w:t>
      </w:r>
      <w:r>
        <w:t>humein chahiye kitna bhi zalim aur sarkash ho ek to yeh pehlu hai aur doosra pehlu yeh hai</w:t>
      </w:r>
    </w:p>
    <w:p>
      <w:pPr>
        <w:jc w:val="right"/>
      </w:pPr>
      <w:r>
        <w:t>ہمیں چاہے کتنا بھی ظالم اور سرکش ہو ایک تو یہ پہلو ہے اور دوسرا پہلو یہ ہے</w:t>
      </w:r>
    </w:p>
    <w:p>
      <w:r>
        <w:rPr>
          <w:b/>
        </w:rPr>
        <w:t xml:space="preserve">[59:53] </w:t>
      </w:r>
      <w:r>
        <w:t>ke ah koi negativity nahin ab fir'aun ne kaha ke tum pagal ho diwane ho kuch bhi aisi</w:t>
      </w:r>
    </w:p>
    <w:p>
      <w:pPr>
        <w:jc w:val="right"/>
      </w:pPr>
      <w:r>
        <w:t>کہ اہ کوئی نیگیٹیوٹی نہیں اب فرعون نے کہا کہ تم پاگل ہو دیوانے ہو کچھ بھی ایسی</w:t>
      </w:r>
    </w:p>
    <w:p>
      <w:r>
        <w:rPr>
          <w:b/>
        </w:rPr>
        <w:t xml:space="preserve">[1:00:02] </w:t>
      </w:r>
      <w:r>
        <w:t>baatein kahin taake woh provoke hon lekin woh apni baat karte rahe ke allah to zameen o aasman</w:t>
      </w:r>
    </w:p>
    <w:p>
      <w:pPr>
        <w:jc w:val="right"/>
      </w:pPr>
      <w:r>
        <w:t>باتیں کہیں تاکہ وہ پرووک ہوں لیکن وہ اپنی بات کرتے رہے کہ اللہ تو زمین و اسمان</w:t>
      </w:r>
    </w:p>
    <w:p>
      <w:r>
        <w:rPr>
          <w:b/>
        </w:rPr>
        <w:t xml:space="preserve">[1:00:08] </w:t>
      </w:r>
      <w:r>
        <w:t>ka malik hai east aur west ka malik hai woh keh raha hai ke tum pagal ho diwane</w:t>
      </w:r>
    </w:p>
    <w:p>
      <w:pPr>
        <w:jc w:val="right"/>
      </w:pPr>
      <w:r>
        <w:t>کا مالک ہے ایسٹ اور ویسٹ کا مالک ہے وہ کہہ رہا ہے کہ تم پاگل ہو دیوانے</w:t>
      </w:r>
    </w:p>
    <w:p>
      <w:r>
        <w:rPr>
          <w:b/>
        </w:rPr>
        <w:t xml:space="preserve">[1:00:12] </w:t>
      </w:r>
      <w:r>
        <w:t>ho aur moosa alaihi salam jawab mein kehte hain ke allah zameen o aasman ka malik hai east</w:t>
      </w:r>
    </w:p>
    <w:p>
      <w:pPr>
        <w:jc w:val="right"/>
      </w:pPr>
      <w:r>
        <w:t>ہو اور موسیٰ علیہ السلام جواب میں کہتے ہیں کہ اللہ زمین و اسمان کا مالک ہے ایسٹ</w:t>
      </w:r>
    </w:p>
    <w:p>
      <w:r>
        <w:rPr>
          <w:b/>
        </w:rPr>
        <w:t xml:space="preserve">[1:00:17] </w:t>
      </w:r>
      <w:r>
        <w:t>aur west lord of the east and lord of the west yani koi koi tawajjuh nahin di in</w:t>
      </w:r>
    </w:p>
    <w:p>
      <w:pPr>
        <w:jc w:val="right"/>
      </w:pPr>
      <w:r>
        <w:t>اور ویسٹ لارڈ اف دا ایسٹ اینڈ لارڈ اف دا ویسٹ یعنی کوئی کوئی توجہ نہیں دی ان</w:t>
      </w:r>
    </w:p>
    <w:p>
      <w:r>
        <w:rPr>
          <w:b/>
        </w:rPr>
        <w:t xml:space="preserve">[1:00:23] </w:t>
      </w:r>
      <w:r>
        <w:t>ki fir'aun ke negative baaton</w:t>
      </w:r>
    </w:p>
    <w:p>
      <w:pPr>
        <w:jc w:val="right"/>
      </w:pPr>
      <w:r>
        <w:t>کی فرعون کے نیگیٹیو باتوں</w:t>
      </w:r>
    </w:p>
    <w:p>
      <w:r>
        <w:rPr>
          <w:b/>
        </w:rPr>
        <w:t xml:space="preserve">[1:00:26] </w:t>
      </w:r>
      <w:r>
        <w:t>ki to yeh bohat bohat bara ah hissa hai is ka aham hissa hai ke kis tareeqe se ek daai ko apni zindagi guzarni hai ke us ko jo apna maqsad hai us pe hi focus kare aur jo negative baatein hain us ko bilkul nazar andaaz kar de to is tarah ki kuch baatein hain jo bohat aham hain Moosa علیہ السلام ke ghusse mein.</w:t>
      </w:r>
    </w:p>
    <w:p>
      <w:pPr>
        <w:jc w:val="right"/>
      </w:pPr>
      <w:r>
        <w:t>کی تو یہ بہت بہت بڑا اہ حصہ ہے اس کا اہم حصہ ہے کہ کس طریقے سے ایک داعی کو اپنی زندگی گزارنی ہے کہ اس کو جو اپنا مقصد ہے اس پہ ہی فوکس کرے اور جو نیگیٹیو باتیں ہیں اس کو بالکل نظر انداز کر دے تو اس طرح کی کچھ باتیں ہیں جو بہت اہم ہیں موسیٰ علیہ السلام کے غصے میں۔</w:t>
      </w:r>
    </w:p>
    <w:p>
      <w:r>
        <w:rPr>
          <w:b/>
        </w:rPr>
        <w:t xml:space="preserve">[1:00:48] </w:t>
      </w:r>
      <w:r>
        <w:t>ji</w:t>
      </w:r>
    </w:p>
    <w:p>
      <w:pPr>
        <w:jc w:val="right"/>
      </w:pPr>
      <w:r>
        <w:t>جی</w:t>
      </w:r>
    </w:p>
    <w:p>
      <w:r>
        <w:rPr>
          <w:b/>
        </w:rPr>
        <w:t xml:space="preserve">[1:00:49] </w:t>
      </w:r>
      <w:r>
        <w:t>ah jazak Allah doctor sahab aaj aap ne ek aur series ah of a very important prophet prophet Moses ah ke bare mein aaj aap ne mukammal kari woh series bilkul ah mein ek cheez aur kahoon ga doctor sahab yeh poore paanch episode sun kar ah aur jo tamam aur bhi aap ne episodes kiye hain aap regular sessions karte rehte hain</w:t>
      </w:r>
    </w:p>
    <w:p>
      <w:pPr>
        <w:jc w:val="right"/>
      </w:pPr>
      <w:r>
        <w:t>اہ جزاک اللہ ڈاکٹر صاحب آج آپ نے ایک اور سیریز اہ اف ا ویری امپورٹنٹ پرافٹ پرافٹ موزیس اہ کے بارے میں آج آپ نے مکمل کری وہ سیریز بالکل اہ میں ایک چیز اور کہوں گا ڈاکٹر صاحب یہ پورے پانچ ایپیسوڈ سن کر اہ اور جو تمام اور بھی آپ نے ایپیسوڈز کیے ہیں آپ ریگولر سیشنز کرتے رہتے ہیں</w:t>
      </w:r>
    </w:p>
    <w:p>
      <w:r>
        <w:rPr>
          <w:b/>
        </w:rPr>
        <w:t xml:space="preserve">[1:01:09] </w:t>
      </w:r>
      <w:r>
        <w:t>mujhe Hazrat Ibn Abbas ki ek riwayat yaad aa gayi ke unhone bataya ke ek martaba Rasool Allah se poocha gaya ke which of her associate is best to Rasool Allah ne farmaya one whose sight reminds you of God whose conversation adds to your knowledge and whose action helps you in remembering hereafter</w:t>
      </w:r>
    </w:p>
    <w:p>
      <w:pPr>
        <w:jc w:val="right"/>
      </w:pPr>
      <w:r>
        <w:t>مجھے حضرت ابن عباس کی ایک روایت یاد آگئی کہ انہوں نے بتایا کہ ایک مرتبہ رسول اللہ سے پوچھا گیا کہ وچ اف ہر ایسوسیٹ از بیسٹ تو رسول اللہ نے فرمایا ون ہوز سائیٹ ریمائنڈز یو اف گاڈ ہوز کنورسیشن ایڈز ٹو یور نالج اینڈ ہوز ایکشن ہیلپس یو ان ریممبرنگ ہیئر افٹر</w:t>
      </w:r>
    </w:p>
    <w:p>
      <w:r>
        <w:rPr>
          <w:b/>
        </w:rPr>
        <w:t xml:space="preserve">[1:01:34] </w:t>
      </w:r>
      <w:r>
        <w:t>to doctor sahab aap ko dekh kar aap ke sath conversation kar kar hamari knowledge bhi barhti hai aur hum Allah taala ko yaad bhi karte hain main sab ki taraf se yeh dua karta hoon ke aap ko isi category mein dalen jis category ke bare mein Rasool Allah ne farmaya lekin ah aap ne bhi jis tareeqe se is ko organize kiya aap bhi is mein shamil hain poori tarah se inshallah inshallah ameen ah so doctor sahab hamein agli series ka be sabri se intezar rahega inshallah</w:t>
      </w:r>
    </w:p>
    <w:p>
      <w:pPr>
        <w:jc w:val="right"/>
      </w:pPr>
      <w:r>
        <w:t>تو ڈاکٹر صاحب آپ کو دیکھ کر آپ کے ساتھ کنورسیشن کر کر ہماری نالج بھی بڑھتی ہے اور ہم اللہ تعالی کو یاد بھی کرتے ہیں میں سب کی طرف سے یہ دعا کرتا ہوں کہ آپ کو اسی کیٹگری میں ڈالیں جس کیٹگری کے بارے میں رسول اللہ نے فرمایا لیکن اہ آپ نے بھی جس طریقے سے اس کو ارگنائز کیا آپ بھی اس میں شامل ہیں پوری طرح سے انشاءاللہ انشاءاللہ آمین اہ سو ڈاکٹر صاحب ہمیں اگلی سیریز کا بے صبری سے انتظار رہے گا انشاءال</w:t>
      </w:r>
    </w:p>
    <w:p>
      <w:r>
        <w:rPr>
          <w:b/>
        </w:rPr>
        <w:t xml:space="preserve">[1:02:02] </w:t>
      </w:r>
      <w:r>
        <w:t>lah hum zaroor announce karenge ke next series kya hai to aaj ka session hum yahin par khatam karte hain phir lotenge agle Sunday saade das baje thank you.</w:t>
      </w:r>
    </w:p>
    <w:p>
      <w:pPr>
        <w:jc w:val="right"/>
      </w:pPr>
      <w:r>
        <w:t>لہ ہم ضرور اناؤنس کریں گے کہ نیکسٹ سیریز کیا ہے تو آج کا سیشن ہم یہیں پر ختم کرتے ہیں پھر لوٹیں گے اگلے سنڈے ساڑھے دس بجے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