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Power of Peace June 6, 2010 Maulana Wahiduddin Khan</w:t>
      </w:r>
    </w:p>
    <w:p>
      <w:r>
        <w:t>https://www.youtube.com/watch?v=QNnouRoYI38</w:t>
      </w:r>
    </w:p>
    <w:p>
      <w:r>
        <w:rPr>
          <w:b/>
        </w:rPr>
        <w:t xml:space="preserve">[00:29] </w:t>
      </w:r>
      <w:r>
        <w:t>yafqah qawli.</w:t>
      </w:r>
    </w:p>
    <w:p>
      <w:pPr>
        <w:jc w:val="right"/>
      </w:pPr>
      <w:r>
        <w:t>یفقہ قولی.</w:t>
      </w:r>
    </w:p>
    <w:p>
      <w:r>
        <w:rPr>
          <w:b/>
        </w:rPr>
        <w:t xml:space="preserve">[00:34] </w:t>
      </w:r>
      <w:r>
        <w:t>aaj ka topic hai "power of patience"، yani sabr o tahammul ki taqat۔</w:t>
      </w:r>
    </w:p>
    <w:p>
      <w:pPr>
        <w:jc w:val="right"/>
      </w:pPr>
      <w:r>
        <w:t>آج کا ٹاپک ہے "پاور آف پیشنس"، یعنی صبر و تحمل کی طاقت۔</w:t>
      </w:r>
    </w:p>
    <w:p>
      <w:r>
        <w:rPr>
          <w:b/>
        </w:rPr>
        <w:t xml:space="preserve">[00:48] </w:t>
      </w:r>
      <w:r>
        <w:t>kuch log sabr ko—sabr ka matlab hota hai bardasht karna—</w:t>
      </w:r>
    </w:p>
    <w:p>
      <w:pPr>
        <w:jc w:val="right"/>
      </w:pPr>
      <w:r>
        <w:t>کچھ لوگ صبر کو—صبر کا مطلب ہوتا ہے برداشت کرنا—</w:t>
      </w:r>
    </w:p>
    <w:p>
      <w:r>
        <w:rPr>
          <w:b/>
        </w:rPr>
        <w:t xml:space="preserve">[00:57] </w:t>
      </w:r>
      <w:r>
        <w:t>to kuch log samajhte hain ke bardasht karna jo hai yeh, yeh to cowardice hai, to buzdi hai۔ lekin yeh nasamjhi ki baat hai۔</w:t>
      </w:r>
    </w:p>
    <w:p>
      <w:pPr>
        <w:jc w:val="right"/>
      </w:pPr>
      <w:r>
        <w:t>تو کچھ لوگ سمجھتے ہیں کہ برداشت کرنا جو ہے یہ، یہ تو cowardice ہے، تو بزدلی ہے۔ لیکن یہ ناسمجھی کی بات ہے۔</w:t>
      </w:r>
    </w:p>
    <w:p>
      <w:r>
        <w:rPr>
          <w:b/>
        </w:rPr>
        <w:t xml:space="preserve">[01:13] </w:t>
      </w:r>
      <w:r>
        <w:t>sabr sab se bari taqat hai۔</w:t>
      </w:r>
    </w:p>
    <w:p>
      <w:pPr>
        <w:jc w:val="right"/>
      </w:pPr>
      <w:r>
        <w:t>صبر سب سے بڑی طاقت ہے۔</w:t>
      </w:r>
    </w:p>
    <w:p>
      <w:r>
        <w:rPr>
          <w:b/>
        </w:rPr>
        <w:t xml:space="preserve">[01:19] </w:t>
      </w:r>
      <w:r>
        <w:t>patience sab se bari taqat hai۔</w:t>
      </w:r>
    </w:p>
    <w:p>
      <w:pPr>
        <w:jc w:val="right"/>
      </w:pPr>
      <w:r>
        <w:t>پیشنس سب سے بڑی طاقت ہے۔</w:t>
      </w:r>
    </w:p>
    <w:p>
      <w:r>
        <w:rPr>
          <w:b/>
        </w:rPr>
        <w:t xml:space="preserve">[01:24] </w:t>
      </w:r>
      <w:r>
        <w:t>quran mein aik ayat hai: "إن الله مع الصابرين"۔ khuda hai sabr walon ke sath۔</w:t>
      </w:r>
    </w:p>
    <w:p>
      <w:pPr>
        <w:jc w:val="right"/>
      </w:pPr>
      <w:r>
        <w:t>قرآن میں ایک آیت ہے: "إن الله مع الصابرين"۔ خدا ہے صبر والوں کے ساتھ۔</w:t>
      </w:r>
    </w:p>
    <w:p>
      <w:r>
        <w:rPr>
          <w:b/>
        </w:rPr>
        <w:t xml:space="preserve">[01:36] </w:t>
      </w:r>
      <w:r>
        <w:t>khuda un ka sath deta hai jo patience dikhayen, jo dunya mein sahanshilta ke sath rahen۔</w:t>
      </w:r>
    </w:p>
    <w:p>
      <w:pPr>
        <w:jc w:val="right"/>
      </w:pPr>
      <w:r>
        <w:t>خدا ان کا ساتھ دیتا ہے جو پیشنس دکھائیں، جو دنیا میں صہن شیلتا کے ساتھ رہیں۔</w:t>
      </w:r>
    </w:p>
    <w:p>
      <w:r>
        <w:rPr>
          <w:b/>
        </w:rPr>
        <w:t xml:space="preserve">[01:46] </w:t>
      </w:r>
      <w:r>
        <w:t>aik baat hadith mein is tarah kahi gayi hai</w:t>
      </w:r>
    </w:p>
    <w:p>
      <w:pPr>
        <w:jc w:val="right"/>
      </w:pPr>
      <w:r>
        <w:t>ایک بات حدیث میں اس طرح کہی گئی ہے</w:t>
      </w:r>
    </w:p>
    <w:p>
      <w:r>
        <w:rPr>
          <w:b/>
        </w:rPr>
        <w:t xml:space="preserve">[01:52] </w:t>
      </w:r>
      <w:r>
        <w:t>ke: "اعلم أن النصر مع الصبر، وأن مع العسر يسر"۔</w:t>
      </w:r>
    </w:p>
    <w:p>
      <w:pPr>
        <w:jc w:val="right"/>
      </w:pPr>
      <w:r>
        <w:t>کہ: "اعلم أن النصر مع الصبر، وأن مع العسر يسر"۔</w:t>
      </w:r>
    </w:p>
    <w:p>
      <w:r>
        <w:rPr>
          <w:b/>
        </w:rPr>
        <w:t xml:space="preserve">[02:03] </w:t>
      </w:r>
      <w:r>
        <w:t>jaan lo ke success sabr ke sath hai, sahanshilta ke sath hai۔ aur</w:t>
      </w:r>
    </w:p>
    <w:p>
      <w:pPr>
        <w:jc w:val="right"/>
      </w:pPr>
      <w:r>
        <w:t>جان لو کہ success صبر کے ساتھ ہے، صہن شیلتا کے ساتھ ہے۔ اور</w:t>
      </w:r>
    </w:p>
    <w:p>
      <w:r>
        <w:rPr>
          <w:b/>
        </w:rPr>
        <w:t xml:space="preserve">[02:18] </w:t>
      </w:r>
      <w:r>
        <w:t>usar ke sath yusr hai, yani</w:t>
      </w:r>
    </w:p>
    <w:p>
      <w:pPr>
        <w:jc w:val="right"/>
      </w:pPr>
      <w:r>
        <w:t>عسر کے ساتھ یسر ہے، یعنی</w:t>
      </w:r>
    </w:p>
    <w:p>
      <w:r>
        <w:rPr>
          <w:b/>
        </w:rPr>
        <w:t xml:space="preserve">[02:23] </w:t>
      </w:r>
      <w:r>
        <w:t>mushkil ke sath aasani hai, difficulties ke sath ease hai۔</w:t>
      </w:r>
    </w:p>
    <w:p>
      <w:pPr>
        <w:jc w:val="right"/>
      </w:pPr>
      <w:r>
        <w:t>مشکل کے ساتھ آسانی ہے، difficulties کے ساتھ ease ہے۔</w:t>
      </w:r>
    </w:p>
    <w:p>
      <w:r>
        <w:rPr>
          <w:b/>
        </w:rPr>
        <w:t xml:space="preserve">[02:30] </w:t>
      </w:r>
      <w:r>
        <w:t>yeh hai philosophy۔ yeh philosophy koi religious philosophy nahi hai۔ it is based on the law of nature۔</w:t>
      </w:r>
    </w:p>
    <w:p>
      <w:pPr>
        <w:jc w:val="right"/>
      </w:pPr>
      <w:r>
        <w:t>یہ ہے philosophy۔ یہ philosophy کوئی religious philosophy نہیں ہے۔ It is based on the law of nature۔</w:t>
      </w:r>
    </w:p>
    <w:p>
      <w:r>
        <w:rPr>
          <w:b/>
        </w:rPr>
        <w:t xml:space="preserve">[02:42] </w:t>
      </w:r>
      <w:r>
        <w:t>yeh law of nature hai۔</w:t>
      </w:r>
    </w:p>
    <w:p>
      <w:pPr>
        <w:jc w:val="right"/>
      </w:pPr>
      <w:r>
        <w:t>یہ law of nature ہے۔</w:t>
      </w:r>
    </w:p>
    <w:p>
      <w:r>
        <w:rPr>
          <w:b/>
        </w:rPr>
        <w:t xml:space="preserve">[02:46] </w:t>
      </w:r>
      <w:r>
        <w:t>mein kuch misalein doon ga aap ko ke kis tarah success—biggest achievement—sirf un ko hui hai jinho ne sabr ka, sabr ke sath kaam kiya.</w:t>
      </w:r>
    </w:p>
    <w:p>
      <w:pPr>
        <w:jc w:val="right"/>
      </w:pPr>
      <w:r>
        <w:t>میں کچھ مثالیں دوں گا آپ کو کہ کس طرح success—biggest achievement—صرف ان کو ہوئی ہے جنہوں نے صبر کا، صبر کے ساتھ کام کیا۔</w:t>
      </w:r>
    </w:p>
    <w:p>
      <w:r>
        <w:rPr>
          <w:b/>
        </w:rPr>
        <w:t xml:space="preserve">[03:06] </w:t>
      </w:r>
      <w:r>
        <w:t>dekhein, newton ka naam bohat bara hai.</w:t>
      </w:r>
    </w:p>
    <w:p>
      <w:pPr>
        <w:jc w:val="right"/>
      </w:pPr>
      <w:r>
        <w:t>دیکھیں، نیوٹن کا نام بہت بڑا ہے۔</w:t>
      </w:r>
    </w:p>
    <w:p>
      <w:r>
        <w:rPr>
          <w:b/>
        </w:rPr>
        <w:t xml:space="preserve">[03:12] </w:t>
      </w:r>
      <w:r>
        <w:t>is ki death hui thi 1727 mein. 1727 mein. woh founder of modern science mana jata hai.</w:t>
      </w:r>
    </w:p>
    <w:p>
      <w:pPr>
        <w:jc w:val="right"/>
      </w:pPr>
      <w:r>
        <w:t>اس کی ڈیتھ ہوئی تھی 1727 میں۔ 1727 میں۔ وہ founder of modern science مانا جاتا ہے۔</w:t>
      </w:r>
    </w:p>
    <w:p>
      <w:r>
        <w:rPr>
          <w:b/>
        </w:rPr>
        <w:t xml:space="preserve">[03:26] </w:t>
      </w:r>
      <w:r>
        <w:t>to is ke baray mein kaha jata hai ke jab chota tha woh, idhar udhar chup chap khara rehta tha. chup chap. to us ko kaha jata tha "wool gatherer".</w:t>
      </w:r>
    </w:p>
    <w:p>
      <w:pPr>
        <w:jc w:val="right"/>
      </w:pPr>
      <w:r>
        <w:t>تو اس کے بارے میں کہا جاتا ہے کہ جب چھوٹا تھا وہ، ادھر ادھر چپ چاپ کھڑا رہتا تھا۔ چپ چاپ۔ تو اس کو کہا جاتا تھا "wool gatherer"۔</w:t>
      </w:r>
    </w:p>
    <w:p>
      <w:r>
        <w:rPr>
          <w:b/>
        </w:rPr>
        <w:t xml:space="preserve">[03:40] </w:t>
      </w:r>
      <w:r>
        <w:t>"Wool gatherer".</w:t>
      </w:r>
    </w:p>
    <w:p>
      <w:pPr>
        <w:jc w:val="right"/>
      </w:pPr>
      <w:r>
        <w:t>"Wool gatherer"۔</w:t>
      </w:r>
    </w:p>
    <w:p>
      <w:r>
        <w:rPr>
          <w:b/>
        </w:rPr>
        <w:t xml:space="preserve">[03:43] </w:t>
      </w:r>
      <w:r>
        <w:t>baad ko maloom hua ke is ke andar concentration ki bohat zabardast taqat thi. Concentration. yani kisi aik point par bohat ziyada sochna.</w:t>
      </w:r>
    </w:p>
    <w:p>
      <w:pPr>
        <w:jc w:val="right"/>
      </w:pPr>
      <w:r>
        <w:t>بعد کو معلوم ہوا کہ اس کے اندر concentration کی بہت زبردست طاقت تھی۔ Concentration۔ یعنی کسی ایک point پر بہت زیادہ سوچنا۔</w:t>
      </w:r>
    </w:p>
    <w:p>
      <w:r>
        <w:rPr>
          <w:b/>
        </w:rPr>
        <w:t xml:space="preserve">[03:58] </w:t>
      </w:r>
      <w:r>
        <w:t>dekhein, yeh sabr ke baghair nahi ho sakta. aap aik so aik cheezon se sabr karte hain, tab aap concentrate karte hain.</w:t>
      </w:r>
    </w:p>
    <w:p>
      <w:pPr>
        <w:jc w:val="right"/>
      </w:pPr>
      <w:r>
        <w:t>دیکھیں، یہ صبر کے بغیر نہیں ہو سکتا۔ آپ ایک سو ایک چیزوں سے صبر کرتے ہیں، تب آپ concentrate کرتے ہیں۔</w:t>
      </w:r>
    </w:p>
    <w:p>
      <w:r>
        <w:rPr>
          <w:b/>
        </w:rPr>
        <w:t xml:space="preserve">[04:09] </w:t>
      </w:r>
      <w:r>
        <w:t>jaise aaj meri baat cheet hui aik aik lady se,</w:t>
      </w:r>
    </w:p>
    <w:p>
      <w:pPr>
        <w:jc w:val="right"/>
      </w:pPr>
      <w:r>
        <w:t>جیسے آج میری بات چیت ہوئی ایک ایک lady سے،</w:t>
      </w:r>
    </w:p>
    <w:p>
      <w:r>
        <w:rPr>
          <w:b/>
        </w:rPr>
        <w:t xml:space="preserve">[04:13] </w:t>
      </w:r>
      <w:r>
        <w:t>to unho ne kaha ke mera bachcha jab rota hai to mera dil tarpne lagta hai. maine kaha ke agar bachche ke rone par aap sabr karein to aap bohat bara faida milega aap ko.</w:t>
      </w:r>
    </w:p>
    <w:p>
      <w:pPr>
        <w:jc w:val="right"/>
      </w:pPr>
      <w:r>
        <w:t>تو انہوں نے کہا کہ میرا بچہ جب روتا ہے تو میرا دل تڑپنے لگتا ہے۔ میں نے کہا کہ اگر بچے کے رونے پر آپ صبر کریں تو آپ بہت بڑا فائدہ ملے گا آپ کو۔</w:t>
      </w:r>
    </w:p>
    <w:p>
      <w:r>
        <w:rPr>
          <w:b/>
        </w:rPr>
        <w:t xml:space="preserve">[04:26] </w:t>
      </w:r>
      <w:r>
        <w:t>bachcha jab rota hai to nature us ki exercise karwati hai. bachcha daur to sakta nahi, to wohi exercise us ki—rone se sara exercise hoti hai—yeh jo hai na, yeh sab.</w:t>
      </w:r>
    </w:p>
    <w:p>
      <w:pPr>
        <w:jc w:val="right"/>
      </w:pPr>
      <w:r>
        <w:t>بچہ جب روتا ہے تو nature اس کی exercise کرواتی ہے۔ بچہ دوڑ تو سکتا نہیں، تو وہی exercise اس کی—رونے سے سارا exercise ہوتی ہے—یہ جو ہے نا، یہ سب۔</w:t>
      </w:r>
    </w:p>
    <w:p>
      <w:r>
        <w:rPr>
          <w:b/>
        </w:rPr>
        <w:t xml:space="preserve">[04:38] </w:t>
      </w:r>
      <w:r>
        <w:t>haath paon maarta hai.</w:t>
      </w:r>
    </w:p>
    <w:p>
      <w:pPr>
        <w:jc w:val="right"/>
      </w:pPr>
      <w:r>
        <w:t>ہاتھ پاؤں مارتا ہے۔</w:t>
      </w:r>
    </w:p>
    <w:p>
      <w:r>
        <w:rPr>
          <w:b/>
        </w:rPr>
        <w:t xml:space="preserve">[04:42] </w:t>
      </w:r>
      <w:r>
        <w:t>to bachche ka rona bachche ki exercise hai. ab chunke maein jo hain ya baap jo hain, sabr nahi kar paate, daurte hain us ko god mein le lete hain.</w:t>
      </w:r>
    </w:p>
    <w:p>
      <w:pPr>
        <w:jc w:val="right"/>
      </w:pPr>
      <w:r>
        <w:t>تو بچے کا رونا بچے کی exercise ہے۔ اب چونکہ مائیں جو ہیں یا باپ جو ہیں، صبر نہیں کر پاتے، دوڑتے ہیں اس کو گود میں لے لیتے ہیں۔</w:t>
      </w:r>
    </w:p>
    <w:p>
      <w:r>
        <w:rPr>
          <w:b/>
        </w:rPr>
        <w:t xml:space="preserve">[04:54] </w:t>
      </w:r>
      <w:r>
        <w:t>kya hua? unho ne us ko—us process ko—stop kar diya. Exercise ke process ko stop kar diya.</w:t>
      </w:r>
    </w:p>
    <w:p>
      <w:pPr>
        <w:jc w:val="right"/>
      </w:pPr>
      <w:r>
        <w:t>کیا ہوا؟ انہوں نے اس کو—اس process کو—stop کر دیا۔ Exercise کے process کو stop کر دیا۔</w:t>
      </w:r>
    </w:p>
    <w:p>
      <w:r>
        <w:rPr>
          <w:b/>
        </w:rPr>
        <w:t xml:space="preserve">[05:04] </w:t>
      </w:r>
      <w:r>
        <w:t>us ko kamzor bana diya.</w:t>
      </w:r>
    </w:p>
    <w:p>
      <w:pPr>
        <w:jc w:val="right"/>
      </w:pPr>
      <w:r>
        <w:t>اس کو کمزور بنا دیا۔</w:t>
      </w:r>
    </w:p>
    <w:p>
      <w:r>
        <w:rPr>
          <w:b/>
        </w:rPr>
        <w:t xml:space="preserve">[05:07] </w:t>
      </w:r>
      <w:r>
        <w:t>to sabr ko jahan bhi aap dekhein, to mein newton ko keh raha tha ke newton jo hai, baad ko us ne poocha gaya tha, us ne kaha ke "I have no special sagacity; only the power of patient thought".</w:t>
      </w:r>
    </w:p>
    <w:p>
      <w:pPr>
        <w:jc w:val="right"/>
      </w:pPr>
      <w:r>
        <w:t>تو صبر کو جہاں بھی آپ دیکھیں، تو میں نیوٹن کو کہہ رہا تھا کہ نیوٹن جو ہے، بعد کو اس نے پوچھا گیا تھا، اس نے کہا کہ "I have no special sagacity; only the power of patient thought"۔</w:t>
      </w:r>
    </w:p>
    <w:p>
      <w:r>
        <w:rPr>
          <w:b/>
        </w:rPr>
        <w:t xml:space="preserve">[05:23] </w:t>
      </w:r>
      <w:r>
        <w:t>yani mere andar koi alag dhang ki liyaqat nahi hai, special qism ki. aik hi cheez mere andar hai ke bohat ziyada patiently sochna.</w:t>
      </w:r>
    </w:p>
    <w:p>
      <w:pPr>
        <w:jc w:val="right"/>
      </w:pPr>
      <w:r>
        <w:t>یعنی میرے اندر کوئی الگ ڈھنگ کی لیاقت نہیں ہے، special قسم کی۔ ایک ہی چیز میرے اندر ہے کہ بہت زیادہ patiently سوچنا۔</w:t>
      </w:r>
    </w:p>
    <w:p>
      <w:r>
        <w:rPr>
          <w:b/>
        </w:rPr>
        <w:t xml:space="preserve">[05:36] </w:t>
      </w:r>
      <w:r>
        <w:t>kisi aik cheez par focus kar ke patiently sochna, yeh meri taqat hai. is se woh founder of modern science ban gaya.</w:t>
      </w:r>
    </w:p>
    <w:p>
      <w:pPr>
        <w:jc w:val="right"/>
      </w:pPr>
      <w:r>
        <w:t>کسی ایک چیز پر focus کر کے patiently سوچنا، یہ میری طاقت ہے۔ اس سے وہ founder of modern science بن گیا۔</w:t>
      </w:r>
    </w:p>
    <w:p>
      <w:r>
        <w:rPr>
          <w:b/>
        </w:rPr>
        <w:t xml:space="preserve">[05:46] </w:t>
      </w:r>
      <w:r>
        <w:t>dekhein, sabr kya karta hai? patience kya karta hai? ya sahan sheelta kya karti hai? woh yeh karti hai ke aap ko distraction se bachati hai.</w:t>
      </w:r>
    </w:p>
    <w:p>
      <w:pPr>
        <w:jc w:val="right"/>
      </w:pPr>
      <w:r>
        <w:t>دیکھیں، صبر کیا کرتا ہے؟ پیشنس کیا کرتا ہے؟ یا صہن شیلتا کیا کرتی ہے؟ وہ یہ کرتی ہے کہ آپ کو distraction سے بچاتی ہے۔</w:t>
      </w:r>
    </w:p>
    <w:p>
      <w:r>
        <w:rPr>
          <w:b/>
        </w:rPr>
        <w:t xml:space="preserve">[06:03] </w:t>
      </w:r>
      <w:r>
        <w:t>Distraction se bachati hai. aur distraction se bachna, yahi to sab se bari taqat hai. is se to bari koi cheez nahi.</w:t>
      </w:r>
    </w:p>
    <w:p>
      <w:pPr>
        <w:jc w:val="right"/>
      </w:pPr>
      <w:r>
        <w:t>Distraction سے بچاتی ہے۔ اور distraction سے بچنا، یہی تو سب سے بڑی طاقت ہے۔ اس سے تو بڑی کوئی چیز نہیں۔</w:t>
      </w:r>
    </w:p>
    <w:p>
      <w:r>
        <w:rPr>
          <w:b/>
        </w:rPr>
        <w:t xml:space="preserve">[06:15] </w:t>
      </w:r>
      <w:r>
        <w:t>is se bari to koi cheez nahi.</w:t>
      </w:r>
    </w:p>
    <w:p>
      <w:pPr>
        <w:jc w:val="right"/>
      </w:pPr>
      <w:r>
        <w:t>اس سے بڑی تو کوئی چیز نہیں۔</w:t>
      </w:r>
    </w:p>
    <w:p>
      <w:r>
        <w:rPr>
          <w:b/>
        </w:rPr>
        <w:t xml:space="preserve">[06:19] </w:t>
      </w:r>
      <w:r>
        <w:t>yeh duniya mein poori history mein aap dekhein ge ke jin logon ne</w:t>
      </w:r>
    </w:p>
    <w:p>
      <w:pPr>
        <w:jc w:val="right"/>
      </w:pPr>
      <w:r>
        <w:t>یہ دنیا میں پوری history میں آپ دیکھیں گے کہ جن لوگوں نے</w:t>
      </w:r>
    </w:p>
    <w:p>
      <w:r>
        <w:rPr>
          <w:b/>
        </w:rPr>
        <w:t xml:space="preserve">[06:26] </w:t>
      </w:r>
      <w:r>
        <w:t>sabr ka saboot diya, yani sahan sheelta ka saboot diya, unhi ko bari bari—unhi ko super achievement hui. aur jo aisa nahi kar paaye, woh chalay gaye.</w:t>
      </w:r>
    </w:p>
    <w:p>
      <w:pPr>
        <w:jc w:val="right"/>
      </w:pPr>
      <w:r>
        <w:t>صبر کا ثبوت دیا، یعنی صہن شیلتا کا ثبوت دیا، انہی کو بڑی بڑی—انہی کو super achievement ہوئی۔ اور جو ایسا نہیں کر پائے، وہ چلے گئے۔</w:t>
      </w:r>
    </w:p>
    <w:p>
      <w:r>
        <w:rPr>
          <w:b/>
        </w:rPr>
        <w:t xml:space="preserve">[06:37] </w:t>
      </w:r>
      <w:r>
        <w:t>kuch mein example deta hoon aap ko. kuch islam se bhi doon ga, kuch secular history se bhi doon ga.</w:t>
      </w:r>
    </w:p>
    <w:p>
      <w:pPr>
        <w:jc w:val="right"/>
      </w:pPr>
      <w:r>
        <w:t>کچھ میں example دیتا ہوں آپ کو۔ کچھ اسلام سے بھی دوں گا، کچھ secular history سے بھی دوں گا۔</w:t>
      </w:r>
    </w:p>
    <w:p>
      <w:r>
        <w:rPr>
          <w:b/>
        </w:rPr>
        <w:t xml:space="preserve">[06:47] </w:t>
      </w:r>
      <w:r>
        <w:t>pehlay aap islam ki example lijiye.</w:t>
      </w:r>
    </w:p>
    <w:p>
      <w:pPr>
        <w:jc w:val="right"/>
      </w:pPr>
      <w:r>
        <w:t>پہلے آپ اسلام کی example لیجیے۔</w:t>
      </w:r>
    </w:p>
    <w:p>
      <w:r>
        <w:rPr>
          <w:b/>
        </w:rPr>
        <w:t xml:space="preserve">[06:53] </w:t>
      </w:r>
      <w:r>
        <w:t>Prophet of Islam jo thay, woh 610 AD mein unho ne aelan kiya nabi ka. 610 AD mein.</w:t>
      </w:r>
    </w:p>
    <w:p>
      <w:pPr>
        <w:jc w:val="right"/>
      </w:pPr>
      <w:r>
        <w:t>Prophet of Islam جو تھے، وہ 610 AD میں انہوں نے اعلان کیا نبی کا۔ 610 AD میں۔</w:t>
      </w:r>
    </w:p>
    <w:p>
      <w:r>
        <w:rPr>
          <w:b/>
        </w:rPr>
        <w:t xml:space="preserve">[07:04] </w:t>
      </w:r>
      <w:r>
        <w:t>is waqt kya tha wahan? makkah mein. makkah mein aik bohat hi sacred mosque thi, jo kaaba kehte hain.</w:t>
      </w:r>
    </w:p>
    <w:p>
      <w:pPr>
        <w:jc w:val="right"/>
      </w:pPr>
      <w:r>
        <w:t>اس وقت کیا تھا وہاں؟ مکہ میں۔ مکہ میں ایک بہت ہی sacred mosque تھی، جو کعبہ کہتے ہیں۔</w:t>
      </w:r>
    </w:p>
    <w:p>
      <w:r>
        <w:rPr>
          <w:b/>
        </w:rPr>
        <w:t xml:space="preserve">[07:13] </w:t>
      </w:r>
      <w:r>
        <w:t>jis ko ke bohat baray nabi thay, hazrat ibrahim, unhon ne banaya tha. baitullah us ko kaha jata tha. lekin baad ko</w:t>
      </w:r>
    </w:p>
    <w:p>
      <w:pPr>
        <w:jc w:val="right"/>
      </w:pPr>
      <w:r>
        <w:t>جس کو کہ بہت بڑے نبی تھے، حضرت ابراہیم، انہوں نے بنایا تھا۔ بیت اللہ اس کو کہا جاتا تھا۔ لیکن بعد کو</w:t>
      </w:r>
    </w:p>
    <w:p>
      <w:r>
        <w:rPr>
          <w:b/>
        </w:rPr>
        <w:t xml:space="preserve">[07:27] </w:t>
      </w:r>
      <w:r>
        <w:t>degeneration hua logon ka. aur logon ka woh hua, yaani un ke andar bigaad aaya. to yeh ghar banaya tha toheed ke worship ke liye.</w:t>
      </w:r>
    </w:p>
    <w:p>
      <w:pPr>
        <w:jc w:val="right"/>
      </w:pPr>
      <w:r>
        <w:t>degeneration ہوا لوگوں کا۔ اور لوگوں کا وہ ہوا، یعنی ان کے اندر بگاڑ آیا۔ تو یہ گھر بنایا تھا توحید کے worship کے لیے۔</w:t>
      </w:r>
    </w:p>
    <w:p>
      <w:r>
        <w:rPr>
          <w:b/>
        </w:rPr>
        <w:t xml:space="preserve">[07:39] </w:t>
      </w:r>
      <w:r>
        <w:t>aik khuda ki worship ke liye.</w:t>
      </w:r>
    </w:p>
    <w:p>
      <w:pPr>
        <w:jc w:val="right"/>
      </w:pPr>
      <w:r>
        <w:t>ایک خدا کی worship کے لیے۔</w:t>
      </w:r>
    </w:p>
    <w:p>
      <w:r>
        <w:rPr>
          <w:b/>
        </w:rPr>
        <w:t xml:space="preserve">[07:42] </w:t>
      </w:r>
      <w:r>
        <w:t>aur logon ne is mein kya kiya ke woh but la ke rakh diye. 360 but. to jis waqt rasool Allah wahan aaye, us waqt jo scene tha woh yeh tha ke aik khuda ki worship ke liye jo ghar banaya gaya tha, wahan 360 but rakhe hue hain.</w:t>
      </w:r>
    </w:p>
    <w:p>
      <w:pPr>
        <w:jc w:val="right"/>
      </w:pPr>
      <w:r>
        <w:t>اور لوگوں نے اس میں کیا کیا کہ وہ بت لا کے رکھ دیے۔ 360 بت۔ تو جس وقت رسول اللہ وہاں آئے، اس وقت جو سین تھا وہ یہ تھا کہ ایک خدا کی worship کے لیے جو گھر بنایا گیا تھا، وہاں 360 بت رکھے ہوئے ہیں۔</w:t>
      </w:r>
    </w:p>
    <w:p>
      <w:r>
        <w:rPr>
          <w:b/>
        </w:rPr>
        <w:t xml:space="preserve">[08:05] </w:t>
      </w:r>
      <w:r>
        <w:t>Naturally it was a provocative situation, provocative scene.</w:t>
      </w:r>
    </w:p>
    <w:p>
      <w:pPr>
        <w:jc w:val="right"/>
      </w:pPr>
      <w:r>
        <w:t>Naturally it was a provocative situation، provocative scene۔</w:t>
      </w:r>
    </w:p>
    <w:p>
      <w:r>
        <w:rPr>
          <w:b/>
        </w:rPr>
        <w:t xml:space="preserve">[08:12] </w:t>
      </w:r>
      <w:r>
        <w:t>yaani be hosh ho jaye aadmi. ab mein aap ko compare karne ko kahoon ga. In comparison, that we understand.</w:t>
      </w:r>
    </w:p>
    <w:p>
      <w:pPr>
        <w:jc w:val="right"/>
      </w:pPr>
      <w:r>
        <w:t>یعنی بے ہوش ہو جائے آدمی۔ اب میں آپ کو compare کرنے کو کہوں گا۔ In comparison, that we understand۔</w:t>
      </w:r>
    </w:p>
    <w:p>
      <w:r>
        <w:rPr>
          <w:b/>
        </w:rPr>
        <w:t xml:space="preserve">[08:22] </w:t>
      </w:r>
      <w:r>
        <w:t>yeh to hai 610 AD ki baat. is ke baad 1949 mein. audhiya ki babri masjid mein teen but rakh diye gaye.</w:t>
      </w:r>
    </w:p>
    <w:p>
      <w:pPr>
        <w:jc w:val="right"/>
      </w:pPr>
      <w:r>
        <w:t>یہ تو ہے 610 AD کی بات۔ اس کے بعد 1949 میں۔ اودھیا کی بابری مسجد میں تین بت رکھ دیے گئے۔</w:t>
      </w:r>
    </w:p>
    <w:p>
      <w:r>
        <w:rPr>
          <w:b/>
        </w:rPr>
        <w:t xml:space="preserve">[08:32] </w:t>
      </w:r>
      <w:r>
        <w:t>ab do ko compare kar ke dekhein aap. musalman bhark uthay ke masjid mein but rakh diya, teen but.</w:t>
      </w:r>
    </w:p>
    <w:p>
      <w:pPr>
        <w:jc w:val="right"/>
      </w:pPr>
      <w:r>
        <w:t>اب دو کو compare کر کے دیکھیں آپ۔ مسلمان بھڑک اٹھے کہ مسجد میں بت رکھ دیا، تین بت۔</w:t>
      </w:r>
    </w:p>
    <w:p>
      <w:r>
        <w:rPr>
          <w:b/>
        </w:rPr>
        <w:t xml:space="preserve">[08:40] </w:t>
      </w:r>
      <w:r>
        <w:t>bhark uthay aur saare india mein, saari duniya mein hungama khara kar diya. achha, rasool Allah bharkay nahi? kuch bhi nahi kiya unhon ne. Simply unhon ne is ko avoid kiya.</w:t>
      </w:r>
    </w:p>
    <w:p>
      <w:pPr>
        <w:jc w:val="right"/>
      </w:pPr>
      <w:r>
        <w:t>بھڑک اٹھے اور سارے انڈیا میں، ساری دنیا میں ہنگامہ کھڑا کر دیا۔ اچھا، رسول اللہ بھڑکے نہیں؟ کچھ بھی نہیں کیا انہوں نے۔ Simply انہوں نے اس کو avoid کیا۔</w:t>
      </w:r>
    </w:p>
    <w:p>
      <w:r>
        <w:rPr>
          <w:b/>
        </w:rPr>
        <w:t xml:space="preserve">[08:53] </w:t>
      </w:r>
      <w:r>
        <w:t>quran mein ayat utri to is mein ayat utri ke "wasiyabka fatahir". apne aap ko purify karo. yeh nahi utri ke "tahirkabdakumul islam".</w:t>
      </w:r>
    </w:p>
    <w:p>
      <w:pPr>
        <w:jc w:val="right"/>
      </w:pPr>
      <w:r>
        <w:t>قرآن میں آیت اتری تو اس میں آیت اتری کہ "وصیابک فطاہر"۔ اپنے آپ کو purify کرو۔ یہ نہیں اتری کہ "طاہرکعبدکم الاسلام"۔</w:t>
      </w:r>
    </w:p>
    <w:p>
      <w:r>
        <w:rPr>
          <w:b/>
        </w:rPr>
        <w:t xml:space="preserve">[09:05] </w:t>
      </w:r>
      <w:r>
        <w:t>kaaba ko pak karo.</w:t>
      </w:r>
    </w:p>
    <w:p>
      <w:pPr>
        <w:jc w:val="right"/>
      </w:pPr>
      <w:r>
        <w:t>کعبہ کو پاک کرو۔</w:t>
      </w:r>
    </w:p>
    <w:p>
      <w:r>
        <w:rPr>
          <w:b/>
        </w:rPr>
        <w:t xml:space="preserve">[09:08] </w:t>
      </w:r>
      <w:r>
        <w:t>yaani quran mein yeh aayatein nahi utri ke kaaba ko purify karo. apne ko purify karo. ab result hi dekhein aap result.</w:t>
      </w:r>
    </w:p>
    <w:p>
      <w:pPr>
        <w:jc w:val="right"/>
      </w:pPr>
      <w:r>
        <w:t>یعنی قرآن میں یہ آیتیں نہیں اتری کہ کعبہ کو purify کرو۔ اپنے کو purify کرو۔ اب result ہی دیکھیں آپ result۔</w:t>
      </w:r>
    </w:p>
    <w:p>
      <w:r>
        <w:rPr>
          <w:b/>
        </w:rPr>
        <w:t xml:space="preserve">[09:18] </w:t>
      </w:r>
      <w:r>
        <w:t>musalmanon ne jo hungama kiya, result kya nikla? 1992 mein masjid jo hai divorce kar di gayi.</w:t>
      </w:r>
    </w:p>
    <w:p>
      <w:pPr>
        <w:jc w:val="right"/>
      </w:pPr>
      <w:r>
        <w:t>مسلمانوں نے جو ہنگامہ کیا، result کیا نکلا؟ 1992 میں مسجد جو ہے divorce کر دی گئی۔</w:t>
      </w:r>
    </w:p>
    <w:p>
      <w:r>
        <w:rPr>
          <w:b/>
        </w:rPr>
        <w:t xml:space="preserve">[09:27] </w:t>
      </w:r>
      <w:r>
        <w:t>itna aapas mein zid barhi, aapas mein itna takrao barha, itna nafrat barhi.</w:t>
      </w:r>
    </w:p>
    <w:p>
      <w:pPr>
        <w:jc w:val="right"/>
      </w:pPr>
      <w:r>
        <w:t>اتنا آپس میں ضد بڑھی، آپس میں اتنا ٹکراؤ بڑھا، اتنا نفرت بڑھی۔</w:t>
      </w:r>
    </w:p>
    <w:p>
      <w:r>
        <w:rPr>
          <w:b/>
        </w:rPr>
        <w:t xml:space="preserve">[09:34] </w:t>
      </w:r>
      <w:r>
        <w:t>yaani ke zid ki politics.</w:t>
      </w:r>
    </w:p>
    <w:p>
      <w:pPr>
        <w:jc w:val="right"/>
      </w:pPr>
      <w:r>
        <w:t>یعنی کہ ضد کی politics۔</w:t>
      </w:r>
    </w:p>
    <w:p>
      <w:r>
        <w:rPr>
          <w:b/>
        </w:rPr>
        <w:t xml:space="preserve">[09:40] </w:t>
      </w:r>
      <w:r>
        <w:t>aur masjidain aaj wahan par mixer mandir hain. achha, rasool Allah ne aaraaz kiya, kuch bhi is ko touch nahi kiya buton ko.</w:t>
      </w:r>
    </w:p>
    <w:p>
      <w:pPr>
        <w:jc w:val="right"/>
      </w:pPr>
      <w:r>
        <w:t>اور مسجدیں آج وہاں پر میکشر مندر ہیں۔ اچھا، رسول اللہ نے اعراض کیا، کچھ بھی اس کو touch نہیں کیا بتوں کو۔</w:t>
      </w:r>
    </w:p>
    <w:p>
      <w:r>
        <w:rPr>
          <w:b/>
        </w:rPr>
        <w:t xml:space="preserve">[09:49] </w:t>
      </w:r>
      <w:r>
        <w:t>to kya hua? aik waqt aaya ke kaaba buton se pak ho gaya, aaj woh aik khuda ki ibadat ka ghar bana hua hai. yeh hai sabr aur be sabri ko aap dekh lijiyay.</w:t>
      </w:r>
    </w:p>
    <w:p>
      <w:pPr>
        <w:jc w:val="right"/>
      </w:pPr>
      <w:r>
        <w:t>تو کیا ہوا؟ ایک وقت آیا کہ کعبہ بتوں سے پاک ہو گیا، آج وہ ایک خدا کی عبادت کا گھر بنا ہوا ہے۔ یہ ہے صبر اور بے صبری کو آپ دیکھ لیجیے۔</w:t>
      </w:r>
    </w:p>
    <w:p>
      <w:r>
        <w:rPr>
          <w:b/>
        </w:rPr>
        <w:t xml:space="preserve">[10:03] </w:t>
      </w:r>
      <w:r>
        <w:t>sabr aur be sabri ka farq dekh lijiyay. ke rasool Allah ne sahan shilta dikhai, sabr kiya, patience se kaam liya. to wohi hai ke "alam annal nasra ma'as sabr".</w:t>
      </w:r>
    </w:p>
    <w:p>
      <w:pPr>
        <w:jc w:val="right"/>
      </w:pPr>
      <w:r>
        <w:t>صبر اور بے صبری کا فرق دیکھ لیجیے۔ کہ رسول اللہ نے صہن شیلتا دکھائی، صبر کیا، patience سے کام لیا۔ تو وہی ہے کہ "علم أن النصر مع الصبر"۔</w:t>
      </w:r>
    </w:p>
    <w:p>
      <w:r>
        <w:rPr>
          <w:b/>
        </w:rPr>
        <w:t xml:space="preserve">[10:15] </w:t>
      </w:r>
      <w:r>
        <w:t>sabr ke sath success juri hui hai. aur jab be sabri dikhai musalmanon ne to ulta ho gaya.</w:t>
      </w:r>
    </w:p>
    <w:p>
      <w:pPr>
        <w:jc w:val="right"/>
      </w:pPr>
      <w:r>
        <w:t>صبر کے ساتھ success جڑی ہوئی ہے۔ اور جب بے صبری دکھائی مسلمانوں نے تو الٹا ہو گیا۔</w:t>
      </w:r>
    </w:p>
    <w:p>
      <w:r>
        <w:rPr>
          <w:b/>
        </w:rPr>
        <w:t xml:space="preserve">[10:24] </w:t>
      </w:r>
      <w:r>
        <w:t>kyun ke hota yeh hai ke jab aap sabr karte hain, sahan shilta dikhate hain, to saare forces jo hain nature ki, woh aap ke backing par aa jati hain.</w:t>
      </w:r>
    </w:p>
    <w:p>
      <w:pPr>
        <w:jc w:val="right"/>
      </w:pPr>
      <w:r>
        <w:t>کیونکہ ہوتا یہ ہے کہ جب آپ صبر کرتے ہیں، صہن شیلتا دکھاتے ہیں، تو سارے forces جو ہیں nature کی، وہ آپ کے backing پر آ جاتی ہیں۔</w:t>
      </w:r>
    </w:p>
    <w:p>
      <w:r>
        <w:rPr>
          <w:b/>
        </w:rPr>
        <w:t xml:space="preserve">[10:40] </w:t>
      </w:r>
      <w:r>
        <w:t>jaise ke yahan par chot lag jaye aur yahan zakhm ho jaye, aap phir dobara is ko aur na barhayen, to saare body jo hai, body doctor active ho jata hai, aage ko theek karne ke liye.</w:t>
      </w:r>
    </w:p>
    <w:p>
      <w:pPr>
        <w:jc w:val="right"/>
      </w:pPr>
      <w:r>
        <w:t>جیسے کہ یہاں پر چوٹ لگ جائے اور یہاں زخم ہو جائے، آپ پھر دوبارہ اس کو اور نہ بڑھائیں، تو سارے body جو ہے، body doctor active ہو جاتا ہے، آگے کو ٹھیک کرنے کے لیے۔</w:t>
      </w:r>
    </w:p>
    <w:p>
      <w:r>
        <w:rPr>
          <w:b/>
        </w:rPr>
        <w:t xml:space="preserve">[10:54] </w:t>
      </w:r>
      <w:r>
        <w:t>yaani nature is ko is ki healing ke liye aa jati hai. to jab bhi aap koi problem ho aur aap is mein be sabri na dikhayen,</w:t>
      </w:r>
    </w:p>
    <w:p>
      <w:pPr>
        <w:jc w:val="right"/>
      </w:pPr>
      <w:r>
        <w:t>یعنی nature اس کو اس کی healing کے لیے آ جاتی ہے۔ تو جب بھی آپ کوئی problem ہو اور آپ اس میں بے صبری نہ دکھائیں،</w:t>
      </w:r>
    </w:p>
    <w:p>
      <w:r>
        <w:rPr>
          <w:b/>
        </w:rPr>
        <w:t xml:space="preserve">[11:08] </w:t>
      </w:r>
      <w:r>
        <w:t>bhark na uthen,</w:t>
      </w:r>
    </w:p>
    <w:p>
      <w:pPr>
        <w:jc w:val="right"/>
      </w:pPr>
      <w:r>
        <w:t>بھڑک نہ اٹھیں،</w:t>
      </w:r>
    </w:p>
    <w:p>
      <w:r>
        <w:rPr>
          <w:b/>
        </w:rPr>
        <w:t xml:space="preserve">[11:11] </w:t>
      </w:r>
      <w:r>
        <w:t>bhark kar ke aap nature ke kaam ko bigaad dete hain.</w:t>
      </w:r>
    </w:p>
    <w:p>
      <w:pPr>
        <w:jc w:val="right"/>
      </w:pPr>
      <w:r>
        <w:t>بھڑک کر کے آپ nature کے کام کو بگاڑ دیتے ہیں۔</w:t>
      </w:r>
    </w:p>
    <w:p>
      <w:r>
        <w:rPr>
          <w:b/>
        </w:rPr>
        <w:t xml:space="preserve">[11:17] </w:t>
      </w:r>
      <w:r>
        <w:t>jaise ke chot lag gayi aur aap lage is ko kuch haath sambhalne lage, kuch apni taraf se kuch karne lage, to body ka jo doctor hai, us ke kaam mein aap ne baada daal diya.</w:t>
      </w:r>
    </w:p>
    <w:p>
      <w:pPr>
        <w:jc w:val="right"/>
      </w:pPr>
      <w:r>
        <w:t>جیسے کہ چوٹ لگ گئی اور آپ لگے اس کو کچھ ہاتھ سنبھالنے لگے، کچھ اپنی طرف سے کچھ کرنے لگے، تو body کا جو doctor ہے، اس کے کام میں آپ نے بادہ ڈال دیا۔</w:t>
      </w:r>
    </w:p>
    <w:p>
      <w:r>
        <w:rPr>
          <w:b/>
        </w:rPr>
        <w:t xml:space="preserve">[11:34] </w:t>
      </w:r>
      <w:r>
        <w:t>aur woh barhta hi jayega, barhta hi jayega, barhta hi jayega.</w:t>
      </w:r>
    </w:p>
    <w:p>
      <w:pPr>
        <w:jc w:val="right"/>
      </w:pPr>
      <w:r>
        <w:t>اور وہ بڑھتا ہی جائے گا، بڑھتا ہی جائے گا، بڑھتا ہی جائے گا۔</w:t>
      </w:r>
    </w:p>
    <w:p>
      <w:r>
        <w:rPr>
          <w:b/>
        </w:rPr>
        <w:t xml:space="preserve">[11:41] </w:t>
      </w:r>
      <w:r>
        <w:t>yahi muamla sari baaton ka hai. jaise ghar mein do aurat mard mein jhagda ho gaya, farz ki jiye. din mein jhagda ho gaya.</w:t>
      </w:r>
    </w:p>
    <w:p>
      <w:pPr>
        <w:jc w:val="right"/>
      </w:pPr>
      <w:r>
        <w:t>یہی معاملہ ساری باتوں کا ہے۔ جیسے گھر میں دو عورت مرد میں جھگڑا ہو گیا، فرض کیجیے۔ دن میں جھگڑا ہو گیا۔</w:t>
      </w:r>
    </w:p>
    <w:p>
      <w:r>
        <w:rPr>
          <w:b/>
        </w:rPr>
        <w:t xml:space="preserve">[11:51] </w:t>
      </w:r>
      <w:r>
        <w:t>agar mard jo hai, aaj kal jo hai, talaq talaq kar dete hain, yeh na karein. chup chap rahein. chup chap rahein aur raat ko so jayein. jhagda ho gaya, ghussa ghussa ho gaya, lekin yeh na karein ke talaq talaq.</w:t>
      </w:r>
    </w:p>
    <w:p>
      <w:pPr>
        <w:jc w:val="right"/>
      </w:pPr>
      <w:r>
        <w:t>اگر مرد جو ہے، آج کل جو ہے، طلاق طلاق کر دیتے ہیں، یہ نہ کریں۔ چپ چاپ رہیں۔ چپ چاپ رہیں اور رات کو سو جائیں۔ جھگڑا ہو گیا، غصہ غصہ ہو گیا، لیکن یہ نہ کریں کہ طلاق طلاق۔</w:t>
      </w:r>
    </w:p>
    <w:p>
      <w:r>
        <w:rPr>
          <w:b/>
        </w:rPr>
        <w:t xml:space="preserve">[12:06] </w:t>
      </w:r>
      <w:r>
        <w:t>chup chap so jayein. subah uthenge, normal honge dono ke dono.</w:t>
      </w:r>
    </w:p>
    <w:p>
      <w:pPr>
        <w:jc w:val="right"/>
      </w:pPr>
      <w:r>
        <w:t>چپ چاپ سو جائیں۔ صبح اٹھیں گے، normal ہوں گے دونوں کے دونوں۔</w:t>
      </w:r>
    </w:p>
    <w:p>
      <w:r>
        <w:rPr>
          <w:b/>
        </w:rPr>
        <w:t xml:space="preserve">[12:12] </w:t>
      </w:r>
      <w:r>
        <w:t>yeh nature ka process hai. jab aap ke mind mein kuch aisi baat aati hai, negative baat, to nature ka process hai, us ko positive banati hai, positive banati hai, positive banati hai.</w:t>
      </w:r>
    </w:p>
    <w:p>
      <w:pPr>
        <w:jc w:val="right"/>
      </w:pPr>
      <w:r>
        <w:t>یہ nature کا process ہے۔ جب آپ کے mind میں کچھ ایسی بات آتی ہے، negative بات، تو nature کا process ہے، اس کو positive بناتی ہے، positive بناتی ہے، positive بناتی ہے۔</w:t>
      </w:r>
    </w:p>
    <w:p>
      <w:r>
        <w:rPr>
          <w:b/>
        </w:rPr>
        <w:t xml:space="preserve">[12:28] </w:t>
      </w:r>
      <w:r>
        <w:t>aur raat ko yeh sab neend mein yeh kaam hota hai. yeh mind jo hai, aap ki negativity ko positivity mein badalta hai, raat ko jab sote hain aap.</w:t>
      </w:r>
    </w:p>
    <w:p>
      <w:pPr>
        <w:jc w:val="right"/>
      </w:pPr>
      <w:r>
        <w:t>اور رات کو یہ سب نیند میں یہ کام ہوتا ہے۔ یہ mind جو ہے، آپ کی negativity کو positivity میں بدلتا ہے، رات کو جب سوتے ہیں آپ۔</w:t>
      </w:r>
    </w:p>
    <w:p>
      <w:r>
        <w:rPr>
          <w:b/>
        </w:rPr>
        <w:t xml:space="preserve">[12:37] </w:t>
      </w:r>
      <w:r>
        <w:t>yeh psychology batati hai. Ps</w:t>
      </w:r>
    </w:p>
    <w:p>
      <w:pPr>
        <w:jc w:val="right"/>
      </w:pPr>
      <w:r>
        <w:t>یہ psychology بتاتی ہے۔ Ps</w:t>
      </w:r>
    </w:p>
    <w:p>
      <w:r>
        <w:rPr>
          <w:b/>
        </w:rPr>
        <w:t xml:space="preserve">[12:40] </w:t>
      </w:r>
      <w:r>
        <w:t>ychological studies se maloom hua hai ke agar aap raat ko so jayein to kya hota hai? Mind sone mein bhi active rehta hai.</w:t>
      </w:r>
    </w:p>
    <w:p>
      <w:pPr>
        <w:jc w:val="right"/>
      </w:pPr>
      <w:r>
        <w:t>ychological studies سے معلوم ہوا ہے کہ اگر آپ رات کو سو جائیں تو کیا ہوتا ہے؟ Mind سونے میں بھی active رہتا ہے۔</w:t>
      </w:r>
    </w:p>
    <w:p>
      <w:r>
        <w:rPr>
          <w:b/>
        </w:rPr>
        <w:t xml:space="preserve">[12:52] </w:t>
      </w:r>
      <w:r>
        <w:t>woh positive ko negative mein. jaise jaise gaaye ko aap ghaas khila dein to convert karte karte karte woh doodh nikaal degi.</w:t>
      </w:r>
    </w:p>
    <w:p>
      <w:pPr>
        <w:jc w:val="right"/>
      </w:pPr>
      <w:r>
        <w:t>وہ positive کو negative میں۔ جیسے جیسے گائے کو آپ گھاس کھلا دیں تو convert کرتے کرتے کرتے وہ دودھ نکال دے گی۔</w:t>
      </w:r>
    </w:p>
    <w:p>
      <w:r>
        <w:rPr>
          <w:b/>
        </w:rPr>
        <w:t xml:space="preserve">[13:03] </w:t>
      </w:r>
      <w:r>
        <w:t>yani ghaas khila diya aap ne to andar ka jo uska mechanism hai, woh chalne</w:t>
      </w:r>
    </w:p>
    <w:p>
      <w:pPr>
        <w:jc w:val="right"/>
      </w:pPr>
      <w:r>
        <w:t>یعنی گھاس کھلا دیا آپ نے تو اندر کا جو اس کا mechanism ہے، وہ چلنے</w:t>
      </w:r>
    </w:p>
    <w:p>
      <w:r>
        <w:rPr>
          <w:b/>
        </w:rPr>
        <w:t xml:space="preserve">[13:09] </w:t>
      </w:r>
      <w:r>
        <w:t>lagega. jo industry hai, woh chalne lagegi. yahan tak ke woh ghaas convert ho kar ke doodh ban jayegi. aise mind jo hai, raat ko process karta hai, process.</w:t>
      </w:r>
    </w:p>
    <w:p>
      <w:pPr>
        <w:jc w:val="right"/>
      </w:pPr>
      <w:r>
        <w:t>لگے گا۔ جو industry ہے، وہ چلنے لگے گی۔ یہاں تک کہ وہ گھاس convert ہو کر کے دودھ بن جائے گی۔ ایسے mind جو ہے، رات کو process کرتا ہے، process۔</w:t>
      </w:r>
    </w:p>
    <w:p>
      <w:r>
        <w:rPr>
          <w:b/>
        </w:rPr>
        <w:t xml:space="preserve">[13:20] </w:t>
      </w:r>
      <w:r>
        <w:t>process kar ke negative thought ko positive thought banata hai. lekin agar aap bewakoofi kar ke jhagda hua din mein, ab talaq talaq talaq, ab to sara muamla bigad gaya.</w:t>
      </w:r>
    </w:p>
    <w:p>
      <w:pPr>
        <w:jc w:val="right"/>
      </w:pPr>
      <w:r>
        <w:t>Process کر کے negative thought کو positive thought بناتا ہے۔ لیکن اگر آپ بیوقوفی کر کے جھگڑا ہوا دن میں، اب طلاق طلاق طلاق، اب تو سارا معاملہ بگڑ گیا۔</w:t>
      </w:r>
    </w:p>
    <w:p>
      <w:r>
        <w:rPr>
          <w:b/>
        </w:rPr>
        <w:t xml:space="preserve">[13:32] </w:t>
      </w:r>
      <w:r>
        <w:t>phir to muamla bigad gaya aap ka. Nature ko aap ne mauqa hi nahi diya.</w:t>
      </w:r>
    </w:p>
    <w:p>
      <w:pPr>
        <w:jc w:val="right"/>
      </w:pPr>
      <w:r>
        <w:t>پھر تو معاملہ بگڑ گیا آپ کا۔ Nature کو آپ نے موقع ہی نہیں دیا۔</w:t>
      </w:r>
    </w:p>
    <w:p>
      <w:r>
        <w:rPr>
          <w:b/>
        </w:rPr>
        <w:t xml:space="preserve">[13:39] </w:t>
      </w:r>
      <w:r>
        <w:t>Nature ko mauqa nahi diya aap ne. to jab bhi aap ko din mein ghussa aaye, chahe neighborhood se aaye, apni biwi se aaye, kisi se aaye, phir chup chap so jaiye.</w:t>
      </w:r>
    </w:p>
    <w:p>
      <w:pPr>
        <w:jc w:val="right"/>
      </w:pPr>
      <w:r>
        <w:t>Nature کو موقع نہیں دیا آپ نے۔ تو جب بھی آپ کو دن میں غصہ آئے، چاہے neighborhood سے آئے، اپنی بیوی سے آئے، کسی سے آئے، پھر چپ چاپ سو جائیے۔</w:t>
      </w:r>
    </w:p>
    <w:p>
      <w:r>
        <w:rPr>
          <w:b/>
        </w:rPr>
        <w:t xml:space="preserve">[13:51] </w:t>
      </w:r>
      <w:r>
        <w:t>aur subah uthenge, aap normal honge bilkul. main to aise hi karta hoon.</w:t>
      </w:r>
    </w:p>
    <w:p>
      <w:pPr>
        <w:jc w:val="right"/>
      </w:pPr>
      <w:r>
        <w:t>اور صبح اٹھیں گے، آپ normal ہوں گے بالکل۔ میں تو ایسے ہی کرتا ہوں۔</w:t>
      </w:r>
    </w:p>
    <w:p>
      <w:r>
        <w:rPr>
          <w:b/>
        </w:rPr>
        <w:t xml:space="preserve">[13:59] </w:t>
      </w:r>
      <w:r>
        <w:t>is tarah dekhein aur misaal lijiye.</w:t>
      </w:r>
    </w:p>
    <w:p>
      <w:pPr>
        <w:jc w:val="right"/>
      </w:pPr>
      <w:r>
        <w:t>اس طرح دیکھیں اور مثال لیجیے۔</w:t>
      </w:r>
    </w:p>
    <w:p>
      <w:r>
        <w:rPr>
          <w:b/>
        </w:rPr>
        <w:t xml:space="preserve">[14:06] </w:t>
      </w:r>
      <w:r>
        <w:t>bahut bada masla musalman samajhte hain, Kashmir ka masla. Kashmir ke masle ko musalmanon ne bigaada hai. dekhein, jab second world war hui to 1945 mein kya hua?</w:t>
      </w:r>
    </w:p>
    <w:p>
      <w:pPr>
        <w:jc w:val="right"/>
      </w:pPr>
      <w:r>
        <w:t>بہت بڑا مسئلہ مسلمان سمجھتے ہیں، کشمیر کا مسئلہ۔ کشمیر کے مسئلے کو مسلمانوں نے بگاڑا ہے۔ دیکھیں، جب سیکنڈ ورلڈ وار ہوئی تو 1945 میں کیا ہوا؟</w:t>
      </w:r>
    </w:p>
    <w:p>
      <w:r>
        <w:rPr>
          <w:b/>
        </w:rPr>
        <w:t xml:space="preserve">[14:25] </w:t>
      </w:r>
      <w:r>
        <w:t>ke America ne atom bomb gira diya aur chahe aur us ko yani Japan ko surrender karna pada.</w:t>
      </w:r>
    </w:p>
    <w:p>
      <w:pPr>
        <w:jc w:val="right"/>
      </w:pPr>
      <w:r>
        <w:t>کہ امریکہ نے ایٹم بم گرا دیا اور چاہے اور اس کو یعنی جاپان کو surrender کرنا پڑا۔</w:t>
      </w:r>
    </w:p>
    <w:p>
      <w:r>
        <w:rPr>
          <w:b/>
        </w:rPr>
        <w:t xml:space="preserve">[14:35] </w:t>
      </w:r>
      <w:r>
        <w:t>us waqt wahan par ek jazeera hai, ek island hai, uska naam Okinawa. OKINAWA, Okinawa. woh barah sau kilometer mein, square kilometer ka hai.</w:t>
      </w:r>
    </w:p>
    <w:p>
      <w:pPr>
        <w:jc w:val="right"/>
      </w:pPr>
      <w:r>
        <w:t>اس وقت وہاں پر ایک جزیرہ ہے، ایک آئی لینڈ ہے، اس کا نام اوکیناوا۔ اوکے آئی این اے وی اے، اوکیناوا۔ وہ بارہ سو کلومیٹر میں، اسکوئر کلومیٹر کا ہے۔</w:t>
      </w:r>
    </w:p>
    <w:p>
      <w:r>
        <w:rPr>
          <w:b/>
        </w:rPr>
        <w:t xml:space="preserve">[14:49] </w:t>
      </w:r>
      <w:r>
        <w:t>yani barah sau square kilometer ka. ek bahut bada island Japan ka. us par qabza kar liya America ne. to kya hua?</w:t>
      </w:r>
    </w:p>
    <w:p>
      <w:pPr>
        <w:jc w:val="right"/>
      </w:pPr>
      <w:r>
        <w:t>یعنی بارہ سو اسکوئر کلومیٹر کا۔ ایک بہت بڑا آئی لینڈ جاپان کا۔ اس پر قبضہ کر لیا امریکہ نے۔ تو کیا ہوا؟</w:t>
      </w:r>
    </w:p>
    <w:p>
      <w:r>
        <w:rPr>
          <w:b/>
        </w:rPr>
        <w:t xml:space="preserve">[15:02] </w:t>
      </w:r>
      <w:r>
        <w:t>us ko kehta hoon, kahunga main ke delinking policy.</w:t>
      </w:r>
    </w:p>
    <w:p>
      <w:pPr>
        <w:jc w:val="right"/>
      </w:pPr>
      <w:r>
        <w:t>اس کو کہتا ہوں، کہوں گا میں کہ ڈی لنکنگ پالیسی۔</w:t>
      </w:r>
    </w:p>
    <w:p>
      <w:r>
        <w:rPr>
          <w:b/>
        </w:rPr>
        <w:t xml:space="preserve">[15:06] </w:t>
      </w:r>
      <w:r>
        <w:t>ek hai Japan ka reconstruction. ek hai Okinawa par phir qabza karna. Okinawa ko chheenna us ke haath se.</w:t>
      </w:r>
    </w:p>
    <w:p>
      <w:pPr>
        <w:jc w:val="right"/>
      </w:pPr>
      <w:r>
        <w:t>ایک ہے جاپان کا reconstruction۔ ایک ہے اوکیناوا پر پھر قبضہ کرنا۔ اوکیناوا کو چھیننا اس کے ہاتھ سے۔</w:t>
      </w:r>
    </w:p>
    <w:p>
      <w:r>
        <w:rPr>
          <w:b/>
        </w:rPr>
        <w:t xml:space="preserve">[15:17] </w:t>
      </w:r>
      <w:r>
        <w:t>yani America ke haath se chheenna. to us ne kya kiya? wahan ka jo king tha, Hirohito, tees saal ka us ne ek plan banaya.</w:t>
      </w:r>
    </w:p>
    <w:p>
      <w:pPr>
        <w:jc w:val="right"/>
      </w:pPr>
      <w:r>
        <w:t>یعنی امریکہ کے ہاتھ سے چھیننا۔ تو اس نے کیا کیا؟ وہاں کا جو کنگ تھا، ہیرو ہیٹو، تیس سال کا اس نے ایک پلان بنایا۔</w:t>
      </w:r>
    </w:p>
    <w:p>
      <w:r>
        <w:rPr>
          <w:b/>
        </w:rPr>
        <w:t xml:space="preserve">[15:29] </w:t>
      </w:r>
      <w:r>
        <w:t>education ka. tees saal ka.</w:t>
      </w:r>
    </w:p>
    <w:p>
      <w:pPr>
        <w:jc w:val="right"/>
      </w:pPr>
      <w:r>
        <w:t>Education کا۔ تیس سال کا۔</w:t>
      </w:r>
    </w:p>
    <w:p>
      <w:r>
        <w:rPr>
          <w:b/>
        </w:rPr>
        <w:t xml:space="preserve">[15:33] </w:t>
      </w:r>
      <w:r>
        <w:t>yani japan ke reconstruction ke liye. aur is ko is ne chhod diya, woh aise hi chhod diya. okinawa ke problem ko aise hi chhod diya.</w:t>
      </w:r>
    </w:p>
    <w:p>
      <w:pPr>
        <w:jc w:val="right"/>
      </w:pPr>
      <w:r>
        <w:t>یعنی جاپان کے reconstruction کے لیے۔ اور اس کو اس نے چھوڑ دیا، وہ ایسے ہی چھوڑ دیا۔ اوکیناوا کے problem کو ایسے ہی چھوڑ دیا۔</w:t>
      </w:r>
    </w:p>
    <w:p>
      <w:r>
        <w:rPr>
          <w:b/>
        </w:rPr>
        <w:t xml:space="preserve">[15:44] </w:t>
      </w:r>
      <w:r>
        <w:t>wohan jab america ki faujen theen, america ki faujen qabza kar ke baith gayeen, unhon ne is ko chhod kar ke aur japan ke reconstruction ka program banaya.</w:t>
      </w:r>
    </w:p>
    <w:p>
      <w:pPr>
        <w:jc w:val="right"/>
      </w:pPr>
      <w:r>
        <w:t>وہاں جب امریکہ کی فوجیں تھیں، امریکہ کی فوجیں قبضہ کر کے بیٹھ گئیں، انہوں نے اس کو چھوڑ کر کے اور جاپان کے reconstruction کا program بنایا۔</w:t>
      </w:r>
    </w:p>
    <w:p>
      <w:r>
        <w:rPr>
          <w:b/>
        </w:rPr>
        <w:t xml:space="preserve">[15:58] </w:t>
      </w:r>
      <w:r>
        <w:t>tees saal mein kya hua?</w:t>
      </w:r>
    </w:p>
    <w:p>
      <w:pPr>
        <w:jc w:val="right"/>
      </w:pPr>
      <w:r>
        <w:t>تیس سال میں کیا ہوا؟</w:t>
      </w:r>
    </w:p>
    <w:p>
      <w:r>
        <w:rPr>
          <w:b/>
        </w:rPr>
        <w:t xml:space="preserve">[16:00] </w:t>
      </w:r>
      <w:r>
        <w:t>aap jante hain ke japan ek naya emergence hua. yani woh economic superpower ban gaya. is ke baad america ne khud hi 1972 mein is ko lota diya.</w:t>
      </w:r>
    </w:p>
    <w:p>
      <w:pPr>
        <w:jc w:val="right"/>
      </w:pPr>
      <w:r>
        <w:t>آپ جانتے ہیں کہ جاپان ایک نیا emergence ہوا۔ یعنی وہ economic superpower بن گیا۔ اس کے بعد امریکہ نے خود ہی 1972 میں اس کو لوٹا دیا۔</w:t>
      </w:r>
    </w:p>
    <w:p>
      <w:r>
        <w:rPr>
          <w:b/>
        </w:rPr>
        <w:t xml:space="preserve">[16:14] </w:t>
      </w:r>
      <w:r>
        <w:t>kuchh ab bhi, kuchh shayad amriki faujen wahan hongi, lekin baqayda taur par jo qabza tha pehle woh khatm ho gaya. kyunke unhon ne apne ko, apne ko, apne reconstruction par sari taqat laga di.</w:t>
      </w:r>
    </w:p>
    <w:p>
      <w:pPr>
        <w:jc w:val="right"/>
      </w:pPr>
      <w:r>
        <w:t>کچھ اب بھی، کچھ شاید امریکی فوجیں وہاں ہوں گی، لیکن باقاعدہ طور پر جو قبضہ تھا پہلے وہ ختم ہو گیا۔ کیونکہ انہوں نے اپنے کو، اپنے کو، اپنے reconstruction پر ساری طاقت لگا دی۔</w:t>
      </w:r>
    </w:p>
    <w:p>
      <w:r>
        <w:rPr>
          <w:b/>
        </w:rPr>
        <w:t xml:space="preserve">[16:27] </w:t>
      </w:r>
      <w:r>
        <w:t>sari taqat.</w:t>
      </w:r>
    </w:p>
    <w:p>
      <w:pPr>
        <w:jc w:val="right"/>
      </w:pPr>
      <w:r>
        <w:t>ساری طاقت۔</w:t>
      </w:r>
    </w:p>
    <w:p>
      <w:r>
        <w:rPr>
          <w:b/>
        </w:rPr>
        <w:t xml:space="preserve">[16:28] </w:t>
      </w:r>
      <w:r>
        <w:t>is ko sohan shilta ke khane mein daal diya. patience ke khane mein daal diya. to problem is tarah solve hua ke japan ne bhi taraqqi ki aur woh masla bhi hal ho gaya.</w:t>
      </w:r>
    </w:p>
    <w:p>
      <w:pPr>
        <w:jc w:val="right"/>
      </w:pPr>
      <w:r>
        <w:t>اس کو صہن شیلتا کے خانے میں ڈال دیا۔ Patience کے خانے میں ڈال دیا۔ تو problem اس طرح solve ہوا کہ جاپان نے بھی ترقی کی اور وہ مسئلہ بھی حل ہو گیا۔</w:t>
      </w:r>
    </w:p>
    <w:p>
      <w:r>
        <w:rPr>
          <w:b/>
        </w:rPr>
        <w:t xml:space="preserve">[16:42] </w:t>
      </w:r>
      <w:r>
        <w:t>kashmir ke maamle mein bhi pakistan ko, main bahut dinon se likhta raha hoon ke pakistaniyon ko delinking policy ikhtiyar karna chahiye.</w:t>
      </w:r>
    </w:p>
    <w:p>
      <w:pPr>
        <w:jc w:val="right"/>
      </w:pPr>
      <w:r>
        <w:t>کشمیر کے معاملے میں بھی پاکستان کو، میں بہت دنوں سے لکھتا رہا ہوں کہ پاکستانیوں کو ڈی لنکنگ پالیسی اختیار کرنا چاہیے۔</w:t>
      </w:r>
    </w:p>
    <w:p>
      <w:r>
        <w:rPr>
          <w:b/>
        </w:rPr>
        <w:t xml:space="preserve">[16:52] </w:t>
      </w:r>
      <w:r>
        <w:t>india un ka neighbor country hai. india se bahut sari tijaraten ho sakti</w:t>
      </w:r>
    </w:p>
    <w:p>
      <w:pPr>
        <w:jc w:val="right"/>
      </w:pPr>
      <w:r>
        <w:t>انڈیا ان کا neighbor country ہے۔ انڈیا سے بہت ساری تجارتیں ہو سکتی</w:t>
      </w:r>
    </w:p>
    <w:p>
      <w:r>
        <w:rPr>
          <w:b/>
        </w:rPr>
        <w:t xml:space="preserve">[16:57] </w:t>
      </w:r>
      <w:r>
        <w:t>hain. export import ho sakta hai. billion billion dollar dono ka faida mil sakta hai. to aap delink kar dijiye. yani business ke jo opportunities hain, export import ki jo opportunities hain, is ko avail kijiye.</w:t>
      </w:r>
    </w:p>
    <w:p>
      <w:pPr>
        <w:jc w:val="right"/>
      </w:pPr>
      <w:r>
        <w:t>ہیں۔ Export import ہو سکتا ہے۔ بلین بلین ڈالر دونوں کا فائدہ مل سکتا ہے۔ تو آپ ڈی لنک کر دیجیے۔ یعنی business کے جو opportunities ہیں، export import کی جو opportunities ہیں، اس کو avail کیجیے۔</w:t>
      </w:r>
    </w:p>
    <w:p>
      <w:r>
        <w:rPr>
          <w:b/>
        </w:rPr>
        <w:t xml:space="preserve">[17:13] </w:t>
      </w:r>
      <w:r>
        <w:t>aur kashmir ke problem ko mez par, yani negotiation table par daal dijiye. kashmir ke problem ko negotiation table par daal dijiye.</w:t>
      </w:r>
    </w:p>
    <w:p>
      <w:pPr>
        <w:jc w:val="right"/>
      </w:pPr>
      <w:r>
        <w:t>اور کشمیر کے problem کو میز پر، یعنی negotiation table پر ڈال دیجیے۔ کشمیر کے problem کو negotiation table پر ڈال دیجیے۔</w:t>
      </w:r>
    </w:p>
    <w:p>
      <w:r>
        <w:rPr>
          <w:b/>
        </w:rPr>
        <w:t xml:space="preserve">[17:24] </w:t>
      </w:r>
      <w:r>
        <w:t>main ne is ke liye un ko bhi khat likha tha, parvez musharraf jab wahan president the pakistan ke, yahi baat. un ko letter likha tha ke aap kashmir ko negotiation table par daal dijiye aur india se khud khol dijiye.</w:t>
      </w:r>
    </w:p>
    <w:p>
      <w:pPr>
        <w:jc w:val="right"/>
      </w:pPr>
      <w:r>
        <w:t>میں نے اس کے لیے ان کو بھی خط لکھا تھا، پرویز مشرف جب وہاں president تھے پاکستان کے، یہی بات۔ ان کو letter لکھا تھا کہ آپ کشمیر کو negotiation table پر ڈال دیجیے اور انڈیا سے خود کھول دیجیے۔</w:t>
      </w:r>
    </w:p>
    <w:p>
      <w:r>
        <w:rPr>
          <w:b/>
        </w:rPr>
        <w:t xml:space="preserve">[17:40] </w:t>
      </w:r>
      <w:r>
        <w:t>business hai, education hai, aana jaana hai, tourism hai sab. to is ko main ne kaha tha ke delinking policy. lekin aap dekhen pakistan nahin kar saka</w:t>
      </w:r>
    </w:p>
    <w:p>
      <w:pPr>
        <w:jc w:val="right"/>
      </w:pPr>
      <w:r>
        <w:t>Business ہے، education ہے، آنا جانا ہے، tourism ہے سب۔ تو اس کو میں نے کہا تھا کہ ڈی لنکنگ پالیسی۔ لیکن آپ دیکھیں پاکستان نہیں کر سکا</w:t>
      </w:r>
    </w:p>
    <w:p>
      <w:r>
        <w:rPr>
          <w:b/>
        </w:rPr>
        <w:t xml:space="preserve">[17:50] </w:t>
      </w:r>
      <w:r>
        <w:t>. pakistan chaar baar india se lad chuka hai aur hamesha haarta hai woh. yani japan ne na lad kar ke okinawa mein apna haq manwa liya aur pakistan lad kar ke kuchh bhi, kuchh bhi nahin paya.</w:t>
      </w:r>
    </w:p>
    <w:p>
      <w:pPr>
        <w:jc w:val="right"/>
      </w:pPr>
      <w:r>
        <w:t>۔ پاکستان چار بار انڈیا سے لڑ چکا ہے اور ہمیشہ ہارتا ہے وہ۔ یعنی جاپان نے نہ لڑ کر کے اوکیناوا میں اپنا حق منوا لیا اور پاکستان لڑ کر کے کچھ بھی، کچھ بھی نہیں پایا۔</w:t>
      </w:r>
    </w:p>
    <w:p>
      <w:r>
        <w:rPr>
          <w:b/>
        </w:rPr>
        <w:t xml:space="preserve">[18:10] </w:t>
      </w:r>
      <w:r>
        <w:t>khud failed state ban gaya woh. kyunke japan ne sohan shilta dikhai, sabr dikhaya, patience dikhaya.</w:t>
      </w:r>
    </w:p>
    <w:p>
      <w:pPr>
        <w:jc w:val="right"/>
      </w:pPr>
      <w:r>
        <w:t>خود failed state بن گیا وہ۔ کیونکہ جاپان نے صہن شیلتا دکھائی، صبر دکھایا، patience دکھایا۔</w:t>
      </w:r>
    </w:p>
    <w:p>
      <w:r>
        <w:rPr>
          <w:b/>
        </w:rPr>
        <w:t xml:space="preserve">[18:21] </w:t>
      </w:r>
      <w:r>
        <w:t>patience yeh hai ke problem ko ignore karo. problem ko ignore karo. to pakistan ne problem par sabr na kar ke nuqsan nuqsan uthaya, koi faida nahin mila.</w:t>
      </w:r>
    </w:p>
    <w:p>
      <w:pPr>
        <w:jc w:val="right"/>
      </w:pPr>
      <w:r>
        <w:t>patience یہ ہے کہ problem کو ignore کرو۔ Problem کو ignore کرو۔ تو پاکستان نے problem پر صبر نہ کر کے نقصانی نقصان اٹھایا، کوئی فائدہ نہیں ملا۔</w:t>
      </w:r>
    </w:p>
    <w:p>
      <w:r>
        <w:rPr>
          <w:b/>
        </w:rPr>
        <w:t xml:space="preserve">[18:37] </w:t>
      </w:r>
      <w:r>
        <w:t>aur japan ne sabr kar ke itna bada faida utha ke woh superpower ban gaya woh. kitni badi baat hai</w:t>
      </w:r>
    </w:p>
    <w:p>
      <w:pPr>
        <w:jc w:val="right"/>
      </w:pPr>
      <w:r>
        <w:t>اور جاپان نے صبر کر کے اتنا بڑا فائدہ اٹھا کہ وہ superpower بن گیا وہ۔ کتنی بڑی بات ہے</w:t>
      </w:r>
    </w:p>
    <w:p>
      <w:r>
        <w:rPr>
          <w:b/>
        </w:rPr>
        <w:t xml:space="preserve">[18:45] </w:t>
      </w:r>
      <w:r>
        <w:t>yeh. quran mein ek misaal di gayi hai queen of sheba ki, malika saba. yeh hazrat suleman ke zamane mein woh. yemen ke area mein woh rule karti thi.</w:t>
      </w:r>
    </w:p>
    <w:p>
      <w:pPr>
        <w:jc w:val="right"/>
      </w:pPr>
      <w:r>
        <w:t>یہ۔ قرآن میں ایک مثال دی گئی ہے Queen of Sheba کی، ملکہ صبا۔ یہ حضرت سلیمان کے زمانے میں وہ۔یمن کے ایریا میں وہ rule کرتی تھی۔</w:t>
      </w:r>
    </w:p>
    <w:p>
      <w:r>
        <w:rPr>
          <w:b/>
        </w:rPr>
        <w:t xml:space="preserve">[18:58] </w:t>
      </w:r>
      <w:r>
        <w:t>aur basically yeh ek tijarti qaum thi. woh business karte the woh log. kyunke woh samandar ke coast par the to business phaila hua tha un ka, bahut door door tak.</w:t>
      </w:r>
    </w:p>
    <w:p>
      <w:pPr>
        <w:jc w:val="right"/>
      </w:pPr>
      <w:r>
        <w:t>اور basically یہ ایک تجارتی قوم تھی۔ وہ business کرتے تھے وہ لوگ۔ کیونکہ وہ سمندر کے coast پر تھے تو business پھیلا ہوا تھا ان کا، بہت دور دور تک۔</w:t>
      </w:r>
    </w:p>
    <w:p>
      <w:r>
        <w:rPr>
          <w:b/>
        </w:rPr>
        <w:t xml:space="preserve">[19:12] </w:t>
      </w:r>
      <w:r>
        <w:t>hazrat suleman jo the woh king bhi the aur prophet bhi the. unhon ne kaha ke tum ko surrender karna padega. nahin surrender karo to hum fauj bhejenge.</w:t>
      </w:r>
    </w:p>
    <w:p>
      <w:pPr>
        <w:jc w:val="right"/>
      </w:pPr>
      <w:r>
        <w:t>حضرت سلیمان جو تھے وہ king بھی تھے اور prophet بھی تھے۔ انہوں نے کہا کہ تم کو surrender کرنا پڑے گا۔ نہیں surrender کرو تو ہم فوج بھیجیں گے۔</w:t>
      </w:r>
    </w:p>
    <w:p>
      <w:r>
        <w:rPr>
          <w:b/>
        </w:rPr>
        <w:t xml:space="preserve">[19:22] </w:t>
      </w:r>
      <w:r>
        <w:t>yeh quran mein likha hua hai yeh waqia. to malika saba jo thi, queen of sheba, us ne political surrender ko accept kar liya.</w:t>
      </w:r>
    </w:p>
    <w:p>
      <w:pPr>
        <w:jc w:val="right"/>
      </w:pPr>
      <w:r>
        <w:t>یہ قرآن میں لکھا ہوا ہے یہ واقعہ۔ تو ملکہ صبا جو تھی، Queen of Sheba، اس نے political surrender کو accept کر لیا۔</w:t>
      </w:r>
    </w:p>
    <w:p>
      <w:r>
        <w:rPr>
          <w:b/>
        </w:rPr>
        <w:t xml:space="preserve">[19:35] </w:t>
      </w:r>
      <w:r>
        <w:t>political surrender ko. nateeja kya nikla? us ka pura business intact raha.</w:t>
      </w:r>
    </w:p>
    <w:p>
      <w:pPr>
        <w:jc w:val="right"/>
      </w:pPr>
      <w:r>
        <w:t>Political surrender کو۔ نتیجہ کیا نکلا؟ اس کا پورا business intact رہا۔</w:t>
      </w:r>
    </w:p>
    <w:p>
      <w:r>
        <w:rPr>
          <w:b/>
        </w:rPr>
        <w:t xml:space="preserve">[19:41] </w:t>
      </w:r>
      <w:r>
        <w:t>bahut arse tak phir bhi un ka business chalta raha. koi un ko nuqsan nahin hua. kuchh nahin hua. aap isi ko dekhiye saddam hussain ke case mein.</w:t>
      </w:r>
    </w:p>
    <w:p>
      <w:pPr>
        <w:jc w:val="right"/>
      </w:pPr>
      <w:r>
        <w:t>بہت عرصے تک پھر بھی ان کا business چلتا رہا۔ کوئی ان کو نقصان نہیں ہوا۔ کچھ نہیں ہوا۔ آپ اسی کو دیکھیے صدام حسین کے case میں۔</w:t>
      </w:r>
    </w:p>
    <w:p>
      <w:r>
        <w:rPr>
          <w:b/>
        </w:rPr>
        <w:t xml:space="preserve">[19:53] </w:t>
      </w:r>
      <w:r>
        <w:t>saddam hussain ne ek bahut badi ghalati yeh ki ke unhon ne apni army kuwait mein daal di, jo ek independent country tha, aur us par qabza kar liya.</w:t>
      </w:r>
    </w:p>
    <w:p>
      <w:pPr>
        <w:jc w:val="right"/>
      </w:pPr>
      <w:r>
        <w:t>صدام حسین نے ایک بہت بڑی غلطی یہ کی کہ انہوں نے اپنی army کویت میں داخل کر دی، جو ایک independent country تھا، اور اس پر قبضہ کر لیا۔</w:t>
      </w:r>
    </w:p>
    <w:p>
      <w:r>
        <w:rPr>
          <w:b/>
        </w:rPr>
        <w:t xml:space="preserve">[20:07] </w:t>
      </w:r>
      <w:r>
        <w:t>sari duniya ke musalmanon ne is ko accept kar l</w:t>
      </w:r>
    </w:p>
    <w:p>
      <w:pPr>
        <w:jc w:val="right"/>
      </w:pPr>
      <w:r>
        <w:t>ساری دنیا کے مسلمانوں نے اس کو accept کر ل</w:t>
      </w:r>
    </w:p>
    <w:p>
      <w:r>
        <w:rPr>
          <w:b/>
        </w:rPr>
        <w:t xml:space="preserve">[20:10] </w:t>
      </w:r>
      <w:r>
        <w:t>ya. mere sab mein akela tha, main ne kaha ke bohat deewangi ki baat hai. yeh galat kiya hai Saddam ne. aur khush thay ke Saddam Hussain samajhte hain ke Kuwait ko le kar apni taqat barhaye ga aur phir Israel ko mita dalay ga.</w:t>
      </w:r>
    </w:p>
    <w:p>
      <w:pPr>
        <w:jc w:val="right"/>
      </w:pPr>
      <w:r>
        <w:t>یا۔ میرے سب میں اکیلا تھا، میں نے کہا کہ بہت دیوانگی کی بات ہے۔ یہ غلط کیا ہے صدام نے۔ اور خوش تھے کہ صدام حسین سمجھتے ہیں کہ کویت کو لے کر اپنی طاقت بڑھائے گا اور پھر اسرائیل کو مٹا ڈالے گا۔</w:t>
      </w:r>
    </w:p>
    <w:p>
      <w:r>
        <w:rPr>
          <w:b/>
        </w:rPr>
        <w:t xml:space="preserve">[20:26] </w:t>
      </w:r>
      <w:r>
        <w:t>yeh main is ko false formula manta hoon, estimate formula.</w:t>
      </w:r>
    </w:p>
    <w:p>
      <w:pPr>
        <w:jc w:val="right"/>
      </w:pPr>
      <w:r>
        <w:t>یہ میں اس کو false فارمولا مانتا ہوں، estimate فارمولا۔</w:t>
      </w:r>
    </w:p>
    <w:p>
      <w:r>
        <w:rPr>
          <w:b/>
        </w:rPr>
        <w:t xml:space="preserve">[20:32] </w:t>
      </w:r>
      <w:r>
        <w:t>ab America samne aaya, kyun ke Kuwait ka jo ameer tha, woh is ne America se madad mangi aur is ne apni army bheji aur Saddam Hussain ko nikalna para Kuwait se.</w:t>
      </w:r>
    </w:p>
    <w:p>
      <w:pPr>
        <w:jc w:val="right"/>
      </w:pPr>
      <w:r>
        <w:t>اب امریکہ سامنے آیا، کیونکہ کویت کا جو امیر تھا، وہ اس نے امریکہ سے مدد مانگی اور اس نے اپنی army بھیجی اور صدام حسین کو نکلنا پڑا کویت سے۔</w:t>
      </w:r>
    </w:p>
    <w:p>
      <w:r>
        <w:rPr>
          <w:b/>
        </w:rPr>
        <w:t xml:space="preserve">[20:45] </w:t>
      </w:r>
      <w:r>
        <w:t>is ke baad America ne demand ki ke Saddam Hussain jo hain, yeh dictator banay hue hain, yeh gaddi chhor dein. election hoga</w:t>
      </w:r>
    </w:p>
    <w:p>
      <w:pPr>
        <w:jc w:val="right"/>
      </w:pPr>
      <w:r>
        <w:t>اس کے بعد امریکہ نے demand کی کہ صدام حسین جو ہیں، یہ dictator بنے ہوئے ہیں، یہ گدی چھوڑ دیں۔ Election ہوگا</w:t>
      </w:r>
    </w:p>
    <w:p>
      <w:r>
        <w:rPr>
          <w:b/>
        </w:rPr>
        <w:t xml:space="preserve">[20:54] </w:t>
      </w:r>
      <w:r>
        <w:t>Iraq mein. jo jeete ga woh rule kare ga. kyun ke aap jante hain ke yeh military ruler thay yeh. kakar ke aaye thay yeh. baees saal tak rule kar chuke thay yeh.</w:t>
      </w:r>
    </w:p>
    <w:p>
      <w:pPr>
        <w:jc w:val="right"/>
      </w:pPr>
      <w:r>
        <w:t>عراق میں۔ جو جیتے گا وہ rule کرے گا۔ کیونکہ آپ جانتے ہیں کہ یہ military ruler تھے یہ۔ ککر کے آئے تھے یہ۔ بائیس سال تک rule کر چکے تھے یہ۔</w:t>
      </w:r>
    </w:p>
    <w:p>
      <w:r>
        <w:rPr>
          <w:b/>
        </w:rPr>
        <w:t xml:space="preserve">[21:05] </w:t>
      </w:r>
      <w:r>
        <w:t>to America ko main samajhta hoon ke bohat hi justified tha America ke kehne mein. ke gaddi chhoro, election hoga, jo jeete ga woh rule kare ga woh.</w:t>
      </w:r>
    </w:p>
    <w:p>
      <w:pPr>
        <w:jc w:val="right"/>
      </w:pPr>
      <w:r>
        <w:t>تو امریکہ کو میں سمجھتا ہوں کہ بہت ہی justified تھا امریکہ کے کہنے میں۔ کہ گدی چھوڑو، election ہوگا، جو جیتے گا وہ rule کرے گا وہ۔</w:t>
      </w:r>
    </w:p>
    <w:p>
      <w:r>
        <w:rPr>
          <w:b/>
        </w:rPr>
        <w:t xml:space="preserve">[21:13] </w:t>
      </w:r>
      <w:r>
        <w:t>to main ne is waqt likha tha aik mazmoon "Choice Before Saddam". is mein yeh misaal di thi main ne ke Saddam sahib ko chahiye gaddi chhor dein.</w:t>
      </w:r>
    </w:p>
    <w:p>
      <w:pPr>
        <w:jc w:val="right"/>
      </w:pPr>
      <w:r>
        <w:t>تو میں نے اس وقت لکھا تھا ایک مضمون "Choice Before Saddam"۔ اس میں یہ مثال دی تھی میں نے کہ صدام صاحب کو چاہیے گدی چھوڑ دیں۔</w:t>
      </w:r>
    </w:p>
    <w:p>
      <w:r>
        <w:rPr>
          <w:b/>
        </w:rPr>
        <w:t xml:space="preserve">[21:26] </w:t>
      </w:r>
      <w:r>
        <w:t>balkay politics chhor dein woh. un ke paas Iraq mein aath mahal thay, eight. bohat baray baray mahal thay, palace.</w:t>
      </w:r>
    </w:p>
    <w:p>
      <w:pPr>
        <w:jc w:val="right"/>
      </w:pPr>
      <w:r>
        <w:t>بلکہ politics چھوڑ دیں وہ۔ ان کے پاس عراق میں آٹھ محل تھے، eight۔ بہت بڑے بڑے محل تھے، palace۔</w:t>
      </w:r>
    </w:p>
    <w:p>
      <w:r>
        <w:rPr>
          <w:b/>
        </w:rPr>
        <w:t xml:space="preserve">[21:37] </w:t>
      </w:r>
      <w:r>
        <w:t>to main ne kaha ke aath bohat shandar college khol sakte hain woh.</w:t>
      </w:r>
    </w:p>
    <w:p>
      <w:pPr>
        <w:jc w:val="right"/>
      </w:pPr>
      <w:r>
        <w:t>تو میں نے کہا کہ آٹھ بہت شاندار کالج کھول سکتے ہیں وہ۔</w:t>
      </w:r>
    </w:p>
    <w:p>
      <w:r>
        <w:rPr>
          <w:b/>
        </w:rPr>
        <w:t xml:space="preserve">[21:42] </w:t>
      </w:r>
      <w:r>
        <w:t>aath college khol dein aur educate karein is ko, Iraq ko. jaise Jefferson ne kiya. phir Saddam Hussain jo hain, Iraq ke Jefferson ban jayen ge.</w:t>
      </w:r>
    </w:p>
    <w:p>
      <w:pPr>
        <w:jc w:val="right"/>
      </w:pPr>
      <w:r>
        <w:t>آٹھ کالج کھول دیں اور educate کریں اس کو، عراق کو۔ جیسے جفرسن نے کیا۔ پھر صدام حسین جو ہیں، عراق کے جفرسن بن جائیں گے۔</w:t>
      </w:r>
    </w:p>
    <w:p>
      <w:r>
        <w:rPr>
          <w:b/>
        </w:rPr>
        <w:t xml:space="preserve">[21:52] </w:t>
      </w:r>
      <w:r>
        <w:t>Jefferson. lekin aap jante hain ke unhon ne gaddi nahi chhori. America ne wahan bombardment kiya, pakra un ko aur phir un ko phansi ho gayi.</w:t>
      </w:r>
    </w:p>
    <w:p>
      <w:pPr>
        <w:jc w:val="right"/>
      </w:pPr>
      <w:r>
        <w:t>جفرسن۔ لیکن آپ جانتے ہیں کہ انہوں نے گدی نہیں چھوڑی۔ امریکہ نے وہاں bombardment کیا، پکڑا ان کو اور پھر ان کو پھانسی ہو گئی۔</w:t>
      </w:r>
    </w:p>
    <w:p>
      <w:r>
        <w:rPr>
          <w:b/>
        </w:rPr>
        <w:t xml:space="preserve">[22:03] </w:t>
      </w:r>
      <w:r>
        <w:t>ab dekhiye yahan par ke malika Saba ne political surrender ko qabool kar liya.</w:t>
      </w:r>
    </w:p>
    <w:p>
      <w:pPr>
        <w:jc w:val="right"/>
      </w:pPr>
      <w:r>
        <w:t>اب دیکھیے یہاں پر کہ ملکہ صبا نے political surrender کو قبول کر لیا۔</w:t>
      </w:r>
    </w:p>
    <w:p>
      <w:r>
        <w:rPr>
          <w:b/>
        </w:rPr>
        <w:t xml:space="preserve">[22:10] </w:t>
      </w:r>
      <w:r>
        <w:t>That was a kind of sahan shilta, kind of sabr. yani political surrender par sabr kar liya unhon ne. to un ke sare interests jo hain woh intact rahe.</w:t>
      </w:r>
    </w:p>
    <w:p>
      <w:pPr>
        <w:jc w:val="right"/>
      </w:pPr>
      <w:r>
        <w:t>That was a kind of صہن شیلتا، kind of صبر۔ یعنی political surrender پر صبر کر لیا انہوں نے۔ تو ان کے سارے interests جو ہیں وہ intact رہے۔</w:t>
      </w:r>
    </w:p>
    <w:p>
      <w:r>
        <w:rPr>
          <w:b/>
        </w:rPr>
        <w:t xml:space="preserve">[22:20] </w:t>
      </w:r>
      <w:r>
        <w:t>koi nuqsan nahi hua un ko. aur Saddam sahib ne surrender nahi kiya. surrender apne aap mein aik sabr hai. sabr ke baghair aadmi surrender nahi kar sakta.</w:t>
      </w:r>
    </w:p>
    <w:p>
      <w:pPr>
        <w:jc w:val="right"/>
      </w:pPr>
      <w:r>
        <w:t>کوئی نقصان نہیں ہوا ان کو۔ اور صدام صاحب نے surrender نہیں کیا۔ Surrender اپنے آپ میں ایک صبر ہے۔ صبر کے بغیر آدمی surrender نہیں کر سکتا۔</w:t>
      </w:r>
    </w:p>
    <w:p>
      <w:r>
        <w:rPr>
          <w:b/>
        </w:rPr>
        <w:t xml:space="preserve">[22:31] </w:t>
      </w:r>
      <w:r>
        <w:t>apne jazbat par sabr.</w:t>
      </w:r>
    </w:p>
    <w:p>
      <w:pPr>
        <w:jc w:val="right"/>
      </w:pPr>
      <w:r>
        <w:t>اپنے جذبات پر صبر۔</w:t>
      </w:r>
    </w:p>
    <w:p>
      <w:r>
        <w:rPr>
          <w:b/>
        </w:rPr>
        <w:t xml:space="preserve">[22:37] </w:t>
      </w:r>
      <w:r>
        <w:t>apni ego par sabr</w:t>
      </w:r>
    </w:p>
    <w:p>
      <w:pPr>
        <w:jc w:val="right"/>
      </w:pPr>
      <w:r>
        <w:t>اپنی ego پر صبر</w:t>
      </w:r>
    </w:p>
    <w:p>
      <w:r>
        <w:rPr>
          <w:b/>
        </w:rPr>
        <w:t xml:space="preserve">[22:40] </w:t>
      </w:r>
      <w:r>
        <w:t>. nateeja kya hua? ke woh khatam ho gaye, aath aath palace jurr gaye thay. woh istemal nahi ho sakay. tab bhi un ko hundred billion dollar bhi thay.</w:t>
      </w:r>
    </w:p>
    <w:p>
      <w:pPr>
        <w:jc w:val="right"/>
      </w:pPr>
      <w:r>
        <w:t>۔ نتیجہ کیا ہوا؟ کہ وہ ختم ہو گئے، آٹھ آٹھ palace جڑ گئے تھے۔ وہ استعمال نہیں ہو سکے۔ تب بھی ان کو hundred billion ڈالر بھی تھے۔</w:t>
      </w:r>
    </w:p>
    <w:p>
      <w:r>
        <w:rPr>
          <w:b/>
        </w:rPr>
        <w:t xml:space="preserve">[22:50] </w:t>
      </w:r>
      <w:r>
        <w:t>to woh sab kar ke woh kitna bara kaam kar sakte thay ke Iraq ko educate karte aur wahan ke Jefferson ban jatay. aap dekh sakte hain is mein ke sabr na karne ka nuqsan aur sabr karne ka faida, dono</w:t>
      </w:r>
    </w:p>
    <w:p>
      <w:pPr>
        <w:jc w:val="right"/>
      </w:pPr>
      <w:r>
        <w:t>تو وہ سب کر کے وہ کتنا بڑا کام کر سکتے تھے کہ عراق کو educate کرتے اور وہاں کے جفرسن بن جاتے۔ آپ دیکھ سکتے ہیں اس میں کہ صبر نہ کرنے کا نقصان اور صبر کرنے کا فائدہ، دونوں</w:t>
      </w:r>
    </w:p>
    <w:p>
      <w:r>
        <w:rPr>
          <w:b/>
        </w:rPr>
        <w:t xml:space="preserve">[23:05] </w:t>
      </w:r>
      <w:r>
        <w:t>. dekhiye aaj kal jo musalmanon mein kahin bhi aap jayen, Muslim dunya mein, fifty seven Muslim countries hain. har jagah aap ko jo super problem bataya jaye ga woh kya hai?</w:t>
      </w:r>
    </w:p>
    <w:p>
      <w:pPr>
        <w:jc w:val="right"/>
      </w:pPr>
      <w:r>
        <w:t>۔ دیکھیے آج کل جو مسلمانوں میں کہیں بھی آپ جائیں، مسلم دنیا میں، fifty seven مسلم countries ہیں۔ ہر جگہ آپ کو جو super problem بتایا جائے گا وہ کیا ہے؟</w:t>
      </w:r>
    </w:p>
    <w:p>
      <w:r>
        <w:rPr>
          <w:b/>
        </w:rPr>
        <w:t xml:space="preserve">[23:18] </w:t>
      </w:r>
      <w:r>
        <w:t>Palestine, Palestine ka masla, Israel ka masla. ke sab se bara dushman Israel hai. aur sab se bara problem hamara sab se bara Palestine hai.</w:t>
      </w:r>
    </w:p>
    <w:p>
      <w:pPr>
        <w:jc w:val="right"/>
      </w:pPr>
      <w:r>
        <w:t>فلسطین، Palestine کا مسئلہ، اسرائیل کا مسئلہ۔ کہ سب سے بڑا دشمن اسرائیل ہے۔ اور سب سے بڑا problem ہمارا سب سے بڑا فلسطین ہے۔</w:t>
      </w:r>
    </w:p>
    <w:p>
      <w:r>
        <w:rPr>
          <w:b/>
        </w:rPr>
        <w:t xml:space="preserve">[23:28] </w:t>
      </w:r>
      <w:r>
        <w:t>main kahoon ga ke Arab are paying the price of their own wrong policies.</w:t>
      </w:r>
    </w:p>
    <w:p>
      <w:pPr>
        <w:jc w:val="right"/>
      </w:pPr>
      <w:r>
        <w:t>میں کہوں گا کہ عرب are paying the price of their own wrong policies۔</w:t>
      </w:r>
    </w:p>
    <w:p>
      <w:r>
        <w:rPr>
          <w:b/>
        </w:rPr>
        <w:t xml:space="preserve">[23:34] </w:t>
      </w:r>
      <w:r>
        <w:t>woh blame dete hain Israel ko. sare Arab log blame dete hain Israel ko. main kehta hoon ke nahi. You are paying the price of your own wrong policies.</w:t>
      </w:r>
    </w:p>
    <w:p>
      <w:pPr>
        <w:jc w:val="right"/>
      </w:pPr>
      <w:r>
        <w:t>وہ blame دیتے ہیں اسرائیل کو۔ سارے عرب لوگ blame دیتے ہیں اسرائیل کو۔ میں کہتا ہوں کہ نہیں۔ You are paying the price of your own wrong policies۔</w:t>
      </w:r>
    </w:p>
    <w:p>
      <w:r>
        <w:rPr>
          <w:b/>
        </w:rPr>
        <w:t xml:space="preserve">[23:47] </w:t>
      </w:r>
      <w:r>
        <w:t>woh kaise? dekhiye Egypt mein aik aik canal hai, us ko kehte hain Suez canal.</w:t>
      </w:r>
    </w:p>
    <w:p>
      <w:pPr>
        <w:jc w:val="right"/>
      </w:pPr>
      <w:r>
        <w:t>وہ کیسے؟ دیکھیے Egypt میں ایک ایک canal ہے، اس کو کہتے ہیں Suez canal۔</w:t>
      </w:r>
    </w:p>
    <w:p>
      <w:r>
        <w:rPr>
          <w:b/>
        </w:rPr>
        <w:t xml:space="preserve">[23:59] </w:t>
      </w:r>
      <w:r>
        <w:t>Suez wahan aik shehar hai, us se woh canal guzarti hai.</w:t>
      </w:r>
    </w:p>
    <w:p>
      <w:pPr>
        <w:jc w:val="right"/>
      </w:pPr>
      <w:r>
        <w:t>Suez وہاں ایک شہر ہے، اس سے وہ canal گزرتی ہے۔</w:t>
      </w:r>
    </w:p>
    <w:p>
      <w:r>
        <w:rPr>
          <w:b/>
        </w:rPr>
        <w:t xml:space="preserve">[24:04] </w:t>
      </w:r>
      <w:r>
        <w:t>to woh Red Sea of Battalion ko milati hai. us se pehle wahan jab jab ke hawai jahaz nahi hota tha to jab woh jahaz, woh canal bani to tijarat ko bohat faida us se hua.</w:t>
      </w:r>
    </w:p>
    <w:p>
      <w:pPr>
        <w:jc w:val="right"/>
      </w:pPr>
      <w:r>
        <w:t>تو وہ Red Sea of Battalion کو ملاتی ہے۔ اس سے پہلے وہاں جب جب کہ ہوا جہاز نہیں ہوتا تھا تو جب وہ جہاز، وہ canal بنی تو تجارت کو بہت فائدہ اس سے ہوا۔</w:t>
      </w:r>
    </w:p>
    <w:p>
      <w:r>
        <w:rPr>
          <w:b/>
        </w:rPr>
        <w:t xml:space="preserve">[24:21] </w:t>
      </w:r>
      <w:r>
        <w:t>kyunke safar kam ho gaya jahazon ka, maal bardar jahazon ka.</w:t>
      </w:r>
    </w:p>
    <w:p>
      <w:pPr>
        <w:jc w:val="right"/>
      </w:pPr>
      <w:r>
        <w:t>کیونکہ سفر کم ہو گیا جہازوں کا، مال بردار جہازوں کا۔</w:t>
      </w:r>
    </w:p>
    <w:p>
      <w:r>
        <w:rPr>
          <w:b/>
        </w:rPr>
        <w:t xml:space="preserve">[24:26] </w:t>
      </w:r>
      <w:r>
        <w:t>to khair yeh French company ne banaya tha, French company aur British mil kar ke is is Suez canal ko. bohat paisa laga tha, sara khoda gaya tha wahan se wahan tak.</w:t>
      </w:r>
    </w:p>
    <w:p>
      <w:pPr>
        <w:jc w:val="right"/>
      </w:pPr>
      <w:r>
        <w:t>تو خیر یہ French company نے بنایا تھا، French company اور British مل کر کے اس اس Suez canal کو۔ بہت پیسہ لگا تھا، سارا کھودا گیا تھا وہاں سے وہاں تک۔</w:t>
      </w:r>
    </w:p>
    <w:p>
      <w:r>
        <w:rPr>
          <w:b/>
        </w:rPr>
        <w:t xml:space="preserve">[24:39] </w:t>
      </w:r>
      <w:r>
        <w:t>to is ke baad Egypt ne un ko lease par de diya. yeh duniya ka qaaida hai. to Suez canal jo hai ek company thi jo British aur French ki mil kar bani thi.</w:t>
      </w:r>
    </w:p>
    <w:p>
      <w:pPr>
        <w:jc w:val="right"/>
      </w:pPr>
      <w:r>
        <w:t>تو اس کے بعد Egypt نے ان کو lease پر دے دیا۔ یہ دنیا کا قاعدہ ہے۔ تو Suez canal جو ہے ایک company تھی جو British اور French کی مل کر بنی تھی۔</w:t>
      </w:r>
    </w:p>
    <w:p>
      <w:r>
        <w:rPr>
          <w:b/>
        </w:rPr>
        <w:t xml:space="preserve">[24:55] </w:t>
      </w:r>
      <w:r>
        <w:t>is</w:t>
      </w:r>
    </w:p>
    <w:p>
      <w:pPr>
        <w:jc w:val="right"/>
      </w:pPr>
      <w:r>
        <w:t>اس</w:t>
      </w:r>
    </w:p>
    <w:p>
      <w:r>
        <w:rPr>
          <w:b/>
        </w:rPr>
        <w:t xml:space="preserve">[24:56] </w:t>
      </w:r>
      <w:r>
        <w:t>ko lease par de diya.</w:t>
      </w:r>
    </w:p>
    <w:p>
      <w:pPr>
        <w:jc w:val="right"/>
      </w:pPr>
      <w:r>
        <w:t>کو lease پر دے دیا۔</w:t>
      </w:r>
    </w:p>
    <w:p>
      <w:r>
        <w:rPr>
          <w:b/>
        </w:rPr>
        <w:t xml:space="preserve">[25:00] </w:t>
      </w:r>
      <w:r>
        <w:t>lease par de diya. lease hoti hai ninety nine years ke liye aam taur par. is ko kehte hain patta. patta.</w:t>
      </w:r>
    </w:p>
    <w:p>
      <w:pPr>
        <w:jc w:val="right"/>
      </w:pPr>
      <w:r>
        <w:t>Lease پر دے دیا۔ Lease ہوتی ہے ninety nine years کے لیے عام طور پر۔ اس کو کہتے ہیں پٹہ۔ پٹہ۔</w:t>
      </w:r>
    </w:p>
    <w:p>
      <w:r>
        <w:rPr>
          <w:b/>
        </w:rPr>
        <w:t xml:space="preserve">[25:11] </w:t>
      </w:r>
      <w:r>
        <w:t>to ninety nine years tak woh is par un ka qabza rehta hai. aur phir woh chhod dete hain woh, ninety nine years poore hone ke baad. yeh hai, is ko kehte hain patta ya lease.</w:t>
      </w:r>
    </w:p>
    <w:p>
      <w:pPr>
        <w:jc w:val="right"/>
      </w:pPr>
      <w:r>
        <w:t>تو ninety nine years تک وہ اس پر ان کا قبضہ رہتا ہے۔ اور پھر وہ چھوڑ دیتے ہیں وہ، ninety nine years پورے ہونے کے بعد۔ یہ ہے، اس کو کہتے ہیں پٹہ یا lease۔</w:t>
      </w:r>
    </w:p>
    <w:p>
      <w:r>
        <w:rPr>
          <w:b/>
        </w:rPr>
        <w:t xml:space="preserve">[25:22] </w:t>
      </w:r>
      <w:r>
        <w:t>to baqaaida Misr ki jo us waqt government thi us se un ka agreement hua. aur ninety nine years ke liye yani is company ko patte par de diya gaya.</w:t>
      </w:r>
    </w:p>
    <w:p>
      <w:pPr>
        <w:jc w:val="right"/>
      </w:pPr>
      <w:r>
        <w:t>تو باقاعدہ مصر کی جو اس وقت government تھی اس سے ان کا agreement ہوا۔ اور ninety nine years کے لیے یعنی اس company کو پٹے پر دے دیا گیا۔</w:t>
      </w:r>
    </w:p>
    <w:p>
      <w:r>
        <w:rPr>
          <w:b/>
        </w:rPr>
        <w:t xml:space="preserve">[25:35] </w:t>
      </w:r>
      <w:r>
        <w:t>jis ke do basically do the, British aur French. is ke baad kya hota hai?</w:t>
      </w:r>
    </w:p>
    <w:p>
      <w:pPr>
        <w:jc w:val="right"/>
      </w:pPr>
      <w:r>
        <w:t>جس کے دو basically دو تھے، British اور French۔ اس کے بعد کیا ہوتا ہے؟</w:t>
      </w:r>
    </w:p>
    <w:p>
      <w:r>
        <w:rPr>
          <w:b/>
        </w:rPr>
        <w:t xml:space="preserve">[25:44] </w:t>
      </w:r>
      <w:r>
        <w:t>Misr mein ko hota hai. aur Jamaluddin Nasir jo general the ya colonel the, woh qabza kar lete hain.</w:t>
      </w:r>
    </w:p>
    <w:p>
      <w:pPr>
        <w:jc w:val="right"/>
      </w:pPr>
      <w:r>
        <w:t>مصر میں کو ہوتا ہے۔ اور جمال الدین ناصر جو جنرل تھے یا کرنل تھے، وہ قبضہ کر لیتے ہیں۔</w:t>
      </w:r>
    </w:p>
    <w:p>
      <w:r>
        <w:rPr>
          <w:b/>
        </w:rPr>
        <w:t xml:space="preserve">[25:56] </w:t>
      </w:r>
      <w:r>
        <w:t>aur King Farooq ke zamanay mein hua karta tha, is ko nikaal dete hain. woh bhaag ke aata hai Rome, wahin mar jata hai. aur yeh president ban ke baith jate hain Misr par.</w:t>
      </w:r>
    </w:p>
    <w:p>
      <w:pPr>
        <w:jc w:val="right"/>
      </w:pPr>
      <w:r>
        <w:t>اور King فاروق کے زمانے میں ہوا کرتا تھا، اس کو نکال دیتے ہیں۔ وہ بھاگ کے آتا ہے روم، وہیں مر جاتا ہے۔ اور یہ president بن کے بیٹھ جاتے ہیں مصر پر۔</w:t>
      </w:r>
    </w:p>
    <w:p>
      <w:r>
        <w:rPr>
          <w:b/>
        </w:rPr>
        <w:t xml:space="preserve">[26:08] </w:t>
      </w:r>
      <w:r>
        <w:t>to unhon ne kya kiya?</w:t>
      </w:r>
    </w:p>
    <w:p>
      <w:pPr>
        <w:jc w:val="right"/>
      </w:pPr>
      <w:r>
        <w:t>تو انہوں نے کیا کیا؟</w:t>
      </w:r>
    </w:p>
    <w:p>
      <w:r>
        <w:rPr>
          <w:b/>
        </w:rPr>
        <w:t xml:space="preserve">[26:10] </w:t>
      </w:r>
      <w:r>
        <w:t>Nineteen fifty six mein unhon ne literally ailaan kar diya ke hum lease ko khatam karte hain. aur hum canal ko nationalize kar rahe hain.</w:t>
      </w:r>
    </w:p>
    <w:p>
      <w:pPr>
        <w:jc w:val="right"/>
      </w:pPr>
      <w:r>
        <w:t>Nineteen fifty six میں انہوں نے literally اعلان کر دیا کہ ہم lease کو ختم کرتے ہیں۔ اور ہم canal کو nationalize کر رہے ہیں۔</w:t>
      </w:r>
    </w:p>
    <w:p>
      <w:r>
        <w:rPr>
          <w:b/>
        </w:rPr>
        <w:t xml:space="preserve">[26:23] </w:t>
      </w:r>
      <w:r>
        <w:t>abhi giarah saal baqi the. yani is ko khatam hone mein giarah saal baqi the, nahin barah saal. barah saal pehle unhon ne is ko nationalize kar liya.</w:t>
      </w:r>
    </w:p>
    <w:p>
      <w:pPr>
        <w:jc w:val="right"/>
      </w:pPr>
      <w:r>
        <w:t>ابھی گیارہ سال باقی تھے۔ یعنی اس کو ختم ہونے میں گیارہ سال باقی تھے، نہیں بارہ سال۔ بارہ سال پہلے انہوں نے اس کو nationalize کر لیا۔</w:t>
      </w:r>
    </w:p>
    <w:p>
      <w:r>
        <w:rPr>
          <w:b/>
        </w:rPr>
        <w:t xml:space="preserve">[26:37] </w:t>
      </w:r>
      <w:r>
        <w:t>International, international law ke khilaaf, Islam ke khilaaf. kyunke Islam mein dekhiye yeh hai ke jab kisi se to agreement kar lo to poora karo.</w:t>
      </w:r>
    </w:p>
    <w:p>
      <w:pPr>
        <w:jc w:val="right"/>
      </w:pPr>
      <w:r>
        <w:t>International، international law کے خلاف، اسلام کے خلاف۔ کیونکہ اسلام میں دیکھیے یہ ہے کہ جب کسی سے تو agreement کر لو تو پورا کرو۔</w:t>
      </w:r>
    </w:p>
    <w:p>
      <w:r>
        <w:rPr>
          <w:b/>
        </w:rPr>
        <w:t xml:space="preserve">[26:54] </w:t>
      </w:r>
      <w:r>
        <w:t>kai jagah yeh baat aayi hai ke jab tum kisi se agreement karo to us ko tumhein poora hi poora karna hai. International law mein to hai hi yeh baat.</w:t>
      </w:r>
    </w:p>
    <w:p>
      <w:pPr>
        <w:jc w:val="right"/>
      </w:pPr>
      <w:r>
        <w:t>کئی جگہ یہ بات آئی ہے کہ جب تم کسی سے agreement کرو تو اس کو تمہیں پورا ہی پورا کرنا ہے۔ International law میں تو ہے ہی یہ بات۔</w:t>
      </w:r>
    </w:p>
    <w:p>
      <w:r>
        <w:rPr>
          <w:b/>
        </w:rPr>
        <w:t xml:space="preserve">[27:05] </w:t>
      </w:r>
      <w:r>
        <w:t>to unhon ne American yani Islami is principle ke khilaaf, international law ke khilaaf kiya kiya? ke barah saal pehle</w:t>
      </w:r>
    </w:p>
    <w:p>
      <w:pPr>
        <w:jc w:val="right"/>
      </w:pPr>
      <w:r>
        <w:t>تو انہوں نے امریکن یعنی اسلامی اس principle کے خلاف، international law کے خلاف کیا کیا؟ کہ بارہ سال پہلے</w:t>
      </w:r>
    </w:p>
    <w:p>
      <w:r>
        <w:rPr>
          <w:b/>
        </w:rPr>
        <w:t xml:space="preserve">[27:16] </w:t>
      </w:r>
      <w:r>
        <w:t>Suez company ko woh kar diya, bahar kar diya aur aur hukoomat Misr, Egyptian government ne is ko qabza kar liya is ke.</w:t>
      </w:r>
    </w:p>
    <w:p>
      <w:pPr>
        <w:jc w:val="right"/>
      </w:pPr>
      <w:r>
        <w:t>Suez کمپنی کو وہ کر دیا، باہر کر دیا اور اور حکومت مصر، Egyptian government نے اس کو قبضہ کر لیا اس کے۔</w:t>
      </w:r>
    </w:p>
    <w:p>
      <w:r>
        <w:rPr>
          <w:b/>
        </w:rPr>
        <w:t xml:space="preserve">[27:30] </w:t>
      </w:r>
      <w:r>
        <w:t>to kya aap samajhte hain ke doosra retaliate nahin karega?</w:t>
      </w:r>
    </w:p>
    <w:p>
      <w:pPr>
        <w:jc w:val="right"/>
      </w:pPr>
      <w:r>
        <w:t>تو کیا آپ سمجھتے ہیں کہ دوسرا retaliate نہیں کرے گا؟</w:t>
      </w:r>
    </w:p>
    <w:p>
      <w:r>
        <w:rPr>
          <w:b/>
        </w:rPr>
        <w:t xml:space="preserve">[27:36] </w:t>
      </w:r>
      <w:r>
        <w:t>kehte hain naive thinking hai ke aap yeh sochein ke aap doosra retaliate nahin karega. woh karega woh, badla lega. chunancha dekhiye British government, French government aur Israel teen ne mil kar ek ek plan banaya.</w:t>
      </w:r>
    </w:p>
    <w:p>
      <w:pPr>
        <w:jc w:val="right"/>
      </w:pPr>
      <w:r>
        <w:t>کہتے ہیں naive thinking ہے کہ آپ یہ سوچیں کہ آپ دوسرا retaliate نہیں کرے گا۔ وہ کرے گا وہ، بدلہ لے گا۔ چنانچہ دیکھیے British government، French government اور اسرائیل تین نے مل کر ایک ایک plan بنایا۔</w:t>
      </w:r>
    </w:p>
    <w:p>
      <w:r>
        <w:rPr>
          <w:b/>
        </w:rPr>
        <w:t xml:space="preserve">[27:52] </w:t>
      </w:r>
      <w:r>
        <w:t>aur secret plan.</w:t>
      </w:r>
    </w:p>
    <w:p>
      <w:pPr>
        <w:jc w:val="right"/>
      </w:pPr>
      <w:r>
        <w:t>اور secret plan۔</w:t>
      </w:r>
    </w:p>
    <w:p>
      <w:r>
        <w:rPr>
          <w:b/>
        </w:rPr>
        <w:t xml:space="preserve">[27:58] </w:t>
      </w:r>
      <w:r>
        <w:t>teen ne mil kar banaya program. aur nineteen sixty six mein, unnees sau sarsath mein hamla kar diya, attack kar diya Misr par.</w:t>
      </w:r>
    </w:p>
    <w:p>
      <w:pPr>
        <w:jc w:val="right"/>
      </w:pPr>
      <w:r>
        <w:t>تین نے مل کر بنایا program۔ اور nineteen sixty six میں، انیس سو سڑسٹھ میں حملہ کر دیا، attack کر دیا مصر پر۔</w:t>
      </w:r>
    </w:p>
    <w:p>
      <w:r>
        <w:rPr>
          <w:b/>
        </w:rPr>
        <w:t xml:space="preserve">[28:09] </w:t>
      </w:r>
      <w:r>
        <w:t>aur sara un ka jo air force tha tabah kar diya.</w:t>
      </w:r>
    </w:p>
    <w:p>
      <w:pPr>
        <w:jc w:val="right"/>
      </w:pPr>
      <w:r>
        <w:t>اور سارا ان کا جو air force تھا تباہ کر دیا۔</w:t>
      </w:r>
    </w:p>
    <w:p>
      <w:r>
        <w:rPr>
          <w:b/>
        </w:rPr>
        <w:t xml:space="preserve">[28:14] </w:t>
      </w:r>
      <w:r>
        <w:t>tabah kar diya.</w:t>
      </w:r>
    </w:p>
    <w:p>
      <w:pPr>
        <w:jc w:val="right"/>
      </w:pPr>
      <w:r>
        <w:t>تباہ کر دیا۔</w:t>
      </w:r>
    </w:p>
    <w:p>
      <w:r>
        <w:rPr>
          <w:b/>
        </w:rPr>
        <w:t xml:space="preserve">[28:17] </w:t>
      </w:r>
      <w:r>
        <w:t>itni zabardast tayyari ke sath kya tha unhon ne ke un ke jo radar the un ke yani Misr'iyon ke woh is ko pakar nahin sake un ke jahaz aa rahe hain bombardment ke liye.</w:t>
      </w:r>
    </w:p>
    <w:p>
      <w:pPr>
        <w:jc w:val="right"/>
      </w:pPr>
      <w:r>
        <w:t>اتنی زبردست تیاری کے ساتھ کیا تھا انہوں نے کہ ان کے جو radar تھے ان کے یعنی مصریوں کے وہ اس کو پکڑ نہیں سکے ان کے جہاز آ رہے ہیں bombardment کے لیے۔</w:t>
      </w:r>
    </w:p>
    <w:p>
      <w:r>
        <w:rPr>
          <w:b/>
        </w:rPr>
        <w:t xml:space="preserve">[28:29] </w:t>
      </w:r>
      <w:r>
        <w:t>kyun? un ke jahaz jo un ke jo radar the wo Russian make tha, roosiya ka bana hua. aur wo oper oper to pakar sakte the, neechay nahi pakar paate the.</w:t>
      </w:r>
    </w:p>
    <w:p>
      <w:pPr>
        <w:jc w:val="right"/>
      </w:pPr>
      <w:r>
        <w:t>کیوں؟ ان کے جہاز جو ان کے جو radar تھے وہ Russian make تھا، روسیا کا بنا ہوا۔ اور وہ اوپر اوپر تو پکڑ سکتے تھے، نیچے نہیں پکڑ پاتے تھے۔</w:t>
      </w:r>
    </w:p>
    <w:p>
      <w:r>
        <w:rPr>
          <w:b/>
        </w:rPr>
        <w:t xml:space="preserve">[28:39] </w:t>
      </w:r>
      <w:r>
        <w:t>is ko unhon ne daryaft kar liya ke un ke radar jo hain sirf oper ke ke oper jo jahaz urta hai us ko pakar sakte hain.</w:t>
      </w:r>
    </w:p>
    <w:p>
      <w:pPr>
        <w:jc w:val="right"/>
      </w:pPr>
      <w:r>
        <w:t>اس کو انہوں نے دریافت کر لیا کہ ان کے radar جو ہیں صرف اوپر کے کے اوپر جو جہاز اڑتا ہے اس کو پکڑ سکتے ہیں۔</w:t>
      </w:r>
    </w:p>
    <w:p>
      <w:r>
        <w:rPr>
          <w:b/>
        </w:rPr>
        <w:t xml:space="preserve">[28:49] </w:t>
      </w:r>
      <w:r>
        <w:t>agar neechay jahaz urre to nahi pakar payenge wo.</w:t>
      </w:r>
    </w:p>
    <w:p>
      <w:pPr>
        <w:jc w:val="right"/>
      </w:pPr>
      <w:r>
        <w:t>اگر نیچے جہاز اڑے تو نہیں پکڑ پائیں گے وہ۔</w:t>
      </w:r>
    </w:p>
    <w:p>
      <w:r>
        <w:rPr>
          <w:b/>
        </w:rPr>
        <w:t xml:space="preserve">[28:54] </w:t>
      </w:r>
      <w:r>
        <w:t>is ko pata pata kiya unhon ne is secret ko aur phir unhon ne apne jahaz ko yani bombers jo the us ko neechay ki level par uraya.</w:t>
      </w:r>
    </w:p>
    <w:p>
      <w:pPr>
        <w:jc w:val="right"/>
      </w:pPr>
      <w:r>
        <w:t>اس کو پتہ پتہ کیا انہوں نے اس secret کو اور پھر انہوں نے اپنے جہاز کو یعنی bombers جو تھے اس کو نیچے کی level پر اڑایا۔</w:t>
      </w:r>
    </w:p>
    <w:p>
      <w:r>
        <w:rPr>
          <w:b/>
        </w:rPr>
        <w:t xml:space="preserve">[29:03] </w:t>
      </w:r>
      <w:r>
        <w:t>aur ja kar ke un ke jo un ka jo air force ka jo sari air force ko tabah kar diya, bombardment kar diya. aur qabza kar liya.</w:t>
      </w:r>
    </w:p>
    <w:p>
      <w:pPr>
        <w:jc w:val="right"/>
      </w:pPr>
      <w:r>
        <w:t>اور جا کر کے ان کے جو ان کا جو air force کا جو ساری air force کو تباہ کر دیا، bombardment کر دیا۔ اور قبضہ کر لیا۔</w:t>
      </w:r>
    </w:p>
    <w:p>
      <w:r>
        <w:rPr>
          <w:b/>
        </w:rPr>
        <w:t xml:space="preserve">[29:13] </w:t>
      </w:r>
      <w:r>
        <w:t>to dekhiye balfour jo verdict tha nineteen forty eight mein us mein roughly arbon ko aadha diya gaya tha Palestine ka, aadha yahudiyon ko diya gaya tha.</w:t>
      </w:r>
    </w:p>
    <w:p>
      <w:pPr>
        <w:jc w:val="right"/>
      </w:pPr>
      <w:r>
        <w:t>تو دیکھیے بالفور جو verdict تھا nineteen forty eight میں اس میں roughly عربوں کو آدھا دیا گیا تھا Palestine کا، آدھا یہودیوں کو دیا گیا تھا۔</w:t>
      </w:r>
    </w:p>
    <w:p>
      <w:r>
        <w:rPr>
          <w:b/>
        </w:rPr>
        <w:t xml:space="preserve">[29:29] </w:t>
      </w:r>
      <w:r>
        <w:t>aur sab se bari baat yeh thi ke sara masjid aqsa, sara East Jerusalem sab is arbon ke paas tha. pura Jerusalem arbon ke paas tha, pura masjid aqsa arbon ke paas thi.</w:t>
      </w:r>
    </w:p>
    <w:p>
      <w:pPr>
        <w:jc w:val="right"/>
      </w:pPr>
      <w:r>
        <w:t>اور سب سے بڑی بات یہ تھی کہ سارا مسجد اقصی، سارا East Jerusalem سب اس عربوں کے پاس تھا۔ پورا Jerusalem عربوں کے پاس تھا، پورا مسجد اقصی عربوں کے پاس تھی۔</w:t>
      </w:r>
    </w:p>
    <w:p>
      <w:r>
        <w:rPr>
          <w:b/>
        </w:rPr>
        <w:t xml:space="preserve">[29:43] </w:t>
      </w:r>
      <w:r>
        <w:t>to kehte hain acha mein the wo lekin ab jo unhon ne kiya attack to sara qabza kar liya. yeh sab qabza kar liya aur un ko dhakel kar ke Gaza patti par majboor kar diya rehne ke liye.</w:t>
      </w:r>
    </w:p>
    <w:p>
      <w:pPr>
        <w:jc w:val="right"/>
      </w:pPr>
      <w:r>
        <w:t>تو کہتے ہیں اچھا میں تھے وہ لیکن اب جو انہوں نے کیا attack تو سارا قبضہ کر لیا۔ یہ سب قبضہ کر لیا اور ان کو دھکیل کر کے غزہ پٹی پر مجبور کر دیا رہنے کے لیے۔</w:t>
      </w:r>
    </w:p>
    <w:p>
      <w:r>
        <w:rPr>
          <w:b/>
        </w:rPr>
        <w:t xml:space="preserve">[30:01] </w:t>
      </w:r>
      <w:r>
        <w:t>ab is ab ab is ke baad se lar rahe hain yeh arab log. to larna kya hai?</w:t>
      </w:r>
    </w:p>
    <w:p>
      <w:pPr>
        <w:jc w:val="right"/>
      </w:pPr>
      <w:r>
        <w:t>اب اس اب اب اس کے بعد سے لڑ رہے ہیں یہ عرب لوگ۔ تو لڑنا کیا ہے؟</w:t>
      </w:r>
    </w:p>
    <w:p>
      <w:r>
        <w:rPr>
          <w:b/>
        </w:rPr>
        <w:t xml:space="preserve">[30:08] </w:t>
      </w:r>
      <w:r>
        <w:t>aap ne aik ghalat step liya ke aap ne lease ke ka jo agreement tha us ko toda barah saal pehle aur teen teen mulkon ko aap ne ghussa dilaya.</w:t>
      </w:r>
    </w:p>
    <w:p>
      <w:pPr>
        <w:jc w:val="right"/>
      </w:pPr>
      <w:r>
        <w:t>آپ نے ایک غلط step لیا کہ آپ نے lease کے کا جو agreement تھا اس کو توڑا بارہ سال پہلے اور تین تین ملکوں کو آپ نے غصہ دلایا۔</w:t>
      </w:r>
    </w:p>
    <w:p>
      <w:r>
        <w:rPr>
          <w:b/>
        </w:rPr>
        <w:t xml:space="preserve">[30:22] </w:t>
      </w:r>
      <w:r>
        <w:t>British, French aur Israel. wo to retaliate karenge wo aur unhon ne kiya bharpoor tareeqe se plan plan kar ke aur aap ko tahassun kar diya, aap qabza kar liya, aap chalate rahe aap.</w:t>
      </w:r>
    </w:p>
    <w:p>
      <w:pPr>
        <w:jc w:val="right"/>
      </w:pPr>
      <w:r>
        <w:t>British، French اور اسرائیل۔ وہ تو retaliate کریں گے وہ اور انہوں نے کیا بھرپور طریقے سے plan plan کر کے اور آپ کو تحصن کر دیا، آپ قبضہ کر لیا، آپ چلاتے رہے آپ۔</w:t>
      </w:r>
    </w:p>
    <w:p>
      <w:r>
        <w:rPr>
          <w:b/>
        </w:rPr>
        <w:t xml:space="preserve">[30:34] </w:t>
      </w:r>
      <w:r>
        <w:t>to sixty seven se aaj tak itna arab is mein jaan de chuke hain, paisa de chuke hain, sab kuch. aik aik inch bhi zameen wo regain nahi kar saki, kuch bhi nahi, sirf tabah ho rahe hain, tabah ho rahe hain, tabah ho rahe hain.</w:t>
      </w:r>
    </w:p>
    <w:p>
      <w:pPr>
        <w:jc w:val="right"/>
      </w:pPr>
      <w:r>
        <w:t>تو sixty seven سے آج تک اتنا عرب اس میں جان دے چکے ہیں، پیسہ دے چکے ہیں، سب کچھ۔ ایک ایک انچ بھی زمین وہ regain نہیں کر سکی، کچھ بھی نہیں، صرف تباہ ہو رہے ہیں، تباہ ہو رہے ہیں، تباہ ہو رہے ہیں۔</w:t>
      </w:r>
    </w:p>
    <w:p>
      <w:r>
        <w:rPr>
          <w:b/>
        </w:rPr>
        <w:t xml:space="preserve">[30:48] </w:t>
      </w:r>
      <w:r>
        <w:t>ab aik hi misaal yeh hai, yeh misaal hai besabri ki. yani barah saal sabar nahi kiya unhon ne. lease khatam hone hoti thi barah saal mein.</w:t>
      </w:r>
    </w:p>
    <w:p>
      <w:pPr>
        <w:jc w:val="right"/>
      </w:pPr>
      <w:r>
        <w:t>اب ایک ہی مثال یہ ہے، یہ مثال ہے بے صبری کی۔ یعنی بارہ سال صبر نہیں کیا انہوں نے۔ Lease ختم ہونے ہوتی تھی بارہ سال میں۔</w:t>
      </w:r>
    </w:p>
    <w:p>
      <w:r>
        <w:rPr>
          <w:b/>
        </w:rPr>
        <w:t xml:space="preserve">[31:01] </w:t>
      </w:r>
      <w:r>
        <w:t>to in logon aur yeh aik baat yeh arz kar doon ke jab yeh unhon ne abolish wo kiya tha, nationalize kiya tha to poori muslim dunya mein mein aik tha jis ne kaha tha ghalat kaam kiya hai.</w:t>
      </w:r>
    </w:p>
    <w:p>
      <w:pPr>
        <w:jc w:val="right"/>
      </w:pPr>
      <w:r>
        <w:t>تو ان لوگوں اور یہ ایک بات یہ عرض کر دوں کہ جب یہ انہوں نے abolish وہ کیا تھا، nationalize کیا تھا تو پوری مسلم دنیا میں میں ایک تھا جس نے کہا تھا غلط کام کیا ہے۔</w:t>
      </w:r>
    </w:p>
    <w:p>
      <w:r>
        <w:rPr>
          <w:b/>
        </w:rPr>
        <w:t xml:space="preserve">[31:13] </w:t>
      </w:r>
      <w:r>
        <w:t>sare musalman khush ho rahe the. yeh record par yeh baat hai ke sare musalman khush ho rahe the. sirf mein ne kaha ke ghalat kaam hua yeh.</w:t>
      </w:r>
    </w:p>
    <w:p>
      <w:pPr>
        <w:jc w:val="right"/>
      </w:pPr>
      <w:r>
        <w:t>سارے مسلمان خوش ہو رہے تھے۔ یہ ریکارڈ پر یہ بات ہے کہ سارے مسلمان خوش ہو رہے تھے۔ صرف میں نے کہا کہ غلط کام ہوا یہ۔</w:t>
      </w:r>
    </w:p>
    <w:p>
      <w:r>
        <w:rPr>
          <w:b/>
        </w:rPr>
        <w:t xml:space="preserve">[31:28] </w:t>
      </w:r>
      <w:r>
        <w:t>to ab yeh misaal mein ne di aap ko is baat ki ke besabr ka nuksan kya hota hai. yani barah saal aap sabar nahi kiya aap ne to kitna bara nuksan uthana para aap ko.</w:t>
      </w:r>
    </w:p>
    <w:p>
      <w:pPr>
        <w:jc w:val="right"/>
      </w:pPr>
      <w:r>
        <w:t>تو اب یہ مثال میں نے دی آپ کو اس بات کی کہ بے صبری کا نقصان کیا ہوتا ہے۔ یعنی بارہ سال آپ صبر نہیں کیا آپ نے تو کتنا بڑا نقصان اٹھانا پڑا آپ کو۔</w:t>
      </w:r>
    </w:p>
    <w:p>
      <w:r>
        <w:rPr>
          <w:b/>
        </w:rPr>
        <w:t xml:space="preserve">[31:40] </w:t>
      </w:r>
      <w:r>
        <w:t>ab doosri misaal lijiye sabar ki. wo misaal hai Hong Kong ki.</w:t>
      </w:r>
    </w:p>
    <w:p>
      <w:pPr>
        <w:jc w:val="right"/>
      </w:pPr>
      <w:r>
        <w:t>اب دوسری مثال لیجیے صبر کی۔ وہ مثال ہے ہانگ کانگ کی۔</w:t>
      </w:r>
    </w:p>
    <w:p>
      <w:r>
        <w:rPr>
          <w:b/>
        </w:rPr>
        <w:t xml:space="preserve">[31:51] </w:t>
      </w:r>
      <w:r>
        <w:t>Hong Kong dekhiye China ka aik hissa hai.</w:t>
      </w:r>
    </w:p>
    <w:p>
      <w:pPr>
        <w:jc w:val="right"/>
      </w:pPr>
      <w:r>
        <w:t>ہانگ کانگ دیکھیے چائنہ کا ایک حصہ ہے۔</w:t>
      </w:r>
    </w:p>
    <w:p>
      <w:r>
        <w:rPr>
          <w:b/>
        </w:rPr>
        <w:t xml:space="preserve">[31:57] </w:t>
      </w:r>
      <w:r>
        <w:t>Colonialism ke zamanay mein British ne is ko lease par le liya. jab yeh log East European Company aayi, different countries pohnchi to us ne Hong Kong ko China se lease par le liya.</w:t>
      </w:r>
    </w:p>
    <w:p>
      <w:pPr>
        <w:jc w:val="right"/>
      </w:pPr>
      <w:r>
        <w:t>Colonialism کے زمانے میں British نے اس کو lease پر لے لیا۔ جب یہ لوگ East European Company آئی، different countries پہنچی تو اس نے ہانگ کانگ کو چائنہ سے lease پر لے لیا۔</w:t>
      </w:r>
    </w:p>
    <w:p>
      <w:r>
        <w:rPr>
          <w:b/>
        </w:rPr>
        <w:t xml:space="preserve">[32:16] </w:t>
      </w:r>
      <w:r>
        <w:t>yeh lease khatam hoti thi nineteen ninety seven mein, unnees sau satanoo mein.</w:t>
      </w:r>
    </w:p>
    <w:p>
      <w:pPr>
        <w:jc w:val="right"/>
      </w:pPr>
      <w:r>
        <w:t>یہ lease ختم ہوتی تھی nineteen ninety seven میں، انیس سو ستانوے میں۔</w:t>
      </w:r>
    </w:p>
    <w:p>
      <w:r>
        <w:rPr>
          <w:b/>
        </w:rPr>
        <w:t xml:space="preserve">[32:22] </w:t>
      </w:r>
      <w:r>
        <w:t>to Cheeni government ne is se pehle barabar negotiation shuru kiya British se. lekin kabhi aisa nahi kiya ke is par qabza kar lein.</w:t>
      </w:r>
    </w:p>
    <w:p>
      <w:pPr>
        <w:jc w:val="right"/>
      </w:pPr>
      <w:r>
        <w:t>تو چینی government نے اس سے پہلے برابر negotiation شروع کیا British سے۔ لیکن کبھی ایسا نہیں کیا کہ اس پر قبضہ کر لیں۔</w:t>
      </w:r>
    </w:p>
    <w:p>
      <w:r>
        <w:rPr>
          <w:b/>
        </w:rPr>
        <w:t xml:space="preserve">[32:34] </w:t>
      </w:r>
      <w:r>
        <w:t>bohat asan tha un ke liye. kyun ke Hong Kong to China ke ka aik part tha. wahan bohat aasani se aa rahe bhi pher sakte the. aur British to England mein hain, Europe mein hain.</w:t>
      </w:r>
    </w:p>
    <w:p>
      <w:pPr>
        <w:jc w:val="right"/>
      </w:pPr>
      <w:r>
        <w:t>بہت آسان تھا ان کے لیے۔ کیونکہ ہانگ کانگ تو چائنہ کے کا ایک part تھا۔ وہاں بہت آسانی سے آ رہے بھی پھیر سکتے تھے۔ اور British تو انگلینڈ میں ہیں، یورپ میں ہیں۔</w:t>
      </w:r>
    </w:p>
    <w:p>
      <w:r>
        <w:rPr>
          <w:b/>
        </w:rPr>
        <w:t xml:space="preserve">[32:46] </w:t>
      </w:r>
      <w:r>
        <w:t>bohat door.</w:t>
      </w:r>
    </w:p>
    <w:p>
      <w:pPr>
        <w:jc w:val="right"/>
      </w:pPr>
      <w:r>
        <w:t>بہت دور۔</w:t>
      </w:r>
    </w:p>
    <w:p>
      <w:r>
        <w:rPr>
          <w:b/>
        </w:rPr>
        <w:t xml:space="preserve">[32:48] </w:t>
      </w:r>
      <w:r>
        <w:t>to jab chahte wohi kaam kar sakte the jo Nasir ne Suez mein kiya. ban nahi ja saka unhon ne. unhon ne toda nahi is agreement ko.</w:t>
      </w:r>
    </w:p>
    <w:p>
      <w:pPr>
        <w:jc w:val="right"/>
      </w:pPr>
      <w:r>
        <w:t>تو جب چاہتے وہی کام کر سکتے تھے جو ناصر نے Suez میں کیا۔ بن نہیں جا سکا انہوں نے۔ انہوں نے توڑا نہیں اس agreement کو۔</w:t>
      </w:r>
    </w:p>
    <w:p>
      <w:r>
        <w:rPr>
          <w:b/>
        </w:rPr>
        <w:t xml:space="preserve">[33:00] </w:t>
      </w:r>
      <w:r>
        <w:t>baat karte rahe ke jaise agreement khatam ho foran aap ko wapas jana hai. yani negotiation ka jo points tha woh yeh tha ke unnees sau satanoo mein jab pate ki yeh lease ki muddat khatam ho to aap wapas chale jayen aap.</w:t>
      </w:r>
    </w:p>
    <w:p>
      <w:pPr>
        <w:jc w:val="right"/>
      </w:pPr>
      <w:r>
        <w:t>بات کرتے رہے کہ جیسے agreement ختم ہو فوراً آپ کو واپس جانا ہے۔ یعنی negotiation کا جو points تھا وہ یہ تھا کہ انیس سو ستانوے میں جب پٹے کی یہ lease کی مدت ختم ہو تو آپ واپس چلے جائیں آپ۔</w:t>
      </w:r>
    </w:p>
    <w:p>
      <w:r>
        <w:rPr>
          <w:b/>
        </w:rPr>
        <w:t xml:space="preserve">[33:18] </w:t>
      </w:r>
      <w:r>
        <w:t>chunanche yahi hua bilkul. theek is waqt jis din ke lease khatam hui hai. woh wapas chale gaye aur hong kong chaina qabze mein aa gaya.</w:t>
      </w:r>
    </w:p>
    <w:p>
      <w:pPr>
        <w:jc w:val="right"/>
      </w:pPr>
      <w:r>
        <w:t>چنانچہ یہی ہوا بالکل۔ ٹھیک اس وقت جس دن کہ lease ختم ہوئی ہے۔ وہ واپس چلے گئے اور ہانگ کانگ چائنہ قبضے میں آ گیا۔</w:t>
      </w:r>
    </w:p>
    <w:p>
      <w:r>
        <w:rPr>
          <w:b/>
        </w:rPr>
        <w:t xml:space="preserve">[33:32] </w:t>
      </w:r>
      <w:r>
        <w:t>yani chaina ne kuch bhi nuqsan na uthaya aur hong kong ko mil gaya. aur arbon ne kuch bhi nahi paya aur falasteen ko kho diya.</w:t>
      </w:r>
    </w:p>
    <w:p>
      <w:pPr>
        <w:jc w:val="right"/>
      </w:pPr>
      <w:r>
        <w:t>یعنی چائنہ نے کچھ بھی نقصان نہ اٹھایا اور ہانگ کانگ کو مل گیا۔ اور عربوں نے کچھ بھی نہیں پایا اور فلسطین کو کھو دیا۔</w:t>
      </w:r>
    </w:p>
    <w:p>
      <w:r>
        <w:rPr>
          <w:b/>
        </w:rPr>
        <w:t xml:space="preserve">[33:44] </w:t>
      </w:r>
      <w:r>
        <w:t>yeh bilkul historical baat keh raha hoon main, yeh koi khatabat nahi, oratory nahi, koi taqreer nahi hai.</w:t>
      </w:r>
    </w:p>
    <w:p>
      <w:pPr>
        <w:jc w:val="right"/>
      </w:pPr>
      <w:r>
        <w:t>یہ بالکل historical بات کہہ رہا ہوں میں، یہ کوئی خطابت نہیں، oratory نہیں، کوئی تقریر نہیں ہے۔</w:t>
      </w:r>
    </w:p>
    <w:p>
      <w:r>
        <w:rPr>
          <w:b/>
        </w:rPr>
        <w:t xml:space="preserve">[33:53] </w:t>
      </w:r>
      <w:r>
        <w:t>to is ko kehte hain patience, sabr, sabr, bardasht, tahammul. to aap ne dekha ke misriyon ne ya saare arab shamil thay is mein, misri ki baat nahi hai yeh.</w:t>
      </w:r>
    </w:p>
    <w:p>
      <w:pPr>
        <w:jc w:val="right"/>
      </w:pPr>
      <w:r>
        <w:t>تو اس کو کہتے ہیں patience، صبر، صبر، برداشت، تحمل۔ تو آپ نے دیکھا کہ مصریوں نے یا سارے عرب شامل تھے اس میں، مصری کی بات نہیں ہے یہ۔</w:t>
      </w:r>
    </w:p>
    <w:p>
      <w:r>
        <w:rPr>
          <w:b/>
        </w:rPr>
        <w:t xml:space="preserve">[34:08] </w:t>
      </w:r>
      <w:r>
        <w:t>poora arab world shamil tha, poora muslim world shamil tha mujh ko chhod kar ke</w:t>
      </w:r>
    </w:p>
    <w:p>
      <w:pPr>
        <w:jc w:val="right"/>
      </w:pPr>
      <w:r>
        <w:t>پورا عرب world شامل تھا، پورا مسلم world شامل تھا مجھ کو چھوڑ کر کے</w:t>
      </w:r>
    </w:p>
    <w:p>
      <w:r>
        <w:rPr>
          <w:b/>
        </w:rPr>
        <w:t xml:space="preserve">[34:12] </w:t>
      </w:r>
      <w:r>
        <w:t>. maine is ko kaha tha ke yeh galat kiya yeh nasser ne. to arbon ne apni besabri ki policy se itna bada nuqsan uthaya itni bhi zalalat, itni badi zalalat, itni bhi zalalat.</w:t>
      </w:r>
    </w:p>
    <w:p>
      <w:pPr>
        <w:jc w:val="right"/>
      </w:pPr>
      <w:r>
        <w:t>۔ میں نے اس کو کہا تھا کہ یہ غلط کیا یہ ناصر نے۔ تو عربوں نے اپنی بے صبری کی policy سے اتنا بڑا نقصان اٹھایا اتنی بھی ذلت، اتنی بڑی ذلت، اتنی بھی ذلت۔</w:t>
      </w:r>
    </w:p>
    <w:p>
      <w:r>
        <w:rPr>
          <w:b/>
        </w:rPr>
        <w:t xml:space="preserve">[34:28] </w:t>
      </w:r>
      <w:r>
        <w:t>woh khatam hone wali nahi rahi. aur chaina ne sabr kar ke, yani sabr ka matlab hai policy of patience, policy of sabr,</w:t>
      </w:r>
    </w:p>
    <w:p>
      <w:pPr>
        <w:jc w:val="right"/>
      </w:pPr>
      <w:r>
        <w:t>وہ ختم ہونے والی نہیں رہی۔ اور چائنہ نے صبر کر کے، یعنی صبر کا مطلب ہے policy of patience، policy of صبر،</w:t>
      </w:r>
    </w:p>
    <w:p>
      <w:r>
        <w:rPr>
          <w:b/>
        </w:rPr>
        <w:t xml:space="preserve">[34:43] </w:t>
      </w:r>
      <w:r>
        <w:t>koi nateeja kya hua ke nuqsan kuch bhi nahi hua aur hong kong ko dobara mil gaya. yeh hai power of patience. ek ghar se le kar ke international history tak har jagah aap is ki misalein pa sakte hain.</w:t>
      </w:r>
    </w:p>
    <w:p>
      <w:pPr>
        <w:jc w:val="right"/>
      </w:pPr>
      <w:r>
        <w:t>کوئی نتیجہ کیا ہوا کہ نقصان کچھ بھی نہیں ہوا اور ہانگ کانگ کو دوبارہ مل گیا۔ یہ ہے power of patience۔ ایک گھر سے لے کر کے international history تک ہر جگہ آپ اس کی مثالیں پا سکتے ہیں۔</w:t>
      </w:r>
    </w:p>
    <w:p>
      <w:r>
        <w:rPr>
          <w:b/>
        </w:rPr>
        <w:t xml:space="preserve">[34:55] </w:t>
      </w:r>
      <w:r>
        <w:t>gharon mein jo talaq hota hai, separation hota hai, biwi alag aur shohar alag hota hai, kyun hota hai? isi liye besabri ki wajah se.</w:t>
      </w:r>
    </w:p>
    <w:p>
      <w:pPr>
        <w:jc w:val="right"/>
      </w:pPr>
      <w:r>
        <w:t>گھروں میں جو طلاق ہوتا ہے، separation ہوتا ہے، بیوی الگ اور شوہر الگ ہوتا ہے، کیوں ہوتا ہے؟ اسی لیے بے صبری کی وجہ سے۔</w:t>
      </w:r>
    </w:p>
    <w:p>
      <w:r>
        <w:rPr>
          <w:b/>
        </w:rPr>
        <w:t xml:space="preserve">[35:06] </w:t>
      </w:r>
      <w:r>
        <w:t>besabri ki wajah se.</w:t>
      </w:r>
    </w:p>
    <w:p>
      <w:pPr>
        <w:jc w:val="right"/>
      </w:pPr>
      <w:r>
        <w:t>بے صبری کی وجہ سے۔</w:t>
      </w:r>
    </w:p>
    <w:p>
      <w:r>
        <w:rPr>
          <w:b/>
        </w:rPr>
        <w:t xml:space="preserve">[35:08] </w:t>
      </w:r>
      <w:r>
        <w:t>dekhiye jab aadmi mil kar rahe ga, chahe do aadmi mil kar rahein ek ghar mein, chahe do qom mil kar rahein kisi country mein ya bahut si qomein rahein poori duniya mein, to zaroor ke beech mein kuch na kuch khatpat hoga.</w:t>
      </w:r>
    </w:p>
    <w:p>
      <w:pPr>
        <w:jc w:val="right"/>
      </w:pPr>
      <w:r>
        <w:t>دیکھیے جب آدمی مل کر رہے گا، چاہے دو آدمی مل کر رہیں ایک گھر میں، چاہے دو قوم مل کر رہیں کسی country میں یا بہت سی قومیں رہیں پوری دنیا میں، تو ضرور کے بیچ میں کچھ نہ کچھ کھٹپٹ ہوگا۔</w:t>
      </w:r>
    </w:p>
    <w:p>
      <w:r>
        <w:rPr>
          <w:b/>
        </w:rPr>
        <w:t xml:space="preserve">[35:23] </w:t>
      </w:r>
      <w:r>
        <w:t>kuch na kuch differences aayenge. yeh to hona hi hona hai, but natural. ab karna kya chahiye?</w:t>
      </w:r>
    </w:p>
    <w:p>
      <w:pPr>
        <w:jc w:val="right"/>
      </w:pPr>
      <w:r>
        <w:t>کچھ نہ کچھ differences آئیں گے۔ یہ تو ہونا ہی ہونا ہے، but natural۔ اب کرنا کیا چاہیے؟</w:t>
      </w:r>
    </w:p>
    <w:p>
      <w:r>
        <w:rPr>
          <w:b/>
        </w:rPr>
        <w:t xml:space="preserve">[35:34] </w:t>
      </w:r>
      <w:r>
        <w:t>karna yeh chahiye ke bhai sabr, sabr, bardasht, sabr, bardasht, tahammul, patience. dekhein patience kya cheez hai? patience jo hai woh koi cowardice nahi hai, boz dili nahi hai.</w:t>
      </w:r>
    </w:p>
    <w:p>
      <w:pPr>
        <w:jc w:val="right"/>
      </w:pPr>
      <w:r>
        <w:t>کرنا یہ چاہیے کہ بھئی صبر، صبر، برداشت، صبر، برداشت، تحمل، patience۔ دیکھیں patience کیا چیز ہے؟ Patience جو ہے وہ کوئی cowardice نہیں ہے، بزدلی نہیں ہے۔</w:t>
      </w:r>
    </w:p>
    <w:p>
      <w:r>
        <w:rPr>
          <w:b/>
        </w:rPr>
        <w:t xml:space="preserve">[35:47] </w:t>
      </w:r>
      <w:r>
        <w:t>patience means wise planning. patience means wise planning. yani jab koi baat aayi to aap bhadke nahi.</w:t>
      </w:r>
    </w:p>
    <w:p>
      <w:pPr>
        <w:jc w:val="right"/>
      </w:pPr>
      <w:r>
        <w:t>Patience means wise planning۔ Patience means wise planning۔ یعنی جب کوئی بات آئی تو آپ بھڑکے نہیں۔</w:t>
      </w:r>
    </w:p>
    <w:p>
      <w:r>
        <w:rPr>
          <w:b/>
        </w:rPr>
        <w:t xml:space="preserve">[36:01] </w:t>
      </w:r>
      <w:r>
        <w:t>aap bhadke nahi, provoke nahi hue.</w:t>
      </w:r>
    </w:p>
    <w:p>
      <w:pPr>
        <w:jc w:val="right"/>
      </w:pPr>
      <w:r>
        <w:t>آپ بھڑکے نہیں، provoke نہیں ہوئے۔</w:t>
      </w:r>
    </w:p>
    <w:p>
      <w:r>
        <w:rPr>
          <w:b/>
        </w:rPr>
        <w:t xml:space="preserve">[36:04] </w:t>
      </w:r>
      <w:r>
        <w:t>aap le kar ke sochne, discuss karne lage, mashwara karne lage. assessment lene lage. khoob socha, khoob.</w:t>
      </w:r>
    </w:p>
    <w:p>
      <w:pPr>
        <w:jc w:val="right"/>
      </w:pPr>
      <w:r>
        <w:t>آپ لے کے سوچنے، discuss کرنے لگے، مشورہ کرنے لگے۔ Assessment لینے لگے۔ خوب سوچا، خوب۔</w:t>
      </w:r>
    </w:p>
    <w:p>
      <w:r>
        <w:rPr>
          <w:b/>
        </w:rPr>
        <w:t xml:space="preserve">[36:13] </w:t>
      </w:r>
      <w:r>
        <w:t>aur phir soch samajh kar ek plan banaya.</w:t>
      </w:r>
    </w:p>
    <w:p>
      <w:pPr>
        <w:jc w:val="right"/>
      </w:pPr>
      <w:r>
        <w:t>اور پھر سوچ سمجھ کر ایک plan بنایا۔</w:t>
      </w:r>
    </w:p>
    <w:p>
      <w:r>
        <w:rPr>
          <w:b/>
        </w:rPr>
        <w:t xml:space="preserve">[36:18] </w:t>
      </w:r>
      <w:r>
        <w:t>aur doosra kya hai ke jab koi situation create hui to aap bhadak uthe, provoke ho gaye aur ladne lage. to gharon mein kya hota hai?</w:t>
      </w:r>
    </w:p>
    <w:p>
      <w:pPr>
        <w:jc w:val="right"/>
      </w:pPr>
      <w:r>
        <w:t>اور دوسرا کیا ہے کہ جب کوئی situation create ہوئی تو آپ بھڑک اٹھے، provoke ہو گئے اور لڑنے لگے۔ تو گھروں میں کیا ہوتا ہے؟</w:t>
      </w:r>
    </w:p>
    <w:p>
      <w:r>
        <w:rPr>
          <w:b/>
        </w:rPr>
        <w:t xml:space="preserve">[36:27] </w:t>
      </w:r>
      <w:r>
        <w:t>talaq, talaq hota hai isi wajah se. qom mein kya hota hai? ladai chhad jati hai isi wajah se.</w:t>
      </w:r>
    </w:p>
    <w:p>
      <w:pPr>
        <w:jc w:val="right"/>
      </w:pPr>
      <w:r>
        <w:t>طلاق، طلاق ہوتا ہے اسی وجہ سے۔ قوم میں کیا ہوتا ہے؟ لڑائی چھڑ جاتی ہے اسی وجہ سے۔</w:t>
      </w:r>
    </w:p>
    <w:p>
      <w:r>
        <w:rPr>
          <w:b/>
        </w:rPr>
        <w:t xml:space="preserve">[36:34] </w:t>
      </w:r>
      <w:r>
        <w:t>ghar ki talaq aur mukhtalif countries ke beech mein ladai sab hoti hai ek hi wajah se ke sabr nahi kar paate, sabr nahi dikha paate, patience nahi dikha paate.</w:t>
      </w:r>
    </w:p>
    <w:p>
      <w:pPr>
        <w:jc w:val="right"/>
      </w:pPr>
      <w:r>
        <w:t>گھر کی طلاق اور مختلف countries کے بیچ میں لڑائی سب ہوتی ہے ایک ہی وجہ سے کہ صبر نہیں کر پاتے، صبر نہیں دکھا پاتے، patience نہیں دکھا پاتے۔</w:t>
      </w:r>
    </w:p>
    <w:p>
      <w:r>
        <w:rPr>
          <w:b/>
        </w:rPr>
        <w:t xml:space="preserve">[36:47] </w:t>
      </w:r>
      <w:r>
        <w:t>poori history mein yeh hua hai, poori history mein.</w:t>
      </w:r>
    </w:p>
    <w:p>
      <w:pPr>
        <w:jc w:val="right"/>
      </w:pPr>
      <w:r>
        <w:t>پوری history میں یہ ہوا ہے، پوری history میں۔</w:t>
      </w:r>
    </w:p>
    <w:p>
      <w:r>
        <w:rPr>
          <w:b/>
        </w:rPr>
        <w:t xml:space="preserve">[36:53] </w:t>
      </w:r>
      <w:r>
        <w:t>to sab se badi cheez hai power of patience. is se badi koi cheez nahi.</w:t>
      </w:r>
    </w:p>
    <w:p>
      <w:pPr>
        <w:jc w:val="right"/>
      </w:pPr>
      <w:r>
        <w:t>تو سب سے بڑی چیز ہے power of patience۔ اس سے بڑی کوئی چیز نہیں۔</w:t>
      </w:r>
    </w:p>
    <w:p>
      <w:r>
        <w:rPr>
          <w:b/>
        </w:rPr>
        <w:t xml:space="preserve">[37:02] </w:t>
      </w:r>
      <w:r>
        <w:t>impatience sab se badi kamzori hai. impatience sab se badi bhi kamzori hai. aur patience sab se badi taqat hai.</w:t>
      </w:r>
    </w:p>
    <w:p>
      <w:pPr>
        <w:jc w:val="right"/>
      </w:pPr>
      <w:r>
        <w:t>Impatience سب سے بڑی کمزوری ہے۔ Impatience سب سے بڑی بھی کمزوری ہے۔ اور patience سب سے بڑی طاقت ہے۔</w:t>
      </w:r>
    </w:p>
    <w:p>
      <w:r>
        <w:rPr>
          <w:b/>
        </w:rPr>
        <w:t xml:space="preserve">[37:13] </w:t>
      </w:r>
      <w:r>
        <w:t>kyun ke jab aap, kyun ke jaisa ke maine arz kiya, situation to create ho gi, unwanted situation. jo aap ko achhi na lage, yeh to hoga.</w:t>
      </w:r>
    </w:p>
    <w:p>
      <w:pPr>
        <w:jc w:val="right"/>
      </w:pPr>
      <w:r>
        <w:t>کیونکہ جب آپ، کیونکہ جیسا کہ میں نے عرض کیا، situation تو create ہو گی، unwanted situation۔ جو آپ کو اچھی نہ لگے، یہ تو ہوگا۔</w:t>
      </w:r>
    </w:p>
    <w:p>
      <w:r>
        <w:rPr>
          <w:b/>
        </w:rPr>
        <w:t xml:space="preserve">[37:28] </w:t>
      </w:r>
      <w:r>
        <w:t>to jab koi situation aisi create hoti hai to us waqt do baatein hoti hain. ek problem. lekin saath saath opportunities bhi.</w:t>
      </w:r>
    </w:p>
    <w:p>
      <w:pPr>
        <w:jc w:val="right"/>
      </w:pPr>
      <w:r>
        <w:t>تو جب کوئی situation ایسی create ہوتی ہے تو اس وقت دو باتیں ہوتی ہیں۔ ایک problem۔ لیکن ساتھ ساتھ opportunities بھی۔</w:t>
      </w:r>
    </w:p>
    <w:p>
      <w:r>
        <w:rPr>
          <w:b/>
        </w:rPr>
        <w:t xml:space="preserve">[37:37] </w:t>
      </w:r>
      <w:r>
        <w:t>jis hadith mein aata hai, jo maine abhi parhi hadith aap ke samne hai. un</w:t>
      </w:r>
    </w:p>
    <w:p>
      <w:pPr>
        <w:jc w:val="right"/>
      </w:pPr>
      <w:r>
        <w:t>جس حدیث میں آتا ہے، جو میں نے ابھی پڑھی حدیث آپ کے سامنے ہے۔ ان</w:t>
      </w:r>
    </w:p>
    <w:p>
      <w:r>
        <w:rPr>
          <w:b/>
        </w:rPr>
        <w:t xml:space="preserve">[37:45] </w:t>
      </w:r>
      <w:r>
        <w:t>yani with every problem there are opportunities. yeh hadith hai. With every problem there are opportunities.</w:t>
      </w:r>
    </w:p>
    <w:p>
      <w:pPr>
        <w:jc w:val="right"/>
      </w:pPr>
      <w:r>
        <w:t>یعنی with every problem there are opportunities۔ یہ حدیث ہے۔ With every problem there are opportunities۔</w:t>
      </w:r>
    </w:p>
    <w:p>
      <w:r>
        <w:rPr>
          <w:b/>
        </w:rPr>
        <w:t xml:space="preserve">[37:56] </w:t>
      </w:r>
      <w:r>
        <w:t>donon hamesha sath sath rahenge,</w:t>
      </w:r>
    </w:p>
    <w:p>
      <w:pPr>
        <w:jc w:val="right"/>
      </w:pPr>
      <w:r>
        <w:t>دونوں ہمیشہ ساتھ ساتھ رہیں گے،</w:t>
      </w:r>
    </w:p>
    <w:p>
      <w:r>
        <w:rPr>
          <w:b/>
        </w:rPr>
        <w:t xml:space="preserve">[37:58] </w:t>
      </w:r>
      <w:r>
        <w:t>yeh donon twin hain, twin hain. Yani problem aur opportunity donon twin hain. Kabhi aisa nahi hoga, yaad rakhiye, kabhi aisa nahi hoga. Problem ho, opportunities na hon.</w:t>
      </w:r>
    </w:p>
    <w:p>
      <w:pPr>
        <w:jc w:val="right"/>
      </w:pPr>
      <w:r>
        <w:t>یہ دونوں twin ہیں، twin ہیں۔ یعنی problem اور opportunity دونوں twin ہیں۔ کبھی ایسا نہیں ہوگا، یاد رکھیے، کبھی ایسا نہیں ہوگا۔ Problem ہو، opportunities نہ ہوں۔</w:t>
      </w:r>
    </w:p>
    <w:p>
      <w:r>
        <w:rPr>
          <w:b/>
        </w:rPr>
        <w:t xml:space="preserve">[38:11] </w:t>
      </w:r>
      <w:r>
        <w:t>to sahi tareeqa kya hai? Jab aap bhadakte nahi hain, jab aap mushtael nahi hote to kya karte hain? Aap dhoondne lagte hain ke bhai opportunities kahan hain.</w:t>
      </w:r>
    </w:p>
    <w:p>
      <w:pPr>
        <w:jc w:val="right"/>
      </w:pPr>
      <w:r>
        <w:t>تو صحیح طریقہ کیا ہے؟ جب آپ بھڑکتے نہیں ہیں، جب آپ مشتعل نہیں ہوتے تو کیا کرتے ہیں؟ آپ ڈھونڈنے لگتے ہیں کہ بھئی opportunities کہاں ہیں۔</w:t>
      </w:r>
    </w:p>
    <w:p>
      <w:r>
        <w:rPr>
          <w:b/>
        </w:rPr>
        <w:t xml:space="preserve">[38:24] </w:t>
      </w:r>
      <w:r>
        <w:t>Jab bhadak uthenge, aap ghusse mein aa jayenge to aap andhe ho jayenge. Aap jante hain ghussa andha karta hai aadmi ko.</w:t>
      </w:r>
    </w:p>
    <w:p>
      <w:pPr>
        <w:jc w:val="right"/>
      </w:pPr>
      <w:r>
        <w:t>جب بھڑک اٹھیں گے، آپ غصے میں آ جائیں گے تو آپ اندھے ہو جائیں گے۔ آپ جانتے ہیں غصہ اندھا کرتا ہے آدمی کو۔</w:t>
      </w:r>
    </w:p>
    <w:p>
      <w:r>
        <w:rPr>
          <w:b/>
        </w:rPr>
        <w:t xml:space="preserve">[38:35] </w:t>
      </w:r>
      <w:r>
        <w:t>Ghussa andha karta hai aadmi ko. To andhe banne ka nuqsan kya hoga? Opportunities aap ko dikhai nahi dengi.</w:t>
      </w:r>
    </w:p>
    <w:p>
      <w:pPr>
        <w:jc w:val="right"/>
      </w:pPr>
      <w:r>
        <w:t>غصہ اندھا کرتا ہے آدمی کو۔ تو اندھے بننے کا نقصان کیا ہوگا؟ Opportunities آپ کو دکھائی نہیں دیں گی۔</w:t>
      </w:r>
    </w:p>
    <w:p>
      <w:r>
        <w:rPr>
          <w:b/>
        </w:rPr>
        <w:t xml:space="preserve">[38:46] </w:t>
      </w:r>
      <w:r>
        <w:t>Opportunities aap ko dikhai nahi dengi. Masalan Pakistaniyon ko India se nafrat ho gayi.</w:t>
      </w:r>
    </w:p>
    <w:p>
      <w:pPr>
        <w:jc w:val="right"/>
      </w:pPr>
      <w:r>
        <w:t>Opportunities آپ کو دکھائی نہیں دیں گی۔ مثلاً پاکستانیوں کو انڈیا سے نفرت ہو گئی۔</w:t>
      </w:r>
    </w:p>
    <w:p>
      <w:r>
        <w:rPr>
          <w:b/>
        </w:rPr>
        <w:t xml:space="preserve">[38:54] </w:t>
      </w:r>
      <w:r>
        <w:t>To kya hua? Un ko yeh dikhai nahi diya ke India to bohat strong hai, bohat taqatwar hai. Hum agar ladenge to hum hi harrenge. Yeh nahi dekha unhon ne.</w:t>
      </w:r>
    </w:p>
    <w:p>
      <w:pPr>
        <w:jc w:val="right"/>
      </w:pPr>
      <w:r>
        <w:t>تو کیا ہوا؟ ان کو یہ دکھائی نہیں دیا کہ انڈیا تو بہت strong ہے، بہت طاقتور ہے۔ ہم اگر لڑیں گے تو ہم ہی ہاریں گے۔ یہ نہیں دیکھا انہوں نے۔</w:t>
      </w:r>
    </w:p>
    <w:p>
      <w:r>
        <w:rPr>
          <w:b/>
        </w:rPr>
        <w:t xml:space="preserve">[39:06] </w:t>
      </w:r>
      <w:r>
        <w:t>Yani agar woh ghusse mein andhe, nafrat mein andhe na ho gaye hote.</w:t>
      </w:r>
    </w:p>
    <w:p>
      <w:pPr>
        <w:jc w:val="right"/>
      </w:pPr>
      <w:r>
        <w:t>یعنی اگر وہ غصے میں اندھے، نفرت میں اندھے نہ ہو گئے ہوتے۔</w:t>
      </w:r>
    </w:p>
    <w:p>
      <w:r>
        <w:rPr>
          <w:b/>
        </w:rPr>
        <w:t xml:space="preserve">[39:14] </w:t>
      </w:r>
      <w:r>
        <w:t>Nafrat mein andhe na ho gaye hote to woh sochte ke bhai India se ladne ka matlab kya hai? Baat cheet karo.</w:t>
      </w:r>
    </w:p>
    <w:p>
      <w:pPr>
        <w:jc w:val="right"/>
      </w:pPr>
      <w:r>
        <w:t>نفرت میں اندھے نہ ہو گئے ہوتے تو وہ سوچتے کہ بھئی انڈیا سے لڑنے کا مطلب کیا ہے؟ بات چیت کرو۔</w:t>
      </w:r>
    </w:p>
    <w:p>
      <w:r>
        <w:rPr>
          <w:b/>
        </w:rPr>
        <w:t xml:space="preserve">[39:22] </w:t>
      </w:r>
      <w:r>
        <w:t>Woh to hum se zyada strong hai, hum zyada bara hai. To ladna kya hai? Baat cheet karo. Lekin jab nafrat aa gayi, jab hate aa gayi, jab ghussa aa gaya to sab kuch oujhal ho gaya.</w:t>
      </w:r>
    </w:p>
    <w:p>
      <w:pPr>
        <w:jc w:val="right"/>
      </w:pPr>
      <w:r>
        <w:t>وہ تو ہم سے زیادہ strong ہے، ہم زیادہ بڑا ہے۔ تو لڑنا کیا ہے؟ بات چیت کرو۔ لیکن جب نفرت آ گئی، جب hate آ گئی، جب غصہ آ گیا تو سب کچھ اوجھل ہو گیا۔</w:t>
      </w:r>
    </w:p>
    <w:p>
      <w:r>
        <w:rPr>
          <w:b/>
        </w:rPr>
        <w:t xml:space="preserve">[39:38] </w:t>
      </w:r>
      <w:r>
        <w:t>Kuch dikhai nahi diya, bas ladai.</w:t>
      </w:r>
    </w:p>
    <w:p>
      <w:pPr>
        <w:jc w:val="right"/>
      </w:pPr>
      <w:r>
        <w:t>کچھ دکھائی نہیں دیا، بس لڑائی۔</w:t>
      </w:r>
    </w:p>
    <w:p>
      <w:r>
        <w:rPr>
          <w:b/>
        </w:rPr>
        <w:t xml:space="preserve">[39:42] </w:t>
      </w:r>
      <w:r>
        <w:t>Aur char baar lad ke, char baar haare.</w:t>
      </w:r>
    </w:p>
    <w:p>
      <w:pPr>
        <w:jc w:val="right"/>
      </w:pPr>
      <w:r>
        <w:t>اور چار بار لڑ کے، چار بار ہارے۔</w:t>
      </w:r>
    </w:p>
    <w:p>
      <w:r>
        <w:rPr>
          <w:b/>
        </w:rPr>
        <w:t xml:space="preserve">[39:47] </w:t>
      </w:r>
      <w:r>
        <w:t>Aur agar woh aql se kaam lete to sochte ke bhai dekho Kashmir to ek problem hai, sath sath enormous opportunities hain.</w:t>
      </w:r>
    </w:p>
    <w:p>
      <w:pPr>
        <w:jc w:val="right"/>
      </w:pPr>
      <w:r>
        <w:t>اور اگر وہ عقل سے کام لیتے تو سوچتے کہ بھئی دیکھو کشمیر تو ایک problem ہے، ساتھ ساتھ enormous opportunities ہیں۔</w:t>
      </w:r>
    </w:p>
    <w:p>
      <w:r>
        <w:rPr>
          <w:b/>
        </w:rPr>
        <w:t xml:space="preserve">[39:57] </w:t>
      </w:r>
      <w:r>
        <w:t>Enormous opportunities hain. Aur woh hai tijarat, business. Misal ke taur par dekhiye, Pakistan mein sui gas nikli, yahan gas nahi thi.</w:t>
      </w:r>
    </w:p>
    <w:p>
      <w:pPr>
        <w:jc w:val="right"/>
      </w:pPr>
      <w:r>
        <w:t>Enormous opportunities ہیں۔ اور وہ ہے تجارت، business۔ مثال کے طور پر دیکھیے، پاکستان میں سوئی گیس نکلی، یہاں گیس نہیں تھی۔</w:t>
      </w:r>
    </w:p>
    <w:p>
      <w:r>
        <w:rPr>
          <w:b/>
        </w:rPr>
        <w:t xml:space="preserve">[40:09] </w:t>
      </w:r>
      <w:r>
        <w:t>Pakistan India ko bechta sui gas. Pakistan ko koyle chahiye. Hum India mein koyle ki bharmar hai aur Pakistan mein koyle nahi hai.</w:t>
      </w:r>
    </w:p>
    <w:p>
      <w:pPr>
        <w:jc w:val="right"/>
      </w:pPr>
      <w:r>
        <w:t>پاکستان انڈیا کو بیچتا سوئی گیس۔ پاکستان کو کوئلہ چاہیے۔ ہم انڈیا میں کوئلے کی بھرمار ہے اور پاکستان میں کوئلہ نہیں ہے۔</w:t>
      </w:r>
    </w:p>
    <w:p>
      <w:r>
        <w:rPr>
          <w:b/>
        </w:rPr>
        <w:t xml:space="preserve">[40:20] </w:t>
      </w:r>
      <w:r>
        <w:t>To Pakistan wale Australia se koyle late hain, itni door ja kar ke. Yani paros mein koyle maujood hai. Pakistan ke paros mein koyle maujood hai.</w:t>
      </w:r>
    </w:p>
    <w:p>
      <w:pPr>
        <w:jc w:val="right"/>
      </w:pPr>
      <w:r>
        <w:t>تو پاکستان والے آسٹریلیا سے کوئلہ لاتے ہیں، اتنی دور جا کر کے۔ یعنی پڑوس میں کوئلہ موجود ہے۔ پاکستان کے پڑوس میں کوئلہ موجود ہے۔</w:t>
      </w:r>
    </w:p>
    <w:p>
      <w:r>
        <w:rPr>
          <w:b/>
        </w:rPr>
        <w:t xml:space="preserve">[40:31] </w:t>
      </w:r>
      <w:r>
        <w:t>Aap jante hain ke India mein bohat koyle hai, bohat koyle hai. Aur Pakistan ke paas nahi koyle hai.</w:t>
      </w:r>
    </w:p>
    <w:p>
      <w:pPr>
        <w:jc w:val="right"/>
      </w:pPr>
      <w:r>
        <w:t>آپ جانتے ہیں کہ انڈیا میں بہت کوئلہ ہے، بہت کوئلہ ہے۔ اور پاکستان کے پاس نہیں کوئلہ ہے۔</w:t>
      </w:r>
    </w:p>
    <w:p>
      <w:r>
        <w:rPr>
          <w:b/>
        </w:rPr>
        <w:t xml:space="preserve">[40:38] </w:t>
      </w:r>
      <w:r>
        <w:t>To aap dekhen kitni bari, yani stupid policies dekhiye ke apne neighborhood se nahi kharidte.</w:t>
      </w:r>
    </w:p>
    <w:p>
      <w:pPr>
        <w:jc w:val="right"/>
      </w:pPr>
      <w:r>
        <w:t>تو آپ دیکھیں کتنی بڑی، یعنی stupid policies دیکھیے کہ اپنے neighborhood سے نہیں خریدتے۔</w:t>
      </w:r>
    </w:p>
    <w:p>
      <w:r>
        <w:rPr>
          <w:b/>
        </w:rPr>
        <w:t xml:space="preserve">[40:47] </w:t>
      </w:r>
      <w:r>
        <w:t>Ja kar Australia se late hain aur kai guna mehenga ho jata hai woh. Kai guna mehenga ho jata hai woh. To kyun? Andhe pan mein.</w:t>
      </w:r>
    </w:p>
    <w:p>
      <w:pPr>
        <w:jc w:val="right"/>
      </w:pPr>
      <w:r>
        <w:t>جا کر آسٹریلیا سے لاتے ہیں اور کئی گنا مہنگا ہو جاتا ہے وہ۔ کئی گنا مہنگا ہو جاتا ہے وہ۔ تو کیوں؟ اندھے پن میں۔</w:t>
      </w:r>
    </w:p>
    <w:p>
      <w:r>
        <w:rPr>
          <w:b/>
        </w:rPr>
        <w:t xml:space="preserve">[40:58] </w:t>
      </w:r>
      <w:r>
        <w:t>To agar jo problem hua tha India aur Pakistan ke beech mein, Kashmir ko le kar, woh nafrat mein na doobte, bhadakte nahi, ghussa na karte to sochte ke bhai problem ho gaya hai to theek hai, is par baat cheet karenge.</w:t>
      </w:r>
    </w:p>
    <w:p>
      <w:pPr>
        <w:jc w:val="right"/>
      </w:pPr>
      <w:r>
        <w:t>تو اگر جو problem ہوا تھا انڈیا اور پاکستان کے بیچ میں، کشمیر کو لے کر، وہ نفرت میں نہ ڈوبتے، بھڑکتے نہیں، غصہ نہ کرتے تو سوچتے کہ بھئی problem ہو گیا ہے تو ٹھیک ہے، اس پر بات چیت کریں گے۔</w:t>
      </w:r>
    </w:p>
    <w:p>
      <w:r>
        <w:rPr>
          <w:b/>
        </w:rPr>
        <w:t xml:space="preserve">[41:13] </w:t>
      </w:r>
      <w:r>
        <w:t>Baqi jo, yani jo opportunities is ka avail bhi karenge sath sath. Isi ko main kehta hoon ke dealing ki policy. Yani you have to dealing problem from opportunities.</w:t>
      </w:r>
    </w:p>
    <w:p>
      <w:pPr>
        <w:jc w:val="right"/>
      </w:pPr>
      <w:r>
        <w:t>باقی جو، یعنی جو opportunities اس کا avail بھی کریں گے ساتھ ساتھ۔ اسی کو میں کہتا ہوں کہ dealing کی policy۔ یعنی you have to dealing problem from opportunities۔</w:t>
      </w:r>
    </w:p>
    <w:p>
      <w:r>
        <w:rPr>
          <w:b/>
        </w:rPr>
        <w:t xml:space="preserve">[41:28] </w:t>
      </w:r>
      <w:r>
        <w:t>Thande dil se sochte hain, bilkul thande. To kehte hain ke bhai table par rakh do Kashmir ke issue ko, baat cheet karo. Baqi hum tourism chalayenge India se.</w:t>
      </w:r>
    </w:p>
    <w:p>
      <w:pPr>
        <w:jc w:val="right"/>
      </w:pPr>
      <w:r>
        <w:t>ٹھنڈے دل سے سوچتے ہیں، بالکل ٹھنڈے۔ تو کہتے ہیں کہ بھئی table پر رکھ دو کشمیر کے issue کو، بات چیت کرو۔ باقی ہم tourism چلائیں گے انڈیا سے۔</w:t>
      </w:r>
    </w:p>
    <w:p>
      <w:r>
        <w:rPr>
          <w:b/>
        </w:rPr>
        <w:t xml:space="preserve">[41:41] </w:t>
      </w:r>
      <w:r>
        <w:t>Tourism hai, education hai, business hai. Yeh sab khol do darwaze, sab. Khoob. To arbon, kharbon, yani trillion trillion dollar ka nuqsan kiya hai is policy ki wajah se.</w:t>
      </w:r>
    </w:p>
    <w:p>
      <w:pPr>
        <w:jc w:val="right"/>
      </w:pPr>
      <w:r>
        <w:t>Tourism ہے، education ہے، business ہے۔ یہ سب کھول دو دروازے، سب۔ خوب۔ تو اربوں، کھربوں، یعنی trillion trillion ڈالر کا نقصان کیا ہے اس policy کی وجہ سے۔</w:t>
      </w:r>
    </w:p>
    <w:p>
      <w:r>
        <w:rPr>
          <w:b/>
        </w:rPr>
        <w:t xml:space="preserve">[41:57] </w:t>
      </w:r>
      <w:r>
        <w:t>yahan tak ke ab samjha jata hai ke pakistan ko failed state, yaani amreeka ki madad pe chal raha hai woh. ghor kijiye, failed state.</w:t>
      </w:r>
    </w:p>
    <w:p>
      <w:pPr>
        <w:jc w:val="right"/>
      </w:pPr>
      <w:r>
        <w:t>یہاں تک کہ اب سمجھا جاتا ہے کہ پاکستان کو failed state، یعنی امریکہ کی مدد پہ چل رہا ہے وہ۔ غور کیجیے، failed state۔</w:t>
      </w:r>
    </w:p>
    <w:p>
      <w:r>
        <w:rPr>
          <w:b/>
        </w:rPr>
        <w:t xml:space="preserve">[42:07] </w:t>
      </w:r>
      <w:r>
        <w:t>kyun? jangon mein itna nuqsan uthaya unhon ne. to power of patience ka matlab kya hai?</w:t>
      </w:r>
    </w:p>
    <w:p>
      <w:pPr>
        <w:jc w:val="right"/>
      </w:pPr>
      <w:r>
        <w:t>کیوں؟ جنگوں میں اتنا نقصان اٹھایا انہوں نے۔ تو power of patience کا مطلب کیا ہے؟</w:t>
      </w:r>
    </w:p>
    <w:p>
      <w:r>
        <w:rPr>
          <w:b/>
        </w:rPr>
        <w:t xml:space="preserve">[42:16] </w:t>
      </w:r>
      <w:r>
        <w:t>ke aap wise planning nahi kar sakte.</w:t>
      </w:r>
    </w:p>
    <w:p>
      <w:pPr>
        <w:jc w:val="right"/>
      </w:pPr>
      <w:r>
        <w:t>کہ آپ wise planning نہیں کر سکتے۔</w:t>
      </w:r>
    </w:p>
    <w:p>
      <w:r>
        <w:rPr>
          <w:b/>
        </w:rPr>
        <w:t xml:space="preserve">[42:19] </w:t>
      </w:r>
      <w:r>
        <w:t>ek martaba ek sahib se jo bohat woh achhe kamyab businessman the, to maine apne pichhle mindset mera jo tha, jo gaon mein bana tha woh wala, to maine kaha ke business mein sab se achhi cheez hai hard labor.</w:t>
      </w:r>
    </w:p>
    <w:p>
      <w:pPr>
        <w:jc w:val="right"/>
      </w:pPr>
      <w:r>
        <w:t>ایک مرتبہ ایک صاحب سے جو بہت وہ اچھے کامیاب businessman تھے، تو میں نے اپنے پچھلے mindset میرا جو تھا، جو گاؤں میں بنا تھا وہ والا، تو میں نے کہا کہ business میں سب سے اچھی چیز ہے hard labor۔</w:t>
      </w:r>
    </w:p>
    <w:p>
      <w:r>
        <w:rPr>
          <w:b/>
        </w:rPr>
        <w:t xml:space="preserve">[42:35] </w:t>
      </w:r>
      <w:r>
        <w:t>maine kaha main is se exchange karta hoon, baat cheet karta hoon, discuss karta hoon, is se mujh ko faida hota hai. to unhon ne kaha ke woh pehle ki baat hai, ab hard labor secondary cheez ban gayi hai.</w:t>
      </w:r>
    </w:p>
    <w:p>
      <w:pPr>
        <w:jc w:val="right"/>
      </w:pPr>
      <w:r>
        <w:t>میں نے کہا میں اس سے exchange کرتا ہوں، بات چیت کرتا ہوں، discuss کرتا ہوں، اس سے مجھ کو فائدہ ہوتا ہے۔ تو انہوں نے کہا کہ وہ پہلے کی بات ہے، اب hard labor secondary چیز بن گئی ہے۔</w:t>
      </w:r>
    </w:p>
    <w:p>
      <w:r>
        <w:rPr>
          <w:b/>
        </w:rPr>
        <w:t xml:space="preserve">[42:50] </w:t>
      </w:r>
      <w:r>
        <w:t>ek kamyab tajar tha woh, parha likha tha woh. to main to gaon mein paida hua, wohi raha, to bas samajhta tha sab se badi cheez hai, kyunke woh agriculture ka zamana tha.</w:t>
      </w:r>
    </w:p>
    <w:p>
      <w:pPr>
        <w:jc w:val="right"/>
      </w:pPr>
      <w:r>
        <w:t>ایک کامیاب تاجر تھا وہ، پڑھا لکھا تھا وہ۔ تو میں تو گاؤں میں پیدا ہوا، وہی رہا، تو بس سمجھتا تھا سب سے بڑی چیز ہے، کیونکہ وہ agriculture کا زمانہ تھا۔</w:t>
      </w:r>
    </w:p>
    <w:p>
      <w:r>
        <w:rPr>
          <w:b/>
        </w:rPr>
        <w:t xml:space="preserve">[43:01] </w:t>
      </w:r>
      <w:r>
        <w:t>agriculture mein kya hai? mehnat karo, mehnat karo, mehnat karo, bas aur kya hai? to apne is mindset ko le kar ke maine kaha ke business mein sab se badi cheez jo hai kamyabi ke liye hard labor.</w:t>
      </w:r>
    </w:p>
    <w:p>
      <w:pPr>
        <w:jc w:val="right"/>
      </w:pPr>
      <w:r>
        <w:t>Agriculture میں کیا ہے؟ محنت کرو، محنت کرو، محنت کرو، بس اور کیا ہے؟ تو اپنے اس mindset کو لے کر کے میں نے کہا کہ business میں سب سے بڑی چیز جو ہے کامیابی کے لیے hard labor۔</w:t>
      </w:r>
    </w:p>
    <w:p>
      <w:r>
        <w:rPr>
          <w:b/>
        </w:rPr>
        <w:t xml:space="preserve">[43:16] </w:t>
      </w:r>
      <w:r>
        <w:t>kaha ke nahi, nahi, nahi. planning sab se badi cheez hai.</w:t>
      </w:r>
    </w:p>
    <w:p>
      <w:pPr>
        <w:jc w:val="right"/>
      </w:pPr>
      <w:r>
        <w:t>کہا کہ نہیں، نہیں، نہیں۔ Planning سب سے بڑی چیز ہے۔</w:t>
      </w:r>
    </w:p>
    <w:p>
      <w:r>
        <w:rPr>
          <w:b/>
        </w:rPr>
        <w:t xml:space="preserve">[43:21] </w:t>
      </w:r>
      <w:r>
        <w:t>planning number one par hai, hard labor number do par hai.</w:t>
      </w:r>
    </w:p>
    <w:p>
      <w:pPr>
        <w:jc w:val="right"/>
      </w:pPr>
      <w:r>
        <w:t>Planning نمبر one پر ہے، hard labor نمبر دو پر ہے۔</w:t>
      </w:r>
    </w:p>
    <w:p>
      <w:r>
        <w:rPr>
          <w:b/>
        </w:rPr>
        <w:t xml:space="preserve">[43:28] </w:t>
      </w:r>
      <w:r>
        <w:t>ab yeh kaise aadmi ko samajh mein aata hai? jab soche woh. jab ghusse mein aa jayenge to kuch nahi dikhai padega aap ko. to sabr ka sab se bada faida yeh hai ke aap wise planning kar paate hain.</w:t>
      </w:r>
    </w:p>
    <w:p>
      <w:pPr>
        <w:jc w:val="right"/>
      </w:pPr>
      <w:r>
        <w:t>اب یہ کیسے آدمی کو سمجھ میں آتا ہے؟ جب سوچے وہ۔ جب غصے میں آ جائیں گے تو کچھ نہیں دکھائی پڑے گا آپ کو۔ تو صبر کا سب سے بڑا فائدہ یہ ہے کہ آپ wise planning کر پاتے ہیں۔</w:t>
      </w:r>
    </w:p>
    <w:p>
      <w:r>
        <w:rPr>
          <w:b/>
        </w:rPr>
        <w:t xml:space="preserve">[43:43] </w:t>
      </w:r>
      <w:r>
        <w:t>planning ke liye dekhiye kya karna padta hai? planning ke liye sochna padta hai. apni situation kya hai?</w:t>
      </w:r>
    </w:p>
    <w:p>
      <w:pPr>
        <w:jc w:val="right"/>
      </w:pPr>
      <w:r>
        <w:t>Planning کے لیے دیکھیے کیا کرنا پڑتا ہے؟ Planning کے لیے سوچنا پڑتا ہے۔ اپنی situation کیا ہے؟</w:t>
      </w:r>
    </w:p>
    <w:p>
      <w:r>
        <w:rPr>
          <w:b/>
        </w:rPr>
        <w:t xml:space="preserve">[43:50] </w:t>
      </w:r>
      <w:r>
        <w:t>halat kaise hain? aap ke resources kya hain? bahar ke resources kya hain? in sari cheezon ko assess karna padta hai, examine karna padta hai.</w:t>
      </w:r>
    </w:p>
    <w:p>
      <w:pPr>
        <w:jc w:val="right"/>
      </w:pPr>
      <w:r>
        <w:t>حالات کیسے ہیں؟ آپ کے resources کیا ہیں؟ باہر کے resources کیا ہیں؟ ان ساری چیزوں کو assess کرنا پڑتا ہے، examine کرنا پڑتا ہے۔</w:t>
      </w:r>
    </w:p>
    <w:p>
      <w:r>
        <w:rPr>
          <w:b/>
        </w:rPr>
        <w:t xml:space="preserve">[44:00] </w:t>
      </w:r>
      <w:r>
        <w:t>sare, yaani negative aspect, positive aspect, plus points, negative points sab dekhna padta hai. har cheez ke plus points hote hain, minus points hote hain.</w:t>
      </w:r>
    </w:p>
    <w:p>
      <w:pPr>
        <w:jc w:val="right"/>
      </w:pPr>
      <w:r>
        <w:t>سارے، یعنی negative aspect, positive aspect، plus points، negative points سب دیکھنا پڑتا ہے۔ ہر چیز کے plus points ہوتے ہیں، minus points ہوتے ہیں۔</w:t>
      </w:r>
    </w:p>
    <w:p>
      <w:r>
        <w:rPr>
          <w:b/>
        </w:rPr>
        <w:t xml:space="preserve">[44:11] </w:t>
      </w:r>
      <w:r>
        <w:t>sari cheezon ko assess kar ke phir ek ek banaya jata hai jis ko kehte hain plan. to plan kaun bana payega?</w:t>
      </w:r>
    </w:p>
    <w:p>
      <w:pPr>
        <w:jc w:val="right"/>
      </w:pPr>
      <w:r>
        <w:t>ساری چیزوں کو assess کر کے پھر ایک ایک بنایا جاتا ہے جس کو کہتے ہیں plan۔ تو plan کون بنا پائے گا؟</w:t>
      </w:r>
    </w:p>
    <w:p>
      <w:r>
        <w:rPr>
          <w:b/>
        </w:rPr>
        <w:t xml:space="preserve">[44:21] </w:t>
      </w:r>
      <w:r>
        <w:t>jo jo jo bhadak uthta hai. bhadak uthne wala hai to react karega. jo bhadak utha hai woh react karega.</w:t>
      </w:r>
    </w:p>
    <w:p>
      <w:pPr>
        <w:jc w:val="right"/>
      </w:pPr>
      <w:r>
        <w:t>جو جو جو بھڑک اٹھتا ہے۔ بھڑک اٹھنے والا ہے تو react کرے گا۔ جو بھڑک اٹھا ہے وہ react کرے گا۔</w:t>
      </w:r>
    </w:p>
    <w:p>
      <w:r>
        <w:rPr>
          <w:b/>
        </w:rPr>
        <w:t xml:space="preserve">[44:30] </w:t>
      </w:r>
      <w:r>
        <w:t>woh plan kahan se banaye ga woh? to sab is zamane mein kisi badi achievement ke liye zaroori hai planning. aur planning ke liye kya zaroori hai?</w:t>
      </w:r>
    </w:p>
    <w:p>
      <w:pPr>
        <w:jc w:val="right"/>
      </w:pPr>
      <w:r>
        <w:t>وہ plan کہاں سے بنائے گا وہ؟ تو سب اس زمانے میں کسی بڑی achievement کے لیے ضروری ہے planning۔ اور planning کے لیے کیا ضروری ہے؟</w:t>
      </w:r>
    </w:p>
    <w:p>
      <w:r>
        <w:rPr>
          <w:b/>
        </w:rPr>
        <w:t xml:space="preserve">[44:41] </w:t>
      </w:r>
      <w:r>
        <w:t>sabr, patience. to aap ghor kijiye ke kitna bada faida hai sabr ka aur kitna bada nuqsan hai be sabri ka.</w:t>
      </w:r>
    </w:p>
    <w:p>
      <w:pPr>
        <w:jc w:val="right"/>
      </w:pPr>
      <w:r>
        <w:t>صبر، patience۔ تو آپ غور کیجیے کہ کتنا بڑا فائدہ ہے صبر کا اور کتنا بڑا نقصان ہے بے صبری کا۔</w:t>
      </w:r>
    </w:p>
    <w:p>
      <w:r>
        <w:rPr>
          <w:b/>
        </w:rPr>
        <w:t xml:space="preserve">[44:51] </w:t>
      </w:r>
      <w:r>
        <w:t>jab bhi kahin baat bigadti hai, jab kahin breakdown hota hai, jo be sabri ki wajah se hota hai. mere paas ek sahib aaye ke unhon ne kaha main apni biwi ko talaq dena chahta hoon.</w:t>
      </w:r>
    </w:p>
    <w:p>
      <w:pPr>
        <w:jc w:val="right"/>
      </w:pPr>
      <w:r>
        <w:t>جب بھی کہیں بات بگڑتی ہے، جب کہیں breakdown ہوتا ہے، جو بے صبری کی وجہ سے ہوتا ہے۔ میرے پاس ایک صاحب آئے کہ انہوں نے کہا میں اپنی بیوی کو طلاق دینا چاہتا ہوں۔</w:t>
      </w:r>
    </w:p>
    <w:p>
      <w:r>
        <w:rPr>
          <w:b/>
        </w:rPr>
        <w:t xml:space="preserve">[45:03] </w:t>
      </w:r>
      <w:r>
        <w:t>yeh baat, woh baat, duniya bhar ki baat. to maine kaha theek hai. talaq dene ke liye aap ek hi baithak mein talaq, talaq, talaq mat kijiye. islam ka tareeqa hai, us ko pakriye.</w:t>
      </w:r>
    </w:p>
    <w:p>
      <w:pPr>
        <w:jc w:val="right"/>
      </w:pPr>
      <w:r>
        <w:t>یہ بات، وہ بات، دنیا بھر کی بات۔ تو میں نے کہا ٹھیک ہے۔ طلاق دینے کے لیے آپ ایک ہی بیٹھک میں طلاق، طلاق، طلاق مت کیجیے۔ اسلام کا طریقہ ہے، اس کو پکڑیے۔</w:t>
      </w:r>
    </w:p>
    <w:p>
      <w:r>
        <w:rPr>
          <w:b/>
        </w:rPr>
        <w:t xml:space="preserve">[45:14] </w:t>
      </w:r>
      <w:r>
        <w:t>pehla mahine mein kahiye ke main tum ko ek talaq deta hoon.</w:t>
      </w:r>
    </w:p>
    <w:p>
      <w:pPr>
        <w:jc w:val="right"/>
      </w:pPr>
      <w:r>
        <w:t>پہلے مہینے میں کہیے کہ میں تم کو ایک طلاق دیتا ہوں۔</w:t>
      </w:r>
    </w:p>
    <w:p>
      <w:r>
        <w:rPr>
          <w:b/>
        </w:rPr>
        <w:t xml:space="preserve">[45:19] </w:t>
      </w:r>
      <w:r>
        <w:t>dusra mahine kahiye ke maine tum ko talaq diya. teesra mahine mein us ko finalize kijiye. kai log mere paas aaye, main is tarah un ko bataya to phir lote nahi woh.</w:t>
      </w:r>
    </w:p>
    <w:p>
      <w:pPr>
        <w:jc w:val="right"/>
      </w:pPr>
      <w:r>
        <w:t>دوسرے مہینے کہیے کہ میں نے تم کو طلاق دیا۔ تیسرے مہینے میں اس کو finalize کیجیے۔ کئی لوگ میرے پاس آئے، میں اس طرح ان کو بتایا تو پھر لوٹے نہیں وہ۔</w:t>
      </w:r>
    </w:p>
    <w:p>
      <w:r>
        <w:rPr>
          <w:b/>
        </w:rPr>
        <w:t xml:space="preserve">[45:30] </w:t>
      </w:r>
      <w:r>
        <w:t>kyunke woh sab apna aap ne compromise kar liya hai logon ne. ghussa khatam ho gaya, baat theek ho gayi. ghusse mein baat bigadti hai aur sabr mein baat banti hai.</w:t>
      </w:r>
    </w:p>
    <w:p>
      <w:pPr>
        <w:jc w:val="right"/>
      </w:pPr>
      <w:r>
        <w:t>کیونکہ وہ سب اپنا آپ نے compromise کر لیا ہے لوگوں نے۔ غصہ ختم ہو گیا، بات ٹھیک ہو گئی۔ غصے میں بات بگڑتی ہے اور صبر میں بات بنتی ہے۔</w:t>
      </w:r>
    </w:p>
    <w:p>
      <w:r>
        <w:rPr>
          <w:b/>
        </w:rPr>
        <w:t xml:space="preserve">[45:44] </w:t>
      </w:r>
      <w:r>
        <w:t>ghusse se baat bigadti hai aur sabr ke sath baat banti hai.</w:t>
      </w:r>
    </w:p>
    <w:p>
      <w:pPr>
        <w:jc w:val="right"/>
      </w:pPr>
      <w:r>
        <w:t>غصے سے بات بگڑتی ہے اور صبر کے ساتھ بات بنتی ہے۔</w:t>
      </w:r>
    </w:p>
    <w:p>
      <w:r>
        <w:rPr>
          <w:b/>
        </w:rPr>
        <w:t xml:space="preserve">[45:49] </w:t>
      </w:r>
      <w:r>
        <w:t>jo bhi log talaq, talaq karte hain, woh sab ghusse mein hota hai, ghusse mein. agar woh bardasht kar lein aur aur planning ke tehat karein, planning kar ke to to to talaq denge nahi.</w:t>
      </w:r>
    </w:p>
    <w:p>
      <w:pPr>
        <w:jc w:val="right"/>
      </w:pPr>
      <w:r>
        <w:t>جو بھی لوگ طلاق، طلاق کرتے ہیں، وہ سب غصے میں ہوتا ہے، غصے میں۔ اگر وہ برداشت کر لیں اور اور planning کے تحت کریں، planning کر کے تو تو تو طلاق دیں گے نہیں۔</w:t>
      </w:r>
    </w:p>
    <w:p>
      <w:r>
        <w:rPr>
          <w:b/>
        </w:rPr>
        <w:t xml:space="preserve">[46:06] </w:t>
      </w:r>
      <w:r>
        <w:t>talaq denge nahi.</w:t>
      </w:r>
    </w:p>
    <w:p>
      <w:pPr>
        <w:jc w:val="right"/>
      </w:pPr>
      <w:r>
        <w:t>طلاق دیں گے نہیں۔</w:t>
      </w:r>
    </w:p>
    <w:p>
      <w:r>
        <w:rPr>
          <w:b/>
        </w:rPr>
        <w:t xml:space="preserve">[46:10] </w:t>
      </w:r>
      <w:r>
        <w:t>aisi laraiyan hain jo lar jatay hain dhara dhar. to agar sochen to larai na karen.</w:t>
      </w:r>
    </w:p>
    <w:p>
      <w:pPr>
        <w:jc w:val="right"/>
      </w:pPr>
      <w:r>
        <w:t>ایسی لڑائیاں ہیں جو لڑ جاتے ہیں دھڑا دھڑ۔ تو اگر سوچیں تو لڑائی نہ کریں۔</w:t>
      </w:r>
    </w:p>
    <w:p>
      <w:r>
        <w:rPr>
          <w:b/>
        </w:rPr>
        <w:t xml:space="preserve">[46:17] </w:t>
      </w:r>
      <w:r>
        <w:t>sochen to larai na karen.</w:t>
      </w:r>
    </w:p>
    <w:p>
      <w:pPr>
        <w:jc w:val="right"/>
      </w:pPr>
      <w:r>
        <w:t>سوچیں تو لڑائی نہ کریں۔</w:t>
      </w:r>
    </w:p>
    <w:p>
      <w:r>
        <w:rPr>
          <w:b/>
        </w:rPr>
        <w:t xml:space="preserve">[46:22] </w:t>
      </w:r>
      <w:r>
        <w:t>to yaad rakhiye, sabr ya patience jo hai, is ki woh kyun taqat, woh kyun hai woh taqat? is mein aap ke poore wajood ko aap utilize kar patay hain.</w:t>
      </w:r>
    </w:p>
    <w:p>
      <w:pPr>
        <w:jc w:val="right"/>
      </w:pPr>
      <w:r>
        <w:t>تو یاد رکھیے، صبر یا patience جو ہے، اس کی وہ کیوں طاقت، وہ کیوں ہے وہ طاقت؟ اس میں آپ کے پورے وجود کو آپ utilize کر پاتے ہیں۔</w:t>
      </w:r>
    </w:p>
    <w:p>
      <w:r>
        <w:rPr>
          <w:b/>
        </w:rPr>
        <w:t xml:space="preserve">[46:35] </w:t>
      </w:r>
      <w:r>
        <w:t>poore wajood ko utilize kar patay hain.</w:t>
      </w:r>
    </w:p>
    <w:p>
      <w:pPr>
        <w:jc w:val="right"/>
      </w:pPr>
      <w:r>
        <w:t>پورے وجود کو utilize کر پاتے ہیں۔</w:t>
      </w:r>
    </w:p>
    <w:p>
      <w:r>
        <w:rPr>
          <w:b/>
        </w:rPr>
        <w:t xml:space="preserve">[46:45] </w:t>
      </w:r>
      <w:r>
        <w:t>yani jab aap sabr karen ge to aap sochen ge, apni aqal lagaen ge. sara jo aap ke andar jo capacity hai, us ko utilize karen ge.</w:t>
      </w:r>
    </w:p>
    <w:p>
      <w:pPr>
        <w:jc w:val="right"/>
      </w:pPr>
      <w:r>
        <w:t>یعنی جب آپ صبر کریں گے تو آپ سوچیں گے، اپنی عقل لگائیں گے۔ سارا جو آپ کے اندر جو capacity ہے، اس کو utilize کریں گے۔</w:t>
      </w:r>
    </w:p>
    <w:p>
      <w:r>
        <w:rPr>
          <w:b/>
        </w:rPr>
        <w:t xml:space="preserve">[46:55] </w:t>
      </w:r>
      <w:r>
        <w:t>phir ek plan banayen ge aap. achha, aap jab react karte hain, ghusay mein bhark uthtay hain to poora aap ka wajood nahi is mein utilize hota hai. bas hath se, hath se mislan mar diya aap ne to yeh hath istemal hua.</w:t>
      </w:r>
    </w:p>
    <w:p>
      <w:pPr>
        <w:jc w:val="right"/>
      </w:pPr>
      <w:r>
        <w:t>پھر ایک plan بنائیں گے آپ۔ اچھا، آپ جب react کرتے ہیں، غصے میں بھڑک اٹھتے ہیں تو پورا آپ کا وجود نہیں اس میں utilize ہوتا ہے۔ بس ہاتھ سے، ہاتھ سے مثلاً مار دیا آپ نے تو یہ ہاتھ استعمال ہوا۔</w:t>
      </w:r>
    </w:p>
    <w:p>
      <w:r>
        <w:rPr>
          <w:b/>
        </w:rPr>
        <w:t xml:space="preserve">[47:08] </w:t>
      </w:r>
      <w:r>
        <w:t>mind kahan istemal hua? mind kahan istemal hua?</w:t>
      </w:r>
    </w:p>
    <w:p>
      <w:pPr>
        <w:jc w:val="right"/>
      </w:pPr>
      <w:r>
        <w:t>Mind کہاں استعمال ہوا؟ Mind کہاں استعمال ہوا؟</w:t>
      </w:r>
    </w:p>
    <w:p>
      <w:r>
        <w:rPr>
          <w:b/>
        </w:rPr>
        <w:t xml:space="preserve">[47:14] </w:t>
      </w:r>
      <w:r>
        <w:t>to jab bhi aap react karen ge, aap bhark uthen ge aur bhark kar kuch kaam karen ge to bohat partial sense mein aap ka wajood istemal hoga.</w:t>
      </w:r>
    </w:p>
    <w:p>
      <w:pPr>
        <w:jc w:val="right"/>
      </w:pPr>
      <w:r>
        <w:t>تو جب بھی آپ react کریں گے، آپ بھڑک اٹھیں گے اور بھڑک کر کچھ کام کریں گے تو بہت partial sense میں آپ کا وجود استعمال ہوگا۔</w:t>
      </w:r>
    </w:p>
    <w:p>
      <w:r>
        <w:rPr>
          <w:b/>
        </w:rPr>
        <w:t xml:space="preserve">[47:26] </w:t>
      </w:r>
      <w:r>
        <w:t>aur jab aap planning kar ke kaam karen ge to aap ka poora wajood istemal hoga is mein. poora poora aap ka jo hasti hai, poori poori istemal hogi is mein.</w:t>
      </w:r>
    </w:p>
    <w:p>
      <w:pPr>
        <w:jc w:val="right"/>
      </w:pPr>
      <w:r>
        <w:t>اور جب آپ planning کر کے کام کریں گے تو آپ کا پورا وجود استعمال ہوگا اس میں۔ پورا پورا آپ کا جو ہستی ہے، پوری پوری استعمال ہوگی اس میں۔</w:t>
      </w:r>
    </w:p>
    <w:p>
      <w:r>
        <w:rPr>
          <w:b/>
        </w:rPr>
        <w:t xml:space="preserve">[47:36] </w:t>
      </w:r>
      <w:r>
        <w:t>aap ghor kijiye, kitna farq par jaye ga? kitna ziyada farq par jaye ga?</w:t>
      </w:r>
    </w:p>
    <w:p>
      <w:pPr>
        <w:jc w:val="right"/>
      </w:pPr>
      <w:r>
        <w:t>آپ غور کیجیے، کتنا فرق پڑ جائے گا؟ کتنا زیادہ فرق پڑ جائے گا؟</w:t>
      </w:r>
    </w:p>
    <w:p>
      <w:r>
        <w:rPr>
          <w:b/>
        </w:rPr>
        <w:t xml:space="preserve">[47:46] </w:t>
      </w:r>
      <w:r>
        <w:t>kitna ziyada farq par jaye ga? to behal main yeh kahoon ga ke ek hi formula hai zindagi kamyabi ka, woh hai sabr, patience.</w:t>
      </w:r>
    </w:p>
    <w:p>
      <w:pPr>
        <w:jc w:val="right"/>
      </w:pPr>
      <w:r>
        <w:t>کتنا زیادہ فرق پڑ جائے گا؟ تو بہرحال میں یہ کہوں گا کہ ایک ہی فارمولا ہے زندگی کامیابی کا، وہ ہے صبر، patience۔</w:t>
      </w:r>
    </w:p>
    <w:p>
      <w:r>
        <w:rPr>
          <w:b/>
        </w:rPr>
        <w:t xml:space="preserve">[48:00] </w:t>
      </w:r>
      <w:r>
        <w:t>prophet of islam ki jo life hai, woh poori poori ek hi lafz mein agar bayan karna ho to woh kahen ge sabr ki policy.</w:t>
      </w:r>
    </w:p>
    <w:p>
      <w:pPr>
        <w:jc w:val="right"/>
      </w:pPr>
      <w:r>
        <w:t>Prophet of Islam کی جو life ہے، وہ پوری پوری ایک ہی لفظ میں اگر بیان کرنا ہو تو وہ کہیں گے صبر کی policy۔</w:t>
      </w:r>
    </w:p>
    <w:p>
      <w:r>
        <w:rPr>
          <w:b/>
        </w:rPr>
        <w:t xml:space="preserve">[48:09] </w:t>
      </w:r>
      <w:r>
        <w:t>sabr ki policy. poori poori life.</w:t>
      </w:r>
    </w:p>
    <w:p>
      <w:pPr>
        <w:jc w:val="right"/>
      </w:pPr>
      <w:r>
        <w:t>صبر کی policy۔ پوری پوری life۔</w:t>
      </w:r>
    </w:p>
    <w:p>
      <w:r>
        <w:rPr>
          <w:b/>
        </w:rPr>
        <w:t xml:space="preserve">[48:14] </w:t>
      </w:r>
      <w:r>
        <w:t>yani rasool Allah ke baray mein kaha jata hai ke aap ne bohat bari kamyabi mili aap ko. yani woh poori history mein sab se bari kamyabi aap ko mili.</w:t>
      </w:r>
    </w:p>
    <w:p>
      <w:pPr>
        <w:jc w:val="right"/>
      </w:pPr>
      <w:r>
        <w:t>یعنی رسول اللہ کے بارے میں کہا جاتا ہے کہ آپ نے بہت بڑی کامیابی ملی آپ کو۔ یعنی وہ پوری history میں سب سے بڑی کامیابی آپ کو ملی۔</w:t>
      </w:r>
    </w:p>
    <w:p>
      <w:r>
        <w:rPr>
          <w:b/>
        </w:rPr>
        <w:t xml:space="preserve">[48:24] </w:t>
      </w:r>
      <w:r>
        <w:t>jaise woh kitab chhapi hai, the hundred. to the hundred jo hai, ek american writer hai, doctor michael hart. is ne dunya ke so aadmiyon ki list banai.</w:t>
      </w:r>
    </w:p>
    <w:p>
      <w:pPr>
        <w:jc w:val="right"/>
      </w:pPr>
      <w:r>
        <w:t>جیسے وہ کتاب چھپی ہے، The Hundred۔ تو The Hundred جو ہے، ایک امریکن writer ہے، ڈاکٹر مائیکل ہارٹ۔ اس نے دنیا کے سو آدمیوں کی list بنائی۔</w:t>
      </w:r>
    </w:p>
    <w:p>
      <w:r>
        <w:rPr>
          <w:b/>
        </w:rPr>
        <w:t xml:space="preserve">[48:37] </w:t>
      </w:r>
      <w:r>
        <w:t>jo super achievers ki list.</w:t>
      </w:r>
    </w:p>
    <w:p>
      <w:pPr>
        <w:jc w:val="right"/>
      </w:pPr>
      <w:r>
        <w:t>جو super achievers کی list۔</w:t>
      </w:r>
    </w:p>
    <w:p>
      <w:r>
        <w:rPr>
          <w:b/>
        </w:rPr>
        <w:t xml:space="preserve">[48:40] </w:t>
      </w:r>
      <w:r>
        <w:t>hundred aise aadmi jinhon ne dunya mein ziyada bari kamyabi hasil ki. to top par rakhna is ne muhammad sallallahu alaihi wasallam ko rakha hai, top par.</w:t>
      </w:r>
    </w:p>
    <w:p>
      <w:pPr>
        <w:jc w:val="right"/>
      </w:pPr>
      <w:r>
        <w:t>Hundred ایسے آدمی جنہوں نے دنیا میں زیادہ بڑی کامیابی حاصل کی۔ تو ٹاپ پر رکھنا اس نے محمد صلی اللہ علیہ وسلم کو رکھا ہے، ٹاپ پر۔</w:t>
      </w:r>
    </w:p>
    <w:p>
      <w:r>
        <w:rPr>
          <w:b/>
        </w:rPr>
        <w:t xml:space="preserve">[48:51] </w:t>
      </w:r>
      <w:r>
        <w:t>number one par. agarchay is ne is ko main ne parha, is ko. is se yeh nahi samajh mein aata hai ke unhon ne itni bari kamyabi kaise mili un ko.</w:t>
      </w:r>
    </w:p>
    <w:p>
      <w:pPr>
        <w:jc w:val="right"/>
      </w:pPr>
      <w:r>
        <w:t>نمبر one پر۔ اگرچہ اس نے اس کو میں نے پڑھا، اس کو۔ اس سے یہ نہیں سمجھ میں آتا ہے کہ انہوں نے اتنی بڑی کامیابی کیسے ملی ان کو۔</w:t>
      </w:r>
    </w:p>
    <w:p>
      <w:r>
        <w:rPr>
          <w:b/>
        </w:rPr>
        <w:t xml:space="preserve">[49:02] </w:t>
      </w:r>
      <w:r>
        <w:t>yeh is mein nahi bataya gaya. bas yeh hai ke woh sab se bari kamyabi.</w:t>
      </w:r>
    </w:p>
    <w:p>
      <w:pPr>
        <w:jc w:val="right"/>
      </w:pPr>
      <w:r>
        <w:t>یہ اس میں نہیں بتایا گیا۔ بس یہ ہے کہ وہ سب سے بڑی کامیابی۔</w:t>
      </w:r>
    </w:p>
    <w:p>
      <w:r>
        <w:rPr>
          <w:b/>
        </w:rPr>
        <w:t xml:space="preserve">[49:09] </w:t>
      </w:r>
      <w:r>
        <w:t>yeh nahi hai. lekin main ne jo study ki to pata chala ke sab se bari kamyabi raaz jo hai yahi hai. ke hamesha aap sabr karte thay. hamesha aap na bhark kar ke sochte thay.</w:t>
      </w:r>
    </w:p>
    <w:p>
      <w:pPr>
        <w:jc w:val="right"/>
      </w:pPr>
      <w:r>
        <w:t>یہ نہیں ہے۔ لیکن میں نے جو study کی تو پتہ چلا کہ سب سے بڑی کامیابی راز جو ہے یہی ہے۔ کہ ہمیشہ آپ صبر کرتے تھے۔ ہمیشہ آپ نہ بھڑک کر کے سوچتے تھے۔</w:t>
      </w:r>
    </w:p>
    <w:p>
      <w:r>
        <w:rPr>
          <w:b/>
        </w:rPr>
        <w:t xml:space="preserve">[49:21] </w:t>
      </w:r>
      <w:r>
        <w:t>har kaam aap ka planning ke zariye hota tha, planning ke zariye se.</w:t>
      </w:r>
    </w:p>
    <w:p>
      <w:pPr>
        <w:jc w:val="right"/>
      </w:pPr>
      <w:r>
        <w:t>ہر کام آپ کا planning کے ذریعے ہوتا تھا، planning کے ذریعے سے۔</w:t>
      </w:r>
    </w:p>
    <w:p>
      <w:r>
        <w:rPr>
          <w:b/>
        </w:rPr>
        <w:t xml:space="preserve">[49:27] </w:t>
      </w:r>
      <w:r>
        <w:t>planning ke zariye se. jaise main ek misal doon aap ko.</w:t>
      </w:r>
    </w:p>
    <w:p>
      <w:pPr>
        <w:jc w:val="right"/>
      </w:pPr>
      <w:r>
        <w:t>Planning کے ذریعے سے۔ جیسے میں ایک مثال دوں آپ کو۔</w:t>
      </w:r>
    </w:p>
    <w:p>
      <w:r>
        <w:rPr>
          <w:b/>
        </w:rPr>
        <w:t xml:space="preserve">[49:34] </w:t>
      </w:r>
      <w:r>
        <w:t>rasool Allah ek martaba ja rahay thay makka se, woh taif. to rastay mein pahaar aa gaya.</w:t>
      </w:r>
    </w:p>
    <w:p>
      <w:pPr>
        <w:jc w:val="right"/>
      </w:pPr>
      <w:r>
        <w:t>رسول اللہ ایک مرتبہ جا رہے تھے مکہ سے، وہ طائف۔ تو راستے میں پہاڑ آ گیا۔</w:t>
      </w:r>
    </w:p>
    <w:p>
      <w:r>
        <w:rPr>
          <w:b/>
        </w:rPr>
        <w:t xml:space="preserve">[49:43] </w:t>
      </w:r>
      <w:r>
        <w:t>pahaaron mein daray hotay hain. idhar bhi pahaar, idhar bhi pahaar, beech mein dara. to jis ko kehtay hain pass.</w:t>
      </w:r>
    </w:p>
    <w:p>
      <w:pPr>
        <w:jc w:val="right"/>
      </w:pPr>
      <w:r>
        <w:t>پہاڑوں میں درے ہوتے ہیں۔ ادھر بھی پہاڑ، ادھر بھی پہاڑ، بیچ میں درہ۔ تو جس کو کہتے ہیں پاس۔</w:t>
      </w:r>
    </w:p>
    <w:p>
      <w:r>
        <w:rPr>
          <w:b/>
        </w:rPr>
        <w:t xml:space="preserve">[49:52] </w:t>
      </w:r>
      <w:r>
        <w:t>p a double s pass, dara. to woh daray jo hain itnay chauray nahi hotay. aap ke sath is waqt koi barah hazar aadmi thay. ab aisay phailay hue thay.</w:t>
      </w:r>
    </w:p>
    <w:p>
      <w:pPr>
        <w:jc w:val="right"/>
      </w:pPr>
      <w:r>
        <w:t>پی اے ڈبل ایس پاس، درہ۔ تو وہ درے جو ہیں اتنے چوڑے نہیں ہوتے۔ آپ کے ساتھ اس وقت کوئی بارہ ہزار آدمی تھے۔ اب ایسے پھیلے ہوئے تھے۔</w:t>
      </w:r>
    </w:p>
    <w:p>
      <w:r>
        <w:rPr>
          <w:b/>
        </w:rPr>
        <w:t xml:space="preserve">[50:05] </w:t>
      </w:r>
      <w:r>
        <w:t>woh phailay hue thay. yani horizontal way mein phailay hue thay. barah hazar aap chalen, aap to phailay hue chalengay. ab wahan pohanchay to logon ne kaha ke bhai kya kya jaye, kaise itnay saray hum log hain.</w:t>
      </w:r>
    </w:p>
    <w:p>
      <w:pPr>
        <w:jc w:val="right"/>
      </w:pPr>
      <w:r>
        <w:t>وہ پھیلے ہوئے تھے۔ یعنی horizontal way میں پھیلے ہوئے تھے۔ بارہ ہزار آپ چلیں، آپ تو پھیلے ہوئے چلیں گے۔ اب وہاں پہنچے تو لوگوں نے کہا کہ بھئی کیا کیا جائے، کیسے اتنے سارے ہم لوگ ہیں۔</w:t>
      </w:r>
    </w:p>
    <w:p>
      <w:r>
        <w:rPr>
          <w:b/>
        </w:rPr>
        <w:t xml:space="preserve">[50:17] </w:t>
      </w:r>
      <w:r>
        <w:t>aur yeh yeh pass jo hai, yeh dara jo hai, yeh to bohat tang hai.</w:t>
      </w:r>
    </w:p>
    <w:p>
      <w:pPr>
        <w:jc w:val="right"/>
      </w:pPr>
      <w:r>
        <w:t>اور یہ یہ پاس جو ہے، یہ درہ جو ہے، یہ تو بہت تنگ ہے۔</w:t>
      </w:r>
    </w:p>
    <w:p>
      <w:r>
        <w:rPr>
          <w:b/>
        </w:rPr>
        <w:t xml:space="preserve">[50:22] </w:t>
      </w:r>
      <w:r>
        <w:t>to aap dekhen rasool Allah ka tareeqa kya tha.</w:t>
      </w:r>
    </w:p>
    <w:p>
      <w:pPr>
        <w:jc w:val="right"/>
      </w:pPr>
      <w:r>
        <w:t>تو آپ دیکھیں رسول اللہ کا طریقہ کیا تھا۔</w:t>
      </w:r>
    </w:p>
    <w:p>
      <w:r>
        <w:rPr>
          <w:b/>
        </w:rPr>
        <w:t xml:space="preserve">[50:27] </w:t>
      </w:r>
      <w:r>
        <w:t>bilkul yani apnay ko, yani apnay ko bohat hi thanday tareeqay se soch kar ke rai banana.</w:t>
      </w:r>
    </w:p>
    <w:p>
      <w:pPr>
        <w:jc w:val="right"/>
      </w:pPr>
      <w:r>
        <w:t>بالکل یعنی اپنے کو، یعنی اپنے کو بہت ہی ٹھنڈے طریقے سے سوچ کر کے رائے بنانا۔</w:t>
      </w:r>
    </w:p>
    <w:p>
      <w:r>
        <w:rPr>
          <w:b/>
        </w:rPr>
        <w:t xml:space="preserve">[50:35] </w:t>
      </w:r>
      <w:r>
        <w:t>aik dam hamesha thanday mind se sochna. to aap ne kaha ke jantay ho is is rastay ka naam kya hai? to unhon ne kaha ke alzaiqa, is ka naam hai.</w:t>
      </w:r>
    </w:p>
    <w:p>
      <w:pPr>
        <w:jc w:val="right"/>
      </w:pPr>
      <w:r>
        <w:t>ایک دم ہمیشہ ٹھنڈے mind سے سوچنا۔ تو آپ نے کہا کہ جانتے ہو اس اس راستے کا نام کیا ہے؟ تو انہوں نے کہا کہ الزائقہ، اس کا نام ہے۔</w:t>
      </w:r>
    </w:p>
    <w:p>
      <w:r>
        <w:rPr>
          <w:b/>
        </w:rPr>
        <w:t xml:space="preserve">[50:49] </w:t>
      </w:r>
      <w:r>
        <w:t>chounkay woh tang aik rasta tha, unhon ne is ka naam bhi rakh diya tha alzaiqa. tang. yeh naam tha</w:t>
      </w:r>
    </w:p>
    <w:p>
      <w:pPr>
        <w:jc w:val="right"/>
      </w:pPr>
      <w:r>
        <w:t>چونکہ وہ تنگ ایک راستہ تھا، انہوں نے اس کا نام بھی رکھ دیا تھا الزائقہ۔ تنگ۔ یہ نام تھا</w:t>
      </w:r>
    </w:p>
    <w:p>
      <w:r>
        <w:rPr>
          <w:b/>
        </w:rPr>
        <w:t xml:space="preserve">[50:56] </w:t>
      </w:r>
      <w:r>
        <w:t>is ka. alzaiqa. Narrow lane. to aap ne kaha ke nahin. bil woh alsara.</w:t>
      </w:r>
    </w:p>
    <w:p>
      <w:pPr>
        <w:jc w:val="right"/>
      </w:pPr>
      <w:r>
        <w:t>اس کا۔ الزائقہ۔ Narrow lane۔ تو آپ نے کہا کہ نہیں۔ بل وہ الیسرا۔</w:t>
      </w:r>
    </w:p>
    <w:p>
      <w:r>
        <w:rPr>
          <w:b/>
        </w:rPr>
        <w:t xml:space="preserve">[51:06] </w:t>
      </w:r>
      <w:r>
        <w:t>yeh to chaura rasta hai. yeh to asan rasta hai. to unhon ne kaha ke woh kaise? ab log jo hain is is waqayay ko, woh jo jo samnay jo tha, usi mein unke uljhay hue thay.</w:t>
      </w:r>
    </w:p>
    <w:p>
      <w:pPr>
        <w:jc w:val="right"/>
      </w:pPr>
      <w:r>
        <w:t>یہ تو چوڑا راستہ ہے۔ یہ تو آسان راستہ ہے۔ تو انہوں نے کہا کہ وہ کیسے؟ اب لوگ جو ہیں اس اس واقعے کو، وہ جو جو سامنے جو تھا، اسی میں ان کے الجھے ہوئے تھے۔</w:t>
      </w:r>
    </w:p>
    <w:p>
      <w:r>
        <w:rPr>
          <w:b/>
        </w:rPr>
        <w:t xml:space="preserve">[51:21] </w:t>
      </w:r>
      <w:r>
        <w:t>is se bahar nikal kar ke, jis ko kehtay hain obsession. log obsession mein sochtay hain.</w:t>
      </w:r>
    </w:p>
    <w:p>
      <w:pPr>
        <w:jc w:val="right"/>
      </w:pPr>
      <w:r>
        <w:t>اس سے باہر نکل کر کے، جس کو کہتے ہیں obsession۔ لوگ obsession میں سوچتے ہیں۔</w:t>
      </w:r>
    </w:p>
    <w:p>
      <w:r>
        <w:rPr>
          <w:b/>
        </w:rPr>
        <w:t xml:space="preserve">[51:27] </w:t>
      </w:r>
      <w:r>
        <w:t>samnay aik dara hai, woh tang hai. bas isi ko le kar soch rahay hain, soch rahay hain, soch rahay hain. aap is se bahar aaiye. is obsession se bahar aaiye, tab samajh mein ayega aap ko.</w:t>
      </w:r>
    </w:p>
    <w:p>
      <w:pPr>
        <w:jc w:val="right"/>
      </w:pPr>
      <w:r>
        <w:t>سامنے ایک درہ ہے، وہ تنگ ہے۔ بس اسی کو لے کر سوچ رہے ہیں، سوچ رہے ہیں، سوچ رہے ہیں۔ آپ اس سے باہر آئیے۔ اس obsession سے باہر آئیے، تب سمجھ میں آئے گا آپ کو۔</w:t>
      </w:r>
    </w:p>
    <w:p>
      <w:r>
        <w:rPr>
          <w:b/>
        </w:rPr>
        <w:t xml:space="preserve">[51:36] </w:t>
      </w:r>
      <w:r>
        <w:t>to aap ne kaha ke bohat asan hai. ab tum phailay hue ho, yani horizontal way mein. ab tum vertical way mein aa jao. yani line bana lo.</w:t>
      </w:r>
    </w:p>
    <w:p>
      <w:pPr>
        <w:jc w:val="right"/>
      </w:pPr>
      <w:r>
        <w:t>تو آپ نے کہا کہ بہت آسان ہے۔ اب تم پھیلے ہوئے ہو، یعنی horizontal way میں۔ اب تم vertical way میں آ جاؤ۔ یعنی لائن بنا لو۔</w:t>
      </w:r>
    </w:p>
    <w:p>
      <w:r>
        <w:rPr>
          <w:b/>
        </w:rPr>
        <w:t xml:space="preserve">[51:49] </w:t>
      </w:r>
      <w:r>
        <w:t>yani line bana lo to do do aur char ki line bana kar ke sab ke sab aap par ho gaye.</w:t>
      </w:r>
    </w:p>
    <w:p>
      <w:pPr>
        <w:jc w:val="right"/>
      </w:pPr>
      <w:r>
        <w:t>یعنی لائن بنا لو تو دو دو اور چار کی لائن بنا کر کے سب کے سب آپ پار ہو گئے۔</w:t>
      </w:r>
    </w:p>
    <w:p>
      <w:r>
        <w:rPr>
          <w:b/>
        </w:rPr>
        <w:t xml:space="preserve">[51:57] </w:t>
      </w:r>
      <w:r>
        <w:t>to jo log bhark jayen, woh kabhi soch nahin paatay. jo bhark jayen, woh kabhi soch nahin paatay. aur jo na bharkay, woh soch paatay hain.</w:t>
      </w:r>
    </w:p>
    <w:p>
      <w:pPr>
        <w:jc w:val="right"/>
      </w:pPr>
      <w:r>
        <w:t>تو جو لوگ بھڑک جائیں، وہ کبھی سوچ نہیں پاتے۔ جو بھڑک جائیں، وہ کبھی سوچ نہیں پاتے۔ اور جو نہ بھڑکیں، وہ سوچ پاتے ہیں۔</w:t>
      </w:r>
    </w:p>
    <w:p>
      <w:r>
        <w:rPr>
          <w:b/>
        </w:rPr>
        <w:t xml:space="preserve">[52:08] </w:t>
      </w:r>
      <w:r>
        <w:t>to yaad rakhiye, sab se ziyada bara zariya kamyabi ka hai aap ke mind ko aap utilize kar sakain. mind ka bepanah capacity hai.</w:t>
      </w:r>
    </w:p>
    <w:p>
      <w:pPr>
        <w:jc w:val="right"/>
      </w:pPr>
      <w:r>
        <w:t>تو یاد رکھیے، سب سے زیادہ بڑا ذریعہ کامیابی کا ہے آپ کے mind کو آپ utilize کر سکیں۔ Mind کا بے پناہ capacity ہے۔</w:t>
      </w:r>
    </w:p>
    <w:p>
      <w:r>
        <w:rPr>
          <w:b/>
        </w:rPr>
        <w:t xml:space="preserve">[52:20] </w:t>
      </w:r>
      <w:r>
        <w:t>mind ko utilize kar ke aap plan kar sakain. hath paon se kya karengay aap?</w:t>
      </w:r>
    </w:p>
    <w:p>
      <w:pPr>
        <w:jc w:val="right"/>
      </w:pPr>
      <w:r>
        <w:t>Mind کو utilize کر کے آپ plan کر سکیں۔ ہاتھ پاؤں سے کیا کریں گے آپ؟</w:t>
      </w:r>
    </w:p>
    <w:p>
      <w:r>
        <w:rPr>
          <w:b/>
        </w:rPr>
        <w:t xml:space="preserve">[52:26] </w:t>
      </w:r>
      <w:r>
        <w:t>hath se kisi ko marengay to kitna mar paengay aap? lekin mind se aap sochtay hain to bohat bara kaam kar paatay hain aap. to sab se bara raaz hai kamyabi ka ke apnay mind ko bharpoor tor par utilize kar sakain.</w:t>
      </w:r>
    </w:p>
    <w:p>
      <w:pPr>
        <w:jc w:val="right"/>
      </w:pPr>
      <w:r>
        <w:t>ہاتھ سے کسی کو ماریں گے تو کتنا مار پائیں گے آپ؟ لیکن mind سے آپ سوچتے ہیں تو بہت بڑا کام کر پاتے ہیں آپ۔ تو سب سے بڑا راز ہے کامیابی کا کہ اپنے mind کو بھرپور طور پر utilize کر سکیں۔</w:t>
      </w:r>
    </w:p>
    <w:p>
      <w:r>
        <w:rPr>
          <w:b/>
        </w:rPr>
        <w:t xml:space="preserve">[52:41] </w:t>
      </w:r>
      <w:r>
        <w:t>mind ko kab utilize kar paengay aap? jab aap na bharkay. jab sabr ke sath rahen aap. sabr ke sath rahen. Patience ke sath rahen.</w:t>
      </w:r>
    </w:p>
    <w:p>
      <w:pPr>
        <w:jc w:val="right"/>
      </w:pPr>
      <w:r>
        <w:t>Mind کو کب utilize کر پائیں گے آپ؟ جب آپ نہ بھڑکیں۔ جب صبر کے ساتھ رہیں آپ۔ صبر کے ساتھ رہیں۔ Patience کے ساتھ رہیں۔</w:t>
      </w:r>
    </w:p>
    <w:p>
      <w:r>
        <w:rPr>
          <w:b/>
        </w:rPr>
        <w:t xml:space="preserve">[52:50] </w:t>
      </w:r>
      <w:r>
        <w:t>yani woh sari cheezain jo aap ko distract karti hain, jo aap ke bikhrati hain aap ki salahiyaton ko, us ko ignore karein. bhula dein us ko.</w:t>
      </w:r>
    </w:p>
    <w:p>
      <w:pPr>
        <w:jc w:val="right"/>
      </w:pPr>
      <w:r>
        <w:t>یعنی وہ ساری چیزیں جو آپ کو distract کرتی ہیں، جو آپ کے بکھراتی ہیں آپ کی صلاحیتوں کو، اس کو ignore کریں۔ بھلا دیں اس کو۔</w:t>
      </w:r>
    </w:p>
    <w:p>
      <w:r>
        <w:rPr>
          <w:b/>
        </w:rPr>
        <w:t xml:space="preserve">[52:59] </w:t>
      </w:r>
      <w:r>
        <w:t>aur thanday dimagh se sochen. thanday dimagh se soch kar ke plan karein. to sabr ka matlab hai, sabr ka matlab kya hai?</w:t>
      </w:r>
    </w:p>
    <w:p>
      <w:pPr>
        <w:jc w:val="right"/>
      </w:pPr>
      <w:r>
        <w:t>اور ٹھنڈے دماغ سے سوچیں۔ ٹھنڈے دماغ سے سوچ کر کے plan کریں۔ تو صبر کا مطلب ہے، صبر کا مطلب کیا ہے؟</w:t>
      </w:r>
    </w:p>
    <w:p>
      <w:r>
        <w:rPr>
          <w:b/>
        </w:rPr>
        <w:t xml:space="preserve">[53:10] </w:t>
      </w:r>
      <w:r>
        <w:t>thanday dimagh se soch kar ke plan banana. sabr koi paspai nahin hai, badli nahin hai.</w:t>
      </w:r>
    </w:p>
    <w:p>
      <w:pPr>
        <w:jc w:val="right"/>
      </w:pPr>
      <w:r>
        <w:t>ٹھنڈے دماغ سے سوچ کر کے plan بنانا۔ صبر کوئی پسپائی نہیں ہے، بدلی نہیں ہے۔</w:t>
      </w:r>
    </w:p>
    <w:p>
      <w:r>
        <w:rPr>
          <w:b/>
        </w:rPr>
        <w:t xml:space="preserve">[53:21] </w:t>
      </w:r>
      <w:r>
        <w:t>yani quran mein aik ayat aisi hai jo kisi bhi dohari cheez ke liye nahin hai. matlab quran mein namaz ki baat hai, woh quran mein namaz ki baat hai, aur roze ki baat hai, hajj ki baat hai, zakat ki baat hai, bohat sari cheezain hain, teaching ki baat hai, lekin sabr ke baray mein aik aisi ayat hai jo kisi aur cheez ke liye nahin hai.</w:t>
      </w:r>
    </w:p>
    <w:p>
      <w:pPr>
        <w:jc w:val="right"/>
      </w:pPr>
      <w:r>
        <w:t>یعنی قرآن میں ایک آیت ایسی ہے جو کسی بھی دوہری چیز کے لیے نہیں ہے۔ مطلب قرآن میں نماز کی بات ہے، وہ قرآن میں نماز کی بات ہے، اور روزے کی بات ہے، حج کی بات ہے، زکوٰۃ کی بات ہے، بہت ساری چیزیں ہیں، teaching کی بات ہے، لیکن صبر کے بارے میں ایک ایسی آیت ہے جو کسی اور چیز کے لیے نہیں ہے۔</w:t>
      </w:r>
    </w:p>
    <w:p>
      <w:r>
        <w:rPr>
          <w:b/>
        </w:rPr>
        <w:t xml:space="preserve">[53:44] </w:t>
      </w:r>
      <w:r>
        <w:t>woh hai innamā yu'khadhu al-ṣābirūna ajruhum bighayri ḥisāb</w:t>
      </w:r>
    </w:p>
    <w:p>
      <w:pPr>
        <w:jc w:val="right"/>
      </w:pPr>
      <w:r>
        <w:t>وہ ہے إنما يؤخذ الصابرون أجرهم بغير حساب</w:t>
      </w:r>
    </w:p>
    <w:p>
      <w:r>
        <w:rPr>
          <w:b/>
        </w:rPr>
        <w:t xml:space="preserve">[53:51] </w:t>
      </w:r>
      <w:r>
        <w:t>sabr karne walay unlimited reward paayengay. yeh yeh verse quran mein kisi bhi cheez ke liye nahin hai. na namaz ke liye, na roze ke liye, na hajj ke liye, na zakat ke liye, kisi cheez ke liye nahin.</w:t>
      </w:r>
    </w:p>
    <w:p>
      <w:pPr>
        <w:jc w:val="right"/>
      </w:pPr>
      <w:r>
        <w:t>صبر کرنے والے unlimited reward پائیں گے۔ یہ یہ verse قرآن میں کسی بھی چیز کے لیے نہیں ہے۔ نہ نماز کے لیے، نہ روزے کے لیے، نہ حج کے لیے، نہ زکوٰۃ کے لیے، کسی چیز کے لیے نہیں۔</w:t>
      </w:r>
    </w:p>
    <w:p>
      <w:r>
        <w:rPr>
          <w:b/>
        </w:rPr>
        <w:t xml:space="preserve">[54:05] </w:t>
      </w:r>
      <w:r>
        <w:t>sirf sabr ke liye hai. innamā yu'khadhu al-ṣābirūna ajruhum bighayri ḥisāb sabr karne walay unlimited reward paayengay.</w:t>
      </w:r>
    </w:p>
    <w:p>
      <w:pPr>
        <w:jc w:val="right"/>
      </w:pPr>
      <w:r>
        <w:t>صرف صبر کے لیے ہے۔ إنما يؤخذ الصابرون أجرهم بغير حساب صبر کرنے والے unlimited reward پائیں گے۔</w:t>
      </w:r>
    </w:p>
    <w:p>
      <w:r>
        <w:rPr>
          <w:b/>
        </w:rPr>
        <w:t xml:space="preserve">[54:16] </w:t>
      </w:r>
      <w:r>
        <w:t>is ka matlab kya hai?</w:t>
      </w:r>
    </w:p>
    <w:p>
      <w:pPr>
        <w:jc w:val="right"/>
      </w:pPr>
      <w:r>
        <w:t>اس کا مطلب کیا ہے؟</w:t>
      </w:r>
    </w:p>
    <w:p>
      <w:r>
        <w:rPr>
          <w:b/>
        </w:rPr>
        <w:t xml:space="preserve">[54:20] </w:t>
      </w:r>
      <w:r>
        <w:t>is ka talluq dunya se bhi hai aur world hereafter se bhi hai. yani pre-death period se bhi hai, post-death period se bhi hai. dunya se bhi is ka talluq hai, akhirat se bhi is ka talluq hai.</w:t>
      </w:r>
    </w:p>
    <w:p>
      <w:pPr>
        <w:jc w:val="right"/>
      </w:pPr>
      <w:r>
        <w:t>اس کا تعلق دنیا سے بھی ہے اور world hereafter سے بھی ہے۔ یعنی pre-death period سے بھی ہے، post-death period سے بھی ہے۔ دنیا سے بھی اس کا تعلق ہے، آخرت سے بھی اس کا تعلق ہے۔</w:t>
      </w:r>
    </w:p>
    <w:p>
      <w:r>
        <w:rPr>
          <w:b/>
        </w:rPr>
        <w:t xml:space="preserve">[54:33] </w:t>
      </w:r>
      <w:r>
        <w:t>sabr hi mein dunyaavi kamyabi hai aur sabr hi mein akhirat ki kamyabi hai. yeh matlab hai is ka. to jo sabr na kar sake, woh koi bara kaam nahi kar sakta.</w:t>
      </w:r>
    </w:p>
    <w:p>
      <w:pPr>
        <w:jc w:val="right"/>
      </w:pPr>
      <w:r>
        <w:t>صبر ہی میں دنیاوی کامیابی ہے اور صبر ہی میں آخرت کی کامیابی ہے۔ یہ مطلب ہے اس کا۔ تو جو صبر نہ کر سکے، وہ کوئی بڑا کام نہیں کر سکتا۔</w:t>
      </w:r>
    </w:p>
    <w:p>
      <w:r>
        <w:rPr>
          <w:b/>
        </w:rPr>
        <w:t xml:space="preserve">[54:46] </w:t>
      </w:r>
      <w:r>
        <w:t>bhaṛak bhaṛak kar laṛta rahe ga aur ghussa kare ga, tension mein rahe ga hamesha. aik bohat bara faida sabr ka yeh hai ke aap ko tension free bana deta hai sabr.</w:t>
      </w:r>
    </w:p>
    <w:p>
      <w:pPr>
        <w:jc w:val="right"/>
      </w:pPr>
      <w:r>
        <w:t>بھڑک بھڑک کر لڑتا رہے گا اور غصہ کرے گا، tension میں رہے گا ہمیشہ۔ ایک بہت بڑا فائدہ صبر کا یہ ہے کہ آپ کو tension free بنا دیتا ہے صبر۔</w:t>
      </w:r>
    </w:p>
    <w:p>
      <w:r>
        <w:rPr>
          <w:b/>
        </w:rPr>
        <w:t xml:space="preserve">[55:00] </w:t>
      </w:r>
      <w:r>
        <w:t>bohat bara faida. jaisay Hazrat Ali ka qoul hai ke al-khair fima waqa' jo ho gaya wohi theek tha.</w:t>
      </w:r>
    </w:p>
    <w:p>
      <w:pPr>
        <w:jc w:val="right"/>
      </w:pPr>
      <w:r>
        <w:t>بہت بڑا فائدہ۔ جیسے حضرت علی کا قول ہے کہ الخير فيما وقع جو ہو گیا وہی ٹھیک تھا۔</w:t>
      </w:r>
    </w:p>
    <w:p>
      <w:r>
        <w:rPr>
          <w:b/>
        </w:rPr>
        <w:t xml:space="preserve">[55:11] </w:t>
      </w:r>
      <w:r>
        <w:t>Whatever happened, happened for good.</w:t>
      </w:r>
    </w:p>
    <w:p>
      <w:pPr>
        <w:jc w:val="right"/>
      </w:pPr>
      <w:r>
        <w:t>Whatever happened, happened for good.</w:t>
      </w:r>
    </w:p>
    <w:p>
      <w:r>
        <w:rPr>
          <w:b/>
        </w:rPr>
        <w:t xml:space="preserve">[55:15] </w:t>
      </w:r>
      <w:r>
        <w:t>ab aik aik koi baat bigaṛ gayi, koi nuqsan ho gaya, mislan kabhi kisi ka job chhoot jata hai, business mein aadmi ko nuqsan ho jata hai, koi rishtedar mar jata hai.</w:t>
      </w:r>
    </w:p>
    <w:p>
      <w:pPr>
        <w:jc w:val="right"/>
      </w:pPr>
      <w:r>
        <w:t>اب ایک ایک کوئی بات بگڑ گئی، کوئی نقصان ہو گیا، مثلاً کبھی کسی کا جاب چھوٹ جاتا ہے، business میں آدمی کو نقصان ہو جاتا ہے، کوئی رشتہ دار مر جاتا ہے۔</w:t>
      </w:r>
    </w:p>
    <w:p>
      <w:r>
        <w:rPr>
          <w:b/>
        </w:rPr>
        <w:t xml:space="preserve">[55:26] </w:t>
      </w:r>
      <w:r>
        <w:t>hotay rehtay hain yeh sab baatain. to agar aap ke andar sabr ki ki soch ho, sabr wali soch, to aap kya karein ge?</w:t>
      </w:r>
    </w:p>
    <w:p>
      <w:pPr>
        <w:jc w:val="right"/>
      </w:pPr>
      <w:r>
        <w:t>ہوتے رہتے ہیں یہ سب باتیں۔ تو اگر آپ کے اندر صبر کی کی سوچ ہو، صبر والی سوچ، تو آپ کیا کریں گے؟</w:t>
      </w:r>
    </w:p>
    <w:p>
      <w:r>
        <w:rPr>
          <w:b/>
        </w:rPr>
        <w:t xml:space="preserve">[55:37] </w:t>
      </w:r>
      <w:r>
        <w:t>wohi Hazrat Ali ka formula apply karein ge. al-khair fima waqa' jo hua wohi theek tha.</w:t>
      </w:r>
    </w:p>
    <w:p>
      <w:pPr>
        <w:jc w:val="right"/>
      </w:pPr>
      <w:r>
        <w:t>وہی حضرت علی کا فارمولا اپلائی کریں گے۔ الخير فيما وقع جو ہوا وہی ٹھیک تھا۔</w:t>
      </w:r>
    </w:p>
    <w:p>
      <w:r>
        <w:rPr>
          <w:b/>
        </w:rPr>
        <w:t xml:space="preserve">[55:44] </w:t>
      </w:r>
      <w:r>
        <w:t>Whatever happened, happened for good. to kya hoga? within seconds mein aap ne apne aap ko tension free bana liya. within seconds.</w:t>
      </w:r>
    </w:p>
    <w:p>
      <w:pPr>
        <w:jc w:val="right"/>
      </w:pPr>
      <w:r>
        <w:t>Whatever happened, happened for good. تو کیا ہوگا؟ Within سیکنڈ میں آپ نے اپنے آپ کو tension free بنا لیا۔ Within سیکنڈ.</w:t>
      </w:r>
    </w:p>
    <w:p>
      <w:r>
        <w:rPr>
          <w:b/>
        </w:rPr>
        <w:t xml:space="preserve">[55:55] </w:t>
      </w:r>
      <w:r>
        <w:t>jaisay ke mera pehla bachcha jo tha, us ka naam tha Shibs Ali Islam. woh pehli baar bachcha tha mera. to us waqt mein Lucknow mein tha.</w:t>
      </w:r>
    </w:p>
    <w:p>
      <w:pPr>
        <w:jc w:val="right"/>
      </w:pPr>
      <w:r>
        <w:t>جیسے کہ میرا پہلا بچہ جو تھا، اس کا نام تھا شبس علی اسلام۔ وہ پہلی بار بچہ تھا میرا۔ تو اس وقت میں لکھنو میں تھا۔</w:t>
      </w:r>
    </w:p>
    <w:p>
      <w:r>
        <w:rPr>
          <w:b/>
        </w:rPr>
        <w:t xml:space="preserve">[56:06] </w:t>
      </w:r>
      <w:r>
        <w:t>paanch saal ki umar ho chuki hui thi us ki. to mujhe Lucknow mein us waqt telephone nahi hua karte thay. bohat pehlay ki baat hai.</w:t>
      </w:r>
    </w:p>
    <w:p>
      <w:pPr>
        <w:jc w:val="right"/>
      </w:pPr>
      <w:r>
        <w:t>پانچ سال کی عمر ہو چکی ہوئی تھی اس کی۔ تو مجھے لکھنو میں اس وقت ٹیلی فون نہیں ہوا کرتے تھے۔ بہت پہلے کی بات ہے۔</w:t>
      </w:r>
    </w:p>
    <w:p>
      <w:r>
        <w:rPr>
          <w:b/>
        </w:rPr>
        <w:t xml:space="preserve">[56:13] </w:t>
      </w:r>
      <w:r>
        <w:t>to telegram aaya ke Shibs Ali Islam ki death ho gayi. to Six Jafling Road par wahan tha mein Lucknow mein.</w:t>
      </w:r>
    </w:p>
    <w:p>
      <w:pPr>
        <w:jc w:val="right"/>
      </w:pPr>
      <w:r>
        <w:t>تو ٹیلی گرام آیا کہ شبس علی اسلام کی ڈیتھ ہو گئی۔ تو سکس جاپلنگ روڈ پر وہاں تھا میں لکھنو میں۔</w:t>
      </w:r>
    </w:p>
    <w:p>
      <w:r>
        <w:rPr>
          <w:b/>
        </w:rPr>
        <w:t xml:space="preserve">[56:22] </w:t>
      </w:r>
      <w:r>
        <w:t>kisi saahib ke sath. to mein utha, woh telegram dekha. utha ja kar wuzu kiya. wuzu kar ke do rakat namaz paṛh li.</w:t>
      </w:r>
    </w:p>
    <w:p>
      <w:pPr>
        <w:jc w:val="right"/>
      </w:pPr>
      <w:r>
        <w:t>کسی صاحب کے ساتھ۔ تو میں اٹھا، وہ ٹیلی گرام دیکھا۔ اٹھا جا کر وضو کیا۔ وضو کر کے دو رکعت نماز پڑھ لی۔</w:t>
      </w:r>
    </w:p>
    <w:p>
      <w:r>
        <w:rPr>
          <w:b/>
        </w:rPr>
        <w:t xml:space="preserve">[56:31] </w:t>
      </w:r>
      <w:r>
        <w:t>bas baat khatam. na koi tension, na koi kuch na kuch. yani within minutes sab khatam. al-khair fima waqa'</w:t>
      </w:r>
    </w:p>
    <w:p>
      <w:pPr>
        <w:jc w:val="right"/>
      </w:pPr>
      <w:r>
        <w:t>بس بات ختم۔ نہ کوئی tension، نہ کوئی کچھ نہ کچھ۔ یعنی within minutes سب ختم۔ الخير فيما وقع</w:t>
      </w:r>
    </w:p>
    <w:p>
      <w:r>
        <w:rPr>
          <w:b/>
        </w:rPr>
        <w:t xml:space="preserve">[56:43] </w:t>
      </w:r>
      <w:r>
        <w:t>Whatever happened, happened for good. yeh sabr ka ka break hai. break hai. within seconds, within minute aap apne ko tension free bana letay hain.</w:t>
      </w:r>
    </w:p>
    <w:p>
      <w:pPr>
        <w:jc w:val="right"/>
      </w:pPr>
      <w:r>
        <w:t>Whatever happened, happened for good. یہ صبر کا کا break ہے۔ Break ہے۔ Within سیکنڈ، within minute آپ اپنے کو tension free بنا لیتے ہیں۔</w:t>
      </w:r>
    </w:p>
    <w:p>
      <w:r>
        <w:rPr>
          <w:b/>
        </w:rPr>
        <w:t xml:space="preserve">[56:55] </w:t>
      </w:r>
      <w:r>
        <w:t>kya is se baṛi koi baat ho sakti hai? aaj ki dunya, jab tak aap aaj ki dunya mein pehlay bhi tension hua karta tha, aaj ki dunya mein to bohat tension hai.</w:t>
      </w:r>
    </w:p>
    <w:p>
      <w:pPr>
        <w:jc w:val="right"/>
      </w:pPr>
      <w:r>
        <w:t>کیا اس سے بڑی کوئی بات ہو سکتی ہے؟ آج کی دنیا، جب تک آپ آج کی دنیا میں پہلے بھی tension ہوا کرتا تھا، آج کی دنیا میں تو بہت tension ہے۔</w:t>
      </w:r>
    </w:p>
    <w:p>
      <w:r>
        <w:rPr>
          <w:b/>
        </w:rPr>
        <w:t xml:space="preserve">[57:06] </w:t>
      </w:r>
      <w:r>
        <w:t>har aadmi tension mein jeeta hai. aaj kal jo hai koi tension free nahi hai.</w:t>
      </w:r>
    </w:p>
    <w:p>
      <w:pPr>
        <w:jc w:val="right"/>
      </w:pPr>
      <w:r>
        <w:t>ہر آدمی tension میں جیتا ہے۔ آج کل جو ہے کوئی tension free نہیں ہے۔</w:t>
      </w:r>
    </w:p>
    <w:p>
      <w:r>
        <w:rPr>
          <w:b/>
        </w:rPr>
        <w:t xml:space="preserve">[57:13] </w:t>
      </w:r>
      <w:r>
        <w:t>koi bhi tension free nahi hai. to kitna aasan formula hai agar aap ke andar sabr ho. ke al-khair fima waqa' Whatever happened, happened for good.</w:t>
      </w:r>
    </w:p>
    <w:p>
      <w:pPr>
        <w:jc w:val="right"/>
      </w:pPr>
      <w:r>
        <w:t>کوئی بھی tension free نہیں ہے۔ تو کتنا آسان فارمولا ہے اگر آپ کے اندر صبر ہو۔ کہ الخير فيما وقع Whatever happened, happened for good.</w:t>
      </w:r>
    </w:p>
    <w:p>
      <w:r>
        <w:rPr>
          <w:b/>
        </w:rPr>
        <w:t xml:space="preserve">[57:29] </w:t>
      </w:r>
      <w:r>
        <w:t>lekin jab tak aap mein sabr ka maada na ho, patience ki taqat na ho, aap nahi kar sakte aisa.</w:t>
      </w:r>
    </w:p>
    <w:p>
      <w:pPr>
        <w:jc w:val="right"/>
      </w:pPr>
      <w:r>
        <w:t>لیکن جب تک آپ میں صبر کا مادہ نہ ہو، patience کی طاقت نہ ہو، آپ نہیں کر سکتے ایسا۔</w:t>
      </w:r>
    </w:p>
    <w:p>
      <w:r>
        <w:rPr>
          <w:b/>
        </w:rPr>
        <w:t xml:space="preserve">[57:40] </w:t>
      </w:r>
      <w:r>
        <w:t>to itnay baṛay faiday kinare rakh kar ke bhi aap apne ko yani royein ge, tension mein rahein ge, aur apne ko beemar banayein ge, apne nuqsan mein izafa karein ge.</w:t>
      </w:r>
    </w:p>
    <w:p>
      <w:pPr>
        <w:jc w:val="right"/>
      </w:pPr>
      <w:r>
        <w:t>تو اتنے بڑے فائدے کنارے رکھ کر کے بھی آپ اپنے کو یعنی روئیں گے، tension میں رہیں گے، اور اپنے کو بیمار بنائیں گے، اپنے نقصان میں اضافہ کریں گے۔</w:t>
      </w:r>
    </w:p>
    <w:p>
      <w:r>
        <w:rPr>
          <w:b/>
        </w:rPr>
        <w:t xml:space="preserve">[57:56] </w:t>
      </w:r>
      <w:r>
        <w:t>to sabr ka formula master formula hai zindagi ke liye. sabr ka formula zindagi ke liye master formula hai.</w:t>
      </w:r>
    </w:p>
    <w:p>
      <w:pPr>
        <w:jc w:val="right"/>
      </w:pPr>
      <w:r>
        <w:t>تو صبر کا فارمولا master فارمولا ہے زندگی کے لیے۔ صبر کا فارمولا زندگی کے لیے master فارمولا ہے۔</w:t>
      </w:r>
    </w:p>
    <w:p>
      <w:r>
        <w:rPr>
          <w:b/>
        </w:rPr>
        <w:t xml:space="preserve">[58:05] </w:t>
      </w:r>
      <w:r>
        <w:t>har jagah aap le kar bolein woh.</w:t>
      </w:r>
    </w:p>
    <w:p>
      <w:pPr>
        <w:jc w:val="right"/>
      </w:pPr>
      <w:r>
        <w:t>ہر جگہ آپ لے کے بولیں وہ۔</w:t>
      </w:r>
    </w:p>
    <w:p>
      <w:r>
        <w:rPr>
          <w:b/>
        </w:rPr>
        <w:t xml:space="preserve">[58:08] </w:t>
      </w:r>
      <w:r>
        <w:t>ghar ke andar bhi, national politics mein bhi, international politics mein bhi. har jagah. koi bhi waqea jo hai aap sochein to aap dekhein ge wahan besabri se baat bigaṛi hogi aur sabr se baat bani hogi.</w:t>
      </w:r>
    </w:p>
    <w:p>
      <w:pPr>
        <w:jc w:val="right"/>
      </w:pPr>
      <w:r>
        <w:t>گھر کے اندر بھی، national politics میں بھی، international politics میں بھی۔ ہر جگہ۔ کوئی بھی واقعہ جو ہے آپ سوچیں تو آپ دیکھیں گے وہاں بے صبری سے بات بگڑی ہوگی اور صبر سے بات بنی ہوگی۔</w:t>
      </w:r>
    </w:p>
    <w:p>
      <w:r>
        <w:rPr>
          <w:b/>
        </w:rPr>
        <w:t xml:space="preserve">[58:24] </w:t>
      </w:r>
      <w:r>
        <w:t>to sabr sab se acha formula hai. aqool qawli hadha wa astaghfirullah li wa lakum ajmaeen.</w:t>
      </w:r>
    </w:p>
    <w:p>
      <w:pPr>
        <w:jc w:val="right"/>
      </w:pPr>
      <w:r>
        <w:t>تو صبر سب سے اچھا فارمولا ہے۔ أقول قولي هذا وأستغفر الله لي ولكم أجمعين.</w:t>
      </w:r>
    </w:p>
    <w:p>
      <w:r>
        <w:rPr>
          <w:b/>
        </w:rPr>
        <w:t xml:space="preserve">[58:45] </w:t>
      </w:r>
      <w:r>
        <w:t>This question is from Dr. Anwar Jamal from Deoband. agar har cheez ko is rab ne final model par banaya hai to phir kuch bachche paidaishi tor par apahij kyun paida hotay hain?</w:t>
      </w:r>
    </w:p>
    <w:p>
      <w:pPr>
        <w:jc w:val="right"/>
      </w:pPr>
      <w:r>
        <w:t>This question is from Dr. Anwar Jamal from Deoband. اگر ہر چیز کو اس رب نے final model پر بنایا ہے تو پھر کچھ بچے پیدائشی طور پر اپاہج کیوں پیدا ہوتے ہیں؟</w:t>
      </w:r>
    </w:p>
    <w:p>
      <w:r>
        <w:rPr>
          <w:b/>
        </w:rPr>
        <w:t xml:space="preserve">[59:01] </w:t>
      </w:r>
      <w:r>
        <w:t>woh bhi final model hai. jo bohat healthy paida hotay hain, unhon nay qudrat nay koi kaam nahi kiya hai. baray baray kaam unhon nay kiya hai jo bohat healthy nahi thay.</w:t>
      </w:r>
    </w:p>
    <w:p>
      <w:pPr>
        <w:jc w:val="right"/>
      </w:pPr>
      <w:r>
        <w:t>وہ بھی final model ہے۔ جو بہت healthy پیدا ہوتے ہیں، انہوں نے قدرت نے کوئی کام نہیں کیا ہے۔ بڑے بڑے کام انہوں نے کیا ہے جو بہت healthy نہیں تھے۔</w:t>
      </w:r>
    </w:p>
    <w:p>
      <w:r>
        <w:rPr>
          <w:b/>
        </w:rPr>
        <w:t xml:space="preserve">[59:12] </w:t>
      </w:r>
      <w:r>
        <w:t>aap tareekh parhiye,</w:t>
      </w:r>
    </w:p>
    <w:p>
      <w:pPr>
        <w:jc w:val="right"/>
      </w:pPr>
      <w:r>
        <w:t>آپ تاریخ پڑھئے،</w:t>
      </w:r>
    </w:p>
    <w:p>
      <w:r>
        <w:rPr>
          <w:b/>
        </w:rPr>
        <w:t xml:space="preserve">[59:15] </w:t>
      </w:r>
      <w:r>
        <w:t>jo bohat muscle walay hotay hain, unhein sara terrain phaila rakha hai. dunya mein terrorist aaj kal hain, un ki mein tasweerein dekhta hoon jab.</w:t>
      </w:r>
    </w:p>
    <w:p>
      <w:pPr>
        <w:jc w:val="right"/>
      </w:pPr>
      <w:r>
        <w:t>جو بہت muscle والے ہوتے ہیں، انہیں سارا terrain پھیلا رکھا ہے۔ دنیا میں terrorist آج کل ہیں، ان کی میں تصویریں دیکھتا ہوں جب۔</w:t>
      </w:r>
    </w:p>
    <w:p>
      <w:r>
        <w:rPr>
          <w:b/>
        </w:rPr>
        <w:t xml:space="preserve">[59:24] </w:t>
      </w:r>
      <w:r>
        <w:t>bilkul dev hoon to dev. agar khuda sab ko paida karta hai, dev dunya mein rehne qabil na hoti. aap yeh na dekhiye, minus point kay plus point ko bhi dekhiye.</w:t>
      </w:r>
    </w:p>
    <w:p>
      <w:pPr>
        <w:jc w:val="right"/>
      </w:pPr>
      <w:r>
        <w:t>بالکل دیو ہوں تو دیو۔ اگر خدا سب کو پیدا کرتا ہے، دیو دنیا میں رہنے قابل نہ ہوتی۔ آپ یہ نہ دیکھئے، مائنس پوائنٹ کے پلس پوائنٹ کو بھی دیکھئے۔</w:t>
      </w:r>
    </w:p>
    <w:p>
      <w:r>
        <w:rPr>
          <w:b/>
        </w:rPr>
        <w:t xml:space="preserve">[59:41] </w:t>
      </w:r>
      <w:r>
        <w:t>mera to tajurba yeh hai ke jo log kuch beemar rehtay hain, kuch un kay kuch setback hota hai, kuch baat bigar jati hai, koi na koi defect un ka hota hai, wohi baray baray kaam kartay hain.</w:t>
      </w:r>
    </w:p>
    <w:p>
      <w:pPr>
        <w:jc w:val="right"/>
      </w:pPr>
      <w:r>
        <w:t>میرا تو تجربہ یہ ہے کہ جو لوگ کچھ بیمار رہتے ہیں، کچھ ان کے کچھ setback ہوتا ہے، کچھ بات بگڑ جاتی ہے، کوئی نہ کوئی defect ان کا ہوتا ہے، وہی بڑے بڑے کام کرتے ہیں۔</w:t>
      </w:r>
    </w:p>
    <w:p>
      <w:r>
        <w:rPr>
          <w:b/>
        </w:rPr>
        <w:t xml:space="preserve">[59:54] </w:t>
      </w:r>
      <w:r>
        <w:t>aur jo bohat andaroon se bohat handsome hotay hain, bohat hi smart, woh kuch kaam nahi kartay. wohi dunya mein saray fasaad phailatay hain.</w:t>
      </w:r>
    </w:p>
    <w:p>
      <w:pPr>
        <w:jc w:val="right"/>
      </w:pPr>
      <w:r>
        <w:t>اور جو بہت اندرون سے بہت handsome ہوتے ہیں، بہت ہی smart، وہ کچھ کام نہیں کرتے۔ وہی دنیا میں سارے فساد پھیلاتے ہیں۔</w:t>
      </w:r>
    </w:p>
    <w:p>
      <w:r>
        <w:rPr>
          <w:b/>
        </w:rPr>
        <w:t xml:space="preserve">[1:00:04] </w:t>
      </w:r>
      <w:r>
        <w:t>yeh mera tajurba to yahi hai. mein samajhta hoon ke Allah taala ki rehmat hai ke woh aisay log paida karta hai.</w:t>
      </w:r>
    </w:p>
    <w:p>
      <w:pPr>
        <w:jc w:val="right"/>
      </w:pPr>
      <w:r>
        <w:t>یہ میرا تجربہ تو یہی ہے۔ میں سمجھتا ہوں کہ اللہ تعالیٰ کی رحمت ہے کہ وہ ایسے لوگ پیدا کرتا ہے۔</w:t>
      </w:r>
    </w:p>
    <w:p>
      <w:r>
        <w:rPr>
          <w:b/>
        </w:rPr>
        <w:t xml:space="preserve">[1:00:12] </w:t>
      </w:r>
      <w:r>
        <w:t>yeh Allah taala ki rehmat hai. mein khud apnay baray mein bohat sochta tha ke mein itna kamzor hoon. yaani physically bohat hi kamzor hoon.</w:t>
      </w:r>
    </w:p>
    <w:p>
      <w:pPr>
        <w:jc w:val="right"/>
      </w:pPr>
      <w:r>
        <w:t>یہ اللہ تعالیٰ کی رحمت ہے۔ میں خود اپنے بارے میں بہت سوچتا تھا کہ میں اتنا کمزور ہوں۔ یعنی physically بہت ہی کمزور ہوں۔</w:t>
      </w:r>
    </w:p>
    <w:p>
      <w:r>
        <w:rPr>
          <w:b/>
        </w:rPr>
        <w:t xml:space="preserve">[1:00:22] </w:t>
      </w:r>
      <w:r>
        <w:t>yaani physically mein itna kamzor hoon ke shayad aap soch na paayein. maqsad se hota tha ke Allah taala nay mujhe itna kamzor kyun banaya. to jab mein terrorism dekhta hoon aaj kal to mein to bhai bhi terrorist hota agar mein taqatwar hota to.</w:t>
      </w:r>
    </w:p>
    <w:p>
      <w:pPr>
        <w:jc w:val="right"/>
      </w:pPr>
      <w:r>
        <w:t>یعنی physically میں اتنا کمزور ہوں کہ شاید آپ سوچ نہ پائیں۔ مقصد سے ہوتا تھا کہ اللہ تعالیٰ نے مجھے اتنا کمزور کیوں بنایا۔ تو جب میں terrorism دیکھتا ہوں آج کل تو میں تو بھائی بھی terrorist ہوتا اگر میں طاقتور ہوتا تو۔</w:t>
      </w:r>
    </w:p>
    <w:p>
      <w:r>
        <w:rPr>
          <w:b/>
        </w:rPr>
        <w:t xml:space="preserve">[1:00:37] </w:t>
      </w:r>
      <w:r>
        <w:t>Allah taala nay mujhe bacha liya is se ke mein terrorist ban jaon.</w:t>
      </w:r>
    </w:p>
    <w:p>
      <w:pPr>
        <w:jc w:val="right"/>
      </w:pPr>
      <w:r>
        <w:t>اللہ تعالیٰ نے مجھے بچا لیا اس سے کہ میں terrorist بن جاؤں۔</w:t>
      </w:r>
    </w:p>
    <w:p>
      <w:r>
        <w:rPr>
          <w:b/>
        </w:rPr>
        <w:t xml:space="preserve">[1:00:42] </w:t>
      </w:r>
      <w:r>
        <w:t>to har cheez ka dekhiye plus point hota hai. ab plus point ko dekhiye. sirf negative point ko mat dekhiye. yeh bohat zaroori hai ata karna.</w:t>
      </w:r>
    </w:p>
    <w:p>
      <w:pPr>
        <w:jc w:val="right"/>
      </w:pPr>
      <w:r>
        <w:t>تو ہر چیز کا دیکھئے plus point ہوتا ہے۔ اب plus point کو دیکھئے۔ صرف negative point کو مت دیکھئے۔ یہ بہت ضروری ہے عطا کرنا۔</w:t>
      </w:r>
    </w:p>
    <w:p>
      <w:r>
        <w:rPr>
          <w:b/>
        </w:rPr>
        <w:t xml:space="preserve">[1:00:56] </w:t>
      </w:r>
      <w:r>
        <w:t>jaisay aaj mein America kay liye mera aik address tha us par telephone par. pandrah minute address kiya mein nay, us kay baad sawal</w:t>
      </w:r>
    </w:p>
    <w:p>
      <w:pPr>
        <w:jc w:val="right"/>
      </w:pPr>
      <w:r>
        <w:t>جیسے آج میں امریکہ کے لیے میرا ایک address تھا اس پر ٹیلی فون پر۔ پندرہ منٹ address کیا میں نے، اس کے بعد سوال</w:t>
      </w:r>
    </w:p>
    <w:p>
      <w:r>
        <w:rPr>
          <w:b/>
        </w:rPr>
        <w:t xml:space="preserve">[1:01:08] </w:t>
      </w:r>
      <w:r>
        <w:t>jawab hua. aik sahib nay sawal kiya ke sahib aap kehtay hain Quran phailanay kay liye to Quran to most controversial book hai is zamanay mein, kaisay phailaya jaye?</w:t>
      </w:r>
    </w:p>
    <w:p>
      <w:pPr>
        <w:jc w:val="right"/>
      </w:pPr>
      <w:r>
        <w:t>جواب ہوا۔ ایک صاحب نے سوال کیا کہ صاحب آپ کہتے ہیں قرآن پھیلانے کے لیے تو قرآن تو most controversial book ہے اس زمانے میں، کیسے پھیلایا جائے؟</w:t>
      </w:r>
    </w:p>
    <w:p>
      <w:r>
        <w:rPr>
          <w:b/>
        </w:rPr>
        <w:t xml:space="preserve">[1:01:20] </w:t>
      </w:r>
      <w:r>
        <w:t>to mein nay kaha dekhiye aap minus point dekh rahay hain, plus point dekhiye. yun kahiye ke Quran is waqt sab da news mein hai sab ziyada.</w:t>
      </w:r>
    </w:p>
    <w:p>
      <w:pPr>
        <w:jc w:val="right"/>
      </w:pPr>
      <w:r>
        <w:t>تو میں نے کہا دیکھئے آپ مائنس پوائنٹ دیکھ رہے ہیں، پلس پوائنٹ دیکھئے۔ یوں کہیئے کہ قرآن اس وقت سب دا نیوز میں ہے سب زیادہ۔</w:t>
      </w:r>
    </w:p>
    <w:p>
      <w:r>
        <w:rPr>
          <w:b/>
        </w:rPr>
        <w:t xml:space="preserve">[1:01:30] </w:t>
      </w:r>
      <w:r>
        <w:t>yun kahiye. Controversial means ke woh chhap rahi hai, media mein aa rahi hai, charcha ho raha hai is ka.</w:t>
      </w:r>
    </w:p>
    <w:p>
      <w:pPr>
        <w:jc w:val="right"/>
      </w:pPr>
      <w:r>
        <w:t>یوں کہیئے۔ Controversial means کہ وہ چھپ رہی ہے، میڈیا میں آ رہی ہے، چرچا ہو رہا ہے اس کا۔</w:t>
      </w:r>
    </w:p>
    <w:p>
      <w:r>
        <w:rPr>
          <w:b/>
        </w:rPr>
        <w:t xml:space="preserve">[1:01:42] </w:t>
      </w:r>
      <w:r>
        <w:t>to Quran jo hai har din media mein aa raha hai. is aspect ko dekhiye aap. jab media mein aa raha hai Quran ki charcha to log sochtay hain kya kitab hai, kya cheez hai.</w:t>
      </w:r>
    </w:p>
    <w:p>
      <w:pPr>
        <w:jc w:val="right"/>
      </w:pPr>
      <w:r>
        <w:t>تو قرآن جو ہے ہر دن میڈیا میں آ رہا ہے۔ اس aspect کو دیکھئے آپ۔ جب میڈیا میں آ رہا ہے قرآن کی چرچا تو لوگ سوچتے ہیں کیا کتاب ہے، کیا چیز ہے۔</w:t>
      </w:r>
    </w:p>
    <w:p>
      <w:r>
        <w:rPr>
          <w:b/>
        </w:rPr>
        <w:t xml:space="preserve">[1:01:54] </w:t>
      </w:r>
      <w:r>
        <w:t>aur phir is ko woh yaani dorain gay parhnay kay jo hamaray saathi idhar udhar jatay hain Quran lay kar ke, log toot partay hain. humain bhi do, humain bhi do, humain bhi do.</w:t>
      </w:r>
    </w:p>
    <w:p>
      <w:pPr>
        <w:jc w:val="right"/>
      </w:pPr>
      <w:r>
        <w:t>اور پھر اس کو وہ یعنی دوڑیں گے پڑھنے کے جو ہمارے ساتھی ادھر ادھر جاتے ہیں قرآن لے کر کے، لوگ ٹوٹ پڑتے ہیں۔ ہمیں بھی دو، ہمیں بھی دو، ہمیں بھی دو۔</w:t>
      </w:r>
    </w:p>
    <w:p>
      <w:r>
        <w:rPr>
          <w:b/>
        </w:rPr>
        <w:t xml:space="preserve">[1:02:04] </w:t>
      </w:r>
      <w:r>
        <w:t>to aap yeh sara is lihaaz se dekh rahay hain ke Quran jo hai controversial book hai, nahi. is lihaaz se dekhein ke woh news mein hai.</w:t>
      </w:r>
    </w:p>
    <w:p>
      <w:pPr>
        <w:jc w:val="right"/>
      </w:pPr>
      <w:r>
        <w:t>تو آپ یہ سارا اس لحاظ سے دیکھ رہے ہیں کہ قرآن جو ہے controversial book ہے، نہیں۔ اس لحاظ سے دیکھیں کہ وہ نیوز میں ہے۔</w:t>
      </w:r>
    </w:p>
    <w:p>
      <w:r>
        <w:rPr>
          <w:b/>
        </w:rPr>
        <w:t xml:space="preserve">[1:02:14] </w:t>
      </w:r>
      <w:r>
        <w:t>to aap samjhein gay Quran phailanay ka kitni bari opportunity khul gayi hai is zamanay mein.</w:t>
      </w:r>
    </w:p>
    <w:p>
      <w:pPr>
        <w:jc w:val="right"/>
      </w:pPr>
      <w:r>
        <w:t>تو آپ سمجھیں گے قرآن پھیلانے کا کتنی بڑی opportunity کھل گئی ہے اس زمانے میں۔</w:t>
      </w:r>
    </w:p>
    <w:p>
      <w:r>
        <w:rPr>
          <w:b/>
        </w:rPr>
        <w:t xml:space="preserve">[1:02:22] </w:t>
      </w:r>
      <w:r>
        <w:t>This question is from Mr. Shahnawaz Siddiqui from New Delhi. kya sabr kay zariye aatish aatish gawah se lara ja sakta hai?</w:t>
      </w:r>
    </w:p>
    <w:p>
      <w:pPr>
        <w:jc w:val="right"/>
      </w:pPr>
      <w:r>
        <w:t>This question is from Mr. شاہنواز صدیقی from New Delhi. کیا صبر کے ذریعے آتش آتش گواہ سے لڑا جا سکتا ہے؟</w:t>
      </w:r>
    </w:p>
    <w:p>
      <w:r>
        <w:rPr>
          <w:b/>
        </w:rPr>
        <w:t xml:space="preserve">[1:02:35] </w:t>
      </w:r>
      <w:r>
        <w:t>zarur lara sakta hai, koi larta hi nahi. koi larta hi nahi. larta kon hai? Mahatma Gandhi nay dikha diya hai.</w:t>
      </w:r>
    </w:p>
    <w:p>
      <w:pPr>
        <w:jc w:val="right"/>
      </w:pPr>
      <w:r>
        <w:t>ضرور لڑا سکتا ہے، کوئی لڑتا ہی نہیں۔ کوئی لڑتا ہی نہیں۔ لڑتا کون ہے؟ مہاتما گاندھی نے دکھا دیا ہے۔</w:t>
      </w:r>
    </w:p>
    <w:p>
      <w:r>
        <w:rPr>
          <w:b/>
        </w:rPr>
        <w:t xml:space="preserve">[1:02:45] </w:t>
      </w:r>
      <w:r>
        <w:t>is mulk mein aap jantay hain atharah sau satavan se logon nay larr kar ke angrezon ko nikalna chaha. ulma bhi lartay rahay, swar chand darboz bhi lartay rahay, aur yeh tilak bhi lartay rahay, sab larr larr kar ke.</w:t>
      </w:r>
    </w:p>
    <w:p>
      <w:pPr>
        <w:jc w:val="right"/>
      </w:pPr>
      <w:r>
        <w:t>اس ملک میں آپ جانتے ہیں اٹھارہ سو ستاون سے لوگوں نے لڑ کر کے انگریزوں کو نکالنا چاہا۔ علماء بھی لڑتے رہے، سوار چاند دربوز بھی لڑتے رہے، اور یہ تلک بھی لڑتے رہے، سب لڑ لڑ کر کے۔</w:t>
      </w:r>
    </w:p>
    <w:p>
      <w:r>
        <w:rPr>
          <w:b/>
        </w:rPr>
        <w:t xml:space="preserve">[1:02:58] </w:t>
      </w:r>
      <w:r>
        <w:t>angrez nahi nikal paaye woh.</w:t>
      </w:r>
    </w:p>
    <w:p>
      <w:pPr>
        <w:jc w:val="right"/>
      </w:pPr>
      <w:r>
        <w:t>انگریز نہیں نکال پائے وہ۔</w:t>
      </w:r>
    </w:p>
    <w:p>
      <w:r>
        <w:rPr>
          <w:b/>
        </w:rPr>
        <w:t xml:space="preserve">[1:03:01] </w:t>
      </w:r>
      <w:r>
        <w:t>na ulma nikal paaye, na swar chand darboz nikal paaye, na tilak nikal paaye. aur Gandhi aaye to unhon nay nikal diya. unhon nay yaani sabr ki policy chalayi.</w:t>
      </w:r>
    </w:p>
    <w:p>
      <w:pPr>
        <w:jc w:val="right"/>
      </w:pPr>
      <w:r>
        <w:t>نہ علماء نکال پائے، نہ سوار چاند دربوز نکال پائے، نہ تلک نکال پائے۔ اور گاندھی آئے تو انہوں نے نکال دیا۔ انہوں نے یعنی صبر کی پالیسی چلائی۔</w:t>
      </w:r>
    </w:p>
    <w:p>
      <w:r>
        <w:rPr>
          <w:b/>
        </w:rPr>
        <w:t xml:space="preserve">[1:03:14] </w:t>
      </w:r>
      <w:r>
        <w:t>Non-violence, aain sa. woh itnay taqatwar thay ke woh angrezon ko jana pada.</w:t>
      </w:r>
    </w:p>
    <w:p>
      <w:pPr>
        <w:jc w:val="right"/>
      </w:pPr>
      <w:r>
        <w:t>Non-violence، آئین سا۔ وہ اتنے طاقتور تھے کہ وہ انگریزوں کو جانا پڑا۔</w:t>
      </w:r>
    </w:p>
    <w:p>
      <w:r>
        <w:rPr>
          <w:b/>
        </w:rPr>
        <w:t xml:space="preserve">[1:03:24] </w:t>
      </w:r>
      <w:r>
        <w:t>is se pehle aap ko aik mein ne aik sunaya tha qissa ke jis jab gandhi ne ailaan kiya anees sau anees mein ghaliban, ya anees sau bees mein shayad, ke ab hum azaadi ki ladaai ladenge bana hathiyaar ke.</w:t>
      </w:r>
    </w:p>
    <w:p>
      <w:pPr>
        <w:jc w:val="right"/>
      </w:pPr>
      <w:r>
        <w:t>اس سے پہلے آپ کو ایک میں نے ایک سنایا تھا قصہ کہ جس جب گاندھی نے اعلان کیا انیس سو انیس میں غالباً، یا انیس سو بیس میں شاید، کہ اب ہم آزادی کی لڑائی لڑیں گے بنا ہتھیار کے۔</w:t>
      </w:r>
    </w:p>
    <w:p>
      <w:r>
        <w:rPr>
          <w:b/>
        </w:rPr>
        <w:t xml:space="preserve">[1:03:42] </w:t>
      </w:r>
      <w:r>
        <w:t>yaani violence nahi karenge, non-violence. yaani non-violent activism chalayenge. to angrezon ko samajh mein aaya ke ab kya karein hum.</w:t>
      </w:r>
    </w:p>
    <w:p>
      <w:pPr>
        <w:jc w:val="right"/>
      </w:pPr>
      <w:r>
        <w:t>یعنی violence نہیں کریں گے، non-violence۔ یعنی non-violent activism چلائیں گے۔ تو انگریزوں کو سمجھ میں آیا کہ اب کیا کریں ہم۔</w:t>
      </w:r>
    </w:p>
    <w:p>
      <w:r>
        <w:rPr>
          <w:b/>
        </w:rPr>
        <w:t xml:space="preserve">[1:03:53] </w:t>
      </w:r>
      <w:r>
        <w:t>to is zamane mein telephone nahi hota tha, yeh telegram hua karta tha. to aik angrez collector ne taar bheja apne secretariat ko ke aap batayein ke hum kaise aise aadmi se kaise ladien jo hathiyaar istemaal nahi karta.</w:t>
      </w:r>
    </w:p>
    <w:p>
      <w:pPr>
        <w:jc w:val="right"/>
      </w:pPr>
      <w:r>
        <w:t>تو اس زمانے میں ٹیلی فون نہیں ہوتا تھا، یہ ٹیلی گرام ہوا کرتا تھا۔ تو ایک انگریز کلیکٹر نے تار بھیجا اپنے سیکرٹریٹ کو کہ آپ بتائیں کہ ہم کیسے ایسے آدمی سے کیسے لڑیں جو ہتھیار استعمال نہیں کرتا۔</w:t>
      </w:r>
    </w:p>
    <w:p>
      <w:r>
        <w:rPr>
          <w:b/>
        </w:rPr>
        <w:t xml:space="preserve">[1:04:08] </w:t>
      </w:r>
      <w:r>
        <w:t>to unhone kaha tha kindly wire instructions how to kill a tiger non-violently kyunke agar doosra aadmi aa raha hai hathiyaar le kar to ab bhi hathiyaar chalate the.</w:t>
      </w:r>
    </w:p>
    <w:p>
      <w:pPr>
        <w:jc w:val="right"/>
      </w:pPr>
      <w:r>
        <w:t>تو انہوں نے کہا تھا kindly wire instructions how to kill a tiger non-violently کیونکہ اگر دوسرا آدمی آ رہا ہے ہتھیار لے کر تو اب بھی ہتھیار چلاتے تھے۔</w:t>
      </w:r>
    </w:p>
    <w:p>
      <w:r>
        <w:rPr>
          <w:b/>
        </w:rPr>
        <w:t xml:space="preserve">[1:04:20] </w:t>
      </w:r>
      <w:r>
        <w:t>ab is ne to kuch nahi, kapda bhi utaar diya, hathiyaar bhi chhod diya. to aap kaise maarein is ko? to aap dekhiye ke kis tarah se woh jeet ho gayi is ki.</w:t>
      </w:r>
    </w:p>
    <w:p>
      <w:pPr>
        <w:jc w:val="right"/>
      </w:pPr>
      <w:r>
        <w:t>اب اس نے تو کچھ نہیں، کپڑا بھی اتار دیا، ہتھیار بھی چھوڑ دیا۔ تو آپ کیسے ماریں اس کو؟ تو آپ دیکھئے کہ کس طرح سے وہ جیت ہو گئی اس کی۔</w:t>
      </w:r>
    </w:p>
    <w:p>
      <w:r>
        <w:rPr>
          <w:b/>
        </w:rPr>
        <w:t xml:space="preserve">[1:04:32] </w:t>
      </w:r>
      <w:r>
        <w:t>aur hadith mein hai dekhiye yahi baat. innalaha yu'ti al-rifqa ma la yu'ti al-'unf is ka matlab hai God grants to non-violence.</w:t>
      </w:r>
    </w:p>
    <w:p>
      <w:pPr>
        <w:jc w:val="right"/>
      </w:pPr>
      <w:r>
        <w:t>اور حدیث میں ہے دیکھئے یہی بات۔ إن الله يؤتي الرفق مالا يؤتي العنف اس کا مطلب ہے God grants to non-violence.</w:t>
      </w:r>
    </w:p>
    <w:p>
      <w:r>
        <w:rPr>
          <w:b/>
        </w:rPr>
        <w:t xml:space="preserve">[1:04:45] </w:t>
      </w:r>
      <w:r>
        <w:t>What He does not grant to violence.</w:t>
      </w:r>
    </w:p>
    <w:p>
      <w:pPr>
        <w:jc w:val="right"/>
      </w:pPr>
      <w:r>
        <w:t>What He does not grant to violence.</w:t>
      </w:r>
    </w:p>
    <w:p>
      <w:r>
        <w:rPr>
          <w:b/>
        </w:rPr>
        <w:t xml:space="preserve">[1:04:49] </w:t>
      </w:r>
      <w:r>
        <w:t>logon ki himmat nahi hai is ka is ka is ka tajruba karne ki. log darte hain. himmat hi nahi hai tajruba karne ki. unhein misalein maujood hain.</w:t>
      </w:r>
    </w:p>
    <w:p>
      <w:pPr>
        <w:jc w:val="right"/>
      </w:pPr>
      <w:r>
        <w:t>لوگوں کی ہمت نہیں ہے اس کا اس کا اس کا تجربہ کرنے کی۔ لوگ ڈرتے ہیں۔ ہمت ہی نہیں ہے تجربہ کرنے کی۔ انہیں مثالیں موجود ہیں۔</w:t>
      </w:r>
    </w:p>
    <w:p>
      <w:r>
        <w:rPr>
          <w:b/>
        </w:rPr>
        <w:t xml:space="preserve">[1:04:58] </w:t>
      </w:r>
      <w:r>
        <w:t>japan ne tajruba kiya, mahatma gandhi ne tajruba kiya, rasool Allah salallahu alaihi wasallam ne tajruba kiya. lekin himmat kahan logon ke andar hai? log to ghusse mein hain, nafrat mein hain, inteqaam mein hain.</w:t>
      </w:r>
    </w:p>
    <w:p>
      <w:pPr>
        <w:jc w:val="right"/>
      </w:pPr>
      <w:r>
        <w:t>جاپان نے تجربہ کیا، مہاتما گاندھی نے تجربہ کیا، رسول اللہ صلی اللہ علیہ وسلم نے تجربہ کیا۔ لیکن ہمت کہاں لوگوں کے اندر ہے؟ لوگ تو غصے میں ہیں، نفرت میں ہیں، انتقام میں ہیں۔</w:t>
      </w:r>
    </w:p>
    <w:p>
      <w:r>
        <w:rPr>
          <w:b/>
        </w:rPr>
        <w:t xml:space="preserve">[1:05:09] </w:t>
      </w:r>
      <w:r>
        <w:t>baat maaro, kaato, yeh jaante hain khaali. yaani sabr ke saath planning karna yeh unko aata hi nahi hai logon ko.</w:t>
      </w:r>
    </w:p>
    <w:p>
      <w:pPr>
        <w:jc w:val="right"/>
      </w:pPr>
      <w:r>
        <w:t>بات مارو، کاٹو، یہ جانتے ہیں خالی۔ یعنی صبر کے ساتھ planning کرنا یہ ان کو آتا ہی نہیں ہے لوگوں کو۔</w:t>
      </w:r>
    </w:p>
    <w:p>
      <w:r>
        <w:rPr>
          <w:b/>
        </w:rPr>
        <w:t xml:space="preserve">[1:05:20] </w:t>
      </w:r>
      <w:r>
        <w:t>This question is from Mr. Afan Rauf from Lahore, Pakistan. Maulana, this is my first class.</w:t>
      </w:r>
    </w:p>
    <w:p>
      <w:pPr>
        <w:jc w:val="right"/>
      </w:pPr>
      <w:r>
        <w:t>This question is from Mr. Afan Rauf from Lahore, Pakistan. مولانا، this is my first class.</w:t>
      </w:r>
    </w:p>
    <w:p>
      <w:r>
        <w:rPr>
          <w:b/>
        </w:rPr>
        <w:t xml:space="preserve">[1:05:29] </w:t>
      </w:r>
      <w:r>
        <w:t>I was sitting among some molvis in Lahore. A person asked whether we should be happy on the killing of Ahmadis.</w:t>
      </w:r>
    </w:p>
    <w:p>
      <w:pPr>
        <w:jc w:val="right"/>
      </w:pPr>
      <w:r>
        <w:t>I was sitting among some مولویز in Lahore. A person asked whether we should be happy on the killing of احمدیs.</w:t>
      </w:r>
    </w:p>
    <w:p>
      <w:r>
        <w:rPr>
          <w:b/>
        </w:rPr>
        <w:t xml:space="preserve">[1:05:39] </w:t>
      </w:r>
      <w:r>
        <w:t>I was shocked by the question and the answer as well. The molvi told that they are murtads.</w:t>
      </w:r>
    </w:p>
    <w:p>
      <w:pPr>
        <w:jc w:val="right"/>
      </w:pPr>
      <w:r>
        <w:t>I was shocked by the question and the answer as well. The مولوی told that they are مرتدs.</w:t>
      </w:r>
    </w:p>
    <w:p>
      <w:r>
        <w:rPr>
          <w:b/>
        </w:rPr>
        <w:t xml:space="preserve">[1:05:46] </w:t>
      </w:r>
      <w:r>
        <w:t>Originally, government should kill them, but if someone else did, then it's okay. I think that murtad term is not even correct for today's Ahmadi because they are born Ahmadi.</w:t>
      </w:r>
    </w:p>
    <w:p>
      <w:pPr>
        <w:jc w:val="right"/>
      </w:pPr>
      <w:r>
        <w:t>Originally, government should kill them, but if someone else did, then it's okay. I think that مرتد term is not even correct for today's احمدی because they are born احمدی.</w:t>
      </w:r>
    </w:p>
    <w:p>
      <w:r>
        <w:rPr>
          <w:b/>
        </w:rPr>
        <w:t xml:space="preserve">[1:06:01] </w:t>
      </w:r>
      <w:r>
        <w:t>They never changed their religion from Islam. Please comment on this. Maulana, what is your understanding about the term murtad?</w:t>
      </w:r>
    </w:p>
    <w:p>
      <w:pPr>
        <w:jc w:val="right"/>
      </w:pPr>
      <w:r>
        <w:t>They never changed their religion from Islam. Please comment on this. مولانا، what is your understanding about the term مرتد?</w:t>
      </w:r>
    </w:p>
    <w:p>
      <w:r>
        <w:rPr>
          <w:b/>
        </w:rPr>
        <w:t xml:space="preserve">[1:06:11] </w:t>
      </w:r>
      <w:r>
        <w:t>murtad</w:t>
      </w:r>
    </w:p>
    <w:p>
      <w:pPr>
        <w:jc w:val="right"/>
      </w:pPr>
      <w:r>
        <w:t>مرتد</w:t>
      </w:r>
    </w:p>
    <w:p>
      <w:r>
        <w:rPr>
          <w:b/>
        </w:rPr>
        <w:t xml:space="preserve">[1:06:13] </w:t>
      </w:r>
      <w:r>
        <w:t>murtad. dekhiye, yeh bilkul haraam yeh kaam ho raha hai ke kisi ko maar daalte hain khud hi khud ja kar ke. aap kisi ko maar nahi sakte, maarna apne aap mein haraam hai.</w:t>
      </w:r>
    </w:p>
    <w:p>
      <w:pPr>
        <w:jc w:val="right"/>
      </w:pPr>
      <w:r>
        <w:t>۔ مرتد۔ دیکھئے، یہ بالکل حرام یہ کام ہو رہا ہے کہ کسی کو مار ڈالتے ہیں خود ہی خود جا کر کے۔ آپ کسی کو مار نہیں سکتے، مارنا اپنے آپ میں حرام ہے۔</w:t>
      </w:r>
    </w:p>
    <w:p>
      <w:r>
        <w:rPr>
          <w:b/>
        </w:rPr>
        <w:t xml:space="preserve">[1:06:25] </w:t>
      </w:r>
      <w:r>
        <w:t>aap maar nahi sakte kisi ko. mein ne is par aik mazmoon likha bees safhe ka irtidad ki saza par. yeh yeh yeh masla hi galat hai ke koi kisi ko murtad kaho, is ko maar daalo is ko.</w:t>
      </w:r>
    </w:p>
    <w:p>
      <w:pPr>
        <w:jc w:val="right"/>
      </w:pPr>
      <w:r>
        <w:t>آپ مار نہیں سکتے کسی کو۔ میں نے اس پر ایک مضمون لکھا بیس صفحے کا ارتداد کی سزا پر۔ یہ یہ یہ مسئلہ ہی غلط ہے کہ کوئی کسی کو مرتد کہو، اس کو مار ڈالو اس کو۔</w:t>
      </w:r>
    </w:p>
    <w:p>
      <w:r>
        <w:rPr>
          <w:b/>
        </w:rPr>
        <w:t xml:space="preserve">[1:06:36] </w:t>
      </w:r>
      <w:r>
        <w:t>yeh masla hi galat hai bilkul. yeh mein yeh chhupaye hue kitaab mein, hikmat-e-islam mein.</w:t>
      </w:r>
    </w:p>
    <w:p>
      <w:pPr>
        <w:jc w:val="right"/>
      </w:pPr>
      <w:r>
        <w:t>یہ مسئلہ ہی غلط ہے بالکل۔ یہ میں یہ چھپائے ہوئے کتاب میں، حکمت اسلام میں۔</w:t>
      </w:r>
    </w:p>
    <w:p>
      <w:r>
        <w:rPr>
          <w:b/>
        </w:rPr>
        <w:t xml:space="preserve">[1:06:44] </w:t>
      </w:r>
      <w:r>
        <w:t>dekhiye, aik hi cheez hai jis par aap kisi ko maar sakte hain, woh hai qatl. koi aadmi kisi ko qatl kare to is par qatl kiya jayega.</w:t>
      </w:r>
    </w:p>
    <w:p>
      <w:pPr>
        <w:jc w:val="right"/>
      </w:pPr>
      <w:r>
        <w:t>دیکھئے، ایک ہی چیز ہے جس پر آپ کسی کو مار سکتے ہیں، وہ ہے قتل۔ کوئی آدمی کسی کو قتل کرے تو اس پر قتل کیا جائے گا۔</w:t>
      </w:r>
    </w:p>
    <w:p>
      <w:r>
        <w:rPr>
          <w:b/>
        </w:rPr>
        <w:t xml:space="preserve">[1:06:52] </w:t>
      </w:r>
      <w:r>
        <w:t>is ko kehte hain qisas. qisas. bas aur kuch nahi. chahe woh Ahmadi ho ya ghair Ahmadi ho, aap un ko naseehat kijiye, tablegh kijiye, dawat kijiye.</w:t>
      </w:r>
    </w:p>
    <w:p>
      <w:pPr>
        <w:jc w:val="right"/>
      </w:pPr>
      <w:r>
        <w:t>اس کو کہتے ہیں قصاص۔ قصاص۔ بس اور کچھ نہیں۔ چاہے وہ احمدی ہو یا غیر احمدی ہو، آپ ان کو نصیحت کیجئے، تبلیغ کیجئے، دعوت کیجئے۔</w:t>
      </w:r>
    </w:p>
    <w:p>
      <w:r>
        <w:rPr>
          <w:b/>
        </w:rPr>
        <w:t xml:space="preserve">[1:07:03] </w:t>
      </w:r>
      <w:r>
        <w:t>daleel se un ke zehan ko badliye. maarna kya hai? maarna to aik bohat hi zyada yaani bhediyon se bhi zyada bura kaam hai yeh.</w:t>
      </w:r>
    </w:p>
    <w:p>
      <w:pPr>
        <w:jc w:val="right"/>
      </w:pPr>
      <w:r>
        <w:t>دلیل سے ان کے ذہن کو بدلیے۔ مارنا کیا ہے؟ مارنا تو ایک بہت ہی زیادہ یعنی بھیڑیوں سے بھی زیادہ برا کام ہے یہ۔</w:t>
      </w:r>
    </w:p>
    <w:p>
      <w:r>
        <w:rPr>
          <w:b/>
        </w:rPr>
        <w:t xml:space="preserve">[1:07:14] </w:t>
      </w:r>
      <w:r>
        <w:t>kisi ko haq nahi hai maarne ka. dekhiye, qatl jo hai yaani capital punishment jis ko kehte hain, jin cases mein hai, woh sirf court se hoga, court se.</w:t>
      </w:r>
    </w:p>
    <w:p>
      <w:pPr>
        <w:jc w:val="right"/>
      </w:pPr>
      <w:r>
        <w:t>کسی کو حق نہیں ہے مارنے کا۔ دیکھئے، قتل جو ہے یعنی capital punishment جس کو کہتے ہیں، جن cases میں ہے، وہ صرف court سے ہوگا، court سے۔</w:t>
      </w:r>
    </w:p>
    <w:p>
      <w:r>
        <w:rPr>
          <w:b/>
        </w:rPr>
        <w:t xml:space="preserve">[1:07:28] </w:t>
      </w:r>
      <w:r>
        <w:t>court se hoga. aap nahi ja kar kisi ko dhaar dhaar maar sakte hain. yeh to haraam, yaani super haraam hai yeh.</w:t>
      </w:r>
    </w:p>
    <w:p>
      <w:pPr>
        <w:jc w:val="right"/>
      </w:pPr>
      <w:r>
        <w:t>Court سے ہوگا۔ آپ نہیں جا کر کسی کو دھاڑ دھاڑ مار سکتے ہیں۔ یہ تو حرام، یعنی super حرام ہے یہ۔</w:t>
      </w:r>
    </w:p>
    <w:p>
      <w:r>
        <w:rPr>
          <w:b/>
        </w:rPr>
        <w:t xml:space="preserve">[1:07:36] </w:t>
      </w:r>
      <w:r>
        <w:t>jin cheezon ko shariyat ne bataya ke is waqt qatl hai, jaise ke koi murder kare, to aisa nahi ke aap ja ke maar daalein is ko. woh case jayega court mein, wahan shahadat hogi, gawahi hogi.</w:t>
      </w:r>
    </w:p>
    <w:p>
      <w:pPr>
        <w:jc w:val="right"/>
      </w:pPr>
      <w:r>
        <w:t>جن چیزوں کو شریعت نے بتایا کہ اس وقت قتل ہے، جیسے کہ کوئی murder کرے، تو ایسا نہیں کہ آپ جا کے مار ڈالیں اس کو۔ وہ case جائے گا court میں، وہاں شہادت ہوگی، گواہی ہوگی۔</w:t>
      </w:r>
    </w:p>
    <w:p>
      <w:r>
        <w:rPr>
          <w:b/>
        </w:rPr>
        <w:t xml:space="preserve">[1:07:49] </w:t>
      </w:r>
      <w:r>
        <w:t>yani judicial process chalega. jab ek authorized court faisla karegi, tab us ko phansi di jayegi. aisa nahi ke koi ja ke maar dale kisi ko.</w:t>
      </w:r>
    </w:p>
    <w:p>
      <w:pPr>
        <w:jc w:val="right"/>
      </w:pPr>
      <w:r>
        <w:t>یعنی judicial process چلے گا۔ جب ایک authorized court فیصلہ کرے گی، تب اس کو پھانسی دی جائے گی۔ ایسا نہیں کہ کوئی جا کے مار ڈالے کسی کو۔</w:t>
      </w:r>
    </w:p>
    <w:p>
      <w:r>
        <w:rPr>
          <w:b/>
        </w:rPr>
        <w:t xml:space="preserve">[1:07:59] </w:t>
      </w:r>
      <w:r>
        <w:t>yeh to Islam mein bilkul hi haram hai ke koi bhi aadmi ja ke maar dale us ko.</w:t>
      </w:r>
    </w:p>
    <w:p>
      <w:pPr>
        <w:jc w:val="right"/>
      </w:pPr>
      <w:r>
        <w:t>یہ تو اسلام میں بالکل ہی حرام ہے کہ کوئی بھی آدمی جا کے مار ڈالے اس کو۔</w:t>
      </w:r>
    </w:p>
    <w:p>
      <w:r>
        <w:rPr>
          <w:b/>
        </w:rPr>
        <w:t xml:space="preserve">[1:08:05] </w:t>
      </w:r>
      <w:r>
        <w:t>Court ke is waqt kisi ko haq nahi hai. aur court bhi khud hi khud qanoon bana liya aap ne. Pakistan mein khud hi khud qanoon bana rakha hai.</w:t>
      </w:r>
    </w:p>
    <w:p>
      <w:pPr>
        <w:jc w:val="right"/>
      </w:pPr>
      <w:r>
        <w:t>Court کے اس وقت کسی کو حق نہیں ہے۔ اور court بھی خود ہی خود قانون بنا لیا آپ نے۔ پاکستان میں خود ہی خود قانون بنا رکھا ہے۔</w:t>
      </w:r>
    </w:p>
    <w:p>
      <w:r>
        <w:rPr>
          <w:b/>
        </w:rPr>
        <w:t xml:space="preserve">[1:08:16] </w:t>
      </w:r>
      <w:r>
        <w:t>to woh bhi galat hai. woh qanoon jo ke Islam mein hai, us par aap kisi ko maar sakte hain. khud hi khud qanoon bana kar nahi maar sakte aap.</w:t>
      </w:r>
    </w:p>
    <w:p>
      <w:pPr>
        <w:jc w:val="right"/>
      </w:pPr>
      <w:r>
        <w:t>تو وہ بھی غلط ہے۔ وہ قانون جو کہ اسلام میں ہے، اس پر آپ کسی کو مار سکتے ہیں۔ خود ہی خود قانون بنا کر نہیں مار سکتے آپ۔</w:t>
      </w:r>
    </w:p>
    <w:p>
      <w:r>
        <w:rPr>
          <w:b/>
        </w:rPr>
        <w:t xml:space="preserve">[1:08:23] </w:t>
      </w:r>
      <w:r>
        <w:t>to behal, main poore yani ilm ke barabar kehta hoon, poore study ke barabar kehta hoon ke yeh jo aaj kal hai ke shatb rasool par marte hain, Ahmadi ko maar dalte hain, kisi ko bhi bas cartoon par maar dalte hain, nahi marte to kam az kam fatwa dete hain ke maar dalo in ko, yeh sab bilkul haram hai.</w:t>
      </w:r>
    </w:p>
    <w:p>
      <w:pPr>
        <w:jc w:val="right"/>
      </w:pPr>
      <w:r>
        <w:t>تو بہرحال، میں پورے یعنی علم کے برابر کہتا ہوں، پورے study کے برابر کہتا ہوں کہ یہ جو آج کل ہے کہ شطب رسول پر مارتے ہیں، احمدی کو مار ڈالتے ہیں، کسی کو بھی بس کارٹون پر مار ڈالتے ہیں، نہیں مارتے تو کم از کم فتویٰ دیتے ہیں کہ مار ڈالو ان کو، یہ سب بالکل حرام ہے۔</w:t>
      </w:r>
    </w:p>
    <w:p>
      <w:r>
        <w:rPr>
          <w:b/>
        </w:rPr>
        <w:t xml:space="preserve">[1:08:42] </w:t>
      </w:r>
      <w:r>
        <w:t>yeh koi shaq nahi hai is ke andar. aap ko sirf ek hi farz hai ke aap tablegh karen, dawat karen, naseehat karen, daleel den, un ke mind ko badlen.</w:t>
      </w:r>
    </w:p>
    <w:p>
      <w:pPr>
        <w:jc w:val="right"/>
      </w:pPr>
      <w:r>
        <w:t>یہ کوئی شک نہیں ہے اس کے اندر۔ آپ کو صرف ایک ہی فرض ہے کہ آپ تبلیغ کریں، دعوت کریں، نصیحت کریں، دلیل دیں، ان کے mind کو بدلیں۔</w:t>
      </w:r>
    </w:p>
    <w:p>
      <w:r>
        <w:rPr>
          <w:b/>
        </w:rPr>
        <w:t xml:space="preserve">[1:08:52] </w:t>
      </w:r>
      <w:r>
        <w:t>yeh</w:t>
      </w:r>
    </w:p>
    <w:p>
      <w:pPr>
        <w:jc w:val="right"/>
      </w:pPr>
      <w:r>
        <w:t>یہ</w:t>
      </w:r>
    </w:p>
    <w:p>
      <w:r>
        <w:rPr>
          <w:b/>
        </w:rPr>
        <w:t xml:space="preserve">[1:08:53] </w:t>
      </w:r>
      <w:r>
        <w:t>hai. bas yahi aap ka had hai. is ke aage kuch nahi. agar aap is se na badle aadmi to aap dua kijiye. agar aadmi nahi badalta to aap dua kijiye.</w:t>
      </w:r>
    </w:p>
    <w:p>
      <w:pPr>
        <w:jc w:val="right"/>
      </w:pPr>
      <w:r>
        <w:t>ہے۔ بس یہی آپ کا حد ہے۔ اس کے آگے کچھ نہیں۔ اگر آپ اس سے نہ بدلے آدمی تو آپ دعا کیجئے۔ اگر آدمی نہیں بدلتا تو آپ دعا کیجئے۔</w:t>
      </w:r>
    </w:p>
    <w:p>
      <w:r>
        <w:rPr>
          <w:b/>
        </w:rPr>
        <w:t xml:space="preserve">[1:09:02] </w:t>
      </w:r>
      <w:r>
        <w:t>aap Khuda ki seat nahi le sakte, yeh Khuda ki seat hai.</w:t>
      </w:r>
    </w:p>
    <w:p>
      <w:pPr>
        <w:jc w:val="right"/>
      </w:pPr>
      <w:r>
        <w:t>آپ خدا کی seat نہیں لے سکتے، یہ خدا کی seat ہے۔</w:t>
      </w:r>
    </w:p>
    <w:p>
      <w:r>
        <w:rPr>
          <w:b/>
        </w:rPr>
        <w:t xml:space="preserve">[1:09:07] </w:t>
      </w:r>
      <w:r>
        <w:t>is waqt meri kitab hai hikmat Islam, is ko aap parh sakte hain. bohat tafseel se is masle ko likha hai maine is mein.</w:t>
      </w:r>
    </w:p>
    <w:p>
      <w:pPr>
        <w:jc w:val="right"/>
      </w:pPr>
      <w:r>
        <w:t>اس وقت میری کتاب ہے حکمت اسلام، اس کو آپ پڑھ سکتے ہیں۔ بہت تفصیل سے اس مسئلے کو لکھا ہے میں نے اس میں۔</w:t>
      </w:r>
    </w:p>
    <w:p>
      <w:r>
        <w:rPr>
          <w:b/>
        </w:rPr>
        <w:t xml:space="preserve">[1:09:18] </w:t>
      </w:r>
      <w:r>
        <w:t>This question is from Mr. Faiq from USA.</w:t>
      </w:r>
    </w:p>
    <w:p>
      <w:pPr>
        <w:jc w:val="right"/>
      </w:pPr>
      <w:r>
        <w:t>This question is from Mr. Faiq from USA.</w:t>
      </w:r>
    </w:p>
    <w:p>
      <w:r>
        <w:rPr>
          <w:b/>
        </w:rPr>
        <w:t xml:space="preserve">[1:09:23] </w:t>
      </w:r>
      <w:r>
        <w:t>Maulana sahib you were offered a high position of influence in government, but you did not take it. Although following Prophet Hazrat Yusuf's example, a position of influence in government can be used for the good of a lot of humanity,</w:t>
      </w:r>
    </w:p>
    <w:p>
      <w:pPr>
        <w:jc w:val="right"/>
      </w:pPr>
      <w:r>
        <w:t>مولانا صاحب you were offered a high position of influence in government, but you did not take it. Although following Prophet Hazrat Yusuf's example, a position of influence in government can be used for the good of a lot of humanity,</w:t>
      </w:r>
    </w:p>
    <w:p>
      <w:r>
        <w:rPr>
          <w:b/>
        </w:rPr>
        <w:t xml:space="preserve">[1:09:42] </w:t>
      </w:r>
      <w:r>
        <w:t>I would like to know the reason behind it.</w:t>
      </w:r>
    </w:p>
    <w:p>
      <w:pPr>
        <w:jc w:val="right"/>
      </w:pPr>
      <w:r>
        <w:t>I would like to know the reason behind it.</w:t>
      </w:r>
    </w:p>
    <w:p>
      <w:r>
        <w:rPr>
          <w:b/>
        </w:rPr>
        <w:t xml:space="preserve">[1:09:45] </w:t>
      </w:r>
      <w:r>
        <w:t>Secondly, is seeking a position of influence under the non-Muslim ruler for the good of Muslims or humanity in general, okay or not okay?</w:t>
      </w:r>
    </w:p>
    <w:p>
      <w:pPr>
        <w:jc w:val="right"/>
      </w:pPr>
      <w:r>
        <w:t>Secondly, is seeking a position of influence under the non-Muslim ruler for the good of Muslims or humanity in general, okay or not okay?</w:t>
      </w:r>
    </w:p>
    <w:p>
      <w:r>
        <w:rPr>
          <w:b/>
        </w:rPr>
        <w:t xml:space="preserve">[1:09:58] </w:t>
      </w:r>
      <w:r>
        <w:t>dekhye, is ka taluq halaat se hai. yeh koi namaz roze ke tareeqe se nahi hai baat. waqt aa gaya to namaz parh daloo. namaz parho ja kar ke.</w:t>
      </w:r>
    </w:p>
    <w:p>
      <w:pPr>
        <w:jc w:val="right"/>
      </w:pPr>
      <w:r>
        <w:t>دیکھئے، اس کا تعلق حالات سے ہے۔ یہ کوئی نماز روزے کے طریقے سے نہیں ہے بات۔ وقت آگیا تو نماز پڑھ ڈالو۔ نماز پڑھو جا کر کے۔</w:t>
      </w:r>
    </w:p>
    <w:p>
      <w:r>
        <w:rPr>
          <w:b/>
        </w:rPr>
        <w:t xml:space="preserve">[1:10:10] </w:t>
      </w:r>
      <w:r>
        <w:t>Situation kaisi hai, is pe dekhna padta hai.</w:t>
      </w:r>
    </w:p>
    <w:p>
      <w:pPr>
        <w:jc w:val="right"/>
      </w:pPr>
      <w:r>
        <w:t>Situation کیسی ہے، اس پہ دیکھنا پڑتا ہے۔</w:t>
      </w:r>
    </w:p>
    <w:p>
      <w:r>
        <w:rPr>
          <w:b/>
        </w:rPr>
        <w:t xml:space="preserve">[1:10:13] </w:t>
      </w:r>
      <w:r>
        <w:t>hamare liye India mein jo situation hai, woh ohde ki nahi hai. ohda le kar aap koi kaam nahi kar sakte. hamein dawat dena hai. dawat ka kaam ohde se to nahi ho sakta.</w:t>
      </w:r>
    </w:p>
    <w:p>
      <w:pPr>
        <w:jc w:val="right"/>
      </w:pPr>
      <w:r>
        <w:t>ہمارے لیے انڈیا میں جو situation ہے، وہ عہدے کی نہیں ہے۔ عہدہ لے کر آپ کوئی کام نہیں کر سکتے۔ ہمیں دعوت دینا ہے۔ دعوت کا کام عہدے سے تو نہیں ہو سکتا۔</w:t>
      </w:r>
    </w:p>
    <w:p>
      <w:r>
        <w:rPr>
          <w:b/>
        </w:rPr>
        <w:t xml:space="preserve">[1:10:23] </w:t>
      </w:r>
      <w:r>
        <w:t>dawat ka kaam hota hai literature ke zariye se. Literature. to hum ne sari raat din apne aap ko halkaan kiya aur literature tayyar kiya.</w:t>
      </w:r>
    </w:p>
    <w:p>
      <w:pPr>
        <w:jc w:val="right"/>
      </w:pPr>
      <w:r>
        <w:t>دعوت کا کام ہوتا ہے literature کے ذریعے سے۔ Literature۔ تو ہم نے ساری رات دن اپنے آپ کو ہلکان کیا اور literature تیار کیا۔</w:t>
      </w:r>
    </w:p>
    <w:p>
      <w:r>
        <w:rPr>
          <w:b/>
        </w:rPr>
        <w:t xml:space="preserve">[1:10:33] </w:t>
      </w:r>
      <w:r>
        <w:t>is ko hum phela rahe hain. to yeh cheezen jo hain, ohda lena na lena, yeh ek relative baat hai. halaat par depend karti hai.</w:t>
      </w:r>
    </w:p>
    <w:p>
      <w:pPr>
        <w:jc w:val="right"/>
      </w:pPr>
      <w:r>
        <w:t>اس کو ہم پھیلا رہے ہیں۔ تو یہ چیزیں جو ہیں، عہدہ لینا نہ لینا، یہ ایک relative بات ہے۔ حالات پر depend کرتی ہے۔</w:t>
      </w:r>
    </w:p>
    <w:p>
      <w:r>
        <w:rPr>
          <w:b/>
        </w:rPr>
        <w:t xml:space="preserve">[1:10:41] </w:t>
      </w:r>
      <w:r>
        <w:t>kese halaat kis ke hain, is ke lehaz se woh faisla kar sakta hai. Rasool Allah ko dekhiye, Makka mein kaha gaya tha aap ko badshah banate hain aap ko. إِنْ تُرِيدُ مُلْكًا مَلَّكًا أَقَالَ اِنَّا peshkash ki gayi Rasool Allah Sal Allahu Alaihi Wasallam ko.</w:t>
      </w:r>
    </w:p>
    <w:p>
      <w:pPr>
        <w:jc w:val="right"/>
      </w:pPr>
      <w:r>
        <w:t>کیسے حالات کس کے ہیں، اس کے لحاظ سے وہ فیصلہ کر سکتا ہے۔ رسول اللہ کو دیکھئے، مکہ میں کہا گیا تھا آپ کو بادشاہ بناتے ہیں آپ کو۔ إِنْ تُرِيدُ مُلْكًا مَلَّكًا أَقَالَ اِنَّا پیشکش کی گئی رسول اللہ صلی اللہ علیہ وسلم کو۔</w:t>
      </w:r>
    </w:p>
    <w:p>
      <w:r>
        <w:rPr>
          <w:b/>
        </w:rPr>
        <w:t xml:space="preserve">[1:10:57] </w:t>
      </w:r>
      <w:r>
        <w:t>to aap ne kaha ke nahi, main is ke liye nahi bheja gaya hoon. to ek misaal hai Huzoor Alaihi Salam ki hai, doosri misaal Rasool Allah Sal Allahu Alaihi Wasallam ki hai. to dono ke halaat ke lehaz se</w:t>
      </w:r>
    </w:p>
    <w:p>
      <w:pPr>
        <w:jc w:val="right"/>
      </w:pPr>
      <w:r>
        <w:t>تو آپ نے کہا کہ نہیں، میں اس کے لیے نہیں بھیجا گیا ہوں۔ تو ایک مثال ہے حضور علیہ السلام کی ہے، دوسری مثال رسول اللہ صلی اللہ علیہ وسلم کی ہے۔ تو دونوں کے حالات کے لحاظ سے</w:t>
      </w:r>
    </w:p>
    <w:p>
      <w:r>
        <w:rPr>
          <w:b/>
        </w:rPr>
        <w:t xml:space="preserve">[1:11:08] </w:t>
      </w:r>
      <w:r>
        <w:t>yeh koi aisa nahi ke azan ho gayi to chalo namaz parh len. jaise halaat honge, us ke mutabiq faisla kiya jayega.</w:t>
      </w:r>
    </w:p>
    <w:p>
      <w:pPr>
        <w:jc w:val="right"/>
      </w:pPr>
      <w:r>
        <w:t>یہ کوئی ایسا نہیں کہ اذان ہو گئی تو چلو نماز پڑھ لیں۔ جیسے حالات ہوں گے، اس کے مطابق فیصلہ کیا جائے گا۔</w:t>
      </w:r>
    </w:p>
    <w:p>
      <w:r>
        <w:rPr>
          <w:b/>
        </w:rPr>
        <w:t xml:space="preserve">[1:11:16] </w:t>
      </w:r>
      <w:r>
        <w:t>to yahan jo halaat hain hamare, us waqt sab se ahem cheez dawat hai. dawat ke liye literature chahiye, ilmi dalail chahiye, ideology chahiye.</w:t>
      </w:r>
    </w:p>
    <w:p>
      <w:pPr>
        <w:jc w:val="right"/>
      </w:pPr>
      <w:r>
        <w:t>تو یہاں جو حالات ہیں ہمارے، اس وقت سب سے اہم چیز دعوت ہے۔ دعوت کے لیے literature چاہیے، علمی دلائل چاہیے، ideology چاہیے۔</w:t>
      </w:r>
    </w:p>
    <w:p>
      <w:r>
        <w:rPr>
          <w:b/>
        </w:rPr>
        <w:t xml:space="preserve">[1:11:25] </w:t>
      </w:r>
      <w:r>
        <w:t>is mein hum raat din apne aap ko lagaye hue hain. kisi doosre kaam mein jana hum us ko distraction samajhte hain. Distraction. koi bhi kaam agar aap doosra chhoden ge to distraction karen ge aap.</w:t>
      </w:r>
    </w:p>
    <w:p>
      <w:pPr>
        <w:jc w:val="right"/>
      </w:pPr>
      <w:r>
        <w:t>اس میں ہم رات دن اپنے آپ کو لگائے ہوئے ہیں۔ کسی دوسرے کام میں جانا ہم اس کو distraction سمجھتے ہیں۔ Distraction۔ کوئی بھی کام اگر آپ دوسرا چھوڑیں گے تو distraction کریں گے آپ۔</w:t>
      </w:r>
    </w:p>
    <w:p>
      <w:r>
        <w:rPr>
          <w:b/>
        </w:rPr>
        <w:t xml:space="preserve">[1:11:34] </w:t>
      </w:r>
      <w:r>
        <w:t>is liye main koi business nahi karta.</w:t>
      </w:r>
    </w:p>
    <w:p>
      <w:pPr>
        <w:jc w:val="right"/>
      </w:pPr>
      <w:r>
        <w:t>اس لیے میں کوئی business نہیں کرتا۔</w:t>
      </w:r>
    </w:p>
    <w:p>
      <w:r>
        <w:rPr>
          <w:b/>
        </w:rPr>
        <w:t xml:space="preserve">[1:11:37] </w:t>
      </w:r>
      <w:r>
        <w:t>agar main business karoon to jo jaiz hai, jo keh to bhi distraction ho jayega. to koi bhi doosra kaam mein nahin karta. kyon phir yeh jo itna bada kaam hai keh ideology develop karna aur logon ke mind ko badalna, modern idiom mein apni baat ko kehna, yeh sab baatein bohat zyada mehnat chahti hain.</w:t>
      </w:r>
    </w:p>
    <w:p>
      <w:pPr>
        <w:jc w:val="right"/>
      </w:pPr>
      <w:r>
        <w:t>اگر میں business کروں تو جو جائز ہے، جو کہ تو بھی distraction ہو جائے گا۔ تو کوئی بھی دوسرا کام میں نہیں کرتا۔ کیوں پھر یہ جو اتنا بڑا کام ہے کہ ideology develop کرنا اور لوگوں کے mind کو بدلنا، modern idiom میں اپنی بات کو کہنا، یہ سب باتیں بہت زیادہ محنت چاہتی ہیں۔</w:t>
      </w:r>
    </w:p>
    <w:p>
      <w:r>
        <w:rPr>
          <w:b/>
        </w:rPr>
        <w:t xml:space="preserve">[1:11:59] </w:t>
      </w:r>
      <w:r>
        <w:t>raat din ki mehnat darkar hai is ke liye. to koi bhi cheez doosri jo hai, mere liye distraction hai.</w:t>
      </w:r>
    </w:p>
    <w:p>
      <w:pPr>
        <w:jc w:val="right"/>
      </w:pPr>
      <w:r>
        <w:t>رات دن کی محنت درکار ہے اس کے لیے۔ تو کوئی بھی چیز دوسری جو ہے، میرے لیے distraction ہے۔</w:t>
      </w:r>
    </w:p>
    <w:p>
      <w:r>
        <w:rPr>
          <w:b/>
        </w:rPr>
        <w:t xml:space="preserve">[1:12:06] </w:t>
      </w:r>
      <w:r>
        <w:t>is wajah se ek hi baat to nahin hai, bohat se log chhode hue honge. ek do cheez chhodi hai. bohat se log chhodi hui hain. isi liye chhodi hui hain.</w:t>
      </w:r>
    </w:p>
    <w:p>
      <w:pPr>
        <w:jc w:val="right"/>
      </w:pPr>
      <w:r>
        <w:t>اس وجہ سے ایک ہی بات تو نہیں ہے، بہت سے لوگ چھوڑے ہوئے ہوں گے۔ ایک دو چیز چھوڑی ہے۔ بہت سے لوگ چھوڑی ہوئی ہیں۔ اسی لیے چھوڑی ہوئی ہیں۔</w:t>
      </w:r>
    </w:p>
    <w:p>
      <w:r>
        <w:rPr>
          <w:b/>
        </w:rPr>
        <w:t xml:space="preserve">[1:12:21] </w:t>
      </w:r>
      <w:r>
        <w:t>This question is from Mr. Abdul Basit from Doha, Qatar. Maulana, aaj Islam ke khilaf kisi bhi baat par saare Musalman nafrat, shiddat pasandi par utar aate hain.</w:t>
      </w:r>
    </w:p>
    <w:p>
      <w:pPr>
        <w:jc w:val="right"/>
      </w:pPr>
      <w:r>
        <w:t>This question is from Mr. Abdul Basit from Doha, Qatar. مولانا، آج اسلام کے خلاف کسی بھی بات پر سارے مسلمان نفرت، شدت پسندی پر اتر آتے ہیں۔</w:t>
      </w:r>
    </w:p>
    <w:p>
      <w:r>
        <w:rPr>
          <w:b/>
        </w:rPr>
        <w:t xml:space="preserve">[1:12:36] </w:t>
      </w:r>
      <w:r>
        <w:t>aakhirat ke din se unhein ba-khabar karne ka jazba ubharta kyon nahin? kya Islam ke khilaf hui baaton par ghussa hona, nafrat ki baatein karna Islam se mohabbat ki alamat hai?</w:t>
      </w:r>
    </w:p>
    <w:p>
      <w:pPr>
        <w:jc w:val="right"/>
      </w:pPr>
      <w:r>
        <w:t>آخرت کے دن سے انہیں باخبر کرنے کا جذبہ ابھرتا کیوں نہیں؟ کیا اسلام کے خلاف ہوئی باتوں پر غصہ ہونا، نفرت کی باتیں کرنا اسلام سے محبت کی علامت ہے؟</w:t>
      </w:r>
    </w:p>
    <w:p>
      <w:r>
        <w:rPr>
          <w:b/>
        </w:rPr>
        <w:t xml:space="preserve">[1:12:51] </w:t>
      </w:r>
      <w:r>
        <w:t>aur dawat ki khatir bardasht karna kya maghrib pasandi hai? Maulana, aap is ko bataein. har giz Islam se koi ta'alluq is ka nahin hai.</w:t>
      </w:r>
    </w:p>
    <w:p>
      <w:pPr>
        <w:jc w:val="right"/>
      </w:pPr>
      <w:r>
        <w:t>اور دعوت کی خاطر برداشت کرنا کیا مغرب پسندی ہے؟ مولانا، آپ اس کو بتائیں۔ ہرگز اسلام سے کوئی تعلق اس کا نہیں ہے۔</w:t>
      </w:r>
    </w:p>
    <w:p>
      <w:r>
        <w:rPr>
          <w:b/>
        </w:rPr>
        <w:t xml:space="preserve">[1:13:01] </w:t>
      </w:r>
      <w:r>
        <w:t>aaj ka Musalman ka case kya</w:t>
      </w:r>
    </w:p>
    <w:p>
      <w:pPr>
        <w:jc w:val="right"/>
      </w:pPr>
      <w:r>
        <w:t>آج کا مسلمان کا case کیا</w:t>
      </w:r>
    </w:p>
    <w:p>
      <w:r>
        <w:rPr>
          <w:b/>
        </w:rPr>
        <w:t xml:space="preserve">[1:13:04] </w:t>
      </w:r>
      <w:r>
        <w:t>hai, woh qaumi mazhab par hai, woh Islam par nahin hai. woh qaumi mazhab, qaumi mazhab mein yahi sab hota hai.</w:t>
      </w:r>
    </w:p>
    <w:p>
      <w:pPr>
        <w:jc w:val="right"/>
      </w:pPr>
      <w:r>
        <w:t>ہے، وہ قومی مذہب پر ہے، وہ اسلام پر نہیں ہے۔ وہ قومی مذہب، قومی مذہب میں یہی سب ہوتا ہے۔</w:t>
      </w:r>
    </w:p>
    <w:p>
      <w:r>
        <w:rPr>
          <w:b/>
        </w:rPr>
        <w:t xml:space="preserve">[1:13:14] </w:t>
      </w:r>
      <w:r>
        <w:t>woh Islam par hai hi nahin, woh qaumi mazhab par hai. woh dekhiye, is ka tajruba kar lijiye aap.</w:t>
      </w:r>
    </w:p>
    <w:p>
      <w:pPr>
        <w:jc w:val="right"/>
      </w:pPr>
      <w:r>
        <w:t>وہ اسلام پر ہے ہی نہیں، وہ قومی مذہب پر ہے۔ وہ دیکھئے، اس کا تجربہ کر لیجئے آپ۔</w:t>
      </w:r>
    </w:p>
    <w:p>
      <w:r>
        <w:rPr>
          <w:b/>
        </w:rPr>
        <w:t xml:space="preserve">[1:13:21] </w:t>
      </w:r>
      <w:r>
        <w:t>kisi bhi shakhs se ja kar poochhiye is se keh kya tum ne aisa kiya hai keh bilkul apne dimagh ko khali kar ke kam az kam ek baar Quran ko padha hai aur dua kar ke Allah taala mujh par khol de hidayat?</w:t>
      </w:r>
    </w:p>
    <w:p>
      <w:pPr>
        <w:jc w:val="right"/>
      </w:pPr>
      <w:r>
        <w:t>کسی بھی شخص سے جا کر پوچھیے اس سے کہ کیا تم نے ایسا کیا ہے کہ بالکل اپنے دماغ کو خالی کر کے کم از کم ایک بار قرآن کو پڑھا ہے اور دعا کر کے اللہ تعالیٰ مجھ پر کھول دے ہدایت؟</w:t>
      </w:r>
    </w:p>
    <w:p>
      <w:r>
        <w:rPr>
          <w:b/>
        </w:rPr>
        <w:t xml:space="preserve">[1:13:40] </w:t>
      </w:r>
      <w:r>
        <w:t>yani Alhamdulillah Rabbil Alameen se le kar Naas tak jo 114 soortein hain, is ko yani tilawat ke taur par nahin, study ke taur par</w:t>
      </w:r>
    </w:p>
    <w:p>
      <w:pPr>
        <w:jc w:val="right"/>
      </w:pPr>
      <w:r>
        <w:t>یعنی الحمدللہ رب العالمین سے لے کر کارناس تک جو 114 سورتیں ہیں، اس کو یعنی تلاوت کے طور پر نہیں، study کے طور پر</w:t>
      </w:r>
    </w:p>
    <w:p>
      <w:r>
        <w:rPr>
          <w:b/>
        </w:rPr>
        <w:t xml:space="preserve">[1:13:51] </w:t>
      </w:r>
      <w:r>
        <w:t>is se poochhe, kya tum ne aisa kabhi kiya hai? ek dam itikaf mein ja kar ke apne ko empty mind bana kar ke Khuda se dua kar ke keh Khuda, ab mujh par khol de keh teri marzi kya hai?</w:t>
      </w:r>
    </w:p>
    <w:p>
      <w:pPr>
        <w:jc w:val="right"/>
      </w:pPr>
      <w:r>
        <w:t>اس سے پوچھے، کیا تم نے ایسا کبھی کیا ہے؟ ایک دم اعتکاف میں جا کر کے اپنے کو empty mind بنا کر کے خدا سے دعا کر کے کہ خدا، اب مجھ پر کھول دے کہ تیری مرضی کیا ہے؟</w:t>
      </w:r>
    </w:p>
    <w:p>
      <w:r>
        <w:rPr>
          <w:b/>
        </w:rPr>
        <w:t xml:space="preserve">[1:14:04] </w:t>
      </w:r>
      <w:r>
        <w:t>poori duniya mein ek aadmi nahin milega aap ko. ek bhi aadmi nahin milega aap ko poori duniya mein. ek Musalman jo yeh kahe keh haan, main ne aisa kiya hai, keh main ne tajruba kiya hai, main roz poochhta hoon, kya aap ne jo yeh kar rakha hai kaam, ladai bhadai waghera, kya aap ne Quran se nikala hai?</w:t>
      </w:r>
    </w:p>
    <w:p>
      <w:pPr>
        <w:jc w:val="right"/>
      </w:pPr>
      <w:r>
        <w:t>پوری دنیا میں ایک آدمی نہیں ملے گا آپ کو۔ ایک بھی آدمی نہیں ملے گا آپ کو پوری دنیا میں۔ ایک مسلمان جو یہ کہے کہ ہاں، میں نے ایسا کیا ہے، کہ میں نے تجربہ کیا ہے، میں روز پوچھتا ہوں، کیا آپ نے جو یہ کر رکھا ہے کام، لڑائی بھڑائی وغیرہ، کیا آپ نے قرآن سے نکالا ہے؟</w:t>
      </w:r>
    </w:p>
    <w:p>
      <w:r>
        <w:rPr>
          <w:b/>
        </w:rPr>
        <w:t xml:space="preserve">[1:14:26] </w:t>
      </w:r>
      <w:r>
        <w:t>main ne Khawand se kai baar aisa kiya hai keh sirf ek ek article ke liye main ne poora Quran padha hai.</w:t>
      </w:r>
    </w:p>
    <w:p>
      <w:pPr>
        <w:jc w:val="right"/>
      </w:pPr>
      <w:r>
        <w:t>میں نے خداوند سے کئی بار ایسا کیا ہے کہ صرف ایک ایک آرٹیکل کے لیے میں نے پورا قرآن پڑھا ہے۔</w:t>
      </w:r>
    </w:p>
    <w:p>
      <w:r>
        <w:rPr>
          <w:b/>
        </w:rPr>
        <w:t xml:space="preserve">[1:14:34] </w:t>
      </w:r>
      <w:r>
        <w:t>to main Quran ko isi mein jeeta raha hoon. Quran se poochhta raha hoon keh bhai, meri policy kya honi chahiye? lekin main ne to kisi insaan ko nahin paya, kisi Musalman ko</w:t>
      </w:r>
    </w:p>
    <w:p>
      <w:pPr>
        <w:jc w:val="right"/>
      </w:pPr>
      <w:r>
        <w:t>تو میں قرآن کو اسی میں جیتا رہا ہوں۔ قرآن سے پوچھتا رہا ہوں کہ بھئی، میری پالیسی کیا ہونی چاہیے؟ لیکن میں نے تو کسی انسان کو نہیں پایا، کسی مسلمان کو</w:t>
      </w:r>
    </w:p>
    <w:p>
      <w:r>
        <w:rPr>
          <w:b/>
        </w:rPr>
        <w:t xml:space="preserve">[1:14:45] </w:t>
      </w:r>
      <w:r>
        <w:t>. aap aap ko ta'ajjub ho to aap ja kar poochhein kisi shakhs se keh kya tum ne aisa kiya hai keh Allah taala se dua kiya aur roza rakha aur namaz padhi aur phir bilkul khali zehan ho kar ke, empty mind ho kar ke Quran ko padhna shuru kiya?</w:t>
      </w:r>
    </w:p>
    <w:p>
      <w:pPr>
        <w:jc w:val="right"/>
      </w:pPr>
      <w:r>
        <w:t>۔ آپ آپ کو تعجب ہو تو آپ جا کے پوچھیں کسی شخص سے کہ کیا تم نے ایسا کیا ہے کہ اللہ تعالیٰ سے دعا کیا اور روزہ رکھا اور نماز پڑھی اور پھر بالکل خالی ذہن ہو کر کے، empty mind ہو کر کے قرآن کو پڑھنا شروع کیا؟</w:t>
      </w:r>
    </w:p>
    <w:p>
      <w:r>
        <w:rPr>
          <w:b/>
        </w:rPr>
        <w:t xml:space="preserve">[1:15:00] </w:t>
      </w:r>
      <w:r>
        <w:t>mutalea ke tareeqe se, tadabbur ke zariye se yeh janne ke liye keh Quran mujhe kya guidance deta hai? ek bhi Musalman nahin milega aap ko.</w:t>
      </w:r>
    </w:p>
    <w:p>
      <w:pPr>
        <w:jc w:val="right"/>
      </w:pPr>
      <w:r>
        <w:t>مطالعہ کے طریقے سے، تدبر کے ذریعے سے یہ جاننے کے لیے کہ قرآن مجھے کیا guidance دیتا ہے؟ ایک بھی مسلمان نہیں ملے گا آپ کو۔</w:t>
      </w:r>
    </w:p>
    <w:p>
      <w:r>
        <w:rPr>
          <w:b/>
        </w:rPr>
        <w:t xml:space="preserve">[1:15:10] </w:t>
      </w:r>
      <w:r>
        <w:t>yeh Islam par kahan hai? yeh to qaumi mazhab par hain yeh log.</w:t>
      </w:r>
    </w:p>
    <w:p>
      <w:pPr>
        <w:jc w:val="right"/>
      </w:pPr>
      <w:r>
        <w:t>یہ اسلام پر کہاں ہے؟ یہ تو قومی مذہب پر ہیں یہ لوگ۔</w:t>
      </w:r>
    </w:p>
    <w:p>
      <w:r>
        <w:rPr>
          <w:b/>
        </w:rPr>
        <w:t xml:space="preserve">[1:15:17] </w:t>
      </w:r>
      <w:r>
        <w:t>This question is from Miss Nuzhat Bano. She hasn't referred, mentioned her place. Maulana sahib, aap ki tarah Quran ki ayat se sabak hasil karne ke liye jis tarah aap kisi bhi mauqe par itni achhe tareeqe se ayaton ke hawale dete hain,</w:t>
      </w:r>
    </w:p>
    <w:p>
      <w:pPr>
        <w:jc w:val="right"/>
      </w:pPr>
      <w:r>
        <w:t>This question is from Miss Nuzhat Bano. She hasn't referred, mentioned her place. مولانا صاحب، آپ کی طرح قرآن کی آیت سے سبق حاصل کرنے کے لیے جس طرح آپ کسی بھی موقع پر اتنی اچھے طریقے سے آیات کے حوالے دیتے ہیں،</w:t>
      </w:r>
    </w:p>
    <w:p>
      <w:r>
        <w:rPr>
          <w:b/>
        </w:rPr>
        <w:t xml:space="preserve">[1:15:37] </w:t>
      </w:r>
      <w:r>
        <w:t>kya Quran mein ghaur o fikr karein ya hifz karein? is ko bataein. hifz se is ka koi ta'alluq nahin.</w:t>
      </w:r>
    </w:p>
    <w:p>
      <w:pPr>
        <w:jc w:val="right"/>
      </w:pPr>
      <w:r>
        <w:t>کیا قرآن میں غور و فکر کریں یا حفظ کریں؟ اس کو بتائیں۔ حفظ سے اس کا کوئی تعلق نہیں۔</w:t>
      </w:r>
    </w:p>
    <w:p>
      <w:r>
        <w:rPr>
          <w:b/>
        </w:rPr>
        <w:t xml:space="preserve">[1:15:45] </w:t>
      </w:r>
      <w:r>
        <w:t>hifz se is ka koi ta'alluq nahin. jis ko taraveeh padhana hai, woh hifz kare. bas Quran ko samajhne ke liye tadabbur karna hai, bas.</w:t>
      </w:r>
    </w:p>
    <w:p>
      <w:pPr>
        <w:jc w:val="right"/>
      </w:pPr>
      <w:r>
        <w:t>حفظ سے اس کا کوئی تعلق نہیں۔ جس کو تراویح پڑھانا ہے، وہ حفظ کرے۔ بس قرآن کو سمجھنے کے لیے تدبر کرنا ہے، بس۔</w:t>
      </w:r>
    </w:p>
    <w:p>
      <w:r>
        <w:rPr>
          <w:b/>
        </w:rPr>
        <w:t xml:space="preserve">[1:15:56] </w:t>
      </w:r>
      <w:r>
        <w:t>hifz se is ka koi ta'alluq nahin. hazaron huffaz hain, lekin kuch nahin, kuch nahin nikal paate woh.</w:t>
      </w:r>
    </w:p>
    <w:p>
      <w:pPr>
        <w:jc w:val="right"/>
      </w:pPr>
      <w:r>
        <w:t>حفظ سے اس کا کوئی تعلق نہیں۔ ہزاروں حافظ ہیں، لیکن کچھ نہیں، کچھ نہیں نکال پاتے وہ۔</w:t>
      </w:r>
    </w:p>
    <w:p>
      <w:r>
        <w:rPr>
          <w:b/>
        </w:rPr>
        <w:t xml:space="preserve">[1:16:07] </w:t>
      </w:r>
      <w:r>
        <w:t>to Quran ko tadabbur ke andaaz mein padhna, yani ghaur o fikr ke andaaz mein padhna. bar bar, bar bar, bar bar padhna.</w:t>
      </w:r>
    </w:p>
    <w:p>
      <w:pPr>
        <w:jc w:val="right"/>
      </w:pPr>
      <w:r>
        <w:t>تو قرآن کو تدبر کے انداز میں پڑھنا، یعنی غور و فکر کے انداز میں پڑھنا۔ بار بار، بار بار، بار بار پڑھنا۔</w:t>
      </w:r>
    </w:p>
    <w:p>
      <w:r>
        <w:rPr>
          <w:b/>
        </w:rPr>
        <w:t xml:space="preserve">[1:16:18] </w:t>
      </w:r>
      <w:r>
        <w:t>yeh jo padhaya jata hai aaj kal, jo tilawat ki jati hai, to Hazrat Aisha ne kaha tha is ke bare mein aise logon ke keh ulā yaqra'ū wa lā ummam wa lam yaqra'ū</w:t>
      </w:r>
    </w:p>
    <w:p>
      <w:pPr>
        <w:jc w:val="right"/>
      </w:pPr>
      <w:r>
        <w:t>یہ جو پڑھایا جاتا ہے آج کل، جو تلاوت کی جاتی ہے، تو حضرت عائشہ نے کہا تھا اس کے بارے میں ایسے لوگوں کے کہ أُلَا يَقَرَأُوا وَلَا أُمَّمْ وَلَمْ يَقْرَأُوا</w:t>
      </w:r>
    </w:p>
    <w:p>
      <w:r>
        <w:rPr>
          <w:b/>
        </w:rPr>
        <w:t xml:space="preserve">[1:16:29] </w:t>
      </w:r>
      <w:r>
        <w:t>unhone padha magar nahin padha. to Quran ko padhne wala woh hai jo tadabbur ke sath is ko padhe, ghaur o fikr ke sath is ko padhe.</w:t>
      </w:r>
    </w:p>
    <w:p>
      <w:pPr>
        <w:jc w:val="right"/>
      </w:pPr>
      <w:r>
        <w:t>انہوں نے پڑھا مگر نہیں پڑھا۔ تو قرآن کو پڑھنے والا وہ ہے جو تدبر کے ساتھ اس کو پڑھے، غور و فکر کے ساتھ اس کو پڑھے۔</w:t>
      </w:r>
    </w:p>
    <w:p>
      <w:r>
        <w:rPr>
          <w:b/>
        </w:rPr>
        <w:t xml:space="preserve">[1:16:38] </w:t>
      </w:r>
      <w:r>
        <w:t>ek ek ki baat hai, soch hai. jaise main bataun aap ko, sochna kis cheez ke naam hai? quran ki pehli ayat maine padhi alhamdu lillahi rabbil alameen shukr hai Allah ka jo rabbul alameen hai.</w:t>
      </w:r>
    </w:p>
    <w:p>
      <w:pPr>
        <w:jc w:val="right"/>
      </w:pPr>
      <w:r>
        <w:t>ایک ایک کی بات ہے، سوچ ہے۔ جیسے میں بتاؤں آپ کو، سوچنا کس چیز کے نام ہے؟ قرآن کی پہلی آیت میں نے پڑھی الْحَمْدُ لِلَّهِ رَبِّ الْعَالَمِينَ شکر ہے اللہ کا جو رب العالمین ہے۔</w:t>
      </w:r>
    </w:p>
    <w:p>
      <w:r>
        <w:rPr>
          <w:b/>
        </w:rPr>
        <w:t xml:space="preserve">[1:16:54] </w:t>
      </w:r>
      <w:r>
        <w:t>to maine socha ke shukr kaise kar payega aadmi?</w:t>
      </w:r>
    </w:p>
    <w:p>
      <w:pPr>
        <w:jc w:val="right"/>
      </w:pPr>
      <w:r>
        <w:t>تو میں نے سوچا کہ شکر کیسے کر پائے گا آدمی؟</w:t>
      </w:r>
    </w:p>
    <w:p>
      <w:r>
        <w:rPr>
          <w:b/>
        </w:rPr>
        <w:t xml:space="preserve">[1:16:56] </w:t>
      </w:r>
      <w:r>
        <w:t>kyunki har waqt koi museebat hai, koi gham hai, koi shock laga hai. kisi ka job chhoot gaya hai, kisi ka business bigad gaya hai, kisi ka beta bimar ho gaya hai.</w:t>
      </w:r>
    </w:p>
    <w:p>
      <w:pPr>
        <w:jc w:val="right"/>
      </w:pPr>
      <w:r>
        <w:t>کیونکہ ہر وقت کوئی مصیبت ہے، کوئی غم ہے، کوئی شاک لگا ہے۔ کسی کا جاب چھوٹ گیا ہے، کسی کا business بگڑ گیا ہے، کسی کا بیٹا بیمار ہو گیا ہے۔</w:t>
      </w:r>
    </w:p>
    <w:p>
      <w:r>
        <w:rPr>
          <w:b/>
        </w:rPr>
        <w:t xml:space="preserve">[1:17:08] </w:t>
      </w:r>
      <w:r>
        <w:t>koi aadmi is se pak nahin. chahe main hoon ya obama. obama ko bhi museebat padi hui hai. abhi abhi aaya tha ke jab woh gaye wahan par to woh furious ho gaye us ko dekh kar ke.</w:t>
      </w:r>
    </w:p>
    <w:p>
      <w:pPr>
        <w:jc w:val="right"/>
      </w:pPr>
      <w:r>
        <w:t>کوئی آدمی اس سے پاک نہیں۔ چاہے میں ہوں یا اوباما۔ اوباما کو بھی مصیبت پڑی ہوئی ہے۔ ابھی ابھی آیا تھا کہ جب وہ گئے وہاں پر تو وہ furious ہو گئے اس کو دیکھ کر کے۔</w:t>
      </w:r>
    </w:p>
    <w:p>
      <w:r>
        <w:rPr>
          <w:b/>
        </w:rPr>
        <w:t xml:space="preserve">[1:17:20] </w:t>
      </w:r>
      <w:r>
        <w:t>jahan ubal raha hai tel.</w:t>
      </w:r>
    </w:p>
    <w:p>
      <w:pPr>
        <w:jc w:val="right"/>
      </w:pPr>
      <w:r>
        <w:t>جہاں ابل رہا ہے تیل۔</w:t>
      </w:r>
    </w:p>
    <w:p>
      <w:r>
        <w:rPr>
          <w:b/>
        </w:rPr>
        <w:t xml:space="preserve">[1:17:23] </w:t>
      </w:r>
      <w:r>
        <w:t>yeh saare bade bade leader jo hain, woh sleeping pill kha kar sochte hain.</w:t>
      </w:r>
    </w:p>
    <w:p>
      <w:pPr>
        <w:jc w:val="right"/>
      </w:pPr>
      <w:r>
        <w:t>یہ سارے بڑے بڑے leader جو ہیں، وہ sleeping pill کھا کے سوچتے ہیں۔</w:t>
      </w:r>
    </w:p>
    <w:p>
      <w:r>
        <w:rPr>
          <w:b/>
        </w:rPr>
        <w:t xml:space="preserve">[1:17:31] </w:t>
      </w:r>
      <w:r>
        <w:t>to maine socha ke jab itni museebaton ke beech mein insan hai to kaise kahega ke Khuda, tera shukr hai.</w:t>
      </w:r>
    </w:p>
    <w:p>
      <w:pPr>
        <w:jc w:val="right"/>
      </w:pPr>
      <w:r>
        <w:t>تو میں نے سوچا کہ جب اتنی مصیبتوں کے بیچ میں انسان ہے تو کیسے کہے گا کہ خدا، تیرا شکر ہے۔</w:t>
      </w:r>
    </w:p>
    <w:p>
      <w:r>
        <w:rPr>
          <w:b/>
        </w:rPr>
        <w:t xml:space="preserve">[1:17:41] </w:t>
      </w:r>
      <w:r>
        <w:t>to maine is mein discover kiya ke in museebaton se upar uthna padega aap ko. yaani beta bimar hai, hua kare.</w:t>
      </w:r>
    </w:p>
    <w:p>
      <w:pPr>
        <w:jc w:val="right"/>
      </w:pPr>
      <w:r>
        <w:t>تو میں نے اس میں discover کیا کہ ان مصیبتوں سے اوپر اٹھنا پڑے گا آپ کو۔ یعنی بیٹا بیمار ہے، ہوا کرے۔</w:t>
      </w:r>
    </w:p>
    <w:p>
      <w:r>
        <w:rPr>
          <w:b/>
        </w:rPr>
        <w:t xml:space="preserve">[1:17:54] </w:t>
      </w:r>
      <w:r>
        <w:t>business nuksan ho gaya hai, hua kare. job chala gaya hai, hua kare. yaani tarah tarah ke nuksan, tarah tarah ke provocation, tarah tarah ke unpleasant situation ko jab tak aap bilkul ignore kar ke is se upar uth jayenge, jab tak.</w:t>
      </w:r>
    </w:p>
    <w:p>
      <w:pPr>
        <w:jc w:val="right"/>
      </w:pPr>
      <w:r>
        <w:t>business نقصان ہو گیا ہے، ہوا کرے۔ جاب چلا گیا ہے، ہوا کرے۔ یعنی طرح طرح کے نقصان، طرح طرح کے provocation، طرح طرح کے unpleasant situation کو جب تک آپ بالکل ignore کر کے اس سے اوپر اٹھ جائیں گے، جب تک۔</w:t>
      </w:r>
    </w:p>
    <w:p>
      <w:r>
        <w:rPr>
          <w:b/>
        </w:rPr>
        <w:t xml:space="preserve">[1:18:11] </w:t>
      </w:r>
      <w:r>
        <w:t>jisko main kaha karta hoon, big bird thinker jab banenge aap, tab aap keh payenge ke Alhamdulillah rabbil alameen. nahin to niklega hi nahin, niklega to lip service ke taur par niklega.</w:t>
      </w:r>
    </w:p>
    <w:p>
      <w:pPr>
        <w:jc w:val="right"/>
      </w:pPr>
      <w:r>
        <w:t>جس کو میں کہا کرتا ہوں، big bird thinker جب بنیں گے آپ، تب آپ کہہ پائیں گے کہ الحمدللہ رب العالمین۔ نہیں تو نکلے گا ہی نہیں، نکلے گا تو lip service کے طور پر نکلے گا۔</w:t>
      </w:r>
    </w:p>
    <w:p>
      <w:r>
        <w:rPr>
          <w:b/>
        </w:rPr>
        <w:t xml:space="preserve">[1:18:22] </w:t>
      </w:r>
      <w:r>
        <w:t>sochte sochte maine nikala ke Alhamdulillah rabbil alameen yeh keh raha hai ke ae insanon, jo tum par museebaten padti hain, is se upar uth jao. kyunki museebaten padti padengi, koi aadmi museebat se khali nahin hai.</w:t>
      </w:r>
    </w:p>
    <w:p>
      <w:pPr>
        <w:jc w:val="right"/>
      </w:pPr>
      <w:r>
        <w:t>سوچتے سوچتے میں نے نکالا کہ الحمدللہ رب العالمین یہ کہہ رہا ہے کہ اے انسانوں، جو تم پر مصیبتیں پڑتی ہیں، اس سے اوپر اٹھ جاؤ۔ کیونکہ مصیبتیں پڑتی پڑیں گی، کوئی آدمی مصیبت سے خالی نہیں ہے۔</w:t>
      </w:r>
    </w:p>
    <w:p>
      <w:r>
        <w:rPr>
          <w:b/>
        </w:rPr>
        <w:t xml:space="preserve">[1:18:37] </w:t>
      </w:r>
      <w:r>
        <w:t>to museebaton se bahar aa jao. museebaton se upar uth kar socho. tab tum sachche tareeqe se keh paoge ke ae Khuda, tera shukr hai.</w:t>
      </w:r>
    </w:p>
    <w:p>
      <w:pPr>
        <w:jc w:val="right"/>
      </w:pPr>
      <w:r>
        <w:t>تو مصیبتوں سے باہر آ جاؤ۔ مصیبتوں سے اوپر اٹھ کر سوچو۔ تب تم سچے طریقے سے کہہ پاؤ گے کہ اے خدا، تیرا شکر ہے۔</w:t>
      </w:r>
    </w:p>
    <w:p>
      <w:r>
        <w:rPr>
          <w:b/>
        </w:rPr>
        <w:t xml:space="preserve">[1:18:48] </w:t>
      </w:r>
      <w:r>
        <w:t>ae Khuda, teri hamd hai. yeh yeh yeh baat maloom hui mujh ko tadabbur ke zariye se. baghair tadabbur ke aap quran ki koi baat samajh nahin sakte.</w:t>
      </w:r>
    </w:p>
    <w:p>
      <w:pPr>
        <w:jc w:val="right"/>
      </w:pPr>
      <w:r>
        <w:t>اے خدا، تیری حمد ہے۔ یہ یہ یہ بات معلوم ہوئی مجھ کو تدبر کے ذریعے سے۔ بغیر تدبر کے آپ قرآن کی کوئی بات سمجھ نہیں سکتے۔</w:t>
      </w:r>
    </w:p>
    <w:p>
      <w:r>
        <w:rPr>
          <w:b/>
        </w:rPr>
        <w:t xml:space="preserve">[1:19:04] </w:t>
      </w:r>
      <w:r>
        <w:t>This question is from Mr. Tarkeshwar Giri from New Delhi. aajkal samaj mein parda pratha khatm hoti ja rahi hai aur kabhi kabhi burqe ka virodh bhi kiya jata hai. burqe ke bare mein Maulana aap ki kya rai hai?</w:t>
      </w:r>
    </w:p>
    <w:p>
      <w:pPr>
        <w:jc w:val="right"/>
      </w:pPr>
      <w:r>
        <w:t>This question is from Mr. Tarkeshwar Giri from New Delhi. आजकल समाज में पर्दा प्रथा खत्म होती जा रही है और कभी-कभी बुरखे का विरोध भी किया जाता है। बुरखे के बारे में مولाना आपकी क्या राय है?</w:t>
      </w:r>
    </w:p>
    <w:p>
      <w:r>
        <w:rPr>
          <w:b/>
        </w:rPr>
        <w:t xml:space="preserve">[1:19:24] </w:t>
      </w:r>
      <w:r>
        <w:t>dekhen, meri kitab is par hai, khatoon e islam, is mein aap padh sakte hain.</w:t>
      </w:r>
    </w:p>
    <w:p>
      <w:pPr>
        <w:jc w:val="right"/>
      </w:pPr>
      <w:r>
        <w:t>دیکھیں، میری کتاب اس پر ہے، خاتون اسلام، اس میں آپ پڑھ سکتے ہیں۔</w:t>
      </w:r>
    </w:p>
    <w:p>
      <w:r>
        <w:rPr>
          <w:b/>
        </w:rPr>
        <w:t xml:space="preserve">[1:19:30] </w:t>
      </w:r>
      <w:r>
        <w:t>yeh jo burqa aaj kal chala hua hai, yeh islami dress nahin hai. yeh rasool Allah ke zamane mein burqa aur kuch bhi nahin tha.</w:t>
      </w:r>
    </w:p>
    <w:p>
      <w:pPr>
        <w:jc w:val="right"/>
      </w:pPr>
      <w:r>
        <w:t>یہ جو برقعہ آج کل چلا ہوا ہے، یہ اسلامی dress نہیں ہے۔ یہ رسول اللہ کے زمانے میں برقعہ اور کچھ بھی نہیں تھا۔</w:t>
      </w:r>
    </w:p>
    <w:p>
      <w:r>
        <w:rPr>
          <w:b/>
        </w:rPr>
        <w:t xml:space="preserve">[1:19:39] </w:t>
      </w:r>
      <w:r>
        <w:t>yeh to baad ko aaya hai. islam mein jo cheez hai, woh kya hai? bilkul simple kapda, dheela dhala kapda aur sara badan dhaka hua.</w:t>
      </w:r>
    </w:p>
    <w:p>
      <w:pPr>
        <w:jc w:val="right"/>
      </w:pPr>
      <w:r>
        <w:t>یہ تو بعد کو آیا ہے۔ اسلام میں جو چیز ہے، وہ کیا ہے؟ بالکل simple کپڑا، ڈھیلا ڈھالا کپڑا اور سارا بدن ڈھکا ہوا۔</w:t>
      </w:r>
    </w:p>
    <w:p>
      <w:r>
        <w:rPr>
          <w:b/>
        </w:rPr>
        <w:t xml:space="preserve">[1:19:52] </w:t>
      </w:r>
      <w:r>
        <w:t>aur fiqh hanfi ke mutabiq dekhen, fiqh hanfi yeh kehti hai ke teen cheezen exempted hain. yeh wajh, is ko kehte hain wajh, chehra, face</w:t>
      </w:r>
    </w:p>
    <w:p>
      <w:pPr>
        <w:jc w:val="right"/>
      </w:pPr>
      <w:r>
        <w:t>اور فقہ حنفی کے مطابق دیکھیں، فقہ حنفی یہ کہتی ہے کہ تین چیزیں exempted ہیں۔ یہ وجھ، اس کو کہتے ہیں وجھ، چہرہ، face</w:t>
      </w:r>
    </w:p>
    <w:p>
      <w:r>
        <w:rPr>
          <w:b/>
        </w:rPr>
        <w:t xml:space="preserve">[1:20:01] </w:t>
      </w:r>
      <w:r>
        <w:t>. yeh exempted hai, yeh hai exempted hai aur paaon neeche ka hai. yaani wajh kafain, qadmain. baqi jo hai, dheele dhalay kapde se dhaka hua ho.</w:t>
      </w:r>
    </w:p>
    <w:p>
      <w:pPr>
        <w:jc w:val="right"/>
      </w:pPr>
      <w:r>
        <w:t>۔ یہ exempted ہے، یہ ہے exempted ہے اور پاؤں نیچے کا ہے۔ یعنی وجھ کفین، قدمیں۔ باقی جو ہے، ڈھیلے ڈھالے کپڑے سے ڈھکا ہوا ہو۔</w:t>
      </w:r>
    </w:p>
    <w:p>
      <w:r>
        <w:rPr>
          <w:b/>
        </w:rPr>
        <w:t xml:space="preserve">[1:20:15] </w:t>
      </w:r>
      <w:r>
        <w:t>simple dress bilkul. yeh hai asal dress islam ka. baqi yeh yeh to yeh to riwaj hai, musalmanon ka riwaj ban gaya hai.</w:t>
      </w:r>
    </w:p>
    <w:p>
      <w:pPr>
        <w:jc w:val="right"/>
      </w:pPr>
      <w:r>
        <w:t>simple dress بالکل۔ یہ ہے اصل dress اسلام کا۔ باقی یہ یہ تو یہ تو رواج ہے، مسلمانوں کا رواج بن گیا ہے۔</w:t>
      </w:r>
    </w:p>
    <w:p>
      <w:r>
        <w:rPr>
          <w:b/>
        </w:rPr>
        <w:t xml:space="preserve">[1:20:24] </w:t>
      </w:r>
      <w:r>
        <w:t>is par maine likha apni kitab mein, woh angrezi mein chhapi hui maujood hai, woh kitab. is ka naam hai khatoon e islam.</w:t>
      </w:r>
    </w:p>
    <w:p>
      <w:pPr>
        <w:jc w:val="right"/>
      </w:pPr>
      <w:r>
        <w:t>اس پر میں نے لکھا اپنی کتاب میں، وہ انگریزی میں چھپی ہوئی موجود ہے، وہ کتاب۔ اس کا نام ہے خاتون اسلام۔</w:t>
      </w:r>
    </w:p>
    <w:p>
      <w:r>
        <w:rPr>
          <w:b/>
        </w:rPr>
        <w:t xml:space="preserve">[1:20:34] </w:t>
      </w:r>
      <w:r>
        <w:t>This question is from Mr. Abdul Aziz Chough from Nander. kya Adam alaihissalam ne Khuda ko dekha tha aur kya jannat mein insan hamesha Khuda ko dekh sakenge aur agar haan to woh kaise?</w:t>
      </w:r>
    </w:p>
    <w:p>
      <w:pPr>
        <w:jc w:val="right"/>
      </w:pPr>
      <w:r>
        <w:t>This question is from Mr. Abdul Aziz Chough from Nander. کیا آدم علیہ السلام نے خدا کو دیکھا تھا اور کیا جنت میں انسان ہمیشہ خدا کو دیکھ سکیں گے اور اگر ہاں تو وہ کیسے؟</w:t>
      </w:r>
    </w:p>
    <w:p>
      <w:r>
        <w:rPr>
          <w:b/>
        </w:rPr>
        <w:t xml:space="preserve">[1:20:56] </w:t>
      </w:r>
      <w:r>
        <w:t>dekhen, quran mein to koi aisa likha nahin ke Adam ne dekha tha. quran mein likha nahin ke Adam ne Khuda ko dekha tha.</w:t>
      </w:r>
    </w:p>
    <w:p>
      <w:pPr>
        <w:jc w:val="right"/>
      </w:pPr>
      <w:r>
        <w:t>دیکھیں، قرآن میں تو کوئی ایسا لکھا نہیں ہے کہ آدم نے دیکھا تھا۔ قرآن میں لکھا نہیں کہ آدم نے خدا کو دیکھا تھا۔</w:t>
      </w:r>
    </w:p>
    <w:p>
      <w:r>
        <w:rPr>
          <w:b/>
        </w:rPr>
        <w:t xml:space="preserve">[1:21:03] </w:t>
      </w:r>
      <w:r>
        <w:t>haji sahib, is par kuch keh nahin sakte. baqi yeh hai ke jannat mein, quran mein, woh hadith mein aata hai ke Allah taala ka deedar hoga.</w:t>
      </w:r>
    </w:p>
    <w:p>
      <w:pPr>
        <w:jc w:val="right"/>
      </w:pPr>
      <w:r>
        <w:t>حاجی صاحب، اس پر کچھ کہہ نہیں سکتے۔ باقی یہ ہے کہ جنت میں، قرآن میں، وہ حدیث میں آتا ہے کہ اللہ تعالیٰ کا دیدار ہوگا۔</w:t>
      </w:r>
    </w:p>
    <w:p>
      <w:r>
        <w:rPr>
          <w:b/>
        </w:rPr>
        <w:t xml:space="preserve">[1:21:17] </w:t>
      </w:r>
      <w:r>
        <w:t>rasool Allah se poocha gaya tha ke kya aadmi dekhega? tariq pak, tum jis tarah suraj chand ko dekhte ho, aise hi tum Khuda ko dekhoge. to jannatiyon ke liye to aisa hai.</w:t>
      </w:r>
    </w:p>
    <w:p>
      <w:pPr>
        <w:jc w:val="right"/>
      </w:pPr>
      <w:r>
        <w:t>رسول اللہ سے پوچھا گیا تھا کہ کیا آدمی دیکھے گا؟ طارق پاک، تم جس طرح سورج چاند کو دیکھتے ہو، ایسے ہی تم خدا کو دیکھو گے۔ تو جنتیوں کے لیے تو ایسا ہے۔</w:t>
      </w:r>
    </w:p>
    <w:p>
      <w:r>
        <w:rPr>
          <w:b/>
        </w:rPr>
        <w:t xml:space="preserve">[1:21:29] </w:t>
      </w:r>
      <w:r>
        <w:t>baqi adam ka aa rahe hain, maine kuch parha nahi kahin ke adam ne dekha tha Allah taala ko. iska aisi koi quran ya hadith mein mujhe aisi koi cheez nahi mili.</w:t>
      </w:r>
    </w:p>
    <w:p>
      <w:pPr>
        <w:jc w:val="right"/>
      </w:pPr>
      <w:r>
        <w:t>باقی آدم کا آ رہے ہیں، میں نے کچھ پڑھا نہیں کہیں کہ آدم نے دیکھا تھا اللہ تعالیٰ کو۔ اس کا ایسی کوئی قرآن یا حدیث میں مجھے ایسی کوئی چیز نہیں ملی۔</w:t>
      </w:r>
    </w:p>
    <w:p>
      <w:r>
        <w:rPr>
          <w:b/>
        </w:rPr>
        <w:t xml:space="preserve">[1:21:39] </w:t>
      </w:r>
      <w:r>
        <w:t>maulana, inka doosra sawal hai ke insaan jannat mein khuda ke paros mein rahega, iska exactly kya matlab hai?</w:t>
      </w:r>
    </w:p>
    <w:p>
      <w:pPr>
        <w:jc w:val="right"/>
      </w:pPr>
      <w:r>
        <w:t>مولانا، ان کا دوسرا سوال ہے کہ انسان جنت میں خدا کے پڑوس میں رہے گا، اس کا exactly کیا مطلب ہے؟</w:t>
      </w:r>
    </w:p>
    <w:p>
      <w:r>
        <w:rPr>
          <w:b/>
        </w:rPr>
        <w:t xml:space="preserve">[1:21:54] </w:t>
      </w:r>
      <w:r>
        <w:t>ab jannat aisi thodi hogi ke ek ghar yahan hai, ek ghar wahan hai.</w:t>
      </w:r>
    </w:p>
    <w:p>
      <w:pPr>
        <w:jc w:val="right"/>
      </w:pPr>
      <w:r>
        <w:t>اب جنت ایسی تھوڑی ہوگی کہ ایک گھر یہاں ہے، ایک گھر وہاں ہے۔</w:t>
      </w:r>
    </w:p>
    <w:p>
      <w:r>
        <w:rPr>
          <w:b/>
        </w:rPr>
        <w:t xml:space="preserve">[1:21:57] </w:t>
      </w:r>
      <w:r>
        <w:t>arz wa samawatuhul arz sari zameen aasman mein phaili hui hogi. yaani aap samajh rahe hain paros ka matlab? jannat koi choti si nizamuddin colony ki tarah thodi hogi ke bahut se flat hain, mile mile flat.</w:t>
      </w:r>
    </w:p>
    <w:p>
      <w:pPr>
        <w:jc w:val="right"/>
      </w:pPr>
      <w:r>
        <w:t>أَرْضَ وَسَمَاوَاتُهُ الْأَرْضُ ساری زمین آسمان میں پھیلی ہوئی ہوگی۔ یعنی آپ سمجھ رہے ہیں پڑوس کا مطلب؟ جنت کوئی چھوٹی سی نظام الدین کالونی کی طرح تھوڑی ہوگی کہ بہت سے فلیٹ ہیں، ملے ملے فلیٹ۔</w:t>
      </w:r>
    </w:p>
    <w:p>
      <w:r>
        <w:rPr>
          <w:b/>
        </w:rPr>
        <w:t xml:space="preserve">[1:22:15] </w:t>
      </w:r>
      <w:r>
        <w:t>jannat ke bare mein quran majeed mein hai ke arz wa samawatuhul arz ke jannat itni lambi chaudi hoti hai, badi chaudi hogi ke sari zameen aasman mein phaili hui hogi.</w:t>
      </w:r>
    </w:p>
    <w:p>
      <w:pPr>
        <w:jc w:val="right"/>
      </w:pPr>
      <w:r>
        <w:t>جنت کے بارے میں قرآن مجید میں ہے کہ أَرْضَ وَسَمَاوَاتُهُ الْأَرْضُ کہ جنت اتنی لمبی چوڑی ہوتی ہے، بڑی چوڑی ہوگی کہ ساری زمین آسمان میں پھیلی ہوئی ہوگی۔</w:t>
      </w:r>
    </w:p>
    <w:p>
      <w:r>
        <w:rPr>
          <w:b/>
        </w:rPr>
        <w:t xml:space="preserve">[1:22:24] </w:t>
      </w:r>
      <w:r>
        <w:t>isi nisbat se aap samajh lein ke wahan neighborhood ka matlab kya hoga?</w:t>
      </w:r>
    </w:p>
    <w:p>
      <w:pPr>
        <w:jc w:val="right"/>
      </w:pPr>
      <w:r>
        <w:t>اسی نسبت سے آپ سمجھ لیں کہ وہاں neighborhood کا مطلب کیا ہوگا؟</w:t>
      </w:r>
    </w:p>
    <w:p>
      <w:r>
        <w:rPr>
          <w:b/>
        </w:rPr>
        <w:t xml:space="preserve">[1:22:31] </w:t>
      </w:r>
      <w:r>
        <w:t>This question is from Mr. Ehte Sham Hasnain from New Delhi. Maulana, is Dawa work totally a result-oriented work or is it just a process limited to spreading of the true message only?</w:t>
      </w:r>
    </w:p>
    <w:p>
      <w:pPr>
        <w:jc w:val="right"/>
      </w:pPr>
      <w:r>
        <w:t>This question is from Mr. Ehte Sham Hasnain from New Delhi. مولانا، is Dawa work totally a result-oriented work or is it just a process limited to spreading of the true message only?</w:t>
      </w:r>
    </w:p>
    <w:p>
      <w:r>
        <w:rPr>
          <w:b/>
        </w:rPr>
        <w:t xml:space="preserve">[1:22:50] </w:t>
      </w:r>
      <w:r>
        <w:t>nahi, result-oriented ka matlab hai</w:t>
      </w:r>
    </w:p>
    <w:p>
      <w:pPr>
        <w:jc w:val="right"/>
      </w:pPr>
      <w:r>
        <w:t>نہیں، result-oriented کا مطلب ہے</w:t>
      </w:r>
    </w:p>
    <w:p>
      <w:r>
        <w:rPr>
          <w:b/>
        </w:rPr>
        <w:t xml:space="preserve">[1:22:53] </w:t>
      </w:r>
      <w:r>
        <w:t>ke log jo hain maan lein aap ki baat to yeh to mumkin nahi hai. innama an tabuthakkir lasta alaihim bimusait tum ko to batana hai, tum darogha nahi ho logon ke upar ho.</w:t>
      </w:r>
    </w:p>
    <w:p>
      <w:pPr>
        <w:jc w:val="right"/>
      </w:pPr>
      <w:r>
        <w:t>کہ لوگ جو ہیں مان لیں آپ کی بات تو یہ تو ممکن نہیں ہے۔ إِنَّمَا أَنْ تَبُذَكِّرْ لَسْتَ عَلَيْهِمْ بِمُسَيْطٍ تم کو تو بتانا ہے، تم داروغہ نہیں ہو لوگوں کے اوپر ہو۔</w:t>
      </w:r>
    </w:p>
    <w:p>
      <w:r>
        <w:rPr>
          <w:b/>
        </w:rPr>
        <w:t xml:space="preserve">[1:23:10] </w:t>
      </w:r>
      <w:r>
        <w:t>to Dawa process jo hai, dekhein, is sense mein result-oriented nahi hai ke iska log maan lein aap ki baat.</w:t>
      </w:r>
    </w:p>
    <w:p>
      <w:pPr>
        <w:jc w:val="right"/>
      </w:pPr>
      <w:r>
        <w:t>تو Dawa process جو ہے، دیکھیں، اس sense میں result-oriented نہیں ہے کہ اس کا لوگ مان لیں آپ کی بات۔</w:t>
      </w:r>
    </w:p>
    <w:p>
      <w:r>
        <w:rPr>
          <w:b/>
        </w:rPr>
        <w:t xml:space="preserve">[1:23:20] </w:t>
      </w:r>
      <w:r>
        <w:t>lekin Dawa ke</w:t>
      </w:r>
    </w:p>
    <w:p>
      <w:pPr>
        <w:jc w:val="right"/>
      </w:pPr>
      <w:r>
        <w:t>لیکن Dawa کے</w:t>
      </w:r>
    </w:p>
    <w:p>
      <w:r>
        <w:rPr>
          <w:b/>
        </w:rPr>
        <w:t xml:space="preserve">[1:23:21] </w:t>
      </w:r>
      <w:r>
        <w:t>liye kya hai? khair khwahi hona chahiye aap ke dil mein. insaan se mohabbat hona chahiye aap ke dil mein. aap ko unilateral tor par farigh karna chahiye unki shikayaton ko.</w:t>
      </w:r>
    </w:p>
    <w:p>
      <w:pPr>
        <w:jc w:val="right"/>
      </w:pPr>
      <w:r>
        <w:t>لیے کیا ہے؟ خیر خواہی ہونا چاہیے آپ کے دل میں۔ انسان سے محبت ہونا چاہیے آپ کے دل میں۔ آپ کو unilateral طور پر فارغ کرنا چاہیے ان کی شکایتوں کو۔</w:t>
      </w:r>
    </w:p>
    <w:p>
      <w:r>
        <w:rPr>
          <w:b/>
        </w:rPr>
        <w:t xml:space="preserve">[1:23:31] </w:t>
      </w:r>
      <w:r>
        <w:t>unilateral tor par aap ko idhar bardasht karna chahiye aap ko doosron ki ziyadtiyon ko. aur unke mind ko padhna chahiye, kya unka mind hai.</w:t>
      </w:r>
    </w:p>
    <w:p>
      <w:pPr>
        <w:jc w:val="right"/>
      </w:pPr>
      <w:r>
        <w:t>Unilateral طور پر آپ کو ادھر برداشت کرنا چاہیے آپ کو دوسروں کی زیادتیوں کو۔ اور ان کے mind کو پڑھنا چاہیے، کیا ان کا mind ہے۔</w:t>
      </w:r>
    </w:p>
    <w:p>
      <w:r>
        <w:rPr>
          <w:b/>
        </w:rPr>
        <w:t xml:space="preserve">[1:23:40] </w:t>
      </w:r>
      <w:r>
        <w:t>padhna chahiye. aur jaisa unka mind ho, uske mutabiq unko address karna chahiye. to ek bahut zabardast process hai yeh.</w:t>
      </w:r>
    </w:p>
    <w:p>
      <w:pPr>
        <w:jc w:val="right"/>
      </w:pPr>
      <w:r>
        <w:t>پڑھنا چاہیے۔ اور جیسا ان کا mind ہو، اس کے مطابق ان کو address کرنا چاہیے۔ تو ایک بہت زبردست process ہے یہ۔</w:t>
      </w:r>
    </w:p>
    <w:p>
      <w:r>
        <w:rPr>
          <w:b/>
        </w:rPr>
        <w:t xml:space="preserve">[1:23:48] </w:t>
      </w:r>
      <w:r>
        <w:t>aisa nahi ke bas loudspeaker par chala diya to work ho gaya.</w:t>
      </w:r>
    </w:p>
    <w:p>
      <w:pPr>
        <w:jc w:val="right"/>
      </w:pPr>
      <w:r>
        <w:t>ایسا نہیں کہ بس loudspeaker پر چلا دیا تو work ہو گیا۔</w:t>
      </w:r>
    </w:p>
    <w:p>
      <w:r>
        <w:rPr>
          <w:b/>
        </w:rPr>
        <w:t xml:space="preserve">[1:23:56] </w:t>
      </w:r>
      <w:r>
        <w:t>jab aadmi dekhe kisi baat mein sincere hota hai, sincere to usko yeh sab baatein apne aap samajh aa jati hain. ab sincere nahi hota to kuch samajh mein nahi aata.</w:t>
      </w:r>
    </w:p>
    <w:p>
      <w:pPr>
        <w:jc w:val="right"/>
      </w:pPr>
      <w:r>
        <w:t>جب آدمی دیکھے کسی بات میں sincere ہوتا ہے، sincere تو اس کو یہ سب باتیں اپنے آپ سمجھ آ جاتی ہیں۔ اب sincere نہیں ہوتا تو کچھ سمجھ میں نہیں آتا۔</w:t>
      </w:r>
    </w:p>
    <w:p>
      <w:r>
        <w:rPr>
          <w:b/>
        </w:rPr>
        <w:t xml:space="preserve">[1:24:06] </w:t>
      </w:r>
      <w:r>
        <w:t>ab sincere hoga aadmi to yahi karega ke woh unki ziyadtiyon ko bhulayega. unki shikayaton ko nazar andaz karega. aur unse milega bahut mohabbat ke sath, unke mind ko padhega.</w:t>
      </w:r>
    </w:p>
    <w:p>
      <w:pPr>
        <w:jc w:val="right"/>
      </w:pPr>
      <w:r>
        <w:t>اب sincere ہوگا آدمی تو یہی کرے گا کہ وہ ان کی زیادتیوں کو بھلائے گا۔ ان کی شکایتوں کو نظر انداز کرے گا۔ اور ان سے ملے گا بہت محبت کے ساتھ، ان کے mind کو پڑھے گا۔</w:t>
      </w:r>
    </w:p>
    <w:p>
      <w:r>
        <w:rPr>
          <w:b/>
        </w:rPr>
        <w:t xml:space="preserve">[1:24:19] </w:t>
      </w:r>
      <w:r>
        <w:t>aur phir tayari kar ke unke mind ko address karega. aur barabar karta rahega, yeh nahi ke do char din kar ke. aur phir dua bhi karega unke liye.</w:t>
      </w:r>
    </w:p>
    <w:p>
      <w:pPr>
        <w:jc w:val="right"/>
      </w:pPr>
      <w:r>
        <w:t>اور پھر تیاری کر کے ان کے mind کو address کرے گا۔ اور برابر کرتا رہے گا، یہ نہیں کہ دو چار دن کر کے۔ اور پھر دعا بھی کرے گا ان کے لیے۔</w:t>
      </w:r>
    </w:p>
    <w:p>
      <w:r>
        <w:rPr>
          <w:b/>
        </w:rPr>
        <w:t xml:space="preserve">[1:24:29] </w:t>
      </w:r>
      <w:r>
        <w:t>to Dawa is a long process.</w:t>
      </w:r>
    </w:p>
    <w:p>
      <w:pPr>
        <w:jc w:val="right"/>
      </w:pPr>
      <w:r>
        <w:t>تو Dawa is a long process۔</w:t>
      </w:r>
    </w:p>
    <w:p>
      <w:r>
        <w:rPr>
          <w:b/>
        </w:rPr>
        <w:t xml:space="preserve">[1:24:36] </w:t>
      </w:r>
      <w:r>
        <w:t>This question is from Mr. Uzair Anwar from Deoband. sabr aur maslehat pasandi halanki mukhtalif cheezein hain, lekin ek aadmi yeh kaise faisla karega ke kisi mauqe par humein sabr ki zaroorat hai aur kisi jagah fori iqdam ki?</w:t>
      </w:r>
    </w:p>
    <w:p>
      <w:pPr>
        <w:jc w:val="right"/>
      </w:pPr>
      <w:r>
        <w:t>This question is from Mr. Uzair Anwar from Deoband. صبر اور مصلحت پسندی حالانکہ مختلف چیزیں ہیں، لیکن ایک آدمی یہ کیسے فیصلہ کرے گا کہ کسی موقع پر ہمیں صبر کی ضرورت ہے اور کسی جگہ فوری اقدام کی؟</w:t>
      </w:r>
    </w:p>
    <w:p>
      <w:r>
        <w:rPr>
          <w:b/>
        </w:rPr>
        <w:t xml:space="preserve">[1:24:56] </w:t>
      </w:r>
      <w:r>
        <w:t>kyunki bahut se mauqe par khud umar farooq ne fori iqdam kiye hain. nahi, nahi, yeh galat baat hai.</w:t>
      </w:r>
    </w:p>
    <w:p>
      <w:pPr>
        <w:jc w:val="right"/>
      </w:pPr>
      <w:r>
        <w:t>کیونکہ بہت سے موقع پر خود عمر فاروق نے فوری اقدام کیے ہیں۔ نہیں، نہیں، یہ غلط بات ہے۔</w:t>
      </w:r>
    </w:p>
    <w:p>
      <w:r>
        <w:rPr>
          <w:b/>
        </w:rPr>
        <w:t xml:space="preserve">[1:25:04] </w:t>
      </w:r>
      <w:r>
        <w:t>fori iqdam ka matlab hai agar yahan kat gaya jaldi se, barham patti lagai. bahar koi fori iqdam nahi hai, bahar sochna padta hai. fori iqdam koi cheez nahi hoti.</w:t>
      </w:r>
    </w:p>
    <w:p>
      <w:pPr>
        <w:jc w:val="right"/>
      </w:pPr>
      <w:r>
        <w:t>فوری اقدام کا مطلب ہے اگر یہاں کٹ گیا جلدی سے، برہم پٹی لگائی۔ باہر کوئی فوری اقدام نہیں ہے، باہر سوچنا پڑتا ہے۔ فوری اقدام کوئی چیز نہیں ہوتی۔</w:t>
      </w:r>
    </w:p>
    <w:p>
      <w:r>
        <w:rPr>
          <w:b/>
        </w:rPr>
        <w:t xml:space="preserve">[1:25:17] </w:t>
      </w:r>
      <w:r>
        <w:t>agar aap koi accident ho gaya to tab jaldi se aap jayenge hospital doctor ke paas</w:t>
      </w:r>
    </w:p>
    <w:p>
      <w:pPr>
        <w:jc w:val="right"/>
      </w:pPr>
      <w:r>
        <w:t>اگر آپ کوئی accident ہو گیا تو تب جلدی سے آپ جائیں گے ہاسپٹل ڈاکٹر کے پاس</w:t>
      </w:r>
    </w:p>
    <w:p>
      <w:r>
        <w:rPr>
          <w:b/>
        </w:rPr>
        <w:t xml:space="preserve">[1:25:25] </w:t>
      </w:r>
      <w:r>
        <w:t>woh alag alag cheez hai, lekin social reform ke liye, Dawa work ke liye aur logon se deal karne ke liye koi fori iqdam nahi kiya jata.</w:t>
      </w:r>
    </w:p>
    <w:p>
      <w:pPr>
        <w:jc w:val="right"/>
      </w:pPr>
      <w:r>
        <w:t>۔ وہ الگ الگ چیز ہے، لیکن social reform کے لیے، Dawa work کے لیے اور لوگوں سے deal کرنے کے لیے کوئی فوری اقدام نہیں کیا جاتا۔</w:t>
      </w:r>
    </w:p>
    <w:p>
      <w:r>
        <w:rPr>
          <w:b/>
        </w:rPr>
        <w:t xml:space="preserve">[1:25:34] </w:t>
      </w:r>
      <w:r>
        <w:t>hamesha soch samajh ke hua karta hai.</w:t>
      </w:r>
    </w:p>
    <w:p>
      <w:pPr>
        <w:jc w:val="right"/>
      </w:pPr>
      <w:r>
        <w:t>ہمیشہ سوچ سمجھ کے ہوا کرتا ہے۔</w:t>
      </w:r>
    </w:p>
    <w:p>
      <w:r>
        <w:rPr>
          <w:b/>
        </w:rPr>
        <w:t xml:space="preserve">[1:25:40] </w:t>
      </w:r>
      <w:r>
        <w:t>This question is from Dr. Farida Khanum from New Delhi. How can effective Dawa work be performed in the Western world?</w:t>
      </w:r>
    </w:p>
    <w:p>
      <w:pPr>
        <w:jc w:val="right"/>
      </w:pPr>
      <w:r>
        <w:t>This question is from Dr. Farida Khanum from New Delhi. How can effective Dawa work be performed in the Western world?</w:t>
      </w:r>
    </w:p>
    <w:p>
      <w:r>
        <w:rPr>
          <w:b/>
        </w:rPr>
        <w:t xml:space="preserve">[1:25:52] </w:t>
      </w:r>
      <w:r>
        <w:t>Maulana, kindly explain.</w:t>
      </w:r>
    </w:p>
    <w:p>
      <w:pPr>
        <w:jc w:val="right"/>
      </w:pPr>
      <w:r>
        <w:t>مولانا، kindly explain.</w:t>
      </w:r>
    </w:p>
    <w:p>
      <w:r>
        <w:rPr>
          <w:b/>
        </w:rPr>
        <w:t xml:space="preserve">[1:25:55] </w:t>
      </w:r>
      <w:r>
        <w:t>Aaj hi mujh se yeh sawal kiya gaya tha jo main address kiya tha na America ke recordians ko telephone ke zariye se. To maine kaha tha ke sab se pehli cheez hai apne mindset ko badalna.</w:t>
      </w:r>
    </w:p>
    <w:p>
      <w:pPr>
        <w:jc w:val="right"/>
      </w:pPr>
      <w:r>
        <w:t>آج ہی مجھ سے یہ سوال کیا گیا تھا جو میں address کیا تھا نا امریکہ کے recordians کو ٹیلی فون کے ذریعے سے۔ تو میں نے کہا تھا کہ سب سے پہلی چیز ہے اپنے mindset کو بدلنا۔</w:t>
      </w:r>
    </w:p>
    <w:p>
      <w:r>
        <w:rPr>
          <w:b/>
        </w:rPr>
        <w:t xml:space="preserve">[1:26:12] </w:t>
      </w:r>
      <w:r>
        <w:t>Maine kaha yeh jo Muslim mulkon ke log wahan ja kar base hue hain, America mein, Europe mein, das billion se zyada, woh isi mindset ko le kar wahan gaye hain</w:t>
      </w:r>
    </w:p>
    <w:p>
      <w:pPr>
        <w:jc w:val="right"/>
      </w:pPr>
      <w:r>
        <w:t>میں نے کہا یہ جو مسلم ملکوں کے لوگ وہاں جا کر بسے ہوئے ہیں، امریکہ میں، یورپ میں، دس بلین سے زیادہ، وہ اسی mindset کو لے کر وہاں گئے ہیں</w:t>
      </w:r>
    </w:p>
    <w:p>
      <w:r>
        <w:rPr>
          <w:b/>
        </w:rPr>
        <w:t xml:space="preserve">[1:26:23] </w:t>
      </w:r>
      <w:r>
        <w:t>jo yahan tha. Wahi mindset le kar gaye hain. Wahan bhi wahi taqreerein karte rahe hain. Main wahan bar bar gaya hoon, yaani darjanon bar gaya hoon.</w:t>
      </w:r>
    </w:p>
    <w:p>
      <w:pPr>
        <w:jc w:val="right"/>
      </w:pPr>
      <w:r>
        <w:t>جو یہاں تھا۔ وہی mindset لے کر گئے ہیں۔ وہاں بھی وہی تقریریں کرتے رہے ہیں۔ میں وہاں بار بار گیا ہوں، یعنی درجنوں بار گیا ہوں۔</w:t>
      </w:r>
    </w:p>
    <w:p>
      <w:r>
        <w:rPr>
          <w:b/>
        </w:rPr>
        <w:t xml:space="preserve">[1:26:33] </w:t>
      </w:r>
      <w:r>
        <w:t>Masjid mein jate hain to wahan par taqreerein ho</w:t>
      </w:r>
    </w:p>
    <w:p>
      <w:pPr>
        <w:jc w:val="right"/>
      </w:pPr>
      <w:r>
        <w:t>مسجد میں جاتے ہیں تو وہاں پر تقریریں ہو</w:t>
      </w:r>
    </w:p>
    <w:p>
      <w:r>
        <w:rPr>
          <w:b/>
        </w:rPr>
        <w:t xml:space="preserve">[1:26:35] </w:t>
      </w:r>
      <w:r>
        <w:t>rahi hain. Koi Kashmiri ko le kar ke, koi Falastini ko le kar ke, koi Iraq ko le kar ke, tak jhak daar taqreerein kar rahe hain. Jo kaam India mein kar rahe the, Pakistan mein kar rahe hain, wahi wahan bhi kar rahe hain.</w:t>
      </w:r>
    </w:p>
    <w:p>
      <w:pPr>
        <w:jc w:val="right"/>
      </w:pPr>
      <w:r>
        <w:t>رہی ہیں۔ کوئی کشمیری کو لے کر کے، کوئی فلسطینی کو لے کر کے، کوئی عراق کو لے کر کے، تک جھاک دار تقریریں کر رہے ہیں۔ جو کام انڈیا میں کر رہے تھے، پاکستان میں کر رہے ہیں، وہی وہاں بھی کر رہے ہیں۔</w:t>
      </w:r>
    </w:p>
    <w:p>
      <w:r>
        <w:rPr>
          <w:b/>
        </w:rPr>
        <w:t xml:space="preserve">[1:26:45] </w:t>
      </w:r>
      <w:r>
        <w:t>To maine kaha ke aap log itne reh rahe hain wahan par, kabhi aap yeh koshish nahi ki ke in ke mind ko read karein. In ka, in ki soch kya hai? In ki soch kya hai?</w:t>
      </w:r>
    </w:p>
    <w:p>
      <w:pPr>
        <w:jc w:val="right"/>
      </w:pPr>
      <w:r>
        <w:t>تو میں نے کہا کہ آپ لوگ اتنے رہ رہے ہیں وہاں پر، کبھی آپ یہ کوشش نہیں کی کہ ان کے mind کو read کریں۔ ان کا، ان کی سوچ کیا ہے؟ ان کی سوچ کیا ہے؟</w:t>
      </w:r>
    </w:p>
    <w:p>
      <w:r>
        <w:rPr>
          <w:b/>
        </w:rPr>
        <w:t xml:space="preserve">[1:26:55] </w:t>
      </w:r>
      <w:r>
        <w:t>Apne masle ko le kar wahan pahunche, isi apne masle par apne logon ke beech mein taqreerein kar rahe hain. Apne logon ke beech mein</w:t>
      </w:r>
    </w:p>
    <w:p>
      <w:pPr>
        <w:jc w:val="right"/>
      </w:pPr>
      <w:r>
        <w:t>اپنے مسئلے کو لے کر وہاں پہنچے، اسی اپنے مسئلے پر اپنے لوگوں کے بیچ میں تقریریں کر رہے ہیں۔ اپنے لوگوں کے بیچ میں</w:t>
      </w:r>
    </w:p>
    <w:p>
      <w:r>
        <w:rPr>
          <w:b/>
        </w:rPr>
        <w:t xml:space="preserve">[1:27:00] </w:t>
      </w:r>
      <w:r>
        <w:t>. Yaad rakhein, jo log rehte hain na bahar ke mulkon mein, woh bilkul gheton mein rehte hain. Gheton mein. In ka koi contact nahi hai in ke doosron se.</w:t>
      </w:r>
    </w:p>
    <w:p>
      <w:pPr>
        <w:jc w:val="right"/>
      </w:pPr>
      <w:r>
        <w:t>۔ یاد رکھیں، جو لوگ رہتے ہیں نا باہر کے ملکوں میں، وہ بالکل گھیٹوں میں رہتے ہیں۔ گھیٹوں میں۔ ان کا کوئی contact نہیں ہے ان کے دوسروں سے۔</w:t>
      </w:r>
    </w:p>
    <w:p>
      <w:r>
        <w:rPr>
          <w:b/>
        </w:rPr>
        <w:t xml:space="preserve">[1:27:10] </w:t>
      </w:r>
      <w:r>
        <w:t>Koi contact hi nahi, bas apne gheton mein rehte hain, biryani khate hain aur aapas mein mushaire karte hain. To Dawa work kiya karenge?</w:t>
      </w:r>
    </w:p>
    <w:p>
      <w:pPr>
        <w:jc w:val="right"/>
      </w:pPr>
      <w:r>
        <w:t>کوئی contact ہی نہیں، بس اپنے گھیٹوں میں رہتے ہیں، بریانی کھاتے ہیں اور آپس میں مشاعرے کرتے ہیں۔ تو Dawa work کیا کریں گے؟</w:t>
      </w:r>
    </w:p>
    <w:p>
      <w:r>
        <w:rPr>
          <w:b/>
        </w:rPr>
        <w:t xml:space="preserve">[1:27:21] </w:t>
      </w:r>
      <w:r>
        <w:t>To maine kaha ke ke yeh jo Musalman hain, in ki misaal aisi hai ke woh ke they are playing Easter game in the Western court.</w:t>
      </w:r>
    </w:p>
    <w:p>
      <w:pPr>
        <w:jc w:val="right"/>
      </w:pPr>
      <w:r>
        <w:t>تو میں نے کہا کہ کہ یہ جو مسلمان ہیں، ان کی مثال ایسی ہے کہ وہ کہ they are playing Easter game in the Western court.</w:t>
      </w:r>
    </w:p>
    <w:p>
      <w:r>
        <w:rPr>
          <w:b/>
        </w:rPr>
        <w:t xml:space="preserve">[1:27:33] </w:t>
      </w:r>
      <w:r>
        <w:t>Mashriq ka khel maghrib mein khel rahe hain.</w:t>
      </w:r>
    </w:p>
    <w:p>
      <w:pPr>
        <w:jc w:val="right"/>
      </w:pPr>
      <w:r>
        <w:t>مشرق کا کھیل مغرب میں کھیل رہے ہیں۔</w:t>
      </w:r>
    </w:p>
    <w:p>
      <w:r>
        <w:rPr>
          <w:b/>
        </w:rPr>
        <w:t xml:space="preserve">[1:27:37] </w:t>
      </w:r>
      <w:r>
        <w:t>To maine kaha ke dekhein, main bohat gaya hoon bahar ki duniya mein. Aap log samajhte hain ke maghrib jo hai, insaan se nafrat karta hai. Yeh yeh barfuda hi baatil hai, bilkul jhoota hai, bilkul jhoot hai, jhoot hai, jhoot hai.</w:t>
      </w:r>
    </w:p>
    <w:p>
      <w:pPr>
        <w:jc w:val="right"/>
      </w:pPr>
      <w:r>
        <w:t>تو میں نے کہا کہ دیکھیں، میں بہت گیا ہوں باہر کی دنیا میں۔ آپ لوگ سمجھتے ہیں کہ مغرب جو ہے، انسان سے نفرت کرتا ہے۔ یہ یہ برفودہ ہی باطل ہے، بالکل جھوٹا ہے، بالکل جھوٹ ہے، جھوٹ ہے، جھوٹ ہے۔</w:t>
      </w:r>
    </w:p>
    <w:p>
      <w:r>
        <w:rPr>
          <w:b/>
        </w:rPr>
        <w:t xml:space="preserve">[1:27:49] </w:t>
      </w:r>
      <w:r>
        <w:t>Yeh kisi ko fursat nahi nafrat karne ki, yaad rakhiye. Is zamane mein kisi ko nafrat karne ki fursat nahi hai. Aap hi ko Musalmanon ko fursat hai ke woh nafrat karte hain.</w:t>
      </w:r>
    </w:p>
    <w:p>
      <w:pPr>
        <w:jc w:val="right"/>
      </w:pPr>
      <w:r>
        <w:t>یہ کسی کو فرصت نہیں نفرت کرنے کی، یاد رکھیے۔ اس زمانے میں کسی کو نفرت کرنے کی فرصت نہیں ہے۔ آپ ہی کو مسلمانوں کو فرصت ہے کہ وہ نفرت کرتے ہیں۔</w:t>
      </w:r>
    </w:p>
    <w:p>
      <w:r>
        <w:rPr>
          <w:b/>
        </w:rPr>
        <w:t xml:space="preserve">[1:28:01] </w:t>
      </w:r>
      <w:r>
        <w:t>To Western, Western insaan ka mamla kya hai?</w:t>
      </w:r>
    </w:p>
    <w:p>
      <w:pPr>
        <w:jc w:val="right"/>
      </w:pPr>
      <w:r>
        <w:t>تو Western، Western انسان کا معاملہ کیا ہے؟</w:t>
      </w:r>
    </w:p>
    <w:p>
      <w:r>
        <w:rPr>
          <w:b/>
        </w:rPr>
        <w:t xml:space="preserve">[1:28:05] </w:t>
      </w:r>
      <w:r>
        <w:t>Is ka jo apna mazhab hai, Trinity, Trinity is ki samajh mein nahi aata. Mathematically they are not understandable. Materialism mein inhon ne bohat zyada aage padhe, woh lekin materialism mein inhe tazkir nahi mili.</w:t>
      </w:r>
    </w:p>
    <w:p>
      <w:pPr>
        <w:jc w:val="right"/>
      </w:pPr>
      <w:r>
        <w:t>اس کا جو اپنا مذہب ہے، Trinity، Trinity اس کی سمجھ میں نہیں آتا۔ Mathematically they are not understandable. مٹیریلزم میں انہوں نے بہت زیادہ آگے پڑھے، وہ لیکن مٹیریلزم میں انہیں تذکیر نہیں ملی۔</w:t>
      </w:r>
    </w:p>
    <w:p>
      <w:r>
        <w:rPr>
          <w:b/>
        </w:rPr>
        <w:t xml:space="preserve">[1:28:21] </w:t>
      </w:r>
      <w:r>
        <w:t>Woh Broken home ka masla in ke haan hai. Family ujad rahi hai waghera. To woh woh sochte hain ke aakhir sachai kahan hai?</w:t>
      </w:r>
    </w:p>
    <w:p>
      <w:pPr>
        <w:jc w:val="right"/>
      </w:pPr>
      <w:r>
        <w:t>وہ Broken home کا مسئلہ ان کے ہاں ہے۔ Family اجڑ رہی ہے وغیرہ۔ تو وہ وہ سوچتے ہیں کہ آخر سچائی کہاں ہے؟</w:t>
      </w:r>
    </w:p>
    <w:p>
      <w:r>
        <w:rPr>
          <w:b/>
        </w:rPr>
        <w:t xml:space="preserve">[1:28:33] </w:t>
      </w:r>
      <w:r>
        <w:t>Kya</w:t>
      </w:r>
    </w:p>
    <w:p>
      <w:pPr>
        <w:jc w:val="right"/>
      </w:pPr>
      <w:r>
        <w:t>کیا</w:t>
      </w:r>
    </w:p>
    <w:p>
      <w:r>
        <w:rPr>
          <w:b/>
        </w:rPr>
        <w:t xml:space="preserve">[1:28:34] </w:t>
      </w:r>
      <w:r>
        <w:t>Tareeqa hai jo jo hamare life style se behtar hai? Hamari soch se behtar hai koi tareeqa? Doosri baat yeh hai, maine in se kaha ke aap log Dawa se pehle talib-e-qalb hoti hai.</w:t>
      </w:r>
    </w:p>
    <w:p>
      <w:pPr>
        <w:jc w:val="right"/>
      </w:pPr>
      <w:r>
        <w:t>طریقہ ہے جو جو ہمارے life style سے بہتر ہے؟ ہماری سوچ سے بہتر ہے کوئی طریقہ؟ دوسری بات یہ ہے، میں نے ان سے کہا کہ آپ لوگ Dawa سے پہلے طالب قلب ہوتی ہے۔</w:t>
      </w:r>
    </w:p>
    <w:p>
      <w:r>
        <w:rPr>
          <w:b/>
        </w:rPr>
        <w:t xml:space="preserve">[1:28:49] </w:t>
      </w:r>
      <w:r>
        <w:t>Baghair talib-e-qalb Dawa nahi hoti.</w:t>
      </w:r>
    </w:p>
    <w:p>
      <w:pPr>
        <w:jc w:val="right"/>
      </w:pPr>
      <w:r>
        <w:t>بغیر طالب قلب Dawa نہیں ہوتی۔</w:t>
      </w:r>
    </w:p>
    <w:p>
      <w:r>
        <w:rPr>
          <w:b/>
        </w:rPr>
        <w:t xml:space="preserve">[1:28:52] </w:t>
      </w:r>
      <w:r>
        <w:t>Hamare kuch saathi hain, Dilli mein ek ek Angrez, do Angrez rehte hain, yaani husband aur wife. To woh kuch dunki ashram banaye gaye hain.</w:t>
      </w:r>
    </w:p>
    <w:p>
      <w:pPr>
        <w:jc w:val="right"/>
      </w:pPr>
      <w:r>
        <w:t>ہمارے کچھ ساتھی ہیں، دلی میں ایک ایک انگریز، دو انگریز رہتے ہیں، یعنی husband اور wife۔ تو وہ کچھ ڈنکی آشرم بنائے گئے ہیں۔</w:t>
      </w:r>
    </w:p>
    <w:p>
      <w:r>
        <w:rPr>
          <w:b/>
        </w:rPr>
        <w:t xml:space="preserve">[1:29:05] </w:t>
      </w:r>
      <w:r>
        <w:t>Yaani dunkion, dunki boodha ya beemar dunki ko dressing karte hain. To hamare saathi wahan gaye to dekha ke woh dressing kar rahe the.</w:t>
      </w:r>
    </w:p>
    <w:p>
      <w:pPr>
        <w:jc w:val="right"/>
      </w:pPr>
      <w:r>
        <w:t>یعنی ڈنکیوں، ڈنکی بوڑھا یا بیمار ڈنکی کو dressing کرتے ہیں۔ تو ہمارے ساتھی وہاں گئے تو دیکھا کہ وہ dressing کر رہے تھے۔</w:t>
      </w:r>
    </w:p>
    <w:p>
      <w:r>
        <w:rPr>
          <w:b/>
        </w:rPr>
        <w:t xml:space="preserve">[1:29:15] </w:t>
      </w:r>
      <w:r>
        <w:t>Woh to unhon ne tawajjuh nahi di hamare saathiyon ki taraf</w:t>
      </w:r>
    </w:p>
    <w:p>
      <w:pPr>
        <w:jc w:val="right"/>
      </w:pPr>
      <w:r>
        <w:t>وہ تو انہوں نے توجہ نہیں دی ہمارے ساتھیوں کی طرف</w:t>
      </w:r>
    </w:p>
    <w:p>
      <w:r>
        <w:rPr>
          <w:b/>
        </w:rPr>
        <w:t xml:space="preserve">[1:29:20] </w:t>
      </w:r>
      <w:r>
        <w:t>. To unhon ne kaha ke kya hum bhi kuch is dressing mein kuch cooperation de sakte hain? Kuch saman hum layein apni taraf se, aap qabool karenge is ko?</w:t>
      </w:r>
    </w:p>
    <w:p>
      <w:pPr>
        <w:jc w:val="right"/>
      </w:pPr>
      <w:r>
        <w:t>۔ تو انہوں نے کہا کہ کیا ہم بھی کچھ اس dressing میں کچھ cooperation دے سکتے ہیں؟ کچھ سامان ہم لائیں اپنی طرف سے، آپ قبول کریں گے اس کو؟</w:t>
      </w:r>
    </w:p>
    <w:p>
      <w:r>
        <w:rPr>
          <w:b/>
        </w:rPr>
        <w:t xml:space="preserve">[1:29:28] </w:t>
      </w:r>
      <w:r>
        <w:t>achanak woh khara ho gaya woh aadmi. woh aadmi jo jo lift nahi de raha tha. kyun yeh talib-e-qalb thi is ki? unhon ne socha kaisay log hain jo be saath dein mera is mamle mein?</w:t>
      </w:r>
    </w:p>
    <w:p>
      <w:pPr>
        <w:jc w:val="right"/>
      </w:pPr>
      <w:r>
        <w:t>اچانک وہ کھڑا ہو گیا وہ آدمی۔ وہ آدمی جو جو lift نہیں دے رہا تھا۔ کیوں یہ طالب قلب تھی اس کی؟ انہوں نے سوچا کیسے لوگ ہیں جو بے ساتھ دیں میرا اس معاملے میں؟</w:t>
      </w:r>
    </w:p>
    <w:p>
      <w:r>
        <w:rPr>
          <w:b/>
        </w:rPr>
        <w:t xml:space="preserve">[1:29:41] </w:t>
      </w:r>
      <w:r>
        <w:t>mujhe mujhe saman dein ya paisa dein ya madad karein is mamle mein. is ke baad unhon ne quran diya us ko.</w:t>
      </w:r>
    </w:p>
    <w:p>
      <w:pPr>
        <w:jc w:val="right"/>
      </w:pPr>
      <w:r>
        <w:t>مجھے مجھے سامان دیں یا پیسہ دیں یا مدد کریں اس معاملے میں۔ اس کے بعد انہوں نے قرآن دیا اس کو۔</w:t>
      </w:r>
    </w:p>
    <w:p>
      <w:r>
        <w:rPr>
          <w:b/>
        </w:rPr>
        <w:t xml:space="preserve">[1:29:48] </w:t>
      </w:r>
      <w:r>
        <w:t>to bohat khush hua woh. is ke baad us ne kaha ke I always wanted to know the the another version of truth to mein ne aaj hi america ke logon se kaha ke aap log jo hain,</w:t>
      </w:r>
    </w:p>
    <w:p>
      <w:pPr>
        <w:jc w:val="right"/>
      </w:pPr>
      <w:r>
        <w:t>تو بہت خوش ہوا وہ۔ اس کے بعد اس نے کہا کہ I always wanted to know the the another version of truth تو میں نے آج ہی امریکہ کے لوگوں سے کہا کہ آپ لوگ جو ہیں،</w:t>
      </w:r>
    </w:p>
    <w:p>
      <w:r>
        <w:rPr>
          <w:b/>
        </w:rPr>
        <w:t xml:space="preserve">[1:30:02] </w:t>
      </w:r>
      <w:r>
        <w:t>kuch aap dawat aap concern hi nahi hain. wahan ka insaan aap concern nahi hai. is ke insaan, wahan ke insaan ko na to aap ne yani talib-e-qalb ki, na us ko samajhne ki</w:t>
      </w:r>
    </w:p>
    <w:p>
      <w:pPr>
        <w:jc w:val="right"/>
      </w:pPr>
      <w:r>
        <w:t>کچھ آپ دعوت آپ concern ہی نہیں ہے۔ وہاں کا انسان آپ concern نہیں ہے۔ اس کے انسان، وہاں کے انسان کو نہ تو آپ نے یعنی طالب قلب کی، نہ اس کو سمجھنے کی</w:t>
      </w:r>
    </w:p>
    <w:p>
      <w:r>
        <w:rPr>
          <w:b/>
        </w:rPr>
        <w:t xml:space="preserve">[1:30:14] </w:t>
      </w:r>
      <w:r>
        <w:t>koshish ki. bas apne apne gharon mein mein ne ja dekha hai un ko, yeh biryani waghera jahan yahan khate hain, wahi wahan bhi khate hain. to pehle aap apne aap ko badliye, tab aap daai ban sakte hain.</w:t>
      </w:r>
    </w:p>
    <w:p>
      <w:pPr>
        <w:jc w:val="right"/>
      </w:pPr>
      <w:r>
        <w:t>کوشش کی۔ بس اپنے اپنے گھروں میں میں نے جا دیکھا ہے ان کو، یہ بریانی وغیرہ جہاں یہاں کھاتے ہیں، وہی وہاں بھی کھاتے ہیں۔ تو پہلے آپ اپنے آپ کو بدلیے، تب آپ داعی بن سکتے ہیں۔</w:t>
      </w:r>
    </w:p>
    <w:p>
      <w:r>
        <w:rPr>
          <w:b/>
        </w:rPr>
        <w:t xml:space="preserve">[1:30:29] </w:t>
      </w:r>
      <w:r>
        <w:t>apne aap ko badle baghair dawat karein ge aap to is ayat ka misdaq ban jayein ke يحبون يوم الدين بما لم يفعلوا jo kaam nahi kiya, us ka credit chahna.</w:t>
      </w:r>
    </w:p>
    <w:p>
      <w:pPr>
        <w:jc w:val="right"/>
      </w:pPr>
      <w:r>
        <w:t>اپنے آپ کو بدلے بغیر دعوت کریں گے آپ تو اس آیت کا مصداق بن جائیں کہ يحبون يوم الدين بما لم يفعلوا جو کام نہیں کیا، اس کا کریڈٹ چاہنا۔</w:t>
      </w:r>
    </w:p>
    <w:p>
      <w:r>
        <w:rPr>
          <w:b/>
        </w:rPr>
        <w:t xml:space="preserve">[1:30:45] </w:t>
      </w:r>
      <w:r>
        <w:t>This question is from Mr. Arshad Jamal from New Delhi. There is a verse in Chapter 24 of Quran which says الله نور السماوات والأرض Maulana, what is the meaning of this ayat?</w:t>
      </w:r>
    </w:p>
    <w:p>
      <w:pPr>
        <w:jc w:val="right"/>
      </w:pPr>
      <w:r>
        <w:t>This question is from Mr. ارشد جمال from New Delhi. There is a verse in Chapter 24 of Quran which says الله نور السماوات والأرض مولانا، what is the meaning of this آیت?</w:t>
      </w:r>
    </w:p>
    <w:p>
      <w:r>
        <w:rPr>
          <w:b/>
        </w:rPr>
        <w:t xml:space="preserve">[1:31:04] </w:t>
      </w:r>
      <w:r>
        <w:t>I want to know that this means that God is the light of the heavens and the earth.</w:t>
      </w:r>
    </w:p>
    <w:p>
      <w:pPr>
        <w:jc w:val="right"/>
      </w:pPr>
      <w:r>
        <w:t>I want to know that this means that God is the light of the heavens and the earth.</w:t>
      </w:r>
    </w:p>
    <w:p>
      <w:r>
        <w:rPr>
          <w:b/>
        </w:rPr>
        <w:t xml:space="preserve">[1:31:11] </w:t>
      </w:r>
      <w:r>
        <w:t>Please explain this along with the example of lamp mentioned in it. dekhein, yeh baat aap parh lijiye. hamari jo community hai, Quran majeed ki tazkira-e-Quran, is mein hum ne bohat achhe tareeqe se is ki detail batai hai.</w:t>
      </w:r>
    </w:p>
    <w:p>
      <w:pPr>
        <w:jc w:val="right"/>
      </w:pPr>
      <w:r>
        <w:t>Please explain this along with the example of lamp mentioned in it. دیکھیں، یہ بات آپ پڑھ لیجیے۔ ہماری جو کمیونٹی ہے، قرآن مجید کی تذکرہ و قرآن، اس میں ہم نے بہت اچھے طریقے سے اس کی ڈیٹیل بتائی ہے۔</w:t>
      </w:r>
    </w:p>
    <w:p>
      <w:r>
        <w:rPr>
          <w:b/>
        </w:rPr>
        <w:t xml:space="preserve">[1:31:26] </w:t>
      </w:r>
      <w:r>
        <w:t>is ki ayat ki tashreeh, us ko aap parh lijiye.</w:t>
      </w:r>
    </w:p>
    <w:p>
      <w:pPr>
        <w:jc w:val="right"/>
      </w:pPr>
      <w:r>
        <w:t>اس کی آیت کی تشریح، اس کو آپ پڑھ لیجیے۔</w:t>
      </w:r>
    </w:p>
    <w:p>
      <w:r>
        <w:rPr>
          <w:b/>
        </w:rPr>
        <w:t xml:space="preserve">[1:31:33] </w:t>
      </w:r>
      <w:r>
        <w:t>This question is from Mr. Humam Shoaib from New Delhi.</w:t>
      </w:r>
    </w:p>
    <w:p>
      <w:pPr>
        <w:jc w:val="right"/>
      </w:pPr>
      <w:r>
        <w:t>This question is from Mr. Humam Shoaib from New Delhi.</w:t>
      </w:r>
    </w:p>
    <w:p>
      <w:r>
        <w:rPr>
          <w:b/>
        </w:rPr>
        <w:t xml:space="preserve">[1:31:38] </w:t>
      </w:r>
      <w:r>
        <w:t>As a beginner, I want to know what should I read to learn Islam?</w:t>
      </w:r>
    </w:p>
    <w:p>
      <w:pPr>
        <w:jc w:val="right"/>
      </w:pPr>
      <w:r>
        <w:t>As a beginner, I want to know what should I read to learn Islam?</w:t>
      </w:r>
    </w:p>
    <w:p>
      <w:r>
        <w:rPr>
          <w:b/>
        </w:rPr>
        <w:t xml:space="preserve">[1:31:50] </w:t>
      </w:r>
      <w:r>
        <w:t>bhai, Quran parhiye, hadith parhiye, seerat parhiye. yahi hai. Quran jo hai, Word of God hai. hadith jo hai, Rasool Allah Salallahu Alaihi Wasallam ke sharing hai, us ko ikattha kiya gaya hai.</w:t>
      </w:r>
    </w:p>
    <w:p>
      <w:pPr>
        <w:jc w:val="right"/>
      </w:pPr>
      <w:r>
        <w:t>بھئی، قرآن پڑھیے، حدیث پڑھیے، سیرت پڑھیے۔ یہی ہے۔ قرآن جو ہے، Word of God ہے۔ حدیث جو ہے، رسول اللہ صلی اللہ علیہ وسلم کے شیئنگ ہے، اس کو اکٹھا کیا گیا ہے۔</w:t>
      </w:r>
    </w:p>
    <w:p>
      <w:r>
        <w:rPr>
          <w:b/>
        </w:rPr>
        <w:t xml:space="preserve">[1:32:02] </w:t>
      </w:r>
      <w:r>
        <w:t>seerat jo hai, Rasool Allah ki life, us ko batai gayi hai. yeh sab parhiye.</w:t>
      </w:r>
    </w:p>
    <w:p>
      <w:pPr>
        <w:jc w:val="right"/>
      </w:pPr>
      <w:r>
        <w:t>سیرت جو ہے، رسول اللہ کی لائف، اس کو بتائی گئی ہے۔ یہ سب پڑھیے۔</w:t>
      </w:r>
    </w:p>
    <w:p>
      <w:r>
        <w:rPr>
          <w:b/>
        </w:rPr>
        <w:t xml:space="preserve">[1:32:07] </w:t>
      </w:r>
      <w:r>
        <w:t>hamari kitabein hain, us ko parhiye aap. hamari do sau kitabein chhapi hain hamare haan se, us ko parhiye aap. koi is ka bohat hi, yani woh nahi hai.</w:t>
      </w:r>
    </w:p>
    <w:p>
      <w:pPr>
        <w:jc w:val="right"/>
      </w:pPr>
      <w:r>
        <w:t>ہماری کتابیں ہیں، اس کو پڑھیے آپ۔ ہماری دو سو کتابیں چھپی ہیں ہمارے ہاں سے، اس کو پڑھیے آپ۔ کوئی اس کا بہت ہی، یعنی وہ نہیں ہے۔</w:t>
      </w:r>
    </w:p>
    <w:p>
      <w:r>
        <w:rPr>
          <w:b/>
        </w:rPr>
        <w:t xml:space="preserve">[1:32:21] </w:t>
      </w:r>
      <w:r>
        <w:t>koi laga basa course nahi is ke liye.</w:t>
      </w:r>
    </w:p>
    <w:p>
      <w:pPr>
        <w:jc w:val="right"/>
      </w:pPr>
      <w:r>
        <w:t>کوئی لگا بسا کورس نہیں اس کے لیے۔</w:t>
      </w:r>
    </w:p>
    <w:p>
      <w:r>
        <w:rPr>
          <w:b/>
        </w:rPr>
        <w:t xml:space="preserve">[1:32:26] </w:t>
      </w:r>
      <w:r>
        <w:t>This question is from Ms. Chandra Prabha from Delhi. What is the proper way of talak</w:t>
      </w:r>
    </w:p>
    <w:p>
      <w:pPr>
        <w:jc w:val="right"/>
      </w:pPr>
      <w:r>
        <w:t>This question is from Ms. Chandra Prabha from Delhi. What is the proper way of talak</w:t>
      </w:r>
    </w:p>
    <w:p>
      <w:r>
        <w:rPr>
          <w:b/>
        </w:rPr>
        <w:t xml:space="preserve">[1:32:34] </w:t>
      </w:r>
      <w:r>
        <w:t>? Is mentioning of talak three times valid? dekhein, talaq jo hai, is ke bare mein hadith mein aaya hai ke أبغض الحلال عند الله الطلاق ke sab se buri cheez jo Islam mein jaiz ki gayi, woh talaq hai.</w:t>
      </w:r>
    </w:p>
    <w:p>
      <w:pPr>
        <w:jc w:val="right"/>
      </w:pPr>
      <w:r>
        <w:t>? Is mentioning of talak three times valid? دیکھیں، طلاق جو ہے، اس کے بارے میں حدیث میں آیا ہے کہ أبغض الحلال عند الله الطلاق کہ سب سے بری چیز جو اسلام میں جائز کی گئی، وہ طلاق ہے۔</w:t>
      </w:r>
    </w:p>
    <w:p>
      <w:r>
        <w:rPr>
          <w:b/>
        </w:rPr>
        <w:t xml:space="preserve">[1:32:52] </w:t>
      </w:r>
      <w:r>
        <w:t>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w:t>
      </w:r>
    </w:p>
    <w:p>
      <w:pPr>
        <w:jc w:val="right"/>
      </w:pPr>
      <w:r>
        <w:t>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w:t>
      </w:r>
    </w:p>
    <w:p>
      <w:r>
        <w:rPr>
          <w:b/>
        </w:rPr>
        <w:t xml:space="preserve">[1:33:03] </w:t>
      </w:r>
      <w:r>
        <w:t>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w:t>
      </w:r>
    </w:p>
    <w:p>
      <w:pPr>
        <w:jc w:val="right"/>
      </w:pPr>
      <w:r>
        <w:t>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w:t>
      </w:r>
    </w:p>
    <w:p>
      <w:r>
        <w:rPr>
          <w:b/>
        </w:rPr>
        <w:t xml:space="preserve">[1:33:13] </w:t>
      </w:r>
      <w:r>
        <w:t>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عند الله الطلاق ke sab se buri cheez jo Islam mein jaiz ki gayi, woh talaq hai. أبغض الحلال ke sab se buri cheez jo Islam mein jaiz ki gayi, woh talaq hai. أبغض الحلال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عند الله الطلاق کہ سب سے بری چیز جو اسلام میں جائز کی گئی، وہ طلاق ہے۔ أبغض الحلال کہ سب سے بری چیز جو اسلام میں جائز کی گئی، وہ طلاق ہے۔ أبغض الحلال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w:t>
      </w:r>
    </w:p>
    <w:p>
      <w:r>
        <w:rPr>
          <w:b/>
        </w:rPr>
        <w:t xml:space="preserve">[1:33:22] </w:t>
      </w:r>
      <w:r>
        <w:t>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w:t>
      </w:r>
    </w:p>
    <w:p>
      <w:pPr>
        <w:jc w:val="right"/>
      </w:pPr>
      <w:r>
        <w:t>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w:t>
      </w:r>
    </w:p>
    <w:p>
      <w:r>
        <w:rPr>
          <w:b/>
        </w:rPr>
        <w:t xml:space="preserve">[1:33:28] </w:t>
      </w:r>
      <w:r>
        <w:t>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[1:33:44] </w:t>
      </w:r>
      <w:r>
        <w:t>hai. subhan Allah ke sab se buri cheez jo Islam mein jaiz ki gayi, woh talaq hai. subhan Allah</w:t>
      </w:r>
    </w:p>
    <w:p>
      <w:pPr>
        <w:jc w:val="right"/>
      </w:pPr>
      <w:r>
        <w:t>ہے۔ سبحان الله کہ سب سے بری چیز جو اسلام میں جائز کی گئی، وہ طلاق ہے۔ سبحان الله</w:t>
      </w:r>
    </w:p>
    <w:p>
      <w:r>
        <w:rPr>
          <w:b/>
        </w:rPr>
        <w:t xml:space="preserve">[1:33:54] </w:t>
      </w:r>
      <w:r>
        <w:t>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w:t>
      </w:r>
    </w:p>
    <w:p>
      <w:pPr>
        <w:jc w:val="right"/>
      </w:pPr>
      <w:r>
        <w:t>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[1:34:04]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[1:34:14]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w:t>
      </w:r>
    </w:p>
    <w:p>
      <w:r>
        <w:rPr>
          <w:b/>
        </w:rPr>
        <w:t xml:space="preserve">[1:34:24] </w:t>
      </w:r>
      <w:r>
        <w:t>ke sab se buri cheez jo islam mein jaiz ki gai, woh talaq hai. subhan allah ke sab se buri cheez jo islam mein jaiz ki gai, woh talaq</w:t>
      </w:r>
    </w:p>
    <w:p>
      <w:pPr>
        <w:jc w:val="right"/>
      </w:pPr>
      <w:r>
        <w:t>کہ سب سے بری چیز جو اسلام میں جائز کی گئی، وہ طلاق ہے۔ سبحان الله کہ سب سے بری چیز جو اسلام میں جائز کی گئی، وہ طلاق</w:t>
      </w:r>
    </w:p>
    <w:p>
      <w:r>
        <w:rPr>
          <w:b/>
        </w:rPr>
        <w:t xml:space="preserve">[1:34:34]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[1:34:44]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[1:34:54]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[1:35:04]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[1:35:14]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w:t>
      </w:r>
    </w:p>
    <w:p>
      <w:r>
        <w:rPr>
          <w:b/>
        </w:rPr>
        <w:t xml:space="preserve">[1:35:24] </w:t>
      </w:r>
      <w:r>
        <w:t>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[1:35:34]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[1:35:45] </w:t>
      </w:r>
      <w:r>
        <w:t>he.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اللہ کہ سب سے بری چیز جو اسلام میں جائز کی گئی، وہ طلاق</w:t>
      </w:r>
    </w:p>
    <w:p>
      <w:r>
        <w:rPr>
          <w:b/>
        </w:rPr>
        <w:t xml:space="preserve">[1:35:55]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[1:36:15]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[1:36:25]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[1:36:35]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[1:36:45]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[1:36:55]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[1:37:05] </w:t>
      </w:r>
      <w:r>
        <w:t>he.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w:t>
      </w:r>
    </w:p>
    <w:p>
      <w:r>
        <w:rPr>
          <w:b/>
        </w:rPr>
        <w:t xml:space="preserve">[1:37:15]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[1:37:25]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[1:37:35]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اللہ کہ سب سے بری چیز جو اسلام میں جائز کی گئی، وہ طلاق</w:t>
      </w:r>
    </w:p>
    <w:p>
      <w:r>
        <w:rPr>
          <w:b/>
        </w:rPr>
        <w:t xml:space="preserve">[1:37:46] </w:t>
      </w:r>
      <w:r>
        <w:t>he.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 hai. subhan allah ke sab se buri cheez jo islam mein jaiz ki gai,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[1:37:56] </w:t>
      </w:r>
      <w:r>
        <w:t>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[1:38:06] </w:t>
      </w:r>
      <w:r>
        <w:t>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 subhan allah keh sab se bari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[1:38:16] </w:t>
      </w:r>
      <w:r>
        <w:t>hai. subhan allah keh sab se bari cheez jo islam mein jaiz ki gayi, woh talaq hai. subhan allah keh sab se bari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w:t>
      </w:r>
    </w:p>
    <w:p>
      <w:r>
        <w:rPr>
          <w:b/>
        </w:rPr>
        <w:t xml:space="preserve">[1:38:26]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[1:38:36]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allah ka shukar hai ke hum ko ek musalman paida kiya to hamari jannat to pakki ho gayi. musalman ghar mein paida ho gaye to jannat pakki ho gayi.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اللہ کا شکر ہے کہ ہم کو ایک مسلمان پیدا کیا تو ہماری جنت تو پکی ہو گئی۔ مسلمان گھر میں پیدا ہو گئے تو جنت پکی ہو گئی۔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w:t>
      </w:r>
    </w:p>
    <w:p>
      <w:r>
        <w:rPr>
          <w:b/>
        </w:rPr>
        <w:t xml:space="preserve">[1:38:46] </w:t>
      </w:r>
      <w:r>
        <w:t>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[1:38:56]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[1:39:06]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[1:39:26]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w:t>
      </w:r>
    </w:p>
    <w:p>
      <w:r>
        <w:rPr>
          <w:b/>
        </w:rPr>
        <w:t xml:space="preserve">[1:39:31] </w:t>
      </w:r>
      <w:r>
        <w:t>ke sab se buri cheez jo islam mein jaiz ki gayi, woh talaq hai.</w:t>
      </w:r>
    </w:p>
    <w:p>
      <w:pPr>
        <w:jc w:val="right"/>
      </w:pPr>
      <w:r>
        <w:t>کہ سب سے بری چیز جو اسلام میں جائز کی گئی، وہ طلاق</w:t>
      </w:r>
    </w:p>
    <w:p>
      <w:r>
        <w:rPr>
          <w:b/>
        </w:rPr>
        <w:t xml:space="preserve">[1:39:36]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[1:39:46] </w:t>
      </w:r>
      <w:r>
        <w:t>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[1:39:57]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[1:40:07]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[1:40:17]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[1:40:27] </w:t>
      </w:r>
      <w:r>
        <w:t>hai. subhan allah ke sab se buri cheez jo islam mein jaiz ki gayi, woh talaq hai.</w:t>
      </w:r>
    </w:p>
    <w:p>
      <w:pPr>
        <w:jc w:val="right"/>
      </w:pPr>
      <w:r>
        <w:t>ہے۔ سبحان الله کہ سب سے بری چیز جو اسلام میں جائز کی گئی، وہ طلاق</w:t>
      </w:r>
    </w:p>
    <w:p>
      <w:r>
        <w:rPr>
          <w:b/>
        </w:rPr>
        <w:t xml:space="preserve">[1:40:37]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[1:40:47]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w:t>
      </w:r>
    </w:p>
    <w:p>
      <w:r>
        <w:rPr>
          <w:b/>
        </w:rPr>
        <w:t xml:space="preserve">[1:40:57] </w:t>
      </w:r>
      <w:r>
        <w:t>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[1:41:07]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[1:41:17]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اللہ کہ سب سے بری چیز جو اسلام میں جائز کی گئی، وہ طلاق</w:t>
      </w:r>
    </w:p>
    <w:p>
      <w:r>
        <w:rPr>
          <w:b/>
        </w:rPr>
        <w:t xml:space="preserve">[1:41:27]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[1:41:37]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[1:41:47]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w:t>
      </w:r>
    </w:p>
    <w:p>
      <w:r>
        <w:rPr>
          <w:b/>
        </w:rPr>
        <w:t xml:space="preserve">[1:41:56] </w:t>
      </w:r>
      <w:r>
        <w:t>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[1:42:08]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[1:42:18]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[1:42:28] </w:t>
      </w:r>
      <w:r>
        <w:t>hai. subhan allah keh sab se bari cheez jo islam mein jaiz ki gayi, woh talaq hai.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[1:42:38] </w:t>
      </w:r>
      <w:r>
        <w:t>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 hai. Subhan Allah ke sab se buri cheez jo Islam mein jaiz ki gayi, woh talaq</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w:t>
      </w:r>
    </w:p>
    <w:p>
      <w:r>
        <w:rPr>
          <w:b/>
        </w:rPr>
        <w:t xml:space="preserve">[1:42:48] </w:t>
      </w:r>
      <w:r>
        <w:t>hai. Subhan Allah ke sab se buri cheez jo Islam mein jaiz ki gayi, woh talaq hai. Subhan Allah ke sab se buri cheez jo Islam mein jaiz ki gayi, woh talaq hai. Subhan Allah ke sab se buri cheez jo Islam mein jaiz ki gayi, woh talaq hai. Subhan Allah ke sab se zyada mohabbat is ko Allah se ho. Doosri muhabbatein cigarette nahi ban jaati hain jab. Ba-waqt aap do se bohat mohabbat nahi kar sakte. Doosri muhabbatein cigarette nahi ban jaati hain jab. Ba-waqt aap do se bohat mohabbat nahi kar sakte. Ek se aap bohat mohabbat karenge to baqi mohabbat cigarette nahi ban jayegi.</w:t>
      </w:r>
    </w:p>
    <w:p>
      <w:pPr>
        <w:jc w:val="right"/>
      </w:pPr>
      <w:r>
        <w:t>ہے۔ سبحان الله کہ سب سے بری چیز جو اسلام میں جائز کی گئی، وہ طلاق ہے۔ سبحان الله کہ سب سے بری چیز جو اسلام میں جائز کی گئی، وہ طلاق ہے۔ سبحان الله کہ سب سے بری چیز جو اسلام میں جائز کی گئی، وہ طلاق ہے۔ سبحان الله کہ سب سے زیادہ محبت اس کو اللہ سے ہو۔ دوسری محبتیں سگریٹ نہیں بن جاتی ہیں جب۔ بیک وقت آپ دو سے بہت محبت نہیں کر سکتے۔ دوسری محبتیں سگریٹ نہیں بن جاتی ہیں جب۔ بیک وقت آپ دو سے بہت محبت نہیں کر سکتے۔ ایک سے آپ بہت محبت کریں گے تو باقی محبت سگریٹ نہیں بن جائے گی۔</w:t>
      </w:r>
    </w:p>
    <w:p>
      <w:r>
        <w:rPr>
          <w:b/>
        </w:rPr>
        <w:t xml:space="preserve">[1:42:56] </w:t>
      </w:r>
      <w:r>
        <w:t>to aap khud janchiye apne aap ko. Apne aap ko janchiye ke aap waqai supreme creation aap ka Allah hai ya kuch aur hai. Har aadmi apne ko janch kar samajh sakta hai.</w:t>
      </w:r>
    </w:p>
    <w:p>
      <w:pPr>
        <w:jc w:val="right"/>
      </w:pPr>
      <w:r>
        <w:t>تو آپ خود جانچئے اپنے آپ کو۔ اپنے آپ کو جانچئے کہ آپ واقعی سپریم کرشن آپ کا اللہ ہے یا کچھ اور ہے۔ ہر آدمی اپنے کو جانچ کر سمجھ سکتا ہے۔</w:t>
      </w:r>
    </w:p>
    <w:p>
      <w:r>
        <w:rPr>
          <w:b/>
        </w:rPr>
        <w:t xml:space="preserve">[1:43:09] </w:t>
      </w:r>
      <w:r>
        <w:t>koi mushkil kaam nahi hai ke mera supreme creation kya hai. Mushkil se zyada mohabbat kis se hai. Har din aap apne ko janch kar ke samajh sakte hain ke main kahan khara hua hoon.</w:t>
      </w:r>
    </w:p>
    <w:p>
      <w:pPr>
        <w:jc w:val="right"/>
      </w:pPr>
      <w:r>
        <w:t>کوئی مشکل کام نہیں ہے کہ میرا سپریم کرشن کیا ہے۔ مشکل سے زیادہ محبت کس سے ہے۔ ہر دن آپ اپنے کو جانچ کر کے سمجھ سکتے ہیں کہ میں کہاں کھڑا ہوا ہوں۔</w:t>
      </w:r>
    </w:p>
    <w:p>
      <w:r>
        <w:rPr>
          <w:b/>
        </w:rPr>
        <w:t xml:space="preserve">[1:43:25] </w:t>
      </w:r>
      <w:r>
        <w:t>This question is from Mr. Abdul Aziz from Nandir.</w:t>
      </w:r>
    </w:p>
    <w:p>
      <w:pPr>
        <w:jc w:val="right"/>
      </w:pPr>
      <w:r>
        <w:t>This question is from Mr. Abdul Aziz from Nandir.</w:t>
      </w:r>
    </w:p>
    <w:p>
      <w:r>
        <w:rPr>
          <w:b/>
        </w:rPr>
        <w:t xml:space="preserve">[1:43:31] </w:t>
      </w:r>
      <w:r>
        <w:t>Khuda ke sahi tasawwur ke bare mein kuch aisi baatein bataein jo hum kisi ghair Muslim ko bata saken.</w:t>
      </w:r>
    </w:p>
    <w:p>
      <w:pPr>
        <w:jc w:val="right"/>
      </w:pPr>
      <w:r>
        <w:t>خدا کے صحیح تصور کے بارے میں کچھ ایسی باتیں بتائیں جو ہم کسی غیر مسلم کو بتا سکیں۔</w:t>
      </w:r>
    </w:p>
    <w:p>
      <w:r>
        <w:rPr>
          <w:b/>
        </w:rPr>
        <w:t xml:space="preserve">[1:43:44] </w:t>
      </w:r>
      <w:r>
        <w:t>Bhai, is ki kitabein padhiye aap. Ab is mein hum kya bataein? Hamari kitab ek hai, is ka naam hai "Allah Akbar". Woh aap padhiye. Aur aisi bohat sari kitabein hain, "God Arises".</w:t>
      </w:r>
    </w:p>
    <w:p>
      <w:pPr>
        <w:jc w:val="right"/>
      </w:pPr>
      <w:r>
        <w:t>بھئی، اس کی کتابیں پڑھیے آپ۔ اب اس میں ہم کیا بتائیں؟ ہماری کتاب ایک ہے، اس کا نام ہے "اللہ اکبر"۔ وہ آپ پڑھیے۔ اور ایسی بہت ساری کتابیں ہیں، "God Arises"۔</w:t>
      </w:r>
    </w:p>
    <w:p>
      <w:r>
        <w:rPr>
          <w:b/>
        </w:rPr>
        <w:t xml:space="preserve">[1:43:58] </w:t>
      </w:r>
      <w:r>
        <w:t>"God Arises" padhiye, "Allah Akbar" padhiye.</w:t>
      </w:r>
    </w:p>
    <w:p>
      <w:pPr>
        <w:jc w:val="right"/>
      </w:pPr>
      <w:r>
        <w:t>"God Arises" پڑھیے، "اللہ اکبر" پڑھیے۔</w:t>
      </w:r>
    </w:p>
    <w:p>
      <w:r>
        <w:rPr>
          <w:b/>
        </w:rPr>
        <w:t xml:space="preserve">[1:44:01] </w:t>
      </w:r>
      <w:r>
        <w:t>Is mein sari baatein aap mil sakti hain aap ko.</w:t>
      </w:r>
    </w:p>
    <w:p>
      <w:pPr>
        <w:jc w:val="right"/>
      </w:pPr>
      <w:r>
        <w:t>اس میں ساری باتیں آپ مل سکتی ہیں آپ کو۔</w:t>
      </w:r>
    </w:p>
    <w:p>
      <w:r>
        <w:rPr>
          <w:b/>
        </w:rPr>
        <w:t xml:space="preserve">[1:44:07] </w:t>
      </w:r>
      <w:r>
        <w:t>This question is from Maulana Zikwan Nadvi from New Delhi. What is the plus point of Ijz that is helplessness?</w:t>
      </w:r>
    </w:p>
    <w:p>
      <w:pPr>
        <w:jc w:val="right"/>
      </w:pPr>
      <w:r>
        <w:t>This question is from مولانا زکوان ندوی from New Delhi. What is the plus point of Ijz that is helplessness?</w:t>
      </w:r>
    </w:p>
    <w:p>
      <w:r>
        <w:rPr>
          <w:b/>
        </w:rPr>
        <w:t xml:space="preserve">[1:44:19] </w:t>
      </w:r>
      <w:r>
        <w:t>Kindly explain.</w:t>
      </w:r>
    </w:p>
    <w:p>
      <w:pPr>
        <w:jc w:val="right"/>
      </w:pPr>
      <w:r>
        <w:t>Kindly explain.</w:t>
      </w:r>
    </w:p>
    <w:p>
      <w:r>
        <w:rPr>
          <w:b/>
        </w:rPr>
        <w:t xml:space="preserve">[1:44:21] </w:t>
      </w:r>
      <w:r>
        <w:t>Bhai, dekhein ke mera to apna zindagi bhar ka yeh jo kuch padha maine, is ka nichod hai ke sab se bari cheez Ijz hai, helplessness.</w:t>
      </w:r>
    </w:p>
    <w:p>
      <w:pPr>
        <w:jc w:val="right"/>
      </w:pPr>
      <w:r>
        <w:t>بھئی، دیکھیں کہ میرا تو اپنا زندگی بھر کا یہ جو کچھ پڑھا میں نے، اس کا نچوڑ ہے کہ سب سے بڑی چیز Ijz ہے، helplessness۔</w:t>
      </w:r>
    </w:p>
    <w:p>
      <w:r>
        <w:rPr>
          <w:b/>
        </w:rPr>
        <w:t xml:space="preserve">[1:44:36] </w:t>
      </w:r>
      <w:r>
        <w:t>Jis ne apni Ijz ko discover kiya, us ne sab se bari cheez ko discover</w:t>
      </w:r>
    </w:p>
    <w:p>
      <w:pPr>
        <w:jc w:val="right"/>
      </w:pPr>
      <w:r>
        <w:t>جس نے اپنی Ijz کو discover کیا، اس نے سب سے بڑی چیز کو discover</w:t>
      </w:r>
    </w:p>
    <w:p>
      <w:r>
        <w:rPr>
          <w:b/>
        </w:rPr>
        <w:t xml:space="preserve">[1:44:42] </w:t>
      </w:r>
      <w:r>
        <w:t>kiya. Kyun ke Ijz kya hota hai ke jo aadmi Ijz ko satah par apne aap ko le aaye, tab hi Khuda se qurbat qaim hoti hai us ki.</w:t>
      </w:r>
    </w:p>
    <w:p>
      <w:pPr>
        <w:jc w:val="right"/>
      </w:pPr>
      <w:r>
        <w:t>کیا۔ کیونکہ Ijz کیا ہوتا ہے کہ جو آدمی Ijz کو سطح پر اپنے آپ کو لے آئے، تب ہی خدا سے قربت قائم ہوتی ہے اس کی۔</w:t>
      </w:r>
    </w:p>
    <w:p>
      <w:r>
        <w:rPr>
          <w:b/>
        </w:rPr>
        <w:t xml:space="preserve">[1:44:53] </w:t>
      </w:r>
      <w:r>
        <w:t>Khuda se nisbat hi nahi qaim hoti.</w:t>
      </w:r>
    </w:p>
    <w:p>
      <w:pPr>
        <w:jc w:val="right"/>
      </w:pPr>
      <w:r>
        <w:t>خدا سے نسبت ہی نہیں قائم ہوتی۔</w:t>
      </w:r>
    </w:p>
    <w:p>
      <w:r>
        <w:rPr>
          <w:b/>
        </w:rPr>
        <w:t xml:space="preserve">[1:44:59] </w:t>
      </w:r>
      <w:r>
        <w:t>Kal parson mein kisi se keh raha tha ke dekhein, main rozana mauqa dhoondta hoon yeh kehne ke liye ke I was wrong. Rozana, ghar ke andar hoon ya kahin</w:t>
      </w:r>
    </w:p>
    <w:p>
      <w:pPr>
        <w:jc w:val="right"/>
      </w:pPr>
      <w:r>
        <w:t>کل پرسوں میں کسی سے کہہ رہا تھا کہ دیکھیں، میں روزانہ موقع ڈھونڈتا ہوں یہ کہنے کے لیے کہ I was wrong. روزانہ، گھر کے اندر ہوں یا کہیں</w:t>
      </w:r>
    </w:p>
    <w:p>
      <w:r>
        <w:rPr>
          <w:b/>
        </w:rPr>
        <w:t xml:space="preserve">[1:45:10] </w:t>
      </w:r>
      <w:r>
        <w:t>bhi, koi mauqa, jaldi se kehta hoon ke I was wrong. Kyun? Farishton ke record mein apni modesty ko establish karne ke liye.</w:t>
      </w:r>
    </w:p>
    <w:p>
      <w:pPr>
        <w:jc w:val="right"/>
      </w:pPr>
      <w:r>
        <w:t>بھی، کوئی موقع، جلدی سے کہتا ہوں کہ I was wrong. کیوں؟ فرشتوں کے ریکارڈ میں اپنی modesty کو establish کرنے کے لیے۔</w:t>
      </w:r>
    </w:p>
    <w:p>
      <w:r>
        <w:rPr>
          <w:b/>
        </w:rPr>
        <w:t xml:space="preserve">[1:45:22] </w:t>
      </w:r>
      <w:r>
        <w:t>Yaani yeh main nahi dekhta ke ghalti meri hai ke doosre ki hai. Yeh main nahi dekhta. Bas main jaldi se kehta hoon I was wrong.</w:t>
      </w:r>
    </w:p>
    <w:p>
      <w:pPr>
        <w:jc w:val="right"/>
      </w:pPr>
      <w:r>
        <w:t>یعنی یہ میں نہیں دیکھتا کہ غلطی میری ہے کہ دوسرے کی ہے۔ یہ میں نہیں دیکھتا۔ بس میں جلدی سے کہتا ہوں I was wrong.</w:t>
      </w:r>
    </w:p>
    <w:p>
      <w:r>
        <w:rPr>
          <w:b/>
        </w:rPr>
        <w:t xml:space="preserve">[1:45:35] </w:t>
      </w:r>
      <w:r>
        <w:t>Aur yeh bohat zabardast formula</w:t>
      </w:r>
    </w:p>
    <w:p>
      <w:pPr>
        <w:jc w:val="right"/>
      </w:pPr>
      <w:r>
        <w:t>اور یہ بہت زبردست فارمولا</w:t>
      </w:r>
    </w:p>
    <w:p>
      <w:r>
        <w:rPr>
          <w:b/>
        </w:rPr>
        <w:t xml:space="preserve">[1:45:38] </w:t>
      </w:r>
      <w:r>
        <w:t>hai. Aaj ka qissa batata hoon main ke aaj hi hamare ek saathi hain, woh hamari member hain is team ki.</w:t>
      </w:r>
    </w:p>
    <w:p>
      <w:pPr>
        <w:jc w:val="right"/>
      </w:pPr>
      <w:r>
        <w:t>ہے۔ آج کا قصہ بتاتا ہوں میں کہ آج ہی ہمارے ایک ساتھی ہیں، وہ ہماری ممبر ہیں اس ٹیم کی۔</w:t>
      </w:r>
    </w:p>
    <w:p>
      <w:r>
        <w:rPr>
          <w:b/>
        </w:rPr>
        <w:t xml:space="preserve">[1:45:48] </w:t>
      </w:r>
      <w:r>
        <w:t>to un ka qissa mujhe maloom hua, woh kisi company mein kaam karti hain. To gaadi aati hai, us ko cab kehte hain, ghar se office laane ke liye.</w:t>
      </w:r>
    </w:p>
    <w:p>
      <w:pPr>
        <w:jc w:val="right"/>
      </w:pPr>
      <w:r>
        <w:t>تو ان کا قصہ مجھے معلوم ہوا، وہ کسی کمپنی میں کام کرتی ہیں۔ تو گاڑی آتی ہے، اس کو cab کہتے ہیں، گھر سے آفس لانے کے لیے۔</w:t>
      </w:r>
    </w:p>
    <w:p>
      <w:r>
        <w:rPr>
          <w:b/>
        </w:rPr>
        <w:t xml:space="preserve">[1:45:59] </w:t>
      </w:r>
      <w:r>
        <w:t>to us mein chaar ladies hoti hain un ke saath aur bhi kuch. To ek lady aati hai, bohat woh ghasoor hai, jhagda karti hai.</w:t>
      </w:r>
    </w:p>
    <w:p>
      <w:pPr>
        <w:jc w:val="right"/>
      </w:pPr>
      <w:r>
        <w:t>تو اس میں چار ladies ہوتی ہیں ان کے ساتھ اور بھی کچھ۔ تو ایک lady آتی ہے، بہت وہ غصور ہے، جھگڑا کرتی ہے۔</w:t>
      </w:r>
    </w:p>
    <w:p>
      <w:r>
        <w:rPr>
          <w:b/>
        </w:rPr>
        <w:t xml:space="preserve">[1:46:08] </w:t>
      </w:r>
      <w:r>
        <w:t>koi zara sa bhi kuch keh de, bas lad jaati hai. Sab se us ki ladai rehti hai. Achha, woh hamesha der karti hai.</w:t>
      </w:r>
    </w:p>
    <w:p>
      <w:pPr>
        <w:jc w:val="right"/>
      </w:pPr>
      <w:r>
        <w:t>کوئی ذرا سا بھی کچھ کہہ دے، بس لڑ جاتی ہے۔ سب سے اس کی لڑائی رہتی ہے۔ اچھا، وہ ہمیشہ دیر کرتی ہے۔</w:t>
      </w:r>
    </w:p>
    <w:p>
      <w:r>
        <w:rPr>
          <w:b/>
        </w:rPr>
        <w:t xml:space="preserve">[1:46:17] </w:t>
      </w:r>
      <w:r>
        <w:t>Yaani gaadi gayi, us ka khari hui, late aayegi. Ab sab log late pahunchenge wahan par. To Ijz ne us se kisi din keh diya ke bhai, aap der kar ke aati hain, time par aaiye.</w:t>
      </w:r>
    </w:p>
    <w:p>
      <w:pPr>
        <w:jc w:val="right"/>
      </w:pPr>
      <w:r>
        <w:t>یعنی گاڑی گئی، اس کا کھڑی ہوئی، late آئے گی۔ اب سب لوگ late پہنچیں گے وہاں پر۔ تو Ijz نے اس سے کسی دن کہہ دیا کہ بھئی، آپ دیر کر کے آتی ہیں، time پر آئیے۔</w:t>
      </w:r>
    </w:p>
    <w:p>
      <w:r>
        <w:rPr>
          <w:b/>
        </w:rPr>
        <w:t xml:space="preserve">[1:46:29] </w:t>
      </w:r>
      <w:r>
        <w:t>bas ghussa ho gayi woh, lagi bolne, be-tahasha.</w:t>
      </w:r>
    </w:p>
    <w:p>
      <w:pPr>
        <w:jc w:val="right"/>
      </w:pPr>
      <w:r>
        <w:t>بس غصہ ہو گئی وہ، لگی بولنے، بے تحاشہ۔</w:t>
      </w:r>
    </w:p>
    <w:p>
      <w:r>
        <w:rPr>
          <w:b/>
        </w:rPr>
        <w:t xml:space="preserve">[1:46:34] </w:t>
      </w:r>
      <w:r>
        <w:t>to unhon ne kiya kiya? jaldi se hath aise kar ke, bhai mujh ko maaf kijiye. mujh ko maaf kar dijiye, meri ghalti thi. kuch uss ko nahi boli.</w:t>
      </w:r>
    </w:p>
    <w:p>
      <w:pPr>
        <w:jc w:val="right"/>
      </w:pPr>
      <w:r>
        <w:t>تو انہوں نے کیا کیا؟ جلدی سے ہاتھ ایسے کر کے، بھئی مجھ کو معاف کیجیے۔ مجھ کو معاف کر دیئے، میری غلطی تھی۔ کچھ اس کو نہیں بولی۔</w:t>
      </w:r>
    </w:p>
    <w:p>
      <w:r>
        <w:rPr>
          <w:b/>
        </w:rPr>
        <w:t xml:space="preserve">[1:46:46] </w:t>
      </w:r>
      <w:r>
        <w:t>bas mujh ko maaf kar dijiye, ghalti meri thi. I was wrong. jante hain, miracle ho gaya, miracle. wahi lady jo hai, uss ka aap uss se kiya hua?</w:t>
      </w:r>
    </w:p>
    <w:p>
      <w:pPr>
        <w:jc w:val="right"/>
      </w:pPr>
      <w:r>
        <w:t>بس مجھ کو معاف کر دیئے، غلطی میری تھی۔ I was wrong. جانتے ہیں، miracle ہو گیا، miracle۔ وہی lady جو ہے، اس کا آپ اس سے کیا ہوا؟</w:t>
      </w:r>
    </w:p>
    <w:p>
      <w:r>
        <w:rPr>
          <w:b/>
        </w:rPr>
        <w:t xml:space="preserve">[1:46:58] </w:t>
      </w:r>
      <w:r>
        <w:t>uss ka consciousness hit ho gaya.</w:t>
      </w:r>
    </w:p>
    <w:p>
      <w:pPr>
        <w:jc w:val="right"/>
      </w:pPr>
      <w:r>
        <w:t>اس کا consciousness hit ہو گیا۔</w:t>
      </w:r>
    </w:p>
    <w:p>
      <w:r>
        <w:rPr>
          <w:b/>
        </w:rPr>
        <w:t xml:space="preserve">[1:47:00] </w:t>
      </w:r>
      <w:r>
        <w:t>jo log uss ko bolte the, to uss ko uss ke ego ko hit karte the woh. to aur ghussa hoti thi woh. unhon ne aisa kar ke uss ke consciousness ko hit kar diya.</w:t>
      </w:r>
    </w:p>
    <w:p>
      <w:pPr>
        <w:jc w:val="right"/>
      </w:pPr>
      <w:r>
        <w:t>جو لوگ اس کو بولتے تھے، تو اس کو اس کے ego کو hit کرتے تھے وہ۔ تو اور غصہ ہوتی تھی وہ۔ انہوں نے ایسا کر کے اس کے consciousness کو hit کر دیا۔</w:t>
      </w:r>
    </w:p>
    <w:p>
      <w:r>
        <w:rPr>
          <w:b/>
        </w:rPr>
        <w:t xml:space="preserve">[1:47:10] </w:t>
      </w:r>
      <w:r>
        <w:t>to unhon ne bataya keh das din ho gaye hain, ab theek time par aati hai woh. yani hamari gari khari hoti hai, to theek time par aa kar bant jati hai.</w:t>
      </w:r>
    </w:p>
    <w:p>
      <w:pPr>
        <w:jc w:val="right"/>
      </w:pPr>
      <w:r>
        <w:t>تو انہوں نے بتایا کہ دس دن ہو گئے ہیں، اب ٹھیک time پر آتی ہے وہ۔ یعنی ہماری گاڑی کھڑی ہوتی ہے، تو ٹھیک time پر آ کر بانٹ جاتی ہے۔</w:t>
      </w:r>
    </w:p>
    <w:p>
      <w:r>
        <w:rPr>
          <w:b/>
        </w:rPr>
        <w:t xml:space="preserve">[1:47:20] </w:t>
      </w:r>
      <w:r>
        <w:t>aur uss ne baat ko bas uss ne kaha keh bhai, aap ne mere sath bohat acha kiya, woh ghalti meri thi.</w:t>
      </w:r>
    </w:p>
    <w:p>
      <w:pPr>
        <w:jc w:val="right"/>
      </w:pPr>
      <w:r>
        <w:t>اور اس نے بات کو بس اس نے کہا کہ بھئی، آپ نے میرے ساتھ بہت اچھا کیا، وہ غلطی میری تھی۔</w:t>
      </w:r>
    </w:p>
    <w:p>
      <w:r>
        <w:rPr>
          <w:b/>
        </w:rPr>
        <w:t xml:space="preserve">[1:47:27] </w:t>
      </w:r>
      <w:r>
        <w:t>yani kabhi uss ne aisa nahi bola tha woh keh woh ghalti meri thi. to aap ne apni Ijz ko daryaft kijiye, tabhi aap yeh sab baatein kar payenge.</w:t>
      </w:r>
    </w:p>
    <w:p>
      <w:pPr>
        <w:jc w:val="right"/>
      </w:pPr>
      <w:r>
        <w:t>یعنی کبھی اس نے ایسا نہیں بولا تھا وہ کہ وہ غلطی میری تھی۔ تو آپ نے اپنی Ijz کو دریافت کیجیے، تبھی آپ یہ سب باتیں کر پائیں گے۔</w:t>
      </w:r>
    </w:p>
    <w:p>
      <w:r>
        <w:rPr>
          <w:b/>
        </w:rPr>
        <w:t xml:space="preserve">[1:47:37] </w:t>
      </w:r>
      <w:r>
        <w:t>jo aadmi arguments mein jeeta ho, woh kaise aisa karega keh kahe keh sahib, mujhe maaf kijiye. to yeh mujh ko maaf kijiye, yeh bohat bari baat hai.</w:t>
      </w:r>
    </w:p>
    <w:p>
      <w:pPr>
        <w:jc w:val="right"/>
      </w:pPr>
      <w:r>
        <w:t>جو آدمی arguments میں جیتا ہو، وہ کیسے ایسا کرے گا کہ کہے کہ صاحب، مجھے معاف کیجیے۔ تو یہ مجھ کو معاف کیجیے، یہ بہت بڑی بات ہے۔</w:t>
      </w:r>
    </w:p>
    <w:p>
      <w:r>
        <w:rPr>
          <w:b/>
        </w:rPr>
        <w:t xml:space="preserve">[1:47:49] </w:t>
      </w:r>
      <w:r>
        <w:t>kisi ko down kar sakte hain aap</w:t>
      </w:r>
    </w:p>
    <w:p>
      <w:pPr>
        <w:jc w:val="right"/>
      </w:pPr>
      <w:r>
        <w:t>کسی کو down کر سکتے ہیں آپ</w:t>
      </w:r>
    </w:p>
    <w:p>
      <w:r>
        <w:rPr>
          <w:b/>
        </w:rPr>
        <w:t xml:space="preserve">[1:47:53] </w:t>
      </w:r>
      <w:r>
        <w:t>lekin yeh bari baat kehne ke liye bohat bara dil gurda chahiye, bohat bara hausla chahiye. aur phir discovery chahiye. tab aap kahan pate hain keh mujhe maaf kijiye, ghalti meri thi. to main samajhta hoon keh sab se bari taqat hai Ijz ki daryaft.</w:t>
      </w:r>
    </w:p>
    <w:p>
      <w:pPr>
        <w:jc w:val="right"/>
      </w:pPr>
      <w:r>
        <w:t>۔ لیکن یہ بڑی بات کہنے کے لیے بہت بڑا دل گردہ چاہیے، بہت بڑا حوصلہ چاہیے۔ اور پھر discovery چاہیے۔ تب آپ کہاں پاتے ہیں کہ مجھے معاف کیجیے، غلطی میری تھی۔ تو میں سمجھتا ہوں کہ سب سے بڑی طاقت ہے Ijz کی دریافت۔</w:t>
      </w:r>
    </w:p>
    <w:p>
      <w:r>
        <w:rPr>
          <w:b/>
        </w:rPr>
        <w:t xml:space="preserve">[1:48:09] </w:t>
      </w:r>
      <w:r>
        <w:t>sab se bari taqat hai.</w:t>
      </w:r>
    </w:p>
    <w:p>
      <w:pPr>
        <w:jc w:val="right"/>
      </w:pPr>
      <w:r>
        <w:t>سب سے بڑی طاقت ہے۔</w:t>
      </w:r>
    </w:p>
    <w:p>
      <w:r>
        <w:rPr>
          <w:b/>
        </w:rPr>
        <w:t xml:space="preserve">[1:48:14] </w:t>
      </w:r>
      <w:r>
        <w:t>This question is from Mr. Salman Ahmad. He hasn't mentioned his location.</w:t>
      </w:r>
    </w:p>
    <w:p>
      <w:pPr>
        <w:jc w:val="right"/>
      </w:pPr>
      <w:r>
        <w:t>This question is from Mr. Salman Ahmad. He hasn't mentioned his location.</w:t>
      </w:r>
    </w:p>
    <w:p>
      <w:r>
        <w:rPr>
          <w:b/>
        </w:rPr>
        <w:t xml:space="preserve">[1:48:21] </w:t>
      </w:r>
      <w:r>
        <w:t>His question is: What is the literal meaning of Quranic phrase "اسفل صافلین"? acha, "asfal safilin". yeh quran ki aik ayat hai laqad khalaqnal insana ahsana taqwim. thumma radadnahu asfal safilin hum ne insan ko paida kiya bohat ache dhang par, phir uss ko bohat neechay daal diya.</w:t>
      </w:r>
    </w:p>
    <w:p>
      <w:pPr>
        <w:jc w:val="right"/>
      </w:pPr>
      <w:r>
        <w:t>His question is: What is the literal meaning of Quranic phrase "اسفل صافلین"? اچھا، "اسفل صافلین"۔ یہ قرآن کی ایک آیت ہے لقد خلقنا الإنسان أخياه تقويمًا ثم رددناه أسفل صافلین ہم نے انسان کو پیدا کیا بہت اچھے ڈھنگ پر، پھر اس کو بہت نیچے ڈال دیا۔</w:t>
      </w:r>
    </w:p>
    <w:p>
      <w:r>
        <w:rPr>
          <w:b/>
        </w:rPr>
        <w:t xml:space="preserve">[1:48:48] </w:t>
      </w:r>
      <w:r>
        <w:t>uss ka matlab yahi hai keh uss ko itni bari cheez di jo kisi ko nahi di thi. Freedom. Freedom of choice. uss se bari cheez to koi ho nahi sakti.</w:t>
      </w:r>
    </w:p>
    <w:p>
      <w:pPr>
        <w:jc w:val="right"/>
      </w:pPr>
      <w:r>
        <w:t>اس کا مطلب یہی ہے کہ اس کو اتنی بڑی چیز دی جو کسی کو نہیں دی تھی۔ Freedom. Freedom of choice. اس سے بڑی چیز تو کوئی ہو نہیں سکتی۔</w:t>
      </w:r>
    </w:p>
    <w:p>
      <w:r>
        <w:rPr>
          <w:b/>
        </w:rPr>
        <w:t xml:space="preserve">[1:49:02] </w:t>
      </w:r>
      <w:r>
        <w:t>yani aik bohat bara exception hai keh sari kainat itni bari hai, itni bari hai, itni bari hai. sirf insan ko freedom mila hua hai. lekin uss ko misuse kar ke aadmi aap ko animal se neechay le aata hai.</w:t>
      </w:r>
    </w:p>
    <w:p>
      <w:pPr>
        <w:jc w:val="right"/>
      </w:pPr>
      <w:r>
        <w:t>یعنی ایک بہت بڑا exception ہے کہ ساری کائنات اتنی بڑی ہے، اتنی بڑی ہے، اتنی بڑی ہے۔ صرف انسان کو freedom ملا ہوا ہے۔ لیکن اس کو misuse کر کے آدمی آپ کو animal سے نیچے لے آتا ہے۔</w:t>
      </w:r>
    </w:p>
    <w:p>
      <w:r>
        <w:rPr>
          <w:b/>
        </w:rPr>
        <w:t xml:space="preserve">[1:49:16] </w:t>
      </w:r>
      <w:r>
        <w:t>uss ayat ka matlab yahi hai keh agar aadmi proper use kare to uss ko bohat bara darja barh jata hai uss ka. aur agar misuse kare to uss ka darja bilkul sab se animal se bhi neechay le aata hai.</w:t>
      </w:r>
    </w:p>
    <w:p>
      <w:pPr>
        <w:jc w:val="right"/>
      </w:pPr>
      <w:r>
        <w:t>اس آیت کا مطلب یہی ہے کہ اگر آدمی proper use کرے تو اس کو بہت بڑا درجہ بڑھ جاتا ہے اس کا۔ اور اگر misuse کرے تو اس کا درجہ بالکل سب سے animal سے بھی نیچے لے آتا ہے۔</w:t>
      </w:r>
    </w:p>
    <w:p>
      <w:r>
        <w:rPr>
          <w:b/>
        </w:rPr>
        <w:t xml:space="preserve">[1:49:31] </w:t>
      </w:r>
      <w:r>
        <w:t>to sara muamla freedom ko proper use karne ka aur misuse karne ka hai. sara muamla issi se, yani issi se, issi par sari baat hoti hai.</w:t>
      </w:r>
    </w:p>
    <w:p>
      <w:pPr>
        <w:jc w:val="right"/>
      </w:pPr>
      <w:r>
        <w:t>تو سارا معاملہ freedom کو proper use کرنے کا اور misuse کرنے کا ہے۔ سارا معاملہ اسی سے، یعنی اسی سے، اسی پر ساری بات ہوتی ہے۔</w:t>
      </w:r>
    </w:p>
    <w:p>
      <w:r>
        <w:rPr>
          <w:b/>
        </w:rPr>
        <w:t xml:space="preserve">[1:49:44] </w:t>
      </w:r>
      <w:r>
        <w:t>issi par depend karti hai</w:t>
      </w:r>
    </w:p>
    <w:p>
      <w:pPr>
        <w:jc w:val="right"/>
      </w:pPr>
      <w:r>
        <w:t>اسی پر depend کرتی ہے</w:t>
      </w:r>
    </w:p>
    <w:p>
      <w:r>
        <w:rPr>
          <w:b/>
        </w:rPr>
        <w:t xml:space="preserve">[1:49:46] </w:t>
      </w:r>
      <w:r>
        <w:t>sari baat, issi par depend karti hai.</w:t>
      </w:r>
    </w:p>
    <w:p>
      <w:pPr>
        <w:jc w:val="right"/>
      </w:pPr>
      <w:r>
        <w:t>ساری بات، اسی پر depend کرتی ہے۔</w:t>
      </w:r>
    </w:p>
    <w:p>
      <w:r>
        <w:rPr>
          <w:b/>
        </w:rPr>
        <w:t xml:space="preserve">[1:49:52] </w:t>
      </w:r>
      <w:r>
        <w:t>This question is from Mr. Arshad Jamal from New Delhi. There is a verse about Jews that says: "A basement and destitution stamped upon them." Maulana, how can the growth and development of Israel be justified in the current scene?</w:t>
      </w:r>
    </w:p>
    <w:p>
      <w:pPr>
        <w:jc w:val="right"/>
      </w:pPr>
      <w:r>
        <w:t>This question is from Mr. Arshad Jamal from New Delhi. There is a verse about Jews that says: "A basement and destitution stamped upon them." مولانا، how can the growth and development of Israel be justified in the current scene?</w:t>
      </w:r>
    </w:p>
    <w:p>
      <w:r>
        <w:rPr>
          <w:b/>
        </w:rPr>
        <w:t xml:space="preserve">[1:50:13] </w:t>
      </w:r>
      <w:r>
        <w:t>bhai, dekhen, main to yeh manta hoon keh woh contemporary Jews ke liye hai, race ke liye nahi hai. rasool allah ke jo contemporary the, un ke liye hai.</w:t>
      </w:r>
    </w:p>
    <w:p>
      <w:pPr>
        <w:jc w:val="right"/>
      </w:pPr>
      <w:r>
        <w:t>بھئی، دیکھیں، میں تو یہ مانتا ہوں کہ وہ contemporary Jews کے لیے ہے، race کے لیے نہیں ہے۔ رسول اللہ کے جو contemporary تھے، ان کے لیے ہے۔</w:t>
      </w:r>
    </w:p>
    <w:p>
      <w:r>
        <w:rPr>
          <w:b/>
        </w:rPr>
        <w:t xml:space="preserve">[1:50:22] </w:t>
      </w:r>
      <w:r>
        <w:t>yani qayamat tak jo yahoodi paida honge, woh in sab ke liye hai. To main isko contemporary yahood ke liye leta hoon.</w:t>
      </w:r>
    </w:p>
    <w:p>
      <w:pPr>
        <w:jc w:val="right"/>
      </w:pPr>
      <w:r>
        <w:t>یعنی قیامت تک جو یہودی پیدا ہوں گے، وہ ان سب کے لیے ہے۔ تو میں اس کو contemporary یہود کے لیے لیتا ہوں۔</w:t>
      </w:r>
    </w:p>
    <w:p>
      <w:r>
        <w:rPr>
          <w:b/>
        </w:rPr>
        <w:t xml:space="preserve">[1:50:36] </w:t>
      </w:r>
      <w:r>
        <w:t>This question is from Maulana Zikwan Nadvi from New Delhi.</w:t>
      </w:r>
    </w:p>
    <w:p>
      <w:pPr>
        <w:jc w:val="right"/>
      </w:pPr>
      <w:r>
        <w:t>This question is from مولانا زکوان ندوی from New Delhi.</w:t>
      </w:r>
    </w:p>
    <w:p>
      <w:r>
        <w:rPr>
          <w:b/>
        </w:rPr>
        <w:t xml:space="preserve">[1:50:43] </w:t>
      </w:r>
      <w:r>
        <w:t>What is the meaning of "hablullah" and "hablunnas" which is mentioned in Chapter 3, Verse number 112 of Quran?</w:t>
      </w:r>
    </w:p>
    <w:p>
      <w:pPr>
        <w:jc w:val="right"/>
      </w:pPr>
      <w:r>
        <w:t>What is the meaning of "حبل اللہ" and "حبل الناس" which is mentioned in Chapter 3, Verse number 112 of Quran?</w:t>
      </w:r>
    </w:p>
    <w:p>
      <w:r>
        <w:rPr>
          <w:b/>
        </w:rPr>
        <w:t xml:space="preserve">[1:51:01] </w:t>
      </w:r>
      <w:r>
        <w:t>Hablullah ke maani hote hain Allah ki rassi. Hablunnas ke maani hote hain insaan ki rassi. Yani Allah ka jo divine law hai, us ke mutabiq kisi ko barhai milay.</w:t>
      </w:r>
    </w:p>
    <w:p>
      <w:pPr>
        <w:jc w:val="right"/>
      </w:pPr>
      <w:r>
        <w:t>حبل اللہ کے معنی ہوتے ہیں اللہ کی رسی۔ حبل الناس کے معنی ہوتے ہیں انسان کی رسی۔ یعنی اللہ کا جو divine law ہے، اس کے مطابق کسی کو بڑائی ملے۔</w:t>
      </w:r>
    </w:p>
    <w:p>
      <w:r>
        <w:rPr>
          <w:b/>
        </w:rPr>
        <w:t xml:space="preserve">[1:51:14] </w:t>
      </w:r>
      <w:r>
        <w:t>Ek woh hai ke aap sachai par kharay hon. Aap aala character ka namoona dikhaen.</w:t>
      </w:r>
    </w:p>
    <w:p>
      <w:pPr>
        <w:jc w:val="right"/>
      </w:pPr>
      <w:r>
        <w:t>ایک وہ ہے کہ آپ سچائی پر کھڑے ہوں۔ آپ اعلیٰ character کا نمونہ دکھائیں۔</w:t>
      </w:r>
    </w:p>
    <w:p>
      <w:r>
        <w:rPr>
          <w:b/>
        </w:rPr>
        <w:t xml:space="preserve">[1:51:26] </w:t>
      </w:r>
      <w:r>
        <w:t>Aap dunya ke bloosher banen. Dunya ke andar aap ek giver member ban kar zindagi guzaren waghera. To aap ko ek darja</w:t>
      </w:r>
    </w:p>
    <w:p>
      <w:pPr>
        <w:jc w:val="right"/>
      </w:pPr>
      <w:r>
        <w:t>آپ دنیا کے بلوشر بنیں۔ دنیا کے اندر آپ ایک giver ممبر بن کر زندگی گزاریں وغیرہ۔ تو آپ کو ایک درجہ</w:t>
      </w:r>
    </w:p>
    <w:p>
      <w:r>
        <w:rPr>
          <w:b/>
        </w:rPr>
        <w:t xml:space="preserve">[1:51:36] </w:t>
      </w:r>
      <w:r>
        <w:t>milta hai. Yeh law of nature, yani yeh hai divine law. Aaj kal musalmanon ko to hablullah nahi mila hua hai.</w:t>
      </w:r>
    </w:p>
    <w:p>
      <w:pPr>
        <w:jc w:val="right"/>
      </w:pPr>
      <w:r>
        <w:t>ملتا ہے۔ یہ law of nature، یعنی یہ ہے divine law۔ آج کل مسلمانوں کو تو حبل اللہ نہیں ملا ہوا ہے۔</w:t>
      </w:r>
    </w:p>
    <w:p>
      <w:r>
        <w:rPr>
          <w:b/>
        </w:rPr>
        <w:t xml:space="preserve">[1:51:45] </w:t>
      </w:r>
      <w:r>
        <w:t>Ab jo hota hai, woh insaan ke upar hota hai. Jaise abhi kal parson yahan par jo muzahira hua tha, woh sara tha woh human rights ko le kar ke.</w:t>
      </w:r>
    </w:p>
    <w:p>
      <w:pPr>
        <w:jc w:val="right"/>
      </w:pPr>
      <w:r>
        <w:t>اب جو ہوتا ہے، وہ انسان کے اوپر ہوتا ہے۔ جیسے ابھی کل پرسوں یہاں پر جو مظاہرہ ہوا تھا، وہ سارا تھا وہ human rights کو لے کر کے۔</w:t>
      </w:r>
    </w:p>
    <w:p>
      <w:r>
        <w:rPr>
          <w:b/>
        </w:rPr>
        <w:t xml:space="preserve">[1:51:56] </w:t>
      </w:r>
      <w:r>
        <w:t>Yani human rights se in ko mil raha hai mandate. Khuda se nahi mil raha hai.</w:t>
      </w:r>
    </w:p>
    <w:p>
      <w:pPr>
        <w:jc w:val="right"/>
      </w:pPr>
      <w:r>
        <w:t>یعنی human rights سے ان کو مل رہا ہے mandate۔ خدا سے نہیں مل رہا ہے۔</w:t>
      </w:r>
    </w:p>
    <w:p>
      <w:r>
        <w:rPr>
          <w:b/>
        </w:rPr>
        <w:t xml:space="preserve">[1:52:03] </w:t>
      </w:r>
      <w:r>
        <w:t>To ek hai Khuda ke diye hue qanoon, Khuda ki sunnat Allah ki buniyad par aap kuch kar rahe hon, us se kuch mil raha ho aap ko. To woh to mili nahi raha musalmanon ko.</w:t>
      </w:r>
    </w:p>
    <w:p>
      <w:pPr>
        <w:jc w:val="right"/>
      </w:pPr>
      <w:r>
        <w:t>تو ایک ہے خدا کے دیے ہوئے قانون، خدا کی سنت اللہ کی بنیاد پر آپ کچھ کر رہے ہوں، اس سے کچھ مل رہا ہو آپ کو۔ تو وہ تو ملی نہیں رہا مسلمانوں کو۔</w:t>
      </w:r>
    </w:p>
    <w:p>
      <w:r>
        <w:rPr>
          <w:b/>
        </w:rPr>
        <w:t xml:space="preserve">[1:52:12] </w:t>
      </w:r>
      <w:r>
        <w:t>Woh sirf political partiyon ka saath le kar ke ya woh human rights ka naam le kar ke yeh sab shor shar hangamay ho rahe hain.</w:t>
      </w:r>
    </w:p>
    <w:p>
      <w:pPr>
        <w:jc w:val="right"/>
      </w:pPr>
      <w:r>
        <w:t>وہ صرف political پارٹیوں کا ساتھ لے کر کے یا وہ human rights کا نام لے کر کے یہ سب شور شر ہنگامے ہو رہے ہیں۔</w:t>
      </w:r>
    </w:p>
    <w:p>
      <w:r>
        <w:rPr>
          <w:b/>
        </w:rPr>
        <w:t xml:space="preserve">[1:52:25] </w:t>
      </w:r>
      <w:r>
        <w:t>To main to samajhta hoon is waqt jo musalman hain, shayad dunya mein woh hablunnas par hain, woh hablullah par nahi hain. Hablullah par hotay to yeh halatain hi hoti hain in ki.</w:t>
      </w:r>
    </w:p>
    <w:p>
      <w:pPr>
        <w:jc w:val="right"/>
      </w:pPr>
      <w:r>
        <w:t>تو میں تو سمجھتا ہوں اس وقت جو مسلمان ہیں، شاید دنیا میں وہ حبل الناس پر ہیں، وہ حبل اللہ پر نہیں ہیں۔ حبل اللہ پر ہوتے تو یہ حالتیں ہی ہوتی ہیں ان کی۔</w:t>
      </w:r>
    </w:p>
    <w:p>
      <w:r>
        <w:rPr>
          <w:b/>
        </w:rPr>
        <w:t xml:space="preserve">[1:52:35] </w:t>
      </w:r>
      <w:r>
        <w:t>Saray musalman main samajhta hoon ke hablunnas par hain is waqt. Yani insanon ne jo norm muqarrar kiya hai, insaan ek ek hai divine norm. Divine norm par aap kharay hon to woh hablullah par kharay hue aap.</w:t>
      </w:r>
    </w:p>
    <w:p>
      <w:pPr>
        <w:jc w:val="right"/>
      </w:pPr>
      <w:r>
        <w:t>سارے مسلمان میں سمجھتا ہوں کہ حبل الناس پر ہیں اس وقت۔ یعنی انسانوں نے جو norm مقرر کیا ہے، انسان ایک ایک ہے divine norm۔ Divine norm پر آپ کھڑے ہوں تو وہ حبل اللہ پر کھڑے ہوئے آپ۔</w:t>
      </w:r>
    </w:p>
    <w:p>
      <w:r>
        <w:rPr>
          <w:b/>
        </w:rPr>
        <w:t xml:space="preserve">[1:52:47] </w:t>
      </w:r>
      <w:r>
        <w:t>Aur jo human norm hai, us par kh</w:t>
      </w:r>
    </w:p>
    <w:p>
      <w:pPr>
        <w:jc w:val="right"/>
      </w:pPr>
      <w:r>
        <w:t>اور جو human norm ہے، اس پر کھ</w:t>
      </w:r>
    </w:p>
    <w:p>
      <w:r>
        <w:rPr>
          <w:b/>
        </w:rPr>
        <w:t xml:space="preserve">[1:52:50] </w:t>
      </w:r>
      <w:r>
        <w:t>ray hon. Jaise ke United Nations ka jo qanoon hai ya human rights ka jo mamla hai aur jo qanoon hain aur jo partiyan hain, un ka favor milta hai kisi ko.</w:t>
      </w:r>
    </w:p>
    <w:p>
      <w:pPr>
        <w:jc w:val="right"/>
      </w:pPr>
      <w:r>
        <w:t>ڑے ہوں۔ جیسے کہ United Nations کا جو قانون ہے یا human rights کا جو معاملہ ہے اور جو قوانین ہیں اور جو پارٹیاں ہیں، ان کا favor ملتا ہے کسی کو۔</w:t>
      </w:r>
    </w:p>
    <w:p>
      <w:r>
        <w:rPr>
          <w:b/>
        </w:rPr>
        <w:t xml:space="preserve">[1:53:03] </w:t>
      </w:r>
      <w:r>
        <w:t>Inhi sab cheezon par kharay hotay hain aap. Yani to isi ko main yani human norm kehta hoon. To woh hablunnas hai woh.</w:t>
      </w:r>
    </w:p>
    <w:p>
      <w:pPr>
        <w:jc w:val="right"/>
      </w:pPr>
      <w:r>
        <w:t>انہی سب چیزوں پر کھڑے ہوتے ہیں آپ۔ یعنی تو اسی کو میں یعنی human norm کہتا ہوں۔ تو وہ حبل الناس ہے وہ۔</w:t>
      </w:r>
    </w:p>
    <w:p>
      <w:r>
        <w:rPr>
          <w:b/>
        </w:rPr>
        <w:t xml:space="preserve">[1:53:12] </w:t>
      </w:r>
      <w:r>
        <w:t>To aaj kal to main yahi chahta hoon, samajhta hoon musalmanon ko hablunnas mila hua hai, hablullah nahi mila hua.</w:t>
      </w:r>
    </w:p>
    <w:p>
      <w:pPr>
        <w:jc w:val="right"/>
      </w:pPr>
      <w:r>
        <w:t>تو آج کل تو میں یہی چاہتا ہوں، سمجھتا ہوں مسلمانوں کو حبل الناس ملا ہوا ہے، حبل اللہ نہیں ملا ہوا۔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