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Creative Thinking I December 11, 2011 Maulana Wahiduddin Khan</w:t>
      </w:r>
    </w:p>
    <w:p>
      <w:r>
        <w:t>https://www.youtube.com/watch?v=GsnxvBYTj8w</w:t>
      </w:r>
    </w:p>
    <w:p>
      <w:r>
        <w:rPr>
          <w:b/>
        </w:rPr>
        <w:t xml:space="preserve">[00:14] </w:t>
      </w:r>
      <w:r>
        <w:t>Bismillah Rahmanur Rahim, wasallallahu ala Nabi al-Kareem. Rabbishrah li sadri, wa yassir li amri,</w:t>
      </w:r>
    </w:p>
    <w:p>
      <w:pPr>
        <w:jc w:val="right"/>
      </w:pPr>
      <w:r>
        <w:t>بسم اللہ الرحمن الرحیم، وصلی اللہ علی 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Aaj ka topic hai "the importance of creative thinking", yani takhleeqi soch ki ahmiyat.</w:t>
      </w:r>
    </w:p>
    <w:p>
      <w:pPr>
        <w:jc w:val="right"/>
      </w:pPr>
      <w:r>
        <w:t>آج کا ٹاپک ہے "دا امپورٹنس آف کریٹیو تھنکنگ"، یعنی تخلیقی سوچ کی اہمیت۔</w:t>
      </w:r>
    </w:p>
    <w:p>
      <w:r>
        <w:rPr>
          <w:b/>
        </w:rPr>
        <w:t xml:space="preserve">[00:52] </w:t>
      </w:r>
      <w:r>
        <w:t>Creative thinking kya hai? Creative thinking hai</w:t>
      </w:r>
    </w:p>
    <w:p>
      <w:pPr>
        <w:jc w:val="right"/>
      </w:pPr>
      <w:r>
        <w:t>کریٹیو تھنکنگ کیا ہے؟ کریٹیو تھنکنگ ہے</w:t>
      </w:r>
    </w:p>
    <w:p>
      <w:r>
        <w:rPr>
          <w:b/>
        </w:rPr>
        <w:t xml:space="preserve">[01:01] </w:t>
      </w:r>
      <w:r>
        <w:t>thinking about problems in a new way.</w:t>
      </w:r>
    </w:p>
    <w:p>
      <w:pPr>
        <w:jc w:val="right"/>
      </w:pPr>
      <w:r>
        <w:t>تھنکنگ اباؤٹ پرابلمز ان ا نیو وے۔</w:t>
      </w:r>
    </w:p>
    <w:p>
      <w:r>
        <w:rPr>
          <w:b/>
        </w:rPr>
        <w:t xml:space="preserve">[01:09] </w:t>
      </w:r>
      <w:r>
        <w:t>Yani ke koi problem aaye to aap naye dhang se soch saken, kyunke har problem ka nature alag alag hota hai.</w:t>
      </w:r>
    </w:p>
    <w:p>
      <w:pPr>
        <w:jc w:val="right"/>
      </w:pPr>
      <w:r>
        <w:t>یعنی کہ کوئی پرابلم آئے تو آپ نئے ڈھنگ سے سوچ سکیں، کیونکہ ہر پرابلم کا نیچر الگ الگ ہوتا ہے۔</w:t>
      </w:r>
    </w:p>
    <w:p>
      <w:r>
        <w:rPr>
          <w:b/>
        </w:rPr>
        <w:t xml:space="preserve">[01:21] </w:t>
      </w:r>
      <w:r>
        <w:t>Saray problem ko kisi ek tareeqay se aap tackle nahi kar saktay.</w:t>
      </w:r>
    </w:p>
    <w:p>
      <w:pPr>
        <w:jc w:val="right"/>
      </w:pPr>
      <w:r>
        <w:t>سارے پرابلم کو کسی ایک طریقے سے آپ ٹیکل نہیں کر سکتے۔</w:t>
      </w:r>
    </w:p>
    <w:p>
      <w:r>
        <w:rPr>
          <w:b/>
        </w:rPr>
        <w:t xml:space="preserve">[01:30] </w:t>
      </w:r>
      <w:r>
        <w:t>To jab bhi koi problem aaye to woh aap ka, aap ke liye ek test hota hai.</w:t>
      </w:r>
    </w:p>
    <w:p>
      <w:pPr>
        <w:jc w:val="right"/>
      </w:pPr>
      <w:r>
        <w:t>تو جب بھی کوئی پرابلم آئے تو وہ آپ کا، آپ کے لیے ایک ٹیسٹ ہوتا ہے۔</w:t>
      </w:r>
    </w:p>
    <w:p>
      <w:r>
        <w:rPr>
          <w:b/>
        </w:rPr>
        <w:t xml:space="preserve">[01:40] </w:t>
      </w:r>
      <w:r>
        <w:t>woh ek challenge hota hai jo aap ka test leta hai ke aap ke andar creative thinking hai ya nahin.</w:t>
      </w:r>
    </w:p>
    <w:p>
      <w:pPr>
        <w:jc w:val="right"/>
      </w:pPr>
      <w:r>
        <w:t>وہ ایک چیلنج ہوتا ہے جو آپ کا ٹیسٹ لیتا ہے کہ آپ کے اندر کریٹیو تھنکنگ ہے یا نہیں۔</w:t>
      </w:r>
    </w:p>
    <w:p>
      <w:r>
        <w:rPr>
          <w:b/>
        </w:rPr>
        <w:t xml:space="preserve">[01:52] </w:t>
      </w:r>
      <w:r>
        <w:t>agar aap ke andar creativity na ho, aap sirf routine ki baaton ko jante hon, to aap kabhi bhi problem ko</w:t>
      </w:r>
    </w:p>
    <w:p>
      <w:pPr>
        <w:jc w:val="right"/>
      </w:pPr>
      <w:r>
        <w:t>اگر آپ کے اندر کریٹیوٹی نہ ہو، آپ صرف روٹین کی باتوں کو جانتے ہوں، تو آپ کبھی بھی پرابلم کو</w:t>
      </w:r>
    </w:p>
    <w:p>
      <w:r>
        <w:rPr>
          <w:b/>
        </w:rPr>
        <w:t xml:space="preserve">[02:05] </w:t>
      </w:r>
      <w:r>
        <w:t>tackle nahin kar sakenge.</w:t>
      </w:r>
    </w:p>
    <w:p>
      <w:pPr>
        <w:jc w:val="right"/>
      </w:pPr>
      <w:r>
        <w:t>ٹیکل نہیں کر سکیں گے۔</w:t>
      </w:r>
    </w:p>
    <w:p>
      <w:r>
        <w:rPr>
          <w:b/>
        </w:rPr>
        <w:t xml:space="preserve">[02:08] </w:t>
      </w:r>
      <w:r>
        <w:t>aap fail ho jayenge to is baat kahinge, doosron ko conspiracy bataenge, doosron ko blame denge.</w:t>
      </w:r>
    </w:p>
    <w:p>
      <w:pPr>
        <w:jc w:val="right"/>
      </w:pPr>
      <w:r>
        <w:t>آپ فیل ہو جائیں گے تو اس بات کہیں گے، دوسروں کو کانسپریسی بتائیں گے، دوسروں کو بلیم دیں گے۔</w:t>
      </w:r>
    </w:p>
    <w:p>
      <w:r>
        <w:rPr>
          <w:b/>
        </w:rPr>
        <w:t xml:space="preserve">[02:19] </w:t>
      </w:r>
      <w:r>
        <w:t>is waqt zindagi mein dekhiye, creative thinking ki bohat ahmiyat hai, bohat zyada.</w:t>
      </w:r>
    </w:p>
    <w:p>
      <w:pPr>
        <w:jc w:val="right"/>
      </w:pPr>
      <w:r>
        <w:t>اس وقت زندگی میں دیکھیے، کریٹیو تھنکنگ کی بہت اہمیت ہے، بہت زیادہ۔</w:t>
      </w:r>
    </w:p>
    <w:p>
      <w:r>
        <w:rPr>
          <w:b/>
        </w:rPr>
        <w:t xml:space="preserve">[02:30] </w:t>
      </w:r>
      <w:r>
        <w:t>yani potentially every one is is a creative thinker.</w:t>
      </w:r>
    </w:p>
    <w:p>
      <w:pPr>
        <w:jc w:val="right"/>
      </w:pPr>
      <w:r>
        <w:t>یعنی پوٹینشلی ایوری ون از از ا کریٹیو تھنکر۔</w:t>
      </w:r>
    </w:p>
    <w:p>
      <w:r>
        <w:rPr>
          <w:b/>
        </w:rPr>
        <w:t xml:space="preserve">[02:36] </w:t>
      </w:r>
      <w:r>
        <w:t>creator ne is mein</w:t>
      </w:r>
    </w:p>
    <w:p>
      <w:pPr>
        <w:jc w:val="right"/>
      </w:pPr>
      <w:r>
        <w:t>کریٹر نے اس میں</w:t>
      </w:r>
    </w:p>
    <w:p>
      <w:r>
        <w:rPr>
          <w:b/>
        </w:rPr>
        <w:t xml:space="preserve">[02:41] </w:t>
      </w:r>
      <w:r>
        <w:t>kami nahin ki hai. asal mein hamara jo environment hai, hamari education hai, jis mahaul mein aap rehte hain, woh creativity ko boost kar raha hai ya usko corrupt kar raha hai, us par depend karta hai.</w:t>
      </w:r>
    </w:p>
    <w:p>
      <w:pPr>
        <w:jc w:val="right"/>
      </w:pPr>
      <w:r>
        <w:t>کمی نہیں کی ہے۔ اصل میں ہمارا جو انوائرمنٹ ہے، ہماری ایجوکیشن ہے، جس ماحول میں آپ رہتے ہیں، وہ کریٹیوٹی کو بوسٹ کر رہا ہے یا اس کو کرپٹ کر رہا ہے، اس پر ڈیپینڈ کرتا ہے۔</w:t>
      </w:r>
    </w:p>
    <w:p>
      <w:r>
        <w:rPr>
          <w:b/>
        </w:rPr>
        <w:t xml:space="preserve">[03:03] </w:t>
      </w:r>
      <w:r>
        <w:t>to jab bhi aap dekhen kahin failure to samajh lijiye ke creative thinking ki kami thi logon ke andar, is wajah se woh apne problem ko theek tarike se deal nahin kar sake.</w:t>
      </w:r>
    </w:p>
    <w:p>
      <w:pPr>
        <w:jc w:val="right"/>
      </w:pPr>
      <w:r>
        <w:t>تو جب بھی آپ دیکھیں کہیں فیلیر تو سمجھ لیجئے کہ کریٹیو تھنکنگ کی کمی تھی لوگوں کے اندر، اس وجہ سے وہ اپنے پرابلم کو ٹھیک طریقے سے ڈیل نہیں کر سکے۔</w:t>
      </w:r>
    </w:p>
    <w:p>
      <w:r>
        <w:rPr>
          <w:b/>
        </w:rPr>
        <w:t xml:space="preserve">[03:27] </w:t>
      </w:r>
      <w:r>
        <w:t>yeh hai</w:t>
      </w:r>
    </w:p>
    <w:p>
      <w:pPr>
        <w:jc w:val="right"/>
      </w:pPr>
      <w:r>
        <w:t>یہ ہے</w:t>
      </w:r>
    </w:p>
    <w:p>
      <w:r>
        <w:rPr>
          <w:b/>
        </w:rPr>
        <w:t xml:space="preserve">[03:30] </w:t>
      </w:r>
      <w:r>
        <w:t>aaj ke topic ka importance.</w:t>
      </w:r>
    </w:p>
    <w:p>
      <w:pPr>
        <w:jc w:val="right"/>
      </w:pPr>
      <w:r>
        <w:t>آج کے ٹاپک کا امپورٹنس۔</w:t>
      </w:r>
    </w:p>
    <w:p>
      <w:r>
        <w:rPr>
          <w:b/>
        </w:rPr>
        <w:t xml:space="preserve">[03:35] </w:t>
      </w:r>
      <w:r>
        <w:t>aaj jo paper aaya hai, aaj hi ki date mein, us mein ek ek report hai.</w:t>
      </w:r>
    </w:p>
    <w:p>
      <w:pPr>
        <w:jc w:val="right"/>
      </w:pPr>
      <w:r>
        <w:t>آج جو پیپر آیا ہے، آج ہی کی ڈیٹ میں، اس میں ایک ایک رپورٹ ہے۔</w:t>
      </w:r>
    </w:p>
    <w:p>
      <w:r>
        <w:rPr>
          <w:b/>
        </w:rPr>
        <w:t xml:space="preserve">[03:44] </w:t>
      </w:r>
      <w:r>
        <w:t>is report ki jo heading lagai hai unhon ne, woh yeh hai: "net gain zero".</w:t>
      </w:r>
    </w:p>
    <w:p>
      <w:pPr>
        <w:jc w:val="right"/>
      </w:pPr>
      <w:r>
        <w:t>اس رپورٹ کی جو ہیڈنگ لگائی ہے انہوں نے، وہ یہ ہے: "نیٹ گین زیرو"۔</w:t>
      </w:r>
    </w:p>
    <w:p>
      <w:r>
        <w:rPr>
          <w:b/>
        </w:rPr>
        <w:t xml:space="preserve">[03:57] </w:t>
      </w:r>
      <w:r>
        <w:t>woh topic to woh doosra hai, main us ko doosri jagah apply kar raha hoon, lekin net gain zero.</w:t>
      </w:r>
    </w:p>
    <w:p>
      <w:pPr>
        <w:jc w:val="right"/>
      </w:pPr>
      <w:r>
        <w:t>وہ ٹاپک تو وہ دوسرا ہے، میں اس کو دوسری جگہ اپلائی کر رہا ہوں، لیکن نیٹ گین زیرو۔</w:t>
      </w:r>
    </w:p>
    <w:p>
      <w:r>
        <w:rPr>
          <w:b/>
        </w:rPr>
        <w:t xml:space="preserve">[04:06] </w:t>
      </w:r>
      <w:r>
        <w:t>yani bohat kuch kiya gaya, bohat kuch kiya gaya, lekin aakhir mein hasil kuch nahin.</w:t>
      </w:r>
    </w:p>
    <w:p>
      <w:pPr>
        <w:jc w:val="right"/>
      </w:pPr>
      <w:r>
        <w:t>یعنی بہت کچھ کیا گیا، بہت کچھ کیا گیا، لیکن آخر میں حاصل کچھ نہیں۔</w:t>
      </w:r>
    </w:p>
    <w:p>
      <w:r>
        <w:rPr>
          <w:b/>
        </w:rPr>
        <w:t xml:space="preserve">[04:14] </w:t>
      </w:r>
      <w:r>
        <w:t>hasil aakhir mein kuch nahin. to main samajhta hoon ke muslim history jo 200 saal ki hai, woh net gain zero is ka sab se acha title hai.</w:t>
      </w:r>
    </w:p>
    <w:p>
      <w:pPr>
        <w:jc w:val="right"/>
      </w:pPr>
      <w:r>
        <w:t>حاصل آخر میں کچھ نہیں۔ تو میں سمجھتا ہوں کہ مسلم ہسٹری جو 200 سال کی ہے، وہ نیٹ گین زیرو اس کا سب سے اچھا ٹائٹل ہے۔</w:t>
      </w:r>
    </w:p>
    <w:p>
      <w:r>
        <w:rPr>
          <w:b/>
        </w:rPr>
        <w:t xml:space="preserve">[04:29] </w:t>
      </w:r>
      <w:r>
        <w:t>200 saal ki sacrifices ke baad aakhir mein kya hai? net gain zero, kuch bhi nahin.</w:t>
      </w:r>
    </w:p>
    <w:p>
      <w:pPr>
        <w:jc w:val="right"/>
      </w:pPr>
      <w:r>
        <w:t>200 سال کی سیکریفائسز کے بعد آخر میں کیا ہے؟ نیٹ گین زیرو، کچھ بھی نہیں۔</w:t>
      </w:r>
    </w:p>
    <w:p>
      <w:r>
        <w:rPr>
          <w:b/>
        </w:rPr>
        <w:t xml:space="preserve">[04:36] </w:t>
      </w:r>
      <w:r>
        <w:t>is ka clear proof yeh hai ke sare musalman complaint bhi jeete hain, voters bhi jeete hain, society bombing kar rahe hain. yahi to hai ke woh kuch mila nahin.</w:t>
      </w:r>
    </w:p>
    <w:p>
      <w:pPr>
        <w:jc w:val="right"/>
      </w:pPr>
      <w:r>
        <w:t>اس کا کلیئر پروف یہ ہے کہ سارے مسلمان کمپلینٹ بھی جیتے ہیں، ووٹرز بھی جیتے ہیں، سوسائٹی بمبنگ کر رہے ہیں۔ یہی تو ہے کہ وہ کچھ ملا نہیں۔</w:t>
      </w:r>
    </w:p>
    <w:p>
      <w:r>
        <w:rPr>
          <w:b/>
        </w:rPr>
        <w:t xml:space="preserve">[04:49] </w:t>
      </w:r>
      <w:r>
        <w:t>jis aadmi ko kuch mila ho, kuch achieve kiya ho, us ne woh complaint kyun karega? complaint to language hai un logon ki jo zindagi mein fail ho jayen.</w:t>
      </w:r>
    </w:p>
    <w:p>
      <w:pPr>
        <w:jc w:val="right"/>
      </w:pPr>
      <w:r>
        <w:t>جس آدمی کو کچھ ملا ہو، کچھ اچیو کیا ہو، اس نے وہ کمپلینٹ کیوں کرے گا؟ کمپلینٹ تو لینگویج ہے ان لوگوں کی جو زندگی میں فیل ہو جائیں۔</w:t>
      </w:r>
    </w:p>
    <w:p>
      <w:r>
        <w:rPr>
          <w:b/>
        </w:rPr>
        <w:t xml:space="preserve">[05:02] </w:t>
      </w:r>
      <w:r>
        <w:t>jo zindagi mein fail ho jayen, unhi ki language hai complaint, complaint protest.</w:t>
      </w:r>
    </w:p>
    <w:p>
      <w:pPr>
        <w:jc w:val="right"/>
      </w:pPr>
      <w:r>
        <w:t>جو زندگی میں فیل ہو جائیں، انہی کی لینگویج ہے کمپلینٹ، کمپلینٹ پروٹیسٹ۔</w:t>
      </w:r>
    </w:p>
    <w:p>
      <w:r>
        <w:rPr>
          <w:b/>
        </w:rPr>
        <w:t xml:space="preserve">[05:11] </w:t>
      </w:r>
      <w:r>
        <w:t>to 200 saal mein kyun kehta hoon? dekhen, jo musalmani ki modern history hai, is ka koi ek date fix karna ho to main kahunga woh hai 1799.</w:t>
      </w:r>
    </w:p>
    <w:p>
      <w:pPr>
        <w:jc w:val="right"/>
      </w:pPr>
      <w:r>
        <w:t>تو 200 سال میں کیوں کہتا ہوں؟ دیکھیں، جو مسلمانی کی ماڈرن ہسٹری ہے، اس کا کوئی ایک ڈیٹ فکس کرنا ہو تو میں کہوں گا وہ ہے 1799۔</w:t>
      </w:r>
    </w:p>
    <w:p>
      <w:r>
        <w:rPr>
          <w:b/>
        </w:rPr>
        <w:t xml:space="preserve">[05:31] </w:t>
      </w:r>
      <w:r>
        <w:t>1799 se musalmanon ki nai history shuru hoti hai. woh kaise? isi saal do barhe waqe hue muslim world mein.</w:t>
      </w:r>
    </w:p>
    <w:p>
      <w:pPr>
        <w:jc w:val="right"/>
      </w:pPr>
      <w:r>
        <w:t>1799 سے مسلمانوں کی نئی ہسٹری شروع ہوتی ہے۔ وہ کیسے؟ اسی سال دو بڑے واقعے ہوئے مسلم ورلڈ میں۔</w:t>
      </w:r>
    </w:p>
    <w:p>
      <w:r>
        <w:rPr>
          <w:b/>
        </w:rPr>
        <w:t xml:space="preserve">[05:47] </w:t>
      </w:r>
      <w:r>
        <w:t>1799 mein ek taraf yeh hua ke jo Turkish empire tha, jis ko hum khilafat kehte hain,</w:t>
      </w:r>
    </w:p>
    <w:p>
      <w:pPr>
        <w:jc w:val="right"/>
      </w:pPr>
      <w:r>
        <w:t>1799 میں ایک طرف یہ ہوا کہ جو ٹرکش ایمپائر تھا، جس کو ہم خلافت کہتے ہیں،</w:t>
      </w:r>
    </w:p>
    <w:p>
      <w:r>
        <w:rPr>
          <w:b/>
        </w:rPr>
        <w:t xml:space="preserve">[05:58] </w:t>
      </w:r>
      <w:r>
        <w:t>to is ka bohat bara naval fleet tha, is ka bhari beera. to European powers ne Mediterranean sea mein is par attack kar ke is ko destroy kar diya.</w:t>
      </w:r>
    </w:p>
    <w:p>
      <w:pPr>
        <w:jc w:val="right"/>
      </w:pPr>
      <w:r>
        <w:t>تو اس کا بہت بڑا نیول فلیٹ تھا، اس کا بھاری بیڑا۔ تو یورپین پاورز نے میڈیٹیرین سی میں اس پر اٹیک کر کے اس کو ڈسٹرا کر دیا۔</w:t>
      </w:r>
    </w:p>
    <w:p>
      <w:r>
        <w:rPr>
          <w:b/>
        </w:rPr>
        <w:t xml:space="preserve">[06:13] </w:t>
      </w:r>
      <w:r>
        <w:t>yeh hua 1799 mein. ek taraf yeh hua.</w:t>
      </w:r>
    </w:p>
    <w:p>
      <w:pPr>
        <w:jc w:val="right"/>
      </w:pPr>
      <w:r>
        <w:t>یہ ہوا 1799 میں۔ ایک طرف یہ ہوا۔</w:t>
      </w:r>
    </w:p>
    <w:p>
      <w:r>
        <w:rPr>
          <w:b/>
        </w:rPr>
        <w:t xml:space="preserve">[06:19] </w:t>
      </w:r>
      <w:r>
        <w:t>dusri taraf india mein sultan tipu rol kar rahe the misoor state mein. woh bohat bara un ka darja tha.</w:t>
      </w:r>
    </w:p>
    <w:p>
      <w:pPr>
        <w:jc w:val="right"/>
      </w:pPr>
      <w:r>
        <w:t>دوسری طرف انڈیا میں سلطان ٹیپو رول کر رہے تھے میسور اسٹیٹ میں۔ وہ بہت بڑا ان کا درجہ تھا۔</w:t>
      </w:r>
    </w:p>
    <w:p>
      <w:r>
        <w:rPr>
          <w:b/>
        </w:rPr>
        <w:t xml:space="preserve">[06:31] </w:t>
      </w:r>
      <w:r>
        <w:t>to is zamanay mein british india aa chuke the aur un se larai hui. to british فوج ne sultan tipu ko khatam kar diya, un ko maar dala, un ki fauj ko khatam kar diya.</w:t>
      </w:r>
    </w:p>
    <w:p>
      <w:pPr>
        <w:jc w:val="right"/>
      </w:pPr>
      <w:r>
        <w:t>تو اس زمانے میں برٹش انڈیا آ چکے تھے اور ان سے لڑائی ہوئی۔ تو برٹش فوج نے سلطان ٹیپو کو ختم کر دیا، ان کو مار ڈالا، ان کی فوج کو ختم کر دیا۔</w:t>
      </w:r>
    </w:p>
    <w:p>
      <w:r>
        <w:rPr>
          <w:b/>
        </w:rPr>
        <w:t xml:space="preserve">[06:48] </w:t>
      </w:r>
      <w:r>
        <w:t>to 1799 mein india mein yeh hua aur isi isi saal mediterranean sea mein turki mein hua.</w:t>
      </w:r>
    </w:p>
    <w:p>
      <w:pPr>
        <w:jc w:val="right"/>
      </w:pPr>
      <w:r>
        <w:t>تو 1799 میں انڈیا میں یہ ہوا اور اسی اسی سال میڈیٹیرین سی میں ترکی میں ہوا۔</w:t>
      </w:r>
    </w:p>
    <w:p>
      <w:r>
        <w:rPr>
          <w:b/>
        </w:rPr>
        <w:t xml:space="preserve">[06:57] </w:t>
      </w:r>
      <w:r>
        <w:t>yehi se shuru hua tha musalmanon ka down fall ya naya daur. is waqt poore muslim world mein mein yeh kahunga koi creative thinking maujood nahi tha.</w:t>
      </w:r>
    </w:p>
    <w:p>
      <w:pPr>
        <w:jc w:val="right"/>
      </w:pPr>
      <w:r>
        <w:t>یہیں سے شروع ہوا تھا مسلمانوں کا ڈاؤن فال یا نیا دور۔ اس وقت پورے مسلم ورلڈ میں میں یہ کہوں گا کوئی کریٹیو تھنکنگ موجود نہیں تھا۔</w:t>
      </w:r>
    </w:p>
    <w:p>
      <w:r>
        <w:rPr>
          <w:b/>
        </w:rPr>
        <w:t xml:space="preserve">[07:09] </w:t>
      </w:r>
      <w:r>
        <w:t>creative thinker sab ne kiya kiya? react kiya.</w:t>
      </w:r>
    </w:p>
    <w:p>
      <w:pPr>
        <w:jc w:val="right"/>
      </w:pPr>
      <w:r>
        <w:t>کریٹیو تھنکر سب نے کیا کیا؟ ری ایکٹ کیا۔</w:t>
      </w:r>
    </w:p>
    <w:p>
      <w:r>
        <w:rPr>
          <w:b/>
        </w:rPr>
        <w:t xml:space="preserve">[07:13] </w:t>
      </w:r>
      <w:r>
        <w:t>dekhiye, jo aadmi react kare, is ka matlab yeh hai ke is ke andar creative thinking nahi hai.</w:t>
      </w:r>
    </w:p>
    <w:p>
      <w:pPr>
        <w:jc w:val="right"/>
      </w:pPr>
      <w:r>
        <w:t>دیکھیے، جو آدمی ری ایکٹ کرے، اس کا مطلب یہ ہے کہ اس کے اندر کریٹیو تھنکنگ نہیں ہے۔</w:t>
      </w:r>
    </w:p>
    <w:p>
      <w:r>
        <w:rPr>
          <w:b/>
        </w:rPr>
        <w:t xml:space="preserve">[07:22] </w:t>
      </w:r>
      <w:r>
        <w:t>poore arab world mein mein aik aik martaba gaya, aik arab mulk mein, wahan par aik museum hai. wahan mujhe le jaya gaya.</w:t>
      </w:r>
    </w:p>
    <w:p>
      <w:pPr>
        <w:jc w:val="right"/>
      </w:pPr>
      <w:r>
        <w:t>پورے عرب ورلڈ میں میں ایک ایک مرتبہ گیا، ایک عرب ملک میں، وہاں پر ایک میوزیم ہے۔ وہاں مجھے لے جایا گیا۔</w:t>
      </w:r>
    </w:p>
    <w:p>
      <w:r>
        <w:rPr>
          <w:b/>
        </w:rPr>
        <w:t xml:space="preserve">[07:34] </w:t>
      </w:r>
      <w:r>
        <w:t>to wahan museum mein aik aik bo, aik aik aik rakha hua tha, aik aik board tha.</w:t>
      </w:r>
    </w:p>
    <w:p>
      <w:pPr>
        <w:jc w:val="right"/>
      </w:pPr>
      <w:r>
        <w:t>تو وہاں میوزیم میں ایک ایک بو، ایک ایک ایک رکھا ہوا تھا، ایک ایک بورڈ تھا۔</w:t>
      </w:r>
    </w:p>
    <w:p>
      <w:r>
        <w:rPr>
          <w:b/>
        </w:rPr>
        <w:t xml:space="preserve">[07:47] </w:t>
      </w:r>
      <w:r>
        <w:t>is par likha hua tha ke</w:t>
      </w:r>
    </w:p>
    <w:p>
      <w:pPr>
        <w:jc w:val="right"/>
      </w:pPr>
      <w:r>
        <w:t>اس پر لکھا ہوا تھا کہ</w:t>
      </w:r>
    </w:p>
    <w:p>
      <w:r>
        <w:rPr>
          <w:b/>
        </w:rPr>
        <w:t xml:space="preserve">[07:53] </w:t>
      </w:r>
      <w:r>
        <w:t>"moti motu aliyom az allah qabl tumoto ghada azal". "muto aliyom azaa qabl tumoto ghada az allah".</w:t>
      </w:r>
    </w:p>
    <w:p>
      <w:pPr>
        <w:jc w:val="right"/>
      </w:pPr>
      <w:r>
        <w:t>"موتی موتو الیوم از اللہ قبل تموتو غدا ازل"۔ "موتو الیوم اعزاء قبل تموتو غدا از اللہ"۔</w:t>
      </w:r>
    </w:p>
    <w:p>
      <w:r>
        <w:rPr>
          <w:b/>
        </w:rPr>
        <w:t xml:space="preserve">[08:08] </w:t>
      </w:r>
      <w:r>
        <w:t>yani aaj izzat se mar jao, is se pehle ke kal tum ko zillat ke sath marna pare. "muto aliyom azaa qabl tumoto ghada az allah".</w:t>
      </w:r>
    </w:p>
    <w:p>
      <w:pPr>
        <w:jc w:val="right"/>
      </w:pPr>
      <w:r>
        <w:t>یعنی آج عزت سے مر جاؤ، اس سے پہلے کہ کل تم کو ذلت کے ساتھ مرنا پڑے۔ "موتو الیوم اعزاء قبل تموتو غدا از اللہ"۔</w:t>
      </w:r>
    </w:p>
    <w:p>
      <w:r>
        <w:rPr>
          <w:b/>
        </w:rPr>
        <w:t xml:space="preserve">[08:23] </w:t>
      </w:r>
      <w:r>
        <w:t>aaj aaj izzat ke sath mar jao, is se pehle ke tum ko kal zillat ke sath rehna pare. to yeh kab hua?</w:t>
      </w:r>
    </w:p>
    <w:p>
      <w:pPr>
        <w:jc w:val="right"/>
      </w:pPr>
      <w:r>
        <w:t>آج آج عزت کے ساتھ مر جاؤ، اس سے پہلے کہ تم کو کل ذلت کے ساتھ رہنا پڑے۔ تو یہ کب ہوا؟</w:t>
      </w:r>
    </w:p>
    <w:p>
      <w:r>
        <w:rPr>
          <w:b/>
        </w:rPr>
        <w:t xml:space="preserve">[08:32] </w:t>
      </w:r>
      <w:r>
        <w:t>colonial powers ke against mein.</w:t>
      </w:r>
    </w:p>
    <w:p>
      <w:pPr>
        <w:jc w:val="right"/>
      </w:pPr>
      <w:r>
        <w:t>کولڈینر پاورز کے اگینسٹ میں۔</w:t>
      </w:r>
    </w:p>
    <w:p>
      <w:r>
        <w:rPr>
          <w:b/>
        </w:rPr>
        <w:t xml:space="preserve">[08:37] </w:t>
      </w:r>
      <w:r>
        <w:t>to woh samajhte the ke coldiner powers, jo yani europe, jo yani renaissance ke baad europe ne jo taraqqi ki, un ko technology mein, science mein, education mein, planning mein, to is ke baad woh ubhre.</w:t>
      </w:r>
    </w:p>
    <w:p>
      <w:pPr>
        <w:jc w:val="right"/>
      </w:pPr>
      <w:r>
        <w:t>تو وہ سمجھتے تھے کہ کولڈینر پاورز، جو یعنی یورپ، جو یعنی رینیساں کے بعد یورپ نے جو ترقی کی، ان کو ٹیکنالوجی میں، سائنس میں، ایجوکیشن میں، پلاننگ میں، تو اس کے بعد وہ ابھرے۔</w:t>
      </w:r>
    </w:p>
    <w:p>
      <w:r>
        <w:rPr>
          <w:b/>
        </w:rPr>
        <w:t xml:space="preserve">[08:56] </w:t>
      </w:r>
      <w:r>
        <w:t>har qaum ubharti hai, musalman ubhre the isi tarah se pehle. to kiya hua ke africa mein, asia mein woh phail gaye.</w:t>
      </w:r>
    </w:p>
    <w:p>
      <w:pPr>
        <w:jc w:val="right"/>
      </w:pPr>
      <w:r>
        <w:t>ہر قوم ابھرتی ہے، مسلمان ابھرے تھے اسی طرح سے پہلے۔ تو کیا ہوا کہ افریقہ میں، ایشیا میں وہ پھیل گئے۔</w:t>
      </w:r>
    </w:p>
    <w:p>
      <w:r>
        <w:rPr>
          <w:b/>
        </w:rPr>
        <w:t xml:space="preserve">[09:05] </w:t>
      </w:r>
      <w:r>
        <w:t>to musalmanon ne kiya kiya? woh ladna shuru kar diya, ladna, ladna, ladna. yani un ke paas is ka jo response tha, woh negative response tha, sirf kuch soch nahi sake.</w:t>
      </w:r>
    </w:p>
    <w:p>
      <w:pPr>
        <w:jc w:val="right"/>
      </w:pPr>
      <w:r>
        <w:t>تو مسلمانوں نے کیا کیا؟ وہ لڑنا شروع کر دیا، لڑنا، لڑنا، لڑنا۔ یعنی ان کے پاس اس کا جو رسپانس تھا، وہ نیگیٹیو رسپانس تھا، صرف کچھ سوچ نہیں سکے۔</w:t>
      </w:r>
    </w:p>
    <w:p>
      <w:r>
        <w:rPr>
          <w:b/>
        </w:rPr>
        <w:t xml:space="preserve">[09:17] </w:t>
      </w:r>
      <w:r>
        <w:t>to woh sochte hain ke aakhir yeh kaun log hain? in ki is, in ka, in ki taqat kiya hai? kaun si nai cheez unhon ne hasil ki hai ke dunya ko over power kar rahe hain?</w:t>
      </w:r>
    </w:p>
    <w:p>
      <w:pPr>
        <w:jc w:val="right"/>
      </w:pPr>
      <w:r>
        <w:t>تو وہ سوچتے ہیں کہ آخر یہ کون لوگ ہیں؟ ان کی اس، ان کا، ان کی طاقت کیا ہے؟ کون سی نئی چیز انہوں نے حاصل کی ہے کہ دنیا کو اوور پاور کر رہے ہیں؟</w:t>
      </w:r>
    </w:p>
    <w:p>
      <w:r>
        <w:rPr>
          <w:b/>
        </w:rPr>
        <w:t xml:space="preserve">[09:28] </w:t>
      </w:r>
      <w:r>
        <w:t>yeh</w:t>
      </w:r>
    </w:p>
    <w:p>
      <w:pPr>
        <w:jc w:val="right"/>
      </w:pPr>
      <w:r>
        <w:t>یہ</w:t>
      </w:r>
    </w:p>
    <w:p>
      <w:r>
        <w:rPr>
          <w:b/>
        </w:rPr>
        <w:t xml:space="preserve">[09:30] </w:t>
      </w:r>
      <w:r>
        <w:t>to jab bhi aadmi react kare, sirf to is ka matlab kiya hai? is ke andar creative thinking nahi hai.</w:t>
      </w:r>
    </w:p>
    <w:p>
      <w:pPr>
        <w:jc w:val="right"/>
      </w:pPr>
      <w:r>
        <w:t>تو جب بھی آدمی ری ایکٹ کرے، صرف تو اس کا مطلب کیا ہے؟ اس کے اندر کریٹیو تھنکنگ نہیں ہے۔</w:t>
      </w:r>
    </w:p>
    <w:p>
      <w:r>
        <w:rPr>
          <w:b/>
        </w:rPr>
        <w:t xml:space="preserve">[09:41] </w:t>
      </w:r>
      <w:r>
        <w:t>creative thinking nahi hai. ab is ke baad jo silsila hai, woh larai ka silsila shuru hua. to do so saal se musalman lad rahe hain, aaj tak lade chale ja rahe hain, abhi bhi.</w:t>
      </w:r>
    </w:p>
    <w:p>
      <w:pPr>
        <w:jc w:val="right"/>
      </w:pPr>
      <w:r>
        <w:t>کریٹیو تھنکنگ نہیں ہے۔ اب اس کے بعد جو سلسلہ ہے، وہ لڑائی کا سلسلہ شروع ہوا۔ تو دو سو سال سے مسلمان لڑ رہے ہیں، آج تک لڑے چلے جا رہے ہیں، ابھی بھی۔</w:t>
      </w:r>
    </w:p>
    <w:p>
      <w:r>
        <w:rPr>
          <w:b/>
        </w:rPr>
        <w:t xml:space="preserve">[09:55] </w:t>
      </w:r>
      <w:r>
        <w:t>yani is ka response unhon ne diya "armed struggle", jis ko kehte hain jihad. halan ke sahi response yeh tha "daawa work", "peaceful daawa work".</w:t>
      </w:r>
    </w:p>
    <w:p>
      <w:pPr>
        <w:jc w:val="right"/>
      </w:pPr>
      <w:r>
        <w:t>یعنی اس کا رسپانس انہوں نے دیا "ارمڈ سٹرگل"، جس کو کہتے ہیں جہاد۔ حالانکہ صحیح رسپانس یہ تھا "داؤ ورک"، "پیس فل داؤ ورک"۔</w:t>
      </w:r>
    </w:p>
    <w:p>
      <w:r>
        <w:rPr>
          <w:b/>
        </w:rPr>
        <w:t xml:space="preserve">[10:04] </w:t>
      </w:r>
      <w:r>
        <w:t>kyun ke yeh yeh naye log jo the, woh aik bohat bari cheez laye the. yani apne aap ko laye the aap ke paas.</w:t>
      </w:r>
    </w:p>
    <w:p>
      <w:pPr>
        <w:jc w:val="right"/>
      </w:pPr>
      <w:r>
        <w:t>کیونکہ یہ یہ نئے لوگ جو تھے، وہ ایک بہت بڑی چیز لائے تھے۔ یعنی اپنے آپ کو لائے تھے آپ کے پاس۔</w:t>
      </w:r>
    </w:p>
    <w:p>
      <w:r>
        <w:rPr>
          <w:b/>
        </w:rPr>
        <w:t xml:space="preserve">[10:13] </w:t>
      </w:r>
      <w:r>
        <w:t>woh yani madu aap ke paas puhanch gaya tha.</w:t>
      </w:r>
    </w:p>
    <w:p>
      <w:pPr>
        <w:jc w:val="right"/>
      </w:pPr>
      <w:r>
        <w:t>وہ یعنی مدعو آپ کے پاس پہنچ گیا تھا۔</w:t>
      </w:r>
    </w:p>
    <w:p>
      <w:r>
        <w:rPr>
          <w:b/>
        </w:rPr>
        <w:t xml:space="preserve">[10:18] </w:t>
      </w:r>
      <w:r>
        <w:t>yeh sare log madu the. jis tarah tatari madu the muslim world mein, aa gaye to tatariyon par daawa work kiya gaya. to kiya hua?</w:t>
      </w:r>
    </w:p>
    <w:p>
      <w:pPr>
        <w:jc w:val="right"/>
      </w:pPr>
      <w:r>
        <w:t>یہ سارے لوگ مدعو تھے۔ جس طرح تاتاری مدعو تھے مسلم ورلڈ میں، آگئے تو تاتاریوں پر داؤ ورک کیا گیا۔ تو کیا ہوا؟</w:t>
      </w:r>
    </w:p>
    <w:p>
      <w:r>
        <w:rPr>
          <w:b/>
        </w:rPr>
        <w:t xml:space="preserve">[10:30] </w:t>
      </w:r>
      <w:r>
        <w:t>pachas saal ke andar woh khud islam ke fold mein aa gaye aur woh islam ke pasban ban gaye. to yeh jo qaumein aayin theen, european qaumein, un ka aanay ke mani kiya the?</w:t>
      </w:r>
    </w:p>
    <w:p>
      <w:pPr>
        <w:jc w:val="right"/>
      </w:pPr>
      <w:r>
        <w:t>پچاس سال کے اندر وہ خود اسلام کے فولڈ میں آگئے اور وہ اسلام کے پاسبہ بن گئے۔ تو یہ جو قومیں آئیں تھیں، یورپین قومیں، ان کا آنے کے معنی کیا تھے؟</w:t>
      </w:r>
    </w:p>
    <w:p>
      <w:r>
        <w:rPr>
          <w:b/>
        </w:rPr>
        <w:t xml:space="preserve">[10:44] </w:t>
      </w:r>
      <w:r>
        <w:t>keh madu khud daai ke haan pohanch gaya.</w:t>
      </w:r>
    </w:p>
    <w:p>
      <w:pPr>
        <w:jc w:val="right"/>
      </w:pPr>
      <w:r>
        <w:t>کہ مدعو خود داعی کے ہاں پہنچ گیا۔</w:t>
      </w:r>
    </w:p>
    <w:p>
      <w:r>
        <w:rPr>
          <w:b/>
        </w:rPr>
        <w:t xml:space="preserve">[10:49] </w:t>
      </w:r>
      <w:r>
        <w:t>kaisi ajeeb baat thi yeh! yaani madu ko talash karne ke liye aap jayen, safar kar ke wahan, aur jab ke madu Khuda ke paas aa jaye.</w:t>
      </w:r>
    </w:p>
    <w:p>
      <w:pPr>
        <w:jc w:val="right"/>
      </w:pPr>
      <w:r>
        <w:t>کیسی عجیب بات تھی یہ! یعنی مدعو کو تلاش کرنے کے لیے آپ جائیں، سفر کر کے وہاں، اور جب کہ مدعو خدا کے پاس آ جائے۔</w:t>
      </w:r>
    </w:p>
    <w:p>
      <w:r>
        <w:rPr>
          <w:b/>
        </w:rPr>
        <w:t xml:space="preserve">[10:58] </w:t>
      </w:r>
      <w:r>
        <w:t>yaani customer khud aa gaya business man ke paas. ek to hai customer dhoond rahe, dhoonda jaye. yaani business man nikle dhoondne ke liye, aur ek hai customer khud aap ke paas aa jaye.</w:t>
      </w:r>
    </w:p>
    <w:p>
      <w:pPr>
        <w:jc w:val="right"/>
      </w:pPr>
      <w:r>
        <w:t>یعنی کسٹمر خود آ گیا بزنس مین کے پاس۔ ایک تو ہے کسٹمر ڈھونڈ رہے، ڈھونڈا جائے۔ یعنی بزنس مین نکلے ڈھونڈنے کے لیے، اور ایک ہے کسٹمر خود آپ کے پاس آ جائے۔</w:t>
      </w:r>
    </w:p>
    <w:p>
      <w:r>
        <w:rPr>
          <w:b/>
        </w:rPr>
        <w:t xml:space="preserve">[11:14] </w:t>
      </w:r>
      <w:r>
        <w:t>to woh positive response hota.</w:t>
      </w:r>
    </w:p>
    <w:p>
      <w:pPr>
        <w:jc w:val="right"/>
      </w:pPr>
      <w:r>
        <w:t>تو وہ پوزیٹیو رسپانس ہوتا۔</w:t>
      </w:r>
    </w:p>
    <w:p>
      <w:r>
        <w:rPr>
          <w:b/>
        </w:rPr>
        <w:t xml:space="preserve">[11:16] </w:t>
      </w:r>
      <w:r>
        <w:t>agar Musalman in aanay walon ko madu ke roop mein dekh paate to woh positive response dete, dawat ki planning karte, phir modern communication ko istemal karte, printing press ko istemal karte,</w:t>
      </w:r>
    </w:p>
    <w:p>
      <w:pPr>
        <w:jc w:val="right"/>
      </w:pPr>
      <w:r>
        <w:t>اگر مسلمان ان آنے والوں کو مدعو کے روپ میں دیکھ پاتے تو وہ پوزیٹیو رسپانس دیتے، دعوت کی پلاننگ کرتے، پھر ماڈرن کمیونیکیشن کو استعمال کرتے، پرنٹنگ پریس کو استعمال کرتے،</w:t>
      </w:r>
    </w:p>
    <w:p>
      <w:r>
        <w:rPr>
          <w:b/>
        </w:rPr>
        <w:t xml:space="preserve">[11:32] </w:t>
      </w:r>
      <w:r>
        <w:t>waghaira waghaira. to creative thinking nahi thi logon ke andar.</w:t>
      </w:r>
    </w:p>
    <w:p>
      <w:pPr>
        <w:jc w:val="right"/>
      </w:pPr>
      <w:r>
        <w:t>وغیرہ وغیرہ۔ تو کریٹیو تھنکنگ نہیں تھی لوگوں کے اندر۔</w:t>
      </w:r>
    </w:p>
    <w:p>
      <w:r>
        <w:rPr>
          <w:b/>
        </w:rPr>
        <w:t xml:space="preserve">[11:38] </w:t>
      </w:r>
      <w:r>
        <w:t>ek bohat hi achi alamat yeh hai janne ki ke aadmi react kar raha hai ke positive response de raha hai.</w:t>
      </w:r>
    </w:p>
    <w:p>
      <w:pPr>
        <w:jc w:val="right"/>
      </w:pPr>
      <w:r>
        <w:t>ایک بہت ہی اچھی علامت یہ ہے جاننے کی کہ آدمی ری ایکٹ کر رہا ہے کہ پازیٹیو رسپانس دے رہا ہے۔</w:t>
      </w:r>
    </w:p>
    <w:p>
      <w:r>
        <w:rPr>
          <w:b/>
        </w:rPr>
        <w:t xml:space="preserve">[11:49] </w:t>
      </w:r>
      <w:r>
        <w:t>agar react kare to us ke andar creative thinking nahi hai, aur positive response de to us ke andar creative thinking hai.</w:t>
      </w:r>
    </w:p>
    <w:p>
      <w:pPr>
        <w:jc w:val="right"/>
      </w:pPr>
      <w:r>
        <w:t>اگر ری ایکٹ کرے تو اس کے اندر کریٹیو تھنکنگ نہیں ہے، اور پازیٹیو رسپانس دے تو اس کے اندر کریٹیو تھنکنگ ہے۔</w:t>
      </w:r>
    </w:p>
    <w:p>
      <w:r>
        <w:rPr>
          <w:b/>
        </w:rPr>
        <w:t xml:space="preserve">[12:00] </w:t>
      </w:r>
      <w:r>
        <w:t>kal ek bohat dilchasp waqia mujhe maloom hua, abhi kal ki baat hai. bohat achi misaal is ki hai, illustrative.</w:t>
      </w:r>
    </w:p>
    <w:p>
      <w:pPr>
        <w:jc w:val="right"/>
      </w:pPr>
      <w:r>
        <w:t>کل ایک بہت دلچسپ واقعہ مجھے معلوم ہوا، ابھی کل کی بات ہے۔ بہت اچھی مثال اس کی ہے، اللسٹریٹیو۔</w:t>
      </w:r>
    </w:p>
    <w:p>
      <w:r>
        <w:rPr>
          <w:b/>
        </w:rPr>
        <w:t xml:space="preserve">[12:11] </w:t>
      </w:r>
      <w:r>
        <w:t>kal mujhe maloom hua hai ek sahib ka qissa. ek sahib ki shadi hui, un ka ek bacha paida hua, phir jaldi un ki death ho gayi.</w:t>
      </w:r>
    </w:p>
    <w:p>
      <w:pPr>
        <w:jc w:val="right"/>
      </w:pPr>
      <w:r>
        <w:t>کل مجھے معلوم ہوا ہے ایک صاحب کا قصہ۔ ایک صاحب کی شادی ہوئی، ان کا ایک بچہ پیدا ہوا، پھر جلدی ان کی ڈیتھ ہو گئی۔</w:t>
      </w:r>
    </w:p>
    <w:p>
      <w:r>
        <w:rPr>
          <w:b/>
        </w:rPr>
        <w:t xml:space="preserve">[12:22] </w:t>
      </w:r>
      <w:r>
        <w:t>jab death ho gayi to maa jo hai, yaani un ki biwi, ronay lagi, ro rahi thi.</w:t>
      </w:r>
    </w:p>
    <w:p>
      <w:pPr>
        <w:jc w:val="right"/>
      </w:pPr>
      <w:r>
        <w:t>جب ڈیتھ ہو گئی تو ماں جو ہے، یعنی ان کی بیوہ، رونے لگی، رو رہی تھی۔</w:t>
      </w:r>
    </w:p>
    <w:p>
      <w:r>
        <w:rPr>
          <w:b/>
        </w:rPr>
        <w:t xml:space="preserve">[12:31] </w:t>
      </w:r>
      <w:r>
        <w:t>to ek bacha jo paida hua tha, woh bache ne dekha, "meri maa ro rahi hai!" to bache ne kaha, "tum kyun ro rahi ho?" kaha ke "dekho, tumhara baap chala gaya, ab ghar ka kharcha kaise chalega?" jante hain bache ne kya kiya?</w:t>
      </w:r>
    </w:p>
    <w:p>
      <w:pPr>
        <w:jc w:val="right"/>
      </w:pPr>
      <w:r>
        <w:t>تو ایک بچہ جو پیدا ہوا تھا، وہ بچے نے دیکھا، "میری ماں رو رہی ہے!" تو بچے نے کہا، "تم کیوں رو رہی ہو؟" کہا کہ "دیکھو، تمہارا باپ چلے گیا، اب گھر کا خرچہ کیسے چلے گا؟" جانتے ہیں بچے نے کیا کیا؟</w:t>
      </w:r>
    </w:p>
    <w:p>
      <w:r>
        <w:rPr>
          <w:b/>
        </w:rPr>
        <w:t xml:space="preserve">[12:49] </w:t>
      </w:r>
      <w:r>
        <w:t>bache ne ek kapra le kar maa ke aansu ko poocha,</w:t>
      </w:r>
    </w:p>
    <w:p>
      <w:pPr>
        <w:jc w:val="right"/>
      </w:pPr>
      <w:r>
        <w:t>بچے نے ایک کپڑا لے کر ماں کے آنسو کو پوچھا،</w:t>
      </w:r>
    </w:p>
    <w:p>
      <w:r>
        <w:rPr>
          <w:b/>
        </w:rPr>
        <w:t xml:space="preserve">[12:58] </w:t>
      </w:r>
      <w:r>
        <w:t>apni jeb mein haath dala, us ne kaha, "dekho maa, mere paas dua aanay hain, paise lo is ko!" us zamane ki baat hai jab dua aana bohat bari cheez hoti thi, ab to dua aana koi cheez nahi hai.</w:t>
      </w:r>
    </w:p>
    <w:p>
      <w:pPr>
        <w:jc w:val="right"/>
      </w:pPr>
      <w:r>
        <w:t>اپنی جیب میں ہاتھ ڈالا، اس نے کہا، "دیکھو ماں، میرے پاس دعا آنے ہیں، پیسے لو اس کو!" اس زمانے کی بات ہے جب دعا آنا بہت بڑی چیز ہوتی تھی، اب تو دعا آنا کوئی چیز نہیں ہے۔</w:t>
      </w:r>
    </w:p>
    <w:p>
      <w:r>
        <w:rPr>
          <w:b/>
        </w:rPr>
        <w:t xml:space="preserve">[13:09] </w:t>
      </w:r>
      <w:r>
        <w:t>to kaha, "dekho, mere paas dua aanay hain, lo is ko, istemal karo!"</w:t>
      </w:r>
    </w:p>
    <w:p>
      <w:pPr>
        <w:jc w:val="right"/>
      </w:pPr>
      <w:r>
        <w:t>تو کہا، "دیکھو، میرے پاس دعا آنے ہیں، لو اس کو، استعمال کرو!"</w:t>
      </w:r>
    </w:p>
    <w:p>
      <w:r>
        <w:rPr>
          <w:b/>
        </w:rPr>
        <w:t xml:space="preserve">[13:16] </w:t>
      </w:r>
      <w:r>
        <w:t>aansoo pooch kar us ne dua aanay</w:t>
      </w:r>
    </w:p>
    <w:p>
      <w:pPr>
        <w:jc w:val="right"/>
      </w:pPr>
      <w:r>
        <w:t>آنسو پوچھ کر اس نے دعا آنے</w:t>
      </w:r>
    </w:p>
    <w:p>
      <w:r>
        <w:rPr>
          <w:b/>
        </w:rPr>
        <w:t xml:space="preserve">[13:18] </w:t>
      </w:r>
      <w:r>
        <w:t>pesh kiye. yeh kya hai? is ka matlab kya tha? is ka matlab yeh tha ke aaj, aaj ke lehaz se socho, kal ke lehaz ko soch rahi ho.</w:t>
      </w:r>
    </w:p>
    <w:p>
      <w:pPr>
        <w:jc w:val="right"/>
      </w:pPr>
      <w:r>
        <w:t>پیش کیے۔ یہ کیا ہے؟ اس کا مطلب کیا تھا؟ اس کا مطلب یہ تھا کہ آج، آج کے لحاظ سے سوچو، کل کے لحاظ کو سوچ رہی ہو۔</w:t>
      </w:r>
    </w:p>
    <w:p>
      <w:r>
        <w:rPr>
          <w:b/>
        </w:rPr>
        <w:t xml:space="preserve">[13:30] </w:t>
      </w:r>
      <w:r>
        <w:t>aaj ka kharcha chalane ke liye hamare paas paisa maujood hai, to kal ke liye kyun ro rahe ho? tum kal aaye ga to phir ho jaye ga, phir ho jaye ga.</w:t>
      </w:r>
    </w:p>
    <w:p>
      <w:pPr>
        <w:jc w:val="right"/>
      </w:pPr>
      <w:r>
        <w:t>آج کا خرچہ چلانے کے لیے ہمارے پاس پیسہ موجود ہے، تو کل کے لیے کیوں رو رہے ہو؟ تم کل آئے گا تو پھر پھر ہو جائے گا، پھر ہو جائے گا۔</w:t>
      </w:r>
    </w:p>
    <w:p>
      <w:r>
        <w:rPr>
          <w:b/>
        </w:rPr>
        <w:t xml:space="preserve">[13:40] </w:t>
      </w:r>
      <w:r>
        <w:t>yaani aaj jo hai, us ko le kar sochna, aur jo mazi mein khoya gaya, us ko le kar sochna.</w:t>
      </w:r>
    </w:p>
    <w:p>
      <w:pPr>
        <w:jc w:val="right"/>
      </w:pPr>
      <w:r>
        <w:t>یعنی آج جو ہے، اس کو لے کر سوچنا، اور جو ماضی میں کھویا گیا، اس کو لے کر سوچنا۔</w:t>
      </w:r>
    </w:p>
    <w:p>
      <w:r>
        <w:rPr>
          <w:b/>
        </w:rPr>
        <w:t xml:space="preserve">[13:51] </w:t>
      </w:r>
      <w:r>
        <w:t>yaani ek hai ke aap jo khoya gaya, us ko le kar sochen. ek yeh hai ke jo abhi bhi aap ke paas hai, us ko le kar sochen. aap</w:t>
      </w:r>
    </w:p>
    <w:p>
      <w:pPr>
        <w:jc w:val="right"/>
      </w:pPr>
      <w:r>
        <w:t>یعنی ایک ہے کہ آپ جو کھویا گیا، اس کو لے کر سوچیں۔ ایک یہ ہے کہ جو ابھی بھی آپ کے پاس ہے، اس کو لے کر سوچیں۔ آپ</w:t>
      </w:r>
    </w:p>
    <w:p>
      <w:r>
        <w:rPr>
          <w:b/>
        </w:rPr>
        <w:t xml:space="preserve">[14:00] </w:t>
      </w:r>
      <w:r>
        <w:t>to bache ne jo kaha, us ka matlab yeh tha ke jo khoye ga, us us ko us ko le ke kyun sochti ho? tum jo hai, abhi hamare paas, us ko le kar socho. yeh dua aanay ke paise hain.</w:t>
      </w:r>
    </w:p>
    <w:p>
      <w:pPr>
        <w:jc w:val="right"/>
      </w:pPr>
      <w:r>
        <w:t>تو بچے نے جو کہا، اس کا مطلب یہ تھا کہ جو کھوئے گا، اس اس کو اس کو لے کے کیوں سوچتی ہو؟ تم جو ہے، ابھی ہمارے پاس، اس کو لے کر سوچو۔ یہ دعا آنے کے پیسے ہیں۔</w:t>
      </w:r>
    </w:p>
    <w:p>
      <w:r>
        <w:rPr>
          <w:b/>
        </w:rPr>
        <w:t xml:space="preserve">[14:11] </w:t>
      </w:r>
      <w:r>
        <w:t>yeh bohat bari wisdom hai, super wisdom hai. aur Rasool Allah Sal Allah o Alaihe Wasallam ne poora kaam jo aap ne 23 saal kiya, us mein hum ko yahi wisdom dikhai deti hai.</w:t>
      </w:r>
    </w:p>
    <w:p>
      <w:pPr>
        <w:jc w:val="right"/>
      </w:pPr>
      <w:r>
        <w:t>یہ بہت بڑی وزڈم ہے، سپر وزڈم ہے۔ اور رسول اللہ صلی اللہ علیہ وسلم نے پورا کام جو آپ نے 23 سال کیا، اس میں ہم کو یہی وزڈم دکھائی دیتی ہے۔</w:t>
      </w:r>
    </w:p>
    <w:p>
      <w:r>
        <w:rPr>
          <w:b/>
        </w:rPr>
        <w:t xml:space="preserve">[14:26] </w:t>
      </w:r>
      <w:r>
        <w:t>yahi wisdom ke khoye hue ko le kar na socho, balkeh jo hai, abhi bhi mila hua, us ko le kar socho. is tarah kya hoga?</w:t>
      </w:r>
    </w:p>
    <w:p>
      <w:pPr>
        <w:jc w:val="right"/>
      </w:pPr>
      <w:r>
        <w:t>یہی وزڈم کہ کھوئے ہوئے کو لے کر نہ سوچو، بلکہ جو ہے، ابھی بھی ملا ہوا، اس کو لے کر سوچو۔ اس طرح کیا ہوگا؟</w:t>
      </w:r>
    </w:p>
    <w:p>
      <w:r>
        <w:rPr>
          <w:b/>
        </w:rPr>
        <w:t xml:space="preserve">[14:37] </w:t>
      </w:r>
      <w:r>
        <w:t>aap ko starting point mil jaye ga.</w:t>
      </w:r>
    </w:p>
    <w:p>
      <w:pPr>
        <w:jc w:val="right"/>
      </w:pPr>
      <w:r>
        <w:t>آپ کو سٹارٹنگ پوائنٹ مل جائے گا۔</w:t>
      </w:r>
    </w:p>
    <w:p>
      <w:r>
        <w:rPr>
          <w:b/>
        </w:rPr>
        <w:t xml:space="preserve">[14:41] </w:t>
      </w:r>
      <w:r>
        <w:t>khoye hue ko le kar sochna, sochne se kya milta hai? rona, react karna, gham karna, protest karna, complaint karna, yeh milta hai.</w:t>
      </w:r>
    </w:p>
    <w:p>
      <w:pPr>
        <w:jc w:val="right"/>
      </w:pPr>
      <w:r>
        <w:t>کھوئے ہوئے کو لے کر سوچنا، سوچنے سے کیا ملتا ہے؟ رونا، ری ایکٹ کرنا، غم کرنا، پروٹیسٹ کرنا، کمپلینٹ کرنا، یہ ملتا ہے۔</w:t>
      </w:r>
    </w:p>
    <w:p>
      <w:r>
        <w:rPr>
          <w:b/>
        </w:rPr>
        <w:t xml:space="preserve">[14:53] </w:t>
      </w:r>
      <w:r>
        <w:t>aur jo abhi mila hua hai, us ko le kar sochne se kya hota hai? Aap ko starting point mil jata hai, aap ko line of action mil jati hai, aap ka hosla barhta hai.</w:t>
      </w:r>
    </w:p>
    <w:p>
      <w:pPr>
        <w:jc w:val="right"/>
      </w:pPr>
      <w:r>
        <w:t>اور جو ابھی ملا ہوا ہے، اس کو لے کر سوچنے سے کیا ہوتا ہے؟ آپ کو سٹارٹنگ پوائنٹ مل جاتا ہے، آپ کو لائن آف ایکشن مل جاتی ہے، آپ کا حوصلہ بڑھتا ہے۔</w:t>
      </w:r>
    </w:p>
    <w:p>
      <w:r>
        <w:rPr>
          <w:b/>
        </w:rPr>
        <w:t xml:space="preserve">[15:04] </w:t>
      </w:r>
      <w:r>
        <w:t>yani aap</w:t>
      </w:r>
    </w:p>
    <w:p>
      <w:pPr>
        <w:jc w:val="right"/>
      </w:pPr>
      <w:r>
        <w:t>یعنی آپ</w:t>
      </w:r>
    </w:p>
    <w:p>
      <w:r>
        <w:rPr>
          <w:b/>
        </w:rPr>
        <w:t xml:space="preserve">[15:07] </w:t>
      </w:r>
      <w:r>
        <w:t>bohat sari positive qualities paida hoti hain.</w:t>
      </w:r>
    </w:p>
    <w:p>
      <w:pPr>
        <w:jc w:val="right"/>
      </w:pPr>
      <w:r>
        <w:t>بہت ساری پازیٹیو کوالٹیز پیدا ہوتی ہیں۔</w:t>
      </w:r>
    </w:p>
    <w:p>
      <w:r>
        <w:rPr>
          <w:b/>
        </w:rPr>
        <w:t xml:space="preserve">[15:11] </w:t>
      </w:r>
      <w:r>
        <w:t>yeh hai creative thinking. To is daur ke musalman jo the, mujhe koi exception nahi maloom jis ke andar, jis ne creative thinking ka saboot diya ho.</w:t>
      </w:r>
    </w:p>
    <w:p>
      <w:pPr>
        <w:jc w:val="right"/>
      </w:pPr>
      <w:r>
        <w:t>یہ ہے کریٹیو تھنکنگ۔ تو اس دور کے مسلمان جو تھے، مجھے کوئی ایکسیپشن نہیں معلوم جس کے اندر، جس نے کریٹیو تھنکنگ کا ثبوت دیا ہو۔</w:t>
      </w:r>
    </w:p>
    <w:p>
      <w:r>
        <w:rPr>
          <w:b/>
        </w:rPr>
        <w:t xml:space="preserve">[15:26] </w:t>
      </w:r>
      <w:r>
        <w:t>halankay hamari jo history hai, Rasool Allah Sal Allahu Alaihi Wasallam ka jo uswa hai, us mein jo sara bhara hua hai, yani creativity hi sab se bara unwan hai aap ki seerat ka.</w:t>
      </w:r>
    </w:p>
    <w:p>
      <w:pPr>
        <w:jc w:val="right"/>
      </w:pPr>
      <w:r>
        <w:t>حالانکہ ہماری جو ہسٹری ہے، رسول اللہ صلی اللہ علیہ وسلم کا جو اسوہ ہے، اس میں جو سارا بھرا ہوا ہے، یعنی کریٹیوٹی ہی سب سے بڑا عنوان ہے آپ کی سیرت کا۔</w:t>
      </w:r>
    </w:p>
    <w:p>
      <w:r>
        <w:rPr>
          <w:b/>
        </w:rPr>
        <w:t xml:space="preserve">[15:41] </w:t>
      </w:r>
      <w:r>
        <w:t>misalan dekhiye, Hazrat Ibrahim ne char hazar saal pehle</w:t>
      </w:r>
    </w:p>
    <w:p>
      <w:pPr>
        <w:jc w:val="right"/>
      </w:pPr>
      <w:r>
        <w:t>مثلاً دیکھیے، حضرت ابراہیم نے چار ہزار سال پہلے</w:t>
      </w:r>
    </w:p>
    <w:p>
      <w:r>
        <w:rPr>
          <w:b/>
        </w:rPr>
        <w:t xml:space="preserve">[15:47] </w:t>
      </w:r>
      <w:r>
        <w:t>Makkah, idhar desert tha, us waqt Makkah nahi tha,</w:t>
      </w:r>
    </w:p>
    <w:p>
      <w:pPr>
        <w:jc w:val="right"/>
      </w:pPr>
      <w:r>
        <w:t>مکہ، ادھر ڈیزرٹ تھا، اس وقت مکہ نہیں تھا،</w:t>
      </w:r>
    </w:p>
    <w:p>
      <w:r>
        <w:rPr>
          <w:b/>
        </w:rPr>
        <w:t xml:space="preserve">[15:52] </w:t>
      </w:r>
      <w:r>
        <w:t>woh isi waqt se abad hua. Woh to wahan par unhon ne ek masjid banai, Ka'aba. Ka'aba ek masjid thi, aur wahan par Hazrat Ibrahim aur Ismail, un logon ne namaz parhi wahan par.</w:t>
      </w:r>
    </w:p>
    <w:p>
      <w:pPr>
        <w:jc w:val="right"/>
      </w:pPr>
      <w:r>
        <w:t>وہ اسی وقت سے آباد ہوا۔ وہ تو وہاں پر انہوں نے ایک مسجد بنائی، کعبہ۔ کعبہ ایک مسجد تھی، اور وہاں پر حضرت ابراہیم اور اسماعیل، ان لوگوں نے نماز پڑھی وہاں پر۔</w:t>
      </w:r>
    </w:p>
    <w:p>
      <w:r>
        <w:rPr>
          <w:b/>
        </w:rPr>
        <w:t xml:space="preserve">[16:08] </w:t>
      </w:r>
      <w:r>
        <w:t>aur phir un ke jo nasal barhi to woh namaz parhti rahi. Lekin jab Rasool Allah Sal Allahu Alaihi Wasallam Makkah mein aaye, us waqt ka wahan par scene tha.</w:t>
      </w:r>
    </w:p>
    <w:p>
      <w:pPr>
        <w:jc w:val="right"/>
      </w:pPr>
      <w:r>
        <w:t>اور پھر ان کے جو نسل بڑھی تو وہ نماز پڑھتی رہی۔ لیکن جب رسول اللہ صلی اللہ علیہ وسلم مکے میں آئے، اس وقت کا وہاں پر سین تھا۔</w:t>
      </w:r>
    </w:p>
    <w:p>
      <w:r>
        <w:rPr>
          <w:b/>
        </w:rPr>
        <w:t xml:space="preserve">[16:22] </w:t>
      </w:r>
      <w:r>
        <w:t>Us us waqt yeh scene tha ke Ka'aba mein is ke jo premises the. To Ka'aba mein kai so but rakh diye the unhon ne, kyunke lambi muddat ke baad wahan par mushrikeen aa gaye aur mushrikeen ka wahan par dabdaba ho gaya.</w:t>
      </w:r>
    </w:p>
    <w:p>
      <w:pPr>
        <w:jc w:val="right"/>
      </w:pPr>
      <w:r>
        <w:t>اس اس وقت یہ سین تھا کہ کعبہ میں اس کے جو پریمسز تھے۔ تو کعبہ میں کئی سو بت رکھ دیے تھے انہوں نے، کیونکہ لمبی مدت کے بعد وہاں پر مشرکین آگئے اور مشرکین کا وہاں پر دبدبہ ہو گیا۔</w:t>
      </w:r>
    </w:p>
    <w:p>
      <w:r>
        <w:rPr>
          <w:b/>
        </w:rPr>
        <w:t xml:space="preserve">[16:43] </w:t>
      </w:r>
      <w:r>
        <w:t>In logon ne Ka'aba mein bohat sare but rakh diye.</w:t>
      </w:r>
    </w:p>
    <w:p>
      <w:pPr>
        <w:jc w:val="right"/>
      </w:pPr>
      <w:r>
        <w:t>ان لوگوں نے کعبہ میں بہت سارے بت رکھ دیے۔</w:t>
      </w:r>
    </w:p>
    <w:p>
      <w:r>
        <w:rPr>
          <w:b/>
        </w:rPr>
        <w:t xml:space="preserve">[16:47] </w:t>
      </w:r>
      <w:r>
        <w:t>Ab Rasool Allah Sal Allahu Alaihi Wasallam jo aaye the, Rasool Allah Sal Allahu Alaihi Wasallam ka tha Ibrahimi jo deen tha, us ko us ko revive karna.</w:t>
      </w:r>
    </w:p>
    <w:p>
      <w:pPr>
        <w:jc w:val="right"/>
      </w:pPr>
      <w:r>
        <w:t>اب رسول اللہ صلی اللہ علیہ وسلم جو آئے تھے، رسول اللہ صلی اللہ علیہ وسلم کا تھا ابراہیمی جو دین تھا، اس کو اس کو ریوائیو کرنا۔</w:t>
      </w:r>
    </w:p>
    <w:p>
      <w:r>
        <w:rPr>
          <w:b/>
        </w:rPr>
        <w:t xml:space="preserve">[16:57] </w:t>
      </w:r>
      <w:r>
        <w:t>Aap ka mission tha ke Ibrahimi deen ko revive karein, yeh mission tha aap ka. To aap sochte wahan se ke dekho, Hazrat Ibrahim ne Ka'aba ko banaya tha to wahan koi but nahi hota tha.</w:t>
      </w:r>
    </w:p>
    <w:p>
      <w:pPr>
        <w:jc w:val="right"/>
      </w:pPr>
      <w:r>
        <w:t>آپ کا مشن تھا کہ ابراہیمی دین کو ریوائیو کریں، یہ مشن تھا آپ کا۔ تو آپ سوچتے وہاں سے کہ دیکھو، حضرت ابراہیم نے کعبہ کو بنایا تھا تو وہاں کوئی بت نہیں ہوتا تھا۔</w:t>
      </w:r>
    </w:p>
    <w:p>
      <w:r>
        <w:rPr>
          <w:b/>
        </w:rPr>
        <w:t xml:space="preserve">[17:09] </w:t>
      </w:r>
      <w:r>
        <w:t>Yeh to bohat hi gandi baat hai, us ko hatayo, us ko todo, us ko phenko. Us ko yani sochte, yahan se sochte hain. Woh to kya hota?</w:t>
      </w:r>
    </w:p>
    <w:p>
      <w:pPr>
        <w:jc w:val="right"/>
      </w:pPr>
      <w:r>
        <w:t>یہ تو بہت ہی گندی بات ہے، اس کو ہٹاؤ، اس کو توڑو، اس کو پھینکو۔ اس کو یعنی سوچتے، یہاں سے سوچتے ہیں۔ وہ تو کیا ہوتا؟</w:t>
      </w:r>
    </w:p>
    <w:p>
      <w:r>
        <w:rPr>
          <w:b/>
        </w:rPr>
        <w:t xml:space="preserve">[17:19] </w:t>
      </w:r>
      <w:r>
        <w:t>Larai bhidai hoti hai. Aap ne kya socha? Aap ne yeh socha ke Ka'aba mein jo but rakhe hue hain, us ka ek ek aur bhi aspect hai.</w:t>
      </w:r>
    </w:p>
    <w:p>
      <w:pPr>
        <w:jc w:val="right"/>
      </w:pPr>
      <w:r>
        <w:t>لڑائی بھڑائی ہوتی ہے۔ آپ نے کیا سوچا؟ آپ نے یہ سوچا کہ کعبہ میں جو بت رکھے ہوئے ہیں، اس کا ایک ایک اور بھی اسپیکٹ ہے۔</w:t>
      </w:r>
    </w:p>
    <w:p>
      <w:r>
        <w:rPr>
          <w:b/>
        </w:rPr>
        <w:t xml:space="preserve">[17:31] </w:t>
      </w:r>
      <w:r>
        <w:t>Woh aspect kya hai? Isi ki wajah se is ke jo pujari hain, woh yahan ikhatta hote hain.</w:t>
      </w:r>
    </w:p>
    <w:p>
      <w:pPr>
        <w:jc w:val="right"/>
      </w:pPr>
      <w:r>
        <w:t>وہ اسپیکٹ کیا ہے؟ اسی کی وجہ سے اس کے جو پجاری ہیں، وہ یہاں اکٹھا ہوتے ہیں۔</w:t>
      </w:r>
    </w:p>
    <w:p>
      <w:r>
        <w:rPr>
          <w:b/>
        </w:rPr>
        <w:t xml:space="preserve">[17:38] </w:t>
      </w:r>
      <w:r>
        <w:t>yani is ki wajah se ek gathering yahan hoti hai. To ek hai, ek tha masla presence of models ka, ek masla tha gathering ka.</w:t>
      </w:r>
    </w:p>
    <w:p>
      <w:pPr>
        <w:jc w:val="right"/>
      </w:pPr>
      <w:r>
        <w:t>یعنی اس کی وجہ سے ایک گیدرنگ یہاں ہوتی ہے۔ تو ایک ہے، ایک تھا مسئلہ پریزنس آف ماڈلز کا، ایک مسئلہ تھا گیدرنگ کا۔</w:t>
      </w:r>
    </w:p>
    <w:p>
      <w:r>
        <w:rPr>
          <w:b/>
        </w:rPr>
        <w:t xml:space="preserve">[17:48] </w:t>
      </w:r>
      <w:r>
        <w:t>Tum ne deal link kiya, Rasool Allah Sal Allahu Alaihi Wasallam ne deal link kiya, dono ko</w:t>
      </w:r>
    </w:p>
    <w:p>
      <w:pPr>
        <w:jc w:val="right"/>
      </w:pPr>
      <w:r>
        <w:t>تم نے ڈیل لنک کیا، رسول اللہ صلی اللہ علیہ وسلم نے ڈیل لنک کیا، دونوں کو</w:t>
      </w:r>
    </w:p>
    <w:p>
      <w:r>
        <w:rPr>
          <w:b/>
        </w:rPr>
        <w:t xml:space="preserve">[17:52] </w:t>
      </w:r>
      <w:r>
        <w:t>deal linking policy ikhtiyar ki aap ne ke for the time being aap ne us ko ignore kiya, buton ke hone ko aur gathering ko as an audience istemal kiya.</w:t>
      </w:r>
    </w:p>
    <w:p>
      <w:pPr>
        <w:jc w:val="right"/>
      </w:pPr>
      <w:r>
        <w:t>ڈیل لنکنگ پالیسی اختیار کی آپ نے کہ فار دا ٹائم بینگ آپ نے اس کو اگنور کیا، بتوں کے ہونے کو اور گیدرنگ کو ایز اینڈ آڈینس استعمال کیا۔</w:t>
      </w:r>
    </w:p>
    <w:p>
      <w:r>
        <w:rPr>
          <w:b/>
        </w:rPr>
        <w:t xml:space="preserve">[18:07] </w:t>
      </w:r>
      <w:r>
        <w:t>Aur 13 saal tak is mein aap is tarah kaam karte rahe.</w:t>
      </w:r>
    </w:p>
    <w:p>
      <w:pPr>
        <w:jc w:val="right"/>
      </w:pPr>
      <w:r>
        <w:t>اور 13 سال تک اس میں آپ اس طرح کام کرتے رہے۔</w:t>
      </w:r>
    </w:p>
    <w:p>
      <w:r>
        <w:rPr>
          <w:b/>
        </w:rPr>
        <w:t xml:space="preserve">[18:13] </w:t>
      </w:r>
      <w:r>
        <w:t>To dekhiye, us waqt jo jitne brain the, woh sab Makkah mein to the, wahan yani yani Arab ka jo brain tha, woh Makkah mein tha.</w:t>
      </w:r>
    </w:p>
    <w:p>
      <w:pPr>
        <w:jc w:val="right"/>
      </w:pPr>
      <w:r>
        <w:t>تو دیکھیے، اس وقت جو جتنے برین تھے، وہ سب مکے میں تو تھے، وہاں یعنی یعنی عرب کا جو برین تھا، وہ مکہ میں تھا۔</w:t>
      </w:r>
    </w:p>
    <w:p>
      <w:r>
        <w:rPr>
          <w:b/>
        </w:rPr>
        <w:t xml:space="preserve">[18:25] </w:t>
      </w:r>
      <w:r>
        <w:t>Makkah mein education thi, Makkah mein leadership thi, Makkah ke log yani poore Arab mein in ka ek dabdaba hota tha.</w:t>
      </w:r>
    </w:p>
    <w:p>
      <w:pPr>
        <w:jc w:val="right"/>
      </w:pPr>
      <w:r>
        <w:t>مکہ میں ایجوکیشن تھی، مکہ میں لیڈرشپ تھی، مکہ کے لوگ یعنی پورے عرب میں ان کا ایک دبدبہ ہوتا تھا۔</w:t>
      </w:r>
    </w:p>
    <w:p>
      <w:r>
        <w:rPr>
          <w:b/>
        </w:rPr>
        <w:t xml:space="preserve">[18:36] </w:t>
      </w:r>
      <w:r>
        <w:t>To sara brain Makkah mein ikhatta tha. Is brain ko nikalna tha aap ko.</w:t>
      </w:r>
    </w:p>
    <w:p>
      <w:pPr>
        <w:jc w:val="right"/>
      </w:pPr>
      <w:r>
        <w:t>تو سارا برین مکہ میں اکٹھا تھا۔ اس برین کو نکالنا تھا آپ کو۔</w:t>
      </w:r>
    </w:p>
    <w:p>
      <w:r>
        <w:rPr>
          <w:b/>
        </w:rPr>
        <w:t xml:space="preserve">[18:41] </w:t>
      </w:r>
      <w:r>
        <w:t>Agar aap larai chher dete to kya hota? Sab marte jeete, yeh yeh idhar ke log marte, kuch idhar ke log marte, qissa khatam. To aap ne is yeh policy ikhtiyar ki ke ke buton ko avoid karo, is gathering ko avail karo.</w:t>
      </w:r>
    </w:p>
    <w:p>
      <w:pPr>
        <w:jc w:val="right"/>
      </w:pPr>
      <w:r>
        <w:t>اگر آپ لڑائی چھیڑ دیتے تو کیا ہوتا؟ سب مرتے جیتے، یہ یہ ادھر کے لوگ مرتے، کچھ ادھر کے لوگ مرتے، قصہ ختم۔ تو آپ نے اس یہ پالیسی اختیار کی کہ کہ بتوں کو اوائڈ کرو، اس گیدرنگ کو اویل کرو۔</w:t>
      </w:r>
    </w:p>
    <w:p>
      <w:r>
        <w:rPr>
          <w:b/>
        </w:rPr>
        <w:t xml:space="preserve">[18:57] </w:t>
      </w:r>
      <w:r>
        <w:t>Daily wahan par ja ja kar aap Quran sunate the, un ko Islam ki baat batate the. To dheere dheere, dheere dheere sara jo jo creamy layer tha Makkah ka, woh aap ke hath mein aa gaya.</w:t>
      </w:r>
    </w:p>
    <w:p>
      <w:pPr>
        <w:jc w:val="right"/>
      </w:pPr>
      <w:r>
        <w:t>ڈیلی وہاں پر جا جا کر آپ قرآن سناتے تھے، ان کو اسلام کی بات بتاتے تھے۔ تو دھیرے دھیرے، دھیرے دھیرے سارا جو جو کریمی لیئر تھا مکے کا، وہ آپ کے ہاتھ میں آ گیا۔</w:t>
      </w:r>
    </w:p>
    <w:p>
      <w:r>
        <w:rPr>
          <w:b/>
        </w:rPr>
        <w:t xml:space="preserve">[19:10] </w:t>
      </w:r>
      <w:r>
        <w:t>aaj kal ki zaban mein kremi layer. chunancha khalid bin waleed jab bohat baad ko musalman hue thay, to jab woh hijrat ke baad to makka se jab woh ja rahe thay madina, rastay mein un ko aik sahib miley,</w:t>
      </w:r>
    </w:p>
    <w:p>
      <w:pPr>
        <w:jc w:val="right"/>
      </w:pPr>
      <w:r>
        <w:t>آج کل کی زبان میں کریمی لیئر۔ چنانچہ خالد بن ولید جب بہت بعد کو مسلمان ہوئے تھے، تو جب وہ ہجرت کے بعد تو مکہ سے جب وہ جا رہے تھے مدینہ، راستے میں ان کو ایک صاحب ملے،</w:t>
      </w:r>
    </w:p>
    <w:p>
      <w:r>
        <w:rPr>
          <w:b/>
        </w:rPr>
        <w:t xml:space="preserve">[19:29] </w:t>
      </w:r>
      <w:r>
        <w:t>umar bin al-aas. unhon ne poocha, "kahan ja rahe ho?" unhon ne kaha, "ke islam qabool karne ke liye."</w:t>
      </w:r>
    </w:p>
    <w:p>
      <w:pPr>
        <w:jc w:val="right"/>
      </w:pPr>
      <w:r>
        <w:t>عمر بن العاص۔ انہوں نے پوچھا، "کہاں جا رہے ہو؟" انہوں نے کہا، "کہ اسلام قبول کرنے کے لیے۔"</w:t>
      </w:r>
    </w:p>
    <w:p>
      <w:r>
        <w:rPr>
          <w:b/>
        </w:rPr>
        <w:t xml:space="preserve">[19:37] </w:t>
      </w:r>
      <w:r>
        <w:t>us waqt unhon ne aik kalma kaha tha ke "dakhal al-nas fi al-islam fa lam yabqa ad bihi taawun." matlab jitne yani people of taste thay, woh sab to islam mein chale gaye.</w:t>
      </w:r>
    </w:p>
    <w:p>
      <w:pPr>
        <w:jc w:val="right"/>
      </w:pPr>
      <w:r>
        <w:t>اس وقت انہوں نے ایک کلمہ کہا تھا کہ "دخل الناس فی الاسلام فلم یبق عاد بہ تعاون۔" مطلب جتنے یعنی پیپل آف ٹیسٹ تھے، وہ سب تو اسلام میں چلے گئے۔</w:t>
      </w:r>
    </w:p>
    <w:p>
      <w:r>
        <w:rPr>
          <w:b/>
        </w:rPr>
        <w:t xml:space="preserve">[19:52] </w:t>
      </w:r>
      <w:r>
        <w:t>ab to chhachh hai makka mein. yani kremi layer jo tha, woh chala gaya madina. madina islam qabool kar ke, ab ab to makka mein chhachh reh gaya hai.</w:t>
      </w:r>
    </w:p>
    <w:p>
      <w:pPr>
        <w:jc w:val="right"/>
      </w:pPr>
      <w:r>
        <w:t>اب تو چھاچھ ہے مکہ میں۔ یعنی کریمی لیئر جو تھا، وہ چلا گیا مدینہ۔ مدینہ اسلام قبول کر کے، اب اب تو مکہ میں چھاچھ رہ گیا ہے۔</w:t>
      </w:r>
    </w:p>
    <w:p>
      <w:r>
        <w:rPr>
          <w:b/>
        </w:rPr>
        <w:t xml:space="preserve">[20:03] </w:t>
      </w:r>
      <w:r>
        <w:t>yeh kaise possible hua?</w:t>
      </w:r>
    </w:p>
    <w:p>
      <w:pPr>
        <w:jc w:val="right"/>
      </w:pPr>
      <w:r>
        <w:t>یہ کیسے پاسیبل ہوا؟</w:t>
      </w:r>
    </w:p>
    <w:p>
      <w:r>
        <w:rPr>
          <w:b/>
        </w:rPr>
        <w:t xml:space="preserve">[20:05] </w:t>
      </w:r>
      <w:r>
        <w:t>yani itni bari cheez kaise possible hui ke kremi layer jo tha, woh aap ke hath mein aa jaye? woh hua patience se, tolerance se, planning se, wohi policy ke jo jo jo aap problem hai, us ko ignore karo, opportunity jo hai, us ko avail karo.</w:t>
      </w:r>
    </w:p>
    <w:p>
      <w:pPr>
        <w:jc w:val="right"/>
      </w:pPr>
      <w:r>
        <w:t>یعنی اتنی بڑی چیز کیسے پاسیبل ہوئی کہ کریمی لیئر جو تھا، وہ آپ کے ہاتھ میں آ جائے؟ وہ ہوا پیشن سے، ٹالرنس سے، پلاننگ سے، وہی پالیسی کہ جو جو جو آپ پرابلم ہے، اس کو اگنور کرو، اپرچونیٹی جو ہے، اس کو اویل کرو۔</w:t>
      </w:r>
    </w:p>
    <w:p>
      <w:r>
        <w:rPr>
          <w:b/>
        </w:rPr>
        <w:t xml:space="preserve">[20:28] </w:t>
      </w:r>
      <w:r>
        <w:t>to 13 saal ki is planning ke nateejay mein makke ke saare brain aap ko mil g</w:t>
      </w:r>
    </w:p>
    <w:p>
      <w:pPr>
        <w:jc w:val="right"/>
      </w:pPr>
      <w:r>
        <w:t>تو 13 سال کی اس پلاننگ کے نتیجے میں مکے کے سارے برین آپ کو مل گ</w:t>
      </w:r>
    </w:p>
    <w:p>
      <w:r>
        <w:rPr>
          <w:b/>
        </w:rPr>
        <w:t xml:space="preserve">[20:33] </w:t>
      </w:r>
      <w:r>
        <w:t>aye. yahi log hain jinhon ne islam ki tareekh banai. yani abubakar, umar, usman, ali, muaz bin jabal, yeh saare log jo hain, top ke jo jin ko hum kehte hain ajal sahaba,</w:t>
      </w:r>
    </w:p>
    <w:p>
      <w:pPr>
        <w:jc w:val="right"/>
      </w:pPr>
      <w:r>
        <w:t>ئے۔ یہی لوگ ہیں جنہوں نے اسلام کی تاریخ بنائی۔ یعنی ابوبکر، عمر، عثمان، علی، معاذ بن جبل، یہ سارے لوگ جو ہیں، ٹاپ کے جو جن کو ہم کہتے ہیں اجل صحابہ،</w:t>
      </w:r>
    </w:p>
    <w:p>
      <w:r>
        <w:rPr>
          <w:b/>
        </w:rPr>
        <w:t xml:space="preserve">[20:46] </w:t>
      </w:r>
      <w:r>
        <w:t>jo top ke sahabi hain, un ko ajal sahaba kaha jata hai. woh isi mele thay, isi zamanay mein. yeh hai creative thinking.</w:t>
      </w:r>
    </w:p>
    <w:p>
      <w:pPr>
        <w:jc w:val="right"/>
      </w:pPr>
      <w:r>
        <w:t>جو ٹاپ کے صحابی ہیں، ان کو اجل صحابہ کہا جاتا ہے۔ وہ اسی میلے تھے، اسی زمانے میں۔ یہ ہے کریٹیو تھنکنگ۔</w:t>
      </w:r>
    </w:p>
    <w:p>
      <w:r>
        <w:rPr>
          <w:b/>
        </w:rPr>
        <w:t xml:space="preserve">[20:56] </w:t>
      </w:r>
      <w:r>
        <w:t>creative thinking se aap is qabil hotay hain ke aap positive planning karen, aap opportunities ko dekh saken, aap bajaye is ke complain karen, mayoosi mein par jayen, aap mawaqe ko dhoond kar us ko avail karen.</w:t>
      </w:r>
    </w:p>
    <w:p>
      <w:pPr>
        <w:jc w:val="right"/>
      </w:pPr>
      <w:r>
        <w:t>کریٹیو تھنکنگ سے آپ اس قابل ہوتے ہیں کہ آپ پازیٹیو پلاننگ کریں، آپ اپرچونیٹیز کو دیکھ سکیں، آپ بجائے اس کے کمپلین کریں، مایوسی میں پڑ جائیں، آپ مواقع کو ڈھونڈ کر اس کو اویل کریں۔</w:t>
      </w:r>
    </w:p>
    <w:p>
      <w:r>
        <w:rPr>
          <w:b/>
        </w:rPr>
        <w:t xml:space="preserve">[21:12] </w:t>
      </w:r>
      <w:r>
        <w:t>yeh sab baaten hasil hoti hain. itni bari aap ghor kijiye ke itni bari, itna bara example tha rasool Allah ki zindagi mein.</w:t>
      </w:r>
    </w:p>
    <w:p>
      <w:pPr>
        <w:jc w:val="right"/>
      </w:pPr>
      <w:r>
        <w:t>یہ سب باتیں حاصل ہوتی ہیں۔ اتنی بڑی آپ غور کیجئے کہ اتنی بڑی، اتنا بڑا ایگزیمپل تھا رسول اللہ کی زندگی میں۔</w:t>
      </w:r>
    </w:p>
    <w:p>
      <w:r>
        <w:rPr>
          <w:b/>
        </w:rPr>
        <w:t xml:space="preserve">[21:22] </w:t>
      </w:r>
      <w:r>
        <w:t>itna bara example,</w:t>
      </w:r>
    </w:p>
    <w:p>
      <w:pPr>
        <w:jc w:val="right"/>
      </w:pPr>
      <w:r>
        <w:t>اتنا بڑا ایگزیمپل،</w:t>
      </w:r>
    </w:p>
    <w:p>
      <w:r>
        <w:rPr>
          <w:b/>
        </w:rPr>
        <w:t xml:space="preserve">[21:25] </w:t>
      </w:r>
      <w:r>
        <w:t>itna bara example tha. aur do sau saal se musalman kya kar rahe hain? sirf naat khwani kar rahe hain, rasool Allah ki naat khwani. to creative thinking jo hai, woh bohat hi important hai har jagah, har kaam ke liye.</w:t>
      </w:r>
    </w:p>
    <w:p>
      <w:pPr>
        <w:jc w:val="right"/>
      </w:pPr>
      <w:r>
        <w:t>اتنا بڑا ایگزیمپل تھا۔ اور دو سو سال سے مسلمان کیا کر رہے ہیں؟ صرف نعت خوانی کر رہے ہیں، رسول اللہ کی نعت خوانی۔ تو کریٹیو تھنکنگ جو ہے، وہ بہت ہی امپورٹنٹ ہے ہر جگہ، ہر کام کے لیے۔</w:t>
      </w:r>
    </w:p>
    <w:p>
      <w:r>
        <w:rPr>
          <w:b/>
        </w:rPr>
        <w:t xml:space="preserve">[21:40] </w:t>
      </w:r>
      <w:r>
        <w:t>to hum chahte hain ke hamara jo mission hai, us mein logon ke andar yeh cheez paida ho.</w:t>
      </w:r>
    </w:p>
    <w:p>
      <w:pPr>
        <w:jc w:val="right"/>
      </w:pPr>
      <w:r>
        <w:t>تو ہم چاہتے ہیں کہ ہمارا جو مشن ہے، اس میں لوگوں کے اندر یہ چیز پیدا ہو۔</w:t>
      </w:r>
    </w:p>
    <w:p>
      <w:r>
        <w:rPr>
          <w:b/>
        </w:rPr>
        <w:t xml:space="preserve">[21:44] </w:t>
      </w:r>
      <w:r>
        <w:t>mein aik chhoti si misaal deta hoon us ko samajhne ke liye. yeh dekhiye,</w:t>
      </w:r>
    </w:p>
    <w:p>
      <w:pPr>
        <w:jc w:val="right"/>
      </w:pPr>
      <w:r>
        <w:t>میں ایک چھوٹی سی مثال دیتا ہوں اس کو سمجھنے کے لیے۔ یہ دیکھیے،</w:t>
      </w:r>
    </w:p>
    <w:p>
      <w:r>
        <w:rPr>
          <w:b/>
        </w:rPr>
        <w:t xml:space="preserve">[21:53] </w:t>
      </w:r>
      <w:r>
        <w:t>jab maujooda zamanay mein printing press aya, printing press ko bhi do sau saal ho chuke hain. woh kis liye aya tha? ke quran jo is se pehle yaad to rehta tha, memory mein ya rehta tha, hath se likh kar ke, manuscript hota tha,</w:t>
      </w:r>
    </w:p>
    <w:p>
      <w:pPr>
        <w:jc w:val="right"/>
      </w:pPr>
      <w:r>
        <w:t>جب موجودہ زمانے میں پرنٹنگ پریس آیا، پرنٹنگ پریس کو بھی دو سو سال ہو چکے ہیں۔ وہ کس لیے آیا تھا؟ کہ قرآن جو اس سے پہلے یاد تو رہتا تھا، میموری میں یا رہتا تھا، ہاتھ سے لکھ کر کے، من سکرپٹ ہوتا تھا،</w:t>
      </w:r>
    </w:p>
    <w:p>
      <w:r>
        <w:rPr>
          <w:b/>
        </w:rPr>
        <w:t xml:space="preserve">[22:10] </w:t>
      </w:r>
      <w:r>
        <w:t>woh bohat hi ajeeb qism ka hota</w:t>
      </w:r>
    </w:p>
    <w:p>
      <w:pPr>
        <w:jc w:val="right"/>
      </w:pPr>
      <w:r>
        <w:t>وہ بہت ہی عجیب قسم کا ہوتا</w:t>
      </w:r>
    </w:p>
    <w:p>
      <w:r>
        <w:rPr>
          <w:b/>
        </w:rPr>
        <w:t xml:space="preserve">[22:12] </w:t>
      </w:r>
      <w:r>
        <w:t>tha. ab jab ab jab paper ban gaya, printing technology ban gayi, chhapna possible ho gaya, to aap ko chahiye tha ke aap quran ko chhap kar logon tak pohnchayen.</w:t>
      </w:r>
    </w:p>
    <w:p>
      <w:pPr>
        <w:jc w:val="right"/>
      </w:pPr>
      <w:r>
        <w:t>تھا۔ اب جب اب جب پیپر بن گیا، پرنٹنگ ٹیکنالوجی بن گئی، چھاپنا پاسیبل ہو گیا، تو آپ کو چاہیے تھا کہ آپ قرآن کو چھاپ کر لوگوں تک پہنچائیں۔</w:t>
      </w:r>
    </w:p>
    <w:p>
      <w:r>
        <w:rPr>
          <w:b/>
        </w:rPr>
        <w:t xml:space="preserve">[22:25] </w:t>
      </w:r>
      <w:r>
        <w:t>aur chhapha logon ne. lekin kya tha? main is ki misaal likh deta hoon, chhoti si misaal ke yeh itna mota sa quran chhapha gaya.</w:t>
      </w:r>
    </w:p>
    <w:p>
      <w:pPr>
        <w:jc w:val="right"/>
      </w:pPr>
      <w:r>
        <w:t>اور چھاپا لوگوں نے۔ لیکن کیا تھا؟ میں اس کی مثال لکھ دیتا ہوں، چھوٹی سی مثال کہ یہ اتنا موٹا سا قرآن چھاپا گیا۔</w:t>
      </w:r>
    </w:p>
    <w:p>
      <w:r>
        <w:rPr>
          <w:b/>
        </w:rPr>
        <w:t xml:space="preserve">[22:34] </w:t>
      </w:r>
      <w:r>
        <w:t>yeh english tarjuma hai. to ab log us ko lete thay aur shelf mein rakh dete, ya library mein hota tha.</w:t>
      </w:r>
    </w:p>
    <w:p>
      <w:pPr>
        <w:jc w:val="right"/>
      </w:pPr>
      <w:r>
        <w:t>یہ انگلش ترجمہ ہے۔ تو اب لوگ اس کو لیتے تھے اور شیلف میں رکھ دیتے، یا لائبریری میں ہوتا تھا۔</w:t>
      </w:r>
    </w:p>
    <w:p>
      <w:r>
        <w:rPr>
          <w:b/>
        </w:rPr>
        <w:t xml:space="preserve">[22:43] </w:t>
      </w:r>
      <w:r>
        <w:t>woh itna mota sa kaun handle kar sakta karega? to bohat hi kam log parh paye thay motay se quran ko. aap ghor kijiye.</w:t>
      </w:r>
    </w:p>
    <w:p>
      <w:pPr>
        <w:jc w:val="right"/>
      </w:pPr>
      <w:r>
        <w:t>وہ اتنا موٹا سا کون ہینڈل کر سکتا کرے گا؟ تو بہت ہی کم لوگ پڑھ پائے تھے موٹے سے قرآن کو۔ آپ غور کیجئے۔</w:t>
      </w:r>
    </w:p>
    <w:p>
      <w:r>
        <w:rPr>
          <w:b/>
        </w:rPr>
        <w:t xml:space="preserve">[22:54] </w:t>
      </w:r>
      <w:r>
        <w:t>phir hamare haan mashallah doctor science ne, sahib ne kya kiya? is ka chhota edition nikala,</w:t>
      </w:r>
    </w:p>
    <w:p>
      <w:pPr>
        <w:jc w:val="right"/>
      </w:pPr>
      <w:r>
        <w:t>پھر ہمارے ہاں ماشاءاللہ ڈاکٹر سائنس نے، صاحب نے کیا کیا؟ اس کا چھوٹا ایڈیشن نکالا،</w:t>
      </w:r>
    </w:p>
    <w:p>
      <w:r>
        <w:rPr>
          <w:b/>
        </w:rPr>
        <w:t xml:space="preserve">[23:02] </w:t>
      </w:r>
      <w:r>
        <w:t>ab yeh khoob phaila, khoob phaila. ab is ke baad mein aik aur misaal deta hoon. hamare aik sahib thay, mister numaan, un ki death ho gayi.</w:t>
      </w:r>
    </w:p>
    <w:p>
      <w:pPr>
        <w:jc w:val="right"/>
      </w:pPr>
      <w:r>
        <w:t>اب یہ خوب پھیلا، خوب پھیلا۔ اب اس کے بعد میں ایک اور مثال دیتا ہوں۔ ہمارے ایک صاحب تھے، مسٹر نعمان، ان کی ڈیتھ ہو گئی۔</w:t>
      </w:r>
    </w:p>
    <w:p>
      <w:r>
        <w:rPr>
          <w:b/>
        </w:rPr>
        <w:t xml:space="preserve">[23:12] </w:t>
      </w:r>
      <w:r>
        <w:t>unhon ne is ko beautify kiya.</w:t>
      </w:r>
    </w:p>
    <w:p>
      <w:pPr>
        <w:jc w:val="right"/>
      </w:pPr>
      <w:r>
        <w:t>انہوں نے اس کو بیوٹیفائی کیا۔</w:t>
      </w:r>
    </w:p>
    <w:p>
      <w:r>
        <w:rPr>
          <w:b/>
        </w:rPr>
        <w:t xml:space="preserve">[23:18] </w:t>
      </w:r>
      <w:r>
        <w:t>yeh ab creativity hai. ab aik, ab yeh kitna acha bana diya is ko.</w:t>
      </w:r>
    </w:p>
    <w:p>
      <w:pPr>
        <w:jc w:val="right"/>
      </w:pPr>
      <w:r>
        <w:t>یہ ابھی کریٹیوٹی ہے۔ اب ایک، اب یہ کتنا اچھا بنا دیا اس کو۔</w:t>
      </w:r>
    </w:p>
    <w:p>
      <w:r>
        <w:rPr>
          <w:b/>
        </w:rPr>
        <w:t xml:space="preserve">[23:24] </w:t>
      </w:r>
      <w:r>
        <w:t>unhon ne yeh yeh chote size mein aaya pehle, phir beauty full, is tarah ka beauty ke sath aaya.</w:t>
      </w:r>
    </w:p>
    <w:p>
      <w:pPr>
        <w:jc w:val="right"/>
      </w:pPr>
      <w:r>
        <w:t>انہوں نے یہ یہ چھوٹے سائز میں آیا پہلے، پھر بیوٹی فل، اس طرح کا بیوٹی کے ساتھ آیا۔</w:t>
      </w:r>
    </w:p>
    <w:p>
      <w:r>
        <w:rPr>
          <w:b/>
        </w:rPr>
        <w:t xml:space="preserve">[23:33] </w:t>
      </w:r>
      <w:r>
        <w:t>yeh hai creativity. har cheez mein yeh creativity hoti hai, chahe family planning ho, family problem ho, aur social problem ho, national problem ho, da work ho.</w:t>
      </w:r>
    </w:p>
    <w:p>
      <w:pPr>
        <w:jc w:val="right"/>
      </w:pPr>
      <w:r>
        <w:t>یہ ہے کریٹیوٹی۔ ہر چیز میں یہ کریٹیوٹی ہوتی ہے، چاہے فیملی پلاننگ ہو، فیملی پرابلم ہو، اور سوشل پرابلم ہو، نیشنل پرابلم ہو، دا ورک ہو۔</w:t>
      </w:r>
    </w:p>
    <w:p>
      <w:r>
        <w:rPr>
          <w:b/>
        </w:rPr>
        <w:t xml:space="preserve">[23:47] </w:t>
      </w:r>
      <w:r>
        <w:t>jahan aap ke andar creative thinking hogi, wahin aap kamyab hoge, warna aap kamyab nahi ho sakte.</w:t>
      </w:r>
    </w:p>
    <w:p>
      <w:pPr>
        <w:jc w:val="right"/>
      </w:pPr>
      <w:r>
        <w:t>جہاں آپ کے اندر کریٹیو تھنکنگ ہوگی، وہیں آپ کامیاب ہوگے، ورنہ آپ کامیاب نہیں ہو سکتے۔</w:t>
      </w:r>
    </w:p>
    <w:p>
      <w:r>
        <w:rPr>
          <w:b/>
        </w:rPr>
        <w:t xml:space="preserve">[23:55] </w:t>
      </w:r>
      <w:r>
        <w:t>to rasool Allah salallaho alaihi wasallam ka poora jo jo 23 saal ki muddat hai, woh sab ke sab isi ki misaal hai. maslan dekhiye, makkah mein aap ne 13 saal jo kaam kiya,</w:t>
      </w:r>
    </w:p>
    <w:p>
      <w:pPr>
        <w:jc w:val="right"/>
      </w:pPr>
      <w:r>
        <w:t>تو رسول اللہ صلی اللہ علیہ وسلم کا پورا جو جو 23 سال کی مدت ہے، وہ سب کے سب اسی کی مثال ہے۔ مثلاً دیکھیے، مکہ میں آپ نے 13 سال جو کام کیا،</w:t>
      </w:r>
    </w:p>
    <w:p>
      <w:r>
        <w:rPr>
          <w:b/>
        </w:rPr>
        <w:t xml:space="preserve">[24:09] </w:t>
      </w:r>
      <w:r>
        <w:t>to wahan ke achhe achhe dimagh to aap ko mil gaye, lekin wahan ke jo mushrik leaders the, woh aap ke khilaf bhi ho gaye.</w:t>
      </w:r>
    </w:p>
    <w:p>
      <w:pPr>
        <w:jc w:val="right"/>
      </w:pPr>
      <w:r>
        <w:t>تو وہاں کے اچھے اچھے دماغ تو آپ کو مل گئے، لیکن وہاں کے جو مشرک لیڈرز تھے، وہ آپ کے خلاف بھی ہو گئے۔</w:t>
      </w:r>
    </w:p>
    <w:p>
      <w:r>
        <w:rPr>
          <w:b/>
        </w:rPr>
        <w:t xml:space="preserve">[24:19] </w:t>
      </w:r>
      <w:r>
        <w:t>aur un ke hath mein wahan par woh tha, jo set of power wahan tha, dar-un-nadwah, un ke qabze mein tha. to unhon ne rasool Allah salallaho alaihi wasallam ko challenge diya ke hum yani aap ko maar dalenge, jang ka challenge.</w:t>
      </w:r>
    </w:p>
    <w:p>
      <w:pPr>
        <w:jc w:val="right"/>
      </w:pPr>
      <w:r>
        <w:t>اور ان کے ہاتھ میں وہاں پر وہ تھا، جو سیٹ آف پاور وہاں تھا، دارالندوہ، ان کے قبضے میں تھا۔ تو انہوں نے رسول اللہ صلی اللہ علیہ وسلم کو چیلنج دیا کہ ہم یعنی آپ کو مار ڈالیں گے، جنگ کا چیلنج۔</w:t>
      </w:r>
    </w:p>
    <w:p>
      <w:r>
        <w:rPr>
          <w:b/>
        </w:rPr>
        <w:t xml:space="preserve">[24:38] </w:t>
      </w:r>
      <w:r>
        <w:t>to rasool Allah salallaho alaihi wasallam ne kya kiya? aap khamoshi se makkah chhod kar madinah chale gaye. yeh kaha tha, yeh kya tha?</w:t>
      </w:r>
    </w:p>
    <w:p>
      <w:pPr>
        <w:jc w:val="right"/>
      </w:pPr>
      <w:r>
        <w:t>تو رسول اللہ صلی اللہ علیہ وسلم نے کیا کیا؟ آپ خاموشی سے مکہ چھوڑ کر مدینہ چلے گئے۔ یہ کہا تھا، یہ کیا تھا؟</w:t>
      </w:r>
    </w:p>
    <w:p>
      <w:r>
        <w:rPr>
          <w:b/>
        </w:rPr>
        <w:t xml:space="preserve">[24:47] </w:t>
      </w:r>
      <w:r>
        <w:t>der der is also ah superpower kind of creative thinking. hijrat, jo jis ko hum kehte hain hijrat madinah ki taraf, woh kya thi?</w:t>
      </w:r>
    </w:p>
    <w:p>
      <w:pPr>
        <w:jc w:val="right"/>
      </w:pPr>
      <w:r>
        <w:t>دیر دیر از السو اہ سپر پاور کائنڈ آف کریٹیو تھنکنگ۔ ہجرت، جو جس کو ہم کہتے ہیں ہجرت مدینے کی طرف، وہ کیا تھی؟</w:t>
      </w:r>
    </w:p>
    <w:p>
      <w:r>
        <w:rPr>
          <w:b/>
        </w:rPr>
        <w:t xml:space="preserve">[25:00] </w:t>
      </w:r>
      <w:r>
        <w:t>work place ko badalna. abhi tak work place aap ke liye makkah tha,</w:t>
      </w:r>
    </w:p>
    <w:p>
      <w:pPr>
        <w:jc w:val="right"/>
      </w:pPr>
      <w:r>
        <w:t>ورک پلیس کو بدلنا۔ ابھی تک ورک پلیس آپ کے لیے مکہ تھا،</w:t>
      </w:r>
    </w:p>
    <w:p>
      <w:r>
        <w:rPr>
          <w:b/>
        </w:rPr>
        <w:t xml:space="preserve">[25:07] </w:t>
      </w:r>
      <w:r>
        <w:t>to hijrat ka matlab hai ke aap ne work place ko badal diya. makkah se ja kar ke madinah mein wahi da'o work shuru kar diya aap ne.</w:t>
      </w:r>
    </w:p>
    <w:p>
      <w:pPr>
        <w:jc w:val="right"/>
      </w:pPr>
      <w:r>
        <w:t>تو ہجرت کا مطلب ہے کہ آپ نے ورک پلیس کو بدل دیا۔ مکہ سے جا کر کے مدینے میں وہی داؤ ورک شروع کر دیا آپ نے۔</w:t>
      </w:r>
    </w:p>
    <w:p>
      <w:r>
        <w:rPr>
          <w:b/>
        </w:rPr>
        <w:t xml:space="preserve">[25:17] </w:t>
      </w:r>
      <w:r>
        <w:t>hamare haan kya tareeqa hai ke bas isi pe ladte hain, isi isi jagah lad lad ke marte rehte hain, jaan nahi paate ke yani work place ko badalne ki jo wisdom hai, us ko jaan nahi paate.</w:t>
      </w:r>
    </w:p>
    <w:p>
      <w:pPr>
        <w:jc w:val="right"/>
      </w:pPr>
      <w:r>
        <w:t>ہمارے ہاں کیا طریقہ ہے کہ بس اسی پہ لڑتے ہیں، اسی اسی جگہ لڑ لڑ کے مرتے رہتے ہیں، جان نہیں پاتے کہ یعنی ورک پلیس کو بدلنے کی جو وزڈم ہے، اس کو جان نہیں پاتے۔</w:t>
      </w:r>
    </w:p>
    <w:p>
      <w:r>
        <w:rPr>
          <w:b/>
        </w:rPr>
        <w:t xml:space="preserve">[25:36] </w:t>
      </w:r>
      <w:r>
        <w:t>work place ko badal kar ke opportunities ko avail karo, aur phir woh cheez jo tum ne bazahir khoi thi, woh kal tum ko mil jayegi.</w:t>
      </w:r>
    </w:p>
    <w:p>
      <w:pPr>
        <w:jc w:val="right"/>
      </w:pPr>
      <w:r>
        <w:t>ورک پلیس کو بدل کر کے اپرچونیٹیز کو اویل کرو، اور پھر وہ چیز جو تم نے بظاہر کھوئی تھی، وہ کل تم کو مل جائے گی۔</w:t>
      </w:r>
    </w:p>
    <w:p>
      <w:r>
        <w:rPr>
          <w:b/>
        </w:rPr>
        <w:t xml:space="preserve">[25:45] </w:t>
      </w:r>
      <w:r>
        <w:t>yeh soch nahi paate, wahi lad rahe hain, wahi lad rahe hain. aap dekhiye, jahan jahan musalman, jis jahan jahan musalman, har jagah par lad rahe hain, bas khali kyun lad rahe hain?</w:t>
      </w:r>
    </w:p>
    <w:p>
      <w:pPr>
        <w:jc w:val="right"/>
      </w:pPr>
      <w:r>
        <w:t>یہ سوچ نہیں پاتے، وہی لڑ رہے ہیں، وہی لڑ رہے ہیں۔ آپ دیکھیں، جہاں جہاں مسلمان، جس جہاں جہاں مسلمان، ہر جگہ پر لڑ رہے ہیں، بس خالی کیوں لڑ رہے ہیں؟</w:t>
      </w:r>
    </w:p>
    <w:p>
      <w:r>
        <w:rPr>
          <w:b/>
        </w:rPr>
        <w:t xml:space="preserve">[25:56] </w:t>
      </w:r>
      <w:r>
        <w:t>is liye ke creative thinking nahi hai.</w:t>
      </w:r>
    </w:p>
    <w:p>
      <w:pPr>
        <w:jc w:val="right"/>
      </w:pPr>
      <w:r>
        <w:t>اس لیے کہ کریٹیو تھنکنگ نہیں ہے۔</w:t>
      </w:r>
    </w:p>
    <w:p>
      <w:r>
        <w:rPr>
          <w:b/>
        </w:rPr>
        <w:t xml:space="preserve">[26:01] </w:t>
      </w:r>
      <w:r>
        <w:t>yeh duniya jo hai, yeh jo jo is ko modern world kehte hain, yeh world of opportunities hai. is mein opportunities ka explosion hua hai,</w:t>
      </w:r>
    </w:p>
    <w:p>
      <w:pPr>
        <w:jc w:val="right"/>
      </w:pPr>
      <w:r>
        <w:t>یہ دنیا جو ہے، یہ جو جو اس کو ماڈرن ورلڈ کہتے ہیں، یہ ورلڈ آف اپرچونیٹیز ہے۔ اس میں اپرچونیٹیز کا ایکسپلوژن ہوا ہے،</w:t>
      </w:r>
    </w:p>
    <w:p>
      <w:r>
        <w:rPr>
          <w:b/>
        </w:rPr>
        <w:t xml:space="preserve">[26:12] </w:t>
      </w:r>
      <w:r>
        <w:t>jo modern communication hai, printing press hai, interaction hai, aur jo naye ideas hain, jaise freedom hai, religious freedom.</w:t>
      </w:r>
    </w:p>
    <w:p>
      <w:pPr>
        <w:jc w:val="right"/>
      </w:pPr>
      <w:r>
        <w:t>جو ماڈرن کمیونیکیشن ہے، پرنٹنگ پریس ہے، انٹریکشن ہے، اور جو نئے آئیڈیاز ہیں، جیسے فریڈم ہے، ریلیجس فریڈم۔</w:t>
      </w:r>
    </w:p>
    <w:p>
      <w:r>
        <w:rPr>
          <w:b/>
        </w:rPr>
        <w:t xml:space="preserve">[26:24] </w:t>
      </w:r>
      <w:r>
        <w:t>yani yeh sari cheezein jo poora jo modern civilization jo hai, poora modern civilization jo hai, woh naye naye opportunities, naye naye mawaqe kholay hain, is ne jo kabhi pehle nahi thay,</w:t>
      </w:r>
    </w:p>
    <w:p>
      <w:pPr>
        <w:jc w:val="right"/>
      </w:pPr>
      <w:r>
        <w:t>یعنی یہ ساری چیزیں جو پورا جو ماڈرن سولائزیشن جو ہے، پورا ماڈرن سولائزیشن جو ہے، وہ نئے نئے اپرچونیٹیز، نئے نئے مواقع کھولے ہیں، اس نے جو کبھی پہلے نہیں تھے،</w:t>
      </w:r>
    </w:p>
    <w:p>
      <w:r>
        <w:rPr>
          <w:b/>
        </w:rPr>
        <w:t xml:space="preserve">[26:38] </w:t>
      </w:r>
      <w:r>
        <w:t>jo pehle kabhi nahi thay.</w:t>
      </w:r>
    </w:p>
    <w:p>
      <w:pPr>
        <w:jc w:val="right"/>
      </w:pPr>
      <w:r>
        <w:t>جو پہلے کبھی نہیں تھے۔</w:t>
      </w:r>
    </w:p>
    <w:p>
      <w:r>
        <w:rPr>
          <w:b/>
        </w:rPr>
        <w:t xml:space="preserve">[26:42] </w:t>
      </w:r>
      <w:r>
        <w:t>to is ko avail karo. ladne ki kya baat hai? ladne ki ladna kis liye? yani agar political aitbar se aap ko kuch shikayat un se hai, to us ko avoid avoid karo, aur doosre jo mawaqe hain, us ko avail karo.</w:t>
      </w:r>
    </w:p>
    <w:p>
      <w:pPr>
        <w:jc w:val="right"/>
      </w:pPr>
      <w:r>
        <w:t>تو اس کو اویل کرو۔ لڑنے کی کیا بات ہے؟ لڑنے کی لڑنا کس لیے؟ یعنی اگر پولیٹیکل اعتبار سے آپ کو کچھ شکایت ان سے ہے، تو اس کو اوائڈ اوائڈ کرو، اور دوسرے جو مواقع ہیں، اس کو اویل کرو۔</w:t>
      </w:r>
    </w:p>
    <w:p>
      <w:r>
        <w:rPr>
          <w:b/>
        </w:rPr>
        <w:t xml:space="preserve">[27:02] </w:t>
      </w:r>
      <w:r>
        <w:t>to kuch land ko le kar, political seat ko le kar, aur siyasat ko le kar, kuch shikayatein jo paida hui musalmanon ko, bas isi pe sar patak rahe hain, wahi lad rahe hain, wahi mar rahe hain.</w:t>
      </w:r>
    </w:p>
    <w:p>
      <w:pPr>
        <w:jc w:val="right"/>
      </w:pPr>
      <w:r>
        <w:t>تو کچھ لینڈ کو لے کر، پولیٹیکل سیٹ کو لے کر، اور سیاست کو لے کر، کچھ شکایتیں جو پیدا ہوئی مسلمانوں کو، بس اسی پہ سر پٹک رہے ہیں، وہی لڑ رہے ہیں، وہی مر رہے ہیں۔</w:t>
      </w:r>
    </w:p>
    <w:p>
      <w:r>
        <w:rPr>
          <w:b/>
        </w:rPr>
        <w:t xml:space="preserve">[27:17] </w:t>
      </w:r>
      <w:r>
        <w:t>aur is ke bahar jo mawaqe hain, jo modern civilization ne kholay hain, woh un ko dikhane nahi parte ke us ko avail karein. aur sab se bada jo mauqa khula hai, woh dawah ke field mein hai.</w:t>
      </w:r>
    </w:p>
    <w:p>
      <w:pPr>
        <w:jc w:val="right"/>
      </w:pPr>
      <w:r>
        <w:t>اور اس کے باہر جو مواقع ہیں، جو ماڈرن سولائزیشن نے کھولے ہیں، وہ ان کو دکھانے نہیں پڑتے کہ اس کو اویل کریں۔ اور سب سے بڑا جو موقع کھلا ہے، وہ دعوت کے فیلڈ میں ہے۔</w:t>
      </w:r>
    </w:p>
    <w:p>
      <w:r>
        <w:rPr>
          <w:b/>
        </w:rPr>
        <w:t xml:space="preserve">[27:29] </w:t>
      </w:r>
      <w:r>
        <w:t>dawah ke field mein</w:t>
      </w:r>
    </w:p>
    <w:p>
      <w:pPr>
        <w:jc w:val="right"/>
      </w:pPr>
      <w:r>
        <w:t>دعوت کے فیلڈ میں</w:t>
      </w:r>
    </w:p>
    <w:p>
      <w:r>
        <w:rPr>
          <w:b/>
        </w:rPr>
        <w:t xml:space="preserve">[27:32] </w:t>
      </w:r>
      <w:r>
        <w:t>dekhiye, mein ek misaal deta hoon. pehle yani modern age, jis ko hum kehte hain, yani scientific age, is se pehle kya tha?</w:t>
      </w:r>
    </w:p>
    <w:p>
      <w:pPr>
        <w:jc w:val="right"/>
      </w:pPr>
      <w:r>
        <w:t>دیکھیے، میں ایک مثال دیتا ہوں۔ پہلے یعنی ماڈرن ایج، جس کو ہم کہتے ہیں، یعنی سائنٹیفک ایج، اس سے پہلے کیا تھا؟</w:t>
      </w:r>
    </w:p>
    <w:p>
      <w:r>
        <w:rPr>
          <w:b/>
        </w:rPr>
        <w:t xml:space="preserve">[27:44] </w:t>
      </w:r>
      <w:r>
        <w:t>mazhab mein openness nahi tha. openness nahi hua karta tha.</w:t>
      </w:r>
    </w:p>
    <w:p>
      <w:pPr>
        <w:jc w:val="right"/>
      </w:pPr>
      <w:r>
        <w:t>مذہب میں اوپننس نہیں تھا۔ اوپننس نہیں ہوا کرتا تھا۔</w:t>
      </w:r>
    </w:p>
    <w:p>
      <w:r>
        <w:rPr>
          <w:b/>
        </w:rPr>
        <w:t xml:space="preserve">[27:49] </w:t>
      </w:r>
      <w:r>
        <w:t>apne apne is mein log hotay thay, cell mein apne mazhab. mazhab ko woh sochne ki cheez nahi samajhte thay. jo jahan paida ho gaye, jis ghar mein, jis baap ke ke han, to us us waqt jo un ko mazhab mila wirasat mein, bas usi par rehte thay.</w:t>
      </w:r>
    </w:p>
    <w:p>
      <w:pPr>
        <w:jc w:val="right"/>
      </w:pPr>
      <w:r>
        <w:t>اپنے اپنے اس میں لوگ ہوتے تھے، سیل میں اپنے مذہب۔ مذہب کو وہ سوچنے کی چیز نہیں سمجھتے تھے۔ جو جہاں پیدا ہوگئے، جس گھر میں، جس باپ کے کے ہاں، تو اس اس وقت جو ان کو مذہب ملا وراثت میں، بس اسی پر رہتے تھے۔</w:t>
      </w:r>
    </w:p>
    <w:p>
      <w:r>
        <w:rPr>
          <w:b/>
        </w:rPr>
        <w:t xml:space="preserve">[28:12] </w:t>
      </w:r>
      <w:r>
        <w:t>woh sochte the, kuch nahi the, re think nahi karte the. woh</w:t>
      </w:r>
    </w:p>
    <w:p>
      <w:pPr>
        <w:jc w:val="right"/>
      </w:pPr>
      <w:r>
        <w:t>وہ سوچتے تھے، کچھ نہیں تھے، ری تھنک نہیں کرتے تھے۔ وہ</w:t>
      </w:r>
    </w:p>
    <w:p>
      <w:r>
        <w:rPr>
          <w:b/>
        </w:rPr>
        <w:t xml:space="preserve">[28:16] </w:t>
      </w:r>
      <w:r>
        <w:t>toh religion ke field mein openness bilkul nahi tha. science ne yeh darwaza khola openness ka.</w:t>
      </w:r>
    </w:p>
    <w:p>
      <w:pPr>
        <w:jc w:val="right"/>
      </w:pPr>
      <w:r>
        <w:t>تو ریلیجن کے فیلڈ میں اوپننس بالکل نہیں تھا۔ سائنس نے یہ دروازہ کھولا اوپننس کا۔</w:t>
      </w:r>
    </w:p>
    <w:p>
      <w:r>
        <w:rPr>
          <w:b/>
        </w:rPr>
        <w:t xml:space="preserve">[28:24] </w:t>
      </w:r>
      <w:r>
        <w:t>har cheez ko socho, har cheez ko samajhne ki koshish karo. jaise mashhoor waqea hai jo newton ka hai ke saib upar se gira, toh us ne socha ke upar neeche kyun gira?</w:t>
      </w:r>
    </w:p>
    <w:p>
      <w:pPr>
        <w:jc w:val="right"/>
      </w:pPr>
      <w:r>
        <w:t>ہر چیز کو سوچو، ہر چیز کو سمجھنے کی کوشش کرو۔ جیسے مشہور واقعہ ہے جو نیوٹن کا ہے کہ سیب اوپر سے گرا، تو اس نے سوچا کہ اوپر نیچے کیوں گرا؟</w:t>
      </w:r>
    </w:p>
    <w:p>
      <w:r>
        <w:rPr>
          <w:b/>
        </w:rPr>
        <w:t xml:space="preserve">[28:40] </w:t>
      </w:r>
      <w:r>
        <w:t>upar kyun nahi chala gaya? yeh anokha sawal logon ke liye tha.</w:t>
      </w:r>
    </w:p>
    <w:p>
      <w:pPr>
        <w:jc w:val="right"/>
      </w:pPr>
      <w:r>
        <w:t>اوپر کیوں نہیں چلا گیا؟ یہ انوکھا سوال لوگوں کے لیے تھا۔</w:t>
      </w:r>
    </w:p>
    <w:p>
      <w:r>
        <w:rPr>
          <w:b/>
        </w:rPr>
        <w:t xml:space="preserve">[28:46] </w:t>
      </w:r>
      <w:r>
        <w:t>kuch log samajhte the ke woh upar se girega toh neeche aayega. woh us ko for granted lene lage the. newton ne phir se socha, us ko kyun neeche aaya?</w:t>
      </w:r>
    </w:p>
    <w:p>
      <w:pPr>
        <w:jc w:val="right"/>
      </w:pPr>
      <w:r>
        <w:t>کچھ لوگ سمجھتے تھے کہ وہ اوپر سے گرے گا تو نیچے آئے گا۔ وہ اسے اس کو فار گرانٹڈ لینے لگے تھے۔ نیوٹن نے پھر سے سوچا، اس کو کیوں نیچے آیا؟</w:t>
      </w:r>
    </w:p>
    <w:p>
      <w:r>
        <w:rPr>
          <w:b/>
        </w:rPr>
        <w:t xml:space="preserve">[28:58] </w:t>
      </w:r>
      <w:r>
        <w:t>woh upar kyun nahi gaya? toh ek ek nayi cheez daryaft ho gayi.</w:t>
      </w:r>
    </w:p>
    <w:p>
      <w:pPr>
        <w:jc w:val="right"/>
      </w:pPr>
      <w:r>
        <w:t>وہ اوپر کیوں نہیں گیا؟ تو ایک ایک نئی چیز دریافت ہو گئی۔</w:t>
      </w:r>
    </w:p>
    <w:p>
      <w:r>
        <w:rPr>
          <w:b/>
        </w:rPr>
        <w:t xml:space="preserve">[29:04] </w:t>
      </w:r>
      <w:r>
        <w:t>iss se ek naya daur paida hua rethinking ka. har cheez mein rethinking, har cheez mein rethinking. phir socho, aur phir nateeja kya hua?</w:t>
      </w:r>
    </w:p>
    <w:p>
      <w:pPr>
        <w:jc w:val="right"/>
      </w:pPr>
      <w:r>
        <w:t>اس سے ایک نیا دور پیدا ہوا ری تھنکنگ کا۔ ہر چیز میں ری تھنکنگ، ہر چیز میں ری تھنکنگ۔ پھر سوچو، اور پھر نتیجہ کیا ہوا؟</w:t>
      </w:r>
    </w:p>
    <w:p>
      <w:r>
        <w:rPr>
          <w:b/>
        </w:rPr>
        <w:t xml:space="preserve">[29:15] </w:t>
      </w:r>
      <w:r>
        <w:t>ke saare duniya mein openness aa gaya. woh jo apne apne cell mein band rehte the log, woh khatam ho gaya.</w:t>
      </w:r>
    </w:p>
    <w:p>
      <w:pPr>
        <w:jc w:val="right"/>
      </w:pPr>
      <w:r>
        <w:t>کہ سارے دنیا میں اوپننس آ گیا۔ وہ جو اپنے اپنے سیل میں بند رہتے تھے لوگ، وہ ختم ہو گیا۔</w:t>
      </w:r>
    </w:p>
    <w:p>
      <w:r>
        <w:rPr>
          <w:b/>
        </w:rPr>
        <w:t xml:space="preserve">[29:25] </w:t>
      </w:r>
      <w:r>
        <w:t>toh rethinking jo shuru hui, woh shuru hui pehle nature se. nature se barhte barhte woh mazhab tak aa gayi.</w:t>
      </w:r>
    </w:p>
    <w:p>
      <w:pPr>
        <w:jc w:val="right"/>
      </w:pPr>
      <w:r>
        <w:t>تو ری تھنکنگ جو شروع ہوئی، وہ شروع ہوئی پہلے نیچر سے۔ نیچر سے بڑھتے بڑھتے وہ مذہب تک آ گئی۔</w:t>
      </w:r>
    </w:p>
    <w:p>
      <w:r>
        <w:rPr>
          <w:b/>
        </w:rPr>
        <w:t xml:space="preserve">[29:32] </w:t>
      </w:r>
      <w:r>
        <w:t>ab mazhab ke maamle mein ek dam yaani openness aa gaya. aap free discussion kar sakte hain, advise kar sakte hain.</w:t>
      </w:r>
    </w:p>
    <w:p>
      <w:pPr>
        <w:jc w:val="right"/>
      </w:pPr>
      <w:r>
        <w:t>اب مذہب کے معاملے میں ایک دم یعنی اوپننس آ گیا۔ آپ فری ڈسکشن کر سکتے ہیں، ایڈسرائز کر سکتے ہیں۔</w:t>
      </w:r>
    </w:p>
    <w:p>
      <w:r>
        <w:rPr>
          <w:b/>
        </w:rPr>
        <w:t xml:space="preserve">[29:43] </w:t>
      </w:r>
      <w:r>
        <w:t>yeh pehle jo ke pehle nahi tha.</w:t>
      </w:r>
    </w:p>
    <w:p>
      <w:pPr>
        <w:jc w:val="right"/>
      </w:pPr>
      <w:r>
        <w:t>یہ پہلے جو کہ پہلے نہیں تھا۔</w:t>
      </w:r>
    </w:p>
    <w:p>
      <w:r>
        <w:rPr>
          <w:b/>
        </w:rPr>
        <w:t xml:space="preserve">[29:46] </w:t>
      </w:r>
      <w:r>
        <w:t>jaise mein ek misaal doon aap ko, mein wahan gaya london toh yeh sahib ghar mein thehra hua tha. toh wahan par kuch kaam kar rahe the,</w:t>
      </w:r>
    </w:p>
    <w:p>
      <w:pPr>
        <w:jc w:val="right"/>
      </w:pPr>
      <w:r>
        <w:t>جیسے میں ایک مثال دوں آپ کو، میں وہاں گیا لندن تو یہ صاحب گھر میں ٹھہرا ہوا تھا۔ تو وہاں پر کچھ کام کر رہے تھے،</w:t>
      </w:r>
    </w:p>
    <w:p>
      <w:r>
        <w:rPr>
          <w:b/>
        </w:rPr>
        <w:t xml:space="preserve">[30:01] </w:t>
      </w:r>
      <w:r>
        <w:t>kuch worker. woh christian the, woh log zahir hai.</w:t>
      </w:r>
    </w:p>
    <w:p>
      <w:pPr>
        <w:jc w:val="right"/>
      </w:pPr>
      <w:r>
        <w:t>کچھ ورکر۔ وہ کرسچن تھے، وہ لوگ ظاہر ہے۔</w:t>
      </w:r>
    </w:p>
    <w:p>
      <w:r>
        <w:rPr>
          <w:b/>
        </w:rPr>
        <w:t xml:space="preserve">[30:05] </w:t>
      </w:r>
      <w:r>
        <w:t>toh un se ab jo jahan mein thehra tha, us ke jin sahib ke haan, us se baat kiya unhone.</w:t>
      </w:r>
    </w:p>
    <w:p>
      <w:pPr>
        <w:jc w:val="right"/>
      </w:pPr>
      <w:r>
        <w:t>تو ان سے اب جو جہاں میں ٹھہرا تھا، اس کے جن صاحب کے ہاں، اس سے بات کیا انہوں نے۔</w:t>
      </w:r>
    </w:p>
    <w:p>
      <w:r>
        <w:rPr>
          <w:b/>
        </w:rPr>
        <w:t xml:space="preserve">[30:15] </w:t>
      </w:r>
      <w:r>
        <w:t>us christian se unhone kaha ke tumhari clergy jo hai, tum ko bohat bocoof banati hai. woh christian worker se keh rahe hain ke tumhari clergy tum ko bocoof banati hai.</w:t>
      </w:r>
    </w:p>
    <w:p>
      <w:pPr>
        <w:jc w:val="right"/>
      </w:pPr>
      <w:r>
        <w:t>اس کرسچن سے انہوں نے کہا کہ تمہاری کلرجی جو ہے، تم کو بہت بوقوف بناتی ہے۔ وہ کرسچن ورکر سے کہہ رہے ہیں کہ تمہاری کلرجی تم کو بوقوف بناتی ہے۔</w:t>
      </w:r>
    </w:p>
    <w:p>
      <w:r>
        <w:rPr>
          <w:b/>
        </w:rPr>
        <w:t xml:space="preserve">[30:27] </w:t>
      </w:r>
      <w:r>
        <w:t>toh us ne kaha ke woh kaise?</w:t>
      </w:r>
    </w:p>
    <w:p>
      <w:pPr>
        <w:jc w:val="right"/>
      </w:pPr>
      <w:r>
        <w:t>تو اس نے کہا کہ وہ کیسے؟</w:t>
      </w:r>
    </w:p>
    <w:p>
      <w:r>
        <w:rPr>
          <w:b/>
        </w:rPr>
        <w:t xml:space="preserve">[30:29] </w:t>
      </w:r>
      <w:r>
        <w:t>dekho, woh kehte hain ke Hazrat Masih jo saleeb par charh gaye, toh tora gunah maaf ho gaya.</w:t>
      </w:r>
    </w:p>
    <w:p>
      <w:pPr>
        <w:jc w:val="right"/>
      </w:pPr>
      <w:r>
        <w:t>دیکھو، وہ کہتے ہیں کہ حضرت مسیح جو صلیب پر چڑھ گئے، تو تورہ گناہ معاف ہو گیا۔</w:t>
      </w:r>
    </w:p>
    <w:p>
      <w:r>
        <w:rPr>
          <w:b/>
        </w:rPr>
        <w:t xml:space="preserve">[30:39] </w:t>
      </w:r>
      <w:r>
        <w:t>batao, unhone kaha ke jab yaani</w:t>
      </w:r>
    </w:p>
    <w:p>
      <w:pPr>
        <w:jc w:val="right"/>
      </w:pPr>
      <w:r>
        <w:t>بتاؤ، انہوں نے کہا کہ جب یعنی</w:t>
      </w:r>
    </w:p>
    <w:p>
      <w:r>
        <w:rPr>
          <w:b/>
        </w:rPr>
        <w:t xml:space="preserve">[30:44] </w:t>
      </w:r>
      <w:r>
        <w:t>saleeb par jo charha, woh doosra tha, toh ab tumhara gunah kaise maaf ho jayega? yaani gunah toh tum ne kiya, aur un ke saleeb pe charhne se kaise maaf ho jayega?</w:t>
      </w:r>
    </w:p>
    <w:p>
      <w:pPr>
        <w:jc w:val="right"/>
      </w:pPr>
      <w:r>
        <w:t>صلیب پر جو چڑھا، وہ دوسرا تھا، تو اب تمہارا گناہ کیسے معاف ہو جائے گا؟ یعنی گناہ تو تم نے کیا، اور ان کے صلیب پہ چڑھنے سے کیسے معاف ہو جائے گا؟</w:t>
      </w:r>
    </w:p>
    <w:p>
      <w:r>
        <w:rPr>
          <w:b/>
        </w:rPr>
        <w:t xml:space="preserve">[30:54] </w:t>
      </w:r>
      <w:r>
        <w:t>toh foran woh kehta hai, "miss khan, you are right. miss khan, you are right.</w:t>
      </w:r>
    </w:p>
    <w:p>
      <w:pPr>
        <w:jc w:val="right"/>
      </w:pPr>
      <w:r>
        <w:t>تو فوراً وہ کہتا ہے، "مس خان، یو آر رائٹ۔ مس خان، یو آر رائٹ۔</w:t>
      </w:r>
    </w:p>
    <w:p>
      <w:r>
        <w:rPr>
          <w:b/>
        </w:rPr>
        <w:t xml:space="preserve">[30:59] </w:t>
      </w:r>
      <w:r>
        <w:t>aap theek keh rahe hain. pehle zamane mein aisa aisa discussion nahi ho sakta tha. pehle zamane mein mazhab mein crisp taboo tha.</w:t>
      </w:r>
    </w:p>
    <w:p>
      <w:pPr>
        <w:jc w:val="right"/>
      </w:pPr>
      <w:r>
        <w:t>آپ ٹھیک کہہ رہے ہیں۔ پہلے زمانے میں ایسا ایسا ڈسکشن نہیں ہو سکتا تھا۔ پہلے زمانے میں مذہب میں کریسپ ٹیبو تھا۔</w:t>
      </w:r>
    </w:p>
    <w:p>
      <w:r>
        <w:rPr>
          <w:b/>
        </w:rPr>
        <w:t xml:space="preserve">[31:07] </w:t>
      </w:r>
      <w:r>
        <w:t>taboo, aap kuch bol nahi sakte the mazhab ke bare mein pehle. ab yeh free discussion ka daur aaya, us ko avail kijiye.</w:t>
      </w:r>
    </w:p>
    <w:p>
      <w:pPr>
        <w:jc w:val="right"/>
      </w:pPr>
      <w:r>
        <w:t>ٹیبو، آپ کچھ بول نہیں سکتے تھے مذہب کے بارے میں پہلے۔ اب یہ فری ڈسکشن کا دور آیا، اس کو اویل کیجئے۔</w:t>
      </w:r>
    </w:p>
    <w:p>
      <w:r>
        <w:rPr>
          <w:b/>
        </w:rPr>
        <w:t xml:space="preserve">[31:20] </w:t>
      </w:r>
      <w:r>
        <w:t>toh avail musalman nahi kar sake, kyun? woh complain le ke baith gaye, protest le</w:t>
      </w:r>
    </w:p>
    <w:p>
      <w:pPr>
        <w:jc w:val="right"/>
      </w:pPr>
      <w:r>
        <w:t>تو اویل مسلمان نہیں کر سکے، کیوں؟ وہ کمپلین لے کے بیٹھ گئے، پروٹیسٹ ل</w:t>
      </w:r>
    </w:p>
    <w:p>
      <w:r>
        <w:rPr>
          <w:b/>
        </w:rPr>
        <w:t xml:space="preserve">[31:26] </w:t>
      </w:r>
      <w:r>
        <w:t>ke baith gaye, yahan tak ke gun of culture chala diya. us mein bhi kamyabi nahi hui. toh kya hua? suicide bombing shuru kar di. suicide bombing jo hai, woh kya hai?</w:t>
      </w:r>
    </w:p>
    <w:p>
      <w:pPr>
        <w:jc w:val="right"/>
      </w:pPr>
      <w:r>
        <w:t>ے کے بیٹھ گئے، یہاں تک کہ گن آف کلچر چلا دیا۔ اس میں بھی کامیابی نہیں ہوئی۔ تو کیا ہوا؟ سوسائیڈ بمبنگ شروع کر دی۔ سوسائیڈ بمبنگ جو ہے، وہ کیا ہے؟</w:t>
      </w:r>
    </w:p>
    <w:p>
      <w:r>
        <w:rPr>
          <w:b/>
        </w:rPr>
        <w:t xml:space="preserve">[31:39] </w:t>
      </w:r>
      <w:r>
        <w:t>woh creative thinking ka ek dam hi na hona hai. kyun? apni apni jaan ko kyun halak karo, bhai? apni jaan ko apne aap ko istemal karo, koi kaam ka maidan dhoondo.</w:t>
      </w:r>
    </w:p>
    <w:p>
      <w:pPr>
        <w:jc w:val="right"/>
      </w:pPr>
      <w:r>
        <w:t>وہ کریٹیو تھنکنگ کا ایک دم ہی نہ ہونا ہے۔ کیوں؟ اپنی اپنی جان کو کیوں ہلاک کرو، بھئی؟ اپنی جان کو اپنے آپ کو استعمال کرو، کوئی کام کا میدان ڈھونڈو۔</w:t>
      </w:r>
    </w:p>
    <w:p>
      <w:r>
        <w:rPr>
          <w:b/>
        </w:rPr>
        <w:t xml:space="preserve">[31:53] </w:t>
      </w:r>
      <w:r>
        <w:t>to is daur ka jo jo masla hai, sab se bara musalmanon ka, wo yahi hai ke un ke andar creative thinking nahin hai.</w:t>
      </w:r>
    </w:p>
    <w:p>
      <w:pPr>
        <w:jc w:val="right"/>
      </w:pPr>
      <w:r>
        <w:t>تو اس دور کا جو جو مسئلہ ہے، سب سے بڑا مسلمانوں کا، وہ یہی ہے کہ ان کے اندر کریٹیو تھنکنگ نہیں۔</w:t>
      </w:r>
    </w:p>
    <w:p>
      <w:r>
        <w:rPr>
          <w:b/>
        </w:rPr>
        <w:t xml:space="preserve">[32:06] </w:t>
      </w:r>
      <w:r>
        <w:t>creative thinking nahin hai.</w:t>
      </w:r>
    </w:p>
    <w:p>
      <w:pPr>
        <w:jc w:val="right"/>
      </w:pPr>
      <w:r>
        <w:t>کریٹیو تھنکنگ نہیں۔</w:t>
      </w:r>
    </w:p>
    <w:p>
      <w:r>
        <w:rPr>
          <w:b/>
        </w:rPr>
        <w:t xml:space="preserve">[32:08] </w:t>
      </w:r>
      <w:r>
        <w:t>abhi do char din pehle ki baat hai, ek madrasa hai, ek bara madrasa. us ke us ke us ke student aaye, ek group aaya un ka yahan dilli ke religious personalities se milne ke liye aur institutions ko dekhne ke liye.</w:t>
      </w:r>
    </w:p>
    <w:p>
      <w:pPr>
        <w:jc w:val="right"/>
      </w:pPr>
      <w:r>
        <w:t>ابھی دو چار دن پہلے کی بات ہے، ایک مدرسہ ہے، ایک بڑا مدرسہ۔ اس کے اس کے اسٹوڈنٹ آئے، ایک گروپ آیا ان کا یہاں دلی کہ ریلیجس پرسنیلٹیز سے ملنے کے لیے اور اسٹیوشنز کو دیکھنے کے لیے۔</w:t>
      </w:r>
    </w:p>
    <w:p>
      <w:r>
        <w:rPr>
          <w:b/>
        </w:rPr>
        <w:t xml:space="preserve">[32:29] </w:t>
      </w:r>
      <w:r>
        <w:t>to un ke kisi ne un se kaha ke mera naam liya ke bhai un ke haan bhi jao, wo bhi ek tehreek chala rahe hain, islami tehreek.</w:t>
      </w:r>
    </w:p>
    <w:p>
      <w:pPr>
        <w:jc w:val="right"/>
      </w:pPr>
      <w:r>
        <w:t>تو ان کے کسی نے ان سے کہا کہ میرا نام لیا کہ بھئی ان کے ہاں بھی جاؤ، وہ بھی ایک تحریک چلا رہے ہیں، اسلامی تحریک۔</w:t>
      </w:r>
    </w:p>
    <w:p>
      <w:r>
        <w:rPr>
          <w:b/>
        </w:rPr>
        <w:t xml:space="preserve">[32:39] </w:t>
      </w:r>
      <w:r>
        <w:t>to jo sahib le ke aaye the, un ko unhon ne foran mana kar diya ke nahin, nahin, nahin, nahin. unhon ne kaha nahin, nahin jana hai. ab ghor kijiye ke is se kaise aadmi ke andar creative think aayegi.</w:t>
      </w:r>
    </w:p>
    <w:p>
      <w:pPr>
        <w:jc w:val="right"/>
      </w:pPr>
      <w:r>
        <w:t>تو جو صاحب لے کے آئے تھے، ان کو انہوں نے فوراً منع کر دیا کہ نہیں، نہیں، نہیں، نہیں۔ انہوں نے کہا نہیں، نہیں جانا ہے۔ اب غور کیجئے کہ اس سے کیسے آدمی کے اندر کریٹیو تھنک آئے گی۔</w:t>
      </w:r>
    </w:p>
    <w:p>
      <w:r>
        <w:rPr>
          <w:b/>
        </w:rPr>
        <w:t xml:space="preserve">[32:50] </w:t>
      </w:r>
      <w:r>
        <w:t>yani selected way mein agar aap milein aap, to aap ki thinking waisi banegi, limited thinking banegi.</w:t>
      </w:r>
    </w:p>
    <w:p>
      <w:pPr>
        <w:jc w:val="right"/>
      </w:pPr>
      <w:r>
        <w:t>یعنی سلیکٹڈ وے میں اگر آپ ملیں آپ، تو آپ کی تھنکنگ ویسی بنے گی، لمیٹڈ تھنکنگ بنے گی۔</w:t>
      </w:r>
    </w:p>
    <w:p>
      <w:r>
        <w:rPr>
          <w:b/>
        </w:rPr>
        <w:t xml:space="preserve">[32:58] </w:t>
      </w:r>
      <w:r>
        <w:t>openness ke daur mein wo apne aap ko cell mein band kiye hue hain. yani kisi wajah se wo hum se negative honge, to hum se milna bhi nahin un ko.</w:t>
      </w:r>
    </w:p>
    <w:p>
      <w:pPr>
        <w:jc w:val="right"/>
      </w:pPr>
      <w:r>
        <w:t>اوپننس کے دور میں وہ اپنے آپ کو سیل میں بند کیے ہوئے ہیں۔ یعنی کسی وجہ سے وہ ہم سے نیگیٹیو ہوں گے، تو ہم سے ملنا بھی نہیں ان کو۔</w:t>
      </w:r>
    </w:p>
    <w:p>
      <w:r>
        <w:rPr>
          <w:b/>
        </w:rPr>
        <w:t xml:space="preserve">[33:11] </w:t>
      </w:r>
      <w:r>
        <w:t>to dekhiye, ye daur jo hai, aisa hai ke aap kisi bhi shakhs se miliye, us se baat kijiye, criticize kijiye. ye aap ka right samjha jata hai.</w:t>
      </w:r>
    </w:p>
    <w:p>
      <w:pPr>
        <w:jc w:val="right"/>
      </w:pPr>
      <w:r>
        <w:t>تو دیکھیے، یہ دور جو ہے، ایسا ہے کہ آپ کسی بھی شخص سے ملیے، اس سے بات کیجئے، کریٹیسائز کیجئے۔ یہ آپ کا رائٹ سمجھا جاتا ہے۔</w:t>
      </w:r>
    </w:p>
    <w:p>
      <w:r>
        <w:rPr>
          <w:b/>
        </w:rPr>
        <w:t xml:space="preserve">[33:20] </w:t>
      </w:r>
      <w:r>
        <w:t>criticize karna aap ka right hai. ek naya daur hai.</w:t>
      </w:r>
    </w:p>
    <w:p>
      <w:pPr>
        <w:jc w:val="right"/>
      </w:pPr>
      <w:r>
        <w:t>کریٹیسائز کرنا آپ کا رائٹ ہے۔ ایک نیا دور ہے۔</w:t>
      </w:r>
    </w:p>
    <w:p>
      <w:r>
        <w:rPr>
          <w:b/>
        </w:rPr>
        <w:t xml:space="preserve">[33:25] </w:t>
      </w:r>
      <w:r>
        <w:t>to har ek se miliye, har ek se interact kijiye, har ek se discuss kijiye. lekin hamare jo mazhabi idare hain, un mein aaj bhi openness nahin aaya.</w:t>
      </w:r>
    </w:p>
    <w:p>
      <w:pPr>
        <w:jc w:val="right"/>
      </w:pPr>
      <w:r>
        <w:t>تو ہر ایک سے ملیے، ہر ایک سے انٹریکٹ کیجئے، ہر ایک سے ڈسکس کیجئے۔ لیکن ہمارے جو مذہبی ادارے ہیں، ان میں آج بھی اوپننس نہیں آیا۔</w:t>
      </w:r>
    </w:p>
    <w:p>
      <w:r>
        <w:rPr>
          <w:b/>
        </w:rPr>
        <w:t xml:space="preserve">[33:41] </w:t>
      </w:r>
      <w:r>
        <w:t>na mazhab idaron ke andar aaya, na wo jante hain ke ye zamana openness ka hai, aur tum kahin bhi ja kar kaam kaam kar sakte ho, kahin bhi kar sakte ho.</w:t>
      </w:r>
    </w:p>
    <w:p>
      <w:pPr>
        <w:jc w:val="right"/>
      </w:pPr>
      <w:r>
        <w:t>نہ مذہب اداروں کے اندر آیا، نہ وہ جانتے ہیں کہ یہ زمانہ اوپننس کا ہے، اور تم کہیں بھی جا کر کام کام کر سکتے ہو، کہیں بھی کر سکتے ہو۔</w:t>
      </w:r>
    </w:p>
    <w:p>
      <w:r>
        <w:rPr>
          <w:b/>
        </w:rPr>
        <w:t xml:space="preserve">[33:53] </w:t>
      </w:r>
      <w:r>
        <w:t>jaise main Khuda Akbar se har jagah jata hoon, to to ghair muslimon ke jalse mein mujhe bulaya jata hai. India mein bhi, India ke bahar bhi, wahan main khul kar Islam pesh karta hoon.</w:t>
      </w:r>
    </w:p>
    <w:p>
      <w:pPr>
        <w:jc w:val="right"/>
      </w:pPr>
      <w:r>
        <w:t>جیسے میں خدا اکبر سے ہر جگہ جاتا ہوں، تو تو غیر مسلموں کے جلسے میں مجھے بلایا جاتا ہے۔ انڈیا میں بھی، انڈیا کے باہر بھی، وہاں میں کھل کر اسلام پیش کرتا ہوں۔</w:t>
      </w:r>
    </w:p>
    <w:p>
      <w:r>
        <w:rPr>
          <w:b/>
        </w:rPr>
        <w:t xml:space="preserve">[34:04] </w:t>
      </w:r>
      <w:r>
        <w:t>koi mana nahin karta hoon is ko. hamare saathi kitabein le aate hain, wo us ko distribute karte hain. kyun?</w:t>
      </w:r>
    </w:p>
    <w:p>
      <w:pPr>
        <w:jc w:val="right"/>
      </w:pPr>
      <w:r>
        <w:t>کوئی منع نہیں کرتا ہوں اس کو۔ ہمارے ساتھی کتابیں لے آتے ہیں، وہ اس کو ڈسٹریبیوٹ کرتے ہیں۔ کیوں؟</w:t>
      </w:r>
    </w:p>
    <w:p>
      <w:r>
        <w:rPr>
          <w:b/>
        </w:rPr>
        <w:t xml:space="preserve">[34:12] </w:t>
      </w:r>
      <w:r>
        <w:t>ye daur ka ta</w:t>
      </w:r>
    </w:p>
    <w:p>
      <w:pPr>
        <w:jc w:val="right"/>
      </w:pPr>
      <w:r>
        <w:t>یہ دور کا تق</w:t>
      </w:r>
    </w:p>
    <w:p>
      <w:r>
        <w:rPr>
          <w:b/>
        </w:rPr>
        <w:t xml:space="preserve">[34:13] </w:t>
      </w:r>
      <w:r>
        <w:t>qaza hai. dekhiye, ek baat ye main arz karunga ke agar aap ke andar openness na ho, to bohat si cheezon ko samajhne mein aap blind ho jayenge.</w:t>
      </w:r>
    </w:p>
    <w:p>
      <w:pPr>
        <w:jc w:val="right"/>
      </w:pPr>
      <w:r>
        <w:t>اضا ہے۔ دیکھیں، ایک بات یہ میں عرض کروں گا کہ اگر آپ کے اندر اوپننس نہ ہو، تو بہت سی چیزوں کو سمجھنے میں آپ بلائنڈ ہو جائیں گے۔</w:t>
      </w:r>
    </w:p>
    <w:p>
      <w:r>
        <w:rPr>
          <w:b/>
        </w:rPr>
        <w:t xml:space="preserve">[34:24] </w:t>
      </w:r>
      <w:r>
        <w:t>blind. dekhiye, is daur ka ye jo pehlu hai openness ka, to agar koi aadmi aisa kare ke aap ke related ko kahe ke nahin, nahin, us ko distribute nahin karenge, aap us ko band kijiye, band kijiye, hum nahin us ko phailane denge,</w:t>
      </w:r>
    </w:p>
    <w:p>
      <w:pPr>
        <w:jc w:val="right"/>
      </w:pPr>
      <w:r>
        <w:t>بلائنڈ۔ دیکھیں، اس دور کا یہ جو پہلو ہے اوپننس کا، تو اگر کوئی آدمی ایسا کرے کہ آپ کے ریلیٹڈ کو کہے کہ نہیں، نہیں، اس کو ڈسٹریبیوٹ نہیں کریں گے، آپ اس کو بند کیجئے، بند کیجئے، ہم نہیں اس کو پھلانے دیں گے،</w:t>
      </w:r>
    </w:p>
    <w:p>
      <w:r>
        <w:rPr>
          <w:b/>
        </w:rPr>
        <w:t xml:space="preserve">[34:40] </w:t>
      </w:r>
      <w:r>
        <w:t>to apne aap ko discreet kar raha hai. wo apne aap ko bata raha hai ke main naye zamane ka aadmi nahin hoon, main daqiyanoosi hoon, main fundamentalist hoon.</w:t>
      </w:r>
    </w:p>
    <w:p>
      <w:pPr>
        <w:jc w:val="right"/>
      </w:pPr>
      <w:r>
        <w:t>تو اپنے آپ کو ڈسکریٹ کر رہا ہے۔ وہ اپنے آپ کو بتا رہا ہے کہ میں نئے زمانے کا آدمی نہیں ہوں، میں دقینوسی ہوں، میں فنڈامینٹسٹ ہوں۔</w:t>
      </w:r>
    </w:p>
    <w:p>
      <w:r>
        <w:rPr>
          <w:b/>
        </w:rPr>
        <w:t xml:space="preserve">[34:50] </w:t>
      </w:r>
      <w:r>
        <w:t>to kaun apne aap ko apni image bigarna chahega? us ki aap wo apni apni image idea stick ho jati hai.</w:t>
      </w:r>
    </w:p>
    <w:p>
      <w:pPr>
        <w:jc w:val="right"/>
      </w:pPr>
      <w:r>
        <w:t>تو کون اپنے آپ کو اپنی امیج بگاڑنا چاہے گا؟ اس کی آپ وہ اپنی اپنی امیج آئیڈیا سٹیک ہو جاتی ہے۔</w:t>
      </w:r>
    </w:p>
    <w:p>
      <w:r>
        <w:rPr>
          <w:b/>
        </w:rPr>
        <w:t xml:space="preserve">[35:01] </w:t>
      </w:r>
      <w:r>
        <w:t>is aadmi ki apni image idea stick ho jati hai ke ye to bohat kattar pan is ke andar hai, ye to janta hi nahin</w:t>
      </w:r>
    </w:p>
    <w:p>
      <w:pPr>
        <w:jc w:val="right"/>
      </w:pPr>
      <w:r>
        <w:t>اس آدمی کی اپنی امیج آئیڈیا سٹیک ہو جاتی ہے کہ یہ تو بہت کٹر پن اس کے اندر ہے، یہ تو جانتا ہی نہیں</w:t>
      </w:r>
    </w:p>
    <w:p>
      <w:r>
        <w:rPr>
          <w:b/>
        </w:rPr>
        <w:t xml:space="preserve">[35:08] </w:t>
      </w:r>
      <w:r>
        <w:t>azadi ki value ko. is ke andar openness nahin hai, is ke andar positive thinking nahin hai. to ye daur ka jo is yani jo speed of the age jo hai, us ke lehaz se apne ko wo discreet karega.</w:t>
      </w:r>
    </w:p>
    <w:p>
      <w:pPr>
        <w:jc w:val="right"/>
      </w:pPr>
      <w:r>
        <w:t>آزادی کی ویلیو کو۔ اس کے اندر اوپننس نہیں ہے، اس کے اندر پازیٹیو تھنکنگ نہیں ہے۔ تو یہ دور کا جو اس یعنی جو اسپیڈ آف دی ایج جو ہے، اس کے لحاظ سے اپنے کو وہ ڈسکریٹ کرے گا۔</w:t>
      </w:r>
    </w:p>
    <w:p>
      <w:r>
        <w:rPr>
          <w:b/>
        </w:rPr>
        <w:t xml:space="preserve">[35:22] </w:t>
      </w:r>
      <w:r>
        <w:t>agar agar agar agar wo aisa kare to apni image ko baqi rakhne ke liye wo aap ko mauqa dega. kahan se aap aaiye?</w:t>
      </w:r>
    </w:p>
    <w:p>
      <w:pPr>
        <w:jc w:val="right"/>
      </w:pPr>
      <w:r>
        <w:t>اگر اگر اگر اگر وہ ایسا کرے تو اپنی امیج کو باقی رکھنے کے لیے وہ آپ کو موقع دے گا۔ کہاں سے آپ آئیے؟</w:t>
      </w:r>
    </w:p>
    <w:p>
      <w:r>
        <w:rPr>
          <w:b/>
        </w:rPr>
        <w:t xml:space="preserve">[35:30] </w:t>
      </w:r>
      <w:r>
        <w:t>laiye literature, aap laiye, distribute kijiye. aap koi harj nahin hai. in sab baton ko kyun nahin jaan pate musalman</w:t>
      </w:r>
    </w:p>
    <w:p>
      <w:pPr>
        <w:jc w:val="right"/>
      </w:pPr>
      <w:r>
        <w:t>لائیے لٹریچر، آپ لائیے، ڈسٹریبیوٹ کیجئے۔ آپ کوئی حرج نہیں ہے۔ ان سب باتوں کو کیوں نہیں جان پاتے مسلمان</w:t>
      </w:r>
    </w:p>
    <w:p>
      <w:r>
        <w:rPr>
          <w:b/>
        </w:rPr>
        <w:t xml:space="preserve">[35:38] </w:t>
      </w:r>
      <w:r>
        <w:t>? kyunke wo negative yani soch mein jeete hain. positive thinking un ke andar nahin hai. to main samajhta hoon ke asal cheez jo is zamane mein hai, problem musalmanon ka, wo na to kisi ki conspiracy hai, na kisi ka zulm hai,</w:t>
      </w:r>
    </w:p>
    <w:p>
      <w:pPr>
        <w:jc w:val="right"/>
      </w:pPr>
      <w:r>
        <w:t>؟ کیونکہ وہ نیگیٹیو یعنی سوچ میں جیتے ہیں۔ پازیٹیو تھنکنگ ان کے اندر نہیں ہے۔ تو میں سمجھتا ہوں کہ اصل چیز جو اس زمانے میں ہے، پرابلم مسلمانوں کا، وہ نہ تو کسی کی کانسپریسی ہے، نہ کسی کا ظلم ہے،</w:t>
      </w:r>
    </w:p>
    <w:p>
      <w:r>
        <w:rPr>
          <w:b/>
        </w:rPr>
        <w:t xml:space="preserve">[35:57] </w:t>
      </w:r>
      <w:r>
        <w:t>kuch bhi nahin.</w:t>
      </w:r>
    </w:p>
    <w:p>
      <w:pPr>
        <w:jc w:val="right"/>
      </w:pPr>
      <w:r>
        <w:t>کچھ بھی نہیں۔</w:t>
      </w:r>
    </w:p>
    <w:p>
      <w:r>
        <w:rPr>
          <w:b/>
        </w:rPr>
        <w:t xml:space="preserve">[35:59] </w:t>
      </w:r>
      <w:r>
        <w:t>asal cheez hai ke musalmanon ki apni jo thinking hai, wo bohat hi yani yani un ke andar creative thinking nahin hai.</w:t>
      </w:r>
    </w:p>
    <w:p>
      <w:pPr>
        <w:jc w:val="right"/>
      </w:pPr>
      <w:r>
        <w:t>اصل چیز ہے کہ مسلمانوں کی اپنی جو تھنکنگ ہے، وہ بہت ہی یعنی یعنی ان کے اندر کریٹیو تھنکنگ نہیں ہے۔</w:t>
      </w:r>
    </w:p>
    <w:p>
      <w:r>
        <w:rPr>
          <w:b/>
        </w:rPr>
        <w:t xml:space="preserve">[36:10] </w:t>
      </w:r>
      <w:r>
        <w:t>cheezon ko yani cheezon ko phir se sochna, cheezon ke baray mein phir se rai kaam karna, naye halaat mein naye dhang se sochna, yeh un ko nahi aata.</w:t>
      </w:r>
    </w:p>
    <w:p>
      <w:pPr>
        <w:jc w:val="right"/>
      </w:pPr>
      <w:r>
        <w:t>چیزوں کو یعنی چیزوں کو پھر سے سوچنا، چیزوں کے بارے میں پھر سے رائے کام کرنا، نئے حالات میں نئے ڈھنگ سے سوچنا، یہ ان کو نہیں آتا۔</w:t>
      </w:r>
    </w:p>
    <w:p>
      <w:r>
        <w:rPr>
          <w:b/>
        </w:rPr>
        <w:t xml:space="preserve">[36:23] </w:t>
      </w:r>
      <w:r>
        <w:t>dekhiye, yeh dunya jo hai, aap jantay hain ke challenge ki dunya hai. challenge</w:t>
      </w:r>
    </w:p>
    <w:p>
      <w:pPr>
        <w:jc w:val="right"/>
      </w:pPr>
      <w:r>
        <w:t>دیکھیے، یہ دنیا جو ہے، آپ جانتے ہیں کہ چیلنج کی دنیا ہے۔ چیلنج</w:t>
      </w:r>
    </w:p>
    <w:p>
      <w:r>
        <w:rPr>
          <w:b/>
        </w:rPr>
        <w:t xml:space="preserve">[36:28] </w:t>
      </w:r>
      <w:r>
        <w:t>har waqt challenge yahan par hai. Allah taala ne insan ko aazad paida kiya hai. har aadmi aazad hai, to apnay apnay dhang se chalay ga.</w:t>
      </w:r>
    </w:p>
    <w:p>
      <w:pPr>
        <w:jc w:val="right"/>
      </w:pPr>
      <w:r>
        <w:t>ہر وقت چیلنج یہاں پر ہے۔ اللہ تعالی نے انسان کو آزاد پیدا کیا ہے۔ ہر آدمی آزاد ہے، تو اپنے اپنے ڈھنگ سے چلے گا۔</w:t>
      </w:r>
    </w:p>
    <w:p>
      <w:r>
        <w:rPr>
          <w:b/>
        </w:rPr>
        <w:t xml:space="preserve">[36:38] </w:t>
      </w:r>
      <w:r>
        <w:t>woh jab chalay ga to aap ko challenges paish aayen gi. to dunya mein har taraf challenge hi challenge hai. is ki kesay aap muqabla karen ge?</w:t>
      </w:r>
    </w:p>
    <w:p>
      <w:pPr>
        <w:jc w:val="right"/>
      </w:pPr>
      <w:r>
        <w:t>وہ جب چلے گا تو آپ کو چیلنجز پیش آئیں گے۔ تو دنیا میں ہر طرف چیلنج ہی چیلنج ہے۔ اس کی کیسے آپ مقابلہ کریں گے؟</w:t>
      </w:r>
    </w:p>
    <w:p>
      <w:r>
        <w:rPr>
          <w:b/>
        </w:rPr>
        <w:t xml:space="preserve">[36:50] </w:t>
      </w:r>
      <w:r>
        <w:t>agar har waqt lartay rahen to larr kar martay rahen ge. khali aap ko manage karna seekhna chahiye. manage karna</w:t>
      </w:r>
    </w:p>
    <w:p>
      <w:pPr>
        <w:jc w:val="right"/>
      </w:pPr>
      <w:r>
        <w:t>اگر ہر وقت لڑتے رہیں تو لڑ کر مرتے رہیں گے۔ خالی آپ کو مینج کرنا سیکھنا چاہیے۔ مینج کرنا</w:t>
      </w:r>
    </w:p>
    <w:p>
      <w:r>
        <w:rPr>
          <w:b/>
        </w:rPr>
        <w:t xml:space="preserve">[36:58] </w:t>
      </w:r>
      <w:r>
        <w:t>aap ko problem ko manage karna seekhna paray ga. aap ko challenge ka saamna karna seekhna paray ga. aap ko cheezon mein phir se sochna paray ga, re-assess karna paray ga cheezon ke baray mein.</w:t>
      </w:r>
    </w:p>
    <w:p>
      <w:pPr>
        <w:jc w:val="right"/>
      </w:pPr>
      <w:r>
        <w:t>آپ کو پرابلم کو مینج کرنا سیکھنا پڑے گا۔ آپ کو چیلنج کا سامنا کرنا سیکھنا پڑے گا۔ آپ کو چیزوں میں پھر سے سوچنا پڑے گا، ری اسس کرنا پڑے گا چیزوں کے بارے میں۔</w:t>
      </w:r>
    </w:p>
    <w:p>
      <w:r>
        <w:rPr>
          <w:b/>
        </w:rPr>
        <w:t xml:space="preserve">[37:11] </w:t>
      </w:r>
      <w:r>
        <w:t>tab aap aap planning kar sakenge. is zamanay mein sab se bari importance jo hai, planning ki hai.</w:t>
      </w:r>
    </w:p>
    <w:p>
      <w:pPr>
        <w:jc w:val="right"/>
      </w:pPr>
      <w:r>
        <w:t>تب آپ آپ پلاننگ کر سکیں گے۔ اس زمانے میں سب سے بڑی امپورٹنس جو ہے، پلاننگ کی ہے۔</w:t>
      </w:r>
    </w:p>
    <w:p>
      <w:r>
        <w:rPr>
          <w:b/>
        </w:rPr>
        <w:t xml:space="preserve">[37:21] </w:t>
      </w:r>
      <w:r>
        <w:t>aik martaba mein mila aik sahib se jo yani university ke parhay hue, to un se mein ne kaha ke kisi kaam mein kamyabi ke liye sab se bari cheez hai hard labor, mehnat.</w:t>
      </w:r>
    </w:p>
    <w:p>
      <w:pPr>
        <w:jc w:val="right"/>
      </w:pPr>
      <w:r>
        <w:t>ایک مرتبہ میں ملا ایک صاحب سے جو یعنی یونیورسٹی کے پڑھے ہوئے، تو ان سے میں نے کہا کہ کسی کام میں کامیابی کے لیے سب سے بڑی چیز ہے ہارڈ لیبر، محنت۔</w:t>
      </w:r>
    </w:p>
    <w:p>
      <w:r>
        <w:rPr>
          <w:b/>
        </w:rPr>
        <w:t xml:space="preserve">[37:35] </w:t>
      </w:r>
      <w:r>
        <w:t>to kaha nahi, yeh to purani cheez ho gayi.</w:t>
      </w:r>
    </w:p>
    <w:p>
      <w:pPr>
        <w:jc w:val="right"/>
      </w:pPr>
      <w:r>
        <w:t>تو کہا نہیں، یہ تو پرانی چیز ہو گئی۔</w:t>
      </w:r>
    </w:p>
    <w:p>
      <w:r>
        <w:rPr>
          <w:b/>
        </w:rPr>
        <w:t xml:space="preserve">[37:37] </w:t>
      </w:r>
      <w:r>
        <w:t>ab kamyabi ke liye planning chahiye. planning, mansooba bandi. yani mein apnay riwayati zehn ke tehat jo pehle zamanay mein hum sochtay thay, bachpan ke zamanay mein jo suntay thay,</w:t>
      </w:r>
    </w:p>
    <w:p>
      <w:pPr>
        <w:jc w:val="right"/>
      </w:pPr>
      <w:r>
        <w:t>اب کامیابی کے لیے پلاننگ چاہیے۔ پلاننگ، منصوبہ بندی۔ یعنی میں اپنے روایتی ذہن کے تحت جو پہلے زمانے میں ہم سوچتے تھے، بچپن کے زمانے میں جو سنتے تھے،</w:t>
      </w:r>
    </w:p>
    <w:p>
      <w:r>
        <w:rPr>
          <w:b/>
        </w:rPr>
        <w:t xml:space="preserve">[37:51] </w:t>
      </w:r>
      <w:r>
        <w:t>to is mein kya tha? sab se bari cheez thi mehnat, mehnat, mehnat, mehnat. hum yeh jantay thay ke mehnat, hard labor. to unhon ne kaha ke nahi, woh zamana khatam ho gaya.</w:t>
      </w:r>
    </w:p>
    <w:p>
      <w:pPr>
        <w:jc w:val="right"/>
      </w:pPr>
      <w:r>
        <w:t>تو اس میں کیا تھا؟ سب سے بڑی چیز تھی محنت، محنت، محنت، محنت۔ ہم یہ جانتے تھے کہ محنت، ہارڈ لیبر۔ تو انہوں نے کہا کہ نہیں، وہ زمانہ ختم ہو گیا۔</w:t>
      </w:r>
    </w:p>
    <w:p>
      <w:r>
        <w:rPr>
          <w:b/>
        </w:rPr>
        <w:t xml:space="preserve">[38:03] </w:t>
      </w:r>
      <w:r>
        <w:t>ab zamana hai planning ka.</w:t>
      </w:r>
    </w:p>
    <w:p>
      <w:pPr>
        <w:jc w:val="right"/>
      </w:pPr>
      <w:r>
        <w:t>اب زمانہ ہے پلاننگ کا۔</w:t>
      </w:r>
    </w:p>
    <w:p>
      <w:r>
        <w:rPr>
          <w:b/>
        </w:rPr>
        <w:t xml:space="preserve">[38:09] </w:t>
      </w:r>
      <w:r>
        <w:t>is waqt mein ne discover kiya ke hamara zamana jo naya zamana hai, woh aik aik aik nai naye halaat le kar aaya hai.</w:t>
      </w:r>
    </w:p>
    <w:p>
      <w:pPr>
        <w:jc w:val="right"/>
      </w:pPr>
      <w:r>
        <w:t>اس وقت میں نے ڈسکور کیا کہ ہمارا زمانہ جو نیا زمانہ ہے، وہ ایک ایک ایک نئی نئے حالات لے کر آیا ہے۔</w:t>
      </w:r>
    </w:p>
    <w:p>
      <w:r>
        <w:rPr>
          <w:b/>
        </w:rPr>
        <w:t xml:space="preserve">[38:19] </w:t>
      </w:r>
      <w:r>
        <w:t>yeh baat bohat pehle ki hai, lekin is se mujhe aik line, aik sochne ki line mili.</w:t>
      </w:r>
    </w:p>
    <w:p>
      <w:pPr>
        <w:jc w:val="right"/>
      </w:pPr>
      <w:r>
        <w:t>یہ بات بہت پہلے کی ہے، لیکن اس سے مجھے ایک لائن، ایک سوچنے کی لائن ملی۔</w:t>
      </w:r>
    </w:p>
    <w:p>
      <w:r>
        <w:rPr>
          <w:b/>
        </w:rPr>
        <w:t xml:space="preserve">[38:28] </w:t>
      </w:r>
      <w:r>
        <w:t>to planning karne ke liye zaroori hai ke aap ke andar creativity ho, positivity ho. aap negative response ki bajaye positive response dena jantay hon.</w:t>
      </w:r>
    </w:p>
    <w:p>
      <w:pPr>
        <w:jc w:val="right"/>
      </w:pPr>
      <w:r>
        <w:t>تو پلاننگ کرنے کے لیے ضروری ہے کہ آپ کے اندر کریٹیوٹی ہو، پازیٹیوٹی ہو۔ آپ نیگیٹیو رسپانس کی بجائے پازیٹیو رسپانس دینا جانتے ہوں۔</w:t>
      </w:r>
    </w:p>
    <w:p>
      <w:r>
        <w:rPr>
          <w:b/>
        </w:rPr>
        <w:t xml:space="preserve">[38:40] </w:t>
      </w:r>
      <w:r>
        <w:t>yeh sab baaten hain. in sab baaton ka aap nuqsan o fuqdan hain. to jab planning nahi kar payenge aap, to bari kamyabi bhi aap ko nahi mile gi.</w:t>
      </w:r>
    </w:p>
    <w:p>
      <w:pPr>
        <w:jc w:val="right"/>
      </w:pPr>
      <w:r>
        <w:t>یہ سب باتیں ہیں۔ ان سب باتوں کا آپ نقصان و فقدان ہیں۔ تو جب پلاننگ نہیں کر پائیں گے آپ، تو بڑی کامیابی بھی آپ کو نہیں ملے گی۔</w:t>
      </w:r>
    </w:p>
    <w:p>
      <w:r>
        <w:rPr>
          <w:b/>
        </w:rPr>
        <w:t xml:space="preserve">[38:51] </w:t>
      </w:r>
      <w:r>
        <w:t>to mein samajhta hoon ke mein aik aik baat se mujhe bohat khushi hoti hai. hamari team ke baray mein aaj hi subah, mein aaj hi subah aik waqea hua to mujhe bohat khushi hui ke hamari team mein aik woh cheez aa chuki hai,</w:t>
      </w:r>
    </w:p>
    <w:p>
      <w:pPr>
        <w:jc w:val="right"/>
      </w:pPr>
      <w:r>
        <w:t>تو میں سمجھتا ہوں کہ میں ایک ایک بات سے مجھے بہت خوشی ہوتی ہے۔ ہماری ٹیم کے بارے میں آج ہی صبح، میں آج ہی صبح ایک واقعہ ہوا تو مجھے بہت خوشی ہوئی کہ ہماری ٹیم میں ایک وہ چیز آ چکی ہے،</w:t>
      </w:r>
    </w:p>
    <w:p>
      <w:r>
        <w:rPr>
          <w:b/>
        </w:rPr>
        <w:t xml:space="preserve">[39:10] </w:t>
      </w:r>
      <w:r>
        <w:t>yani aik self incentive, khud apnay jazbay se karna.</w:t>
      </w:r>
    </w:p>
    <w:p>
      <w:pPr>
        <w:jc w:val="right"/>
      </w:pPr>
      <w:r>
        <w:t>یعنی ایک سیلف انسنٹیو، خود اپنے جذبے سے کرنا۔</w:t>
      </w:r>
    </w:p>
    <w:p>
      <w:r>
        <w:rPr>
          <w:b/>
        </w:rPr>
        <w:t xml:space="preserve">[39:17] </w:t>
      </w:r>
      <w:r>
        <w:t>to mein samjha ke Allah taala ne mujhe aisa dua karne ke liye paida kiya tha ke mein dua karta rahoon, aur yeh team to khud active ho gayi hai. bohat pehle ab mein ne aap ko aik qissa bataya hoga ke bohat pehle mein Arab mein mujh se aik sawal kiya gaya tha ke aap ke paas to faqrra hai.</w:t>
      </w:r>
    </w:p>
    <w:p>
      <w:pPr>
        <w:jc w:val="right"/>
      </w:pPr>
      <w:r>
        <w:t>تو میں سمجھا کہ اللہ تعالی نے مجھے ایسا دعا کرنے کے لیے پیدا کیا تھا کہ میں دعا کرتا رہوں، اور یہ ٹیم تو خود ایکٹیو ہو گئی ہے۔ بہت پہلے اب میں نے آپ کو ایک قصہ بتایا ہوگا کہ بہت پہلے میں عرب میں مجھ سے ایک سوال کیا گیا تھا کہ آپ کے پاس تو فقرہ ہے۔</w:t>
      </w:r>
    </w:p>
    <w:p>
      <w:r>
        <w:rPr>
          <w:b/>
        </w:rPr>
        <w:t xml:space="preserve">[39:34] </w:t>
      </w:r>
      <w:r>
        <w:t>faqrra matlab hai ke aap idea hai, soch hai, aap ke paas koi program nahi hai, program nahi hai.</w:t>
      </w:r>
    </w:p>
    <w:p>
      <w:pPr>
        <w:jc w:val="right"/>
      </w:pPr>
      <w:r>
        <w:t>فقرہ مطلب ہے کہ آپ آئیڈیا ہے، سوچ ہے، آپ کے پاس کوئی برنامج نہیں ہے، پروگرام نہیں ہے۔</w:t>
      </w:r>
    </w:p>
    <w:p>
      <w:r>
        <w:rPr>
          <w:b/>
        </w:rPr>
        <w:t xml:space="preserve">[39:44] </w:t>
      </w:r>
      <w:r>
        <w:t>to mein ne kaha tha ke program na hua, ajaad al-mubarmeen, yani hum program makers banana hamara maqsad hai, program makers.</w:t>
      </w:r>
    </w:p>
    <w:p>
      <w:pPr>
        <w:jc w:val="right"/>
      </w:pPr>
      <w:r>
        <w:t>تو میں نے کہا تھا کہ برنامج نہ ہوا، اعجاد المبرمجین، یعنی ہم پروگرام میکرز بنانا ہمارا مقصد ہے، پروگرام میکرز۔</w:t>
      </w:r>
    </w:p>
    <w:p>
      <w:r>
        <w:rPr>
          <w:b/>
        </w:rPr>
        <w:t xml:space="preserve">[39:53] </w:t>
      </w:r>
      <w:r>
        <w:t>to yeh us waqt mera khwab tha, yani us waqt mera yeh khwab tha ke mein aisi team ho jis mein har shakhs program maker ho, khud banaye program, khud soche, khud aik us ko execute karay.</w:t>
      </w:r>
    </w:p>
    <w:p>
      <w:pPr>
        <w:jc w:val="right"/>
      </w:pPr>
      <w:r>
        <w:t>تو یہ اس وقت میرا خواب تھا، یعنی اس وقت میرا یہ خواب تھا کہ میں ایسی ٹیم ہو جس میں ہر شخص پروگرام میکر ہو، خود بنائے پروگرام، خود سوچے، خود ایک اس کو ایگزیکیوٹ کرے۔</w:t>
      </w:r>
    </w:p>
    <w:p>
      <w:r>
        <w:rPr>
          <w:b/>
        </w:rPr>
        <w:t xml:space="preserve">[40:07] </w:t>
      </w:r>
      <w:r>
        <w:t>jab yeh baat hui thi, tab mere paas team nahi hua karti thi, lekin meri soch yahi thi ke aisi team chahiye jis ke andar creativity ho, jis ke andar khud program banane ka maada ho, jo khud planning karay.</w:t>
      </w:r>
    </w:p>
    <w:p>
      <w:pPr>
        <w:jc w:val="right"/>
      </w:pPr>
      <w:r>
        <w:t>جب یہ بات ہوئی تھی، تب میرے پاس ٹیم نہیں ہوا کرتی تھی، لیکن میری سوچ یہی تھی کہ ایسی ٹیم چاہیے جس کے اندر کریٹیوٹی ہو، جس کے اندر خود پروگرام بنانے کا مادہ ہو، جو خود پلاننگ کرے۔</w:t>
      </w:r>
    </w:p>
    <w:p>
      <w:r>
        <w:rPr>
          <w:b/>
        </w:rPr>
        <w:t xml:space="preserve">[40:22] </w:t>
      </w:r>
      <w:r>
        <w:t>to mein is ke liye dua karta tha bas ke khuda ya mujhe aisi team de de. aaj mein Allah ka shukar ada karta hoon ke woh team Allah taala ne hamein de di hai.</w:t>
      </w:r>
    </w:p>
    <w:p>
      <w:pPr>
        <w:jc w:val="right"/>
      </w:pPr>
      <w:r>
        <w:t>تو میں اس کے لیے دعا کرتا تھا بس کہ خدایا مجھے ایسی ٹیم دے دے۔ آج میں اللہ کا شکر ادا کرتا ہوں کہ وہ ٹیم اللہ تعالی نے ہمیں دے دی ہے۔</w:t>
      </w:r>
    </w:p>
    <w:p>
      <w:r>
        <w:rPr>
          <w:b/>
        </w:rPr>
        <w:t xml:space="preserve">[40:33] </w:t>
      </w:r>
      <w:r>
        <w:t>hamari team ke jitnay member hain, chahe Delhi mein ho ya Delhi ke bahar, woh khud kaam karte hain. un ko koi direction nahi diya jata, koi un ko yani bataya nahi jata ke yeh karna, woh karna.</w:t>
      </w:r>
    </w:p>
    <w:p>
      <w:pPr>
        <w:jc w:val="right"/>
      </w:pPr>
      <w:r>
        <w:t>ہماری ٹیم کے جتنے ممبر ہیں، چاہے دلی میں ہو یا دلی کے باہر، وہ خود کام کرتے ہیں۔ ان کو کوئی ڈائریکشن نہیں دیا جاتا، کوئی ان کو یعنی بتایا نہیں جاتا کہ یہ کرنا، وہ کرنا۔</w:t>
      </w:r>
    </w:p>
    <w:p>
      <w:r>
        <w:rPr>
          <w:b/>
        </w:rPr>
        <w:t xml:space="preserve">[40:46] </w:t>
      </w:r>
      <w:r>
        <w:t>khud sochte hain apne halaat ke lihaz se. Allah ke fazl se yahan se le kar America tak aise afraad is team mein hain jo sar-garam hain.</w:t>
      </w:r>
    </w:p>
    <w:p>
      <w:pPr>
        <w:jc w:val="right"/>
      </w:pPr>
      <w:r>
        <w:t>خود سوچتے ہیں اپنے حالات کے لحاظ سے۔ اللہ کے فضل سے یہاں سے لے کر امریکہ تک ایسے افراد اس ٹیم میں ہیں جو سرگرم ہیں۔</w:t>
      </w:r>
    </w:p>
    <w:p>
      <w:r>
        <w:rPr>
          <w:b/>
        </w:rPr>
        <w:t xml:space="preserve">[40:55] </w:t>
      </w:r>
      <w:r>
        <w:t>to mujhe bohat khushi is par hoti hai ke hamari team jo hai, Allah taala ne is ke andar aise afraad is ko de diye hain jo jo khud sochte hain, khud soch kar program banate hain, khud us ko execute karte hain, khud planning karte hain.</w:t>
      </w:r>
    </w:p>
    <w:p>
      <w:pPr>
        <w:jc w:val="right"/>
      </w:pPr>
      <w:r>
        <w:t>تو مجھے بہت خوشی اس پر ہوتی ہے کہ ہماری ٹیم جو ہے، اللہ تعالی نے اس کے اندر ایسے افراد اس کو دے دیے ہیں جو جو خود سوچتے ہیں، خود سوچ کر پروگرام بناتے ہیں، خود اس کو ایگزیکیوٹ کرتے ہیں، خود پلاننگ کرتے ہیں۔</w:t>
      </w:r>
    </w:p>
    <w:p>
      <w:r>
        <w:rPr>
          <w:b/>
        </w:rPr>
        <w:t xml:space="preserve">[41:13] </w:t>
      </w:r>
      <w:r>
        <w:t>yeh bohat bari baat hai. is mein dekhiye, ek baat yeh hai ke aap ka sawab double ho jata hai, double balkeh double se bhi zyada ho jata hai.</w:t>
      </w:r>
    </w:p>
    <w:p>
      <w:pPr>
        <w:jc w:val="right"/>
      </w:pPr>
      <w:r>
        <w:t>یہ بہت بڑی بات ہے۔ اس میں دیکھیں، ایک بات یہ ہے کہ آپ کا ثواب ڈبل ہو جاتا ہے، ڈبل بلکہ ڈبل سے بھی زیادہ ہو جاتا ہے۔</w:t>
      </w:r>
    </w:p>
    <w:p>
      <w:r>
        <w:rPr>
          <w:b/>
        </w:rPr>
        <w:t xml:space="preserve">[41:23] </w:t>
      </w:r>
      <w:r>
        <w:t>kyun?</w:t>
      </w:r>
    </w:p>
    <w:p>
      <w:pPr>
        <w:jc w:val="right"/>
      </w:pPr>
      <w:r>
        <w:t>کیوں؟</w:t>
      </w:r>
    </w:p>
    <w:p>
      <w:r>
        <w:rPr>
          <w:b/>
        </w:rPr>
        <w:t xml:space="preserve">[41:25] </w:t>
      </w:r>
      <w:r>
        <w:t>dekhiye, agar aap se main kahoon ke yeh yaani mujhe piyas lagi hai, pani dijiye, aap ne mujhe pani diya to aap ko ek sawab mile ga.</w:t>
      </w:r>
    </w:p>
    <w:p>
      <w:pPr>
        <w:jc w:val="right"/>
      </w:pPr>
      <w:r>
        <w:t>دیکھیں، اگر آپ سے میں کہوں کہ یہ یعنی مجھے پیاس لگی ہے، پانی دیجئے، آپ نے مجھے پانی دیا تو آپ کو ایک ثواب ملے گا۔</w:t>
      </w:r>
    </w:p>
    <w:p>
      <w:r>
        <w:rPr>
          <w:b/>
        </w:rPr>
        <w:t xml:space="preserve">[41:42] </w:t>
      </w:r>
      <w:r>
        <w:t>lekin aap khud agar jaan lein ke mera halaat sookh raha hai, mujhe pani ki zaroorat hai, aur khud pani laein to aap ka sawab double ho jaye ga. aise hi dawat ka muamla hai.</w:t>
      </w:r>
    </w:p>
    <w:p>
      <w:pPr>
        <w:jc w:val="right"/>
      </w:pPr>
      <w:r>
        <w:t>لیکن آپ خود اگر جان لیں کہ میرا حالات سوکھ رہا ہے، مجھے پانی کی ضرورت ہے، اور خود پانی لائیں تو آپ کا ثواب ڈبل ہو جائے گا۔ ایسے ہی دعوت کا معاملہ ہے۔</w:t>
      </w:r>
    </w:p>
    <w:p>
      <w:r>
        <w:rPr>
          <w:b/>
        </w:rPr>
        <w:t xml:space="preserve">[41:54] </w:t>
      </w:r>
      <w:r>
        <w:t>dawat ke muamle mein agar aap ka muamla yeh ho ke jo kuch bataya jaye, woh karein, aap bas aap ka ke jo activities hain, woh kisi direction mein chal rahi hon to aap ko ek sawab mile ga.</w:t>
      </w:r>
    </w:p>
    <w:p>
      <w:pPr>
        <w:jc w:val="right"/>
      </w:pPr>
      <w:r>
        <w:t>دعوت کے معاملے میں اگر آپ کا معاملہ یہ ہو کہ جو کچھ بتایا جائے، وہ کریں، آپ بس آپ کا کہ جو ایکٹیویٹیز ہیں، وہ کسی ڈائریکشن میں چل رہی ہوں تو آپ کو ایک ثواب ملے گا۔</w:t>
      </w:r>
    </w:p>
    <w:p>
      <w:r>
        <w:rPr>
          <w:b/>
        </w:rPr>
        <w:t xml:space="preserve">[42:13] </w:t>
      </w:r>
      <w:r>
        <w:t>lekin agar aap aisa karein, khud hi sochein, khud hi karein to aap ka sawab bohat barh jata hai. isi liye aap dekhiye, Allah taala ko manzoor hai ke aise log paida hon jin ko Allah taala zyada sawab de.</w:t>
      </w:r>
    </w:p>
    <w:p>
      <w:pPr>
        <w:jc w:val="right"/>
      </w:pPr>
      <w:r>
        <w:t>لیکن اگر آپ ایسا کریں، خود ہی سوچیں، خود ہی کریں تو آپ کا ثواب بہت بڑھ جاتا ہے۔ اسی لیے آپ دیکھیے، اللہ تعالی کو منظور ہے کہ ایسے لوگ پیدا ہوں جن کو اللہ تعالی زیادہ ثواب دے۔</w:t>
      </w:r>
    </w:p>
    <w:p>
      <w:r>
        <w:rPr>
          <w:b/>
        </w:rPr>
        <w:t xml:space="preserve">[42:28] </w:t>
      </w:r>
      <w:r>
        <w:t>aap Quran ko parhiye, Quran mein koi program nahi mile ga aap ko, koi program nahi hai. sirf kuch thought hai Quran mein.</w:t>
      </w:r>
    </w:p>
    <w:p>
      <w:pPr>
        <w:jc w:val="right"/>
      </w:pPr>
      <w:r>
        <w:t>آپ قرآن کو پڑھیے، قرآن میں کوئی پروگرام نہیں ملے گا آپ کو، کوئی پروگرام نہیں ہے۔ صرف کچھ تھاٹ ہے قرآن میں۔</w:t>
      </w:r>
    </w:p>
    <w:p>
      <w:r>
        <w:rPr>
          <w:b/>
        </w:rPr>
        <w:t xml:space="preserve">[42:39] </w:t>
      </w:r>
      <w:r>
        <w:t>Quran book of thought hai.</w:t>
      </w:r>
    </w:p>
    <w:p>
      <w:pPr>
        <w:jc w:val="right"/>
      </w:pPr>
      <w:r>
        <w:t>قرآن بک آف تھاٹ ہے۔</w:t>
      </w:r>
    </w:p>
    <w:p>
      <w:r>
        <w:rPr>
          <w:b/>
        </w:rPr>
        <w:t xml:space="preserve">[42:43] </w:t>
      </w:r>
      <w:r>
        <w:t>Quran jo hai, book of thought hai, is mein koi program nahi diya gaya hai. kyun? Allah taala ki ab manzoor nahi hai ke logon ko bana banaya program ho, log us ko likh chalen.</w:t>
      </w:r>
    </w:p>
    <w:p>
      <w:pPr>
        <w:jc w:val="right"/>
      </w:pPr>
      <w:r>
        <w:t>قرآن جو ہے، بک آف تھاٹ ہے، اس میں کوئی پروگرام نہیں دیا گیا ہے۔ کیوں؟ اللہ تعالی کی اب منظور نہیں ہے کہ لوگوں کو بنا بنائے پروگرام ہو، لوگ اس کو لکھ چلیں۔</w:t>
      </w:r>
    </w:p>
    <w:p>
      <w:r>
        <w:rPr>
          <w:b/>
        </w:rPr>
        <w:t xml:space="preserve">[42:53] </w:t>
      </w:r>
      <w:r>
        <w:t>nahi, Allah taala ki yeh manzoor hai ke logon ke andar incentive jaage, logon ka soch ubhre, khud apne mind se woh soch kar ke program banayein taake un ko zyada sawab mile, zyada un ki salahiyatein istemal hon.</w:t>
      </w:r>
    </w:p>
    <w:p>
      <w:pPr>
        <w:jc w:val="right"/>
      </w:pPr>
      <w:r>
        <w:t>نہیں، اللہ تعالی کی یہ منظور ہے کہ لوگوں کے اندر انسنٹیو جا گئے، لوگوں کا سوچ ابھرے، خود اپنے مائنڈ سے وہ سوچ کر کے پروگرام بنائیں تاکہ ان کو زیادہ ثواب ملے، زیادہ ان کی صلاحیتیں استعمال ہوں۔</w:t>
      </w:r>
    </w:p>
    <w:p>
      <w:r>
        <w:rPr>
          <w:b/>
        </w:rPr>
        <w:t xml:space="preserve">[43:10] </w:t>
      </w:r>
      <w:r>
        <w:t>woh hum chahte hain is is team mein.</w:t>
      </w:r>
    </w:p>
    <w:p>
      <w:pPr>
        <w:jc w:val="right"/>
      </w:pPr>
      <w:r>
        <w:t>وہ ہم چاہتے ہیں اس اس ٹیم میں۔</w:t>
      </w:r>
    </w:p>
    <w:p>
      <w:r>
        <w:rPr>
          <w:b/>
        </w:rPr>
        <w:t xml:space="preserve">[43:13] </w:t>
      </w:r>
      <w:r>
        <w:t>Allah ke fazl se is team mein aise log paida ho gaye hain jo jo sochte hain, khud khud planning karte hain, khud us ko chalate hain.</w:t>
      </w:r>
    </w:p>
    <w:p>
      <w:pPr>
        <w:jc w:val="right"/>
      </w:pPr>
      <w:r>
        <w:t>اللہ کے فضل سے اس ٹیم میں ایسے لوگ پیدا ہوگئے ہیں جو جو سوچتے ہیں، خود خود پلاننگ کرتے ہیں، خود اس کو چلاتے ہیں۔</w:t>
      </w:r>
    </w:p>
    <w:p>
      <w:r>
        <w:rPr>
          <w:b/>
        </w:rPr>
        <w:t xml:space="preserve">[43:24] </w:t>
      </w:r>
      <w:r>
        <w:t>aur main aap ko khushkhabri deta hoon ke aise logon ke liye Allah taala ne bohat sawab likh diya hai, bohat zyada sawab.</w:t>
      </w:r>
    </w:p>
    <w:p>
      <w:pPr>
        <w:jc w:val="right"/>
      </w:pPr>
      <w:r>
        <w:t>اور میں آپ کو خوشخبری دیتا ہوں کہ ایسے لوگوں کے لیے اللہ تعالی نے بہت ثواب لکھ دیا ہے، بہت زیادہ ثواب۔</w:t>
      </w:r>
    </w:p>
    <w:p>
      <w:r>
        <w:rPr>
          <w:b/>
        </w:rPr>
        <w:t xml:space="preserve">[43:35] </w:t>
      </w:r>
      <w:r>
        <w:t>to yeh hai muamla.</w:t>
      </w:r>
    </w:p>
    <w:p>
      <w:pPr>
        <w:jc w:val="right"/>
      </w:pPr>
      <w:r>
        <w:t>تو یہ ہے معاملہ۔</w:t>
      </w:r>
    </w:p>
    <w:p>
      <w:r>
        <w:rPr>
          <w:b/>
        </w:rPr>
        <w:t xml:space="preserve">[43:39] </w:t>
      </w:r>
      <w:r>
        <w:t>main samajhta hoon ke yeh poori ummat ka muamla yahi hai ke is ki creativity chhin gayi hai. misaal ke taur par dekhiye, India mein taqreeban so baras se communal rights hote hain,</w:t>
      </w:r>
    </w:p>
    <w:p>
      <w:pPr>
        <w:jc w:val="right"/>
      </w:pPr>
      <w:r>
        <w:t>میں سمجھتا ہوں کہ یہ پوری امت کا معاملہ یہی ہے کہ اسے کریٹیوٹی چھن گئی ہے۔ مثال کے طور پر دیکھیے، انڈیا میں تقریباً سو برس سے کمرل رائٹس ہوتے ہیں،</w:t>
      </w:r>
    </w:p>
    <w:p>
      <w:r>
        <w:rPr>
          <w:b/>
        </w:rPr>
        <w:t xml:space="preserve">[43:55] </w:t>
      </w:r>
      <w:r>
        <w:t>so baras se communal rights. ab poora aap literature parhiye musalmanon ka to to kya hota hai? har right ke baad</w:t>
      </w:r>
    </w:p>
    <w:p>
      <w:pPr>
        <w:jc w:val="right"/>
      </w:pPr>
      <w:r>
        <w:t>سو برس سے کمرل رائٹس۔ اب پورا آپ لٹریچر پڑھیے مسلمانوں کا تو تو کیا ہوتا ہے؟ ہر رائٹ کے بعد</w:t>
      </w:r>
    </w:p>
    <w:p>
      <w:r>
        <w:rPr>
          <w:b/>
        </w:rPr>
        <w:t xml:space="preserve">[44:04] </w:t>
      </w:r>
      <w:r>
        <w:t>bas ek statement dein ge log ke police ne yeh nahi kiya, aur administration yeh nahi kiya, aur government yeh nahi kiya.</w:t>
      </w:r>
    </w:p>
    <w:p>
      <w:pPr>
        <w:jc w:val="right"/>
      </w:pPr>
      <w:r>
        <w:t>بس ایک سٹیٹمنٹ دیں گے لوگ کہ پولیس نے یہ نہیں کیا، اور ایڈمنسٹریشن یہ نہیں کیا، اور گورنمنٹ یہ نہیں کیا۔</w:t>
      </w:r>
    </w:p>
    <w:p>
      <w:r>
        <w:rPr>
          <w:b/>
        </w:rPr>
        <w:t xml:space="preserve">[44:13] </w:t>
      </w:r>
      <w:r>
        <w:t>saara blame doosron pe dein ge. aaj tak koi ek bhi mujhe nahi maloom jis ne is ko yaani creativity ke yaani creative mind ke sath socha ho ke aakhir fasad kyun hota hai?</w:t>
      </w:r>
    </w:p>
    <w:p>
      <w:pPr>
        <w:jc w:val="right"/>
      </w:pPr>
      <w:r>
        <w:t>سارا بلیم دوسروں پہ دیں گے۔ آج تک کوئی ایک بھی مجھے نہیں معلوم جس نے اس کو یعنی کریٹیوٹی کے یعنی کریٹیو مائنڈ کے ساتھ سوچا ہو کہ آخر فساد کیوں ہوتا ہے؟</w:t>
      </w:r>
    </w:p>
    <w:p>
      <w:r>
        <w:rPr>
          <w:b/>
        </w:rPr>
        <w:t xml:space="preserve">[44:27] </w:t>
      </w:r>
      <w:r>
        <w:t>fasad kyun hota hai?</w:t>
      </w:r>
    </w:p>
    <w:p>
      <w:pPr>
        <w:jc w:val="right"/>
      </w:pPr>
      <w:r>
        <w:t>فساد کیوں ہوتا ہے؟</w:t>
      </w:r>
    </w:p>
    <w:p>
      <w:r>
        <w:rPr>
          <w:b/>
        </w:rPr>
        <w:t xml:space="preserve">[44:31] </w:t>
      </w:r>
      <w:r>
        <w:t>yaani beshumar statement, beshumar kitabein, beshumar taqreerein is par ki gayi hain communal rights par, lekin kisi mein creativity nahi.</w:t>
      </w:r>
    </w:p>
    <w:p>
      <w:pPr>
        <w:jc w:val="right"/>
      </w:pPr>
      <w:r>
        <w:t>یعنی بے شمار سٹیٹمنٹ، بے شمار کتابیں، بے شمار تقریریں اس پر کی گئی ہیں کمرل رائٹس پر، لیکن کسی میں کریٹیوٹی نہیں۔</w:t>
      </w:r>
    </w:p>
    <w:p>
      <w:r>
        <w:rPr>
          <w:b/>
        </w:rPr>
        <w:t xml:space="preserve">[44:43] </w:t>
      </w:r>
      <w:r>
        <w:t>ab main aap ko ek misaal deta hoon Sahabi ki. Sahaba log jo the, bohat zabardast tareeqe, bohat zabardast log the. woh creative thinker the. har Sahabi creative thinker tha.</w:t>
      </w:r>
    </w:p>
    <w:p>
      <w:pPr>
        <w:jc w:val="right"/>
      </w:pPr>
      <w:r>
        <w:t>اب میں آپ کو ایک مثال دیتا ہوں صحابی کی۔ صحابہ لوگ جو تھے، بہت زبردست طریقے، بہت زبردست لوگ تھے۔ وہ کریٹیو تھنکر تھے۔ ہر صحابی کریٹیو تھنکر تھا۔</w:t>
      </w:r>
    </w:p>
    <w:p>
      <w:r>
        <w:rPr>
          <w:b/>
        </w:rPr>
        <w:t xml:space="preserve">[44:54] </w:t>
      </w:r>
      <w:r>
        <w:t>Allah taala Rasool Allah Salallaho Alaihe Wasallam ne har Sahabi ko yaani is ke andar woh soch paida ki thi, woh soch ke woh khud mamlaat ko samajh sake</w:t>
      </w:r>
    </w:p>
    <w:p>
      <w:pPr>
        <w:jc w:val="right"/>
      </w:pPr>
      <w:r>
        <w:t>اللہ تعالی رسول اللہ صلی اللہ علیہ وسلم نے ہر صحابی کو یعنی اس کے اندر وہ سوچ پیدا کی تھی، وہ سوچ کہ وہ خود معاملات کو سمجھ سک</w:t>
      </w:r>
    </w:p>
    <w:p>
      <w:r>
        <w:rPr>
          <w:b/>
        </w:rPr>
        <w:t xml:space="preserve">[45:05] </w:t>
      </w:r>
      <w:r>
        <w:t>e. maslan ek Sahabi kehte hain ke "man layardha bil qaleel mimma yaati bihi safihiradha bil katheer" ke jo aadmi nadan ke chhote shar ko bardasht nahi kare ga,</w:t>
      </w:r>
    </w:p>
    <w:p>
      <w:pPr>
        <w:jc w:val="right"/>
      </w:pPr>
      <w:r>
        <w:t>ے۔ مثلاً ایک صحابی کہتے ہیں کہ "من لایرضا بالقلیل مما یاتی بہ صفیحیرضا بالکثیر" کہ جو آدمی نادان کے چھوٹے شر کو برداشت نہیں کرے گا،</w:t>
      </w:r>
    </w:p>
    <w:p>
      <w:r>
        <w:rPr>
          <w:b/>
        </w:rPr>
        <w:t xml:space="preserve">[45:28] </w:t>
      </w:r>
      <w:r>
        <w:t>is ko nadan ke bare shar ko bardasht karna pare ga.</w:t>
      </w:r>
    </w:p>
    <w:p>
      <w:pPr>
        <w:jc w:val="right"/>
      </w:pPr>
      <w:r>
        <w:t>اس کو نادان کے بڑے شر کو برداشت کرنا پڑے گا۔</w:t>
      </w:r>
    </w:p>
    <w:p>
      <w:r>
        <w:rPr>
          <w:b/>
        </w:rPr>
        <w:t xml:space="preserve">[45:33] </w:t>
      </w:r>
      <w:r>
        <w:t>yeh sahabi ke qaul tamam rights jo fasadat jo hotay hain, is par apply hota hai. India mein jo fasad hota hai, kyun hota hai?</w:t>
      </w:r>
    </w:p>
    <w:p>
      <w:pPr>
        <w:jc w:val="right"/>
      </w:pPr>
      <w:r>
        <w:t>یہ صحابی کے قول تمام رائٹس جو فسادات جو ہوتے ہیں، اس پر اپلائی ہوتا ہے۔ انڈیا میں جو فساد ہوتا ہے، کیوں ہوتا ہے؟</w:t>
      </w:r>
    </w:p>
    <w:p>
      <w:r>
        <w:rPr>
          <w:b/>
        </w:rPr>
        <w:t xml:space="preserve">[45:43] </w:t>
      </w:r>
      <w:r>
        <w:t>ziyada tar is liye hota hai ke is mulk mein jo majority hai, us ka is ke haan jaloos waghera bohat hotay hain. To yeh un ka riwayat hai, un ki tradition hai.</w:t>
      </w:r>
    </w:p>
    <w:p>
      <w:pPr>
        <w:jc w:val="right"/>
      </w:pPr>
      <w:r>
        <w:t>زیادہ تر اس لیے ہوتا ہے کہ اس ملک میں جو میجورٹی ہے، اس کا اس کے ہاں جلوس وغیرہ بہت ہوتے ہیں۔ تو یہ ان کا روایت ہے، ان کی ٹریڈیشن ہے۔</w:t>
      </w:r>
    </w:p>
    <w:p>
      <w:r>
        <w:rPr>
          <w:b/>
        </w:rPr>
        <w:t xml:space="preserve">[45:56] </w:t>
      </w:r>
      <w:r>
        <w:t>to jaloos nikle ga.</w:t>
      </w:r>
    </w:p>
    <w:p>
      <w:pPr>
        <w:jc w:val="right"/>
      </w:pPr>
      <w:r>
        <w:t>تو جلوس نکلے گا۔</w:t>
      </w:r>
    </w:p>
    <w:p>
      <w:r>
        <w:rPr>
          <w:b/>
        </w:rPr>
        <w:t xml:space="preserve">[45:58] </w:t>
      </w:r>
      <w:r>
        <w:t>ab jaloos mein tarah tarah ke log hotay hain, koi nare bhi lagen ge is mein. Ab masjid samne guzra to ab nara lagaya unhon ne kuch.</w:t>
      </w:r>
    </w:p>
    <w:p>
      <w:pPr>
        <w:jc w:val="right"/>
      </w:pPr>
      <w:r>
        <w:t>اب جلوس میں طرح طرح کے لوگ ہوتے ہیں، کوئی نعرے بھی لگائیں گے اس میں۔ اب مسجد سامنے گزرا تو اب نعرہ لگایا انہوں نے کچھ۔</w:t>
      </w:r>
    </w:p>
    <w:p>
      <w:r>
        <w:rPr>
          <w:b/>
        </w:rPr>
        <w:t xml:space="preserve">[46:08] </w:t>
      </w:r>
      <w:r>
        <w:t>to Musalman kya samajhte hain ke hamari masjid ki be hurmati hui? Masalan aik jagah diwali ka jaloos tha to rang chharak rahe thay, to masjid ki dewar par rang par gaya.</w:t>
      </w:r>
    </w:p>
    <w:p>
      <w:pPr>
        <w:jc w:val="right"/>
      </w:pPr>
      <w:r>
        <w:t>تو مسلمان کیا سمجھتے ہیں کہ ہماری مسجد کی بے حرمتی ہوئی؟ مثلاً ایک جگہ دیوالی کا جلوس تھا تو رنگ چھڑک رہے تھے، تو مسجد کی دیوار پر رنگ پڑ گیا۔</w:t>
      </w:r>
    </w:p>
    <w:p>
      <w:r>
        <w:rPr>
          <w:b/>
        </w:rPr>
        <w:t xml:space="preserve">[46:21] </w:t>
      </w:r>
      <w:r>
        <w:t>to bas masjid ki be hurmati ho gayi. Wahan log biphar uthay. Yeh ke tumhein kya kiya? Yeh kiya kiya?</w:t>
      </w:r>
    </w:p>
    <w:p>
      <w:pPr>
        <w:jc w:val="right"/>
      </w:pPr>
      <w:r>
        <w:t>تو بس مسجد کی بے حرمتی ہو گئی۔ وہاں لوگ بپھر اٹھے۔ یہ کہ تمہیں کیا کیا؟ یہ کیا کیا؟</w:t>
      </w:r>
    </w:p>
    <w:p>
      <w:r>
        <w:rPr>
          <w:b/>
        </w:rPr>
        <w:t xml:space="preserve">[46:27] </w:t>
      </w:r>
      <w:r>
        <w:t>route to har moqa par Musalman kya karte hain? Route badalne ka ki mang karte hain. Police se kehte hain route badlo, yeh idhar se jaloos na jaye, idhar se jaye.</w:t>
      </w:r>
    </w:p>
    <w:p>
      <w:pPr>
        <w:jc w:val="right"/>
      </w:pPr>
      <w:r>
        <w:t>روٹ تو ہر موقع پر مسلمان کیا کرتے ہیں؟ روٹ بدلنے کا کی مانگ کرتے ہیں۔ پولیس سے کہتے ہیں روٹ بدلاؤ، یہ ادھر سے جلوس نہ جائے، ادھر سے جائے۔</w:t>
      </w:r>
    </w:p>
    <w:p>
      <w:r>
        <w:rPr>
          <w:b/>
        </w:rPr>
        <w:t xml:space="preserve">[46:38] </w:t>
      </w:r>
      <w:r>
        <w:t>is par jhagda hota hai. Jaloos walay kehte hain hum kyun jayein? Hum kyun badlein? To tum badlo. To is par dono mein takrao hota hai.</w:t>
      </w:r>
    </w:p>
    <w:p>
      <w:pPr>
        <w:jc w:val="right"/>
      </w:pPr>
      <w:r>
        <w:t>اس پر جھگڑا ہوتا ہے۔ جلوس والے کہتے ہیں ہم کیوں جائیں؟ ہم کیوں بدلیں؟ تو تم بدلو۔ تو اس پر دونوں میں ٹکراؤ ہوتا ہے۔</w:t>
      </w:r>
    </w:p>
    <w:p>
      <w:r>
        <w:rPr>
          <w:b/>
        </w:rPr>
        <w:t xml:space="preserve">[46:50] </w:t>
      </w:r>
      <w:r>
        <w:t>phir pathar atay hain aur phir goli ati hai.</w:t>
      </w:r>
    </w:p>
    <w:p>
      <w:pPr>
        <w:jc w:val="right"/>
      </w:pPr>
      <w:r>
        <w:t>پھر پتھر آتے ہیں اور پھر گولی آتی ہے۔</w:t>
      </w:r>
    </w:p>
    <w:p>
      <w:r>
        <w:rPr>
          <w:b/>
        </w:rPr>
        <w:t xml:space="preserve">[46:54] </w:t>
      </w:r>
      <w:r>
        <w:t>to is ka matlab kya hua? Sahabi ke is ko le kar ke ke agar tum masjid ke dewar par rang ko bardasht na karoge to sarak kya hoga?</w:t>
      </w:r>
    </w:p>
    <w:p>
      <w:pPr>
        <w:jc w:val="right"/>
      </w:pPr>
      <w:r>
        <w:t>تو اس کا مطلب کیا ہوا؟ صحابی کے اس کو لے کر کے کہ اگر تم مسجد کے دیوار پر رنگ کو برداشت نہ کرو گے تو سڑک کیا ہوگا؟</w:t>
      </w:r>
    </w:p>
    <w:p>
      <w:r>
        <w:rPr>
          <w:b/>
        </w:rPr>
        <w:t xml:space="preserve">[47:07] </w:t>
      </w:r>
      <w:r>
        <w:t>phir blood sarak hoga. Yani pani ka rang jo hai nahi bardasht karoge to khoon ka rang wahan par sarkon pe bahe ga.</w:t>
      </w:r>
    </w:p>
    <w:p>
      <w:pPr>
        <w:jc w:val="right"/>
      </w:pPr>
      <w:r>
        <w:t>پھر بلڈ سڑک ہوگا۔ یعنی پانی کا رنگ جو ہے نہیں برداشت کرو گے تو خون کا رنگ وہاں پر سڑکوں پہ بہے گا۔</w:t>
      </w:r>
    </w:p>
    <w:p>
      <w:r>
        <w:rPr>
          <w:b/>
        </w:rPr>
        <w:t xml:space="preserve">[47:19] </w:t>
      </w:r>
      <w:r>
        <w:t>yeh matlab hai. Yeh yahi ho raha hai.</w:t>
      </w:r>
    </w:p>
    <w:p>
      <w:pPr>
        <w:jc w:val="right"/>
      </w:pPr>
      <w:r>
        <w:t>یہ مطلب ہے۔ یہ یہی ہو رہا ہے۔</w:t>
      </w:r>
    </w:p>
    <w:p>
      <w:r>
        <w:rPr>
          <w:b/>
        </w:rPr>
        <w:t xml:space="preserve">[47:23] </w:t>
      </w:r>
      <w:r>
        <w:t>mein aik jagah right hua to mein wahan gaya pata karne ke liye ke right kyun hua? Mein khud gaya wahan par. Bohat right hua tha.</w:t>
      </w:r>
    </w:p>
    <w:p>
      <w:pPr>
        <w:jc w:val="right"/>
      </w:pPr>
      <w:r>
        <w:t>میں ایک جگہ رائٹ ہوا تو میں وہاں گیا پتہ کرنے کے لیے کہ رائٹ کیوں ہوا۔ میں خود گیا وہاں پر۔ بہت رائٹ ہوا تھا۔</w:t>
      </w:r>
    </w:p>
    <w:p>
      <w:r>
        <w:rPr>
          <w:b/>
        </w:rPr>
        <w:t xml:space="preserve">[47:33] </w:t>
      </w:r>
      <w:r>
        <w:t>to maloom kya hua ke wahan par aik mandir tha, wahan bhajan ho raha tha, kirtan. To doosri taraf road ke is par mandir tha.</w:t>
      </w:r>
    </w:p>
    <w:p>
      <w:pPr>
        <w:jc w:val="right"/>
      </w:pPr>
      <w:r>
        <w:t>تو معلوم کیا ہوا کہ وہاں پر ایک مندر تھا، وہاں بھجن ہو رہا تھا، کیرتن۔ تو دوسری طرف روڈ کے اس پار مندر تھا۔</w:t>
      </w:r>
    </w:p>
    <w:p>
      <w:r>
        <w:rPr>
          <w:b/>
        </w:rPr>
        <w:t xml:space="preserve">[47:46] </w:t>
      </w:r>
      <w:r>
        <w:t>road ke is taraf aik Musalmanon ka jalsa ho raha tha.</w:t>
      </w:r>
    </w:p>
    <w:p>
      <w:pPr>
        <w:jc w:val="right"/>
      </w:pPr>
      <w:r>
        <w:t>روڈ کے اس طرف ایک مسلمانوں کا جلسہ ہو رہا تھا۔</w:t>
      </w:r>
    </w:p>
    <w:p>
      <w:r>
        <w:rPr>
          <w:b/>
        </w:rPr>
        <w:t xml:space="preserve">[47:50] </w:t>
      </w:r>
      <w:r>
        <w:t>to kuch Muslim nojawan gaye wahan par mandir mein ke apna loud speaker band karo. Is ki wajah se hamare jalse tak awaz awaz ati hai, wahan par disturb ho raha hai.</w:t>
      </w:r>
    </w:p>
    <w:p>
      <w:pPr>
        <w:jc w:val="right"/>
      </w:pPr>
      <w:r>
        <w:t>تو کچھ مسلم نوجوان گئے وہاں پر مندر میں کہ اپنا لاؤڈ سپیکر بند کرو۔ اس کی وجہ سے ہمارے جلسے تک آواز آواز آتی ہے، وہاں پر ڈسٹرب ہو رہا ہے۔</w:t>
      </w:r>
    </w:p>
    <w:p>
      <w:r>
        <w:rPr>
          <w:b/>
        </w:rPr>
        <w:t xml:space="preserve">[48:03] </w:t>
      </w:r>
      <w:r>
        <w:t>to unhon ne kaha hum kyun band karein? Tum band karo apna. Tum hatao apni jagah. Hum kyun band karein? Hum to aijaz le kar kar rahe hain. Ab unhon ne kya kiya? Loud speaker tod ke phenk diya.</w:t>
      </w:r>
    </w:p>
    <w:p>
      <w:pPr>
        <w:jc w:val="right"/>
      </w:pPr>
      <w:r>
        <w:t>تو انہوں نے کہا ہم کیوں بند کریں؟ تم بند کرو اپنا۔ تم ہٹاؤ اپنی جگہ۔ ہم کیوں بند کریں؟ ہم تو اعجاز لے کر کر رہے ہیں۔ اب انہوں نے کیا کیا؟ لاؤڈ سپیکر توڑ کے پھینک دیا۔</w:t>
      </w:r>
    </w:p>
    <w:p>
      <w:r>
        <w:rPr>
          <w:b/>
        </w:rPr>
        <w:t xml:space="preserve">[48:13] </w:t>
      </w:r>
      <w:r>
        <w:t>zahir hai ke aap jab loud speaker tod ke phenken ge to wahi ghussa hon ge. Woh</w:t>
      </w:r>
    </w:p>
    <w:p>
      <w:pPr>
        <w:jc w:val="right"/>
      </w:pPr>
      <w:r>
        <w:t>ظاہر ہے کہ آپ جب لاؤڈ سپیکر توڑ کے پھینکیں گے تو وہی غصہ ہوں گے۔ وہ</w:t>
      </w:r>
    </w:p>
    <w:p>
      <w:r>
        <w:rPr>
          <w:b/>
        </w:rPr>
        <w:t xml:space="preserve">[48:18] </w:t>
      </w:r>
      <w:r>
        <w:t>to unhon ne in ko mara, unhon ne in ko mara, aur aik poora right ho gaya. Poori basti mein jane phoonkne ka kaam shuru ho gaya. To ab yahan kya hai?</w:t>
      </w:r>
    </w:p>
    <w:p>
      <w:pPr>
        <w:jc w:val="right"/>
      </w:pPr>
      <w:r>
        <w:t>تو انہوں نے ان کو مارا، انہوں نے ان کو مارا، اور ایک پورا رائٹ ہو گیا۔ پوری بستی میں جانے پھول پھونکنے کا کام شروع ہو گیا۔ تو اب یہاں کیا ہے؟</w:t>
      </w:r>
    </w:p>
    <w:p>
      <w:r>
        <w:rPr>
          <w:b/>
        </w:rPr>
        <w:t xml:space="preserve">[48:27] </w:t>
      </w:r>
      <w:r>
        <w:t>dekhiye, is is sahabi ki baat ko lijiye aap ke agar tum loud speaker ko bardasht nahi karoge to kya hoga?</w:t>
      </w:r>
    </w:p>
    <w:p>
      <w:pPr>
        <w:jc w:val="right"/>
      </w:pPr>
      <w:r>
        <w:t>دیکھیے، اس اس صحابی کی بات کو لیجئے آپ کہ اگر تم لاؤڈ سپیکر کو برداشت نہیں کرو گے تو کیا ہوگا؟</w:t>
      </w:r>
    </w:p>
    <w:p>
      <w:r>
        <w:rPr>
          <w:b/>
        </w:rPr>
        <w:t xml:space="preserve">[48:36] </w:t>
      </w:r>
      <w:r>
        <w:t>tum ko goli bardasht karni pare gi. Loud speaker ki awaz ko bardasht nahi karoge to goli ki awaz tum ko bardasht karni pare gi.</w:t>
      </w:r>
    </w:p>
    <w:p>
      <w:pPr>
        <w:jc w:val="right"/>
      </w:pPr>
      <w:r>
        <w:t>تم کو گولی برداشت کرنی پڑے گی۔ لاؤڈ سپیکر کی آواز کو برداشت نہیں کرو گے تو گولی کی آواز تم کو برداشت کرنی پڑے گی۔</w:t>
      </w:r>
    </w:p>
    <w:p>
      <w:r>
        <w:rPr>
          <w:b/>
        </w:rPr>
        <w:t xml:space="preserve">[48:45] </w:t>
      </w:r>
      <w:r>
        <w:t>wohi hua wahan par.</w:t>
      </w:r>
    </w:p>
    <w:p>
      <w:pPr>
        <w:jc w:val="right"/>
      </w:pPr>
      <w:r>
        <w:t>وہی ہوا وہاں پر۔</w:t>
      </w:r>
    </w:p>
    <w:p>
      <w:r>
        <w:rPr>
          <w:b/>
        </w:rPr>
        <w:t xml:space="preserve">[48:48] </w:t>
      </w:r>
      <w:r>
        <w:t>to yeh hai creativity. Aap yeh jano ke what is passport? What is in passport? Woh sahabi ne jab yeh kaha to sahabi ke matlab aik chote shart pesh hi ayen ge.</w:t>
      </w:r>
    </w:p>
    <w:p>
      <w:pPr>
        <w:jc w:val="right"/>
      </w:pPr>
      <w:r>
        <w:t>تو یہ ہے کریٹیوٹی۔ آپ یہ جانیں کہ واٹ از پاسپورٹ؟ واٹ از ان پاسپورٹ؟ وہ صحابی نے جب یہ کہا تو صحابی کے مطلب ایک چھوٹے شرط پیش ہی آئیں گے۔</w:t>
      </w:r>
    </w:p>
    <w:p>
      <w:r>
        <w:rPr>
          <w:b/>
        </w:rPr>
        <w:t xml:space="preserve">[48:58] </w:t>
      </w:r>
      <w:r>
        <w:t>jab insan ko azadi hai to kuch na kuch to kare ga. Woh kyun nahi kare ga? Woh aap kar rahe hain to woh bhi kare ga. Jaise aap azad, woh bhi azad.</w:t>
      </w:r>
    </w:p>
    <w:p>
      <w:pPr>
        <w:jc w:val="right"/>
      </w:pPr>
      <w:r>
        <w:t>جب انسان کو آزادی ہے تو کچھ نہ کچھ تو کرے گا۔ وہ کیوں نہیں کرے گا؟ وہ آپ کر رہے ہیں تو وہ بھی کرے گا۔ جیسے آپ آزاد، وہ بھی آزاد۔</w:t>
      </w:r>
    </w:p>
    <w:p>
      <w:r>
        <w:rPr>
          <w:b/>
        </w:rPr>
        <w:t xml:space="preserve">[49:09] </w:t>
      </w:r>
      <w:r>
        <w:t>to sahabi ne jab yeh kaha ke agar tum insaan ke chhote shar ko bardasht nahi karoge to insaan ke bade shar ko bardasht karna padega.</w:t>
      </w:r>
    </w:p>
    <w:p>
      <w:pPr>
        <w:jc w:val="right"/>
      </w:pPr>
      <w:r>
        <w:t>تو صحابی نے جب یہ کہا کہ اگر تم انسان کے چھوٹے شر کو برداشت نہیں کرو گے تو انسان کے بڑے شر کو برداشت کرنا پڑے گا۔</w:t>
      </w:r>
    </w:p>
    <w:p>
      <w:r>
        <w:rPr>
          <w:b/>
        </w:rPr>
        <w:t xml:space="preserve">[49:21] </w:t>
      </w:r>
      <w:r>
        <w:t>to ek bahut badi baat thi. lekin yeh kaun samajh sakta hai jis ke andar free thinking ho, creative thinking ho, jo baaton ko gehrai ke sath samajh sak</w:t>
      </w:r>
    </w:p>
    <w:p>
      <w:pPr>
        <w:jc w:val="right"/>
      </w:pPr>
      <w:r>
        <w:t>تو ایک بہت بڑی بات تھی۔ لیکن یہ کون سمجھ سکتا ہے جس کے اندر فری تھنکنگ ہو، کریٹیو تھنکنگ ہو، جو باتوں کو گہرائی کے ساتھ سمجھ سک</w:t>
      </w:r>
    </w:p>
    <w:p>
      <w:r>
        <w:rPr>
          <w:b/>
        </w:rPr>
        <w:t xml:space="preserve">[49:36] </w:t>
      </w:r>
      <w:r>
        <w:t>e? aise hi Hazrat Umar ka qaul hai ke "لیس العاقل الذی یعرف الخیر ابن الشر ولا کنو الذی یعرف الخیر شرین".</w:t>
      </w:r>
    </w:p>
    <w:p>
      <w:pPr>
        <w:jc w:val="right"/>
      </w:pPr>
      <w:r>
        <w:t>ے؟ ایسے ہی حضرت عمر کا قول ہے کہ "لیس العاقل الذی یعرف الخیر ابن الشر ولا کنو الذی یعرف الخیر شرین"۔</w:t>
      </w:r>
    </w:p>
    <w:p>
      <w:r>
        <w:rPr>
          <w:b/>
        </w:rPr>
        <w:t xml:space="preserve">[49:47] </w:t>
      </w:r>
      <w:r>
        <w:t>yeh Hazrat Umar Farooq ka qaul hai ke is ka matlab waaz aqlmand woh nahi hai jo khair aur shar ko jaane.</w:t>
      </w:r>
    </w:p>
    <w:p>
      <w:pPr>
        <w:jc w:val="right"/>
      </w:pPr>
      <w:r>
        <w:t>یہ حضرت عمر فاروق کا قول ہے کہ اس کا مطلب واعظ آدمی وہ نہیں ہے جو خیر اور شر کو جانے۔</w:t>
      </w:r>
    </w:p>
    <w:p>
      <w:r>
        <w:rPr>
          <w:b/>
        </w:rPr>
        <w:t xml:space="preserve">[49:58] </w:t>
      </w:r>
      <w:r>
        <w:t>waaz aqlmand woh hai jo yeh jaane ke do shar mein kaun sa khair hai.</w:t>
      </w:r>
    </w:p>
    <w:p>
      <w:pPr>
        <w:jc w:val="right"/>
      </w:pPr>
      <w:r>
        <w:t>واعظ آدمی وہ ہے جو یہ جانے کہ دو شر میں کون سا خیر ہے۔</w:t>
      </w:r>
    </w:p>
    <w:p>
      <w:r>
        <w:rPr>
          <w:b/>
        </w:rPr>
        <w:t xml:space="preserve">[50:04] </w:t>
      </w:r>
      <w:r>
        <w:t>yani matlab kya hai? lesser evil aur greater evil ke farq ko jaane. is ka matlab yeh hai ke lesser evil to bardasht hi karna padega. mein zindagi mein aap agar aap chahein ke evil free society to woh to impossible hai.</w:t>
      </w:r>
    </w:p>
    <w:p>
      <w:pPr>
        <w:jc w:val="right"/>
      </w:pPr>
      <w:r>
        <w:t>یعنی مطلب کیا ہے؟ لیسر ایول اور گیٹی ایول کے فرق کو جانے۔ اس کا مطلب یہ ہے کہ لیسر ایول تو برداشت ہی کرنا پڑے گا۔ میں زندگی میں آپ اگر آپ چاہیں کہ ایول فری سوسائٹی تو وہ تو امپاسیبل ہے۔</w:t>
      </w:r>
    </w:p>
    <w:p>
      <w:r>
        <w:rPr>
          <w:b/>
        </w:rPr>
        <w:t xml:space="preserve">[50:19] </w:t>
      </w:r>
      <w:r>
        <w:t>evil free society to possible hi nahi hai. to aap ko chhote yani lesser evil ko bardasht karna padega.</w:t>
      </w:r>
    </w:p>
    <w:p>
      <w:pPr>
        <w:jc w:val="right"/>
      </w:pPr>
      <w:r>
        <w:t>ایول فری سوسائٹی تو پاسیبل ہی نہیں ہے۔ تو آپ کو چھوٹے یعنی لیسر ایول کو برداشت کرنا پڑے گا۔</w:t>
      </w:r>
    </w:p>
    <w:p>
      <w:r>
        <w:rPr>
          <w:b/>
        </w:rPr>
        <w:t xml:space="preserve">[50:29] </w:t>
      </w:r>
      <w:r>
        <w:t>nahi bardasht karenge to kya hoga? greater evil samne aayega. greater evil samne aayega. yahi yahi shayad dunya mein musalmanon ke sath ho raha hai.</w:t>
      </w:r>
    </w:p>
    <w:p>
      <w:pPr>
        <w:jc w:val="right"/>
      </w:pPr>
      <w:r>
        <w:t>نہیں برداشت کریں گے تو کیا ہوگا؟ گریٹی ایول سامنے آئے گا۔ گریٹی ایول سامنے آئے گا۔ یہی یہی شاید دنیا میں مسلمانوں کے ساتھ ہو رہا ہے۔</w:t>
      </w:r>
    </w:p>
    <w:p>
      <w:r>
        <w:rPr>
          <w:b/>
        </w:rPr>
        <w:t xml:space="preserve">[50:39] </w:t>
      </w:r>
      <w:r>
        <w:t>lesser evil ko bardasht nahi kar paate, natija ke greater evil ko bardasht kar rahe hain. jaise Falasteen mein aap dekhiye</w:t>
      </w:r>
    </w:p>
    <w:p>
      <w:pPr>
        <w:jc w:val="right"/>
      </w:pPr>
      <w:r>
        <w:t>لیسر ایول کو برداشت نہیں کر پاتے، نتیجہ کہ گریٹی ایول کو برداشت کر رہے ہیں۔ جیسے فلسطین میں آپ دیکھیے</w:t>
      </w:r>
    </w:p>
    <w:p>
      <w:r>
        <w:rPr>
          <w:b/>
        </w:rPr>
        <w:t xml:space="preserve">[50:47] </w:t>
      </w:r>
      <w:r>
        <w:t>ke Falasteen mein partition hua. aadha mulk diya gaya yahood ko, aadha diya gaya musalmanon ko, arabon ko.</w:t>
      </w:r>
    </w:p>
    <w:p>
      <w:pPr>
        <w:jc w:val="right"/>
      </w:pPr>
      <w:r>
        <w:t>کہ فلسطین میں پارٹیشن ہوا۔ آدھا ملک دیا گیا یہود کو، آدھا دیا گیا مسلمانوں کو، عربوں کو۔</w:t>
      </w:r>
    </w:p>
    <w:p>
      <w:r>
        <w:rPr>
          <w:b/>
        </w:rPr>
        <w:t xml:space="preserve">[50:58] </w:t>
      </w:r>
      <w:r>
        <w:t>to is par gaon kar diya ke in ko hum nikalen, ke in ko nahi rehne denge. hum to ab tak to aadha le rakha tha, ab pure Falasteen par qabza kar rakha hai inhon ne.</w:t>
      </w:r>
    </w:p>
    <w:p>
      <w:pPr>
        <w:jc w:val="right"/>
      </w:pPr>
      <w:r>
        <w:t>تو اس پر گاؤں کر دیا کہ ان کو ہم نکالیں، کہ ان کو نہیں رہنے دیں گے۔ ہم تو اب تک تو آدھا لے رکھا تھا، اب پورے فلسطین پر قبضہ کر رکھا ہے انہوں نے۔</w:t>
      </w:r>
    </w:p>
    <w:p>
      <w:r>
        <w:rPr>
          <w:b/>
        </w:rPr>
        <w:t xml:space="preserve">[51:09] </w:t>
      </w:r>
      <w:r>
        <w:t>yani aadhe par nahi bardasht kiya to poora Falasteen hath se chala gaya un ke.</w:t>
      </w:r>
    </w:p>
    <w:p>
      <w:pPr>
        <w:jc w:val="right"/>
      </w:pPr>
      <w:r>
        <w:t>یعنی آدھے پر نہیں برداشت کیا تو پورا فلسطین ہاتھ سے چلا گیا ان کے۔</w:t>
      </w:r>
    </w:p>
    <w:p>
      <w:r>
        <w:rPr>
          <w:b/>
        </w:rPr>
        <w:t xml:space="preserve">[51:17] </w:t>
      </w:r>
      <w:r>
        <w:t>to</w:t>
      </w:r>
    </w:p>
    <w:p>
      <w:pPr>
        <w:jc w:val="right"/>
      </w:pPr>
      <w:r>
        <w:t>تو</w:t>
      </w:r>
    </w:p>
    <w:p>
      <w:r>
        <w:rPr>
          <w:b/>
        </w:rPr>
        <w:t xml:space="preserve">[51:18] </w:t>
      </w:r>
      <w:r>
        <w:t>yeh yeh dunya yeh samajh lijiye ke lesser evil to hamein bardasht hi karna hai. lekin chunke logon ke andar creative thinking nahi hai, is liye is baat ko samajh nahi paate.</w:t>
      </w:r>
    </w:p>
    <w:p>
      <w:pPr>
        <w:jc w:val="right"/>
      </w:pPr>
      <w:r>
        <w:t>یہ یہ دنیا یہ سمجھ لیجئے کہ لیسر ایول تو ہمیں برداشت ہی کرنا ہے۔ لیکن چونکہ لوگوں کے اندر کریٹیو تھنکنگ نہیں ہے، اس لیے اس بات کو سمجھ نہیں پاتے۔</w:t>
      </w:r>
    </w:p>
    <w:p>
      <w:r>
        <w:rPr>
          <w:b/>
        </w:rPr>
        <w:t xml:space="preserve">[51:31] </w:t>
      </w:r>
      <w:r>
        <w:t>ab dekhiye, India mein musalman reh rahe the to kuch na kuch khatpat hoti thi hindu musalman mein. to koi leader nikle ke hum ko alag pocket chahiye, alag pocket</w:t>
      </w:r>
    </w:p>
    <w:p>
      <w:pPr>
        <w:jc w:val="right"/>
      </w:pPr>
      <w:r>
        <w:t>اب دیکھیے، انڈیا میں مسلمان رہ رہے تھے تو کچھ نہ کچھ کھٹپٹ ہوتی تھی ہندو مسلمان میں۔ تو کوئی لیڈر نکلے کہ ہم کو الگ پاکٹ چاہیے، الگ پاکٹ</w:t>
      </w:r>
    </w:p>
    <w:p>
      <w:r>
        <w:rPr>
          <w:b/>
        </w:rPr>
        <w:t xml:space="preserve">[51:43] </w:t>
      </w:r>
      <w:r>
        <w:t>chahiye. ab ek hungama hua aur 1947 mein India ka partition ho gaya. partition ke baad kya hai? ab aur hungama hungama ho raha hai.</w:t>
      </w:r>
    </w:p>
    <w:p>
      <w:pPr>
        <w:jc w:val="right"/>
      </w:pPr>
      <w:r>
        <w:t>چاہیے۔ اب ایک ہنگامہ ہوا اور 1947 میں انڈیا کا پارٹیشن ہو گیا۔ پارٹیشن کے بعد کیا ہے؟ اب اور ہنگامہ ہنگامہ ہو رہا ہے۔</w:t>
      </w:r>
    </w:p>
    <w:p>
      <w:r>
        <w:rPr>
          <w:b/>
        </w:rPr>
        <w:t xml:space="preserve">[51:52] </w:t>
      </w:r>
      <w:r>
        <w:t>hungama to khatm nahi hua. mujhe ek waqt tha safar mein Iraq mein ek musalman mile the Pakistan ke.</w:t>
      </w:r>
    </w:p>
    <w:p>
      <w:pPr>
        <w:jc w:val="right"/>
      </w:pPr>
      <w:r>
        <w:t>ہنگامہ تو ختم نہیں ہوا۔ مجھے ایک وقت تھا سفر میں عراق میں ایک مسلمان ملے تھے پاکستان کے۔</w:t>
      </w:r>
    </w:p>
    <w:p>
      <w:r>
        <w:rPr>
          <w:b/>
        </w:rPr>
        <w:t xml:space="preserve">[52:01] </w:t>
      </w:r>
      <w:r>
        <w:t>mein ne poocha un se to unhon ne bataya ke mein pehle Delhi mein paida hua tha, phir 47 ke baad mein chhod kar yahan aa gaya.</w:t>
      </w:r>
    </w:p>
    <w:p>
      <w:pPr>
        <w:jc w:val="right"/>
      </w:pPr>
      <w:r>
        <w:t>میں نے پوچھا ان سے تو انہوں نے بتایا کہ میں پہلے دلی میں پیدا ہوا تھا، پھر 47 کے بعد میں چھوڑ کر یہاں آ گیا۔</w:t>
      </w:r>
    </w:p>
    <w:p>
      <w:r>
        <w:rPr>
          <w:b/>
        </w:rPr>
        <w:t xml:space="preserve">[52:11] </w:t>
      </w:r>
      <w:r>
        <w:t>to mein ne poocha batayein kuch tajurba apna to rone lage. woh rone lage. unhon ne kaha kya tajurba?</w:t>
      </w:r>
    </w:p>
    <w:p>
      <w:pPr>
        <w:jc w:val="right"/>
      </w:pPr>
      <w:r>
        <w:t>تو میں نے پوچھا بتائیں کچھ تجربہ اپنا تو رونے لگے۔ وہ رونے لگے۔ انہوں نے کہا کیا تجربہ؟</w:t>
      </w:r>
    </w:p>
    <w:p>
      <w:r>
        <w:rPr>
          <w:b/>
        </w:rPr>
        <w:t xml:space="preserve">[52:20] </w:t>
      </w:r>
      <w:r>
        <w:t>pehle hindu musalman mein takrao hota tha, ab musalman se aapas mein lad rahe hain. yahi farq hua aur kuch farq nahi hua.</w:t>
      </w:r>
    </w:p>
    <w:p>
      <w:pPr>
        <w:jc w:val="right"/>
      </w:pPr>
      <w:r>
        <w:t>پہلے ہندو مسلمان میں ٹکراؤ ہوتا تھا، اب مسلمان سے آپس میں لڑ رہے ہیں۔ یہی فرق ہوا اور کچھ فرق نہیں ہوا۔</w:t>
      </w:r>
    </w:p>
    <w:p>
      <w:r>
        <w:rPr>
          <w:b/>
        </w:rPr>
        <w:t xml:space="preserve">[52:30] </w:t>
      </w:r>
      <w:r>
        <w:t>to khuli misalein yeh sab hain jo batati hain ke musalman is wisdom ko, woh wisdom un se khoi gayi hai.</w:t>
      </w:r>
    </w:p>
    <w:p>
      <w:pPr>
        <w:jc w:val="right"/>
      </w:pPr>
      <w:r>
        <w:t>تو کھلی مثالیں یہ سب ہیں جو بتاتی ہیں کہ مسلمان اس وزڈم کو، وہ وزڈم ان سے کھوئی گئی ہے۔</w:t>
      </w:r>
    </w:p>
    <w:p>
      <w:r>
        <w:rPr>
          <w:b/>
        </w:rPr>
        <w:t xml:space="preserve">[52:40] </w:t>
      </w:r>
      <w:r>
        <w:t>woh wisdom khoi gayi hai un ki jo Hazrat Umar ne batayi aur sahabi ne batayi, Rasool Allah ne batayi jo Quran mein hai ke dunya mein har ek ko azadi hai.</w:t>
      </w:r>
    </w:p>
    <w:p>
      <w:pPr>
        <w:jc w:val="right"/>
      </w:pPr>
      <w:r>
        <w:t>وہ وزڈم کھوئی گئی ہے ان کی جو حضرت عمر نے بتائی اور صحابی نے بتائی، رسول اللہ نے بتائی جو قرآن میں ہے کہ دنیا میں ہر ایک کو آزادی ہے۔</w:t>
      </w:r>
    </w:p>
    <w:p>
      <w:r>
        <w:rPr>
          <w:b/>
        </w:rPr>
        <w:t xml:space="preserve">[52:49] </w:t>
      </w:r>
      <w:r>
        <w:t>is liye tum ko lesser evil ko bardasht hi karna padega. nahi bardasht karoge to greater evil samne aa jayega.</w:t>
      </w:r>
    </w:p>
    <w:p>
      <w:pPr>
        <w:jc w:val="right"/>
      </w:pPr>
      <w:r>
        <w:t>اس لیے تم کو لیسر ایول کو برداشت ہی کرنا پڑے گا۔ نہیں برداشت کرو گے تو گریٹی ایول سامنے آ جائے گا۔</w:t>
      </w:r>
    </w:p>
    <w:p>
      <w:r>
        <w:rPr>
          <w:b/>
        </w:rPr>
        <w:t xml:space="preserve">[53:00] </w:t>
      </w:r>
      <w:r>
        <w:t>to har jagah ka mamla yahi</w:t>
      </w:r>
    </w:p>
    <w:p>
      <w:pPr>
        <w:jc w:val="right"/>
      </w:pPr>
      <w:r>
        <w:t>تو ہر جگہ کا معاملہ یہی</w:t>
      </w:r>
    </w:p>
    <w:p>
      <w:r>
        <w:rPr>
          <w:b/>
        </w:rPr>
        <w:t xml:space="preserve">[53:02] </w:t>
      </w:r>
      <w:r>
        <w:t>hai. hamein dawat ke mamle mein dekhiye, is ko bahut zyada, is ka woh bahut zyada, is ko hum hamein zehan mein rakhna hai.</w:t>
      </w:r>
    </w:p>
    <w:p>
      <w:pPr>
        <w:jc w:val="right"/>
      </w:pPr>
      <w:r>
        <w:t>ہے۔ ہمیں دعوت کے معاملے میں دیکھیے، اس کو بہت زیادہ، اس کا وہ بہت زیادہ، اس کو ہم ہمیں ذہن میں رکھنا ہے۔</w:t>
      </w:r>
    </w:p>
    <w:p>
      <w:r>
        <w:rPr>
          <w:b/>
        </w:rPr>
        <w:t xml:space="preserve">[53:10] </w:t>
      </w:r>
      <w:r>
        <w:t>agar hamare andar tolerance nahi hoga to dawat bhi nahi ho sakti. da work jo hai poora ka poora tolerance pe base karta hai, poora ka poora.</w:t>
      </w:r>
    </w:p>
    <w:p>
      <w:pPr>
        <w:jc w:val="right"/>
      </w:pPr>
      <w:r>
        <w:t>اگر ہمارے اندر ٹالرنس نہیں ہوگا تو دعوت بھی نہیں ہو سکتی۔ دا ورک جو ہے پورا کا پورا ٹالرنس پہ بیس کرتا ہے، پورا کا پورا۔</w:t>
      </w:r>
    </w:p>
    <w:p>
      <w:r>
        <w:rPr>
          <w:b/>
        </w:rPr>
        <w:t xml:space="preserve">[53:24] </w:t>
      </w:r>
      <w:r>
        <w:t>kyunke jo madu hai, madu hai, kuch bhi woh koi galat baat bol dega, aap ko provoke kar dega, kuch bhi aap ko sata sakta hai, woh kuch bhi kar sakta hai.</w:t>
      </w:r>
    </w:p>
    <w:p>
      <w:pPr>
        <w:jc w:val="right"/>
      </w:pPr>
      <w:r>
        <w:t>کیونکہ جو مدعو ہے، مدعو ہے، کچھ بھی وہ کوئی غلط بات بول دے گا، آپ کو پرووک کر دے گا، کچھ بھی آپ کو ستا سکتا ہے، وہ کچھ بھی کر سکتا ہے۔</w:t>
      </w:r>
    </w:p>
    <w:p>
      <w:r>
        <w:rPr>
          <w:b/>
        </w:rPr>
        <w:t xml:space="preserve">[53:34] </w:t>
      </w:r>
      <w:r>
        <w:t>woh toh is ko aap ko bardasht karna parega. agar bardasht nahi karenge toh aap da work nahi kar sakte.</w:t>
      </w:r>
    </w:p>
    <w:p>
      <w:pPr>
        <w:jc w:val="right"/>
      </w:pPr>
      <w:r>
        <w:t>وہ تو اس کو آپ کو برداشت کرنا پڑے گا۔ اگر برداشت نہیں کریں گے تو آپ داؤ ورک نہیں کر سکتے۔</w:t>
      </w:r>
    </w:p>
    <w:p>
      <w:r>
        <w:rPr>
          <w:b/>
        </w:rPr>
        <w:t xml:space="preserve">[53:45] </w:t>
      </w:r>
      <w:r>
        <w:t>sacha dai wohi hai jo creative thinker ho. kyunke dawat mein bhi dekhiye, aap ko naye naye situation pesh aati hai.</w:t>
      </w:r>
    </w:p>
    <w:p>
      <w:pPr>
        <w:jc w:val="right"/>
      </w:pPr>
      <w:r>
        <w:t>سچا داعی وہی ہے جو کریٹیو تھنکر ہو۔ کیونکہ دعوت میں بھی دیکھیے، آپ کو نئے نئی سچوئیشن پیش آتی ہے۔</w:t>
      </w:r>
    </w:p>
    <w:p>
      <w:r>
        <w:rPr>
          <w:b/>
        </w:rPr>
        <w:t xml:space="preserve">[53:55] </w:t>
      </w:r>
      <w:r>
        <w:t>naye naye situation aisa nahi ke bas wohi situation jo mazi mein hui, wohi hamesha rahe. naye naye halaat, naye naye situation, naye naye problem, naye naye qism ke madu.</w:t>
      </w:r>
    </w:p>
    <w:p>
      <w:pPr>
        <w:jc w:val="right"/>
      </w:pPr>
      <w:r>
        <w:t>نئی سچوئیشن ایسا نہیں کہ بس وہی سچوئیشن جو ماضی میں ہوئی، وہی ہمیشہ رہے۔ نئے نئے حالات، نئے نئے سچوئیشن، نئے نئے پرابلم، نئے نئے قسم کے مدعو۔</w:t>
      </w:r>
    </w:p>
    <w:p>
      <w:r>
        <w:rPr>
          <w:b/>
        </w:rPr>
        <w:t xml:space="preserve">[54:08] </w:t>
      </w:r>
      <w:r>
        <w:t>toh phir se sochna parta hai. aap</w:t>
      </w:r>
    </w:p>
    <w:p>
      <w:pPr>
        <w:jc w:val="right"/>
      </w:pPr>
      <w:r>
        <w:t>تو پھر سے سوچنا پڑتا ہے۔ آپ</w:t>
      </w:r>
    </w:p>
    <w:p>
      <w:r>
        <w:rPr>
          <w:b/>
        </w:rPr>
        <w:t xml:space="preserve">[54:10] </w:t>
      </w:r>
      <w:r>
        <w:t>agar phir se aap na sochen, bhadakte rahen toh aap kuch nahi kar sakte. mein is se pehle aap ko qissa bataya tha ke mein lucknow mein tha, wahan ek hindu scholar se meri mulaqat hui.</w:t>
      </w:r>
    </w:p>
    <w:p>
      <w:pPr>
        <w:jc w:val="right"/>
      </w:pPr>
      <w:r>
        <w:t>اگر پھر سے آپ نہ سوچیں، بھڑکتے رہیں تو آپ کچھ نہیں کر سکتے۔ میں اس سے پہلے آپ کو قصہ بتایا تھا کہ میں لکھنو میں تھا، وہاں ایک ہندو اسکالر سے میری ملاقات ہوئی۔</w:t>
      </w:r>
    </w:p>
    <w:p>
      <w:r>
        <w:rPr>
          <w:b/>
        </w:rPr>
        <w:t xml:space="preserve">[54:25] </w:t>
      </w:r>
      <w:r>
        <w:t>toh unhon ne kaha, guftgu jo un se hui toh us mein kaha ke Muhammad ko agar history se nikaal liya jaye toh history mein kya kami reh jayegi?</w:t>
      </w:r>
    </w:p>
    <w:p>
      <w:pPr>
        <w:jc w:val="right"/>
      </w:pPr>
      <w:r>
        <w:t>تو انہوں نے کہا، گپ بات چیت جو ان سے ہوئی تو اس میں کہا کہ محمد کو اگر ہسٹری سے نکال لیا جائے تو ہسٹری میں کیا کمی رہ جائے گی؟</w:t>
      </w:r>
    </w:p>
    <w:p>
      <w:r>
        <w:rPr>
          <w:b/>
        </w:rPr>
        <w:t xml:space="preserve">[54:37] </w:t>
      </w:r>
      <w:r>
        <w:t>ek shakhs thi ke mein bhadak uthta ke dekho hamare Muhammad ki qissa kar raha hai yeh, is ko chhat mein rasool ka mujrim hai, kaisi baat kar raha hai yeh?</w:t>
      </w:r>
    </w:p>
    <w:p>
      <w:pPr>
        <w:jc w:val="right"/>
      </w:pPr>
      <w:r>
        <w:t>ایک شخص تھی کہ میں بھڑک اٹھتا کہ دیکھو ہمارے محمد کی قصہ کر رہا ہے یہ، اس کو چھت میں رسول کا مجرم ہے، کیسی بات کر رہا ہے یہ؟</w:t>
      </w:r>
    </w:p>
    <w:p>
      <w:r>
        <w:rPr>
          <w:b/>
        </w:rPr>
        <w:t xml:space="preserve">[54:48] </w:t>
      </w:r>
      <w:r>
        <w:t>yani us ne yeh kaha tha ke Muhammad ko agar mein isi bhadakta ke tum sallallahu alaihi wasallam ko nahi kaha, tum ne, tum ne, tum gustakh ho.</w:t>
      </w:r>
    </w:p>
    <w:p>
      <w:pPr>
        <w:jc w:val="right"/>
      </w:pPr>
      <w:r>
        <w:t>یعنی اس نے یہ کہا تھا کہ محمد کو اگر میں اسی بھڑکتا کہ تم صلی اللہ علیہ وسلم کو نہیں کہا، تم نے، تم نے، تم گستاخ ہو۔</w:t>
      </w:r>
    </w:p>
    <w:p>
      <w:r>
        <w:rPr>
          <w:b/>
        </w:rPr>
        <w:t xml:space="preserve">[54:59] </w:t>
      </w:r>
      <w:r>
        <w:t>toh yeh sab jhagde khara karta mein ke Muhammad ko agar tareekh se nikaal liya jaye toh tareekh mein kya kami reh jayegi? toh mein sochne laga, sochne laga, sochne laga.</w:t>
      </w:r>
    </w:p>
    <w:p>
      <w:pPr>
        <w:jc w:val="right"/>
      </w:pPr>
      <w:r>
        <w:t>تو یہ سب جھگڑے کھڑا کرتا میں کہ محمد کو اگر تاریخ سے نکال لیا جائے تو تاریخ میں کیا کمی رہ جائے گی؟ تو میں سوچنے لگا، سوچنے لگا، سوچنے لگا۔</w:t>
      </w:r>
    </w:p>
    <w:p>
      <w:r>
        <w:rPr>
          <w:b/>
        </w:rPr>
        <w:t xml:space="preserve">[55:10] </w:t>
      </w:r>
      <w:r>
        <w:t>aur mein ne baqayda parha is par, study ki is par. study karne ke baad mein ne ek kitaab likhi jo chhap chuki hai urdu mein, english mein ke "Islam da Creator of Modern Age", daur jadeed ka khaliq.</w:t>
      </w:r>
    </w:p>
    <w:p>
      <w:pPr>
        <w:jc w:val="right"/>
      </w:pPr>
      <w:r>
        <w:t>اور میں نے باقاعدہ پڑھا اس پر، اسٹڈی کی اس پر۔ اسٹڈی کرنے کے بعد میں نے ایک کتاب لکھی جو چھپ چکی ہے اردو میں، انگلش میں کہ "اسلام دا کیٹر اف ماڈرن ایج"، دور جدید کا خالق۔</w:t>
      </w:r>
    </w:p>
    <w:p>
      <w:r>
        <w:rPr>
          <w:b/>
        </w:rPr>
        <w:t xml:space="preserve">[55:24] </w:t>
      </w:r>
      <w:r>
        <w:t>yeh us ne jo mujhe kaha, agar mein lad parta us se ke tum gustakhi kar rahe ho toh kuch bhi na hota. meri knowledge nahi badhti, mera naye naye baatein mujhe na maloom hoti.</w:t>
      </w:r>
    </w:p>
    <w:p>
      <w:pPr>
        <w:jc w:val="right"/>
      </w:pPr>
      <w:r>
        <w:t>یہ اس نے جو مجھے کہا، اگر میں لڑ پڑتا اس سے کہ تم گستاخی کر رہے ہو تو کچھ بھی نہ ہوتا۔ میری نالج نہیں بڑھتی، میرا نئی نئی باتیں مجھے نہ معلوم ہوتی۔</w:t>
      </w:r>
    </w:p>
    <w:p>
      <w:r>
        <w:rPr>
          <w:b/>
        </w:rPr>
        <w:t xml:space="preserve">[55:37] </w:t>
      </w:r>
      <w:r>
        <w:t>magar mein us ko toh challenge liya, challenge, challenge ke taur par le kar us ko mutala kiya. mein ne aise hi ek martaba, ek martaba mein gaya ek university mein toh philosophy ke professor the wahan par.</w:t>
      </w:r>
    </w:p>
    <w:p>
      <w:pPr>
        <w:jc w:val="right"/>
      </w:pPr>
      <w:r>
        <w:t>مگر میں اس کو تو چیلنج لیا، چیلنج، چیلنج کے طور پر لے کر اس کو مطالعہ کیا۔ میں نے ایسے ہی ایک مرتبہ، ایک مرتبہ میں گیا ایک یونیورسٹی میں تو فلاسفی کے پروفیسر تھے وہاں پر۔</w:t>
      </w:r>
    </w:p>
    <w:p>
      <w:r>
        <w:rPr>
          <w:b/>
        </w:rPr>
        <w:t xml:space="preserve">[55:50] </w:t>
      </w:r>
      <w:r>
        <w:t>unhon ne kaha ke ke Islam mein primary reasons nahi hai, secondary reasons mein. ab bohat zabardast meri dhakka laga mujhe is is baat ko sun kar ke hum toh madrasay mein parhte the toh hum samajhte the ke Islam aqli mazhab hai, aql ko appeal karta hai.</w:t>
      </w:r>
    </w:p>
    <w:p>
      <w:pPr>
        <w:jc w:val="right"/>
      </w:pPr>
      <w:r>
        <w:t>انہوں نے کہا کہ کہ اسلام میں پرائمری ریسلز نہیں ہے، سیکنڈری ریسلز میں۔ اب بہت زبردست میری دھکا لگا مجھے اس اس بات کو سن کر کہ ہم تو مدرسے میں پڑھتے تھے تو ہم سمجھتے تھے کہ اسلام عقلی مذہب ہے، عقل کو اپیل کرتا ہے۔</w:t>
      </w:r>
    </w:p>
    <w:p>
      <w:r>
        <w:rPr>
          <w:b/>
        </w:rPr>
        <w:t xml:space="preserve">[56:10] </w:t>
      </w:r>
      <w:r>
        <w:t>unhon ne yeh keh diya ke Islam mein primary reasons hai hi nahi, sirf secondary reasons Islam mein hai. lekin is par phir mein ghussa nahi hua.</w:t>
      </w:r>
    </w:p>
    <w:p>
      <w:pPr>
        <w:jc w:val="right"/>
      </w:pPr>
      <w:r>
        <w:t>انہوں نے یہ کہہ دیا کہ اسلام میں پرائمری ریسلنس ہے ہی نہیں، صرف سیکنڈری ریسلنس اسلام میں ہے۔ لیکن اس پر پھر میں غصہ نہیں ہوا۔</w:t>
      </w:r>
    </w:p>
    <w:p>
      <w:r>
        <w:rPr>
          <w:b/>
        </w:rPr>
        <w:t xml:space="preserve">[56:20] </w:t>
      </w:r>
      <w:r>
        <w:t>bohat dinon tak mein ne is ko parha, kaafi study ki is ki ke primary reasons kya hai, secondary reasons kya hai, aur kyun Islam aisa ek ek parha likha aadmi aisa bol raha hai.</w:t>
      </w:r>
    </w:p>
    <w:p>
      <w:pPr>
        <w:jc w:val="right"/>
      </w:pPr>
      <w:r>
        <w:t>بہت دنوں تک میں نے اس کو پڑھا، کافی اسٹڈی کی اس کی کہ پرائمری ریسلنس کیا ہے، سیکنڈری ریسلنس کیا ہے، اور کیوں اسلام ایسا ایک ایک پڑھا لکھا آدمی ایسا بول رہا ہے۔</w:t>
      </w:r>
    </w:p>
    <w:p>
      <w:r>
        <w:rPr>
          <w:b/>
        </w:rPr>
        <w:t xml:space="preserve">[56:33] </w:t>
      </w:r>
      <w:r>
        <w:t>toh phir mein ne ek kitaab likhi, kai kitaaben likhin, mazhab o yeh challenge waghera. toh us ko mein ne bator challenge liya.</w:t>
      </w:r>
    </w:p>
    <w:p>
      <w:pPr>
        <w:jc w:val="right"/>
      </w:pPr>
      <w:r>
        <w:t>تو پھر میں نے ایک کتاب لکھی، کئی کتابیں لکھیں، مذہب و یہ چیلنج وغیرہ۔ تو اس کو میں نے بطور چیلنج لیا۔</w:t>
      </w:r>
    </w:p>
    <w:p>
      <w:r>
        <w:rPr>
          <w:b/>
        </w:rPr>
        <w:t xml:space="preserve">[56:44] </w:t>
      </w:r>
      <w:r>
        <w:t>toh dawat ka kaam yaad rakhiye ke ho nahi sakta kabhi bhi agar aap ke andar tolerance na ho, aap ke andar patience na ho, aap yani doosra aadmi bhadkay tab bhi aap peaceful rahen.</w:t>
      </w:r>
    </w:p>
    <w:p>
      <w:pPr>
        <w:jc w:val="right"/>
      </w:pPr>
      <w:r>
        <w:t>تو دعوت کا کام یاد رکھیے کہ ہو نہیں سکتا کبھی بھی اگر آپ کے اندر ٹالرنس نہ ہو، آپ کے اندر پیشنس نہ ہو، آپ یعنی دوسرا آدمی بھڑکائے تب بھی آپ پیس فل رہیں۔</w:t>
      </w:r>
    </w:p>
    <w:p>
      <w:r>
        <w:rPr>
          <w:b/>
        </w:rPr>
        <w:t xml:space="preserve">[57:00] </w:t>
      </w:r>
      <w:r>
        <w:t>yeh salahiyat aap ke andar na ho.</w:t>
      </w:r>
    </w:p>
    <w:p>
      <w:pPr>
        <w:jc w:val="right"/>
      </w:pPr>
      <w:r>
        <w:t>یہ صلاحیت آپ کے اندر نہ ہو۔</w:t>
      </w:r>
    </w:p>
    <w:p>
      <w:r>
        <w:rPr>
          <w:b/>
        </w:rPr>
        <w:t xml:space="preserve">[57:04] </w:t>
      </w:r>
      <w:r>
        <w:t>toh mein aap logon ko yeh kahunga ke aap yeh jo jo ummat e muslema hai, jo is waqt ek billion ho chuki hai, is waqt poori duniya musalman ek billion hai, lekin woh wisdom se wisdom nahi.</w:t>
      </w:r>
    </w:p>
    <w:p>
      <w:pPr>
        <w:jc w:val="right"/>
      </w:pPr>
      <w:r>
        <w:t>تو میں آپ لوگوں کو یہ کہوں گا کہ آپ یہ جو جو امت مسلمہ ہے، جو اس وقت ایک بلین ہو چکی ہے، اس وقت پوری دنیا مسلمان ایک بلین ہے، لیکن وہ وزڈم سے وزڈم نہیں۔</w:t>
      </w:r>
    </w:p>
    <w:p>
      <w:r>
        <w:rPr>
          <w:b/>
        </w:rPr>
        <w:t xml:space="preserve">[57:19] </w:t>
      </w:r>
      <w:r>
        <w:t>logon ke andar jahan hain, wohin hate bhi jeete hain, nafrat bhi jeete hain, tashaddud bhi jeete hain.</w:t>
      </w:r>
    </w:p>
    <w:p>
      <w:pPr>
        <w:jc w:val="right"/>
      </w:pPr>
      <w:r>
        <w:t>لوگوں کے اندر جہاں ہیں، وہیں ہیٹ بھی جیتے ہیں، نفرت بھی جیتے ہیں، تشدد بھی جیتے ہیں۔</w:t>
      </w:r>
    </w:p>
    <w:p>
      <w:r>
        <w:rPr>
          <w:b/>
        </w:rPr>
        <w:t xml:space="preserve">[57:26] </w:t>
      </w:r>
      <w:r>
        <w:t>toh ummat e muslema ko batana hai value positive thinking ki, value creative thinking ki. aur aap ko khud jo aap dawat ka kaam kar rahe hain, us mein aap ko bohat zyada apne aap ko positive thinker banana hai.</w:t>
      </w:r>
    </w:p>
    <w:p>
      <w:pPr>
        <w:jc w:val="right"/>
      </w:pPr>
      <w:r>
        <w:t>تو امت مسلمہ کو بتانا ہے ویلیو پازیٹیو تھنکنگ کی، ویلیو کریٹیو تھنکنگ کی۔ اور آپ کو خود جو آپ دعوتی کام کر رہے ہیں، اس میں آپ کو بہت زیادہ اپنے آپ کو پازیٹیو تھنکر بنانا ہے۔</w:t>
      </w:r>
    </w:p>
    <w:p>
      <w:r>
        <w:rPr>
          <w:b/>
        </w:rPr>
        <w:t xml:space="preserve">[57:40] </w:t>
      </w:r>
      <w:r>
        <w:t>bohat zyada, jitna zyada aap khud banenge positive thinker, utna hi aap ki dawat ka kaam jo hai, uska achhe tareeqay se aap apna role kar sakenge.</w:t>
      </w:r>
    </w:p>
    <w:p>
      <w:pPr>
        <w:jc w:val="right"/>
      </w:pPr>
      <w:r>
        <w:t>بہت زیادہ، جتنا زیادہ آپ خود بنیں گے پازیٹیو تھنکر، اتنا ہی آپ کی دعوت کا کام جو ہے، اس کا اچھے طریقے سے آپ اپنا رول کر سکیں گے۔</w:t>
      </w:r>
    </w:p>
    <w:p>
      <w:r>
        <w:rPr>
          <w:b/>
        </w:rPr>
        <w:t xml:space="preserve">[57:51] </w:t>
      </w:r>
      <w:r>
        <w:t>toh ek taraf apne ko prepare karna hai aur doosri taraf doosron ko sabak dena hai. kyunke woh jante hain nahi is ki ahmiyat, positive thinking ki ahmiyat nahi jante,</w:t>
      </w:r>
    </w:p>
    <w:p>
      <w:pPr>
        <w:jc w:val="right"/>
      </w:pPr>
      <w:r>
        <w:t>تو ایک طرف اپنے کو پریپیئر کرنا ہے اور دوسری طرف دوسروں کو سبق دینا ہے۔ کیونکہ وہ جانتے ہیں نہیں اس کی اہمیت، پازیٹیو تھنکنگ کی اہمیت نہیں جانتے،</w:t>
      </w:r>
    </w:p>
    <w:p>
      <w:r>
        <w:rPr>
          <w:b/>
        </w:rPr>
        <w:t xml:space="preserve">[58:05] </w:t>
      </w:r>
      <w:r>
        <w:t>creative thinking ki ahmiyat nahi jantay. to aap apnay ko prepare ki, prepare kijiye aur doosron ko bhi is ka sabak dijiye.</w:t>
      </w:r>
    </w:p>
    <w:p>
      <w:pPr>
        <w:jc w:val="right"/>
      </w:pPr>
      <w:r>
        <w:t>کریٹیو تھنکنگ کی اہمیت نہیں جانتے۔ تو آپ اپنے کو پریپیئر کی، پریپیئر کیجئے اور دوسروں کو بھی اس کا سبق دیجئے۔</w:t>
      </w:r>
    </w:p>
    <w:p>
      <w:r>
        <w:rPr>
          <w:b/>
        </w:rPr>
        <w:t xml:space="preserve">[58:15] </w:t>
      </w:r>
      <w:r>
        <w:t>yeh aur mein, mujhe is baat ki khushi hai ke hamari team mein yeh baatein Allah ke fazal se aa rahi hain. aur mujhe apni team se bar bar dua karta rehta hoon ke Khuda is is team ko qabool kar le is daur mein dua work ke liye.</w:t>
      </w:r>
    </w:p>
    <w:p>
      <w:pPr>
        <w:jc w:val="right"/>
      </w:pPr>
      <w:r>
        <w:t>یہ اور میں، مجھے اس بات کی خوشی ہے کہ ہماری ٹیم میں یہ باتیں اللہ کے فضل سے آ رہی ہیں۔ اور مجھے اپنی ٹیم سے بار بار دعا کرتا رہتا ہوں کہ خدا اس اس ٹیم کو قبول کر لے اس دور میں دعا ورک کے لیے۔</w:t>
      </w:r>
    </w:p>
    <w:p>
      <w:r>
        <w:rPr>
          <w:b/>
        </w:rPr>
        <w:t xml:space="preserve">[58:34] </w:t>
      </w:r>
      <w:r>
        <w:t>to mein dua karta hoon ke Allah taala mujh ko aur aap ko maaf farmaye, hamari ghaltiyon ko maaf farmaye. aur hum, ah, is daur mein jo dua work matloob hai, jo da'wati kaam matloob hai,</w:t>
      </w:r>
    </w:p>
    <w:p>
      <w:pPr>
        <w:jc w:val="right"/>
      </w:pPr>
      <w:r>
        <w:t>تو میں دعا کرتا ہوں کہ اللہ تعالی مجھ کو اور آپ کو معاف فرمائے، ہماری غلطیوں کو معاف فرمائے۔ اور ہم، اہ، اس دور میں جو دعا ورک مطلوب ہے، جو دعوتی کام مطلوب ہے،</w:t>
      </w:r>
    </w:p>
    <w:p>
      <w:r>
        <w:rPr>
          <w:b/>
        </w:rPr>
        <w:t xml:space="preserve">[58:52] </w:t>
      </w:r>
      <w:r>
        <w:t>da'wat Allah ka jo kaam matloob hai, us ke liye Allah taala hamein, ah, sark kar le, hamein is ki tofeeq de aur hamein, ah, hamari nusrat kare taake is kaam ko hum kar sakein</w:t>
      </w:r>
    </w:p>
    <w:p>
      <w:pPr>
        <w:jc w:val="right"/>
      </w:pPr>
      <w:r>
        <w:t>دعوت اللہ کا جو کام مطلوب ہے، اس کے لیے اللہ تعالی ہمیں، اہ، سرک کر لے، ہمیں اس کی توفیق دے اور ہمیں، اہ، ہماری نصرت کرے تاکہ اس کام کو ہم کر سکیں</w:t>
      </w:r>
    </w:p>
    <w:p>
      <w:r>
        <w:rPr>
          <w:b/>
        </w:rPr>
        <w:t xml:space="preserve">[59:07] </w:t>
      </w:r>
      <w:r>
        <w:t>achay tareeqay se. aqool qawlahu hatha wastaghfirullaha lakum walimuseelmeen.</w:t>
      </w:r>
    </w:p>
    <w:p>
      <w:pPr>
        <w:jc w:val="right"/>
      </w:pPr>
      <w:r>
        <w:t>اچھے طریقے سے۔ اقول قولھذا،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