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Straight Path October 30, 2011 Maulana Wahiduddin Khan</w:t>
      </w:r>
    </w:p>
    <w:p>
      <w:r>
        <w:t>https://www.youtube.com/watch?v=PKFHe82Jz58</w:t>
      </w:r>
    </w:p>
    <w:p>
      <w:r>
        <w:rPr>
          <w:b/>
        </w:rPr>
        <w:t xml:space="preserve">[00:42] </w:t>
      </w:r>
      <w:r>
        <w:t>quran mein pehli hi surah mein yeh lafz aaya hai: ihdinas siratal mustaqeem. is ke ilawa quran mein bees se zyada bar yeh lafz aaya hai,</w:t>
      </w:r>
    </w:p>
    <w:p>
      <w:pPr>
        <w:jc w:val="right"/>
      </w:pPr>
      <w:r>
        <w:t>قرآن میں پہلی ہی سورہ میں یہ لفظ آیا ہے: اهدنا الصراط المستقیم۔ اس کے علاوہ قرآن میں بیس سے زیادہ بار یہ لفظ آیا ہے،</w:t>
      </w:r>
    </w:p>
    <w:p>
      <w:r>
        <w:rPr>
          <w:b/>
        </w:rPr>
        <w:t xml:space="preserve">[00:57] </w:t>
      </w:r>
      <w:r>
        <w:t>yani: aye Allah, hum ko seedhay rastay ki tofeeq de,</w:t>
      </w:r>
    </w:p>
    <w:p>
      <w:pPr>
        <w:jc w:val="right"/>
      </w:pPr>
      <w:r>
        <w:t>یعنی: اے اللہ، ہم کو سیدھے راستے کی توفیق دے،</w:t>
      </w:r>
    </w:p>
    <w:p>
      <w:r>
        <w:rPr>
          <w:b/>
        </w:rPr>
        <w:t xml:space="preserve">[01:10] </w:t>
      </w:r>
      <w:r>
        <w:t>straight path ki tofeeq de.</w:t>
      </w:r>
    </w:p>
    <w:p>
      <w:pPr>
        <w:jc w:val="right"/>
      </w:pPr>
      <w:r>
        <w:t>اسٹریٹ پاتھ کی توفیق دے۔</w:t>
      </w:r>
    </w:p>
    <w:p>
      <w:r>
        <w:rPr>
          <w:b/>
        </w:rPr>
        <w:t xml:space="preserve">[01:15] </w:t>
      </w:r>
      <w:r>
        <w:t>yeh hum har namaz mein parhtay hain kyunke aap jantay hain ke har namaz mein surah fatiha parhi jati hai,</w:t>
      </w:r>
    </w:p>
    <w:p>
      <w:pPr>
        <w:jc w:val="right"/>
      </w:pPr>
      <w:r>
        <w:t>یہ ہم ہر نماز میں پڑھتے ہیں کیونکہ آپ جانتے ہیں کہ ہر نماز میں سورہ فاتحہ پڑھی جاتی ہے،</w:t>
      </w:r>
    </w:p>
    <w:p>
      <w:r>
        <w:rPr>
          <w:b/>
        </w:rPr>
        <w:t xml:space="preserve">[01:23] </w:t>
      </w:r>
      <w:r>
        <w:t>chahay farz ho, chahay sunnat ho ya nafl ho. to hadith mein aaya hai ke: la salata liman lam yaqra bifatihal kitab.</w:t>
      </w:r>
    </w:p>
    <w:p>
      <w:pPr>
        <w:jc w:val="right"/>
      </w:pPr>
      <w:r>
        <w:t>چاہے فرض ہو، چاہے سنت ہو یا نفل ہو۔ تو حدیث میں آیا ہے کہ: لا صلاۃ لمن لم یقر بفاتحۃ الکتاب۔</w:t>
      </w:r>
    </w:p>
    <w:p>
      <w:r>
        <w:rPr>
          <w:b/>
        </w:rPr>
        <w:t xml:space="preserve">[01:42] </w:t>
      </w:r>
      <w:r>
        <w:t>aik aur riwayat is tarah hai ke: la salata illa bifatihal kitab.</w:t>
      </w:r>
    </w:p>
    <w:p>
      <w:pPr>
        <w:jc w:val="right"/>
      </w:pPr>
      <w:r>
        <w:t>ایک اور روایت اس طرح ہے کہ: لا صلاۃ الا بفاتحۃ الکتاب۔</w:t>
      </w:r>
    </w:p>
    <w:p>
      <w:r>
        <w:rPr>
          <w:b/>
        </w:rPr>
        <w:t xml:space="preserve">[01:49] </w:t>
      </w:r>
      <w:r>
        <w:t>yani surah fatiha jo hai, us ko parhay baghair namaz namaz nahi. agar aap surah fatiha na parhein to aap ki namaz nahi hogi.</w:t>
      </w:r>
    </w:p>
    <w:p>
      <w:pPr>
        <w:jc w:val="right"/>
      </w:pPr>
      <w:r>
        <w:t>یعنی سورہ فاتحہ جو ہے، اس کو پڑھے بغیر نماز نماز نہیں۔ اگر آپ سورہ فاتحہ نہ پڑھیں تو آپ کی نماز نہیں ہوگی۔</w:t>
      </w:r>
    </w:p>
    <w:p>
      <w:r>
        <w:rPr>
          <w:b/>
        </w:rPr>
        <w:t xml:space="preserve">[02:03] </w:t>
      </w:r>
      <w:r>
        <w:t>is par bohat behasain ki hain ulama ne aur fuqaha ne ke fatiha, surah fatiha parhna kitna zaroori hai.</w:t>
      </w:r>
    </w:p>
    <w:p>
      <w:pPr>
        <w:jc w:val="right"/>
      </w:pPr>
      <w:r>
        <w:t>اس پر بہت بحثیں کی ہیں علماء نے اور فقہاء نے کہ فاتحہ، سورہ فاتحہ پڑھنا کتنا ضروری ہے۔</w:t>
      </w:r>
    </w:p>
    <w:p>
      <w:r>
        <w:rPr>
          <w:b/>
        </w:rPr>
        <w:t xml:space="preserve">[02:15] </w:t>
      </w:r>
      <w:r>
        <w:t>hata ke kuch log itna ghulo karte hain ke agar jahri namaz hai jis mein ke imam aap ki niyabat mein qirat kar raha hai, tab bhi woh log kehtay hain ke jaldi jaldi jahan waqfa hai, jab imam waqfa de to jaldi jaldi aap surah fatiha parh li jiye.</w:t>
      </w:r>
    </w:p>
    <w:p>
      <w:pPr>
        <w:jc w:val="right"/>
      </w:pPr>
      <w:r>
        <w:t>حتیٰ کہ کچھ لوگ اتنا غلو کرتے ہیں کہ اگر جہری نماز ہے جس میں کہ امام آپ کی نیابت میں قرأت کر رہا ہے، تب بھی وہ لوگ کہتے ہیں کہ جلدی جلدی جہاں وقفہ ہے، جب امام وقفہ دے تو جلدی جلدی آپ سورہ فاتحہ پڑھ لیجئے۔</w:t>
      </w:r>
    </w:p>
    <w:p>
      <w:r>
        <w:rPr>
          <w:b/>
        </w:rPr>
        <w:t xml:space="preserve">[02:40] </w:t>
      </w:r>
      <w:r>
        <w:t>to goya ke parhnay ke baray mein itna zabardast behasain hain, lekin is par koi behas nahi hai ke</w:t>
      </w:r>
    </w:p>
    <w:p>
      <w:pPr>
        <w:jc w:val="right"/>
      </w:pPr>
      <w:r>
        <w:t>تو گویا کہ پڑھنے کے بارے میں اتنا زبردست بحثیں ہیں، لیکن اس پر کوئی بحث نہیں ہے کہ</w:t>
      </w:r>
    </w:p>
    <w:p>
      <w:r>
        <w:rPr>
          <w:b/>
        </w:rPr>
        <w:t xml:space="preserve">[02:55] </w:t>
      </w:r>
      <w:r>
        <w:t>matlab kya hai siratal mustaqeem ka. yani namazi ko apnay zehn mein shaoori taur par yeh baat taza rakhni chahiye ke what is siratal mustaqeem</w:t>
      </w:r>
    </w:p>
    <w:p>
      <w:pPr>
        <w:jc w:val="right"/>
      </w:pPr>
      <w:r>
        <w:t>مطلب کیا ہے صراط مستقیم کا۔ یعنی نمازی کو اپنے ذہن میں شعوری طور پر یہ بات تازہ رکھنی چاہیے کہ واٹ از صراط مستقیم</w:t>
      </w:r>
    </w:p>
    <w:p>
      <w:r>
        <w:rPr>
          <w:b/>
        </w:rPr>
        <w:t xml:space="preserve">[03:09] </w:t>
      </w:r>
      <w:r>
        <w:t>what is right path.</w:t>
      </w:r>
    </w:p>
    <w:p>
      <w:pPr>
        <w:jc w:val="right"/>
      </w:pPr>
      <w:r>
        <w:t>، واٹ از رائٹ پاتھ۔</w:t>
      </w:r>
    </w:p>
    <w:p>
      <w:r>
        <w:rPr>
          <w:b/>
        </w:rPr>
        <w:t xml:space="preserve">[03:14] </w:t>
      </w:r>
      <w:r>
        <w:t>yani is shaoor ke sath namaz parhna.</w:t>
      </w:r>
    </w:p>
    <w:p>
      <w:pPr>
        <w:jc w:val="right"/>
      </w:pPr>
      <w:r>
        <w:t>یعنی اس شعور کے ساتھ نماز پڑھنا۔</w:t>
      </w:r>
    </w:p>
    <w:p>
      <w:r>
        <w:rPr>
          <w:b/>
        </w:rPr>
        <w:t xml:space="preserve">[03:19] </w:t>
      </w:r>
      <w:r>
        <w:t xml:space="preserve">la salata illa bifatihal kitab matlab yeh hai ke shaoor fatiha, na ke alfaaz fatiha. </w:t>
      </w:r>
    </w:p>
    <w:p>
      <w:pPr>
        <w:jc w:val="right"/>
      </w:pPr>
      <w:r>
        <w:t>لا صلاۃ الا بفاتحۃ الکتاب مطلب یہ ہے کہ شعور فاتحہ، نہ کہ الفاظ فاتحہ۔</w:t>
      </w:r>
    </w:p>
    <w:p>
      <w:r>
        <w:rPr>
          <w:b/>
        </w:rPr>
        <w:t xml:space="preserve">[03:30] </w:t>
      </w:r>
      <w:r>
        <w:t>yeh matlab harghiz nahi hai ke alfaaz fatiha ke sath namaz parhna, nahi, shaoor fatiha ke sath namaz parhna.</w:t>
      </w:r>
    </w:p>
    <w:p>
      <w:pPr>
        <w:jc w:val="right"/>
      </w:pPr>
      <w:r>
        <w:t>یہ مطلب ہرگز نہیں ہے کہ الفاظ فاتحہ کے ساتھ نماز پڑھنا، نہیں، شعور فاتحہ کے ساتھ نماز پڑھنا۔</w:t>
      </w:r>
    </w:p>
    <w:p>
      <w:r>
        <w:rPr>
          <w:b/>
        </w:rPr>
        <w:t xml:space="preserve">[03:41] </w:t>
      </w:r>
      <w:r>
        <w:t>isi liye log,</w:t>
      </w:r>
    </w:p>
    <w:p>
      <w:pPr>
        <w:jc w:val="right"/>
      </w:pPr>
      <w:r>
        <w:t>اسی لیے لوگ،</w:t>
      </w:r>
    </w:p>
    <w:p>
      <w:r>
        <w:rPr>
          <w:b/>
        </w:rPr>
        <w:t xml:space="preserve">[03:46] </w:t>
      </w:r>
      <w:r>
        <w:t>beshumar log namazain parhtay hain. haqeeqat is zamanay mein jitnay zyada namazi hain, tareekh ke peechay kisi zamanay mein itnay namazi nahi thay.</w:t>
      </w:r>
    </w:p>
    <w:p>
      <w:pPr>
        <w:jc w:val="right"/>
      </w:pPr>
      <w:r>
        <w:t>بے شمار لوگ نمازیں پڑھتے ہیں۔ حقیقت اس زمانے میں جتنے زیادہ نمازی ہیں، تاریخ کے پیچھے کسی زمانے میں اتنے نمازی نہیں تھے۔</w:t>
      </w:r>
    </w:p>
    <w:p>
      <w:r>
        <w:rPr>
          <w:b/>
        </w:rPr>
        <w:t xml:space="preserve">[03:59] </w:t>
      </w:r>
      <w:r>
        <w:t>us waqt dunya mein aik billion se zyada musalman hain, aik billion se zyada, aur beshumar log is par namazi hain.</w:t>
      </w:r>
    </w:p>
    <w:p>
      <w:pPr>
        <w:jc w:val="right"/>
      </w:pPr>
      <w:r>
        <w:t>اس وقت دنیا میں ایک بلین سے زیادہ مسلمان ہیں، ایک بلین سے زیادہ، اور بے شمار لوگ اس پر نمازی ہیں۔</w:t>
      </w:r>
    </w:p>
    <w:p>
      <w:r>
        <w:rPr>
          <w:b/>
        </w:rPr>
        <w:t xml:space="preserve">[04:12] </w:t>
      </w:r>
      <w:r>
        <w:t>lekin aap ghore kijiye ke hadith mein aaya hai ke baad ke zamanay mein masjidon ka yeh haal hoga: masajiduhum aamirah wa hiya kharabun min al-huda.</w:t>
      </w:r>
    </w:p>
    <w:p>
      <w:pPr>
        <w:jc w:val="right"/>
      </w:pPr>
      <w:r>
        <w:t>لیکن آپ غور کیجئے کہ حدیث میں آیا ہے کہ بعد کے زمانے میں مسجدوں کا یہ حال ہوگا: مساجدہ معامرہ وحی خراب من الہدی۔</w:t>
      </w:r>
    </w:p>
    <w:p>
      <w:r>
        <w:rPr>
          <w:b/>
        </w:rPr>
        <w:t xml:space="preserve">[04:28] </w:t>
      </w:r>
      <w:r>
        <w:t>un ki masjidain khoob abad hongi, lekin woh hidayat se khali hongi. ab ghore kijiye ke hidayat hi to sab se zyada mangi jati hai namaz mein:</w:t>
      </w:r>
    </w:p>
    <w:p>
      <w:pPr>
        <w:jc w:val="right"/>
      </w:pPr>
      <w:r>
        <w:t>ان کی مسجدیں خوب آباد ہوں گی، لیکن وہ ہدایت سے خالی ہوں گی۔ اب غور کیجئے کہ ہدایت ہی تو سب سے زیادہ مانگی جاتی ہے نماز میں:</w:t>
      </w:r>
    </w:p>
    <w:p>
      <w:r>
        <w:rPr>
          <w:b/>
        </w:rPr>
        <w:t xml:space="preserve">[04:40] </w:t>
      </w:r>
      <w:r>
        <w:t>اهدنا الصراط المستقیم۔ اسی سے خالی ہوں گی۔ کیا مطلب ہے؟ ہر نماز میں، بلکہ ہر رکعت میں، آپ ہدایت کی دعا مانگتے ہیں۔</w:t>
      </w:r>
    </w:p>
    <w:p>
      <w:pPr>
        <w:jc w:val="right"/>
      </w:pPr>
      <w:r>
        <w:t>اهدنا الصراط المستقیم۔ اسی سے خالی ہوں گی۔ کیا مطلب ہے؟ ہر نماز میں، بلکہ ہر رکعت میں، آپ ہدایت کی دعا مانگتے ہیں۔</w:t>
      </w:r>
    </w:p>
    <w:p>
      <w:r>
        <w:rPr>
          <w:b/>
        </w:rPr>
        <w:t xml:space="preserve">[04:55] </w:t>
      </w:r>
      <w:r>
        <w:t>پھر بھی حدیث میں ہے کہ بعد کے زمانے میں یہ حال ہوگا کہ مسجدیں بھری ہوں گی، لیکن وہ ہدایت سے خالی ہوں گی۔</w:t>
      </w:r>
    </w:p>
    <w:p>
      <w:pPr>
        <w:jc w:val="right"/>
      </w:pPr>
      <w:r>
        <w:t>پھر بھی حدیث میں ہے کہ بعد کے زمانے میں یہ حال ہوگا کہ مسجدیں بھری ہوں گی، لیکن وہ ہدایت سے خالی ہوں گی۔</w:t>
      </w:r>
    </w:p>
    <w:p>
      <w:r>
        <w:rPr>
          <w:b/>
        </w:rPr>
        <w:t xml:space="preserve">[05:04] </w:t>
      </w:r>
      <w:r>
        <w:t>ایسا کیوں ہے؟</w:t>
      </w:r>
    </w:p>
    <w:p>
      <w:pPr>
        <w:jc w:val="right"/>
      </w:pPr>
      <w:r>
        <w:t>ایسا کیوں ہے؟</w:t>
      </w:r>
    </w:p>
    <w:p>
      <w:r>
        <w:rPr>
          <w:b/>
        </w:rPr>
        <w:t xml:space="preserve">[05:09] </w:t>
      </w:r>
      <w:r>
        <w:t>اس کا مطلب یہ ہے کہ لوگ الفاظ کو صراط مستقیم سمجھ لیں گے، الفاظ دہرانے کو، اور اس کی کیا سپرٹ ہے، اس کی کیا معنویت ہے، اس سے ان کا ذہن خالی ہو جائے گا۔</w:t>
      </w:r>
    </w:p>
    <w:p>
      <w:pPr>
        <w:jc w:val="right"/>
      </w:pPr>
      <w:r>
        <w:t>اس کا مطلب یہ ہے کہ لوگ الفاظ کو صراط مستقیم سمجھ لیں گے، الفاظ دہرانے کو، اور اس کی کیا سپرٹ ہے، اس کی کیا معنویت ہے، اس سے ان کا ذہن خالی ہو جائے گا۔</w:t>
      </w:r>
    </w:p>
    <w:p>
      <w:r>
        <w:rPr>
          <w:b/>
        </w:rPr>
        <w:t xml:space="preserve">[05:28] </w:t>
      </w:r>
      <w:r>
        <w:t>اس پر میں نے بہت غور کیا تو مجھے ایک آیت میں اس کا جواب ملا، کیونکہ آپ جانتے ہیں کہ یہ علماء کا ماننا ہے: القرآن یفسر بعض بعض۔</w:t>
      </w:r>
    </w:p>
    <w:p>
      <w:pPr>
        <w:jc w:val="right"/>
      </w:pPr>
      <w:r>
        <w:t>اس پر میں نے بہت غور کیا تو مجھے ایک آیت میں اس کا جواب ملا، کیونکہ آپ جانتے ہیں کہ یہ علماء کا ماننا ہے: القرآن یفسر بعض بعض۔</w:t>
      </w:r>
    </w:p>
    <w:p>
      <w:r>
        <w:rPr>
          <w:b/>
        </w:rPr>
        <w:t xml:space="preserve">[05:42] </w:t>
      </w:r>
      <w:r>
        <w:t>قرآن کی ایک آیت کی وضاحت دوسری آیت سے ہوتی ہے۔</w:t>
      </w:r>
    </w:p>
    <w:p>
      <w:pPr>
        <w:jc w:val="right"/>
      </w:pPr>
      <w:r>
        <w:t>قرآن کی ایک آیت کی وضاحت دوسری آیت سے ہوتی ہے۔</w:t>
      </w:r>
    </w:p>
    <w:p>
      <w:r>
        <w:rPr>
          <w:b/>
        </w:rPr>
        <w:t xml:space="preserve">[05:48] </w:t>
      </w:r>
      <w:r>
        <w:t>تو قرآن میں دیکھیں، یہ آیت ہے:</w:t>
      </w:r>
    </w:p>
    <w:p>
      <w:pPr>
        <w:jc w:val="right"/>
      </w:pPr>
      <w:r>
        <w:t>تو قرآن میں دیکھیں، یہ آیت ہے:</w:t>
      </w:r>
    </w:p>
    <w:p>
      <w:r>
        <w:rPr>
          <w:b/>
        </w:rPr>
        <w:t xml:space="preserve">[05:54] </w:t>
      </w:r>
      <w:r>
        <w:t>فمن یکفر بالطاغوت ویومن باللہ فقد استمسک بالعورت الاسقاء۔</w:t>
      </w:r>
    </w:p>
    <w:p>
      <w:pPr>
        <w:jc w:val="right"/>
      </w:pPr>
      <w:r>
        <w:t>فمن یکفر بالطاغوت ویومن باللہ فقد استمسک بالعورت الاسقاء۔</w:t>
      </w:r>
    </w:p>
    <w:p>
      <w:r>
        <w:rPr>
          <w:b/>
        </w:rPr>
        <w:t xml:space="preserve">[06:04] </w:t>
      </w:r>
      <w:r>
        <w:t>جس نے طاغوت کا انکار کیا اور اللہ پر ایمان لایا، تو اس نے العروۃ الاسقاء کو پکڑ لیا۔</w:t>
      </w:r>
    </w:p>
    <w:p>
      <w:pPr>
        <w:jc w:val="right"/>
      </w:pPr>
      <w:r>
        <w:t>جس نے طاغوت کا انکار کیا اور اللہ پر ایمان لایا، تو اس نے العروۃ الاسقاء کو پکڑ لیا۔</w:t>
      </w:r>
    </w:p>
    <w:p>
      <w:r>
        <w:rPr>
          <w:b/>
        </w:rPr>
        <w:t xml:space="preserve">[06:16] </w:t>
      </w:r>
      <w:r>
        <w:t>العروۃ الاسقاء کے لفظی معنی ہیں مضبوط رسی، لیکن معنی وہی ہے یہاں بھی جو جس کے لیے وہاں لفظ آیا ہے صراط مستقیم کا۔</w:t>
      </w:r>
    </w:p>
    <w:p>
      <w:pPr>
        <w:jc w:val="right"/>
      </w:pPr>
      <w:r>
        <w:t>العروۃ الاسقاء کے لفظی معنی ہیں مضبوط رسی، لیکن معنی وہی ہے یہاں بھی جو جس کے لیے وہاں لفظ آیا ہے صراط مستقیم کا۔</w:t>
      </w:r>
    </w:p>
    <w:p>
      <w:r>
        <w:rPr>
          <w:b/>
        </w:rPr>
        <w:t xml:space="preserve">[06:30] </w:t>
      </w:r>
      <w:r>
        <w:t>معنوی اعتبار سے دونوں میں کوئی فرق نہیں۔ اس سے کیا معلوم ہوا؟ کہ</w:t>
      </w:r>
    </w:p>
    <w:p>
      <w:pPr>
        <w:jc w:val="right"/>
      </w:pPr>
      <w:r>
        <w:t>معنوی اعتبار سے دونوں میں کوئی فرق نہیں۔ اس سے کیا معلوم ہوا؟ کہ</w:t>
      </w:r>
    </w:p>
    <w:p>
      <w:r>
        <w:rPr>
          <w:b/>
        </w:rPr>
        <w:t xml:space="preserve">[06:39] </w:t>
      </w:r>
      <w:r>
        <w:t>اصل چیز جو مطلوب ہے اس دنیا میں، وہ کیا ہے؟</w:t>
      </w:r>
    </w:p>
    <w:p>
      <w:pPr>
        <w:jc w:val="right"/>
      </w:pPr>
      <w:r>
        <w:t>اصل چیز جو مطلوب ہے اس دنیا میں، وہ کیا ہے؟</w:t>
      </w:r>
    </w:p>
    <w:p>
      <w:r>
        <w:rPr>
          <w:b/>
        </w:rPr>
        <w:t xml:space="preserve">[06:44] </w:t>
      </w:r>
      <w:r>
        <w:t>اس پر غور کرتے ہوئے میرے سامنے آیا کہ اس دنیا میں دو قسم کے لائف پیٹرن ہیں: ایک طاغوتی لائف پیٹرن اور ایک خدائی لائف پیٹرن۔</w:t>
      </w:r>
    </w:p>
    <w:p>
      <w:pPr>
        <w:jc w:val="right"/>
      </w:pPr>
      <w:r>
        <w:t>اس پر غور کرتے ہوئے میرے سامنے آیا کہ اس دنیا میں دو قسم کے لائف پیٹرن ہیں: ایک طاغوتی لائف پیٹرن اور ایک خدائی لائف پیٹرن۔</w:t>
      </w:r>
    </w:p>
    <w:p>
      <w:r>
        <w:rPr>
          <w:b/>
        </w:rPr>
        <w:t xml:space="preserve">[06:59] </w:t>
      </w:r>
      <w:r>
        <w:t>فمن یکفر بالطاغوت ویومن باللہ۔ طاغوتی لائف پیٹرن اور ڈیوائن لائف پیٹرن، بس یہی دو ہیں۔</w:t>
      </w:r>
    </w:p>
    <w:p>
      <w:pPr>
        <w:jc w:val="right"/>
      </w:pPr>
      <w:r>
        <w:t>فمن یکفر بالطاغوت ویومن باللہ۔ طاغوتی لائف پیٹرن اور ڈیوائن لائف پیٹرن، بس یہی دو ہیں۔</w:t>
      </w:r>
    </w:p>
    <w:p>
      <w:r>
        <w:rPr>
          <w:b/>
        </w:rPr>
        <w:t xml:space="preserve">[07:11] </w:t>
      </w:r>
      <w:r>
        <w:t>تو جو آدمی طاغوتی لائف پیٹرن پر چلا، وہ تباہ ہوا، اور جو آدمی ڈیوائن لائف پیٹرن پر چلا، وہ تباہ ہوا۔</w:t>
      </w:r>
    </w:p>
    <w:p>
      <w:pPr>
        <w:jc w:val="right"/>
      </w:pPr>
      <w:r>
        <w:t>تو جو آدمی طاغوتی لائف پیٹرن پر چلا، وہ تباہ ہوا، اور جو آدمی ڈیوائن لائف پیٹرن پر چلا، وہ تباہ ہوا۔</w:t>
      </w:r>
    </w:p>
    <w:p>
      <w:r>
        <w:rPr>
          <w:b/>
        </w:rPr>
        <w:t xml:space="preserve">[07:26] </w:t>
      </w:r>
      <w:r>
        <w:t>اب دیکھیں کہ اس کا مطلب کیا ہے۔</w:t>
      </w:r>
    </w:p>
    <w:p>
      <w:pPr>
        <w:jc w:val="right"/>
      </w:pPr>
      <w:r>
        <w:t>اب دیکھیں کہ اس کا مطلب کیا ہے۔</w:t>
      </w:r>
    </w:p>
    <w:p>
      <w:r>
        <w:rPr>
          <w:b/>
        </w:rPr>
        <w:t xml:space="preserve">[07:30] </w:t>
      </w:r>
      <w:r>
        <w:t>مزید غور کرتے ہوئے میرے سامنے آیا کہ اللہ تعالی نے، یعنی بگنی ہی میں، یعنی جب انسان کی پیدائش ہوئی، اسی وقت اس کا ایک نمونہ قائم کر دیا کہ واٹ از طاغوتی لائف پیٹرن اور واٹ از ڈیوائن لائف پیٹرن کا نمونہ۔</w:t>
      </w:r>
    </w:p>
    <w:p>
      <w:pPr>
        <w:jc w:val="right"/>
      </w:pPr>
      <w:r>
        <w:t>مزید غور کرتے ہوئے میرے سامنے آیا کہ اللہ تعالی نے، یعنی بگنی ہی میں، یعنی جب انسان کی پیدائش ہوئی، اسی وقت اس کا ایک نمونہ قائم کر دیا کہ واٹ از طاغوتی لائف پیٹرن اور واٹ از ڈیوائن لائف پیٹرن کا نمونہ۔</w:t>
      </w:r>
    </w:p>
    <w:p>
      <w:r>
        <w:rPr>
          <w:b/>
        </w:rPr>
        <w:t xml:space="preserve">[07:55] </w:t>
      </w:r>
      <w:r>
        <w:t>طاغوتی لائف پیٹرن کا نمونہ ہے شیطانی طریقہ، ابلیس کا طریقہ، اور ڈیوائن لائف پیٹرن کا نمونہ ہے فرشتوں کا طریقہ۔</w:t>
      </w:r>
    </w:p>
    <w:p>
      <w:pPr>
        <w:jc w:val="right"/>
      </w:pPr>
      <w:r>
        <w:t>طاغوتی لائف پیٹرن کا نمونہ ہے شیطانی طریقہ، ابلیس کا طریقہ، اور ڈیوائن لائف پیٹرن کا نمونہ ہے فرشتوں کا طریقہ۔</w:t>
      </w:r>
    </w:p>
    <w:p>
      <w:r>
        <w:rPr>
          <w:b/>
        </w:rPr>
        <w:t xml:space="preserve">[08:10] </w:t>
      </w:r>
      <w:r>
        <w:t>آپ جانتے ہیں کیا ہوا جب اللہ تعالی نے انسان کو بنایا، پہلے انسان آدم کو، تو اس وقت دیکھیے، انسان کے سوا دو اور مخلوق موجود تھیں:</w:t>
      </w:r>
    </w:p>
    <w:p>
      <w:pPr>
        <w:jc w:val="right"/>
      </w:pPr>
      <w:r>
        <w:t>آپ جانتے ہیں کیا ہوا جب اللہ تعالی نے انسان کو بنایا، پہلے انسان آدم کو، تو اس وقت دیکھیے، انسان کے سوا دو اور مخلوق موجود تھیں:</w:t>
      </w:r>
    </w:p>
    <w:p>
      <w:r>
        <w:rPr>
          <w:b/>
        </w:rPr>
        <w:t xml:space="preserve">[08:25] </w:t>
      </w:r>
      <w:r>
        <w:t>ایک جنات اور دوسرے فرشتے۔ جنات اور ملائکہ،</w:t>
      </w:r>
    </w:p>
    <w:p>
      <w:pPr>
        <w:jc w:val="right"/>
      </w:pPr>
      <w:r>
        <w:t>ایک جنات اور دوسرے فرشتے۔ جنات اور ملائکہ،</w:t>
      </w:r>
    </w:p>
    <w:p>
      <w:r>
        <w:rPr>
          <w:b/>
        </w:rPr>
        <w:t xml:space="preserve">[08:36] </w:t>
      </w:r>
      <w:r>
        <w:t>یعنی ادر دین مٹیریل ورلڈ، یہ دو تھیں موجود۔ تو اللہ تعالی نے کہا کہ تم دونوں آدم کے آگے جھک جاؤ، تم دونوں انسان کے آگے جھک جاؤ۔</w:t>
      </w:r>
    </w:p>
    <w:p>
      <w:pPr>
        <w:jc w:val="right"/>
      </w:pPr>
      <w:r>
        <w:t>یعنی ادر دین مٹیریل ورلڈ، یہ دو تھیں موجود۔ تو اللہ تعالی نے کہا کہ تم دونوں آدم کے آگے جھک جاؤ، تم دونوں انسان کے آگے جھک جاؤ۔</w:t>
      </w:r>
    </w:p>
    <w:p>
      <w:r>
        <w:rPr>
          <w:b/>
        </w:rPr>
        <w:t xml:space="preserve">[08:52] </w:t>
      </w:r>
      <w:r>
        <w:t>تو ملائکہ تو جھک گئے۔</w:t>
      </w:r>
    </w:p>
    <w:p>
      <w:pPr>
        <w:jc w:val="right"/>
      </w:pPr>
      <w:r>
        <w:t>تو ملائکہ تو جھک گئے۔</w:t>
      </w:r>
    </w:p>
    <w:p>
      <w:r>
        <w:rPr>
          <w:b/>
        </w:rPr>
        <w:t xml:space="preserve">[08:57] </w:t>
      </w:r>
      <w:r>
        <w:t>جھکنا کیا ہے؟ اور اور ابلیس جو سردار تھا جنات کا، وہ جھکا نہیں۔ جھکنا کیا ہے؟ یہ سجدہ کرنا نہیں ہے، یہ ہے اکنالج کرنا، اعتراف کرنا۔</w:t>
      </w:r>
    </w:p>
    <w:p>
      <w:pPr>
        <w:jc w:val="right"/>
      </w:pPr>
      <w:r>
        <w:t>جھکنا کیا ہے؟ اور اور ابلیس جو سردار تھا جنات کا، وہ جھکا نہیں۔ جھکنا کیا ہے؟ یہ سجدہ کرنا نہیں ہے، یہ ہے اکنالج کرنا، اعتراف کرنا۔</w:t>
      </w:r>
    </w:p>
    <w:p>
      <w:r>
        <w:rPr>
          <w:b/>
        </w:rPr>
        <w:t xml:space="preserve">[09:14] </w:t>
      </w:r>
      <w:r>
        <w:t>سب سے بڑی چیز جو مطلوب ہے، وہ اکنالجمنٹ ہے، وہ اعتراف ہے</w:t>
      </w:r>
    </w:p>
    <w:p>
      <w:pPr>
        <w:jc w:val="right"/>
      </w:pPr>
      <w:r>
        <w:t>سب سے بڑی چیز جو مطلوب ہے، وہ اکنالجمنٹ ہے، وہ اعتراف ہے</w:t>
      </w:r>
    </w:p>
    <w:p>
      <w:r>
        <w:rPr>
          <w:b/>
        </w:rPr>
        <w:t xml:space="preserve">[09:21] </w:t>
      </w:r>
      <w:r>
        <w:t>دوسرے کا۔</w:t>
      </w:r>
    </w:p>
    <w:p>
      <w:pPr>
        <w:jc w:val="right"/>
      </w:pPr>
      <w:r>
        <w:t>دوسرے کا۔</w:t>
      </w:r>
    </w:p>
    <w:p>
      <w:r>
        <w:rPr>
          <w:b/>
        </w:rPr>
        <w:t xml:space="preserve">[09:26] </w:t>
      </w:r>
      <w:r>
        <w:t>is ko yaad rakhiye. to kya mabni par eteraaf jo pattern hai, farishton ka hai, aur mabni par inkaar jo pattern hai, woh iblees ka hai?</w:t>
      </w:r>
    </w:p>
    <w:p>
      <w:pPr>
        <w:jc w:val="right"/>
      </w:pPr>
      <w:r>
        <w:t>اس کو یاد رکھیے۔ تو کیا مبنی پر اعتراف جو پیٹرن ہے، فرشتوں کا ہے، اور مبنی پر انکار جو پیٹرن ہے، وہ ابلیس کا ہے؟</w:t>
      </w:r>
    </w:p>
    <w:p>
      <w:r>
        <w:rPr>
          <w:b/>
        </w:rPr>
        <w:t xml:space="preserve">[09:40] </w:t>
      </w:r>
      <w:r>
        <w:t>isi mein saara maamla chupa hua hai.</w:t>
      </w:r>
    </w:p>
    <w:p>
      <w:pPr>
        <w:jc w:val="right"/>
      </w:pPr>
      <w:r>
        <w:t>اسی میں سارا معاملہ چھپا ہوا ہے۔</w:t>
      </w:r>
    </w:p>
    <w:p>
      <w:r>
        <w:rPr>
          <w:b/>
        </w:rPr>
        <w:t xml:space="preserve">[09:47] </w:t>
      </w:r>
      <w:r>
        <w:t>jo bhi nazariya, jo bhi tehreek kisi ke inkaar par uthe, samajh len ke woh shaitani tehreek hai, aur jo bhi nazariya, jo bhi tehreek eteraaf par uthe, woh samajh len ke woh malkooti pattern hai.</w:t>
      </w:r>
    </w:p>
    <w:p>
      <w:pPr>
        <w:jc w:val="right"/>
      </w:pPr>
      <w:r>
        <w:t>جو بھی نظریہ، جو بھی تحریک کسی کے انکار پر اٹھے، سمجھ لیں کہ وہ شیطانی تحریک ہے، اور جو بھی نظریہ، جو بھی تحریک اعتراف پر اٹھے، وہ سمجھ لیں کہ وہ ملکوتی پیٹرن ہے۔</w:t>
      </w:r>
    </w:p>
    <w:p>
      <w:r>
        <w:rPr>
          <w:b/>
        </w:rPr>
        <w:t xml:space="preserve">[10:05] </w:t>
      </w:r>
      <w:r>
        <w:t>to ek hai taghoot ke baare mein shaitan hai. quran majeed mein kuch logon ne galat tashreeh kar ke taghoot ke maani saath is ko politicize kiya, is ke siyasi maani</w:t>
      </w:r>
    </w:p>
    <w:p>
      <w:pPr>
        <w:jc w:val="right"/>
      </w:pPr>
      <w:r>
        <w:t>تو ایک ہے طاغوت کے بارے میں شیطان ہے۔ قرآن مجید میں کچھ لوگوں نے غلط تشریح کر کے طاغوت کے معنی ساتھ اس کو پولیٹیسائز کیا، اس کے سیاسی معنی</w:t>
      </w:r>
    </w:p>
    <w:p>
      <w:r>
        <w:rPr>
          <w:b/>
        </w:rPr>
        <w:t xml:space="preserve">[10:16] </w:t>
      </w:r>
      <w:r>
        <w:t>banaye. woh bilkul absurd hai, baseless hai. taghoot ke maani shaitan. taghoot ka lafzi matlab hai sab se bara sarkash, bohat bara sarkash.</w:t>
      </w:r>
    </w:p>
    <w:p>
      <w:pPr>
        <w:jc w:val="right"/>
      </w:pPr>
      <w:r>
        <w:t>بنائے۔ وہ بالکل ایبسرڈ ہے، بیسلیس ہے۔ طاغوت کے معنی شیطان۔ طاغوت کا لفظی مطلب ہے سب سے بڑا سرکش، بہت بڑا سرکش۔</w:t>
      </w:r>
    </w:p>
    <w:p>
      <w:r>
        <w:rPr>
          <w:b/>
        </w:rPr>
        <w:t xml:space="preserve">[10:32] </w:t>
      </w:r>
      <w:r>
        <w:t>to yeh naam diya gaya hai iblees ko, jo jinnaaton ka sardar tha.</w:t>
      </w:r>
    </w:p>
    <w:p>
      <w:pPr>
        <w:jc w:val="right"/>
      </w:pPr>
      <w:r>
        <w:t>تو یہ نام دیا گیا ہے ابلیس کو، جو جناتوں کا سردار تھا۔</w:t>
      </w:r>
    </w:p>
    <w:p>
      <w:r>
        <w:rPr>
          <w:b/>
        </w:rPr>
        <w:t xml:space="preserve">[10:43] </w:t>
      </w:r>
      <w:r>
        <w:t>to taghooti pattern hai satanic pattern, aur divine pattern hai farishton ka pattern.</w:t>
      </w:r>
    </w:p>
    <w:p>
      <w:pPr>
        <w:jc w:val="right"/>
      </w:pPr>
      <w:r>
        <w:t>تو طاغوتی پیٹرن ہے سیٹنک پیٹرن، اور ڈیوائن پیٹرن ہے فرشتوں کا پیٹرن۔</w:t>
      </w:r>
    </w:p>
    <w:p>
      <w:r>
        <w:rPr>
          <w:b/>
        </w:rPr>
        <w:t xml:space="preserve">[10:56] </w:t>
      </w:r>
      <w:r>
        <w:t>isi mein saari kahani chupi hui hai, poori insani tareekh ki, har fard ki aur har giroh ki.</w:t>
      </w:r>
    </w:p>
    <w:p>
      <w:pPr>
        <w:jc w:val="right"/>
      </w:pPr>
      <w:r>
        <w:t>اسی میں ساری کہانی چھپی ہوئی ہے، پوری انسانی تاریخ کی، ہر فرد کی اور ہر گروہ کی۔</w:t>
      </w:r>
    </w:p>
    <w:p>
      <w:r>
        <w:rPr>
          <w:b/>
        </w:rPr>
        <w:t xml:space="preserve">[11:07] </w:t>
      </w:r>
      <w:r>
        <w:t>ab dekhiye ke maujooda zamane mein kya hua.</w:t>
      </w:r>
    </w:p>
    <w:p>
      <w:pPr>
        <w:jc w:val="right"/>
      </w:pPr>
      <w:r>
        <w:t>اب دیکھیے کہ موجودہ زمانے میں کیا ہوا۔</w:t>
      </w:r>
    </w:p>
    <w:p>
      <w:r>
        <w:rPr>
          <w:b/>
        </w:rPr>
        <w:t xml:space="preserve">[11:11] </w:t>
      </w:r>
      <w:r>
        <w:t>maujooda zamane mein musalman 200 saal se sargarmiyan dikha rahe hain. 200 saal se yeh saari saari sargarmiyan jo hain, kisi na kisi ke inkaar par bani hain, eteraaf par nahin.</w:t>
      </w:r>
    </w:p>
    <w:p>
      <w:pPr>
        <w:jc w:val="right"/>
      </w:pPr>
      <w:r>
        <w:t>موجودہ زمانے میں مسلمان 200 سال سے سرگرمیاں دکھا رہے ہیں۔ 200 سال سے یہ ساری ساری سرگرمیاں جو ہیں، کسی نہ کسی کے انکار پر بنی ہیں، اعتراف پر نہیں۔</w:t>
      </w:r>
    </w:p>
    <w:p>
      <w:r>
        <w:rPr>
          <w:b/>
        </w:rPr>
        <w:t xml:space="preserve">[11:28] </w:t>
      </w:r>
      <w:r>
        <w:t>kisi na kisi ke inkaar par bani hain, eteraaf par nahin. yeh to iblees ka pattern hua, yeh farishton ka pattern nahin hua.</w:t>
      </w:r>
    </w:p>
    <w:p>
      <w:pPr>
        <w:jc w:val="right"/>
      </w:pPr>
      <w:r>
        <w:t>کسی نہ کسی کے انکار پر بنی ہیں، اعتراف پر نہیں۔ یہ تو ابلیس کا پیٹرن ہوا، یہ فرشتوں کا پیٹرن نہیں ہوا۔</w:t>
      </w:r>
    </w:p>
    <w:p>
      <w:r>
        <w:rPr>
          <w:b/>
        </w:rPr>
        <w:t xml:space="preserve">[11:41] </w:t>
      </w:r>
      <w:r>
        <w:t>dekhein, main ek misaal deta hoon. yeh misaal ek misaal nahin, balke is ko generalize kar ke dekhiye to poore musalmanon par woh apply hoti hai.</w:t>
      </w:r>
    </w:p>
    <w:p>
      <w:pPr>
        <w:jc w:val="right"/>
      </w:pPr>
      <w:r>
        <w:t>دیکھیں، میں ایک مثال دیتا ہوں۔ یہ مثال ایک مثال نہیں، بلکہ اس کو جنرلائز کر کے دیکھیے تو پورے مسلمانوں پر وہ اپلائی ہوتی ہے۔</w:t>
      </w:r>
    </w:p>
    <w:p>
      <w:r>
        <w:rPr>
          <w:b/>
        </w:rPr>
        <w:t xml:space="preserve">[11:53] </w:t>
      </w:r>
      <w:r>
        <w:t>ek arab sheikh ki kitaab hai, arabhi zabaan mein, is ka naam hai "Al-Afai Al-Thalatha".</w:t>
      </w:r>
    </w:p>
    <w:p>
      <w:pPr>
        <w:jc w:val="right"/>
      </w:pPr>
      <w:r>
        <w:t>ایک عرب شیخ کی کتاب ہے، عربی زبان میں، اس کا نام ہے "الافائی الثلاثہ"۔</w:t>
      </w:r>
    </w:p>
    <w:p>
      <w:r>
        <w:rPr>
          <w:b/>
        </w:rPr>
        <w:t xml:space="preserve">[12:04] </w:t>
      </w:r>
      <w:r>
        <w:t>"Al-Afai Al-Thalatha" yaani teen ajdahay, teen baray saanp, yaani "three python", "three snakes".</w:t>
      </w:r>
    </w:p>
    <w:p>
      <w:pPr>
        <w:jc w:val="right"/>
      </w:pPr>
      <w:r>
        <w:t>"الافائی الثلاثہ" یعنی تین اجدہے، تین بڑے سانپ، یعنی "تھری پاتھون"، "تھری سنیکس"۔</w:t>
      </w:r>
    </w:p>
    <w:p>
      <w:r>
        <w:rPr>
          <w:b/>
        </w:rPr>
        <w:t xml:space="preserve">[12:20] </w:t>
      </w:r>
      <w:r>
        <w:t>to is kitaab mein unhon ne dikhaya hai ke is daur mein, jis ko hum jadeed daur kehte hain, is mein ahl-e-maghrib ne,</w:t>
      </w:r>
    </w:p>
    <w:p>
      <w:pPr>
        <w:jc w:val="right"/>
      </w:pPr>
      <w:r>
        <w:t>تو اس کتاب میں انہوں نے دکھایا ہے کہ اس دور میں، جس کو ہم جدید دور کہتے ہیں، اس میں اہل مغرب نے،</w:t>
      </w:r>
    </w:p>
    <w:p>
      <w:r>
        <w:rPr>
          <w:b/>
        </w:rPr>
        <w:t xml:space="preserve">[12:34] </w:t>
      </w:r>
      <w:r>
        <w:t>yaani western nations ne, teen baray saanp chhod diye hain, teen ajdahay, jo mashriq ko nigal rahe hain, khaas tor par musalmanon ko.</w:t>
      </w:r>
    </w:p>
    <w:p>
      <w:pPr>
        <w:jc w:val="right"/>
      </w:pPr>
      <w:r>
        <w:t>یعنی ویسٹرن نیشنز نے، تین بڑے سانپ چھوڑ دیے ہیں، تین اجدہے، جو مشرق کو نگل رہے ہیں، خاص طور پر مسلمانوں کو۔</w:t>
      </w:r>
    </w:p>
    <w:p>
      <w:r>
        <w:rPr>
          <w:b/>
        </w:rPr>
        <w:t xml:space="preserve">[12:52] </w:t>
      </w:r>
      <w:r>
        <w:t>yeh teen kya hain?</w:t>
      </w:r>
    </w:p>
    <w:p>
      <w:pPr>
        <w:jc w:val="right"/>
      </w:pPr>
      <w:r>
        <w:t>یہ تین کیا ہیں؟</w:t>
      </w:r>
    </w:p>
    <w:p>
      <w:r>
        <w:rPr>
          <w:b/>
        </w:rPr>
        <w:t xml:space="preserve">[12:56] </w:t>
      </w:r>
      <w:r>
        <w:t>un ke nazdeek teen hain: ek hai</w:t>
      </w:r>
    </w:p>
    <w:p>
      <w:pPr>
        <w:jc w:val="right"/>
      </w:pPr>
      <w:r>
        <w:t>ان کے نزدیک تین ہیں: ایک ہے</w:t>
      </w:r>
    </w:p>
    <w:p>
      <w:r>
        <w:rPr>
          <w:b/>
        </w:rPr>
        <w:t xml:space="preserve">[13:01] </w:t>
      </w:r>
      <w:r>
        <w:t>"Al-Istishraq", doosra hai "Al-Istikmaar", teesra hai "Al-Tansir".</w:t>
      </w:r>
    </w:p>
    <w:p>
      <w:pPr>
        <w:jc w:val="right"/>
      </w:pPr>
      <w:r>
        <w:t>"الاستشراق"، دوسرا ہے "الاستعمار"، تیسرا ہے "التنصیر"۔</w:t>
      </w:r>
    </w:p>
    <w:p>
      <w:r>
        <w:rPr>
          <w:b/>
        </w:rPr>
        <w:t xml:space="preserve">[13:10] </w:t>
      </w:r>
      <w:r>
        <w:t>is</w:t>
      </w:r>
    </w:p>
    <w:p>
      <w:pPr>
        <w:jc w:val="right"/>
      </w:pPr>
      <w:r>
        <w:t>اس</w:t>
      </w:r>
    </w:p>
    <w:p>
      <w:r>
        <w:rPr>
          <w:b/>
        </w:rPr>
        <w:t xml:space="preserve">[13:11] </w:t>
      </w:r>
      <w:r>
        <w:t>istishraq ko angrezi mein kehte hain "orientalism", istikmaar ko kehte hain angrezi mein "colonialism", aur tansir ko wahi cheez ko hum kehte hain "missionary activities", yaani logon ko eesaai banana.</w:t>
      </w:r>
    </w:p>
    <w:p>
      <w:pPr>
        <w:jc w:val="right"/>
      </w:pPr>
      <w:r>
        <w:t>استشراق کو انگریزی میں کہتے ہیں "اورینٹلزم"، استعمار کو کہتے ہیں انگریزی میں "کلونیلزم"، اور تنصیر کو وہی چیز کو ہم کہتے ہیں "مشنری ایکٹیویٹیز"، یعنی لوگوں کو عیسائی بنانا۔</w:t>
      </w:r>
    </w:p>
    <w:p>
      <w:r>
        <w:rPr>
          <w:b/>
        </w:rPr>
        <w:t xml:space="preserve">[13:31] </w:t>
      </w:r>
      <w:r>
        <w:t>yeh teen goya baray saanp hain, teen ajdahay hain, jo musalmanon ko nigal rahe hain.</w:t>
      </w:r>
    </w:p>
    <w:p>
      <w:pPr>
        <w:jc w:val="right"/>
      </w:pPr>
      <w:r>
        <w:t>یہ تین گویا بڑے سانپ ہیں، تین اجدہے ہیں، جو مسلمانوں کو نگل رہے ہیں۔</w:t>
      </w:r>
    </w:p>
    <w:p>
      <w:r>
        <w:rPr>
          <w:b/>
        </w:rPr>
        <w:t xml:space="preserve">[13:42] </w:t>
      </w:r>
      <w:r>
        <w:t>teen baray saanp hain, teen afai. is par maine ghor kiya to mujhe ek bohat hi ajeeb dardnak ehsaas hua, bohat hi dardnak ehsaas.</w:t>
      </w:r>
    </w:p>
    <w:p>
      <w:pPr>
        <w:jc w:val="right"/>
      </w:pPr>
      <w:r>
        <w:t>تین بڑے سانپ ہیں، تین افائی۔ اس پر میں نے غور کیا تو مجھے ایک بہت ہی عجیب دردناک احساس ہوا، بہت ہی دردناک احساس۔</w:t>
      </w:r>
    </w:p>
    <w:p>
      <w:r>
        <w:rPr>
          <w:b/>
        </w:rPr>
        <w:t xml:space="preserve">[14:01] </w:t>
      </w:r>
      <w:r>
        <w:t>woh yeh ke quran mein bataya gaya hai ke</w:t>
      </w:r>
    </w:p>
    <w:p>
      <w:pPr>
        <w:jc w:val="right"/>
      </w:pPr>
      <w:r>
        <w:t>وہ یہ کہ قرآن میں بتایا گیا ہے کہ</w:t>
      </w:r>
    </w:p>
    <w:p>
      <w:r>
        <w:rPr>
          <w:b/>
        </w:rPr>
        <w:t xml:space="preserve">[14:09] </w:t>
      </w:r>
      <w:r>
        <w:t>israili peghambar thay Hazrat Musa, woh Misr mein aaye. Misr mein us waqt qibti qaum thi, firoun ki hukumat thi,</w:t>
      </w:r>
    </w:p>
    <w:p>
      <w:pPr>
        <w:jc w:val="right"/>
      </w:pPr>
      <w:r>
        <w:t>اسرائیلی پیغمبر تھے حضرت موسیٰ، وہ مصر میں آئے۔ مصر میں اس وقت قبطی قوم تھی، فرعون کی حکومت تھی،</w:t>
      </w:r>
    </w:p>
    <w:p>
      <w:r>
        <w:rPr>
          <w:b/>
        </w:rPr>
        <w:t xml:space="preserve">[14:23] </w:t>
      </w:r>
      <w:r>
        <w:t>in logon ka tareeqa shirk ka tareeqa tha. hazrat moosa toheed ke paighambar thay.</w:t>
      </w:r>
    </w:p>
    <w:p>
      <w:pPr>
        <w:jc w:val="right"/>
      </w:pPr>
      <w:r>
        <w:t>ان لوگوں کا طریقہ شرک کا طریقہ تھا۔ حضرت موسیٰ توحید کے پیغمبر تھے۔</w:t>
      </w:r>
    </w:p>
    <w:p>
      <w:r>
        <w:rPr>
          <w:b/>
        </w:rPr>
        <w:t xml:space="preserve">[14:31] </w:t>
      </w:r>
      <w:r>
        <w:t>hazrat moosa ne in ke saamne, woh barah-e-raast firoun ke darbaar mein gaye, aur tamam darbaariyon ke saamne, aur firoun ke saamne, goya ke qibti qaum ke numainde wahan ikhatte thay.</w:t>
      </w:r>
    </w:p>
    <w:p>
      <w:pPr>
        <w:jc w:val="right"/>
      </w:pPr>
      <w:r>
        <w:t>حضرت موسیٰ نے ان کے سامنے، وہ براہ راست فرعون کے دربار میں گئے، اور تمام درباریوں کے سامنے، اور فرعون کے سامنے، گویا کہ قبطی قوم کے نمائندے وہاں اکٹھے تھے۔</w:t>
      </w:r>
    </w:p>
    <w:p>
      <w:r>
        <w:rPr>
          <w:b/>
        </w:rPr>
        <w:t xml:space="preserve">[14:49] </w:t>
      </w:r>
      <w:r>
        <w:t>darbaari kaun thay? qibti qaum ke numainde firoun tha, un ka head. to tamam ahle misr ko goya ke unhon ne toheed ka paigham diya.</w:t>
      </w:r>
    </w:p>
    <w:p>
      <w:pPr>
        <w:jc w:val="right"/>
      </w:pPr>
      <w:r>
        <w:t>درباری کون تھے؟ قبطی قوم کے نمائندے فرعون تھا، ان کا ہیڈ۔ تو تمام اہل مصر کو گویا کہ انہوں نے توحید کا پیغام دیا۔</w:t>
      </w:r>
    </w:p>
    <w:p>
      <w:r>
        <w:rPr>
          <w:b/>
        </w:rPr>
        <w:t xml:space="preserve">[15:05] </w:t>
      </w:r>
      <w:r>
        <w:t>to kya hua? aap jante hain ke firoun ne kaha ke tumhare paas koi saboot hai ke tum khuda ke paighambar ho? to un ke haath mein, jaisa ke aap jante hain, ek</w:t>
      </w:r>
    </w:p>
    <w:p>
      <w:pPr>
        <w:jc w:val="right"/>
      </w:pPr>
      <w:r>
        <w:t>تو کیا ہوا؟ آپ جانتے ہیں کہ فرعون نے کہا کہ تمہارے پاس کوئی ثبوت ہے کہ تم خدا کے پیغمبر ہو؟ تو ان کے ہاتھ میں، جیسا کہ آپ جانتے ہیں، ایک</w:t>
      </w:r>
    </w:p>
    <w:p>
      <w:r>
        <w:rPr>
          <w:b/>
        </w:rPr>
        <w:t xml:space="preserve">[15:16] </w:t>
      </w:r>
      <w:r>
        <w:t>ek asaa tha. asaa ko unhon ne daala. allah taala ne kaha tha hazrat moosa se: "tum asaa apna jab apna asaa daaloge to woh saamp ban jayega, ajdaha ban jayega." chunancha woh firoun ke saamne aur darbaariyon ke saamne ajdaha ban kar, saamp ban kar chalne laga.</w:t>
      </w:r>
    </w:p>
    <w:p>
      <w:pPr>
        <w:jc w:val="right"/>
      </w:pPr>
      <w:r>
        <w:t>ایک عصا تھا۔ عصا کو انہوں نے ڈالا۔ اللہ تعالی نے کہا تھا حضرت موسیٰ سے: "تم عصا اپنا جب اپنا عصا ڈالو گے تو وہ سانپ بن جائے گا، اجدہا بن جائے گا۔" چنانچہ وہ فرعون کے سامنے اور درباریوں کے سامنے اجدہا بن کر، سانپ بن کر چلنے لگا۔</w:t>
      </w:r>
    </w:p>
    <w:p>
      <w:r>
        <w:rPr>
          <w:b/>
        </w:rPr>
        <w:t xml:space="preserve">[15:40] </w:t>
      </w:r>
      <w:r>
        <w:t>quran mein do lafz aaye hain: "hiya" ek jagah hai, "faiza" hiya, "hiya-tad-dasa" ek jagah, "thubaan" ka lafz aaya hai, "faiza" hai, "thubaan mubeen".</w:t>
      </w:r>
    </w:p>
    <w:p>
      <w:pPr>
        <w:jc w:val="right"/>
      </w:pPr>
      <w:r>
        <w:t>قرآن میں دو لفظ آئے ہیں: "حیہ" ایک جگہ ہے، "فیضہ" حیہ، "حیۃ الدسا" ایک جگہ، "ثعبان" کا لفظ آیا ہے، "فیضہ" ہے، "ثعبان مبین"۔</w:t>
      </w:r>
    </w:p>
    <w:p>
      <w:r>
        <w:rPr>
          <w:b/>
        </w:rPr>
        <w:t xml:space="preserve">[15:51] </w:t>
      </w:r>
      <w:r>
        <w:t>thubaan kehte hain ajdehey ko, hiya kehte hain bade saamp ko.</w:t>
      </w:r>
    </w:p>
    <w:p>
      <w:pPr>
        <w:jc w:val="right"/>
      </w:pPr>
      <w:r>
        <w:t>ثعبان کہتے ہیں اجدہے کو، حیہ کہتے ہیں بڑے سانپ کو۔</w:t>
      </w:r>
    </w:p>
    <w:p>
      <w:r>
        <w:rPr>
          <w:b/>
        </w:rPr>
        <w:t xml:space="preserve">[15:59] </w:t>
      </w:r>
      <w:r>
        <w:t>to woh wahan par ek ek saamp ki shakal mein haasa jo tha, chalne laga idhar udhar. to woh log bohat khaufzada hue.</w:t>
      </w:r>
    </w:p>
    <w:p>
      <w:pPr>
        <w:jc w:val="right"/>
      </w:pPr>
      <w:r>
        <w:t>تو وہ وہاں پر ایک ایک سانپ کی شکل میں حاسہ جو تھا، چلنے لگا ادھر ادھر۔ تو وہ لوگ بہت خوفزدہ ہوئے۔</w:t>
      </w:r>
    </w:p>
    <w:p>
      <w:r>
        <w:rPr>
          <w:b/>
        </w:rPr>
        <w:t xml:space="preserve">[16:10] </w:t>
      </w:r>
      <w:r>
        <w:t>to unhon ne socha ke is ka koi tod kya hai? to is ka tod yeh un ke saamne aaya ke is waqt ka zamana jo misr ka tha, to wahan jadoo ka daur tha,</w:t>
      </w:r>
    </w:p>
    <w:p>
      <w:pPr>
        <w:jc w:val="right"/>
      </w:pPr>
      <w:r>
        <w:t>تو انہوں نے سوچا کہ اس کا کوئی توڑ کیا ہے؟ تو اس کا توڑ یہ ان کے سامنے آیا کہ اس وقت کا زمانہ جو مصر کا تھا، تو وہاں جادو کا دور تھا،</w:t>
      </w:r>
    </w:p>
    <w:p>
      <w:r>
        <w:rPr>
          <w:b/>
        </w:rPr>
        <w:t xml:space="preserve">[16:24] </w:t>
      </w:r>
      <w:r>
        <w:t>majician hua karte thay wahan par.</w:t>
      </w:r>
    </w:p>
    <w:p>
      <w:pPr>
        <w:jc w:val="right"/>
      </w:pPr>
      <w:r>
        <w:t>مجیشن ہوا کرتے تھے وہاں پر۔</w:t>
      </w:r>
    </w:p>
    <w:p>
      <w:r>
        <w:rPr>
          <w:b/>
        </w:rPr>
        <w:t xml:space="preserve">[16:29] </w:t>
      </w:r>
      <w:r>
        <w:t>to unhon ne kaha ke theek hai, hum tum ko dawat dete hain ke tum ek din muqarrar karo, wahan apna yeh dikhao.</w:t>
      </w:r>
    </w:p>
    <w:p>
      <w:pPr>
        <w:jc w:val="right"/>
      </w:pPr>
      <w:r>
        <w:t>تو انہوں نے کہا کہ ٹھیک ہے، ہم تم کو دعوت دیتے ہیں کہ تم ایک دن مقرر کرو، وہاں اپنا یہ دکھاؤ۔</w:t>
      </w:r>
    </w:p>
    <w:p>
      <w:r>
        <w:rPr>
          <w:b/>
        </w:rPr>
        <w:t xml:space="preserve">[16:39] </w:t>
      </w:r>
      <w:r>
        <w:t>woh samajhte thay yeh koi kartab hai. to wahan par ek un ka din hua karta tha, qaumi din.</w:t>
      </w:r>
    </w:p>
    <w:p>
      <w:pPr>
        <w:jc w:val="right"/>
      </w:pPr>
      <w:r>
        <w:t>وہ سمجھتے تھے یہ کوئی کرتب ہے۔ تو وہاں پر ایک ان کا دن ہوا کرتا تھا، قومی دن۔</w:t>
      </w:r>
    </w:p>
    <w:p>
      <w:r>
        <w:rPr>
          <w:b/>
        </w:rPr>
        <w:t xml:space="preserve">[16:50] </w:t>
      </w:r>
      <w:r>
        <w:t>woh qaumi din tay hua</w:t>
      </w:r>
    </w:p>
    <w:p>
      <w:pPr>
        <w:jc w:val="right"/>
      </w:pPr>
      <w:r>
        <w:t>وہ قومی دن طے ہوا</w:t>
      </w:r>
    </w:p>
    <w:p>
      <w:r>
        <w:rPr>
          <w:b/>
        </w:rPr>
        <w:t xml:space="preserve">[16:54] </w:t>
      </w:r>
      <w:r>
        <w:t>to saare misr se bade bade jo majician thay, bade jadoogar thay, woh bulaye gaye</w:t>
      </w:r>
    </w:p>
    <w:p>
      <w:pPr>
        <w:jc w:val="right"/>
      </w:pPr>
      <w:r>
        <w:t>تو سارے مصر سے بڑے بڑے جو میجشن تھے، بڑے جادوگر تھے، وہ بلائے گئے</w:t>
      </w:r>
    </w:p>
    <w:p>
      <w:r>
        <w:rPr>
          <w:b/>
        </w:rPr>
        <w:t xml:space="preserve">[17:03] </w:t>
      </w:r>
      <w:r>
        <w:t>is maidan mein aur bohat se tamashai wahan ikhattha hue. jaise aap jante hain ke jab india mein cricket hota hai to beshumar tamashai wahan stadium mein jama ho jate hain.</w:t>
      </w:r>
    </w:p>
    <w:p>
      <w:pPr>
        <w:jc w:val="right"/>
      </w:pPr>
      <w:r>
        <w:t>اس میدان میں اور بہت سے تماشائی وہاں اکٹھا ہوئے۔ جیسے آپ جانتے ہیں کہ جب انڈیا میں کرکٹ ہوتا ہے تو بے شمار تماشائی وہاں اسٹیڈیم میں جمع ہو جاتے ہیں۔</w:t>
      </w:r>
    </w:p>
    <w:p>
      <w:r>
        <w:rPr>
          <w:b/>
        </w:rPr>
        <w:t xml:space="preserve">[17:19] </w:t>
      </w:r>
      <w:r>
        <w:t>to wahan firoun bhi tha, majician bhi thay aur tamashai bhi. phir wahan par hazrat moosa aaye apne bhai haroon ke saath.</w:t>
      </w:r>
    </w:p>
    <w:p>
      <w:pPr>
        <w:jc w:val="right"/>
      </w:pPr>
      <w:r>
        <w:t>تو وہاں فرعون بھی تھا، میجشن بھی تھے اور تماشائی بھی۔ پھر وہاں پر حضرت موسیٰ آئے اپنے بھائی ہارون کے ساتھ۔</w:t>
      </w:r>
    </w:p>
    <w:p>
      <w:r>
        <w:rPr>
          <w:b/>
        </w:rPr>
        <w:t xml:space="preserve">[17:32] </w:t>
      </w:r>
      <w:r>
        <w:t>unhon ne apna asaa, unhon ne poocha jadoogaron se ke pehle tum daaloge ke pehle hum daalein?</w:t>
      </w:r>
    </w:p>
    <w:p>
      <w:pPr>
        <w:jc w:val="right"/>
      </w:pPr>
      <w:r>
        <w:t>انہوں نے اپنا عصا، انہوں نے پوچھا جادوگروں سے کہ پہلے تم ڈالو گے کہ پہلے ہم ڈالیں؟</w:t>
      </w:r>
    </w:p>
    <w:p>
      <w:r>
        <w:rPr>
          <w:b/>
        </w:rPr>
        <w:t xml:space="preserve">[17:44] </w:t>
      </w:r>
      <w:r>
        <w:t>to yeh tay hua ke pehle jadoogar daale apna.</w:t>
      </w:r>
    </w:p>
    <w:p>
      <w:pPr>
        <w:jc w:val="right"/>
      </w:pPr>
      <w:r>
        <w:t>تو یہ طے ہوا کہ پہلے جادوگر ڈالے اپنا۔</w:t>
      </w:r>
    </w:p>
    <w:p>
      <w:r>
        <w:rPr>
          <w:b/>
        </w:rPr>
        <w:t xml:space="preserve">[17:49] </w:t>
      </w:r>
      <w:r>
        <w:t>to jadoogaron ne apna rassi aur haath lakri un ke haathon mein thi, us ko daal diya maidan mein. to woh logon ko laga ke sab bohat saare saamp hain jo maidan mein ghoom rahe hain, daud rahe hain.</w:t>
      </w:r>
    </w:p>
    <w:p>
      <w:pPr>
        <w:jc w:val="right"/>
      </w:pPr>
      <w:r>
        <w:t>تو جادوگروں نے اپنا رسی اور ہاتھ لکڑی ان کے ہاتھوں میں تھی، اس کو ڈال دیا میدان میں۔ تو وہ لوگوں کو لگا کہ سب بہت سارے سانپ ہیں جو میدان میں گھوم رہے ہیں، دوڑ رہے ہیں۔</w:t>
      </w:r>
    </w:p>
    <w:p>
      <w:r>
        <w:rPr>
          <w:b/>
        </w:rPr>
        <w:t xml:space="preserve">[18:05] </w:t>
      </w:r>
      <w:r>
        <w:t>un ke un ke un ke laathiyan, un ki rassiyan jo hain, dekhne walon ko saamp nazar aane lagay.</w:t>
      </w:r>
    </w:p>
    <w:p>
      <w:pPr>
        <w:jc w:val="right"/>
      </w:pPr>
      <w:r>
        <w:t>ان کے ان کے ان کے لاٹھیاں، ان کی رسیاں جو ہیں، دیکھنے والوں کو سانپ نظر آنے لگے۔</w:t>
      </w:r>
    </w:p>
    <w:p>
      <w:r>
        <w:rPr>
          <w:b/>
        </w:rPr>
        <w:t xml:space="preserve">[18:19] </w:t>
      </w:r>
      <w:r>
        <w:t>to yeh aisa manzar tha. khud hazrat moosa bhi is ko dekh kar ke.</w:t>
      </w:r>
    </w:p>
    <w:p>
      <w:pPr>
        <w:jc w:val="right"/>
      </w:pPr>
      <w:r>
        <w:t>تو یہ ایسا منظر تھا۔ خود حضرت موسیٰ بھی اس کو دیکھ کر کے۔</w:t>
      </w:r>
    </w:p>
    <w:p>
      <w:r>
        <w:rPr>
          <w:b/>
        </w:rPr>
        <w:t xml:space="preserve">[18:29] </w:t>
      </w:r>
      <w:r>
        <w:t>to allah taala ne kaha ke aye moosa, la takhaf, mat daro,</w:t>
      </w:r>
    </w:p>
    <w:p>
      <w:pPr>
        <w:jc w:val="right"/>
      </w:pPr>
      <w:r>
        <w:t>تو اللہ تعالی نے کہا کہ اے موسیٰ، لا تخف، مت ڈرو،</w:t>
      </w:r>
    </w:p>
    <w:p>
      <w:r>
        <w:rPr>
          <w:b/>
        </w:rPr>
        <w:t xml:space="preserve">[18:41] </w:t>
      </w:r>
      <w:r>
        <w:t>apna asaa daal do.</w:t>
      </w:r>
    </w:p>
    <w:p>
      <w:pPr>
        <w:jc w:val="right"/>
      </w:pPr>
      <w:r>
        <w:t>اپنا عصا ڈال دو۔</w:t>
      </w:r>
    </w:p>
    <w:p>
      <w:r>
        <w:rPr>
          <w:b/>
        </w:rPr>
        <w:t xml:space="preserve">[18:46] </w:t>
      </w:r>
      <w:r>
        <w:t>to moosa ne apna asaa daal diya.</w:t>
      </w:r>
    </w:p>
    <w:p>
      <w:pPr>
        <w:jc w:val="right"/>
      </w:pPr>
      <w:r>
        <w:t>تو موسیٰ نے اپنا عصا ڈال دیا۔</w:t>
      </w:r>
    </w:p>
    <w:p>
      <w:r>
        <w:rPr>
          <w:b/>
        </w:rPr>
        <w:t xml:space="preserve">[18:51] </w:t>
      </w:r>
      <w:r>
        <w:t>to woh asaa jab ghuma maidan mein to quran mein aata hai ke "faiza" ya "talqaf" ma yafiqoon.</w:t>
      </w:r>
    </w:p>
    <w:p>
      <w:pPr>
        <w:jc w:val="right"/>
      </w:pPr>
      <w:r>
        <w:t>تو وہ عصا جب گھوما میدان میں تو قرآن میں آتا ہے کہ "فیضہ" یا "تلقف" ما یافقون۔</w:t>
      </w:r>
    </w:p>
    <w:p>
      <w:r>
        <w:rPr>
          <w:b/>
        </w:rPr>
        <w:t xml:space="preserve">[19:02] </w:t>
      </w:r>
      <w:r>
        <w:t>jo jo unhon ne dala tha, sab ko nigal gaya. woh</w:t>
      </w:r>
    </w:p>
    <w:p>
      <w:pPr>
        <w:jc w:val="right"/>
      </w:pPr>
      <w:r>
        <w:t>جو جو انہوں نے ڈالا تھا، سب کو نگل گیا۔ وہ</w:t>
      </w:r>
    </w:p>
    <w:p>
      <w:r>
        <w:rPr>
          <w:b/>
        </w:rPr>
        <w:t xml:space="preserve">[19:09] </w:t>
      </w:r>
      <w:r>
        <w:t>jadoogaron ne jo cheezen dali theen, jo logon ko nazar aata tha ke saanp hain,</w:t>
      </w:r>
    </w:p>
    <w:p>
      <w:pPr>
        <w:jc w:val="right"/>
      </w:pPr>
      <w:r>
        <w:t>جادوگروں نے جو چیزیں ڈالی تھیں، جو لوگوں کو نظر آتا تھا کہ سانپ ہیں،</w:t>
      </w:r>
    </w:p>
    <w:p>
      <w:r>
        <w:rPr>
          <w:b/>
        </w:rPr>
        <w:t xml:space="preserve">[19:19] </w:t>
      </w:r>
      <w:r>
        <w:t>to Hazrat Musa ka jo asaa tha, woh ajdaha ban gaya, bohat bara saanp, woh sab ko nigal gaya.</w:t>
      </w:r>
    </w:p>
    <w:p>
      <w:pPr>
        <w:jc w:val="right"/>
      </w:pPr>
      <w:r>
        <w:t>تو حضرت موسیٰ کا جو عصا تھا، وہ اجدہا بن گیا، بہت بڑا سانپ، وہ سب کو نگل گیا۔</w:t>
      </w:r>
    </w:p>
    <w:p>
      <w:r>
        <w:rPr>
          <w:b/>
        </w:rPr>
        <w:t xml:space="preserve">[19:29] </w:t>
      </w:r>
      <w:r>
        <w:t>ab dekhiye, main main jab socha to main dard tarp utha ke yeh jo ummat Muslima hai, jo apne ko kehti hai ke hum khair ummat hain,</w:t>
      </w:r>
    </w:p>
    <w:p>
      <w:pPr>
        <w:jc w:val="right"/>
      </w:pPr>
      <w:r>
        <w:t>اب دیکھیے، میں میں جب سوچا تو میں درد تڑپ اٹھا کہ یہ جو امت مسلمہ ہے، جو اپنے کو کہتی ہے کہ ہم خیر امت ہیں،</w:t>
      </w:r>
    </w:p>
    <w:p>
      <w:r>
        <w:rPr>
          <w:b/>
        </w:rPr>
        <w:t xml:space="preserve">[19:41] </w:t>
      </w:r>
      <w:r>
        <w:t>isi ko nigal rahe hain doosre log. yani Hazrat Musa ki ummat jo thi, woh nigal gayi doosron ko.</w:t>
      </w:r>
    </w:p>
    <w:p>
      <w:pPr>
        <w:jc w:val="right"/>
      </w:pPr>
      <w:r>
        <w:t>اسی کو نگل رہے ہیں دوسرے لوگ۔ یعنی حضرت موسیٰ کی امت جو تھی، وہ نگل گئی دوسروں کو۔</w:t>
      </w:r>
    </w:p>
    <w:p>
      <w:r>
        <w:rPr>
          <w:b/>
        </w:rPr>
        <w:t xml:space="preserve">[19:50] </w:t>
      </w:r>
      <w:r>
        <w:t>yahan doosre jo hain, ummat Muhammadi ko nigal rahe hain. kaisi ajeeb baat hai!</w:t>
      </w:r>
    </w:p>
    <w:p>
      <w:pPr>
        <w:jc w:val="right"/>
      </w:pPr>
      <w:r>
        <w:t>یہاں دوسرے جو ہیں، امت محمدی کو نگل رہے ہیں۔ کیسی عجیب بات ہے!</w:t>
      </w:r>
    </w:p>
    <w:p>
      <w:r>
        <w:rPr>
          <w:b/>
        </w:rPr>
        <w:t xml:space="preserve">[20:00] </w:t>
      </w:r>
      <w:r>
        <w:t>yani yeh hadith sakht thi ke aadmi ka heart fail ho jaye. yani hum fakhr karte hain ke hum khair ummat hain. woh ummat laqab jis ka khair ul amam tha.</w:t>
      </w:r>
    </w:p>
    <w:p>
      <w:pPr>
        <w:jc w:val="right"/>
      </w:pPr>
      <w:r>
        <w:t>یعنی یہ حدیث سخت تھی کہ آدمی کا ہارٹ فیل ہو جائے۔ یعنی ہم فخر کرتے ہیں کہ ہم خیر امت ہیں۔ وہ امت لقب جس کا خیر الامم تھا۔</w:t>
      </w:r>
    </w:p>
    <w:p>
      <w:r>
        <w:rPr>
          <w:b/>
        </w:rPr>
        <w:t xml:space="preserve">[20:16] </w:t>
      </w:r>
      <w:r>
        <w:t>aap ghor kijiye ke Hazrat Musa ki ummat ko khatra darpesh hua to unhon ne apna asaa dala, to un ka asaa jo hai, nigal gaya doosron ke saanpon ko.</w:t>
      </w:r>
    </w:p>
    <w:p>
      <w:pPr>
        <w:jc w:val="right"/>
      </w:pPr>
      <w:r>
        <w:t>آپ غور کیجئے کہ حضرت موسیٰ کی امت کو خطرہ درپیش ہوا تو انہوں نے اپنا عصا ڈالا، تو ان کا عصا جو ہے، نگل گیا دوسروں کے سانپوں کو۔</w:t>
      </w:r>
    </w:p>
    <w:p>
      <w:r>
        <w:rPr>
          <w:b/>
        </w:rPr>
        <w:t xml:space="preserve">[20:31] </w:t>
      </w:r>
      <w:r>
        <w:t>yahan yeh hai ke doosre ke saanp khud aap ko nigal rahe hain, khud khair ummat ko nigal rahe hain.</w:t>
      </w:r>
    </w:p>
    <w:p>
      <w:pPr>
        <w:jc w:val="right"/>
      </w:pPr>
      <w:r>
        <w:t>یہاں یہ ہے کہ دوسرے کے سانپ خود آپ کو نگل رہے ہیں، خود خیر امت کو نگل رہے ہیں۔</w:t>
      </w:r>
    </w:p>
    <w:p>
      <w:r>
        <w:rPr>
          <w:b/>
        </w:rPr>
        <w:t xml:space="preserve">[20:40] </w:t>
      </w:r>
      <w:r>
        <w:t>yeh comparison kitna dardnak hai!</w:t>
      </w:r>
    </w:p>
    <w:p>
      <w:pPr>
        <w:jc w:val="right"/>
      </w:pPr>
      <w:r>
        <w:t>یہ کمپیریزن کتنا دردناک ہے!</w:t>
      </w:r>
    </w:p>
    <w:p>
      <w:r>
        <w:rPr>
          <w:b/>
        </w:rPr>
        <w:t xml:space="preserve">[20:50] </w:t>
      </w:r>
      <w:r>
        <w:t>kitna dardnak hai!</w:t>
      </w:r>
    </w:p>
    <w:p>
      <w:pPr>
        <w:jc w:val="right"/>
      </w:pPr>
      <w:r>
        <w:t>کتنا دردناک ہے!</w:t>
      </w:r>
    </w:p>
    <w:p>
      <w:r>
        <w:rPr>
          <w:b/>
        </w:rPr>
        <w:t xml:space="preserve">[20:56] </w:t>
      </w:r>
      <w:r>
        <w:t>lekin yeh rone ka waqt nahi hai, balkeh sochne ka waqt hai.</w:t>
      </w:r>
    </w:p>
    <w:p>
      <w:pPr>
        <w:jc w:val="right"/>
      </w:pPr>
      <w:r>
        <w:t>لیکن یہ رونے کا وقت نہیں ہے، بلکہ سوچنے کا وقت ہے۔</w:t>
      </w:r>
    </w:p>
    <w:p>
      <w:r>
        <w:rPr>
          <w:b/>
        </w:rPr>
        <w:t xml:space="preserve">[21:07] </w:t>
      </w:r>
      <w:r>
        <w:t>soch kar asal baat tak pahunchne ka waqt hai.</w:t>
      </w:r>
    </w:p>
    <w:p>
      <w:pPr>
        <w:jc w:val="right"/>
      </w:pPr>
      <w:r>
        <w:t>سوچ کر اصل بات تک پہنچنے کا وقت ہے۔</w:t>
      </w:r>
    </w:p>
    <w:p>
      <w:r>
        <w:rPr>
          <w:b/>
        </w:rPr>
        <w:t xml:space="preserve">[21:16] </w:t>
      </w:r>
      <w:r>
        <w:t>to asal baat kya hai?</w:t>
      </w:r>
    </w:p>
    <w:p>
      <w:pPr>
        <w:jc w:val="right"/>
      </w:pPr>
      <w:r>
        <w:t>تو اصل بات کیا ہے؟</w:t>
      </w:r>
    </w:p>
    <w:p>
      <w:r>
        <w:rPr>
          <w:b/>
        </w:rPr>
        <w:t xml:space="preserve">[21:20] </w:t>
      </w:r>
      <w:r>
        <w:t>sahihain mein ek riwayat hai, yani Bukhari o Muslim dono mein aap ne farmaya: Rasool Allah salallahu alaihi wasallam ne farmaya ke pichhli ummaton ko moajze diye gaye thay.</w:t>
      </w:r>
    </w:p>
    <w:p>
      <w:pPr>
        <w:jc w:val="right"/>
      </w:pPr>
      <w:r>
        <w:t>صحیحین میں ایک روایت ہے، یعنی بخاری و مسلم دونوں میں آپ نے فرمایا: رسول اللہ صلی اللہ علیہ وسلم نے فرمایا کہ پچھلی امتوں کو معجزے دیے گئے تھے۔</w:t>
      </w:r>
    </w:p>
    <w:p>
      <w:r>
        <w:rPr>
          <w:b/>
        </w:rPr>
        <w:t xml:space="preserve">[21:39] </w:t>
      </w:r>
      <w:r>
        <w:t>pichhli ummaton ko moajze diye gaye thay. mujh ko jo moajza diya gaya hai, woh Quran hai.</w:t>
      </w:r>
    </w:p>
    <w:p>
      <w:pPr>
        <w:jc w:val="right"/>
      </w:pPr>
      <w:r>
        <w:t>پچھلی امتوں کو معجزے دیے گئے تھے۔ مجھ کو جو معجزہ دیا گیا ہے، وہ قرآن ہے۔</w:t>
      </w:r>
    </w:p>
    <w:p>
      <w:r>
        <w:rPr>
          <w:b/>
        </w:rPr>
        <w:t xml:space="preserve">[21:49] </w:t>
      </w:r>
      <w:r>
        <w:t>iska matlab kya hua? iska matlab yeh hai ke jis tareeqe se Hazrat Musa ke asaa ne nigal liya tha doosron ke saanpon ko, aise hi yeh Quran nigal lega.</w:t>
      </w:r>
    </w:p>
    <w:p>
      <w:pPr>
        <w:jc w:val="right"/>
      </w:pPr>
      <w:r>
        <w:t>اس کا مطلب کیا ہوا؟ اس کا مطلب یہ ہے کہ جس طریقے سے حضرت موسیٰ کے عصا نے نگل لیا تھا دوسروں کے سانپوں کو، ایسے ہی یہ قرآن نگل لے گا۔</w:t>
      </w:r>
    </w:p>
    <w:p>
      <w:r>
        <w:rPr>
          <w:b/>
        </w:rPr>
        <w:t xml:space="preserve">[22:08] </w:t>
      </w:r>
      <w:r>
        <w:t>Hazrat Musa ke asaa ne waqti taur par nigla tha aur yeh Quran qayamat tak nikalta rahega.</w:t>
      </w:r>
    </w:p>
    <w:p>
      <w:pPr>
        <w:jc w:val="right"/>
      </w:pPr>
      <w:r>
        <w:t>حضرت موسیٰ کے عصا نے وقتی طور پر نکلا تھا اور یہ قرآن قیامت تک نکلتا رہے گا۔</w:t>
      </w:r>
    </w:p>
    <w:p>
      <w:r>
        <w:rPr>
          <w:b/>
        </w:rPr>
        <w:t xml:space="preserve">[22:20] </w:t>
      </w:r>
      <w:r>
        <w:t>kaisi ajeeb hai yeh hadith ke doosri ummaton ko diye gaye thay moajze.</w:t>
      </w:r>
    </w:p>
    <w:p>
      <w:pPr>
        <w:jc w:val="right"/>
      </w:pPr>
      <w:r>
        <w:t>کیسی عجیب ہے یہ حدیث کہ دوسری امتوں کو دیے گئے تھے معجزے۔</w:t>
      </w:r>
    </w:p>
    <w:p>
      <w:r>
        <w:rPr>
          <w:b/>
        </w:rPr>
        <w:t xml:space="preserve">[22:29] </w:t>
      </w:r>
      <w:r>
        <w:t>Hazrat Musa doosre paighambaron ko diye gaye thay moajze. mujh ko jo diya gaya hai moajza, woh Quran hai. yani iska matlab yeh hota hai na ke moajze ka badal</w:t>
      </w:r>
    </w:p>
    <w:p>
      <w:pPr>
        <w:jc w:val="right"/>
      </w:pPr>
      <w:r>
        <w:t>حضرت موسیٰ دوسرے پیغمبروں کو دیے گئے تھے معجزے۔ مجھ کو جو دیا گیا ہے معجزہ، وہ قرآن ہے۔ یعنی اس کا مطلب یہ ہوتا ہے نا کہ معجزے کا بدل</w:t>
      </w:r>
    </w:p>
    <w:p>
      <w:r>
        <w:rPr>
          <w:b/>
        </w:rPr>
        <w:t xml:space="preserve">[22:40] </w:t>
      </w:r>
      <w:r>
        <w:t>Quran moajze ka badal hai.</w:t>
      </w:r>
    </w:p>
    <w:p>
      <w:pPr>
        <w:jc w:val="right"/>
      </w:pPr>
      <w:r>
        <w:t>قرآن معجزے کا بدل ہے۔</w:t>
      </w:r>
    </w:p>
    <w:p>
      <w:r>
        <w:rPr>
          <w:b/>
        </w:rPr>
        <w:t xml:space="preserve">[22:48] </w:t>
      </w:r>
      <w:r>
        <w:t>ke jis tarah se Hazrat Musa ka asaa nigal gaya tha doosron ke saanpon ko, aise hi Quran nikalta rahega, qayamat tak nikalta rahega.</w:t>
      </w:r>
    </w:p>
    <w:p>
      <w:pPr>
        <w:jc w:val="right"/>
      </w:pPr>
      <w:r>
        <w:t>کہ جس طرح سے حضرت موسیٰ کا عصا نگل گیا تھا دوسروں کے سانپوں کو، ایسے ہی قرآن نکلتا رہے گا، قیامت تک نکلتا رہے گا۔</w:t>
      </w:r>
    </w:p>
    <w:p>
      <w:r>
        <w:rPr>
          <w:b/>
        </w:rPr>
        <w:t xml:space="preserve">[22:57] </w:t>
      </w:r>
      <w:r>
        <w:t>lekin kab? jab ke Quran ko ummat istemal kare.</w:t>
      </w:r>
    </w:p>
    <w:p>
      <w:pPr>
        <w:jc w:val="right"/>
      </w:pPr>
      <w:r>
        <w:t>لیکن کب؟ جب کہ قرآن کو امت استعمال کرے۔</w:t>
      </w:r>
    </w:p>
    <w:p>
      <w:r>
        <w:rPr>
          <w:b/>
        </w:rPr>
        <w:t xml:space="preserve">[23:03] </w:t>
      </w:r>
      <w:r>
        <w:t>lekin Hazrat Musa ke hath mein jab asaa tha, abhi unhon ne dala nahi tha to to woh khaufzada ho rahe thay.</w:t>
      </w:r>
    </w:p>
    <w:p>
      <w:pPr>
        <w:jc w:val="right"/>
      </w:pPr>
      <w:r>
        <w:t>لیکن حضرت موسیٰ کے ہاتھ میں جب عصا تھا، ابھی انہوں نے ڈالا نہیں تھا تو تو وہ خوفزدہ ہو رہے تھے۔</w:t>
      </w:r>
    </w:p>
    <w:p>
      <w:r>
        <w:rPr>
          <w:b/>
        </w:rPr>
        <w:t xml:space="preserve">[23:14] </w:t>
      </w:r>
      <w:r>
        <w:t>yani is woh woh asaa apne aap sath ajdaha nahi ban gaya. jab tak hath mein asaa tha, woh</w:t>
      </w:r>
    </w:p>
    <w:p>
      <w:pPr>
        <w:jc w:val="right"/>
      </w:pPr>
      <w:r>
        <w:t>یعنی اس وہ وہ عصا اپنے آپ ساتھ اجدہا نہیں بن گیا۔ جب تک ہاتھ میں عصا تھا، وہ</w:t>
      </w:r>
    </w:p>
    <w:p>
      <w:r>
        <w:rPr>
          <w:b/>
        </w:rPr>
        <w:t xml:space="preserve">[23:23] </w:t>
      </w:r>
      <w:r>
        <w:t>to shart yeh thi ke khauf se bartar ho kar woh is is asaa ko daalein woh maidan mein.</w:t>
      </w:r>
    </w:p>
    <w:p>
      <w:pPr>
        <w:jc w:val="right"/>
      </w:pPr>
      <w:r>
        <w:t>تو شرط یہ تھی کہ خوف سے بالاتر ہو کر وہ اس اس عصا کو ڈالیں وہ میدان میں۔</w:t>
      </w:r>
    </w:p>
    <w:p>
      <w:r>
        <w:rPr>
          <w:b/>
        </w:rPr>
        <w:t xml:space="preserve">[23:34] </w:t>
      </w:r>
      <w:r>
        <w:t>quran mein hai ke "la takhaf" daro mat. to goya musa jo hain, khauf se hat kar allah par aitmad karte hue, allah par tawakkul karte hue, is asaa ko daal dein.</w:t>
      </w:r>
    </w:p>
    <w:p>
      <w:pPr>
        <w:jc w:val="right"/>
      </w:pPr>
      <w:r>
        <w:t>قرآن میں ہے کہ "لا تخف" ڈرو مت۔ تو گویا موسیٰ جو ہیں، خوف سے ہٹ کر اللہ پر اعتماد کرتے ہوئے، اللہ پر توکل کرتے ہوئے، اس عصا کو ڈال دیں۔</w:t>
      </w:r>
    </w:p>
    <w:p>
      <w:r>
        <w:rPr>
          <w:b/>
        </w:rPr>
        <w:t xml:space="preserve">[23:51] </w:t>
      </w:r>
      <w:r>
        <w:t>na bhagein, na shor karein. yaani yeh bhi tha na ke woh protest karein, complaint karein, bhagein wahan se.</w:t>
      </w:r>
    </w:p>
    <w:p>
      <w:pPr>
        <w:jc w:val="right"/>
      </w:pPr>
      <w:r>
        <w:t>نہ بھاگیں، نہ شور کریں۔ یعنی یہ بھی تھا نا کہ وہ پروٹیسٹ کریں، کمپلینٹ کریں، بھاگیں وہاں سے۔</w:t>
      </w:r>
    </w:p>
    <w:p>
      <w:r>
        <w:rPr>
          <w:b/>
        </w:rPr>
        <w:t xml:space="preserve">[24:00] </w:t>
      </w:r>
      <w:r>
        <w:t>yeh bhi to ho sakta tha.</w:t>
      </w:r>
    </w:p>
    <w:p>
      <w:pPr>
        <w:jc w:val="right"/>
      </w:pPr>
      <w:r>
        <w:t>یہ بھی تو ہو سکتا تھا۔</w:t>
      </w:r>
    </w:p>
    <w:p>
      <w:r>
        <w:rPr>
          <w:b/>
        </w:rPr>
        <w:t xml:space="preserve">[24:04] </w:t>
      </w:r>
      <w:r>
        <w:t>to is ka matlab tha ke hazrat musa jo hain, woh jame rahein, bhagein nahi, complaint bhi nahi karein, shor bhi na karein, protest bhi na karein.</w:t>
      </w:r>
    </w:p>
    <w:p>
      <w:pPr>
        <w:jc w:val="right"/>
      </w:pPr>
      <w:r>
        <w:t>تو اس کا مطلب تھا کہ حضرت موسیٰ جو ہیں، وہ جمے رہیں، بھاگیں نہیں، کمپلینٹ بھی نہیں کریں، شور بھی نہ کریں، پروٹیسٹ بھی نہ کریں۔</w:t>
      </w:r>
    </w:p>
    <w:p>
      <w:r>
        <w:rPr>
          <w:b/>
        </w:rPr>
        <w:t xml:space="preserve">[24:15] </w:t>
      </w:r>
      <w:r>
        <w:t>is asaa ko daal dein. tab asaa apna amal dikhaye ga.</w:t>
      </w:r>
    </w:p>
    <w:p>
      <w:pPr>
        <w:jc w:val="right"/>
      </w:pPr>
      <w:r>
        <w:t>اس عصا کو ڈال دیں۔ تب عصا اپنا عمل دکھائے گا۔</w:t>
      </w:r>
    </w:p>
    <w:p>
      <w:r>
        <w:rPr>
          <w:b/>
        </w:rPr>
        <w:t xml:space="preserve">[24:25] </w:t>
      </w:r>
      <w:r>
        <w:t>is zamane ke musalman jo hain, un ki sab se bari jo ghalti hai, woh yeh ke quran ko unhon ne kitab mehjoor bana diya hai.</w:t>
      </w:r>
    </w:p>
    <w:p>
      <w:pPr>
        <w:jc w:val="right"/>
      </w:pPr>
      <w:r>
        <w:t>اس زمانے کے مسلمان جو ہیں، ان کی سب سے بڑی جو غلطی ہے، وہ یہ کہ قرآن کو انہوں نے کتاب محجور بنا دیا ہے۔</w:t>
      </w:r>
    </w:p>
    <w:p>
      <w:r>
        <w:rPr>
          <w:b/>
        </w:rPr>
        <w:t xml:space="preserve">[24:40] </w:t>
      </w:r>
      <w:r>
        <w:t>ya rab, quran mehjoorah! quran ko mehjoor chori hui kitab bana diya, abandoned book bana diya.</w:t>
      </w:r>
    </w:p>
    <w:p>
      <w:pPr>
        <w:jc w:val="right"/>
      </w:pPr>
      <w:r>
        <w:t>یا رب، القرآن محجورہ! قرآن کو محجور چھوڑی ہوئی کتاب بنا دیا، ابینڈنٹ بک بنا دیا۔</w:t>
      </w:r>
    </w:p>
    <w:p>
      <w:r>
        <w:rPr>
          <w:b/>
        </w:rPr>
        <w:t xml:space="preserve">[24:52] </w:t>
      </w:r>
      <w:r>
        <w:t>woh quran ko istemal nahi kar rahe.</w:t>
      </w:r>
    </w:p>
    <w:p>
      <w:pPr>
        <w:jc w:val="right"/>
      </w:pPr>
      <w:r>
        <w:t>وہ قرآن کو استعمال نہیں کر رہے۔</w:t>
      </w:r>
    </w:p>
    <w:p>
      <w:r>
        <w:rPr>
          <w:b/>
        </w:rPr>
        <w:t xml:space="preserve">[24:56] </w:t>
      </w:r>
      <w:r>
        <w:t>ab dekhiye ke hamare haan se quran ka international language jo hai, angrezi, is mein aik bohat hi achhe andaaz mein tarjuma kar ke achhe andaaz mein chhapa gaya is ko.</w:t>
      </w:r>
    </w:p>
    <w:p>
      <w:pPr>
        <w:jc w:val="right"/>
      </w:pPr>
      <w:r>
        <w:t>اب دیکھیے کہ ہمارے ہاں سے قرآن کا انٹرنیشنل لینگویج جو ہے، انگریزی، اس میں ایک بہت ہی اچھے انداز میں ترجمہ کر کے اچھے انداز میں چھاپا گیا اس کو۔</w:t>
      </w:r>
    </w:p>
    <w:p>
      <w:r>
        <w:rPr>
          <w:b/>
        </w:rPr>
        <w:t xml:space="preserve">[25:12] </w:t>
      </w:r>
      <w:r>
        <w:t>to doosre log welcome kar rahe hain aur har jagah aik report hai ke musalman keh rahe hain ke kya karte hain? aap quran ko de rahe hain un ke haath mein, ghairon ke haath mein de rahe hain quran?</w:t>
      </w:r>
    </w:p>
    <w:p>
      <w:pPr>
        <w:jc w:val="right"/>
      </w:pPr>
      <w:r>
        <w:t>تو دوسرے لوگ ویلکم کر رہے ہیں اور ہر جگہ ایک رپورٹ ہے کہ مسلمان کہہ رہے ہیں کہ کیا کرتے ہیں؟ آپ قرآن کو دے رہے ہیں ان کے ہاتھ میں، غیروں کے ہاتھ میں دے رہے ہیں قرآن؟</w:t>
      </w:r>
    </w:p>
    <w:p>
      <w:r>
        <w:rPr>
          <w:b/>
        </w:rPr>
        <w:t xml:space="preserve">[25:22] </w:t>
      </w:r>
      <w:r>
        <w:t>woh be-hurmati kare ga. har jagah ki yeh report hai.</w:t>
      </w:r>
    </w:p>
    <w:p>
      <w:pPr>
        <w:jc w:val="right"/>
      </w:pPr>
      <w:r>
        <w:t>وہ بے حرمتی کرے گا۔ ہر جگہ کی یہ رپورٹ ہے۔</w:t>
      </w:r>
    </w:p>
    <w:p>
      <w:r>
        <w:rPr>
          <w:b/>
        </w:rPr>
        <w:t xml:space="preserve">[25:28] </w:t>
      </w:r>
      <w:r>
        <w:t>yaani ajeeb baat hai ke yahan se le kar western countries tak ke musalman yeh keh rahe hain ke aap log quran ko de rahe hain ghair muslimon tak, woh to be-hurmati karein ge.</w:t>
      </w:r>
    </w:p>
    <w:p>
      <w:pPr>
        <w:jc w:val="right"/>
      </w:pPr>
      <w:r>
        <w:t>یعنی عجیب بات ہے کہ یہاں سے لے کر ویسٹرن کنٹریز تک کہ مسلمان یہ کہہ رہے ہیں کہ آپ لوگ قرآن کو دے رہے ہیں غیر مسلموں تک، وہ تو بے حرمتی کریں گے۔</w:t>
      </w:r>
    </w:p>
    <w:p>
      <w:r>
        <w:rPr>
          <w:b/>
        </w:rPr>
        <w:t xml:space="preserve">[25:43] </w:t>
      </w:r>
      <w:r>
        <w:t>kisi ajeeb baat hai!</w:t>
      </w:r>
    </w:p>
    <w:p>
      <w:pPr>
        <w:jc w:val="right"/>
      </w:pPr>
      <w:r>
        <w:t>کیسی عجیب بات ہے!</w:t>
      </w:r>
    </w:p>
    <w:p>
      <w:r>
        <w:rPr>
          <w:b/>
        </w:rPr>
        <w:t xml:space="preserve">[25:49] </w:t>
      </w:r>
      <w:r>
        <w:t>to quran ko istemal karne ka matlab yeh hai ke aap quran ka un ki qabil-e-fehm zaban mein translation kar ke unhein pahunchayein.</w:t>
      </w:r>
    </w:p>
    <w:p>
      <w:pPr>
        <w:jc w:val="right"/>
      </w:pPr>
      <w:r>
        <w:t>تو قرآن کو استعمال کرنے کا مطلب یہ ہے کہ آپ قرآن کا ان کی قابل فہم زبان میں ٹرانسلیشن کر کے انہیں پہنچائیں۔</w:t>
      </w:r>
    </w:p>
    <w:p>
      <w:r>
        <w:rPr>
          <w:b/>
        </w:rPr>
        <w:t xml:space="preserve">[25:58] </w:t>
      </w:r>
      <w:r>
        <w:t>yeh nahi hai, is ki commentary aaj kal ki, jis se aaj ka insan ka dimagh address ho, us tareeqe se is ki commentary chhapein</w:t>
      </w:r>
    </w:p>
    <w:p>
      <w:pPr>
        <w:jc w:val="right"/>
      </w:pPr>
      <w:r>
        <w:t>یہی نہیں ہے، اس کی کمنٹری آج کل کی، جس سے آج کا انسان کا دماغ ایڈریس ہو، اس طریقے سے اس کی کمنٹری چھاپیں</w:t>
      </w:r>
    </w:p>
    <w:p>
      <w:r>
        <w:rPr>
          <w:b/>
        </w:rPr>
        <w:t xml:space="preserve">[26:14] </w:t>
      </w:r>
      <w:r>
        <w:t>aur kitabein jo quran ki wazahat karti hon, woh karein.</w:t>
      </w:r>
    </w:p>
    <w:p>
      <w:pPr>
        <w:jc w:val="right"/>
      </w:pPr>
      <w:r>
        <w:t>اور کتابیں جو قرآن کی وضاحت کرتی ہوں، وہ کریں۔</w:t>
      </w:r>
    </w:p>
    <w:p>
      <w:r>
        <w:rPr>
          <w:b/>
        </w:rPr>
        <w:t xml:space="preserve">[26:21] </w:t>
      </w:r>
      <w:r>
        <w:t>to yeh kar hi nahi rahe hain musalman, sirf kya kar rahe hain? wohi alfai al-salasil, yaani doosron ko dushman qarar de kar ke un ke khilaf ladna, bajaye is ke ke un par quran pahunchaya jaye, quran ki taleemat pahunchayi jayein, quran se aashna kiya jaye.</w:t>
      </w:r>
    </w:p>
    <w:p>
      <w:pPr>
        <w:jc w:val="right"/>
      </w:pPr>
      <w:r>
        <w:t>تو یہ کر ہی نہیں رہے ہیں مسلمان، صرف کیا کر رہے ہیں؟ وہی الفائی السلاسل، یعنی دوسروں کو دشمن قرار دے کر کے ان کے خلاف لڑنا، بجائے اس کے کہ ان پر قرآن پہنچایا جائے، قرآن کی تعلیمات پہنچائی جائیں، قرآن سے آشنا کیا جائے۔</w:t>
      </w:r>
    </w:p>
    <w:p>
      <w:r>
        <w:rPr>
          <w:b/>
        </w:rPr>
        <w:t xml:space="preserve">[26:38] </w:t>
      </w:r>
      <w:r>
        <w:t>yeh nahi kar rahe hain. gana bum!</w:t>
      </w:r>
    </w:p>
    <w:p>
      <w:pPr>
        <w:jc w:val="right"/>
      </w:pPr>
      <w:r>
        <w:t>یہ نہیں کر رہے ہیں۔ گانا بم!</w:t>
      </w:r>
    </w:p>
    <w:p>
      <w:r>
        <w:rPr>
          <w:b/>
        </w:rPr>
        <w:t xml:space="preserve">[26:46] </w:t>
      </w:r>
      <w:r>
        <w:t>ab mein aap ko aik aik aur cheez ki taraf le jaunga. dekhiye, is yeh yeh yeh mamla aik sirf aik kitab ka nahi hai, poori ummat-e-muslima ka mamla hai.</w:t>
      </w:r>
    </w:p>
    <w:p>
      <w:pPr>
        <w:jc w:val="right"/>
      </w:pPr>
      <w:r>
        <w:t>اب میں آپ کو ایک ایک اور چیز کی طرف لے جاؤں گا۔ دیکھیے، اس یہ یہ یہ معاملہ ایک صرف ایک کتاب کا نہیں ہے، پوری امت مسلمہ کا معاملہ ہے۔</w:t>
      </w:r>
    </w:p>
    <w:p>
      <w:r>
        <w:rPr>
          <w:b/>
        </w:rPr>
        <w:t xml:space="preserve">[27:00] </w:t>
      </w:r>
      <w:r>
        <w:t>yeh sari dunya ke musalman isi soch mein mubtala hain ke istishraq aur aur istiamar aur tansir yeh hamein kha rahe hain.</w:t>
      </w:r>
    </w:p>
    <w:p>
      <w:pPr>
        <w:jc w:val="right"/>
      </w:pPr>
      <w:r>
        <w:t>یہ ساری دنیا کے مسلمان اسی سوچ میں مبتلا ہیں کہ استشراق اور اور استعمار اور تنصیر یہ ہمیں کھا رہے ہیں۔</w:t>
      </w:r>
    </w:p>
    <w:p>
      <w:r>
        <w:rPr>
          <w:b/>
        </w:rPr>
        <w:t xml:space="preserve">[27:15] </w:t>
      </w:r>
      <w:r>
        <w:t>achha, isi ke sath musalman yeh bhi dham machaye hue hain ke rasool allah jo hai, is se kamilah hai. aap ko agar aap yeh keh dein ke is waqt kamilah nahi, is waqt hasanah hai to sari dunya aap ke peechhe pad jayegi.</w:t>
      </w:r>
    </w:p>
    <w:p>
      <w:pPr>
        <w:jc w:val="right"/>
      </w:pPr>
      <w:r>
        <w:t>اچھا، اسی کے ساتھ مسلمان یہ بھی دھم مچائے ہوئے ہیں کہ رسول اللہ جو ہے، اس سے کاملہ ہے۔ آپ کو اگر آپ یہ کہہ دیں کہ اس وقت کاملہ نہیں، اس وقت حسنہ ہے تو ساری دنیا آپ کے پیچھے پڑ جائے گی۔</w:t>
      </w:r>
    </w:p>
    <w:p>
      <w:r>
        <w:rPr>
          <w:b/>
        </w:rPr>
        <w:t xml:space="preserve">[27:31] </w:t>
      </w:r>
      <w:r>
        <w:t>lekin is waqt kamilah kehne ke liye</w:t>
      </w:r>
    </w:p>
    <w:p>
      <w:pPr>
        <w:jc w:val="right"/>
      </w:pPr>
      <w:r>
        <w:t>لیکن اس وقت کاملہ کہنے کے لیے</w:t>
      </w:r>
    </w:p>
    <w:p>
      <w:r>
        <w:rPr>
          <w:b/>
        </w:rPr>
        <w:t xml:space="preserve">[27:38] </w:t>
      </w:r>
      <w:r>
        <w:t>aur amal ke liye nahi,</w:t>
      </w:r>
    </w:p>
    <w:p>
      <w:pPr>
        <w:jc w:val="right"/>
      </w:pPr>
      <w:r>
        <w:t>اور عمل کے لیے نہیں،</w:t>
      </w:r>
    </w:p>
    <w:p>
      <w:r>
        <w:rPr>
          <w:b/>
        </w:rPr>
        <w:t xml:space="preserve">[27:42] </w:t>
      </w:r>
      <w:r>
        <w:t>is waqt kamilah sirf lafzi taur par itna dhoom macha rakha hai musalmanon ne karne ke liye nahi hai. is ki saboot mein deta hoon aap ko.</w:t>
      </w:r>
    </w:p>
    <w:p>
      <w:pPr>
        <w:jc w:val="right"/>
      </w:pPr>
      <w:r>
        <w:t>اس وقت کاملہ صرف لفظی طور پر اتنا دھوم مچا رکھا ہے مسلمانوں نے کرنے کے لیے نہیں ہے۔ اس کی ثبوت میں دیتا ہوں آپ کو۔</w:t>
      </w:r>
    </w:p>
    <w:p>
      <w:r>
        <w:rPr>
          <w:b/>
        </w:rPr>
        <w:t xml:space="preserve">[27:52] </w:t>
      </w:r>
      <w:r>
        <w:t>dekhiye, agar rasool Allah ke model ko aap viral model mante hain, kamil namoona mante hain to aap dhoondhein rasool Allah ki zindagi mein kya hai.</w:t>
      </w:r>
    </w:p>
    <w:p>
      <w:pPr>
        <w:jc w:val="right"/>
      </w:pPr>
      <w:r>
        <w:t>دیکھیے، اگر رسول اللہ کے ماڈل کو آپ وائرل ماڈل مانتے ہیں، کامل نمونہ مانتے ہیں تو آپ ڈھونڈیں رسول اللہ کی زندگی میں کیا ہے۔</w:t>
      </w:r>
    </w:p>
    <w:p>
      <w:r>
        <w:rPr>
          <w:b/>
        </w:rPr>
        <w:t xml:space="preserve">[28:03] </w:t>
      </w:r>
      <w:r>
        <w:t>mislan yeh teen maslay paida hue aap ke liye, yeh teen maslay paida hue:</w:t>
      </w:r>
    </w:p>
    <w:p>
      <w:pPr>
        <w:jc w:val="right"/>
      </w:pPr>
      <w:r>
        <w:t>مثلاً یہ تین مسئلے پیدا ہوئے آپ کے لیے، یہ تین مسئلے پیدا ہوئے:</w:t>
      </w:r>
    </w:p>
    <w:p>
      <w:r>
        <w:rPr>
          <w:b/>
        </w:rPr>
        <w:t xml:space="preserve">[28:11] </w:t>
      </w:r>
      <w:r>
        <w:t>istemaar, istishraaq, tansir. to kya kisi ne dhoonda ke rasool Allah ke haan is ka namoona kya hai? main yaqeen se keh sakta hoon, kisi ek shakhs ne nahi dhoonda.</w:t>
      </w:r>
    </w:p>
    <w:p>
      <w:pPr>
        <w:jc w:val="right"/>
      </w:pPr>
      <w:r>
        <w:t>استعمار، استشراق، تنصیر۔ تو کیا کسی نے ڈھونڈا کہ رسول اللہ کے ہاں اس کا نمونہ کیا ہے؟ میں یقین سے کہہ سکتا ہوں، کسی ایک شخص نے نہیں ڈھونڈا۔</w:t>
      </w:r>
    </w:p>
    <w:p>
      <w:r>
        <w:rPr>
          <w:b/>
        </w:rPr>
        <w:t xml:space="preserve">[28:25] </w:t>
      </w:r>
      <w:r>
        <w:t>wohi log jo dhoom machaye hue hain is waqt kamila, is waqt kamila</w:t>
      </w:r>
    </w:p>
    <w:p>
      <w:pPr>
        <w:jc w:val="right"/>
      </w:pPr>
      <w:r>
        <w:t>وہی لوگ جو دھوم مچائے ہوئے ہیں اس وقت کاملہ، اس وقت کاملہ</w:t>
      </w:r>
    </w:p>
    <w:p>
      <w:r>
        <w:rPr>
          <w:b/>
        </w:rPr>
        <w:t xml:space="preserve">[28:30] </w:t>
      </w:r>
      <w:r>
        <w:t>ka kabhi unhon ne koshish nahi ki ke in teen afai ya teen yeh baray baray maslay jo paida hue, is ke liye rasool Allah ki zindagi mein kya namoona hai, kya model hai?</w:t>
      </w:r>
    </w:p>
    <w:p>
      <w:pPr>
        <w:jc w:val="right"/>
      </w:pPr>
      <w:r>
        <w:t>کا کبھی انہوں نے کوشش نہیں کی کہ ان تین افائی یا تین یہ بڑے بڑے مسئلے جو پیدا ہوئے، اس کے لیے رسول اللہ کی زندگی میں کیا نمونہ ہے، کیا ماڈل ہے؟</w:t>
      </w:r>
    </w:p>
    <w:p>
      <w:r>
        <w:rPr>
          <w:b/>
        </w:rPr>
        <w:t xml:space="preserve">[28:45] </w:t>
      </w:r>
      <w:r>
        <w:t>mujhe koi ek shakhs bhi agar is ne dhoonda ho rasool Allah ki to is ka naam mujhe bata dijiye, is ka pata likh dijiye. mujhe</w:t>
      </w:r>
    </w:p>
    <w:p>
      <w:pPr>
        <w:jc w:val="right"/>
      </w:pPr>
      <w:r>
        <w:t>مجھے کوئی ایک شخص بھی اگر اس نے ڈھونڈا ہو رسول اللہ کی تو اس کا نام مجھے بتا دیجئے، اس کا پتہ لکھ دیجئے۔ مجھے</w:t>
      </w:r>
    </w:p>
    <w:p>
      <w:r>
        <w:rPr>
          <w:b/>
        </w:rPr>
        <w:t xml:space="preserve">[28:54] </w:t>
      </w:r>
      <w:r>
        <w:t>poori duniya mein ek bhi shakhs mere ilm mein nahi hai jis ne in teen maslon ke baray mein rasool Allah ki zindagi mein namoona talash kiya ho ke rasool Allah se hamein kya milta hai tareeqa aisi haalat mein.</w:t>
      </w:r>
    </w:p>
    <w:p>
      <w:pPr>
        <w:jc w:val="right"/>
      </w:pPr>
      <w:r>
        <w:t>پوری دنیا میں ایک بھی شخص میرے علم میں نہیں ہے جس نے ان تین مسئلوں کے بارے میں رسول اللہ کی زندگی میں نمونہ تلاش کیا ہو کہ رسول اللہ سے ہمیں کیا ملتا ہے طریقہ ایسی حالت میں۔</w:t>
      </w:r>
    </w:p>
    <w:p>
      <w:r>
        <w:rPr>
          <w:b/>
        </w:rPr>
        <w:t xml:space="preserve">[29:14] </w:t>
      </w:r>
      <w:r>
        <w:t>to main aap se arz karta hoon ke teeno ke baray mein namoonay maujood hain rasool Allah ke haan, teeno ke baray mein.</w:t>
      </w:r>
    </w:p>
    <w:p>
      <w:pPr>
        <w:jc w:val="right"/>
      </w:pPr>
      <w:r>
        <w:t>تو میں آپ سے عرض کرتا ہوں کہ تینوں کے بارے میں نمونے موجود ہیں رسول اللہ کے ہاں، تینوں کے بارے میں۔</w:t>
      </w:r>
    </w:p>
    <w:p>
      <w:r>
        <w:rPr>
          <w:b/>
        </w:rPr>
        <w:t xml:space="preserve">[29:25] </w:t>
      </w:r>
      <w:r>
        <w:t>lekin milte kisay? lekin aap samajhte hain ke naat khwani karna kaafi hai, rasool Allah ki naat khwani karo, is waqt kamila ka ka dhoom machao.</w:t>
      </w:r>
    </w:p>
    <w:p>
      <w:pPr>
        <w:jc w:val="right"/>
      </w:pPr>
      <w:r>
        <w:t>لیکن ملتے کسے؟ لیکن آپ سمجھتے ہیں کہ نعت خوانی کرنا کافی ہے، رسول اللہ کی نعت خوانی کرو، اس وقت کاملہ کا کا دھوم مچاؤ۔</w:t>
      </w:r>
    </w:p>
    <w:p>
      <w:r>
        <w:rPr>
          <w:b/>
        </w:rPr>
        <w:t xml:space="preserve">[29:37] </w:t>
      </w:r>
      <w:r>
        <w:t>baqi hamein namoona nahi talash karna hai. ab dekhiye, rasool Allah ki zindagi makkah o madine mein guzri. aap jante hain, 13 saal makkah mein, das saal madine mein.</w:t>
      </w:r>
    </w:p>
    <w:p>
      <w:pPr>
        <w:jc w:val="right"/>
      </w:pPr>
      <w:r>
        <w:t>باقی ہمیں نمونہ نہیں تلاش کرنا ہے۔ اب دیکھیے، رسول اللہ کی زندگی مکہ و مدینے میں گزری۔ آپ جانتے ہیں، 13 سال مکہ میں، دس سال مدینہ میں۔</w:t>
      </w:r>
    </w:p>
    <w:p>
      <w:r>
        <w:rPr>
          <w:b/>
        </w:rPr>
        <w:t xml:space="preserve">[29:50] </w:t>
      </w:r>
      <w:r>
        <w:t>makkah o madine mein yeh teeno maslay maujood thay, teeno maslay. agarchay us waqt jo hai yeh alfaaz maujood nahi thay, yaani paray zamanay mein yeh lafz nahi bola jata tha istemaar aur istishraaq o tansir.</w:t>
      </w:r>
    </w:p>
    <w:p>
      <w:pPr>
        <w:jc w:val="right"/>
      </w:pPr>
      <w:r>
        <w:t>مکہ و مدینہ میں یہ تینوں مسئلے موجود تھے، تینوں مسئلے۔ اگرچہ اس وقت جو ہے یہ الفاظ موجود نہیں تھے، یعنی پرے زمانے میں یہ لفظ نہیں بولا جاتا تھا استعمار اور استشراق و تنصیر۔</w:t>
      </w:r>
    </w:p>
    <w:p>
      <w:r>
        <w:rPr>
          <w:b/>
        </w:rPr>
        <w:t xml:space="preserve">[30:09] </w:t>
      </w:r>
      <w:r>
        <w:t>yeh alfaaz to naye zamanay mein paida hue hain, lekin apni haqeeqat ke aitbaar se yeh teeno baatein wahan maujood theen. wahan par</w:t>
      </w:r>
    </w:p>
    <w:p>
      <w:pPr>
        <w:jc w:val="right"/>
      </w:pPr>
      <w:r>
        <w:t>یہ الفاظ تو نئے زمانے میں پیدا ہوئے ہیں، لیکن اپنی حقیقت کے اعتبار سے یہ تینوں باتیں وہاں موجود تھیں۔ وہاں پر</w:t>
      </w:r>
    </w:p>
    <w:p>
      <w:r>
        <w:rPr>
          <w:b/>
        </w:rPr>
        <w:t xml:space="preserve">[30:18] </w:t>
      </w:r>
      <w:r>
        <w:t>to hamein dekhna chahiye ke jab yeh teeno maslay maujood thay to rasool Allah sal Allah alayhi wasallam ne in ke muqablay mein kya tareeqa ikhtiyar kiya?</w:t>
      </w:r>
    </w:p>
    <w:p>
      <w:pPr>
        <w:jc w:val="right"/>
      </w:pPr>
      <w:r>
        <w:t>تو ہمیں دیکھنا چاہیے کہ جب یہ تینوں مسئلے موجود تھے تو رسول اللہ صلی اللہ علیہ وسلم نے ان کے مقابلے میں کیا طریقہ اختیار کیا؟</w:t>
      </w:r>
    </w:p>
    <w:p>
      <w:r>
        <w:rPr>
          <w:b/>
        </w:rPr>
        <w:t xml:space="preserve">[30:29] </w:t>
      </w:r>
      <w:r>
        <w:t>phir isi ko hum follow karein. ek shakhs mere ilm mein nahi hai jis ne aisa kiya ho. bas bayan likh kar bayan dena, kitabein chhapna, taqreerein karna, dhoom machana,</w:t>
      </w:r>
    </w:p>
    <w:p>
      <w:pPr>
        <w:jc w:val="right"/>
      </w:pPr>
      <w:r>
        <w:t>پھر اسی کو ہم فالو کریں۔ ایک شخص میرے علم میں نہیں ہے جس نے ایسا کیا ہو۔ بس بیان لکھ کر بیان دینا، کتابیں چھاپنا، تقریریں کرنا، دھوم مچانا،</w:t>
      </w:r>
    </w:p>
    <w:p>
      <w:r>
        <w:rPr>
          <w:b/>
        </w:rPr>
        <w:t xml:space="preserve">[30:44] </w:t>
      </w:r>
      <w:r>
        <w:t>yahi kar rahe hain musalman.</w:t>
      </w:r>
    </w:p>
    <w:p>
      <w:pPr>
        <w:jc w:val="right"/>
      </w:pPr>
      <w:r>
        <w:t>یہی کر رہے ہیں مسلمان۔</w:t>
      </w:r>
    </w:p>
    <w:p>
      <w:r>
        <w:rPr>
          <w:b/>
        </w:rPr>
        <w:t xml:space="preserve">[30:47] </w:t>
      </w:r>
      <w:r>
        <w:t>ab dekhiye, ek ek ko lijiye, aap ek ek ko aap lijiye. sab se pehle aap lijiye istemaar ko.</w:t>
      </w:r>
    </w:p>
    <w:p>
      <w:pPr>
        <w:jc w:val="right"/>
      </w:pPr>
      <w:r>
        <w:t>اب دیکھیے، ایک ایک کو لیجئے، آپ ایک ایک کو آپ لیجئے۔ سب سے پہلے آپ لیجئے استعمار کو۔</w:t>
      </w:r>
    </w:p>
    <w:p>
      <w:r>
        <w:rPr>
          <w:b/>
        </w:rPr>
        <w:t xml:space="preserve">[30:58] </w:t>
      </w:r>
      <w:r>
        <w:t>istemaar, samri, samrajiyat.</w:t>
      </w:r>
    </w:p>
    <w:p>
      <w:pPr>
        <w:jc w:val="right"/>
      </w:pPr>
      <w:r>
        <w:t>استعمار، سامری، سامراجیت۔</w:t>
      </w:r>
    </w:p>
    <w:p>
      <w:r>
        <w:rPr>
          <w:b/>
        </w:rPr>
        <w:t xml:space="preserve">[31:04] </w:t>
      </w:r>
      <w:r>
        <w:t>musalmanon ka khayal hai ke pehle maghribi samraj bichaya hua tha, british samraj, french samraj, ab america mein samraj hai,</w:t>
      </w:r>
    </w:p>
    <w:p>
      <w:pPr>
        <w:jc w:val="right"/>
      </w:pPr>
      <w:r>
        <w:t>مسلمانوں کا خیال ہے کہ پہلے مغربی سامراج بچھایا ہوا تھا، برٹش سامراج، فرنچ سامراج، اب امریکہ میں سامراج ہے،</w:t>
      </w:r>
    </w:p>
    <w:p>
      <w:r>
        <w:rPr>
          <w:b/>
        </w:rPr>
        <w:t xml:space="preserve">[31:19] </w:t>
      </w:r>
      <w:r>
        <w:t>is</w:t>
      </w:r>
    </w:p>
    <w:p>
      <w:pPr>
        <w:jc w:val="right"/>
      </w:pPr>
      <w:r>
        <w:t>اس</w:t>
      </w:r>
    </w:p>
    <w:p>
      <w:r>
        <w:rPr>
          <w:b/>
        </w:rPr>
        <w:t xml:space="preserve">[31:20] </w:t>
      </w:r>
      <w:r>
        <w:t>ko istemaar kehte hain. main kehta hoon, rasool Allah ke zamanay mein bhi yeh masla maujood tha. woh kaise? jazeera numaaye arab ke sarhad par do bari istimari taqtein maujood theen is zamanay mein: ek Roman Empire aur doosra Sasani Empire.</w:t>
      </w:r>
    </w:p>
    <w:p>
      <w:pPr>
        <w:jc w:val="right"/>
      </w:pPr>
      <w:r>
        <w:t>کو استعمار کہتے ہیں۔ میں کہتا ہوں، رسول اللہ کے زمانے میں بھی یہ مسئلہ موجود تھا۔ وہ کیسے؟ جزیرہ نمائے عرب کے سرحد پر دو بڑی استعماری طاقتیں موجود تھیں اس زمانے میں: ایک رومن ایمپائر اور دوسرا ساسانی ایمپائر۔</w:t>
      </w:r>
    </w:p>
    <w:p>
      <w:r>
        <w:rPr>
          <w:b/>
        </w:rPr>
        <w:t xml:space="preserve">[31:44] </w:t>
      </w:r>
      <w:r>
        <w:t>ek Roman Empire, doosra Sasani Empire.</w:t>
      </w:r>
    </w:p>
    <w:p>
      <w:pPr>
        <w:jc w:val="right"/>
      </w:pPr>
      <w:r>
        <w:t>ایک رومن ایمپائر، دوسرا ساسانی ایمپائر۔</w:t>
      </w:r>
    </w:p>
    <w:p>
      <w:r>
        <w:rPr>
          <w:b/>
        </w:rPr>
        <w:t xml:space="preserve">[31:48] </w:t>
      </w:r>
      <w:r>
        <w:t>yaani theek wahi cheez jis ka aap kehte hain istemaar wahan maujood tha. aur in logon ke iraday jo thay, bohat hi khatarnak thay. Roman Empire ka irada kya tha, is ko aap jaan sakte hain Abraha ke waqayay se.</w:t>
      </w:r>
    </w:p>
    <w:p>
      <w:pPr>
        <w:jc w:val="right"/>
      </w:pPr>
      <w:r>
        <w:t>یعنی ٹھیک وہی چیز جس کا آپ کہتے ہیں استعمار وہاں موجود تھا۔ اور ان لوگوں کے ارادے جو تھے، بہت ہی خطرناک تھے۔ رومن ایمپائر کا ارادہ کیا تھا، اس کو آپ جان سکتے ہیں ابرہا کے واقعے سے۔</w:t>
      </w:r>
    </w:p>
    <w:p>
      <w:r>
        <w:rPr>
          <w:b/>
        </w:rPr>
        <w:t xml:space="preserve">[32:05] </w:t>
      </w:r>
      <w:r>
        <w:t>Abraha jo tha, Roman Empire ka governor tha.</w:t>
      </w:r>
    </w:p>
    <w:p>
      <w:pPr>
        <w:jc w:val="right"/>
      </w:pPr>
      <w:r>
        <w:t>ابرہا جو تھا، رومن ایمپائر کا گورنر تھا۔</w:t>
      </w:r>
    </w:p>
    <w:p>
      <w:r>
        <w:rPr>
          <w:b/>
        </w:rPr>
        <w:t xml:space="preserve">[32:11] </w:t>
      </w:r>
      <w:r>
        <w:t>Roman Empire hi ki madad se is ne makkah par hamla kiya tha, jis ka zikr surah al-fil mein hai.</w:t>
      </w:r>
    </w:p>
    <w:p>
      <w:pPr>
        <w:jc w:val="right"/>
      </w:pPr>
      <w:r>
        <w:t>رومن ایمپائر ہی کی مدد سے اس نے مکہ پر حملہ کیا تھا، جس کا ذکر سورہ الفیل میں ہے۔</w:t>
      </w:r>
    </w:p>
    <w:p>
      <w:r>
        <w:rPr>
          <w:b/>
        </w:rPr>
        <w:t xml:space="preserve">[32:19] </w:t>
      </w:r>
      <w:r>
        <w:t>to agarchay woh kamyab nahi hua, lekin is se yeh baat maloom ho gayi ke in ke iraday kya hain. phir is ke baad jo ghazwa moot hua tha, woh bhi inhi logon ka mamla tha, Roman Empire ka mamla tha.</w:t>
      </w:r>
    </w:p>
    <w:p>
      <w:pPr>
        <w:jc w:val="right"/>
      </w:pPr>
      <w:r>
        <w:t>تو اگرچہ وہ کامیاب نہیں ہوا، لیکن اس سے یہ بات معلوم ہو گئی کہ ان کے ارادے کیا ہیں۔ پھر اس کے بعد جو غزوہ موت ہوا تھا، وہ بھی انہی لوگوں کا معاملہ تھا، رومن ایمپائر کا معاملہ تھا۔</w:t>
      </w:r>
    </w:p>
    <w:p>
      <w:r>
        <w:rPr>
          <w:b/>
        </w:rPr>
        <w:t xml:space="preserve">[32:33] </w:t>
      </w:r>
      <w:r>
        <w:t>yani sarhad par aik taraf Roman Empire maujood tha, jis ke iraday Abraha ke hamle ki shakal mein aur ghazwa-e-Maut ki shakal mein samnay aa chukay thay.</w:t>
      </w:r>
    </w:p>
    <w:p>
      <w:pPr>
        <w:jc w:val="right"/>
      </w:pPr>
      <w:r>
        <w:t>یعنی سرحد پر ایک طرف رومن ایمپائر موجود تھا، جس کے ارادے ابرہا کے حملے کی شکل میں اور غزوہ موت کی شکل میں سامنے آ چکے تھے۔</w:t>
      </w:r>
    </w:p>
    <w:p>
      <w:r>
        <w:rPr>
          <w:b/>
        </w:rPr>
        <w:t xml:space="preserve">[32:48] </w:t>
      </w:r>
      <w:r>
        <w:t>Doosri taraf Irani Empire tha, is ki misaal mein deta hoon aap ko.</w:t>
      </w:r>
    </w:p>
    <w:p>
      <w:pPr>
        <w:jc w:val="right"/>
      </w:pPr>
      <w:r>
        <w:t>دوسری طرف ایرانی ایمپائر تھا، اس کی مثال میں دیتا ہوں آپ کو۔</w:t>
      </w:r>
    </w:p>
    <w:p>
      <w:r>
        <w:rPr>
          <w:b/>
        </w:rPr>
        <w:t xml:space="preserve">[32:56] </w:t>
      </w:r>
      <w:r>
        <w:t>Rasool Allah (SAW) ne aik baar jo wahan par aswaaq hua karte thay, yani jo bazaar lagte thay aur qabail aate thay wahan par Makay ke mein, bazaar lagte thay,</w:t>
      </w:r>
    </w:p>
    <w:p>
      <w:pPr>
        <w:jc w:val="right"/>
      </w:pPr>
      <w:r>
        <w:t>رسول اللہ صلی اللہ علیہ وسلم نے ایک بار جو وہاں پر اسواق ہوا کرتے تھے، یعنی جو بازار لگتے تھے اور قبائل آتے تھے وہاں پر مکے کے میں، بازار لگتے تھے،</w:t>
      </w:r>
    </w:p>
    <w:p>
      <w:r>
        <w:rPr>
          <w:b/>
        </w:rPr>
        <w:t xml:space="preserve">[33:11] </w:t>
      </w:r>
      <w:r>
        <w:t>to aik qabailay ke paas aap gaye. Aap ne us ke samnay apna mission pesh kiya, tauheed ka mission.</w:t>
      </w:r>
    </w:p>
    <w:p>
      <w:pPr>
        <w:jc w:val="right"/>
      </w:pPr>
      <w:r>
        <w:t>تو ایک قبیلے کے پاس آپ گئے۔ آپ نے اس کے سامنے اپنا مشن پیش کیا، توحید کا مشن۔</w:t>
      </w:r>
    </w:p>
    <w:p>
      <w:r>
        <w:rPr>
          <w:b/>
        </w:rPr>
        <w:t xml:space="preserve">[33:22] </w:t>
      </w:r>
      <w:r>
        <w:t>to qabailay ke sardar ne, yani us ko aik mustahsan qarar diya ke aap ka mission acha mission hai.</w:t>
      </w:r>
    </w:p>
    <w:p>
      <w:pPr>
        <w:jc w:val="right"/>
      </w:pPr>
      <w:r>
        <w:t>تو قبیلے کے سردار نے، یعنی اس کو ایک مستحسن قرار دیا کہ آپ کا مشن اچھا مشن ہے۔</w:t>
      </w:r>
    </w:p>
    <w:p>
      <w:r>
        <w:rPr>
          <w:b/>
        </w:rPr>
        <w:t xml:space="preserve">[33:33] </w:t>
      </w:r>
      <w:r>
        <w:t>to aap ne farmaya ke tum hamare saath do, hamein is ko qabool karo, is baat ko.</w:t>
      </w:r>
    </w:p>
    <w:p>
      <w:pPr>
        <w:jc w:val="right"/>
      </w:pPr>
      <w:r>
        <w:t>تو آپ نے فرمایا کہ تم ہمارے ساتھ دو، ہمیں اس کو قبول کرو، اس بات کو۔</w:t>
      </w:r>
    </w:p>
    <w:p>
      <w:r>
        <w:rPr>
          <w:b/>
        </w:rPr>
        <w:t xml:space="preserve">[33:40] </w:t>
      </w:r>
      <w:r>
        <w:t>to qabailay ke sardar ne kaha ke hum nahi aisa kar sakte, kyunke hum</w:t>
      </w:r>
    </w:p>
    <w:p>
      <w:pPr>
        <w:jc w:val="right"/>
      </w:pPr>
      <w:r>
        <w:t>تو قبیلے کے سردار نے کہا کہ ہم نہیں ایسا کر سکتے، کیونکہ ہم</w:t>
      </w:r>
    </w:p>
    <w:p>
      <w:r>
        <w:rPr>
          <w:b/>
        </w:rPr>
        <w:t xml:space="preserve">[33:47] </w:t>
      </w:r>
      <w:r>
        <w:t>is tarah ke sarhad par hain, yani Iran ke sarhad par hain. Irani jo hukumat is zamanay mein thi, woh bohat bari thi, aaj ke Iran se ziyada bari thi.</w:t>
      </w:r>
    </w:p>
    <w:p>
      <w:pPr>
        <w:jc w:val="right"/>
      </w:pPr>
      <w:r>
        <w:t>اس طرح کے سرحد پر ہیں، یعنی ایران کے سرحد پر ہیں۔ ایرانی جو حکومت اس زمانے میں تھی، وہ بہت بڑی تھی، آج کے ایران سے زیادہ بڑی تھی۔</w:t>
      </w:r>
    </w:p>
    <w:p>
      <w:r>
        <w:rPr>
          <w:b/>
        </w:rPr>
        <w:t xml:space="preserve">[33:56] </w:t>
      </w:r>
      <w:r>
        <w:t>woh to hum un ki sarhad par hain, un se hamara muahida hai,</w:t>
      </w:r>
    </w:p>
    <w:p>
      <w:pPr>
        <w:jc w:val="right"/>
      </w:pPr>
      <w:r>
        <w:t>وہ تو ہم ان کی سرحد پر ہیں، ان سے ہمارا معاہدہ ہے،</w:t>
      </w:r>
    </w:p>
    <w:p>
      <w:r>
        <w:rPr>
          <w:b/>
        </w:rPr>
        <w:t xml:space="preserve">[34:04] </w:t>
      </w:r>
      <w:r>
        <w:t>yani Irani Empire ne hum se muahida kar rakha hai ke hum koi nai cheez apna ikhtiyar na karein. Yani stand-still ka muahida tha, woh stand-still jis ko kehte hain ke kuch bhi aap nai baat nahi karein ge, nahi to hum aap par hamla kar dein ge.</w:t>
      </w:r>
    </w:p>
    <w:p>
      <w:pPr>
        <w:jc w:val="right"/>
      </w:pPr>
      <w:r>
        <w:t>یعنی ایرانی ایمپائر نے ہم سے معاہدہ کر رکھا ہے کہ ہم کوئی نئی چیز اپنا اختیار نہ کریں۔ یعنی اسٹینڈ اسٹل کا معاہدہ تھا، وہ اسٹینڈ اسٹل جس کو کہتے ہیں کہ کچھ بھی آپ نئی بات نہیں کریں گے، نہیں تو ہم آپ پر حملہ کر دیں گے۔</w:t>
      </w:r>
    </w:p>
    <w:p>
      <w:r>
        <w:rPr>
          <w:b/>
        </w:rPr>
        <w:t xml:space="preserve">[34:25] </w:t>
      </w:r>
      <w:r>
        <w:t>yeh muahida tha stand-still ka.</w:t>
      </w:r>
    </w:p>
    <w:p>
      <w:pPr>
        <w:jc w:val="right"/>
      </w:pPr>
      <w:r>
        <w:t>یہ معاہدہ تھا اسٹینڈ اسٹل کا۔</w:t>
      </w:r>
    </w:p>
    <w:p>
      <w:r>
        <w:rPr>
          <w:b/>
        </w:rPr>
        <w:t xml:space="preserve">[34:30] </w:t>
      </w:r>
      <w:r>
        <w:t>to agar hum aap ko apne haan le jayein, aap ki dawat ko apne haan le jayein to us ke muahiday ke khilaf hoga, aur woh phir hum se ghussa ho jayein ge.</w:t>
      </w:r>
    </w:p>
    <w:p>
      <w:pPr>
        <w:jc w:val="right"/>
      </w:pPr>
      <w:r>
        <w:t>تو اگر ہم آپ کو اپنے ہاں لے جائیں، آپ کی دعوت کو اپنے ہاں لے جائیں تو اس کے معاہدے کے خلاف ہوگا، اور وہ پھر ہم سے غصہ ہو جائیں گے۔</w:t>
      </w:r>
    </w:p>
    <w:p>
      <w:r>
        <w:rPr>
          <w:b/>
        </w:rPr>
        <w:t xml:space="preserve">[34:38] </w:t>
      </w:r>
      <w:r>
        <w:t>woh log pata nahi kya karein ge.</w:t>
      </w:r>
    </w:p>
    <w:p>
      <w:pPr>
        <w:jc w:val="right"/>
      </w:pPr>
      <w:r>
        <w:t>وہ لوگ پتہ نہیں کیا کریں گے۔</w:t>
      </w:r>
    </w:p>
    <w:p>
      <w:r>
        <w:rPr>
          <w:b/>
        </w:rPr>
        <w:t xml:space="preserve">[34:43] </w:t>
      </w:r>
      <w:r>
        <w:t>Aisay doosra waqia hai ke Hudaybiyah ke baad aap ne mukhtalif mulk ko dawti khatoot bheje thay.</w:t>
      </w:r>
    </w:p>
    <w:p>
      <w:pPr>
        <w:jc w:val="right"/>
      </w:pPr>
      <w:r>
        <w:t>ایسے دوسرا واقعہ ہے کہ حدیبیہ کے بعد آپ نے مختلف ملک کو دعوتی خطوط بھیجے تھے۔</w:t>
      </w:r>
    </w:p>
    <w:p>
      <w:r>
        <w:rPr>
          <w:b/>
        </w:rPr>
        <w:t xml:space="preserve">[34:55] </w:t>
      </w:r>
      <w:r>
        <w:t>is mein se aik khat aap ne bheja tha</w:t>
      </w:r>
    </w:p>
    <w:p>
      <w:pPr>
        <w:jc w:val="right"/>
      </w:pPr>
      <w:r>
        <w:t>اس میں سے ایک خط آپ نے بھیجا تھا</w:t>
      </w:r>
    </w:p>
    <w:p>
      <w:r>
        <w:rPr>
          <w:b/>
        </w:rPr>
        <w:t xml:space="preserve">[34:59] </w:t>
      </w:r>
      <w:r>
        <w:t>Iran ke badshah ke paas, jis ka naam Yazdar tha. To jante hain kya hua? Badshah ko jab khat diya gaya Rasool Allah (SAW) ka, to us ne us ko phaar ke phenk diya,</w:t>
      </w:r>
    </w:p>
    <w:p>
      <w:pPr>
        <w:jc w:val="right"/>
      </w:pPr>
      <w:r>
        <w:t>ایران کے بادشاہ کے پاس، جس کا نام یزدر تھا۔ تو جانتے ہیں کیا ہوا؟ بادشاہ کو جب خط دیا گیا رسول اللہ صلی اللہ علیہ وسلم کا، تو اس نے اس کو پھاڑ کے پھینک دیا،</w:t>
      </w:r>
    </w:p>
    <w:p>
      <w:r>
        <w:rPr>
          <w:b/>
        </w:rPr>
        <w:t xml:space="preserve">[35:18] </w:t>
      </w:r>
      <w:r>
        <w:t>aur us ne kaha: "Yaktubu ilayhi abdi".</w:t>
      </w:r>
    </w:p>
    <w:p>
      <w:pPr>
        <w:jc w:val="right"/>
      </w:pPr>
      <w:r>
        <w:t>اور اس نے کہا: "یکتب الیہ عبدی"۔</w:t>
      </w:r>
    </w:p>
    <w:p>
      <w:r>
        <w:rPr>
          <w:b/>
        </w:rPr>
        <w:t xml:space="preserve">[35:24] </w:t>
      </w:r>
      <w:r>
        <w:t>Itna bara mutamarrid tha woh: "Yaktubu ilayhi abdi". Yeh aadmi mere paas khat likhta, halanke mera ghulam hai.</w:t>
      </w:r>
    </w:p>
    <w:p>
      <w:pPr>
        <w:jc w:val="right"/>
      </w:pPr>
      <w:r>
        <w:t>اتنا بڑا متمرد تھا وہ: "یکتب الیہ عبدی"۔ یہ آدمی میرے پاس خط لکھتا، حالانکہ میرا غلام ہے۔</w:t>
      </w:r>
    </w:p>
    <w:p>
      <w:r>
        <w:rPr>
          <w:b/>
        </w:rPr>
        <w:t xml:space="preserve">[35:33] </w:t>
      </w:r>
      <w:r>
        <w:t>woh to Arabon ko woh apna ghulam samajhte thay.</w:t>
      </w:r>
    </w:p>
    <w:p>
      <w:pPr>
        <w:jc w:val="right"/>
      </w:pPr>
      <w:r>
        <w:t>وہ تو عربوں کو وہ اپنا غلام سمجھتے تھے۔</w:t>
      </w:r>
    </w:p>
    <w:p>
      <w:r>
        <w:rPr>
          <w:b/>
        </w:rPr>
        <w:t xml:space="preserve">[35:41] </w:t>
      </w:r>
      <w:r>
        <w:t>Is se aap andaza kar sakte hain ke jis cheez ko aap kehte hain istiamar, woh khud Rasool Allah ke zamanay mein maujood tha. Ab aap tansaar ko le lijiye.</w:t>
      </w:r>
    </w:p>
    <w:p>
      <w:pPr>
        <w:jc w:val="right"/>
      </w:pPr>
      <w:r>
        <w:t>اس سے آپ اندازہ کر سکتے ہیں کہ جس چیز کو آپ کہتے ہیں استعمار، وہ خود رسول اللہ کے زمانے میں موجود تھا۔ اب آپ تنصیر کو لیجئے۔</w:t>
      </w:r>
    </w:p>
    <w:p>
      <w:r>
        <w:rPr>
          <w:b/>
        </w:rPr>
        <w:t xml:space="preserve">[35:52] </w:t>
      </w:r>
      <w:r>
        <w:t>Tansaar ka mamla hai ke khud Makay mein aik shakhs Warqa bin Naufal, woh Christian ho gaya tha, Isaai ho gaya tha.</w:t>
      </w:r>
    </w:p>
    <w:p>
      <w:pPr>
        <w:jc w:val="right"/>
      </w:pPr>
      <w:r>
        <w:t>تنصیر کا معاملہ ہے کہ خود مکہ میں ایک شخص ورخہ ابن نوفل، وہ کرسچن ہو گیا تھا، عیسائی ہو گیا تھا۔</w:t>
      </w:r>
    </w:p>
    <w:p>
      <w:r>
        <w:rPr>
          <w:b/>
        </w:rPr>
        <w:t xml:space="preserve">[36:02] </w:t>
      </w:r>
      <w:r>
        <w:t>us ki tafseelat tareekh mein maujood nahi hain ke kaise wahan par Isaai, Isaai Masih paigham pohancha, kaise Isaai logon ne un ko mutasir kiya.</w:t>
      </w:r>
    </w:p>
    <w:p>
      <w:pPr>
        <w:jc w:val="right"/>
      </w:pPr>
      <w:r>
        <w:t>اس کی تفصیلات تاریخ میں موجود نہیں ہیں کہ کیسے وہاں پر عیسائی، عیسائی مسیحی پیغام پہنچا، کیسے عیسائی لوگوں نے ان کو متاثر کیا۔</w:t>
      </w:r>
    </w:p>
    <w:p>
      <w:r>
        <w:rPr>
          <w:b/>
        </w:rPr>
        <w:t xml:space="preserve">[36:15] </w:t>
      </w:r>
      <w:r>
        <w:t>Tafseel tareekhon mein maujood hai.</w:t>
      </w:r>
    </w:p>
    <w:p>
      <w:pPr>
        <w:jc w:val="right"/>
      </w:pPr>
      <w:r>
        <w:t>تفصیل تاریخوں میں موجود ہے۔</w:t>
      </w:r>
    </w:p>
    <w:p>
      <w:r>
        <w:rPr>
          <w:b/>
        </w:rPr>
        <w:t xml:space="preserve">[36:17] </w:t>
      </w:r>
      <w:r>
        <w:t>Waqia maujood hai ke Warqa bin Naufal tars fi al-jahiliyyah, yani daur-e-jahiliyyat mein, us ne Islam ko Christian mazhab qabool kar liya tha.</w:t>
      </w:r>
    </w:p>
    <w:p>
      <w:pPr>
        <w:jc w:val="right"/>
      </w:pPr>
      <w:r>
        <w:t>مری تو واقع موجود ہے کہ ورخہ ابن عرف میں ترس فی الجاہلیہ، یعنی دور جاہلیت میں، اس نے اسلام کو کرسچن مذہب قبول کر لیا تھا۔</w:t>
      </w:r>
    </w:p>
    <w:p>
      <w:r>
        <w:rPr>
          <w:b/>
        </w:rPr>
        <w:t xml:space="preserve">[36:30] </w:t>
      </w:r>
      <w:r>
        <w:t>Is ka matlab hai ke tansaar maujood thi Makay mein, Arab mein.</w:t>
      </w:r>
    </w:p>
    <w:p>
      <w:pPr>
        <w:jc w:val="right"/>
      </w:pPr>
      <w:r>
        <w:t>اس کا معنی ہے کہ تنصیر موجود تھی مکہ میں، عرب میں۔</w:t>
      </w:r>
    </w:p>
    <w:p>
      <w:r>
        <w:rPr>
          <w:b/>
        </w:rPr>
        <w:t xml:space="preserve">[36:37] </w:t>
      </w:r>
      <w:r>
        <w:t>yani doosri qaumon ko isai banana, isi ko kehte hain tansir. yeh bhi maujood thi wahan par rasool Allah ke zamanay mein.</w:t>
      </w:r>
    </w:p>
    <w:p>
      <w:pPr>
        <w:jc w:val="right"/>
      </w:pPr>
      <w:r>
        <w:t>یعنی دوسری قوموں کو عیسائی بنانا، اسی کو کہتے ہیں تنصیر۔ یہ بھی موجود تھی وہاں پر رسول اللہ کے زمانے میں۔</w:t>
      </w:r>
    </w:p>
    <w:p>
      <w:r>
        <w:rPr>
          <w:b/>
        </w:rPr>
        <w:t xml:space="preserve">[36:50] </w:t>
      </w:r>
      <w:r>
        <w:t>hata ke hijrat habash, jo log hijrat kar gaye thay, is mein se aik sahib thay, un ka naam tha abdullah ibn jahsh.</w:t>
      </w:r>
    </w:p>
    <w:p>
      <w:pPr>
        <w:jc w:val="right"/>
      </w:pPr>
      <w:r>
        <w:t>حتی کہ ہجرت حبش، جو لوگ ہجرت کر گئے تھے، اس میں سے ایک صاحب تھے، ان کا نام تھا عبداللہ ابن جہش۔</w:t>
      </w:r>
    </w:p>
    <w:p>
      <w:r>
        <w:rPr>
          <w:b/>
        </w:rPr>
        <w:t xml:space="preserve">[37:01] </w:t>
      </w:r>
      <w:r>
        <w:t>woh sahabi thay. woh un par wahan isaiyon ne kaam kiya, aur woh un ko isai bana liya. toh rasool Allah ke zamanay mein tansir ka waqia maujood tha.</w:t>
      </w:r>
    </w:p>
    <w:p>
      <w:pPr>
        <w:jc w:val="right"/>
      </w:pPr>
      <w:r>
        <w:t>وہ صحابی تھے۔ وہ ان پر وہاں عیسائیوں نے کام کیا، اور وہ ان کو عیسائی بنا لیا۔ تو رسول اللہ کے زمانے میں تنصیر کا واقعہ موجود تھا۔</w:t>
      </w:r>
    </w:p>
    <w:p>
      <w:r>
        <w:rPr>
          <w:b/>
        </w:rPr>
        <w:t xml:space="preserve">[37:17] </w:t>
      </w:r>
      <w:r>
        <w:t>aik taraf abdullah ibn jahsh ki shakal mein, doosra waraqa ibn naufal ki shakal mein.</w:t>
      </w:r>
    </w:p>
    <w:p>
      <w:pPr>
        <w:jc w:val="right"/>
      </w:pPr>
      <w:r>
        <w:t>ایک طرف عبداللہ ابن جہش کی شکل میں، دوسرا ورخہ ابن نوفل کی شکل میں۔</w:t>
      </w:r>
    </w:p>
    <w:p>
      <w:r>
        <w:rPr>
          <w:b/>
        </w:rPr>
        <w:t xml:space="preserve">[37:26] </w:t>
      </w:r>
      <w:r>
        <w:t>ab teesri cheez lijiye: istishraq, orientalism. yeh bhi maujood tha. istishraq kya hai?</w:t>
      </w:r>
    </w:p>
    <w:p>
      <w:pPr>
        <w:jc w:val="right"/>
      </w:pPr>
      <w:r>
        <w:t>اب تیسری چیز لیجئے: استشراق، اورینٹلزم۔ یہ بھی موجود تھا۔ استشراق کیا ہے؟</w:t>
      </w:r>
    </w:p>
    <w:p>
      <w:r>
        <w:rPr>
          <w:b/>
        </w:rPr>
        <w:t xml:space="preserve">[37:35] </w:t>
      </w:r>
      <w:r>
        <w:t>yeh log, yeh un logon ke definition ke mutabiq, main toh nahi manta is definition ko, magar un ke mutabiq</w:t>
      </w:r>
    </w:p>
    <w:p>
      <w:pPr>
        <w:jc w:val="right"/>
      </w:pPr>
      <w:r>
        <w:t>یہ لوگ، یہ ان لوگوں کے ڈیفینیشن کے مطابق، میں تو نہیں مانتا اس ڈیفینیشن کو، مگر ان کے مطابق</w:t>
      </w:r>
    </w:p>
    <w:p>
      <w:r>
        <w:rPr>
          <w:b/>
        </w:rPr>
        <w:t xml:space="preserve">[37:44] </w:t>
      </w:r>
      <w:r>
        <w:t>yeh hai ke islam ki taleemat ko bigaar kar pesh karna, islam ke baray mein maghalate daalna, islam ki sachai ko mushtabeh karna, logon ki nazar mein yeh kaam poori tarah kar rahay thay.</w:t>
      </w:r>
    </w:p>
    <w:p>
      <w:pPr>
        <w:jc w:val="right"/>
      </w:pPr>
      <w:r>
        <w:t>یہ ہے کہ اسلام کی تعلیمات کو بگاڑ کر پیش کرنا، اسلام کے بارے میں مغالطے ڈالنا، اسلام کی سچائی کو مشتبہ کرنا، لوگوں کی نظر میں یہ کام پوری طرح کر رہے تھے۔</w:t>
      </w:r>
    </w:p>
    <w:p>
      <w:r>
        <w:rPr>
          <w:b/>
        </w:rPr>
        <w:t xml:space="preserve">[37:57] </w:t>
      </w:r>
      <w:r>
        <w:t>yehudi jo madinay mein thay, madinay ke jo yehudi ulama thay, baqayda aik kaam kar rahay thay.</w:t>
      </w:r>
    </w:p>
    <w:p>
      <w:pPr>
        <w:jc w:val="right"/>
      </w:pPr>
      <w:r>
        <w:t>یہودی جو مدینے میں تھے، مدینے کے جو یہودی علماء تھے، باقاعدہ ایک کام کر رہے تھے۔</w:t>
      </w:r>
    </w:p>
    <w:p>
      <w:r>
        <w:rPr>
          <w:b/>
        </w:rPr>
        <w:t xml:space="preserve">[38:08] </w:t>
      </w:r>
      <w:r>
        <w:t>misal ke tor par, woh logon ko behkate thay ke dekho, Allah ne jitne payghambar bhejay, payghambar, woh sab israili payghambar thay. yani bani israel mein saaray payghambar aaye, masih tak.</w:t>
      </w:r>
    </w:p>
    <w:p>
      <w:pPr>
        <w:jc w:val="right"/>
      </w:pPr>
      <w:r>
        <w:t>مثال کے طور پر، وہ لوگوں کو بہکاتے تھے کہ دیکھو، اللہ نے جتنے پیغمبر بھیجے، پیغمبر، وہ سب اسرائیلی پیغمبر تھے۔ یعنی بنی اسرائیل میں سارے پیغمبر آئے، مسیح تک۔</w:t>
      </w:r>
    </w:p>
    <w:p>
      <w:r>
        <w:rPr>
          <w:b/>
        </w:rPr>
        <w:t xml:space="preserve">[38:23] </w:t>
      </w:r>
      <w:r>
        <w:t>yeh bani israel mein kaise payghambar aa jaye ga? yeh toh Khuda ki sunnat ke khilaf hai. Khuda ki sunnat yeh hai ke payghambar bhejay us ne israiliyon mein.</w:t>
      </w:r>
    </w:p>
    <w:p>
      <w:pPr>
        <w:jc w:val="right"/>
      </w:pPr>
      <w:r>
        <w:t>یہ بنو اسرائیل میں کیسے پیغمبر آ جائے گا؟ یہ تو خدا کی سنت کے خلاف ہے۔ خدا کی سنت یہ ہے کہ پیغمبر بھیجے اس نے اسرائیلوں میں۔</w:t>
      </w:r>
    </w:p>
    <w:p>
      <w:r>
        <w:rPr>
          <w:b/>
        </w:rPr>
        <w:t xml:space="preserve">[38:34] </w:t>
      </w:r>
      <w:r>
        <w:t>israel mein</w:t>
      </w:r>
    </w:p>
    <w:p>
      <w:pPr>
        <w:jc w:val="right"/>
      </w:pPr>
      <w:r>
        <w:t>اسرائیل میں</w:t>
      </w:r>
    </w:p>
    <w:p>
      <w:r>
        <w:rPr>
          <w:b/>
        </w:rPr>
        <w:t xml:space="preserve">[38:36] </w:t>
      </w:r>
      <w:r>
        <w:t>toh yeh bani, yani bani, bani israel mein. toh yeh kaise ho sakta hai ke bani israel mein payghambar aa jaye? is tarah logon ko maghlatay dalte thay.</w:t>
      </w:r>
    </w:p>
    <w:p>
      <w:pPr>
        <w:jc w:val="right"/>
      </w:pPr>
      <w:r>
        <w:t>تو یہ بنو، یعنی بنو، بنو اسرائیل میں۔ تو یہ کیسے ہو سکتا ہے کہ بنو اسرائیل میں پیغمبر آ جائے؟ اس طرح لوگوں کو مغاتم ڈالتے تھے۔</w:t>
      </w:r>
    </w:p>
    <w:p>
      <w:r>
        <w:rPr>
          <w:b/>
        </w:rPr>
        <w:t xml:space="preserve">[38:45] </w:t>
      </w:r>
      <w:r>
        <w:t>ab aap dekhiye ke yeh teeno afaat, yeh teeno ajdehay: istemar,</w:t>
      </w:r>
    </w:p>
    <w:p>
      <w:pPr>
        <w:jc w:val="right"/>
      </w:pPr>
      <w:r>
        <w:t>اب آپ دیکھیے کہ یہ تینوں افائی، یہ تینوں اجدہے: استعمار،</w:t>
      </w:r>
    </w:p>
    <w:p>
      <w:r>
        <w:rPr>
          <w:b/>
        </w:rPr>
        <w:t xml:space="preserve">[38:56] </w:t>
      </w:r>
      <w:r>
        <w:t>istishraq aur tansir. tansir maujood thay rasool Allah ke zamanay mein arab mein. ab aap ne kya kiya?</w:t>
      </w:r>
    </w:p>
    <w:p>
      <w:pPr>
        <w:jc w:val="right"/>
      </w:pPr>
      <w:r>
        <w:t>استشراق اور تنصیل۔ تنصیر موجود تھے رسول اللہ کے زمانے میں عرب میں۔ اب آپ نے کیا کیا؟</w:t>
      </w:r>
    </w:p>
    <w:p>
      <w:r>
        <w:rPr>
          <w:b/>
        </w:rPr>
        <w:t xml:space="preserve">[39:06] </w:t>
      </w:r>
      <w:r>
        <w:t>kya yeh boli bolay aap ke teen ajdehay hain?</w:t>
      </w:r>
    </w:p>
    <w:p>
      <w:pPr>
        <w:jc w:val="right"/>
      </w:pPr>
      <w:r>
        <w:t>کیا یہ بولی بولے آپ کہ تین اجدہے ہیں؟</w:t>
      </w:r>
    </w:p>
    <w:p>
      <w:r>
        <w:rPr>
          <w:b/>
        </w:rPr>
        <w:t xml:space="preserve">[39:12] </w:t>
      </w:r>
      <w:r>
        <w:t>yeh teen saanp hain? teen khatarnak tareen maslay hain hamare liye? har giz nahi! aap ne sirf quran ko istemal kiya.</w:t>
      </w:r>
    </w:p>
    <w:p>
      <w:pPr>
        <w:jc w:val="right"/>
      </w:pPr>
      <w:r>
        <w:t>یہ تین سانپ ہیں؟ تین خطرناک ترین مسئلے ہیں ہمارے لیے؟ ہرگز نہیں! آپ نے صرف قرآن کو استعمال کیا۔</w:t>
      </w:r>
    </w:p>
    <w:p>
      <w:r>
        <w:rPr>
          <w:b/>
        </w:rPr>
        <w:t xml:space="preserve">[39:26] </w:t>
      </w:r>
      <w:r>
        <w:t>kitabon mein aata hai ke "ariz alayh al-islam wa atla' al-quran".</w:t>
      </w:r>
    </w:p>
    <w:p>
      <w:pPr>
        <w:jc w:val="right"/>
      </w:pPr>
      <w:r>
        <w:t>کتابوں میں آتا ہے کہ "عرض علیہ الاسلام وطلع القرآن"۔</w:t>
      </w:r>
    </w:p>
    <w:p>
      <w:r>
        <w:rPr>
          <w:b/>
        </w:rPr>
        <w:t xml:space="preserve">[39:33] </w:t>
      </w:r>
      <w:r>
        <w:t>islam pesh kiya aur quran parh ke sunaya. yahi kiya aap ne? yani dawat. yani teeno masail ke hotay hue aap ne in ka aik hi hal ikhtiyar farmaya, woh tha dawat.</w:t>
      </w:r>
    </w:p>
    <w:p>
      <w:pPr>
        <w:jc w:val="right"/>
      </w:pPr>
      <w:r>
        <w:t>اسلام پیش کیا اور قرآن پڑھ کے سنایا۔ یہی کیا آپ نے؟ یعنی دعوت۔ یعنی تینوں مسائل کے ہوتے ہوئے آپ نے ان کا ایک ہی حل اختیار فرمایا، وہ تھا دعوت۔</w:t>
      </w:r>
    </w:p>
    <w:p>
      <w:r>
        <w:rPr>
          <w:b/>
        </w:rPr>
        <w:t xml:space="preserve">[39:50] </w:t>
      </w:r>
      <w:r>
        <w:t>dawat</w:t>
      </w:r>
    </w:p>
    <w:p>
      <w:pPr>
        <w:jc w:val="right"/>
      </w:pPr>
      <w:r>
        <w:t>دعوت</w:t>
      </w:r>
    </w:p>
    <w:p>
      <w:r>
        <w:rPr>
          <w:b/>
        </w:rPr>
        <w:t xml:space="preserve">[39:51] </w:t>
      </w:r>
      <w:r>
        <w:t>quran. na aap ne koi mansooba banaya istemar se takkarane ka, na koi mansooba banaya aap ne istishraq ko tod karne ka, na koi mansooba banaya aap ne tansir ke khilaf.</w:t>
      </w:r>
    </w:p>
    <w:p>
      <w:pPr>
        <w:jc w:val="right"/>
      </w:pPr>
      <w:r>
        <w:t>قرآن۔ نہ آپ نے کوئی منصوبہ بنایا استعمار سے ٹکرانے کا، نہ کوئی منصوبہ بنایا آپ نے استشراق کو توڑ کرنے کا، نہ کوئی منصوبہ بنایا آپ نے تنصیر کے خلاف۔</w:t>
      </w:r>
    </w:p>
    <w:p>
      <w:r>
        <w:rPr>
          <w:b/>
        </w:rPr>
        <w:t xml:space="preserve">[40:09] </w:t>
      </w:r>
      <w:r>
        <w:t>hata ke koi protest nahi kiya, statement nahi diya, hata ke un ke khilaf koi bad dua bhi nahi ki.</w:t>
      </w:r>
    </w:p>
    <w:p>
      <w:pPr>
        <w:jc w:val="right"/>
      </w:pPr>
      <w:r>
        <w:t>حتی کہ کوئی پروٹیسٹ نہیں کیا، اسٹیٹمنٹ نہیں دیا، حتی کہ ان کے خلاف کوئی بد دعا بھی نہیں کی۔</w:t>
      </w:r>
    </w:p>
    <w:p>
      <w:r>
        <w:rPr>
          <w:b/>
        </w:rPr>
        <w:t xml:space="preserve">[40:19] </w:t>
      </w:r>
      <w:r>
        <w:t>balkay sirf aik kaam kiya</w:t>
      </w:r>
    </w:p>
    <w:p>
      <w:pPr>
        <w:jc w:val="right"/>
      </w:pPr>
      <w:r>
        <w:t>بلکہ صرف ایک کام کیا</w:t>
      </w:r>
    </w:p>
    <w:p>
      <w:r>
        <w:rPr>
          <w:b/>
        </w:rPr>
        <w:t xml:space="preserve">[40:21] </w:t>
      </w:r>
      <w:r>
        <w:t>, woh tha quran ko pesh karna.</w:t>
      </w:r>
    </w:p>
    <w:p>
      <w:pPr>
        <w:jc w:val="right"/>
      </w:pPr>
      <w:r>
        <w:t>، وہ تھا قرآن کو پیش کرنا۔</w:t>
      </w:r>
    </w:p>
    <w:p>
      <w:r>
        <w:rPr>
          <w:b/>
        </w:rPr>
        <w:t xml:space="preserve">[40:28] </w:t>
      </w:r>
      <w:r>
        <w:t>aap jantay hain ke yeh kaam hota raha 23 saal mein. makkah madinah hi nahi, balkay poora arab jo hai, islamize ho gaya.</w:t>
      </w:r>
    </w:p>
    <w:p>
      <w:pPr>
        <w:jc w:val="right"/>
      </w:pPr>
      <w:r>
        <w:t>آپ جانتے ہیں کہ یہ کام ہوتا رہا 23 سال میں۔ مکہ مدینہ ہی نہیں، بلکہ پورا عرب جو ہے، اسلامائز ہو گیا۔</w:t>
      </w:r>
    </w:p>
    <w:p>
      <w:r>
        <w:rPr>
          <w:b/>
        </w:rPr>
        <w:t xml:space="preserve">[40:39] </w:t>
      </w:r>
      <w:r>
        <w:t>rasool Allah ki zindagi mein 23 saal hi mein yeh hua quran ka moajza</w:t>
      </w:r>
    </w:p>
    <w:p>
      <w:pPr>
        <w:jc w:val="right"/>
      </w:pPr>
      <w:r>
        <w:t>رسول اللہ کی زندگی میں 23 سال ہی میں یہ ہوا قرآن کا معجزہ</w:t>
      </w:r>
    </w:p>
    <w:p>
      <w:r>
        <w:rPr>
          <w:b/>
        </w:rPr>
        <w:t xml:space="preserve">[40:48] </w:t>
      </w:r>
      <w:r>
        <w:t>keh 23 saal mein poora arab jo hai, woh woh islam ke saaye mein aa gaya. aur is ke baad pachaas saal ke andar andar atraf ke tamam countries jo hain, un mein islam phail gaya.</w:t>
      </w:r>
    </w:p>
    <w:p>
      <w:pPr>
        <w:jc w:val="right"/>
      </w:pPr>
      <w:r>
        <w:t>کہ 23 سال میں پورا عرب جو ہے، وہ وہ اسلام کے سائے میں آ گیا۔ اور اس کے بعد پچاس سال کے اندر اندر اطراف کے تمام کنٹریز جو ہیں، ان میں اسلام پھیل گیا۔</w:t>
      </w:r>
    </w:p>
    <w:p>
      <w:r>
        <w:rPr>
          <w:b/>
        </w:rPr>
        <w:t xml:space="preserve">[41:03] </w:t>
      </w:r>
      <w:r>
        <w:t>jin ko aap kehte hain aaj middle east ya arab countries,</w:t>
      </w:r>
    </w:p>
    <w:p>
      <w:pPr>
        <w:jc w:val="right"/>
      </w:pPr>
      <w:r>
        <w:t>جن کو آپ کہتے ہیں آج مڈل ایسٹ یا عرب کنٹریز،</w:t>
      </w:r>
    </w:p>
    <w:p>
      <w:r>
        <w:rPr>
          <w:b/>
        </w:rPr>
        <w:t xml:space="preserve">[41:09] </w:t>
      </w:r>
      <w:r>
        <w:t>yeh sab quran ka moajza tha. misaal ke taur par dekhiye, misr mein islam phaila. misr mein islam phaila to kaise phaila?</w:t>
      </w:r>
    </w:p>
    <w:p>
      <w:pPr>
        <w:jc w:val="right"/>
      </w:pPr>
      <w:r>
        <w:t>یہ سب قرآن کا معجزہ تھا۔ مثال کے طور پر دیکھیے، مصر میں اسلام پھیلا۔ مصر میں اسلام پھیلا تو کیسے پھیلا؟</w:t>
      </w:r>
    </w:p>
    <w:p>
      <w:r>
        <w:rPr>
          <w:b/>
        </w:rPr>
        <w:t xml:space="preserve">[41:21] </w:t>
      </w:r>
      <w:r>
        <w:t>ek misriyat ka jis ko kehte hain egyptology ka maahir, sarar turkeit, jo angrez moarrikh tha, us ki kitaab hai.</w:t>
      </w:r>
    </w:p>
    <w:p>
      <w:pPr>
        <w:jc w:val="right"/>
      </w:pPr>
      <w:r>
        <w:t>ایک مصریات کا جس کو کہتے ہیں ایجپٹالوجی کا ماہر، سرار ترکیت، جو انگریز مورخ تھا، اس کی کتاب ہے۔</w:t>
      </w:r>
    </w:p>
    <w:p>
      <w:r>
        <w:rPr>
          <w:b/>
        </w:rPr>
        <w:t xml:space="preserve">[41:33] </w:t>
      </w:r>
      <w:r>
        <w:t>us ne likha hai ke yeh misri log jo islam mein daakhil hue to talwaar ke zariye nahi, quran ke zariye. "The Egyptians were conquered not by sword but by the Quran".</w:t>
      </w:r>
    </w:p>
    <w:p>
      <w:pPr>
        <w:jc w:val="right"/>
      </w:pPr>
      <w:r>
        <w:t>اس نے لکھا ہے کہ یہ مصری لوگ جو اسلام میں داخل ہوئے تو تلوار کے ذریعے نہیں، قرآن کے ذریعے۔ "دا ایجپشنز ورک کانکرڈ ناٹ بائی سوٹ بٹ بائی دا قرآن"۔</w:t>
      </w:r>
    </w:p>
    <w:p>
      <w:r>
        <w:rPr>
          <w:b/>
        </w:rPr>
        <w:t xml:space="preserve">[41:52] </w:t>
      </w:r>
      <w:r>
        <w:t>kaisa ajeeb baat hai! jis tarah se Hazrat Musa ke asa ne wahan par ek kaarnama dikhaya tha,</w:t>
      </w:r>
    </w:p>
    <w:p>
      <w:pPr>
        <w:jc w:val="right"/>
      </w:pPr>
      <w:r>
        <w:t>کیسا عجیب بات ہے! جس طرح سے حضرت موسیٰ کے عصا نے وہاں پر ایک کارنامہ دکھایا تھا،</w:t>
      </w:r>
    </w:p>
    <w:p>
      <w:r>
        <w:rPr>
          <w:b/>
        </w:rPr>
        <w:t xml:space="preserve">[42:01] </w:t>
      </w:r>
      <w:r>
        <w:t>wohi kaarnama quran dikhaya dikha raha hai. tareekh mein dikhata raha, tareekh mein taqreeban hazaar saal tak.</w:t>
      </w:r>
    </w:p>
    <w:p>
      <w:pPr>
        <w:jc w:val="right"/>
      </w:pPr>
      <w:r>
        <w:t>وہی کارنامہ قرآن دکھایا دکھا رہا ہے۔ تاریخ میں دکھاتا رہا، تاریخ میں تقریباً ہزار سال تک۔</w:t>
      </w:r>
    </w:p>
    <w:p>
      <w:r>
        <w:rPr>
          <w:b/>
        </w:rPr>
        <w:t xml:space="preserve">[42:13] </w:t>
      </w:r>
      <w:r>
        <w:t>sirf bojha zamane ki baat hai ke musalman bhool gaye quran ko. ab woh teen afai ko daryaft kiya unhon ne, yaani quran ki taaqat se bekhabar ho gaye.</w:t>
      </w:r>
    </w:p>
    <w:p>
      <w:pPr>
        <w:jc w:val="right"/>
      </w:pPr>
      <w:r>
        <w:t>صرف بوجھا زمانے کی بات ہے کہ مسلمان بھول گئے قرآن کو۔ اب وہ تین افائی کو دریافت کیا انہوں نے، یعنی قرآن کی طاقت سے بے خبر ہو گئے۔</w:t>
      </w:r>
    </w:p>
    <w:p>
      <w:r>
        <w:rPr>
          <w:b/>
        </w:rPr>
        <w:t xml:space="preserve">[42:27] </w:t>
      </w:r>
      <w:r>
        <w:t>quran ki taaqat se bekhabar ho gaye. aur teen mufrada afai, yeh mufrada hain.</w:t>
      </w:r>
    </w:p>
    <w:p>
      <w:pPr>
        <w:jc w:val="right"/>
      </w:pPr>
      <w:r>
        <w:t>قرآن کی طاقت سے بے خبر ہو گئے۔ اور تین مفروضہ افائی، یہ مفروضہ ہیں۔</w:t>
      </w:r>
    </w:p>
    <w:p>
      <w:r>
        <w:rPr>
          <w:b/>
        </w:rPr>
        <w:t xml:space="preserve">[42:37] </w:t>
      </w:r>
      <w:r>
        <w:t>dekhiye, quran ke baare mein main do waqiaat arz karta hoon ke kya cheez hai quran.</w:t>
      </w:r>
    </w:p>
    <w:p>
      <w:pPr>
        <w:jc w:val="right"/>
      </w:pPr>
      <w:r>
        <w:t>دیکھیے، قرآن کے بارے میں میں دو واقعات عرض کرتا ہوں کہ کیا چیز ہے قرآن۔</w:t>
      </w:r>
    </w:p>
    <w:p>
      <w:r>
        <w:rPr>
          <w:b/>
        </w:rPr>
        <w:t xml:space="preserve">[42:49] </w:t>
      </w:r>
      <w:r>
        <w:t>quran jo hai, apne maani ke aitbaar se aur apne usloob ke aitbaar se, dono aitbaar se woh moajza hai.</w:t>
      </w:r>
    </w:p>
    <w:p>
      <w:pPr>
        <w:jc w:val="right"/>
      </w:pPr>
      <w:r>
        <w:t>قرآن جو ہے، اپنے معنی کے اعتبار سے اور اپنے اسلوب کے اعتبار سے، دونوں اعتبار سے وہ معجزہ ہے۔</w:t>
      </w:r>
    </w:p>
    <w:p>
      <w:r>
        <w:rPr>
          <w:b/>
        </w:rPr>
        <w:t xml:space="preserve">[43:01] </w:t>
      </w:r>
      <w:r>
        <w:t>moajza!</w:t>
      </w:r>
    </w:p>
    <w:p>
      <w:pPr>
        <w:jc w:val="right"/>
      </w:pPr>
      <w:r>
        <w:t>معجزہ!</w:t>
      </w:r>
    </w:p>
    <w:p>
      <w:r>
        <w:rPr>
          <w:b/>
        </w:rPr>
        <w:t xml:space="preserve">[43:06] </w:t>
      </w:r>
      <w:r>
        <w:t>bahut se log jinhon ne islam qubool kiya hai, unhon ne yeh kaha ke hum ko quran ne maskhar kiya.</w:t>
      </w:r>
    </w:p>
    <w:p>
      <w:pPr>
        <w:jc w:val="right"/>
      </w:pPr>
      <w:r>
        <w:t>بہت سے لوگ جنہوں نے اسلام قبول کیا ہے، انہوں نے یہ کہا کہ ہم کو قرآن نے مسخر کیا۔</w:t>
      </w:r>
    </w:p>
    <w:p>
      <w:r>
        <w:rPr>
          <w:b/>
        </w:rPr>
        <w:t xml:space="preserve">[43:21] </w:t>
      </w:r>
      <w:r>
        <w:t>jaisa ke main ne abhi arz kiya ke "da egyptians were conquered not by the sword but by the quran". yaani misriyon ko quran ne maskhar kiya.</w:t>
      </w:r>
    </w:p>
    <w:p>
      <w:pPr>
        <w:jc w:val="right"/>
      </w:pPr>
      <w:r>
        <w:t>جیسا کہ میں نے ابھی عرض کیا کہ "دا ایجپشنز ورک کانکرڈ ناٹ بائی دا سوٹ بٹ بائی دا قرآن"۔ یعنی مصریوں کو قرآن نے مسخر کیا۔</w:t>
      </w:r>
    </w:p>
    <w:p>
      <w:r>
        <w:rPr>
          <w:b/>
        </w:rPr>
        <w:t xml:space="preserve">[43:33] </w:t>
      </w:r>
      <w:r>
        <w:t>aise hi ek angrez jo singer tha, pop singer, us ko aap log jaante hain, us ka moajza muslim naam Yusuf Islam hai.</w:t>
      </w:r>
    </w:p>
    <w:p>
      <w:pPr>
        <w:jc w:val="right"/>
      </w:pPr>
      <w:r>
        <w:t>ایسے ہی ایک انگریز جو سنگر تھا، پاپ سنگر، اس کو آپ لوگ جانتے ہیں، اس کا معجزہ مسلم نام یوسف اسلام ہے۔</w:t>
      </w:r>
    </w:p>
    <w:p>
      <w:r>
        <w:rPr>
          <w:b/>
        </w:rPr>
        <w:t xml:space="preserve">[43:48] </w:t>
      </w:r>
      <w:r>
        <w:t>us ke baare mein main ne parha, abhi woh zinda hain</w:t>
      </w:r>
    </w:p>
    <w:p>
      <w:pPr>
        <w:jc w:val="right"/>
      </w:pPr>
      <w:r>
        <w:t>اس کے بارے میں میں نے پڑھا، ابھی وہ زندہ ہیں</w:t>
      </w:r>
    </w:p>
    <w:p>
      <w:r>
        <w:rPr>
          <w:b/>
        </w:rPr>
        <w:t xml:space="preserve">[43:57] </w:t>
      </w:r>
      <w:r>
        <w:t>ke woh bimar ho kar hospitalised ho gaye. woh islam se bekhabar the.</w:t>
      </w:r>
    </w:p>
    <w:p>
      <w:pPr>
        <w:jc w:val="right"/>
      </w:pPr>
      <w:r>
        <w:t>کہ وہ بیمار ہو کر ہاسپٹلائز ہو گئے۔ وہ اسلام سے بے خبر تھے۔</w:t>
      </w:r>
    </w:p>
    <w:p>
      <w:r>
        <w:rPr>
          <w:b/>
        </w:rPr>
        <w:t xml:space="preserve">[44:07] </w:t>
      </w:r>
      <w:r>
        <w:t>us zamane mein un ke bhai misr gaye, wahan par unhon ne kisi shop, book shop se quran ka ek translation khareed liya angrezi zabaan mein.</w:t>
      </w:r>
    </w:p>
    <w:p>
      <w:pPr>
        <w:jc w:val="right"/>
      </w:pPr>
      <w:r>
        <w:t>اس زمانے میں ان کے بھائی مصر گئے، وہاں پر انہوں نے کسی شاپ، بک شاپ سے قرآن کا ایک ٹرانسیشن خرید لیا انگریزی زبان میں۔</w:t>
      </w:r>
    </w:p>
    <w:p>
      <w:r>
        <w:rPr>
          <w:b/>
        </w:rPr>
        <w:t xml:space="preserve">[44:17] </w:t>
      </w:r>
      <w:r>
        <w:t>to wapas aa kar unhon ne bhai ko diya, kyun ke hospital mein koi koi masroofiyat nahi thi.</w:t>
      </w:r>
    </w:p>
    <w:p>
      <w:pPr>
        <w:jc w:val="right"/>
      </w:pPr>
      <w:r>
        <w:t>تو واپس آ کر انہوں نے بھائی کو دیا، کیونکہ ہاسپٹل میں کوئی کوئی مصروفیت نہیں تھی۔</w:t>
      </w:r>
    </w:p>
    <w:p>
      <w:r>
        <w:rPr>
          <w:b/>
        </w:rPr>
        <w:t xml:space="preserve">[44:28] </w:t>
      </w:r>
      <w:r>
        <w:t>to quran hi parhne lagay. woh quran parhte parhte itna zabardast asar un ko hua ke unhon ne islam qubool kar liya.</w:t>
      </w:r>
    </w:p>
    <w:p>
      <w:pPr>
        <w:jc w:val="right"/>
      </w:pPr>
      <w:r>
        <w:t>تو قرآن ہی پڑھنے لگے۔ وہ قرآن پڑھتے پڑھتے اتنا زبردست اثر ان کو ہوا کہ انہوں نے اسلام قبول کر لیا۔</w:t>
      </w:r>
    </w:p>
    <w:p>
      <w:r>
        <w:rPr>
          <w:b/>
        </w:rPr>
        <w:t xml:space="preserve">[44:40] </w:t>
      </w:r>
      <w:r>
        <w:t>un se poocha gaya ke aap quran mein kya cheez mili aap ko?</w:t>
      </w:r>
    </w:p>
    <w:p>
      <w:pPr>
        <w:jc w:val="right"/>
      </w:pPr>
      <w:r>
        <w:t>ان سے پوچھا گیا کہ آپ قرآن میں کیا چیز ملی آپ کو؟</w:t>
      </w:r>
    </w:p>
    <w:p>
      <w:r>
        <w:rPr>
          <w:b/>
        </w:rPr>
        <w:t xml:space="preserve">[44:43] </w:t>
      </w:r>
      <w:r>
        <w:t>to unhon ne kaha ke main ne doosri kitaabein parhi hain mazhab ki. quran mein ek ajeeb o ghareeb kitaab hai ke quran mein ke khud jo hai khaliq insaan se barah e raast mukhatib karta: "Eha Insan, Eha Naas,</w:t>
      </w:r>
    </w:p>
    <w:p>
      <w:pPr>
        <w:jc w:val="right"/>
      </w:pPr>
      <w:r>
        <w:t>تو انہوں نے کہا کہ میں نے دوسری کتابیں پڑھی ہیں مذہب کی۔ قرآن میں ایک عجیب و غریب کتاب ہے کہ قرآن میں کہ خود جو ہے خالق انسان سے براہ راست مخاطب کرتا: "ایہا الانسان، ایہا الناس،</w:t>
      </w:r>
    </w:p>
    <w:p>
      <w:r>
        <w:rPr>
          <w:b/>
        </w:rPr>
        <w:t xml:space="preserve">[45:01] </w:t>
      </w:r>
      <w:r>
        <w:t>Ae insaan". yaani Khuda khud barah e raast insaan ko mukhatib kar raha hai, ya goya ke mujh ko mukhatib kar raha hai.</w:t>
      </w:r>
    </w:p>
    <w:p>
      <w:pPr>
        <w:jc w:val="right"/>
      </w:pPr>
      <w:r>
        <w:t>اے انسان"۔ یعنی خدا خود براہ راست انسان کو مخاطب کر رہا ہے، یا گویا کہ مجھ کو مخاطب کر رہا ہے۔</w:t>
      </w:r>
    </w:p>
    <w:p>
      <w:r>
        <w:rPr>
          <w:b/>
        </w:rPr>
        <w:t xml:space="preserve">[45:10] </w:t>
      </w:r>
      <w:r>
        <w:t>yeh usloob un ko bohat hi zyada asar angez tha, kyun ke aur kitaabein, misaal Bible jo hai, woh ek tareekh ki kitaab nazar aati hai.</w:t>
      </w:r>
    </w:p>
    <w:p>
      <w:pPr>
        <w:jc w:val="right"/>
      </w:pPr>
      <w:r>
        <w:t>یہ اسلوب ان کو بہت ہی زیادہ اثر انگیز تھا، کیونکہ اور کتابیں، مثال بائبل جو ہے، وہ ایک تاریخ کی کتاب نظر آتی ہے۔</w:t>
      </w:r>
    </w:p>
    <w:p>
      <w:r>
        <w:rPr>
          <w:b/>
        </w:rPr>
        <w:t xml:space="preserve">[45:19] </w:t>
      </w:r>
      <w:r>
        <w:t>jab parhte hain aap us ko, aap tareekh barah e raast mukhatib karne ki kitaab nahi hai. Bible</w:t>
      </w:r>
    </w:p>
    <w:p>
      <w:pPr>
        <w:jc w:val="right"/>
      </w:pPr>
      <w:r>
        <w:t>جب پڑھتے ہیں آپ اس کو، آپ تاریخ براہ راست مخاطب کرنے کی کتاب نہیں ہے۔ بائبل</w:t>
      </w:r>
    </w:p>
    <w:p>
      <w:r>
        <w:rPr>
          <w:b/>
        </w:rPr>
        <w:t xml:space="preserve">[45:30] </w:t>
      </w:r>
      <w:r>
        <w:t>to yeh main ne aap ko misaal di, do ek fard ki, ek qaum ki.</w:t>
      </w:r>
    </w:p>
    <w:p>
      <w:pPr>
        <w:jc w:val="right"/>
      </w:pPr>
      <w:r>
        <w:t>تو یہ میں نے آپ کو مثال دی، دو ایک فرد کی، ایک قوم کی۔</w:t>
      </w:r>
    </w:p>
    <w:p>
      <w:r>
        <w:rPr>
          <w:b/>
        </w:rPr>
        <w:t xml:space="preserve">[45:37] </w:t>
      </w:r>
      <w:r>
        <w:t>yani Yusuf Islam, ek fard, Misr, ek qaum ke Quran ne is ko capture kiya</w:t>
      </w:r>
    </w:p>
    <w:p>
      <w:pPr>
        <w:jc w:val="right"/>
      </w:pPr>
      <w:r>
        <w:t>یعنی یوسف اسلام، ایک فرد، مصر، ایک قوم کہ قرآن نے اس کو کیپچر کیا</w:t>
      </w:r>
    </w:p>
    <w:p>
      <w:r>
        <w:rPr>
          <w:b/>
        </w:rPr>
        <w:t xml:space="preserve">[45:46] </w:t>
      </w:r>
      <w:r>
        <w:t>ma'ni ke aitbaar se. Ab main aap ko misaal deta hoon usloob ke aitbaar se.</w:t>
      </w:r>
    </w:p>
    <w:p>
      <w:pPr>
        <w:jc w:val="right"/>
      </w:pPr>
      <w:r>
        <w:t>معنی کے اعتبار سے۔ اب میں آپ کو مثال دیتا ہوں اسلوب کے اعتبار سے۔</w:t>
      </w:r>
    </w:p>
    <w:p>
      <w:r>
        <w:rPr>
          <w:b/>
        </w:rPr>
        <w:t xml:space="preserve">[45:53] </w:t>
      </w:r>
      <w:r>
        <w:t>ek mustashriq ne likha hai ke Quran mein sound art park suna hai, yani sound art bohat hi zyada hai, lafzi husn bohat zyada hai.</w:t>
      </w:r>
    </w:p>
    <w:p>
      <w:pPr>
        <w:jc w:val="right"/>
      </w:pPr>
      <w:r>
        <w:t>ایک مستشرق نے لکھا ہے کہ قرآن میں ساؤنڈ آرٹ پارک سنا ہے، یعنی ساؤنڈ آرٹ بہت ہی زیادہ ہے، لفظی حسن بہت زیادہ ہے۔</w:t>
      </w:r>
    </w:p>
    <w:p>
      <w:r>
        <w:rPr>
          <w:b/>
        </w:rPr>
        <w:t xml:space="preserve">[46:07] </w:t>
      </w:r>
      <w:r>
        <w:t>is ka main ne ek manzar khud dekha 1976 mein</w:t>
      </w:r>
    </w:p>
    <w:p>
      <w:pPr>
        <w:jc w:val="right"/>
      </w:pPr>
      <w:r>
        <w:t>اس کا میں نے ایک منظر خود دیکھا 1976 میں</w:t>
      </w:r>
    </w:p>
    <w:p>
      <w:r>
        <w:rPr>
          <w:b/>
        </w:rPr>
        <w:t xml:space="preserve">[46:14] </w:t>
      </w:r>
      <w:r>
        <w:t>Libya ke shehar Tarablus mein ek dialogue hua tha, Muslim Christian dialogue, jis ko Arab mein hawaar kehte hain.</w:t>
      </w:r>
    </w:p>
    <w:p>
      <w:pPr>
        <w:jc w:val="right"/>
      </w:pPr>
      <w:r>
        <w:t>لیبیا کے شہر تراولس میں ایک ڈائیلاگ ہوا تھا، مسلم کرسچن ڈائیلاگ، جس کو عرب میں حوار کہتے ہیں۔</w:t>
      </w:r>
    </w:p>
    <w:p>
      <w:r>
        <w:rPr>
          <w:b/>
        </w:rPr>
        <w:t xml:space="preserve">[46:28] </w:t>
      </w:r>
      <w:r>
        <w:t>Hawaar hua tha.</w:t>
      </w:r>
    </w:p>
    <w:p>
      <w:pPr>
        <w:jc w:val="right"/>
      </w:pPr>
      <w:r>
        <w:t>حوار ہوا تھا۔</w:t>
      </w:r>
    </w:p>
    <w:p>
      <w:r>
        <w:rPr>
          <w:b/>
        </w:rPr>
        <w:t xml:space="preserve">[46:31] </w:t>
      </w:r>
      <w:r>
        <w:t>woh ek taraf Vatican, Vatican jo tha, us ki numaindagi kar rahe the Christian log.</w:t>
      </w:r>
    </w:p>
    <w:p>
      <w:pPr>
        <w:jc w:val="right"/>
      </w:pPr>
      <w:r>
        <w:t>وہ ایک طرف ویٹیکن، ویٹیکن جو تھا، اس کی نمائندگی کر رہے تھے کرسچن لوگ۔</w:t>
      </w:r>
    </w:p>
    <w:p>
      <w:r>
        <w:rPr>
          <w:b/>
        </w:rPr>
        <w:t xml:space="preserve">[46:40] </w:t>
      </w:r>
      <w:r>
        <w:t>doosri taraf Libi government ki taraf se Musalman bulaye gaye the. Is mein mujhe bhi is mein bulaya gaya tha, to main bhi is mein shareek tha. Yeh hawaar ya dialogue ek haftay tak chala Muslim Christian ke darmiyan.</w:t>
      </w:r>
    </w:p>
    <w:p>
      <w:pPr>
        <w:jc w:val="right"/>
      </w:pPr>
      <w:r>
        <w:t>دوسری طرف لیبی گورنمنٹ کی طرف سے مسلمان بلائے گئے تھے۔ اس میں مجھے بھی اس میں بلایا گیا تھا، تو میں بھی اس میں شریک تھا۔ یہ حوار یا ڈائیلاگ ایک ہفتے تک چلا مسلم کرسچن کے درمیان۔</w:t>
      </w:r>
    </w:p>
    <w:p>
      <w:r>
        <w:rPr>
          <w:b/>
        </w:rPr>
        <w:t xml:space="preserve">[46:59] </w:t>
      </w:r>
      <w:r>
        <w:t>koi faisla nahi hua, kyunke dono apne apne mutalbe par are hue the.</w:t>
      </w:r>
    </w:p>
    <w:p>
      <w:pPr>
        <w:jc w:val="right"/>
      </w:pPr>
      <w:r>
        <w:t>کوئی فیصلہ نہیں ہوا، کیونکہ دونوں اپنے اپنے مطالبے پر اڑے ہوئے تھے۔</w:t>
      </w:r>
    </w:p>
    <w:p>
      <w:r>
        <w:rPr>
          <w:b/>
        </w:rPr>
        <w:t xml:space="preserve">[47:09] </w:t>
      </w:r>
      <w:r>
        <w:t>Musalman kehte the ke aap yeh maaniye ke Muhammad Sallallahu Alaihi Wasallam Allah ke Rasool the,</w:t>
      </w:r>
    </w:p>
    <w:p>
      <w:pPr>
        <w:jc w:val="right"/>
      </w:pPr>
      <w:r>
        <w:t>مسلمان کہتے تھے کہ آپ یہ مانیے کہ محمد صلی اللہ علیہ وسلم اللہ کے رسول تھے،</w:t>
      </w:r>
    </w:p>
    <w:p>
      <w:r>
        <w:rPr>
          <w:b/>
        </w:rPr>
        <w:t xml:space="preserve">[47:18] </w:t>
      </w:r>
      <w:r>
        <w:t>to is ko maanne ke liye Isaai tayyar nahi the.</w:t>
      </w:r>
    </w:p>
    <w:p>
      <w:pPr>
        <w:jc w:val="right"/>
      </w:pPr>
      <w:r>
        <w:t>تو اس کو ماننے کے لیے عیسائی تیار نہیں تھے۔</w:t>
      </w:r>
    </w:p>
    <w:p>
      <w:r>
        <w:rPr>
          <w:b/>
        </w:rPr>
        <w:t xml:space="preserve">[47:25] </w:t>
      </w:r>
      <w:r>
        <w:t>Isaai kehte the ke aap yeh maaniye ke Hazrat Masih jo masloob hue to saare gunah samait le gaye. Woh is ko Musalman nahi maante the.</w:t>
      </w:r>
    </w:p>
    <w:p>
      <w:pPr>
        <w:jc w:val="right"/>
      </w:pPr>
      <w:r>
        <w:t>عیسائی کہتے تھے کہ آپ یہ مانیے کہ حضرت مسیح جو مصلوب ہوئے تو سارے گناہ سمیٹ لے گئے۔ وہ اس کو مسلمان نہیں مانتے تھے۔</w:t>
      </w:r>
    </w:p>
    <w:p>
      <w:r>
        <w:rPr>
          <w:b/>
        </w:rPr>
        <w:t xml:space="preserve">[47:34] </w:t>
      </w:r>
      <w:r>
        <w:t>to gharaaz hai ke ek haftay ke paas ke baad bhi kuch hota hi nahi hua. To aakhir mein ek nek fa'al ke taur par yeh tay huwa ke khatma to kam az kam acha hona chahiye.</w:t>
      </w:r>
    </w:p>
    <w:p>
      <w:pPr>
        <w:jc w:val="right"/>
      </w:pPr>
      <w:r>
        <w:t>تو غرض ہے کہ ایک ہفتے کے پاس کے بعد بھی کچھ ہوتا ہی نہیں ہوا۔ تو آخر میں ایک نیک فعال کے طور پر یہ طے ہوا کہ خاتمہ تو کم از کم اچھا ہونا چاہیے۔</w:t>
      </w:r>
    </w:p>
    <w:p>
      <w:r>
        <w:rPr>
          <w:b/>
        </w:rPr>
        <w:t xml:space="preserve">[47:50] </w:t>
      </w:r>
      <w:r>
        <w:t>to</w:t>
      </w:r>
    </w:p>
    <w:p>
      <w:pPr>
        <w:jc w:val="right"/>
      </w:pPr>
      <w:r>
        <w:t>تو</w:t>
      </w:r>
    </w:p>
    <w:p>
      <w:r>
        <w:rPr>
          <w:b/>
        </w:rPr>
        <w:t xml:space="preserve">[47:51] </w:t>
      </w:r>
      <w:r>
        <w:t>is ki shakal yeh ki gayi ke Injeel, yani New Testament se ek cheez parhi jaye khatme ke liye, aur Quran se kuch parha jaye.</w:t>
      </w:r>
    </w:p>
    <w:p>
      <w:pPr>
        <w:jc w:val="right"/>
      </w:pPr>
      <w:r>
        <w:t>اس کی شکل یہ کی گئی کہ انجیل، یعنی نیو ٹیسٹمنٹ سے ایک چیز پڑھی جائے خاتمے کے لیے، اور قرآن سے کچھ پڑھا جائے۔</w:t>
      </w:r>
    </w:p>
    <w:p>
      <w:r>
        <w:rPr>
          <w:b/>
        </w:rPr>
        <w:t xml:space="preserve">[48:03] </w:t>
      </w:r>
      <w:r>
        <w:t>to Lebanon ka ek Isaai, aap jante hain, Lebanon ki zabaan Arabi hai. To ek Isaai jo Lubnani the, jinki maadri zabaan Arabi thi, aur unhon ne qira'at bhi seekhi thi,</w:t>
      </w:r>
    </w:p>
    <w:p>
      <w:pPr>
        <w:jc w:val="right"/>
      </w:pPr>
      <w:r>
        <w:t>تو لبنان کا ایک عیسائی، آپ جانتے ہیں، لبنان کی زبان عربی ہے۔ تو ایک عیسائی جو لبنانی تھے، جن کی مادری زبان عربی تھی، اور انہوں نے قرأت بھی سیکھی تھی،</w:t>
      </w:r>
    </w:p>
    <w:p>
      <w:r>
        <w:rPr>
          <w:b/>
        </w:rPr>
        <w:t xml:space="preserve">[48:17] </w:t>
      </w:r>
      <w:r>
        <w:t>un ko muntakhib kiya gaya ke New Testament jo Arabi tarjuma hai, us ka ek hissa parhein aur Quran ka ek ruku parhein.</w:t>
      </w:r>
    </w:p>
    <w:p>
      <w:pPr>
        <w:jc w:val="right"/>
      </w:pPr>
      <w:r>
        <w:t>ان کو منتخب کیا گیا کہ نیو ٹیسٹمنٹ جو عربی ترجمہ ہے، اس کا ایک حصہ پڑھیں اور قرآن کا ایک رکوع پڑھیں۔</w:t>
      </w:r>
    </w:p>
    <w:p>
      <w:r>
        <w:rPr>
          <w:b/>
        </w:rPr>
        <w:t xml:space="preserve">[48:30] </w:t>
      </w:r>
      <w:r>
        <w:t>to is Isaai scholar ne, Isaai Isaai father, father ne jo Arabi jaanta tha aur qira'at bhi jaanta tha, qira'at to bohat hi, bohat hi zyada achhe tareeqay se is ne pehle Yuhanna ka ek ek hissa parha,</w:t>
      </w:r>
    </w:p>
    <w:p>
      <w:pPr>
        <w:jc w:val="right"/>
      </w:pPr>
      <w:r>
        <w:t>تو اس عیسائی اسکالر نے، عیسائی عیسائی فادر، فادر نے جو عربی جانتا تھا اور قرأت بھی جانتا تھا، قرأت تو بہت ہی، بہت ہی زیادہ اچھے طریقے سے اس نے پہلے یوحنا کا ایک ایک حصہ پڑھا،</w:t>
      </w:r>
    </w:p>
    <w:p>
      <w:r>
        <w:rPr>
          <w:b/>
        </w:rPr>
        <w:t xml:space="preserve">[48:52] </w:t>
      </w:r>
      <w:r>
        <w:t>Injeel yani Arabi mein. Zahir hai ke woh Christian tha, khoob jitna acha bana sakta tha, bana ke parha is ne.</w:t>
      </w:r>
    </w:p>
    <w:p>
      <w:pPr>
        <w:jc w:val="right"/>
      </w:pPr>
      <w:r>
        <w:t>انجیل یعنی عربی میں۔ ظاہر ہے کہ وہ کرسچن تھا، خوب جتنا اچھا بنا سکتا تھا، بنا کے پڑھا اس نے۔</w:t>
      </w:r>
    </w:p>
    <w:p>
      <w:r>
        <w:rPr>
          <w:b/>
        </w:rPr>
        <w:t xml:space="preserve">[49:02] </w:t>
      </w:r>
      <w:r>
        <w:t>is se is ke baad isi shakhs ne, wohi same Christian ne, Quran ka ek ruku parha.</w:t>
      </w:r>
    </w:p>
    <w:p>
      <w:pPr>
        <w:jc w:val="right"/>
      </w:pPr>
      <w:r>
        <w:t>اس سے اس کے بعد اسی شخص نے، وہی سیم کرسچن نے، قرآن کا ایک رکوع پڑھا۔</w:t>
      </w:r>
    </w:p>
    <w:p>
      <w:r>
        <w:rPr>
          <w:b/>
        </w:rPr>
        <w:t xml:space="preserve">[49:13] </w:t>
      </w:r>
      <w:r>
        <w:t>Abhi tak woh manzar goonj raha hai meri aankhon ke samne. Yani jab Quran ki awaaz buland hui, is haal mein wahan paanch sau aadmi maujood the, haal mein 500,</w:t>
      </w:r>
    </w:p>
    <w:p>
      <w:pPr>
        <w:jc w:val="right"/>
      </w:pPr>
      <w:r>
        <w:t>ابھی تک وہ منظر گونج رہا ہے میری آنکھوں کے سامنے۔ یعنی جب قرآن کی آواز بلند ہوئی، اس حال میں وہاں پانچ سو آدمی موجود تھے، حال میں 500،</w:t>
      </w:r>
    </w:p>
    <w:p>
      <w:r>
        <w:rPr>
          <w:b/>
        </w:rPr>
        <w:t xml:space="preserve">[49:27] </w:t>
      </w:r>
      <w:r>
        <w:t>aur bohat zabardast haal tha, bohat acha mic ka intezaam tha.</w:t>
      </w:r>
    </w:p>
    <w:p>
      <w:pPr>
        <w:jc w:val="right"/>
      </w:pPr>
      <w:r>
        <w:t>اور بہت زبردست حال تھا، بہت اچھا مائیک کا انتظام تھا۔</w:t>
      </w:r>
    </w:p>
    <w:p>
      <w:r>
        <w:rPr>
          <w:b/>
        </w:rPr>
        <w:t xml:space="preserve">[49:34] </w:t>
      </w:r>
      <w:r>
        <w:t>to jab is ne Quran ka ruku parha to yaqeen kijiye ke mujhe wohi ayat yaad aayi: "Fa idha yal tahlufukoon".</w:t>
      </w:r>
    </w:p>
    <w:p>
      <w:pPr>
        <w:jc w:val="right"/>
      </w:pPr>
      <w:r>
        <w:t>تو جب اس نے قرآن کا رکوع پڑھا تو یقین کیجئے کہ مجھے وہی آیت یاد آئی: "فیدا یا تلخفکون"۔</w:t>
      </w:r>
    </w:p>
    <w:p>
      <w:r>
        <w:rPr>
          <w:b/>
        </w:rPr>
        <w:t xml:space="preserve">[49:45] </w:t>
      </w:r>
      <w:r>
        <w:t>yani Quran ki awaaz Injeel ki awaaz ki nikal gayi.</w:t>
      </w:r>
    </w:p>
    <w:p>
      <w:pPr>
        <w:jc w:val="right"/>
      </w:pPr>
      <w:r>
        <w:t>یعنی قرآن کی آواز انجیل کی آواز کی نکل گئی۔</w:t>
      </w:r>
    </w:p>
    <w:p>
      <w:r>
        <w:rPr>
          <w:b/>
        </w:rPr>
        <w:t xml:space="preserve">[49:53] </w:t>
      </w:r>
      <w:r>
        <w:t>is waqt mujhe yahi taasur hua tha ke dekho, yeh awaz hi nikal rahi hai, mani to abhi mani ka izhaar nahi hua. abhi</w:t>
      </w:r>
    </w:p>
    <w:p>
      <w:pPr>
        <w:jc w:val="right"/>
      </w:pPr>
      <w:r>
        <w:t>اس وقت مجھے یہی تاثر ہوا تھا کہ دیکھو، یہ آواز ہی نکل رہی ہے، معنی تو ابھی معنی کا اظہار نہیں ہوا۔ ابھی</w:t>
      </w:r>
    </w:p>
    <w:p>
      <w:r>
        <w:rPr>
          <w:b/>
        </w:rPr>
        <w:t xml:space="preserve">[50:02] </w:t>
      </w:r>
      <w:r>
        <w:t>yeh sab log bilkul shashdar ho gaye, poore haal mein jaise quran chha gaya, aur woh uski awaz dab gayi.</w:t>
      </w:r>
    </w:p>
    <w:p>
      <w:pPr>
        <w:jc w:val="right"/>
      </w:pPr>
      <w:r>
        <w:t>یہ سب لوگ بالکل ششدر ہو گئے، پورے حال میں جیسے قرآن چھا گیا، اور وہ اس کی آواز دب گئی۔</w:t>
      </w:r>
    </w:p>
    <w:p>
      <w:r>
        <w:rPr>
          <w:b/>
        </w:rPr>
        <w:t xml:space="preserve">[50:14] </w:t>
      </w:r>
      <w:r>
        <w:t>log itne mashhoor the, itne mashhoor the ke jab bahar nikle, christian bhi mashhoor the, woh awaz jo thi quran ki, jis ko main ne kaha ke is ne likha hai ke waqatan yeh hai quran mein sound art park salam</w:t>
      </w:r>
    </w:p>
    <w:p>
      <w:pPr>
        <w:jc w:val="right"/>
      </w:pPr>
      <w:r>
        <w:t>لوگ اتنے مشہور تھے، اتنے مشہور تھے کہ جب باہر نکلے، کرسچن بھی مشہور تھے، وہ آواز جو تھی قرآن کی، جس کو میں نے کہا کہ اس نے لکھا ہے کہ واقعتا یہ ہے قرآن میں ساؤنڈ آرٹ پارک سلام</w:t>
      </w:r>
    </w:p>
    <w:p>
      <w:r>
        <w:rPr>
          <w:b/>
        </w:rPr>
        <w:t xml:space="preserve">[50:31] </w:t>
      </w:r>
      <w:r>
        <w:t>. koi bhi aap karein, ek achha qari jab padhta hai to aap dekhein kitna ajeeb taasur hota hai is ka. main ne har zaban, har mazhab kitabein suni hain, un ke peshwaon ke zariye se mukhtalif jalason mein woh padhte hain.</w:t>
      </w:r>
    </w:p>
    <w:p>
      <w:pPr>
        <w:jc w:val="right"/>
      </w:pPr>
      <w:r>
        <w:t>۔ کوئی بھی آپ کریں، ایک اچھا قاری جب پڑھتا ہے تو آپ دیکھیں کتنا عجیب تاثر ہوتا ہے اس کا۔ میں نے ہر زبان، ہر مذہب کتابیں سنی ہیں، ان کے پیشواؤں کے ذریعے سے مختلف جلسوں میں وہ پڑھتے ہیں۔</w:t>
      </w:r>
    </w:p>
    <w:p>
      <w:r>
        <w:rPr>
          <w:b/>
        </w:rPr>
        <w:t xml:space="preserve">[50:49] </w:t>
      </w:r>
      <w:r>
        <w:t>log har mazhab wale kisi mazhabi kitab mein woh shaan o shukoh, woh shukoh nahi, woh sound art nahi jo quran mein hai.</w:t>
      </w:r>
    </w:p>
    <w:p>
      <w:pPr>
        <w:jc w:val="right"/>
      </w:pPr>
      <w:r>
        <w:t>لوگ ہر مذہب والے کسی مذہبی کتاب میں وہ شان و شکوہ، وہ شکوہ نہیں، وہ ساؤنڈ آرٹ نہیں جو قرآن میں ہے۔</w:t>
      </w:r>
    </w:p>
    <w:p>
      <w:r>
        <w:rPr>
          <w:b/>
        </w:rPr>
        <w:t xml:space="preserve">[51:00] </w:t>
      </w:r>
      <w:r>
        <w:t>kisi bhi mazhabi kitab mein, har mazhabi kitab ko main ne sunaya hai seminar waghera mein, conference mein.</w:t>
      </w:r>
    </w:p>
    <w:p>
      <w:pPr>
        <w:jc w:val="right"/>
      </w:pPr>
      <w:r>
        <w:t>کسی بھی مذہبی کتاب میں، ہر مذہبی کتاب کو میں نے سنایا ہے سیمینار وغیرہ میں، کانفرنس میں۔</w:t>
      </w:r>
    </w:p>
    <w:p>
      <w:r>
        <w:rPr>
          <w:b/>
        </w:rPr>
        <w:t xml:space="preserve">[51:09] </w:t>
      </w:r>
      <w:r>
        <w:t>to wahan par jab hum log nikle bahar to wahan bas chaye ka intezam tha. ek mez par do do aadmi baithte the, chhoti chhoti mezein hoti theen. to ek mez par main baitha, doosri taraf ek the doctor solical, jo vatican se aaye the, un ka naam tha doctor solical.</w:t>
      </w:r>
    </w:p>
    <w:p>
      <w:pPr>
        <w:jc w:val="right"/>
      </w:pPr>
      <w:r>
        <w:t>تو وہاں پر جب ہم لوگ نکلے باہر تو وہاں بس چائے کا انتظام تھا۔ ایک میز پر دو دو آدمی بیٹھتے تھے، چھوٹی چھوٹی میزیں ہوتی تھیں۔ تو ایک میز پر میں بیٹھا، دوسری طرف ایک تھے ڈاکٹر سولیکل، جو ویٹیکن سے آئے تھے، ان کا نام تھا ڈاکٹر سولیکل۔</w:t>
      </w:r>
    </w:p>
    <w:p>
      <w:r>
        <w:rPr>
          <w:b/>
        </w:rPr>
        <w:t xml:space="preserve">[51:30] </w:t>
      </w:r>
      <w:r>
        <w:t>to isi isi is mein the, woh abhi tak isi taasur mein. main ne un se poocha ke aap ka kya khayal hai, quran khuda ki kitab hai?</w:t>
      </w:r>
    </w:p>
    <w:p>
      <w:pPr>
        <w:jc w:val="right"/>
      </w:pPr>
      <w:r>
        <w:t>تو اسی اسی اس میں تھے، وہ ابھی تک اسی تاثر میں۔ میں نے ان سے پوچھا کہ آپ کا کیا خیال ہے، قرآن خدا کی کتاب ہے؟</w:t>
      </w:r>
    </w:p>
    <w:p>
      <w:r>
        <w:rPr>
          <w:b/>
        </w:rPr>
        <w:t xml:space="preserve">[51:43] </w:t>
      </w:r>
      <w:r>
        <w:t>to aap taajub karein ke is waqt isi ke zer asar woh keh gaye ke haan, khuda ki kitab hai. halanke abhi wahi shakhs, yani kuch der pehle, ek hafte tak inkaar karta tha ke khuda ki kitab nahi hai.</w:t>
      </w:r>
    </w:p>
    <w:p>
      <w:pPr>
        <w:jc w:val="right"/>
      </w:pPr>
      <w:r>
        <w:t>تو آپ تعجب کریں کہ اس وقت اسی کے زیر اثر وہ کہہ گئے کہ ہاں، خدا کی کتاب ہے۔ حالانکہ ابھی وہی شخص، یعنی کچھ دیر پہلے، ایک ہفتے تک انکار کرتا تھا کہ خدا کی کتاب نہیں ہے۔</w:t>
      </w:r>
    </w:p>
    <w:p>
      <w:r>
        <w:rPr>
          <w:b/>
        </w:rPr>
        <w:t xml:space="preserve">[51:56] </w:t>
      </w:r>
      <w:r>
        <w:t>christian side jo thi, woh manti nahi thi ke khuda ki kitab hai quran. aur wahan par woh keh gaye ke haan, khuda ki kitab hai.</w:t>
      </w:r>
    </w:p>
    <w:p>
      <w:pPr>
        <w:jc w:val="right"/>
      </w:pPr>
      <w:r>
        <w:t>کرسچن سائیڈ جو تھی، وہ مانتی نہیں تھی کہ خدا کی کتاب ہے قرآن۔ اور وہاں پر وہ کہہ گئے کہ ہاں، خدا کی کتاب ہے۔</w:t>
      </w:r>
    </w:p>
    <w:p>
      <w:r>
        <w:rPr>
          <w:b/>
        </w:rPr>
        <w:t xml:space="preserve">[52:05] </w:t>
      </w:r>
      <w:r>
        <w:t>phir kuch der ke baad un ko ehsas hua ke main ne kya keh diya. to woh kehte hain ke khuda ki kitab thi, magar woh sirf arab ke liye thi, us ko unhon ne rectify kiya.</w:t>
      </w:r>
    </w:p>
    <w:p>
      <w:pPr>
        <w:jc w:val="right"/>
      </w:pPr>
      <w:r>
        <w:t>پھر کچھ دیر کے بعد ان کو احساس ہوا کہ میں نے کیا کہہ دیا۔ تو وہ کہتے ہیں کہ خدا کی کتاب تھی، مگر وہ صرف عرب کے لیے تھی، اس کو انہوں نے ریکٹیفائی کیا۔</w:t>
      </w:r>
    </w:p>
    <w:p>
      <w:r>
        <w:rPr>
          <w:b/>
        </w:rPr>
        <w:t xml:space="preserve">[52:19] </w:t>
      </w:r>
      <w:r>
        <w:t>to yeh hai quran ki ki taaseer.</w:t>
      </w:r>
    </w:p>
    <w:p>
      <w:pPr>
        <w:jc w:val="right"/>
      </w:pPr>
      <w:r>
        <w:t>تو یہ ہے قرآن کی کی تاثیر۔</w:t>
      </w:r>
    </w:p>
    <w:p>
      <w:r>
        <w:rPr>
          <w:b/>
        </w:rPr>
        <w:t xml:space="preserve">[52:25] </w:t>
      </w:r>
      <w:r>
        <w:t>ab ghor farmayein, ek yeh is tarah ki baat hai jo log kehte hain ke hum ko afai dis rahe hain, afai nikal rahe hain, istismar ka saanp hamein nikal raha hai, istithna ka saanp hum ko nikal raha hai,</w:t>
      </w:r>
    </w:p>
    <w:p>
      <w:pPr>
        <w:jc w:val="right"/>
      </w:pPr>
      <w:r>
        <w:t>اب غور فرمائیں، ایک یہ اس طرح کی بات ہے جو لوگ کہتے ہیں کہ ہم کو افائی ڈس رہے ہیں، افائی نکل رہے ہیں، استعمار کا سانپ ہمیں نکل رہا ہے، استثراء کا سانپ ہم کو نکل رہا ہے،</w:t>
      </w:r>
    </w:p>
    <w:p>
      <w:r>
        <w:rPr>
          <w:b/>
        </w:rPr>
        <w:t xml:space="preserve">[52:38] </w:t>
      </w:r>
      <w:r>
        <w:t>tansir ka saanp hum ko nikal raha hai. to kya aap samajhte hain ke yeh yeh yeh aqal wale log hain? aqal wale log hi hain, in ko haqiqatein dikhai deti hain, woh log hain,</w:t>
      </w:r>
    </w:p>
    <w:p>
      <w:pPr>
        <w:jc w:val="right"/>
      </w:pPr>
      <w:r>
        <w:t>تنصیر کا سانپ ہم کو نکل رہا ہے۔ تو کیا آپ سمجھتے ہیں کہ یہ یہ یہ عقل والے لوگ ہیں؟ عقل والے لوگ ہی ہیں، ان کو حقیقتیں دکھائی دیتی ہیں، وہ لوگ ہیں،</w:t>
      </w:r>
    </w:p>
    <w:p>
      <w:r>
        <w:rPr>
          <w:b/>
        </w:rPr>
        <w:t xml:space="preserve">[52:52] </w:t>
      </w:r>
      <w:r>
        <w:t>haqaiq se bekhabar log hain. yeh</w:t>
      </w:r>
    </w:p>
    <w:p>
      <w:pPr>
        <w:jc w:val="right"/>
      </w:pPr>
      <w:r>
        <w:t>حقائق سے بے خبر لوگ ہیں۔ یہ</w:t>
      </w:r>
    </w:p>
    <w:p>
      <w:r>
        <w:rPr>
          <w:b/>
        </w:rPr>
        <w:t xml:space="preserve">[52:59] </w:t>
      </w:r>
      <w:r>
        <w:t>to jaisa ke main ne arz kiya ke woh log jo apne ko kehte hain ke hum khair ummat hain,</w:t>
      </w:r>
    </w:p>
    <w:p>
      <w:pPr>
        <w:jc w:val="right"/>
      </w:pPr>
      <w:r>
        <w:t>تو جیسا کہ میں نے عرض کیا کہ وہ لوگ جو اپنے کو کہتے ہیں کہ ہم خیر امت ہیں،</w:t>
      </w:r>
    </w:p>
    <w:p>
      <w:r>
        <w:rPr>
          <w:b/>
        </w:rPr>
        <w:t xml:space="preserve">[53:07] </w:t>
      </w:r>
      <w:r>
        <w:t>hum sab se zyada</w:t>
      </w:r>
    </w:p>
    <w:p>
      <w:pPr>
        <w:jc w:val="right"/>
      </w:pPr>
      <w:r>
        <w:t>ہم سب سے زیادہ</w:t>
      </w:r>
    </w:p>
    <w:p>
      <w:r>
        <w:rPr>
          <w:b/>
        </w:rPr>
        <w:t xml:space="preserve">[53:11] </w:t>
      </w:r>
      <w:r>
        <w:t>afzal hain, to kaisi ajeeb b</w:t>
      </w:r>
    </w:p>
    <w:p>
      <w:pPr>
        <w:jc w:val="right"/>
      </w:pPr>
      <w:r>
        <w:t>افضل ہیں، تو کیسی عجیب ب</w:t>
      </w:r>
    </w:p>
    <w:p>
      <w:r>
        <w:rPr>
          <w:b/>
        </w:rPr>
        <w:t xml:space="preserve">[53:16] </w:t>
      </w:r>
      <w:r>
        <w:t>at hai, koi sochte nahi ke ummat e musa ka jo asa tha, woh to nikal gaya doosri qomon ke jadugari ko.</w:t>
      </w:r>
    </w:p>
    <w:p>
      <w:pPr>
        <w:jc w:val="right"/>
      </w:pPr>
      <w:r>
        <w:t>ات ہے، کوئی سوچتے نہیں کہ امت موسیٰ کا جو عصا تھا، وہ تو نکل گیا دوسری قوموں کے جادوگری کو۔</w:t>
      </w:r>
    </w:p>
    <w:p>
      <w:r>
        <w:rPr>
          <w:b/>
        </w:rPr>
        <w:t xml:space="preserve">[53:32] </w:t>
      </w:r>
      <w:r>
        <w:t>aur yahan ummat e muhammad ka haal yeh hai ke doosre doosron doosre saanp in ko nikal rahe hain. kaisi ajeeb baat hai?</w:t>
      </w:r>
    </w:p>
    <w:p>
      <w:pPr>
        <w:jc w:val="right"/>
      </w:pPr>
      <w:r>
        <w:t>اور یہاں امت محمد کا حال یہ ہے کہ دوسرے دوسروں دوسرے سانپ ان کو نکل رہے ہیں۔ کیسی عجیب بات ہے؟</w:t>
      </w:r>
    </w:p>
    <w:p>
      <w:r>
        <w:rPr>
          <w:b/>
        </w:rPr>
        <w:t xml:space="preserve">[53:43] </w:t>
      </w:r>
      <w:r>
        <w:t>to yaad rakhiye, hum aap ko chahiye ke hum ijtamai toba karein, ijtamai toba, ijtamai toba sari ummat e muslema karein ke hum do sau saal se fareb mein phirte, hum bekhabar the ke hamare paas quran hai, hamare paas moajza hai, hamare paas khuda ki sab se badi taqat hai.</w:t>
      </w:r>
    </w:p>
    <w:p>
      <w:pPr>
        <w:jc w:val="right"/>
      </w:pPr>
      <w:r>
        <w:t>تو یاد رکھیے، ہم آپ کو چاہیے کہ ہم اجتماعی توبہ کریں، اجتماعی توبہ، اجتماعی توبہ ساری امت مسلمہ کریں کہ ہم دو سو سال سے فریب میں پھرتے، ہم بے خبر تھے کہ ہمارے پاس قرآن ہے، ہمارے پاس معجزہ ہے، ہمارے پاس خدا کی سب سے بڑی طاقت ہے۔</w:t>
      </w:r>
    </w:p>
    <w:p>
      <w:r>
        <w:rPr>
          <w:b/>
        </w:rPr>
        <w:t xml:space="preserve">[54:04] </w:t>
      </w:r>
      <w:r>
        <w:t>phir se quran ko padhein, phir se quran par ghor karein, phir se quran ko discover karein.</w:t>
      </w:r>
    </w:p>
    <w:p>
      <w:pPr>
        <w:jc w:val="right"/>
      </w:pPr>
      <w:r>
        <w:t>پھر سے قرآن کو پڑھیں، پھر سے قرآن پر غور کریں، پھر سے قرآن کو ڈسکور کریں۔</w:t>
      </w:r>
    </w:p>
    <w:p>
      <w:r>
        <w:rPr>
          <w:b/>
        </w:rPr>
        <w:t xml:space="preserve">[54:15] </w:t>
      </w:r>
      <w:r>
        <w:t>we have to rediscover the quran, we have to rediscover the divine plan, we have to rediscover the</w:t>
      </w:r>
    </w:p>
    <w:p>
      <w:pPr>
        <w:jc w:val="right"/>
      </w:pPr>
      <w:r>
        <w:t>وی ہیو ٹو ری ڈسکور دا قرآن، وی ہیو ٹو ری ڈسکور دا ڈیوائن پلان، وی ہیو ٹو ری ڈسکور دا</w:t>
      </w:r>
    </w:p>
    <w:p>
      <w:r>
        <w:rPr>
          <w:b/>
        </w:rPr>
        <w:t xml:space="preserve">[54:28] </w:t>
      </w:r>
      <w:r>
        <w:t>the power of divine religion.</w:t>
      </w:r>
    </w:p>
    <w:p>
      <w:pPr>
        <w:jc w:val="right"/>
      </w:pPr>
      <w:r>
        <w:t>دا پاور آف ڈیوائن ریلیجن۔</w:t>
      </w:r>
    </w:p>
    <w:p>
      <w:r>
        <w:rPr>
          <w:b/>
        </w:rPr>
        <w:t xml:space="preserve">[54:39] </w:t>
      </w:r>
      <w:r>
        <w:t>warna yeh hum log jahiliyat mein jee rahe hain. jahiliyat mein</w:t>
      </w:r>
    </w:p>
    <w:p>
      <w:pPr>
        <w:jc w:val="right"/>
      </w:pPr>
      <w:r>
        <w:t>ورنہ یہ ہم لوگ جاہلیت میں جی رہے ہیں۔ جاہلیت میں</w:t>
      </w:r>
    </w:p>
    <w:p>
      <w:r>
        <w:rPr>
          <w:b/>
        </w:rPr>
        <w:t xml:space="preserve">[54:43] </w:t>
      </w:r>
      <w:r>
        <w:t>agar hum ne re-discover nahi kiya to hum goya ke jahiliyat ki zindagi jee rahe hain aur jahiliyat ki maut maren ge.</w:t>
      </w:r>
    </w:p>
    <w:p>
      <w:pPr>
        <w:jc w:val="right"/>
      </w:pPr>
      <w:r>
        <w:t>اگر ہم نے ری ڈسکور نہیں کیا تو ہم گویا کہ جاہلیت کی زندگی جی رہے ہیں اور جاہلیت کی موت مریں گے۔</w:t>
      </w:r>
    </w:p>
    <w:p>
      <w:r>
        <w:rPr>
          <w:b/>
        </w:rPr>
        <w:t xml:space="preserve">[54:56] </w:t>
      </w:r>
      <w:r>
        <w:t>to waqt aa gaya hai ke hum ijtamai toba karein, phir se quran ko discover karein, phir se islam ki taqat ko daryaft karein, phir se apne imaan ko revive karein,</w:t>
      </w:r>
    </w:p>
    <w:p>
      <w:pPr>
        <w:jc w:val="right"/>
      </w:pPr>
      <w:r>
        <w:t>تو وقت آگیا ہے کہ ہم اجتماعی توبہ کریں، پھر سے قرآن کو ڈسکور کریں، پھر سے اسلام کی طاقت کو دریافت کریں، پھر سے اپنے ایمان کو ریوائیو کریں،</w:t>
      </w:r>
    </w:p>
    <w:p>
      <w:r>
        <w:rPr>
          <w:b/>
        </w:rPr>
        <w:t xml:space="preserve">[55:10] </w:t>
      </w:r>
      <w:r>
        <w:t>phir se Allah ki taraf rujoo karein,</w:t>
      </w:r>
    </w:p>
    <w:p>
      <w:pPr>
        <w:jc w:val="right"/>
      </w:pPr>
      <w:r>
        <w:t>پھر سے اللہ کی طرف رجوع کریں،</w:t>
      </w:r>
    </w:p>
    <w:p>
      <w:r>
        <w:rPr>
          <w:b/>
        </w:rPr>
        <w:t xml:space="preserve">[55:13] </w:t>
      </w:r>
      <w:r>
        <w:t>bad duaon ko chhod kar duaen karein, khatraat ki nishani ko chhod kar imkanat ko daryaft karein, saanpon ke baatein ko chhod kar asa ki baat karein,</w:t>
      </w:r>
    </w:p>
    <w:p>
      <w:pPr>
        <w:jc w:val="right"/>
      </w:pPr>
      <w:r>
        <w:t>بد دعاؤں کو چھوڑ کر دعائیں کریں، خطرات کی نشانی کو چھوڑ کر امکانات کو دریافت کریں، سانپوں کے باتیں کو چھوڑ کر عصا کی بات کریں،</w:t>
      </w:r>
    </w:p>
    <w:p>
      <w:r>
        <w:rPr>
          <w:b/>
        </w:rPr>
        <w:t xml:space="preserve">[55:28] </w:t>
      </w:r>
      <w:r>
        <w:t>asa Khudaai ki. main dua karta hoon ke Allah taala mujh ko aur aap ko sirat-e-mustaqeem ki tofeeq de. aqool qaul wa astaghfirullah li walakum ajmaeen.</w:t>
      </w:r>
    </w:p>
    <w:p>
      <w:pPr>
        <w:jc w:val="right"/>
      </w:pPr>
      <w:r>
        <w:t>عصا خدائی کی۔ میں دعا کرتا ہوں کہ اللہ تعالی مجھ کو اور آپ کو صراط مستقیم کی توفیق دے۔ اقول قول واستغفراللہ لیلکم اجمعین۔</w:t>
      </w:r>
    </w:p>
    <w:p>
      <w:r>
        <w:rPr>
          <w:b/>
        </w:rPr>
        <w:t xml:space="preserve">[55:56] </w:t>
      </w:r>
      <w:r>
        <w:t>maulana, yeh sawal aaya hai Mr. Tasawwur Hussain ka London se. unhon ne likha hai ke "I wish to ask one question from Maulana sahib as I am writing my thesis and taking guidance from his books and videos.</w:t>
      </w:r>
    </w:p>
    <w:p>
      <w:pPr>
        <w:jc w:val="right"/>
      </w:pPr>
      <w:r>
        <w:t>مولانا، یہ سوال آیا ہے مسٹر تصور حسین کا لندن سے۔ انہوں نے لکھا ہے کہ "آئی وش ٹو اسک ون کوئسچن فرام مولانا صاحب ایز آئی ایم رائٹنگ مائی تھیسز اینڈ ٹیکنگ گائیڈنس فرام ہز بکس اینڈ ویڈیوز۔</w:t>
      </w:r>
    </w:p>
    <w:p>
      <w:r>
        <w:rPr>
          <w:b/>
        </w:rPr>
        <w:t xml:space="preserve">[56:13] </w:t>
      </w:r>
      <w:r>
        <w:t>My question is whether ideas shape the material structure of the world or material shapes the ideas and what is the true essence of their relationship?" Kindly comment.</w:t>
      </w:r>
    </w:p>
    <w:p>
      <w:pPr>
        <w:jc w:val="right"/>
      </w:pPr>
      <w:r>
        <w:t>مائی کوئسچن از ویدر آئیڈیاز شیپ دی مٹیریل سٹرکچر آف دا ورلڈ اور مٹیریل شیپس دی آئیڈیاز اینڈ واٹ از دا ٹرو ایسنس آف دیر ریلیشن شپ؟" کائنڈلی کمنٹ۔</w:t>
      </w:r>
    </w:p>
    <w:p>
      <w:r>
        <w:rPr>
          <w:b/>
        </w:rPr>
        <w:t xml:space="preserve">[56:32] </w:t>
      </w:r>
      <w:r>
        <w:t>bohat dilchasp question hai yeh.</w:t>
      </w:r>
    </w:p>
    <w:p>
      <w:pPr>
        <w:jc w:val="right"/>
      </w:pPr>
      <w:r>
        <w:t>بہت دلچسپ کوئسچن ہے یہ۔</w:t>
      </w:r>
    </w:p>
    <w:p>
      <w:r>
        <w:rPr>
          <w:b/>
        </w:rPr>
        <w:t xml:space="preserve">[56:36] </w:t>
      </w:r>
      <w:r>
        <w:t>yeh Karl Marx ne yeh baat kahi thi ke material halaat jo hain wahi insaan ki soch banate hain, is ka ulta nahi hai.</w:t>
      </w:r>
    </w:p>
    <w:p>
      <w:pPr>
        <w:jc w:val="right"/>
      </w:pPr>
      <w:r>
        <w:t>یہ کارل ماس نے یہ بات کہی تھی کہ مٹیریل حالات جو ہیں وہی انسان کی سوچ بناتے ہیں، اس کا الٹا نہیں ہے۔</w:t>
      </w:r>
    </w:p>
    <w:p>
      <w:r>
        <w:rPr>
          <w:b/>
        </w:rPr>
        <w:t xml:space="preserve">[56:48] </w:t>
      </w:r>
      <w:r>
        <w:t>yani insaan ki soch material halaat nahi banati, lekin yeh to ghalat sabit ho gaya, yeh to ghalat sabit ho gaya,</w:t>
      </w:r>
    </w:p>
    <w:p>
      <w:pPr>
        <w:jc w:val="right"/>
      </w:pPr>
      <w:r>
        <w:t>یعنی انسان کی سوچ مٹیریل حالات نہیں بنائے، لیکن یہ تو غلط ثابت ہو گیا، یہ تو غلط ثابت ہو گیا،</w:t>
      </w:r>
    </w:p>
    <w:p>
      <w:r>
        <w:rPr>
          <w:b/>
        </w:rPr>
        <w:t xml:space="preserve">[57:02] </w:t>
      </w:r>
      <w:r>
        <w:t>yeh to ek mafrūza tha, ek supposition tha jo Marx aur kuch aur log the is tarah ke jinhon ne is zamane mein yeh aise socha.</w:t>
      </w:r>
    </w:p>
    <w:p>
      <w:pPr>
        <w:jc w:val="right"/>
      </w:pPr>
      <w:r>
        <w:t>یہ تو ایک مفروضہ تھا، ایک سپوزیشن تھا جو مارس اور کچھ اور لوگ تھے اس طرح کے جنہوں نے اس زمانے میں یہ ایسے سوچا۔</w:t>
      </w:r>
    </w:p>
    <w:p>
      <w:r>
        <w:rPr>
          <w:b/>
        </w:rPr>
        <w:t xml:space="preserve">[57:17] </w:t>
      </w:r>
      <w:r>
        <w:t>is ki lambi tafseel hai, ab is waqt to main tafseel nahi kar sakta, lekin meri kitab hai "Marxism Tareekh" jis ko radd kar chuki hai, us mein aap is ki tafseel dekh sakte hain.</w:t>
      </w:r>
    </w:p>
    <w:p>
      <w:pPr>
        <w:jc w:val="right"/>
      </w:pPr>
      <w:r>
        <w:t>اس کی لمبی تفصیل ہے، اب اس وقت تو میں تفصیل نہیں کر سکتا، لیکن میری کتاب ہے "مارسزم تاریخ" جس کو رد کر چکی ہے، اس میں آپ اس کی تفصیل دیکھ سکتے ہیں۔</w:t>
      </w:r>
    </w:p>
    <w:p>
      <w:r>
        <w:rPr>
          <w:b/>
        </w:rPr>
        <w:t xml:space="preserve">[57:31] </w:t>
      </w:r>
      <w:r>
        <w:t>yani is waqt jab ke Russian Empire poore urooj par tha, peak par tha, tab yeh kitab chhapi thi.</w:t>
      </w:r>
    </w:p>
    <w:p>
      <w:pPr>
        <w:jc w:val="right"/>
      </w:pPr>
      <w:r>
        <w:t>یعنی اس وقت جب کہ رشین ایمپائر پورے عروج پر تھا، پیک پر تھا، تب یہ کتاب چھپی تھی۔</w:t>
      </w:r>
    </w:p>
    <w:p>
      <w:r>
        <w:rPr>
          <w:b/>
        </w:rPr>
        <w:t xml:space="preserve">[57:41] </w:t>
      </w:r>
      <w:r>
        <w:t>log hairaan the ke Marxism to urooj par hai aur aap kahein ke radd kar chuki hai, kaise?</w:t>
      </w:r>
    </w:p>
    <w:p>
      <w:pPr>
        <w:jc w:val="right"/>
      </w:pPr>
      <w:r>
        <w:t>لوگ حیران تھے کہ مارسزم تو عروج پر ہے اور آپ کہیں کہ رد کر چکی ہے، کیسے؟</w:t>
      </w:r>
    </w:p>
    <w:p>
      <w:r>
        <w:rPr>
          <w:b/>
        </w:rPr>
        <w:t xml:space="preserve">[57:50] </w:t>
      </w:r>
      <w:r>
        <w:t>lekin bohat jald logon ne jaan liya ke woh bilkul ek</w:t>
      </w:r>
    </w:p>
    <w:p>
      <w:pPr>
        <w:jc w:val="right"/>
      </w:pPr>
      <w:r>
        <w:t>لیکن بہت جلد لوگوں نے جان لیا کہ وہ بالکل ایک</w:t>
      </w:r>
    </w:p>
    <w:p>
      <w:r>
        <w:rPr>
          <w:b/>
        </w:rPr>
        <w:t xml:space="preserve">[57:57] </w:t>
      </w:r>
      <w:r>
        <w:t>ek shārikh-e-takhayyul tha, ek romantic takhayyul tha, woh jo haq ke haq se koi talluq nahi tha. lekin insani world jo hai, us mein shaq nahi ke woh mind us ko rule kar raha hai,</w:t>
      </w:r>
    </w:p>
    <w:p>
      <w:pPr>
        <w:jc w:val="right"/>
      </w:pPr>
      <w:r>
        <w:t>ایک شارع تخیل تھا، ایک رومینٹک تخیل تھا، وہ جو حق کے حق سے کوئی تعلق نہیں تھا۔ لیکن انسانی ورلڈ جو ہے، اس میں شک نہیں کہ وہ مائنڈ اس کو رول کر رہا ہے،</w:t>
      </w:r>
    </w:p>
    <w:p>
      <w:r>
        <w:rPr>
          <w:b/>
        </w:rPr>
        <w:t xml:space="preserve">[58:11] </w:t>
      </w:r>
      <w:r>
        <w:t>mind us ko control kar raha hai. material world jo hai, insani dimagh ke tabe hai.</w:t>
      </w:r>
    </w:p>
    <w:p>
      <w:pPr>
        <w:jc w:val="right"/>
      </w:pPr>
      <w:r>
        <w:t>مائنڈ اس کو کنٹرول کر رہا ہے۔ مٹیریل ورلڈ جو ہے، انسانی دماغ کے تابع ہے۔</w:t>
      </w:r>
    </w:p>
    <w:p>
      <w:r>
        <w:rPr>
          <w:b/>
        </w:rPr>
        <w:t xml:space="preserve">[58:19] </w:t>
      </w:r>
      <w:r>
        <w:t>yeh baat aakhri taur par ghalat sabit ho chuki hai,</w:t>
      </w:r>
    </w:p>
    <w:p>
      <w:pPr>
        <w:jc w:val="right"/>
      </w:pPr>
      <w:r>
        <w:t>یہ بات آخری طور پر غلط ثابت ہو چکی ہے،</w:t>
      </w:r>
    </w:p>
    <w:p>
      <w:r>
        <w:rPr>
          <w:b/>
        </w:rPr>
        <w:t xml:space="preserve">[58:27] </w:t>
      </w:r>
      <w:r>
        <w:t>magar yeh ek lamba mozu hai, main yahan detail nahi kar sakta is ki. jo sahib ko dilchaspi ho to meri kitab parh sakte hain, woh Marxism Tareekh jis ko radd kar chuki hai.</w:t>
      </w:r>
    </w:p>
    <w:p>
      <w:pPr>
        <w:jc w:val="right"/>
      </w:pPr>
      <w:r>
        <w:t>مگر یہ ایک لمبا موضوع ہے، میں یہاں ڈیٹیل نہیں کر سکتا اس کی۔ جو صاحب کو دلچسپی ہو تو میری کتاب پڑھ سکتے ہیں، وہ مارسزم تاریخ جس کو رد کر چکی ہے۔</w:t>
      </w:r>
    </w:p>
    <w:p>
      <w:r>
        <w:rPr>
          <w:b/>
        </w:rPr>
        <w:t xml:space="preserve">[58:41] </w:t>
      </w:r>
      <w:r>
        <w:t>maulana, yeh sawal abhi aaya hai Mr. Riaz Bhat ka Kashmir se</w:t>
      </w:r>
    </w:p>
    <w:p>
      <w:pPr>
        <w:jc w:val="right"/>
      </w:pPr>
      <w:r>
        <w:t>مولانا، یہ سوال ابھی آیا ہے مسٹر ریاض بھٹ کا کشمیر سے</w:t>
      </w:r>
    </w:p>
    <w:p>
      <w:r>
        <w:rPr>
          <w:b/>
        </w:rPr>
        <w:t xml:space="preserve">[58:45] </w:t>
      </w:r>
      <w:r>
        <w:t>, unhon ne likha hai "How Quran can be useful in this contemporary age with atheistic philosophies all around?" yeh abhi ek mafrūzi ki baat hai.</w:t>
      </w:r>
    </w:p>
    <w:p>
      <w:pPr>
        <w:jc w:val="right"/>
      </w:pPr>
      <w:r>
        <w:t>، انہوں نے لکھا ہے "ہاؤ قرآن کین بی یوزفل ان دس کنٹیمپریری ایج ود ایتھیسٹک فلاسفیز ال اراؤنڈ؟" یہ ابھی ایک مفروضی کی بات ہے۔</w:t>
      </w:r>
    </w:p>
    <w:p>
      <w:r>
        <w:rPr>
          <w:b/>
        </w:rPr>
        <w:t xml:space="preserve">[59:02] </w:t>
      </w:r>
      <w:r>
        <w:t>dekhiye, yeh atheism jo hai, yani ilhad, na kabhi ghalib fikr tha, na aaj ghalib fikr hai.</w:t>
      </w:r>
    </w:p>
    <w:p>
      <w:pPr>
        <w:jc w:val="right"/>
      </w:pPr>
      <w:r>
        <w:t>دیکھیے، یہ ایتھیزم جو ہے، یعنی الحاد، نہ کبھی غالب فکر تھا، نہ آج غالب فکر ہے۔</w:t>
      </w:r>
    </w:p>
    <w:p>
      <w:r>
        <w:rPr>
          <w:b/>
        </w:rPr>
        <w:t xml:space="preserve">[59:14] </w:t>
      </w:r>
      <w:r>
        <w:t>yeh to kuch log bolte rehte hain, bas</w:t>
      </w:r>
    </w:p>
    <w:p>
      <w:pPr>
        <w:jc w:val="right"/>
      </w:pPr>
      <w:r>
        <w:t>یہ تو کچھ لوگ بولتے رہتے ہیں، بس</w:t>
      </w:r>
    </w:p>
    <w:p>
      <w:r>
        <w:rPr>
          <w:b/>
        </w:rPr>
        <w:t xml:space="preserve">[59:19] </w:t>
      </w:r>
      <w:r>
        <w:t>ghalib fikr jo hai, woh insaan ki fitrat hai, insaan ka nature hai, hamesha se aur aaj bhi. asal cheez hai Quran ko logon ne pesh hi nahi kiya.</w:t>
      </w:r>
    </w:p>
    <w:p>
      <w:pPr>
        <w:jc w:val="right"/>
      </w:pPr>
      <w:r>
        <w:t>غالب فکر جو ہے، وہ انسان کی فطرت ہے، انسان کا نیچر ہے، ہمیشہ سے اور آج بھی۔ اصل چیز ہے قرآن کو لوگوں نے پیش ہی نہیں کیا۔</w:t>
      </w:r>
    </w:p>
    <w:p>
      <w:r>
        <w:rPr>
          <w:b/>
        </w:rPr>
        <w:t xml:space="preserve">[59:37] </w:t>
      </w:r>
      <w:r>
        <w:t>pesh karne ka maani hai ke pesh karna ka matlab yeh nahi ke aap sirf us ko parh ke suna dein. nahi, aap pesh karne se pehle ek us ka ek ek prerequisite hai, woh kya hai ke jis ke samne pesh karein, us ke mind ko parhein.</w:t>
      </w:r>
    </w:p>
    <w:p>
      <w:pPr>
        <w:jc w:val="right"/>
      </w:pPr>
      <w:r>
        <w:t>پیش کرنے کا معنی ہے کہ پیش کرنا کا مطلب یہ نہیں کہ آپ صرف اس کو پڑھ کے سنا دیں۔ نہیں، آپ پیش کرنے سے پہلے ایک اس کا ایک ایک پری ریکویزٹس ہے، وہ کیا ہے کہ جس کے سامنے پیش کریں، اس کے مائنڈ کو پڑھیں۔</w:t>
      </w:r>
    </w:p>
    <w:p>
      <w:r>
        <w:rPr>
          <w:b/>
        </w:rPr>
        <w:t xml:space="preserve">[59:56] </w:t>
      </w:r>
      <w:r>
        <w:t>aap</w:t>
      </w:r>
    </w:p>
    <w:p>
      <w:pPr>
        <w:jc w:val="right"/>
      </w:pPr>
      <w:r>
        <w:t>آپ</w:t>
      </w:r>
    </w:p>
    <w:p>
      <w:r>
        <w:rPr>
          <w:b/>
        </w:rPr>
        <w:t xml:space="preserve">[1:00:00] </w:t>
      </w:r>
      <w:r>
        <w:t>is ke mind ko parhein, tab aap is ke mind ko address kar payenge.</w:t>
      </w:r>
    </w:p>
    <w:p>
      <w:pPr>
        <w:jc w:val="right"/>
      </w:pPr>
      <w:r>
        <w:t>اس کے مائنڈ کو پڑھیں، تب آپ اس کے مائنڈ کو ایڈریس کر پائیں گے۔</w:t>
      </w:r>
    </w:p>
    <w:p>
      <w:r>
        <w:rPr>
          <w:b/>
        </w:rPr>
        <w:t xml:space="preserve">[1:00:05] </w:t>
      </w:r>
      <w:r>
        <w:t>pehli baat, yaani jo pre quran jo condition hai, us ko poora nahi kiya. bohat se bohat kisi ne kaha ke quran parh ke suna diya ya tarjuma kar diya,</w:t>
      </w:r>
    </w:p>
    <w:p>
      <w:pPr>
        <w:jc w:val="right"/>
      </w:pPr>
      <w:r>
        <w:t>پہلی بات، یعنی جو پری قرآن جو کنڈیشن ہے، اس کو پورا نہیں کیا۔ بہت سے بہت کسی نے کہا کہ قرآن پڑھ کے سنا دیا یا ترجمہ کر دیا،</w:t>
      </w:r>
    </w:p>
    <w:p>
      <w:r>
        <w:rPr>
          <w:b/>
        </w:rPr>
        <w:t xml:space="preserve">[1:00:18] </w:t>
      </w:r>
      <w:r>
        <w:t>woh kafi nahi hai.</w:t>
      </w:r>
    </w:p>
    <w:p>
      <w:pPr>
        <w:jc w:val="right"/>
      </w:pPr>
      <w:r>
        <w:t>وہ کافی نہیں ہے۔</w:t>
      </w:r>
    </w:p>
    <w:p>
      <w:r>
        <w:rPr>
          <w:b/>
        </w:rPr>
        <w:t xml:space="preserve">[1:00:25] </w:t>
      </w:r>
      <w:r>
        <w:t>jaise mein ek misaal deta hoon, europe ke ek safar mein kisi ne kaha, jis ne quran ko parha tha, ke aap ke quran mein yeh likha hai ke gawahi mein, yaani adalat ki jo gawahi hoti hai,</w:t>
      </w:r>
    </w:p>
    <w:p>
      <w:pPr>
        <w:jc w:val="right"/>
      </w:pPr>
      <w:r>
        <w:t>جیسے میں ایک مثال دیتا ہوں، یورپ کے ایک سفر میں کسی نے کہا، جس نے قرآن کو پڑھا تھا، کہ آپ کے قرآن میں یہ لکھا ہے کہ گواہی میں، یعنی عدالت کی جو گواہی ہوتی ہے،</w:t>
      </w:r>
    </w:p>
    <w:p>
      <w:r>
        <w:rPr>
          <w:b/>
        </w:rPr>
        <w:t xml:space="preserve">[1:00:43] </w:t>
      </w:r>
      <w:r>
        <w:t>to is mein ek mard ho to do auratein honi chahiye. to unhone kaha, yeh to gender equality ke khilaf hai.</w:t>
      </w:r>
    </w:p>
    <w:p>
      <w:pPr>
        <w:jc w:val="right"/>
      </w:pPr>
      <w:r>
        <w:t>تو اس میں ایک مرد ہو تو دو عورتیں ہونی چاہیے۔ تو انہوں نے کہا، یہ تو جینڈر ایکولٹی کے خلاف ہے۔</w:t>
      </w:r>
    </w:p>
    <w:p>
      <w:r>
        <w:rPr>
          <w:b/>
        </w:rPr>
        <w:t xml:space="preserve">[1:00:54] </w:t>
      </w:r>
      <w:r>
        <w:t>to maine kaha ke dekhiye, yeh ain natural hai, kyunke modern research jo hui hai insani mind ke bare mein,</w:t>
      </w:r>
    </w:p>
    <w:p>
      <w:pPr>
        <w:jc w:val="right"/>
      </w:pPr>
      <w:r>
        <w:t>تو میں نے کہا کہ دیکھیے، یہ عین نیچرل ہے، کیونکہ ماڈرن ریسرچ جو ہوئی ہے انسانی مائنڈ کے بارے میں،</w:t>
      </w:r>
    </w:p>
    <w:p>
      <w:r>
        <w:rPr>
          <w:b/>
        </w:rPr>
        <w:t xml:space="preserve">[1:01:09] </w:t>
      </w:r>
      <w:r>
        <w:t>to research yeh bata rahi hai ke aurat aur mard ke dimagh mein farq hota hai.</w:t>
      </w:r>
    </w:p>
    <w:p>
      <w:pPr>
        <w:jc w:val="right"/>
      </w:pPr>
      <w:r>
        <w:t>تو ریسرچ یہ بتا رہی ہے کہ عورت اور مرد کے دماغ میں فرق ہوتا ہے۔</w:t>
      </w:r>
    </w:p>
    <w:p>
      <w:r>
        <w:rPr>
          <w:b/>
        </w:rPr>
        <w:t xml:space="preserve">[1:01:16] </w:t>
      </w:r>
      <w:r>
        <w:t>mard ka dimagh single focused hota hai, aurat ka dimagh multi focused hota hai, multi focused.</w:t>
      </w:r>
    </w:p>
    <w:p>
      <w:pPr>
        <w:jc w:val="right"/>
      </w:pPr>
      <w:r>
        <w:t>مرد کا دماغ سنگل فوکسڈ ہوتا ہے، عورت کا دماغ ملٹی فوکسڈ ہوتا ہے، ملٹی فوکسڈ۔</w:t>
      </w:r>
    </w:p>
    <w:p>
      <w:r>
        <w:rPr>
          <w:b/>
        </w:rPr>
        <w:t xml:space="preserve">[1:01:24] </w:t>
      </w:r>
      <w:r>
        <w:t>abhi bhi ek chand din hue, phir dobara research, ek aur isi tarah ki research aayi hai ke aurat ka dimagh multi focused hota hai, mard ka dimagh single focused hota hai, uni uni focused.</w:t>
      </w:r>
    </w:p>
    <w:p>
      <w:pPr>
        <w:jc w:val="right"/>
      </w:pPr>
      <w:r>
        <w:t>ابھی بھی ایک چند دن ہوئے، پھر دوبارہ ریسرچ، ایک اور اسی طرح کی ریسرچ آئی ہے کہ عورت کا دماغ ملٹی فوکسڈ ہوتا ہے، مرد کا دماغ سنگل فوکسڈ ہوتا ہے، یونی یونی فوکسڈ۔</w:t>
      </w:r>
    </w:p>
    <w:p>
      <w:r>
        <w:rPr>
          <w:b/>
        </w:rPr>
        <w:t xml:space="preserve">[1:01:40] </w:t>
      </w:r>
      <w:r>
        <w:t>to ek waqea hua, witness kya hai, gawahi kisi waqey ki hoti hai. ek waqea hua,</w:t>
      </w:r>
    </w:p>
    <w:p>
      <w:pPr>
        <w:jc w:val="right"/>
      </w:pPr>
      <w:r>
        <w:t>تو ایک واقعہ ہوا، وٹنس کیا ہے، گواہی کسی واقعے کی ہوتی ہے۔ ایک واقعہ ہوا،</w:t>
      </w:r>
    </w:p>
    <w:p>
      <w:r>
        <w:rPr>
          <w:b/>
        </w:rPr>
        <w:t xml:space="preserve">[1:01:47] </w:t>
      </w:r>
      <w:r>
        <w:t>aaj mard dekh raha hai, to us ko poora focus us par laga kar dekhega, apni zehni banawat ki bana par. aurat jo hai, uska focus bikhra rahega, to kuch pakar paye, kuch baat na pakar payegi.</w:t>
      </w:r>
    </w:p>
    <w:p>
      <w:pPr>
        <w:jc w:val="right"/>
      </w:pPr>
      <w:r>
        <w:t>آج مرد دیکھ رہا ہے، تو اس کو پورا فوکس اس پر لگا کر دیکھے گا، اپنی ذہنی بناوٹ کی بنا پر۔ عورت جو ہے، اس کا فوکس بکھرا رہے گا، تو کچھ پکڑ پائے، کچھ بات نہ پکڑ پائے گی۔</w:t>
      </w:r>
    </w:p>
    <w:p>
      <w:r>
        <w:rPr>
          <w:b/>
        </w:rPr>
        <w:t xml:space="preserve">[1:02:04] </w:t>
      </w:r>
      <w:r>
        <w:t>isi liye do gha rakh diya gaya taake koi ek pehlu agar kisi se miss ho jaye to doosra us ki us ki talafi kar de.</w:t>
      </w:r>
    </w:p>
    <w:p>
      <w:pPr>
        <w:jc w:val="right"/>
      </w:pPr>
      <w:r>
        <w:t>اسی لیے دوگ رکھ دیا گیا تاکہ کوئی ایک پہلو اگر کسی سے مس ہو جائے تو دوسرا اس کی اس کی تلافی کر دے۔</w:t>
      </w:r>
    </w:p>
    <w:p>
      <w:r>
        <w:rPr>
          <w:b/>
        </w:rPr>
        <w:t xml:space="preserve">[1:02:14] </w:t>
      </w:r>
      <w:r>
        <w:t>yeh quran bhi yeh waja hi batai gayi hai ke agar ek bhool jaye to doosri yaad dilaye. to yeh bilkul it is but natural ke jab insaan ke, yaani natural banawat jo hai,</w:t>
      </w:r>
    </w:p>
    <w:p>
      <w:pPr>
        <w:jc w:val="right"/>
      </w:pPr>
      <w:r>
        <w:t>یہ قرآن بھی یہ وجہ ہی بتائی گئی ہے کہ اگر ایک بھول جائے تو دوسری یاد دلائے۔ تو یہ بالکل اٹ از بٹ نیچرل کہ جب انسان کے، یعنی نیچرل بناوٹ جو ہے،</w:t>
      </w:r>
    </w:p>
    <w:p>
      <w:r>
        <w:rPr>
          <w:b/>
        </w:rPr>
        <w:t xml:space="preserve">[1:02:28] </w:t>
      </w:r>
      <w:r>
        <w:t>do alag dhang ki hai, to yahi tareeqa bilkul natural hai. to maan gaya woh aadmi, bilkul maan gaya ke aap ka jo hai tareeqa sahi hai.</w:t>
      </w:r>
    </w:p>
    <w:p>
      <w:pPr>
        <w:jc w:val="right"/>
      </w:pPr>
      <w:r>
        <w:t>دو الگ ڈھنگ کی ہے، تو یہی طریقہ بالکل نیچرل ہے۔ تو مان گیا وہ آدمی، بالکل مان گیا کہ آپ کا جو ہے طریقہ صحیح ہے۔</w:t>
      </w:r>
    </w:p>
    <w:p>
      <w:r>
        <w:rPr>
          <w:b/>
        </w:rPr>
        <w:t xml:space="preserve">[1:02:41] </w:t>
      </w:r>
      <w:r>
        <w:t>hum galat soch rahe the ke gender equality ke khilaf hai, nahi hai, fitrat ke mutabiq hai. to asal cheez yeh hai ke quran ko logon ne pesh hi nahi kiya.</w:t>
      </w:r>
    </w:p>
    <w:p>
      <w:pPr>
        <w:jc w:val="right"/>
      </w:pPr>
      <w:r>
        <w:t>ہم غلط سوچ رہے تھے کہ جینڈر ایکولٹی کے خلاف ہے، نہیں ہے، فطرت کے مطابق ہے۔ تو اصل چیز یہ ہے کہ قرآن کو لوگوں نے پیش ہی نہیں کیا۔</w:t>
      </w:r>
    </w:p>
    <w:p>
      <w:r>
        <w:rPr>
          <w:b/>
        </w:rPr>
        <w:t xml:space="preserve">[1:02:52] </w:t>
      </w:r>
      <w:r>
        <w:t>jab pesh nahi kiya to kaise aap keh sakte hain ke use qabool nahi kiya? kaise keh sakte hain ke use radd kar diya? lekin quran ko pesh karne ka matlab yeh nahi ke aap masle misaal bayan karein, uska ja kar ke nahi</w:t>
      </w:r>
    </w:p>
    <w:p>
      <w:pPr>
        <w:jc w:val="right"/>
      </w:pPr>
      <w:r>
        <w:t>جب پیش نہیں کیا تو کیسے آپ کہہ سکتے ہیں کہ اسے قبول نہیں کیا؟ کیسے کہہ سکتے ہیں کہ اسے رد کر دیا؟ لیکن قرآن کو پیش کرنے کا مطلب یہ نہیں کہ آپ مسئلے مثال بیان کریں، اس کا جا کر کے نہیں</w:t>
      </w:r>
    </w:p>
    <w:p>
      <w:r>
        <w:rPr>
          <w:b/>
        </w:rPr>
        <w:t xml:space="preserve">[1:03:09] </w:t>
      </w:r>
      <w:r>
        <w:t>. aap insaan, aaj ke insaan ko mind ke parhiye, us ki soch kya hai, us ko janiye aur quran ko is tarah pesh kijiye ke woh us ke mind ko address kare.</w:t>
      </w:r>
    </w:p>
    <w:p>
      <w:pPr>
        <w:jc w:val="right"/>
      </w:pPr>
      <w:r>
        <w:t>۔ آپ انسان، آج کے انسان کو مائنڈ کے پڑھیے، اس کی سوچ کیا ہے، اس کو جانیے اور قرآن کو اس طرح پیش کیجئے کہ وہ اس کے مائنڈ کو ایڈریس کرے۔</w:t>
      </w:r>
    </w:p>
    <w:p>
      <w:r>
        <w:rPr>
          <w:b/>
        </w:rPr>
        <w:t xml:space="preserve">[1:03:21] </w:t>
      </w:r>
      <w:r>
        <w:t>ek sahabi ne kaha tha: "kalim naas ala qadr uqool", yaani is tarah baat kaho ke aadmi ka mind address ho.</w:t>
      </w:r>
    </w:p>
    <w:p>
      <w:pPr>
        <w:jc w:val="right"/>
      </w:pPr>
      <w:r>
        <w:t>ایک صحابی نے کہا تھا: "کلم ناس علی قدر عقول"، یعنی اس طرح بات کہو کہ آدمی کا مائنڈ ایڈریس ہو۔</w:t>
      </w:r>
    </w:p>
    <w:p>
      <w:r>
        <w:rPr>
          <w:b/>
        </w:rPr>
        <w:t xml:space="preserve">[1:03:31] </w:t>
      </w:r>
      <w:r>
        <w:t>quran mein bhi yahi baat hai: "kul fil qasam qaul baligha".</w:t>
      </w:r>
    </w:p>
    <w:p>
      <w:pPr>
        <w:jc w:val="right"/>
      </w:pPr>
      <w:r>
        <w:t>قرآن میں بھی یہی بات ہے: "کل فی الفسم قول بلیغہ"۔</w:t>
      </w:r>
    </w:p>
    <w:p>
      <w:r>
        <w:rPr>
          <w:b/>
        </w:rPr>
        <w:t xml:space="preserve">[1:03:39] </w:t>
      </w:r>
      <w:r>
        <w:t>to quran ko aap is tarah pesh kar ke dekhiye to</w:t>
      </w:r>
    </w:p>
    <w:p>
      <w:pPr>
        <w:jc w:val="right"/>
      </w:pPr>
      <w:r>
        <w:t>تو قرآن کو آپ اس طرح پیش کر کے دیکھیے تو</w:t>
      </w:r>
    </w:p>
    <w:p>
      <w:r>
        <w:rPr>
          <w:b/>
        </w:rPr>
        <w:t xml:space="preserve">[1:03:45] </w:t>
      </w:r>
      <w:r>
        <w:t>aap dekhein ke quran aaj bhi ek moajza hai.</w:t>
      </w:r>
    </w:p>
    <w:p>
      <w:pPr>
        <w:jc w:val="right"/>
      </w:pPr>
      <w:r>
        <w:t>آپ دیکھیں کہ قرآن آج بھی ایک معجزہ ہے۔</w:t>
      </w:r>
    </w:p>
    <w:p>
      <w:r>
        <w:rPr>
          <w:b/>
        </w:rPr>
        <w:t xml:space="preserve">[1:03:52] </w:t>
      </w:r>
      <w:r>
        <w:t>maulana, yeh sawal aaya hai mr muhammad bashir ka kashmir se. unhone likha hai: "quran ko rediscover karne ke liye rehnuma ki zaroorat hai ya baghair rehnuma ke quran ki rediscovery ho jayegi?"</w:t>
      </w:r>
    </w:p>
    <w:p>
      <w:pPr>
        <w:jc w:val="right"/>
      </w:pPr>
      <w:r>
        <w:t>مولانا، یہ سوال آیا ہے مسٹر محمد بشیر کا کشمیر سے۔ انہوں نے لکھا ہے: "قرآن کو ری ڈسکور کرنے کے لیے رہنما کی ضرورت ہے یا بغیر رہنما کے قرآن کی ری ڈسکوری ہو جائے گی؟"</w:t>
      </w:r>
    </w:p>
    <w:p>
      <w:r>
        <w:rPr>
          <w:b/>
        </w:rPr>
        <w:t xml:space="preserve">[1:04:11] </w:t>
      </w:r>
      <w:r>
        <w:t>is ka rehnuma insaan nahi hai, khud uska author hai, quran ka author.</w:t>
      </w:r>
    </w:p>
    <w:p>
      <w:pPr>
        <w:jc w:val="right"/>
      </w:pPr>
      <w:r>
        <w:t>اس کا رہنما انسان نہیں ہے، خود اس کا اتھر ہے، قرآن کا اتھر۔</w:t>
      </w:r>
    </w:p>
    <w:p>
      <w:r>
        <w:rPr>
          <w:b/>
        </w:rPr>
        <w:t xml:space="preserve">[1:04:21] </w:t>
      </w:r>
      <w:r>
        <w:t>dekhiye, quran hi ek aisi kitab hai jis ka author har waqt consult karne ke liye available hai.</w:t>
      </w:r>
    </w:p>
    <w:p>
      <w:pPr>
        <w:jc w:val="right"/>
      </w:pPr>
      <w:r>
        <w:t>دیکھیے، قرآن ہی ایک ایسی کتاب ہے جس کا اتھر ہر وقت کنسلٹ کرنے کے لیے اویلیبل ہے۔</w:t>
      </w:r>
    </w:p>
    <w:p>
      <w:r>
        <w:rPr>
          <w:b/>
        </w:rPr>
        <w:t xml:space="preserve">[1:04:31] </w:t>
      </w:r>
      <w:r>
        <w:t>ilm e teemiyah ke bare mein kaha jata hai ke un ki samajh mein koi ayat nahi aayi to wuzu kar ke salat ul haajah parhi, unhon ne phir dua ki: "ya muallimah ibrahim allimni", yaani unhon ne khud quran ke musannif se consult kiya gaya ke aap is tarah parhiye quran ko.</w:t>
      </w:r>
    </w:p>
    <w:p>
      <w:pPr>
        <w:jc w:val="right"/>
      </w:pPr>
      <w:r>
        <w:t>علم تیمیہ کے بارے میں کہا جاتا ہے کہ ان کی سمجھ میں کوئی آیت نہیں آئی تو وضو کر کے صلاۃ الحاجہ پڑھی، انہوں نے پھر دعا کی: "یا معلمہ ابراہیم علمنی"، یعنی انہوں نے خود قرآن کے مصنف سے کنسلٹ کیا گیا کہ آپ اس طرح پڑھیے قرآن کو۔</w:t>
      </w:r>
    </w:p>
    <w:p>
      <w:r>
        <w:rPr>
          <w:b/>
        </w:rPr>
        <w:t xml:space="preserve">[1:04:52] </w:t>
      </w:r>
      <w:r>
        <w:t>to consult karne mein yahi bhi shamil hai ke aap baais e khatm kijiye, baais ke mein to falan ki tafsir nahi parhu ga, mein to falan tafsir parhu ga sirf.</w:t>
      </w:r>
    </w:p>
    <w:p>
      <w:pPr>
        <w:jc w:val="right"/>
      </w:pPr>
      <w:r>
        <w:t>تو کنسلٹ کرنے میں یہی بھی شامل ہے کہ آپ باعث ختم کیجئے، باعث کہ میں تو فلاں کی تفسیر نہیں پڑھوں گا، میں تو فلاں تفسیر پڑھوں گا صرف۔</w:t>
      </w:r>
    </w:p>
    <w:p>
      <w:r>
        <w:rPr>
          <w:b/>
        </w:rPr>
        <w:t xml:space="preserve">[1:05:02] </w:t>
      </w:r>
      <w:r>
        <w:t>to ke aap aap ka zehn nahi khule ga. yeh jo baais hota hai, arey bhai, falan ki tafsir mat parhna, nahi, khule zehn ke sath parhiye tafsir hai aur dua kijiye.</w:t>
      </w:r>
    </w:p>
    <w:p>
      <w:pPr>
        <w:jc w:val="right"/>
      </w:pPr>
      <w:r>
        <w:t>تو کہ آپ آپ کا ذہن نہیں کھلے گا۔ یہ جو باعث ہوتا ہے، ارے بھائی، فلاں کی تفسیر مت پڑھنا، نہیں، کھلے ذہن کے ساتھ پڑھیے تفسیر ہے اور دعا کیجئے۔</w:t>
      </w:r>
    </w:p>
    <w:p>
      <w:r>
        <w:rPr>
          <w:b/>
        </w:rPr>
        <w:t xml:space="preserve">[1:05:17] </w:t>
      </w:r>
      <w:r>
        <w:t>to quran isi liye aaya hai ke aap samjhein is ko. isi tarah koi mumareh, woh isi liye nahi aaya, woh lekin quran ko samajhne ke liye aik opened mind chahiye, ta'assub se khali zehn chahiye.</w:t>
      </w:r>
    </w:p>
    <w:p>
      <w:pPr>
        <w:jc w:val="right"/>
      </w:pPr>
      <w:r>
        <w:t>تو قرآن اسی لیے آیا ہے کہ آپ سمجھیں اس کو۔ اسی طرح کوئی مما رہے، وہ اس لیے نہیں آیا، وہ لیکن قرآن کو سمجھنے کے لیے ایک اوپنڈ مائنڈ چاہیے، تعصب سے خالی ذہن چاہیے۔</w:t>
      </w:r>
    </w:p>
    <w:p>
      <w:r>
        <w:rPr>
          <w:b/>
        </w:rPr>
        <w:t xml:space="preserve">[1:05:34] </w:t>
      </w:r>
      <w:r>
        <w:t>aur yeh zehn nahi ke hum falan ki tafsir to parhein ge nahi, falan ki kitab to parhein ge nahi, nahi, khule zehn se har cheez parhiye aur dua karte rahiye, dua karte rahiye, dua karte rahiye</w:t>
      </w:r>
    </w:p>
    <w:p>
      <w:pPr>
        <w:jc w:val="right"/>
      </w:pPr>
      <w:r>
        <w:t>اور یہ ذہن نہیں کہ ہم فلاں کی تفسیر تو پڑھیں گے نہیں، فلاں کی کتاب تو پڑھیں گے نہیں، نہیں، کھلے ذہن سے ہر چیز پڑھیے اور دعا کرتے رہیے، دعا کرتے رہیے، دعا کرتے رہیے</w:t>
      </w:r>
    </w:p>
    <w:p>
      <w:r>
        <w:rPr>
          <w:b/>
        </w:rPr>
        <w:t xml:space="preserve">[1:05:46] </w:t>
      </w:r>
      <w:r>
        <w:t>to zaroor darwaze khulen ge aap ke liye.</w:t>
      </w:r>
    </w:p>
    <w:p>
      <w:pPr>
        <w:jc w:val="right"/>
      </w:pPr>
      <w:r>
        <w:t>تو ضرور دروازے کھلیں گے آپ کے لیے۔</w:t>
      </w:r>
    </w:p>
    <w:p>
      <w:r>
        <w:rPr>
          <w:b/>
        </w:rPr>
        <w:t xml:space="preserve">[1:05:52] </w:t>
      </w:r>
      <w:r>
        <w:t>maulana iqbal umri ne tamil nadu se sawal likha hai. unhon ne poocha hai ke aik nadvi aalim ne sawal kiya ke kiya wajah hai ke al risalah mein nadvi writers ki fikr par tanqeed ki gayi hai,</w:t>
      </w:r>
    </w:p>
    <w:p>
      <w:pPr>
        <w:jc w:val="right"/>
      </w:pPr>
      <w:r>
        <w:t>مولانا اقبال عمری نے تمل ناڈو سے سوال لکھا ہے۔ انہوں نے پوچھا ہے کہ ایک ندوی عالم نے سوال کیا کہ کیا وجہ ہے کہ الرسالہ میں ندوی رائٹرز کی فکر پر تنقید کی گئی ہے،</w:t>
      </w:r>
    </w:p>
    <w:p>
      <w:r>
        <w:rPr>
          <w:b/>
        </w:rPr>
        <w:t xml:space="preserve">[1:06:06] </w:t>
      </w:r>
      <w:r>
        <w:t>magar al risalah mein deobandi writers ki kitabon par bohat kam tanqeed pai jati hai? please is sawal ko wazeh farmayen.</w:t>
      </w:r>
    </w:p>
    <w:p>
      <w:pPr>
        <w:jc w:val="right"/>
      </w:pPr>
      <w:r>
        <w:t>مگر الرسالہ میں دیوبندی رائٹرز کی کتابوں پر بہت کم تنقید پائی جاتی ہے؟ پلیز اس سوال کو واضح فرمائیں۔</w:t>
      </w:r>
    </w:p>
    <w:p>
      <w:r>
        <w:rPr>
          <w:b/>
        </w:rPr>
        <w:t xml:space="preserve">[1:06:20] </w:t>
      </w:r>
      <w:r>
        <w:t>mein to tanqeed kabhi nahi karta, yeh galat khayal mere bare mein hai ke mein tanqeed karta hoon. mein har giz naqad nahi hoon.</w:t>
      </w:r>
    </w:p>
    <w:p>
      <w:pPr>
        <w:jc w:val="right"/>
      </w:pPr>
      <w:r>
        <w:t>میں تو تنقید کبھی نہیں کرتا، یہ غلط خیال میرے بارے میں ہے کہ میں تنقید کرتا ہوں۔ میں ہرگز ناقد نہیں ہوں۔</w:t>
      </w:r>
    </w:p>
    <w:p>
      <w:r>
        <w:rPr>
          <w:b/>
        </w:rPr>
        <w:t xml:space="preserve">[1:06:30] </w:t>
      </w:r>
      <w:r>
        <w:t>tanqeed dekhen, aik negative word hai, negative word hai. mera maqsad tanqeed karna nahi hai. mein intehai had tak positive aadmi hoon.</w:t>
      </w:r>
    </w:p>
    <w:p>
      <w:pPr>
        <w:jc w:val="right"/>
      </w:pPr>
      <w:r>
        <w:t>تنقید دیکھیں، ایک نیگیٹیو ورڈ ہے، نیگیٹیو ورڈ ہے۔ میرا مقصد تنقید کرنا نہیں ہے۔ میں انتہائی حد تک پازیٹیو آدمی ہوں۔</w:t>
      </w:r>
    </w:p>
    <w:p>
      <w:r>
        <w:rPr>
          <w:b/>
        </w:rPr>
        <w:t xml:space="preserve">[1:06:43] </w:t>
      </w:r>
      <w:r>
        <w:t>mere mere andar aik inshallah aik aik aik chota sa particle bhi negativity ka nahi hai.</w:t>
      </w:r>
    </w:p>
    <w:p>
      <w:pPr>
        <w:jc w:val="right"/>
      </w:pPr>
      <w:r>
        <w:t>میرے میرے اندر ایک انشاءاللہ ایک ایک ایک چھوٹا سا پارٹیکل بھی نیگیٹیوٹی کا نہیں ہے۔</w:t>
      </w:r>
    </w:p>
    <w:p>
      <w:r>
        <w:rPr>
          <w:b/>
        </w:rPr>
        <w:t xml:space="preserve">[1:06:52] </w:t>
      </w:r>
      <w:r>
        <w:t>negativity ka koi negative particle se meri meri personality bilkul khali hai. to mein aik positive aadmi hoon.</w:t>
      </w:r>
    </w:p>
    <w:p>
      <w:pPr>
        <w:jc w:val="right"/>
      </w:pPr>
      <w:r>
        <w:t>نیگیٹیوٹی کا کوئی نیگیٹیو پارٹیکل سے میری میری پرسنیلٹی بالکل خالی ہے۔ تو میں ایک پازیٹیو آدمی ہوں۔</w:t>
      </w:r>
    </w:p>
    <w:p>
      <w:r>
        <w:rPr>
          <w:b/>
        </w:rPr>
        <w:t xml:space="preserve">[1:07:02] </w:t>
      </w:r>
      <w:r>
        <w:t>tanqeed karna mera maqsad nahi hai. baqi jo kuch mein kehta hoon, us ko aap wahin mein daleel bhi deta hoon, wahin mein</w:t>
      </w:r>
    </w:p>
    <w:p>
      <w:pPr>
        <w:jc w:val="right"/>
      </w:pPr>
      <w:r>
        <w:t>تنقید کرنا میرا مقصد نہیں ہے۔ باقی جو کچھ میں کہتا ہوں، اس کو آپ وہیں میں دلیل بھی دیتا ہوں، وہیں میں</w:t>
      </w:r>
    </w:p>
    <w:p>
      <w:r>
        <w:rPr>
          <w:b/>
        </w:rPr>
        <w:t xml:space="preserve">[1:07:12] </w:t>
      </w:r>
      <w:r>
        <w:t>jahan kehta hoon. mein baaniyah andaaz mein koi baat nahi kehta ke falan bara acha hai, falan bohat kharab hai. yeh baaniyah andaaz hai. yeh mein ne kabhi nahi karta aisa.</w:t>
      </w:r>
    </w:p>
    <w:p>
      <w:pPr>
        <w:jc w:val="right"/>
      </w:pPr>
      <w:r>
        <w:t>جہاں کہتا ہوں۔ میں بانیہ انداز میں کوئی بات نہیں کہتا کہ فلاں بڑا اچھا ہے، فلاں بہت خراب ہے۔ یہ بانیہ انداز ہے۔ یہ میں نے کبھی نہیں کرتا ایسا۔</w:t>
      </w:r>
    </w:p>
    <w:p>
      <w:r>
        <w:rPr>
          <w:b/>
        </w:rPr>
        <w:t xml:space="preserve">[1:07:21] </w:t>
      </w:r>
      <w:r>
        <w:t>kahin kisi kitab mein aap nahi kar sakte ke mein is yeh zuban bolta hoon, yaani hajj ki zuban aur qaziya khwani ki zuban. yeh meri zuban nahi hai.</w:t>
      </w:r>
    </w:p>
    <w:p>
      <w:pPr>
        <w:jc w:val="right"/>
      </w:pPr>
      <w:r>
        <w:t>کہیں کسی کتاب میں آپ نہیں کر سکتے کہ میں اس یہ زبان بولتا ہوں، یعنی حج کی زبان اور قضیہ خوانی کی زبان۔ یہ میری زبان نہیں ہے۔</w:t>
      </w:r>
    </w:p>
    <w:p>
      <w:r>
        <w:rPr>
          <w:b/>
        </w:rPr>
        <w:t xml:space="preserve">[1:07:31] </w:t>
      </w:r>
      <w:r>
        <w:t>log kiya kehte hain? kisi ka qaziya parh rahe hain, kisi ka hajj kar rahe hain. yeh meri zuban hi nahi hai. jahan mein koi baat kehta hoon, wahin wahin ke wahin daleel daleel deta hoon.</w:t>
      </w:r>
    </w:p>
    <w:p>
      <w:pPr>
        <w:jc w:val="right"/>
      </w:pPr>
      <w:r>
        <w:t>لوگ کیا کہتے ہیں؟ کسی کا قضیہ پڑھ رہے ہیں، کسی کا حج کر رہے ہیں۔ یہ میری زبان ہی نہیں ہے۔ جہاں میں کوئی بات کہتا ہوں، وہیں وہیں کے وہیں دلیل دلیل دیتا ہوں۔</w:t>
      </w:r>
    </w:p>
    <w:p>
      <w:r>
        <w:rPr>
          <w:b/>
        </w:rPr>
        <w:t xml:space="preserve">[1:07:43] </w:t>
      </w:r>
      <w:r>
        <w:t>to meri baat ko aap is tarah mat dekhiye, is khane mein bant kar ke, balkeh sirf yeh dekhiye ke wahan jo baat mein ne kahi hai, to daleel ke sath kahin be daleel kahiye, bas.</w:t>
      </w:r>
    </w:p>
    <w:p>
      <w:pPr>
        <w:jc w:val="right"/>
      </w:pPr>
      <w:r>
        <w:t>تو میری بات کو آپ اس طرح مت دیکھیے، اس خانے میں بانٹ کر کے، بلکہ صرف یہ دیکھیے کہ وہاں جو بات میں نے کہی ہے، تو دلیل کے ساتھ کہیں بے دلیل کہیے، بس۔</w:t>
      </w:r>
    </w:p>
    <w:p>
      <w:r>
        <w:rPr>
          <w:b/>
        </w:rPr>
        <w:t xml:space="preserve">[1:07:58] </w:t>
      </w:r>
      <w:r>
        <w:t>aur koi dosra mi'yar wahan par mat apply kijiye aap. warna mere sath aap justice nahi karein ge, mere sath insaaf nahi karein ge.</w:t>
      </w:r>
    </w:p>
    <w:p>
      <w:pPr>
        <w:jc w:val="right"/>
      </w:pPr>
      <w:r>
        <w:t>اور کوئی دوسرا معیار وہاں پر مت اپلائی کیجئے آپ۔ ورنہ میرے ساتھ آپ جسٹس نہیں کریں گے، میرے ساتھ انصاف نہیں کریں گے۔</w:t>
      </w:r>
    </w:p>
    <w:p>
      <w:r>
        <w:rPr>
          <w:b/>
        </w:rPr>
        <w:t xml:space="preserve">[1:08:08] </w:t>
      </w:r>
      <w:r>
        <w:t>maulana, yeh sawal kiya hai mr. ashique lone sahib ne jammu kashmir se.</w:t>
      </w:r>
    </w:p>
    <w:p>
      <w:pPr>
        <w:jc w:val="right"/>
      </w:pPr>
      <w:r>
        <w:t>مولانا، یہ سوال کیا ہے مسٹر عاشق لون صاحب نے جموں کشمیر سے۔</w:t>
      </w:r>
    </w:p>
    <w:p>
      <w:r>
        <w:rPr>
          <w:b/>
        </w:rPr>
        <w:t xml:space="preserve">[1:08:13] </w:t>
      </w:r>
      <w:r>
        <w:t>unhon ne likha hai ke Allah taala sees in quran chapter 49 verse number 13: "o mankind!</w:t>
      </w:r>
    </w:p>
    <w:p>
      <w:pPr>
        <w:jc w:val="right"/>
      </w:pPr>
      <w:r>
        <w:t>انہوں نے لکھا ہے کہ اللہ تعالیٰ سیز ان قرآن چیپٹر 49 ورس نمبر 13: "او مین کائنڈ!</w:t>
      </w:r>
    </w:p>
    <w:p>
      <w:r>
        <w:rPr>
          <w:b/>
        </w:rPr>
        <w:t xml:space="preserve">[1:08:22] </w:t>
      </w:r>
      <w:r>
        <w:t>we have created you from one male and one female, and set you in tribes and nations, so that you know one another.</w:t>
      </w:r>
    </w:p>
    <w:p>
      <w:pPr>
        <w:jc w:val="right"/>
      </w:pPr>
      <w:r>
        <w:t>وی ہیو کریٹڈ یو فرام ون میل اینڈ ون فیمیل، اینڈ سیٹ یو ان ٹرائبز اینڈ نیشنز، سو دیٹ یو نو ون انادر۔</w:t>
      </w:r>
    </w:p>
    <w:p>
      <w:r>
        <w:rPr>
          <w:b/>
        </w:rPr>
        <w:t xml:space="preserve">[1:08:33] </w:t>
      </w:r>
      <w:r>
        <w:t>but there is still one hadith which confuses me, which is: my ummah will be divided into 73 sects.</w:t>
      </w:r>
    </w:p>
    <w:p>
      <w:pPr>
        <w:jc w:val="right"/>
      </w:pPr>
      <w:r>
        <w:t>بٹ دیر از سٹل ون حدیث وچ کنفیوزز می، وچ از: مائی امہ ول بی ڈیوائیڈڈ انٹو 73 سیکٹس۔</w:t>
      </w:r>
    </w:p>
    <w:p>
      <w:r>
        <w:rPr>
          <w:b/>
        </w:rPr>
        <w:t xml:space="preserve">[1:08:42] </w:t>
      </w:r>
      <w:r>
        <w:t>maulana, what does this sect mean?" dekhen, quran mein jo hai, woh physical sense mein hai, woh ideological sense mein nahi hai.</w:t>
      </w:r>
    </w:p>
    <w:p>
      <w:pPr>
        <w:jc w:val="right"/>
      </w:pPr>
      <w:r>
        <w:t>مولانا، واٹ ڈز دس سیکٹ مین؟" دیکھیں، قرآن میں جو ہے، وہ فزیکل سینس میں ہے، وہ آئیڈیالوجیکل سینس میں نہیں ہے۔</w:t>
      </w:r>
    </w:p>
    <w:p>
      <w:r>
        <w:rPr>
          <w:b/>
        </w:rPr>
        <w:t xml:space="preserve">[1:08:54] </w:t>
      </w:r>
      <w:r>
        <w:t>jo ayat quran ki likhi hai aap ne: "jis jins se mard banaye, usi jins aurat bhi banai." yeh matlab is ka, yaani physical identity, woh ideal sense mein nahi hai, woh ideological sense mein nahi hai.</w:t>
      </w:r>
    </w:p>
    <w:p>
      <w:pPr>
        <w:jc w:val="right"/>
      </w:pPr>
      <w:r>
        <w:t>جو آیت قرآن کی لکھی ہے آپ نے: "جس جنس سے مرد بنائے، اسی جنس عورت بھی بنائی۔" یہ مطلب اس کا، یعنی فزیکل آئیڈینٹیٹی، وہ آئیڈیل سینس میں نہیں ہے، وہ آئیڈیالوجیکل سینس میں نہیں ہے۔</w:t>
      </w:r>
    </w:p>
    <w:p>
      <w:r>
        <w:rPr>
          <w:b/>
        </w:rPr>
        <w:t xml:space="preserve">[1:09:07] </w:t>
      </w:r>
      <w:r>
        <w:t>agar agar sab ka fikr aik hi dhal dhal diya jaye to imtehan khatm ho jaye ga. imtehan kahan hoga? insaan ko jo freedom of choice hai, woh wohi to asal hai.</w:t>
      </w:r>
    </w:p>
    <w:p>
      <w:pPr>
        <w:jc w:val="right"/>
      </w:pPr>
      <w:r>
        <w:t>اگر اگر سب کا فکر ایک ہی ڈھال ڈھال دیا جائے تو امتحان ختم ہو جائے گا۔ امتحان کہاں ہوگا؟ انسان کو جو فریڈم آف چوائس ہے، وہ وہی تو اصل ہے۔</w:t>
      </w:r>
    </w:p>
    <w:p>
      <w:r>
        <w:rPr>
          <w:b/>
        </w:rPr>
        <w:t xml:space="preserve">[1:09:24] </w:t>
      </w:r>
      <w:r>
        <w:t>to woh jo hai, quran mein jo ayat hai, us ko sirf physical identity ke mani mein lijiye aap</w:t>
      </w:r>
    </w:p>
    <w:p>
      <w:pPr>
        <w:jc w:val="right"/>
      </w:pPr>
      <w:r>
        <w:t>تو وہ جو ہے، قرآن میں جو آیت ہے، اس کو صرف فزیکل آئیڈینٹیٹی کے معنی میں لیجئے آپ</w:t>
      </w:r>
    </w:p>
    <w:p>
      <w:r>
        <w:rPr>
          <w:b/>
        </w:rPr>
        <w:t xml:space="preserve">[1:09:30] </w:t>
      </w:r>
      <w:r>
        <w:t>yani jo jis jins se mard ko banaya, usi jins se aurat ko banaya. aur jahan tak hadith ka muamla hai, woh to ek alag cheez hai.</w:t>
      </w:r>
    </w:p>
    <w:p>
      <w:pPr>
        <w:jc w:val="right"/>
      </w:pPr>
      <w:r>
        <w:t>۔ یعنی جو جس جنس سے مرد کو بنایا، اسی جنس سے عورت کو بنایا۔ اور جہاں تک حدیث کا معاملہ ہے، وہ تو ایک الگ چیز ہے۔</w:t>
      </w:r>
    </w:p>
    <w:p>
      <w:r>
        <w:rPr>
          <w:b/>
        </w:rPr>
        <w:t xml:space="preserve">[1:09:42] </w:t>
      </w:r>
      <w:r>
        <w:t>kyunke duniya mein dekhiye, imtehan hai sab ka. yeh nahi ke musalman exempted hain imtehan se. yeh mat samjhiye ke musalman exempted hain test se.</w:t>
      </w:r>
    </w:p>
    <w:p>
      <w:pPr>
        <w:jc w:val="right"/>
      </w:pPr>
      <w:r>
        <w:t>کیونکہ دنیا میں دیکھیے، امتحان ہے سب کا۔ یہ نہیں کہ مسلمان ایگزیمپٹڈ ہیں امتحان سے۔ یہ مت سمجھیے کہ مسلمان ایگزیمپٹڈ ہیں ٹیسٹ سے۔</w:t>
      </w:r>
    </w:p>
    <w:p>
      <w:r>
        <w:rPr>
          <w:b/>
        </w:rPr>
        <w:t xml:space="preserve">[1:09:54] </w:t>
      </w:r>
      <w:r>
        <w:t>sab ka test hai to musalmanon ke upar test bhi hai. jis tarah doosre log bhagte hain, use</w:t>
      </w:r>
    </w:p>
    <w:p>
      <w:pPr>
        <w:jc w:val="right"/>
      </w:pPr>
      <w:r>
        <w:t>سب کا ٹیسٹ ہے تو مسلمانوں کے اوپر ٹیسٹ بھی ہے۔ جس طرح دوسرے لوگ بھاگتے ہیں، اسے</w:t>
      </w:r>
    </w:p>
    <w:p>
      <w:r>
        <w:rPr>
          <w:b/>
        </w:rPr>
        <w:t xml:space="preserve">[1:10:00] </w:t>
      </w:r>
      <w:r>
        <w:t>musalman bhi bhagega. yeh matlab hai is ka. log samajhte hain ke musalman jo exempted hain, ummat-e-marhooma hai ya bilkul baseless hai yeh aqeedah.</w:t>
      </w:r>
    </w:p>
    <w:p>
      <w:pPr>
        <w:jc w:val="right"/>
      </w:pPr>
      <w:r>
        <w:t>مسلمان بھی بھاگے گا۔ یہ مطلب ہے اس کا۔ لوگ سمجھتے ہیں کہ مسلمان جو ایگزیمپٹڈ ہیں، امت مرحومہ ہے یا بالکل بیس لیس ہے یہ عقیدہ۔</w:t>
      </w:r>
    </w:p>
    <w:p>
      <w:r>
        <w:rPr>
          <w:b/>
        </w:rPr>
        <w:t xml:space="preserve">[1:10:12] </w:t>
      </w:r>
      <w:r>
        <w:t>to har ek ke bhagne ke maidan alag alag hote hain. koi kisi tarah bhagta hai, koi kis tarah bhagta hai. to doosron ke bhagne ki field secular hoti hai.</w:t>
      </w:r>
    </w:p>
    <w:p>
      <w:pPr>
        <w:jc w:val="right"/>
      </w:pPr>
      <w:r>
        <w:t>تو ہر ایک کے بھاگنے کے میدان الگ الگ ہوتے ہیں۔ کوئی کسی طرح بھاگتا ہے، کوئی کس طرح بھاگتا ہے۔ تو دوسروں کے بھاگنے کی فیلڈ سیکولر ہوتی ہے۔</w:t>
      </w:r>
    </w:p>
    <w:p>
      <w:r>
        <w:rPr>
          <w:b/>
        </w:rPr>
        <w:t xml:space="preserve">[1:10:23] </w:t>
      </w:r>
      <w:r>
        <w:t>wo secular maidan mein utra hai ke aqeedah banate hain. musalmanon ki field jo hai, woh mazhabi hai.</w:t>
      </w:r>
    </w:p>
    <w:p>
      <w:pPr>
        <w:jc w:val="right"/>
      </w:pPr>
      <w:r>
        <w:t>وہ سیکولر میدان میں اترا ہے کہ عقیدہ بناتے ہیں۔ مسلمانوں کی فیلڈ جو ہے، وہ مذہبی ہے۔</w:t>
      </w:r>
    </w:p>
    <w:p>
      <w:r>
        <w:rPr>
          <w:b/>
        </w:rPr>
        <w:t xml:space="preserve">[1:10:29] </w:t>
      </w:r>
      <w:r>
        <w:t>mazhabi field mein alag alag aqeeday banate hain. to musalmanon ka bhi apni azadi ko mehsoos karega. musalman is se sab firqe banenge aur doosron ka bhi azadi ko mehsoos karenge.</w:t>
      </w:r>
    </w:p>
    <w:p>
      <w:pPr>
        <w:jc w:val="right"/>
      </w:pPr>
      <w:r>
        <w:t>مذہبی فیلڈ میں الگ الگ عقیدے بناتے ہیں۔ تو مسلمانوں کا بھی اپنی آزادی کو محسوس کرے گا۔ مسلمان اس سے سب فرقے بنیں گے اور دوسروں کا بھی آزادی کو محسوس کریں گے۔</w:t>
      </w:r>
    </w:p>
    <w:p>
      <w:r>
        <w:rPr>
          <w:b/>
        </w:rPr>
        <w:t xml:space="preserve">[1:10:43] </w:t>
      </w:r>
      <w:r>
        <w:t>is se woh sab un ke haan mukhtalif qism ki baatein paida hongi. to basic baat yeh samajh lijiye ke musalman ne hargiz hargiz test se exempted nahi hai.</w:t>
      </w:r>
    </w:p>
    <w:p>
      <w:pPr>
        <w:jc w:val="right"/>
      </w:pPr>
      <w:r>
        <w:t>اس سے وہ سب ان کے ہاں مختلف قسم کی باتیں پیدا ہوں گی۔ تو بیسک بات یہ سمجھ لیجئے کہ مسلمان نے ہرگز ہرگز ٹیسٹ سے ایگزیمپٹڈ نہیں ہے۔</w:t>
      </w:r>
    </w:p>
    <w:p>
      <w:r>
        <w:rPr>
          <w:b/>
        </w:rPr>
        <w:t xml:space="preserve">[1:10:56] </w:t>
      </w:r>
      <w:r>
        <w:t>sab ka imtehan ho raha hai aur yeh sari baatein isi liye hain ke aadmi</w:t>
      </w:r>
    </w:p>
    <w:p>
      <w:pPr>
        <w:jc w:val="right"/>
      </w:pPr>
      <w:r>
        <w:t>سب کا امتحان ہو رہا ہے اور یہ ساری باتیں اسی لیے ہیں کہ آدمی</w:t>
      </w:r>
    </w:p>
    <w:p>
      <w:r>
        <w:rPr>
          <w:b/>
        </w:rPr>
        <w:t xml:space="preserve">[1:11:01] </w:t>
      </w:r>
      <w:r>
        <w:t>apne azadi ko misuse karta hai.</w:t>
      </w:r>
    </w:p>
    <w:p>
      <w:pPr>
        <w:jc w:val="right"/>
      </w:pPr>
      <w:r>
        <w:t>اپنے آزادی کو مس یوز کرتا ہے۔</w:t>
      </w:r>
    </w:p>
    <w:p>
      <w:r>
        <w:rPr>
          <w:b/>
        </w:rPr>
        <w:t xml:space="preserve">[1:11:07] </w:t>
      </w:r>
      <w:r>
        <w:t>maulana, yeh sawal kiya hai qazi mahmood ahmed qasmi sahib ne jammu kashmir se. unhone likha hai ke sirat-e-mustaqeem kya hai, is ke baray mein batayen.</w:t>
      </w:r>
    </w:p>
    <w:p>
      <w:pPr>
        <w:jc w:val="right"/>
      </w:pPr>
      <w:r>
        <w:t>مولانا، یہ سوال کیا ہے قاضی محمود احمد قاسمی صاحب نے جموں کشمیر سے۔ انہوں نے لکھا ہے کہ صراط مستقیم کیا ہے، اس کے بارے میں بتائیں۔</w:t>
      </w:r>
    </w:p>
    <w:p>
      <w:r>
        <w:rPr>
          <w:b/>
        </w:rPr>
        <w:t xml:space="preserve">[1:11:25] </w:t>
      </w:r>
      <w:r>
        <w:t>dekhein, ek hadith hai ke rasool Allah salallahu alaihi wasallam ne ek lakeer kheenchhi seedhi,</w:t>
      </w:r>
    </w:p>
    <w:p>
      <w:pPr>
        <w:jc w:val="right"/>
      </w:pPr>
      <w:r>
        <w:t>دیکھیں، ایک حدیث ہے کہ رسول اللہ صلی اللہ علیہ وسلم نے ایک لکیر کھینچی سیدھی،</w:t>
      </w:r>
    </w:p>
    <w:p>
      <w:r>
        <w:rPr>
          <w:b/>
        </w:rPr>
        <w:t xml:space="preserve">[1:11:31] </w:t>
      </w:r>
      <w:r>
        <w:t>phir idhar udhar lakeerein kheenchhi. aap ne farmaya ke yeh hai sirat-e-mustaqeem. idhar udhar lakeerein jo hain, woh bhatkaao ke rastay hain.</w:t>
      </w:r>
    </w:p>
    <w:p>
      <w:pPr>
        <w:jc w:val="right"/>
      </w:pPr>
      <w:r>
        <w:t>پھر ادھر ادھر لکیریں کھینچی۔ آپ نے فرمایا کہ یہ ہے صراط مستقیم۔ ادھر ادھر لکیریں جو ہیں، وہ بھٹکاؤ کے راستے ہیں۔</w:t>
      </w:r>
    </w:p>
    <w:p>
      <w:r>
        <w:rPr>
          <w:b/>
        </w:rPr>
        <w:t xml:space="preserve">[1:11:44] </w:t>
      </w:r>
      <w:r>
        <w:t>is se maine samjha hai ke ek hai, dekhiye, god oriented. is mein lakeer mein ek yahan insan hai, idhar Khuda hai.</w:t>
      </w:r>
    </w:p>
    <w:p>
      <w:pPr>
        <w:jc w:val="right"/>
      </w:pPr>
      <w:r>
        <w:t>اس سے میں نے سمجھا ہے کہ ایک ہے، دیکھیے، گاڈ اورینٹڈ۔ اس میں لکیر میں ایک یہاں انسان ہے، ادھر خدا ہے۔</w:t>
      </w:r>
    </w:p>
    <w:p>
      <w:r>
        <w:rPr>
          <w:b/>
        </w:rPr>
        <w:t xml:space="preserve">[1:11:53] </w:t>
      </w:r>
      <w:r>
        <w:t>yeh seedhi lakeer jo hai, woh insan se Khuda tak jati hai aur idhar udhar jo hai, woh bhatakne ke rastay hain.</w:t>
      </w:r>
    </w:p>
    <w:p>
      <w:pPr>
        <w:jc w:val="right"/>
      </w:pPr>
      <w:r>
        <w:t>یہ سیدھی لکیر جو ہے، وہ انسان سے خدا تک جاتی ہے اور ادھر ادھر جو ہے، وہ بھٹکنے کے راستے ہیں۔</w:t>
      </w:r>
    </w:p>
    <w:p>
      <w:r>
        <w:rPr>
          <w:b/>
        </w:rPr>
        <w:t xml:space="preserve">[1:12:02] </w:t>
      </w:r>
      <w:r>
        <w:t>to god oriented soch, yani Khuda rukhi soch, Khuda rukhi andaaz-e-zindagi, woh hai sirat-e-mustaqeem.</w:t>
      </w:r>
    </w:p>
    <w:p>
      <w:pPr>
        <w:jc w:val="right"/>
      </w:pPr>
      <w:r>
        <w:t>تو گاڈ اورینٹڈ سوچ، یعنی خدا رخی سوچ، خدا رخی انداز زندگی، وہ ہے صراط مستقیم۔</w:t>
      </w:r>
    </w:p>
    <w:p>
      <w:r>
        <w:rPr>
          <w:b/>
        </w:rPr>
        <w:t xml:space="preserve">[1:12:13] </w:t>
      </w:r>
      <w:r>
        <w:t>aur idhar udhar ke jo bhatke hain ke shaitan baqayda hai, wahan aadmi skim karta hai aur idhar bhatak jata hai.</w:t>
      </w:r>
    </w:p>
    <w:p>
      <w:pPr>
        <w:jc w:val="right"/>
      </w:pPr>
      <w:r>
        <w:t>اور ادھر ادھر کے جو بھٹکے ہیں کہ شیطان باقاعدہ ہے، وہاں آدمی سکم کرتا ہے اور ادھر بھٹک جاتا ہے۔</w:t>
      </w:r>
    </w:p>
    <w:p>
      <w:r>
        <w:rPr>
          <w:b/>
        </w:rPr>
        <w:t xml:space="preserve">[1:12:25] </w:t>
      </w:r>
      <w:r>
        <w:t>to yeh yeh hamesha hi soorat-e-haal hamesha baqi reh</w:t>
      </w:r>
    </w:p>
    <w:p>
      <w:pPr>
        <w:jc w:val="right"/>
      </w:pPr>
      <w:r>
        <w:t>تو یہ یہ ہمیشہ ہی صورتحال ہمیشہ باقی رہ</w:t>
      </w:r>
    </w:p>
    <w:p>
      <w:r>
        <w:rPr>
          <w:b/>
        </w:rPr>
        <w:t xml:space="preserve">[1:12:29] </w:t>
      </w:r>
      <w:r>
        <w:t>egi. har mauqa par jab aap gear element ho, wahan sochna padega aap ko. yani jahan bhi aap bhatkein, sochna padega.</w:t>
      </w:r>
    </w:p>
    <w:p>
      <w:pPr>
        <w:jc w:val="right"/>
      </w:pPr>
      <w:r>
        <w:t>ے گی۔ ہر موقع پر جب آپ گیر ایلیمنٹ ہو، وہاں سوچنا پڑے گا آپ کو۔ یعنی جہاں بھی آپ بھٹکیں، سوچنا پڑے گا۔</w:t>
      </w:r>
    </w:p>
    <w:p>
      <w:r>
        <w:rPr>
          <w:b/>
        </w:rPr>
        <w:t xml:space="preserve">[1:12:38] </w:t>
      </w:r>
      <w:r>
        <w:t>koi wahan aa kar ke awaaz nahi dega aap ko ke bhai tum bhatak rahe ho.</w:t>
      </w:r>
    </w:p>
    <w:p>
      <w:pPr>
        <w:jc w:val="right"/>
      </w:pPr>
      <w:r>
        <w:t>کوئی وہاں آ کر کے آواز نہیں دے گا آپ کو کہ بھئی تم بھٹک رہے ہو۔</w:t>
      </w:r>
    </w:p>
    <w:p>
      <w:r>
        <w:rPr>
          <w:b/>
        </w:rPr>
        <w:t xml:space="preserve">[1:12:46] </w:t>
      </w:r>
      <w:r>
        <w:t>misal ke taur par maine abhi misaal jo din shuru mein di thi ke "la sirata illa bi fatithatil kitab" ke surah fatiha ke baghair namaz nahi.</w:t>
      </w:r>
    </w:p>
    <w:p>
      <w:pPr>
        <w:jc w:val="right"/>
      </w:pPr>
      <w:r>
        <w:t>مثلاً میں نے ابھی مثال جو دن شروع میں دی تھی کہ "لا صراط الا وفاتۃ الکتاب" کہ فاتحہ سورہ فاتحہ کے بغیر نماز نہیں۔</w:t>
      </w:r>
    </w:p>
    <w:p>
      <w:r>
        <w:rPr>
          <w:b/>
        </w:rPr>
        <w:t xml:space="preserve">[1:12:56] </w:t>
      </w:r>
      <w:r>
        <w:t>is par bhi bhatkaao hua.</w:t>
      </w:r>
    </w:p>
    <w:p>
      <w:pPr>
        <w:jc w:val="right"/>
      </w:pPr>
      <w:r>
        <w:t>اس پر بھی بھٹکاؤ ہوا۔</w:t>
      </w:r>
    </w:p>
    <w:p>
      <w:r>
        <w:rPr>
          <w:b/>
        </w:rPr>
        <w:t xml:space="preserve">[1:12:58] </w:t>
      </w:r>
      <w:r>
        <w:t>saare logon ne alfaaz par behas jaari kar di, yani alfaaz ko dohrana. maine dekhiye, yeh bhatkaao tha. haqeeqat ya spirit par koi behas hi nahi.</w:t>
      </w:r>
    </w:p>
    <w:p>
      <w:pPr>
        <w:jc w:val="right"/>
      </w:pPr>
      <w:r>
        <w:t>سارے لوگوں نے الفاظ پر بحث جاری کر دی، یعنی الفاظ کو دہرانا۔ میں نے دیکھیے، یہ بھٹکاؤ تھا۔ حقیقت یا اسپرٹ پر کوئی بحث ہی نہیں۔</w:t>
      </w:r>
    </w:p>
    <w:p>
      <w:r>
        <w:rPr>
          <w:b/>
        </w:rPr>
        <w:t xml:space="preserve">[1:13:11] </w:t>
      </w:r>
      <w:r>
        <w:t>kisi ne yeh baat nahi nikali ke namaz jo hai, shaoor-e-fatiha ke saath padhna hai, warna namaz nahi hogi. saari behasein is par hain ke alfaaz-e-fatiha ke saath namaz padhna hai.</w:t>
      </w:r>
    </w:p>
    <w:p>
      <w:pPr>
        <w:jc w:val="right"/>
      </w:pPr>
      <w:r>
        <w:t>کسی نے یہ بات نہیں نکالی کہ نماز جو ہے، شعور فاتحہ کے ساتھ پڑھنا ہے، ورنہ نماز نہیں ہوگی۔ ساری بحثیں اس پر ہیں کہ الفاظ فاتحہ کے ساتھ نماز پڑھنا ہے۔</w:t>
      </w:r>
    </w:p>
    <w:p>
      <w:r>
        <w:rPr>
          <w:b/>
        </w:rPr>
        <w:t xml:space="preserve">[1:13:22] </w:t>
      </w:r>
      <w:r>
        <w:t>yeh yeh bhi inhiraaf tha. yeh</w:t>
      </w:r>
    </w:p>
    <w:p>
      <w:pPr>
        <w:jc w:val="right"/>
      </w:pPr>
      <w:r>
        <w:t>یہ یہ بھی انحراف تھا۔ یہ</w:t>
      </w:r>
    </w:p>
    <w:p>
      <w:r>
        <w:rPr>
          <w:b/>
        </w:rPr>
        <w:t xml:space="preserve">[1:13:27] </w:t>
      </w:r>
      <w:r>
        <w:t>to deiray element har waqt hota rehta hai. abhi jo maine kaha, yeh jo teen ajdhey wali baat, woh bhi bhatkaao hai ke rasool Allah sal Allah alaihi wasallam ne teenon khatraat maujood thay,</w:t>
      </w:r>
    </w:p>
    <w:p>
      <w:pPr>
        <w:jc w:val="right"/>
      </w:pPr>
      <w:r>
        <w:t>تو ڈیری ایلیمنٹ ہر وقت ہوتا رہتا ہے۔ ابھی جو میں نے کہا، یہ جو تین اجدہے والی بات، وہ بھی بھٹکاؤ ہے کہ رسول اللہ صلی اللہ علیہ وسلم نے تینوں خطرات موجود تھے،</w:t>
      </w:r>
    </w:p>
    <w:p>
      <w:r>
        <w:rPr>
          <w:b/>
        </w:rPr>
        <w:t xml:space="preserve">[1:13:41] </w:t>
      </w:r>
      <w:r>
        <w:t>lekin aap is par bhatke nahi ke in se ladein, in se ladein, in se ladein, balke dawat par aap jame rahe. woh tha sirat e mustaqeem.</w:t>
      </w:r>
    </w:p>
    <w:p>
      <w:pPr>
        <w:jc w:val="right"/>
      </w:pPr>
      <w:r>
        <w:t>لیکن آپ اس پر بھٹکے نہیں کہ ان سے لڑیں، ان سے لڑیں، ان سے لڑیں، بلکہ دعوت پر آپ جمے رہے۔ وہ تھا صراط مستقیم۔</w:t>
      </w:r>
    </w:p>
    <w:p>
      <w:r>
        <w:rPr>
          <w:b/>
        </w:rPr>
        <w:t xml:space="preserve">[1:13:51] </w:t>
      </w:r>
      <w:r>
        <w:t>agar aap bhatakte ke parhein to tansir ka muqabla karna hai, parhein istimaar se ladna hai, parhein istishraaq ko khatam karna hai, yeh to bhatkaao hota sirat e mustaqeem se.</w:t>
      </w:r>
    </w:p>
    <w:p>
      <w:pPr>
        <w:jc w:val="right"/>
      </w:pPr>
      <w:r>
        <w:t>اگر آپ بھٹکتے کہ پڑھیں تو تنصیر کا مقابلہ کرنا ہے، پڑھیں استعمار سے لڑنا ہے، پڑھیں استشراق کو ختم کرنا ہے، یہ تو بھٹکاؤ ہوتا صراط مستقیم سے۔</w:t>
      </w:r>
    </w:p>
    <w:p>
      <w:r>
        <w:rPr>
          <w:b/>
        </w:rPr>
        <w:t xml:space="preserve">[1:14:03] </w:t>
      </w:r>
      <w:r>
        <w:t>aap dawat par jame rahe to ek hi sirat e mustaqeem hai, yaani Khuda rakhi, aur baqi jo teh hain, idhar udhar woh bhatkaao ke raaste hain.</w:t>
      </w:r>
    </w:p>
    <w:p>
      <w:pPr>
        <w:jc w:val="right"/>
      </w:pPr>
      <w:r>
        <w:t>آپ دعوت پر جمے رہے تو ایک ہی صراط مستقیم ہے، یعنی خدا رخی، اور باقی جو تہہ ہیں، ادھر ادھر وہ بھٹکاؤ کے راستے ہیں۔</w:t>
      </w:r>
    </w:p>
    <w:p>
      <w:r>
        <w:rPr>
          <w:b/>
        </w:rPr>
        <w:t xml:space="preserve">[1:14:17] </w:t>
      </w:r>
      <w:r>
        <w:t>yeh to har waqt aap soch sakte hain, ghaur kar ke ke kaun sa raasta Allah ki taraf ja raha hai, kaun sa raasta bhatkaao ki taraf ja raha hai.</w:t>
      </w:r>
    </w:p>
    <w:p>
      <w:pPr>
        <w:jc w:val="right"/>
      </w:pPr>
      <w:r>
        <w:t>یہ تو ہر وقت آپ سوچ سکتے ہیں، غور کر کے کہ کون سا راستہ اللہ کی طرف جا رہا ہے، کون سا راستہ بھٹکاؤ کی طرف جا رہا ہے۔</w:t>
      </w:r>
    </w:p>
    <w:p>
      <w:r>
        <w:rPr>
          <w:b/>
        </w:rPr>
        <w:t xml:space="preserve">[1:14:28] </w:t>
      </w:r>
      <w:r>
        <w:t>isi wajah se yeh hai ke teenon maamle bhatkaao ke maamle hain. kuch log lad rahe hain tansir ke khilaaf, kuch lad rahe hain istimaar ke khilaaf, kuch lad rahe hain istishraaq ke khilaaf.</w:t>
      </w:r>
    </w:p>
    <w:p>
      <w:pPr>
        <w:jc w:val="right"/>
      </w:pPr>
      <w:r>
        <w:t>اسی وجہ سے یہ ہے کہ تینوں معاملے بھٹکاؤ کے معاملے ہیں۔ کچھ لوگ لڑ رہے ہیں تنصیر کے خلاف، کچھ لڑ رہے ہیں استعمار کے خلاف، کچھ لڑ رہے ہیں استشراق کے خلاف۔</w:t>
      </w:r>
    </w:p>
    <w:p>
      <w:r>
        <w:rPr>
          <w:b/>
        </w:rPr>
        <w:t xml:space="preserve">[1:14:40] </w:t>
      </w:r>
      <w:r>
        <w:t>woh nahi karta. karti to Khuda rasool Allah ne kya</w:t>
      </w:r>
    </w:p>
    <w:p>
      <w:pPr>
        <w:jc w:val="right"/>
      </w:pPr>
      <w:r>
        <w:t>وہ نہیں کرتا۔ کرتی تو خدا رسول اللہ نے کیا</w:t>
      </w:r>
    </w:p>
    <w:p>
      <w:r>
        <w:rPr>
          <w:b/>
        </w:rPr>
        <w:t xml:space="preserve">[1:14:44] </w:t>
      </w:r>
      <w:r>
        <w:t>ke chodein in cheezon ko, hamein to dawat dena hai, Quran ki dawat. yeh koi kar nahi raha hai. to har maamle mein soch samajh kar ke aap jaan paayenge ke kahan aap ki zindagi deiryl ho rahi hai.</w:t>
      </w:r>
    </w:p>
    <w:p>
      <w:pPr>
        <w:jc w:val="right"/>
      </w:pPr>
      <w:r>
        <w:t>کہ چھوڑیں ان چیزوں کو، ہمیں تو دعوت دینا ہے، قرآن کی دعوت۔ یہ کوئی کر نہیں رہا ہے۔ تو ہر معاملے میں سوچ سمجھ کر کے آپ جان پائیں گے کہ کہاں آپ کی زندگی ڈیریل ہو رہی ہے۔</w:t>
      </w:r>
    </w:p>
    <w:p>
      <w:r>
        <w:rPr>
          <w:b/>
        </w:rPr>
        <w:t xml:space="preserve">[1:15:00] </w:t>
      </w:r>
      <w:r>
        <w:t>koi aawaaz aasman se aawaaz nahi aayegi. agla sawal Jammu o Kashmir se Abdul Qayyum Nadvi sahib ka hai.</w:t>
      </w:r>
    </w:p>
    <w:p>
      <w:pPr>
        <w:jc w:val="right"/>
      </w:pPr>
      <w:r>
        <w:t>کوئی آواز آسمان سے آواز نہیں آئے گی۔ اگلا سوال جموں کشمیر سے عبدالقیوم ندوی صاحب کا ہے۔</w:t>
      </w:r>
    </w:p>
    <w:p>
      <w:r>
        <w:rPr>
          <w:b/>
        </w:rPr>
        <w:t xml:space="preserve">[1:15:08] </w:t>
      </w:r>
      <w:r>
        <w:t>unhone likha hai: "what is an ideal role of a muslim as a da'i in the modern context of things when other ideologies are being more forcefully propagated?" main to nahi maanta ke more forcefully woh propagate kar rahe hain.</w:t>
      </w:r>
    </w:p>
    <w:p>
      <w:pPr>
        <w:jc w:val="right"/>
      </w:pPr>
      <w:r>
        <w:t>انہوں نے لکھا ہے: "واٹ از این آئیڈیل رول آف ا مسلم ایز ا دائی ان دی ماڈرن کانٹیکسٹ آف تھنگز وین ادر آئیڈیالوجیز آر بینگ مور فورس فلی پروپیگیٹڈ؟" میں تو نہیں مانتا کہ مور فورس فلی وہ پروپیگیٹ کر رہے ہیں۔</w:t>
      </w:r>
    </w:p>
    <w:p>
      <w:r>
        <w:rPr>
          <w:b/>
        </w:rPr>
        <w:t xml:space="preserve">[1:15:25] </w:t>
      </w:r>
      <w:r>
        <w:t>jitna main padhta hoon, yaqeen kijiye ke without any exception hai ke confusion hota hai, kahin clarity nahi hoti.</w:t>
      </w:r>
    </w:p>
    <w:p>
      <w:pPr>
        <w:jc w:val="right"/>
      </w:pPr>
      <w:r>
        <w:t>جتنا میں پڑھتا ہوں، یقین کیجئے کہ ودا آؤٹ اینی ایکسیپشن ہے کہ کنفیوژن ہوتا ہے، کہیں کلیرٹی نہیں ہوتی۔</w:t>
      </w:r>
    </w:p>
    <w:p>
      <w:r>
        <w:rPr>
          <w:b/>
        </w:rPr>
        <w:t xml:space="preserve">[1:15:33] </w:t>
      </w:r>
      <w:r>
        <w:t>agar aap ke nazdeek koi hai, kisi ke paas koi aisi kitaab jis mein clarity ho to mujhe bataayein us ka naam. kyunke dekhiye, jo sirat e mustaqeem hai, yeh jo Quran ka paigham hai, isi mein clarity hai, us ke bahar confusion hai.</w:t>
      </w:r>
    </w:p>
    <w:p>
      <w:pPr>
        <w:jc w:val="right"/>
      </w:pPr>
      <w:r>
        <w:t>اگر آپ کے نزدیک کوئی ہے، کسی کے پاس کوئی ایسی کتاب جس میں کلیرٹی ہو تو مجھے بتائیں اس کا نام۔ کیونکہ دیکھیے، جو صراط مستقیم ہے، یہ جو قرآن کا پیغام ہے، اسی میں کلیرٹی ہے، اس کے باہر کنفیوژن ہے۔</w:t>
      </w:r>
    </w:p>
    <w:p>
      <w:r>
        <w:rPr>
          <w:b/>
        </w:rPr>
        <w:t xml:space="preserve">[1:15:50] </w:t>
      </w:r>
      <w:r>
        <w:t>wa ma ba'd al-haqq illadhalaal. haq ke ilawa jo hoga, us mein confusion hoga, contradiction hoga, inconsistency hogi.</w:t>
      </w:r>
    </w:p>
    <w:p>
      <w:pPr>
        <w:jc w:val="right"/>
      </w:pPr>
      <w:r>
        <w:t>وما بعد الحق الا الذلال۔ حق کے علاوہ جو ہوگا، اس میں کنفیوژن ہوگا، کنٹراڈکشن ہوگا، ان کنسسٹنسی ہوگی۔</w:t>
      </w:r>
    </w:p>
    <w:p>
      <w:r>
        <w:rPr>
          <w:b/>
        </w:rPr>
        <w:t xml:space="preserve">[1:16:00] </w:t>
      </w:r>
      <w:r>
        <w:t>yahi hai sab mein.</w:t>
      </w:r>
    </w:p>
    <w:p>
      <w:pPr>
        <w:jc w:val="right"/>
      </w:pPr>
      <w:r>
        <w:t>یہی ہے سب میں۔</w:t>
      </w:r>
    </w:p>
    <w:p>
      <w:r>
        <w:rPr>
          <w:b/>
        </w:rPr>
        <w:t xml:space="preserve">[1:16:02] </w:t>
      </w:r>
      <w:r>
        <w:t>kyunke idhar is side pe log kuch kar nahi rahe hain. saare hamare ulama jo hain, one to all, without any exception, rawaiti baatein dohraate hain.</w:t>
      </w:r>
    </w:p>
    <w:p>
      <w:pPr>
        <w:jc w:val="right"/>
      </w:pPr>
      <w:r>
        <w:t>کیونکہ ادھر اس سائیڈ پہ لوگ کچھ کر نہیں رہے ہیں۔ سارے ہمارے علماء جو ہیں، ون ٹو ال، ودا آؤٹ اینی ایکسیپشن، روایتی باتیں دہراتے ہیں۔</w:t>
      </w:r>
    </w:p>
    <w:p>
      <w:r>
        <w:rPr>
          <w:b/>
        </w:rPr>
        <w:t xml:space="preserve">[1:16:13] </w:t>
      </w:r>
      <w:r>
        <w:t>koi mujhe ek bhi aalim nahi maloom jo aaj ke mind ko padhe, us ke lihaaz se us ko address kare. to kya hoga? yeh hoga woh forceful nahi hai, woh forceful nahi hai, woh sirf ek maidan khali hai, woh daud rahe hain.</w:t>
      </w:r>
    </w:p>
    <w:p>
      <w:pPr>
        <w:jc w:val="right"/>
      </w:pPr>
      <w:r>
        <w:t>کوئی مجھے ایک بھی عالم نہیں معلوم جو آج کے مائنڈ کو پڑھے، اس کے لحاظ سے اس کو ایڈریس کرے۔ تو کیا ہوگا؟ یہ ہوگا وہ فورس فل نہیں ہے، وہ فورس فل نہیں ہے، وہ صرف ایک میدان خالی ہے، وہ دوڑ رہے ہیں۔</w:t>
      </w:r>
    </w:p>
    <w:p>
      <w:r>
        <w:rPr>
          <w:b/>
        </w:rPr>
        <w:t xml:space="preserve">[1:16:26] </w:t>
      </w:r>
      <w:r>
        <w:t>woh</w:t>
      </w:r>
    </w:p>
    <w:p>
      <w:pPr>
        <w:jc w:val="right"/>
      </w:pPr>
      <w:r>
        <w:t>وہ</w:t>
      </w:r>
    </w:p>
    <w:p>
      <w:r>
        <w:rPr>
          <w:b/>
        </w:rPr>
        <w:t xml:space="preserve">[1:16:28] </w:t>
      </w:r>
      <w:r>
        <w:t>yaani modern jo maidan paida hua hai, wahan wahan ulama hain hi nahi. ulama to masle masail bayan karte hain, fatwe dete hain. modern jo maidan hai, woh reason ka, modern reason, reason based Islam koi pesh hi nahi kar raha hai.</w:t>
      </w:r>
    </w:p>
    <w:p>
      <w:pPr>
        <w:jc w:val="right"/>
      </w:pPr>
      <w:r>
        <w:t>یعنی ماڈرن جو میدان پیدا ہوا ہے، وہاں وہاں علماء ہیں ہی نہیں۔ علماء تو مسئلے مسائل بیان کرتے ہیں، فتوے دیتے ہیں۔ ماڈرن جو میدان ہے، وہ ریزن کا مدر ریزن، ریزن بیسڈ اسلام کوئی پیش ہی نہیں کر رہا ہے۔</w:t>
      </w:r>
    </w:p>
    <w:p>
      <w:r>
        <w:rPr>
          <w:b/>
        </w:rPr>
        <w:t xml:space="preserve">[1:16:45] </w:t>
      </w:r>
      <w:r>
        <w:t>fatwe dete hain, rawaiti baatein karte hain, kahaniyan sunate hain, fazail ki kahaniyan sunate hain. to baat yeh nahi ke forceful tareeqe se woh pesh kar rahe hain.</w:t>
      </w:r>
    </w:p>
    <w:p>
      <w:pPr>
        <w:jc w:val="right"/>
      </w:pPr>
      <w:r>
        <w:t>فتوے دیتے ہیں، روایتی باتیں کرتے ہیں، کہانیاں سناتے ہیں، فضائل کی کہانیاں سناتے ہیں۔ تو بات یہ نہیں کہ فورس فل طریقے سے وہ پیش کر رہے ہیں۔</w:t>
      </w:r>
    </w:p>
    <w:p>
      <w:r>
        <w:rPr>
          <w:b/>
        </w:rPr>
        <w:t xml:space="preserve">[1:16:56] </w:t>
      </w:r>
      <w:r>
        <w:t>woh ek un ko un ka maadi maidan khali hai. main to kitni saari kitaabein padhi hain logon ki, har kitaab mein confusion hai, kisi kitaab mein koi clarity nahi hoti.</w:t>
      </w:r>
    </w:p>
    <w:p>
      <w:pPr>
        <w:jc w:val="right"/>
      </w:pPr>
      <w:r>
        <w:t>وہ ایک ان کو ان کا مادی میدان خالی ہے۔ میں تو کتنی ساری کتابیں پڑھی ہیں لوگوں کی، ہر کتاب میں کنفیوژن ہے، کسی کتاب میں کوئی کلیرٹی نہیں ہوتی۔</w:t>
      </w:r>
    </w:p>
    <w:p>
      <w:r>
        <w:rPr>
          <w:b/>
        </w:rPr>
        <w:t xml:space="preserve">[1:17:07] </w:t>
      </w:r>
      <w:r>
        <w:t>kyunke wa ma ba'd al-haqq illadhalaal. to is liye yeh nahi samjhiye ke woh kuch kar rahe hain, yeh ke ek ulama nahi kar rahe, us ka masla hai.</w:t>
      </w:r>
    </w:p>
    <w:p>
      <w:pPr>
        <w:jc w:val="right"/>
      </w:pPr>
      <w:r>
        <w:t>کیونکہ وما بعد الحق الا الذلال۔ تو اس لیے یہ نہیں سمجھیے کہ وہ کچھ کر رہے ہیں، یہ کہ ایک علماء نہیں کر رہے، اس کا مسئلہ ہے۔</w:t>
      </w:r>
    </w:p>
    <w:p>
      <w:r>
        <w:rPr>
          <w:b/>
        </w:rPr>
        <w:t xml:space="preserve">[1:17:19] </w:t>
      </w:r>
      <w:r>
        <w:t>aur jo koi kare, to us ko appreciate bhi nahi karte.</w:t>
      </w:r>
    </w:p>
    <w:p>
      <w:pPr>
        <w:jc w:val="right"/>
      </w:pPr>
      <w:r>
        <w:t>اور جو کوئی کرے، تو اس کو اپریشیٹ بھی نہیں کرتے۔</w:t>
      </w:r>
    </w:p>
    <w:p>
      <w:r>
        <w:rPr>
          <w:b/>
        </w:rPr>
        <w:t xml:space="preserve">[1:17:23] </w:t>
      </w:r>
      <w:r>
        <w:t>hamare ulama ka haal yeh hai, koi agar kare to appreciate bhi nahi karte us ko. na khud khard, na bakasrat jahad ka maamla un ka ho raha hai. to jo log ke jadeed yaani afkaar ke muballigh hain, woh khali maidan mein daud rahe hain, bas wahan par koi hai hi nahi un ko oppose karne wala, un ke saamne koi pesh karne wala baat ko.</w:t>
      </w:r>
    </w:p>
    <w:p>
      <w:pPr>
        <w:jc w:val="right"/>
      </w:pPr>
      <w:r>
        <w:t>ہمارے علماء کا حال یہ ہے، کوئی اگر کرے تو اپریشیٹ بھی نہیں کرتے اس کو۔ نہ خود خرد، نہ بکثرت جہد کا معاملہ ان کا ہو رہا ہے۔ تو جو لوگ کہ جدید یعنی افکار کے مبلغ ہیں، وہ خالی میدان میں دوڑ رہے ہیں، بس وہاں پر کوئی ہے ہی نہیں ان کو اپوز کرنے والا، ان کے سامنے کوئی پیش کرنے والا بات کو۔</w:t>
      </w:r>
    </w:p>
    <w:p>
      <w:r>
        <w:rPr>
          <w:b/>
        </w:rPr>
        <w:t xml:space="preserve">[1:17:48] </w:t>
      </w:r>
      <w:r>
        <w:t>main main main bas bas samajhta hoon ke saari jo jo is mein jo responsibility hai, woh ulama ki hai, na khud kiya, na karne walon ko appreciate kiya unhone.</w:t>
      </w:r>
    </w:p>
    <w:p>
      <w:pPr>
        <w:jc w:val="right"/>
      </w:pPr>
      <w:r>
        <w:t>میں میں میں بس بس سمجھتا ہوں کہ ساری جو جو اس میں جو رسپانسبیلٹی ہے، وہ علماء کی ہے، نہ خود کیا، نہ کرنے والوں کو اپریشیٹ کیا انہوں نے۔</w:t>
      </w:r>
    </w:p>
    <w:p>
      <w:r>
        <w:rPr>
          <w:b/>
        </w:rPr>
        <w:t xml:space="preserve">[1:18:00] </w:t>
      </w:r>
      <w:r>
        <w:t>yeh mein bilkul soch samajh ke yeh baat kar raha hoon ke agar koi kare to us ko appreciate hi karte hain aur khud karte nahin.</w:t>
      </w:r>
    </w:p>
    <w:p>
      <w:pPr>
        <w:jc w:val="right"/>
      </w:pPr>
      <w:r>
        <w:t>یہ میں بالکل سوچ سمجھ کے یہ بات کر رہا ہوں کہ اگر کوئی کرے تو اس کو اپریشیٹ ہی کرتے ہیں اور خود کرتے نہیں۔</w:t>
      </w:r>
    </w:p>
    <w:p>
      <w:r>
        <w:rPr>
          <w:b/>
        </w:rPr>
        <w:t xml:space="preserve">[1:18:10] </w:t>
      </w:r>
      <w:r>
        <w:t>is par mein bohat si misalein de sakta hoon. agar koi janna chahe to inshallah.</w:t>
      </w:r>
    </w:p>
    <w:p>
      <w:pPr>
        <w:jc w:val="right"/>
      </w:pPr>
      <w:r>
        <w:t>اس پر میں بہت سی مثالیں دے سکتا ہوں۔ اگر کوئی جاننا چاہے تو انشاءاللہ۔</w:t>
      </w:r>
    </w:p>
    <w:p>
      <w:r>
        <w:rPr>
          <w:b/>
        </w:rPr>
        <w:t xml:space="preserve">[1:18:17] </w:t>
      </w:r>
      <w:r>
        <w:t>maulana abid rahmani sahib ne jammu kashmir se likha hai: "do so saal ke daur mein ummat ne dawat ko chhod diya.</w:t>
      </w:r>
    </w:p>
    <w:p>
      <w:pPr>
        <w:jc w:val="right"/>
      </w:pPr>
      <w:r>
        <w:t>مولانا عابد رحمانی صاحب نے جموں کشمیر سے لکھا ہے: "دو سو سال کے دور میں امت نے دعوت کو چھوڑ دیا۔</w:t>
      </w:r>
    </w:p>
    <w:p>
      <w:r>
        <w:rPr>
          <w:b/>
        </w:rPr>
        <w:t xml:space="preserve">[1:18:26] </w:t>
      </w:r>
      <w:r>
        <w:t>kya is daur mein dawat ka kaam poori tarah chhoota raha ya juzwi taur par?" dekhiye, mein jab jald bolta hoon, is ke maani kya hote hain?</w:t>
      </w:r>
    </w:p>
    <w:p>
      <w:pPr>
        <w:jc w:val="right"/>
      </w:pPr>
      <w:r>
        <w:t>کیا اس دور میں دعوت کا کام پوری طرح چھوٹا رہا یا جزئی طور پر؟" دیکھیے، میں جب جلد بولتا ہوں، اس کے معنی کیا ہوتے ہیں؟</w:t>
      </w:r>
    </w:p>
    <w:p>
      <w:r>
        <w:rPr>
          <w:b/>
        </w:rPr>
        <w:t xml:space="preserve">[1:18:38] </w:t>
      </w:r>
      <w:r>
        <w:t>ek hai deen ka apne aap, yaani deen apne aap jaari rahe aur is ka amal jaari rahe.</w:t>
      </w:r>
    </w:p>
    <w:p>
      <w:pPr>
        <w:jc w:val="right"/>
      </w:pPr>
      <w:r>
        <w:t>ایک ہے دین کا اپنے آپ، یعنی دین اپنے آپ جاری رہے اور اس کا عمل جاری رہے۔</w:t>
      </w:r>
    </w:p>
    <w:p>
      <w:r>
        <w:rPr>
          <w:b/>
        </w:rPr>
        <w:t xml:space="preserve">[1:18:47] </w:t>
      </w:r>
      <w:r>
        <w:t>yeh yeh to hamesha hi rahega. hum aap is ko khatm karein to khatm nahin kar sakte. deen ka tasalsul hum khatm nahin kar sakte. allah ta'ala ki taraf se woh chalta rehta hai.</w:t>
      </w:r>
    </w:p>
    <w:p>
      <w:pPr>
        <w:jc w:val="right"/>
      </w:pPr>
      <w:r>
        <w:t>یہ یہ تو ہمیشہ ہی رہے گا۔ ہم آپ اس کو ختم کریں تو ختم نہیں کر سکتے۔ دین کا تسلسل ہم ختم نہیں کر سکتے۔ اللہ تعالیٰ کی طرف سے وہ چلتا رہتا ہے۔</w:t>
      </w:r>
    </w:p>
    <w:p>
      <w:r>
        <w:rPr>
          <w:b/>
        </w:rPr>
        <w:t xml:space="preserve">[1:19:00] </w:t>
      </w:r>
      <w:r>
        <w:t>to poore is daur mein log islam qubool karte rahe, islam ka kaam hota raha apni apni taqat se.</w:t>
      </w:r>
    </w:p>
    <w:p>
      <w:pPr>
        <w:jc w:val="right"/>
      </w:pPr>
      <w:r>
        <w:t>تو پورے اس دور میں لوگ اسلام قبول کرتے رہے، اسلام کا کام ہوتا رہا اپنی اپنی طاقت سے۔</w:t>
      </w:r>
    </w:p>
    <w:p>
      <w:r>
        <w:rPr>
          <w:b/>
        </w:rPr>
        <w:t xml:space="preserve">[1:19:08] </w:t>
      </w:r>
      <w:r>
        <w:t>lekin jo jin ki responsibility thi, unhone yeh kaam nahin kiya. woh to wohi teen afai daryaft kiya, unhone teen saanpon ke peeche daudte rahe.</w:t>
      </w:r>
    </w:p>
    <w:p>
      <w:pPr>
        <w:jc w:val="right"/>
      </w:pPr>
      <w:r>
        <w:t>لیکن جو جن کی رسپانسبیلٹی تھی، انہوں نے یہ کام نہیں کیا۔ وہ تو وہی تین افائی دریافت کیا، انہوں نے تین سانپوں کے پیچھے دوڑتے رہے۔</w:t>
      </w:r>
    </w:p>
    <w:p>
      <w:r>
        <w:rPr>
          <w:b/>
        </w:rPr>
        <w:t xml:space="preserve">[1:19:19] </w:t>
      </w:r>
      <w:r>
        <w:t>to mein yeh sirf is sense mein bolta hoon ke duty jin ki thi, unhone to kuch kaam anjaam nahin diya, lekin islam deen haq tha, quran aakhri mehfooz kitaab thi, is liye khud apne zor par woh amal karti rahi.</w:t>
      </w:r>
    </w:p>
    <w:p>
      <w:pPr>
        <w:jc w:val="right"/>
      </w:pPr>
      <w:r>
        <w:t>تو میں یہ صرف اس سینس میں بولتا ہوں کہ ڈیوٹی جن کی تھی، انہوں نے تو کچھ کام انجام نہیں دیا، لیکن اسلام دین حق تھا، قرآن آخری محفوظ کتاب تھی، اس لیے خود اپنے زور پر وہ عمل کرتی رہی۔</w:t>
      </w:r>
    </w:p>
    <w:p>
      <w:r>
        <w:rPr>
          <w:b/>
        </w:rPr>
        <w:t xml:space="preserve">[1:19:33] </w:t>
      </w:r>
      <w:r>
        <w:t>is maani aap keh sakte hain ke juzwi taur par hua.</w:t>
      </w:r>
    </w:p>
    <w:p>
      <w:pPr>
        <w:jc w:val="right"/>
      </w:pPr>
      <w:r>
        <w:t>اس معنی آپ کہہ سکتے ہیں کہ جزوی طور پر ہوا۔</w:t>
      </w:r>
    </w:p>
    <w:p>
      <w:r>
        <w:rPr>
          <w:b/>
        </w:rPr>
        <w:t xml:space="preserve">[1:19:37] </w:t>
      </w:r>
      <w:r>
        <w:t>yeh lafz bohat zyada sahi shayad na ho, lekin phir bhi aap bol sakte hain aise. maulana sharukh hussain ne dilli se likha hai: "ek sahib ne kaha ke hum apne mad'u ko poora quran dene ke bajaye sirf wohi ayat padh kar sunayein jis ki us ko zaroorat hai.</w:t>
      </w:r>
    </w:p>
    <w:p>
      <w:pPr>
        <w:jc w:val="right"/>
      </w:pPr>
      <w:r>
        <w:t>یہ لفظ بہت زیادہ صحیح شاید نہ ہو، لیکن پھر بھی آپ بول سکتے ہیں ایسے۔ مولانا شارخ حسین نے دلی سے لکھا ہے: "ایک صاحب نے کہا کہ ہم اپنے مدعو کو پورا قرآن دینے کے بجائے صرف وہی آیت پڑھ کر سنائیں جس کی اس کو ضرورت ہے۔</w:t>
      </w:r>
    </w:p>
    <w:p>
      <w:r>
        <w:rPr>
          <w:b/>
        </w:rPr>
        <w:t xml:space="preserve">[1:19:57] </w:t>
      </w:r>
      <w:r>
        <w:t>jis tarah doctor apne mareez ko medicine book nahin deta, balkeh us ki bimari ke mutabiq particular medicine deta hai."</w:t>
      </w:r>
    </w:p>
    <w:p>
      <w:pPr>
        <w:jc w:val="right"/>
      </w:pPr>
      <w:r>
        <w:t>جس طرح ڈاکٹر اپنے مریض کو میڈیسن بک نہیں دیتا، بلکہ اس کی بیماری کے مطابق پرٹیکولر میڈیسن دیتا ہے۔"</w:t>
      </w:r>
    </w:p>
    <w:p>
      <w:r>
        <w:rPr>
          <w:b/>
        </w:rPr>
        <w:t xml:space="preserve">[1:20:06] </w:t>
      </w:r>
      <w:r>
        <w:t>maulana sahib meharbani kar kar is ki wazahat farmayein. yeh misaal bilkul galat hai. aap medicine ki misaal ek se mein mind ka apply kar rahe hain is ko.</w:t>
      </w:r>
    </w:p>
    <w:p>
      <w:pPr>
        <w:jc w:val="right"/>
      </w:pPr>
      <w:r>
        <w:t>مولانا صاحب مہربانی کر کر اس کی وضاحت فرمائیں۔ یہ مثال بالکل غلط ہے۔ آپ میڈیسن کی مثال ایک سے میں مائنڈ کا اپلائی کر رہے ہیں اس کو۔</w:t>
      </w:r>
    </w:p>
    <w:p>
      <w:r>
        <w:rPr>
          <w:b/>
        </w:rPr>
        <w:t xml:space="preserve">[1:20:17] </w:t>
      </w:r>
      <w:r>
        <w:t>nahin, poora quran dijiye. insaan khud select karta hai, khud wahan pahunchta hai. jab to woh ghore karta hai. woh medicine ki misaal yahan apply nahin hoti hai.</w:t>
      </w:r>
    </w:p>
    <w:p>
      <w:pPr>
        <w:jc w:val="right"/>
      </w:pPr>
      <w:r>
        <w:t>نہیں، پورا قرآن دیجیے۔ انسان خود سلیکٹ کرتا ہے، خود وہاں پہنچتا ہے۔ جب تو وہ غور کرتا ہے۔ وہ میڈیسن کی مثال یہاں اپلائی نہیں ہوتی ہے۔</w:t>
      </w:r>
    </w:p>
    <w:p>
      <w:r>
        <w:rPr>
          <w:b/>
        </w:rPr>
        <w:t xml:space="preserve">[1:20:30] </w:t>
      </w:r>
      <w:r>
        <w:t>albata quran ki soorat mein yeh kahoon ga ke daur jadeed ke lehaz se aap ko aur kitabein literature dena padega, jis ko mein kehta hoon ke madadgar literature.</w:t>
      </w:r>
    </w:p>
    <w:p>
      <w:pPr>
        <w:jc w:val="right"/>
      </w:pPr>
      <w:r>
        <w:t>البتہ قرآن کی صورت میں یہ کہوں گا کہ دور جدید کے لحاظ سے آپ کو اور کتابیں لٹریچر دینا پڑے گا، جس کو میں کہتا ہوں کہ مددگار لٹریچر۔</w:t>
      </w:r>
    </w:p>
    <w:p>
      <w:r>
        <w:rPr>
          <w:b/>
        </w:rPr>
        <w:t xml:space="preserve">[1:20:41] </w:t>
      </w:r>
      <w:r>
        <w:t>yaani quran bhi dijiye aur madadgar literature bhi dijiye. woh mein is ke qael nahin hoon ke ke kuch hissa padh sunayein, kuch hissa chhapayein.</w:t>
      </w:r>
    </w:p>
    <w:p>
      <w:pPr>
        <w:jc w:val="right"/>
      </w:pPr>
      <w:r>
        <w:t>یعنی قرآن بھی دیجیے اور مددگار لٹریچر بھی دیجیے۔ وہ میں اس کے قائل نہیں ہوں کہ کہ کچھ حصہ پڑھ سنائیں، کچھ حصہ چھاپیں۔</w:t>
      </w:r>
    </w:p>
    <w:p>
      <w:r>
        <w:rPr>
          <w:b/>
        </w:rPr>
        <w:t xml:space="preserve">[1:20:51] </w:t>
      </w:r>
      <w:r>
        <w:t>ek para chhap ke dein, do para chhap ke dein. yeh sab is ko mein unnatural samajhta hoon.</w:t>
      </w:r>
    </w:p>
    <w:p>
      <w:pPr>
        <w:jc w:val="right"/>
      </w:pPr>
      <w:r>
        <w:t>ایک پارہ چھاپ کے دیں، دو پارہ چھاپ کے دیں۔ یہ سب اس کو میں ان نیچرل سمجھتا ہوں۔</w:t>
      </w:r>
    </w:p>
    <w:p>
      <w:r>
        <w:rPr>
          <w:b/>
        </w:rPr>
        <w:t xml:space="preserve">[1:20:56] </w:t>
      </w:r>
      <w:r>
        <w:t>poora quran dijiye, lekin saath saath madadgar literature bhi aap ko dena padega taake aaj ke lehaz se us ke liye quran understandable ho jaye.</w:t>
      </w:r>
    </w:p>
    <w:p>
      <w:pPr>
        <w:jc w:val="right"/>
      </w:pPr>
      <w:r>
        <w:t>پورا قرآن دیجیے، لیکن ساتھ ساتھ مددگار لٹریچر بھی آپ کو دینا پڑے گا تاکہ آج کے لحاظ سے اس کے لیے قرآن انڈرسٹینڈیبل ہو جائے۔</w:t>
      </w:r>
    </w:p>
    <w:p>
      <w:r>
        <w:rPr>
          <w:b/>
        </w:rPr>
        <w:t xml:space="preserve">[1:21:05] </w:t>
      </w:r>
      <w:r>
        <w:t>yeh jaise mein ne aap ko misaal di, abhi do auraton ki gawahi wali baat. to quran mein jo ayatein padhe ga, to us ko is tashreeh chahiye.</w:t>
      </w:r>
    </w:p>
    <w:p>
      <w:pPr>
        <w:jc w:val="right"/>
      </w:pPr>
      <w:r>
        <w:t>یہ جیسے میں نے آپ کو مثال دی، ابھی دو عورتوں کی گواہی والی بات۔ تو قرآن میں جو آیتیں پڑھے گا، تو اس کو اس تشریح چاہیے۔</w:t>
      </w:r>
    </w:p>
    <w:p>
      <w:r>
        <w:rPr>
          <w:b/>
        </w:rPr>
        <w:t xml:space="preserve">[1:21:15] </w:t>
      </w:r>
      <w:r>
        <w:t>us ki tashreeh, us ki tashreeh ke liye aap aur koi literature dena padega.</w:t>
      </w:r>
    </w:p>
    <w:p>
      <w:pPr>
        <w:jc w:val="right"/>
      </w:pPr>
      <w:r>
        <w:t>اس کی تشریح، اس کی تشریح کے لیے آپ اور کوئی لٹریچر دینا پڑے گا۔</w:t>
      </w:r>
    </w:p>
    <w:p>
      <w:r>
        <w:rPr>
          <w:b/>
        </w:rPr>
        <w:t xml:space="preserve">[1:21:20] </w:t>
      </w:r>
      <w:r>
        <w:t>in ayaton ko samajhne ke liye ek madadgar literature ya ek tashreehi literature chahiye. woh bhi aap dijiye saath saath, lekin poora quran dijiye.</w:t>
      </w:r>
    </w:p>
    <w:p>
      <w:pPr>
        <w:jc w:val="right"/>
      </w:pPr>
      <w:r>
        <w:t>ان آیتوں کو سمجھنے کے لیے ایک مددگار لٹریچر یا ایک تشریحی لٹریچر چاہیے۔ وہ بھی آپ دیجیے ساتھ ساتھ، لیکن پورا قرآن دیجیے۔</w:t>
      </w:r>
    </w:p>
    <w:p>
      <w:r>
        <w:rPr>
          <w:b/>
        </w:rPr>
        <w:t xml:space="preserve">[1:21:32] </w:t>
      </w:r>
      <w:r>
        <w:t>is mein ek baat yeh bhi dekhiye, aap nahin jaan sakte kaun si ayat us ko strike kare gi. mein bohat se qisse jaanta hoon aise ke ajeeb o ghareeb tor par kis cheez kis ayat ne us ko strike kiya.</w:t>
      </w:r>
    </w:p>
    <w:p>
      <w:pPr>
        <w:jc w:val="right"/>
      </w:pPr>
      <w:r>
        <w:t>اس میں ایک بات یہ بھی دیکھیے، آپ نہیں جان سکتے کون سی آیت اس کو اسٹرائیک کرے گی۔ میں بہت سے قصے جانتا ہوں ایسے کہ عجیب و غریب طور پر کس چیز کس آیت نے اس کو اسٹرائیک کیا۔</w:t>
      </w:r>
    </w:p>
    <w:p>
      <w:r>
        <w:rPr>
          <w:b/>
        </w:rPr>
        <w:t xml:space="preserve">[1:21:44] </w:t>
      </w:r>
      <w:r>
        <w:t>maslan woh yusuf alaihissalam wali baat bani gayi.</w:t>
      </w:r>
    </w:p>
    <w:p>
      <w:pPr>
        <w:jc w:val="right"/>
      </w:pPr>
      <w:r>
        <w:t>مثلاً وہ یوسف علیہ السلام والی بات بنی گئی۔</w:t>
      </w:r>
    </w:p>
    <w:p>
      <w:r>
        <w:rPr>
          <w:b/>
        </w:rPr>
        <w:t xml:space="preserve">[1:21:47] </w:t>
      </w:r>
      <w:r>
        <w:t>mein ne kabhi socha bhi nahin tha yeh baat ke khuda mujh se khud khitab kar raha hai. eyha insaan! isi ko yahi us ko strike kar gaya. us ko yahi us ko strike kar gaya.</w:t>
      </w:r>
    </w:p>
    <w:p>
      <w:pPr>
        <w:jc w:val="right"/>
      </w:pPr>
      <w:r>
        <w:t>میں نے کبھی سوچا بھی نہیں تھا یہ بات کہ خدا مجھ سے خود خطاب کر رہا ہے۔ ایہا الانسان! اسی کو یہی اس کو اسٹرائیک کر گیا۔ اس کو یہی اسٹرائیک کر گیا۔</w:t>
      </w:r>
    </w:p>
    <w:p>
      <w:r>
        <w:rPr>
          <w:b/>
        </w:rPr>
        <w:t xml:space="preserve">[1:21:59] </w:t>
      </w:r>
      <w:r>
        <w:t>to ab hum ko peshgi taur par nahin pata hai kaun si us ko strike kare gi. is liye poora quran dijiye, lekin saath saath madadgar literature bhi zaroor dijiye.</w:t>
      </w:r>
    </w:p>
    <w:p>
      <w:pPr>
        <w:jc w:val="right"/>
      </w:pPr>
      <w:r>
        <w:t>تو اب ہم کو پیشگی طور پر نہیں پتہ ہے کون سی اس کو اسٹرائیک کرے گی۔ اس لیے پورا قرآن دیجیے، لیکن ساتھ ساتھ مددگار لٹریچر بھی ضرور دیجیے۔</w:t>
      </w:r>
    </w:p>
    <w:p>
      <w:r>
        <w:rPr>
          <w:b/>
        </w:rPr>
        <w:t xml:space="preserve">[1:22:09] </w:t>
      </w:r>
      <w:r>
        <w:t>supportive jo mein kehta hoon, supportive literature.</w:t>
      </w:r>
    </w:p>
    <w:p>
      <w:pPr>
        <w:jc w:val="right"/>
      </w:pPr>
      <w:r>
        <w:t>سپورٹیو جو میں کہتا ہوں، سپورٹیو لٹریچر۔</w:t>
      </w:r>
    </w:p>
    <w:p>
      <w:r>
        <w:rPr>
          <w:b/>
        </w:rPr>
        <w:t xml:space="preserve">[1:22:15] </w:t>
      </w:r>
      <w:r>
        <w:t>asrar ul hasan umri sahib ne tamil nadu se sawal kiya hai. unhon ne likha hai: "ulama aur arabic background wale logon ke liye al risala mission ki ahmiyat kya hai?</w:t>
      </w:r>
    </w:p>
    <w:p>
      <w:pPr>
        <w:jc w:val="right"/>
      </w:pPr>
      <w:r>
        <w:t>اسرار الحسن عمری صاحب نے تمل ناڈو سے سوال کیا ہے۔ انہوں نے لکھا ہے: "علماء اور عربک بیک گراؤنڈ والے لوگوں کے لیے الرسالہ مشن کی اہمیت کیا ہے؟</w:t>
      </w:r>
    </w:p>
    <w:p>
      <w:r>
        <w:rPr>
          <w:b/>
        </w:rPr>
        <w:t xml:space="preserve">[1:22:28] </w:t>
      </w:r>
      <w:r>
        <w:t>aur ulama kis tarah is mission ko poora faida utha sakte hain?" dekhiye, ulama jo hain zyada behtar taur par is position mein hain ke woh is mission ko samjhein.</w:t>
      </w:r>
    </w:p>
    <w:p>
      <w:pPr>
        <w:jc w:val="right"/>
      </w:pPr>
      <w:r>
        <w:t>اور علماء کس طرح اس مشن کو پورا فائدہ اٹھا سکتے ہیں؟" دیکھیے، علماء جو ہیں زیادہ بہتر طور پر اس پوزیشن میں ہیں کہ وہ اس مشن کو سمجھیں۔</w:t>
      </w:r>
    </w:p>
    <w:p>
      <w:r>
        <w:rPr>
          <w:b/>
        </w:rPr>
        <w:t xml:space="preserve">[1:22:41] </w:t>
      </w:r>
      <w:r>
        <w:t>kyunki is mission mein jo terminology istemal hoti hai, us ko samajhne ke liye background chahiye. woh background ulama ke paas hota hai.</w:t>
      </w:r>
    </w:p>
    <w:p>
      <w:pPr>
        <w:jc w:val="right"/>
      </w:pPr>
      <w:r>
        <w:t>کیونکہ اس مشن میں جو ٹرمینالوجی استعمال ہوتی ہے، اس کو سمجھنے کے لیے بیک گراؤنڈ چاہیے۔ وہ بیک گراؤنڈ علماء کے پاس ہوتا ہے۔</w:t>
      </w:r>
    </w:p>
    <w:p>
      <w:r>
        <w:rPr>
          <w:b/>
        </w:rPr>
        <w:t xml:space="preserve">[1:22:52] </w:t>
      </w:r>
      <w:r>
        <w:t>agar ulama ke paas woh background nahi hota to doosre log sirf sirf juzwi taur par is ko pakad payenge. jaise maine abhi qissa bataya aap ko: "faida hai talqaf paya fukoon." ab jo log quran padhe hue hain, arabi jante hain, zyada achhi tarah is ko pakad payenge.</w:t>
      </w:r>
    </w:p>
    <w:p>
      <w:pPr>
        <w:jc w:val="right"/>
      </w:pPr>
      <w:r>
        <w:t>اگر علماء کے پاس وہ بیک گراؤنڈ نہیں ہوتا تو دوسرے لوگ صرف صرف جزوی طور پر اس کو پکڑ پائیں گے۔ جیسے میں نے ابھی قصہ بتایا آپ کو: "فائدہ ہے تلقف پایا فکون۔" اب جو لوگ قرآن پڑھے ہوئے ہیں، عربی جانتے ہیں، زیادہ اچھی طرح اس کو پکڑ پائیں گے۔</w:t>
      </w:r>
    </w:p>
    <w:p>
      <w:r>
        <w:rPr>
          <w:b/>
        </w:rPr>
        <w:t xml:space="preserve">[1:23:09] </w:t>
      </w:r>
      <w:r>
        <w:t>yaani un ke andar grass zyada hoga, aks zyada hoga.</w:t>
      </w:r>
    </w:p>
    <w:p>
      <w:pPr>
        <w:jc w:val="right"/>
      </w:pPr>
      <w:r>
        <w:t>یعنی ان کے اندر گراس زیادہ ہوگا، عکس زیادہ ہوگا۔</w:t>
      </w:r>
    </w:p>
    <w:p>
      <w:r>
        <w:rPr>
          <w:b/>
        </w:rPr>
        <w:t xml:space="preserve">[1:23:14] </w:t>
      </w:r>
      <w:r>
        <w:t>to is mani mein ulama jo hain, woh hamare mukhatib awwal hain. kyunki un ke paas woh background hai jis se woh samajh sakte hain in baaton ko.</w:t>
      </w:r>
    </w:p>
    <w:p>
      <w:pPr>
        <w:jc w:val="right"/>
      </w:pPr>
      <w:r>
        <w:t>تو اس معنی میں علماء جو ہیں، وہ ہمارے مخاطب اول ہیں۔ کیونکہ ان کے پاس وہ بیک گراؤنڈ ہے جس سے وہ سمجھ سکتے ہیں ان باتوں کو۔</w:t>
      </w:r>
    </w:p>
    <w:p>
      <w:r>
        <w:rPr>
          <w:b/>
        </w:rPr>
        <w:t xml:space="preserve">[1:23:23] </w:t>
      </w:r>
      <w:r>
        <w:t>doosre log jo hain, woh itna zyada grass is ka nahi hoga un ka. kyunki un ka background background nahi hua.</w:t>
      </w:r>
    </w:p>
    <w:p>
      <w:pPr>
        <w:jc w:val="right"/>
      </w:pPr>
      <w:r>
        <w:t>دوسرے لوگ جو ہیں، وہ اتنا زیادہ گراس اس کا نہیں ہوگا ان کا۔ کیونکہ ان کا بیک گراؤنڈ بیک گراؤنڈ نہیں ہوا۔</w:t>
      </w:r>
    </w:p>
    <w:p>
      <w:r>
        <w:rPr>
          <w:b/>
        </w:rPr>
        <w:t xml:space="preserve">[1:23:35] </w:t>
      </w:r>
      <w:r>
        <w:t>qudratullah sahib ne dilli se sawal kiya</w:t>
      </w:r>
    </w:p>
    <w:p>
      <w:pPr>
        <w:jc w:val="right"/>
      </w:pPr>
      <w:r>
        <w:t>قدرت اللہ صاحب نے دلی سے سوال کیا</w:t>
      </w:r>
    </w:p>
    <w:p>
      <w:r>
        <w:rPr>
          <w:b/>
        </w:rPr>
        <w:t xml:space="preserve">[1:23:38] </w:t>
      </w:r>
      <w:r>
        <w:t>hai. unhon ne likha hai: "aap ke ilm ke mutabiq is waqt woh kaun sa firqa hai jo quran aur hadith se zyada qareeb hai?" achha, koi firqa kabhi nahi hota.</w:t>
      </w:r>
    </w:p>
    <w:p>
      <w:pPr>
        <w:jc w:val="right"/>
      </w:pPr>
      <w:r>
        <w:t>ہے۔ انہوں نے لکھا ہے: "آپ کے علم کے مطابق اس وقت وہ کون سا فرقہ ہے جو قرآن اور حدیث سے زیادہ قریب ہے؟" اچھا، کوئی فرق کبھی نہیں ہوتا۔</w:t>
      </w:r>
    </w:p>
    <w:p>
      <w:r>
        <w:rPr>
          <w:b/>
        </w:rPr>
        <w:t xml:space="preserve">[1:23:51] </w:t>
      </w:r>
      <w:r>
        <w:t>afraad hote hain. yaad rakhiye, hamesha afraad hote hain. firqa nahi hua karta koi. yeh soch hi bilkul baseless soch hai.</w:t>
      </w:r>
    </w:p>
    <w:p>
      <w:pPr>
        <w:jc w:val="right"/>
      </w:pPr>
      <w:r>
        <w:t>افراد ہوتے ہیں۔ یاد رکھیے، ہمیشہ افراد ہوتے ہیں۔ فرقہ نہیں ہوا کرتا کوئی۔ یہ سوچ ہی بالکل بیسلیس سوچ ہے۔</w:t>
      </w:r>
    </w:p>
    <w:p>
      <w:r>
        <w:rPr>
          <w:b/>
        </w:rPr>
        <w:t xml:space="preserve">[1:24:01] </w:t>
      </w:r>
      <w:r>
        <w:t>buniyad par firqa, buniyad par system, buniyad par hukumat, yeh soch hi bilkul baseless hai.</w:t>
      </w:r>
    </w:p>
    <w:p>
      <w:pPr>
        <w:jc w:val="right"/>
      </w:pPr>
      <w:r>
        <w:t>مبنی پر فرقہ، مبنی پر سسٹم، مبنی پر حکومت، یہ سوچ ہی بالکل بیسلیس ہے۔</w:t>
      </w:r>
    </w:p>
    <w:p>
      <w:r>
        <w:rPr>
          <w:b/>
        </w:rPr>
        <w:t xml:space="preserve">[1:24:08] </w:t>
      </w:r>
      <w:r>
        <w:t>afraad ka aitbar sochiye bas.</w:t>
      </w:r>
    </w:p>
    <w:p>
      <w:pPr>
        <w:jc w:val="right"/>
      </w:pPr>
      <w:r>
        <w:t>افراد کا اعتبار سوچیے بس۔</w:t>
      </w:r>
    </w:p>
    <w:p>
      <w:r>
        <w:rPr>
          <w:b/>
        </w:rPr>
        <w:t xml:space="preserve">[1:24:14] </w:t>
      </w:r>
      <w:r>
        <w:t>aur aur doosri baat yeh hai ke aap ki zimmedari nahi hai. yeh allah ka mamla hai. aap ki zimmedari hai ke aap khud daryaft karein sachai ko aur us par chalne lagien.</w:t>
      </w:r>
    </w:p>
    <w:p>
      <w:pPr>
        <w:jc w:val="right"/>
      </w:pPr>
      <w:r>
        <w:t>اور اور دوسری بات یہ ہے کہ آپ کی ذمہ داری نہیں ہے۔ یہ اللہ کا معاملہ ہے۔ آپ کی ذمہ داری ہے کہ آپ خود دریافت کریں سچائی کو اور اس پر چلنے لگیں۔</w:t>
      </w:r>
    </w:p>
    <w:p>
      <w:r>
        <w:rPr>
          <w:b/>
        </w:rPr>
        <w:t xml:space="preserve">[1:24:25] </w:t>
      </w:r>
      <w:r>
        <w:t>kaun sa firqa zyada jo hadith mein aata hai ke ke meri ummat jo hai 73 firqon mein bat jayegi.</w:t>
      </w:r>
    </w:p>
    <w:p>
      <w:pPr>
        <w:jc w:val="right"/>
      </w:pPr>
      <w:r>
        <w:t>کون سا فرقہ زیادہ جو حدیث میں آتا ہے کہ کہ میری امت جو ہے 73 فرقوں میں بٹ جائے گی۔</w:t>
      </w:r>
    </w:p>
    <w:p>
      <w:r>
        <w:rPr>
          <w:b/>
        </w:rPr>
        <w:t xml:space="preserve">[1:24:36] </w:t>
      </w:r>
      <w:r>
        <w:t>aur aap ne farmaya ke is mein se kul fi nar illa millatun wahida. to yeh aap ki zimmedari nahi hai. yeh allah ki zimmedari hai ke woh un mein jaane ke us ko kaun kahan hai.</w:t>
      </w:r>
    </w:p>
    <w:p>
      <w:pPr>
        <w:jc w:val="right"/>
      </w:pPr>
      <w:r>
        <w:t>اور آپ نے فرمایا کہ اس میں سے کل فی النار الا ملۃ واحدہ۔ تو یہ آپ کی ذمہ داری نہیں ہے۔ یہ اللہ کی ذمہ داری ہے کہ وہ ان میں جانے کہ اس کو کون کہاں ہے۔</w:t>
      </w:r>
    </w:p>
    <w:p>
      <w:r>
        <w:rPr>
          <w:b/>
        </w:rPr>
        <w:t xml:space="preserve">[1:24:48] </w:t>
      </w:r>
      <w:r>
        <w:t>aap ki zimmedari sirf yeh hai ke aap sachai ko daryaft karein aur khud apne ko is raaste par daal dein. bas.</w:t>
      </w:r>
    </w:p>
    <w:p>
      <w:pPr>
        <w:jc w:val="right"/>
      </w:pPr>
      <w:r>
        <w:t>آپ کی ذمہ داری صرف یہ ہے کہ آپ سچائی کو دریافت کریں اور خود اپنے کو اس راستے پر ڈال دیں۔ بس۔</w:t>
      </w:r>
    </w:p>
    <w:p>
      <w:r>
        <w:rPr>
          <w:b/>
        </w:rPr>
        <w:t xml:space="preserve">[1:24:57] </w:t>
      </w:r>
      <w:r>
        <w:t>maulana iqbal umri ne tamil nadu se likha hai: "maujooda daur mein quran ke sound art ka daway se kya role hai?"</w:t>
      </w:r>
    </w:p>
    <w:p>
      <w:pPr>
        <w:jc w:val="right"/>
      </w:pPr>
      <w:r>
        <w:t>مولانا اقبال عمری نے تمل ناڈو سے لکھا ہے: "موجودہ دور میں قرآن کے ساؤنڈ آرٹ کا دعویٰ سے کیا رول ہے؟"</w:t>
      </w:r>
    </w:p>
    <w:p>
      <w:r>
        <w:rPr>
          <w:b/>
        </w:rPr>
        <w:t xml:space="preserve">[1:25:11] </w:t>
      </w:r>
      <w:r>
        <w:t>dekhiye, mera matlab yeh nahi ke hum is ke qirat sunayen logon ko. yeh mera matlab harghiz nahi hai. yeh is ka zimni pehlu hai.</w:t>
      </w:r>
    </w:p>
    <w:p>
      <w:pPr>
        <w:jc w:val="right"/>
      </w:pPr>
      <w:r>
        <w:t>دیکھیے، میرا مطلب یہ نہیں کہ ہم اس کے کریکٹ سنائیں لوگوں کو۔ یہ میرا مطلب ہرگز نہیں ہے۔ یہ اس کا ضمنی پہلو ہے۔</w:t>
      </w:r>
    </w:p>
    <w:p>
      <w:r>
        <w:rPr>
          <w:b/>
        </w:rPr>
        <w:t xml:space="preserve">[1:25:22] </w:t>
      </w:r>
      <w:r>
        <w:t>abhi bhi aise waqiyat hain aur bhi bohat se. maslan woh jo hai arbry, ek angrez tha, woh morocco gaya ek baar.</w:t>
      </w:r>
    </w:p>
    <w:p>
      <w:pPr>
        <w:jc w:val="right"/>
      </w:pPr>
      <w:r>
        <w:t>ابھی بھی ایسے واقعات ہیں اور بھی بہت سے۔ مثلاً وہ جو ہے اربری، ایک انگریز تھا، وہ مراکو گیا ایک بار۔</w:t>
      </w:r>
    </w:p>
    <w:p>
      <w:r>
        <w:rPr>
          <w:b/>
        </w:rPr>
        <w:t xml:space="preserve">[1:25:35] </w:t>
      </w:r>
      <w:r>
        <w:t>to ek hotel mein thehra. to hotel mein kisi aur doosre hotel mein ek arab thehra hua tha.</w:t>
      </w:r>
    </w:p>
    <w:p>
      <w:pPr>
        <w:jc w:val="right"/>
      </w:pPr>
      <w:r>
        <w:t>تو ایک ہوٹل میں ٹھہرا۔ تو ہوٹل میں کسی اور دوسرے ہوٹل میں ایک عرب ٹھہرا ہوا تھا۔</w:t>
      </w:r>
    </w:p>
    <w:p>
      <w:r>
        <w:rPr>
          <w:b/>
        </w:rPr>
        <w:t xml:space="preserve">[1:25:43] </w:t>
      </w:r>
      <w:r>
        <w:t>to us ne tape khola, koi kisi arab arab qari ki qirat. woh arab log bohat sunte hain, qirat hain.</w:t>
      </w:r>
    </w:p>
    <w:p>
      <w:pPr>
        <w:jc w:val="right"/>
      </w:pPr>
      <w:r>
        <w:t>تو اس نے ٹیپ کھولا، کوئی کسی عرب عرب قاری کی کریکٹ۔ وہ عرب لوگ بہت سنتے ہیں، کریکٹ ہیں۔</w:t>
      </w:r>
    </w:p>
    <w:p>
      <w:r>
        <w:rPr>
          <w:b/>
        </w:rPr>
        <w:t xml:space="preserve">[1:25:56] </w:t>
      </w:r>
      <w:r>
        <w:t>to woh sun raha tha, khol kar ke. to arbry kaan mein awaz aayi. to us ki awaz us ko bohat hi, yaani bohat hi zyada pasand aayi us ko.</w:t>
      </w:r>
    </w:p>
    <w:p>
      <w:pPr>
        <w:jc w:val="right"/>
      </w:pPr>
      <w:r>
        <w:t>تو وہ سن رہا تھا، کھول کر کے۔ تو اربری کان میں آواز آئی۔ تو اس کی آواز اس کو بہت ہی، یعنی بہت ہی زیادہ پسند آئی اس کو۔</w:t>
      </w:r>
    </w:p>
    <w:p>
      <w:r>
        <w:rPr>
          <w:b/>
        </w:rPr>
        <w:t xml:space="preserve">[1:26:06] </w:t>
      </w:r>
      <w:r>
        <w:t>to us ne tehqeeq ki, aakhir kaun kaun si, kaisi awaz thi yeh. to maloom hua ke yeh to quran tha.</w:t>
      </w:r>
    </w:p>
    <w:p>
      <w:pPr>
        <w:jc w:val="right"/>
      </w:pPr>
      <w:r>
        <w:t>تو اس نے تحقیق کی، آخر کون کون سی، کیسی آواز تھی یہ۔ تو معلوم ہوا کہ یہ تو قرآن تھا۔</w:t>
      </w:r>
    </w:p>
    <w:p>
      <w:r>
        <w:rPr>
          <w:b/>
        </w:rPr>
        <w:t xml:space="preserve">[1:26:13] </w:t>
      </w:r>
      <w:r>
        <w:t>to arbry ne is ke baad arabi padhi, arabi padh ke quran padha. aur phir us ne quran ka tarjuma kiya. arbry ka tarjuma hai quran majeed ka english zaban mein mashhoor hai.</w:t>
      </w:r>
    </w:p>
    <w:p>
      <w:pPr>
        <w:jc w:val="right"/>
      </w:pPr>
      <w:r>
        <w:t>تو اربری نے اس کے بعد عربی پڑھی، عربی پڑھ کے قرآن پڑھا۔ اور پھر اس نے قرآن کا ترجمہ کیا۔ اربری کا ترجمہ ہے قرآن مجید کا انگلش زبان میں مشہور ہے۔</w:t>
      </w:r>
    </w:p>
    <w:p>
      <w:r>
        <w:rPr>
          <w:b/>
        </w:rPr>
        <w:t xml:space="preserve">[1:26:26] </w:t>
      </w:r>
      <w:r>
        <w:t>to is ka qissa yeh hai: pehle is ne qirat suni, phir arabi parhi, aur phir is ke baad is ne</w:t>
      </w:r>
    </w:p>
    <w:p>
      <w:pPr>
        <w:jc w:val="right"/>
      </w:pPr>
      <w:r>
        <w:t>تو اس کا قصہ یہ ہے: پہلے اس نے قرات سنی، پھر عربی پڑھی، اور پھر اس کے بعد اس نے</w:t>
      </w:r>
    </w:p>
    <w:p>
      <w:r>
        <w:rPr>
          <w:b/>
        </w:rPr>
        <w:t xml:space="preserve">[1:26:37] </w:t>
      </w:r>
      <w:r>
        <w:t>quran ka tarjuma kiya.</w:t>
      </w:r>
    </w:p>
    <w:p>
      <w:pPr>
        <w:jc w:val="right"/>
      </w:pPr>
      <w:r>
        <w:t>قرآن کا ترجمہ کیا۔</w:t>
      </w:r>
    </w:p>
    <w:p>
      <w:r>
        <w:rPr>
          <w:b/>
        </w:rPr>
        <w:t xml:space="preserve">[1:26:38] </w:t>
      </w:r>
      <w:r>
        <w:t>aise hi woh hai mauj baqai bhi kaha lijie. woh french zaban thi us ki. phir is ne arabi parhi, arabi parh ke quran parha, aur phir is ne bohat zabardast kitab likhi.</w:t>
      </w:r>
    </w:p>
    <w:p>
      <w:pPr>
        <w:jc w:val="right"/>
      </w:pPr>
      <w:r>
        <w:t>ایسے ہی وہ ہے موج بقائی بھی کہا لیجئے۔ وہ فرنچ زبان تھی اس کی۔ پھر اس نے عربی پڑھی، عربی پڑھ کے قرآن پڑھا، اور پھر اس نے بہت زبردست کتاب لکھی۔</w:t>
      </w:r>
    </w:p>
    <w:p>
      <w:r>
        <w:rPr>
          <w:b/>
        </w:rPr>
        <w:t xml:space="preserve">[1:26:50] </w:t>
      </w:r>
      <w:r>
        <w:t>to is mein shakk nahi ke quran mein sound art bohat zyada hai. lekin is ka matlab nahi ke isi ko le ke hum, yani le ke hum wohi, wohi, wohi koi sab se asal kaam wohi hai.</w:t>
      </w:r>
    </w:p>
    <w:p>
      <w:pPr>
        <w:jc w:val="right"/>
      </w:pPr>
      <w:r>
        <w:t>تو اس میں شک نہیں کہ قرآن میں ساؤنڈ آرٹ بہت زیادہ ہے۔ لیکن اس کا مطلب نہیں کہ اسی کو لے کے ہم، یعنی لے کے ہم وہی، وہی، وہی کوئی سب سے اصل کام وہی ہے۔</w:t>
      </w:r>
    </w:p>
    <w:p>
      <w:r>
        <w:rPr>
          <w:b/>
        </w:rPr>
        <w:t xml:space="preserve">[1:27:06] </w:t>
      </w:r>
      <w:r>
        <w:t>asal kaam quran ke mani hain. kyunke asal cheez yeh hai ke insan ke andar aap khuda ka darr paida karein, khuda ki mohabbat paida karein, jannat ka shoq paida karein, jahannum ka andesha karne lage aadmi aise insan paida karein.</w:t>
      </w:r>
    </w:p>
    <w:p>
      <w:pPr>
        <w:jc w:val="right"/>
      </w:pPr>
      <w:r>
        <w:t>اصل کام قرآن کے معنی ہیں۔ کیونکہ اصل چیز یہ ہے کہ انسان کے اندر آپ خدا کا ڈر پیدا کریں، خدا کی محبت پیدا کریں، جنت کا شوق پیدا کریں، جہنم کا اندیشہ کرنے لگے آدمی ایسے انسان پیدا کریں۔</w:t>
      </w:r>
    </w:p>
    <w:p>
      <w:r>
        <w:rPr>
          <w:b/>
        </w:rPr>
        <w:t xml:space="preserve">[1:27:22] </w:t>
      </w:r>
      <w:r>
        <w:t>yeh sab baatein matloob hain.</w:t>
      </w:r>
    </w:p>
    <w:p>
      <w:pPr>
        <w:jc w:val="right"/>
      </w:pPr>
      <w:r>
        <w:t>یہ سب باتیں مطلوب ہیں۔</w:t>
      </w:r>
    </w:p>
    <w:p>
      <w:r>
        <w:rPr>
          <w:b/>
        </w:rPr>
        <w:t xml:space="preserve">[1:27:26] </w:t>
      </w:r>
      <w:r>
        <w:t>maulana abdul basit umri ne doha, qatar se likha hai:</w:t>
      </w:r>
    </w:p>
    <w:p>
      <w:pPr>
        <w:jc w:val="right"/>
      </w:pPr>
      <w:r>
        <w:t>مولانا عبدالباسط عمری نے دوحہ، قطر سے لکھا ہے:</w:t>
      </w:r>
    </w:p>
    <w:p>
      <w:r>
        <w:rPr>
          <w:b/>
        </w:rPr>
        <w:t xml:space="preserve">[1:27:31] </w:t>
      </w:r>
      <w:r>
        <w:t>"maulana, aksar log bar bar yeh kehte hain ke falah kitabein mat parho, falah ki tafsir ka mutaliya mat karo, warna tum gumrah ho jao ge.</w:t>
      </w:r>
    </w:p>
    <w:p>
      <w:pPr>
        <w:jc w:val="right"/>
      </w:pPr>
      <w:r>
        <w:t>"مولانا، اکثر لوگ بار بار یہ کہتے ہیں کہ فلح کتابیں مت پڑھو، فلح کی تفسیر کا مطالعہ مت کرو، ورنہ تم گمراہ ہو جاؤ گے۔</w:t>
      </w:r>
    </w:p>
    <w:p>
      <w:r>
        <w:rPr>
          <w:b/>
        </w:rPr>
        <w:t xml:space="preserve">[1:27:41] </w:t>
      </w:r>
      <w:r>
        <w:t>sirf salaf ki kitabein hi mustand hain. maulana, mujhe yeh baat bohat ajeeb lagti hai. maulana, koi yeh nahi kehta ke allah zinda hai, kisi ki bhi kitabon ka mutaliya karne se mat daro.</w:t>
      </w:r>
    </w:p>
    <w:p>
      <w:pPr>
        <w:jc w:val="right"/>
      </w:pPr>
      <w:r>
        <w:t>صرف سلف کی کتابیں ہی مستند ہیں۔ مولانا، مجھے یہ بات بہت عجیب لگتی ہے۔ مولانا، کوئی یہ نہیں کہتا کہ اللہ زندہ ہے، کسی کی بھی کتابوں کا مطالعہ کرنے سے مت ڈرو۔</w:t>
      </w:r>
    </w:p>
    <w:p>
      <w:r>
        <w:rPr>
          <w:b/>
        </w:rPr>
        <w:t xml:space="preserve">[1:27:55] </w:t>
      </w:r>
      <w:r>
        <w:t>allah ke hote hue tumhein kuch nahi hoga.</w:t>
      </w:r>
    </w:p>
    <w:p>
      <w:pPr>
        <w:jc w:val="right"/>
      </w:pPr>
      <w:r>
        <w:t>اللہ کے ہوتے ہوئے تمہیں کچھ نہیں ہوگا۔</w:t>
      </w:r>
    </w:p>
    <w:p>
      <w:r>
        <w:rPr>
          <w:b/>
        </w:rPr>
        <w:t xml:space="preserve">[1:27:58] </w:t>
      </w:r>
      <w:r>
        <w:t>dua ke zariye tum har ghalti se bach sakte ho. aisa lagta hai ke khuda par aqida zinda aqida nahi. logon ko itminan dilane ki bajaye darrate rehte hain.</w:t>
      </w:r>
    </w:p>
    <w:p>
      <w:pPr>
        <w:jc w:val="right"/>
      </w:pPr>
      <w:r>
        <w:t>دعا کے ذریعے تم ہر غلطی سے بچ سکتے ہو۔ ایسا لگتا ہے کہ خدا پر عقیدہ زندہ عقیدہ نہیں۔ لوگوں کو اطمینان دلانے کی بجائے ڈراتے رہتے ہیں۔</w:t>
      </w:r>
    </w:p>
    <w:p>
      <w:r>
        <w:rPr>
          <w:b/>
        </w:rPr>
        <w:t xml:space="preserve">[1:28:10] </w:t>
      </w:r>
      <w:r>
        <w:t>is ke bare mein kuch bataein. bilkul sahi kaha unhone. log jante hi nahi ke ke allah se bande ka contact hota hai. anaji rabbahu hadith mein aata hai.</w:t>
      </w:r>
    </w:p>
    <w:p>
      <w:pPr>
        <w:jc w:val="right"/>
      </w:pPr>
      <w:r>
        <w:t>اس کے بارے میں کچھ بتائیں۔ بالکل صحیح کہا انہوں نے۔ لوگ جانتے ہی نہیں کہ کہ اللہ سے بندے کا کنٹیکٹ ہوتا ہے۔ اناجی ربہ حدیث میں آتا ہے۔</w:t>
      </w:r>
    </w:p>
    <w:p>
      <w:r>
        <w:rPr>
          <w:b/>
        </w:rPr>
        <w:t xml:space="preserve">[1:28:22] </w:t>
      </w:r>
      <w:r>
        <w:t>anaji rabbahu bande aur khuda ke darmiyan sargoshi hoti hai. is ko log jante hi nahi.</w:t>
      </w:r>
    </w:p>
    <w:p>
      <w:pPr>
        <w:jc w:val="right"/>
      </w:pPr>
      <w:r>
        <w:t>اناجی ربہ بندے اور خدا کے درمیان سرگوشی ہوتی ہے۔ اس کو لوگ جانتے ہی نہیں۔</w:t>
      </w:r>
    </w:p>
    <w:p>
      <w:r>
        <w:rPr>
          <w:b/>
        </w:rPr>
        <w:t xml:space="preserve">[1:28:29] </w:t>
      </w:r>
      <w:r>
        <w:t>to mein apna tajruba arz karta hoon. bohat pehle ki baat hai jab adam bada darta tha. to ek baar tha wahan ke shibli national college hai, wahan par.</w:t>
      </w:r>
    </w:p>
    <w:p>
      <w:pPr>
        <w:jc w:val="right"/>
      </w:pPr>
      <w:r>
        <w:t>تو میں اپنا تجربہ عرض کرتا ہوں۔ بہت پہلے کی بات ہے جب آدم بڑا ڈرتا تھا۔ تو ایک بار تھا وہاں کے شبلی نیشنل کالج ہے، وہاں پر۔</w:t>
      </w:r>
    </w:p>
    <w:p>
      <w:r>
        <w:rPr>
          <w:b/>
        </w:rPr>
        <w:t xml:space="preserve">[1:28:40] </w:t>
      </w:r>
      <w:r>
        <w:t>wahan gaya mein. pehle mein libraryon mein jaya karta tha. to wahan par burton russell ka poora set aaya hua tha. jo mashhoor falsafi hai, british falsafi burton russell.</w:t>
      </w:r>
    </w:p>
    <w:p>
      <w:pPr>
        <w:jc w:val="right"/>
      </w:pPr>
      <w:r>
        <w:t>وہاں گیا میں۔ پہلے میں لائبریریوں میں جایا کرتا تھا۔ تو وہاں پر برٹن رسل کا پورا سیٹ آیا ہوا تھا۔ جو مشہور فلسفی ہے، برٹش فلسفی برٹن رسل۔</w:t>
      </w:r>
    </w:p>
    <w:p>
      <w:r>
        <w:rPr>
          <w:b/>
        </w:rPr>
        <w:t xml:space="preserve">[1:28:52] </w:t>
      </w:r>
      <w:r>
        <w:t>to is ka set aaya hua tha, kai kitabein</w:t>
      </w:r>
    </w:p>
    <w:p>
      <w:pPr>
        <w:jc w:val="right"/>
      </w:pPr>
      <w:r>
        <w:t>تو اس کا سیٹ آیا ہوا تھا، کئی کتاب</w:t>
      </w:r>
    </w:p>
    <w:p>
      <w:r>
        <w:rPr>
          <w:b/>
        </w:rPr>
        <w:t xml:space="preserve">[1:28:54] </w:t>
      </w:r>
      <w:r>
        <w:t>theen. to mein library se kaha ke yeh kitabein mujhe aap de sakte hain. to unhone kaha yeh to bas aa ke rakhi hui hain, koi parhta hi nahi is ko.</w:t>
      </w:r>
    </w:p>
    <w:p>
      <w:pPr>
        <w:jc w:val="right"/>
      </w:pPr>
      <w:r>
        <w:t>یں تھیں۔ تو میں لائبریری سے کہا کہ یہ کتابیں مجھے آپ دے سکتے ہیں۔ تو انہوں نے کہا یہ تو بس آ کے رکھی ہوئی ہیں، کوئی پڑھتا ہی نہیں اس کو۔</w:t>
      </w:r>
    </w:p>
    <w:p>
      <w:r>
        <w:rPr>
          <w:b/>
        </w:rPr>
        <w:t xml:space="preserve">[1:29:03] </w:t>
      </w:r>
      <w:r>
        <w:t>aaj tak kisi ne is ko liya nahi. aap zaroor le jaiye. to sari kitabein mein ek hi din use le kar aaya. aur is ko parhna shuru kiya.</w:t>
      </w:r>
    </w:p>
    <w:p>
      <w:pPr>
        <w:jc w:val="right"/>
      </w:pPr>
      <w:r>
        <w:t>آج تک کسی نے اس کو لیا نہیں۔ آپ ضرور لے جائیے۔ تو ساری کتابیں میں ایک ہی دن اسے لے کر آیا۔ اور اس کو پڑھنا شروع کیا۔</w:t>
      </w:r>
    </w:p>
    <w:p>
      <w:r>
        <w:rPr>
          <w:b/>
        </w:rPr>
        <w:t xml:space="preserve">[1:29:14] </w:t>
      </w:r>
      <w:r>
        <w:t>jab mein ghar le aaya to meri biwi theen. to meri biwi ne kaha ke ab to aap zaroor gumrah ho jayenge.</w:t>
      </w:r>
    </w:p>
    <w:p>
      <w:pPr>
        <w:jc w:val="right"/>
      </w:pPr>
      <w:r>
        <w:t>جب میں گھر لے آیا تو میری بیوی تھیں۔ تو میری بیوی نے کہا کہ اب تو آپ ضرور گمراہ ہو جائیں گے۔</w:t>
      </w:r>
    </w:p>
    <w:p>
      <w:r>
        <w:rPr>
          <w:b/>
        </w:rPr>
        <w:t xml:space="preserve">[1:29:21] </w:t>
      </w:r>
      <w:r>
        <w:t>kyunke mashhoor tha ke maine un se kaha bhi tha ke burton russell zamane sahib bada mulhid aadmi hai. to unhone kaha aap to zaroor gumrah ho jayenge.</w:t>
      </w:r>
    </w:p>
    <w:p>
      <w:pPr>
        <w:jc w:val="right"/>
      </w:pPr>
      <w:r>
        <w:t>کیونکہ مشہور تھا کہ میں نے ان سے کہا بھی تھا کہ برٹن رسل زمانے صاحب بڑا ملحد آدمی ہے۔ تو انہوں نے کہا آپ تو ضرور گمراہ ہو جائیں گے۔</w:t>
      </w:r>
    </w:p>
    <w:p>
      <w:r>
        <w:rPr>
          <w:b/>
        </w:rPr>
        <w:t xml:space="preserve">[1:29:32] </w:t>
      </w:r>
      <w:r>
        <w:t>mein aap se kehta hoon ke burton russell ki kitabon mein mujhe woh azeem nuqta tauheed ka jo kisi kitab mein nahi mila tha. sare ulama ki kitabon mein nahi mila tha.</w:t>
      </w:r>
    </w:p>
    <w:p>
      <w:pPr>
        <w:jc w:val="right"/>
      </w:pPr>
      <w:r>
        <w:t>میں آپ سے کہتا ہوں کہ برٹن رسل کی کتابوں میں مجھے وہ عظیم نقطہ ملا توحید کا جو کسی کتاب میں نہیں ملا تھا۔ سارے علماء کی کتابوں میں نہیں ملا تھا۔</w:t>
      </w:r>
    </w:p>
    <w:p>
      <w:r>
        <w:rPr>
          <w:b/>
        </w:rPr>
        <w:t xml:space="preserve">[1:29:42] </w:t>
      </w:r>
      <w:r>
        <w:t>bohat kitabein mein ne ulama ki parhi hain.</w:t>
      </w:r>
    </w:p>
    <w:p>
      <w:pPr>
        <w:jc w:val="right"/>
      </w:pPr>
      <w:r>
        <w:t>بہت کتابیں میں نے علماء کی پڑھی ہیں۔</w:t>
      </w:r>
    </w:p>
    <w:p>
      <w:r>
        <w:rPr>
          <w:b/>
        </w:rPr>
        <w:t xml:space="preserve">[1:29:46] </w:t>
      </w:r>
      <w:r>
        <w:t>agar aap chahenge to is ki tafseel bayan kar sakta hoon mein kisi is mein ke ek kitni bari baat mili us ki kitab mein mujhe jo tauheed ke haq mein thi.</w:t>
      </w:r>
    </w:p>
    <w:p>
      <w:pPr>
        <w:jc w:val="right"/>
      </w:pPr>
      <w:r>
        <w:t>اگر آپ چاہیں گے تو اس کی تفصیل بیان کر سکتا ہوں میں کسی اس میں کہ ایک کتنی بڑی بات ملی اس کی کتاب میں مجھے جو توحید کے حق میں تھی۔</w:t>
      </w:r>
    </w:p>
    <w:p>
      <w:r>
        <w:rPr>
          <w:b/>
        </w:rPr>
        <w:t xml:space="preserve">[1:29:55] </w:t>
      </w:r>
      <w:r>
        <w:t>is ka matlab yeh nahi tha ke woh khud muwahid tha ya woh khud مبلغ tha, yeh matlab nahi hai. aap ke andar aql honi chahiye. mein woh kitabein parhin, dua kar ke.</w:t>
      </w:r>
    </w:p>
    <w:p>
      <w:pPr>
        <w:jc w:val="right"/>
      </w:pPr>
      <w:r>
        <w:t>اس کا مطلب یہ نہیں تھا کہ وہ خود موحد تھا یا وہ خود مبلغ تھا، یہ مطلب نہیں ہے۔ آپ کے اندر عقل ہونی چاہیے۔ میں وہ کتابیں پڑھیں، دعا کر کے۔</w:t>
      </w:r>
    </w:p>
    <w:p>
      <w:r>
        <w:rPr>
          <w:b/>
        </w:rPr>
        <w:t xml:space="preserve">[1:30:06] </w:t>
      </w:r>
      <w:r>
        <w:t>mein tareeqa yeh tha ke mein do rak'at namaz parhta tha, dua karta tha, phir kitab parhta tha. to mein ne dua kar ke kitab parh</w:t>
      </w:r>
    </w:p>
    <w:p>
      <w:pPr>
        <w:jc w:val="right"/>
      </w:pPr>
      <w:r>
        <w:t>میں طریقہ یہ تھا کہ میں دو رکعت نماز پڑھتا تھا، دعا کرتا تھا، پھر کتاب پڑھتا تھا۔ تو میں نے دعا کر کے کتاب پڑ</w:t>
      </w:r>
    </w:p>
    <w:p>
      <w:r>
        <w:rPr>
          <w:b/>
        </w:rPr>
        <w:t xml:space="preserve">[1:30:13] </w:t>
      </w:r>
      <w:r>
        <w:t>he. to yeh ilhad mein dakhil ho kar is mein mujhe tauheed mili. to aap ab khuda par, yani yeh to zaeef ul-itiqadi ki baat hai.</w:t>
      </w:r>
    </w:p>
    <w:p>
      <w:pPr>
        <w:jc w:val="right"/>
      </w:pPr>
      <w:r>
        <w:t>ھی۔ تو یہ الحاد میں داخل ہو کر اس میں مجھے توحید ملی۔ تو آپ اب خدا پر، یعنی یہ تو ضعیف الاعتقادی کی بات ہے۔</w:t>
      </w:r>
    </w:p>
    <w:p>
      <w:r>
        <w:rPr>
          <w:b/>
        </w:rPr>
        <w:t xml:space="preserve">[1:30:22] </w:t>
      </w:r>
      <w:r>
        <w:t>aap ko khuda par bharosa nahi ke khuda aap ki rehnumai karega. yani rozana hum namaz parhte hain, ihdina al-sirat al-mustaqim, lekin amal mein kuch bhi nahi.</w:t>
      </w:r>
    </w:p>
    <w:p>
      <w:pPr>
        <w:jc w:val="right"/>
      </w:pPr>
      <w:r>
        <w:t>آپ کو خدا پر بھروسہ نہیں کہ خدا آپ کی رہنمائی کرے گا۔ یعنی روزانہ ہم نماز پڑھتے ہیں، احترام صراط المستقیم، لیکن عمل میں کچھ بھی نہیں۔</w:t>
      </w:r>
    </w:p>
    <w:p>
      <w:r>
        <w:rPr>
          <w:b/>
        </w:rPr>
        <w:t xml:space="preserve">[1:30:33] </w:t>
      </w:r>
      <w:r>
        <w:t>Allah se dua kar ke kitab parhiye. jo log aisa kehte hain, woh yaqeen kijiye ke woh Allah par bad-gumani kar rahe hain.</w:t>
      </w:r>
    </w:p>
    <w:p>
      <w:pPr>
        <w:jc w:val="right"/>
      </w:pPr>
      <w:r>
        <w:t>اللہ سے دعا کر کے کتاب پڑھیے۔ جو لوگ ایسا کہتے ہیں، وہ یقین کیجئے کہ وہ اللہ پر بدگمانی کر رہے ہیں۔</w:t>
      </w:r>
    </w:p>
    <w:p>
      <w:r>
        <w:rPr>
          <w:b/>
        </w:rPr>
        <w:t xml:space="preserve">[1:30:43] </w:t>
      </w:r>
      <w:r>
        <w:t>Allah ka underestimate kar rahe hain. Allah ka naoozubillah, naoozubillah, izzat bayan kar rahe hain. aise logon ko main bohat zyada, yani be-khabar samajhta hoon.</w:t>
      </w:r>
    </w:p>
    <w:p>
      <w:pPr>
        <w:jc w:val="right"/>
      </w:pPr>
      <w:r>
        <w:t>اللہ کا انڈر ایسٹیمیٹ کر رہے ہیں۔ اللہ کا نعوذ باللہ، نعوذ باللہ، عزت بیان کر رہے ہیں۔ ایسے لوگوں کو میں بہت زیادہ، یعنی بے خبر سمجھتا ہوں۔</w:t>
      </w:r>
    </w:p>
    <w:p>
      <w:r>
        <w:rPr>
          <w:b/>
        </w:rPr>
        <w:t xml:space="preserve">[1:30:54] </w:t>
      </w:r>
      <w:r>
        <w:t>bilkul be-khabar. insaan ke andar jo zehn, dimagh, Allah ne is se hi be-khabar hain. woh Allah ki taqat se be-khabar hain. aise log jo log aisi baatein kehte hain, un ko na pata hai ke insaan ka to kitna potential hai, us ke dimagh ka itni salah</w:t>
      </w:r>
    </w:p>
    <w:p>
      <w:pPr>
        <w:jc w:val="right"/>
      </w:pPr>
      <w:r>
        <w:t>بالکل بے خبر۔ انسان کے اندر جو ذہن، دماغ، اللہ نے اس سے ہی بے خبر ہیں۔ وہ اللہ کی طاقت سے بے خبر ہیں۔ ایسے لوگ جو لوگ ایسی باتیں کہتے ہیں، ان کو نہ پتہ ہے کہ انسان کا تو کتنا پوٹینشل ہے، اس کے دماغ کا اتنی صلاح</w:t>
      </w:r>
    </w:p>
    <w:p>
      <w:r>
        <w:rPr>
          <w:b/>
        </w:rPr>
        <w:t xml:space="preserve">[1:31:09] </w:t>
      </w:r>
      <w:r>
        <w:t>yat hai. nahi yeh pata hai ke Allah kehta tha, insaan ki rehnumai karta hai. kisi ko pata nahi. aur yeh wajah hai ke aaj ke zamane mein jo ek sahib ne kaha na ke forceful tareeqe se woh log aa rahe hain, is liye aa rahe hain ke jo jinho ne pesh karna tha Islam ko,</w:t>
      </w:r>
    </w:p>
    <w:p>
      <w:pPr>
        <w:jc w:val="right"/>
      </w:pPr>
      <w:r>
        <w:t>یت ہے۔ نہیں یہ پتہ ہے کہ اللہ کہتا تھا، انسان کی رہنمائی کرتا ہے۔ کسی کو پتہ نہیں۔ اور یہ وجہ ہے کہ آج کے زمانے میں جو ایک صاحب نے کہا نا کہ فورس فل طریقے سے وہ لوگ آ رہے ہیں، اس لیے آ رہے ہیں کہ جو جنہوں نے جن کو پیش کرنا تھا اسلام کو،</w:t>
      </w:r>
    </w:p>
    <w:p>
      <w:r>
        <w:rPr>
          <w:b/>
        </w:rPr>
        <w:t xml:space="preserve">[1:31:27] </w:t>
      </w:r>
      <w:r>
        <w:t>woh woh isi qism ki be-khabari mein mubtala hain. yani ke be-khabari, ek case be-khabari.</w:t>
      </w:r>
    </w:p>
    <w:p>
      <w:pPr>
        <w:jc w:val="right"/>
      </w:pPr>
      <w:r>
        <w:t>وہ وہ اسی قسم کی بے خبری میں مبتلا ہیں۔ یعنی کہ بے خبری، ایک کیس بے خبری۔</w:t>
      </w:r>
    </w:p>
    <w:p>
      <w:r>
        <w:rPr>
          <w:b/>
        </w:rPr>
        <w:t xml:space="preserve">[1:31:36] </w:t>
      </w:r>
      <w:r>
        <w:t>maulana, yeh sawal aaya hai Mr. Idrees ka Raipur se. unho ne likha hai ke in Tazkir-ul-Quran introduction page number eight, the last line of the first para you have mentioned, fitrat aur kainat agar aadmi ki khamosh rehnuma hai to Quran ek shabdi rehnuma.</w:t>
      </w:r>
    </w:p>
    <w:p>
      <w:pPr>
        <w:jc w:val="right"/>
      </w:pPr>
      <w:r>
        <w:t>مولانا، یہ سوال آیا ہے مسٹر ادریس کا رائے پور سے۔ انہوں نے لکھا ہے کہ ان تذکر القرآن انٹروڈکشن پیج نمبر ایٹ، دا لاسٹ لائن آف دا فرسٹ پیرا یو ہیو مینشنڈ، فطرت اور کائنات اگر آدمی کی خاموش رہنما ہے تو قرآن ایک شبدک رہنما۔</w:t>
      </w:r>
    </w:p>
    <w:p>
      <w:r>
        <w:rPr>
          <w:b/>
        </w:rPr>
        <w:t xml:space="preserve">[1:31:58] </w:t>
      </w:r>
      <w:r>
        <w:t>maulana, it is easy to understand that kainat and Quran are rehnuma, but I am confused about fitrat.</w:t>
      </w:r>
    </w:p>
    <w:p>
      <w:pPr>
        <w:jc w:val="right"/>
      </w:pPr>
      <w:r>
        <w:t>مولانا، اٹ از ایزی ٹو انڈرسٹینڈ دیٹ کائنات اینڈ قرآن آر رہنما، بٹ آئی ایم کنفیوزڈ اباؤٹ فطرت۔</w:t>
      </w:r>
    </w:p>
    <w:p>
      <w:r>
        <w:rPr>
          <w:b/>
        </w:rPr>
        <w:t xml:space="preserve">[1:32:06] </w:t>
      </w:r>
      <w:r>
        <w:t>please explain what is the meaning of the fitrat and how it could be rehnuma.</w:t>
      </w:r>
    </w:p>
    <w:p>
      <w:pPr>
        <w:jc w:val="right"/>
      </w:pPr>
      <w:r>
        <w:t>پلیز ایکسپلین واٹ از دا میننگ آف دا فطرت اینڈ ہاؤ اٹ کڈ بی رہنما۔</w:t>
      </w:r>
    </w:p>
    <w:p>
      <w:r>
        <w:rPr>
          <w:b/>
        </w:rPr>
        <w:t xml:space="preserve">[1:32:15] </w:t>
      </w:r>
      <w:r>
        <w:t>fitrat se murad wahi hai, is ko hum kehte hain intuition. wahi jo har aadmi is ka tajurba hota hai, jis aadmi ko intuition.</w:t>
      </w:r>
    </w:p>
    <w:p>
      <w:pPr>
        <w:jc w:val="right"/>
      </w:pPr>
      <w:r>
        <w:t>فطرت سے مراد وہی ہے، اس کو ہم کہتے ہیں انٹیوشن۔ وہی جو ہر آدمی اس کا تجربہ ہوتا ہے، جس آدمی کو انٹیوشن۔</w:t>
      </w:r>
    </w:p>
    <w:p>
      <w:r>
        <w:rPr>
          <w:b/>
        </w:rPr>
        <w:t xml:space="preserve">[1:32:25] </w:t>
      </w:r>
      <w:r>
        <w:t>to yeh, yani ilm-ul-nafs ki tareekh, tareekh tehqeeq ke mutabiq, yani khud jo jo science of mind hai, is ki jinho ne tehqeeq ki hai, woh khud mante hain ke mind mein, yani fitrat aur mind alag cheez nahi hai.</w:t>
      </w:r>
    </w:p>
    <w:p>
      <w:pPr>
        <w:jc w:val="right"/>
      </w:pPr>
      <w:r>
        <w:t>تو یہ، یعنی علم النفس کی تاریخ، تاریخ تحقیق کے مطابق، یعنی خود جو جو سائنس آف مائنڈ ہے، اس کی جنہوں نے تحقیق کی ہے، وہ خود مانتے ہیں کہ مائنڈ میں، یعنی فطرت اور مائنڈ الگ چیز نہیں ہے۔</w:t>
      </w:r>
    </w:p>
    <w:p>
      <w:r>
        <w:rPr>
          <w:b/>
        </w:rPr>
        <w:t xml:space="preserve">[1:32:43] </w:t>
      </w:r>
      <w:r>
        <w:t>yani hum mazhabi zaban mein fitrat bolte hain, nafs bolte hain, rooh bolte hain, lekin scientific zaban mein har cheez ek hi hai. dimagh, brain.</w:t>
      </w:r>
    </w:p>
    <w:p>
      <w:pPr>
        <w:jc w:val="right"/>
      </w:pPr>
      <w:r>
        <w:t>یعنی ہم مذہبی زبان میں فطرت بولتے ہیں، نفس بولتے ہیں، روح بولتے ہیں، لیکن سائنٹیفک زبان میں ہر چیز ایک ہی ہے۔ دماغ، برین۔</w:t>
      </w:r>
    </w:p>
    <w:p>
      <w:r>
        <w:rPr>
          <w:b/>
        </w:rPr>
        <w:t xml:space="preserve">[1:32:54] </w:t>
      </w:r>
      <w:r>
        <w:t>samjhane ke liye hum alfaaz bolte hain, alag alag ke zamir aur rooh aur fitrat waghera, wajdan.</w:t>
      </w:r>
    </w:p>
    <w:p>
      <w:pPr>
        <w:jc w:val="right"/>
      </w:pPr>
      <w:r>
        <w:t>سمجھانے کے لیے ہم الفاظ بولتے ہیں، الگ الگ کہ ضمیر اور روح اور فطرت وغیرہ، وجدان۔</w:t>
      </w:r>
    </w:p>
    <w:p>
      <w:r>
        <w:rPr>
          <w:b/>
        </w:rPr>
        <w:t xml:space="preserve">[1:33:02] </w:t>
      </w:r>
      <w:r>
        <w:t>lekin yeh sab ka sab ka ta'alluq dimagh se hai. scientific zaban mein is ko sirf ek hi baat, yani sirf mind bola jayega.</w:t>
      </w:r>
    </w:p>
    <w:p>
      <w:pPr>
        <w:jc w:val="right"/>
      </w:pPr>
      <w:r>
        <w:t>لیکن یہ سب کا سب کا تعلق دماغ سے ہے۔ سائنٹیفک زبان میں اس کو صرف ایک ہی بات، یعنی صرف مائنڈ بولا جائے گا۔</w:t>
      </w:r>
    </w:p>
    <w:p>
      <w:r>
        <w:rPr>
          <w:b/>
        </w:rPr>
        <w:t xml:space="preserve">[1:33:13] </w:t>
      </w:r>
      <w:r>
        <w:t>hum apni language mein is ko mukhtalif alfaaz bolte hain. woh mind ke mukhtalif manifestations hain.</w:t>
      </w:r>
    </w:p>
    <w:p>
      <w:pPr>
        <w:jc w:val="right"/>
      </w:pPr>
      <w:r>
        <w:t>ہم اپنی لینگویج میں اس کو مختلف الفاظ بولتے ہیں۔ وہ مائنڈ کے مختلف مینیفیسٹیشنز ہیں۔</w:t>
      </w:r>
    </w:p>
    <w:p>
      <w:r>
        <w:rPr>
          <w:b/>
        </w:rPr>
        <w:t xml:space="preserve">[1:33:21] </w:t>
      </w:r>
      <w:r>
        <w:t>to mind mein bohat zyada bhara hua hai.</w:t>
      </w:r>
    </w:p>
    <w:p>
      <w:pPr>
        <w:jc w:val="right"/>
      </w:pPr>
      <w:r>
        <w:t>تو مائنڈ میں بہت زیادہ بھرا ہوا ہے۔</w:t>
      </w:r>
    </w:p>
    <w:p>
      <w:r>
        <w:rPr>
          <w:b/>
        </w:rPr>
        <w:t xml:space="preserve">[1:33:27] </w:t>
      </w:r>
      <w:r>
        <w:t>aur yeh ulama yeh kehte hain ke jo kuch hum daryaft karte hain, woh kehte hain mind ko unfold karte hain. mind ko unfold karte hain.</w:t>
      </w:r>
    </w:p>
    <w:p>
      <w:pPr>
        <w:jc w:val="right"/>
      </w:pPr>
      <w:r>
        <w:t>اور یہ علماء یہ کہتے ہیں کہ جو کچھ ہم دریافت کرتے ہیں، وہ کہتے ہیں مائنڈ کو ان فولڈ کرتے ہیں۔ مائنڈ کو ان فولڈ کرتے ہیں۔</w:t>
      </w:r>
    </w:p>
    <w:p>
      <w:r>
        <w:rPr>
          <w:b/>
        </w:rPr>
        <w:t xml:space="preserve">[1:33:36] </w:t>
      </w:r>
      <w:r>
        <w:t>pehlay se maujood maujood hai mind mein. to yeh koi nai baat nahi hai.</w:t>
      </w:r>
    </w:p>
    <w:p>
      <w:pPr>
        <w:jc w:val="right"/>
      </w:pPr>
      <w:r>
        <w:t>پہلے سے موجود موجود ہے مائنڈ میں۔ تو یہ کوئی نئی بات نہیں ہے۔</w:t>
      </w:r>
    </w:p>
    <w:p>
      <w:r>
        <w:rPr>
          <w:b/>
        </w:rPr>
        <w:t xml:space="preserve">[1:33:41] </w:t>
      </w:r>
      <w:r>
        <w:t>yeh yeh khud jo psychology ke jo experts hain, woh is ko baat mante hain ke mind mein bhara hua hai sab kuch. aur isi ko unfold karne ka naam hai daryaft.</w:t>
      </w:r>
    </w:p>
    <w:p>
      <w:pPr>
        <w:jc w:val="right"/>
      </w:pPr>
      <w:r>
        <w:t>یہ یہ خود جو سائیکالوجی کے جو ایکسپرٹس ہیں، وہ اس کو بات مانتے ہیں کہ مائنڈ میں بھرا ہوا ہے سب کچھ۔ اور اسی کو ان فولڈ کرنے کا نام ہے دریافت۔</w:t>
      </w:r>
    </w:p>
    <w:p>
      <w:r>
        <w:rPr>
          <w:b/>
        </w:rPr>
        <w:t xml:space="preserve">[1:33:54] </w:t>
      </w:r>
      <w:r>
        <w:t>to aap in alfaaz se confuse na hon ke ke kahin fitrat bulata hai, kahin shaoor bulata hai, kahin rooh bulata hai, kahin zamir bulata hai.</w:t>
      </w:r>
    </w:p>
    <w:p>
      <w:pPr>
        <w:jc w:val="right"/>
      </w:pPr>
      <w:r>
        <w:t>تو آپ ان الفاظ سے کنفیوز نہ ہوں کہ کہ کہیں فطرت بلاتا ہے، کہیں شعور بلاتا ہے، کہیں روح بلاتا ہے، کہیں ضمیر بلاتا ہے۔</w:t>
      </w:r>
    </w:p>
    <w:p>
      <w:r>
        <w:rPr>
          <w:b/>
        </w:rPr>
        <w:t xml:space="preserve">[1:34:03] </w:t>
      </w:r>
      <w:r>
        <w:t>zamir hai, woh sab mind hi ka phenomenon hai, wahi ki manifestation hai.</w:t>
      </w:r>
    </w:p>
    <w:p>
      <w:pPr>
        <w:jc w:val="right"/>
      </w:pPr>
      <w:r>
        <w:t>ضمیر ہے، وہ سب مائنڈ ہی کا فیناومینا ہے، وہی کی مینیفیسٹیشن ہے۔</w:t>
      </w:r>
    </w:p>
    <w:p>
      <w:r>
        <w:rPr>
          <w:b/>
        </w:rPr>
        <w:t xml:space="preserve">[1:34:08] </w:t>
      </w:r>
      <w:r>
        <w:t>ek hi lafz science mein bulata hai mind, hum is ko mazhab ki zaban mein kai lafz bolte hain.</w:t>
      </w:r>
    </w:p>
    <w:p>
      <w:pPr>
        <w:jc w:val="right"/>
      </w:pPr>
      <w:r>
        <w:t>ایک ہی لفظ سائنس میں بلاتا ہے مائنڈ، ہم اس کو مذہب کی زبان میں کئی لفظ بولتے ہیں۔</w:t>
      </w:r>
    </w:p>
    <w:p>
      <w:r>
        <w:rPr>
          <w:b/>
        </w:rPr>
        <w:t xml:space="preserve">[1:34:16] </w:t>
      </w:r>
      <w:r>
        <w:t>maulana, agla sawal kya hai Mr. Brij Bhushan Vaidik ne Delhi se. unho ne likha hai: "Maulana sahib, I am confused about the word Islam.</w:t>
      </w:r>
    </w:p>
    <w:p>
      <w:pPr>
        <w:jc w:val="right"/>
      </w:pPr>
      <w:r>
        <w:t>مولانا، اگلا سوال کیا ہے مسٹر برج بھوشن ویدک نے دلی سے۔ انہوں نے لکھا ہے: "مولانا صاحب، آئی ایم کنفیوزڈ اباؤٹ دا ورڈ اسلام۔</w:t>
      </w:r>
    </w:p>
    <w:p>
      <w:r>
        <w:rPr>
          <w:b/>
        </w:rPr>
        <w:t xml:space="preserve">[1:34:27] </w:t>
      </w:r>
      <w:r>
        <w:t>please explain this word to me and also tell me whether Islam has some relation with the word Muslim."</w:t>
      </w:r>
    </w:p>
    <w:p>
      <w:pPr>
        <w:jc w:val="right"/>
      </w:pPr>
      <w:r>
        <w:t>پلیز ایکسپلین دس ورڈ ٹو می اینڈ السو ٹیل می ویدر اسلام ہیز سم ریلیشن ود دا ورڈ مسلم۔"</w:t>
      </w:r>
    </w:p>
    <w:p>
      <w:r>
        <w:rPr>
          <w:b/>
        </w:rPr>
        <w:t xml:space="preserve">[1:34:38] </w:t>
      </w:r>
      <w:r>
        <w:t>dekhiye, islam matlab hai submission. submission yani apne creator ka ko acknowledge karna.</w:t>
      </w:r>
    </w:p>
    <w:p>
      <w:pPr>
        <w:jc w:val="right"/>
      </w:pPr>
      <w:r>
        <w:t>دیکھیے، اسلام مطلب ہے سبمیشن۔ سبمیشن یعنی اپنے کریٹر کا کو اکنالج کرنا۔</w:t>
      </w:r>
    </w:p>
    <w:p>
      <w:r>
        <w:rPr>
          <w:b/>
        </w:rPr>
        <w:t xml:space="preserve">[1:34:52] </w:t>
      </w:r>
      <w:r>
        <w:t>jo aap ka creator hai, us ko acknowledge karna. is acknowledge karne hi ke sab, yani isi se baqi cheezein nikalti hain.</w:t>
      </w:r>
    </w:p>
    <w:p>
      <w:pPr>
        <w:jc w:val="right"/>
      </w:pPr>
      <w:r>
        <w:t>جو آپ کا کریٹر ہے، اس کو اکنالج کرنا۔ اس اکنالج کرنے ہی کے سب، یعنی اسی سے باقی چیزیں نکلتی ہیں۔</w:t>
      </w:r>
    </w:p>
    <w:p>
      <w:r>
        <w:rPr>
          <w:b/>
        </w:rPr>
        <w:t xml:space="preserve">[1:35:05] </w:t>
      </w:r>
      <w:r>
        <w:t>jab aap acknowledge karein ke khuda ne mujhe banaya, sirf banaya hi nahi, balkeh ek aisi duniya rehne ke liye di jo poori universe mein ek unique hai.</w:t>
      </w:r>
    </w:p>
    <w:p>
      <w:pPr>
        <w:jc w:val="right"/>
      </w:pPr>
      <w:r>
        <w:t>جب آپ اکنالج کریں کہ خدا نے مجھے بنایا، صرف بنایا ہی نہیں، بلکہ ایک ایسی دنیا رہنے کے لیے دی جو پوری یونیورس میں ایک یونیک ہے۔</w:t>
      </w:r>
    </w:p>
    <w:p>
      <w:r>
        <w:rPr>
          <w:b/>
        </w:rPr>
        <w:t xml:space="preserve">[1:35:20] </w:t>
      </w:r>
      <w:r>
        <w:t>yeh planet earth, life support system diya, aur kya kya cheezein dein. to jab aap yeh sab sochte hain to acknowledge karna sirf acknowledge karna nahi hota.</w:t>
      </w:r>
    </w:p>
    <w:p>
      <w:pPr>
        <w:jc w:val="right"/>
      </w:pPr>
      <w:r>
        <w:t>یہ پلینٹ ارتھ، لائف سپورٹ سسٹم دیا، اور کیا کیا چیزیں دیں۔ تو جب آپ یہ سب سوچتے ہیں تو اکنالج کرنا صرف اکنالج کرنا نہیں ہوتا۔</w:t>
      </w:r>
    </w:p>
    <w:p>
      <w:r>
        <w:rPr>
          <w:b/>
        </w:rPr>
        <w:t xml:space="preserve">[1:35:32] </w:t>
      </w:r>
      <w:r>
        <w:t>iske baad aayega submission, aayega surrender, aayega worship. woh saari cheezein aati chali jayengi iske baad. to shuru hoga acknowledge karne se.</w:t>
      </w:r>
    </w:p>
    <w:p>
      <w:pPr>
        <w:jc w:val="right"/>
      </w:pPr>
      <w:r>
        <w:t>اس کے بعد آئے گا سبمیشن، آئے گا سرینڈر، آئے گا ورشپ۔ وہ ساری چیزیں آتی چلی جائیں گی اس کے بعد۔ تو شروع ہوگا اکنالج کرنے سے۔</w:t>
      </w:r>
    </w:p>
    <w:p>
      <w:r>
        <w:rPr>
          <w:b/>
        </w:rPr>
        <w:t xml:space="preserve">[1:35:42] </w:t>
      </w:r>
      <w:r>
        <w:t>aur woh pahunchte pahunchte kya hoga ke aap apne creator se bohat zyada mohabbat karenge, apne creator se bohat zyada khauf bhi karenge, kyunke uske saamne accountability ka ehsaas paida hoga aap ke andar.</w:t>
      </w:r>
    </w:p>
    <w:p>
      <w:pPr>
        <w:jc w:val="right"/>
      </w:pPr>
      <w:r>
        <w:t>اور وہ پہنچتے پہنچتے کیا ہوگا کہ آپ اپنے کریٹر سے بہت زیادہ محبت کریں گے، اپنے کریٹر سے بہت زیادہ خوف بھی کریں گے، کیونکہ اس کے سامنے اکاؤنٹیبلٹی کا احساس پیدا ہوگا آپ کے اندر۔</w:t>
      </w:r>
    </w:p>
    <w:p>
      <w:r>
        <w:rPr>
          <w:b/>
        </w:rPr>
        <w:t xml:space="preserve">[1:35:55] </w:t>
      </w:r>
      <w:r>
        <w:t>yeh saari cheezein is mein junti chali jayengi. to basic cheez hai acknowledgement.</w:t>
      </w:r>
    </w:p>
    <w:p>
      <w:pPr>
        <w:jc w:val="right"/>
      </w:pPr>
      <w:r>
        <w:t>یہ ساری چیزیں اس میں جڑتی چلی جائیں گی۔ تو بیسک چیز ہے اکنالجمنٹ۔</w:t>
      </w:r>
    </w:p>
    <w:p>
      <w:r>
        <w:rPr>
          <w:b/>
        </w:rPr>
        <w:t xml:space="preserve">[1:36:02] </w:t>
      </w:r>
      <w:r>
        <w:t>to lafzi maani to islam ke hain submission. lekin submission ki haqeeqat kya hai? acknowledge karna. acknowledge karne hi ka naam acknowledge karte hain.</w:t>
      </w:r>
    </w:p>
    <w:p>
      <w:pPr>
        <w:jc w:val="right"/>
      </w:pPr>
      <w:r>
        <w:t>تو لفظی معنی تو اسلام کے ہیں سبمیشن۔ لیکن سبمیشن کی حقیقت کیا ہے؟ اکنالج کرنا۔ اکنالج کرنے ہی کا نام اکنالج کرتے ہیں۔</w:t>
      </w:r>
    </w:p>
    <w:p>
      <w:r>
        <w:rPr>
          <w:b/>
        </w:rPr>
        <w:t xml:space="preserve">[1:36:11] </w:t>
      </w:r>
      <w:r>
        <w:t>jab isi submission aata hai to isi saari aur cheezein aati chali jaati hain. jahan tak muslim ki baat hai to muslim koi qaum nahi hai. koi muslim koi by birth nahi hota.</w:t>
      </w:r>
    </w:p>
    <w:p>
      <w:pPr>
        <w:jc w:val="right"/>
      </w:pPr>
      <w:r>
        <w:t>جب اسی سبمیشن آتا ہے تو اسی ساری اور چیزیں آتی چلی جاتی ہیں۔ جہاں تک مسلم کی بات ہے تو مسلم کوئی قوم نہیں ہے۔ کوئی مسلم کوئی بائی برتھ نہیں ہوتا۔</w:t>
      </w:r>
    </w:p>
    <w:p>
      <w:r>
        <w:rPr>
          <w:b/>
        </w:rPr>
        <w:t xml:space="preserve">[1:36:22] </w:t>
      </w:r>
      <w:r>
        <w:t>muslim woh hai jo islam ko discover kare, islam ko apni zindagi ka ya way of life banaye, woh muslim hai.</w:t>
      </w:r>
    </w:p>
    <w:p>
      <w:pPr>
        <w:jc w:val="right"/>
      </w:pPr>
      <w:r>
        <w:t>مسلم وہ ہے جو اسلام کو ڈسکور کرے، اسلام کو اپنی زندگی کا یا وے آف لائف بنائے، وہ مسلم ہے۔</w:t>
      </w:r>
    </w:p>
    <w:p>
      <w:r>
        <w:rPr>
          <w:b/>
        </w:rPr>
        <w:t xml:space="preserve">[1:36:32] </w:t>
      </w:r>
      <w:r>
        <w:t>koi bhi by birth muslim nahi hota. koi bhi qaum nahi hai jiska naam muslim qaum ho. aisa kuch bhi nahi hai.</w:t>
      </w:r>
    </w:p>
    <w:p>
      <w:pPr>
        <w:jc w:val="right"/>
      </w:pPr>
      <w:r>
        <w:t>کوئی بھی بائی برتھ مسلم نہیں ہوتا۔ کوئی بھی قوم نہیں ہے جس کا نام مسلم قوم ہو۔ ایسا کچھ بھی نہیں ہے۔</w:t>
      </w:r>
    </w:p>
    <w:p>
      <w:r>
        <w:rPr>
          <w:b/>
        </w:rPr>
        <w:t xml:space="preserve">[1:36:42] </w:t>
      </w:r>
      <w:r>
        <w:t>mister riyaz bhat ne kashmir se sawal kiya hai. unhone likha hai: "we are having quran classes every friday in our college.</w:t>
      </w:r>
    </w:p>
    <w:p>
      <w:pPr>
        <w:jc w:val="right"/>
      </w:pPr>
      <w:r>
        <w:t>مسٹر ریاض بھٹ نے کشمیر سے سوال کیا ہے۔ انہوں نے لکھا ہے: "وی آر ہیونگ قرآن کلاسز ایوری فرائیڈے ان اور کالج۔</w:t>
      </w:r>
    </w:p>
    <w:p>
      <w:r>
        <w:rPr>
          <w:b/>
        </w:rPr>
        <w:t xml:space="preserve">[1:36:51] </w:t>
      </w:r>
      <w:r>
        <w:t>how can we teach or learn quran? which can be fruitful for us in shaping our life and at the same time same reasonable to our objective minds?" kindly comment.</w:t>
      </w:r>
    </w:p>
    <w:p>
      <w:pPr>
        <w:jc w:val="right"/>
      </w:pPr>
      <w:r>
        <w:t>ہاؤ کین وی ٹیچ اور لرن قرآن؟ وچ کین بی فروٹ فل فار اس ان شیپنگ اور لائف اینڈ ایٹ دا سیم ٹائم سیم ریزنیبل ٹو اور ابجیکٹو مائنڈز؟" کائنڈلی کمنٹ۔</w:t>
      </w:r>
    </w:p>
    <w:p>
      <w:r>
        <w:rPr>
          <w:b/>
        </w:rPr>
        <w:t xml:space="preserve">[1:37:07] </w:t>
      </w:r>
      <w:r>
        <w:t>bhai, iska koi mechanical tareeqa to hai nahi.</w:t>
      </w:r>
    </w:p>
    <w:p>
      <w:pPr>
        <w:jc w:val="right"/>
      </w:pPr>
      <w:r>
        <w:t>بھئی، اس کا کوئی مکینیکل طریقہ تو ہے نہیں۔</w:t>
      </w:r>
    </w:p>
    <w:p>
      <w:r>
        <w:rPr>
          <w:b/>
        </w:rPr>
        <w:t xml:space="preserve">[1:37:12] </w:t>
      </w:r>
      <w:r>
        <w:t>koi aisa, yani aap padhiye, dua kijiye,</w:t>
      </w:r>
    </w:p>
    <w:p>
      <w:pPr>
        <w:jc w:val="right"/>
      </w:pPr>
      <w:r>
        <w:t>کوئی ایسا، یعنی آپ پڑھیے، دعا کیجئے،</w:t>
      </w:r>
    </w:p>
    <w:p>
      <w:r>
        <w:rPr>
          <w:b/>
        </w:rPr>
        <w:t xml:space="preserve">[1:37:21] </w:t>
      </w:r>
      <w:r>
        <w:t>logon ke mind ko samjhiye, uske mutabiq baatein kahiye. iska koi, yani hard and fast rule nahi hai.</w:t>
      </w:r>
    </w:p>
    <w:p>
      <w:pPr>
        <w:jc w:val="right"/>
      </w:pPr>
      <w:r>
        <w:t>لوگوں کے مائنڈ کو سمجھیے، اس کے مطابق باتیں کہیے۔ اس کا کوئی، یعنی ہارڈ اینڈ فاسٹ رول نہیں ہے۔</w:t>
      </w:r>
    </w:p>
    <w:p>
      <w:r>
        <w:rPr>
          <w:b/>
        </w:rPr>
        <w:t xml:space="preserve">[1:37:29] </w:t>
      </w:r>
      <w:r>
        <w:t>iska theek. maulana, mister idrees ne raipur se phir se sawal kiya hai. unhone likha hai ke: "you have mentioned today that together with quran one should also provide supportive literature.</w:t>
      </w:r>
    </w:p>
    <w:p>
      <w:pPr>
        <w:jc w:val="right"/>
      </w:pPr>
      <w:r>
        <w:t>اس کا ٹھیک۔ مولانا، مسٹر ادریس نے رائے پور سے پھر سے سوال کیا ہے۔ انہوں نے لکھا ہے کہ: "یو ہیو مینشنڈ ٹوڈے دیٹ ٹوگیدر ود قرآن ون شوڈ السو پرووائیڈ سپورٹیو لٹریچر۔</w:t>
      </w:r>
    </w:p>
    <w:p>
      <w:r>
        <w:rPr>
          <w:b/>
        </w:rPr>
        <w:t xml:space="preserve">[1:37:45] </w:t>
      </w:r>
      <w:r>
        <w:t>maulana, kindly suggest names of this few supportive literature."</w:t>
      </w:r>
    </w:p>
    <w:p>
      <w:pPr>
        <w:jc w:val="right"/>
      </w:pPr>
      <w:r>
        <w:t>مولانا، کائنڈلی سجیسٹ نیمز آف دس فیو سپورٹیو لٹریچر۔"</w:t>
      </w:r>
    </w:p>
    <w:p>
      <w:r>
        <w:rPr>
          <w:b/>
        </w:rPr>
        <w:t xml:space="preserve">[1:37:51] </w:t>
      </w:r>
      <w:r>
        <w:t>main to apni kitaab bataunga ke doctor ke paas jayenge to doctor apne hi apne hi nuskhe batayega na ke doosre ko bhi batayega.</w:t>
      </w:r>
    </w:p>
    <w:p>
      <w:pPr>
        <w:jc w:val="right"/>
      </w:pPr>
      <w:r>
        <w:t>میں تو اپنی کتاب بتاؤں گا کہ ڈاکٹر کے پاس جائیں گے تو ڈاکٹر اپنے ہی اپنے ہی نسخہ بتائے گا نا کہ دوسرے کو بھی بتائے گا۔</w:t>
      </w:r>
    </w:p>
    <w:p>
      <w:r>
        <w:rPr>
          <w:b/>
        </w:rPr>
        <w:t xml:space="preserve">[1:38:00] </w:t>
      </w:r>
      <w:r>
        <w:t>woh koi doctor aisa nahi milega jo jiske haan aap jayein to bataye doosre ki nuskhe batane lage.</w:t>
      </w:r>
    </w:p>
    <w:p>
      <w:pPr>
        <w:jc w:val="right"/>
      </w:pPr>
      <w:r>
        <w:t>وہ کوئی ڈاکٹر ایسا نہیں ملے گا جو جس کے ہاں آپ جائیں تو بتائے دوسرے کی نسخے بتانے لگے۔</w:t>
      </w:r>
    </w:p>
    <w:p>
      <w:r>
        <w:rPr>
          <w:b/>
        </w:rPr>
        <w:t xml:space="preserve">[1:38:09] </w:t>
      </w:r>
      <w:r>
        <w:t>to main to apni literature bataunga ke meri kitabein padhiye. baqi aap jaanein, baqi aur kitabein agar aap ke nazdeek hain to aap woh aap ka.</w:t>
      </w:r>
    </w:p>
    <w:p>
      <w:pPr>
        <w:jc w:val="right"/>
      </w:pPr>
      <w:r>
        <w:t>تو میں تو اپنی لٹریچر بتاؤں گا کہ میری کتابیں پڑھیے۔ باقی آپ جانیں، باقی اور کتابیں اگر آپ کے نزدیک ہیں تو آپ وہ آپ کا۔</w:t>
      </w:r>
    </w:p>
    <w:p>
      <w:r>
        <w:rPr>
          <w:b/>
        </w:rPr>
        <w:t xml:space="preserve">[1:38:18] </w:t>
      </w:r>
      <w:r>
        <w:t>that is your domain,</w:t>
      </w:r>
    </w:p>
    <w:p>
      <w:pPr>
        <w:jc w:val="right"/>
      </w:pPr>
      <w:r>
        <w:t>دیٹ از یور ڈومین،</w:t>
      </w:r>
    </w:p>
    <w:p>
      <w:r>
        <w:rPr>
          <w:b/>
        </w:rPr>
        <w:t xml:space="preserve">[1:38:20] </w:t>
      </w:r>
      <w:r>
        <w:t>that not my domain.</w:t>
      </w:r>
    </w:p>
    <w:p>
      <w:pPr>
        <w:jc w:val="right"/>
      </w:pPr>
      <w:r>
        <w:t>دیٹ ناٹ مائی ڈومین۔</w:t>
      </w:r>
    </w:p>
    <w:p>
      <w:r>
        <w:rPr>
          <w:b/>
        </w:rPr>
        <w:t xml:space="preserve">[1:38:27] </w:t>
      </w:r>
      <w:r>
        <w:t>ki sahib, theek hai.</w:t>
      </w:r>
    </w:p>
    <w:p>
      <w:pPr>
        <w:jc w:val="right"/>
      </w:pPr>
      <w:r>
        <w:t>کی صاحب، ٹھیک ہے۔</w:t>
      </w:r>
    </w:p>
    <w:p>
      <w:r>
        <w:rPr>
          <w:b/>
        </w:rPr>
        <w:t xml:space="preserve">[1:38:33] </w:t>
      </w:r>
      <w:r>
        <w:t>miss ayesha ne delhi se sawal kiya hai. unhone likha hai: "art of questioning kya hai aur iske aadab kya hain? is par roshni dalein."</w:t>
      </w:r>
    </w:p>
    <w:p>
      <w:pPr>
        <w:jc w:val="right"/>
      </w:pPr>
      <w:r>
        <w:t>مس عائشہ نے دلی سے سوال کیا ہے۔ انہوں نے لکھا ہے: "ارٹ آف کوئسچننگ کیا ہے اور اس کے آداب کیا ہیں؟ اس پر روشنی ڈالیں۔"</w:t>
      </w:r>
    </w:p>
    <w:p>
      <w:r>
        <w:rPr>
          <w:b/>
        </w:rPr>
        <w:t xml:space="preserve">[1:38:46] </w:t>
      </w:r>
      <w:r>
        <w:t>dekhiye, log jo hain doosre se poochne ko question samajhte hain. sab se pehle apne aap se poochiye.</w:t>
      </w:r>
    </w:p>
    <w:p>
      <w:pPr>
        <w:jc w:val="right"/>
      </w:pPr>
      <w:r>
        <w:t>دیکھیے، لوگ جو ہیں دوسرے سے پوچھنے کو کوئسچن سمجھتے ہیں۔ سب سے پہلے اپنے آپ سے پوچھیے۔</w:t>
      </w:r>
    </w:p>
    <w:p>
      <w:r>
        <w:rPr>
          <w:b/>
        </w:rPr>
        <w:t xml:space="preserve">[1:38:58] </w:t>
      </w:r>
      <w:r>
        <w:t>question shuru hota hai apne aap se, phir pahunchta hai doosre tak. apne aap ke maani kya hain? pehle khud sochiye, study kijiye.</w:t>
      </w:r>
    </w:p>
    <w:p>
      <w:pPr>
        <w:jc w:val="right"/>
      </w:pPr>
      <w:r>
        <w:t>کوئسچن شروع ہوتا ہے اپنے آپ سے، پھر پہنچتا ہے دوسرے تک۔ اپنے آپ کے معنی کیا ہیں؟ پہلے خود سوچیے، اسٹڈی کیجئے۔</w:t>
      </w:r>
    </w:p>
    <w:p>
      <w:r>
        <w:rPr>
          <w:b/>
        </w:rPr>
        <w:t xml:space="preserve">[1:39:13] </w:t>
      </w:r>
      <w:r>
        <w:t>jab aap apni koshish ko ek had tak pahuncha chuke hon, tab aap wahan pahuncha kar question karen. aap</w:t>
      </w:r>
    </w:p>
    <w:p>
      <w:pPr>
        <w:jc w:val="right"/>
      </w:pPr>
      <w:r>
        <w:t>جب آپ اپنی کوشش کو ایک حد تک پہنچا چکے ہوں، تب آپ وہاں پہنچا کر کوئسچن کریں۔ آپ</w:t>
      </w:r>
    </w:p>
    <w:p>
      <w:r>
        <w:rPr>
          <w:b/>
        </w:rPr>
        <w:t xml:space="preserve">[1:39:24] </w:t>
      </w:r>
      <w:r>
        <w:t>yaani questioning jo hai, 50 percent is aadmi ka hai jo jo question karta hai, 50 percent is aadmi ka jo jawab deta hai.</w:t>
      </w:r>
    </w:p>
    <w:p>
      <w:pPr>
        <w:jc w:val="right"/>
      </w:pPr>
      <w:r>
        <w:t>یعنی کوئسچننگ جو ہے، 50 پرسنٹ اس آدمی کا ہے جو جو کوئسچن کرتا ہے، 50 پرسنٹ اس آدمی کا جو جواب دیتا ہے۔</w:t>
      </w:r>
    </w:p>
    <w:p>
      <w:r>
        <w:rPr>
          <w:b/>
        </w:rPr>
        <w:t xml:space="preserve">[1:39:36] </w:t>
      </w:r>
      <w:r>
        <w:t>agar aap ne apne ko prepare nahin kiya hai, yaani pre-questioning jo kaam tha woh aap ne nahin kiya hai, to koi jawab dega tab samjhega, samajh bhi nahin aayega kya us ne kaha.</w:t>
      </w:r>
    </w:p>
    <w:p>
      <w:pPr>
        <w:jc w:val="right"/>
      </w:pPr>
      <w:r>
        <w:t>اگر آپ نے اپنے کو پریپیئر نہیں کیا ہے، یعنی پری کوئسچننگ جو کام تھا وہ آپ نے نہیں کیا ہے، تو کوئی جواب دے گا تب سمجھے گا، سمجھ بھی نہیں آئے گا کیا اس نے کہا۔</w:t>
      </w:r>
    </w:p>
    <w:p>
      <w:r>
        <w:rPr>
          <w:b/>
        </w:rPr>
        <w:t xml:space="preserve">[1:39:50] </w:t>
      </w:r>
      <w:r>
        <w:t>is wajah se ek ek questioning hai, ek pre pre-questioning. pre-question yeh hai ki aap sochen, padhen,</w:t>
      </w:r>
    </w:p>
    <w:p>
      <w:pPr>
        <w:jc w:val="right"/>
      </w:pPr>
      <w:r>
        <w:t>اس وجہ سے ایک ایک کوئسچننگ ہے، ایک پری پری کوئسچننگ۔ پری کوئسچن یہ ہے کہ آپ سوچیں، پڑھیں،</w:t>
      </w:r>
    </w:p>
    <w:p>
      <w:r>
        <w:rPr>
          <w:b/>
        </w:rPr>
        <w:t xml:space="preserve">[1:39:59] </w:t>
      </w:r>
      <w:r>
        <w:t>apne hisse ka kaam karen. apne hisse ka kaam kar ke question karenge, tabhi us questioning ka koi result result niklega, warna kuch nahin niklega.</w:t>
      </w:r>
    </w:p>
    <w:p>
      <w:pPr>
        <w:jc w:val="right"/>
      </w:pPr>
      <w:r>
        <w:t>اپنے حصے کا کام کریں۔ اپنے حصے کا کام کر کے کوئسچن کریں گے، تبھی اس کوئسچننگ کا کوئی رزلٹ رزلٹ نکلے گا، ورنہ کچھ نہیں نکلے گا۔</w:t>
      </w:r>
    </w:p>
    <w:p>
      <w:r>
        <w:rPr>
          <w:b/>
        </w:rPr>
        <w:t xml:space="preserve">[1:40:16] </w:t>
      </w:r>
      <w:r>
        <w:t>maulana, yeh sawal aaya hai karachi pakistan se mr aamir bin yusuf ka.</w:t>
      </w:r>
    </w:p>
    <w:p>
      <w:pPr>
        <w:jc w:val="right"/>
      </w:pPr>
      <w:r>
        <w:t>مولانا، یہ سوال آیا ہے کراچی پاکستان سے مسٹر عامر بن یوسف کا۔</w:t>
      </w:r>
    </w:p>
    <w:p>
      <w:r>
        <w:rPr>
          <w:b/>
        </w:rPr>
        <w:t xml:space="preserve">[1:40:22] </w:t>
      </w:r>
      <w:r>
        <w:t>unhon ne likha hai: "maulana, aap ki kitaab tajdeed deen mein ulama ke uth jaane ka matlab khushu ka khatm hona bataya gaya hai.</w:t>
      </w:r>
    </w:p>
    <w:p>
      <w:pPr>
        <w:jc w:val="right"/>
      </w:pPr>
      <w:r>
        <w:t>انہوں نے لکھا ہے: "مولانا، آپ کی کتاب تجدید دین میں علماء کے اٹھ جانے کا مطلب خشوع کا ختم ہونا بتایا گیا ہے۔</w:t>
      </w:r>
    </w:p>
    <w:p>
      <w:r>
        <w:rPr>
          <w:b/>
        </w:rPr>
        <w:t xml:space="preserve">[1:40:33] </w:t>
      </w:r>
      <w:r>
        <w:t>is ke bare mein kuch bataen."</w:t>
      </w:r>
    </w:p>
    <w:p>
      <w:pPr>
        <w:jc w:val="right"/>
      </w:pPr>
      <w:r>
        <w:t>اس کے بارے میں کچھ بتائیں۔"</w:t>
      </w:r>
    </w:p>
    <w:p>
      <w:r>
        <w:rPr>
          <w:b/>
        </w:rPr>
        <w:t xml:space="preserve">[1:40:40] </w:t>
      </w:r>
      <w:r>
        <w:t>woh to isi mein maujood hai, isi matan mein maujood hai. aisa nahin ki maine kuch apni taraf se kaha hai.</w:t>
      </w:r>
    </w:p>
    <w:p>
      <w:pPr>
        <w:jc w:val="right"/>
      </w:pPr>
      <w:r>
        <w:t>وہ تو اسی میں موجود ہے، اسی متن میں موجود ہے۔ ایسا نہیں کہ میں نے کچھ اپنی طرف سے کہا ہے۔</w:t>
      </w:r>
    </w:p>
    <w:p>
      <w:r>
        <w:rPr>
          <w:b/>
        </w:rPr>
        <w:t xml:space="preserve">[1:40:51] </w:t>
      </w:r>
      <w:r>
        <w:t>matlab ek hai, aalim ka ek matlab yeh hai ki aadmi ke paas information ho.</w:t>
      </w:r>
    </w:p>
    <w:p>
      <w:pPr>
        <w:jc w:val="right"/>
      </w:pPr>
      <w:r>
        <w:t>مطلب ایک ہے، عالم کا ایک مطلب یہ ہے کہ آدمی کے پاس انفارمیشن ہو۔</w:t>
      </w:r>
    </w:p>
    <w:p>
      <w:r>
        <w:rPr>
          <w:b/>
        </w:rPr>
        <w:t xml:space="preserve">[1:41:02] </w:t>
      </w:r>
      <w:r>
        <w:t>ek hai ki aalim aadmi ke paas wisdom ho. to woh jo hadees hai ki ulama uth jayenge, uska matlab hai ki aise log to rahenge jo jo information wale, lekin jo wisdom wale nahin rahenge.</w:t>
      </w:r>
    </w:p>
    <w:p>
      <w:pPr>
        <w:jc w:val="right"/>
      </w:pPr>
      <w:r>
        <w:t>ایک ہے کہ عالم آدمی کے پاس وزڈم ہو۔ تو وہ جو حدیث ہے کہ علماء اٹھ جائیں گے، اس کا مطلب ہے کہ ایسے لوگ تو رہیں گے جو جو انفارمیشن والے، لیکن جو وزڈم والے نہیں رہیں گے۔</w:t>
      </w:r>
    </w:p>
    <w:p>
      <w:r>
        <w:rPr>
          <w:b/>
        </w:rPr>
        <w:t xml:space="preserve">[1:41:17] </w:t>
      </w:r>
      <w:r>
        <w:t>yeh matlab hai is ka.</w:t>
      </w:r>
    </w:p>
    <w:p>
      <w:pPr>
        <w:jc w:val="right"/>
      </w:pPr>
      <w:r>
        <w:t>یہ مطلب ہے اس کا۔</w:t>
      </w:r>
    </w:p>
    <w:p>
      <w:r>
        <w:rPr>
          <w:b/>
        </w:rPr>
        <w:t xml:space="preserve">[1:41:21] </w:t>
      </w:r>
      <w:r>
        <w:t>zahab ulama ka matlab yeh nahin ki koi aisa aadmi nahin rahega jo istirahat yafta ulama se hua karte hain. to koi istirahat yafta ulama baqi nahin rahenge.</w:t>
      </w:r>
    </w:p>
    <w:p>
      <w:pPr>
        <w:jc w:val="right"/>
      </w:pPr>
      <w:r>
        <w:t>ذہاب العلماء کا مطلب یہ نہیں کہ کوئی ایسا آدمی نہیں رہے گا جو استراحت یافتہ علماء سے ہوا کرتے ہیں۔ تو کوئی استراحت یافتہ علماء باقی نہیں رہیں گے۔</w:t>
      </w:r>
    </w:p>
    <w:p>
      <w:r>
        <w:rPr>
          <w:b/>
        </w:rPr>
        <w:t xml:space="preserve">[1:41:31] </w:t>
      </w:r>
      <w:r>
        <w:t>yeh yeh matlab harghiz nahin hai is ka. istirahat yafta ulama ki tadad aur zyada badh jayegi. baseerat wale ulama, wisdom wale ulama, spirit wale ulama nahin rahenge.</w:t>
      </w:r>
    </w:p>
    <w:p>
      <w:pPr>
        <w:jc w:val="right"/>
      </w:pPr>
      <w:r>
        <w:t>یہ یہ مطلب ہرگز نہیں ہے اس کا۔ استراحت یافتہ علماء کی تعداد اور زیادہ بڑھ جائے گی۔ بصیرت والے علماء، وزڈم والے علماء، اسپرٹ والے علماء نہیں رہیں گے۔</w:t>
      </w:r>
    </w:p>
    <w:p>
      <w:r>
        <w:rPr>
          <w:b/>
        </w:rPr>
        <w:t xml:space="preserve">[1:41:45] </w:t>
      </w:r>
      <w:r>
        <w:t>yeh matlab hai is ka. is mein istirahat yafta ulama bada nahin hain, is se harghiz.</w:t>
      </w:r>
    </w:p>
    <w:p>
      <w:pPr>
        <w:jc w:val="right"/>
      </w:pPr>
      <w:r>
        <w:t>یہ مطلب ہے اس کا۔ اس میں استراحت یافتہ علماء بڑا نہیں ہیں، اس سے ہرگز۔</w:t>
      </w:r>
    </w:p>
    <w:p>
      <w:r>
        <w:rPr>
          <w:b/>
        </w:rPr>
        <w:t xml:space="preserve">[1:41:54] </w:t>
      </w:r>
      <w:r>
        <w:t>ahl-e-baseerat</w:t>
      </w:r>
    </w:p>
    <w:p>
      <w:pPr>
        <w:jc w:val="right"/>
      </w:pPr>
      <w:r>
        <w:t>اہل بصیرت</w:t>
      </w:r>
    </w:p>
    <w:p>
      <w:r>
        <w:rPr>
          <w:b/>
        </w:rPr>
        <w:t xml:space="preserve">[1:41:58] </w:t>
      </w:r>
      <w:r>
        <w:t>to</w:t>
      </w:r>
    </w:p>
    <w:p>
      <w:pPr>
        <w:jc w:val="right"/>
      </w:pPr>
      <w:r>
        <w:t>تو</w:t>
      </w:r>
    </w:p>
    <w:p>
      <w:r>
        <w:rPr>
          <w:b/>
        </w:rPr>
        <w:t xml:space="preserve">[1:42:02] </w:t>
      </w:r>
      <w:r>
        <w:t>ek hai yeh ki aap khoob maloomat, aap ko information, aap ko khoob taqreer karna aap ko aata ho.</w:t>
      </w:r>
    </w:p>
    <w:p>
      <w:pPr>
        <w:jc w:val="right"/>
      </w:pPr>
      <w:r>
        <w:t>ایک ہے یہ کہ آپ خوب معلومات، آپ کو انفارمیشن، آپ کو خوب تقریر کرنا آپ کو آتا ہو۔</w:t>
      </w:r>
    </w:p>
    <w:p>
      <w:r>
        <w:rPr>
          <w:b/>
        </w:rPr>
        <w:t xml:space="preserve">[1:42:09] </w:t>
      </w:r>
      <w:r>
        <w:t>yeh hawale, woh hawale, yeh sab aate hon aap ko. lekin aap ke andar agar yeh baat na ho ki aap tajziya kar saken, analysis kar saken, baseerat is ke andar jo hai, us ko daryaft kar saken, jo wisdom jo hai, us ko aap jaanen,</w:t>
      </w:r>
    </w:p>
    <w:p>
      <w:pPr>
        <w:jc w:val="right"/>
      </w:pPr>
      <w:r>
        <w:t>یہ حوالے، وہ حوالے، یہ سب آتے ہوں آپ کو۔ لیکن آپ کے اندر اگر یہ بات نہ ہو کہ آپ تجزیہ کر سکیں، انالیسز کر سکیں، بصیرت اس کے اندر جو ہے، اس کو دریافت کر سکیں، جو وزڈم جو ہے، اس کو آپ جانیں،</w:t>
      </w:r>
    </w:p>
    <w:p>
      <w:r>
        <w:rPr>
          <w:b/>
        </w:rPr>
        <w:t xml:space="preserve">[1:42:29] </w:t>
      </w:r>
      <w:r>
        <w:t>to woh woh woh unhi ka zahab hoga. wahi uth jayenge, wahi chale jayenge.</w:t>
      </w:r>
    </w:p>
    <w:p>
      <w:pPr>
        <w:jc w:val="right"/>
      </w:pPr>
      <w:r>
        <w:t>تو وہ وہ وہ انہی کا ذہاب ہوگا۔ وہی اٹھ جائیں گے، وہی چلے جائیں گے۔</w:t>
      </w:r>
    </w:p>
    <w:p>
      <w:r>
        <w:rPr>
          <w:b/>
        </w:rPr>
        <w:t xml:space="preserve">[1:42:36] </w:t>
      </w:r>
      <w:r>
        <w:t>yaani ek ek lafz mein kehta hoon ki ahl-e-baseerat ulama uth jayenge. ahl-e-baseerat ulama.</w:t>
      </w:r>
    </w:p>
    <w:p>
      <w:pPr>
        <w:jc w:val="right"/>
      </w:pPr>
      <w:r>
        <w:t>یعنی ایک ایک لفظ میں کہتا ہوں کہ اہل بصیرت علماء اٹھ جائیں گے۔ اہل بصیرت علماء۔</w:t>
      </w:r>
    </w:p>
    <w:p>
      <w:r>
        <w:rPr>
          <w:b/>
        </w:rPr>
        <w:t xml:space="preserve">[1:42:47] </w:t>
      </w:r>
      <w:r>
        <w:t>maulana, agla sawal miss naghma siddiqui ka hai dilli se. unhon ne likha hai: "maulana, aap ki kitaab tajdeed deen mein ulama ke uth jaane ka matlab khushu ka khatm hona bataya gaya hai.</w:t>
      </w:r>
    </w:p>
    <w:p>
      <w:pPr>
        <w:jc w:val="right"/>
      </w:pPr>
      <w:r>
        <w:t>مولانا، اگلا سوال مس نغمہ صدیقی کا ہے دلی سے۔ انہوں نے لکھا ہے: "آئی ہیو ریلائز ٹوڈے دیٹ دا سولیوشن ٹو دا مسلم پرابلم از دعوت آف قرآن، بٹ مسلمز آر سو انوالوڈ ان کمیونٹی ورک دیٹ دے ڈو ناٹ انڈرسٹینڈ دی امپورٹنس آف دعویٰ</w:t>
      </w:r>
    </w:p>
    <w:p>
      <w:r>
        <w:rPr>
          <w:b/>
        </w:rPr>
        <w:t xml:space="preserve">[1:43:05] </w:t>
      </w:r>
      <w:r>
        <w:t>is ke bare mein kuch bataen." dekhiye, main to mainly work ko kuch bhi nahin samajhta hoon.</w:t>
      </w:r>
    </w:p>
    <w:p>
      <w:pPr>
        <w:jc w:val="right"/>
      </w:pPr>
      <w:r>
        <w:t>۔ ہاؤ کین دے بی میڈ ٹو انڈرسٹینڈ دس؟" دیکھیے، میں تو مینلی ورک کو کچھ بھی نہیں سمجھتا ہوں۔</w:t>
      </w:r>
    </w:p>
    <w:p>
      <w:r>
        <w:rPr>
          <w:b/>
        </w:rPr>
        <w:t xml:space="preserve">[1:43:14] </w:t>
      </w:r>
      <w:r>
        <w:t>jis ko kehte hain Muslim empowerment, mein us ko kuch bhi nothing samajhta hoon. us ko mein yeh kehta hoon ke yeh law of nature ke khilaaf hai.</w:t>
      </w:r>
    </w:p>
    <w:p>
      <w:pPr>
        <w:jc w:val="right"/>
      </w:pPr>
      <w:r>
        <w:t>جس کو کہتے ہیں مسلم ایمپاورمنٹ، میں اس کو کچھ بھی نتھنگ سمجھتا ہوں۔ اس کو میں یہ کہتا ہوں کہ یہ لاء آف نیچر کے خلاف ہے۔</w:t>
      </w:r>
    </w:p>
    <w:p>
      <w:r>
        <w:rPr>
          <w:b/>
        </w:rPr>
        <w:t xml:space="preserve">[1:43:26] </w:t>
      </w:r>
      <w:r>
        <w:t>mein us ko law of nature ke khilaaf samajhta hoon. mainly work jo hai, us ko aaj kal dhoom machi hui hai. mainly work ki</w:t>
      </w:r>
    </w:p>
    <w:p>
      <w:pPr>
        <w:jc w:val="right"/>
      </w:pPr>
      <w:r>
        <w:t>میں اس کو لاء آف نیچر کے خلاف سمجھتا ہوں۔ مینلی ورک جو ہے، اس کو آج کل دھوم مچی ہوئی ہے۔ مینلی ورک کی</w:t>
      </w:r>
    </w:p>
    <w:p>
      <w:r>
        <w:rPr>
          <w:b/>
        </w:rPr>
        <w:t xml:space="preserve">[1:43:33] </w:t>
      </w:r>
      <w:r>
        <w:t>karonron arbon rupay logon ko mil ja raha hai, mil raha hai. mainly work ka kaam hone ke aur kuch bhi nahi, koi faida nahi. entrance result kuch bhi nahi. dekhiye, Allah taala ki scheme ke khilaaf yeh hai kyun?</w:t>
      </w:r>
    </w:p>
    <w:p>
      <w:pPr>
        <w:jc w:val="right"/>
      </w:pPr>
      <w:r>
        <w:t>کروڑوں اربوں روپے لوگوں کو مل جا رہا ہے، مل رہا ہے۔ مینلی ورک کا کام ہونے کے اور کچھ بھی نہیں، کوئی فائدہ نہیں۔ انٹرنس رزلٹ کچھ بھی نہیں۔ دیکھیے، اللہ تعالی کی سکیم کے خلاف یہ ہے کیوں؟</w:t>
      </w:r>
    </w:p>
    <w:p>
      <w:r>
        <w:rPr>
          <w:b/>
        </w:rPr>
        <w:t xml:space="preserve">[1:43:45] </w:t>
      </w:r>
      <w:r>
        <w:t>Allah taala ne aap ke andar bohat potential diya hai aur is potential ko actual banane ke liye aap ko mawaqe diye hain.</w:t>
      </w:r>
    </w:p>
    <w:p>
      <w:pPr>
        <w:jc w:val="right"/>
      </w:pPr>
      <w:r>
        <w:t>اللہ تعالی نے آپ کے اندر بہت پوٹینشل دیا ہے اور اس پوٹینشل کو ایکچول بنانے کے لیے آپ کو مواقع دیے ہیں۔</w:t>
      </w:r>
    </w:p>
    <w:p>
      <w:r>
        <w:rPr>
          <w:b/>
        </w:rPr>
        <w:t xml:space="preserve">[1:43:57] </w:t>
      </w:r>
      <w:r>
        <w:t>to har cheez jo matloob hai, woh hard work hai.</w:t>
      </w:r>
    </w:p>
    <w:p>
      <w:pPr>
        <w:jc w:val="right"/>
      </w:pPr>
      <w:r>
        <w:t>تو ہر چیز جو مطلوب ہے، وہ ہارڈ ورک ہے۔</w:t>
      </w:r>
    </w:p>
    <w:p>
      <w:r>
        <w:rPr>
          <w:b/>
        </w:rPr>
        <w:t xml:space="preserve">[1:44:01] </w:t>
      </w:r>
      <w:r>
        <w:t>yeh riayatein aur madad, yeh sab cheezein nahi hain. aap musalmanon ki riayatein karwayein, madad un ki karein, is se kuch nahi hota.</w:t>
      </w:r>
    </w:p>
    <w:p>
      <w:pPr>
        <w:jc w:val="right"/>
      </w:pPr>
      <w:r>
        <w:t>یہ رعایتیں اور مدد، یہ سب چیزیں نہیں ہیں۔ آپ مسلمانوں کی رعایتیں کروائیں، مدد ان کی کریں، اس سے کچھ نہیں ہوتا۔</w:t>
      </w:r>
    </w:p>
    <w:p>
      <w:r>
        <w:rPr>
          <w:b/>
        </w:rPr>
        <w:t xml:space="preserve">[1:44:10] </w:t>
      </w:r>
      <w:r>
        <w:t>koi faida is ka nahi hai. sab se buri cheez hai easy money, easy money. yeh yeh jo Muslim empowerment jo hai, woh easy job, easy money, yeh yeh yeh sab hai ke log mehnat na karein, dakhle mil jayein, mehnat na karein aur un ko job mil jaye.</w:t>
      </w:r>
    </w:p>
    <w:p>
      <w:pPr>
        <w:jc w:val="right"/>
      </w:pPr>
      <w:r>
        <w:t>کوئی فائدہ اس کا نہیں ہے۔ سب سے بری چیز ہے ایزی منی، ایزی منی۔ یہ یہ جو مسلم ایمپاورمنٹ جو ہے، وہ ایزی جاب، ایزی منی، یہ یہ یہ سب ہے کہ لوگ محنت نہ کریں، داخلے مل جائیں، محنت نہ کریں اور ان کو جاب مل جائے۔</w:t>
      </w:r>
    </w:p>
    <w:p>
      <w:r>
        <w:rPr>
          <w:b/>
        </w:rPr>
        <w:t xml:space="preserve">[1:44:27] </w:t>
      </w:r>
      <w:r>
        <w:t>yeh koi kaam nahi hai. mehnat na karein, paisa mil jaye.</w:t>
      </w:r>
    </w:p>
    <w:p>
      <w:pPr>
        <w:jc w:val="right"/>
      </w:pPr>
      <w:r>
        <w:t>یہ کوئی کام نہیں ہے۔ محنت نہ کریں، پیسہ مل جائے۔</w:t>
      </w:r>
    </w:p>
    <w:p>
      <w:r>
        <w:rPr>
          <w:b/>
        </w:rPr>
        <w:t xml:space="preserve">[1:44:31] </w:t>
      </w:r>
      <w:r>
        <w:t>yeh yeh Khuda ki scheme hi nahi hai. Khuda ki scheme hai ke aap apne potential ko actual banayein, mehnatain karein, apni shakhsiyat ko taameer karein.</w:t>
      </w:r>
    </w:p>
    <w:p>
      <w:pPr>
        <w:jc w:val="right"/>
      </w:pPr>
      <w:r>
        <w:t>یہ یہ خدا کی سکیم ہی نہیں ہے۔ خدا کی سکیم ہے کہ آپ اپنے پوٹینشل کو ایکچول بنائیں، محنتیں کریں، اپنی شخصیت کو تعمیر کریں۔</w:t>
      </w:r>
    </w:p>
    <w:p>
      <w:r>
        <w:rPr>
          <w:b/>
        </w:rPr>
        <w:t xml:space="preserve">[1:44:43] </w:t>
      </w:r>
      <w:r>
        <w:t>to mein us ko bilkul khilaaf hoon. us ko hoon mainly work ke aur yeh muslim empowerment jo hai, us ko bilkul mein khilaaf hoon. us ko sirf khilaaf is mani mein ke woh Khuda ke planning ke khilaaf hai.</w:t>
      </w:r>
    </w:p>
    <w:p>
      <w:pPr>
        <w:jc w:val="right"/>
      </w:pPr>
      <w:r>
        <w:t>تو میں اس کو بالکل خلاف ہوں۔ اس کو ہوں مینلی ورک کے اور یہ مسلم ایمپاورمنٹ جو ہے، اس کو بالکل میں خلاف ہوں۔ اس کو صرف خلاف اس معنی میں کہ وہ خدا کے پلاننگ کے خلاف ہے۔</w:t>
      </w:r>
    </w:p>
    <w:p>
      <w:r>
        <w:rPr>
          <w:b/>
        </w:rPr>
        <w:t xml:space="preserve">[1:44:57] </w:t>
      </w:r>
      <w:r>
        <w:t>yeh Khuda ki yeh planning nahi hai ke aap us ko riayatein dein.</w:t>
      </w:r>
    </w:p>
    <w:p>
      <w:pPr>
        <w:jc w:val="right"/>
      </w:pPr>
      <w:r>
        <w:t>یہ خدا کی یہ پلاننگ نہیں ہے کہ آپ اس کو رعایتیں دیں۔</w:t>
      </w:r>
    </w:p>
    <w:p>
      <w:r>
        <w:rPr>
          <w:b/>
        </w:rPr>
        <w:t xml:space="preserve">[1:45:03] </w:t>
      </w:r>
      <w:r>
        <w:t>us ko riayatein dein. aap aaj kal sari duniya mein isi ka hangama hai mainly work ka aur khoob is par log donation dete hain, arbon kharbon rupay dete hain.</w:t>
      </w:r>
    </w:p>
    <w:p>
      <w:pPr>
        <w:jc w:val="right"/>
      </w:pPr>
      <w:r>
        <w:t>اس کو رعایتیں دیں۔ آپ آج کل ساری دنیا میں اسی کا ہنگامہ ہے مینلی ورک کا اور خوب اس پر لوگ ڈونیشن دیتے ہیں، اربوں کھربوں روپے دیتے ہیں۔</w:t>
      </w:r>
    </w:p>
    <w:p>
      <w:r>
        <w:rPr>
          <w:b/>
        </w:rPr>
        <w:t xml:space="preserve">[1:45:16] </w:t>
      </w:r>
      <w:r>
        <w:t>ab lekin aap talash kijiye ke in koshishon ka result kya nikla to kuch bhi result nahi, kuch bhi result nahi. kyunke easy money de kar is ki salahiyaton ko aap sla dete hain, woh dead kar dete hain, us ko dead.</w:t>
      </w:r>
    </w:p>
    <w:p>
      <w:pPr>
        <w:jc w:val="right"/>
      </w:pPr>
      <w:r>
        <w:t>اب لیکن آپ تلاش کیجئے کہ ان کوششوں کا رزلٹ کیا نکلا تو کچھ بھی رزلٹ نہیں، کچھ بھی رزلٹ نہیں۔ کیونکہ ایزی منی دے کر اس کی صلاحیتوں کو آپ سلا دیتے ہیں، وہ ڈیڈ کر دیتے ہیں، اس کو ڈیڈ۔</w:t>
      </w:r>
    </w:p>
    <w:p>
      <w:r>
        <w:rPr>
          <w:b/>
        </w:rPr>
        <w:t xml:space="preserve">[1:45:33] </w:t>
      </w:r>
      <w:r>
        <w:t>to mere nazdeek sab se bara kaam hai insaan ke is qael banana ke woh apne potential ko actual bana rahe hain. woh is ka tareeqa hai hard labor.</w:t>
      </w:r>
    </w:p>
    <w:p>
      <w:pPr>
        <w:jc w:val="right"/>
      </w:pPr>
      <w:r>
        <w:t>تو میرے نزدیک سب سے بڑا کام ہے انسان کے اس قائل بنانا کہ وہ اپنے پوٹینشل کو ایکچول بنا رہے ہیں۔ وہ اس کا طریقہ ہے ہارڈ لیبر۔</w:t>
      </w:r>
    </w:p>
    <w:p>
      <w:r>
        <w:rPr>
          <w:b/>
        </w:rPr>
        <w:t xml:space="preserve">[1:45:43] </w:t>
      </w:r>
      <w:r>
        <w:t>jaise aaj kal reservation ki baat ho rahi hai, reservation mein is ke khilaaf bilkul hoon ke logon se kahiye ke khoob mehnat karo, top karo, achhe number lao.</w:t>
      </w:r>
    </w:p>
    <w:p>
      <w:pPr>
        <w:jc w:val="right"/>
      </w:pPr>
      <w:r>
        <w:t>جیسے آج کل ریزرویشن کی بات ہو رہی ہے، ریزرویشن میں اس کے خلاف بالکل ہوں کہ لوگوں سے کہیے کہ خوب محنت کرو، ٹاپ کرو، اچھے نمبر لاؤ۔</w:t>
      </w:r>
    </w:p>
    <w:p>
      <w:r>
        <w:rPr>
          <w:b/>
        </w:rPr>
        <w:t xml:space="preserve">[1:45:54] </w:t>
      </w:r>
      <w:r>
        <w:t>riayat kya hai?</w:t>
      </w:r>
    </w:p>
    <w:p>
      <w:pPr>
        <w:jc w:val="right"/>
      </w:pPr>
      <w:r>
        <w:t>رعایت کیا ہے؟</w:t>
      </w:r>
    </w:p>
    <w:p>
      <w:r>
        <w:rPr>
          <w:b/>
        </w:rPr>
        <w:t xml:space="preserve">[1:45:57] </w:t>
      </w:r>
      <w:r>
        <w:t>to mein zahiri taur par is ke khilaaf hoon aur mein us ko yani Khuda ke mansoobe ke khilaaf samajhta hoon. us ko</w:t>
      </w:r>
    </w:p>
    <w:p>
      <w:pPr>
        <w:jc w:val="right"/>
      </w:pPr>
      <w:r>
        <w:t>تو میں ظاہری طور پر اس کے خلاف ہوں اور میں اس کو یعنی خدا کے منصوبے کے خلاف سمجھتا ہوں۔ اس کو</w:t>
      </w:r>
    </w:p>
    <w:p>
      <w:r>
        <w:rPr>
          <w:b/>
        </w:rPr>
        <w:t xml:space="preserve">[1:46:07] </w:t>
      </w:r>
      <w:r>
        <w:t>Mr Shah Imran Hasan ne Delhi se likha hai: "har saal musalman bakrid ke mauqe par janwaron ko kaatte hain. kya yeh jeeo hatya nahi?</w:t>
      </w:r>
    </w:p>
    <w:p>
      <w:pPr>
        <w:jc w:val="right"/>
      </w:pPr>
      <w:r>
        <w:t>مسٹر شاہ عمران حسن نے دلی سے لکھا ہے: "ہر سال مسلمان بکرید کے موقع پر جانوروں کو کاٹتے ہیں۔ کیا یہ جیو ہتیا نہیں؟</w:t>
      </w:r>
    </w:p>
    <w:p>
      <w:r>
        <w:rPr>
          <w:b/>
        </w:rPr>
        <w:t xml:space="preserve">[1:46:18] </w:t>
      </w:r>
      <w:r>
        <w:t>kripa kar ke us ko spasht karein."</w:t>
      </w:r>
    </w:p>
    <w:p>
      <w:pPr>
        <w:jc w:val="right"/>
      </w:pPr>
      <w:r>
        <w:t>کرپا کر کے اس کو سپष्ट کریں۔"</w:t>
      </w:r>
    </w:p>
    <w:p>
      <w:r>
        <w:rPr>
          <w:b/>
        </w:rPr>
        <w:t xml:space="preserve">[1:46:24] </w:t>
      </w:r>
      <w:r>
        <w:t>dekhiye, yeh jeeo hatya nahi, yeh self hatya. asal qurbani self hatya hai, apne aap ko qurban karna. woh to alamaati hai.</w:t>
      </w:r>
    </w:p>
    <w:p>
      <w:pPr>
        <w:jc w:val="right"/>
      </w:pPr>
      <w:r>
        <w:t>دیکھیے، یہ جیو ہتیا نہیں، یہ سلف ہتیا۔ اصل قربانی سلف ہتیا ہے، اپنے آپ کو قربان کرنا۔ وہ تو علامتی ہے۔</w:t>
      </w:r>
    </w:p>
    <w:p>
      <w:r>
        <w:rPr>
          <w:b/>
        </w:rPr>
        <w:t xml:space="preserve">[1:46:33] </w:t>
      </w:r>
      <w:r>
        <w:t>log alamaati zabeeha karte hain aur asal zabeeha koi nahi karta, koi bhi nahi karta.</w:t>
      </w:r>
    </w:p>
    <w:p>
      <w:pPr>
        <w:jc w:val="right"/>
      </w:pPr>
      <w:r>
        <w:t>لوگ علامتی ذبیحہ کرتے ہیں اور اصل ذبیحہ کوئی نہیں کرتا، کوئی بھی نہیں کرتا۔</w:t>
      </w:r>
    </w:p>
    <w:p>
      <w:r>
        <w:rPr>
          <w:b/>
        </w:rPr>
        <w:t xml:space="preserve">[1:46:43] </w:t>
      </w:r>
      <w:r>
        <w:t>asal apna zabeeha Hazrat Hazrat Ibrahim ne apne bete ko sehra mein daal diya.</w:t>
      </w:r>
    </w:p>
    <w:p>
      <w:pPr>
        <w:jc w:val="right"/>
      </w:pPr>
      <w:r>
        <w:t>اصل اپنا ذبیحہ حضرت حضرت ابراہیم نے اپنے بیٹے کو صحرا میں ڈال دیا۔</w:t>
      </w:r>
    </w:p>
    <w:p>
      <w:r>
        <w:rPr>
          <w:b/>
        </w:rPr>
        <w:t xml:space="preserve">[1:46:53] </w:t>
      </w:r>
      <w:r>
        <w:t>kaun hai jo apne beta beti ko ke liye aisa kare? apne bete beti ke liye koi aisa kare, mujhe bataein is ka naam. sari aap energy kharch karte hain ke mera beta, meri beti jo hai, us ko jo kuch mere paas hai, sab kuch koi de doon.</w:t>
      </w:r>
    </w:p>
    <w:p>
      <w:pPr>
        <w:jc w:val="right"/>
      </w:pPr>
      <w:r>
        <w:t>کون ہے جو اپنے بیٹا بیٹی کو کے لیے ایسا کرے؟ اپنے بیٹے بیٹی کے لیے کوئی ایسا کرے، مجھے بتائیں اس کا نام۔ ساری آپ انرجی خرچ کرتے ہیں کہ میرا بیٹا، میری بیٹی جو ہے، اس کو جو کچھ میرے پاس ہے، سب کچھ کوئی دے دوں۔</w:t>
      </w:r>
    </w:p>
    <w:p>
      <w:r>
        <w:rPr>
          <w:b/>
        </w:rPr>
        <w:t xml:space="preserve">[1:47:09] </w:t>
      </w:r>
      <w:r>
        <w:t>unhon ne kaha un ko sehra mein daal diya taake khoob daudein wahan, khoob mehnat karein</w:t>
      </w:r>
    </w:p>
    <w:p>
      <w:pPr>
        <w:jc w:val="right"/>
      </w:pPr>
      <w:r>
        <w:t>انہوں نے کہا ان کو صحرا میں ڈال دیا تاکہ خوب دوڑیں وہاں، خوب محنت کریں</w:t>
      </w:r>
    </w:p>
    <w:p>
      <w:r>
        <w:rPr>
          <w:b/>
        </w:rPr>
        <w:t xml:space="preserve">[1:47:16] </w:t>
      </w:r>
      <w:r>
        <w:t>aur Allah ke deen ke liye tayyar hon.</w:t>
      </w:r>
    </w:p>
    <w:p>
      <w:pPr>
        <w:jc w:val="right"/>
      </w:pPr>
      <w:r>
        <w:t>اور اللہ کے دین کے لیے تیار ہوں۔</w:t>
      </w:r>
    </w:p>
    <w:p>
      <w:r>
        <w:rPr>
          <w:b/>
        </w:rPr>
        <w:t xml:space="preserve">[1:47:20] </w:t>
      </w:r>
      <w:r>
        <w:t>to qurbani jo hai, asal mein sach poochhein to naam hai dedication ka, apne ko dedicate karne ka. woh to alamat hai. to alamati qurbani ki dham machi hui hai aur asal jo cheez hai, apne aap ko self dedication, iska koi wajood hi nahi,</w:t>
      </w:r>
    </w:p>
    <w:p>
      <w:pPr>
        <w:jc w:val="right"/>
      </w:pPr>
      <w:r>
        <w:t>تو قربانی جو ہے، اصل میں سچ پوچھیں تو نام ہے ڈیڈیکیشن کا، اپنے کو ڈیووٹ کرنے کا۔ وہ تو علامت ہے۔ تو علامتی قربانی کی دھم مچی ہوئی ہے اور اصل جو چیز ہے، اپنے آپ کو سیلف ڈیڈیکیشن، اس کا کوئی وجود ہی نہیں،</w:t>
      </w:r>
    </w:p>
    <w:p>
      <w:r>
        <w:rPr>
          <w:b/>
        </w:rPr>
        <w:t xml:space="preserve">[1:47:40] </w:t>
      </w:r>
      <w:r>
        <w:t>iska koi wajood nahi. iska to main to isko kuch bhi nahi samajhta.</w:t>
      </w:r>
    </w:p>
    <w:p>
      <w:pPr>
        <w:jc w:val="right"/>
      </w:pPr>
      <w:r>
        <w:t>اس کا کوئی وجود نہیں۔ اس کا تو میں تو اس کو کچھ بھی نہیں سمجھتا۔</w:t>
      </w:r>
    </w:p>
    <w:p>
      <w:r>
        <w:rPr>
          <w:b/>
        </w:rPr>
        <w:t xml:space="preserve">[1:47:46] </w:t>
      </w:r>
      <w:r>
        <w:t>koi bhi iska koi natija nahi, na dunya ke aisa lehaz se aur na akhirat ke lehaz se, jahan tak mere ilm hai. jab tak aap ka self dedication na ho, apne aap ko deen ke liye waqf karne ka mizaj na ho,</w:t>
      </w:r>
    </w:p>
    <w:p>
      <w:pPr>
        <w:jc w:val="right"/>
      </w:pPr>
      <w:r>
        <w:t>کوئی بھی اس کا کوئی نتیجہ نہیں، نہ دنیا کے ایسا لحاظ سے اور نہ آخرت کے لحاظ سے، جہاں تک میرے علم ہے۔ جب تک آپ کا سیلف ڈیڈیکیشن نہ ہو، اپنے آپ کو دین کے لیے وقف کرنے کا مزاج نہ ہو،</w:t>
      </w:r>
    </w:p>
    <w:p>
      <w:r>
        <w:rPr>
          <w:b/>
        </w:rPr>
        <w:t xml:space="preserve">[1:48:03] </w:t>
      </w:r>
      <w:r>
        <w:t>apne aap ko, apni aulad ko, apni family ko deen ke liye waqf karne ka mizaj hona chahiye, tab woh qurbani hogi warna qurbani nahi hai.</w:t>
      </w:r>
    </w:p>
    <w:p>
      <w:pPr>
        <w:jc w:val="right"/>
      </w:pPr>
      <w:r>
        <w:t>اپنے آپ کو، اپنی اولاد کو، اپنی فیملی کو دین کے لیے وقف کرنے کا مزاج ہونا چاہیے، تب وہ قربانی ہوگی ورنہ قربانی نہیں ہے۔</w:t>
      </w:r>
    </w:p>
    <w:p>
      <w:r>
        <w:rPr>
          <w:b/>
        </w:rPr>
        <w:t xml:space="preserve">[1:48:16] </w:t>
      </w:r>
      <w:r>
        <w:t>khaas taur par apni apni aamdani, apni income. log apni jo asal jo unka tawajjuh hai, jo unki energy hai, jo unki income hai, woh de dete hain apni family ke liye aur waqti taur par ek janwar zabah kar ke samajhte hain hum ne bohat bara kaam kar diya.</w:t>
      </w:r>
    </w:p>
    <w:p>
      <w:pPr>
        <w:jc w:val="right"/>
      </w:pPr>
      <w:r>
        <w:t>خاص طور پر اپنی اپنی آمدنی، اپنی انکم۔ لوگ اپنی جو اصل جو ان کا توجہ ہے، جو ان کی انرجی ہے، جو ان کی انکم ہے، وہ دے دیتے ہیں اپنی فیملی کے لیے اور وقتی طور پر ایک جانور ذبح کر کے سمجھتے ہیں ہم نے بہت بڑا کام کر دیا۔</w:t>
      </w:r>
    </w:p>
    <w:p>
      <w:r>
        <w:rPr>
          <w:b/>
        </w:rPr>
        <w:t xml:space="preserve">[1:48:33] </w:t>
      </w:r>
      <w:r>
        <w:t>main isko be be asal samajhta hoon. Maulana, agla sawal phir se Kashmir se aya hai. Mr Riaz Bhat ne likha hai.</w:t>
      </w:r>
    </w:p>
    <w:p>
      <w:pPr>
        <w:jc w:val="right"/>
      </w:pPr>
      <w:r>
        <w:t>میں اس کو بے بے اصل سمجھتا ہوں۔ مولانا، اگلا سوال پھر سے کشمیر سے آیا ہے۔ مسٹر ریاض بھٹ نے لکھا ہے۔</w:t>
      </w:r>
    </w:p>
    <w:p>
      <w:r>
        <w:rPr>
          <w:b/>
        </w:rPr>
        <w:t xml:space="preserve">[1:48:42] </w:t>
      </w:r>
      <w:r>
        <w:t>unhone poocha hai ke "whenever I read some books like God Delusion, I feel my iman coming out of my heart.</w:t>
      </w:r>
    </w:p>
    <w:p>
      <w:pPr>
        <w:jc w:val="right"/>
      </w:pPr>
      <w:r>
        <w:t>انہوں نے پوچھا ہے کہ "وین ایور آئی ریڈ سم بکس لائک گاڈ ڈیلیوژن، آئی فیل مائی ایمان کمنگ آؤٹ آف مائی ہارٹ۔</w:t>
      </w:r>
    </w:p>
    <w:p>
      <w:r>
        <w:rPr>
          <w:b/>
        </w:rPr>
        <w:t xml:space="preserve">[1:48:51] </w:t>
      </w:r>
      <w:r>
        <w:t>i feel frustrated. how can i tackle this problem? i have to maintain a balance between my religion and my research work.</w:t>
      </w:r>
    </w:p>
    <w:p>
      <w:pPr>
        <w:jc w:val="right"/>
      </w:pPr>
      <w:r>
        <w:t>آئی فیل فرسٹریٹڈ۔ ہاؤ کین آئی ٹیکل دس پرابلم؟ آئی ہیو ٹو مینٹین ا بیلنس بٹوین مائی ریلیجن اینڈ مائی ریسرچ ورک۔</w:t>
      </w:r>
    </w:p>
    <w:p>
      <w:r>
        <w:rPr>
          <w:b/>
        </w:rPr>
        <w:t xml:space="preserve">[1:49:02] </w:t>
      </w:r>
      <w:r>
        <w:t>my studies are my priorities right now.</w:t>
      </w:r>
    </w:p>
    <w:p>
      <w:pPr>
        <w:jc w:val="right"/>
      </w:pPr>
      <w:r>
        <w:t>مائی سٹڈیز آر مائی پرائرٹیز رائٹ ناؤ۔</w:t>
      </w:r>
    </w:p>
    <w:p>
      <w:r>
        <w:rPr>
          <w:b/>
        </w:rPr>
        <w:t xml:space="preserve">[1:49:05] </w:t>
      </w:r>
      <w:r>
        <w:t>shall i stop reading such books till i have enough time to devote fully for the understanding of the religion?" kindly guide God Delusion mere paas bhi hai.</w:t>
      </w:r>
    </w:p>
    <w:p>
      <w:pPr>
        <w:jc w:val="right"/>
      </w:pPr>
      <w:r>
        <w:t>شیل آئی سٹاپ ریڈنگ سچ بکس ٹل آئی ہیو انف ٹائم ٹو ڈیووٹ فلی فار دی انڈرسٹینڈنگ آف دا ریلیجن؟" کائنڈلی گائیڈ گاڈ ڈیلیوژن میرے پاس بھی ہے۔</w:t>
      </w:r>
    </w:p>
    <w:p>
      <w:r>
        <w:rPr>
          <w:b/>
        </w:rPr>
        <w:t xml:space="preserve">[1:49:15] </w:t>
      </w:r>
      <w:r>
        <w:t>main ne nahi parha isko. woh to apne aap mein delusion hai. woh woh kitab kuch bhi nahi hai, iske andar hai. aap kaise is se mutasir ho gaye? mislan iske andar ek bohat bari ghalati yeh hai ke Musalmanon ke practice ko le kar ke unhone Islam ko yani ghalat sabit kiya hai.</w:t>
      </w:r>
    </w:p>
    <w:p>
      <w:pPr>
        <w:jc w:val="right"/>
      </w:pPr>
      <w:r>
        <w:t>میں نے نہیں پڑھا اس کو۔ وہ تو اپنے آپ میں ڈیلیوژن ہے۔ وہ وہ کتاب کچھ بھی نہیں ہے، اس کے اندر ہے۔ آپ کیسے اس سے متاثر ہو گئے؟ مثلاً اس کے اندر ایک بہت بڑی غلطی یہ ہے کہ مسلمانوں کے پریکٹس کو لے کر کے انہوں نے اسلام کو یعنی غلط ثابت کیا ہے۔</w:t>
      </w:r>
    </w:p>
    <w:p>
      <w:r>
        <w:rPr>
          <w:b/>
        </w:rPr>
        <w:t xml:space="preserve">[1:49:35] </w:t>
      </w:r>
      <w:r>
        <w:t>misal ke taur par is mein hai thought crime ke Musalman jo hain, woh marte hain aise aadmi ko jo un se mazhabi ikhtilaf kare.</w:t>
      </w:r>
    </w:p>
    <w:p>
      <w:pPr>
        <w:jc w:val="right"/>
      </w:pPr>
      <w:r>
        <w:t>مثال کے طور پر اس میں ہے تھاٹ کرائم کہ مسلمان جو ہیں، وہ مارتے ہیں ایسے آدمی کو جو ان سے مذہبی اختلاف کرے۔</w:t>
      </w:r>
    </w:p>
    <w:p>
      <w:r>
        <w:rPr>
          <w:b/>
        </w:rPr>
        <w:t xml:space="preserve">[1:49:45] </w:t>
      </w:r>
      <w:r>
        <w:t>to yeh kahan Islam mein? kahan yeh? yeh Musalmanon ka amal hai. iska aap ne Islam ko ghalat samajh liya. aisi Muslim practice se aap Islam ki ideology ko aap ne condemn kiya.</w:t>
      </w:r>
    </w:p>
    <w:p>
      <w:pPr>
        <w:jc w:val="right"/>
      </w:pPr>
      <w:r>
        <w:t>تو یہ کہاں اسلام میں؟ کہاں یہ؟ یہ مسلمانوں کا عمل ہے۔ اس کا آپ نے اسلام کو غلط سمجھ لیا۔ ایسی مسلم پریکٹس سے آپ اسلام کی آئیڈیالوجی کو آپ نے کنڈم کیا۔</w:t>
      </w:r>
    </w:p>
    <w:p>
      <w:r>
        <w:rPr>
          <w:b/>
        </w:rPr>
        <w:t xml:space="preserve">[1:49:58] </w:t>
      </w:r>
      <w:r>
        <w:t>yeh koi kitab hai? yeh to confusion hai. yani confusion ka bundle hai. woh</w:t>
      </w:r>
    </w:p>
    <w:p>
      <w:pPr>
        <w:jc w:val="right"/>
      </w:pPr>
      <w:r>
        <w:t>یہ کوئی کتاب ہے؟ یہ تو کنفیوژن ہے۔ یعنی کنفیوژن کا بنڈل ہے۔ وہ</w:t>
      </w:r>
    </w:p>
    <w:p>
      <w:r>
        <w:rPr>
          <w:b/>
        </w:rPr>
        <w:t xml:space="preserve">[1:50:06] </w:t>
      </w:r>
      <w:r>
        <w:t>is kitab ko parh ke kaise mutasir ho gaye? aap yeh illogical hai ke aap Muslim community ke practice ko le kar ke Islam ki ideology ko condemn karein.</w:t>
      </w:r>
    </w:p>
    <w:p>
      <w:pPr>
        <w:jc w:val="right"/>
      </w:pPr>
      <w:r>
        <w:t>اس کتاب کو پڑھ کے کیسے متاثر ہو گئے؟ آپ یہ اللاجیکل ہے کہ آپ مسلم کمیونٹی کے پریکٹس کو لے کر کے اسلام کی آئیڈیالوجی کو کنڈم کریں۔</w:t>
      </w:r>
    </w:p>
    <w:p>
      <w:r>
        <w:rPr>
          <w:b/>
        </w:rPr>
        <w:t xml:space="preserve">[1:50:19] </w:t>
      </w:r>
      <w:r>
        <w:t>Islam ka ideology alag cheez hai aur woh basic cheez hai. yeh samjhein woh sirf musannif ke Islam yani Islam alag hai, Musalman alag hai.</w:t>
      </w:r>
    </w:p>
    <w:p>
      <w:pPr>
        <w:jc w:val="right"/>
      </w:pPr>
      <w:r>
        <w:t>اسلام کا آئیڈیالوجی الگ چیز ہے اور وہ بیسک چیز ہے۔ یہ سمجھیں وہ صرف مصنف کہ اسلام یعنی اسلام الگ ہے، مسلمان الگ ہے۔</w:t>
      </w:r>
    </w:p>
    <w:p>
      <w:r>
        <w:rPr>
          <w:b/>
        </w:rPr>
        <w:t xml:space="preserve">[1:50:28] </w:t>
      </w:r>
      <w:r>
        <w:t>you have to differentiate between Islam and Muslims.</w:t>
      </w:r>
    </w:p>
    <w:p>
      <w:pPr>
        <w:jc w:val="right"/>
      </w:pPr>
      <w:r>
        <w:t>یو ہیو ٹو ڈیفرنشیٹ بٹوین اسلام اینڈ مسلمز۔</w:t>
      </w:r>
    </w:p>
    <w:p>
      <w:r>
        <w:rPr>
          <w:b/>
        </w:rPr>
        <w:t xml:space="preserve">[1:50:33] </w:t>
      </w:r>
      <w:r>
        <w:t>you have to judge Muslims in the light of Islamic teachings, not vice versa. is tarah ki jitni kitabein hain, sab mein yeh confusion hai ke ab Musalman samajhte hain ke jo Musalman kar rahe hain, isi ka naam Islam hai.</w:t>
      </w:r>
    </w:p>
    <w:p>
      <w:pPr>
        <w:jc w:val="right"/>
      </w:pPr>
      <w:r>
        <w:t>یو ہیو ٹو جج مسلمز ان دا لائٹ آف اسلامک ٹیچنگز، ناٹ وائس ورسا۔ اس طرح کی جتنی کتابیں ہیں، سب میں یہ کنفیوژن ہے کہ اب مسلمان سمجھتے ہیں کہ جو مسلمان کر رہے ہیں، اسی کا نام اسلام ہے۔</w:t>
      </w:r>
    </w:p>
    <w:p>
      <w:r>
        <w:rPr>
          <w:b/>
        </w:rPr>
        <w:t xml:space="preserve">[1:50:46] </w:t>
      </w:r>
      <w:r>
        <w:t>lekin Islam ka ek authentic text hai. Islam ka ek authentic text hai. woh masnad matan woh hai ke is ko dekh kar aap Islam ko rah banayein.</w:t>
      </w:r>
    </w:p>
    <w:p>
      <w:pPr>
        <w:jc w:val="right"/>
      </w:pPr>
      <w:r>
        <w:t>لیکن اسلام کا ایک اتھینٹک ٹیکسٹ ہے۔ اسلام کا ایک اتھینٹک ٹیکسٹ ہے۔ وہ مسند متن وہ ہے کہ اس کو دیکھ کر آپ اسلام کو راہ بنائیں۔</w:t>
      </w:r>
    </w:p>
    <w:p>
      <w:r>
        <w:rPr>
          <w:b/>
        </w:rPr>
        <w:t xml:space="preserve">[1:50:58] </w:t>
      </w:r>
      <w:r>
        <w:t>Musalman to har qism ke in mein Musalman, jis tarah ke main ne kaha, jis tarah dunya mein azadi Allah ne di hai, istiqlaal logon ko, mazhabi logon ko bhi azadi hai, wohi misuse karayenge, wohi misuse karenge.</w:t>
      </w:r>
    </w:p>
    <w:p>
      <w:pPr>
        <w:jc w:val="right"/>
      </w:pPr>
      <w:r>
        <w:t>مسلمان تو ہر قسم کے ان میں مسلمان، جیسے کہ میں نے کہا، جس طرح دنیا میں آزادی اللہ نے دی ہے، استقلال لوگوں کو، مذہبی لوگوں کو بھی آزادی ہے، وہی مس یوز کرائیں گے، وہی مس یوز کریں گے۔</w:t>
      </w:r>
    </w:p>
    <w:p>
      <w:r>
        <w:rPr>
          <w:b/>
        </w:rPr>
        <w:t xml:space="preserve">[1:51:10] </w:t>
      </w:r>
      <w:r>
        <w:t>to misuse karne ke case ko le kar ke aap Islam par rai banate hain. bohat bari kitabein, moti si kitab hai, woh woh confusion ka bundle hai.</w:t>
      </w:r>
    </w:p>
    <w:p>
      <w:pPr>
        <w:jc w:val="right"/>
      </w:pPr>
      <w:r>
        <w:t>تو مس یوز کرنے کے کیس کو لے کر کے آپ اسلام پر رائے بناتے ہیں۔ بڑی بڑی کتابیں، موٹی سی کتاب ہے، وہ وہ کنفیوژن کا بنڈل ہے۔</w:t>
      </w:r>
    </w:p>
    <w:p>
      <w:r>
        <w:rPr>
          <w:b/>
        </w:rPr>
        <w:t xml:space="preserve">[1:51:19] </w:t>
      </w:r>
      <w:r>
        <w:t>woh Maulana, agla sawal hai Hafiz Muhammad Daniyal sahib ka Patna se.</w:t>
      </w:r>
    </w:p>
    <w:p>
      <w:pPr>
        <w:jc w:val="right"/>
      </w:pPr>
      <w:r>
        <w:t>وہ مولانا، اگلا سوال ہے حافظ محمد دانیال صاحب کا پٹنہ سے۔</w:t>
      </w:r>
    </w:p>
    <w:p>
      <w:r>
        <w:rPr>
          <w:b/>
        </w:rPr>
        <w:t xml:space="preserve">[1:51:26] </w:t>
      </w:r>
      <w:r>
        <w:t>unhone likha hai: "aam taur par log Al-Risala aur Al-Risala literature ko sirf ek bar padhte hain. is ke baad woh isi par mutmaeen ho jate hain.</w:t>
      </w:r>
    </w:p>
    <w:p>
      <w:pPr>
        <w:jc w:val="right"/>
      </w:pPr>
      <w:r>
        <w:t>انہوں نے لکھا ہے: "عام طور پر لوگ الرسالہ اور الرسالہ لٹریچر کو صرف ایک بار پڑھتے ہیں۔ اس کے بعد وہ اسی پر مطمئن ہو جاتے ہیں۔</w:t>
      </w:r>
    </w:p>
    <w:p>
      <w:r>
        <w:rPr>
          <w:b/>
        </w:rPr>
        <w:t xml:space="preserve">[1:51:37] </w:t>
      </w:r>
      <w:r>
        <w:t>kya sirf ek bar Al-Risala literature ko padhna dawat aur intellectual development ke liye kafi hai?" hargiz nahi.</w:t>
      </w:r>
    </w:p>
    <w:p>
      <w:pPr>
        <w:jc w:val="right"/>
      </w:pPr>
      <w:r>
        <w:t>کیا صرف ایک بار الرسالہ لٹریچر کو پڑھنا دعوت اور انٹلیکچول ڈیویلپمنٹ کے لیے کافی ہے؟" ہرگز نہیں۔</w:t>
      </w:r>
    </w:p>
    <w:p>
      <w:r>
        <w:rPr>
          <w:b/>
        </w:rPr>
        <w:t xml:space="preserve">[1:51:46] </w:t>
      </w:r>
      <w:r>
        <w:t>main ne kai bar ek tajruba kiya ke ek aadmi mere paas aata hai, woh kehta hai ke main Risala padhta hoon.</w:t>
      </w:r>
    </w:p>
    <w:p>
      <w:pPr>
        <w:jc w:val="right"/>
      </w:pPr>
      <w:r>
        <w:t>میں نے کئی بار ایک تجربہ کیا کہ ایک آدمی میرے پاس آتا ہے، وہ کہتا ہے کہ میں رسالہ پڑھتا ہوں۔</w:t>
      </w:r>
    </w:p>
    <w:p>
      <w:r>
        <w:rPr>
          <w:b/>
        </w:rPr>
        <w:t xml:space="preserve">[1:51:55] </w:t>
      </w:r>
      <w:r>
        <w:t>to mein ne kaha kitni baar? unhon ne kaha aik baar. mein is se kehta hoon: "is se aik baar aur parh lijiyay mere samnay" aur phir mujhe aaiye poochun ga aap ko sawal.</w:t>
      </w:r>
    </w:p>
    <w:p>
      <w:pPr>
        <w:jc w:val="right"/>
      </w:pPr>
      <w:r>
        <w:t>تو میں نے کہا کتنی بار؟ انہوں نے کہا ایک بار۔ میں اس سے کہتا ہوں: "اس سے ایک بار اور پڑھ لیجئے میرے سامنے" اور پھر مجھے آئیے پوچھوں گا آپ کو سوال۔</w:t>
      </w:r>
    </w:p>
    <w:p>
      <w:r>
        <w:rPr>
          <w:b/>
        </w:rPr>
        <w:t xml:space="preserve">[1:52:04] </w:t>
      </w:r>
      <w:r>
        <w:t>to aik baar is ne parha tha apne ghar, aik baar is ne parha mere samnay, koi aik safha. phir mein ne poocha ke ab band kijiye, band karein, bataein kya is mein baat kahi gayi?</w:t>
      </w:r>
    </w:p>
    <w:p>
      <w:pPr>
        <w:jc w:val="right"/>
      </w:pPr>
      <w:r>
        <w:t>تو ایک بار اس نے پڑھا تھا اپنے گھر، ایک بار اس نے پڑھا میرے سامنے، کوئی ایک صفحہ۔ پھر میں نے پوچھا کہ اب بند کیجئے، بند کریں، بتائیں کیا اس میں بات کہی گئی؟</w:t>
      </w:r>
    </w:p>
    <w:p>
      <w:r>
        <w:rPr>
          <w:b/>
        </w:rPr>
        <w:t xml:space="preserve">[1:52:14] </w:t>
      </w:r>
      <w:r>
        <w:t>woh bata nahi paya. woh jab chahein aap tajurba kar lijiyay.</w:t>
      </w:r>
    </w:p>
    <w:p>
      <w:pPr>
        <w:jc w:val="right"/>
      </w:pPr>
      <w:r>
        <w:t>وہ بتا نہیں پایا۔ وہ جب چاہیں آپ تجربہ کر لیجئے۔</w:t>
      </w:r>
    </w:p>
    <w:p>
      <w:r>
        <w:rPr>
          <w:b/>
        </w:rPr>
        <w:t xml:space="preserve">[1:52:19] </w:t>
      </w:r>
      <w:r>
        <w:t>jis ne bhi risalay ke kisi mazmoon ko aik baar parha, woh samjha nahi. is ko aap poochein is se ke kya samjhe aap?</w:t>
      </w:r>
    </w:p>
    <w:p>
      <w:pPr>
        <w:jc w:val="right"/>
      </w:pPr>
      <w:r>
        <w:t>جس نے بھی رسالے کے کسی مضمون کو ایک بار پڑھا، وہ سمجھا نہیں۔ اس کو آپ پوچھیں اس سے کہ کیا سمجھے آپ؟</w:t>
      </w:r>
    </w:p>
    <w:p>
      <w:r>
        <w:rPr>
          <w:b/>
        </w:rPr>
        <w:t xml:space="preserve">[1:52:29] </w:t>
      </w:r>
      <w:r>
        <w:t>to woh jo bataye ga, phir us ko dekhiye, aap kuch ko kuch bata de ga, bata de ga. woh jab chahein tajurba kar lijiyay aap. to aisay log jo hain, woh is ka bhi zara olaye ka qurb, woh malam ya qurb parha magar nahi parha.</w:t>
      </w:r>
    </w:p>
    <w:p>
      <w:pPr>
        <w:jc w:val="right"/>
      </w:pPr>
      <w:r>
        <w:t>تو وہ جو بتائے گا، پھر اس کو دیکھیے، آپ کچھ کو کچھ بتا دے گا، بتا دے گا۔ وہ جب چاہیں تجربہ کر لیجئے آپ۔ تو ایسے لوگ جو ہیں، وہ اس کا بھی ذرا اولائے کا قرب، وہ ملم یا قرب پڑھا مگر نہیں پڑھا۔</w:t>
      </w:r>
    </w:p>
    <w:p>
      <w:r>
        <w:rPr>
          <w:b/>
        </w:rPr>
        <w:t xml:space="preserve">[1:52:47] </w:t>
      </w:r>
      <w:r>
        <w:t>matlab is ke sath insaaf nahi kiya aap ne.</w:t>
      </w:r>
    </w:p>
    <w:p>
      <w:pPr>
        <w:jc w:val="right"/>
      </w:pPr>
      <w:r>
        <w:t>مطلب اس کے ساتھ انصاف نہیں کیا آپ نے۔</w:t>
      </w:r>
    </w:p>
    <w:p>
      <w:r>
        <w:rPr>
          <w:b/>
        </w:rPr>
        <w:t xml:space="preserve">[1:52:52] </w:t>
      </w:r>
      <w:r>
        <w:t>parhne wala woh hai ke parhne ke baad jab is se sawal kiya jaye ke is mein kya baat hai to theek theek is ko bata sakay. woh agar woh theek theek nahi bata sakta to woh nahi parha.</w:t>
      </w:r>
    </w:p>
    <w:p>
      <w:pPr>
        <w:jc w:val="right"/>
      </w:pPr>
      <w:r>
        <w:t>پڑھنے والا وہ ہے کہ پڑھنے کے بعد جب اس سے سوال کیا جائے کہ اس میں کیا بات ہے تو ٹھیک ٹھیک اس کو بتا سکے۔ وہ اگر وہ ٹھیک ٹھیک نہیں بتا سکتا تو وہ نہیں پڑھا۔</w:t>
      </w:r>
    </w:p>
    <w:p>
      <w:r>
        <w:rPr>
          <w:b/>
        </w:rPr>
        <w:t xml:space="preserve">[1:53:02] </w:t>
      </w:r>
      <w:r>
        <w:t>woh to mein is ko kahoon ke jo log samajhte hain ke un ko sachai mile aur un ke zehn ka development ho, to unhein risala ko kai baar parhna chahiye.</w:t>
      </w:r>
    </w:p>
    <w:p>
      <w:pPr>
        <w:jc w:val="right"/>
      </w:pPr>
      <w:r>
        <w:t>وہ تو میں اس کو کہوں کہ جو لوگ سمجھتے ہیں کہ ان کو سچائی ملے اور ان کے ذہن کا ڈیویلپمنٹ ہو، تو انہیں رسالہ کو کئی بار پڑھنا چاہیے۔</w:t>
      </w:r>
    </w:p>
    <w:p>
      <w:r>
        <w:rPr>
          <w:b/>
        </w:rPr>
        <w:t xml:space="preserve">[1:53:15] </w:t>
      </w:r>
      <w:r>
        <w:t>mein ne aik parhta hoon, aik mazmoon likha tha jis ne risala ko aik baar parha, us ne risala ko nahi parha. jis ne risala do baar parha, us ne bhi risala ko nahi parha.</w:t>
      </w:r>
    </w:p>
    <w:p>
      <w:pPr>
        <w:jc w:val="right"/>
      </w:pPr>
      <w:r>
        <w:t>میں نے ایک پڑھتا ہوں، ایک مضمون لکھا تھا جس نے رسالہ کو ایک بار پڑھا، اس نے رسالہ کو نہیں پڑھا۔ جس نے رسالہ دو بار پڑھا، اس نے بھی رسالہ کو نہیں پڑھا۔</w:t>
      </w:r>
    </w:p>
    <w:p>
      <w:r>
        <w:rPr>
          <w:b/>
        </w:rPr>
        <w:t xml:space="preserve">[1:53:25] </w:t>
      </w:r>
      <w:r>
        <w:t>jis ne risala kai baar parha, us ne risala ko parha. yeh mein baat tajurbe se likhi hai. mein ne baar baar mein tajurba kiya. kuch samajhte nahi log aik aik baar parhne se, kuch nahi.</w:t>
      </w:r>
    </w:p>
    <w:p>
      <w:pPr>
        <w:jc w:val="right"/>
      </w:pPr>
      <w:r>
        <w:t>جس نے رسالہ کئی بار پڑھا، اس نے رسالہ کو پڑھا۔ یہ میں بات تجربے سے لکھی ہے۔ میں نے بار بار میں تجربہ کیا۔ کچھ سمجھتے نہیں لوگ ایک ایک بار پڑھنے سے، کچھ نہیں۔</w:t>
      </w:r>
    </w:p>
    <w:p>
      <w:r>
        <w:rPr>
          <w:b/>
        </w:rPr>
        <w:t xml:space="preserve">[1:53:35] </w:t>
      </w:r>
      <w:r>
        <w:t>is mein baat kuch rahe gi aur ntiyan kuch nikal lein ge.</w:t>
      </w:r>
    </w:p>
    <w:p>
      <w:pPr>
        <w:jc w:val="right"/>
      </w:pPr>
      <w:r>
        <w:t>اس میں بات کچھ رہے گی اور نتیاں کچھ نکال لیں گے۔</w:t>
      </w:r>
    </w:p>
    <w:p>
      <w:r>
        <w:rPr>
          <w:b/>
        </w:rPr>
        <w:t xml:space="preserve">[1:53:41] </w:t>
      </w:r>
      <w:r>
        <w:t>to risala ko jo shakhs bhi chahta hai ke is mein jo baatein hain, risala mein wisdom ki baat hoti hai, wisdom baseerat.</w:t>
      </w:r>
    </w:p>
    <w:p>
      <w:pPr>
        <w:jc w:val="right"/>
      </w:pPr>
      <w:r>
        <w:t>تو رسالہ کو جو شخص بھی چاہتا ہے کہ اس میں جو باتیں ہیں، رسالہ میں وزڈم کی بات ہوتی ہے، وزڈم بصیرت۔</w:t>
      </w:r>
    </w:p>
    <w:p>
      <w:r>
        <w:rPr>
          <w:b/>
        </w:rPr>
        <w:t xml:space="preserve">[1:53:50] </w:t>
      </w:r>
      <w:r>
        <w:t>to jo chahta hai ke is ko samjhe, to us ko chahiye khud apne sath hi insaaf hoga apne sath ke baar baar parhe woh.</w:t>
      </w:r>
    </w:p>
    <w:p>
      <w:pPr>
        <w:jc w:val="right"/>
      </w:pPr>
      <w:r>
        <w:t>تو جو چاہتا ہے کہ اس کو سمجھے، تو اس کو چاہیے خود اپنے ساتھ ہی انصاف ہوگا اپنے ساتھ کہ بار بار پڑھے وہ۔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