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Spirituality vs Materialism July 10, 2011 Maulana Wahiduddin Khan</w:t>
      </w:r>
    </w:p>
    <w:p>
      <w:r>
        <w:t>https://www.youtube.com/watch?v=oLx-EARR2fI</w:t>
      </w:r>
    </w:p>
    <w:p>
      <w:r>
        <w:rPr>
          <w:b/>
        </w:rPr>
        <w:t xml:space="preserve">[00:28] </w:t>
      </w:r>
      <w:r>
        <w:t>wahil al-uqdah min lisani, yafqah qawli.</w:t>
      </w:r>
    </w:p>
    <w:p>
      <w:pPr>
        <w:jc w:val="right"/>
      </w:pPr>
      <w:r>
        <w:t>، واحل العقدۃ من لسانی، یفقہ قولی۔</w:t>
      </w:r>
    </w:p>
    <w:p>
      <w:r>
        <w:rPr>
          <w:b/>
        </w:rPr>
        <w:t xml:space="preserve">[00:38] </w:t>
      </w:r>
      <w:r>
        <w:t>june ke mahine mein mera aik safar hua, America ke liye. wahan mein taqreeban 3 haftay raha.</w:t>
      </w:r>
    </w:p>
    <w:p>
      <w:pPr>
        <w:jc w:val="right"/>
      </w:pPr>
      <w:r>
        <w:t>جون کے مہینے میں میرا ایک سفر ہوا، امریکہ کے لیے۔ وہاں میں تقریباً 3 ہفتے رہا۔</w:t>
      </w:r>
    </w:p>
    <w:p>
      <w:r>
        <w:rPr>
          <w:b/>
        </w:rPr>
        <w:t xml:space="preserve">[00:49] </w:t>
      </w:r>
      <w:r>
        <w:t>aap jante hain ke America do hisse ka naam hai: north America aur south America.</w:t>
      </w:r>
    </w:p>
    <w:p>
      <w:pPr>
        <w:jc w:val="right"/>
      </w:pPr>
      <w:r>
        <w:t>آپ جانتے ہیں کہ امریکہ دو حصے کا نام ہے: نارتھ امریکہ اور ساؤتھ امریکہ۔</w:t>
      </w:r>
    </w:p>
    <w:p>
      <w:r>
        <w:rPr>
          <w:b/>
        </w:rPr>
        <w:t xml:space="preserve">[00:58] </w:t>
      </w:r>
      <w:r>
        <w:t>south America jo hai woh ziyada developed nahi hai, aur jo hai north America ziyada developed hai.</w:t>
      </w:r>
    </w:p>
    <w:p>
      <w:pPr>
        <w:jc w:val="right"/>
      </w:pPr>
      <w:r>
        <w:t>ساؤتھ امریکہ جو ہے وہ زیادہ ڈویلپڈ نہیں ہے، اور جو ہے نارتھ امریکہ زیادہ ڈویلپڈ ہے۔</w:t>
      </w:r>
    </w:p>
    <w:p>
      <w:r>
        <w:rPr>
          <w:b/>
        </w:rPr>
        <w:t xml:space="preserve">[01:08] </w:t>
      </w:r>
      <w:r>
        <w:t>to aam tor par jab hum lafz bolte hain America to is ka matlab hota hai north America, jis ko USA bhi kehte hain, United States of America.</w:t>
      </w:r>
    </w:p>
    <w:p>
      <w:pPr>
        <w:jc w:val="right"/>
      </w:pPr>
      <w:r>
        <w:t>تو عام طور پر جب ہم لفظ بولتے ہیں امریکہ تو اس کا مطلب ہوتا ہے نارتھ امریکہ، جس کو یو ایس اے بھی کہتے ہیں، یونائٹڈ اسٹیٹس آف امریکہ۔</w:t>
      </w:r>
    </w:p>
    <w:p>
      <w:r>
        <w:rPr>
          <w:b/>
        </w:rPr>
        <w:t xml:space="preserve">[01:20] </w:t>
      </w:r>
      <w:r>
        <w:t>to is safar mein mera jana bohat se shehron mein hua,</w:t>
      </w:r>
    </w:p>
    <w:p>
      <w:pPr>
        <w:jc w:val="right"/>
      </w:pPr>
      <w:r>
        <w:t>تو اس سفر میں میرا جانا بہت سے شہروں میں ہوا،</w:t>
      </w:r>
    </w:p>
    <w:p>
      <w:r>
        <w:rPr>
          <w:b/>
        </w:rPr>
        <w:t xml:space="preserve">[01:28] </w:t>
      </w:r>
      <w:r>
        <w:t>America ke bohat se shehron mein. to waise mein is se pehle bhi baar baar gaya hoon, lekin is baar ziyada din tak wahan raha aur bohat ziyada logon se interaction hua, mulaqat hui.</w:t>
      </w:r>
    </w:p>
    <w:p>
      <w:pPr>
        <w:jc w:val="right"/>
      </w:pPr>
      <w:r>
        <w:t>امریکہ کے بہت سے شہروں میں۔ تو ویسے میں اس سے پہلے بھی بار بار گیا ہوں، لیکن اس بار زیادہ دن تک وہاں رہا اور بہت زیادہ لوگوں سے انٹریکشن ہوا، ملاقات ہوئی۔</w:t>
      </w:r>
    </w:p>
    <w:p>
      <w:r>
        <w:rPr>
          <w:b/>
        </w:rPr>
        <w:t xml:space="preserve">[01:43] </w:t>
      </w:r>
      <w:r>
        <w:t>christian se bhi, hindu se bhi, musalman se bhi. to aik bari ajeeb cheez mein ne discover ki.</w:t>
      </w:r>
    </w:p>
    <w:p>
      <w:pPr>
        <w:jc w:val="right"/>
      </w:pPr>
      <w:r>
        <w:t>کرسچن سے بھی، ہندو سے بھی، مسلمان سے بھی۔ تو ایک بڑی عجیب چیز میں نے ڈسکور کی۔</w:t>
      </w:r>
    </w:p>
    <w:p>
      <w:r>
        <w:rPr>
          <w:b/>
        </w:rPr>
        <w:t xml:space="preserve">[01:54] </w:t>
      </w:r>
      <w:r>
        <w:t>jab mein India mein tha to lagta tha ke yahan saare log negative hain. negative.</w:t>
      </w:r>
    </w:p>
    <w:p>
      <w:pPr>
        <w:jc w:val="right"/>
      </w:pPr>
      <w:r>
        <w:t>جب میں انڈیا میں تھا تو لگتا تھا کہ یہاں سارے لوگ نیگیٹیو ہیں۔ نیگیٹیو۔</w:t>
      </w:r>
    </w:p>
    <w:p>
      <w:r>
        <w:rPr>
          <w:b/>
        </w:rPr>
        <w:t xml:space="preserve">[02:04] </w:t>
      </w:r>
      <w:r>
        <w:t>aap akhbar parhiye, logon ke sarkon par jo demonstration hoti hai us ko dekhiye, jalson mein jaiye, har jagah negative boli hoti hai.</w:t>
      </w:r>
    </w:p>
    <w:p>
      <w:pPr>
        <w:jc w:val="right"/>
      </w:pPr>
      <w:r>
        <w:t>آپ اخبار پڑھیے، لوگوں کے سڑکوں پر جو ڈیموسٹریشن ہوتی ہے اس کو دیکھیے، جلسوں میں جائیے، ہر جگہ نیگیٹیو بولی ہوتی ہے۔</w:t>
      </w:r>
    </w:p>
    <w:p>
      <w:r>
        <w:rPr>
          <w:b/>
        </w:rPr>
        <w:t xml:space="preserve">[02:13] </w:t>
      </w:r>
      <w:r>
        <w:t>baat kijiye to aap se shikayat kare ga aadmi.</w:t>
      </w:r>
    </w:p>
    <w:p>
      <w:pPr>
        <w:jc w:val="right"/>
      </w:pPr>
      <w:r>
        <w:t>بات کیجیے تو آپ سے شکایت کرے گا آدمی۔</w:t>
      </w:r>
    </w:p>
    <w:p>
      <w:r>
        <w:rPr>
          <w:b/>
        </w:rPr>
        <w:t xml:space="preserve">[02:17] </w:t>
      </w:r>
      <w:r>
        <w:t>to unconsciously bas lagta tha ke India aik under developed country hai, is liye yahan log</w:t>
      </w:r>
    </w:p>
    <w:p>
      <w:pPr>
        <w:jc w:val="right"/>
      </w:pPr>
      <w:r>
        <w:t>تو انکانسشیسلی بس لگتا تھا کہ انڈیا ایک انڈر ڈویلپڈ کنٹری ہے، اس لیے یہاں لوگ</w:t>
      </w:r>
    </w:p>
    <w:p>
      <w:r>
        <w:rPr>
          <w:b/>
        </w:rPr>
        <w:t xml:space="preserve">[02:28] </w:t>
      </w:r>
      <w:r>
        <w:t>shikayat ki nafsiyat mein jeete hain. lekin amreeka to most developed country mana jata hai, aur waqeatan hai bhi woh. lekin mere tajrube mein wahan bhi logon ka haal yeh tha ke taqreeban sab ke sab negativity mein jeete hain.</w:t>
      </w:r>
    </w:p>
    <w:p>
      <w:pPr>
        <w:jc w:val="right"/>
      </w:pPr>
      <w:r>
        <w:t>شکایت کی نفسیات میں جیتے ہیں۔ لیکن امریکہ تو موسٹ ڈویلپڈ کنٹری مانا جاتا ہے، اور واقعتاً ہے بھی وہ۔ لیکن میرے تجربے میں وہاں بھی لوگوں کا حال یہ تھا کہ تقریباً سب کے سب نیگیٹیوٹی میں جیتے ہیں۔</w:t>
      </w:r>
    </w:p>
    <w:p>
      <w:r>
        <w:rPr>
          <w:b/>
        </w:rPr>
        <w:t xml:space="preserve">[02:47] </w:t>
      </w:r>
      <w:r>
        <w:t>yeh bohat anokha tajurba tha. yaani developed country bhi, developed country ke log bhi negative, aur under developed country ke log bhi negative.</w:t>
      </w:r>
    </w:p>
    <w:p>
      <w:pPr>
        <w:jc w:val="right"/>
      </w:pPr>
      <w:r>
        <w:t>یہ بہت انوکھا تجربہ تھا۔ یعنی ڈویلپڈ کنٹری بھی، ڈویلپڈ کنٹری کے لوگ بھی نیگیٹیو، اور انڈر ڈویلپڈ کنٹری کے لوگ بھی نیگیٹیو۔</w:t>
      </w:r>
    </w:p>
    <w:p>
      <w:r>
        <w:rPr>
          <w:b/>
        </w:rPr>
        <w:t xml:space="preserve">[03:00] </w:t>
      </w:r>
      <w:r>
        <w:t>halankeh amreeka mein itna zyada taraqqi hui hai, wahan ke makanat itne khoobsurat hotay hain, wahan ki sarkain bohat achhi hoti hain.</w:t>
      </w:r>
    </w:p>
    <w:p>
      <w:pPr>
        <w:jc w:val="right"/>
      </w:pPr>
      <w:r>
        <w:t>حالانکہ امریکہ میں اتنا زیادہ ترقی ہوئی ہے، وہاں کے مکانات اتنے خوبصورت ہوتے ہیں، وہاں کی سڑکیں بہت اچھی ہوتی ہیں۔</w:t>
      </w:r>
    </w:p>
    <w:p>
      <w:r>
        <w:rPr>
          <w:b/>
        </w:rPr>
        <w:t xml:space="preserve">[03:09] </w:t>
      </w:r>
      <w:r>
        <w:t>sarkon ke kinare dono taraf jaisay bagh hi bagh chala jata hai, silsila hara bhara bilkul.</w:t>
      </w:r>
    </w:p>
    <w:p>
      <w:pPr>
        <w:jc w:val="right"/>
      </w:pPr>
      <w:r>
        <w:t>سڑکوں کے کنارے دونوں طرف جیسے باغ ہی باغ چلا جاتا ہے، سلسلہ ہرا بھرا بالکل۔</w:t>
      </w:r>
    </w:p>
    <w:p>
      <w:r>
        <w:rPr>
          <w:b/>
        </w:rPr>
        <w:t xml:space="preserve">[03:16] </w:t>
      </w:r>
      <w:r>
        <w:t>har cheez wahan aala standard ki hai. pani wahan ka, wahan ka oxygen, wahan ka khana, har cheez.</w:t>
      </w:r>
    </w:p>
    <w:p>
      <w:pPr>
        <w:jc w:val="right"/>
      </w:pPr>
      <w:r>
        <w:t>ہر چیز وہاں اعلیٰ اسٹینڈرڈ کی ہے۔ پانی وہاں کا، وہاں کا آکسیجن، وہاں کا کھانا، ہر چیز۔</w:t>
      </w:r>
    </w:p>
    <w:p>
      <w:r>
        <w:rPr>
          <w:b/>
        </w:rPr>
        <w:t xml:space="preserve">[03:26] </w:t>
      </w:r>
      <w:r>
        <w:t>tab bhi log negative hain. yeh bohat anokhi baat hai. to is ko maine chaha ke main is ko janoon.</w:t>
      </w:r>
    </w:p>
    <w:p>
      <w:pPr>
        <w:jc w:val="right"/>
      </w:pPr>
      <w:r>
        <w:t>تب بھی لوگ نیگیٹیو ہیں۔ یہ بہت انوکھی بات ہے۔ تو اس کو میں نے چاہا کہ میں اس کو جانوں۔</w:t>
      </w:r>
    </w:p>
    <w:p>
      <w:r>
        <w:rPr>
          <w:b/>
        </w:rPr>
        <w:t xml:space="preserve">[03:39] </w:t>
      </w:r>
      <w:r>
        <w:t>to mujhe Hazrat Masih ka woh qoul yaad aaya: "Man cannot live by bread alone."</w:t>
      </w:r>
    </w:p>
    <w:p>
      <w:pPr>
        <w:jc w:val="right"/>
      </w:pPr>
      <w:r>
        <w:t>تو مجھے حضرت مسیح کا وہ قول یاد آیا: "Man cannot live by bread alone."</w:t>
      </w:r>
    </w:p>
    <w:p>
      <w:r>
        <w:rPr>
          <w:b/>
        </w:rPr>
        <w:t xml:space="preserve">[03:49] </w:t>
      </w:r>
      <w:r>
        <w:t>bread ka matlab hai material progress, maadi taraqqi.</w:t>
      </w:r>
    </w:p>
    <w:p>
      <w:pPr>
        <w:jc w:val="right"/>
      </w:pPr>
      <w:r>
        <w:t>بریڈ کا مطلب ہے مٹیریل پروگریس، مادی ترقی۔</w:t>
      </w:r>
    </w:p>
    <w:p>
      <w:r>
        <w:rPr>
          <w:b/>
        </w:rPr>
        <w:t xml:space="preserve">[03:58] </w:t>
      </w:r>
      <w:r>
        <w:t>to kitna hi zyada aap maadi taraqqi kar lain, lekin phir bhi insaan ko satisfaction nahi mile ga.</w:t>
      </w:r>
    </w:p>
    <w:p>
      <w:pPr>
        <w:jc w:val="right"/>
      </w:pPr>
      <w:r>
        <w:t>تو کتنا ہی زیادہ آپ مادی ترقی کر لیں، لیکن پھر بھی انسان کو سیٹسفیکشن نہیں ملے گا۔</w:t>
      </w:r>
    </w:p>
    <w:p>
      <w:r>
        <w:rPr>
          <w:b/>
        </w:rPr>
        <w:t xml:space="preserve">[04:11] </w:t>
      </w:r>
      <w:r>
        <w:t>kyunke dekhiye, hamare jo hamara yeh wajood hai, jo being hamari hai, is ka aik hissa hai ke hum aik physical body hain, doosra yeh ke hum aik mind rakhte hain,</w:t>
      </w:r>
    </w:p>
    <w:p>
      <w:pPr>
        <w:jc w:val="right"/>
      </w:pPr>
      <w:r>
        <w:t>کیونکہ دیکھیے، ہمارے جو ہمارا یہ وجود ہے، جو بینگ ہماری ہے، اس کا ایک حصہ ہے کہ ہم ایک فزیکل باڈی ہیں، دوسرا یہ کہ ہم ایک مائنڈ رکھتے ہیں،</w:t>
      </w:r>
    </w:p>
    <w:p>
      <w:r>
        <w:rPr>
          <w:b/>
        </w:rPr>
        <w:t xml:space="preserve">[04:27] </w:t>
      </w:r>
      <w:r>
        <w:t>hamara aik spiritual wajood hai. to physical body jo hai, physical level par aap kitna hi taraqqi karain, phir bhi doosra jo hamara hissa hai woh to in touch rahe ga.</w:t>
      </w:r>
    </w:p>
    <w:p>
      <w:pPr>
        <w:jc w:val="right"/>
      </w:pPr>
      <w:r>
        <w:t>ہمارا ایک اسپریچول وجود ہے۔ تو فزیکل باڈی جو ہے، فزیکل لیول پر آپ کتنا ہی ترقی کریں، پھر بھی دوسرا جو ہمارا حصہ ہے وہ تو ان ٹچ رہے گا۔</w:t>
      </w:r>
    </w:p>
    <w:p>
      <w:r>
        <w:rPr>
          <w:b/>
        </w:rPr>
        <w:t xml:space="preserve">[04:42] </w:t>
      </w:r>
      <w:r>
        <w:t>to main yeh samajh paya ke chahe India ho ya America, log jo hain physical sense mein to un ko sab cheez mili hui hai, lekin spiritually they are living in starvation.</w:t>
      </w:r>
    </w:p>
    <w:p>
      <w:pPr>
        <w:jc w:val="right"/>
      </w:pPr>
      <w:r>
        <w:t>تو میں یہ سمجھ پایا کہ چاہے انڈیا ہو یا امریکہ، لوگ جو ہیں فزیکل سینس میں تو ان کو سب چیز ملی ہوئی ہے، لیکن اسپریچولی دے آر لیونگ ان اسٹارویشن۔</w:t>
      </w:r>
    </w:p>
    <w:p>
      <w:r>
        <w:rPr>
          <w:b/>
        </w:rPr>
        <w:t xml:space="preserve">[05:01] </w:t>
      </w:r>
      <w:r>
        <w:t>rohani aitbar se woh faqe ki zindagi guzar rahe hain. yahan bhi, wahan bhi. is liye yeh sara yeh dis</w:t>
      </w:r>
    </w:p>
    <w:p>
      <w:pPr>
        <w:jc w:val="right"/>
      </w:pPr>
      <w:r>
        <w:t>روحانی اعتبار سے وہ فاقے کی زندگی گزار رہے ہیں۔ یہاں بھی، وہاں بھی۔ اس لیے یہ سارا یہ ڈس سی</w:t>
      </w:r>
    </w:p>
    <w:p>
      <w:r>
        <w:rPr>
          <w:b/>
        </w:rPr>
        <w:t xml:space="preserve">[05:10] </w:t>
      </w:r>
      <w:r>
        <w:t>satisfaction hai. aaj ki talk ka jo maine unwan rakha hai, woh hai spirituality versus materialism. spirituality versus materialism.</w:t>
      </w:r>
    </w:p>
    <w:p>
      <w:pPr>
        <w:jc w:val="right"/>
      </w:pPr>
      <w:r>
        <w:t>ٹسفیکشن ہے۔ آج کی ٹاک کا جو میں نے عنوان رکھا ہے، وہ ہے اسپریچولٹی ورسز مٹیریلزم۔ اسپریچولٹی ورسز مٹیریلزم۔</w:t>
      </w:r>
    </w:p>
    <w:p>
      <w:r>
        <w:rPr>
          <w:b/>
        </w:rPr>
        <w:t xml:space="preserve">[05:23] </w:t>
      </w:r>
      <w:r>
        <w:t>to</w:t>
      </w:r>
    </w:p>
    <w:p>
      <w:pPr>
        <w:jc w:val="right"/>
      </w:pPr>
      <w:r>
        <w:t>تو</w:t>
      </w:r>
    </w:p>
    <w:p>
      <w:r>
        <w:rPr>
          <w:b/>
        </w:rPr>
        <w:t xml:space="preserve">[05:26] </w:t>
      </w:r>
      <w:r>
        <w:t>main ne bohat socha ke kya is ka solution kya hai?</w:t>
      </w:r>
    </w:p>
    <w:p>
      <w:pPr>
        <w:jc w:val="right"/>
      </w:pPr>
      <w:r>
        <w:t>میں نے بہت سوچا کہ کیا اس کا سلویوشن کیا ہے؟</w:t>
      </w:r>
    </w:p>
    <w:p>
      <w:r>
        <w:rPr>
          <w:b/>
        </w:rPr>
        <w:t xml:space="preserve">[05:33] </w:t>
      </w:r>
      <w:r>
        <w:t>kaise aisa ho ke hum</w:t>
      </w:r>
    </w:p>
    <w:p>
      <w:pPr>
        <w:jc w:val="right"/>
      </w:pPr>
      <w:r>
        <w:t>کیسے ایسا ہو کہ ہم</w:t>
      </w:r>
    </w:p>
    <w:p>
      <w:r>
        <w:rPr>
          <w:b/>
        </w:rPr>
        <w:t xml:space="preserve">[05:38] </w:t>
      </w:r>
      <w:r>
        <w:t>spiritual level par hamein satisfaction mile, hamein negativity khatam ho hamari?</w:t>
      </w:r>
    </w:p>
    <w:p>
      <w:pPr>
        <w:jc w:val="right"/>
      </w:pPr>
      <w:r>
        <w:t>اسپریچول لیول پر ہمیں سیٹسفیکشن ملے، ہمیں نیگیٹیوٹی ختم ہو ہماری؟</w:t>
      </w:r>
    </w:p>
    <w:p>
      <w:r>
        <w:rPr>
          <w:b/>
        </w:rPr>
        <w:t xml:space="preserve">[05:46] </w:t>
      </w:r>
      <w:r>
        <w:t>kaise mumkin hai? to main aik lateefay pohancha ke yahan hamein jo creation plant of God hai, is ko janna hoga.</w:t>
      </w:r>
    </w:p>
    <w:p>
      <w:pPr>
        <w:jc w:val="right"/>
      </w:pPr>
      <w:r>
        <w:t>کیسے ممکن ہے؟ تو میں ایک لطیفے پہنچا کہ یہاں ہمیں جو کرشن پلانٹ آف گاڈ ہے، اس کو جاننا ہوگا۔</w:t>
      </w:r>
    </w:p>
    <w:p>
      <w:r>
        <w:rPr>
          <w:b/>
        </w:rPr>
        <w:t xml:space="preserve">[06:00] </w:t>
      </w:r>
      <w:r>
        <w:t>creation plant of God jo hai, is ko janna hoga. woh kya hai? insaan ko paida karne wale ne paida kiya hai aik idealist ke taur par.</w:t>
      </w:r>
    </w:p>
    <w:p>
      <w:pPr>
        <w:jc w:val="right"/>
      </w:pPr>
      <w:r>
        <w:t>کرشن پلانٹ آف گاڈ جو ہے، اس کو جاننا ہوگا۔ وہ کیا ہے؟ انسان کو پیدا کرنے والے نے پیدا کیا ہے ایک آئیڈیلسٹ کے طور پر۔</w:t>
      </w:r>
    </w:p>
    <w:p>
      <w:r>
        <w:rPr>
          <w:b/>
        </w:rPr>
        <w:t xml:space="preserve">[06:09] </w:t>
      </w:r>
      <w:r>
        <w:t>hum mein sarashad idealist hain, perfectionist hain.</w:t>
      </w:r>
    </w:p>
    <w:p>
      <w:pPr>
        <w:jc w:val="right"/>
      </w:pPr>
      <w:r>
        <w:t>ہم میں سرشد آئیڈیلسٹ ہیں، پرفیکشنسٹ ہیں۔</w:t>
      </w:r>
    </w:p>
    <w:p>
      <w:r>
        <w:rPr>
          <w:b/>
        </w:rPr>
        <w:t xml:space="preserve">[06:16] </w:t>
      </w:r>
      <w:r>
        <w:t>yaani har aadmi apne mind mein jannat liye hue hai. yeh is liye hai ke aadmi jannat ka seeker bane, paradise ka ko apna goal banaye.</w:t>
      </w:r>
    </w:p>
    <w:p>
      <w:pPr>
        <w:jc w:val="right"/>
      </w:pPr>
      <w:r>
        <w:t>یعنی ہر آدمی اپنے مائنڈ میں جنت لی ہوئی ہے۔ یہ اس لیے ہے کہ آدمی جنت کا سیکر بنے، پیرڈائز کا کو اپنا گول بنائے۔</w:t>
      </w:r>
    </w:p>
    <w:p>
      <w:r>
        <w:rPr>
          <w:b/>
        </w:rPr>
        <w:t xml:space="preserve">[06:26] </w:t>
      </w:r>
      <w:r>
        <w:t>is liye hai.</w:t>
      </w:r>
    </w:p>
    <w:p>
      <w:pPr>
        <w:jc w:val="right"/>
      </w:pPr>
      <w:r>
        <w:t>اس لیے ہے۔</w:t>
      </w:r>
    </w:p>
    <w:p>
      <w:r>
        <w:rPr>
          <w:b/>
        </w:rPr>
        <w:t xml:space="preserve">[06:28] </w:t>
      </w:r>
      <w:r>
        <w:t>lekin hota yeh hai ke aadmi isi duniya mein chahne lagta hai ideal world, to woh milta nahi yahan par. that leads to frustration.</w:t>
      </w:r>
    </w:p>
    <w:p>
      <w:pPr>
        <w:jc w:val="right"/>
      </w:pPr>
      <w:r>
        <w:t>لیکن ہوتا یہ ہے کہ آدمی اسی دنیا میں چاہنے لگتا ہے آئیڈیل ورلڈ، تو وہ ملتا نہیں یہاں پر۔ دیٹ لیڈز ٹو فرسٹریشن۔</w:t>
      </w:r>
    </w:p>
    <w:p>
      <w:r>
        <w:rPr>
          <w:b/>
        </w:rPr>
        <w:t xml:space="preserve">[06:38] </w:t>
      </w:r>
      <w:r>
        <w:t>to yeh aik anokhi surat-e-haal hai. yaani as an individual, we are idealist. lekin jo society hai, society, is mein har insaan jo hai, us ko azadi hai,</w:t>
      </w:r>
    </w:p>
    <w:p>
      <w:pPr>
        <w:jc w:val="right"/>
      </w:pPr>
      <w:r>
        <w:t>تو یہ ایک انکھی صورتحال ہے۔ یعنی ایز این انڈیویجول، وی آر آئیڈیلسٹ۔ لیکن جو سوسائٹی ہے، سوسائٹی، اس میں ہر انسان جو ہے، اس کو آزادی ہے،</w:t>
      </w:r>
    </w:p>
    <w:p>
      <w:r>
        <w:rPr>
          <w:b/>
        </w:rPr>
        <w:t xml:space="preserve">[06:53] </w:t>
      </w:r>
      <w:r>
        <w:t>freedom hai. to freedom ko mehsoos bhi karega woh.</w:t>
      </w:r>
    </w:p>
    <w:p>
      <w:pPr>
        <w:jc w:val="right"/>
      </w:pPr>
      <w:r>
        <w:t>فریڈم ہے۔ تو فریڈم کو محسوس بھی کرے گا وہ۔</w:t>
      </w:r>
    </w:p>
    <w:p>
      <w:r>
        <w:rPr>
          <w:b/>
        </w:rPr>
        <w:t xml:space="preserve">[06:58] </w:t>
      </w:r>
      <w:r>
        <w:t>it is it is basis of freedom that creates all kind of problem. is wajah se society kabhi bhi ideal nahi hoti hai.</w:t>
      </w:r>
    </w:p>
    <w:p>
      <w:pPr>
        <w:jc w:val="right"/>
      </w:pPr>
      <w:r>
        <w:t>اٹ از اٹ از بیسیو آف فریڈم دیٹ کریٹس آل کائنڈ آف پرابلم۔ اس وجہ سے سوسائٹی کبھی بھی آئیڈیل نہیں ہوتی ہے۔</w:t>
      </w:r>
    </w:p>
    <w:p>
      <w:r>
        <w:rPr>
          <w:b/>
        </w:rPr>
        <w:t xml:space="preserve">[07:07] </w:t>
      </w:r>
      <w:r>
        <w:t>impossible hai. yani profit hon tab bhi ideal nahi ho jayegi society. kyunke society mein tarah tarah ke log rahenge.</w:t>
      </w:r>
    </w:p>
    <w:p>
      <w:pPr>
        <w:jc w:val="right"/>
      </w:pPr>
      <w:r>
        <w:t>امپاسیبل ہے۔ یعنی پرافٹ ہوں تب بھی آئیڈیل نہیں ہو جائے گی سوسائٹی۔ کیونکہ سوسائٹی میں طرح طرح کے لوگ رہیں گے۔</w:t>
      </w:r>
    </w:p>
    <w:p>
      <w:r>
        <w:rPr>
          <w:b/>
        </w:rPr>
        <w:t xml:space="preserve">[07:18] </w:t>
      </w:r>
      <w:r>
        <w:t>is ka matlab kya hua? ke aadmi jo hai, ek bahut hi nazuk situation hai.</w:t>
      </w:r>
    </w:p>
    <w:p>
      <w:pPr>
        <w:jc w:val="right"/>
      </w:pPr>
      <w:r>
        <w:t>اس کا مطلب کیا ہوا؟ کہ آدمی جو ہے، ایک بہت ہی نازک سچویشن ہے۔</w:t>
      </w:r>
    </w:p>
    <w:p>
      <w:r>
        <w:rPr>
          <w:b/>
        </w:rPr>
        <w:t xml:space="preserve">[07:27] </w:t>
      </w:r>
      <w:r>
        <w:t>mind is destined to live in an a contradiction.</w:t>
      </w:r>
    </w:p>
    <w:p>
      <w:pPr>
        <w:jc w:val="right"/>
      </w:pPr>
      <w:r>
        <w:t>مائنڈ از ڈیسٹن ٹو لیو ان ان ایک ریڈکشن۔</w:t>
      </w:r>
    </w:p>
    <w:p>
      <w:r>
        <w:rPr>
          <w:b/>
        </w:rPr>
        <w:t xml:space="preserve">[07:33] </w:t>
      </w:r>
      <w:r>
        <w:t>to kya karna padega? hamein ek hum yeh jaanein ke apne mind mein aap idealist ho sakte hain, society mein nahi.</w:t>
      </w:r>
    </w:p>
    <w:p>
      <w:pPr>
        <w:jc w:val="right"/>
      </w:pPr>
      <w:r>
        <w:t>تو کیا کرنا پڑے گا؟ ہمیں ایک ہم یہ جانیں کہ اپنے مائنڈ میں آپ آئیڈیلسٹ ہو سکتے ہیں، سوسائٹی میں نہیں۔</w:t>
      </w:r>
    </w:p>
    <w:p>
      <w:r>
        <w:rPr>
          <w:b/>
        </w:rPr>
        <w:t xml:space="preserve">[07:44] </w:t>
      </w:r>
      <w:r>
        <w:t>yeh bahut hi nazuk baat hai, is ko samjhein. apne mind mein hum idealist ho sakte hain, idealist.</w:t>
      </w:r>
    </w:p>
    <w:p>
      <w:pPr>
        <w:jc w:val="right"/>
      </w:pPr>
      <w:r>
        <w:t>یہ بہت ہی نازک بات ہے، اس کو سمجھئے۔ اپنے مائنڈ میں ہم آئیڈیلسٹ ہو سکتے ہیں، آئیڈیلسٹ۔</w:t>
      </w:r>
    </w:p>
    <w:p>
      <w:r>
        <w:rPr>
          <w:b/>
        </w:rPr>
        <w:t xml:space="preserve">[07:52] </w:t>
      </w:r>
      <w:r>
        <w:t>society mein nahi.</w:t>
      </w:r>
    </w:p>
    <w:p>
      <w:pPr>
        <w:jc w:val="right"/>
      </w:pPr>
      <w:r>
        <w:t>سوسائٹی میں نہیں۔</w:t>
      </w:r>
    </w:p>
    <w:p>
      <w:r>
        <w:rPr>
          <w:b/>
        </w:rPr>
        <w:t xml:space="preserve">[07:56] </w:t>
      </w:r>
      <w:r>
        <w:t>it not possible to establish idealism in a society. to is ka matlab hai ke ek ideal pasand insaan ko ghair ideal society mein jeena padta hai.</w:t>
      </w:r>
    </w:p>
    <w:p>
      <w:pPr>
        <w:jc w:val="right"/>
      </w:pPr>
      <w:r>
        <w:t>اٹ ناٹ پاسیبل ٹو اسٹیبلش آئیڈیلزم ان اے سوسائٹی۔ تو اس کا مطلب ہے کہ ایک آئیڈیل پسند انسان کو غیر آئیڈیل سوسائٹی میں جینا پڑتا ہے۔</w:t>
      </w:r>
    </w:p>
    <w:p>
      <w:r>
        <w:rPr>
          <w:b/>
        </w:rPr>
        <w:t xml:space="preserve">[08:11] </w:t>
      </w:r>
      <w:r>
        <w:t>yeh bahut ajeeb baat hai. har aadmi ko contradiction mein jeena padta hai.</w:t>
      </w:r>
    </w:p>
    <w:p>
      <w:pPr>
        <w:jc w:val="right"/>
      </w:pPr>
      <w:r>
        <w:t>یہ بہت عجیب بات ہے۔ ہر آدمی کو کنڈکشن میں جینا پڑتا ہے۔</w:t>
      </w:r>
    </w:p>
    <w:p>
      <w:r>
        <w:rPr>
          <w:b/>
        </w:rPr>
        <w:t xml:space="preserve">[08:19] </w:t>
      </w:r>
      <w:r>
        <w:t>ke apne aitbaar se hum idealist hain, apne mind ke aitbaar se. society jo hai, woh idealist nahi hai. to ek ideal insaan ko, ideal pasand insaan ko rehna padta hai kahan?</w:t>
      </w:r>
    </w:p>
    <w:p>
      <w:pPr>
        <w:jc w:val="right"/>
      </w:pPr>
      <w:r>
        <w:t>کہ اپنے اعتبار سے ہم آئیڈیلسٹ ہیں، اپنے مائنڈ کے اعتبار سے۔ سوسائٹی جو ہے، وہ آئیڈیلسٹ نہیں ہے۔ تو ایک آئیڈیل انسان کو، آئیڈیل پسند انسان کو رہنا پڑتا ہے کہاں؟</w:t>
      </w:r>
    </w:p>
    <w:p>
      <w:r>
        <w:rPr>
          <w:b/>
        </w:rPr>
        <w:t xml:space="preserve">[08:34] </w:t>
      </w:r>
      <w:r>
        <w:t>ek aisi society mein jo idealist hai hi nahi.</w:t>
      </w:r>
    </w:p>
    <w:p>
      <w:pPr>
        <w:jc w:val="right"/>
      </w:pPr>
      <w:r>
        <w:t>ایک ایسی سوسائٹی میں جو آئیڈیلسٹ ہے ہی نہیں۔</w:t>
      </w:r>
    </w:p>
    <w:p>
      <w:r>
        <w:rPr>
          <w:b/>
        </w:rPr>
        <w:t xml:space="preserve">[08:40] </w:t>
      </w:r>
      <w:r>
        <w:t>so you have to learn the art of art of contradiction management. yeh contradiction hai mere mind mein aur society mein.</w:t>
      </w:r>
    </w:p>
    <w:p>
      <w:pPr>
        <w:jc w:val="right"/>
      </w:pPr>
      <w:r>
        <w:t>سو یو ہیو ٹو لرن دا آرٹ آف آرٹ آف کنٹراڈکشن مینجمنٹ۔ یہ کنٹراڈکشن ہے میرے مائنڈ میں اور سوسائٹی میں۔</w:t>
      </w:r>
    </w:p>
    <w:p>
      <w:r>
        <w:rPr>
          <w:b/>
        </w:rPr>
        <w:t xml:space="preserve">[08:55] </w:t>
      </w:r>
      <w:r>
        <w:t>to agar aap chahte hain ke peaceful, peaceful mind aap ke paas ho, to aap ko yeh karna padega. you have to learn the art of contradiction management.</w:t>
      </w:r>
    </w:p>
    <w:p>
      <w:pPr>
        <w:jc w:val="right"/>
      </w:pPr>
      <w:r>
        <w:t>تو اگر آپ چاہتے ہیں کہ پیس فل، پیس فل مائنڈ آپ کے پاس ہو، تو آپ کو یہ کرنا پڑے گا۔ یو ہیو ٹو لرن دا آرٹ آف کنٹراڈکشن مینجمنٹ۔</w:t>
      </w:r>
    </w:p>
    <w:p>
      <w:r>
        <w:rPr>
          <w:b/>
        </w:rPr>
        <w:t xml:space="preserve">[09:09] </w:t>
      </w:r>
      <w:r>
        <w:t>to mein ek bahut ek European muftakar ne kaha tha ke insaan jo hai, is ki capacity bahut zyada hai.</w:t>
      </w:r>
    </w:p>
    <w:p>
      <w:pPr>
        <w:jc w:val="right"/>
      </w:pPr>
      <w:r>
        <w:t>تو میں ایک بہت ایک یورپین مفکر نے کہا تھا کہ انسان جو ہے، اس کی کیپیسٹی بہت زیادہ ہے۔</w:t>
      </w:r>
    </w:p>
    <w:p>
      <w:r>
        <w:rPr>
          <w:b/>
        </w:rPr>
        <w:t xml:space="preserve">[09:21] </w:t>
      </w:r>
      <w:r>
        <w:t>bahut zyada capacity hai. is ne kaha tha ke i am large enough to contain all the contradiction. to Allah taala ne, creator ne aap ko banaya is tarah se ke aap khud to idealist hain aur society kabhi idealist ho nahi sakti hai.</w:t>
      </w:r>
    </w:p>
    <w:p>
      <w:pPr>
        <w:jc w:val="right"/>
      </w:pPr>
      <w:r>
        <w:t>بہت زیادہ کیپیسٹی ہے۔ اس نے کہا تھا کہ آئی ایم لارج انف ٹو کنٹین آل دی کنٹراڈکشن۔ تو اللہ تعالیٰ نے، کریٹر نے آپ کو بنایا اس طرح سے کہ آپ خود تو آئیڈیلسٹ ہیں اور سوسائٹی کبھی آئیڈیلسٹ ہو نہیں سکتی ہے۔</w:t>
      </w:r>
    </w:p>
    <w:p>
      <w:r>
        <w:rPr>
          <w:b/>
        </w:rPr>
        <w:t xml:space="preserve">[09:38] </w:t>
      </w:r>
      <w:r>
        <w:t>to jeena padta hai contradictory situation mein. to aap ko banaya bhi aisa, aisi capacity di aap ko ke aap reh saken comfortably.</w:t>
      </w:r>
    </w:p>
    <w:p>
      <w:pPr>
        <w:jc w:val="right"/>
      </w:pPr>
      <w:r>
        <w:t>تو جینا پڑتا ہے کنٹراڈکٹری سچویشن میں۔ تو آپ کو بنایا بھی ایسا، ایسی کیپیسٹی دی آپ کو کہ آپ رہ سکیں کمفرٹیبلی۔</w:t>
      </w:r>
    </w:p>
    <w:p>
      <w:r>
        <w:rPr>
          <w:b/>
        </w:rPr>
        <w:t xml:space="preserve">[09:50] </w:t>
      </w:r>
      <w:r>
        <w:t>isi ko is ne kaha ke i am large enough to contain all the contradictions. to apne ko discover karna, society ko discover karna.</w:t>
      </w:r>
    </w:p>
    <w:p>
      <w:pPr>
        <w:jc w:val="right"/>
      </w:pPr>
      <w:r>
        <w:t>اسی کو اس نے کہا کہ آئی ایم لارج انف ٹو کنٹین آل دی کنٹراڈکشنز۔ تو اپنے کو ڈسکور کرنا، سوسائٹی کو ڈسکور کرنا۔</w:t>
      </w:r>
    </w:p>
    <w:p>
      <w:r>
        <w:rPr>
          <w:b/>
        </w:rPr>
        <w:t xml:space="preserve">[10:03] </w:t>
      </w:r>
      <w:r>
        <w:t>abhi mein radio sun raha tha, social science par aa raha tha.</w:t>
      </w:r>
    </w:p>
    <w:p>
      <w:pPr>
        <w:jc w:val="right"/>
      </w:pPr>
      <w:r>
        <w:t>ابھی میں ریڈیو سن رہا تھا، سوشل سائنس پر آ رہا تھا۔</w:t>
      </w:r>
    </w:p>
    <w:p>
      <w:r>
        <w:rPr>
          <w:b/>
        </w:rPr>
        <w:t xml:space="preserve">[10:07] </w:t>
      </w:r>
      <w:r>
        <w:t>to yeh social scientist jo hote hain, woh ideal society un ke mind mein rehti hai. ideal baatein karte rehte hain. abhi sun raha tha subah mein, koi social scientist tha, woh baatein kar raha tha society.</w:t>
      </w:r>
    </w:p>
    <w:p>
      <w:pPr>
        <w:jc w:val="right"/>
      </w:pPr>
      <w:r>
        <w:t>تو یہ سوشل سائنٹسٹ جو ہوتے ہیں، وہ آئیڈیل سوسائٹی ان کے مائنڈ میں رہتی ہے۔ آئیڈیل باتیں کرتے رہتے ہیں۔ ابھی سن رہا تھا صبح میں، کوئی سوشل سائنٹسٹ تھا، وہ باتیں کر رہا تھا سوسائٹی۔</w:t>
      </w:r>
    </w:p>
    <w:p>
      <w:r>
        <w:rPr>
          <w:b/>
        </w:rPr>
        <w:t xml:space="preserve">[10:21] </w:t>
      </w:r>
      <w:r>
        <w:t>yeh log jaante hain nahi ke ideal society ban nahi sakti hai. yani isi wajah se in logon ne logon ko idealist bana rakha hai. yeh social science jo hai, mein is ko science manta hi nahi isi liye.</w:t>
      </w:r>
    </w:p>
    <w:p>
      <w:pPr>
        <w:jc w:val="right"/>
      </w:pPr>
      <w:r>
        <w:t>یہ لوگ جانتے ہیں نہیں کہ آئیڈیل سوسائٹی بن نہیں سکتی ہے۔ یعنی اسی وجہ سے ان لوگوں نے لوگوں کو آئیڈیلسٹ بنا رکھا ہے۔ یہ سوشل سائنس جو ہے، میں اس کو سائنس مانتا ہی نہیں اسی لیے۔</w:t>
      </w:r>
    </w:p>
    <w:p>
      <w:r>
        <w:rPr>
          <w:b/>
        </w:rPr>
        <w:t xml:space="preserve">[10:34] </w:t>
      </w:r>
      <w:r>
        <w:t>yani in necessary tor par in logon ne logon ke mind mein daal rakha hai ke society koi ideal bhi ho sakti hai. ideal society bhi banana mumkin hai, halanke possible hi nahi hai.</w:t>
      </w:r>
    </w:p>
    <w:p>
      <w:pPr>
        <w:jc w:val="right"/>
      </w:pPr>
      <w:r>
        <w:t>یعنی ان نیسیسری طور پر ان لوگوں نے لوگوں کے مائنڈ میں ڈال رکھا ہے کہ سوسائٹی کوئی آئیڈیل بھی ہو سکتی ہے۔ آئیڈیل سوسائٹی بھی بنانا ممکن ہے، حالانکہ پاسیبل ہی نہیں ہے۔</w:t>
      </w:r>
    </w:p>
    <w:p>
      <w:r>
        <w:rPr>
          <w:b/>
        </w:rPr>
        <w:t xml:space="preserve">[10:49] </w:t>
      </w:r>
      <w:r>
        <w:t>to social science koi science nahi hai.</w:t>
      </w:r>
    </w:p>
    <w:p>
      <w:pPr>
        <w:jc w:val="right"/>
      </w:pPr>
      <w:r>
        <w:t>تو سوشل سائنس کوئی سائنس نہیں ہے۔</w:t>
      </w:r>
    </w:p>
    <w:p>
      <w:r>
        <w:rPr>
          <w:b/>
        </w:rPr>
        <w:t xml:space="preserve">[10:54] </w:t>
      </w:r>
      <w:r>
        <w:t>to behal is ka ek ek dilchasp ek reference mujhe is mein mila aaj ke paper mein. yeh mera paper, mere haath mein aaj ka paper hai, yani July 10 ka</w:t>
      </w:r>
    </w:p>
    <w:p>
      <w:pPr>
        <w:jc w:val="right"/>
      </w:pPr>
      <w:r>
        <w:t>تو بہرحال اس کا ایک ایک دلچسپ ایک ریفرنس مجھے اس میں ملا آج کے پیپر میں۔ یہ میرا پیپر، میرے ہاتھ میں آج کا پیپر ہے، یعنی جولائی 10 کا</w:t>
      </w:r>
    </w:p>
    <w:p>
      <w:r>
        <w:rPr>
          <w:b/>
        </w:rPr>
        <w:t xml:space="preserve">[11:04] </w:t>
      </w:r>
      <w:r>
        <w:t>. is mein Kashmir ke bare mein ek saamne likha hai. ek aap jaante hain ke ek team gayi thi Kashmir.</w:t>
      </w:r>
    </w:p>
    <w:p>
      <w:pPr>
        <w:jc w:val="right"/>
      </w:pPr>
      <w:r>
        <w:t>۔ اس میں کشمیر کے بارے میں ایک سامنے لکھا ہے۔ ایک آپ جانتے ہیں کہ ایک ٹیم گئی تھی کشمیر۔</w:t>
      </w:r>
    </w:p>
    <w:p>
      <w:r>
        <w:rPr>
          <w:b/>
        </w:rPr>
        <w:t xml:space="preserve">[11:12] </w:t>
      </w:r>
      <w:r>
        <w:t>is team ke ek member ne likha hai. to is ki wording yeh hai ke "kashmir wants solution but not with gun." "kashmir wants solution but not with gun."</w:t>
      </w:r>
    </w:p>
    <w:p>
      <w:pPr>
        <w:jc w:val="right"/>
      </w:pPr>
      <w:r>
        <w:t>اس ٹیم کے ایک ممبر نے لکھا ہے۔ تو اس کی ورڈنگ یہ ہے کہ "کاشمیر وانٹس سلویوشن بٹ ناٹ ود گن۔" "کاشمیر وانٹس سلویوشن بٹ ناٹ ود گن۔"</w:t>
      </w:r>
    </w:p>
    <w:p>
      <w:r>
        <w:rPr>
          <w:b/>
        </w:rPr>
        <w:t xml:space="preserve">[11:35] </w:t>
      </w:r>
      <w:r>
        <w:t>ab yeh dekhiye, beautiful alfaaz hain, bohat beautiful words hain, haqeeqat kuch bhi nahin. kyun?</w:t>
      </w:r>
    </w:p>
    <w:p>
      <w:pPr>
        <w:jc w:val="right"/>
      </w:pPr>
      <w:r>
        <w:t>اب یہ دیکھیے، بیوٹی فل الفاظ ہیں، بہت بیوٹی فل ورڈز ہیں، حقیقت کچھ بھی نہیں۔ کیوں؟</w:t>
      </w:r>
    </w:p>
    <w:p>
      <w:r>
        <w:rPr>
          <w:b/>
        </w:rPr>
        <w:t xml:space="preserve">[11:44] </w:t>
      </w:r>
      <w:r>
        <w:t>kashmir mein jo gun hai, jo army hai, kabhi bhi mumkin nahin ke woh chhod ke chali aaye kashmir ko. kyun? kashmir ka insaan jo hai, chahta hai solution, lekin kashmir ka problem yeh hai ke parosi desh mein wahan par builder si phaila rakhi hai.</w:t>
      </w:r>
    </w:p>
    <w:p>
      <w:pPr>
        <w:jc w:val="right"/>
      </w:pPr>
      <w:r>
        <w:t>کشمیر میں جو گن ہے، جو آرمی ہے، کبھی بھی ممکن نہیں کہ وہ چھوڑ کے چلی آئے کشمیر کو۔ کیوں؟ کشمیر کا انسان جو ہے، چاہتا ہے سلویوشن، لیکن کشمیر کا پرابلم یہ ہے کہ پڑوسی دیش میں وہاں پر بلڈر سی پھیلا رکھی ہے۔</w:t>
      </w:r>
    </w:p>
    <w:p>
      <w:r>
        <w:rPr>
          <w:b/>
        </w:rPr>
        <w:t xml:space="preserve">[12:05] </w:t>
      </w:r>
      <w:r>
        <w:t>parosi desh se trend ho ke ke log wahan par ghuste hain.</w:t>
      </w:r>
    </w:p>
    <w:p>
      <w:pPr>
        <w:jc w:val="right"/>
      </w:pPr>
      <w:r>
        <w:t>پڑوسی دیش سے ٹرینڈ ہو کے کہ لوگ وہاں پر گھستے ہیں۔</w:t>
      </w:r>
    </w:p>
    <w:p>
      <w:r>
        <w:rPr>
          <w:b/>
        </w:rPr>
        <w:t xml:space="preserve">[12:13] </w:t>
      </w:r>
      <w:r>
        <w:t>to kya wahan se army hata li jaye gi? parosi desh barabar yeh kar raha hai ke wahan se logon ko trend karta hai.</w:t>
      </w:r>
    </w:p>
    <w:p>
      <w:pPr>
        <w:jc w:val="right"/>
      </w:pPr>
      <w:r>
        <w:t>تو کیا وہاں سے آرمی ہٹا لی جائے گی؟ پڑوسی دیش برابر یہ کر رہا ہے کہ وہاں سے لوگوں کو ٹرینڈ کرتا ہے۔</w:t>
      </w:r>
    </w:p>
    <w:p>
      <w:r>
        <w:rPr>
          <w:b/>
        </w:rPr>
        <w:t xml:space="preserve">[12:25] </w:t>
      </w:r>
      <w:r>
        <w:t>aur trend kar ke woh induct karta hai kashmir mein. to kaise army hata li jaye gi</w:t>
      </w:r>
    </w:p>
    <w:p>
      <w:pPr>
        <w:jc w:val="right"/>
      </w:pPr>
      <w:r>
        <w:t>اور ٹرینڈ کر کے وہ انڈکٹ کرتا ہے کشمیر میں۔ تو کیسے آرمی ہٹا لی جائے گی</w:t>
      </w:r>
    </w:p>
    <w:p>
      <w:r>
        <w:rPr>
          <w:b/>
        </w:rPr>
        <w:t xml:space="preserve">[12:33] </w:t>
      </w:r>
      <w:r>
        <w:t>? to yeh kitna ziyada khayali baat hai, khayali. ke kashmir, kashmiris wants solution but not with gun.</w:t>
      </w:r>
    </w:p>
    <w:p>
      <w:pPr>
        <w:jc w:val="right"/>
      </w:pPr>
      <w:r>
        <w:t>؟ تو یہ کتنا زیادہ خیالی بات ہے، خیالی۔ کہ کشمیر، کشمیریز وانٹس سلویوشن بٹ ناٹ ود گن۔</w:t>
      </w:r>
    </w:p>
    <w:p>
      <w:r>
        <w:rPr>
          <w:b/>
        </w:rPr>
        <w:t xml:space="preserve">[12:45] </w:t>
      </w:r>
      <w:r>
        <w:t>gun to rahe gi. gun ke rehte hue aap ko solution dhoondna pare ga. gun hata kar ke solution nahin hoga. sab isi mein, isi absolution mein pare hue hain.</w:t>
      </w:r>
    </w:p>
    <w:p>
      <w:pPr>
        <w:jc w:val="right"/>
      </w:pPr>
      <w:r>
        <w:t>گن تو رہے گی۔ گن کے رہتے ہوئے آپ کو سلویوشن ڈھونڈنا پڑے گا۔ گن ہٹا کر کے سلویوشن نہیں ہوگا۔ سب اسی میں، اسی ابسیوشن میں پڑے ہوئے ہیں۔</w:t>
      </w:r>
    </w:p>
    <w:p>
      <w:r>
        <w:rPr>
          <w:b/>
        </w:rPr>
        <w:t xml:space="preserve">[12:57] </w:t>
      </w:r>
      <w:r>
        <w:t>saare arab log kya kehte hain?</w:t>
      </w:r>
    </w:p>
    <w:p>
      <w:pPr>
        <w:jc w:val="right"/>
      </w:pPr>
      <w:r>
        <w:t>سارے عرب لوگ کیا کہتے ہیں؟</w:t>
      </w:r>
    </w:p>
    <w:p>
      <w:r>
        <w:rPr>
          <w:b/>
        </w:rPr>
        <w:t xml:space="preserve">[13:00] </w:t>
      </w:r>
      <w:r>
        <w:t>"as we want peace in israel but with justice." yeh bas hum ko justice do to hum tum ko peace dein ge.</w:t>
      </w:r>
    </w:p>
    <w:p>
      <w:pPr>
        <w:jc w:val="right"/>
      </w:pPr>
      <w:r>
        <w:t>"ایس وی وانٹ پیس ان عزرائیل بٹ ود جسٹس۔" یہ بس ہم کو جسٹس دو تو ہم تم کو پیس دیں گے۔</w:t>
      </w:r>
    </w:p>
    <w:p>
      <w:r>
        <w:rPr>
          <w:b/>
        </w:rPr>
        <w:t xml:space="preserve">[13:09] </w:t>
      </w:r>
      <w:r>
        <w:t>yeh kya hai yeh? yeh mumkin nahin hai. mumkin hi nahin hai yeh. jab israel par pathar mare ja rahe hain, bomb mare ja rahe hain to kaise army hata le ga wahan se?</w:t>
      </w:r>
    </w:p>
    <w:p>
      <w:pPr>
        <w:jc w:val="right"/>
      </w:pPr>
      <w:r>
        <w:t>یہ کیا ہے یہ؟ یہ ممکن نہیں ہے۔ ممکن ہی نہیں ہے یہ۔ جب اسرائیل پر پتھر مارے جا رہے ہیں، بم مارے جا رہے ہیں تو کیسے آرمی ہٹا لے گا وہاں سے؟</w:t>
      </w:r>
    </w:p>
    <w:p>
      <w:r>
        <w:rPr>
          <w:b/>
        </w:rPr>
        <w:t xml:space="preserve">[13:26] </w:t>
      </w:r>
      <w:r>
        <w:t>kabhi nahin hataye ga woh. woh retaliate kare ga.</w:t>
      </w:r>
    </w:p>
    <w:p>
      <w:pPr>
        <w:jc w:val="right"/>
      </w:pPr>
      <w:r>
        <w:t>کبھی نہیں ہٹائے گا وہ۔ وہ ریٹیلیٹ کرے گا۔</w:t>
      </w:r>
    </w:p>
    <w:p>
      <w:r>
        <w:rPr>
          <w:b/>
        </w:rPr>
        <w:t xml:space="preserve">[13:32] </w:t>
      </w:r>
      <w:r>
        <w:t>to justice jo hai, dekhiye, aisa nahin ho sakta ke aap peace aaye to saath saath justice bhi aa jaye. peace aap ko sirf opportunity deti hai.</w:t>
      </w:r>
    </w:p>
    <w:p>
      <w:pPr>
        <w:jc w:val="right"/>
      </w:pPr>
      <w:r>
        <w:t>تو جسٹس جو ہے، دیکھیے، ایسا نہیں ہو سکتا کہ آپ پیس آئے تو ساتھ ساتھ جسٹس بھی آ جائے۔ پیس آپ کو صرف اپرچونیٹی دیتی ہے۔</w:t>
      </w:r>
    </w:p>
    <w:p>
      <w:r>
        <w:rPr>
          <w:b/>
        </w:rPr>
        <w:t xml:space="preserve">[13:44] </w:t>
      </w:r>
      <w:r>
        <w:t>bas. justice nahin deti hai. justice to aap ko is tarah milti hai ke aap opportunity ko avail karein.</w:t>
      </w:r>
    </w:p>
    <w:p>
      <w:pPr>
        <w:jc w:val="right"/>
      </w:pPr>
      <w:r>
        <w:t>بس۔ جسٹس نہیں دیتی ہے۔ جسٹس تو آپ کو اس طرح ملتی ہے کہ آپ اپرچونیٹی کو اویل کریں۔</w:t>
      </w:r>
    </w:p>
    <w:p>
      <w:r>
        <w:rPr>
          <w:b/>
        </w:rPr>
        <w:t xml:space="preserve">[13:55] </w:t>
      </w:r>
      <w:r>
        <w:t>hard labor karein. is ke mutabiq planning karein.</w:t>
      </w:r>
    </w:p>
    <w:p>
      <w:pPr>
        <w:jc w:val="right"/>
      </w:pPr>
      <w:r>
        <w:t>ہارڈ لیبر کریں۔ اس کے مطابق پلاننگ کریں۔</w:t>
      </w:r>
    </w:p>
    <w:p>
      <w:r>
        <w:rPr>
          <w:b/>
        </w:rPr>
        <w:t xml:space="preserve">[14:01] </w:t>
      </w:r>
      <w:r>
        <w:t>bharpoor koshish karein. tab aap ko justice mile ga. aisa nahin ke peace aa raha hai, peace aaye aur saath justice bhi saath saath aa jaye. yeh to impossible hai. to aaj subah mein soch raha tha ke yeh khalis shaitani siyasat hai yeh.</w:t>
      </w:r>
    </w:p>
    <w:p>
      <w:pPr>
        <w:jc w:val="right"/>
      </w:pPr>
      <w:r>
        <w:t>بھرپور کوشش کریں۔ تب آپ کو جسٹس ملے گا۔ ایسا نہیں کہ پیس آ رہا ہے، پیس آئے اور ساتھ جسٹس بھی ساتھ ساتھ آ جائے۔ یہ تو امپاسیبل ہے۔ تو آج صبح میں سوچ رہا تھا کہ یہ خالص شیطانی سیاست ہے یہ۔</w:t>
      </w:r>
    </w:p>
    <w:p>
      <w:r>
        <w:rPr>
          <w:b/>
        </w:rPr>
        <w:t xml:space="preserve">[14:19] </w:t>
      </w:r>
      <w:r>
        <w:t>shaitan ne kya kiya hai ke ek impossible condition ko har ek mein, har ek, har har aadmi ko ek impossible condition mein phansa rakha hai.</w:t>
      </w:r>
    </w:p>
    <w:p>
      <w:pPr>
        <w:jc w:val="right"/>
      </w:pPr>
      <w:r>
        <w:t>شیطان نے کیا کیا ہے کہ ایک امپاسیبل کنڈیشن کو ہر ایک میں، ہر ایک، ہر ہر آدمی کو ایک امپاسیبل کنڈیشن میں پھنسا رکھا ہے۔</w:t>
      </w:r>
    </w:p>
    <w:p>
      <w:r>
        <w:rPr>
          <w:b/>
        </w:rPr>
        <w:t xml:space="preserve">[14:32] </w:t>
      </w:r>
      <w:r>
        <w:t>jaise shaitan ne kiya kiya tha? shaitan ne yeh kiya tha ke Allah taala ne kaha ke tum Adam ke aage jhuko.</w:t>
      </w:r>
    </w:p>
    <w:p>
      <w:pPr>
        <w:jc w:val="right"/>
      </w:pPr>
      <w:r>
        <w:t>جیسے شیطان نے کیا کیا تھا؟ شیطان نے یہ کیا تھا کہ اللہ تعالیٰ نے کہا کہ تم آدم کے آگے جھکو۔</w:t>
      </w:r>
    </w:p>
    <w:p>
      <w:r>
        <w:rPr>
          <w:b/>
        </w:rPr>
        <w:t xml:space="preserve">[14:46] </w:t>
      </w:r>
      <w:r>
        <w:t>Adam ko paida kiya, yaani insaan ko. to shaitan ko, yaani iblis ko kaha ke is ke aage jhuko. tujhe kaha ke main teri jhukoon ga.</w:t>
      </w:r>
    </w:p>
    <w:p>
      <w:pPr>
        <w:jc w:val="right"/>
      </w:pPr>
      <w:r>
        <w:t>آدم کو پیدا کیا، یعنی انسان کو۔ تو شیطان کو، یعنی ابلیس کو کہا کہ اس کے آگے جھکو۔ تجھے کہا کہ میں تیری جھکوں گا۔</w:t>
      </w:r>
    </w:p>
    <w:p>
      <w:r>
        <w:rPr>
          <w:b/>
        </w:rPr>
        <w:t xml:space="preserve">[14:55] </w:t>
      </w:r>
      <w:r>
        <w:t>main is se superior hoon.</w:t>
      </w:r>
    </w:p>
    <w:p>
      <w:pPr>
        <w:jc w:val="right"/>
      </w:pPr>
      <w:r>
        <w:t>میں اس سے سپیریر ہوں۔</w:t>
      </w:r>
    </w:p>
    <w:p>
      <w:r>
        <w:rPr>
          <w:b/>
        </w:rPr>
        <w:t xml:space="preserve">[14:58] </w:t>
      </w:r>
      <w:r>
        <w:t>to us ne kaha ke main Khuda ke aage jhukne ko tayyar hoon. magar insaan ke aage nahin jhukoon ga. to us ne ek aisi condition laga di jo poori hone wali hai hi nahin.</w:t>
      </w:r>
    </w:p>
    <w:p>
      <w:pPr>
        <w:jc w:val="right"/>
      </w:pPr>
      <w:r>
        <w:t>تو اس نے کہا کہ میں خدا کے آگے جھکنے کو تیار ہوں۔ مگر انسان کے آگے نہیں جھکوں گا۔ تو اس نے ایک ایسی کنڈیشن لگا دی جو پوری ہونے والی ہے ہی نہیں۔</w:t>
      </w:r>
    </w:p>
    <w:p>
      <w:r>
        <w:rPr>
          <w:b/>
        </w:rPr>
        <w:t xml:space="preserve">[15:10] </w:t>
      </w:r>
      <w:r>
        <w:t>yaani Allah taala apne mansoobe ko kya abalish kar de ga? Allah taala ka mansooba yeh tha ke insaan ko paida kar ke zameen par basaye.</w:t>
      </w:r>
    </w:p>
    <w:p>
      <w:pPr>
        <w:jc w:val="right"/>
      </w:pPr>
      <w:r>
        <w:t>یعنی اللہ تعالیٰ اپنے منصوبے کو کیا ابالش کر دے گا؟ اللہ تعالیٰ کا منصوبہ یہ تھا کہ انسان کو پیدا کر کے زمین پر بسائے۔</w:t>
      </w:r>
    </w:p>
    <w:p>
      <w:r>
        <w:rPr>
          <w:b/>
        </w:rPr>
        <w:t xml:space="preserve">[15:22] </w:t>
      </w:r>
      <w:r>
        <w:t>aur us ko mauqa de ke woh yahan par kaam kare. to kya Khuda apni planning ko masrooq kar de ga?</w:t>
      </w:r>
    </w:p>
    <w:p>
      <w:pPr>
        <w:jc w:val="right"/>
      </w:pPr>
      <w:r>
        <w:t>اور اس کو موقع دے کہ وہ یہاں پر کام کرے۔ تو کیا خدا اپنی پلاننگ کو مسروق کر دے گا؟</w:t>
      </w:r>
    </w:p>
    <w:p>
      <w:r>
        <w:rPr>
          <w:b/>
        </w:rPr>
        <w:t xml:space="preserve">[15:27] </w:t>
      </w:r>
      <w:r>
        <w:t>abalish kar de ga shaitan ke liye? to shaitan ne ek aisi condition lagai jo poori hone wali thi hi nahin. is liye woh sajda bhi nahin kiya us ne.</w:t>
      </w:r>
    </w:p>
    <w:p>
      <w:pPr>
        <w:jc w:val="right"/>
      </w:pPr>
      <w:r>
        <w:t>ابالش کر دے گا شیطان کے لیے؟ تو شیطان نے ایک ایسی کنڈیشن لگائی جو پوری ہونے والی تھی ہی نہیں۔ اس لیے وہ سجدہ بھی نہیں کیا اس نے۔</w:t>
      </w:r>
    </w:p>
    <w:p>
      <w:r>
        <w:rPr>
          <w:b/>
        </w:rPr>
        <w:t xml:space="preserve">[15:37] </w:t>
      </w:r>
      <w:r>
        <w:t>aisi har jagah hai. condition lagi hui hai. ab dekhein, ab America ka qissa suniye aap.</w:t>
      </w:r>
    </w:p>
    <w:p>
      <w:pPr>
        <w:jc w:val="right"/>
      </w:pPr>
      <w:r>
        <w:t>ایسی ہر جگہ ہے۔ کنڈیشن لگی ہوئی ہے۔ اب دیکھیں، اب امریکہ کا قصہ سنیے آپ۔</w:t>
      </w:r>
    </w:p>
    <w:p>
      <w:r>
        <w:rPr>
          <w:b/>
        </w:rPr>
        <w:t xml:space="preserve">[15:46] </w:t>
      </w:r>
      <w:r>
        <w:t>america mein bohat se logon se mila mein. khaas tor par musalmanon se. jagah jagah gaya mein.</w:t>
      </w:r>
    </w:p>
    <w:p>
      <w:pPr>
        <w:jc w:val="right"/>
      </w:pPr>
      <w:r>
        <w:t>امریکہ میں بہت سے لوگوں سے ملا میں۔ خاص طور پر مسلمانوں سے۔ جگہ جگہ گیا میں۔</w:t>
      </w:r>
    </w:p>
    <w:p>
      <w:r>
        <w:rPr>
          <w:b/>
        </w:rPr>
        <w:t xml:space="preserve">[15:54] </w:t>
      </w:r>
      <w:r>
        <w:t>to mein ne amriki musalmanon se kaha ke aap log yahan rehte hain, taqreeban seven million yahan par. aur aap ke andar hub ul watni, hub ul watni nahi hai.</w:t>
      </w:r>
    </w:p>
    <w:p>
      <w:pPr>
        <w:jc w:val="right"/>
      </w:pPr>
      <w:r>
        <w:t>تو میں نے امریکی مسلمانوں سے کہا کہ آپ لوگ یہاں رہتے ہیں، تقریباً سیون ملین یہاں پر۔ اور آپ کے اندر حب الوطنی، حب الوطنی نہیں ہے۔</w:t>
      </w:r>
    </w:p>
    <w:p>
      <w:r>
        <w:rPr>
          <w:b/>
        </w:rPr>
        <w:t xml:space="preserve">[16:05] </w:t>
      </w:r>
      <w:r>
        <w:t>america ke liye patriotism nahi hai aap. to unhon ne kaha ke nahi, yeh nahi, woh nahi.</w:t>
      </w:r>
    </w:p>
    <w:p>
      <w:pPr>
        <w:jc w:val="right"/>
      </w:pPr>
      <w:r>
        <w:t>امریکہ کے لیے پیٹریٹزم نہیں ہے آپ۔ تو انہوں نے کہا کہ نہیں، یہ نہیں، وہ نہیں۔</w:t>
      </w:r>
    </w:p>
    <w:p>
      <w:r>
        <w:rPr>
          <w:b/>
        </w:rPr>
        <w:t xml:space="preserve">[16:12] </w:t>
      </w:r>
      <w:r>
        <w:t>to ek majlis mein aisa hua ke senior logon ne kaha ke hum log aaye hain apne desh se.</w:t>
      </w:r>
    </w:p>
    <w:p>
      <w:pPr>
        <w:jc w:val="right"/>
      </w:pPr>
      <w:r>
        <w:t>تو ایک مجلس میں ایسا ہوا کہ سینئر لوگوں نے کہا کہ ہم لوگ آئے ہیں اپنے دیش سے۔</w:t>
      </w:r>
    </w:p>
    <w:p>
      <w:r>
        <w:rPr>
          <w:b/>
        </w:rPr>
        <w:t xml:space="preserve">[16:22] </w:t>
      </w:r>
      <w:r>
        <w:t>to is ka asar to baqi rahe ga. lekin jo nai generation hai, hamare jo bachche hain, jo yahin paida hue hain america mein, un ke andar wahi patriotism hai jo aap chahte hain.</w:t>
      </w:r>
    </w:p>
    <w:p>
      <w:pPr>
        <w:jc w:val="right"/>
      </w:pPr>
      <w:r>
        <w:t>تو اس کا اثر تو باقی رہے گا۔ لیکن جو نئی جنریشن ہے، ہمارے جو بچے ہیں، جو یہیں پیدا ہوئے ہیں امریکہ میں، ان کے اندر وہی پیٹریٹزم ہے جو آپ چاہتے ہیں۔</w:t>
      </w:r>
    </w:p>
    <w:p>
      <w:r>
        <w:rPr>
          <w:b/>
        </w:rPr>
        <w:t xml:space="preserve">[16:37] </w:t>
      </w:r>
      <w:r>
        <w:t>to mein ne kaha achhi baat hai. to ek ladka mujhe milaya gaya. mujh se mulaqat karai gayi. jo wahin paida hua hai. american accent mein woh bolta hai.</w:t>
      </w:r>
    </w:p>
    <w:p>
      <w:pPr>
        <w:jc w:val="right"/>
      </w:pPr>
      <w:r>
        <w:t>تو میں نے کہا اچھی بات ہے۔ تو ایک لڑکا مجھے ملایا گیا۔ مجھ سے ملاقات کرائی گئی۔ جو وہیں پیدا ہوا ہے۔ امریکن ایکسنٹ میں وہ بولتا ہے۔</w:t>
      </w:r>
    </w:p>
    <w:p>
      <w:r>
        <w:rPr>
          <w:b/>
        </w:rPr>
        <w:t xml:space="preserve">[16:50] </w:t>
      </w:r>
      <w:r>
        <w:t>urdu janta nahi woh. to ab dekhiye kya hua. mein ne us se poocha ke "do you love America?" by force unhon ne kaha ke "yes."</w:t>
      </w:r>
    </w:p>
    <w:p>
      <w:pPr>
        <w:jc w:val="right"/>
      </w:pPr>
      <w:r>
        <w:t>اردو جانتا نہیں وہ۔ تو اب دیکھیے کیا ہوا۔ میں نے اس سے پوچھا کہ "ڈو یو لو امریکہ؟" بائے فورس انہوں نے کہا کہ "یس۔"</w:t>
      </w:r>
    </w:p>
    <w:p>
      <w:r>
        <w:rPr>
          <w:b/>
        </w:rPr>
        <w:t xml:space="preserve">[17:07] </w:t>
      </w:r>
      <w:r>
        <w:t>mein ne kaha ke aap jante hain love ka matlab kya hai? to us ne kaha ke feeling. is ladke ne kaha ke feeling. mein ne kaha nahi.</w:t>
      </w:r>
    </w:p>
    <w:p>
      <w:pPr>
        <w:jc w:val="right"/>
      </w:pPr>
      <w:r>
        <w:t>میں نے کہا کہ آپ جانتے ہیں لو کا مطلب کیا ہے؟ تو اس نے کہا کہ فیلنگ۔ اس لڑکے نے کہا کہ فیلنگ۔ میں نے کہا نہیں۔</w:t>
      </w:r>
    </w:p>
    <w:p>
      <w:r>
        <w:rPr>
          <w:b/>
        </w:rPr>
        <w:t xml:space="preserve">[17:15] </w:t>
      </w:r>
      <w:r>
        <w:t>love ka matlab strong affection.</w:t>
      </w:r>
    </w:p>
    <w:p>
      <w:pPr>
        <w:jc w:val="right"/>
      </w:pPr>
      <w:r>
        <w:t>لو کا مطلب اسٹرانگ افیکشن۔</w:t>
      </w:r>
    </w:p>
    <w:p>
      <w:r>
        <w:rPr>
          <w:b/>
        </w:rPr>
        <w:t xml:space="preserve">[17:20] </w:t>
      </w:r>
      <w:r>
        <w:t>to mein ne poocha kya aap ko strong affection hai america se? to woh ghabra gaya. yaani feeling ki satah par to kuch tha us ko.</w:t>
      </w:r>
    </w:p>
    <w:p>
      <w:pPr>
        <w:jc w:val="right"/>
      </w:pPr>
      <w:r>
        <w:t>تو میں نے پوچھا کیا آپ کو اسٹرانگ افیکشن ہے امریکہ سے؟ تو وہ گھبرا گیا۔ یعنی فیلنگ کی سطح پر تو کچھ تھا اس کو۔</w:t>
      </w:r>
    </w:p>
    <w:p>
      <w:r>
        <w:rPr>
          <w:b/>
        </w:rPr>
        <w:t xml:space="preserve">[17:30] </w:t>
      </w:r>
      <w:r>
        <w:t>strong affection ki satah par nahi tha. to phir us ne, mein jab mein ne us ko interrogation kiya, scrutiny ki, to us ne kaha ke strong affection kaise hoga hum ko jabke woh mulzim countries par</w:t>
      </w:r>
    </w:p>
    <w:p>
      <w:pPr>
        <w:jc w:val="right"/>
      </w:pPr>
      <w:r>
        <w:t>اسٹرانگ افیکشن کی سطح پر نہیں تھا۔ تو پھر اس نے، میں جب میں نے اس کو انٹراگیشن کیا، اسکوٹنی کی، تو اس نے کہا کہ اسٹرانگ افیکشن کیسے ہوگا ہم کو جبکہ وہ ملزم کنٹریز پر</w:t>
      </w:r>
    </w:p>
    <w:p>
      <w:r>
        <w:rPr>
          <w:b/>
        </w:rPr>
        <w:t xml:space="preserve">[17:43] </w:t>
      </w:r>
      <w:r>
        <w:t>bombardment karta hai america? to mein ne kaha ke aap kaisi hub ul watni aap ki hai? koi nation jo hai us ko haq hai ke woh apne apne aap ko, apne interest ko safeguard kare.</w:t>
      </w:r>
    </w:p>
    <w:p>
      <w:pPr>
        <w:jc w:val="right"/>
      </w:pPr>
      <w:r>
        <w:t>بمبارمنٹ کرتا ہے امریکہ؟ تو میں نے کہا کہ آپ کیسی حب الوطنی آپ کی ہے؟ کوئی نیشن جو ہے اس کو حق ہے کہ وہ اپنے اپنے آپ کو، اپنے انٹرسٹ کو کا سیف گارڈ کرے۔</w:t>
      </w:r>
    </w:p>
    <w:p>
      <w:r>
        <w:rPr>
          <w:b/>
        </w:rPr>
        <w:t xml:space="preserve">[18:00] </w:t>
      </w:r>
      <w:r>
        <w:t>is liye america karta hai. to hub ul watni aap conditional hai. to us ne kya kaha? ke human rights ke khilaaf karta hai america?</w:t>
      </w:r>
    </w:p>
    <w:p>
      <w:pPr>
        <w:jc w:val="right"/>
      </w:pPr>
      <w:r>
        <w:t>اس لیے امریکہ کرتا ہے۔ تو حب الوطنی آپ کنڈیشنل ہے۔ تو اس نے کیا کہا؟ کہ ہیومن رائٹس کے خلاف کرتا ہے امریکہ؟</w:t>
      </w:r>
    </w:p>
    <w:p>
      <w:r>
        <w:rPr>
          <w:b/>
        </w:rPr>
        <w:t xml:space="preserve">[18:13] </w:t>
      </w:r>
      <w:r>
        <w:t>to mein ne kaha ke dekhiye aap phir bhi aap ghalati kar rahe hain. agar aap ko human rights ka violation ka dard hai to sirf iraq aur afghanistan ke liye kyun hai?</w:t>
      </w:r>
    </w:p>
    <w:p>
      <w:pPr>
        <w:jc w:val="right"/>
      </w:pPr>
      <w:r>
        <w:t>تو میں نے کہا کہ دیکھیے آپ پھر بھی آپ غلطی کر رہے ہیں۔ اگر آپ کو ہیومن رائٹس کا وائلیشن کا درد ہے تو صرف عراق اور افغانستان کے لیے کیوں ہے؟</w:t>
      </w:r>
    </w:p>
    <w:p>
      <w:r>
        <w:rPr>
          <w:b/>
        </w:rPr>
        <w:t xml:space="preserve">[18:23] </w:t>
      </w:r>
      <w:r>
        <w:t>america is se pehle bombardment kar chuka hai vietnam mein, japan mein. to woh bhi human rights ka violation tha.</w:t>
      </w:r>
    </w:p>
    <w:p>
      <w:pPr>
        <w:jc w:val="right"/>
      </w:pPr>
      <w:r>
        <w:t>امریکہ اس سے پہلے بمبارمنٹ کر چکا ہے ویتنام میں، جاپان میں۔ تو وہ بھی ہیومن رائٹس کا وائلیشن تھا۔</w:t>
      </w:r>
    </w:p>
    <w:p>
      <w:r>
        <w:rPr>
          <w:b/>
        </w:rPr>
        <w:t xml:space="preserve">[18:32] </w:t>
      </w:r>
      <w:r>
        <w:t>to is ka dard kyun nahi aap ko? yeh human rights nahi hai, yeh muslim rights hai jis mein aap pade hue hain.</w:t>
      </w:r>
    </w:p>
    <w:p>
      <w:pPr>
        <w:jc w:val="right"/>
      </w:pPr>
      <w:r>
        <w:t>تو اس کا درد کیوں نہیں آپ کو؟ یہ ہیومن رائٹس نہیں ہے، یہ مسلم رائٹس ہے جس میں آپ پڑے ہوئے ہیں۔</w:t>
      </w:r>
    </w:p>
    <w:p>
      <w:r>
        <w:rPr>
          <w:b/>
        </w:rPr>
        <w:t xml:space="preserve">[18:40] </w:t>
      </w:r>
      <w:r>
        <w:t>mein ne kaha yeh human rights nahi hai, yeh muslim rights hai. to woh ladka thoda sa ghabra gaya.</w:t>
      </w:r>
    </w:p>
    <w:p>
      <w:pPr>
        <w:jc w:val="right"/>
      </w:pPr>
      <w:r>
        <w:t>میں نے کہا یہ ہیومن رائٹس نہیں ہے، یہ مسلم رائٹس ہے۔ تو وہ لڑکا تھوڑا سا گھبرا گیا۔</w:t>
      </w:r>
    </w:p>
    <w:p>
      <w:r>
        <w:rPr>
          <w:b/>
        </w:rPr>
        <w:t xml:space="preserve">[18:52] </w:t>
      </w:r>
      <w:r>
        <w:t>to us ke jo walid sahib the, father, jo senior the, woh aaye. kaha ke mein deta hoon, mein batata hoon aap ko ke yeh ladka jo hai american, woh us ke andar patriotism hai.</w:t>
      </w:r>
    </w:p>
    <w:p>
      <w:pPr>
        <w:jc w:val="right"/>
      </w:pPr>
      <w:r>
        <w:t>تو اس کے جو والد صاحب تھے، فادر، جو سینئر تھے، وہ آئے۔ کہا کہ میں دیتا ہوں، میں بتاتا ہوں آپ کو کہ یہ لڑکا جو ہے امریکن، وہ اس کے اندر پیٹریٹزم ہے۔</w:t>
      </w:r>
    </w:p>
    <w:p>
      <w:r>
        <w:rPr>
          <w:b/>
        </w:rPr>
        <w:t xml:space="preserve">[19:10] </w:t>
      </w:r>
      <w:r>
        <w:t>to unhon ne kya misaal di? unhon ne kaha ke mein pakistan se aaya hoon. yeh bachcha mera yahin paida hua america mein. to mein pichhle saal us ko le kar gaya pakistan.</w:t>
      </w:r>
    </w:p>
    <w:p>
      <w:pPr>
        <w:jc w:val="right"/>
      </w:pPr>
      <w:r>
        <w:t>تو انہوں نے کیا مثال دی؟ انہوں نے کہا کہ میں پاکستان سے آیا ہوں۔ یہ بچہ میرا یہیں پیدا ہوا امریکہ میں۔ تو میں پچھلے سال اس کو لے کر گیا پاکستان۔</w:t>
      </w:r>
    </w:p>
    <w:p>
      <w:r>
        <w:rPr>
          <w:b/>
        </w:rPr>
        <w:t xml:space="preserve">[19:23] </w:t>
      </w:r>
      <w:r>
        <w:t>apne saabiq watan. to wahan us ne kaha ke mein america ko miss kar raha hoon. yeh bachche ne un ke wahan kaha pakistan mein ke mein america ko miss kar raha hoon.</w:t>
      </w:r>
    </w:p>
    <w:p>
      <w:pPr>
        <w:jc w:val="right"/>
      </w:pPr>
      <w:r>
        <w:t>اپنے سابق وطن۔ تو وہاں اس نے کہا کہ میں امریکہ کو مس کر رہا ہوں۔ یہ بچے نے ان کے وہاں کہا پاکستان میں کہ میں امریکہ کو مس کر رہا ہوں۔</w:t>
      </w:r>
    </w:p>
    <w:p>
      <w:r>
        <w:rPr>
          <w:b/>
        </w:rPr>
        <w:t xml:space="preserve">[19:34] </w:t>
      </w:r>
      <w:r>
        <w:t>to yeh un ke liye proof tha ke woh america se mohabbat karta hai. mein ne kaha phir aap ghalati kar rahe hain.</w:t>
      </w:r>
    </w:p>
    <w:p>
      <w:pPr>
        <w:jc w:val="right"/>
      </w:pPr>
      <w:r>
        <w:t>تو یہ ان کے لیے پروف تھا کہ وہ امریکہ سے محبت کرتا ہے۔ میں نے کہا پھر آپ غلطی کر رہے ہیں۔</w:t>
      </w:r>
    </w:p>
    <w:p>
      <w:r>
        <w:rPr>
          <w:b/>
        </w:rPr>
        <w:t xml:space="preserve">[19:41] </w:t>
      </w:r>
      <w:r>
        <w:t>woh america ko nahi miss kar raha tha. america ki comfortable life ko miss kar raha tha woh. kyun ke pakistan mein kya hai?</w:t>
      </w:r>
    </w:p>
    <w:p>
      <w:pPr>
        <w:jc w:val="right"/>
      </w:pPr>
      <w:r>
        <w:t>وہ امریکہ کو نہیں مس کر رہا تھا۔ امریکہ کی کمفرٹیبل لائف کو مس کر رہا تھا وہ۔ کیونکہ پاکستان میں کیا ہے؟</w:t>
      </w:r>
    </w:p>
    <w:p>
      <w:r>
        <w:rPr>
          <w:b/>
        </w:rPr>
        <w:t xml:space="preserve">[19:51] </w:t>
      </w:r>
      <w:r>
        <w:t>abhi mein parh raha tha, radio sun raha tha, karachi mein hangama hai ke so aadmi maar dale. wahan america mein us ko bohat achha pani milta hai peene ke liye.</w:t>
      </w:r>
    </w:p>
    <w:p>
      <w:pPr>
        <w:jc w:val="right"/>
      </w:pPr>
      <w:r>
        <w:t>ابھی میں پڑھ رہا تھا، ریڈیو سن رہا تھا، کراچی میں ہنگامہ ہے کہ سو آدمی مار ڈالے۔ وہاں امریکہ میں اس کو بہت اچھا پانی ملتا ہے پینے کے لیے۔</w:t>
      </w:r>
    </w:p>
    <w:p>
      <w:r>
        <w:rPr>
          <w:b/>
        </w:rPr>
        <w:t xml:space="preserve">[20:03] </w:t>
      </w:r>
      <w:r>
        <w:t>achhi hawa milti hai saans lene ke liye.</w:t>
      </w:r>
    </w:p>
    <w:p>
      <w:pPr>
        <w:jc w:val="right"/>
      </w:pPr>
      <w:r>
        <w:t>اچھی ہوا ملتی ہے سانس لینے کے لیے۔</w:t>
      </w:r>
    </w:p>
    <w:p>
      <w:r>
        <w:rPr>
          <w:b/>
        </w:rPr>
        <w:t xml:space="preserve">[20:05] </w:t>
      </w:r>
      <w:r>
        <w:t>wahan us ko behtareen sarkein hain, behtareen makanat hain. behtareen khurak, ghizayen behtareen qism ki hoti hain. alternation wahan par nahi hai.</w:t>
      </w:r>
    </w:p>
    <w:p>
      <w:pPr>
        <w:jc w:val="right"/>
      </w:pPr>
      <w:r>
        <w:t>وہاں اس کو بہترین سڑکیں ہیں، بہترین مکانات ہیں۔ بہترین خوراک، غذائیں بہترین قسم کی ہوتی ہیں۔ الٹرنیشن وہاں پر نہیں ہے۔</w:t>
      </w:r>
    </w:p>
    <w:p>
      <w:r>
        <w:rPr>
          <w:b/>
        </w:rPr>
        <w:t xml:space="preserve">[20:15] </w:t>
      </w:r>
      <w:r>
        <w:t>har cheez aala standard ki hai. aur pakistan mein nahi hai. to aap ka bachcha jo hai wahan par miss kar raha tha america ki comfortable life ko, america ko nahi.</w:t>
      </w:r>
    </w:p>
    <w:p>
      <w:pPr>
        <w:jc w:val="right"/>
      </w:pPr>
      <w:r>
        <w:t>ہر چیز اعلیٰ سٹینڈرڈ کی ہے۔ اور پاکستان میں نہیں ہے۔ تو آپ کا بچہ جو ہے وہاں پر مس کر رہا تھا امریکہ کی کمفرٹیبل لائف کو، امریکہ کو نہیں۔</w:t>
      </w:r>
    </w:p>
    <w:p>
      <w:r>
        <w:rPr>
          <w:b/>
        </w:rPr>
        <w:t xml:space="preserve">[20:30] </w:t>
      </w:r>
      <w:r>
        <w:t>main ne kyun? yaani jab main ne iscotny ki to bachcha ne kaha baat ko. pehle to kaha tha ke main love karta hoon. to us ne kaha ke "i love america but with some reservations."</w:t>
      </w:r>
    </w:p>
    <w:p>
      <w:pPr>
        <w:jc w:val="right"/>
      </w:pPr>
      <w:r>
        <w:t>میں نے کیوں؟ یعنی جب میں نے اسکوٹنی کی تو بچہ نے کہا بات کو۔ پہلے تو کہا تھا کہ میں لو کرتا ہوں۔ تو اس نے کہا کہ "آئی لو امریکہ بٹ ود سم ریزرویشن۔"</w:t>
      </w:r>
    </w:p>
    <w:p>
      <w:r>
        <w:rPr>
          <w:b/>
        </w:rPr>
        <w:t xml:space="preserve">[20:44] </w:t>
      </w:r>
      <w:r>
        <w:t>to yeh yeh cheez, is ko main ne socha. to main ne socha ke shaitan yeh kar raha hai ke har mauqe par aik aik laga aata hai, aik shart.</w:t>
      </w:r>
    </w:p>
    <w:p>
      <w:pPr>
        <w:jc w:val="right"/>
      </w:pPr>
      <w:r>
        <w:t>تو یہ یہ چیز، اس کو میں نے سوچا۔ تو میں نے سوچا کہ شیطان یہ کر رہا ہے کہ ہر موقع پر ایک ایک لگا آتا ہے، ایک شرط۔</w:t>
      </w:r>
    </w:p>
    <w:p>
      <w:r>
        <w:rPr>
          <w:b/>
        </w:rPr>
        <w:t xml:space="preserve">[20:55] </w:t>
      </w:r>
      <w:r>
        <w:t>jo poori hone wali nahi hai.</w:t>
      </w:r>
    </w:p>
    <w:p>
      <w:pPr>
        <w:jc w:val="right"/>
      </w:pPr>
      <w:r>
        <w:t>جو پوری ہونے والی نہیں ہے۔</w:t>
      </w:r>
    </w:p>
    <w:p>
      <w:r>
        <w:rPr>
          <w:b/>
        </w:rPr>
        <w:t xml:space="preserve">[20:59] </w:t>
      </w:r>
      <w:r>
        <w:t>jaise shaitan ne khud shart lagai thi ke allah taala ka insaan ke baray mein apni planning ko abalash kar de. to allah taala kyun karega aisa?</w:t>
      </w:r>
    </w:p>
    <w:p>
      <w:pPr>
        <w:jc w:val="right"/>
      </w:pPr>
      <w:r>
        <w:t>جیسے شیطان نے خود شرط لگائی تھی کہ اللہ تعالیٰ کا انسان کے بارے میں اپنی پلاننگ کو ابالش کر دے۔ تو اللہ تعالیٰ کیوں کرے گا ایسا؟</w:t>
      </w:r>
    </w:p>
    <w:p>
      <w:r>
        <w:rPr>
          <w:b/>
        </w:rPr>
        <w:t xml:space="preserve">[21:11] </w:t>
      </w:r>
      <w:r>
        <w:t>to shaitan ko kya karna tha? ke allah ke mansoobay ko, alag plan ko insaan ke baray mein mante hue sajda karna tha.</w:t>
      </w:r>
    </w:p>
    <w:p>
      <w:pPr>
        <w:jc w:val="right"/>
      </w:pPr>
      <w:r>
        <w:t>تو شیطان کو کیا کرنا تھا؟ کہ اللہ کے منصوبے کو، الگ پلان کو انسان کے بارے میں مانتے ہوئے سجدہ کرنا تھا۔</w:t>
      </w:r>
    </w:p>
    <w:p>
      <w:r>
        <w:rPr>
          <w:b/>
        </w:rPr>
        <w:t xml:space="preserve">[21:21] </w:t>
      </w:r>
      <w:r>
        <w:t>shaitan ko yeh karna tha ke insaan ko khuda ne paida kiya aik plan ke tehat.</w:t>
      </w:r>
    </w:p>
    <w:p>
      <w:pPr>
        <w:jc w:val="right"/>
      </w:pPr>
      <w:r>
        <w:t>شیطان کو یہ کرنا تھا کہ انسان کو خدا نے پیدا کیا ایک پلان کے تحت۔</w:t>
      </w:r>
    </w:p>
    <w:p>
      <w:r>
        <w:rPr>
          <w:b/>
        </w:rPr>
        <w:t xml:space="preserve">[21:28] </w:t>
      </w:r>
      <w:r>
        <w:t>to allah ke plan ko mante hue usay sajda karna tha. lekin usay aik shart laga di ke khuda insaan ke baray mein apne plan ko abalash kar de.</w:t>
      </w:r>
    </w:p>
    <w:p>
      <w:pPr>
        <w:jc w:val="right"/>
      </w:pPr>
      <w:r>
        <w:t>تو اللہ کے پلان کو مانتے ہوئے اسے سجدہ کرنا تھا۔ لیکن اسے ایک شرط لگا دی کہ خدا انسان کے بارے میں اپنے پلان کو ابالش کر دے۔</w:t>
      </w:r>
    </w:p>
    <w:p>
      <w:r>
        <w:rPr>
          <w:b/>
        </w:rPr>
        <w:t xml:space="preserve">[21:38] </w:t>
      </w:r>
      <w:r>
        <w:t>to main sajda karunga. yeh hai yaani shaitan ki tendency. sari duniya ko isi mein mubtala kar rakha hai is ne.</w:t>
      </w:r>
    </w:p>
    <w:p>
      <w:pPr>
        <w:jc w:val="right"/>
      </w:pPr>
      <w:r>
        <w:t>تو میں سجدہ کروں گا۔ یہ ہے یعنی شیطان کی ٹینڈنسی۔ ساری دنیا کو اسی میں مبتلا کر رکھا ہے اس نے۔</w:t>
      </w:r>
    </w:p>
    <w:p>
      <w:r>
        <w:rPr>
          <w:b/>
        </w:rPr>
        <w:t xml:space="preserve">[21:51] </w:t>
      </w:r>
      <w:r>
        <w:t>har jagah log kya aate hain? kis mein hain phanse hue hain?</w:t>
      </w:r>
    </w:p>
    <w:p>
      <w:pPr>
        <w:jc w:val="right"/>
      </w:pPr>
      <w:r>
        <w:t>ہر جگہ لوگ کیا آتے ہیں؟ کس میں ہیں پھنسے ہوئے ہیں؟</w:t>
      </w:r>
    </w:p>
    <w:p>
      <w:r>
        <w:rPr>
          <w:b/>
        </w:rPr>
        <w:t xml:space="preserve">[21:55] </w:t>
      </w:r>
      <w:r>
        <w:t>ke aik aisi condition apne mind mein lagai hui hai jo poori hone wali nahi hai. nateeja yeh hai ke negative bani hui hai.</w:t>
      </w:r>
    </w:p>
    <w:p>
      <w:pPr>
        <w:jc w:val="right"/>
      </w:pPr>
      <w:r>
        <w:t>کہ ایک ایسی کنڈیشن اپنے مائنڈ میں لگائی ہوئی ہے جو پوری ہونے والی نہیں ہے۔ نتیجہ یہ ہے کہ نیگیٹیو بنی ہوئی ہے۔</w:t>
      </w:r>
    </w:p>
    <w:p>
      <w:r>
        <w:rPr>
          <w:b/>
        </w:rPr>
        <w:t xml:space="preserve">[22:04] </w:t>
      </w:r>
      <w:r>
        <w:t>jaise india mein dekhiye musalman chahte hain ke bjp na ho, rss na ho. to woh bohat comfortable rahenge. to aisa kaise ho sakta hai?</w:t>
      </w:r>
    </w:p>
    <w:p>
      <w:pPr>
        <w:jc w:val="right"/>
      </w:pPr>
      <w:r>
        <w:t>جیسے انڈیا میں دیکھیے مسلمان چاہتے ہیں کہ بی جے پی نہ ہو، آر ایس ایس نہ ہو۔ تو وہ بہت کمفرٹیبل رہیں گے۔ تو ایسا کیسے ہو سکتا ہے؟</w:t>
      </w:r>
    </w:p>
    <w:p>
      <w:r>
        <w:rPr>
          <w:b/>
        </w:rPr>
        <w:t xml:space="preserve">[22:15] </w:t>
      </w:r>
      <w:r>
        <w:t>jab yahan democracy hai to bjp bhi rahegi, rss bhi rahegi. woh to rahega.</w:t>
      </w:r>
    </w:p>
    <w:p>
      <w:pPr>
        <w:jc w:val="right"/>
      </w:pPr>
      <w:r>
        <w:t>جب یہاں ڈیموکریسی ہے تو بی جے پی بھی رہے گی، آر ایس ایس بھی رہے گی۔ وہ تو رہے گا۔</w:t>
      </w:r>
    </w:p>
    <w:p>
      <w:r>
        <w:rPr>
          <w:b/>
        </w:rPr>
        <w:t xml:space="preserve">[22:21] </w:t>
      </w:r>
      <w:r>
        <w:t>musalman chahte hain ke anti muslim slogan na lagen. woh lagega. kyunke democracy hai yahan par. aise hi dekhiye aap musalman chahte hain ke sahib koi cartoon na chhape un ke peghambar ke khilaf.</w:t>
      </w:r>
    </w:p>
    <w:p>
      <w:pPr>
        <w:jc w:val="right"/>
      </w:pPr>
      <w:r>
        <w:t>مسلمان چاہتے ہیں کہ اینٹی مسلم سلوگن نہ لگیں۔ وہ لگے گا۔ کیونکہ ڈیموکریسی ہے یہاں پر۔ ایسے ہی دیکھیے آپ مسلمان چاہتے ہیں کہ صاحب کوئی کارٹون نہ چھپے ان کے پیغمبر کے خلاف۔</w:t>
      </w:r>
    </w:p>
    <w:p>
      <w:r>
        <w:rPr>
          <w:b/>
        </w:rPr>
        <w:t xml:space="preserve">[22:35] </w:t>
      </w:r>
      <w:r>
        <w:t>woh to chhapega. aap bhi azaad hain, woh bhi azaad hain. to aik aisi condition lagai hui hain jo condition poori hone wali nahi hai.</w:t>
      </w:r>
    </w:p>
    <w:p>
      <w:pPr>
        <w:jc w:val="right"/>
      </w:pPr>
      <w:r>
        <w:t>وہ تو چھپے گا۔ آپ بھی آزاد ہیں، وہ بھی آزاد ہیں۔ تو ایک ایسی کنڈیشن لگائی ہوئی ہیں جو کنڈیشن پوری ہونے والی نہیں ہے۔</w:t>
      </w:r>
    </w:p>
    <w:p>
      <w:r>
        <w:rPr>
          <w:b/>
        </w:rPr>
        <w:t xml:space="preserve">[22:45] </w:t>
      </w:r>
      <w:r>
        <w:t>is liye negative bani hui hain. sab ka haal yahi hai.</w:t>
      </w:r>
    </w:p>
    <w:p>
      <w:pPr>
        <w:jc w:val="right"/>
      </w:pPr>
      <w:r>
        <w:t>اس لیے نیگیٹیو بنی ہوئی ہیں۔ سب کا حال یہی ہے۔</w:t>
      </w:r>
    </w:p>
    <w:p>
      <w:r>
        <w:rPr>
          <w:b/>
        </w:rPr>
        <w:t xml:space="preserve">[22:52] </w:t>
      </w:r>
      <w:r>
        <w:t>yeh sab shaitan ne laga rakha hai. phir aik bohat bari baat meri samajh mein aayi. ke khaas taur par musalmanon ke baray mein.</w:t>
      </w:r>
    </w:p>
    <w:p>
      <w:pPr>
        <w:jc w:val="right"/>
      </w:pPr>
      <w:r>
        <w:t>یہ سب شیطان نے لگا رکھا ہے۔ پھر ایک بہت بڑی بات میری سمجھ میں آئی۔ کہ خاص طور پر مسلمانوں کے بارے میں۔</w:t>
      </w:r>
    </w:p>
    <w:p>
      <w:r>
        <w:rPr>
          <w:b/>
        </w:rPr>
        <w:t xml:space="preserve">[23:06] </w:t>
      </w:r>
      <w:r>
        <w:t>aur doosron ke baray mein bhi.</w:t>
      </w:r>
    </w:p>
    <w:p>
      <w:pPr>
        <w:jc w:val="right"/>
      </w:pPr>
      <w:r>
        <w:t>اور دوسروں کے بارے میں بھی۔</w:t>
      </w:r>
    </w:p>
    <w:p>
      <w:r>
        <w:rPr>
          <w:b/>
        </w:rPr>
        <w:t xml:space="preserve">[23:11] </w:t>
      </w:r>
      <w:r>
        <w:t>ke bohat bari bari blessing humein mili hui hai. jo humein ke shukr paida kare.</w:t>
      </w:r>
    </w:p>
    <w:p>
      <w:pPr>
        <w:jc w:val="right"/>
      </w:pPr>
      <w:r>
        <w:t>کہ بہت بڑی بڑی بلیسنگ ہمیں ملی ہوئی ہے۔ جو ہمیں کہ شکر پیدا کرے۔</w:t>
      </w:r>
    </w:p>
    <w:p>
      <w:r>
        <w:rPr>
          <w:b/>
        </w:rPr>
        <w:t xml:space="preserve">[23:21] </w:t>
      </w:r>
      <w:r>
        <w:t>hum positive thinking paida kare humein. lekin koi aik aisi cheez le kar ke hum negative bane hue hain. aur is se hum yaani hum positive thinking ban nahi paati hamare andar.</w:t>
      </w:r>
    </w:p>
    <w:p>
      <w:pPr>
        <w:jc w:val="right"/>
      </w:pPr>
      <w:r>
        <w:t>ہم پازیٹیو تھنکنگ پیدا کرے ہمیں۔ لیکن کوئی ایک ایسی چیز لے کر کے ہم نیگیٹیو بنے ہوئے ہیں۔ اور اس سے ہم یعنی ہم پازیٹیو تھنکنگ بن نہیں پاتی ہمارے اندر۔</w:t>
      </w:r>
    </w:p>
    <w:p>
      <w:r>
        <w:rPr>
          <w:b/>
        </w:rPr>
        <w:t xml:space="preserve">[23:35] </w:t>
      </w:r>
      <w:r>
        <w:t>is ki main misaal deta hoon aap ko. dekhiye</w:t>
      </w:r>
    </w:p>
    <w:p>
      <w:pPr>
        <w:jc w:val="right"/>
      </w:pPr>
      <w:r>
        <w:t>اس کی میں مثال دیتا ہوں آپ کو۔ دیکھیے</w:t>
      </w:r>
    </w:p>
    <w:p>
      <w:r>
        <w:rPr>
          <w:b/>
        </w:rPr>
        <w:t xml:space="preserve">[23:43] </w:t>
      </w:r>
      <w:r>
        <w:t>aik baat jo mujhe abhi is safar mein, america ke safar mein balkeh discovery hui. main aur bohat si baatein main ne wahan jani hain wahan ke safar mein.</w:t>
      </w:r>
    </w:p>
    <w:p>
      <w:pPr>
        <w:jc w:val="right"/>
      </w:pPr>
      <w:r>
        <w:t>ایک بات جو مجھے ابھی اس سفر میں، امریکہ کے سفر میں بلکہ ڈسکور ہوئی۔ میں اور بہت سی باتیں میں نے وہاں جانی ہیں وہاں کے سفر میں۔</w:t>
      </w:r>
    </w:p>
    <w:p>
      <w:r>
        <w:rPr>
          <w:b/>
        </w:rPr>
        <w:t xml:space="preserve">[23:51] </w:t>
      </w:r>
      <w:r>
        <w:t>yeh bhi aik aik bari discovery hui wahan par. ke rasool allah sallallahu alaihi wasallam jo peghambar islam hain.</w:t>
      </w:r>
    </w:p>
    <w:p>
      <w:pPr>
        <w:jc w:val="right"/>
      </w:pPr>
      <w:r>
        <w:t>یہ بھی ایک ایک بڑی ڈسکوری ہوئی وہاں پر۔ کہ رسول اللہ صلی اللہ علیہ وسلم جو پیغمبر اسلام ہیں۔</w:t>
      </w:r>
    </w:p>
    <w:p>
      <w:r>
        <w:rPr>
          <w:b/>
        </w:rPr>
        <w:t xml:space="preserve">[24:02] </w:t>
      </w:r>
      <w:r>
        <w:t>woh aik hadees mein aata hai ke "ana rahmatan muhdattan" . is ka matlab yeh hai ke "i am a divine gift to mankind".</w:t>
      </w:r>
    </w:p>
    <w:p>
      <w:pPr>
        <w:jc w:val="right"/>
      </w:pPr>
      <w:r>
        <w:t>وہ ایک حدیث میں آتا ہے کہ "أنا رحمة مهداة"۔ اس کا مطلب یہ ہے کہ "I am a divine gift to mankind"۔</w:t>
      </w:r>
    </w:p>
    <w:p>
      <w:r>
        <w:rPr>
          <w:b/>
        </w:rPr>
        <w:t xml:space="preserve">[24:18] </w:t>
      </w:r>
      <w:r>
        <w:t>yaani peghambar islam insaan ke liye aik divine gift hai. bohat ajeeb yeh hadees hai.</w:t>
      </w:r>
    </w:p>
    <w:p>
      <w:pPr>
        <w:jc w:val="right"/>
      </w:pPr>
      <w:r>
        <w:t>یعنی پیغمبر اسلام انسان کے لیے ایک divine gift ہے۔ بہت عجیب یہ حدیث ہے۔</w:t>
      </w:r>
    </w:p>
    <w:p>
      <w:r>
        <w:rPr>
          <w:b/>
        </w:rPr>
        <w:t xml:space="preserve">[24:28] </w:t>
      </w:r>
      <w:r>
        <w:t>is ka matlab yeh hai ke hazaron hazar saal se Allah taala peghambar bhejte rahe.</w:t>
      </w:r>
    </w:p>
    <w:p>
      <w:pPr>
        <w:jc w:val="right"/>
      </w:pPr>
      <w:r>
        <w:t>اس کا مطلب یہ ہے کہ ہزاروں ہزار سال سے اللہ تعالیٰ پیغمبر بھیجتے رہے۔</w:t>
      </w:r>
    </w:p>
    <w:p>
      <w:r>
        <w:rPr>
          <w:b/>
        </w:rPr>
        <w:t xml:space="preserve">[24:38] </w:t>
      </w:r>
      <w:r>
        <w:t>taake insaan ke liye hidayat ka saaman ho.</w:t>
      </w:r>
    </w:p>
    <w:p>
      <w:pPr>
        <w:jc w:val="right"/>
      </w:pPr>
      <w:r>
        <w:t>تاکہ انسان کے لیے ہدایت کا سامان ہو۔</w:t>
      </w:r>
    </w:p>
    <w:p>
      <w:r>
        <w:rPr>
          <w:b/>
        </w:rPr>
        <w:t xml:space="preserve">[24:43] </w:t>
      </w:r>
      <w:r>
        <w:t>lekin insaan ne har peghambar ko saath woh muamla kiya jis ko quran mein aaya hai ke "luyudhidu bilhaqq"۔ dahd kiya۔ dahd ke maani hain un ko niliyify karna, batil kar dena.</w:t>
      </w:r>
    </w:p>
    <w:p>
      <w:pPr>
        <w:jc w:val="right"/>
      </w:pPr>
      <w:r>
        <w:t>لیکن انسان نے ہر پیغمبر کو ساتھ وہ معاملہ کیا جس کو قرآن میں آیا ہے کہ "لَيُدْهِدُوا بِالْحَقِّ"۔ دہض کیا۔ دہض کے معنی ہیں ان کو نلیفائی کرنا، باطل کر دینا۔</w:t>
      </w:r>
    </w:p>
    <w:p>
      <w:r>
        <w:rPr>
          <w:b/>
        </w:rPr>
        <w:t xml:space="preserve">[24:58] </w:t>
      </w:r>
      <w:r>
        <w:t>chunaanche kya hua? kisi peghambar ki history nahi bani. kisi peghambar ki life record nahi hui. kisi peghambar ki jo live kitaab mehfooz nahi rahi.</w:t>
      </w:r>
    </w:p>
    <w:p>
      <w:pPr>
        <w:jc w:val="right"/>
      </w:pPr>
      <w:r>
        <w:t>چنانچہ کیا ہوا؟ کسی پیغمبر کی ہسٹری نہیں بنی۔ کسی پیغمبر کی لائف ریکارڈ نہیں ہوئی۔ کسی پیغمبر کی جو لائیو کتاب محفوظ نہیں رہی۔</w:t>
      </w:r>
    </w:p>
    <w:p>
      <w:r>
        <w:rPr>
          <w:b/>
        </w:rPr>
        <w:t xml:space="preserve">[25:14] </w:t>
      </w:r>
      <w:r>
        <w:t>chunaanche yeh kya hua ke hidayat ka jo saaman hai authentic way mein record mein nahi aaya. to Allah taala ne chaha ke yeh soorathal khatam ho to Allah taala ne history mein intervene kiya.</w:t>
      </w:r>
    </w:p>
    <w:p>
      <w:pPr>
        <w:jc w:val="right"/>
      </w:pPr>
      <w:r>
        <w:t>چنانچہ یہ کیا ہوا کہ ہدایت کا جو سامان ہے آتھینٹک وے میں ریکارڈ میں نہیں آیا۔ تو اللہ تعالیٰ نے چاہا کہ یہ صورتحال ختم ہو تو اللہ تعالیٰ نے ہسٹری میں انٹروین کیا۔</w:t>
      </w:r>
    </w:p>
    <w:p>
      <w:r>
        <w:rPr>
          <w:b/>
        </w:rPr>
        <w:t xml:space="preserve">[25:27] </w:t>
      </w:r>
      <w:r>
        <w:t>yeh jo hadith hai ke "I am a divine gift to mankind" yeh isi taraf ishara hai.</w:t>
      </w:r>
    </w:p>
    <w:p>
      <w:pPr>
        <w:jc w:val="right"/>
      </w:pPr>
      <w:r>
        <w:t>یہ جو حدیث ہے کہ "I am a divine gift to mankind" یہ اسی طرف اشارہ ہے۔</w:t>
      </w:r>
    </w:p>
    <w:p>
      <w:r>
        <w:rPr>
          <w:b/>
        </w:rPr>
        <w:t xml:space="preserve">[25:38] </w:t>
      </w:r>
      <w:r>
        <w:t>Allah taala ne intervene kar ke aise halaat paida kiye. ke ek aisa Nabi, khatamun nabiyyin, woh kaam karein jo pichle nabiyon ki tarah nahi ho nahi ho saka tha.</w:t>
      </w:r>
    </w:p>
    <w:p>
      <w:pPr>
        <w:jc w:val="right"/>
      </w:pPr>
      <w:r>
        <w:t>اللہ تعالیٰ نے انٹروین کر کے ایسے حالات پیدا کیے۔ کہ ایک ایسا نبی، خاتم النبیین، وہ کام کریں جو پچھلے نبیوں کی طرح نہیں ہو نہیں ہو سکا تھا۔</w:t>
      </w:r>
    </w:p>
    <w:p>
      <w:r>
        <w:rPr>
          <w:b/>
        </w:rPr>
        <w:t xml:space="preserve">[25:54] </w:t>
      </w:r>
      <w:r>
        <w:t>yaani ek ek authentic version of divine guidance.</w:t>
      </w:r>
    </w:p>
    <w:p>
      <w:pPr>
        <w:jc w:val="right"/>
      </w:pPr>
      <w:r>
        <w:t>یعنی ایک ایک آتھینٹک ورژن آف ڈیوائن گائیڈنس۔</w:t>
      </w:r>
    </w:p>
    <w:p>
      <w:r>
        <w:rPr>
          <w:b/>
        </w:rPr>
        <w:t xml:space="preserve">[26:05] </w:t>
      </w:r>
      <w:r>
        <w:t>hazaron peghambar aaye is se pehle. lekin authentic version of divine guidance ban nahi saka.</w:t>
      </w:r>
    </w:p>
    <w:p>
      <w:pPr>
        <w:jc w:val="right"/>
      </w:pPr>
      <w:r>
        <w:t>ہزاروں پیغمبر آئے اس سے پہلے۔ لیکن آتھینٹک ورژن آف ڈیوائن گائیڈنس بن نہیں سکا۔</w:t>
      </w:r>
    </w:p>
    <w:p>
      <w:r>
        <w:rPr>
          <w:b/>
        </w:rPr>
        <w:t xml:space="preserve">[26:14] </w:t>
      </w:r>
      <w:r>
        <w:t>kyun ke "luyudhidu bilhaqq" ka muamla kiya hai insaan ne. is ko batil karna, is ko mitana, is ko maarna, is ko yeh karna, woh karna.</w:t>
      </w:r>
    </w:p>
    <w:p>
      <w:pPr>
        <w:jc w:val="right"/>
      </w:pPr>
      <w:r>
        <w:t>کیونکہ "لَيُدْهِدُوا بِالْحَقِّ" کا معاملہ کیا ہے انسان نے۔ اس کو باطل کرنا، اس کو مٹانا، اس کو مارنا، اس کو یہ کرنا، وہ کرنا۔</w:t>
      </w:r>
    </w:p>
    <w:p>
      <w:r>
        <w:rPr>
          <w:b/>
        </w:rPr>
        <w:t xml:space="preserve">[26:23] </w:t>
      </w:r>
      <w:r>
        <w:t>to Allah taala ne intervene kar ke yeh soorathal paida ki ke hidayat ka, divine guidance ka ek authentic version tayyar ho jaye.</w:t>
      </w:r>
    </w:p>
    <w:p>
      <w:pPr>
        <w:jc w:val="right"/>
      </w:pPr>
      <w:r>
        <w:t>تو اللہ تعالیٰ نے انٹروین کر کے یہ صورتحال پیدا کی کہ ہدایت کا، ڈیوائن گائیڈنس کا ایک آتھینٹک ورژن تیار ہو جائے۔</w:t>
      </w:r>
    </w:p>
    <w:p>
      <w:r>
        <w:rPr>
          <w:b/>
        </w:rPr>
        <w:t xml:space="preserve">[26:34] </w:t>
      </w:r>
      <w:r>
        <w:t>yeh jo aap dekhte hain ke quran jo hai woh mehfooz hai. peghambar Islam ki life recorded mehfooz hai. sahaba ki zindagiyaan sab record mein likhi hui maujood hain.</w:t>
      </w:r>
    </w:p>
    <w:p>
      <w:pPr>
        <w:jc w:val="right"/>
      </w:pPr>
      <w:r>
        <w:t>یہ جو آپ دیکھتے ہیں کہ قرآن جو ہے وہ محفوظ ہے۔ پیغمبر اسلام کی لائف ریکارڈڈ محفوظ ہے۔ صحابہ کی زندگیاں سب ریکارڈ میں لکھی ہوئی موجود ہیں۔</w:t>
      </w:r>
    </w:p>
    <w:p>
      <w:r>
        <w:rPr>
          <w:b/>
        </w:rPr>
        <w:t xml:space="preserve">[26:49] </w:t>
      </w:r>
      <w:r>
        <w:t>yaani aaj aap library mein ja kar ke isi tarah jaan sakte hain Rasool Allah ko jis tarah se un ke contemporary jaana tha. Rasool Allah ke contemporary jo the jis tarah woh nahi jaana tha ke peghambar kya keh</w:t>
      </w:r>
    </w:p>
    <w:p>
      <w:pPr>
        <w:jc w:val="right"/>
      </w:pPr>
      <w:r>
        <w:t>یعنی آج آپ لائبریری میں جا کر کے اسی طرح جان سکتے ہیں رسول اللہ کو جس طرح سے ان کے کنٹیمپریری جانا تھا۔ رسول اللہ کے کنٹیمپریری جو تھے جس طرح وہ نہیں جانا تھا کہ پیغمبر کیا کہہ</w:t>
      </w:r>
    </w:p>
    <w:p>
      <w:r>
        <w:rPr>
          <w:b/>
        </w:rPr>
        <w:t xml:space="preserve">[27:03] </w:t>
      </w:r>
      <w:r>
        <w:t>raha hai, peghambar ki live kitaab kya hai, peghambar ke ashaab ki zindagiyaan kya hain. isi tarah aaj jaan sakte hain aap.</w:t>
      </w:r>
    </w:p>
    <w:p>
      <w:pPr>
        <w:jc w:val="right"/>
      </w:pPr>
      <w:r>
        <w:t>رہا ہے، پیغمبر کی لائیو کتاب کیا ہے، پیغمبر کے اصحاب کی زندگیاں کیا ہیں۔ اسی طرح آج جان سکتے ہیں آپ۔</w:t>
      </w:r>
    </w:p>
    <w:p>
      <w:r>
        <w:rPr>
          <w:b/>
        </w:rPr>
        <w:t xml:space="preserve">[27:13] </w:t>
      </w:r>
      <w:r>
        <w:t>sab kuch bohat hi authentic way mein record ho gayi kitabon mein woh maujood hai.</w:t>
      </w:r>
    </w:p>
    <w:p>
      <w:pPr>
        <w:jc w:val="right"/>
      </w:pPr>
      <w:r>
        <w:t>سب کچھ بہت ہی آتھینٹک وے میں ریکارڈ ہو گئی کتابوں میں وہ موجود ہے۔</w:t>
      </w:r>
    </w:p>
    <w:p>
      <w:r>
        <w:rPr>
          <w:b/>
        </w:rPr>
        <w:t xml:space="preserve">[27:22] </w:t>
      </w:r>
      <w:r>
        <w:t>mein khud is se guzra hoon. lekin naujawani ki umar mein mere andar kya hua? talash ka jazba paida hua. haq ki talash.</w:t>
      </w:r>
    </w:p>
    <w:p>
      <w:pPr>
        <w:jc w:val="right"/>
      </w:pPr>
      <w:r>
        <w:t>میں خود اس سے گزرا ہوں۔ لیکن نوجوانی کی عمر میں میرے اندر کیا ہوا؟ تلاش کا جذبہ پیدا ہوا۔ حق کی تلاش۔</w:t>
      </w:r>
    </w:p>
    <w:p>
      <w:r>
        <w:rPr>
          <w:b/>
        </w:rPr>
        <w:t xml:space="preserve">[27:32] </w:t>
      </w:r>
      <w:r>
        <w:t>mein seeker ban gaya.</w:t>
      </w:r>
    </w:p>
    <w:p>
      <w:pPr>
        <w:jc w:val="right"/>
      </w:pPr>
      <w:r>
        <w:t>میں سیکر بن گیا۔</w:t>
      </w:r>
    </w:p>
    <w:p>
      <w:r>
        <w:rPr>
          <w:b/>
        </w:rPr>
        <w:t xml:space="preserve">[27:33] </w:t>
      </w:r>
      <w:r>
        <w:t>ab bilkul mein ek deewangi ke alam mein raha. ke kya hai insaan? kyun? yaani kyun mujhe paida kiya gaya?</w:t>
      </w:r>
    </w:p>
    <w:p>
      <w:pPr>
        <w:jc w:val="right"/>
      </w:pPr>
      <w:r>
        <w:t>اب بالکل میں ایک دیوانگی کے عالم میں رہا۔ کہ کیا ہے انسان؟ کیوں؟ یعنی کیوں مجھے پیدا کیا گیا؟</w:t>
      </w:r>
    </w:p>
    <w:p>
      <w:r>
        <w:rPr>
          <w:b/>
        </w:rPr>
        <w:t xml:space="preserve">[27:44] </w:t>
      </w:r>
      <w:r>
        <w:t>kya purpose hai meri life ka? sachai ko kahan jaana hai hum? sachai ko jaane ka source, authentic source kya hai?</w:t>
      </w:r>
    </w:p>
    <w:p>
      <w:pPr>
        <w:jc w:val="right"/>
      </w:pPr>
      <w:r>
        <w:t>کیا پرپس ہے میری لائف کا؟ سچائی کو کہاں جانا ہے ہم؟ سچائی کو جانے کا سورس، آتھینٹک سورس کیا ہے؟</w:t>
      </w:r>
    </w:p>
    <w:p>
      <w:r>
        <w:rPr>
          <w:b/>
        </w:rPr>
        <w:t xml:space="preserve">[27:54] </w:t>
      </w:r>
      <w:r>
        <w:t>isi mein mein barson pareshan raha. to har insaan ka yeh masla hai ke woh jaane is haqeeqat ko.</w:t>
      </w:r>
    </w:p>
    <w:p>
      <w:pPr>
        <w:jc w:val="right"/>
      </w:pPr>
      <w:r>
        <w:t>اسی میں میں برسوں پریشان رہا۔ تو ہر انسان کا یہ مسئلہ ہے کہ وہ جانے اس حقیقت کو۔</w:t>
      </w:r>
    </w:p>
    <w:p>
      <w:r>
        <w:rPr>
          <w:b/>
        </w:rPr>
        <w:t xml:space="preserve">[28:03] </w:t>
      </w:r>
      <w:r>
        <w:t>apne bare mein jaane aur life ke bare mein jaane. aur creator ki taraf se kya guide mili hai is ko woh jaane.</w:t>
      </w:r>
    </w:p>
    <w:p>
      <w:pPr>
        <w:jc w:val="right"/>
      </w:pPr>
      <w:r>
        <w:t>اپنے بارے میں جانے اور لائف کے بارے میں جانے۔ اور کریٹر کی طرف سے کیا گائیڈ ملی ہے اس کو وہ جانے۔</w:t>
      </w:r>
    </w:p>
    <w:p>
      <w:r>
        <w:rPr>
          <w:b/>
        </w:rPr>
        <w:t xml:space="preserve">[28:14] </w:t>
      </w:r>
      <w:r>
        <w:t>kya guidance mili hai is ko woh jaane. taake woh conviction ke saath duniya mein jee sake. to mujhe woh us waqt conviction nahi hota tha.</w:t>
      </w:r>
    </w:p>
    <w:p>
      <w:pPr>
        <w:jc w:val="right"/>
      </w:pPr>
      <w:r>
        <w:t>کیا گائیڈنس ملی ہے اس کو وہ جانے۔ تاکہ وہ کنوکشن کے ساتھ دنیا میں جی سکے۔ تو مجھے وہ اس وقت کنوکشن نہیں ہوتا تھا۔</w:t>
      </w:r>
    </w:p>
    <w:p>
      <w:r>
        <w:rPr>
          <w:b/>
        </w:rPr>
        <w:t xml:space="preserve">[28:25] </w:t>
      </w:r>
      <w:r>
        <w:t>lekin jab maine discover kiya tab mujhe conviction aaya.</w:t>
      </w:r>
    </w:p>
    <w:p>
      <w:pPr>
        <w:jc w:val="right"/>
      </w:pPr>
      <w:r>
        <w:t>لیکن جب میں نے ڈسکور کیا تب مجھے کنوکشن آیا۔</w:t>
      </w:r>
    </w:p>
    <w:p>
      <w:r>
        <w:rPr>
          <w:b/>
        </w:rPr>
        <w:t xml:space="preserve">[28:31] </w:t>
      </w:r>
      <w:r>
        <w:t>to yaqeen ke saath jeene ke liye, sahi raaste par chalne ke liye, aur woh lifestyle apnane ke liye jo aakhir mein aap ko paradise tak pahunchaye yeh sab insaan ki zaroorat hai.</w:t>
      </w:r>
    </w:p>
    <w:p>
      <w:pPr>
        <w:jc w:val="right"/>
      </w:pPr>
      <w:r>
        <w:t>تو یقین کے ساتھ جینے کے لیے، صحیح راستے پر چلنے کے لیے، اور وہ لائف اسٹائل اپنانے کے لیے جو آخر میں آپ کو پارڈائز تک پہنچائے یہ سب انسان کی ضرورت ہے۔</w:t>
      </w:r>
    </w:p>
    <w:p>
      <w:r>
        <w:rPr>
          <w:b/>
        </w:rPr>
        <w:t xml:space="preserve">[28:45] </w:t>
      </w:r>
      <w:r>
        <w:t>har peghambar isi liye aaya. lekin peghambaron ki zindagi ka, un ke kalam ka koi record nahi bana. authentic record.</w:t>
      </w:r>
    </w:p>
    <w:p>
      <w:pPr>
        <w:jc w:val="right"/>
      </w:pPr>
      <w:r>
        <w:t>ہر پیغمبر اسی لیے آیا۔ لیکن پیغمبروں کی زندگی کا، ان کے کلام کا کوئی ریکارڈ نہیں بنا۔ آتھینٹک ریکارڈ۔</w:t>
      </w:r>
    </w:p>
    <w:p>
      <w:r>
        <w:rPr>
          <w:b/>
        </w:rPr>
        <w:t xml:space="preserve">[28:55] </w:t>
      </w:r>
      <w:r>
        <w:t>to woh fiction ban gaye, fiction. ab mythology ban gaye woh.</w:t>
      </w:r>
    </w:p>
    <w:p>
      <w:pPr>
        <w:jc w:val="right"/>
      </w:pPr>
      <w:r>
        <w:t>تو وہ فکشن بن گئے، فکشن۔ اب مائتھالوجی بن گئے وہ۔</w:t>
      </w:r>
    </w:p>
    <w:p>
      <w:r>
        <w:rPr>
          <w:b/>
        </w:rPr>
        <w:t xml:space="preserve">[29:01] </w:t>
      </w:r>
      <w:r>
        <w:t>rasool Allah ke liye kya hua? quran mein dekhiye ek ayat hai "asā yabaʿthuka rabbuka maqāman maḥmūdan".</w:t>
      </w:r>
    </w:p>
    <w:p>
      <w:pPr>
        <w:jc w:val="right"/>
      </w:pPr>
      <w:r>
        <w:t>رسول اللہ کے لیے کیا ہوا؟ قرآن میں دیکھیے ایک آیت ہے "عَسٰی یَبَثُكَ رَبَّكَ مَقَامًا مَحْمُودًا"۔</w:t>
      </w:r>
    </w:p>
    <w:p>
      <w:r>
        <w:rPr>
          <w:b/>
        </w:rPr>
        <w:t xml:space="preserve">[29:10] </w:t>
      </w:r>
      <w:r>
        <w:t>khuda tumhein maqam e mahmood par khara karega. maqam e mahmood ke mani hote hain lafzi mani hain ke tareef kiya hua maqam.</w:t>
      </w:r>
    </w:p>
    <w:p>
      <w:pPr>
        <w:jc w:val="right"/>
      </w:pPr>
      <w:r>
        <w:t>خدا تمہیں مقام محمود پر کھڑا کرے گا۔ مقام محمود کے معنی ہوتے ہیں لفظی معنی ہیں کہ تعریف کیا ہوا مقام۔</w:t>
      </w:r>
    </w:p>
    <w:p>
      <w:r>
        <w:rPr>
          <w:b/>
        </w:rPr>
        <w:t xml:space="preserve">[29:20] </w:t>
      </w:r>
      <w:r>
        <w:t>jis ki tareef ki gayi ho. to matlab is ka hai yani historically acknowledged prophet.</w:t>
      </w:r>
    </w:p>
    <w:p>
      <w:pPr>
        <w:jc w:val="right"/>
      </w:pPr>
      <w:r>
        <w:t>جس کی تعریف کی گئی ہو۔ تو مطلب اس کا ہے یعنی ہسٹوریکلی ایکنالجڈ پرافٹ۔</w:t>
      </w:r>
    </w:p>
    <w:p>
      <w:r>
        <w:rPr>
          <w:b/>
        </w:rPr>
        <w:t xml:space="preserve">[29:28] </w:t>
      </w:r>
      <w:r>
        <w:t>maqam e mahmood ka matlab hai historically acknowledged prophet. matlab ek aisa prophet wajood mein aayega jo historically acknowledged ho.</w:t>
      </w:r>
    </w:p>
    <w:p>
      <w:pPr>
        <w:jc w:val="right"/>
      </w:pPr>
      <w:r>
        <w:t>مقام محمود کا مطلب ہے ہسٹوریکلی ایکنالجڈ پرافٹ۔ مطلب ایک ایسا پرافٹ وجود میں آئے گا جو ہسٹوریکلی ایکنالجڈ ہو۔</w:t>
      </w:r>
    </w:p>
    <w:p>
      <w:r>
        <w:rPr>
          <w:b/>
        </w:rPr>
        <w:t xml:space="preserve">[29:41] </w:t>
      </w:r>
      <w:r>
        <w:t>pichle prophet ka, is ka case bhi aisa nahi hai.</w:t>
      </w:r>
    </w:p>
    <w:p>
      <w:pPr>
        <w:jc w:val="right"/>
      </w:pPr>
      <w:r>
        <w:t>پچھلے پرافٹ کا، اس کا کیس بھی ایسا نہیں ہے۔</w:t>
      </w:r>
    </w:p>
    <w:p>
      <w:r>
        <w:rPr>
          <w:b/>
        </w:rPr>
        <w:t xml:space="preserve">[29:46] </w:t>
      </w:r>
      <w:r>
        <w:t>hata ke rasool Allah ke pehle aakhri zamane ke jo peghambar hain Hazrat Masih un ke bare mein ek European scholar kehta hai ke historically it is quite doubtful whether Christ ever existed at all.</w:t>
      </w:r>
    </w:p>
    <w:p>
      <w:pPr>
        <w:jc w:val="right"/>
      </w:pPr>
      <w:r>
        <w:t>حتیٰ کہ رسول اللہ کے پہلے آخری زمانے کے جو پیغمبر ہیں حضرت مسیح ان کے بارے میں ایک یورپین سکالر کہتا ہے کہ ہسٹوریکلی اٹ از کوائٹ ڈاؤٹ فل ویدر کرائسٹ ایور ایگزسٹڈ ایٹ آل۔</w:t>
      </w:r>
    </w:p>
    <w:p>
      <w:r>
        <w:rPr>
          <w:b/>
        </w:rPr>
        <w:t xml:space="preserve">[30:04] </w:t>
      </w:r>
      <w:r>
        <w:t>to insan jo hai is ko sab se bari cheez chahiye thi ke woh jaane historically acknowledged prophet konsa hai.</w:t>
      </w:r>
    </w:p>
    <w:p>
      <w:pPr>
        <w:jc w:val="right"/>
      </w:pPr>
      <w:r>
        <w:t>تو انسان جو ہے اس کو سب سے بڑی چیز چاہیے تھی کہ وہ جانے ہسٹوریکلی ایکنالجڈ پرافٹ کونسا ہے۔</w:t>
      </w:r>
    </w:p>
    <w:p>
      <w:r>
        <w:rPr>
          <w:b/>
        </w:rPr>
        <w:t xml:space="preserve">[30:15] </w:t>
      </w:r>
      <w:r>
        <w:t>hist</w:t>
      </w:r>
    </w:p>
    <w:p>
      <w:pPr>
        <w:jc w:val="right"/>
      </w:pPr>
      <w:r>
        <w:t>ہسٹ</w:t>
      </w:r>
    </w:p>
    <w:p>
      <w:r>
        <w:rPr>
          <w:b/>
        </w:rPr>
        <w:t xml:space="preserve">[30:16] </w:t>
      </w:r>
      <w:r>
        <w:t>orically established guidance konsi hai. historically preserved book konsi hai. yeh Allah taala ne kiya rasool Allah ke zariye se.</w:t>
      </w:r>
    </w:p>
    <w:p>
      <w:pPr>
        <w:jc w:val="right"/>
      </w:pPr>
      <w:r>
        <w:t>وریکلی اسٹیبلشڈ گائیڈنس کونسی ہے۔ ہسٹوریکلی پریزرو بک کونسی ہے۔ یہ اللہ تعالیٰ نے کیا رسول اللہ کے ذریعے سے۔</w:t>
      </w:r>
    </w:p>
    <w:p>
      <w:r>
        <w:rPr>
          <w:b/>
        </w:rPr>
        <w:t xml:space="preserve">[30:25] </w:t>
      </w:r>
      <w:r>
        <w:t>aur yeh tha divine intervention. isi liye aap ne farmaya ke main "I am a divine gift to mankind".</w:t>
      </w:r>
    </w:p>
    <w:p>
      <w:pPr>
        <w:jc w:val="right"/>
      </w:pPr>
      <w:r>
        <w:t>اور یہ تھا ڈیوائن انٹروینشن۔ اسی لیے آپ نے فرمایا کہ میں "آئی ایم اے ڈیوائن گفٹ ٹو مین کائنڈ"۔</w:t>
      </w:r>
    </w:p>
    <w:p>
      <w:r>
        <w:rPr>
          <w:b/>
        </w:rPr>
        <w:t xml:space="preserve">[30:35] </w:t>
      </w:r>
      <w:r>
        <w:t>yeh saada baat nahi hai.</w:t>
      </w:r>
    </w:p>
    <w:p>
      <w:pPr>
        <w:jc w:val="right"/>
      </w:pPr>
      <w:r>
        <w:t>یہ سادہ بات نہیں ہے۔</w:t>
      </w:r>
    </w:p>
    <w:p>
      <w:r>
        <w:rPr>
          <w:b/>
        </w:rPr>
        <w:t xml:space="preserve">[30:39] </w:t>
      </w:r>
      <w:r>
        <w:t>"asā yabaʿthuka rabbuka maḥmūdan" isi ki taraf ishara hai. ke pichle nabiyon ke zamane mein dahdh ka mamla kya insan ne.</w:t>
      </w:r>
    </w:p>
    <w:p>
      <w:pPr>
        <w:jc w:val="right"/>
      </w:pPr>
      <w:r>
        <w:t>"عَسٰی یَبَثُكَ رَبَّكَ مَحْمُودًا" اسی کی طرف اشارہ ہے۔ کہ پچھلے نبیوں کے زمانے میں دہض کا معاملہ کیا انسان نے۔</w:t>
      </w:r>
    </w:p>
    <w:p>
      <w:r>
        <w:rPr>
          <w:b/>
        </w:rPr>
        <w:t xml:space="preserve">[30:51] </w:t>
      </w:r>
      <w:r>
        <w:t>dahdh ka matlab hota hai mita dalna, nullify karna. is ko batil sabit karna. to insan karta raha, karta raha. kyunke Allah taala ne insan ko azadi di hai, azadi.</w:t>
      </w:r>
    </w:p>
    <w:p>
      <w:pPr>
        <w:jc w:val="right"/>
      </w:pPr>
      <w:r>
        <w:t>دہض کا مطلب ہوتا ہے مٹا ڈالنا، نلیفائی کرنا۔ اس کو باطل ثابت کرنا۔ تو انسان کرتا رہا، کرتا رہا۔ کیونکہ اللہ تعالیٰ نے انسان کو آزادی دی ہے، آزادی۔</w:t>
      </w:r>
    </w:p>
    <w:p>
      <w:r>
        <w:rPr>
          <w:b/>
        </w:rPr>
        <w:t xml:space="preserve">[31:03] </w:t>
      </w:r>
      <w:r>
        <w:t>to rasool Allah ke zamane mein exceptionally Allah taala ne yeh kiya ke intervene kar ke yani un ko rok, un intervene kar ke aisa kiya ke yani historical prophet wajood mein aaye.</w:t>
      </w:r>
    </w:p>
    <w:p>
      <w:pPr>
        <w:jc w:val="right"/>
      </w:pPr>
      <w:r>
        <w:t>تو رسول اللہ کے زمانے میں ایکسیپشنلی اللہ تعالیٰ نے یہ کیا کہ انٹروین کر کے یعنی ان کو روک، ان انٹروین کر کے ایسا کیا کہ یعنی ہسٹوریکل پرافٹ وجود میں آئے۔</w:t>
      </w:r>
    </w:p>
    <w:p>
      <w:r>
        <w:rPr>
          <w:b/>
        </w:rPr>
        <w:t xml:space="preserve">[31:17] </w:t>
      </w:r>
      <w:r>
        <w:t>aur woh wajood mein aaya. ab dekhiye aap ke itni bari nemat hai musalmanon ke paas.</w:t>
      </w:r>
    </w:p>
    <w:p>
      <w:pPr>
        <w:jc w:val="right"/>
      </w:pPr>
      <w:r>
        <w:t>اور وہ وجود میں آیا۔ اب دیکھیے آپ کہ اتنی بڑی نعمت ہے مسلمانوں کے پاس۔</w:t>
      </w:r>
    </w:p>
    <w:p>
      <w:r>
        <w:rPr>
          <w:b/>
        </w:rPr>
        <w:t xml:space="preserve">[31:26] </w:t>
      </w:r>
      <w:r>
        <w:t>yani quran aur seerat, hadith, sahaba ki zindagiyaan yeh to mahdat hain, yeh to gift hain.</w:t>
      </w:r>
    </w:p>
    <w:p>
      <w:pPr>
        <w:jc w:val="right"/>
      </w:pPr>
      <w:r>
        <w:t>یعنی قرآن اور سیرت، حدیث، صحابہ کی زندگیاں یہ تو مہدات ہیں، یہ تو گفٹ ہیں۔</w:t>
      </w:r>
    </w:p>
    <w:p>
      <w:r>
        <w:rPr>
          <w:b/>
        </w:rPr>
        <w:t xml:space="preserve">[31:39] </w:t>
      </w:r>
      <w:r>
        <w:t>yeh to gift hai aur kya gift hai? yani yeh jo yeh jo cheezein hain jis se hum jaan payein ke Khuda ki hidayat kya hai, jannat ka rasta kya hai, Allah ko pehchanne ki shakal kya hai.</w:t>
      </w:r>
    </w:p>
    <w:p>
      <w:pPr>
        <w:jc w:val="right"/>
      </w:pPr>
      <w:r>
        <w:t>یہ تو گفٹ ہے اور کیا گفٹ ہے؟ یعنی یہ جو یہ جو چیزیں ہیں جس سے ہم جان پائیں کہ خدا کی ہدایت کیا ہے، جنت کا راستہ کیا ہے، اللہ کو پہچاننے کی شکل کیا ہے۔</w:t>
      </w:r>
    </w:p>
    <w:p>
      <w:r>
        <w:rPr>
          <w:b/>
        </w:rPr>
        <w:t xml:space="preserve">[31:55] </w:t>
      </w:r>
      <w:r>
        <w:t>to isi isi ko majmoo'e ka naam hai quran, hadith, seerat, sahaba ke halaat. sahaba ke halaat ko istilahi taur par asar kaha jata hai, asar.</w:t>
      </w:r>
    </w:p>
    <w:p>
      <w:pPr>
        <w:jc w:val="right"/>
      </w:pPr>
      <w:r>
        <w:t>تو اسی اسی کو مجموعے کا نام ہے قرآن، حدیث، سیرت، صحابہ کے حالات۔ صحابہ کے حالات کو اصطلاحی طور پر اثر کہا جاتا ہے، اثر۔</w:t>
      </w:r>
    </w:p>
    <w:p>
      <w:r>
        <w:rPr>
          <w:b/>
        </w:rPr>
        <w:t xml:space="preserve">[32:09] </w:t>
      </w:r>
      <w:r>
        <w:t>yani hadith kaha jata hai rasool Allah ke kalam ko, asar kaha jata hai sahaba ke kalam ko. kyunke quran, seerat, hadith o asar isi ke majmoo'e ka naam hai.</w:t>
      </w:r>
    </w:p>
    <w:p>
      <w:pPr>
        <w:jc w:val="right"/>
      </w:pPr>
      <w:r>
        <w:t>یعنی حدیث کہا جاتا ہے رسول اللہ کے کلام کو، اثر کہا جاتا ہے صحابہ کے کلام کو۔ کیونکہ قرآن، سیرت، حدیث و اثر اسی کے مجموعے کا نام ہے۔</w:t>
      </w:r>
    </w:p>
    <w:p>
      <w:r>
        <w:rPr>
          <w:b/>
        </w:rPr>
        <w:t xml:space="preserve">[32:21] </w:t>
      </w:r>
      <w:r>
        <w:t>mahdat yani divine gift.</w:t>
      </w:r>
    </w:p>
    <w:p>
      <w:pPr>
        <w:jc w:val="right"/>
      </w:pPr>
      <w:r>
        <w:t>مہدات یعنی ڈیوائن گفٹ۔</w:t>
      </w:r>
    </w:p>
    <w:p>
      <w:r>
        <w:rPr>
          <w:b/>
        </w:rPr>
        <w:t xml:space="preserve">[32:25] </w:t>
      </w:r>
      <w:r>
        <w:t>to woh musalmanon ke paas hai. to yeh ek itni bari nemat hai, itni bari nemat hai ke har doosri cheez bhool jana chahiye in ko. har doosri cheez bhool jana chahiye.</w:t>
      </w:r>
    </w:p>
    <w:p>
      <w:pPr>
        <w:jc w:val="right"/>
      </w:pPr>
      <w:r>
        <w:t>تو وہ مسلمانوں کے پاس ہے۔ تو یہ ایک اتنی بڑی نعمت ہے، اتنی بڑی نعمت ہے کہ ہر دوسری چیز بھول جانا چاہیے ان کو۔ ہر دوسری چیز بھول جانا چاہیے۔</w:t>
      </w:r>
    </w:p>
    <w:p>
      <w:r>
        <w:rPr>
          <w:b/>
        </w:rPr>
        <w:t xml:space="preserve">[32:39] </w:t>
      </w:r>
      <w:r>
        <w:t>lekin is ka inhein pata hi nahi ke itni bari nemat hai. yeh har choti baat in ko yaad hai. Israel ne yeh kiya, America ne yeh kiya, filane ne woh kiya.</w:t>
      </w:r>
    </w:p>
    <w:p>
      <w:pPr>
        <w:jc w:val="right"/>
      </w:pPr>
      <w:r>
        <w:t>لیکن اس کا انہیں پتہ ہی نہیں کہ اتنی بڑی نعمت ہے۔ یہ ہر چھوٹی بات ان کو یاد ہے۔ اسرائیل نے یہ کیا، امریکہ نے یہ کیا، فلانے نے وہ کیا۔</w:t>
      </w:r>
    </w:p>
    <w:p>
      <w:r>
        <w:rPr>
          <w:b/>
        </w:rPr>
        <w:t xml:space="preserve">[32:49] </w:t>
      </w:r>
      <w:r>
        <w:t>in logon ke zulm ki dastanain jo musalmanon ke dimagh mein bhari hui hain is liye ke unhein yeh pata nahi ke kitna bara divine gift un ko mila hua hai. jis ko in</w:t>
      </w:r>
    </w:p>
    <w:p>
      <w:pPr>
        <w:jc w:val="right"/>
      </w:pPr>
      <w:r>
        <w:t>ان لوگوں کے ظلم کی داستانیں جو مسلمانوں کے دماغ میں بھری ہوئی ہیں اس لیے کہ انہیں یہ پتہ نہیں کہ کتنا بڑا ڈیوائن گفٹ ان کو ملا ہوا ہے۔ جس کو ان</w:t>
      </w:r>
    </w:p>
    <w:p>
      <w:r>
        <w:rPr>
          <w:b/>
        </w:rPr>
        <w:t xml:space="preserve">[32:57] </w:t>
      </w:r>
      <w:r>
        <w:t>san ko pesh kare woh to insan jo hai yani kahega ke isi ki to hamein talash thi. isi ki hamein talash thi.</w:t>
      </w:r>
    </w:p>
    <w:p>
      <w:pPr>
        <w:jc w:val="right"/>
      </w:pPr>
      <w:r>
        <w:t>سان کو پیش کرے وہ تو انسان جو ہے یعنی کہے گا کہ اسی کی تو ہمیں تلاش تھی۔ اسی کی ہمیں تلاش تھی۔</w:t>
      </w:r>
    </w:p>
    <w:p>
      <w:r>
        <w:rPr>
          <w:b/>
        </w:rPr>
        <w:t xml:space="preserve">[33:07] </w:t>
      </w:r>
      <w:r>
        <w:t>to yeh saada baat nahi hai. Musalman jo negative hain har jagah, yahan se le kar America tak is ki wajah yeh hai ke unhein ab is mahdat ka pata nahi, is divine gift ka pata nahi hai.</w:t>
      </w:r>
    </w:p>
    <w:p>
      <w:pPr>
        <w:jc w:val="right"/>
      </w:pPr>
      <w:r>
        <w:t>تو یہ سادہ بات نہیں ہے۔ مسلمان جو نیگیٹیو ہیں ہر جگہ، یہاں سے لے کر امریکہ تک اس کی وجہ یہ ہے کہ انہیں اب اس مہدات کا پتہ نہیں، اس ڈیوائن گفٹ کا پتہ نہیں ہے۔</w:t>
      </w:r>
    </w:p>
    <w:p>
      <w:r>
        <w:rPr>
          <w:b/>
        </w:rPr>
        <w:t xml:space="preserve">[33:21] </w:t>
      </w:r>
      <w:r>
        <w:t>is ko kam samjhe hue hain woh.</w:t>
      </w:r>
    </w:p>
    <w:p>
      <w:pPr>
        <w:jc w:val="right"/>
      </w:pPr>
      <w:r>
        <w:t>اس کو کم سمجھے ہوئے ہیں وہ۔</w:t>
      </w:r>
    </w:p>
    <w:p>
      <w:r>
        <w:rPr>
          <w:b/>
        </w:rPr>
        <w:t xml:space="preserve">[33:24] </w:t>
      </w:r>
      <w:r>
        <w:t>agar pata ho jaye jaise main hoon jab mujhe yeh discovery ho gayi ke woh cheez jo jis ko sara insan talash kar raha hai, us ko main khud talash kar raha tha, woh yeh hai.</w:t>
      </w:r>
    </w:p>
    <w:p>
      <w:pPr>
        <w:jc w:val="right"/>
      </w:pPr>
      <w:r>
        <w:t>اگر پتہ ہو جائے جیسے میں ہوں جب مجھے یہ ڈسکوری ہو گئی کہ وہ چیز جو جس کو سارا انسان تلاش کر رہا ہے، اس کو میں خود تلاش کر رہا تھا، وہ یہ ہے۔</w:t>
      </w:r>
    </w:p>
    <w:p>
      <w:r>
        <w:rPr>
          <w:b/>
        </w:rPr>
        <w:t xml:space="preserve">[33:36] </w:t>
      </w:r>
      <w:r>
        <w:t>to ab mujhe har har woh khabrein jo aati hain akhbaron mein woh bilkul be qeemat maloom hoti hain. Kuch bhi is ki ahmiyat nahi maloom hoti mujhe.</w:t>
      </w:r>
    </w:p>
    <w:p>
      <w:pPr>
        <w:jc w:val="right"/>
      </w:pPr>
      <w:r>
        <w:t>تو اب مجھے ہر ہر وہ خبریں جو آتی ہیں اخباروں میں وہ بالکل بے قیمت معلوم ہوتی ہیں۔ کچھ بھی اس کی اہمیت نہیں معلوم ہوتی مجھے۔</w:t>
      </w:r>
    </w:p>
    <w:p>
      <w:r>
        <w:rPr>
          <w:b/>
        </w:rPr>
        <w:t xml:space="preserve">[33:49] </w:t>
      </w:r>
      <w:r>
        <w:t>ke yahan bomb maar diya, wahan goli maar di, wahan yeh hua, wahan woh hua. Yeh jis par Musalman bharkte hain, wahan cartoon chhap diya. Mujhe kuch bhi nahi maloom hota. Kyun ke is se aik billion train time ziyada bari cheez mujhe mili hui hai.</w:t>
      </w:r>
    </w:p>
    <w:p>
      <w:pPr>
        <w:jc w:val="right"/>
      </w:pPr>
      <w:r>
        <w:t>کہ یہاں بم مار دیا، وہاں گولی مار دی، وہاں یہ ہوا، وہاں وہ ہوا۔ یہ جس پر مسلمان بھڑکتے ہیں، وہاں کارٹون چھاپ دیا۔ مجھے کچھ بھی نہیں معلوم ہوتا۔ کیوں کہ اس سے ایک بلین ٹرین ٹائم زیادہ بڑی چیز مجھے ملی ہوئی ہے۔</w:t>
      </w:r>
    </w:p>
    <w:p>
      <w:r>
        <w:rPr>
          <w:b/>
        </w:rPr>
        <w:t xml:space="preserve">[34:01] </w:t>
      </w:r>
      <w:r>
        <w:t>woh hai authentic version of truth.</w:t>
      </w:r>
    </w:p>
    <w:p>
      <w:pPr>
        <w:jc w:val="right"/>
      </w:pPr>
      <w:r>
        <w:t>وہ ہے آتھینٹک ورژن آف ٹروتھ۔</w:t>
      </w:r>
    </w:p>
    <w:p>
      <w:r>
        <w:rPr>
          <w:b/>
        </w:rPr>
        <w:t xml:space="preserve">[34:08] </w:t>
      </w:r>
      <w:r>
        <w:t>ab main aap ko aik aik waqia arz karta hoon. Rasool Allah ke zamane mein aik ghazwa hua tha, us ko kehte hain Uhud, ghazwa Uhud.</w:t>
      </w:r>
    </w:p>
    <w:p>
      <w:pPr>
        <w:jc w:val="right"/>
      </w:pPr>
      <w:r>
        <w:t>اب میں آپ کو ایک ایک واقعہ عرض کرتا ہوں۔ رسول اللہ کے زمانے میں ایک غزوہ ہوا تھا، اس کو کہتے ہیں احد، غزوہ احد۔</w:t>
      </w:r>
    </w:p>
    <w:p>
      <w:r>
        <w:rPr>
          <w:b/>
        </w:rPr>
        <w:t xml:space="preserve">[34:18] </w:t>
      </w:r>
      <w:r>
        <w:t>is Uhud mein bohat se Sahaba jo hain maare gaye the ghazwa Uhud mein. To Madine mein aik Sahabi khatoon theen, un ka naam tha Khansa.</w:t>
      </w:r>
    </w:p>
    <w:p>
      <w:pPr>
        <w:jc w:val="right"/>
      </w:pPr>
      <w:r>
        <w:t>اس احد میں بہت سے صحابہ جو ہیں مارے گئے تھے غزوہ احد میں۔ تو مدینے میں ایک صحابی خاتون تھیں، ان کا نام تھا خنساء۔</w:t>
      </w:r>
    </w:p>
    <w:p>
      <w:r>
        <w:rPr>
          <w:b/>
        </w:rPr>
        <w:t xml:space="preserve">[34:32] </w:t>
      </w:r>
      <w:r>
        <w:t>Khansa. To woh Madine shehar mein theen aur Madine se kuch hi faasle par Uhud pahaad tha, wahan par larai hui thi yeh</w:t>
      </w:r>
    </w:p>
    <w:p>
      <w:pPr>
        <w:jc w:val="right"/>
      </w:pPr>
      <w:r>
        <w:t>خنساء۔ تو وہ مدینہ شہر میں تھیں اور مدینے سے کچھ ہی فاصلے پر احد پہاڑ تھا، وہاں پر لڑائی ہوئی تھی یہ</w:t>
      </w:r>
    </w:p>
    <w:p>
      <w:r>
        <w:rPr>
          <w:b/>
        </w:rPr>
        <w:t xml:space="preserve">[34:44] </w:t>
      </w:r>
      <w:r>
        <w:t>. To shehar se nikli woh janne ke liye ke un ka baap, un ka shohar, un ka bhai, woh sab is mein gaye the is ghazwa mein.</w:t>
      </w:r>
    </w:p>
    <w:p>
      <w:pPr>
        <w:jc w:val="right"/>
      </w:pPr>
      <w:r>
        <w:t>۔ تو شہر سے نکلیں وہ جاننے کے لیے کہ ان کا باپ، ان کا شوہر، ان کا بھائی، وہ سب اس میں گئے تھے اس غزوہ میں۔</w:t>
      </w:r>
    </w:p>
    <w:p>
      <w:r>
        <w:rPr>
          <w:b/>
        </w:rPr>
        <w:t xml:space="preserve">[34:56] </w:t>
      </w:r>
      <w:r>
        <w:t>to nikli woh pata karne ke liye. To kuch log mile un ko to poocha unhone, unhone poocha to batane wale ne bataya ke tumhare baap bhi maare gaye, tumhara shohar bhi mara gaya, tumhara bhai bhi mara gaya.</w:t>
      </w:r>
    </w:p>
    <w:p>
      <w:pPr>
        <w:jc w:val="right"/>
      </w:pPr>
      <w:r>
        <w:t>تو نکلیں وہ پتہ کرنے کے لیے۔ تو کچھ لوگ ملے ان کو تو پوچھا انہوں نے، انہوں نے پوچھا تو بتانے والے نے بتایا کہ تمہارے باپ بھی مارے گئے، تمہارا شوہر بھی مارا گیا، تمہارا بھائی بھی مارا گیا۔</w:t>
      </w:r>
    </w:p>
    <w:p>
      <w:r>
        <w:rPr>
          <w:b/>
        </w:rPr>
        <w:t xml:space="preserve">[35:16] </w:t>
      </w:r>
      <w:r>
        <w:t>to us ke baad us is khatoon ne poocha ke aur Rasool Allah ka kya haal hai? Kaha woh to hain waise hi matlab woh Hayy, he is alive.</w:t>
      </w:r>
    </w:p>
    <w:p>
      <w:pPr>
        <w:jc w:val="right"/>
      </w:pPr>
      <w:r>
        <w:t>تو اس کے بعد اس اس خاتون نے پوچھا کہ اور رسول اللہ کا کیا حال ہے؟ کہا وہ تو ہیں ویسے ہی مطلب وہ حی، ہی از الائیو۔</w:t>
      </w:r>
    </w:p>
    <w:p>
      <w:r>
        <w:rPr>
          <w:b/>
        </w:rPr>
        <w:t xml:space="preserve">[35:29] </w:t>
      </w:r>
      <w:r>
        <w:t>to woh gayi aur dekha jab Rasool Allah ko dekhti hai woh to kehti hai woh yeh yeh waqia Seerat Ibn Hisham mein aap parh sakte hain.</w:t>
      </w:r>
    </w:p>
    <w:p>
      <w:pPr>
        <w:jc w:val="right"/>
      </w:pPr>
      <w:r>
        <w:t>تو وہ گئی اور دیکھا جب رسول اللہ کو دیکھتی ہے وہ تو کہتی ہے وہ یہ یہ واقعہ سیرت ابن شام میں آپ پڑھ سکتے ہیں۔</w:t>
      </w:r>
    </w:p>
    <w:p>
      <w:r>
        <w:rPr>
          <w:b/>
        </w:rPr>
        <w:t xml:space="preserve">[35:38] </w:t>
      </w:r>
      <w:r>
        <w:t>Seerat Ibn Hisham mein yeh waqia hai maujood. Jab Rasool Allah ko dekha us ne wahan se nikla</w:t>
      </w:r>
    </w:p>
    <w:p>
      <w:pPr>
        <w:jc w:val="right"/>
      </w:pPr>
      <w:r>
        <w:t>سیرت ابن شام میں یہ واقعہ ہے موجود۔ جب رسول اللہ کو دیکھا اس نے وہاں سے نکلا</w:t>
      </w:r>
    </w:p>
    <w:p>
      <w:r>
        <w:rPr>
          <w:b/>
        </w:rPr>
        <w:t xml:space="preserve">[35:45] </w:t>
      </w:r>
      <w:r>
        <w:t>kul musibat ba'd jall ya Rasool Allah</w:t>
      </w:r>
    </w:p>
    <w:p>
      <w:pPr>
        <w:jc w:val="right"/>
      </w:pPr>
      <w:r>
        <w:t>کل مصیبت بعد جل یا رسول اللہ</w:t>
      </w:r>
    </w:p>
    <w:p>
      <w:r>
        <w:rPr>
          <w:b/>
        </w:rPr>
        <w:t xml:space="preserve">[35:51] </w:t>
      </w:r>
      <w:r>
        <w:t>kul musibat ba'd jall ya Rasool Allah Aey Allah ke Rasool, jab tujh ko main ne pa liya to bas sab sab musibat bhool gayi.</w:t>
      </w:r>
    </w:p>
    <w:p>
      <w:pPr>
        <w:jc w:val="right"/>
      </w:pPr>
      <w:r>
        <w:t>کل مصیبت بعد جل یا رسول اللہ اے اللہ کے رسول، جب تجھ کو میں نے پا لیا تو بس سب سب مصیبت بھول گئی۔</w:t>
      </w:r>
    </w:p>
    <w:p>
      <w:r>
        <w:rPr>
          <w:b/>
        </w:rPr>
        <w:t xml:space="preserve">[36:09] </w:t>
      </w:r>
      <w:r>
        <w:t>deem every musibat is insignificant.</w:t>
      </w:r>
    </w:p>
    <w:p>
      <w:pPr>
        <w:jc w:val="right"/>
      </w:pPr>
      <w:r>
        <w:t>دین ایوری مصیبت از ان سگنیفیکنٹ۔</w:t>
      </w:r>
    </w:p>
    <w:p>
      <w:r>
        <w:rPr>
          <w:b/>
        </w:rPr>
        <w:t xml:space="preserve">[36:14] </w:t>
      </w:r>
      <w:r>
        <w:t>yeh yehi cheez bohat hi baray paighambar Musalmanon ko honi chahiye.</w:t>
      </w:r>
    </w:p>
    <w:p>
      <w:pPr>
        <w:jc w:val="right"/>
      </w:pPr>
      <w:r>
        <w:t>یہ یہی چیز بہت ہی بڑے پیغمبر مسلمانوں کو ہونی چاہیے۔</w:t>
      </w:r>
    </w:p>
    <w:p>
      <w:r>
        <w:rPr>
          <w:b/>
        </w:rPr>
        <w:t xml:space="preserve">[36:21] </w:t>
      </w:r>
      <w:r>
        <w:t>ke jab Quran mehfooz hai, Rasool Allah ki Seerat mehfooz hai, Sahaba ke halaat mehfooz hain, Hadees mehfooz hai to agar hum is ko discover kar lein to hum kya kahengay ke itni bari nemat jab mere paas mili hui hai to baqi har cheez insecure insecure insignificant hai.</w:t>
      </w:r>
    </w:p>
    <w:p>
      <w:pPr>
        <w:jc w:val="right"/>
      </w:pPr>
      <w:r>
        <w:t>کہ جب قرآن محفوظ ہے، رسول اللہ کی سیرت محفوظ ہے، صحابہ کے حالات محفوظ ہیں، حدیث محفوظ ہے تو اگر ہم اس کو ڈسکور کر لیں تو ہم کیا کہیں گے کہ اتنی بڑی نعمت جب میرے پاس ملی ہوئی ہے تو باقی ہر چیز انسیکر انسیکر انسگنیفیکنٹ ہے۔</w:t>
      </w:r>
    </w:p>
    <w:p>
      <w:r>
        <w:rPr>
          <w:b/>
        </w:rPr>
        <w:t xml:space="preserve">[36:38] </w:t>
      </w:r>
      <w:r>
        <w:t>ghair aam hai. Mera Allah ke fazl yehi haal hai.</w:t>
      </w:r>
    </w:p>
    <w:p>
      <w:pPr>
        <w:jc w:val="right"/>
      </w:pPr>
      <w:r>
        <w:t>غیر عام ہے۔ میرا اللہ کے فضل یہی حال ہے۔</w:t>
      </w:r>
    </w:p>
    <w:p>
      <w:r>
        <w:rPr>
          <w:b/>
        </w:rPr>
        <w:t xml:space="preserve">[36:43] </w:t>
      </w:r>
      <w:r>
        <w:t>main bhi akhbar parhta hoon, radio sunta hoon aur aap jante hain ke rozana kuch kuch qisse rehte hain.</w:t>
      </w:r>
    </w:p>
    <w:p>
      <w:pPr>
        <w:jc w:val="right"/>
      </w:pPr>
      <w:r>
        <w:t>میں بھی اخبار پڑھتا ہوں، ریڈیو سنتا ہوں اور آپ جانتے ہیں کہ روزانہ کچھ کچھ قصے رہتے ہیں۔</w:t>
      </w:r>
    </w:p>
    <w:p>
      <w:r>
        <w:rPr>
          <w:b/>
        </w:rPr>
        <w:t xml:space="preserve">[36:53] </w:t>
      </w:r>
      <w:r>
        <w:t>tarah tarah ke zulm ki dastan, maarkaat ki dastan yeh sab log jante hain, main bhi janta hoon. Lekin Allah ke fazl se aik second ke liye bhi mere andar negative jazbaat nahi aate.</w:t>
      </w:r>
    </w:p>
    <w:p>
      <w:pPr>
        <w:jc w:val="right"/>
      </w:pPr>
      <w:r>
        <w:t>طرح طرح کے ظلم کی داستان، مارکاٹ کی داستان یہ سب لوگ جانتے ہیں، میں بھی جانتا ہوں۔ لیکن اللہ کے فضل سے ایک سیکنڈ کے لیے بھی میرے اندر نیگیٹیو جذبات نہیں آتے۔</w:t>
      </w:r>
    </w:p>
    <w:p>
      <w:r>
        <w:rPr>
          <w:b/>
        </w:rPr>
        <w:t xml:space="preserve">[37:03] </w:t>
      </w:r>
      <w:r>
        <w:t>kyun? Jab itni bari cheez mili hui hai mujhe to mujhe is ki kya fikr hai?</w:t>
      </w:r>
    </w:p>
    <w:p>
      <w:pPr>
        <w:jc w:val="right"/>
      </w:pPr>
      <w:r>
        <w:t>کیوں؟ جب اتنی بڑی چیز ملی ہوئی ہے مجھے تو مجھے اس کی کیا فکر ہے؟</w:t>
      </w:r>
    </w:p>
    <w:p>
      <w:r>
        <w:rPr>
          <w:b/>
        </w:rPr>
        <w:t xml:space="preserve">[37:11] </w:t>
      </w:r>
      <w:r>
        <w:t>sab ko main Allah ke khane mein daal deta hoon.</w:t>
      </w:r>
    </w:p>
    <w:p>
      <w:pPr>
        <w:jc w:val="right"/>
      </w:pPr>
      <w:r>
        <w:t>سب کو میں اللہ کے خانے میں ڈال دیتا ہوں۔</w:t>
      </w:r>
    </w:p>
    <w:p>
      <w:r>
        <w:rPr>
          <w:b/>
        </w:rPr>
        <w:t xml:space="preserve">[37:17] </w:t>
      </w:r>
      <w:r>
        <w:t>Musalmanon ko khabar hi nahi ke unhein itni bari cheez mili hui hai. Kuch bilkul hi be khabar hain. Yahan se le kar America tak bohat logon se mila main.</w:t>
      </w:r>
    </w:p>
    <w:p>
      <w:pPr>
        <w:jc w:val="right"/>
      </w:pPr>
      <w:r>
        <w:t>مسلمانوں کو خبر ہی نہیں کہ انہیں اتنی بڑی چیز ملی ہوئی ہے۔ کچھ بالکل ہی بے خبر ہیں۔ یہاں سے لے کر امریکہ تک بہت لوگوں سے ملا میں۔</w:t>
      </w:r>
    </w:p>
    <w:p>
      <w:r>
        <w:rPr>
          <w:b/>
        </w:rPr>
        <w:t xml:space="preserve">[37:28] </w:t>
      </w:r>
      <w:r>
        <w:t>aur yeh dekhiye, main is baar amreeka mein gaya tha, wahan par aik bohat hi bara, sab se bara idara hai musalmanon ka jo hai, us ke jalsay mein mujhe bolnay ke liye kaha gaya tha.</w:t>
      </w:r>
    </w:p>
    <w:p>
      <w:pPr>
        <w:jc w:val="right"/>
      </w:pPr>
      <w:r>
        <w:t>اور یہ دیکھیے، میں اس بار امریکہ میں گیا تھا، وہاں پر ایک بہت ہی بڑا، سب سے بڑا ادارہ ہے مسلمانوں کا جو ہے، اس کے جلسے میں مجھے بولنے کے لیے کہا گیا تھا۔</w:t>
      </w:r>
    </w:p>
    <w:p>
      <w:r>
        <w:rPr>
          <w:b/>
        </w:rPr>
        <w:t xml:space="preserve">[37:37] </w:t>
      </w:r>
      <w:r>
        <w:t>wahan meri speech hui thi do baar.</w:t>
      </w:r>
    </w:p>
    <w:p>
      <w:pPr>
        <w:jc w:val="right"/>
      </w:pPr>
      <w:r>
        <w:t>وہاں میری سپیچ ہوئی تھی دو بار۔</w:t>
      </w:r>
    </w:p>
    <w:p>
      <w:r>
        <w:rPr>
          <w:b/>
        </w:rPr>
        <w:t xml:space="preserve">[37:41] </w:t>
      </w:r>
      <w:r>
        <w:t>to is woh jo hota hai salana, to amreeka bhar ke bare bare log is mein atay hain. bare bare log is bar atay hain jo idaray chala rahay hain, jo masjidon ke imam hain aur jo islamic center ke chairman hain,</w:t>
      </w:r>
    </w:p>
    <w:p>
      <w:pPr>
        <w:jc w:val="right"/>
      </w:pPr>
      <w:r>
        <w:t>تو اس وہ جو ہوتا ہے سالانہ، تو امریکہ بھر کے بڑے بڑے لوگ اس میں آتے ہیں۔ بڑے بڑے لوگ اس بار آتے ہیں جو ادارے چلا رہے ہیں، جو مسجدوں کے امام ہیں اور جو اسلامک سینٹر کے چیئرمین ہیں،</w:t>
      </w:r>
    </w:p>
    <w:p>
      <w:r>
        <w:rPr>
          <w:b/>
        </w:rPr>
        <w:t xml:space="preserve">[37:55] </w:t>
      </w:r>
      <w:r>
        <w:t>mukhtalif qism ke wahan par jo chala rahay hain tehreekein, woh sab wahan atay hain. to un mein se bohat se logon se meri mulaqat hui.</w:t>
      </w:r>
    </w:p>
    <w:p>
      <w:pPr>
        <w:jc w:val="right"/>
      </w:pPr>
      <w:r>
        <w:t>مختلف قسم کے وہاں پر جو چلا رہے ہیں تحریکیں، وہ سب وہاں آتے ہیں۔ تو ان میں سے بہت سے لوگوں سے میری ملاقات ہوئی۔</w:t>
      </w:r>
    </w:p>
    <w:p>
      <w:r>
        <w:rPr>
          <w:b/>
        </w:rPr>
        <w:t xml:space="preserve">[38:06] </w:t>
      </w:r>
      <w:r>
        <w:t>aap taajub karein ke har aik ko maine seat paya.</w:t>
      </w:r>
    </w:p>
    <w:p>
      <w:pPr>
        <w:jc w:val="right"/>
      </w:pPr>
      <w:r>
        <w:t>آپ تعجب کریں کہ ہر ایک کو میں نے سیٹ پایا۔</w:t>
      </w:r>
    </w:p>
    <w:p>
      <w:r>
        <w:rPr>
          <w:b/>
        </w:rPr>
        <w:t xml:space="preserve">[38:10] </w:t>
      </w:r>
      <w:r>
        <w:t>side koi bhi aisa nahi mujhe mila jis ko yaqeen mein, yaqeen par jeeta ho. frustration, frustration, frustration.</w:t>
      </w:r>
    </w:p>
    <w:p>
      <w:pPr>
        <w:jc w:val="right"/>
      </w:pPr>
      <w:r>
        <w:t>سائیڈ کوئی بھی ایسا نہیں مجھے ملا جس کو یقین میں، یقین پر جیتا ہو۔ فرسٹریشن، فرسٹریشن، فرسٹریشن۔</w:t>
      </w:r>
    </w:p>
    <w:p>
      <w:r>
        <w:rPr>
          <w:b/>
        </w:rPr>
        <w:t xml:space="preserve">[38:22] </w:t>
      </w:r>
      <w:r>
        <w:t>to phir maine socha ke aisa kyun hai? president kyun hai in logon ko? to is ki wajah dekhiye yeh hai ke yeh log amreeka gaye, unhon ne unhon ne milni kaam shuru kiye.</w:t>
      </w:r>
    </w:p>
    <w:p>
      <w:pPr>
        <w:jc w:val="right"/>
      </w:pPr>
      <w:r>
        <w:t>تو پھر میں نے سوچا کہ ایسا کیوں ہے؟ پریزیڈنٹ کیوں ہے ان لوگوں کو؟ تو اس کی وجہ دیکھیے یہ ہے کہ یہ لوگ امریکہ گئے، انہوں نے انہوں نے ملنی کام شروع کیے۔</w:t>
      </w:r>
    </w:p>
    <w:p>
      <w:r>
        <w:rPr>
          <w:b/>
        </w:rPr>
        <w:t xml:space="preserve">[38:38] </w:t>
      </w:r>
      <w:r>
        <w:t>kisi ne school khola, kisi ne masjid banai, kisi ne koi islami idara banaya aur musalmanon ki tarbiyat ke liye, nai naslon ki tarbiyat ke liye.</w:t>
      </w:r>
    </w:p>
    <w:p>
      <w:pPr>
        <w:jc w:val="right"/>
      </w:pPr>
      <w:r>
        <w:t>کسی نے اسکول کھولا، کسی نے مسجد بنائی، کسی نے کوئی اسلامی ادارہ بنایا اور مسلمانوں کی تربیت کے لیے، نئی نسلوں کی تربیت کے لیے۔</w:t>
      </w:r>
    </w:p>
    <w:p>
      <w:r>
        <w:rPr>
          <w:b/>
        </w:rPr>
        <w:t xml:space="preserve">[38:52] </w:t>
      </w:r>
      <w:r>
        <w:t>lekin kya hai? har aadmi dekh raha hai ke hum jo jo nishana hamara tha woh poora nahi hua. bachon ko badal nahi sakay, nai generation ko badal nahi sakay.</w:t>
      </w:r>
    </w:p>
    <w:p>
      <w:pPr>
        <w:jc w:val="right"/>
      </w:pPr>
      <w:r>
        <w:t>لیکن کیا ہے؟ ہر آدمی دیکھ رہا ہے کہ ہم جو جو نشانہ ہمارا تھا وہ پورا نہیں ہوا۔ بچوں کو بدل نہیں سکے، نئی جنریشن کو بدل نہیں سکے۔</w:t>
      </w:r>
    </w:p>
    <w:p>
      <w:r>
        <w:rPr>
          <w:b/>
        </w:rPr>
        <w:t xml:space="preserve">[39:04] </w:t>
      </w:r>
      <w:r>
        <w:t>har aadmi isi is mein jeeta hai.</w:t>
      </w:r>
    </w:p>
    <w:p>
      <w:pPr>
        <w:jc w:val="right"/>
      </w:pPr>
      <w:r>
        <w:t>ہر آدمی اسی اس میں جیتا ہے۔</w:t>
      </w:r>
    </w:p>
    <w:p>
      <w:r>
        <w:rPr>
          <w:b/>
        </w:rPr>
        <w:t xml:space="preserve">[39:09] </w:t>
      </w:r>
      <w:r>
        <w:t>is se mujhe aik aur cheez discover hui. woh yeh hai ke dekhiye, aik hai ideology,</w:t>
      </w:r>
    </w:p>
    <w:p>
      <w:pPr>
        <w:jc w:val="right"/>
      </w:pPr>
      <w:r>
        <w:t>اس سے مجھے ایک اور چیز ڈسکور ہوئی۔ وہ یہ ہے کہ دیکھیے، ایک ہے آئیڈیالوجی،</w:t>
      </w:r>
    </w:p>
    <w:p>
      <w:r>
        <w:rPr>
          <w:b/>
        </w:rPr>
        <w:t xml:space="preserve">[39:22] </w:t>
      </w:r>
      <w:r>
        <w:t>ideology, aik hai practical result.</w:t>
      </w:r>
    </w:p>
    <w:p>
      <w:pPr>
        <w:jc w:val="right"/>
      </w:pPr>
      <w:r>
        <w:t>آئیڈیالوجی، ایک ہے پریکٹیکل رزلٹ۔</w:t>
      </w:r>
    </w:p>
    <w:p>
      <w:r>
        <w:rPr>
          <w:b/>
        </w:rPr>
        <w:t xml:space="preserve">[39:27] </w:t>
      </w:r>
      <w:r>
        <w:t>agar aap ne goal banaya hai kisi practical result ko ke mislan aik school qaim kiya aap ne aur aap ke mind mein yeh hai ke aap aik bohat zabardast nurse tayyar karein ge.</w:t>
      </w:r>
    </w:p>
    <w:p>
      <w:pPr>
        <w:jc w:val="right"/>
      </w:pPr>
      <w:r>
        <w:t>اگر آپ نے گول بنایا ہے کسی پریکٹیکل رزلٹ کو کہ مثلاً ایک اسکول قائم کیا آپ نے اور آپ کے مائنڈ میں یہ ہے کہ آپ ایک بہت زبردست نرس تیار کریں گے۔</w:t>
      </w:r>
    </w:p>
    <w:p>
      <w:r>
        <w:rPr>
          <w:b/>
        </w:rPr>
        <w:t xml:space="preserve">[39:40] </w:t>
      </w:r>
      <w:r>
        <w:t>mislan hamare yahan dilli mein jamia millia islamia hai, is ke log sab ke sab frustration mein maray, frustration mein bananay walay.</w:t>
      </w:r>
    </w:p>
    <w:p>
      <w:pPr>
        <w:jc w:val="right"/>
      </w:pPr>
      <w:r>
        <w:t>مثلاً ہمارے یہاں دلی میں جامعہ ملیہ اسلامیہ ہے، اس کے لوگ سب کے سب فرسٹریشن میں مرے، فرسٹریشن میں بنانے والے۔</w:t>
      </w:r>
    </w:p>
    <w:p>
      <w:r>
        <w:rPr>
          <w:b/>
        </w:rPr>
        <w:t xml:space="preserve">[39:49] </w:t>
      </w:r>
      <w:r>
        <w:t>kyun? unhon ne likha tha is mein ke jamia millia islamia ka maqsad hai sacha insaan aur woh sacha sacha musalman aur acha insaan banana.</w:t>
      </w:r>
    </w:p>
    <w:p>
      <w:pPr>
        <w:jc w:val="right"/>
      </w:pPr>
      <w:r>
        <w:t>کیوں؟ انہوں نے لکھا تھا اس میں کہ جامعہ ملیہ اسلامیہ کا مقصد ہے سچا انسان اور وہ سچا سچا مسلمان اور اچھا انسان بنانا۔</w:t>
      </w:r>
    </w:p>
    <w:p>
      <w:r>
        <w:rPr>
          <w:b/>
        </w:rPr>
        <w:t xml:space="preserve">[40:08] </w:t>
      </w:r>
      <w:r>
        <w:t>sacha musalman aur acha insaan banana. aisa koi banay nahi wahan par. to logon ko frustration hai. sab se ziyada frustration maray kyunke jo un ka mind tha ke aisa mein banaunga musalman, woh bana nahi paye woh.</w:t>
      </w:r>
    </w:p>
    <w:p>
      <w:pPr>
        <w:jc w:val="right"/>
      </w:pPr>
      <w:r>
        <w:t>سچا مسلمان اور اچھا انسان بنانا۔ ایسا کوئی بنے نہیں وہاں پر۔ تو لوگوں کو فرسٹریشن ہے۔ سب سے زیادہ فرسٹریشن مرے کیونکہ جو ان کا مائنڈ تھا کہ ایسا میں بناؤں گا مسلمان، وہ بنا نہیں پائے وہ۔</w:t>
      </w:r>
    </w:p>
    <w:p>
      <w:r>
        <w:rPr>
          <w:b/>
        </w:rPr>
        <w:t xml:space="preserve">[40:25] </w:t>
      </w:r>
      <w:r>
        <w:t>is se maine aik bohat bari cheez mujhe daryaft hui. woh</w:t>
      </w:r>
    </w:p>
    <w:p>
      <w:pPr>
        <w:jc w:val="right"/>
      </w:pPr>
      <w:r>
        <w:t>اس سے میں نے ایک بہت بڑی چیز مجھے دریافت ہوئی۔ وہ</w:t>
      </w:r>
    </w:p>
    <w:p>
      <w:r>
        <w:rPr>
          <w:b/>
        </w:rPr>
        <w:t xml:space="preserve">[40:29] </w:t>
      </w:r>
      <w:r>
        <w:t>ke ideology ke level par aap agar jeetay hain tab aap ko frustration nahi ayega. aur practical result aap dekhna chahtay hain to aap ko frustration aa jayega.</w:t>
      </w:r>
    </w:p>
    <w:p>
      <w:pPr>
        <w:jc w:val="right"/>
      </w:pPr>
      <w:r>
        <w:t>کہ آئیڈیالوجی کے لیول پر آپ اگر جیتے ہیں تب آپ کو فرسٹریشن نہیں آئے گا۔ اور پریکٹیکل رزلٹ آپ دیکھنا چاہتے ہیں تو آپ کو فرسٹریشن آ جائے گا۔</w:t>
      </w:r>
    </w:p>
    <w:p>
      <w:r>
        <w:rPr>
          <w:b/>
        </w:rPr>
        <w:t xml:space="preserve">[40:43] </w:t>
      </w:r>
      <w:r>
        <w:t>yeh bohat hi bohat hi aham nuqta hai yeh. jitnay bhi log hain, chahay muslim hon, ghair muslim, sab ne practical result ko apna aik goal banaya, apna nishana banaya.</w:t>
      </w:r>
    </w:p>
    <w:p>
      <w:pPr>
        <w:jc w:val="right"/>
      </w:pPr>
      <w:r>
        <w:t>یہ بہت ہی بہت ہی اہم نقطہ ہے یہ۔ جتنے بھی لوگ ہیں، چاہے مسلم ہوں، غیر مسلم، سب نے پریکٹیکل رزلٹ کو اپنا ایک گول بنایا، اپنا نشانہ بنایا۔</w:t>
      </w:r>
    </w:p>
    <w:p>
      <w:r>
        <w:rPr>
          <w:b/>
        </w:rPr>
        <w:t xml:space="preserve">[40:58] </w:t>
      </w:r>
      <w:r>
        <w:t>aisi aisi nation, aisi society, aisa system un ke mind mein tha. jab woh nahi aya to kya hua?</w:t>
      </w:r>
    </w:p>
    <w:p>
      <w:pPr>
        <w:jc w:val="right"/>
      </w:pPr>
      <w:r>
        <w:t>ایسی ایسی نیشن، ایسی سوسائٹی، ایسا سسٹم ان کے مائنڈ میں تھا۔ جب وہ نہیں آیا تو کیا ہوا؟</w:t>
      </w:r>
    </w:p>
    <w:p>
      <w:r>
        <w:rPr>
          <w:b/>
        </w:rPr>
        <w:t xml:space="preserve">[41:09] </w:t>
      </w:r>
      <w:r>
        <w:t>maeeshat chalay gaye woh. yeh sab ka haal hai, yani sainkaron logon ka bhi yahi haal hai.</w:t>
      </w:r>
    </w:p>
    <w:p>
      <w:pPr>
        <w:jc w:val="right"/>
      </w:pPr>
      <w:r>
        <w:t>معیشت چلے گئے وہ۔ یہ سب کا حال ہے، یعنی سینکڑوں لوگوں کا بھی یہی حال ہے۔</w:t>
      </w:r>
    </w:p>
    <w:p>
      <w:r>
        <w:rPr>
          <w:b/>
        </w:rPr>
        <w:t xml:space="preserve">[41:19] </w:t>
      </w:r>
      <w:r>
        <w:t>jaise communists ke jo pehli saf ke leaders, leader log thay, to un ke mind mein aik basa hua tha ke aisi society hai.</w:t>
      </w:r>
    </w:p>
    <w:p>
      <w:pPr>
        <w:jc w:val="right"/>
      </w:pPr>
      <w:r>
        <w:t>جیسے کمیونسٹوں کے جو پہلی صف کے لیڈرز، لیڈر لوگ تھے، تو ان کے مائنڈ میں ایک بسا ہوا تھا کہ ایسی سوسائٹی ہے۔</w:t>
      </w:r>
    </w:p>
    <w:p>
      <w:r>
        <w:rPr>
          <w:b/>
        </w:rPr>
        <w:t xml:space="preserve">[41:31] </w:t>
      </w:r>
      <w:r>
        <w:t>yani amreeka mein thi, communism mein tha, aik aala aakhri ideology tha. aur commie society jo thi woh bohat hi aakhri ideal society thi.</w:t>
      </w:r>
    </w:p>
    <w:p>
      <w:pPr>
        <w:jc w:val="right"/>
      </w:pPr>
      <w:r>
        <w:t>یعنی امریکہ میں تھی، کمیونزم میں تھا، ایک اعلیٰ آخری آئیڈیالوجی تھا۔ اور کمیون سوسائٹی جو تھی وہ بہت ہی آخری آئیڈیل سوسائٹی تھی۔</w:t>
      </w:r>
    </w:p>
    <w:p>
      <w:r>
        <w:rPr>
          <w:b/>
        </w:rPr>
        <w:t xml:space="preserve">[41:41] </w:t>
      </w:r>
      <w:r>
        <w:t>woh acha jab wahan zar ko khatam kiya, wahan par unhon ne qabza kiya roos mein to woh ban nahi saki. woh woh ban nahi saki. to aik leader jo top ka leader tha, us ne kitab likhi "revolution betrayal".</w:t>
      </w:r>
    </w:p>
    <w:p>
      <w:pPr>
        <w:jc w:val="right"/>
      </w:pPr>
      <w:r>
        <w:t>وہ اچھا جب وہاں زار کو ختم کیا، وہاں پر انہوں نے قبضہ کیا روس میں تو وہ بن نہیں سکی۔ وہ وہ بن نہیں سکی۔ تو ایک لیڈر جو ٹاپ کا لیڈر تھا، اس نے کتاب لکھی "ریولوشن بٹریٹ"۔</w:t>
      </w:r>
    </w:p>
    <w:p>
      <w:r>
        <w:rPr>
          <w:b/>
        </w:rPr>
        <w:t xml:space="preserve">[41:58] </w:t>
      </w:r>
      <w:r>
        <w:t>"revolution betrayal" halankay woh betrayal ka mamla nahi tha. woh ideal society ban nahi sakti thi, yeh bani bhi nahi. woh yahi aap kisi bhi kisi bhi idaray mein</w:t>
      </w:r>
    </w:p>
    <w:p>
      <w:pPr>
        <w:jc w:val="right"/>
      </w:pPr>
      <w:r>
        <w:t>"ریولوشن بٹریٹ" حالانکہ وہ بٹریٹ کا معاملہ نہیں تھا۔ وہ آئیڈیل سوسائٹی بن نہیں سکتی تھی، یہ بنی بھی نہیں۔ وہ یہی آپ کسی بھی کسی بھی ادارے میں</w:t>
      </w:r>
    </w:p>
    <w:p>
      <w:r>
        <w:rPr>
          <w:b/>
        </w:rPr>
        <w:t xml:space="preserve">[42:10] </w:t>
      </w:r>
      <w:r>
        <w:t>jayen, amreeka mein bhi mein ne dekha ke log shikayaten karte hain, doosron ki shikayaten karte hain. Apne bare mein daryaft nahi kar kar paye woh ke hum ne ideal result ko apna goal banaya tha, woh to milne wale hi nahin.</w:t>
      </w:r>
    </w:p>
    <w:p>
      <w:pPr>
        <w:jc w:val="right"/>
      </w:pPr>
      <w:r>
        <w:t>جائیں، امریکہ میں بھی میں نے دیکھا کہ لوگ شکایتیں کرتے ہیں، دوسروں کی شکایتیں کرتے ہیں۔ اپنے بارے میں دریافت نہیں کر کر پائے وہ کہ ہم نے آئیڈیل رزلٹ کو اپنا گول بنایا تھا، وہ تو ملنے والے ہی نہیں۔</w:t>
      </w:r>
    </w:p>
    <w:p>
      <w:r>
        <w:rPr>
          <w:b/>
        </w:rPr>
        <w:t xml:space="preserve">[42:26] </w:t>
      </w:r>
      <w:r>
        <w:t>jaise misaal ke taur par wahan ek sahib hain amreeka mein, is se pehle mein gaya tha wahan kai saal pehle to ek Islamic center ka woh director ho gaye thay.</w:t>
      </w:r>
    </w:p>
    <w:p>
      <w:pPr>
        <w:jc w:val="right"/>
      </w:pPr>
      <w:r>
        <w:t>جیسے مثال کے طور پر وہاں ایک صاحب ہیں امریکہ میں، اس سے پہلے میں گیا تھا وہاں کئی سال پہلے تو ایک اسلامک سینٹر کا وہ ڈائریکٹر ہو گئے تھے۔</w:t>
      </w:r>
    </w:p>
    <w:p>
      <w:r>
        <w:rPr>
          <w:b/>
        </w:rPr>
        <w:t xml:space="preserve">[42:40] </w:t>
      </w:r>
      <w:r>
        <w:t>to bohat hi jubilantly unhon ne kaha tha ke mein ne leadership ka role le liya hai. Mein ne leadership ka role le liya hai. Ab un ke mind mein tha ke mein aisi nasal banaunga, aise bachche banaunga, aisi ladkiyan banaunga, aise ladke banaunga.</w:t>
      </w:r>
    </w:p>
    <w:p>
      <w:pPr>
        <w:jc w:val="right"/>
      </w:pPr>
      <w:r>
        <w:t>تو بہت ہی جیولینٹلی انہوں نے کہا تھا کہ میں نے لیڈرشپ کا رول لے لیا ہے۔ میں نے لیڈرشپ کا رول لے لیا ہے۔ اب ان کے مائنڈ میں تھا کہ میں ایسی نسل بناؤں گا، ایسے بچے بناؤں گا، ایسی لڑکیاں بناؤں گا، ایسے لڑکے بناؤں گا۔</w:t>
      </w:r>
    </w:p>
    <w:p>
      <w:r>
        <w:rPr>
          <w:b/>
        </w:rPr>
        <w:t xml:space="preserve">[42:54] </w:t>
      </w:r>
      <w:r>
        <w:t>ab is mein apne aap ko laga diya is ne. Ek koi school chala rahe thay woh. Ab woh us ko chhod kar chale gaye Pakistan.</w:t>
      </w:r>
    </w:p>
    <w:p>
      <w:pPr>
        <w:jc w:val="right"/>
      </w:pPr>
      <w:r>
        <w:t>اب اس میں اپنے آپ کو لگا دیا اس نے۔ ایک کوئی اسکول چلا رہے تھے وہ۔ اب وہ اس کو چھوڑ کر چلے گئے پاکستان۔</w:t>
      </w:r>
    </w:p>
    <w:p>
      <w:r>
        <w:rPr>
          <w:b/>
        </w:rPr>
        <w:t xml:space="preserve">[43:02] </w:t>
      </w:r>
      <w:r>
        <w:t>kyun? Frustration mein aa gaye. Kyun ke woh woh nasal bani nahin jo chahte thay woh.</w:t>
      </w:r>
    </w:p>
    <w:p>
      <w:pPr>
        <w:jc w:val="right"/>
      </w:pPr>
      <w:r>
        <w:t>کیوں؟ فرسٹریشن میں آ گئے۔ کیونکہ وہ وہ نسل بنی نہیں جو چاہتے تھے وہ۔</w:t>
      </w:r>
    </w:p>
    <w:p>
      <w:r>
        <w:rPr>
          <w:b/>
        </w:rPr>
        <w:t xml:space="preserve">[43:11] </w:t>
      </w:r>
      <w:r>
        <w:t>to dekhiye, yeh bohat bari baat hai jo mujhe discover hui hai ke apne mind ki satah par aap idealist ho sakte hain.</w:t>
      </w:r>
    </w:p>
    <w:p>
      <w:pPr>
        <w:jc w:val="right"/>
      </w:pPr>
      <w:r>
        <w:t>تو دیکھیے، یہ بہت بڑی بات ہے جو مجھے ڈسکور ہوئی ہے کہ اپنے مائنڈ کی سطح پر آپ آئیڈیلسٹ ہو سکتے ہیں۔</w:t>
      </w:r>
    </w:p>
    <w:p>
      <w:r>
        <w:rPr>
          <w:b/>
        </w:rPr>
        <w:t xml:space="preserve">[43:21] </w:t>
      </w:r>
      <w:r>
        <w:t>society ki satah par idealist banna chahenge to woh impossible hai. To aap you have you have to differentiate between the two you have to differentiate between the two</w:t>
      </w:r>
    </w:p>
    <w:p>
      <w:pPr>
        <w:jc w:val="right"/>
      </w:pPr>
      <w:r>
        <w:t>سوسائٹی کی سطح پر آئیڈیلسٹ بننا چاہیں گے تو وہ امپاسیبل ہے۔ تو آپ you have you have to differentiate between the two you have to differentiate between the two</w:t>
      </w:r>
    </w:p>
    <w:p>
      <w:r>
        <w:rPr>
          <w:b/>
        </w:rPr>
        <w:t xml:space="preserve">[43:35] </w:t>
      </w:r>
      <w:r>
        <w:t>misalan hum ne bhi ek ek ek ek tehreek chalai hai, ek movement hai hamari hai.</w:t>
      </w:r>
    </w:p>
    <w:p>
      <w:pPr>
        <w:jc w:val="right"/>
      </w:pPr>
      <w:r>
        <w:t>مثلاً ہم نے بھی ایک ایک ایک ایک تحریک چلائی ہے، ایک موومنٹ ہے ہماری ہے۔</w:t>
      </w:r>
    </w:p>
    <w:p>
      <w:r>
        <w:rPr>
          <w:b/>
        </w:rPr>
        <w:t xml:space="preserve">[43:40] </w:t>
      </w:r>
      <w:r>
        <w:t>aap jante hain, agar mein yeh samjhun ke hamari movement jo hai, jo hamari society hai, har member is ka aisa hoga, waisa hoga to mujhe frustration aayega.</w:t>
      </w:r>
    </w:p>
    <w:p>
      <w:pPr>
        <w:jc w:val="right"/>
      </w:pPr>
      <w:r>
        <w:t>آپ جانتے ہیں، اگر میں یہ سمجھوں کہ ہماری موومنٹ جو ہے، جو ہماری سوسائٹی ہے، ہر ممبر اس کا ایسا ہوگا، ویسا ہوگا تو مجھے فرسٹریشن آئے گا۔</w:t>
      </w:r>
    </w:p>
    <w:p>
      <w:r>
        <w:rPr>
          <w:b/>
        </w:rPr>
        <w:t xml:space="preserve">[43:53] </w:t>
      </w:r>
      <w:r>
        <w:t>to mein ne yeh goal banaya nahin hai. Mein Allah ke fazl se, Khuda ke Khuda mein yaqeen rakhta hoon, Khuda ki yaad mein jeeta hoon.</w:t>
      </w:r>
    </w:p>
    <w:p>
      <w:pPr>
        <w:jc w:val="right"/>
      </w:pPr>
      <w:r>
        <w:t>تو میں نے یہ گول بنایا نہیں ہے۔ میں اللہ کے فضل سے، خدا کے خدا میں یقین رکھتا ہوں، خدا کی یاد میں جیتا ہوں۔</w:t>
      </w:r>
    </w:p>
    <w:p>
      <w:r>
        <w:rPr>
          <w:b/>
        </w:rPr>
        <w:t xml:space="preserve">[44:06] </w:t>
      </w:r>
      <w:r>
        <w:t>to mujhe koi frustration nahin aata.</w:t>
      </w:r>
    </w:p>
    <w:p>
      <w:pPr>
        <w:jc w:val="right"/>
      </w:pPr>
      <w:r>
        <w:t>تو مجھے کوئی فرسٹریشن نہیں آتا۔</w:t>
      </w:r>
    </w:p>
    <w:p>
      <w:r>
        <w:rPr>
          <w:b/>
        </w:rPr>
        <w:t xml:space="preserve">[44:10] </w:t>
      </w:r>
      <w:r>
        <w:t>to mind ki satah par mein hamesha ideal andaaz mein sochta hoon. Insaan ki satah par mein hamesha practical ban jata hoon. Yahi wahid hal hai.</w:t>
      </w:r>
    </w:p>
    <w:p>
      <w:pPr>
        <w:jc w:val="right"/>
      </w:pPr>
      <w:r>
        <w:t>تو مائنڈ کی سطح پر میں ہمیشہ آئیڈیل انداز میں سوچتا ہوں۔ انسان کی سطح پر میں ہمیشہ پریکٹیکل بن جاتا ہوں۔ یہی واحد حل ہے۔</w:t>
      </w:r>
    </w:p>
    <w:p>
      <w:r>
        <w:rPr>
          <w:b/>
        </w:rPr>
        <w:t xml:space="preserve">[44:23] </w:t>
      </w:r>
      <w:r>
        <w:t>to khulasa yeh hai ke yahan se le kar amreeka tak jo log negative bane hue hain, is ki wajah yeh hai ke logon ko raaz-e-hayat maloom nahin. Har aadmi shaitan ke is ka shikar hai ke ek aisi shart laga rakhi hai is ne</w:t>
      </w:r>
    </w:p>
    <w:p>
      <w:pPr>
        <w:jc w:val="right"/>
      </w:pPr>
      <w:r>
        <w:t>تو خلاصہ یہ ہے کہ یہاں سے لے کر امریکہ تک جو لوگ نیگیٹیو بنے ہوئے ہیں، اس کی وجہ یہ ہے کہ لوگوں کو راز حیات معلوم نہیں۔ ہر آدمی شیطان کے اس کا شکار ہے کہ ایک ایسی شرط لگا رکھی ہے اس نے</w:t>
      </w:r>
    </w:p>
    <w:p>
      <w:r>
        <w:rPr>
          <w:b/>
        </w:rPr>
        <w:t xml:space="preserve">[44:39] </w:t>
      </w:r>
      <w:r>
        <w:t>jo hone wali nahin. Yeh saare musalman jo amreeka mein hain, un ki shart kya hai? Ke amreeka Iraq mein dakhal na de aur Afghanistan mein dakhal na de to hum is se mohabbat karenge.</w:t>
      </w:r>
    </w:p>
    <w:p>
      <w:pPr>
        <w:jc w:val="right"/>
      </w:pPr>
      <w:r>
        <w:t>جو ہونے والی نہیں۔ یہ سارے مسلمان جو امریکہ میں ہیں، ان کی شرط کیا ہے؟ کہ امریکہ عراق میں دخل نہ دے اور افغانستان میں دخل نہ دے تو ہم اس سے محبت کریں گے۔</w:t>
      </w:r>
    </w:p>
    <w:p>
      <w:r>
        <w:rPr>
          <w:b/>
        </w:rPr>
        <w:t xml:space="preserve">[44:54] </w:t>
      </w:r>
      <w:r>
        <w:t>to yeh to hone wala nahin, to dakhal dega woh. Sab ke mind mein yahi hai ke amreeka kyun intervention karta hai Muslim mulkon mein? Nahin karna chahiye.</w:t>
      </w:r>
    </w:p>
    <w:p>
      <w:pPr>
        <w:jc w:val="right"/>
      </w:pPr>
      <w:r>
        <w:t>تو یہ تو ہونے والا نہیں، تو دخل دے گا وہ۔ سب کے مائنڈ میں یہی ہے کہ امریکہ کیوں انٹروین کرتا ہے مسلم ملکوں میں؟ نہیں کرنا چاہیے۔</w:t>
      </w:r>
    </w:p>
    <w:p>
      <w:r>
        <w:rPr>
          <w:b/>
        </w:rPr>
        <w:t xml:space="preserve">[45:04] </w:t>
      </w:r>
      <w:r>
        <w:t>to woh to karega.</w:t>
      </w:r>
    </w:p>
    <w:p>
      <w:pPr>
        <w:jc w:val="right"/>
      </w:pPr>
      <w:r>
        <w:t>تو وہ تو کرے گا۔</w:t>
      </w:r>
    </w:p>
    <w:p>
      <w:r>
        <w:rPr>
          <w:b/>
        </w:rPr>
        <w:t xml:space="preserve">[45:06] </w:t>
      </w:r>
      <w:r>
        <w:t>to ab aap ne wahan rehte hue amreeka se watan wali mohabbat paida karne ka ek aisi condition laga rakhi hai jo poori hone wali nahin hai kabhi.</w:t>
      </w:r>
    </w:p>
    <w:p>
      <w:pPr>
        <w:jc w:val="right"/>
      </w:pPr>
      <w:r>
        <w:t>تو اب آپ نے وہاں رہتے ہوئے امریکہ سے وطن والی محبت پیدا کرنے کا ایک ایسی کنڈیشن لگا رکھی ہے جو پوری ہونے والی نہیں ہے کبھی۔</w:t>
      </w:r>
    </w:p>
    <w:p>
      <w:r>
        <w:rPr>
          <w:b/>
        </w:rPr>
        <w:t xml:space="preserve">[45:19] </w:t>
      </w:r>
      <w:r>
        <w:t>to nataija yeh hai ke wahan jo log rehte hain, woh sab negative hain. Ek ek sahib jo Pakistan se wahan aaye hain, mujh se baat hui to lage woh amreeka ki shikayat karne wale hain.</w:t>
      </w:r>
    </w:p>
    <w:p>
      <w:pPr>
        <w:jc w:val="right"/>
      </w:pPr>
      <w:r>
        <w:t>تو نتیجہ یہ ہے کہ وہاں جو لوگ رہتے ہیں، وہ سب نیگیٹیو ہیں۔ ایک ایک صاحب جو پاکستان سے وہاں آئے ہیں، مجھ سے بات ہوئی تو لگے وہ امریکہ کی شکایت کرنے والے ہیں۔</w:t>
      </w:r>
    </w:p>
    <w:p>
      <w:r>
        <w:rPr>
          <w:b/>
        </w:rPr>
        <w:t xml:space="preserve">[45:31] </w:t>
      </w:r>
      <w:r>
        <w:t>to mein ne un se kaha ke aap amreeka ki shikayat kar rahe hain to aayen ke wahan par aap apne mulk mein rehte hain. Aap</w:t>
      </w:r>
    </w:p>
    <w:p>
      <w:pPr>
        <w:jc w:val="right"/>
      </w:pPr>
      <w:r>
        <w:t>تو میں نے ان سے کہا کہ آپ امریکہ کی شکایت کر رہے ہیں تو آئیں کہ وہاں پر آپ اپنے ملک میں رہتے ہیں۔ آپ</w:t>
      </w:r>
    </w:p>
    <w:p>
      <w:r>
        <w:rPr>
          <w:b/>
        </w:rPr>
        <w:t xml:space="preserve">[45:37] </w:t>
      </w:r>
      <w:r>
        <w:t>tab kya kehte hain? Ke aadmi ki rozi jahan likhi rahegi, wahan woh jayega. Ab dekhen, yeh koi jawab hai? Yeh koi jawab hai?</w:t>
      </w:r>
    </w:p>
    <w:p>
      <w:pPr>
        <w:jc w:val="right"/>
      </w:pPr>
      <w:r>
        <w:t>تب کیا کہتے ہیں؟ کہ آدمی کی روزی جہاں لکھی رہے گی، وہاں وہ جائے گا۔ اب دیکھیں، یہ کوئی جواب ہے؟ یہ کوئی جواب ہے؟</w:t>
      </w:r>
    </w:p>
    <w:p>
      <w:r>
        <w:rPr>
          <w:b/>
        </w:rPr>
        <w:t xml:space="preserve">[45:47] </w:t>
      </w:r>
      <w:r>
        <w:t>mein ne kaha ke aap ko agar hum se shikayat hai amreeka se ke aap ka Islam dushman hai to aayen ko aap yahan par. Saare Arab log kya kehte hain?</w:t>
      </w:r>
    </w:p>
    <w:p>
      <w:pPr>
        <w:jc w:val="right"/>
      </w:pPr>
      <w:r>
        <w:t>میں نے کہا کہ آپ کو اگر ہم سے شکایت ہے امریکہ سے کہ آپ کا اسلام دشمن ہے تو آئیں کو آپ یہاں پر۔ سارے عرب لوگ کیا کہتے ہیں؟</w:t>
      </w:r>
    </w:p>
    <w:p>
      <w:r>
        <w:rPr>
          <w:b/>
        </w:rPr>
        <w:t xml:space="preserve">[45:57] </w:t>
      </w:r>
      <w:r>
        <w:t>America adu al-Islam raqm wahid.</w:t>
      </w:r>
    </w:p>
    <w:p>
      <w:pPr>
        <w:jc w:val="right"/>
      </w:pPr>
      <w:r>
        <w:t>امریکہ ادو الاسلام رقم واحد۔</w:t>
      </w:r>
    </w:p>
    <w:p>
      <w:r>
        <w:rPr>
          <w:b/>
        </w:rPr>
        <w:t xml:space="preserve">[46:02] </w:t>
      </w:r>
      <w:r>
        <w:t>saare jo yeh jo maghribi mulkon mein jo musalman basta hain, woh kehte hain ke amreeka is enemy number one of Islam. Kyun?</w:t>
      </w:r>
    </w:p>
    <w:p>
      <w:pPr>
        <w:jc w:val="right"/>
      </w:pPr>
      <w:r>
        <w:t>سارے جو یہ جو مغربی ملکوں میں جو مسلمان بستے ہیں، وہ کہتے ہیں کہ امریکہ is enemy number one آف اسلام۔ کیوں؟</w:t>
      </w:r>
    </w:p>
    <w:p>
      <w:r>
        <w:rPr>
          <w:b/>
        </w:rPr>
        <w:t xml:space="preserve">[46:11] </w:t>
      </w:r>
      <w:r>
        <w:t>woh chahte hain ke Israel mein woh Yahudiyon ko saath na de, woh Iraq aur Afghanistan mein intervention na kare, woh Muslim mulkon mein jo petrol ki jo policy chalata hai, woh woh sab na kare.</w:t>
      </w:r>
    </w:p>
    <w:p>
      <w:pPr>
        <w:jc w:val="right"/>
      </w:pPr>
      <w:r>
        <w:t>وہ چاہتے ہیں کہ اسرائیل میں وہ یہودیوں کو ساتھ نہ دے، وہ عراق اور افغانستان میں انٹروین نہ کرے، وہ مسلم ملکوں میں جو پیٹرول کی جو پالیسی چلاتا ہے، وہ وہ سب نہ کرے۔</w:t>
      </w:r>
    </w:p>
    <w:p>
      <w:r>
        <w:rPr>
          <w:b/>
        </w:rPr>
        <w:t xml:space="preserve">[46:28] </w:t>
      </w:r>
      <w:r>
        <w:t>to kyun aisa hoga? Aisa to hone wala nahin, woh to</w:t>
      </w:r>
    </w:p>
    <w:p>
      <w:pPr>
        <w:jc w:val="right"/>
      </w:pPr>
      <w:r>
        <w:t>تو کیوں ایسا ہوگا؟ ایسا تو ہونے والا نہیں۔ وہ تو</w:t>
      </w:r>
    </w:p>
    <w:p>
      <w:r>
        <w:rPr>
          <w:b/>
        </w:rPr>
        <w:t xml:space="preserve">[46:30] </w:t>
      </w:r>
      <w:r>
        <w:t>kare ga, apne interest pe chale ga. wo to shaitan ne har ek ke mind mein ek aisi condition laga rakhi hai jo poori hone wali hai, wo hone wali hai hi nahin.</w:t>
      </w:r>
    </w:p>
    <w:p>
      <w:pPr>
        <w:jc w:val="right"/>
      </w:pPr>
      <w:r>
        <w:t>کرے گا، اپنے انٹرسٹ پہ چلے گا۔ وہ تو شیطان نے ہر ایک کے مائنڈ میں ایک ایسی کنڈیشن لگا رکھی ہے جو پوری ہونے والی ہے، وہ ہونے والی ہے ہی نہیں۔</w:t>
      </w:r>
    </w:p>
    <w:p>
      <w:r>
        <w:rPr>
          <w:b/>
        </w:rPr>
        <w:t xml:space="preserve">[46:43] </w:t>
      </w:r>
      <w:r>
        <w:t>to har aadmi negative bana hua hai, har aadmi ke mind mein complaint hai, har aadmi ke mind mein protest hai jo barhte barhte barhte barhte suicide bombing tak pahunch jati hai.</w:t>
      </w:r>
    </w:p>
    <w:p>
      <w:pPr>
        <w:jc w:val="right"/>
      </w:pPr>
      <w:r>
        <w:t>تو ہر آدمی نیگیٹیو بنا ہوا ہے، ہر آدمی کے مائنڈ میں کمپلینٹ ہے، ہر آدمی کے مائنڈ میں پروٹیسٹ ہے جو بڑھتے بڑھتے بڑھتے بڑھتے سوئسائیڈ بمبنگ تک پہنچ جاتی ہے۔</w:t>
      </w:r>
    </w:p>
    <w:p>
      <w:r>
        <w:rPr>
          <w:b/>
        </w:rPr>
        <w:t xml:space="preserve">[46:54] </w:t>
      </w:r>
      <w:r>
        <w:t>suicide bombing isi ka culmination hai, isi soch ka, isi negativity ka</w:t>
      </w:r>
    </w:p>
    <w:p>
      <w:pPr>
        <w:jc w:val="right"/>
      </w:pPr>
      <w:r>
        <w:t>سوئسائیڈ بمبنگ اسی کا کلمنیشن ہے، اسی سوچ کا، اسی نیگیٹیوٹی کا</w:t>
      </w:r>
    </w:p>
    <w:p>
      <w:r>
        <w:rPr>
          <w:b/>
        </w:rPr>
        <w:t xml:space="preserve">[47:01] </w:t>
      </w:r>
      <w:r>
        <w:t>culmination hai. isi ka</w:t>
      </w:r>
    </w:p>
    <w:p>
      <w:pPr>
        <w:jc w:val="right"/>
      </w:pPr>
      <w:r>
        <w:t>کلمنیشن ہے۔ اسی کا</w:t>
      </w:r>
    </w:p>
    <w:p>
      <w:r>
        <w:rPr>
          <w:b/>
        </w:rPr>
        <w:t xml:space="preserve">[47:07] </w:t>
      </w:r>
      <w:r>
        <w:t>to yeh baatein bohat zyada isi liye daawa work nahin ho raha hai. dekhiye, daawa work kahin nahin ho raha hai. hamari jo team hai, chhoti si, yeh to kar rahi hai.</w:t>
      </w:r>
    </w:p>
    <w:p>
      <w:pPr>
        <w:jc w:val="right"/>
      </w:pPr>
      <w:r>
        <w:t>تو یہ باتیں بہت زیادہ اسی لیے دعویٰ ورک نہیں ہو رہا ہے۔ دیکھیے، دعویٰ ورک کہیں نہیں ہو رہا ہے۔ ہماری جو ٹیم ہے، چھوٹی سی، یہ تو کر رہی ہے۔</w:t>
      </w:r>
    </w:p>
    <w:p>
      <w:r>
        <w:rPr>
          <w:b/>
        </w:rPr>
        <w:t xml:space="preserve">[47:17] </w:t>
      </w:r>
      <w:r>
        <w:t>yani main jab wahan gaya Philadelphia mein to main wahan thehra tha Khwaja Kaleemuddin sahib ke haan. to wahan ek ajeeb ghareeb manzar maine dekha.</w:t>
      </w:r>
    </w:p>
    <w:p>
      <w:pPr>
        <w:jc w:val="right"/>
      </w:pPr>
      <w:r>
        <w:t>یعنی میں جب وہاں گیا فلیڈلفیا میں تو میں وہاں ٹھہرا تھا خواجہ کلیم الدین صاحب کے ہاں۔ تو وہاں ایک عجیب غریب منظر میں نے دیکھا۔</w:t>
      </w:r>
    </w:p>
    <w:p>
      <w:r>
        <w:rPr>
          <w:b/>
        </w:rPr>
        <w:t xml:space="preserve">[47:29] </w:t>
      </w:r>
      <w:r>
        <w:t>ek din subah ko wo baitha hua tha, un ka ghar bohat bara hai, bohat bara lawn hai is mein. to main baitha bahar, itne mein ek bohat bari truck aai. yani hamari jo India mein truck hoti hai, us ki double, us ki double aage khari hui un ke ghar ke samne.</w:t>
      </w:r>
    </w:p>
    <w:p>
      <w:pPr>
        <w:jc w:val="right"/>
      </w:pPr>
      <w:r>
        <w:t>ایک دن صبح کو وہ بیٹھا ہوا تھا، ان کا گھر بہت بڑا ہے، بہت بڑا لان ہے اس میں۔ تو میں بیٹھا باہر، اتنے میں ایک بہت بڑی ٹرک آئی۔ یعنی ہماری جو انڈیا میں ٹرک ہوتی ہے، اس کی ڈبل، اس کی ڈبل آگے کھڑی ہوئی ان کے گھر کے سامنے۔</w:t>
      </w:r>
    </w:p>
    <w:p>
      <w:r>
        <w:rPr>
          <w:b/>
        </w:rPr>
        <w:t xml:space="preserve">[47:46] </w:t>
      </w:r>
      <w:r>
        <w:t>ab is ke baad maloom hua ke is mein yeh hamare jo Quran chhupa hai, Quran English translation, wo bohat bari tadad mein mangwaaya unhon ne.</w:t>
      </w:r>
    </w:p>
    <w:p>
      <w:pPr>
        <w:jc w:val="right"/>
      </w:pPr>
      <w:r>
        <w:t>اب اس کے بعد معلوم ہوا کہ اس میں یہ ہمارے جو قرآن چھپا ہے، قرآن انگلش ٹرانسلیشن، وہ بہت بڑی تعداد میں منگوایا انہوں نے۔</w:t>
      </w:r>
    </w:p>
    <w:p>
      <w:r>
        <w:rPr>
          <w:b/>
        </w:rPr>
        <w:t xml:space="preserve">[47:56] </w:t>
      </w:r>
      <w:r>
        <w:t>ab is ke baad unloading hone lagi is ki.</w:t>
      </w:r>
    </w:p>
    <w:p>
      <w:pPr>
        <w:jc w:val="right"/>
      </w:pPr>
      <w:r>
        <w:t>اب اس کے بعد ان لوڈنگ ہونے لگی اس کی۔</w:t>
      </w:r>
    </w:p>
    <w:p>
      <w:r>
        <w:rPr>
          <w:b/>
        </w:rPr>
        <w:t xml:space="preserve">[47:59] </w:t>
      </w:r>
      <w:r>
        <w:t>to wo itna bara kaam tha ke subah shaam tak hota raha wo. is ko unload kiya gaya, is ko rakha gaya, is ko yeh kiya gaya, wo kiya gaya. to wahan par ek ajeeb ghareeb manzar tha.</w:t>
      </w:r>
    </w:p>
    <w:p>
      <w:pPr>
        <w:jc w:val="right"/>
      </w:pPr>
      <w:r>
        <w:t>تو وہ اتنا بڑا کام تھا کہ صبح شام تک ہوتا رہا وہ۔ اس کو ان لوڈ کیا گیا، اس کو رکھا گیا، اس کو یہ کیا گیا، وہ کیا گیا۔ تو وہاں پر ایک عجیب غریب منظر تھا۔</w:t>
      </w:r>
    </w:p>
    <w:p>
      <w:r>
        <w:rPr>
          <w:b/>
        </w:rPr>
        <w:t xml:space="preserve">[48:11] </w:t>
      </w:r>
      <w:r>
        <w:t>to maine kaha ke Kaleemuddin sahib se ke aap ne to masha Allah yahan daawat ki industry khol di hai. daawa industry, ek aisi activities thin wahan par loading unloading ki aur us ko rakhne ki aur yeh karne ki, wo karne ki.</w:t>
      </w:r>
    </w:p>
    <w:p>
      <w:pPr>
        <w:jc w:val="right"/>
      </w:pPr>
      <w:r>
        <w:t>تو میں نے کہا کہ کلیم الدین صاحب سے کہ آپ نے تو ماشاءاللہ یہاں دعوت کی انڈسٹری کھول دی ہے۔ دعویٰ انڈسٹری، ایک ایسی ایکٹیویٹیز تھیں وہاں پر لوڈنگ ان لوڈنگ کی اور اس کو رکھنے کی اور یہ کرنے کی، وہ کرنے کی۔</w:t>
      </w:r>
    </w:p>
    <w:p>
      <w:r>
        <w:rPr>
          <w:b/>
        </w:rPr>
        <w:t xml:space="preserve">[48:26] </w:t>
      </w:r>
      <w:r>
        <w:t>bilkul jaise ke koi industrial house yeh hai.</w:t>
      </w:r>
    </w:p>
    <w:p>
      <w:pPr>
        <w:jc w:val="right"/>
      </w:pPr>
      <w:r>
        <w:t>بالکل جیسے کہ کوئی انڈسٹریل ہاؤس یہ ہے۔</w:t>
      </w:r>
    </w:p>
    <w:p>
      <w:r>
        <w:rPr>
          <w:b/>
        </w:rPr>
        <w:t xml:space="preserve">[48:30] </w:t>
      </w:r>
      <w:r>
        <w:t>to maine kaha ke aap ne to daawa industry khol di hai.</w:t>
      </w:r>
    </w:p>
    <w:p>
      <w:pPr>
        <w:jc w:val="right"/>
      </w:pPr>
      <w:r>
        <w:t>تو میں نے کہا کہ آپ نے تو دعویٰ انڈسٹری کھول دی ہے۔</w:t>
      </w:r>
    </w:p>
    <w:p>
      <w:r>
        <w:rPr>
          <w:b/>
        </w:rPr>
        <w:t xml:space="preserve">[48:35] </w:t>
      </w:r>
      <w:r>
        <w:t>to hamare sath yeh jo team hai, yeh to kar rahi hai daawat ka kaam. baqi kahin daawat ka kaam nahin ho raha. kyun?</w:t>
      </w:r>
    </w:p>
    <w:p>
      <w:pPr>
        <w:jc w:val="right"/>
      </w:pPr>
      <w:r>
        <w:t>تو ہمارے ساتھ یہ جو ٹیم ہے، یہ تو کر رہی ہے دعوت کا کام۔ باقی کہیں دعوت کا کام نہیں ہو رہا۔ کیوں؟</w:t>
      </w:r>
    </w:p>
    <w:p>
      <w:r>
        <w:rPr>
          <w:b/>
        </w:rPr>
        <w:t xml:space="preserve">[48:45] </w:t>
      </w:r>
      <w:r>
        <w:t>logon ko mad'u se, log mad'u se negative hain.</w:t>
      </w:r>
    </w:p>
    <w:p>
      <w:pPr>
        <w:jc w:val="right"/>
      </w:pPr>
      <w:r>
        <w:t>لوگوں کو مدعو سے، لوگ مدعو سے نیگیٹیو ہیں۔</w:t>
      </w:r>
    </w:p>
    <w:p>
      <w:r>
        <w:rPr>
          <w:b/>
        </w:rPr>
        <w:t xml:space="preserve">[48:50] </w:t>
      </w:r>
      <w:r>
        <w:t>hamara kehna yeh hai ke har ek aap ko mad'u hai.</w:t>
      </w:r>
    </w:p>
    <w:p>
      <w:pPr>
        <w:jc w:val="right"/>
      </w:pPr>
      <w:r>
        <w:t>ہمارا کہنا یہ ہے کہ ہر ایک آپ کو مدعو ہے۔</w:t>
      </w:r>
    </w:p>
    <w:p>
      <w:r>
        <w:rPr>
          <w:b/>
        </w:rPr>
        <w:t xml:space="preserve">[48:53] </w:t>
      </w:r>
      <w:r>
        <w:t>Yahoodi aap ko mad'u hai. Hindu aap ko mad'u hai. American aap ko mad'u hai. Britishs aap ko mad'u hai. aur mad'u se nafrat karna jaiz hi nahin hai.</w:t>
      </w:r>
    </w:p>
    <w:p>
      <w:pPr>
        <w:jc w:val="right"/>
      </w:pPr>
      <w:r>
        <w:t>یہودی آپ کو مدعو ہے۔ ہندو آپ کو مدعو ہے۔ امریکن آپ کو مدعو ہیں۔ برٹشز آپ کو مدعو ہیں۔ اور مدعو سے نفرت کرنا جائز ہی نہیں ہے۔</w:t>
      </w:r>
    </w:p>
    <w:p>
      <w:r>
        <w:rPr>
          <w:b/>
        </w:rPr>
        <w:t xml:space="preserve">[49:04] </w:t>
      </w:r>
      <w:r>
        <w:t>kyun? agar aap mad'u se nafrat karenge to aap daawat nahin de sakte.</w:t>
      </w:r>
    </w:p>
    <w:p>
      <w:pPr>
        <w:jc w:val="right"/>
      </w:pPr>
      <w:r>
        <w:t>کیوں؟ اگر آپ مدعو سے نفرت کریں گے تو آپ دعوت نہیں دے سکتے۔</w:t>
      </w:r>
    </w:p>
    <w:p>
      <w:r>
        <w:rPr>
          <w:b/>
        </w:rPr>
        <w:t xml:space="preserve">[49:11] </w:t>
      </w:r>
      <w:r>
        <w:t>yahan par theek wahi hai jo business ka muamla hai. ke ek ek ek taajir agar apne customer se nafrat kare to to tijarat nahin kar sakta wo.</w:t>
      </w:r>
    </w:p>
    <w:p>
      <w:pPr>
        <w:jc w:val="right"/>
      </w:pPr>
      <w:r>
        <w:t>یہاں پر ٹھیک وہی ہے جو بزنس کا معاملہ ہے۔ کہ ایک ایک ایک تاجر اگر اپنے کسٹمر سے نفرت کرے تو تو تجارت نہیں کر سکتا وہ۔</w:t>
      </w:r>
    </w:p>
    <w:p>
      <w:r>
        <w:rPr>
          <w:b/>
        </w:rPr>
        <w:t xml:space="preserve">[49:27] </w:t>
      </w:r>
      <w:r>
        <w:t>ek taajir jo hai, ek businessman jo hai, apne customer se nafrat karne lage to wo kabhi bhi business nahin chala sakta wo. isi liye kaha jata hai ke customer is always right</w:t>
      </w:r>
    </w:p>
    <w:p>
      <w:pPr>
        <w:jc w:val="right"/>
      </w:pPr>
      <w:r>
        <w:t>ایک تاجر جو ہے، ایک بزنس مین جو ہے، اپنے کسٹمر سے نفرت کرنے لگے تو وہ کبھی بھی بزنس نہیں چلا سکتا وہ۔ اسی لیے کہا جاتا ہے کہ customer is alwaysright</w:t>
      </w:r>
    </w:p>
    <w:p>
      <w:r>
        <w:rPr>
          <w:b/>
        </w:rPr>
        <w:t xml:space="preserve">[49:39] </w:t>
      </w:r>
      <w:r>
        <w:t>business culture mein yeh mana jata hai ke customer is always right yani customer friendly behavior aap ka hoga tab aap business chalegi aap ki. isi tarah se yaad rakhiye, mad'u friendly behavior aap ka hoga tab aap daawat ka kaam kar payenge.</w:t>
      </w:r>
    </w:p>
    <w:p>
      <w:pPr>
        <w:jc w:val="right"/>
      </w:pPr>
      <w:r>
        <w:t>بزنس کلچر میں یہ مانا جاتا ہے کہ customer is alwaysright یعنی کسٹمر فرینڈلی بیہیویئر آپ کا ہوگا تب آپ بزنس چلے گی آپ کی۔ اسی طرح سے یاد رکھیے، مدعو فرینڈلی بیہیویئر آپ کا ہوگا تب آپ دعوت کا کام کر پائیں گے۔</w:t>
      </w:r>
    </w:p>
    <w:p>
      <w:r>
        <w:rPr>
          <w:b/>
        </w:rPr>
        <w:t xml:space="preserve">[49:57] </w:t>
      </w:r>
      <w:r>
        <w:t>mad'u friendly behavior nahin hai to daawat bhi nahin hai. to sari duniya ke musalman ek na ek baat ko le kar ke doosron se negative bane hue hain.</w:t>
      </w:r>
    </w:p>
    <w:p>
      <w:pPr>
        <w:jc w:val="right"/>
      </w:pPr>
      <w:r>
        <w:t>مدعو فرینڈلی بیہیویئر نہیں ہے تو دعوت بھی نہیں ہے۔ تو ساری دنیا کے مسلمان ایک نہ ایک بات کو لے کر کے دوسروں سے نیگیٹیو بنے ہوئے ہیں۔</w:t>
      </w:r>
    </w:p>
    <w:p>
      <w:r>
        <w:rPr>
          <w:b/>
        </w:rPr>
        <w:t xml:space="preserve">[50:09] </w:t>
      </w:r>
      <w:r>
        <w:t>Hindu se nafrat, Israel se nafrat, Yahoodi se nafrat, Isai se nafrat. ab maslan Isaiyon se nafrat kyun karte hain musalman?</w:t>
      </w:r>
    </w:p>
    <w:p>
      <w:pPr>
        <w:jc w:val="right"/>
      </w:pPr>
      <w:r>
        <w:t>ہندو سے نفرت، اسرائیل سے نفرت، یہودی سے نفرت، عیسائی سے نفرت۔ اب مثلاً عیسائیوں سے نفرت کیوں کرتے ہیں مسلمان؟</w:t>
      </w:r>
    </w:p>
    <w:p>
      <w:r>
        <w:rPr>
          <w:b/>
        </w:rPr>
        <w:t xml:space="preserve">[50:20] </w:t>
      </w:r>
      <w:r>
        <w:t>ke Israel ke muamle mein Christian jo hain, un ki hum himayat kyun nahin karte? main kehta hoon, kyun himayat karenge tumhari bhai wo? tum apna kaam jo chahe karo, wo kyun tumhari himayat karenge?</w:t>
      </w:r>
    </w:p>
    <w:p>
      <w:pPr>
        <w:jc w:val="right"/>
      </w:pPr>
      <w:r>
        <w:t>کہ اسرائیل کے معاملے میں کرسچن جو ہیں، ان کی ہم حمایت کیوں نہیں کرتے؟ میں کہتا ہوں، کیوں حمایت کریں گے تمہاری بھائی وہ؟ تم اپنا کام جو چاہے کرو، وہ کیوں تمہاری حمایت کریں گے؟</w:t>
      </w:r>
    </w:p>
    <w:p>
      <w:r>
        <w:rPr>
          <w:b/>
        </w:rPr>
        <w:t xml:space="preserve">[50:34] </w:t>
      </w:r>
      <w:r>
        <w:t>to musalmanon ka haal yeh hai ke Christian se negative, Yahoodi se negative,</w:t>
      </w:r>
    </w:p>
    <w:p>
      <w:pPr>
        <w:jc w:val="right"/>
      </w:pPr>
      <w:r>
        <w:t>تو مسلمانوں کا حال یہ ہے کہ کرسچن سے نیگیٹیو، یہودی سے نیگیٹیو،</w:t>
      </w:r>
    </w:p>
    <w:p>
      <w:r>
        <w:rPr>
          <w:b/>
        </w:rPr>
        <w:t xml:space="preserve">[50:38] </w:t>
      </w:r>
      <w:r>
        <w:t>hindu se negative, american se negative, britishz se negative, sab se negative. is ki price kiya deni parti hai?</w:t>
      </w:r>
    </w:p>
    <w:p>
      <w:pPr>
        <w:jc w:val="right"/>
      </w:pPr>
      <w:r>
        <w:t>ہندو سے نیگیٹیو، امریکن سے نیگیٹیو، برٹشز سے نیگیٹیو، سب سے نیگیٹیو۔ اس کی پرائز کیا دینی پڑتی ہے؟</w:t>
      </w:r>
    </w:p>
    <w:p>
      <w:r>
        <w:rPr>
          <w:b/>
        </w:rPr>
        <w:t xml:space="preserve">[50:48] </w:t>
      </w:r>
      <w:r>
        <w:t>jo sab se bari responsibility un ki thi, jo un ki jo zimmedari, isi ko ada karne ke liye un ke andar spirit nahi paida hoti. yani daawa work.</w:t>
      </w:r>
    </w:p>
    <w:p>
      <w:pPr>
        <w:jc w:val="right"/>
      </w:pPr>
      <w:r>
        <w:t>جو سب سے بڑی ریسپانسبیلٹی ان کی تھی، جو ان کی جو ذمہ داری، اسی کو ادا کرنے کے لیے ان کے اندر سپرٹ نہیں پیدا ہوتی۔ یعنی دعویٰ ورک۔</w:t>
      </w:r>
    </w:p>
    <w:p>
      <w:r>
        <w:rPr>
          <w:b/>
        </w:rPr>
        <w:t xml:space="preserve">[51:00] </w:t>
      </w:r>
      <w:r>
        <w:t>yaad rakhiye, daawa work hi woh cheez hai jis se ummat e muslema ka ummat e muslema hona yani muthaqiq hota hai.</w:t>
      </w:r>
    </w:p>
    <w:p>
      <w:pPr>
        <w:jc w:val="right"/>
      </w:pPr>
      <w:r>
        <w:t>یاد رکھیے، دعویٰ ورک ہی وہ چیز ہے جس سے امت مسلمہ کا امت مسلمہ ہونا یعنی متحقق ہوتا ہے۔</w:t>
      </w:r>
    </w:p>
    <w:p>
      <w:r>
        <w:rPr>
          <w:b/>
        </w:rPr>
        <w:t xml:space="preserve">[51:12] </w:t>
      </w:r>
      <w:r>
        <w:t>quran majeed mein aik ayat hai ya ayyuhal rasool balagh ma unzila ilaik min rabbik wa lam taf al fa ma balaght risalatah wallahu ya'su minan naas</w:t>
      </w:r>
    </w:p>
    <w:p>
      <w:pPr>
        <w:jc w:val="right"/>
      </w:pPr>
      <w:r>
        <w:t>قرآن مجید میں ایک آیت ہے یا ایہا الرسول بلغ ما انزل الیک من ربک ولم تفعل فما بلغت رسالتہ واللہ یاس من الناس</w:t>
      </w:r>
    </w:p>
    <w:p>
      <w:r>
        <w:rPr>
          <w:b/>
        </w:rPr>
        <w:t xml:space="preserve">[51:24] </w:t>
      </w:r>
      <w:r>
        <w:t>is ka matlab yeh hai ke Allah ne farmaya rasool se ke daawa work karo, tabligh ma'az Allah karo. agar aisa nahi kiya to to tumhari nabuwat hi muthaqiq nahi hogi.</w:t>
      </w:r>
    </w:p>
    <w:p>
      <w:pPr>
        <w:jc w:val="right"/>
      </w:pPr>
      <w:r>
        <w:t>اس کا مطلب یہ ہے کہ اللہ نے فرمایا رسول سے کہ دعویٰ ورک کرو، تبلیغ معاذ اللہ کرو۔ اگر ایسا نہیں کیا تو تو تمہاری نبوت ہی متحقق نہیں ہوگی۔</w:t>
      </w:r>
    </w:p>
    <w:p>
      <w:r>
        <w:rPr>
          <w:b/>
        </w:rPr>
        <w:t xml:space="preserve">[51:40] </w:t>
      </w:r>
      <w:r>
        <w:t>yani bheja Allah taala ne rasool ko nabi bana kar ta ke logon tak baat pohanchaye aur wohi nahi pohanchaya to nabuwat hi muthaqiq nahi hui.</w:t>
      </w:r>
    </w:p>
    <w:p>
      <w:pPr>
        <w:jc w:val="right"/>
      </w:pPr>
      <w:r>
        <w:t>یعنی بھیجا اللہ تعالی نے رسول کو نبی بنا کر تاکہ لوگوں تک بات پہنچائے اور وہی نہیں پہنچایا تو نبوت ہی متحقق نہیں ہوئی۔</w:t>
      </w:r>
    </w:p>
    <w:p>
      <w:r>
        <w:rPr>
          <w:b/>
        </w:rPr>
        <w:t xml:space="preserve">[51:52] </w:t>
      </w:r>
      <w:r>
        <w:t>to rasool Allah par nabuwat khatm ho chuki hai. lekin mein, lekin aap jante hain ke yeh saare ulma yeh mante hain ke nabuwat khatm ho gayi lekin kar e nabuwat baqi hai.</w:t>
      </w:r>
    </w:p>
    <w:p>
      <w:pPr>
        <w:jc w:val="right"/>
      </w:pPr>
      <w:r>
        <w:t>تو رسول اللہ پر نبوت ختم ہو چکی ہے۔ لیکن میں، لیکن آپ جانتے ہیں کہ یہ سارے علماء یہ مانتے ہیں کہ نبوت ختم ہو گئی لیکن کار نبوت باقی ہے۔</w:t>
      </w:r>
    </w:p>
    <w:p>
      <w:r>
        <w:rPr>
          <w:b/>
        </w:rPr>
        <w:t xml:space="preserve">[52:07] </w:t>
      </w:r>
      <w:r>
        <w:t>mission baqi hai. nabi ka aana khatm ho gaya lekin nabi ka mission to baqi hai. yeh mission kaun anjaam dega? ummat e muslema, ummat e mohammadi.</w:t>
      </w:r>
    </w:p>
    <w:p>
      <w:pPr>
        <w:jc w:val="right"/>
      </w:pPr>
      <w:r>
        <w:t>مشن باقی ہے۔ نبی کا آنا ختم ہو گیا لیکن نبی کا مشن تو باقی ہے۔ یہ مشن کون انجام دے گا؟ امت مسلمہ، امت محمدی۔</w:t>
      </w:r>
    </w:p>
    <w:p>
      <w:r>
        <w:rPr>
          <w:b/>
        </w:rPr>
        <w:t xml:space="preserve">[52:18] </w:t>
      </w:r>
      <w:r>
        <w:t>is mani kiya hua hai ke ummat e mohammadi ka ummat e mohammadi hona is par depend karta hai ke woh nabi ke mission ko jaari rakhay.</w:t>
      </w:r>
    </w:p>
    <w:p>
      <w:pPr>
        <w:jc w:val="right"/>
      </w:pPr>
      <w:r>
        <w:t>اس معنی کیا ہوا ہے کہ امت محمدی کا امت محمدی ہونا اس پر ڈیپینڈ کرتا ہے کہ وہ نبی کے مشن کو جاری رکھے۔</w:t>
      </w:r>
    </w:p>
    <w:p>
      <w:r>
        <w:rPr>
          <w:b/>
        </w:rPr>
        <w:t xml:space="preserve">[52:32] </w:t>
      </w:r>
      <w:r>
        <w:t>nabi ke daawati mission ko jaari rakh</w:t>
      </w:r>
    </w:p>
    <w:p>
      <w:pPr>
        <w:jc w:val="right"/>
      </w:pPr>
      <w:r>
        <w:t>نبی کے دعوتی مشن کو جاری رکھ</w:t>
      </w:r>
    </w:p>
    <w:p>
      <w:r>
        <w:rPr>
          <w:b/>
        </w:rPr>
        <w:t xml:space="preserve">[52:34] </w:t>
      </w:r>
      <w:r>
        <w:t>e. yeh jo ummat e mohammadi hai, is ka ummat e mohammadi hona isi waqt muthaqiq hoga jab ke woh muhammad sallallahu alaihi wasallam ke daawati mission ko jaari rakha hai har nasal mein, har zamane mein, har maqam par.</w:t>
      </w:r>
    </w:p>
    <w:p>
      <w:pPr>
        <w:jc w:val="right"/>
      </w:pPr>
      <w:r>
        <w:t>ے۔ یہ جو امت محمدی ہے، اس کا امت محمدی ہونا اسی وقت متحقق ہوگا جب کہ وہ محمد صلی اللہ علیہ وسلم کے دعوتی مشن کو جاری رکھا ہے ہر نسل میں، ہر زمانے میں، ہر مقام پر۔</w:t>
      </w:r>
    </w:p>
    <w:p>
      <w:r>
        <w:rPr>
          <w:b/>
        </w:rPr>
        <w:t xml:space="preserve">[52:51] </w:t>
      </w:r>
      <w:r>
        <w:t>nahi to is ka ummati mohammadi hona mujtaba hai. kitni sangin baat hai, kitni serious baat hai yeh.</w:t>
      </w:r>
    </w:p>
    <w:p>
      <w:pPr>
        <w:jc w:val="right"/>
      </w:pPr>
      <w:r>
        <w:t>نہیں تو اس کا امتی محمدی ہونا مجتبیٰ ہے۔ کتنی سنگین بات ہے، کتنی سیریس بات ہے یہ۔</w:t>
      </w:r>
    </w:p>
    <w:p>
      <w:r>
        <w:rPr>
          <w:b/>
        </w:rPr>
        <w:t xml:space="preserve">[53:02] </w:t>
      </w:r>
      <w:r>
        <w:t>yani yeh serious baat hai ke hum jab, hum jab pohanche hain akhirat mein, rasool Allah ne kaha tha ke tum to meri ummati nahi ho. kyunke jab tum ne mere daawati mission ko jaari nahi rakha to tum kuch bhi aur ho sakte ho, mere ummati to nahi ho tum.</w:t>
      </w:r>
    </w:p>
    <w:p>
      <w:pPr>
        <w:jc w:val="right"/>
      </w:pPr>
      <w:r>
        <w:t>یعنی یہ سیریس بات ہے کہ ہم جب، ہم جب پہنچے ہیں آخرت میں، رسول اللہ نے کہا تھا کہ تم تو میری امتی نہیں ہو۔ کیونکہ جب تم نے میرے دعوتی مشن کو جاری نہیں رکھا تو تم کچھ بھی اور ہو سکتے ہو، میرے امتی تو نہیں ہو تم۔</w:t>
      </w:r>
    </w:p>
    <w:p>
      <w:r>
        <w:rPr>
          <w:b/>
        </w:rPr>
        <w:t xml:space="preserve">[53:18] </w:t>
      </w:r>
      <w:r>
        <w:t>yani kitni serious baat yeh hai. aap jante hain ke sab log marne wale hain, sab log maidan e harsh mein ikhatta hone wale hain.</w:t>
      </w:r>
    </w:p>
    <w:p>
      <w:pPr>
        <w:jc w:val="right"/>
      </w:pPr>
      <w:r>
        <w:t>یعنی کتنی سیریس بات یہ ہے۔ آپ جانتے ہیں کہ سب لوگ مرنے والے ہیں، سب لوگ میدان حرش میں اکٹھا ہونے والے ہیں۔</w:t>
      </w:r>
    </w:p>
    <w:p>
      <w:r>
        <w:rPr>
          <w:b/>
        </w:rPr>
        <w:t xml:space="preserve">[53:28] </w:t>
      </w:r>
      <w:r>
        <w:t>ab wahan par har paighambar ke sath us ke ummati bhi ikhatta hon g</w:t>
      </w:r>
    </w:p>
    <w:p>
      <w:pPr>
        <w:jc w:val="right"/>
      </w:pPr>
      <w:r>
        <w:t>اب وہاں پر ہر پیغمبر کے ساتھ اس کے امتی بھی اکٹھا ہوں گ</w:t>
      </w:r>
    </w:p>
    <w:p>
      <w:r>
        <w:rPr>
          <w:b/>
        </w:rPr>
        <w:t xml:space="preserve">[53:31] </w:t>
      </w:r>
      <w:r>
        <w:t>e. yeh hadith mein aata hai ke har paighambar ke sath us ke ummati ikhatta hon ge. ab wahan agar rasool Allah yeh keh dein in musalmanon se ke tum to meri ummat ho nahi, jab tum ne mera mission jaari nahi rakha, ab mere mission ko apna mission nahi banaya to tum mere ummati nahi ho, jao tum, hato yahan se.</w:t>
      </w:r>
    </w:p>
    <w:p>
      <w:pPr>
        <w:jc w:val="right"/>
      </w:pPr>
      <w:r>
        <w:t>ے۔ یہ حدیث میں آتا ہے کہ ہر پیغمبر کے ساتھ اس کے امتی اکٹھا ہوں گے۔ اب وہاں اگر رسول اللہ یہ کہہ دیں ان مسلمانوں سے کہ تم تو میری امت ہو نہیں، جب تم نے میرا مشن جاری نہیں رکھا، اب میرے مشن کو اپنا مشن نہیں بنایا تو تم میرے امتی نہیں ہو، جاؤ تم، ہٹو یہاں سے۔</w:t>
      </w:r>
    </w:p>
    <w:p>
      <w:r>
        <w:rPr>
          <w:b/>
        </w:rPr>
        <w:t xml:space="preserve">[53:52] </w:t>
      </w:r>
      <w:r>
        <w:t>to kya anjaam hoga? kitna serious mamla hai, kis qadar ziyada serious mamla hai.</w:t>
      </w:r>
    </w:p>
    <w:p>
      <w:pPr>
        <w:jc w:val="right"/>
      </w:pPr>
      <w:r>
        <w:t>تو کیا انجام ہوگا؟ کتنا سیریس معاملہ ہے، کس قدر زیادہ سیریس معاملہ ہے۔</w:t>
      </w:r>
    </w:p>
    <w:p>
      <w:r>
        <w:rPr>
          <w:b/>
        </w:rPr>
        <w:t xml:space="preserve">[54:02] </w:t>
      </w:r>
      <w:r>
        <w:t>to yeh sirf aik cheez ki qeemat mein yeh sab ho raha hai, doosron se mutanaffir ho jana, doosron se nafrat karna, choti choti cheezon ko le kar ke, choti choti cheezon ko le kar ke.</w:t>
      </w:r>
    </w:p>
    <w:p>
      <w:pPr>
        <w:jc w:val="right"/>
      </w:pPr>
      <w:r>
        <w:t>تو یہ صرف ایک چیز کی قیمت میں یہ سب ہو رہا ہے، دوسروں سے متنفر ہو جانا، دوسروں سے نفرت کرنا، چھوٹی چھوٹی چیزوں کو لے کر کے، چھوٹی چھوٹی چیزوں کو لے کر کے۔</w:t>
      </w:r>
    </w:p>
    <w:p>
      <w:r>
        <w:rPr>
          <w:b/>
        </w:rPr>
        <w:t xml:space="preserve">[54:19] </w:t>
      </w:r>
      <w:r>
        <w:t>to dekhiye, yeh musalmanon ke karna parega ke unilaterally, yak tarafah tor par, doosron se nafrat karna bilkul band kar dein, khatm kar dein.</w:t>
      </w:r>
    </w:p>
    <w:p>
      <w:pPr>
        <w:jc w:val="right"/>
      </w:pPr>
      <w:r>
        <w:t>تو دیکھیے، یہ مسلمانوں کے کرنا پڑے گا کہ یونیلیٹرلی، یکطرفہ طور پر، دوسروں سے نفرت کرنا بالکل بند کر دیں، ختم کر دیں۔</w:t>
      </w:r>
    </w:p>
    <w:p>
      <w:r>
        <w:rPr>
          <w:b/>
        </w:rPr>
        <w:t xml:space="preserve">[54:31] </w:t>
      </w:r>
      <w:r>
        <w:t>negativity ko bilkul kuchal kar khatm kar dein ta ke un ke andar dawat ki spirit paida ho. nafrat ke sath dawat ki spirit nahi ho sakti hai.</w:t>
      </w:r>
    </w:p>
    <w:p>
      <w:pPr>
        <w:jc w:val="right"/>
      </w:pPr>
      <w:r>
        <w:t>نیگیٹیوٹی کو بالکل کچل کر ختم کر دیں تاکہ ان کے اندر دعوت کی سپرٹ پیدا ہو۔ نفرت کے ساتھ دعوت کی سپرٹ نہیں ہو سکتی ہے۔</w:t>
      </w:r>
    </w:p>
    <w:p>
      <w:r>
        <w:rPr>
          <w:b/>
        </w:rPr>
        <w:t xml:space="preserve">[54:42] </w:t>
      </w:r>
      <w:r>
        <w:t>nafrat to hai, nafrat kamani hai. mad'u friendly behaviour aap ke andar nahi hai. jis ko dawat dena hai, us se aap nafrat karein to dawat ki spirit kahan se aaye gi?</w:t>
      </w:r>
    </w:p>
    <w:p>
      <w:pPr>
        <w:jc w:val="right"/>
      </w:pPr>
      <w:r>
        <w:t>نفرت تو ہے، نفرت کمانی ہے۔ مدعو فرینڈلی بیہیویئر آپ کے اندر نہیں ہے۔ جس کو دعوت دینا ہے، اس سے آپ نفرت کریں تو دعوت کی سپرٹ کہاں سے آئے گی؟</w:t>
      </w:r>
    </w:p>
    <w:p>
      <w:r>
        <w:rPr>
          <w:b/>
        </w:rPr>
        <w:t xml:space="preserve">[54:57] </w:t>
      </w:r>
      <w:r>
        <w:t>to mad'u se nafrat karne ki qeemat yeh hai ke daawati kaam na kar sake hum musalman. daawati kaam na karne ka matlab hai ke paighambar ke mission ko jaari na rakh sake woh.</w:t>
      </w:r>
    </w:p>
    <w:p>
      <w:pPr>
        <w:jc w:val="right"/>
      </w:pPr>
      <w:r>
        <w:t>تو مدعو سے نفرت کرنے کی قیمت یہ ہے کہ دعوتی کام نہ کر سکے ہم مسلمان۔ دعوتی کام نہ کرنے کا معنی ہے کہ پیغمبر کے مشن کو جاری نہ رکھ سکے وہ۔</w:t>
      </w:r>
    </w:p>
    <w:p>
      <w:r>
        <w:rPr>
          <w:b/>
        </w:rPr>
        <w:t xml:space="preserve">[55:08] </w:t>
      </w:r>
      <w:r>
        <w:t>is ka matlab kya hai? akhirat mein rasool Allah yeh keh dein ke tum mere ummati nahi ho. ab bataiye, kaun zameen o aasman hum ko jagah dein ge?</w:t>
      </w:r>
    </w:p>
    <w:p>
      <w:pPr>
        <w:jc w:val="right"/>
      </w:pPr>
      <w:r>
        <w:t>اس کا مطلب کیا ہے؟ آخرت میں رسول اللہ یہ کہہ دیں کہ تم میرے امتی نہیں ہو۔ اب بتائیے، کون زمین و آسمان ہم کو جگہ دیں گے؟</w:t>
      </w:r>
    </w:p>
    <w:p>
      <w:r>
        <w:rPr>
          <w:b/>
        </w:rPr>
        <w:t xml:space="preserve">[55:21] </w:t>
      </w:r>
      <w:r>
        <w:t>yani akhirat mein agar yeh elaan ho jaye wahan par ke tum ummat e mohammadi nahi ho</w:t>
      </w:r>
    </w:p>
    <w:p>
      <w:pPr>
        <w:jc w:val="right"/>
      </w:pPr>
      <w:r>
        <w:t>یعنی آخرت میں اگر یہ اعلان ہو جائے وہاں پر کہ تم امت محمدی نہیں ہو</w:t>
      </w:r>
    </w:p>
    <w:p>
      <w:r>
        <w:rPr>
          <w:b/>
        </w:rPr>
        <w:t xml:space="preserve">[55:27] </w:t>
      </w:r>
      <w:r>
        <w:t>to kaun si zameen o aasman jagah degi hum ko? bataiye, bilkul no aware ho kar reh jayenge. yeh sab kis kis baat ki qeemat hai?</w:t>
      </w:r>
    </w:p>
    <w:p>
      <w:pPr>
        <w:jc w:val="right"/>
      </w:pPr>
      <w:r>
        <w:t>تو کون سی زمین و آسمان جگہ دے گی ہم کو؟ بتائیے، بالکل نو اویئر ہو کر رہ جائیں گے۔ یہ سب کس کس بات کی قیمت ہے؟</w:t>
      </w:r>
    </w:p>
    <w:p>
      <w:r>
        <w:rPr>
          <w:b/>
        </w:rPr>
        <w:t xml:space="preserve">[55:39] </w:t>
      </w:r>
      <w:r>
        <w:t>aaj kal dekhiye, aap kisi da'oti kaam ki baat kijiye, woh kya kahega? arey bhai, abhi to musalmanon ka kaam itna baqi hai, is karne ki zaroorat hai. sab musalmanon ka kaam kar rahe hain.</w:t>
      </w:r>
    </w:p>
    <w:p>
      <w:pPr>
        <w:jc w:val="right"/>
      </w:pPr>
      <w:r>
        <w:t>آج کل دیکھیے، آپ کسی دعوتی کام کی بات کیجئے، وہ کیا کہے گا؟ ارے بھئی، ابھی تو مسلمانوں کا کام اتنا باقی ہے، اس کرنے کی ضرورت ہے۔ سب مسلمانوں کا کام کر رہے ہیں۔</w:t>
      </w:r>
    </w:p>
    <w:p>
      <w:r>
        <w:rPr>
          <w:b/>
        </w:rPr>
        <w:t xml:space="preserve">[55:49] </w:t>
      </w:r>
      <w:r>
        <w:t>kyun? musalmanon se in ko apna pan hai ke hamari qaum ke log hain. doosron se apna pan hi nahi hai.</w:t>
      </w:r>
    </w:p>
    <w:p>
      <w:pPr>
        <w:jc w:val="right"/>
      </w:pPr>
      <w:r>
        <w:t>کیوں؟ مسلمانوں سے ان کو اپنا پن ہے کہ ہماری قوم کے لوگ ہیں۔ دوسروں سے اپنا پن ہی نہیں ہے۔</w:t>
      </w:r>
    </w:p>
    <w:p>
      <w:r>
        <w:rPr>
          <w:b/>
        </w:rPr>
        <w:t xml:space="preserve">[55:57] </w:t>
      </w:r>
      <w:r>
        <w:t>mas'ala yeh nahi ke pehle musalman kar lo, phir phir doosron ko karna hai. yeh mas'ala nahi hai. musalmanon ko apni qaum samajhte hain. abhi mere paas kal parson dua mein aaye the to un ka ghair ghalat bole woh ke main safar kar raha tha to is mein zyada tar ghair qaum ke log the.</w:t>
      </w:r>
    </w:p>
    <w:p>
      <w:pPr>
        <w:jc w:val="right"/>
      </w:pPr>
      <w:r>
        <w:t>مسئلہ یہ نہیں کہ پہلے مسلمان کر لو، پھر پھر دوسروں کو کرنا ہے۔ یہ مسئلہ نہیں ہے۔ مسلمانوں کو اپنی قوم سمجھتے ہیں۔ ابھی میرے پاس کل پرسوں دعا میں آئے تھے تو ان کا غیر غلط بولے وہ کہ میں سفر کر رہا تھا تو اس میں زیادہ تر غیر قوم کے لوگ تھے۔</w:t>
      </w:r>
    </w:p>
    <w:p>
      <w:r>
        <w:rPr>
          <w:b/>
        </w:rPr>
        <w:t xml:space="preserve">[56:19] </w:t>
      </w:r>
      <w:r>
        <w:t>mujhe bohat takleef hui. main ne kaha, ghair qaum kya kehte hain? aap woh insaan nahi hain? kya woh ghair qaum ki ajezi hoti hai?</w:t>
      </w:r>
    </w:p>
    <w:p>
      <w:pPr>
        <w:jc w:val="right"/>
      </w:pPr>
      <w:r>
        <w:t>مجھے بہت تکلیف ہوئی۔ میں نے کہا، غیر قوم کیا کہتے ہیں؟ آپ وہ انسان نہیں ہیں؟ کیا وہ غیر قوم کی عاجزی ہوتی ہے؟</w:t>
      </w:r>
    </w:p>
    <w:p>
      <w:r>
        <w:rPr>
          <w:b/>
        </w:rPr>
        <w:t xml:space="preserve">[56:27] </w:t>
      </w:r>
      <w:r>
        <w:t>aam taur par yeh mizaj hai musalmanon ka ke doosron ko ghair qaum kehte hain. aap ghor kijiye ga, aap ko ghair qaum ka mizaj aap ka ho to da'oti jazba kaise aayega?</w:t>
      </w:r>
    </w:p>
    <w:p>
      <w:pPr>
        <w:jc w:val="right"/>
      </w:pPr>
      <w:r>
        <w:t>عام طور پر یہ مزاج ہے مسلمانوں کا کہ دوسروں کو غیر قوم کہتے ہیں۔ آپ غور کیجئے گا، آپ کو غیر قوم کا مزاج آپ کا ہو تو دعوتی جذبہ کیسے آئے گا؟</w:t>
      </w:r>
    </w:p>
    <w:p>
      <w:r>
        <w:rPr>
          <w:b/>
        </w:rPr>
        <w:t xml:space="preserve">[56:41] </w:t>
      </w:r>
      <w:r>
        <w:t>kaise aayega? We are they ka concept jo hai, yeh yeh color hai, color da'oti spirit ka.</w:t>
      </w:r>
    </w:p>
    <w:p>
      <w:pPr>
        <w:jc w:val="right"/>
      </w:pPr>
      <w:r>
        <w:t>کیسے آئے گا؟ وی ار دے کا کانسیپٹ جو ہے، یہ یہ کلر ہے، کلر دعوتی سپرٹ کا۔</w:t>
      </w:r>
    </w:p>
    <w:p>
      <w:r>
        <w:rPr>
          <w:b/>
        </w:rPr>
        <w:t xml:space="preserve">[56:53] </w:t>
      </w:r>
      <w:r>
        <w:t>to dekhen, yeh saada baat nahi hai, saada baat nahi hai.</w:t>
      </w:r>
    </w:p>
    <w:p>
      <w:pPr>
        <w:jc w:val="right"/>
      </w:pPr>
      <w:r>
        <w:t>تو دیکھیں، یہ سادہ بات نہیں ہے، سادہ بات نہیں ہے۔</w:t>
      </w:r>
    </w:p>
    <w:p>
      <w:r>
        <w:rPr>
          <w:b/>
        </w:rPr>
        <w:t xml:space="preserve">[57:02] </w:t>
      </w:r>
      <w:r>
        <w:t>main america mein mere bohat sare program hue, har program mashaa Allah bohat acha hua. ek program mein ek ladke ne gadbad kiya tha, uska qissa batata hoon main aap ko.</w:t>
      </w:r>
    </w:p>
    <w:p>
      <w:pPr>
        <w:jc w:val="right"/>
      </w:pPr>
      <w:r>
        <w:t>میں امریکہ میں میرے بہت سارے پروگرام ہوئے، ہر پروگرام ماشاءاللہ بہت اچھا ہوا۔ ایک پروگرام میں ایک لڑکے نے گڑبڑ کیا تھا، اس کا قصہ بتاتا ہوں میں آپ کو۔</w:t>
      </w:r>
    </w:p>
    <w:p>
      <w:r>
        <w:rPr>
          <w:b/>
        </w:rPr>
        <w:t xml:space="preserve">[57:13] </w:t>
      </w:r>
      <w:r>
        <w:t>jitne program hue, sab mashaa Allah bohat hi achhe program hue,</w:t>
      </w:r>
    </w:p>
    <w:p>
      <w:pPr>
        <w:jc w:val="right"/>
      </w:pPr>
      <w:r>
        <w:t>جتنے پروگرام ہوئے، سب ماشاءاللہ بہت ہی اچھے پروگرام ہوئے،</w:t>
      </w:r>
    </w:p>
    <w:p>
      <w:r>
        <w:rPr>
          <w:b/>
        </w:rPr>
        <w:t xml:space="preserve">[57:17] </w:t>
      </w:r>
      <w:r>
        <w:t>is tarah se le kar ke aur doosre programon tak. ek jagah, ek masjid mein hamara program tha, meri taqreer wahan par thi. to meri taqreer ke baad ek naujawan utha, shayad kisi ne is ko bhar rakha hoga mere bare mein,</w:t>
      </w:r>
    </w:p>
    <w:p>
      <w:pPr>
        <w:jc w:val="right"/>
      </w:pPr>
      <w:r>
        <w:t>اس طرح سے لے کر کے اور دوسرے پروگراموں تک۔ ایک جگہ، ایک مسجد میں ہمارا پروگرام تھا، میری تقریر وہاں پر تھی۔ تو میری تقریر کے بعد ایک نوجوان اٹھا، شاید کسی نے اس کو بھر رکھا ہوگا میرے بارے میں،</w:t>
      </w:r>
    </w:p>
    <w:p>
      <w:r>
        <w:rPr>
          <w:b/>
        </w:rPr>
        <w:t xml:space="preserve">[57:32] </w:t>
      </w:r>
      <w:r>
        <w:t>aur woh jahan baitha hua tha, wahan se kuch do bolne laga. to hum yeh jo is ka jo woh kar rahe the, jo chair kar rahe the, woh is masjid ke imam the.</w:t>
      </w:r>
    </w:p>
    <w:p>
      <w:pPr>
        <w:jc w:val="right"/>
      </w:pPr>
      <w:r>
        <w:t>اور وہ جہاں بیٹھا ہوا تھا، وہاں سے کچھ دو بولنے لگا۔ تو ہم یہ جو اس کا جو وہ کر رہے تھے، جو چیئر کر رہے تھے، وہ اس مسجد کے امام تھے۔</w:t>
      </w:r>
    </w:p>
    <w:p>
      <w:r>
        <w:rPr>
          <w:b/>
        </w:rPr>
        <w:t xml:space="preserve">[57:45] </w:t>
      </w:r>
      <w:r>
        <w:t>unhon ne is ko chup karna chaha, woh chup nahi hua. woh to chal kar ke stage par aa gaya, yani wahan se utha, stage par aa gaya, aur kya keh raha hai?</w:t>
      </w:r>
    </w:p>
    <w:p>
      <w:pPr>
        <w:jc w:val="right"/>
      </w:pPr>
      <w:r>
        <w:t>انہوں نے اس کو چپ کرنا چاہا، وہ چپ نہیں ہوا۔ وہ تو چل کر کے اسٹیج پر آ گیا، یعنی وہاں سے اٹھا، اسٹیج پر آ گیا، اور کیا کہہ رہا ہے؟</w:t>
      </w:r>
    </w:p>
    <w:p>
      <w:r>
        <w:rPr>
          <w:b/>
        </w:rPr>
        <w:t xml:space="preserve">[57:55] </w:t>
      </w:r>
      <w:r>
        <w:t>woh zara ghor kijiye, kya keh raha tha? woh ab tak mujhe is ke alfaaz yaad hain.</w:t>
      </w:r>
    </w:p>
    <w:p>
      <w:pPr>
        <w:jc w:val="right"/>
      </w:pPr>
      <w:r>
        <w:t>وہ ذرا غور کیجئے، کیا کہہ رہا تھا؟ وہ اب تک مجھے اس کے الفاظ یاد ہیں۔</w:t>
      </w:r>
    </w:p>
    <w:p>
      <w:r>
        <w:rPr>
          <w:b/>
        </w:rPr>
        <w:t xml:space="preserve">[58:04] </w:t>
      </w:r>
      <w:r>
        <w:t>yani america ke ek masjid mein yeh qissa hua,</w:t>
      </w:r>
    </w:p>
    <w:p>
      <w:pPr>
        <w:jc w:val="right"/>
      </w:pPr>
      <w:r>
        <w:t>یعنی امریکہ کے ایک مسجد میں یہ قصہ ہوا،</w:t>
      </w:r>
    </w:p>
    <w:p>
      <w:r>
        <w:rPr>
          <w:b/>
        </w:rPr>
        <w:t xml:space="preserve">[58:09] </w:t>
      </w:r>
      <w:r>
        <w:t>us ne kaha ke mere bare mein he cited the prophet ten times, but he never said peace be upon him.</w:t>
      </w:r>
    </w:p>
    <w:p>
      <w:pPr>
        <w:jc w:val="right"/>
      </w:pPr>
      <w:r>
        <w:t>اس نے کہا کہ میرے بارے میں ہی سائٹڈ دا پرافٹ ٹین ٹائمز، بٹ ہی نیور سیڈ پیس بی اپ ہم۔</w:t>
      </w:r>
    </w:p>
    <w:p>
      <w:r>
        <w:rPr>
          <w:b/>
        </w:rPr>
        <w:t xml:space="preserve">[58:23] </w:t>
      </w:r>
      <w:r>
        <w:t>yeh is ka etraz tha, aur cheekh raha tha, cheekh raha tha, bilkul bar bar yahi keh raha tha, he cited the prophet ten times, but he never said peace be upon him.</w:t>
      </w:r>
    </w:p>
    <w:p>
      <w:pPr>
        <w:jc w:val="right"/>
      </w:pPr>
      <w:r>
        <w:t>یہ اس کا اعتراض تھا، اور چیخ رہا تھا، چیخ رہا تھا، بالکل بار بار یہی کہہ رہا تھا، ہی سائٹڈ دا پرافٹ ٹین ٹائمز، بٹ ہی نیور سیڈ پیس بی اپ ہم۔</w:t>
      </w:r>
    </w:p>
    <w:p>
      <w:r>
        <w:rPr>
          <w:b/>
        </w:rPr>
        <w:t xml:space="preserve">[58:37] </w:t>
      </w:r>
      <w:r>
        <w:t>to main ne kaha ke dekhiye, yani peace be upon him kehne ka itna ahmiyat de rakhi hai aap ne, aur da'oti kaam ko chhod rakha hai, is ki koi ahmiyat hi nahi.</w:t>
      </w:r>
    </w:p>
    <w:p>
      <w:pPr>
        <w:jc w:val="right"/>
      </w:pPr>
      <w:r>
        <w:t>تو میں نے کہا کہ دیکھیے، یعنی پیس بی اپ ہم کہنے کا اتنا اہمیت دے رکھی ہے آپ نے، اور دعوتی کام کو چھوڑ رکھا ہے، اس کی کوئی اہمیت ہی نہیں۔</w:t>
      </w:r>
    </w:p>
    <w:p>
      <w:r>
        <w:rPr>
          <w:b/>
        </w:rPr>
        <w:t xml:space="preserve">[58:52] </w:t>
      </w:r>
      <w:r>
        <w:t>yani peace be upon him kahein ya na kahein, is se koi farq nahi padta, is se jannat jahannum nahi, is se farq pad jayega.</w:t>
      </w:r>
    </w:p>
    <w:p>
      <w:pPr>
        <w:jc w:val="right"/>
      </w:pPr>
      <w:r>
        <w:t>یعنی پیس بی اپ ہم کہیں یا نہ کہیں، اس سے کوئی فرق نہیں پڑتا، اس سے جنت جہنم نہیں، اس سے فرق پڑ جائے گا۔</w:t>
      </w:r>
    </w:p>
    <w:p>
      <w:r>
        <w:rPr>
          <w:b/>
        </w:rPr>
        <w:t xml:space="preserve">[59:00] </w:t>
      </w:r>
      <w:r>
        <w:t>hazrat abubakar jo the, is se bara kaun ho sakta hai ummat mein?</w:t>
      </w:r>
    </w:p>
    <w:p>
      <w:pPr>
        <w:jc w:val="right"/>
      </w:pPr>
      <w:r>
        <w:t>حضرت ابوبکر جو تھے، اس سے بڑا کون ہو سکتا ہے امت میں؟</w:t>
      </w:r>
    </w:p>
    <w:p>
      <w:r>
        <w:rPr>
          <w:b/>
        </w:rPr>
        <w:t xml:space="preserve">[59:04] </w:t>
      </w:r>
      <w:r>
        <w:t>jab rasool Allah ki wafat hui to woh aaye</w:t>
      </w:r>
    </w:p>
    <w:p>
      <w:pPr>
        <w:jc w:val="right"/>
      </w:pPr>
      <w:r>
        <w:t>جب رسول اللہ کی وفات ہوئی تو وہ آئے</w:t>
      </w:r>
    </w:p>
    <w:p>
      <w:r>
        <w:rPr>
          <w:b/>
        </w:rPr>
        <w:t xml:space="preserve">[59:11] </w:t>
      </w:r>
      <w:r>
        <w:t>wahan par, bahar the, woh aaye, woh dekha ke rasool Allah ka body aise lataya hua tha, chadar thi us ke upar.</w:t>
      </w:r>
    </w:p>
    <w:p>
      <w:pPr>
        <w:jc w:val="right"/>
      </w:pPr>
      <w:r>
        <w:t>وہاں پر، باہر تھے، وہ آئے، وہ دیکھا کہ رسول اللہ کا باڈی ایسے لٹایا ہوا تھا، چادر تھی اس کے اوپر۔</w:t>
      </w:r>
    </w:p>
    <w:p>
      <w:r>
        <w:rPr>
          <w:b/>
        </w:rPr>
        <w:t xml:space="preserve">[59:22] </w:t>
      </w:r>
      <w:r>
        <w:t>chadar hataya, aur hata kar ke kya kaha unhon ne? man kan ya'budu muhammadan fa inna muhammadan qad mat wa man kan ya'budu allaha fa inna allaha hayyun la yamoot</w:t>
      </w:r>
    </w:p>
    <w:p>
      <w:pPr>
        <w:jc w:val="right"/>
      </w:pPr>
      <w:r>
        <w:t>چادر ہٹایا، اور ہٹا کر کے کیا کہا انہوں نے؟ من کان یعبد محمد فان محمد قدمات ومن کان یعبد اللہ فان اللہ حی لا یموت</w:t>
      </w:r>
    </w:p>
    <w:p>
      <w:r>
        <w:rPr>
          <w:b/>
        </w:rPr>
        <w:t xml:space="preserve">[59:36] </w:t>
      </w:r>
      <w:r>
        <w:t>sirf lafz mohabbat bole, woh yeh nahi kaha ke jo muhammad sallallahu alaihi wasallam ko poojhta tha, to muhammad sallallahu alaihi wasallam ki wafat ho gayi.</w:t>
      </w:r>
    </w:p>
    <w:p>
      <w:pPr>
        <w:jc w:val="right"/>
      </w:pPr>
      <w:r>
        <w:t>صرف لفظ محبت بولے، وہ یہ نہیں کہا کہ جو محمد صلی اللہ علیہ وسلم کو پوچھتا تھا، تو محمد صلی اللہ علیہ وسلم کی وفات ہو گئی۔</w:t>
      </w:r>
    </w:p>
    <w:p>
      <w:r>
        <w:rPr>
          <w:b/>
        </w:rPr>
        <w:t xml:space="preserve">[59:47] </w:t>
      </w:r>
      <w:r>
        <w:t>kuch nahi, sirf man kan ya'budu muhammadan fa inna muhammadan qad mat to peace be upon him kehne se jannat dozakh ka mamla nahi ho jata.</w:t>
      </w:r>
    </w:p>
    <w:p>
      <w:pPr>
        <w:jc w:val="right"/>
      </w:pPr>
      <w:r>
        <w:t>کچھ نہیں، صرف من کان یعبد محمد فان محمد قدمات تو پیس بی اپ ہم کہنے سے جنت دوزخ کا معاملہ نہیں ہو جاتا۔</w:t>
      </w:r>
    </w:p>
    <w:p>
      <w:r>
        <w:rPr>
          <w:b/>
        </w:rPr>
        <w:t xml:space="preserve">[59:57] </w:t>
      </w:r>
      <w:r>
        <w:t>woh isi baat na, woh hungama kiye hue tha, woh</w:t>
      </w:r>
    </w:p>
    <w:p>
      <w:pPr>
        <w:jc w:val="right"/>
      </w:pPr>
      <w:r>
        <w:t>وہ اسی بات نہ، وہ ہنگامہ کیے ہوئے تھا، وہ</w:t>
      </w:r>
    </w:p>
    <w:p>
      <w:r>
        <w:rPr>
          <w:b/>
        </w:rPr>
        <w:t xml:space="preserve">[1:00:03] </w:t>
      </w:r>
      <w:r>
        <w:t>lekin is jo itni bari baat hai ke dawati kaam chhoday hue hain, rasool Allah ke mission ko chhoday hue hain, aur yeh khatra mol le rahe hain ke aakhirat mein keh diya jaye ke tum ummat e muhammadi nahi ho, is ke liye koi pareshani nahi.</w:t>
      </w:r>
    </w:p>
    <w:p>
      <w:pPr>
        <w:jc w:val="right"/>
      </w:pPr>
      <w:r>
        <w:t>لیکن اس جو اتنی بڑی بات ہے کہ دعوتی کام چھوڑے ہوئے ہیں، رسول اللہ کے مشن کو چھوڑے ہوئے ہیں، اور یہ خطرہ مول لے رہے ہیں کہ آخرت میں کہہ دیا جائے کہ تم امت محمدی نہیں ہو، اس کے لیے کوئی پریشانی نہیں۔</w:t>
      </w:r>
    </w:p>
    <w:p>
      <w:r>
        <w:rPr>
          <w:b/>
        </w:rPr>
        <w:t xml:space="preserve">[1:00:16] </w:t>
      </w:r>
      <w:r>
        <w:t>kyun? madu se nafrat, rasool Allah ka fakhr bana rakha hai. fakhr to fakhr ke tajrube ki tazkira isi mein hoti hai ke alfaaz bolay jayen, aap ko baray baray naat khwani ki jaye,</w:t>
      </w:r>
    </w:p>
    <w:p>
      <w:pPr>
        <w:jc w:val="right"/>
      </w:pPr>
      <w:r>
        <w:t>کیوں؟ مدعو سے نفرت، رسول اللہ کا فخر بنا رکھا ہے۔ فخر تو فخر کے تجربے کی تذکرہ اسی میں ہوتی ہے کہ الفاظ بولے جائیں، آپ کو بڑے بڑے نعت خوانی کی جائے،</w:t>
      </w:r>
    </w:p>
    <w:p>
      <w:r>
        <w:rPr>
          <w:b/>
        </w:rPr>
        <w:t xml:space="preserve">[1:00:30] </w:t>
      </w:r>
      <w:r>
        <w:t>aur jo rasool Allah ka mission hai, jo hamara farz hai, us ko chhoday hue hain to koi pareshani nahi. kyun? madu se nafrat hai. saaray America mein bohat logon se mila hoon, bar bar, 14 bar gaya America, woh koi wahan hai hi nahi jo jo kahe ke mujhe America se mohabbat hai.</w:t>
      </w:r>
    </w:p>
    <w:p>
      <w:pPr>
        <w:jc w:val="right"/>
      </w:pPr>
      <w:r>
        <w:t>اور جو رسول اللہ کا مشن ہے، جو ہمارا فرض ہے، اس کو چھوڑے ہوئے ہیں تو کوئی پریشانی نہیں۔ کیوں؟ مدعو سے نفرت ہے۔ سارے امریکہ میں بہت لوگوں سے ملا ہوں، بار بار، 14 بار گیا امریکہ، وہ کوئی وہاں ہے ہی نہیں جو جو کہے کہ مجھے امریکہ سے محبت ہے۔</w:t>
      </w:r>
    </w:p>
    <w:p>
      <w:r>
        <w:rPr>
          <w:b/>
        </w:rPr>
        <w:t xml:space="preserve">[1:00:52] </w:t>
      </w:r>
      <w:r>
        <w:t>to baharhal yeh soorat e haal hai,</w:t>
      </w:r>
    </w:p>
    <w:p>
      <w:pPr>
        <w:jc w:val="right"/>
      </w:pPr>
      <w:r>
        <w:t>تو بہرحال یہ صورتحال ہے،</w:t>
      </w:r>
    </w:p>
    <w:p>
      <w:r>
        <w:rPr>
          <w:b/>
        </w:rPr>
        <w:t xml:space="preserve">[1:00:56] </w:t>
      </w:r>
      <w:r>
        <w:t>mein dua karta hoon Allah taala se ke mujh ko aur aap ko sahi daai banaye, aur hum apni zimmedariyon ko poora kar saken, aur aakhirat mein hum Allah taala ki rehmaten hamein hasil hon.</w:t>
      </w:r>
    </w:p>
    <w:p>
      <w:pPr>
        <w:jc w:val="right"/>
      </w:pPr>
      <w:r>
        <w:t>میں دعا کرتا ہوں اللہ تعالی سے کہ مجھ کو اور آپ کو صحیح داعی بنائے، اور ہم اپنی ذمہ داریوں کو پورا کر سکیں، اور آخرت میں ہم اللہ تعالی کی رحمتیں ہمیں حاصل ہوں۔</w:t>
      </w:r>
    </w:p>
    <w:p>
      <w:r>
        <w:rPr>
          <w:b/>
        </w:rPr>
        <w:t xml:space="preserve">[1:01:10] </w:t>
      </w:r>
      <w:r>
        <w:t>aqool qawli haza wastaghfirullaha li walakum ajmaeen</w:t>
      </w:r>
    </w:p>
    <w:p>
      <w:pPr>
        <w:jc w:val="right"/>
      </w:pPr>
      <w:r>
        <w:t>اقول قولیھذا واستغفراللہ لولکم اجمعین</w:t>
      </w:r>
    </w:p>
    <w:p>
      <w:r>
        <w:rPr>
          <w:b/>
        </w:rPr>
        <w:t xml:space="preserve">[1:01:29] </w:t>
      </w:r>
      <w:r>
        <w:t>maulana, yeh sawal aaya hai Miss Rita Chenni ka, Delhi se. unhon ne likha hai: "agar aap kisi ko importance dein aur expect karein ke woh bhi aap ko importance dein, to kya yeh sochana galat hai?" bilkul galat hai.</w:t>
      </w:r>
    </w:p>
    <w:p>
      <w:pPr>
        <w:jc w:val="right"/>
      </w:pPr>
      <w:r>
        <w:t>مولانا، یہ سوال آیا ہے مس ریٹا چیننی کا، دلی سے۔ انہوں نے لکھا ہے: "اگر آپ کسی کو importance دیں اور expect کریں کہ وہ بھی آپ کو importance دیں، تو کیا یہ سوچنا غلط ہے؟" بالکل غلط ہے۔</w:t>
      </w:r>
    </w:p>
    <w:p>
      <w:r>
        <w:rPr>
          <w:b/>
        </w:rPr>
        <w:t xml:space="preserve">[1:01:47] </w:t>
      </w:r>
      <w:r>
        <w:t>galat is lihaz se ke woh practicable nahi hai. yeh ho nahi sakta hai. kyunke aadmi dekhen, aadmi ka muamla kya hai?</w:t>
      </w:r>
    </w:p>
    <w:p>
      <w:pPr>
        <w:jc w:val="right"/>
      </w:pPr>
      <w:r>
        <w:t>غلط اس لحاظ سے کہ وہ practicable نہیں ہے۔ یہ ہو نہیں سکتا ہے۔ کیونکہ آدمی دیکھیں، آدمی کا معاملہ کیا ہے؟</w:t>
      </w:r>
    </w:p>
    <w:p>
      <w:r>
        <w:rPr>
          <w:b/>
        </w:rPr>
        <w:t xml:space="preserve">[1:01:58] </w:t>
      </w:r>
      <w:r>
        <w:t>aadmi apne aap ko hamesha overestimate karta hai. aur doosra aadmi aap ko hamesha underestimate karta hai. yeh koi exception nahi.</w:t>
      </w:r>
    </w:p>
    <w:p>
      <w:pPr>
        <w:jc w:val="right"/>
      </w:pPr>
      <w:r>
        <w:t>آدمی اپنے آپ کو ہمیشہ overestimate کرتا ہے۔ اور دوسرا آدمی آپ کو ہمیشہ underestimate کرتا ہے۔ یہ کوئی exception نہیں۔</w:t>
      </w:r>
    </w:p>
    <w:p>
      <w:r>
        <w:rPr>
          <w:b/>
        </w:rPr>
        <w:t xml:space="preserve">[1:02:07] </w:t>
      </w:r>
      <w:r>
        <w:t>yaad rakhiye, mein apne aap ko overestimate karunga, aap us ko underestimate karenge, to kabhi is mein mutabiqat ho nahi sakti hai.</w:t>
      </w:r>
    </w:p>
    <w:p>
      <w:pPr>
        <w:jc w:val="right"/>
      </w:pPr>
      <w:r>
        <w:t>یاد رکھیے، میں اپنے آپ کو overestimate کروں گا، آپ اس کو underestimate کریں گے، تو کبھی اس میں مطابقت ہو نہیں سکتی ہے۔</w:t>
      </w:r>
    </w:p>
    <w:p>
      <w:r>
        <w:rPr>
          <w:b/>
        </w:rPr>
        <w:t xml:space="preserve">[1:02:18] </w:t>
      </w:r>
      <w:r>
        <w:t>impossible hai.</w:t>
      </w:r>
    </w:p>
    <w:p>
      <w:pPr>
        <w:jc w:val="right"/>
      </w:pPr>
      <w:r>
        <w:t>Impossible ہے۔</w:t>
      </w:r>
    </w:p>
    <w:p>
      <w:r>
        <w:rPr>
          <w:b/>
        </w:rPr>
        <w:t xml:space="preserve">[1:02:20] </w:t>
      </w:r>
      <w:r>
        <w:t>aap ne jo kaam kiya, aap samajhte hain ke aap ne hamare pak par aap ne kaam kar rakha hai. woh to us ko aik samjhega ke chhota sa aik kaam kiya hai, bas. to yeh sab se bara, yani har kisi bhi society mein problem rehta hai.</w:t>
      </w:r>
    </w:p>
    <w:p>
      <w:pPr>
        <w:jc w:val="right"/>
      </w:pPr>
      <w:r>
        <w:t>آپ نے جو کام کیا، آپ سمجھتے ہیں کہ آپ نے ہمارے پاک پر آپ نے کام کر رکھا ہے۔ وہ تو اس کو ایک سمجھے گا کہ چھوٹا سا ایک کام کیا ہے، بس۔ تو یہ سب سے بڑا، یعنی ہر کسی بھی سوسائٹی میں problem رہتا ہے۔</w:t>
      </w:r>
    </w:p>
    <w:p>
      <w:r>
        <w:rPr>
          <w:b/>
        </w:rPr>
        <w:t xml:space="preserve">[1:02:36] </w:t>
      </w:r>
      <w:r>
        <w:t>har society mein, chahe secular society ho, religious society ho, ke aadmi apne aap ko overestimate karega, doosra aadmi aap ko underestimate karega.</w:t>
      </w:r>
    </w:p>
    <w:p>
      <w:pPr>
        <w:jc w:val="right"/>
      </w:pPr>
      <w:r>
        <w:t>ہر سوسائٹی میں، چاہے سیکولر سوسائٹی ہو، ریلیجس سوسائٹی ہو، کہ آدمی اپنے آپ کو overestimate کرے گا، دوسرا آدمی آپ کو underestimate کرے گا۔</w:t>
      </w:r>
    </w:p>
    <w:p>
      <w:r>
        <w:rPr>
          <w:b/>
        </w:rPr>
        <w:t xml:space="preserve">[1:02:48] </w:t>
      </w:r>
      <w:r>
        <w:t>is ka aik hi hal hai ke aap kuch karein to bas. jo purana masla hai ke neki kar aur darya mein daal, bas.</w:t>
      </w:r>
    </w:p>
    <w:p>
      <w:pPr>
        <w:jc w:val="right"/>
      </w:pPr>
      <w:r>
        <w:t>اس کا ایک ہی حل ہے کہ آپ کچھ کریں تو بس۔ جو پرانا مسئلہ ہے کہ نیکی کر اور دریا میں ڈال، بس۔</w:t>
      </w:r>
    </w:p>
    <w:p>
      <w:r>
        <w:rPr>
          <w:b/>
        </w:rPr>
        <w:t xml:space="preserve">[1:02:57] </w:t>
      </w:r>
      <w:r>
        <w:t>is se kuch umeed na rakhiye, tab aap peaceful rahenge, warna peaceful nahi rahenge. shikayat mein jiyenge, aur shikayat mein jeena sab se ziyada buri baat hai.</w:t>
      </w:r>
    </w:p>
    <w:p>
      <w:pPr>
        <w:jc w:val="right"/>
      </w:pPr>
      <w:r>
        <w:t>اس سے کچھ امید نہ رکھیے، تب آپ peaceful رہیں گے، ورنہ peaceful نہیں رہیں گے۔ شکایت میں جیئیں گے، اور شکایت میں جینا سب سے زیادہ بری بات ہے۔</w:t>
      </w:r>
    </w:p>
    <w:p>
      <w:r>
        <w:rPr>
          <w:b/>
        </w:rPr>
        <w:t xml:space="preserve">[1:03:11] </w:t>
      </w:r>
      <w:r>
        <w:t>Mr. Muhammad Tauqeer Alam ne Muzaffarpur se likha hai:</w:t>
      </w:r>
    </w:p>
    <w:p>
      <w:pPr>
        <w:jc w:val="right"/>
      </w:pPr>
      <w:r>
        <w:t>مسٹر محمد توقیر عالم نے مظفرپور سے لکھا ہے:</w:t>
      </w:r>
    </w:p>
    <w:p>
      <w:r>
        <w:rPr>
          <w:b/>
        </w:rPr>
        <w:t xml:space="preserve">[1:03:15] </w:t>
      </w:r>
      <w:r>
        <w:t>"ibadat aur dawat mein kya farq hai? dawat ka kaam kaise karna chahiye?" bhai, ibadat to Allah taala ki parastish ka naam hai, jaise namaz waghera.</w:t>
      </w:r>
    </w:p>
    <w:p>
      <w:pPr>
        <w:jc w:val="right"/>
      </w:pPr>
      <w:r>
        <w:t>"عبادات اور دعوت میں کیا فرق ہے؟ دعوت کا کام کیسے کرنا چاہیے؟" بھئی، عبادت تو اللہ تعالیٰ کی پرستش کا نام ہے، جیسے نماز وغیرہ۔</w:t>
      </w:r>
    </w:p>
    <w:p>
      <w:r>
        <w:rPr>
          <w:b/>
        </w:rPr>
        <w:t xml:space="preserve">[1:03:31] </w:t>
      </w:r>
      <w:r>
        <w:t>aur dawat to hai insaan ko Allah ka paigham pohanchana. yani Allah ka jo paigham hai, rasool Allah ne jo bataya, Quran mein jo likha hua hai, us ko aap pohanchayen logon tak.</w:t>
      </w:r>
    </w:p>
    <w:p>
      <w:pPr>
        <w:jc w:val="right"/>
      </w:pPr>
      <w:r>
        <w:t>اور دعوت تو ہے انسان کو اللہ کا پیغام پہنچانا۔ یعنی اللہ کا جو پیغام ہے، رسول اللہ نے جو بتایا، قرآن میں جو لکھا ہوا ہے، اس کو آپ پہنچائیں لوگوں تک۔</w:t>
      </w:r>
    </w:p>
    <w:p>
      <w:r>
        <w:rPr>
          <w:b/>
        </w:rPr>
        <w:t xml:space="preserve">[1:03:42] </w:t>
      </w:r>
      <w:r>
        <w:t>yeh hai dawat.</w:t>
      </w:r>
    </w:p>
    <w:p>
      <w:pPr>
        <w:jc w:val="right"/>
      </w:pPr>
      <w:r>
        <w:t>یہ ہے دعوت۔</w:t>
      </w:r>
    </w:p>
    <w:p>
      <w:r>
        <w:rPr>
          <w:b/>
        </w:rPr>
        <w:t xml:space="preserve">[1:03:43] </w:t>
      </w:r>
      <w:r>
        <w:t>aur aik baat yeh hai ke aap Allah ki parastish karein, namaz ki shakal mein, aur doosri jo ibadat ke kaam hain, us ko karein. to yeh to khuli hui baat hai.</w:t>
      </w:r>
    </w:p>
    <w:p>
      <w:pPr>
        <w:jc w:val="right"/>
      </w:pPr>
      <w:r>
        <w:t>اور ایک بات یہ ہے کہ آپ اللہ کی پرستش کریں، نماز کی شکل میں، اور دوسری جو عبادت کے کام ہیں، اس کو کریں۔ تو یہ تو کھلی ہوئی بات ہے۔</w:t>
      </w:r>
    </w:p>
    <w:p>
      <w:r>
        <w:rPr>
          <w:b/>
        </w:rPr>
        <w:t xml:space="preserve">[1:03:59] </w:t>
      </w:r>
      <w:r>
        <w:t>Miss Harveshi ne Delhi se likha hai: "Maulana sahib, why mostly things do not happen according to our will?</w:t>
      </w:r>
    </w:p>
    <w:p>
      <w:pPr>
        <w:jc w:val="right"/>
      </w:pPr>
      <w:r>
        <w:t>مس ہرویشی نے دلی سے لکھا ہے: "مولانا صاحب، why mostly things do not happen according to our will?</w:t>
      </w:r>
    </w:p>
    <w:p>
      <w:r>
        <w:rPr>
          <w:b/>
        </w:rPr>
        <w:t xml:space="preserve">[1:04:08] </w:t>
      </w:r>
      <w:r>
        <w:t>Please comment.</w:t>
      </w:r>
    </w:p>
    <w:p>
      <w:pPr>
        <w:jc w:val="right"/>
      </w:pPr>
      <w:r>
        <w:t>Please comment.</w:t>
      </w:r>
    </w:p>
    <w:p>
      <w:r>
        <w:rPr>
          <w:b/>
        </w:rPr>
        <w:t xml:space="preserve">[1:04:10] </w:t>
      </w:r>
      <w:r>
        <w:t>haan ji, why mostly things do not happen according to our will? W I L L, according to our will.</w:t>
      </w:r>
    </w:p>
    <w:p>
      <w:pPr>
        <w:jc w:val="right"/>
      </w:pPr>
      <w:r>
        <w:t>ہاں جی، why mostly things do not happen according to our will? ڈبلیو آئی ایل ایل، according to our will.</w:t>
      </w:r>
    </w:p>
    <w:p>
      <w:r>
        <w:rPr>
          <w:b/>
        </w:rPr>
        <w:t xml:space="preserve">[1:04:19] </w:t>
      </w:r>
      <w:r>
        <w:t>kya kya matlab? kya matlab is ka ke jo cheezen hum chahte hain, us hisab se woh kyun nahi hoti hain? Why is it always so ke jo cheezen hum chahte hain ke kisi tareeqe se hon, woh us tareeqe se nahi hoti hain?</w:t>
      </w:r>
    </w:p>
    <w:p>
      <w:pPr>
        <w:jc w:val="right"/>
      </w:pPr>
      <w:r>
        <w:t>کیا کیا مطلب؟ کیا مطلب اس کا کہ جو چیزیں ہم چاہتے ہیں، اس حساب سے وہ کیوں نہیں ہوتی ہیں؟ Why is it always so کہ جو چیزیں ہم چاہتے ہیں کہ کسی طریقے سے ہوں، وہ اس طریقے سے نہیں ہوتی ہیں؟</w:t>
      </w:r>
    </w:p>
    <w:p>
      <w:r>
        <w:rPr>
          <w:b/>
        </w:rPr>
        <w:t xml:space="preserve">[1:04:31] </w:t>
      </w:r>
      <w:r>
        <w:t>to is ke baray mein aap kya kahenge? log realist nahi hote, khuli hui baat hai.</w:t>
      </w:r>
    </w:p>
    <w:p>
      <w:pPr>
        <w:jc w:val="right"/>
      </w:pPr>
      <w:r>
        <w:t>تو اس کے بارے میں آپ کیا کہیں گے؟ لوگ ریلسٹ نہیں ہوتے، کھلی ہوئی بات ہے۔</w:t>
      </w:r>
    </w:p>
    <w:p>
      <w:r>
        <w:rPr>
          <w:b/>
        </w:rPr>
        <w:t xml:space="preserve">[1:04:37] </w:t>
      </w:r>
      <w:r>
        <w:t>har aadmi jo hai, ka haal yeh hai ke woh, yaani realistick approach hi hota hai is ke andar. Apne bham mein jeeta hai, apni desire mein jeeta hai.</w:t>
      </w:r>
    </w:p>
    <w:p>
      <w:pPr>
        <w:jc w:val="right"/>
      </w:pPr>
      <w:r>
        <w:t>ہر آدمی جو ہے، کا حال یہ ہے کہ وہ، یعنی ریلسٹک اپروچ ہی ہوتا ہے اس کے اندر۔ اپنے بھم میں جیتا ہے، اپنی ڈیزائر میں جیتا ہے۔</w:t>
      </w:r>
    </w:p>
    <w:p>
      <w:r>
        <w:rPr>
          <w:b/>
        </w:rPr>
        <w:t xml:space="preserve">[1:04:48] </w:t>
      </w:r>
      <w:r>
        <w:t>to aap ki desire kabhi poori nahi hogi. You have to be realist.</w:t>
      </w:r>
    </w:p>
    <w:p>
      <w:pPr>
        <w:jc w:val="right"/>
      </w:pPr>
      <w:r>
        <w:t>تو آپ کی ڈیزائر کبھی پوری نہیں ہوگی۔ You have to be realist.</w:t>
      </w:r>
    </w:p>
    <w:p>
      <w:r>
        <w:rPr>
          <w:b/>
        </w:rPr>
        <w:t xml:space="preserve">[1:04:57] </w:t>
      </w:r>
      <w:r>
        <w:t>dekhein, koi bhi cheez jo hoti hai, woh ek taraf meri khwahish hoti hai, doosri taraf society kitna us ko, us ke maamle mein kitna mere liye helpful hai.</w:t>
      </w:r>
    </w:p>
    <w:p>
      <w:pPr>
        <w:jc w:val="right"/>
      </w:pPr>
      <w:r>
        <w:t>دیکھیں، کوئی بھی چیز جو ہوتی ہے، وہ ایک طرف میری خواہش ہوتی ہے، دوسری طرف سوسائٹی کتنا اس کو، اس کے معاملے میں کتنا میرے لیے ہیلپ فل ہے۔</w:t>
      </w:r>
    </w:p>
    <w:p>
      <w:r>
        <w:rPr>
          <w:b/>
        </w:rPr>
        <w:t xml:space="preserve">[1:05:09] </w:t>
      </w:r>
      <w:r>
        <w:t>to aap ko kabhi bhi aisa nahi karna chahiye ke aisi desire pa lein apne andar jo poori hone wali na ho. Matlab kya hoga?</w:t>
      </w:r>
    </w:p>
    <w:p>
      <w:pPr>
        <w:jc w:val="right"/>
      </w:pPr>
      <w:r>
        <w:t>تو آپ کو کبھی بھی ایسا نہیں کرنا چاہیے کہ ایسی ڈیزائر پا لیں اپنے اندر جو پوری ہونے والی نہ ہو۔ مطلب کیا ہوگا؟</w:t>
      </w:r>
    </w:p>
    <w:p>
      <w:r>
        <w:rPr>
          <w:b/>
        </w:rPr>
        <w:t xml:space="preserve">[1:05:17] </w:t>
      </w:r>
      <w:r>
        <w:t>shikayat hogi doosron se, zaroorat shikayat ho jaye gi aap ko. To asal cheez yahi hai ke log hamesha kya hota hai ke khaali duniya mein jeete hain,</w:t>
      </w:r>
    </w:p>
    <w:p>
      <w:pPr>
        <w:jc w:val="right"/>
      </w:pPr>
      <w:r>
        <w:t>شکایت ہوگی دوسروں سے، ضرورت شکایت ہو جائے گی آپ کو۔ تو اصل چیز یہی ہے کہ لوگ ہمیشہ کیا ہوتا ہے کہ خالی دنیا میں جیتے ہیں،</w:t>
      </w:r>
    </w:p>
    <w:p>
      <w:r>
        <w:rPr>
          <w:b/>
        </w:rPr>
        <w:t xml:space="preserve">[1:05:31] </w:t>
      </w:r>
      <w:r>
        <w:t>khaali duniya mein jeete hain</w:t>
      </w:r>
    </w:p>
    <w:p>
      <w:pPr>
        <w:jc w:val="right"/>
      </w:pPr>
      <w:r>
        <w:t>خالی دنیا میں جیتے ہیں</w:t>
      </w:r>
    </w:p>
    <w:p>
      <w:r>
        <w:rPr>
          <w:b/>
        </w:rPr>
        <w:t xml:space="preserve">[1:05:35] </w:t>
      </w:r>
      <w:r>
        <w:t>hamesha. Aur woh khaali duniya kabhi poora nahi hone wali hoti. Jaise aaj mein parh raha tha, is mein jo abhi, yaani aap ko maloom hai ke ek naya mulk duniya mein wajood mein aaya hai,</w:t>
      </w:r>
    </w:p>
    <w:p>
      <w:pPr>
        <w:jc w:val="right"/>
      </w:pPr>
      <w:r>
        <w:t>ہمیشہ۔ اور وہ خالی دنیا کبھی پورا نہیں ہونے والی ہوتی۔ جیسے آج میں پڑھ رہا تھا، اس میں جو ابھی، یعنی آپ کو معلوم ہے کہ ایک نیا ملک دنیا میں وجود میں آیا ہے،</w:t>
      </w:r>
    </w:p>
    <w:p>
      <w:r>
        <w:rPr>
          <w:b/>
        </w:rPr>
        <w:t xml:space="preserve">[1:05:51] </w:t>
      </w:r>
      <w:r>
        <w:t>south sudan. Woh, yaani ab is ka number ab 193 maana jata hai, yaani duniya mein 193 mulk ban gaye hain.</w:t>
      </w:r>
    </w:p>
    <w:p>
      <w:pPr>
        <w:jc w:val="right"/>
      </w:pPr>
      <w:r>
        <w:t>ساؤتھ سوڈان۔ وہ، یعنی اب اس کا نمبر اب 193 مانا جاتا ہے، یعنی دنیا میں 193 ملک بن گئے ہیں۔</w:t>
      </w:r>
    </w:p>
    <w:p>
      <w:r>
        <w:rPr>
          <w:b/>
        </w:rPr>
        <w:t xml:space="preserve">[1:05:59] </w:t>
      </w:r>
      <w:r>
        <w:t>ab is ko wajood mein aa</w:t>
      </w:r>
    </w:p>
    <w:p>
      <w:pPr>
        <w:jc w:val="right"/>
      </w:pPr>
      <w:r>
        <w:t>اب اس کو وجود میں آ</w:t>
      </w:r>
    </w:p>
    <w:p>
      <w:r>
        <w:rPr>
          <w:b/>
        </w:rPr>
        <w:t xml:space="preserve">[1:06:01] </w:t>
      </w:r>
      <w:r>
        <w:t>ya, ab wahan ke log bohat hi jewelin, mein sirf keh raha hoon ke jewelin to hain, hone wala kuch bhi nahi. Aap dekh lijiyega, kuch bhi nahi hoga.</w:t>
      </w:r>
    </w:p>
    <w:p>
      <w:pPr>
        <w:jc w:val="right"/>
      </w:pPr>
      <w:r>
        <w:t>یا، اب وہاں کے لوگ بہت ہی جیولین، میں صرف کہہ رہا ہوں کہ جیولین تو ہیں، ہونے والا کچھ بھی نہیں۔ آپ دیکھ لیجئے گا، کچھ بھی نہیں ہوگا۔</w:t>
      </w:r>
    </w:p>
    <w:p>
      <w:r>
        <w:rPr>
          <w:b/>
        </w:rPr>
        <w:t xml:space="preserve">[1:06:10] </w:t>
      </w:r>
      <w:r>
        <w:t>aap bangladesh ko dekhein, jab bangladesh jab bana tha to bohat hi jewelin the woh log. Ab kuch bhi nahi, ab kuch bhi nahi wahan par hai.</w:t>
      </w:r>
    </w:p>
    <w:p>
      <w:pPr>
        <w:jc w:val="right"/>
      </w:pPr>
      <w:r>
        <w:t>آپ بنگلہ دیش کو دیکھیں، جب بنگلہ دیش جب بنا تھا تو بہت ہی جیولین تھے وہ لوگ۔ اب کچھ بھی نہیں، اب کچھ بھی نہیں وہاں پر ہے۔</w:t>
      </w:r>
    </w:p>
    <w:p>
      <w:r>
        <w:rPr>
          <w:b/>
        </w:rPr>
        <w:t xml:space="preserve">[1:06:21] </w:t>
      </w:r>
      <w:r>
        <w:t>to hamesha kya? Aadmi barh charh kar desire paalta hai apne andar, barh charh kar ke sochta hai.</w:t>
      </w:r>
    </w:p>
    <w:p>
      <w:pPr>
        <w:jc w:val="right"/>
      </w:pPr>
      <w:r>
        <w:t>تو ہمیشہ کیا؟ آدمی بڑھ چڑھ کر ڈیزائر پالتا ہے اپنے اندر، بڑھ چڑھ کر کے سوچتا ہے۔</w:t>
      </w:r>
    </w:p>
    <w:p>
      <w:r>
        <w:rPr>
          <w:b/>
        </w:rPr>
        <w:t xml:space="preserve">[1:06:31] </w:t>
      </w:r>
      <w:r>
        <w:t>to is ke baad freshness aata hai. To individual layer pe yeh hai, national layer pe, international layer par ke aadmi apne bham mein jeeta hai, apne desire mein jeeta hai, barhe barhe, yaani umeedain laga leta hai.</w:t>
      </w:r>
    </w:p>
    <w:p>
      <w:pPr>
        <w:jc w:val="right"/>
      </w:pPr>
      <w:r>
        <w:t>تو اس کے بعد فریشنس آتا ہے۔ تو انڈیویجول لیئر پہ یہ ہے، نیشنل لیئر پہ، انٹرنیشنل لیئر پر کہ آدمی اپنے بھم میں جیتا ہے، اپنے ڈیزائر میں جیتا ہے، بڑے بڑے، یعنی امیدیں لگا لیتا ہے۔</w:t>
      </w:r>
    </w:p>
    <w:p>
      <w:r>
        <w:rPr>
          <w:b/>
        </w:rPr>
        <w:t xml:space="preserve">[1:06:46] </w:t>
      </w:r>
      <w:r>
        <w:t>to yeh tareeqa law of nature ke khilaaf hai. Always you have to be realist. Aap se bahar jo reality hai, us ko samjhiye.</w:t>
      </w:r>
    </w:p>
    <w:p>
      <w:pPr>
        <w:jc w:val="right"/>
      </w:pPr>
      <w:r>
        <w:t>تو یہ طریقہ لاء آف نیچر کے خلاف ہے۔ Always you have to be realist. آپ سے باہر جو ریلیٹی ہے، اس کو سمجھیے۔</w:t>
      </w:r>
    </w:p>
    <w:p>
      <w:r>
        <w:rPr>
          <w:b/>
        </w:rPr>
        <w:t xml:space="preserve">[1:07:00] </w:t>
      </w:r>
      <w:r>
        <w:t>ek baar tha, hamare ek article likha tha kashmir aur aur punjab ko le kar ke, jis zamanay mein punjab mein khalsa tehreek chal rahi thi. To kashmir mein nizam e mustafa chal raha tha aur punjab mein khalsa tehreek chal rahi thi.</w:t>
      </w:r>
    </w:p>
    <w:p>
      <w:pPr>
        <w:jc w:val="right"/>
      </w:pPr>
      <w:r>
        <w:t>ایک بار تھا، ہمارے ایک آرٹیکل لکھا تھا کشمیر اور اور پنجاب کو لے کر کے، جس زمانے میں پنجاب میں خالصہ تحریک چل رہی تھی۔ تو کشمیر میں نظام مصطفی چل رہا تھا اور پنجاب میں خالصہ تحریک چل رہی تھی۔</w:t>
      </w:r>
    </w:p>
    <w:p>
      <w:r>
        <w:rPr>
          <w:b/>
        </w:rPr>
        <w:t xml:space="preserve">[1:07:14] </w:t>
      </w:r>
      <w:r>
        <w:t>mein ne likha tha times mein, us par us ka title tha "acceptance of reality".</w:t>
      </w:r>
    </w:p>
    <w:p>
      <w:pPr>
        <w:jc w:val="right"/>
      </w:pPr>
      <w:r>
        <w:t>میں نے لکھا تھا ٹائمز میں، اس پر اس کا ٹائٹل تھا "ایکسیپٹنس آف ریلیٹی"۔</w:t>
      </w:r>
    </w:p>
    <w:p>
      <w:r>
        <w:rPr>
          <w:b/>
        </w:rPr>
        <w:t xml:space="preserve">[1:07:22] </w:t>
      </w:r>
      <w:r>
        <w:t>yeh bohat pehle ki baat hai. Mein ne kaha tha is mein ke na to kashmir mein nizam e mustafa banne wala hai, na punjab mein khalsa woh banne wala hai.</w:t>
      </w:r>
    </w:p>
    <w:p>
      <w:pPr>
        <w:jc w:val="right"/>
      </w:pPr>
      <w:r>
        <w:t>یہ بہت پہلے کی بات ہے۔ میں نے کہا تھا اس میں کہ نہ تو کشمیر میں نظام مصطفی بننے والا ہے، نہ پنجاب میں خالصہ وہ بننے والا ہے۔</w:t>
      </w:r>
    </w:p>
    <w:p>
      <w:r>
        <w:rPr>
          <w:b/>
        </w:rPr>
        <w:t xml:space="preserve">[1:07:33] </w:t>
      </w:r>
      <w:r>
        <w:t>yeh hone wala hai, na woh hone wala hai. To is ka title tha "acceptance of reality".</w:t>
      </w:r>
    </w:p>
    <w:p>
      <w:pPr>
        <w:jc w:val="right"/>
      </w:pPr>
      <w:r>
        <w:t>یہ ہونے والا ہے، نہ وہ ہونے والا ہے۔ تو اس کا ٹائٹل تھا "ایکسیپٹنس آف ریلیٹی"۔</w:t>
      </w:r>
    </w:p>
    <w:p>
      <w:r>
        <w:rPr>
          <w:b/>
        </w:rPr>
        <w:t xml:space="preserve">[1:07:42] </w:t>
      </w:r>
      <w:r>
        <w:t>to beshtar log yahi karte hain ke haqiqatein kya hain, us ko dekhte nahi, khaali duniya mein jeete hain.</w:t>
      </w:r>
    </w:p>
    <w:p>
      <w:pPr>
        <w:jc w:val="right"/>
      </w:pPr>
      <w:r>
        <w:t>تو بیشتر لوگ یہی کرتے ہیں کہ حقیقتیں کیا ہیں، اس کو دیکھتے نہیں، خالی دنیا میں جیتے ہیں۔</w:t>
      </w:r>
    </w:p>
    <w:p>
      <w:r>
        <w:rPr>
          <w:b/>
        </w:rPr>
        <w:t xml:space="preserve">[1:07:51] </w:t>
      </w:r>
      <w:r>
        <w:t>to hamare mission ka ek yeh bhi ek pehlu hai ke logon ko realist banaya jaye, realist logon ke andar realistic approach paida kiya jaye.</w:t>
      </w:r>
    </w:p>
    <w:p>
      <w:pPr>
        <w:jc w:val="right"/>
      </w:pPr>
      <w:r>
        <w:t>تو ہمارے مشن کا ایک یہ بھی ایک پہلو ہے کہ لوگوں کو ریلسٹ بنایا جائے، ریلسٹ لوگوں کے اندر ریلسٹک اپروچ پیدا کیا جائے۔</w:t>
      </w:r>
    </w:p>
    <w:p>
      <w:r>
        <w:rPr>
          <w:b/>
        </w:rPr>
        <w:t xml:space="preserve">[1:08:01] </w:t>
      </w:r>
      <w:r>
        <w:t>maulana sharq hussain ne deli se likha hai: "ek sahib se mulaqat hui, unhon ne kaha ke rasool Allah ko makkah se mohabbat thi,</w:t>
      </w:r>
    </w:p>
    <w:p>
      <w:pPr>
        <w:jc w:val="right"/>
      </w:pPr>
      <w:r>
        <w:t>مولانا شارق حسین نے دلی سے لکھا ہے: "ایک صاحب سے ملاقات ہوئی، انہوں نے کہا کہ رسول اللہ کو مکہ سے محبت تھی،</w:t>
      </w:r>
    </w:p>
    <w:p>
      <w:r>
        <w:rPr>
          <w:b/>
        </w:rPr>
        <w:t xml:space="preserve">[1:08:12] </w:t>
      </w:r>
      <w:r>
        <w:t>jo is baat ki daleel hai ke hamein bhi sirf makkah aur muslim mumalik se hi mohabbat karni chahiye, kyunke yahi sunnat e rasool hai.</w:t>
      </w:r>
    </w:p>
    <w:p>
      <w:pPr>
        <w:jc w:val="right"/>
      </w:pPr>
      <w:r>
        <w:t>جو اس بات کی دلیل ہے کہ ہمیں بھی صرف مکہ اور مسلم ممالک سے ہی محبت کرنی چاہیے، کیونکہ یہی سنت رسول ہے۔</w:t>
      </w:r>
    </w:p>
    <w:p>
      <w:r>
        <w:rPr>
          <w:b/>
        </w:rPr>
        <w:t xml:space="preserve">[1:08:23] </w:t>
      </w:r>
      <w:r>
        <w:t>is liye tamam musalmanon ko chahiye ke woh har maamle mein, yahan tak ke cricket mein bhi, sirf muslim mulk ko hi support karein.</w:t>
      </w:r>
    </w:p>
    <w:p>
      <w:pPr>
        <w:jc w:val="right"/>
      </w:pPr>
      <w:r>
        <w:t>اس لیے تمام مسلمانوں کو چاہیے کہ وہ ہر معاملے میں، یہاں تک کہ کرکٹ میں بھی، صرف مسلم ملک کو ہی سپورٹ کریں۔</w:t>
      </w:r>
    </w:p>
    <w:p>
      <w:r>
        <w:rPr>
          <w:b/>
        </w:rPr>
        <w:t xml:space="preserve">[1:08:33] </w:t>
      </w:r>
      <w:r>
        <w:t>maulana us ko wazeh farmayein." bilkul galat baat hai yeh, islam se koi ta'alluq nahi hai.</w:t>
      </w:r>
    </w:p>
    <w:p>
      <w:pPr>
        <w:jc w:val="right"/>
      </w:pPr>
      <w:r>
        <w:t>مولانا اس کو واضح فرمائیں۔" بالکل غلط بات ہے یہ، اسلام سے کوئی تعلق نہیں ہے۔</w:t>
      </w:r>
    </w:p>
    <w:p>
      <w:r>
        <w:rPr>
          <w:b/>
        </w:rPr>
        <w:t xml:space="preserve">[1:08:40] </w:t>
      </w:r>
      <w:r>
        <w:t>dekhiye, rasool Allah ko jab hijrat hui thi makkah se, aap madinah jab gaye the to kitabon mein aata hai ke aap ne kaha tha ke "ae makkah!</w:t>
      </w:r>
    </w:p>
    <w:p>
      <w:pPr>
        <w:jc w:val="right"/>
      </w:pPr>
      <w:r>
        <w:t>دیکھیے، رسول اللہ کو جب ہجرت ہوئی تھی مکہ سے، آپ مدینہ جب گئے تھے تو کتابوں میں آتا ہے کہ آپ نے کہا تھا کہ "اے مکہ!</w:t>
      </w:r>
    </w:p>
    <w:p>
      <w:r>
        <w:rPr>
          <w:b/>
        </w:rPr>
        <w:t xml:space="preserve">[1:08:49] </w:t>
      </w:r>
      <w:r>
        <w:t>tum mujh ko bohat aziz ho, lekin makkah walay mujhe rehne nahi detey. ye baat hai, lekin doosri baat ye hai ke jab aap makkah fateh ho gaya, tab aap poore makkah mein rehne lagay.</w:t>
      </w:r>
    </w:p>
    <w:p>
      <w:pPr>
        <w:jc w:val="right"/>
      </w:pPr>
      <w:r>
        <w:t>تم مجھ کو بہت عزیز ہو، لیکن مکہ والے مجھے رہنے نہیں دیتے۔" یہ بات ہے، لیکن دوسری بات یہ ہے کہ جب آپ مکہ فتح ہو گیا، تب آپ پورے مکہ میں رہنے لگے۔</w:t>
      </w:r>
    </w:p>
    <w:p>
      <w:r>
        <w:rPr>
          <w:b/>
        </w:rPr>
        <w:t xml:space="preserve">[1:09:00] </w:t>
      </w:r>
      <w:r>
        <w:t>phir makkah aziz tha to,</w:t>
      </w:r>
    </w:p>
    <w:p>
      <w:pPr>
        <w:jc w:val="right"/>
      </w:pPr>
      <w:r>
        <w:t>پھر مکہ عزیز تھا تو،</w:t>
      </w:r>
    </w:p>
    <w:p>
      <w:r>
        <w:rPr>
          <w:b/>
        </w:rPr>
        <w:t xml:space="preserve">[1:09:04] </w:t>
      </w:r>
      <w:r>
        <w:t>yani yani aap ne hijrat ke waqt jab migrate kar rahay thay wahan se, aap tab ye kaha ke "ae makkah!</w:t>
      </w:r>
    </w:p>
    <w:p>
      <w:pPr>
        <w:jc w:val="right"/>
      </w:pPr>
      <w:r>
        <w:t>یعنی یعنی آپ نے ہجرت کے وقت جب مائیگریٹ کر رہے تھے وہاں سے، آپ تب یہ کہا کہ "اے مکہ!</w:t>
      </w:r>
    </w:p>
    <w:p>
      <w:r>
        <w:rPr>
          <w:b/>
        </w:rPr>
        <w:t xml:space="preserve">[1:09:13] </w:t>
      </w:r>
      <w:r>
        <w:t>tum mujh ko dunya mein sab se aziz ho." to makkah to fateh ho gaya, aagay phir kyun abad ho gaye? phir wapas kyun madina chalay gaye?</w:t>
      </w:r>
    </w:p>
    <w:p>
      <w:pPr>
        <w:jc w:val="right"/>
      </w:pPr>
      <w:r>
        <w:t>تم مجھ کو دنیا میں سب سے عزیز ہو۔" تو مکہ تو فتح ہو گیا، آگے پھر کیوں آباد ہو گئے؟ پھر واپس کیوں مدینہ چلے گئے؟</w:t>
      </w:r>
    </w:p>
    <w:p>
      <w:r>
        <w:rPr>
          <w:b/>
        </w:rPr>
        <w:t xml:space="preserve">[1:09:26] </w:t>
      </w:r>
      <w:r>
        <w:t>is par jab aap sochen ge to aap ko ek haqeeqat daryaft hogi.</w:t>
      </w:r>
    </w:p>
    <w:p>
      <w:pPr>
        <w:jc w:val="right"/>
      </w:pPr>
      <w:r>
        <w:t>اس پر جب آپ سوچیں گے تو آپ کو ایک حقیقت دریافت ہوگی۔</w:t>
      </w:r>
    </w:p>
    <w:p>
      <w:r>
        <w:rPr>
          <w:b/>
        </w:rPr>
        <w:t xml:space="preserve">[1:09:32] </w:t>
      </w:r>
      <w:r>
        <w:t>woh makkah ki baat nahi thi, jo watan ki baat thi. woh dekhen, aadmi jahan rehta hai to dheere dheere, dheere dheere us ki mohabbat us ke dil mein aa jati hai.</w:t>
      </w:r>
    </w:p>
    <w:p>
      <w:pPr>
        <w:jc w:val="right"/>
      </w:pPr>
      <w:r>
        <w:t>وہ مکہ کی بات نہیں تھی، جو وطن کی بات تھی۔ وہ دیکھیں، آدمی جہاں رہتا ہے تو دھیرے دھیرے، دھیرے دھیرے اس کی محبت اس کے دل میں آ جاتی ہے۔</w:t>
      </w:r>
    </w:p>
    <w:p>
      <w:r>
        <w:rPr>
          <w:b/>
        </w:rPr>
        <w:t xml:space="preserve">[1:09:45] </w:t>
      </w:r>
      <w:r>
        <w:t>ye watan jis ko kehtay hain patriotism, ye makkah ki fazilat ki baat nahi thi. woh rasool Allah ne jo farmaya tha ke makkah ki fazilat ki baat nahi thi, watan ki baat thi.</w:t>
      </w:r>
    </w:p>
    <w:p>
      <w:pPr>
        <w:jc w:val="right"/>
      </w:pPr>
      <w:r>
        <w:t>یہ وطن جس کو کہتے ہیں پیٹریٹزم، یہ مکہ کی فضیلت کی بات نہیں تھی۔ وہ رسول اللہ نے جو فرمایا تھا کہ مکہ کی فضیلت کی بات نہیں تھی، وطن کی بات تھی۔</w:t>
      </w:r>
    </w:p>
    <w:p>
      <w:r>
        <w:rPr>
          <w:b/>
        </w:rPr>
        <w:t xml:space="preserve">[1:09:57] </w:t>
      </w:r>
      <w:r>
        <w:t>har aadmi ko apne watan se mohabbat hoti hai, bas</w:t>
      </w:r>
    </w:p>
    <w:p>
      <w:pPr>
        <w:jc w:val="right"/>
      </w:pPr>
      <w:r>
        <w:t>ہر آدمی کو اپنے وطن سے محبت ہوتی ہے، بس</w:t>
      </w:r>
    </w:p>
    <w:p>
      <w:r>
        <w:rPr>
          <w:b/>
        </w:rPr>
        <w:t xml:space="preserve">[1:10:01] </w:t>
      </w:r>
      <w:r>
        <w:t>is se ziyada kuch bhi nahi. mein is ko bilkul galat samajhta hoon ke musalman jo hain, rahen kisi aur mulk mein aur aur mohabbat karen kisi aur mulk se.</w:t>
      </w:r>
    </w:p>
    <w:p>
      <w:pPr>
        <w:jc w:val="right"/>
      </w:pPr>
      <w:r>
        <w:t>اس سے زیادہ کچھ بھی نہیں۔ میں اس کو بالکل غلط سمجھتا ہوں کہ مسلمان جو ہیں، رہیں کسی اور ملک میں اور اور محبت کریں کسی اور ملک سے۔</w:t>
      </w:r>
    </w:p>
    <w:p>
      <w:r>
        <w:rPr>
          <w:b/>
        </w:rPr>
        <w:t xml:space="preserve">[1:10:10] </w:t>
      </w:r>
      <w:r>
        <w:t>nahi, apne watan se mohabbat karna chahiye un ko. aur cricket ka muamla to bilkul, mein to bas mein hairaan hoon ke musalman khush hotay hain kisi muslim mulk cricket mein jeet jaye.</w:t>
      </w:r>
    </w:p>
    <w:p>
      <w:pPr>
        <w:jc w:val="right"/>
      </w:pPr>
      <w:r>
        <w:t>نہیں، اپنے وطن سے محبت کرنا چاہیے ان کو۔ اور کرکٹ کا معاملہ تو بالکل، میں تو بس میں حیران ہوں کہ مسلمان خوش ہوتے ہیں کسی مسلم ملک کرکٹ میں جیت جائے۔</w:t>
      </w:r>
    </w:p>
    <w:p>
      <w:r>
        <w:rPr>
          <w:b/>
        </w:rPr>
        <w:t xml:space="preserve">[1:10:20] </w:t>
      </w:r>
      <w:r>
        <w:t>yani is ka kya taluq Islam se? kya taluq? ye to jahiliyat hai, aur koi bhi sakht lafz bol sakta hoon mein is ke liye. ye khel kood ki baat hai, is ka Islam se kya taluq?</w:t>
      </w:r>
    </w:p>
    <w:p>
      <w:pPr>
        <w:jc w:val="right"/>
      </w:pPr>
      <w:r>
        <w:t>یعنی اس کا کیا تعلق اسلام سے؟ کیا تعلق؟ یہ تو جاہلیت ہے، اور کوئی بھی سخت لفظ بول سکتا ہوں میں اس کے لیے۔ یہ کھیل کود کی بات ہے، اس کا اسلام سے کیا تعلق؟</w:t>
      </w:r>
    </w:p>
    <w:p>
      <w:r>
        <w:rPr>
          <w:b/>
        </w:rPr>
        <w:t xml:space="preserve">[1:10:32] </w:t>
      </w:r>
      <w:r>
        <w:t>beh-haal, mujhe is mein zara bhi shaq nahi ke musalmanon par farz hai ke apne watan se mohabbat karen, jahan bhi woh rehtay hon. woh ye mein is liye keh raha hoon ke agar aisa na karen to woh munafiq banen ge.</w:t>
      </w:r>
    </w:p>
    <w:p>
      <w:pPr>
        <w:jc w:val="right"/>
      </w:pPr>
      <w:r>
        <w:t>بہرحال، مجھے اس میں ذرا بھی شک نہیں کہ مسلمانوں پر فرض ہے کہ اپنے وطن سے محبت کریں، جہاں بھی وہ رہتے ہوں۔ وہ یہ میں اس لیے کہہ رہا ہوں کہ اگر ایسا نہ کریں تو وہ منافق بنیں گے۔</w:t>
      </w:r>
    </w:p>
    <w:p>
      <w:r>
        <w:rPr>
          <w:b/>
        </w:rPr>
        <w:t xml:space="preserve">[1:10:43] </w:t>
      </w:r>
      <w:r>
        <w:t>munafiq! jaise mein America ke baray mein, mein ne aaj wahan par dekha jo form hota hai citizenship ka, us ko bhar kar ke woh shehri bantay hain.</w:t>
      </w:r>
    </w:p>
    <w:p>
      <w:pPr>
        <w:jc w:val="right"/>
      </w:pPr>
      <w:r>
        <w:t>منافق! جیسے میں امریکہ کے بارے میں، میں نے آج وہاں پر دیکھا جو فارم ہوتا ہے سٹیزن شپ کا، اس کو بھر کر کے وہ شہری بنتے ہیں۔</w:t>
      </w:r>
    </w:p>
    <w:p>
      <w:r>
        <w:rPr>
          <w:b/>
        </w:rPr>
        <w:t xml:space="preserve">[1:10:54] </w:t>
      </w:r>
      <w:r>
        <w:t>wahan ke</w:t>
      </w:r>
    </w:p>
    <w:p>
      <w:pPr>
        <w:jc w:val="right"/>
      </w:pPr>
      <w:r>
        <w:t>وہاں کے</w:t>
      </w:r>
    </w:p>
    <w:p>
      <w:r>
        <w:rPr>
          <w:b/>
        </w:rPr>
        <w:t xml:space="preserve">[1:10:55] </w:t>
      </w:r>
      <w:r>
        <w:t>is mein likha hua hai ke aap sirf America ke loyal hon ge. America ke sath kisi aur desh ke loyal nahi hon ge.</w:t>
      </w:r>
    </w:p>
    <w:p>
      <w:pPr>
        <w:jc w:val="right"/>
      </w:pPr>
      <w:r>
        <w:t>اس میں لکھا ہوا ہے کہ آپ صرف امریکہ کے لائل ہوں گے۔ امریکہ کے ساتھ کسی اور દેશ کے لائل نہیں ہوں گے۔</w:t>
      </w:r>
    </w:p>
    <w:p>
      <w:r>
        <w:rPr>
          <w:b/>
        </w:rPr>
        <w:t xml:space="preserve">[1:11:05] </w:t>
      </w:r>
      <w:r>
        <w:t>aap saaf saaf to is mani ke aap agar is par dastakhat kiya hai aap ne to aap ko sirf America ke sath aap ki loyalty honi chahiye.</w:t>
      </w:r>
    </w:p>
    <w:p>
      <w:pPr>
        <w:jc w:val="right"/>
      </w:pPr>
      <w:r>
        <w:t>آپ صاف صاف تو اس معنی کہ آپ اگر اس پر دستخط کیا ہے آپ نے تو آپ کو صرف امریکہ کے ساتھ آپ کی لائلٹی ہونی چاہیے۔</w:t>
      </w:r>
    </w:p>
    <w:p>
      <w:r>
        <w:rPr>
          <w:b/>
        </w:rPr>
        <w:t xml:space="preserve">[1:11:14] </w:t>
      </w:r>
      <w:r>
        <w:t>agar kahin aur se aap ki loyalty hai to ye mani ke munafiq banay hue hain. aap likha to kuch kar rahay hain, kuch.</w:t>
      </w:r>
    </w:p>
    <w:p>
      <w:pPr>
        <w:jc w:val="right"/>
      </w:pPr>
      <w:r>
        <w:t>اگر کہیں اور سے آپ کی لائلٹی ہے تو یہ معنی کہ منافق بنے ہوئے ہیں۔ آپ لکھا تو کچھ کر رہے ہیں، کچھ۔</w:t>
      </w:r>
    </w:p>
    <w:p>
      <w:r>
        <w:rPr>
          <w:b/>
        </w:rPr>
        <w:t xml:space="preserve">[1:11:21] </w:t>
      </w:r>
      <w:r>
        <w:t>isi liye mein ne ek mazmoon parha tha, ek Egypt ka ek aadmi, Misr ka, woh rehta hai America mein. to us ka mazmoon chapa tha, article us ka title tha "Crises of Identity".</w:t>
      </w:r>
    </w:p>
    <w:p>
      <w:pPr>
        <w:jc w:val="right"/>
      </w:pPr>
      <w:r>
        <w:t>اسی لیے میں نے ایک مضمون پڑھا تھا، ایک ایجپٹ کا ایک آدمی، مصر کا، وہ رہتا ہے امریکہ میں۔ تو اس کا مضمون چھپا تھا، آرٹیکل اس کا ٹائٹل تھا "کریسز آف آئیڈینٹیٹی"۔</w:t>
      </w:r>
    </w:p>
    <w:p>
      <w:r>
        <w:rPr>
          <w:b/>
        </w:rPr>
        <w:t xml:space="preserve">[1:11:39] </w:t>
      </w:r>
      <w:r>
        <w:t>"Crises of Identity" us ne likha tha ke mein Egypt mein paida hua, wahin par parha barha, ab mein America aa gaya hoon. to us zamanay ke jo iraday hain, abhi tak mere taza</w:t>
      </w:r>
    </w:p>
    <w:p>
      <w:pPr>
        <w:jc w:val="right"/>
      </w:pPr>
      <w:r>
        <w:t>"کریسز آف آئیڈینٹیٹی" اس نے لکھا تھا کہ میں ایجپٹ میں پیدا ہوا، وہیں پر پڑھا بڑھا، اب میں امریکہ آ گیا ہوں۔ تو اس زمانے کے جو ارادے ہیں، ابھی تک میرے تاز</w:t>
      </w:r>
    </w:p>
    <w:p>
      <w:r>
        <w:rPr>
          <w:b/>
        </w:rPr>
        <w:t xml:space="preserve">[1:11:49] </w:t>
      </w:r>
      <w:r>
        <w:t>hain. abhi mujhe woh galiyan yaad aati hain, woh jagah yaad aati hain, us se mohabbat mujhe mehsoos hoti hai. to us ne likha tha yehi baat ke mein ne jo dastakhat kiya hai, us ke mutabiq to meri sari loyalty honi chahiye America ke sath, lekin practically aisa ho nahi raha hai.</w:t>
      </w:r>
    </w:p>
    <w:p>
      <w:pPr>
        <w:jc w:val="right"/>
      </w:pPr>
      <w:r>
        <w:t>ہ ہیں۔ ابھی مجھے وہ گلیاں یاد آتی ہیں، وہ جگہ یاد آتی ہیں، اس سے محبت مجھے محسوس ہوتی ہے۔ تو اس نے لکھا تھا یہی بات کہ میں نے جو دستخط کیا ہے، اس کے مطابق تو میری ساری لائلٹی ہونی چاہیے امریکہ کے ساتھ، لیکن پریکٹیکلی ایسا ہو نہیں رہا ہے۔</w:t>
      </w:r>
    </w:p>
    <w:p>
      <w:r>
        <w:rPr>
          <w:b/>
        </w:rPr>
        <w:t xml:space="preserve">[1:12:06] </w:t>
      </w:r>
      <w:r>
        <w:t>"I am face the crises"</w:t>
      </w:r>
    </w:p>
    <w:p>
      <w:pPr>
        <w:jc w:val="right"/>
      </w:pPr>
      <w:r>
        <w:t>"آئی ایم فیس دا کریسز"</w:t>
      </w:r>
    </w:p>
    <w:p>
      <w:r>
        <w:rPr>
          <w:b/>
        </w:rPr>
        <w:t xml:space="preserve">[1:12:10] </w:t>
      </w:r>
      <w:r>
        <w:t>. to mein beh-haal is ko, yani is ko Islam ka taqaza samajhta hoon ke aap ya to aap is aadmi ko bhi mulaqat nahi hui to mein kehta ke aap chalay jao Egypt, chalay jao.</w:t>
      </w:r>
    </w:p>
    <w:p>
      <w:pPr>
        <w:jc w:val="right"/>
      </w:pPr>
      <w:r>
        <w:t>۔ تو میں بہرحال اس کو، یعنی اس کو اسلام کا تقاضا سمجھتا ہوں کہ آپ یا تو آپ اس آدمی کو بھی ملاقات نہیں ہوئی تو میں کہتا کہ آپ چلے جاؤ ایجپٹ، چلے جاؤ۔</w:t>
      </w:r>
    </w:p>
    <w:p>
      <w:r>
        <w:rPr>
          <w:b/>
        </w:rPr>
        <w:t xml:space="preserve">[1:12:24] </w:t>
      </w:r>
      <w:r>
        <w:t>kyun rehtay ho America mein? theek hai, us crises ka hal ye hai ke tum chalay jao Egypt, mat raho America mein. to wahan mein ne kai logon se baat kahi ke agar aap America se mohabbat nahi kar saktay to kon rehne ko kehta hai aap ko?</w:t>
      </w:r>
    </w:p>
    <w:p>
      <w:pPr>
        <w:jc w:val="right"/>
      </w:pPr>
      <w:r>
        <w:t>کیوں رہتے ہو امریکہ میں؟ ٹھیک ہے، اس کریسز کا حل یہ ہے کہ تم چلے جاؤ ایجپٹ، مت رہو امریکہ میں۔ تو وہاں میں نے کئی لوگوں سے بات کہی کہ اگر آپ امریکہ سے محبت نہیں کر سکتے تو کون رہنے کو کہتا ہے آپ کو؟</w:t>
      </w:r>
    </w:p>
    <w:p>
      <w:r>
        <w:rPr>
          <w:b/>
        </w:rPr>
        <w:t xml:space="preserve">[1:12:38] </w:t>
      </w:r>
      <w:r>
        <w:t>chalay</w:t>
      </w:r>
    </w:p>
    <w:p>
      <w:pPr>
        <w:jc w:val="right"/>
      </w:pPr>
      <w:r>
        <w:t>چلے</w:t>
      </w:r>
    </w:p>
    <w:p>
      <w:r>
        <w:rPr>
          <w:b/>
        </w:rPr>
        <w:t xml:space="preserve">[1:12:39] </w:t>
      </w:r>
      <w:r>
        <w:t>jaiye inhi mulkon mein jahan jahan ke dil laga hua hai aap ka.</w:t>
      </w:r>
    </w:p>
    <w:p>
      <w:pPr>
        <w:jc w:val="right"/>
      </w:pPr>
      <w:r>
        <w:t>جائیے انہی ملکوں میں جہاں جہاں کے دل لگا ہوا ہے آپ کا۔</w:t>
      </w:r>
    </w:p>
    <w:p>
      <w:r>
        <w:rPr>
          <w:b/>
        </w:rPr>
        <w:t xml:space="preserve">[1:12:45] </w:t>
      </w:r>
      <w:r>
        <w:t>to mein is ko farz samajhta hoon ke jis mulk mein aap hain, us se aap ko muhabbat ho. agar nahin hai to aap munafiqat mein jeena, yaani munafiqat zindagi jeena parega aap ko.</w:t>
      </w:r>
    </w:p>
    <w:p>
      <w:pPr>
        <w:jc w:val="right"/>
      </w:pPr>
      <w:r>
        <w:t>تو میں اس کو فرض سمجھتا ہوں کہ جس ملک میں آپ ہیں، اس سے آپ کو محبت ہو۔ اگر نہیں ہے تو آپ منافقت میں جینا، یعنی منافقت زندگی جینا پڑے گا آپ کو۔</w:t>
      </w:r>
    </w:p>
    <w:p>
      <w:r>
        <w:rPr>
          <w:b/>
        </w:rPr>
        <w:t xml:space="preserve">[1:12:56] </w:t>
      </w:r>
      <w:r>
        <w:t>woh jo bohat buri zindagi hai, woh.</w:t>
      </w:r>
    </w:p>
    <w:p>
      <w:pPr>
        <w:jc w:val="right"/>
      </w:pPr>
      <w:r>
        <w:t>وہ جو بہت بری زندگی ہے، وہ۔</w:t>
      </w:r>
    </w:p>
    <w:p>
      <w:r>
        <w:rPr>
          <w:b/>
        </w:rPr>
        <w:t xml:space="preserve">[1:13:02] </w:t>
      </w:r>
      <w:r>
        <w:t>mister gopala rao ne dilli se likha hai: "should we suppress the unwanted thoughts that we get in our mind?</w:t>
      </w:r>
    </w:p>
    <w:p>
      <w:pPr>
        <w:jc w:val="right"/>
      </w:pPr>
      <w:r>
        <w:t>मिस्टर गोपाला राव ने दिल्ली से लिखा है: "Should we suppress the unwanted thoughts that we get in our mind?</w:t>
      </w:r>
    </w:p>
    <w:p>
      <w:r>
        <w:rPr>
          <w:b/>
        </w:rPr>
        <w:t xml:space="preserve">[1:13:10] </w:t>
      </w:r>
      <w:r>
        <w:t>if yes, how should we do it?" dekhen, suppress karne ki baat hai, manage karne ki baat hai. kyunke psychology mein research hui hai, freud ne hi is ko pehle, sab se pehle is ko research kar ke bataya tha ke koi bhi thought jo aa gaya mind mein, woh aap nikal nahin</w:t>
      </w:r>
    </w:p>
    <w:p>
      <w:pPr>
        <w:jc w:val="right"/>
      </w:pPr>
      <w:r>
        <w:t>If yes, how should we do it?" دیکھیں، suppress کرنے کی بات ہے، manage کرنے کی بات ہے۔ کیونکہ سائیکالوجی میں ریسرچ ہوئی ہے، فرائیڈ نے ہی اس کو پہلے، سب سے پہلے اس کو ریسرچ کر کے بتایا تھا کہ کوئی بھی thought جو آ گیا mind میں، وہ آپ نکال نہیں</w:t>
      </w:r>
    </w:p>
    <w:p>
      <w:r>
        <w:rPr>
          <w:b/>
        </w:rPr>
        <w:t xml:space="preserve">[1:13:30] </w:t>
      </w:r>
      <w:r>
        <w:t>sakte is ko. woh record ho jata hai memory mein hamesha ke liye. to suppress karne ke maani hain ke delete karna to possible nahin hai. woh to aa gaya to aa gaya.</w:t>
      </w:r>
    </w:p>
    <w:p>
      <w:pPr>
        <w:jc w:val="right"/>
      </w:pPr>
      <w:r>
        <w:t>سکتے اس کو۔ وہ ریکارڈ ہو جاتا ہے memory میں ہمیشہ کے لیے۔ تو suppress کرنے کے معنی ہیں کہ delete کرنا تو possible نہیں ہے۔ وہ تو آ گیا تو آ گیا۔</w:t>
      </w:r>
    </w:p>
    <w:p>
      <w:r>
        <w:rPr>
          <w:b/>
        </w:rPr>
        <w:t xml:space="preserve">[1:13:41] </w:t>
      </w:r>
      <w:r>
        <w:t>sirf manage kar sakte hain aap. manage. jaise mein ne abhi jo baaten keen, woh manage karne ki baat hoti hai. woh ke aisi condition kyun lagao jo hone wali nahin hai.</w:t>
      </w:r>
    </w:p>
    <w:p>
      <w:pPr>
        <w:jc w:val="right"/>
      </w:pPr>
      <w:r>
        <w:t>صرف manage کر سکتے ہیں آپ۔ Manage۔ جیسے میں نے ابھی جو باتیں کیں، وہ manage کرنے کی بات ہوتی ہے۔ وہ کہ ایسی condition کیوں لگاؤ جو ہونے والی نہیں ہے۔</w:t>
      </w:r>
    </w:p>
    <w:p>
      <w:r>
        <w:rPr>
          <w:b/>
        </w:rPr>
        <w:t xml:space="preserve">[1:13:53] </w:t>
      </w:r>
      <w:r>
        <w:t>yeh manage karne ka matlab hai.</w:t>
      </w:r>
    </w:p>
    <w:p>
      <w:pPr>
        <w:jc w:val="right"/>
      </w:pPr>
      <w:r>
        <w:t>یہ manage کرنے کا مطلب ہے۔</w:t>
      </w:r>
    </w:p>
    <w:p>
      <w:r>
        <w:rPr>
          <w:b/>
        </w:rPr>
        <w:t xml:space="preserve">[1:13:55] </w:t>
      </w:r>
      <w:r>
        <w:t>to aap dekhen, kisi bhi thought ko jo aa gaya, us ko aap nikal nahin sakte hain. suppress karne ka lafz sahi nahin aaya hoga.</w:t>
      </w:r>
    </w:p>
    <w:p>
      <w:pPr>
        <w:jc w:val="right"/>
      </w:pPr>
      <w:r>
        <w:t>تو آپ دیکھیں، کسی بھی thought کو جو آ گیا، اس کو آپ نکال نہیں سکتے ہیں۔ suppress کرنے کا لفظ صحیح نہیں آیا ہوگا۔</w:t>
      </w:r>
    </w:p>
    <w:p>
      <w:r>
        <w:rPr>
          <w:b/>
        </w:rPr>
        <w:t xml:space="preserve">[1:14:05] </w:t>
      </w:r>
      <w:r>
        <w:t>sahi lafz hoga ke manage kijiye aap us ko. mein to rozana manage karta rehta hoon. mein na karoon to mein bhi freshness mein chala jaon, chala jaon ga.</w:t>
      </w:r>
    </w:p>
    <w:p>
      <w:pPr>
        <w:jc w:val="right"/>
      </w:pPr>
      <w:r>
        <w:t>صحیح لفظ ہوگا کہ manage کیجیے آپ اس کو۔ میں تو روزانہ manage کرتا رہتا ہوں۔ میں نہ کروں تو میں بھی freshness میں چلا جاؤں، چلا جاؤں گا۔</w:t>
      </w:r>
    </w:p>
    <w:p>
      <w:r>
        <w:rPr>
          <w:b/>
        </w:rPr>
        <w:t xml:space="preserve">[1:14:16] </w:t>
      </w:r>
      <w:r>
        <w:t>allah ke fazal se mein freshness mein pak hoon bilkul. kyunke manage karta hoon. rozana har aadmi ko aisi cheezen aati hain jo unwanted hoti hain us ke liye.</w:t>
      </w:r>
    </w:p>
    <w:p>
      <w:pPr>
        <w:jc w:val="right"/>
      </w:pPr>
      <w:r>
        <w:t>اللہ کے فضل سے میں freshness میں پاک ہوں بالکل۔ کیونکہ manage کرتا ہوں۔ روزانہ ہر آدمی کو ایسی چیزیں آتی ہیں جو unwanted ہوتی ہیں اس کے لیے۔</w:t>
      </w:r>
    </w:p>
    <w:p>
      <w:r>
        <w:rPr>
          <w:b/>
        </w:rPr>
        <w:t xml:space="preserve">[1:14:26] </w:t>
      </w:r>
      <w:r>
        <w:t>to is ka ek hi solution hai ke aap manage karna seekhen. you have to learn the art of management. aur koi is ka doosra solution nahin hai.</w:t>
      </w:r>
    </w:p>
    <w:p>
      <w:pPr>
        <w:jc w:val="right"/>
      </w:pPr>
      <w:r>
        <w:t>تو اس کا ایک ہی solution ہے کہ آپ manage کرنا سیکھیں۔ You have to learn the art of management. اور کوئی اس کا دوسرا solution نہیں ہے۔</w:t>
      </w:r>
    </w:p>
    <w:p>
      <w:r>
        <w:rPr>
          <w:b/>
        </w:rPr>
        <w:t xml:space="preserve">[1:14:37] </w:t>
      </w:r>
      <w:r>
        <w:t>mister pushpendra pundir ne sawal kiya hai. maulana sahib, unhon ne location nahin likhi hai. unhon ne poocha hai: "please define what do you mean by sacrifice?" sacrifice ko aap kis tareeqe se define karen ge?</w:t>
      </w:r>
    </w:p>
    <w:p>
      <w:pPr>
        <w:jc w:val="right"/>
      </w:pPr>
      <w:r>
        <w:t>मिस्टर पुष्पेंद्र पुंडीर ने सवाल किया है। مولانا صاحب، انہوں نے location نہیں لکھی ہے۔ انہوں نے پوچھا ہے: "Please define what do you mean by sacrifice?" Sacrifice کو آپ کس طریقے سے define کریں گے؟</w:t>
      </w:r>
    </w:p>
    <w:p>
      <w:r>
        <w:rPr>
          <w:b/>
        </w:rPr>
        <w:t xml:space="preserve">[1:14:53] </w:t>
      </w:r>
      <w:r>
        <w:t>sacrifice jo hai, bohat hi simple hai, koi mysterious baat nahin hai yeh. woh hai, dekhen, ek aap ki aqal hai, ek baat kehti hai.</w:t>
      </w:r>
    </w:p>
    <w:p>
      <w:pPr>
        <w:jc w:val="right"/>
      </w:pPr>
      <w:r>
        <w:t>Sacrifice جو ہے، بہت ہی simple ہے، کوئی mysterious بات نہیں ہے یہ۔ وہ ہے، دیکھیں، ایک آپ کی عقل ہے، ایک بات کہتی ہے۔</w:t>
      </w:r>
    </w:p>
    <w:p>
      <w:r>
        <w:rPr>
          <w:b/>
        </w:rPr>
        <w:t xml:space="preserve">[1:15:03] </w:t>
      </w:r>
      <w:r>
        <w:t>ek aap ki desire hain, woh ek baat kehte hain. hamesha har aadmi ke andar do cheezon ka chalta rehta hai. desire kuch kar rahi hoti hai, aqal kuch kar raha hota hai.</w:t>
      </w:r>
    </w:p>
    <w:p>
      <w:pPr>
        <w:jc w:val="right"/>
      </w:pPr>
      <w:r>
        <w:t>ایک آپ کی desire ہیں، وہ ایک بات کہتے ہیں۔ ہمیشہ ہر آدمی کے اندر دو چیزوں کا چلتا رہتا ہے۔ Desire کچھ کر رہی ہوتی ہے، عقل کچھ کر رہا ہوتا ہے۔</w:t>
      </w:r>
    </w:p>
    <w:p>
      <w:r>
        <w:rPr>
          <w:b/>
        </w:rPr>
        <w:t xml:space="preserve">[1:15:15] </w:t>
      </w:r>
      <w:r>
        <w:t>to jab aap aqal ke banaye hue raaste par chalen to aap desire ko sacrifice karna pare ga.</w:t>
      </w:r>
    </w:p>
    <w:p>
      <w:pPr>
        <w:jc w:val="right"/>
      </w:pPr>
      <w:r>
        <w:t>تو جب آپ عقل کے بنائے ہوئے راستے پر چلیں تو آپ desire کو sacrifice کرنا پڑے گا۔</w:t>
      </w:r>
    </w:p>
    <w:p>
      <w:r>
        <w:rPr>
          <w:b/>
        </w:rPr>
        <w:t xml:space="preserve">[1:15:23] </w:t>
      </w:r>
      <w:r>
        <w:t>desire ko aap ko dabana pare ga, sacrifice karna pare ga. to mein ne dekha, sacrifice ka matlab yahi hai ke rationally jo baat sahi nazar aaye, woh karna aur emotionally jo baat se ki taraf aap ko ja raha hai dil, us ko chhod dena.</w:t>
      </w:r>
    </w:p>
    <w:p>
      <w:pPr>
        <w:jc w:val="right"/>
      </w:pPr>
      <w:r>
        <w:t>Desire کو آپ کو دبانا پڑے گا، sacrifice کرنا پڑے گا۔ تو میں نے دیکھا، sacrifice کا مطلب یہی ہے کہ rationally جو بات صحیح نظر آئے، وہ کرنا اور emotionally جو بات سے کی طرف آپ کو جا رہا ہے دل، اس کو چھوڑ دینا۔</w:t>
      </w:r>
    </w:p>
    <w:p>
      <w:r>
        <w:rPr>
          <w:b/>
        </w:rPr>
        <w:t xml:space="preserve">[1:15:42] </w:t>
      </w:r>
      <w:r>
        <w:t>yahi sacrifice hai. baqi jo ladna marna hai, woh usay woh mein is ko sacrifice nahin samajhta. koi alag cheez hai woh. sacrifice yahi hai asal'an.</w:t>
      </w:r>
    </w:p>
    <w:p>
      <w:pPr>
        <w:jc w:val="right"/>
      </w:pPr>
      <w:r>
        <w:t>یہی sacrifice ہے۔ باقی جو لڑنا مرنا ہے، وہ اسے وہ میں اس کو sacrifice نہیں سمجھتا۔ کوئی الگ چیز ہے وہ۔ Sacrifice یہی ہے اصلاً۔</w:t>
      </w:r>
    </w:p>
    <w:p>
      <w:r>
        <w:rPr>
          <w:b/>
        </w:rPr>
        <w:t xml:space="preserve">[1:15:53] </w:t>
      </w:r>
      <w:r>
        <w:t>reason based decision len'a. jab aisa aap karte hain to aap ko apni desire ko, apne emotion ko, apne sentiments ko chhodna parta hai.</w:t>
      </w:r>
    </w:p>
    <w:p>
      <w:pPr>
        <w:jc w:val="right"/>
      </w:pPr>
      <w:r>
        <w:t>Reason based decision لینا۔ جب ایسا آپ کرتے ہیں تو آپ کو اپنی desire کو، اپنے emotion کو، اپنے sentiments کو چھوڑنا پڑتا ہے۔</w:t>
      </w:r>
    </w:p>
    <w:p>
      <w:r>
        <w:rPr>
          <w:b/>
        </w:rPr>
        <w:t xml:space="preserve">[1:16:04] </w:t>
      </w:r>
      <w:r>
        <w:t>that is sacrifice.</w:t>
      </w:r>
    </w:p>
    <w:p>
      <w:pPr>
        <w:jc w:val="right"/>
      </w:pPr>
      <w:r>
        <w:t>That is sacrifice.</w:t>
      </w:r>
    </w:p>
    <w:p>
      <w:r>
        <w:rPr>
          <w:b/>
        </w:rPr>
        <w:t xml:space="preserve">[1:16:08] </w:t>
      </w:r>
      <w:r>
        <w:t>mister abdul rehman ne dilli se likha hai: maulana sahib every person who is born has to die as a matter of fact.</w:t>
      </w:r>
    </w:p>
    <w:p>
      <w:pPr>
        <w:jc w:val="right"/>
      </w:pPr>
      <w:r>
        <w:t>मिस्टर अब्दुल रहमान ने दिल्ली से लिखा है: مولانا صاحب every person who is born has to die as a matter of fact.</w:t>
      </w:r>
    </w:p>
    <w:p>
      <w:r>
        <w:rPr>
          <w:b/>
        </w:rPr>
        <w:t xml:space="preserve">[1:16:19] </w:t>
      </w:r>
      <w:r>
        <w:t>then what does the following quranic verse mean which says alive are those who have died in the cause of god?</w:t>
      </w:r>
    </w:p>
    <w:p>
      <w:pPr>
        <w:jc w:val="right"/>
      </w:pPr>
      <w:r>
        <w:t>Then what does the following Quranic verse mean which says alive are those who have died in the cause of God?</w:t>
      </w:r>
    </w:p>
    <w:p>
      <w:r>
        <w:rPr>
          <w:b/>
        </w:rPr>
        <w:t xml:space="preserve">[1:16:28] </w:t>
      </w:r>
      <w:r>
        <w:t>god has forbidden to call them dead. yeh dekhen, yeh to symbolic sense mein hai. is ka matlab yeh nahin ke physical death uth ke nahin hui.</w:t>
      </w:r>
    </w:p>
    <w:p>
      <w:pPr>
        <w:jc w:val="right"/>
      </w:pPr>
      <w:r>
        <w:t>God has forbidden to call them dead. یہ دیکھیں، یہ تو symbolic sense میں ہے۔ اس کا مطلب یہ نہیں کہ physical death اٹھ کے نہیں ہوئی۔</w:t>
      </w:r>
    </w:p>
    <w:p>
      <w:r>
        <w:rPr>
          <w:b/>
        </w:rPr>
        <w:t xml:space="preserve">[1:16:40] </w:t>
      </w:r>
      <w:r>
        <w:t>yeh symbolic sense mein hai.</w:t>
      </w:r>
    </w:p>
    <w:p>
      <w:pPr>
        <w:jc w:val="right"/>
      </w:pPr>
      <w:r>
        <w:t>یہ symbolic sense میں ہے۔</w:t>
      </w:r>
    </w:p>
    <w:p>
      <w:r>
        <w:rPr>
          <w:b/>
        </w:rPr>
        <w:t xml:space="preserve">[1:16:47] </w:t>
      </w:r>
      <w:r>
        <w:t>yeh ke woh yahan dead ka matlab hai ke woh mit nahin gaye. khatm nahin honge woh. woh zinda hain.</w:t>
      </w:r>
    </w:p>
    <w:p>
      <w:pPr>
        <w:jc w:val="right"/>
      </w:pPr>
      <w:r>
        <w:t>یہ کہ وہ یہاں dead کا معنی ہے کہ وہ مٹ نہیں گئے۔ ختم نہیں ہوں گے وہ۔ وہ زندہ ہیں۔</w:t>
      </w:r>
    </w:p>
    <w:p>
      <w:r>
        <w:rPr>
          <w:b/>
        </w:rPr>
        <w:t xml:space="preserve">[1:16:57] </w:t>
      </w:r>
      <w:r>
        <w:t>woh aaqid hai ke marne ke baad aadmi zinda rehta hai. to is sense mein nahin hai jis sense mein aap le rahe hain is ko ke physical sense woh mit jae.</w:t>
      </w:r>
    </w:p>
    <w:p>
      <w:pPr>
        <w:jc w:val="right"/>
      </w:pPr>
      <w:r>
        <w:t>وہ عاقد ہے کہ مرنے کے بعد آدمی زندہ رہتا ہے۔ تو اس sense میں نہیں ہے جس sense میں آپ لے رہے ہیں اس کو کہ physical sense وہ مٹ جائے۔</w:t>
      </w:r>
    </w:p>
    <w:p>
      <w:r>
        <w:rPr>
          <w:b/>
        </w:rPr>
        <w:t xml:space="preserve">[1:17:06] </w:t>
      </w:r>
      <w:r>
        <w:t>yeh matlab nahi hai is ka. balkeh is ka wajood baqi rahe aur hamara aqeedah hai ke wajood baqi rehta hai.</w:t>
      </w:r>
    </w:p>
    <w:p>
      <w:pPr>
        <w:jc w:val="right"/>
      </w:pPr>
      <w:r>
        <w:t>یہ مطلب نہیں ہے اس کا۔ بلکہ اس کا وجود باقی رہے اور ہمارا عقیدہ ہے کہ وجود باقی رہتا ہے۔</w:t>
      </w:r>
    </w:p>
    <w:p>
      <w:r>
        <w:rPr>
          <w:b/>
        </w:rPr>
        <w:t xml:space="preserve">[1:17:17] </w:t>
      </w:r>
      <w:r>
        <w:t>Mis Nagma Siddiqui ne Delhi se likha hai: "How can we overcome negativity? Please guide us to become positive thinkers." sirf ek hi cheez hai ke aap result ko sochein.</w:t>
      </w:r>
    </w:p>
    <w:p>
      <w:pPr>
        <w:jc w:val="right"/>
      </w:pPr>
      <w:r>
        <w:t>मिस नगमा सिद्दीकी ने दिल्ली से लिखा है: "How can we overcome negativity? Please guide us to become positive thinkers." صرف ایک ہی چیز ہے کہ آپ result کو سوچیں۔</w:t>
      </w:r>
    </w:p>
    <w:p>
      <w:r>
        <w:rPr>
          <w:b/>
        </w:rPr>
        <w:t xml:space="preserve">[1:17:32] </w:t>
      </w:r>
      <w:r>
        <w:t>Result. ke negative thinking ka result kya hai? to result hamesha ulta niklta hai. Negative thinking kabhi bhi aap ko acha result nahi de sakti hai.</w:t>
      </w:r>
    </w:p>
    <w:p>
      <w:pPr>
        <w:jc w:val="right"/>
      </w:pPr>
      <w:r>
        <w:t>Result۔ کہ negative thinking کا result کیا ہے؟ تو result ہمیشہ الٹا نکلتا ہے۔ Negative thinking کبھی بھی آپ کو اچھا result نہیں دے سکتی ہے۔</w:t>
      </w:r>
    </w:p>
    <w:p>
      <w:r>
        <w:rPr>
          <w:b/>
        </w:rPr>
        <w:t xml:space="preserve">[1:17:49] </w:t>
      </w:r>
      <w:r>
        <w:t>to ek hi hai, main jahan tak samajh paya hoon ke you have to see the result. yeh aap ko isi se aap control kar payenge apni negativity ko.</w:t>
      </w:r>
    </w:p>
    <w:p>
      <w:pPr>
        <w:jc w:val="right"/>
      </w:pPr>
      <w:r>
        <w:t>تو ایک ہی ہے، میں جہاں تک سمجھ پایا ہوں کہ you have to see the result. یہ آپ کو اسی سے آپ کنٹرول کر پائیں گے اپنی negativity کو۔</w:t>
      </w:r>
    </w:p>
    <w:p>
      <w:r>
        <w:rPr>
          <w:b/>
        </w:rPr>
        <w:t xml:space="preserve">[1:18:02] </w:t>
      </w:r>
      <w:r>
        <w:t>Result ko jab aap aap ke mind se result oujhal ho jaye, result jo hai hat jaye to isi waqt aadmi apni negativity ke peeche daurta hai.</w:t>
      </w:r>
    </w:p>
    <w:p>
      <w:pPr>
        <w:jc w:val="right"/>
      </w:pPr>
      <w:r>
        <w:t>Result کو جب آپ آپ کے mind سے result اوجھل ہو جائے، result جو ہے ہٹ جائے تو اسی وقت آدمی اپنی negativity کے پیچھے دوڑتا ہے۔</w:t>
      </w:r>
    </w:p>
    <w:p>
      <w:r>
        <w:rPr>
          <w:b/>
        </w:rPr>
        <w:t xml:space="preserve">[1:18:13] </w:t>
      </w:r>
      <w:r>
        <w:t>Negative thought ke peeche.</w:t>
      </w:r>
    </w:p>
    <w:p>
      <w:pPr>
        <w:jc w:val="right"/>
      </w:pPr>
      <w:r>
        <w:t>Negative thought کے پیچھے۔</w:t>
      </w:r>
    </w:p>
    <w:p>
      <w:r>
        <w:rPr>
          <w:b/>
        </w:rPr>
        <w:t xml:space="preserve">[1:18:17] </w:t>
      </w:r>
      <w:r>
        <w:t>to agar result oriented soch, result oriented action agar yeh ho to apne aap negativity wahan par khatam ho jati hai.</w:t>
      </w:r>
    </w:p>
    <w:p>
      <w:pPr>
        <w:jc w:val="right"/>
      </w:pPr>
      <w:r>
        <w:t>تو اگر result oriented سوچ، result oriented action اگر یہ ہو تو اپنے آپ negativity وہاں پر ختم ہو جاتی ہے۔</w:t>
      </w:r>
    </w:p>
    <w:p>
      <w:r>
        <w:rPr>
          <w:b/>
        </w:rPr>
        <w:t xml:space="preserve">[1:18:30] </w:t>
      </w:r>
      <w:r>
        <w:t>Mister Imran ne Delhi se likha hai: Amerikan Muslim ko aap ka kya sandesh tha? tatha uske sandarbh mein aap yatra ke uprant Bharat ke Musalmanon ko kya sandesh denge?</w:t>
      </w:r>
    </w:p>
    <w:p>
      <w:pPr>
        <w:jc w:val="right"/>
      </w:pPr>
      <w:r>
        <w:t>मिस्टर इमरान ने दिल्ली से लिखा है: امریکن مسلم کو آپ کا کیا سندیش تھا؟ तथा उसके संदर्भ में आप यात्रा के उपरांत भारत के मुसलमानों को क्या संदेश देंगे?</w:t>
      </w:r>
    </w:p>
    <w:p>
      <w:r>
        <w:rPr>
          <w:b/>
        </w:rPr>
        <w:t xml:space="preserve">[1:18:45] </w:t>
      </w:r>
      <w:r>
        <w:t>main to har jagah un se yahi kaha ke sab se pehla kaam hai ke aap America se nafrat ko khatam kijiye. Pehla kaam hai. Here is the beginning.</w:t>
      </w:r>
    </w:p>
    <w:p>
      <w:pPr>
        <w:jc w:val="right"/>
      </w:pPr>
      <w:r>
        <w:t>میں تو ہر جگہ ان سے یہی کہا کہ سب سے پہلا کام ہے کہ آپ امریکہ سے نفرت کو ختم کیجیے۔ پہلا کام ہے۔ Here is the beginning.</w:t>
      </w:r>
    </w:p>
    <w:p>
      <w:r>
        <w:rPr>
          <w:b/>
        </w:rPr>
        <w:t xml:space="preserve">[1:18:57] </w:t>
      </w:r>
      <w:r>
        <w:t>Sab se pehle maine kaha. bohat ziyada wahan par meri logon se speeches hui hain, un se baatein huin.</w:t>
      </w:r>
    </w:p>
    <w:p>
      <w:pPr>
        <w:jc w:val="right"/>
      </w:pPr>
      <w:r>
        <w:t>سب سے پہلے میں نے کہا۔ بہت زیادہ وہاں پر میری لوگوں سے speeches ہوئی ہیں، ان سے باتیں ہوئیں۔</w:t>
      </w:r>
    </w:p>
    <w:p>
      <w:r>
        <w:rPr>
          <w:b/>
        </w:rPr>
        <w:t xml:space="preserve">[1:19:06] </w:t>
      </w:r>
      <w:r>
        <w:t>isi ke upar top ahmiyat deta tha ke America se nafrat ko khatam kijiye. Chahay woh Afghanistan mein aur aap ko bomb dalen</w:t>
      </w:r>
    </w:p>
    <w:p>
      <w:pPr>
        <w:jc w:val="right"/>
      </w:pPr>
      <w:r>
        <w:t>اسی کے اوپر ٹاپ اہمیت دیتا تھا کہ امریکہ سے نفرت کو ختم کیجیے۔ چاہے وہ افغانستان میں اور آپ کو بم ڈالیں</w:t>
      </w:r>
    </w:p>
    <w:p>
      <w:r>
        <w:rPr>
          <w:b/>
        </w:rPr>
        <w:t xml:space="preserve">[1:19:14] </w:t>
      </w:r>
      <w:r>
        <w:t>tab bhi, Israel ke sath dein tab bhi. nahi to aap ko haq nahi hai America mein rahein aap. Aap ko America chhod dena chahiye.</w:t>
      </w:r>
    </w:p>
    <w:p>
      <w:pPr>
        <w:jc w:val="right"/>
      </w:pPr>
      <w:r>
        <w:t>تب بھی، اسرائیل کے ساتھ دیں تب بھی۔ نہیں تو آپ کو حق نہیں ہے امریکہ میں رہیں آپ۔ آپ کو امریکہ چھوڑ دینا چاہیے۔</w:t>
      </w:r>
    </w:p>
    <w:p>
      <w:r>
        <w:rPr>
          <w:b/>
        </w:rPr>
        <w:t xml:space="preserve">[1:19:26] </w:t>
      </w:r>
      <w:r>
        <w:t>main hamesha kaha jab bhi yeh cheez aap ka idrak hai tab bhi aur doosri baatein ayengi. nahi to doosri baatein aaney wali rahengi.</w:t>
      </w:r>
    </w:p>
    <w:p>
      <w:pPr>
        <w:jc w:val="right"/>
      </w:pPr>
      <w:r>
        <w:t>میں ہمیشہ کہا جب بھی یہ چیز آپ کا ادراک ہے تب بھی اور دوسری باتیں آئیں گی۔ نہیں تو دوسری باتیں آنے والی رہیں گی۔</w:t>
      </w:r>
    </w:p>
    <w:p>
      <w:r>
        <w:rPr>
          <w:b/>
        </w:rPr>
        <w:t xml:space="preserve">[1:19:37] </w:t>
      </w:r>
      <w:r>
        <w:t>yahan bhi India mein bhi yahi kehta hoon main ke Hindu se nafrat khatam karo.</w:t>
      </w:r>
    </w:p>
    <w:p>
      <w:pPr>
        <w:jc w:val="right"/>
      </w:pPr>
      <w:r>
        <w:t>یہاں بھی انڈیا میں بھی یہی کہتا ہوں میں کہ ہندو سے نفرت ختم کرو۔</w:t>
      </w:r>
    </w:p>
    <w:p>
      <w:r>
        <w:rPr>
          <w:b/>
        </w:rPr>
        <w:t xml:space="preserve">[1:19:44] </w:t>
      </w:r>
      <w:r>
        <w:t>tab hi tumhare andar koi personality banegi, positive personality nahi to banegi banegi nahi kabhi bhi. aur jo waqiyat hote rehte hain, haj o jah ka waqia Musalman ne kaha bulao us ko.</w:t>
      </w:r>
    </w:p>
    <w:p>
      <w:pPr>
        <w:jc w:val="right"/>
      </w:pPr>
      <w:r>
        <w:t>تب ہی تمہارے اندر کوئی personality بنے گی، positive personality نہیں تو بنے بنے گی نہیں کبھی بھی۔ اور جو واقعات ہوتے رہتے ہیں، حج و جاہ کا واقعہ مسلمان نے کہا بلاؤ اس کو۔</w:t>
      </w:r>
    </w:p>
    <w:p>
      <w:r>
        <w:rPr>
          <w:b/>
        </w:rPr>
        <w:t xml:space="preserve">[1:19:57] </w:t>
      </w:r>
      <w:r>
        <w:t>ho gaya, ho gaya. isi ko le ke kyun liye baithe ho? Butt Nanshah ne kaha tha ke ke is ke bare mein taleem yafta insan ke bare mein</w:t>
      </w:r>
    </w:p>
    <w:p>
      <w:pPr>
        <w:jc w:val="right"/>
      </w:pPr>
      <w:r>
        <w:t>ہو گیا، ہو گیا۔ اسی کو لے کے کیوں لیے بیٹھے ہو؟ بٹ نان شاہ نے کہا تھا کہ کہ اس کے بارے میں تعلیم یافتہ انسان کے بارے میں</w:t>
      </w:r>
    </w:p>
    <w:p>
      <w:r>
        <w:rPr>
          <w:b/>
        </w:rPr>
        <w:t xml:space="preserve">[1:20:11] </w:t>
      </w:r>
      <w:r>
        <w:t>he is not an educated man who has nothing to forget to hum ko bhool bhulana padega. Zindagi mein hota hi hota hai.</w:t>
      </w:r>
    </w:p>
    <w:p>
      <w:pPr>
        <w:jc w:val="right"/>
      </w:pPr>
      <w:r>
        <w:t>he is not an educated man who has nothing to forget تو ہم کو بھول بھلانا پڑے گا۔ زندگی میں ہوتا ہی ہوتا ہے۔</w:t>
      </w:r>
    </w:p>
    <w:p>
      <w:r>
        <w:rPr>
          <w:b/>
        </w:rPr>
        <w:t xml:space="preserve">[1:20:21] </w:t>
      </w:r>
      <w:r>
        <w:t>Ayodhya mein ek masjid dhai gayi to sainkaron masjidien Arab mulkon mein dhai gayi hain. Hota hi rehta hai yeh sab baatein. Kaba dhha diya gaya tha.</w:t>
      </w:r>
    </w:p>
    <w:p>
      <w:pPr>
        <w:jc w:val="right"/>
      </w:pPr>
      <w:r>
        <w:t>ائیودھیا میں ایک مسجد ڈھائی گئی تو سینکڑوں مسجدیں عرب ملکوں میں ڈھائی گئی ہیں۔ ہوتا ہی رہتا ہے یہ سب باتیں۔ کاوا ڈھا دیا گیا تھا۔</w:t>
      </w:r>
    </w:p>
    <w:p>
      <w:r>
        <w:rPr>
          <w:b/>
        </w:rPr>
        <w:t xml:space="preserve">[1:20:33] </w:t>
      </w:r>
      <w:r>
        <w:t>to mazi ki baaton ko jo kehte hain Arabi mein "mazah ma mazah" gone is gone</w:t>
      </w:r>
    </w:p>
    <w:p>
      <w:pPr>
        <w:jc w:val="right"/>
      </w:pPr>
      <w:r>
        <w:t>تو ماضی کی باتوں کو جو کہتے ہیں عربی میں "مزہ ما مزہ" gone is gone</w:t>
      </w:r>
    </w:p>
    <w:p>
      <w:r>
        <w:rPr>
          <w:b/>
        </w:rPr>
        <w:t xml:space="preserve">[1:20:41] </w:t>
      </w:r>
      <w:r>
        <w:t>yeh yahan karna hai, har jagah karna hai aap ko. to main behal har jagah yahi kehta hoon yahan bhi aur wahan bhi ke negative thought jo hai woh killer hai.</w:t>
      </w:r>
    </w:p>
    <w:p>
      <w:pPr>
        <w:jc w:val="right"/>
      </w:pPr>
      <w:r>
        <w:t>یہ یہاں کرنا ہے، ہر جگہ کرنا ہے آپ کو۔ تو میں بہرحال ہر جگہ یہی کہتا ہوں یہاں بھی اور وہاں بھی کہ negative thought جو ہے وہ killer ہے۔</w:t>
      </w:r>
    </w:p>
    <w:p>
      <w:r>
        <w:rPr>
          <w:b/>
        </w:rPr>
        <w:t xml:space="preserve">[1:20:52] </w:t>
      </w:r>
      <w:r>
        <w:t>Killer! is ko khatam kijiye aap. nahi to aap ki koi, yani nahi to aap ke andar koi positive personality nahi banegi.</w:t>
      </w:r>
    </w:p>
    <w:p>
      <w:pPr>
        <w:jc w:val="right"/>
      </w:pPr>
      <w:r>
        <w:t>Killer! اس کو ختم کیجیے آپ۔ نہیں تو آپ کی کوئی، یعنی نہیں تو آپ کے اندر کوئی positive personality نہیں بنے گی۔</w:t>
      </w:r>
    </w:p>
    <w:p>
      <w:r>
        <w:rPr>
          <w:b/>
        </w:rPr>
        <w:t xml:space="preserve">[1:21:03] </w:t>
      </w:r>
      <w:r>
        <w:t>Khuda ki rehmat se aap mehroom rahenge. Har aitbar se aap ko is ka nuksan uthana padega.</w:t>
      </w:r>
    </w:p>
    <w:p>
      <w:pPr>
        <w:jc w:val="right"/>
      </w:pPr>
      <w:r>
        <w:t>خدا کی رحمت سے آپ محروم رہیں گے۔ ہر اعتبار سے آپ کو اس کا نقصان اٹھانا پڑے گا۔</w:t>
      </w:r>
    </w:p>
    <w:p>
      <w:r>
        <w:rPr>
          <w:b/>
        </w:rPr>
        <w:t xml:space="preserve">[1:21:13] </w:t>
      </w:r>
      <w:r>
        <w:t>Maulana un ka doosra sawal yeh hai, unhon ne likha hai: "America mein dawah work aasan hai ya Bharat mein?</w:t>
      </w:r>
    </w:p>
    <w:p>
      <w:pPr>
        <w:jc w:val="right"/>
      </w:pPr>
      <w:r>
        <w:t>مولانا ان کا دوسرا سوال یہ ہے، انہوں نے لکھا ہے: "अमेरिका में दावा वर्क आसान है या भारत में?</w:t>
      </w:r>
    </w:p>
    <w:p>
      <w:r>
        <w:rPr>
          <w:b/>
        </w:rPr>
        <w:t xml:space="preserve">[1:21:21] </w:t>
      </w:r>
      <w:r>
        <w:t>kripya karke vistarpoorvak batayein." main bas yeh bataoon ke yeh zamana har jagah aasan hai. America mein bhi aur Bharat mein bhi.</w:t>
      </w:r>
    </w:p>
    <w:p>
      <w:pPr>
        <w:jc w:val="right"/>
      </w:pPr>
      <w:r>
        <w:t>कृपया करके विस्तारपूर्वक बताएं।" میں بس یہ بتاؤں کہ یہ زمانہ ہر جگہ آسان ہے۔ امریکہ میں بھی اور بھارت میں بھی۔</w:t>
      </w:r>
    </w:p>
    <w:p>
      <w:r>
        <w:rPr>
          <w:b/>
        </w:rPr>
        <w:t xml:space="preserve">[1:21:31] </w:t>
      </w:r>
      <w:r>
        <w:t>kyun? yeh zamana jo hai freedom of expression ka zamana hai. Freedom jo hai is zamane mein som bonam mani jati hai.</w:t>
      </w:r>
    </w:p>
    <w:p>
      <w:pPr>
        <w:jc w:val="right"/>
      </w:pPr>
      <w:r>
        <w:t>کیوں؟ یہ زمانہ جو ہے freedom of expression کا زمانہ ہے۔ Freedom جو ہے اس زمانے میں سوم بونم مانی جاتی ہے۔</w:t>
      </w:r>
    </w:p>
    <w:p>
      <w:r>
        <w:rPr>
          <w:b/>
        </w:rPr>
        <w:t xml:space="preserve">[1:21:40] </w:t>
      </w:r>
      <w:r>
        <w:t>america mein bhi, india mein bhi.</w:t>
      </w:r>
    </w:p>
    <w:p>
      <w:pPr>
        <w:jc w:val="right"/>
      </w:pPr>
      <w:r>
        <w:t>امریکہ میں بھی، انڈیا میں بھی۔</w:t>
      </w:r>
    </w:p>
    <w:p>
      <w:r>
        <w:rPr>
          <w:b/>
        </w:rPr>
        <w:t xml:space="preserve">[1:21:43] </w:t>
      </w:r>
      <w:r>
        <w:t>hamare concept mein likha hua hai. American concept mein likha hua hai. Har aadmi ko absolute right hai ke woh jo chahta hai bole, jo chahta hai kare.</w:t>
      </w:r>
    </w:p>
    <w:p>
      <w:pPr>
        <w:jc w:val="right"/>
      </w:pPr>
      <w:r>
        <w:t>ہمارے کانسیٹ میں لکھا ہوا ہے۔ امریکن کانسیٹ میں لکھا ہوا ہے۔ ہر آدمی کو absoluteright ہے کہ وہ جو چاہتا ہے بولے، جو چاہتا ہے کرے۔</w:t>
      </w:r>
    </w:p>
    <w:p>
      <w:r>
        <w:rPr>
          <w:b/>
        </w:rPr>
        <w:t xml:space="preserve">[1:21:56] </w:t>
      </w:r>
      <w:r>
        <w:t>jis mazhab ko chahta hai practice kare. Sirf ek hi shart hai. Woh violent na bane. Harmful na bane woh. Bas india mein bhi yahi hai, wahan bhi yahi thi.</w:t>
      </w:r>
    </w:p>
    <w:p>
      <w:pPr>
        <w:jc w:val="right"/>
      </w:pPr>
      <w:r>
        <w:t>جس مذہب کو چاہتا ہے practice کرے۔ صرف ایک ہی شرط ہے۔ وہ violent نہ بنے۔ Harmful نہ بنے وہ۔ بس انڈیا میں بھی یہی ہے، وہاں بھی یہی تھی۔</w:t>
      </w:r>
    </w:p>
    <w:p>
      <w:r>
        <w:rPr>
          <w:b/>
        </w:rPr>
        <w:t xml:space="preserve">[1:22:08] </w:t>
      </w:r>
      <w:r>
        <w:t>jab aap harmful banenge, kisi ko takleef pahunchayenge to police pakdegi aap ko.</w:t>
      </w:r>
    </w:p>
    <w:p>
      <w:pPr>
        <w:jc w:val="right"/>
      </w:pPr>
      <w:r>
        <w:t>جب آپ harmful بنیں گے، کسی کو تکلیف پہنچائیں گے تو پولیس پکڑے گی آپ کو۔</w:t>
      </w:r>
    </w:p>
    <w:p>
      <w:r>
        <w:rPr>
          <w:b/>
        </w:rPr>
        <w:t xml:space="preserve">[1:22:12] </w:t>
      </w:r>
      <w:r>
        <w:t>nahi to kuch bhi kijiye aap. To peaceful agar aap rehte hain to india mein bhi azadi hai aur africa mein bhi azadi hai. Dawat ki bhi aur jo aap chahte hain us ki bhi.</w:t>
      </w:r>
    </w:p>
    <w:p>
      <w:pPr>
        <w:jc w:val="right"/>
      </w:pPr>
      <w:r>
        <w:t>نہیں تو کچھ بھی کیجیے آپ۔ تو peaceful اگر آپ رہتے ہیں تو انڈیا میں بھی آزادی ہے اور افریقہ میں بھی آزادی ہے۔ دعوت کی بھی اور جو آپ چاہتے ہیں اس کی بھی۔</w:t>
      </w:r>
    </w:p>
    <w:p>
      <w:r>
        <w:rPr>
          <w:b/>
        </w:rPr>
        <w:t xml:space="preserve">[1:22:23] </w:t>
      </w:r>
      <w:r>
        <w:t>to peaceful hona bohat zaroori hai. Jahan aap ne peace ko chhora aur aap harmful bane kisi ke liye to aap police ka case ban jayenge.</w:t>
      </w:r>
    </w:p>
    <w:p>
      <w:pPr>
        <w:jc w:val="right"/>
      </w:pPr>
      <w:r>
        <w:t>تو peaceful ہونا بہت ضروری ہے۔ جہاں آپ نے peace کو چھوڑا اور آپ harmful بنے کسی کے لیے تو آپ پولیس کا case بن جائیں گے۔</w:t>
      </w:r>
    </w:p>
    <w:p>
      <w:r>
        <w:rPr>
          <w:b/>
        </w:rPr>
        <w:t xml:space="preserve">[1:22:36] </w:t>
      </w:r>
      <w:r>
        <w:t>Mister Preetpal Sachdeva ne Delhi se likha hai:</w:t>
      </w:r>
    </w:p>
    <w:p>
      <w:pPr>
        <w:jc w:val="right"/>
      </w:pPr>
      <w:r>
        <w:t>मिस्टर प्रीतपाल सचदेवा ने दिल्ली से लिखा है:</w:t>
      </w:r>
    </w:p>
    <w:p>
      <w:r>
        <w:rPr>
          <w:b/>
        </w:rPr>
        <w:t xml:space="preserve">[1:22:40] </w:t>
      </w:r>
      <w:r>
        <w:t>"Sir, in Sikhism there is a notion that when Nanak Guru went to Makkah, the Muslims asked him not to lie with his legs towards Makkah.</w:t>
      </w:r>
    </w:p>
    <w:p>
      <w:pPr>
        <w:jc w:val="right"/>
      </w:pPr>
      <w:r>
        <w:t>"Sir, in Sikhism there is a notion that when Nanak Guru went to Makkah, the Muslims asked him not to lie with his legs towards Makkah.</w:t>
      </w:r>
    </w:p>
    <w:p>
      <w:r>
        <w:rPr>
          <w:b/>
        </w:rPr>
        <w:t xml:space="preserve">[1:22:52] </w:t>
      </w:r>
      <w:r>
        <w:t>Guru Nanak then told them to move his legs where Allah is not present. When they shifted his legs, Makkah also shifted.</w:t>
      </w:r>
    </w:p>
    <w:p>
      <w:pPr>
        <w:jc w:val="right"/>
      </w:pPr>
      <w:r>
        <w:t>Guru Nanak then told them to move his legs where Allah is not present. When they shifted his legs, Makkah also shifted.</w:t>
      </w:r>
    </w:p>
    <w:p>
      <w:r>
        <w:rPr>
          <w:b/>
        </w:rPr>
        <w:t xml:space="preserve">[1:23:03] </w:t>
      </w:r>
      <w:r>
        <w:t>What is your comment on this?" yeh to is theory hai, yeh koi waqia nahi hai.</w:t>
      </w:r>
    </w:p>
    <w:p>
      <w:pPr>
        <w:jc w:val="right"/>
      </w:pPr>
      <w:r>
        <w:t>What is your comment on this?" یہ تو اس تھیوری ہے، یہ کوئی واقعہ نہیں ہے۔</w:t>
      </w:r>
    </w:p>
    <w:p>
      <w:r>
        <w:rPr>
          <w:b/>
        </w:rPr>
        <w:t xml:space="preserve">[1:23:10] </w:t>
      </w:r>
      <w:r>
        <w:t>yeh bilkul hi, yani kahani hai. Is mein koi waqia to nahi, koi bilkul bhi baseless baat hai. Main is ko ek ek history trailer ki kahani samajhta hoon.</w:t>
      </w:r>
    </w:p>
    <w:p>
      <w:pPr>
        <w:jc w:val="right"/>
      </w:pPr>
      <w:r>
        <w:t>یہ بالکل ہی، یعنی کہانی ہے۔ اس میں کوئی واقعہ تو نہیں، کوئی بالکل بھی baseless بات ہے۔ میں اس کو ایک ایک history trailer کی کہانی سمجھتا ہوں۔</w:t>
      </w:r>
    </w:p>
    <w:p>
      <w:r>
        <w:rPr>
          <w:b/>
        </w:rPr>
        <w:t xml:space="preserve">[1:23:22] </w:t>
      </w:r>
      <w:r>
        <w:t>yeh ziyada is ki koi harkat nahi hai. Is ki</w:t>
      </w:r>
    </w:p>
    <w:p>
      <w:pPr>
        <w:jc w:val="right"/>
      </w:pPr>
      <w:r>
        <w:t>یہ زیادہ اس کی کوئی حرکت نہیں ہے۔ اس کی</w:t>
      </w:r>
    </w:p>
    <w:p>
      <w:r>
        <w:rPr>
          <w:b/>
        </w:rPr>
        <w:t xml:space="preserve">[1:23:26] </w:t>
      </w:r>
      <w:r>
        <w:t>Doctor Farida ne Delhi se likha hai: "Can daawa work be properly performed in America absorb us from this responsibility?</w:t>
      </w:r>
    </w:p>
    <w:p>
      <w:pPr>
        <w:jc w:val="right"/>
      </w:pPr>
      <w:r>
        <w:t>ڈاکٹر فریدہ نے दिल्ली سے لکھا ہے: "Can دعویٰ work be properly performed in America absorb us from this responsibility?</w:t>
      </w:r>
    </w:p>
    <w:p>
      <w:r>
        <w:rPr>
          <w:b/>
        </w:rPr>
        <w:t xml:space="preserve">[1:23:39] </w:t>
      </w:r>
      <w:r>
        <w:t>Or daawa work has to be done in the whole world, which seems to be a very difficult task?" haan, dekhiye, America mein mujhe yeh bhi ek discovery hui.</w:t>
      </w:r>
    </w:p>
    <w:p>
      <w:pPr>
        <w:jc w:val="right"/>
      </w:pPr>
      <w:r>
        <w:t>Or دعویٰ work has to be done in the whole world, which seems to be a very difficult task?" ہاں، دیکھیے، امریکہ میں مجھے یہ بھی ایک discovery ہوئی۔</w:t>
      </w:r>
    </w:p>
    <w:p>
      <w:r>
        <w:rPr>
          <w:b/>
        </w:rPr>
        <w:t xml:space="preserve">[1:23:50] </w:t>
      </w:r>
      <w:r>
        <w:t>is ko main aap sawaneh mein likh raha hoon, inshallah. Ke paighambaron ka jo kaam tha, us mein aap Quran ko padhein to hamesha millat ko woh address karte thay.</w:t>
      </w:r>
    </w:p>
    <w:p>
      <w:pPr>
        <w:jc w:val="right"/>
      </w:pPr>
      <w:r>
        <w:t>اس کو میں آپ سوانح میں لکھ رہا ہوں، انشاءاللہ۔ کہ پیغمبروں کا جو کام تھا، اس میں آپ قرآن کو پڑھیں تو ہمیشہ مل قوم کو وہ address کرتے تھے۔</w:t>
      </w:r>
    </w:p>
    <w:p>
      <w:r>
        <w:rPr>
          <w:b/>
        </w:rPr>
        <w:t xml:space="preserve">[1:24:04] </w:t>
      </w:r>
      <w:r>
        <w:t>aur Quran mein hai ke lituzrabi biummilqura wa man hawraha ummulquran. Yani Makkah ko ummulquran kaha gaya hai. Ke ummulquran mein tum ko daawati kaam anjam dena hai.</w:t>
      </w:r>
    </w:p>
    <w:p>
      <w:pPr>
        <w:jc w:val="right"/>
      </w:pPr>
      <w:r>
        <w:t>اور قرآن میں ہے کہ لِتُذْرَبْ بِأُمُّ الْقُرٰى وَمَنْ هَوَرَى ام القرآن۔ یعنی مکہ کو ام القرآن کہا گیا ہے۔ کہ ام القرآن میں تم کو دعوتی کام انجام دینا ہے۔</w:t>
      </w:r>
    </w:p>
    <w:p>
      <w:r>
        <w:rPr>
          <w:b/>
        </w:rPr>
        <w:t xml:space="preserve">[1:24:17] </w:t>
      </w:r>
      <w:r>
        <w:t>to ummulquran aur America ko main bas bataoon ke ummulbilad ho gaya hai, woh ummulbilad. Yani world seat ban gayi hai woh.</w:t>
      </w:r>
    </w:p>
    <w:p>
      <w:pPr>
        <w:jc w:val="right"/>
      </w:pPr>
      <w:r>
        <w:t>تو ام القرآن اور امریکہ کو میں بس بتاؤں کہ ام البلاد ہو گیا ہے، وہ ام البلاد۔ یعنی world seat بن گئی ہے وہ۔</w:t>
      </w:r>
    </w:p>
    <w:p>
      <w:r>
        <w:rPr>
          <w:b/>
        </w:rPr>
        <w:t xml:space="preserve">[1:24:27] </w:t>
      </w:r>
      <w:r>
        <w:t>to jo tareeqa paighambaron ka raha hai, us ka yeh raha hai ke jo jo central place hai, wahan agar kaam kar diya jaye to indirect way mein doosron par bhi woh asar pahunchta hai is ka.</w:t>
      </w:r>
    </w:p>
    <w:p>
      <w:pPr>
        <w:jc w:val="right"/>
      </w:pPr>
      <w:r>
        <w:t>تو جو طریقہ پیغمبروں کا رہا ہے، اس کا یہ رہا ہے کہ جو جو central place ہے، وہاں اگر کام کر دیا جائے تو ان direct way میں دوسروں پر بھی وہ اثر پہنچتا ہے اس کا۔</w:t>
      </w:r>
    </w:p>
    <w:p>
      <w:r>
        <w:rPr>
          <w:b/>
        </w:rPr>
        <w:t xml:space="preserve">[1:24:40] </w:t>
      </w:r>
      <w:r>
        <w:t>to central place jo hai is waqt dunya ka woh America hai.</w:t>
      </w:r>
    </w:p>
    <w:p>
      <w:pPr>
        <w:jc w:val="right"/>
      </w:pPr>
      <w:r>
        <w:t>تو central place جو ہے اس وقت دنیا کا وہ امریکہ ہے۔</w:t>
      </w:r>
    </w:p>
    <w:p>
      <w:r>
        <w:rPr>
          <w:b/>
        </w:rPr>
        <w:t xml:space="preserve">[1:24:45] </w:t>
      </w:r>
      <w:r>
        <w:t>yani world leadership us ko mili hui hai. Ek sahib se baat hui thi, ek Musalman se. Unhon ne kaha ke America bara chaudhri banta hai is ko, to yeh karna hai, woh karna hai.</w:t>
      </w:r>
    </w:p>
    <w:p>
      <w:pPr>
        <w:jc w:val="right"/>
      </w:pPr>
      <w:r>
        <w:t>یعنی world leadership اس کو ملی ہوئی ہے۔ ایک صاحب سے بات ہوئی تھی، ایک مسلمان سے۔ انہوں نے کہا کہ امریکہ بڑا چوہدری بنتا ہے اس کو، تو یہ کرنا ہے، وہ کرنا ہے۔</w:t>
      </w:r>
    </w:p>
    <w:p>
      <w:r>
        <w:rPr>
          <w:b/>
        </w:rPr>
        <w:t xml:space="preserve">[1:24:56] </w:t>
      </w:r>
      <w:r>
        <w:t>unhon ne kaha chaudhri ban jate hain, bara acha hai hamare liye. Yani agar koi aalami chaudhri ban jaye to hamara bohat acha kaam ho gaya. Ke wahan par kaam kar ke sari dunya mein zimmedari ada ho jayegi.</w:t>
      </w:r>
    </w:p>
    <w:p>
      <w:pPr>
        <w:jc w:val="right"/>
      </w:pPr>
      <w:r>
        <w:t>انہوں نے کہا چوہدری بن جاتے ہیں، بڑا اچھا ہے ہمارے لیے۔ یعنی اگر کوئی عالمی چوہدری بن جائے تو ہمارا بہت اچھا کام ہو گیا۔ کہ وہاں پر کام کر کے ساری دنیا میں ذمہ داری ادا ہو جائے گی۔</w:t>
      </w:r>
    </w:p>
    <w:p>
      <w:r>
        <w:rPr>
          <w:b/>
        </w:rPr>
        <w:t xml:space="preserve">[1:25:07] </w:t>
      </w:r>
      <w:r>
        <w:t>wo negative sense mein le rahe thay ke America jo hai dunya ka chaudhri bana hua hai.</w:t>
      </w:r>
    </w:p>
    <w:p>
      <w:pPr>
        <w:jc w:val="right"/>
      </w:pPr>
      <w:r>
        <w:t>وہ negative sense میں لے رہے تھے کہ امریکہ جو ہے دنیا کا چوہدری بنا ہوا ہے۔</w:t>
      </w:r>
    </w:p>
    <w:p>
      <w:r>
        <w:rPr>
          <w:b/>
        </w:rPr>
        <w:t xml:space="preserve">[1:25:12] </w:t>
      </w:r>
      <w:r>
        <w:t>Negative sense mein. Maine kaha ji, bohat achi baat hai ke halaat ne, bohat se halaat hain, kuch tareekhi factors hain, jis ki wajah se us ko chaudhriayi mil gayi hai.</w:t>
      </w:r>
    </w:p>
    <w:p>
      <w:pPr>
        <w:jc w:val="right"/>
      </w:pPr>
      <w:r>
        <w:t>Negative sense میں۔ میں نے کہا جی، بہت اچھی بات ہے کہ حالات نے، بہت سے حالات ہیں، کچھ تاریخی factors ہیں، جس کی وجہ سے اس کو چوہدریائی مل گئی ہے۔</w:t>
      </w:r>
    </w:p>
    <w:p>
      <w:r>
        <w:rPr>
          <w:b/>
        </w:rPr>
        <w:t xml:space="preserve">[1:25:23] </w:t>
      </w:r>
      <w:r>
        <w:t>to yeh hawale bohat acha hai. America mein kaam karo to jo jo tareeqa hai paighambaron ka, us ke mutabiq direct kaam America mein hoga, indirect kaam dunya mein ho jayega.</w:t>
      </w:r>
    </w:p>
    <w:p>
      <w:pPr>
        <w:jc w:val="right"/>
      </w:pPr>
      <w:r>
        <w:t>تو یہ حوالے بہت اچھا ہے۔ امریکہ میں کام کرو تو جو جو طریقہ ہے پیغمبروں کا، اس کے مطابق direct کام امریکہ میں ہوگا، indirect کام دنیا میں ہو جائے گا۔</w:t>
      </w:r>
    </w:p>
    <w:p>
      <w:r>
        <w:rPr>
          <w:b/>
        </w:rPr>
        <w:t xml:space="preserve">[1:25:35] </w:t>
      </w:r>
      <w:r>
        <w:t>main ek martaba baitha hua tha Chicago mein ek hotel ke khirki par. To woh hotel jo tha, airport ke bohat qareeb tha. Maine dekha ke har, yani main samajhta hoon ke shayad har tees second mein ek jahaz guzarta tha.</w:t>
      </w:r>
    </w:p>
    <w:p>
      <w:pPr>
        <w:jc w:val="right"/>
      </w:pPr>
      <w:r>
        <w:t>میں ایک مرتبہ بیٹھا ہوا تھا شکاگو میں ایک ہوٹل کے کھڑکی پر۔ تو وہ ہوٹل جو تھا، ایئرپورٹ کے بہت قریب تھا۔ میں نے دیکھا کہ ہر، یعنی میں سمجھتا ہوں کہ شاید ہر تیس سیکنڈ میں ایک جہاز گزرتا تھا۔</w:t>
      </w:r>
    </w:p>
    <w:p>
      <w:r>
        <w:rPr>
          <w:b/>
        </w:rPr>
        <w:t xml:space="preserve">[1:25:51] </w:t>
      </w:r>
      <w:r>
        <w:t>aur barabar jahaz aa raha hai, jahaz aa raha hai, jahaz aa raha hai. jaise chidiyan udti hain fiza mein is tareeqay se. har tees second mein ek jahaz, har tees second mein ek jahaz.</w:t>
      </w:r>
    </w:p>
    <w:p>
      <w:pPr>
        <w:jc w:val="right"/>
      </w:pPr>
      <w:r>
        <w:t>اور برابر جہاز آ رہا ہے، جہاز آ رہا ہے، جہاز آ رہا ہے۔ جیسے چڑیاں اڑتی ہیں فضا میں اس طریقے سے۔ ہر تیس سیکنڈ میں ایک جہاز، ہر تیس سیکنڈ میں ایک جہاز۔</w:t>
      </w:r>
    </w:p>
    <w:p>
      <w:r>
        <w:rPr>
          <w:b/>
        </w:rPr>
        <w:t xml:space="preserve">[1:26:00] </w:t>
      </w:r>
      <w:r>
        <w:t>to maine socha ke ke dunya, yaani america jo hai, ek ghalbi satah par interaction ka markaz ban gaya hai.</w:t>
      </w:r>
    </w:p>
    <w:p>
      <w:pPr>
        <w:jc w:val="right"/>
      </w:pPr>
      <w:r>
        <w:t>تو میں نے سوچا کہ کہ دنیا، یعنی امریکہ جو ہے، ایک غالبی سطح پر interaction کا مرکز بن گیا ہے۔</w:t>
      </w:r>
    </w:p>
    <w:p>
      <w:r>
        <w:rPr>
          <w:b/>
        </w:rPr>
        <w:t xml:space="preserve">[1:26:10] </w:t>
      </w:r>
      <w:r>
        <w:t>aa rahe hain, ja rahe hain, aa rahe hain, ja rahe hain log. beshumar log aa rahe hain, beshumar log ja rahe hain har din. hawai jahaz ke udne ka matlab kya hai?</w:t>
      </w:r>
    </w:p>
    <w:p>
      <w:pPr>
        <w:jc w:val="right"/>
      </w:pPr>
      <w:r>
        <w:t>آ رہے ہیں، جا رہے ہیں، آ رہے ہیں، جا رہے ہیں لوگ۔ بے شمار لوگ آ رہے ہیں، بے شمار لوگ جا رہے ہیں ہر دن۔ ہوائی جہاز کے اڑنے کا مطلب کیا ہے؟</w:t>
      </w:r>
    </w:p>
    <w:p>
      <w:r>
        <w:rPr>
          <w:b/>
        </w:rPr>
        <w:t xml:space="preserve">[1:26:18] </w:t>
      </w:r>
      <w:r>
        <w:t>log aa rahe hain, ja rahe hain, aa rahe hain, ja rahe hain.</w:t>
      </w:r>
    </w:p>
    <w:p>
      <w:pPr>
        <w:jc w:val="right"/>
      </w:pPr>
      <w:r>
        <w:t>لوگ آ رہے ہیں، جا رہے ہیں، آ رہے ہیں، جا رہے ہیں۔</w:t>
      </w:r>
    </w:p>
    <w:p>
      <w:r>
        <w:rPr>
          <w:b/>
        </w:rPr>
        <w:t xml:space="preserve">[1:26:21] </w:t>
      </w:r>
      <w:r>
        <w:t>to yeh to bohat acha ho gaya hai ke ke america, yaani umm al-bilad ban gaya hai, yaani markaz-e-alam ban gaya hai.</w:t>
      </w:r>
    </w:p>
    <w:p>
      <w:pPr>
        <w:jc w:val="right"/>
      </w:pPr>
      <w:r>
        <w:t>تو یہ تو بہت اچھا ہو گیا ہے کہ کہ امریکہ، یعنی ام البلاد بن گیا ہے، یعنی مرکز عالم بن گیا ہے۔</w:t>
      </w:r>
    </w:p>
    <w:p>
      <w:r>
        <w:rPr>
          <w:b/>
        </w:rPr>
        <w:t xml:space="preserve">[1:26:30] </w:t>
      </w:r>
      <w:r>
        <w:t>to wahan par kaam karne ke maani hain ke sari dunya par kaam pahunch gaya, sari dunya par message pahunch gaya. main logon se yeh bhi kaha hua hoon ke aap log yahan khush qismat hain ke yahan Allah taala ne pahunchaya hai aap ko.</w:t>
      </w:r>
    </w:p>
    <w:p>
      <w:pPr>
        <w:jc w:val="right"/>
      </w:pPr>
      <w:r>
        <w:t>تو وہاں پر کام کرنے کے معنی ہیں کہ ساری دنیا پر کام پہنچ گیا، ساری دنیا پر message پہنچ گیا۔ میں لوگوں سے یہ بھی کہا ہوا ہوں کہ آپ لوگ یہاں خوش قسمت ہیں کہ یہاں اللہ تعالیٰ نے پہنچایا ہے آپ کو۔</w:t>
      </w:r>
    </w:p>
    <w:p>
      <w:r>
        <w:rPr>
          <w:b/>
        </w:rPr>
        <w:t xml:space="preserve">[1:26:42] </w:t>
      </w:r>
      <w:r>
        <w:t>to america ko istemal kijiye world da'wa work ke liye, 'alami da'wa work, global da'wa work ke liye.</w:t>
      </w:r>
    </w:p>
    <w:p>
      <w:pPr>
        <w:jc w:val="right"/>
      </w:pPr>
      <w:r>
        <w:t>تو امریکہ کو استعمال کیجیے world دعویٰ work کے لیے، عالمی دعویٰ work، global دعویٰ work کے لیے۔</w:t>
      </w:r>
    </w:p>
    <w:p>
      <w:r>
        <w:rPr>
          <w:b/>
        </w:rPr>
        <w:t xml:space="preserve">[1:26:50] </w:t>
      </w:r>
      <w:r>
        <w:t>to main is ko bohat acha samajhta hoon ke koi mulk ek umm al-bilad ban jaye. is ki wajah se hamein kaam karna bohat asan ho jata hai.</w:t>
      </w:r>
    </w:p>
    <w:p>
      <w:pPr>
        <w:jc w:val="right"/>
      </w:pPr>
      <w:r>
        <w:t>تو میں اس کو بہت اچھا سمجھتا ہوں کہ کوئی ملک ایک ام البلاد بن جائے۔ اس کی وجہ سے ہمیں کام کرنا بہت آسان ہو جاتا ہے۔</w:t>
      </w:r>
    </w:p>
    <w:p>
      <w:r>
        <w:rPr>
          <w:b/>
        </w:rPr>
        <w:t xml:space="preserve">[1:26:59] </w:t>
      </w:r>
      <w:r>
        <w:t>ke woh ghar ghar pahunche, ghar ghar pahunche, bohat mushkil hai. lekin america mein agar hum da'wati kaam kar dein to indirectly hamein sari dunya mein is ka, yaani kaam mana jaye ke kaam ho gaya.</w:t>
      </w:r>
    </w:p>
    <w:p>
      <w:pPr>
        <w:jc w:val="right"/>
      </w:pPr>
      <w:r>
        <w:t>کہ وہ گھر گھر پہنچے، گھر گھر پہنچے، بہت مشکل ہے۔ لیکن امریکہ میں اگر ہم دعوتی کام کر دیں تو indirectly ہمیں ساری دنیا میں اس کا، یعنی کام مانا جائے کہ کام ہو گیا۔</w:t>
      </w:r>
    </w:p>
    <w:p>
      <w:r>
        <w:rPr>
          <w:b/>
        </w:rPr>
        <w:t xml:space="preserve">[1:27:11] </w:t>
      </w:r>
      <w:r>
        <w:t>yeh yahi paighambaron ka tareeqa yahi hai.</w:t>
      </w:r>
    </w:p>
    <w:p>
      <w:pPr>
        <w:jc w:val="right"/>
      </w:pPr>
      <w:r>
        <w:t>یہ یہی پیغمبروں کا طریقہ یہی ہے۔</w:t>
      </w:r>
    </w:p>
    <w:p>
      <w:r>
        <w:rPr>
          <w:b/>
        </w:rPr>
        <w:t xml:space="preserve">[1:27:16] </w:t>
      </w:r>
      <w:r>
        <w:t>maulana un ka doosra sawal yeh hai ke is positive personality must for God realization?</w:t>
      </w:r>
    </w:p>
    <w:p>
      <w:pPr>
        <w:jc w:val="right"/>
      </w:pPr>
      <w:r>
        <w:t>مولانا ان کا دوسرا سوال یہ ہے کہ is positive personality must for God realization?</w:t>
      </w:r>
    </w:p>
    <w:p>
      <w:r>
        <w:rPr>
          <w:b/>
        </w:rPr>
        <w:t xml:space="preserve">[1:27:25] </w:t>
      </w:r>
      <w:r>
        <w:t>yaqeenan yeh to bilkul zaroori hai.</w:t>
      </w:r>
    </w:p>
    <w:p>
      <w:pPr>
        <w:jc w:val="right"/>
      </w:pPr>
      <w:r>
        <w:t>یقینا یہ تو بالکل ضروری ہے۔</w:t>
      </w:r>
    </w:p>
    <w:p>
      <w:r>
        <w:rPr>
          <w:b/>
        </w:rPr>
        <w:t xml:space="preserve">[1:27:31] </w:t>
      </w:r>
      <w:r>
        <w:t>positive personality na ho to Khuda wahan, yaani Khuda ka inspiration nahin utre ga wahan par. Khuda ka inspiration nahin aaye ga wahan par.</w:t>
      </w:r>
    </w:p>
    <w:p>
      <w:pPr>
        <w:jc w:val="right"/>
      </w:pPr>
      <w:r>
        <w:t>Positive personality نہ ہو تو خدا وہاں، یعنی خدا کا inspiration نہیں اترے گا وہاں پر۔ خدا کا inspiration نہیں آئے گا وہاں پر۔</w:t>
      </w:r>
    </w:p>
    <w:p>
      <w:r>
        <w:rPr>
          <w:b/>
        </w:rPr>
        <w:t xml:space="preserve">[1:27:40] </w:t>
      </w:r>
      <w:r>
        <w:t>is maamle mein main ek Gautama Buddha ka ek qissa main ne kai baar shayad bayan kiya</w:t>
      </w:r>
    </w:p>
    <w:p>
      <w:pPr>
        <w:jc w:val="right"/>
      </w:pPr>
      <w:r>
        <w:t>اس معاملے میں میں ایک گوتا بدھ کا ایک قصہ میں نے کئی بار شاید بیان کیا</w:t>
      </w:r>
    </w:p>
    <w:p>
      <w:r>
        <w:rPr>
          <w:b/>
        </w:rPr>
        <w:t xml:space="preserve">[1:27:45] </w:t>
      </w:r>
      <w:r>
        <w:t>yahan par. woh mujhe bohat pasand hai. woh ke Gautama Buddha jo thay, un ka ek disciple tha. woh milk-bin tha, yaani woh doodh ka karobar us ke haan hota tha.</w:t>
      </w:r>
    </w:p>
    <w:p>
      <w:pPr>
        <w:jc w:val="right"/>
      </w:pPr>
      <w:r>
        <w:t>یہاں پر۔ وہ مجھے بہت پسند ہے۔ وہ کہ گوتا بدھ جو تھے، ان کا ایک disciple تھا۔ وہ ملک بین تھا، یعنی وہ دودھ کا کاروبار اس کے ہاں ہوتا تھا۔</w:t>
      </w:r>
    </w:p>
    <w:p>
      <w:r>
        <w:rPr>
          <w:b/>
        </w:rPr>
        <w:t xml:space="preserve">[1:28:00] </w:t>
      </w:r>
      <w:r>
        <w:t>to us ne Gautama Buddha se kaha ke aap mere aaiye, main aap ko fresh milk ka tohfa doon ga aur aap se main jaan loon ga.</w:t>
      </w:r>
    </w:p>
    <w:p>
      <w:pPr>
        <w:jc w:val="right"/>
      </w:pPr>
      <w:r>
        <w:t>تو اس نے گوتا بدھ سے کہا کہ آپ میرے آئیے، میں آپ کو fresh milk کا تحفہ دوں گا اور آپ سے میں جان لوں گا۔</w:t>
      </w:r>
    </w:p>
    <w:p>
      <w:r>
        <w:rPr>
          <w:b/>
        </w:rPr>
        <w:t xml:space="preserve">[1:28:10] </w:t>
      </w:r>
      <w:r>
        <w:t>to Gautama Buddha wahan gaye aur us ne kaha ke aap apna lota ek le ke aaiye ga, bartan ek le ke aaiye ga.</w:t>
      </w:r>
    </w:p>
    <w:p>
      <w:pPr>
        <w:jc w:val="right"/>
      </w:pPr>
      <w:r>
        <w:t>تو گوتا بدھ وہاں گئے اور اس نے کہا کہ آپ اپنا لوٹا ایک لے کے آئیے گا، برتن ایک لے کے آئیے گا۔</w:t>
      </w:r>
    </w:p>
    <w:p>
      <w:r>
        <w:rPr>
          <w:b/>
        </w:rPr>
        <w:t xml:space="preserve">[1:28:15] </w:t>
      </w:r>
      <w:r>
        <w:t>to gaye ek bartan le kar ke. to us mein jaan boojh kar unhon ne thori si mitti daal di. to wahan ja kar ke jab unhon ne woh bartan us ko diya, us ne dekha kitni mitti hai.</w:t>
      </w:r>
    </w:p>
    <w:p>
      <w:pPr>
        <w:jc w:val="right"/>
      </w:pPr>
      <w:r>
        <w:t>تو گئے ایک برتن لے کر کے۔ تو اس میں جان بوجھ کر انہوں نے تھوڑی سی مٹی ڈال دی۔ تو وہاں جا کر کے جب انہوں نے وہ برتن اس کو دیا، اس نے دیکھا کتنی مٹی ہے۔</w:t>
      </w:r>
    </w:p>
    <w:p>
      <w:r>
        <w:rPr>
          <w:b/>
        </w:rPr>
        <w:t xml:space="preserve">[1:28:27] </w:t>
      </w:r>
      <w:r>
        <w:t>to sab se pehle us ko khoob saaf kiya. jab saaf kiya, us ke baad us mein doodh daal kar ke Gautama Buddha ko pesh kiya. to Gautama Buddha jo hai, us ko le kar ke chalne lagay.</w:t>
      </w:r>
    </w:p>
    <w:p>
      <w:pPr>
        <w:jc w:val="right"/>
      </w:pPr>
      <w:r>
        <w:t>تو سب سے پہلے اس کو خوب صاف کیا۔ جب صاف کیا، اس کے بعد اس میں دودھ ڈال کر کے گوتا بدھ کو پیش کیا۔ تو گوتا بدھ جو ہے، اس کو لے کر کے چلنے لگے۔</w:t>
      </w:r>
    </w:p>
    <w:p>
      <w:r>
        <w:rPr>
          <w:b/>
        </w:rPr>
        <w:t xml:space="preserve">[1:28:39] </w:t>
      </w:r>
      <w:r>
        <w:t>to milk-bin ne kaha ke aap kahan chale ja rahe hain? mujh</w:t>
      </w:r>
    </w:p>
    <w:p>
      <w:pPr>
        <w:jc w:val="right"/>
      </w:pPr>
      <w:r>
        <w:t>تو ملک بین نے کہا کہ آپ کہاں چلے جا رہے ہیں؟ مج</w:t>
      </w:r>
    </w:p>
    <w:p>
      <w:r>
        <w:rPr>
          <w:b/>
        </w:rPr>
        <w:t xml:space="preserve">[1:28:42] </w:t>
      </w:r>
      <w:r>
        <w:t>he to asal kaam jo tha woh jaan dena hai. woh to aap jaan to diya nahin aap ne. to Gautama Buddha ne kaha ke main ne jaan de diya tum ko. kaha woh kaise?</w:t>
      </w:r>
    </w:p>
    <w:p>
      <w:pPr>
        <w:jc w:val="right"/>
      </w:pPr>
      <w:r>
        <w:t>ھے تو اصل کام جو تھا وہ جان دینا ہے۔ وہ تو آپ جان تو دیا نہیں آپ نے۔ تو گوتا بدھ نے کہا کہ میں نے جان دے دیا تم کو۔ کہا وہ کیسے؟</w:t>
      </w:r>
    </w:p>
    <w:p>
      <w:r>
        <w:rPr>
          <w:b/>
        </w:rPr>
        <w:t xml:space="preserve">[1:28:52] </w:t>
      </w:r>
      <w:r>
        <w:t>kaha ke dekho, yeh jo container hai, is mein woh polluted tha. to tum ne us ko saaf kiya, phir doodh rakha us mein.</w:t>
      </w:r>
    </w:p>
    <w:p>
      <w:pPr>
        <w:jc w:val="right"/>
      </w:pPr>
      <w:r>
        <w:t>کہا کہ دیکھو، یہ جو کنٹینر ہے، اس میں وہ polluted تھا۔ تو تم نے اس کو صاف کیا، پھر دودھ رکھا اس میں۔</w:t>
      </w:r>
    </w:p>
    <w:p>
      <w:r>
        <w:rPr>
          <w:b/>
        </w:rPr>
        <w:t xml:space="preserve">[1:29:02] </w:t>
      </w:r>
      <w:r>
        <w:t>to pehle container ko saaf kiya jata hai, phir us mein doodh rakha jata hai. aise hi tumhara yeh inner container jo hai, tumhare ab mail hai, us ke andar</w:t>
      </w:r>
    </w:p>
    <w:p>
      <w:pPr>
        <w:jc w:val="right"/>
      </w:pPr>
      <w:r>
        <w:t>تو پہلے کنٹینر کو صاف کیا جاتا ہے، پھر اس میں دودھ رکھا جاتا ہے۔ ایسے ہی تمہارا یہ inner کنٹینر جو ہے، تمہارے اب میل ہے، اس کے اند</w:t>
      </w:r>
    </w:p>
    <w:p>
      <w:r>
        <w:rPr>
          <w:b/>
        </w:rPr>
        <w:t xml:space="preserve">[1:29:11] </w:t>
      </w:r>
      <w:r>
        <w:t>nafratein hain, karwahat hai, revenge hai aur haras hai, lust hai. saaf karo us ko, tab to us mein main daal sakoon gi gyan.</w:t>
      </w:r>
    </w:p>
    <w:p>
      <w:pPr>
        <w:jc w:val="right"/>
      </w:pPr>
      <w:r>
        <w:t>ر نفرتیں ہیں، کروت ہے، revenge ہے اور حرص ہے، lust ہے۔ صاف کرو اس کو، تب تو اس میں میں ڈال سکوں گیان۔</w:t>
      </w:r>
    </w:p>
    <w:p>
      <w:r>
        <w:rPr>
          <w:b/>
        </w:rPr>
        <w:t xml:space="preserve">[1:29:23] </w:t>
      </w:r>
      <w:r>
        <w:t>to mujhe yeh waqia bohat pasand hai ke aadmi ka apna jo container hai, agar woh saaf hai, tab bhi Allah ka inspiration aaye ga. warna inspiration nahin aaye ga.</w:t>
      </w:r>
    </w:p>
    <w:p>
      <w:pPr>
        <w:jc w:val="right"/>
      </w:pPr>
      <w:r>
        <w:t>تو مجھے یہ واقعہ بہت پسند ہے کہ آدمی کا اپنا جو کنٹینر ہے، اگر وہ صاف ہے، تب بھی اللہ کا inspiration آئے گا۔ ورنہ inspiration نہیں آئے گا۔</w:t>
      </w:r>
    </w:p>
    <w:p>
      <w:r>
        <w:rPr>
          <w:b/>
        </w:rPr>
        <w:t xml:space="preserve">[1:29:34] </w:t>
      </w:r>
      <w:r>
        <w:t>to sab se pehle aadmi apne container ko, inner container jo hai, us ko purify karna chahiye.</w:t>
      </w:r>
    </w:p>
    <w:p>
      <w:pPr>
        <w:jc w:val="right"/>
      </w:pPr>
      <w:r>
        <w:t>تو سب سے پہلے آدمی اپنے کنٹینر کو، inner کنٹینر جو ہے، اس کو purify کرنا چاہیے۔</w:t>
      </w:r>
    </w:p>
    <w:p>
      <w:r>
        <w:rPr>
          <w:b/>
        </w:rPr>
        <w:t xml:space="preserve">[1:29:42] </w:t>
      </w:r>
      <w:r>
        <w:t>Miss Aarti Bhardwaj ne Delhi se likha hai: "If same mistake is repeated again and again by a person and he expects you to forgive him every time, then is it possible to do so?" Maulana sahib what is your advice for me?</w:t>
      </w:r>
    </w:p>
    <w:p>
      <w:pPr>
        <w:jc w:val="right"/>
      </w:pPr>
      <w:r>
        <w:t>मिस आरती भारद्वाज ने दिल्ली से लिखा है: "If same mistake is repeated again and again by a person and he expects you to forgive him every time, then is it possible to do so?" مولانا صاحب what is your advice for me?</w:t>
      </w:r>
    </w:p>
    <w:p>
      <w:r>
        <w:rPr>
          <w:b/>
        </w:rPr>
        <w:t xml:space="preserve">[1:30:00] </w:t>
      </w:r>
      <w:r>
        <w:t>main to har baar maaf karta hoon. hazar baar maaf karne ko tayyar rehta hoon main. kyunke doosra koi choice nahi hai.</w:t>
      </w:r>
    </w:p>
    <w:p>
      <w:pPr>
        <w:jc w:val="right"/>
      </w:pPr>
      <w:r>
        <w:t>میں تو ہر بار معاف کرتا ہوں۔ ہزار بار معاف کرنے کو تیار رہتا ہوں میں۔ کیونکہ دوسرا کوئی choice نہیں ہے۔</w:t>
      </w:r>
    </w:p>
    <w:p>
      <w:r>
        <w:rPr>
          <w:b/>
        </w:rPr>
        <w:t xml:space="preserve">[1:30:08] </w:t>
      </w:r>
      <w:r>
        <w:t>dekhye, doosra aadmi jo hai, aap ki direction par nahi chal sakta. woh khud jo hai, chahe woh karega woh. yeh impossible hai ke doosra aadmi jo hai, aap ki advice maange.</w:t>
      </w:r>
    </w:p>
    <w:p>
      <w:pPr>
        <w:jc w:val="right"/>
      </w:pPr>
      <w:r>
        <w:t>دیکھئے، دوسرا آدمی جو ہے، آپ کی direction پر نہیں چل سکتا۔ وہ خود جو ہے، چاہے وہ کرے گا وہ۔ یہ impossible ہے کہ دوسرا آدمی جو ہے، آپ کی advice مانگے۔</w:t>
      </w:r>
    </w:p>
    <w:p>
      <w:r>
        <w:rPr>
          <w:b/>
        </w:rPr>
        <w:t xml:space="preserve">[1:30:21] </w:t>
      </w:r>
      <w:r>
        <w:t>aap se direction pooche. woh karega jo karega woh. to humein kya karna hai? ya to hum ghusse mein jeeyen. is se nafrat kar ke jeeyen.</w:t>
      </w:r>
    </w:p>
    <w:p>
      <w:pPr>
        <w:jc w:val="right"/>
      </w:pPr>
      <w:r>
        <w:t>آپ سے direction پوچھے۔ وہ کرے گا جو کرے گا وہ۔ تو ہمیں کیا کرنا ہے؟ یا تو ہم غصے میں جیئیں۔ اس سے نفرت کر کے جیئیں۔</w:t>
      </w:r>
    </w:p>
    <w:p>
      <w:r>
        <w:rPr>
          <w:b/>
        </w:rPr>
        <w:t xml:space="preserve">[1:30:31] </w:t>
      </w:r>
      <w:r>
        <w:t>to hum kyun apne sar par yeh bojh rakhen? main nafrat ko ek bojh samajhta hoon apne mind par. to</w:t>
      </w:r>
    </w:p>
    <w:p>
      <w:pPr>
        <w:jc w:val="right"/>
      </w:pPr>
      <w:r>
        <w:t>تو ہم کیوں اپنے سر پر یہ بوجھ رکھیں؟ میں نفرت کو ایک بوجھ سمجھتا ہوں اپنے mind پر۔ تو</w:t>
      </w:r>
    </w:p>
    <w:p>
      <w:r>
        <w:rPr>
          <w:b/>
        </w:rPr>
        <w:t xml:space="preserve">[1:30:38] </w:t>
      </w:r>
      <w:r>
        <w:t>phir aap kisi doosre ka bojh apne par rakhna hai. yaani agar main misr ek ke khilaaf ghussa ho jaon to kya ke misr ek bojh apne sar rakh rakha hai maine?</w:t>
      </w:r>
    </w:p>
    <w:p>
      <w:pPr>
        <w:jc w:val="right"/>
      </w:pPr>
      <w:r>
        <w:t>پھر آپ کسی دوسرے کا بوجھ اپنے پر رکھنا ہے۔ یعنی اگر میں مصر ایک کے خلاف غصہ ہو جاؤں تو کیا کہ مصر ایک بوجھ اپنے سر رکھ رکھا ہے میں نے؟</w:t>
      </w:r>
    </w:p>
    <w:p>
      <w:r>
        <w:rPr>
          <w:b/>
        </w:rPr>
        <w:t xml:space="preserve">[1:30:46] </w:t>
      </w:r>
      <w:r>
        <w:t>to main kyun rakhon is ko? main isi ko phenk deta hoon is ko. abhi kal ek sahib aaye thay hamare paas. to isi ko baat ho rahi thi.</w:t>
      </w:r>
    </w:p>
    <w:p>
      <w:pPr>
        <w:jc w:val="right"/>
      </w:pPr>
      <w:r>
        <w:t>تو میں کیوں رکھوں اس کو؟ میں اسی کو پھینک دیتا ہوں اس کو۔ ابھی کل ایک صاحب آئے تھے ہمارے پاس۔ تو اسی کو بات ہو رہی تھی۔</w:t>
      </w:r>
    </w:p>
    <w:p>
      <w:r>
        <w:rPr>
          <w:b/>
        </w:rPr>
        <w:t xml:space="preserve">[1:30:56] </w:t>
      </w:r>
      <w:r>
        <w:t>main ne kaha mera nazariya yeh hai ke save yourself aur doosre ke bare mein main kehta hoon ke everything go to fault</w:t>
      </w:r>
    </w:p>
    <w:p>
      <w:pPr>
        <w:jc w:val="right"/>
      </w:pPr>
      <w:r>
        <w:t>میں نے کہا میرا نظریہ یہ ہے کہ save yourself اور دوسرے کے بارے میں میں کہتا ہوں کہ everything go to fault</w:t>
      </w:r>
    </w:p>
    <w:p>
      <w:r>
        <w:rPr>
          <w:b/>
        </w:rPr>
        <w:t xml:space="preserve">[1:31:07] </w:t>
      </w:r>
      <w:r>
        <w:t>mere sab saathi jante hain ke mera nazariya yeh hai. save yourself aur main yeh kehta hoon ke everything else go to fault nahi to aap kaise jeeyenge aap?</w:t>
      </w:r>
    </w:p>
    <w:p>
      <w:pPr>
        <w:jc w:val="right"/>
      </w:pPr>
      <w:r>
        <w:t>میرے سب ساتھی جانتے ہیں کہ میرا نظریہ یہ ہے۔ save yourself اور میں یہ کہتا ہوں کہ everything else go to fault نہیں تو آپ کیسے جیئیں گے آپ؟</w:t>
      </w:r>
    </w:p>
    <w:p>
      <w:r>
        <w:rPr>
          <w:b/>
        </w:rPr>
        <w:t xml:space="preserve">[1:31:22] </w:t>
      </w:r>
      <w:r>
        <w:t>agar aap chahte hain ke positive ban kar rahen to yahi karna parega. bhulana, bhulana, bhulana, bhulana, bhulana. jab doosra aadmi aap ka advice le kar nahi chalne wala hai, doosra aadmi aap ka direction mein nahi chalne wala hai, to aap is ka bojh apne sar kyun rakhen aap?</w:t>
      </w:r>
    </w:p>
    <w:p>
      <w:pPr>
        <w:jc w:val="right"/>
      </w:pPr>
      <w:r>
        <w:t>اگر آپ چاہتے ہیں کہ positive بن کر رہیں تو یہی کرنا پڑے گا۔ بھلانا، بھلانا، بھلانا، بھلانا، بھلانا۔ جب دوسرا آدمی آپ کا advice لے کر نہیں چلنے والا ہے، دوسرا آدمی آپ کا direction میں نہیں چلنے والا ہے، تو آپ اس کا بوجھ اپنے سر کیوں رکھیں آپ؟</w:t>
      </w:r>
    </w:p>
    <w:p>
      <w:r>
        <w:rPr>
          <w:b/>
        </w:rPr>
        <w:t xml:space="preserve">[1:31:37] </w:t>
      </w:r>
      <w:r>
        <w:t>woh bhula dijiye is ko. ignore kijiye, forget kijiye. is ko avoid kijiye. kyunke doosra koi option hamare paas nahi hai.</w:t>
      </w:r>
    </w:p>
    <w:p>
      <w:pPr>
        <w:jc w:val="right"/>
      </w:pPr>
      <w:r>
        <w:t>وہ بھلا دیجیے اس کو۔ ignore کیجیے، forget کیجیے۔ اس کو avoid کیجیے۔ کیونکہ دوسرا کوئی option ہمارے پاس نہیں ہے۔</w:t>
      </w:r>
    </w:p>
    <w:p>
      <w:r>
        <w:rPr>
          <w:b/>
        </w:rPr>
        <w:t xml:space="preserve">[1:31:48] </w:t>
      </w:r>
      <w:r>
        <w:t>Maulana kai log aksar yeh bhi kehte hain ke ek insaan ki baar baar ghalti karna ek cheez hai, lekin isi ghalti ko baar baar dohrana doosri cheez hai.</w:t>
      </w:r>
    </w:p>
    <w:p>
      <w:pPr>
        <w:jc w:val="right"/>
      </w:pPr>
      <w:r>
        <w:t>مولانا کئی لوگ اکثر یہ بھی کہتے ہیں کہ ایک انسان کی بار بار غلطی کرنا ایک چیز ہے، لیکن اسی غلطی کو بار بار دہرانا دوسری چیز ہے۔</w:t>
      </w:r>
    </w:p>
    <w:p>
      <w:r>
        <w:rPr>
          <w:b/>
        </w:rPr>
        <w:t xml:space="preserve">[1:31:57] </w:t>
      </w:r>
      <w:r>
        <w:t>to kya dono cases mein humein maaf karna chahiye? zaroor maaf karna chahiye. kyunke option nahi, doosra masla to option nahi.</w:t>
      </w:r>
    </w:p>
    <w:p>
      <w:pPr>
        <w:jc w:val="right"/>
      </w:pPr>
      <w:r>
        <w:t>تو کیا دونوں cases میں ہمیں معاف کرنا چاہیے؟ ज़रूर माफ़ करना चाहिए। کیونکہ option نہیں، دوسرا مسئلہ تو option نہیں۔</w:t>
      </w:r>
    </w:p>
    <w:p>
      <w:r>
        <w:rPr>
          <w:b/>
        </w:rPr>
        <w:t xml:space="preserve">[1:32:05] </w:t>
      </w:r>
      <w:r>
        <w:t>ab yeh bhi dekhiye, aisa nahi ho sakta ke aadmi ke paas koi doosra kaam hi na ho. woh khali aap ko ghalti karta rahe. bhai, doosre is par doosra kaam bhi to hai woh.</w:t>
      </w:r>
    </w:p>
    <w:p>
      <w:pPr>
        <w:jc w:val="right"/>
      </w:pPr>
      <w:r>
        <w:t>اب یہ بھی دیکھیے، ایسا نہیں ہو سکتا کہ آدمی کے پاس کوئی دوسرا کام ہی نہ ہو۔ وہ خالی آپ کو غلطی کرتا رہے۔ بھئی، دوسرے اس پر دوسرا کام بھی تو ہے وہ۔</w:t>
      </w:r>
    </w:p>
    <w:p>
      <w:r>
        <w:rPr>
          <w:b/>
        </w:rPr>
        <w:t xml:space="preserve">[1:32:16] </w:t>
      </w:r>
      <w:r>
        <w:t>ek do baar karega, aap hi ke peeche thori pada rahega woh. is ko apna interest hai, apni family hai, apne kaam hain. to kehne ke liye yeh baat hai.</w:t>
      </w:r>
    </w:p>
    <w:p>
      <w:pPr>
        <w:jc w:val="right"/>
      </w:pPr>
      <w:r>
        <w:t>ایک دو بار کرے گا، آپ ہی کے پیچھے تھوڑی پڑا رہے گا وہ۔ اس کو اپنا interest ہے، اپنی family ہے، اپنے کام ہیں۔ تو کہنے کے لیے یہ بات ہے۔</w:t>
      </w:r>
    </w:p>
    <w:p>
      <w:r>
        <w:rPr>
          <w:b/>
        </w:rPr>
        <w:t xml:space="preserve">[1:32:25] </w:t>
      </w:r>
      <w:r>
        <w:t>aisa aadmi mumkin nahi hai ke woh aadmi bas aap hi ke ke peeche pada rahe, woh apna kaam chhod kar ke.</w:t>
      </w:r>
    </w:p>
    <w:p>
      <w:pPr>
        <w:jc w:val="right"/>
      </w:pPr>
      <w:r>
        <w:t>ایسا آدمی ممکن نہیں ہے کہ وہ آدمی بس آپ ہی کے کے پیچھے پڑا رہے، وہ اپنا کام چھوڑ کر کے۔</w:t>
      </w:r>
    </w:p>
    <w:p>
      <w:r>
        <w:rPr>
          <w:b/>
        </w:rPr>
        <w:t xml:space="preserve">[1:32:32] </w:t>
      </w:r>
      <w:r>
        <w:t>to do chaar baar hota hai, bas is ko bhula dijiye. koi aadmi ko pata hai, time nahi hai ke bas aap hi ke saath woh hazar baar ghalti kare woh. aisa time nahi kisi ke paas hai.</w:t>
      </w:r>
    </w:p>
    <w:p>
      <w:pPr>
        <w:jc w:val="right"/>
      </w:pPr>
      <w:r>
        <w:t>تو دو چار بار ہوتا ہے، بس اس کو بھلا دیجیے۔ کوئی آدمی کو پتہ ہے، time نہیں ہے کہ بس آپ ہی کے ساتھ وہ ہزار بار غلطی کرے وہ۔ ایسا time نہیں کسی کے پاس ہے۔</w:t>
      </w:r>
    </w:p>
    <w:p>
      <w:r>
        <w:rPr>
          <w:b/>
        </w:rPr>
        <w:t xml:space="preserve">[1:32:45] </w:t>
      </w:r>
      <w:r>
        <w:t>Mr. Ashish Karamchandani ne Delhi se likha hai. Maulana, unhon ne ek statement di hai aur woh pooch rahe hain ke kya yeh soch un ki sahi hai</w:t>
      </w:r>
    </w:p>
    <w:p>
      <w:pPr>
        <w:jc w:val="right"/>
      </w:pPr>
      <w:r>
        <w:t>मिस्टर आशीष करम चंदानी ने दिल्ली से लिखा है। مولانا، انہوں نے ایک statement دی ہے اور وہ پوچھ رہے ہیں کہ کیا یہ سوچ ان کی صحیح ہے</w:t>
      </w:r>
    </w:p>
    <w:p>
      <w:r>
        <w:rPr>
          <w:b/>
        </w:rPr>
        <w:t xml:space="preserve">[1:32:55] </w:t>
      </w:r>
      <w:r>
        <w:t>? unhon ne likha hai ke nobody doubts that he exists. do hi mein doubt the existence of God.</w:t>
      </w:r>
    </w:p>
    <w:p>
      <w:pPr>
        <w:jc w:val="right"/>
      </w:pPr>
      <w:r>
        <w:t>؟ انہوں نے لکھا ہے کہ nobody doubts that he exists. دو ہی میں doubt the existence of God.</w:t>
      </w:r>
    </w:p>
    <w:p>
      <w:r>
        <w:rPr>
          <w:b/>
        </w:rPr>
        <w:t xml:space="preserve">[1:33:04] </w:t>
      </w:r>
      <w:r>
        <w:t>If he finds out the truth about himself and discovers his own source, then this is all that is required. Maulana sahib is my thinking correct?</w:t>
      </w:r>
    </w:p>
    <w:p>
      <w:pPr>
        <w:jc w:val="right"/>
      </w:pPr>
      <w:r>
        <w:t>If he finds out the truth about himself and discovers his own source, then this is all that is required. مولانا صاحب is my thinking correct?</w:t>
      </w:r>
    </w:p>
    <w:p>
      <w:r>
        <w:rPr>
          <w:b/>
        </w:rPr>
        <w:t xml:space="preserve">[1:33:16] </w:t>
      </w:r>
      <w:r>
        <w:t>bilkul galat hai yeh thinking. yaani aap exist kar rahe hain aur Khuda exist nahi kar raha. contradiction nahi hai yeh?</w:t>
      </w:r>
    </w:p>
    <w:p>
      <w:pPr>
        <w:jc w:val="right"/>
      </w:pPr>
      <w:r>
        <w:t>بالکل غلط ہے یہ thinking۔ یعنی آپ exist کر رہے ہیں اور خدا exist نہیں کر رہا۔ Contradiction نہیں ہے یہ؟</w:t>
      </w:r>
    </w:p>
    <w:p>
      <w:r>
        <w:rPr>
          <w:b/>
        </w:rPr>
        <w:t xml:space="preserve">[1:33:24] </w:t>
      </w:r>
      <w:r>
        <w:t>yeh to contradiction hai. main to yeh kaha karta hoon, main ne likha hai, koi ek article likha hai ke Descartes ne kaha tha ke I think therefore I am.</w:t>
      </w:r>
    </w:p>
    <w:p>
      <w:pPr>
        <w:jc w:val="right"/>
      </w:pPr>
      <w:r>
        <w:t>یہ تو contradiction ہے۔ میں تو یہ کہا کرتا ہوں، میں نے لکھا ہے، کوئی ایک article لکھا ہے کہ چارٹ ڈیکارٹ نے کہا تھا کہ I think therefore I am.</w:t>
      </w:r>
    </w:p>
    <w:p>
      <w:r>
        <w:rPr>
          <w:b/>
        </w:rPr>
        <w:t xml:space="preserve">[1:33:38] </w:t>
      </w:r>
      <w:r>
        <w:t>I think therefore I am. to is ko main kehta hoon ke aadhi baat yeh hai. poori baat yeh hai ke I am therefore God is.</w:t>
      </w:r>
    </w:p>
    <w:p>
      <w:pPr>
        <w:jc w:val="right"/>
      </w:pPr>
      <w:r>
        <w:t>I think therefore I am. تو اس کو میں کہتا ہوں کہ آدھی بات یہ ہے۔ پوری بات یہ ہے کہ I am therefore God is.</w:t>
      </w:r>
    </w:p>
    <w:p>
      <w:r>
        <w:rPr>
          <w:b/>
        </w:rPr>
        <w:t xml:space="preserve">[1:33:48] </w:t>
      </w:r>
      <w:r>
        <w:t>bhai, kaise aap soch sakte hain ke mera to wajood hai, main exist kar raha hoon aur Khuda exist nahi kar sakta? kyun nahi kar sakta? Why is it impossible?</w:t>
      </w:r>
    </w:p>
    <w:p>
      <w:pPr>
        <w:jc w:val="right"/>
      </w:pPr>
      <w:r>
        <w:t>بھئی، کیسے آپ سوچ سکتے ہیں کہ میرا تو وجود ہے، میں exist کر رہا ہوں اور خدا exist نہیں کر سکتا؟ کیوں نہیں کر سکتا؟ Why is it impossible?</w:t>
      </w:r>
    </w:p>
    <w:p>
      <w:r>
        <w:rPr>
          <w:b/>
        </w:rPr>
        <w:t xml:space="preserve">[1:33:57] </w:t>
      </w:r>
      <w:r>
        <w:t>jab mein exist karta hoon to Khuda bhi exist kar sakta hai. to mera formula yeh hai ke I am therefore God is. aur yeh logical hai, yeh scientific hai, yeh logical hai.</w:t>
      </w:r>
    </w:p>
    <w:p>
      <w:pPr>
        <w:jc w:val="right"/>
      </w:pPr>
      <w:r>
        <w:t>جب میں exist کرتا ہوں تو خدا بھی exist کر سکتا ہے۔ تو میرا فارمولا یہ ہے کہ I am therefore God is. اور یہ logical ہے، یہ scientific ہے، یہ logical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