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Way of Life January 30, 2011 Maulana Wahiduddin Khan</w:t>
      </w:r>
    </w:p>
    <w:p>
      <w:r>
        <w:t>https://www.youtube.com/watch?v=et2qxSig9ik</w:t>
      </w:r>
    </w:p>
    <w:p>
      <w:r>
        <w:rPr>
          <w:b/>
        </w:rPr>
        <w:t xml:space="preserve">[00:38] </w:t>
      </w:r>
      <w:r>
        <w:t>aaj ka topic hai: Islamic way of life,</w:t>
      </w:r>
    </w:p>
    <w:p>
      <w:pPr>
        <w:jc w:val="right"/>
      </w:pPr>
      <w:r>
        <w:t>آج کا ٹاپک ہے: اسلامک وے آف لائف،</w:t>
      </w:r>
    </w:p>
    <w:p>
      <w:r>
        <w:rPr>
          <w:b/>
        </w:rPr>
        <w:t xml:space="preserve">[00:47] </w:t>
      </w:r>
      <w:r>
        <w:t>yani Islam ka nizam-e-hayat.</w:t>
      </w:r>
    </w:p>
    <w:p>
      <w:pPr>
        <w:jc w:val="right"/>
      </w:pPr>
      <w:r>
        <w:t>یعنی اسلام کا نظامِ حیات۔</w:t>
      </w:r>
    </w:p>
    <w:p>
      <w:r>
        <w:rPr>
          <w:b/>
        </w:rPr>
        <w:t xml:space="preserve">[00:53] </w:t>
      </w:r>
      <w:r>
        <w:t>yeh topic mere zehan mein is tarah aaya ke aaj kal aap jante hain ke bohat alooda mein hain waqiyat jo ho rahe hain Arab countries mein.</w:t>
      </w:r>
    </w:p>
    <w:p>
      <w:pPr>
        <w:jc w:val="right"/>
      </w:pPr>
      <w:r>
        <w:t>یہ ٹاپک میرے ذہن میں اس طرح آیا کہ آج کل آپ جانتے ہیں کہ بہت الود میں ہیں واقعات جو ہو رہے ہیں عرب کنٹریز میں۔</w:t>
      </w:r>
    </w:p>
    <w:p>
      <w:r>
        <w:rPr>
          <w:b/>
        </w:rPr>
        <w:t xml:space="preserve">[01:10] </w:t>
      </w:r>
      <w:r>
        <w:t>yani Tunisia jahan se shuru hua, wahan par awami protest hukumat ke khilaf.</w:t>
      </w:r>
    </w:p>
    <w:p>
      <w:pPr>
        <w:jc w:val="right"/>
      </w:pPr>
      <w:r>
        <w:t>یعنی چونی جہاں سے شروع ہوا، وہاں پر عوامی پروٹیسٹ حکومت کے خلاف۔</w:t>
      </w:r>
    </w:p>
    <w:p>
      <w:r>
        <w:rPr>
          <w:b/>
        </w:rPr>
        <w:t xml:space="preserve">[01:22] </w:t>
      </w:r>
      <w:r>
        <w:t>phir wahan ke jo ruler the, 30 saal se rule kar rahe the, woh bhag ke chale gaye Saudi Arab.</w:t>
      </w:r>
    </w:p>
    <w:p>
      <w:pPr>
        <w:jc w:val="right"/>
      </w:pPr>
      <w:r>
        <w:t>پھر وہاں کے جو رولر تھے، 30 سال سے رول کر رہے تھے، وہ بھاگ کے چلے گئے سعودی عرب۔</w:t>
      </w:r>
    </w:p>
    <w:p>
      <w:r>
        <w:rPr>
          <w:b/>
        </w:rPr>
        <w:t xml:space="preserve">[01:33] </w:t>
      </w:r>
      <w:r>
        <w:t>phir is ke baad aap jante hain ke Jordan mein aur Yemen mein, aur ab Egypt mein, Misr mein bohat zyada hungama ho raha hai.</w:t>
      </w:r>
    </w:p>
    <w:p>
      <w:pPr>
        <w:jc w:val="right"/>
      </w:pPr>
      <w:r>
        <w:t>پھر اس کے بعد آپ جانتے ہیں کہ اردن میں اوریمن میں، اور اب ایجپٹ میں، مصر میں بہت زیادہ ہنگامہ ہو رہا ہے۔</w:t>
      </w:r>
    </w:p>
    <w:p>
      <w:r>
        <w:rPr>
          <w:b/>
        </w:rPr>
        <w:t xml:space="preserve">[01:45] </w:t>
      </w:r>
      <w:r>
        <w:t>aur is Pakistan mein, Iran mein to yeh pehle se hota ho raha tha. to taqreeban saare hi mukhtalif mulkon mein yeh sab hungame kyun hain?</w:t>
      </w:r>
    </w:p>
    <w:p>
      <w:pPr>
        <w:jc w:val="right"/>
      </w:pPr>
      <w:r>
        <w:t>اور اس پاکستان میں، ایران میں تو یہ پہلے سے ہوتا ہو رہا تھا۔ تو تقریباً سارے ہی مختلف ملکوں میں یہ سب ہنگامے کیوں ہیں؟</w:t>
      </w:r>
    </w:p>
    <w:p>
      <w:r>
        <w:rPr>
          <w:b/>
        </w:rPr>
        <w:t xml:space="preserve">[01:59] </w:t>
      </w:r>
      <w:r>
        <w:t>aur har jagah leadership kyun bani hui hai?</w:t>
      </w:r>
    </w:p>
    <w:p>
      <w:pPr>
        <w:jc w:val="right"/>
      </w:pPr>
      <w:r>
        <w:t>اور ہر جگہ لیڈرشپ کیوں بنی ہوئی ہے؟</w:t>
      </w:r>
    </w:p>
    <w:p>
      <w:r>
        <w:rPr>
          <w:b/>
        </w:rPr>
        <w:t xml:space="preserve">[02:03] </w:t>
      </w:r>
      <w:r>
        <w:t>yeh bohat bara sawal hai jo logon ke zehn mein hai.</w:t>
      </w:r>
    </w:p>
    <w:p>
      <w:pPr>
        <w:jc w:val="right"/>
      </w:pPr>
      <w:r>
        <w:t>یہ بہت بڑا سوال ہے جو لوگوں کے ذہنوں میں ہے۔</w:t>
      </w:r>
    </w:p>
    <w:p>
      <w:r>
        <w:rPr>
          <w:b/>
        </w:rPr>
        <w:t xml:space="preserve">[02:12] </w:t>
      </w:r>
      <w:r>
        <w:t>to abhi aap jo news aa rahi hain egypt se, aaj subah jo mein ne suna radio par, to maloom hua ke 74 aadmi mare ja chuke hain.</w:t>
      </w:r>
    </w:p>
    <w:p>
      <w:pPr>
        <w:jc w:val="right"/>
      </w:pPr>
      <w:r>
        <w:t>تو ابھی آپ جو نیوز آ رہی ہیں ایجپٹ سے، آج صبح جو میں نے سنا ریڈیو پر، تو معلوم ہوا کہ 74 آدمی مارے جا چکے ہیں۔</w:t>
      </w:r>
    </w:p>
    <w:p>
      <w:r>
        <w:rPr>
          <w:b/>
        </w:rPr>
        <w:t xml:space="preserve">[02:27] </w:t>
      </w:r>
      <w:r>
        <w:t>army road par aa gayi hai, police pehle se hai, aur sankaron ki tadad mein, balke shayad hazaron ki tadad mein log zakhmi ho chuke hain.</w:t>
      </w:r>
    </w:p>
    <w:p>
      <w:pPr>
        <w:jc w:val="right"/>
      </w:pPr>
      <w:r>
        <w:t>آرمی روڈ پر آ گئی ہے، پولیس پہلے سے ہے، اور سینکڑوں کی تعداد میں، بلکہ شاید ہزاروں کی تعداد میں لوگ زخمی ہو چکے ہیں۔</w:t>
      </w:r>
    </w:p>
    <w:p>
      <w:r>
        <w:rPr>
          <w:b/>
        </w:rPr>
        <w:t xml:space="preserve">[02:43] </w:t>
      </w:r>
      <w:r>
        <w:t>aur president sahab ke bete to misr chhod ke chale gaye hain.</w:t>
      </w:r>
    </w:p>
    <w:p>
      <w:pPr>
        <w:jc w:val="right"/>
      </w:pPr>
      <w:r>
        <w:t>اور پریزیڈنٹ صاحب کے بیٹے تو مصر چھوڑ کے چلے گئے ہیں۔</w:t>
      </w:r>
    </w:p>
    <w:p>
      <w:r>
        <w:rPr>
          <w:b/>
        </w:rPr>
        <w:t xml:space="preserve">[02:49] </w:t>
      </w:r>
      <w:r>
        <w:t>president sahab khud bhi ghaleban tayari kar rahe hain. to 82 years un ki umar ho chuki hai, lekin abhi tak woh power par jame hue thay.</w:t>
      </w:r>
    </w:p>
    <w:p>
      <w:pPr>
        <w:jc w:val="right"/>
      </w:pPr>
      <w:r>
        <w:t>پریزیڈنٹ صاحب خود بھی غالباً تیاری کر رہے ہیں۔ تو 82 ایئرز ان کی عمر ہو چکی ہے، لیکن ابھی تک وہ پاور پر جمے ہوئے تھے۔</w:t>
      </w:r>
    </w:p>
    <w:p>
      <w:r>
        <w:rPr>
          <w:b/>
        </w:rPr>
        <w:t xml:space="preserve">[03:01] </w:t>
      </w:r>
      <w:r>
        <w:t>yeh sab kyun hai? to is ke bare mein mein chahta hoon ke islam ka nuqta nazar wazeh karoon. egypt ko agar aap ek test case ke taur par len to baat samajh mein zyada achhi tarah aa gayi.</w:t>
      </w:r>
    </w:p>
    <w:p>
      <w:pPr>
        <w:jc w:val="right"/>
      </w:pPr>
      <w:r>
        <w:t>یہ سب کیوں ہے؟ تو اس کے بارے میں میں چاہتا ہوں کہ اسلام کا نقطہ نظر واضح کروں۔ ایجپٹ کو اگر آپ ایک ٹیسٹ کیس کے طور پر لیں تو بات سمجھ میں زیادہ اچھی طرح آ گئی۔</w:t>
      </w:r>
    </w:p>
    <w:p>
      <w:r>
        <w:rPr>
          <w:b/>
        </w:rPr>
        <w:t xml:space="preserve">[03:20] </w:t>
      </w:r>
      <w:r>
        <w:t>dekhiye, is se pehle misr mein badshah ki hukumat thi, king farooq, yaani dynasty thi wahan par.</w:t>
      </w:r>
    </w:p>
    <w:p>
      <w:pPr>
        <w:jc w:val="right"/>
      </w:pPr>
      <w:r>
        <w:t>دیکھیے، اس سے پہلے مصر میں بادشاہ کی حکومت تھی، کنگ فاروق، یعنی ڈائنسٹی تھی وہاں پر۔</w:t>
      </w:r>
    </w:p>
    <w:p>
      <w:r>
        <w:rPr>
          <w:b/>
        </w:rPr>
        <w:t xml:space="preserve">[03:36] </w:t>
      </w:r>
      <w:r>
        <w:t>1952 mein, yaani 1952 mein, un ke khilaf inqalab hua aur woh bhej diye gaye mulk se bahar.</w:t>
      </w:r>
    </w:p>
    <w:p>
      <w:pPr>
        <w:jc w:val="right"/>
      </w:pPr>
      <w:r>
        <w:t>1952 میں، یعنی 1952 میں، ان کے خلاف انقلاب ہوا اور وہ بھیج دیے گئے ملک سے باہر۔</w:t>
      </w:r>
    </w:p>
    <w:p>
      <w:r>
        <w:rPr>
          <w:b/>
        </w:rPr>
        <w:t xml:space="preserve">[03:47] </w:t>
      </w:r>
      <w:r>
        <w:t>ab woh mar chuke hain.</w:t>
      </w:r>
    </w:p>
    <w:p>
      <w:pPr>
        <w:jc w:val="right"/>
      </w:pPr>
      <w:r>
        <w:t>اب وہ مر چکے ہیں۔</w:t>
      </w:r>
    </w:p>
    <w:p>
      <w:r>
        <w:rPr>
          <w:b/>
        </w:rPr>
        <w:t xml:space="preserve">[03:50] </w:t>
      </w:r>
      <w:r>
        <w:t>yeh inqalab kya tha kis ne? al-ikhwan al-muslimun ne. misr mein ikhwan al-muslimun paida hui aur sare arab country mein phail gayi.</w:t>
      </w:r>
    </w:p>
    <w:p>
      <w:pPr>
        <w:jc w:val="right"/>
      </w:pPr>
      <w:r>
        <w:t>یہ انقلاب کیا تھا کس نے؟ الاخوان المسلمون نے۔ مصر میں اخوان المسلمون پیدا ہوئی اور سارے عرب کنٹری میں پھیل گئی۔</w:t>
      </w:r>
    </w:p>
    <w:p>
      <w:r>
        <w:rPr>
          <w:b/>
        </w:rPr>
        <w:t xml:space="preserve">[04:03] </w:t>
      </w:r>
      <w:r>
        <w:t>us waqt muslim, us waqt arab countries mein, more than 50 percent woh log hain jo ikhwan al-muslimun ko ya to active taur par saath de rahe hain ya kam az kam us ko theek samajhte hain.</w:t>
      </w:r>
    </w:p>
    <w:p>
      <w:pPr>
        <w:jc w:val="right"/>
      </w:pPr>
      <w:r>
        <w:t>اس وقت مسلم، اس وقت عرب کنٹریز میں، مور دین 50 پرسنٹ وہ لوگ ہیں جو اخوان المسلمون کو یا تو ایکٹیو طور پر ساتھ دے رہے ہیں یا کم از کم اس کو ٹھیک سمجھتے ہیں۔</w:t>
      </w:r>
    </w:p>
    <w:p>
      <w:r>
        <w:rPr>
          <w:b/>
        </w:rPr>
        <w:t xml:space="preserve">[04:19] </w:t>
      </w:r>
      <w:r>
        <w:t>more than 50 percent. isi ka ek doosra asian chapter jo hai woh jamaat-e-islami hai.</w:t>
      </w:r>
    </w:p>
    <w:p>
      <w:pPr>
        <w:jc w:val="right"/>
      </w:pPr>
      <w:r>
        <w:t>مور دین 50 پرسنٹ۔ اسی کا ایک دوسرا ایشین چیپٹر جو ہے وہ جماعت اسلامی ہے۔</w:t>
      </w:r>
    </w:p>
    <w:p>
      <w:r>
        <w:rPr>
          <w:b/>
        </w:rPr>
        <w:t xml:space="preserve">[04:33] </w:t>
      </w:r>
      <w:r>
        <w:t>to in logon ka manna hai ke islam ek mukammal nizam hai, islam ek complete system hai. to is ko qaim hona chahiye.</w:t>
      </w:r>
    </w:p>
    <w:p>
      <w:pPr>
        <w:jc w:val="right"/>
      </w:pPr>
      <w:r>
        <w:t>تو ان لوگوں کا ماننا ہے کہ اسلام ایک مکمل نظام ہے، اسلام ایک کمپلیٹ سسٹم ہے۔ تو اس کو قائم ہونا چاہیے۔</w:t>
      </w:r>
    </w:p>
    <w:p>
      <w:r>
        <w:rPr>
          <w:b/>
        </w:rPr>
        <w:t xml:space="preserve">[04:46] </w:t>
      </w:r>
      <w:r>
        <w:t>kyun ke in ka khayal hai ke jo rulers hain, muslim rulers, woh record bane hue hain. yaani islam ko mukammal nizam ke taur par woh implement nahi karte.</w:t>
      </w:r>
    </w:p>
    <w:p>
      <w:pPr>
        <w:jc w:val="right"/>
      </w:pPr>
      <w:r>
        <w:t>کیونکہ ان کا خیال ہے کہ جو رولرز ہیں، مسلم رولرز، وہ ریکارڈ بنے ہوئے ہیں۔ یعنی اسلام کو مکمل نظام کے طور پر وہ امپلیمنٹ نہیں کرتے۔</w:t>
      </w:r>
    </w:p>
    <w:p>
      <w:r>
        <w:rPr>
          <w:b/>
        </w:rPr>
        <w:t xml:space="preserve">[04:57] </w:t>
      </w:r>
      <w:r>
        <w:t>is liye har jagah log muslim rulers ke khilaf hain. aur is ke peeche jo leadership hai woh yahi hai: arab countries mein al-ikhwan al-muslimun aur doosre mulkon mein jamaat-e-islami.</w:t>
      </w:r>
    </w:p>
    <w:p>
      <w:pPr>
        <w:jc w:val="right"/>
      </w:pPr>
      <w:r>
        <w:t>اس لیے ہر جگہ لوگ مسلم رولرز کے خلاف ہیں۔ اور اس کے پیچھے جو لیڈرشپ ہے وہ یہی ہے: عرب کنٹریز میں الاخوان المسلمون اور دوسرے ملکوں میں جماعت اسلامی۔</w:t>
      </w:r>
    </w:p>
    <w:p>
      <w:r>
        <w:rPr>
          <w:b/>
        </w:rPr>
        <w:t xml:space="preserve">[05:11] </w:t>
      </w:r>
      <w:r>
        <w:t>yahi is ke intellectual leaders hain. yeh bohat bara yaani problem hai muslim mulkon mein.</w:t>
      </w:r>
    </w:p>
    <w:p>
      <w:pPr>
        <w:jc w:val="right"/>
      </w:pPr>
      <w:r>
        <w:t>یہی اس کے انٹلیکچول لیڈرز ہیں۔ یہ بہت بڑا یعنی پرابلم ہے مسلم ملکوں میں۔</w:t>
      </w:r>
    </w:p>
    <w:p>
      <w:r>
        <w:rPr>
          <w:b/>
        </w:rPr>
        <w:t xml:space="preserve">[05:24] </w:t>
      </w:r>
      <w:r>
        <w:t>ab aap dekhiye ke ikhwan al-muslimun ne bohat dhoop machai aur is ke liye woh wahan ki fauj se mil gaye.</w:t>
      </w:r>
    </w:p>
    <w:p>
      <w:pPr>
        <w:jc w:val="right"/>
      </w:pPr>
      <w:r>
        <w:t>اب آپ دیکھیے کہ اخوان المسلمون نے بہت دھوپ مچائی اور اس کے لیے وہ وہاں کی فوج سے مل گئے۔</w:t>
      </w:r>
    </w:p>
    <w:p>
      <w:r>
        <w:rPr>
          <w:b/>
        </w:rPr>
        <w:t xml:space="preserve">[05:33] </w:t>
      </w:r>
      <w:r>
        <w:t>to fauj ne aur ikhwan al-muslimun ne mil kar ke king farooq ki hukumat khatam kar di 1952 mein, 1952 mein.</w:t>
      </w:r>
    </w:p>
    <w:p>
      <w:pPr>
        <w:jc w:val="right"/>
      </w:pPr>
      <w:r>
        <w:t>تو فوج نے اور اخوان المسلمون نے مل کر کے کنگ فاروق کی حکومت ختم کر دی 1952 میں، 1952 میں۔</w:t>
      </w:r>
    </w:p>
    <w:p>
      <w:r>
        <w:rPr>
          <w:b/>
        </w:rPr>
        <w:t xml:space="preserve">[05:46] </w:t>
      </w:r>
      <w:r>
        <w:t>is ke baad al-ikhwan al-muslimun hi ki madad se aur taeed se wahan jamal abdul nasser jo hai woh misr ke president ban gaye, yaani military president.</w:t>
      </w:r>
    </w:p>
    <w:p>
      <w:pPr>
        <w:jc w:val="right"/>
      </w:pPr>
      <w:r>
        <w:t>اس کے بعد الاخوان المسلمون ہی کی مدد سے اور تائید سے وہاں جمال عبدالناصر جو ہے وہ مصر کے پریزیڈنٹ بن گئے، یعنی ملٹری پریزیڈنٹ۔</w:t>
      </w:r>
    </w:p>
    <w:p>
      <w:r>
        <w:rPr>
          <w:b/>
        </w:rPr>
        <w:t xml:space="preserve">[05:58] </w:t>
      </w:r>
      <w:r>
        <w:t>lekin is ke baad phir in mein jhagda ho gaya ikhwaniyon mein aur jamal abdul nasser ne. jamal abdul nasser ne ikhwaniyon ko marna peetna shuru kiya yahan tak ke aap jante hain ke syed qutb ko phansi di gayi.</w:t>
      </w:r>
    </w:p>
    <w:p>
      <w:pPr>
        <w:jc w:val="right"/>
      </w:pPr>
      <w:r>
        <w:t>لیکن اس کے بعد پھر ان میں جھگڑا ہو گیا اخوانیوں میں اور جمال عبدالناصر نے۔ جمال عبدالناصر نے اخوانیوں کو مارنا پیٹا شروع کیا یہاں تک کہ آپ جانتے ہیں کہ سید قطب کو پھانسی دی گئی۔</w:t>
      </w:r>
    </w:p>
    <w:p>
      <w:r>
        <w:rPr>
          <w:b/>
        </w:rPr>
        <w:t xml:space="preserve">[06:15] </w:t>
      </w:r>
      <w:r>
        <w:t>yeh kis ne kiya? inhi logon ne kiya, yaani isi sadar ne kiya jo khud ikhwan al-muslimun hi ki madad se aaya tha power par.</w:t>
      </w:r>
    </w:p>
    <w:p>
      <w:pPr>
        <w:jc w:val="right"/>
      </w:pPr>
      <w:r>
        <w:t>یہ کس نے کیا؟ انہی لوگوں نے کیا، یعنی اسی صدر نے کیا جو خود اخوان المسلمون ہی کی مدد سے آیا تھا پاور پر۔</w:t>
      </w:r>
    </w:p>
    <w:p>
      <w:r>
        <w:rPr>
          <w:b/>
        </w:rPr>
        <w:t xml:space="preserve">[06:26] </w:t>
      </w:r>
      <w:r>
        <w:t>ab is ke baad barabar ek rivalry qaim ho gayi.</w:t>
      </w:r>
    </w:p>
    <w:p>
      <w:pPr>
        <w:jc w:val="right"/>
      </w:pPr>
      <w:r>
        <w:t>اب اس کے بعد برابر ایک رائبرلی قائم ہو گئی۔</w:t>
      </w:r>
    </w:p>
    <w:p>
      <w:r>
        <w:rPr>
          <w:b/>
        </w:rPr>
        <w:t xml:space="preserve">[06:30] </w:t>
      </w:r>
      <w:r>
        <w:t>yaani ek hukumat ka group hai aur yeh ek yeh jo ikhwani hain ya so called islamist, do group aur dono mein khule taur par ya chhupe taur par ladai ja rahi hai.</w:t>
      </w:r>
    </w:p>
    <w:p>
      <w:pPr>
        <w:jc w:val="right"/>
      </w:pPr>
      <w:r>
        <w:t>یعنی ایک حکومت کا گروپ ہے اور یہ ایک یہ جو اخوانی ہیں یا سو کالڈ اسلامسٹ، دو گروپ اور دونوں میں کھلے طور پر یا چھپے طور پر لڑائی جا رہی ہے۔</w:t>
      </w:r>
    </w:p>
    <w:p>
      <w:r>
        <w:rPr>
          <w:b/>
        </w:rPr>
        <w:t xml:space="preserve">[06:47] </w:t>
      </w:r>
      <w:r>
        <w:t>aaj kal to ban laga hua hai lekin amalan woh active hain sare arab countries mein.</w:t>
      </w:r>
    </w:p>
    <w:p>
      <w:pPr>
        <w:jc w:val="right"/>
      </w:pPr>
      <w:r>
        <w:t>آج کل تو بین لگا ہوا ہے لیکن عملاً وہ ایکٹیو ہیں سارے عرب کنٹریز میں۔</w:t>
      </w:r>
    </w:p>
    <w:p>
      <w:r>
        <w:rPr>
          <w:b/>
        </w:rPr>
        <w:t xml:space="preserve">[06:54] </w:t>
      </w:r>
      <w:r>
        <w:t>to jamal abdul nasser ke in inqalab ke foran baad jo aaye thay woh jamal nahi thay, woh general najib thay.</w:t>
      </w:r>
    </w:p>
    <w:p>
      <w:pPr>
        <w:jc w:val="right"/>
      </w:pPr>
      <w:r>
        <w:t>تو جمال عبدالناصر کے ان انقلاب کے فوراً بعد جو آئے تھے وہ جمال نہیں تھے، وہ جنرل نجیب تھے۔</w:t>
      </w:r>
    </w:p>
    <w:p>
      <w:r>
        <w:rPr>
          <w:b/>
        </w:rPr>
        <w:t xml:space="preserve">[07:05] </w:t>
      </w:r>
      <w:r>
        <w:t>yani king farooq ke baad foran jo aaye thay woh general najeeb thay. lekin woh shayad chhay mahine hi rahay hongay ke un ko house arrest kar diya gaya aur yeh baith gaye jamal abdul nasser.</w:t>
      </w:r>
    </w:p>
    <w:p>
      <w:pPr>
        <w:jc w:val="right"/>
      </w:pPr>
      <w:r>
        <w:t>یعنی کنگ فاروق کے بعد فوراً جو آئے تھے وہ جنرل نجیب تھے۔ لیکن وہ شاید چھ مہینے ہی رہے ہوں گے کہ ان کو ہاؤس اریسٹ کر دیا گیا اور یہ بیٹھ گئے جمال عبدالناصر۔</w:t>
      </w:r>
    </w:p>
    <w:p>
      <w:r>
        <w:rPr>
          <w:b/>
        </w:rPr>
        <w:t xml:space="preserve">[07:20] </w:t>
      </w:r>
      <w:r>
        <w:t>lekin un ke khilaaf barabar tehreekein chalti rahin.</w:t>
      </w:r>
    </w:p>
    <w:p>
      <w:pPr>
        <w:jc w:val="right"/>
      </w:pPr>
      <w:r>
        <w:t>لیکن ان کے خلاف برابر تحریکیں چلتی رہیں۔</w:t>
      </w:r>
    </w:p>
    <w:p>
      <w:r>
        <w:rPr>
          <w:b/>
        </w:rPr>
        <w:t xml:space="preserve">[07:24] </w:t>
      </w:r>
      <w:r>
        <w:t>ab phir un ka heart attack hua aur mar gaye woh. is ke baad anwar sadat aaye aur sadat bhi isi group ke thay.</w:t>
      </w:r>
    </w:p>
    <w:p>
      <w:pPr>
        <w:jc w:val="right"/>
      </w:pPr>
      <w:r>
        <w:t>اب پھر ان کا ہارٹ اٹیک ہوا اور مر گئے وہ۔ اس کے بعد انور سادات آئے اور سادات بھی اسی گروپ کے تھے۔</w:t>
      </w:r>
    </w:p>
    <w:p>
      <w:r>
        <w:rPr>
          <w:b/>
        </w:rPr>
        <w:t xml:space="preserve">[07:35] </w:t>
      </w:r>
      <w:r>
        <w:t>yani yeh log woh thay jo ikhwan ul musalmoon hi ke aadmi samjhay jatay thay pehlay, unhi ke hami, un ke jalson mein attend kartay thay pehlay.</w:t>
      </w:r>
    </w:p>
    <w:p>
      <w:pPr>
        <w:jc w:val="right"/>
      </w:pPr>
      <w:r>
        <w:t>یعنی یہ لوگ وہ تھے جو اخوان المسلمون ہی کے آدمی سمجھاتے تھے پہلے، انہی کے حامی، ان کے جلسوں میں اٹینڈ کرتے تھے پہلے۔</w:t>
      </w:r>
    </w:p>
    <w:p>
      <w:r>
        <w:rPr>
          <w:b/>
        </w:rPr>
        <w:t xml:space="preserve">[07:46] </w:t>
      </w:r>
      <w:r>
        <w:t>to anwar sadat se aur un se phir takrao ho gaya kyun ke in ka woh mutalba tha ke islam ko mukammal nizam ke taur par nafiz karo aur woh kartay nahi thay.</w:t>
      </w:r>
    </w:p>
    <w:p>
      <w:pPr>
        <w:jc w:val="right"/>
      </w:pPr>
      <w:r>
        <w:t>تو انور سادات سے اور ان سے پھر ٹکراؤ ہو گیا کیونکہ ان کا وہ مطالبہ تھا کہ اسلام کو مکمل نظام کے طور پر نافذ کرو اور وہ کرتے نہیں تھے۔</w:t>
      </w:r>
    </w:p>
    <w:p>
      <w:r>
        <w:rPr>
          <w:b/>
        </w:rPr>
        <w:t xml:space="preserve">[08:01] </w:t>
      </w:r>
      <w:r>
        <w:t>jo ikhwan ul musalmoon ke jo sab bohat baray leader thay woh</w:t>
      </w:r>
    </w:p>
    <w:p>
      <w:pPr>
        <w:jc w:val="right"/>
      </w:pPr>
      <w:r>
        <w:t>جو اخوان المسلمون کے جو سب بہت بڑے لیڈر تھے وہ</w:t>
      </w:r>
    </w:p>
    <w:p>
      <w:r>
        <w:rPr>
          <w:b/>
        </w:rPr>
        <w:t xml:space="preserve">[08:08] </w:t>
      </w:r>
      <w:r>
        <w:t>syed qutb, un ki kitaab hai bohat mashhoor "al adalat al ijtimaia fi al islam" yani "social justice in islam". to unhon ne is mein yeh nuqsa pesh kiya hai ke islam jo hai social justice qaim karta hai.</w:t>
      </w:r>
    </w:p>
    <w:p>
      <w:pPr>
        <w:jc w:val="right"/>
      </w:pPr>
      <w:r>
        <w:t>سید قطب، ان کی کتاب ہے بہت مشہور "العدالت الاجتماعیہ فی الاسلام" یعنی "سوشل جسٹس ان اسلام"۔ تو انہوں نے اس میں یہ نقصہ پیش کیا ہے کہ اسلام جو ہے سوشل جسٹس قائم کرتا ہے۔</w:t>
      </w:r>
    </w:p>
    <w:p>
      <w:r>
        <w:rPr>
          <w:b/>
        </w:rPr>
        <w:t xml:space="preserve">[08:25] </w:t>
      </w:r>
      <w:r>
        <w:t>to yeh dono mein takrao raha. lekin anwar sadat ne khoob khoob mara in logon ko</w:t>
      </w:r>
    </w:p>
    <w:p>
      <w:pPr>
        <w:jc w:val="right"/>
      </w:pPr>
      <w:r>
        <w:t>تو یہ دونوں میں ٹکراؤ رہا۔ لیکن انور سادات نے خوب خوب مارا ان لوگوں کو</w:t>
      </w:r>
    </w:p>
    <w:p>
      <w:r>
        <w:rPr>
          <w:b/>
        </w:rPr>
        <w:t xml:space="preserve">[08:35] </w:t>
      </w:r>
      <w:r>
        <w:t>lekin aakhir kar kya hua ke kyun ke in ke aadmi khud army mein ghusay huay hain to anwar sadat ki security ke aik aadmi ne maar dala anwar sadat ko.</w:t>
      </w:r>
    </w:p>
    <w:p>
      <w:pPr>
        <w:jc w:val="right"/>
      </w:pPr>
      <w:r>
        <w:t>۔ لیکن آخر کار کیا ہوا کہ چونکہ ان کے آدمی خود آرمی میں گھسے ہوئے ہیں تو انور سادات کی سیکیورٹی کے ایک آدمی نے مار ڈالا انور سادات کو۔</w:t>
      </w:r>
    </w:p>
    <w:p>
      <w:r>
        <w:rPr>
          <w:b/>
        </w:rPr>
        <w:t xml:space="preserve">[08:49] </w:t>
      </w:r>
      <w:r>
        <w:t>jaisay jaisay yahan india mein aap ne dekha ke nandra gandhi ko security ke aik aadmi ne maar diya tha. abhi pakistan mein wahan governor jo punjab ke thay un ko bhi security ke aik aadmi ne maar diya.</w:t>
      </w:r>
    </w:p>
    <w:p>
      <w:pPr>
        <w:jc w:val="right"/>
      </w:pPr>
      <w:r>
        <w:t>جیسے جیسے یہاں انڈیا میں آپ نے دیکھا کہ نندرا گاندھی کو سیکیورٹی کے ایک آدمی نے مار دیا تھا۔ ابھی پاکستان میں وہاں گورنر جو پنجاب کے تھے ان کو بھی سیکیورٹی کے ایک آدمی نے مار دیا۔</w:t>
      </w:r>
    </w:p>
    <w:p>
      <w:r>
        <w:rPr>
          <w:b/>
        </w:rPr>
        <w:t xml:space="preserve">[09:01] </w:t>
      </w:r>
      <w:r>
        <w:t>to in logon ke hami khud jab army mein aur police mein hain maujood to kaisay kiya karein? kaisay control karein gay aap?</w:t>
      </w:r>
    </w:p>
    <w:p>
      <w:pPr>
        <w:jc w:val="right"/>
      </w:pPr>
      <w:r>
        <w:t>تو ان لوگوں کے حامی خود جب آرمی میں اور پولیس میں ہیں موجود تو کیسے کیا کریں؟ کیسے کنٹرول کریں گے آپ؟</w:t>
      </w:r>
    </w:p>
    <w:p>
      <w:r>
        <w:rPr>
          <w:b/>
        </w:rPr>
        <w:t xml:space="preserve">[09:11] </w:t>
      </w:r>
      <w:r>
        <w:t>to kya hua? shah farooq nikale gaye, general najeeb house arrest kiye gaye, is ke baad abdul nasser jo hai un ko heart attack ho gaya, anwar sadat goli se maray gaye.</w:t>
      </w:r>
    </w:p>
    <w:p>
      <w:pPr>
        <w:jc w:val="right"/>
      </w:pPr>
      <w:r>
        <w:t>تو کیا ہوا؟ شاہ فاروق نکالے گئے، جنرل نجیب ہاؤس اریسٹ کیے گئے، اس کے بعد عبدالناصر جو ہے ان کو ہارٹ اٹیک ہو گیا، انور سادات گولی سے مارے گئے۔</w:t>
      </w:r>
    </w:p>
    <w:p>
      <w:r>
        <w:rPr>
          <w:b/>
        </w:rPr>
        <w:t xml:space="preserve">[09:24] </w:t>
      </w:r>
      <w:r>
        <w:t>is ke baad yeh huay hosni mubarak,</w:t>
      </w:r>
    </w:p>
    <w:p>
      <w:pPr>
        <w:jc w:val="right"/>
      </w:pPr>
      <w:r>
        <w:t>اس کے بعد یہ ہوئے حسنی مبارک،</w:t>
      </w:r>
    </w:p>
    <w:p>
      <w:r>
        <w:rPr>
          <w:b/>
        </w:rPr>
        <w:t xml:space="preserve">[09:28] </w:t>
      </w:r>
      <w:r>
        <w:t>yeh 1981 mein. to goya ke taqreeban 30 saal se yeh hukoomat to qaim hai lekin wohi hai ke woh un ko ke mukammal nizam nafiz karo islam ka, woh koi karta nahi.</w:t>
      </w:r>
    </w:p>
    <w:p>
      <w:pPr>
        <w:jc w:val="right"/>
      </w:pPr>
      <w:r>
        <w:t>یہ 1981 میں۔ تو گویا کہ تقریباً 30 سال سے یہ حکومت تو قائم ہے لیکن وہی ہے کہ وہ ان کو کہ مکمل نظام نافذ کرو اسلام کا، وہ کوئی کرتا نہیں۔</w:t>
      </w:r>
    </w:p>
    <w:p>
      <w:r>
        <w:rPr>
          <w:b/>
        </w:rPr>
        <w:t xml:space="preserve">[09:42] </w:t>
      </w:r>
      <w:r>
        <w:t>to larai jari hai. ab nearly certain hai ke hosni mubarak ko ya to yeh log maar dalain gay ya woh bhaag jayen gay jaisa ke un ke betay sahib bhaag chukay hain.</w:t>
      </w:r>
    </w:p>
    <w:p>
      <w:pPr>
        <w:jc w:val="right"/>
      </w:pPr>
      <w:r>
        <w:t>تو لڑائی جاری ہے۔ اب نیئرلی سرٹن ہے کہ حسنی مبارک کو یا تو یہ لوگ مار ڈالیں گے یا وہ بھاگ جائیں گے جیسا کہ ان کے بیٹے صاحب بھاگ چکے ہیں۔</w:t>
      </w:r>
    </w:p>
    <w:p>
      <w:r>
        <w:rPr>
          <w:b/>
        </w:rPr>
        <w:t xml:space="preserve">[09:56] </w:t>
      </w:r>
      <w:r>
        <w:t>yeh har jagah yeh ho raha hai.</w:t>
      </w:r>
    </w:p>
    <w:p>
      <w:pPr>
        <w:jc w:val="right"/>
      </w:pPr>
      <w:r>
        <w:t>یہ ہر جگہ یہ ہو رہا ہے۔</w:t>
      </w:r>
    </w:p>
    <w:p>
      <w:r>
        <w:rPr>
          <w:b/>
        </w:rPr>
        <w:t xml:space="preserve">[10:02] </w:t>
      </w:r>
      <w:r>
        <w:t>dekhiye, jab jamaluddin nasser jab power mein aaye thay to unhon ne aik bohat sahi baat kahi thi.</w:t>
      </w:r>
    </w:p>
    <w:p>
      <w:pPr>
        <w:jc w:val="right"/>
      </w:pPr>
      <w:r>
        <w:t>دیکھیے، جب جمال الدین ناصر جب پاور میں آئے تھے تو انہوں نے ایک بہت صحیح بات کہی تھی۔</w:t>
      </w:r>
    </w:p>
    <w:p>
      <w:r>
        <w:rPr>
          <w:b/>
        </w:rPr>
        <w:t xml:space="preserve">[10:12] </w:t>
      </w:r>
      <w:r>
        <w:t>agarche power mein jo aaye thay woh to democratic way mein nahi aaye thay lekin aik baat sahi kahi thi unhon ne ke political maenay mein president to ho rahay hain lekin education ki jo ministry hai woh di di jaye ikhwan ul musalmoon ko.</w:t>
      </w:r>
    </w:p>
    <w:p>
      <w:pPr>
        <w:jc w:val="right"/>
      </w:pPr>
      <w:r>
        <w:t>اگرچہ پاور میں جو آئے تھے وہ تو ڈیموکریٹک وے میں نہیں آئے تھے لیکن ایک بات صحیح کہی تھی انہوں نے کہ پولیٹیکل معنی میں پریزیڈنٹ تو ہو رہے ہیں لیکن ایجوکیشن کی جو منسٹری ہے وہ دی دی جائے اخوان المسلمون کو۔</w:t>
      </w:r>
    </w:p>
    <w:p>
      <w:r>
        <w:rPr>
          <w:b/>
        </w:rPr>
        <w:t xml:space="preserve">[10:33] </w:t>
      </w:r>
      <w:r>
        <w:t>unhon ne offer diya ke aap education ki ministry le lijiye aur mulk mein education logon ko educate kijiye.</w:t>
      </w:r>
    </w:p>
    <w:p>
      <w:pPr>
        <w:jc w:val="right"/>
      </w:pPr>
      <w:r>
        <w:t>انہوں نے آفر دیا کہ آپ ایجوکیشن کی منسٹری لے لیجئے اور ملک میں ایجوکیشن لوگوں کو ایجوکیٹ کیجئے۔</w:t>
      </w:r>
    </w:p>
    <w:p>
      <w:r>
        <w:rPr>
          <w:b/>
        </w:rPr>
        <w:t xml:space="preserve">[10:41] </w:t>
      </w:r>
      <w:r>
        <w:t>jis ko unhon ne nahi maana. woh phir larai barhti rahi. ab yahan tak naubat aayi ke misr taqreeban aik tabah mulk hai.</w:t>
      </w:r>
    </w:p>
    <w:p>
      <w:pPr>
        <w:jc w:val="right"/>
      </w:pPr>
      <w:r>
        <w:t>جس کو انہوں نے نہیں مانا۔ وہ پھر لڑائی بڑھتی رہی۔ اب یہاں تک نوبت آئی کہ مصر تقریباً ایک تباہ ملک ہے۔</w:t>
      </w:r>
    </w:p>
    <w:p>
      <w:r>
        <w:rPr>
          <w:b/>
        </w:rPr>
        <w:t xml:space="preserve">[10:52] </w:t>
      </w:r>
      <w:r>
        <w:t>yani misr bhi tabah, iran bhi tabah, pakistan bhi tabah, sudan bhi tabah. jitnay mulk hain sab tabah hain. yani 57 muslim countries mein sab tabahi tabah hain.</w:t>
      </w:r>
    </w:p>
    <w:p>
      <w:pPr>
        <w:jc w:val="right"/>
      </w:pPr>
      <w:r>
        <w:t>یعنی مصر بھی تباہ، ایران بھی تباہ، پاکستان بھی تباہ، سوڈان بھی تباہ۔ جتنے ملک ہیں سب تباہ ہیں۔ یعنی 57 مسلم کنٹریز میں سب تباہی تباہ ہیں۔</w:t>
      </w:r>
    </w:p>
    <w:p>
      <w:r>
        <w:rPr>
          <w:b/>
        </w:rPr>
        <w:t xml:space="preserve">[11:05] </w:t>
      </w:r>
      <w:r>
        <w:t>kuch mulk jo bache huay hain woh is liye ke free ka petrol un ke paas hai.</w:t>
      </w:r>
    </w:p>
    <w:p>
      <w:pPr>
        <w:jc w:val="right"/>
      </w:pPr>
      <w:r>
        <w:t>کچھ ملک جو بچے ہوئے ہیں وہ اس لیے کہ فری کا پٹرول ان کے پاس ہے۔</w:t>
      </w:r>
    </w:p>
    <w:p>
      <w:r>
        <w:rPr>
          <w:b/>
        </w:rPr>
        <w:t xml:space="preserve">[11:10] </w:t>
      </w:r>
      <w:r>
        <w:t>yani kuwait mein aur saudi arab mein agar petrol na ho to woh bhi tabahi mulk hain. khud unhon ne apnay mulk mein koi industrial base nahi banai, koi apni economy nahi khari ki.</w:t>
      </w:r>
    </w:p>
    <w:p>
      <w:pPr>
        <w:jc w:val="right"/>
      </w:pPr>
      <w:r>
        <w:t>یعنی کویت میں اور سعودی عرب میں اگر پٹرول نہ ہو تو وہ بھی تباہی ملک ہیں۔ خود انہوں نے اپنے ملک میں کوئی انڈسٹریل بیس نہیں بنائی، کوئی اپنی اکانومی نہیں کھڑی کی۔</w:t>
      </w:r>
    </w:p>
    <w:p>
      <w:r>
        <w:rPr>
          <w:b/>
        </w:rPr>
        <w:t xml:space="preserve">[11:26] </w:t>
      </w:r>
      <w:r>
        <w:t>self khud yani aaj kal jo jo mayar hai woh is lihaaz se mulk ko taraqqi nahi di.</w:t>
      </w:r>
    </w:p>
    <w:p>
      <w:pPr>
        <w:jc w:val="right"/>
      </w:pPr>
      <w:r>
        <w:t>سیلف خود یعنی آج کل جو جو معیار ہے وہ اس لحاظ سے ملک کو ترقی نہیں دی۔</w:t>
      </w:r>
    </w:p>
    <w:p>
      <w:r>
        <w:rPr>
          <w:b/>
        </w:rPr>
        <w:t xml:space="preserve">[11:34] </w:t>
      </w:r>
      <w:r>
        <w:t>to free ka petrol nikal kar bech rahay hain. yeh koi taraqqi nahi hai. to sab ke sab countries, 57 muslim countries, woh yani yeh kehna chahiye ke woh south korea aur singapore se peechay hain.</w:t>
      </w:r>
    </w:p>
    <w:p>
      <w:pPr>
        <w:jc w:val="right"/>
      </w:pPr>
      <w:r>
        <w:t>تو فری کا پٹرول نکال کر بیچ رہے ہیں۔ یہ کوئی ترقی نہیں ہے۔ تو سب کے سب کنٹریز، 57 مسلم کنٹریز، وہ یعنی یہ کہنا چاہیے کہ وہ ساؤتھ کوریا اور سنگاپور سے پیچھے ہیں۔</w:t>
      </w:r>
    </w:p>
    <w:p>
      <w:r>
        <w:rPr>
          <w:b/>
        </w:rPr>
        <w:t xml:space="preserve">[11:54] </w:t>
      </w:r>
      <w:r>
        <w:t>kyunke south korea aur singapore khud apne is par khare hue hain, apne apni economic base par. woh to sirf tel par khare hue hain.</w:t>
      </w:r>
    </w:p>
    <w:p>
      <w:pPr>
        <w:jc w:val="right"/>
      </w:pPr>
      <w:r>
        <w:t>کیونکہ ساؤتھ کوریا اور سنگاپور خود اپنے اس پر کھڑے ہوئے ہیں، اپنے اپنی اکانومک بیس پر۔ وہ تو صرف تیل پر کھڑے ہوئے ہیں۔</w:t>
      </w:r>
    </w:p>
    <w:p>
      <w:r>
        <w:rPr>
          <w:b/>
        </w:rPr>
        <w:t xml:space="preserve">[12:05] </w:t>
      </w:r>
      <w:r>
        <w:t>yeh sab kyun hai? yeh bohat gehra sawal hai. yeh kya cheez hai jis ko aap mukammal nizam kehte hain? jis se bhi miliye, jis jis jis arab se miliye, woh kahega Islam deen kamil o shamil.</w:t>
      </w:r>
    </w:p>
    <w:p>
      <w:pPr>
        <w:jc w:val="right"/>
      </w:pPr>
      <w:r>
        <w:t>یہ سب کیوں ہے؟ یہ بہت گہرا سوال ہے۔ یہ کیا چیز ہے جس کو آپ مکمل نظام کہتے ہیں؟ جس سے بھی ملیے، جس جس جس عرب سے ملیے، وہ کہے گا اسلام دین کامل و شامل۔</w:t>
      </w:r>
    </w:p>
    <w:p>
      <w:r>
        <w:rPr>
          <w:b/>
        </w:rPr>
        <w:t xml:space="preserve">[12:23] </w:t>
      </w:r>
      <w:r>
        <w:t>ek obsession hai, obsession.</w:t>
      </w:r>
    </w:p>
    <w:p>
      <w:pPr>
        <w:jc w:val="right"/>
      </w:pPr>
      <w:r>
        <w:t>ایک ابسیشن ہے، ابسیشن۔</w:t>
      </w:r>
    </w:p>
    <w:p>
      <w:r>
        <w:rPr>
          <w:b/>
        </w:rPr>
        <w:t xml:space="preserve">[12:26] </w:t>
      </w:r>
      <w:r>
        <w:t>taqreeban har arab yahi kahega Islam deen kamil o shamil. yani Islam mukammal nizam hai. aur yeh jo mumalik hain, urdu speaking, in se miliye, woh bhi kahengay Islam mukammal nizam hai.</w:t>
      </w:r>
    </w:p>
    <w:p>
      <w:pPr>
        <w:jc w:val="right"/>
      </w:pPr>
      <w:r>
        <w:t>تقریباً ہر عرب یہی کہے گا اسلام دین کامل و شامل۔ یعنی اسلام مکمل نظام ہے۔ اور یہ جو ممالک ہیں، اردو اسپیکنگ، ان سے ملیے، وہ بھی کہیں گے اسلام مکمل نظام ہے۔</w:t>
      </w:r>
    </w:p>
    <w:p>
      <w:r>
        <w:rPr>
          <w:b/>
        </w:rPr>
        <w:t xml:space="preserve">[12:39] </w:t>
      </w:r>
      <w:r>
        <w:t>har aadmi isi boli bolta hai. main samajhta hoon ke shayad main akela hoon ga muslim country mein jo yeh boli nahi bolta. sab ke sab, mister bhi, molvi bhi,</w:t>
      </w:r>
    </w:p>
    <w:p>
      <w:pPr>
        <w:jc w:val="right"/>
      </w:pPr>
      <w:r>
        <w:t>ہر آدمی اسی بولی بولتا ہے۔ میں سمجھتا ہوں کہ شاید میں اکیلا ہوں گا مسلم کنٹری میں جو یہ بولی نہیں بولتا۔ سب کے سب، مسٹر بھی، مولوی بھی،</w:t>
      </w:r>
    </w:p>
    <w:p>
      <w:r>
        <w:rPr>
          <w:b/>
        </w:rPr>
        <w:t xml:space="preserve">[12:52] </w:t>
      </w:r>
      <w:r>
        <w:t>political aadmi bhi, non political bhi, sab yahi boli bol</w:t>
      </w:r>
    </w:p>
    <w:p>
      <w:pPr>
        <w:jc w:val="right"/>
      </w:pPr>
      <w:r>
        <w:t>پولیٹیکل آدمی بھی، نان پولیٹیکل بھی، سب یہی بولی بول</w:t>
      </w:r>
    </w:p>
    <w:p>
      <w:r>
        <w:rPr>
          <w:b/>
        </w:rPr>
        <w:t xml:space="preserve">[12:55] </w:t>
      </w:r>
      <w:r>
        <w:t>te hain. Islam mukammal nizam hai. Islam deen kamil o shamil. Islam az a complete system of life. is mein kya hai?</w:t>
      </w:r>
    </w:p>
    <w:p>
      <w:pPr>
        <w:jc w:val="right"/>
      </w:pPr>
      <w:r>
        <w:t>تے ہیں۔ اسلام مکمل نظام ہے۔ اسلام دین کامل و شامل۔ اسلام از اے کمپلیٹ سسٹم آف لائف۔ اس میں کیا ہے؟</w:t>
      </w:r>
    </w:p>
    <w:p>
      <w:r>
        <w:rPr>
          <w:b/>
        </w:rPr>
        <w:t xml:space="preserve">[13:04] </w:t>
      </w:r>
      <w:r>
        <w:t>is mein ek felicity hai. isi felicity ki wajah se yeh sab maslay paida hue hain. dekhiye, yeh baat apne aap mein durust hai ke Islam zindagi bhar mamle mein aap ko hidayat deta hai.</w:t>
      </w:r>
    </w:p>
    <w:p>
      <w:pPr>
        <w:jc w:val="right"/>
      </w:pPr>
      <w:r>
        <w:t>اس میں ایک فیلیسی ہے۔ اسی فیلیسی کی وجہ سے یہ سب مسئلے پیدا ہوئے ہیں۔ دیکھیے، یہ بات اپنے آپ میں درست ہے کہ اسلام زندگی بھر معاملے میں آپ کو ہدایت دیتا ہے۔</w:t>
      </w:r>
    </w:p>
    <w:p>
      <w:r>
        <w:rPr>
          <w:b/>
        </w:rPr>
        <w:t xml:space="preserve">[13:19] </w:t>
      </w:r>
      <w:r>
        <w:t>misalain ghar mein aap kaise rahein, is ke baray mein bhi hidayat hai.</w:t>
      </w:r>
    </w:p>
    <w:p>
      <w:pPr>
        <w:jc w:val="right"/>
      </w:pPr>
      <w:r>
        <w:t>مثلاً گھر میں آپ کیسے رہیں، اس کے بارے میں بھی ہدایت ہے۔</w:t>
      </w:r>
    </w:p>
    <w:p>
      <w:r>
        <w:rPr>
          <w:b/>
        </w:rPr>
        <w:t xml:space="preserve">[13:24] </w:t>
      </w:r>
      <w:r>
        <w:t>apne paros mein kaise rahein, is ke baray mein bhi hidayat hai.</w:t>
      </w:r>
    </w:p>
    <w:p>
      <w:pPr>
        <w:jc w:val="right"/>
      </w:pPr>
      <w:r>
        <w:t>اپنے پڑوس میں کیسے رہیں، اس کے بارے میں بھی ہدایت ہے۔</w:t>
      </w:r>
    </w:p>
    <w:p>
      <w:r>
        <w:rPr>
          <w:b/>
        </w:rPr>
        <w:t xml:space="preserve">[13:31] </w:t>
      </w:r>
      <w:r>
        <w:t>aap job karein to wahan kaise rahein, woh is ke baray mein bhi hidayat hai. aap business kar rahe hain, kaise business karein, is ke baray mein bhi hidayat hai.</w:t>
      </w:r>
    </w:p>
    <w:p>
      <w:pPr>
        <w:jc w:val="right"/>
      </w:pPr>
      <w:r>
        <w:t>آپ جاب کریں تو وہاں کیسے رہیں، وہ اس کے بارے میں بھی ہدایت ہے۔ آپ بزنس کر رہے ہیں، کیسے بزنس کریں، اس کے بارے میں بھی ہدایت ہے۔</w:t>
      </w:r>
    </w:p>
    <w:p>
      <w:r>
        <w:rPr>
          <w:b/>
        </w:rPr>
        <w:t xml:space="preserve">[13:40] </w:t>
      </w:r>
      <w:r>
        <w:t>dekhiye, felicity kya hai? felicity yeh hai ke hidayat ka matlab inhon ne le yeh liya ke government jo hai implement kare har cheez ko.</w:t>
      </w:r>
    </w:p>
    <w:p>
      <w:pPr>
        <w:jc w:val="right"/>
      </w:pPr>
      <w:r>
        <w:t>دیکھیے، فیلیسی کیا ہے؟ فیلیسی یہ ہے کہ ہدایت کا مطلب انہوں نے لے یہ لیا کہ گورنمنٹ جو ہے امپلیمنٹ کرے ہر چیز کو۔</w:t>
      </w:r>
    </w:p>
    <w:p>
      <w:r>
        <w:rPr>
          <w:b/>
        </w:rPr>
        <w:t xml:space="preserve">[13:51] </w:t>
      </w:r>
      <w:r>
        <w:t>yahan se gumrahi shuru hui. yahan se gumrahi shuru hui. ek bohat hi bari taleem sare peghambaron ko di thi, rasool Allah salallahu alaihi wasallam ne bhi di thi.</w:t>
      </w:r>
    </w:p>
    <w:p>
      <w:pPr>
        <w:jc w:val="right"/>
      </w:pPr>
      <w:r>
        <w:t>یہاں سے گمراہی شروع ہوئی۔ یہاں سے گمراہی شروع ہوئی۔ ایک بہت ہی بڑی تعلیم سارے پیغمبروں کو دی تھی، رسول اللہ صلی اللہ علیہ وسلم نے بھی دی تھی۔</w:t>
      </w:r>
    </w:p>
    <w:p>
      <w:r>
        <w:rPr>
          <w:b/>
        </w:rPr>
        <w:t xml:space="preserve">[14:04] </w:t>
      </w:r>
      <w:r>
        <w:t>dekhiye, bukhari mein ek riwayat hai ke "addu ilaihim haqqahum wa sallu Allah haqqakum" yani hukmaranon ko, rulers ko un ka haq do aur tumhara jo haq hai woh Allah se mango.</w:t>
      </w:r>
    </w:p>
    <w:p>
      <w:pPr>
        <w:jc w:val="right"/>
      </w:pPr>
      <w:r>
        <w:t>دیکھیے، بخاری میں ایک روایت ہے کہ "ادو الیہم حقہم و صلو اللہ حقکم" یعنی حکمرانوں کو، رولرز کو ان کا حق دو اور تمہارا جو حق ہے وہ اللہ سے مانگو۔</w:t>
      </w:r>
    </w:p>
    <w:p>
      <w:r>
        <w:rPr>
          <w:b/>
        </w:rPr>
        <w:t xml:space="preserve">[14:23] </w:t>
      </w:r>
      <w:r>
        <w:t>isi baat ko Hazrat Masih ne kaha tha ke "give to Caesar what is due to Caesar, give to God what is due to God".</w:t>
      </w:r>
    </w:p>
    <w:p>
      <w:pPr>
        <w:jc w:val="right"/>
      </w:pPr>
      <w:r>
        <w:t>اسی بات کو حضرت مسیح نے کہا تھا کہ "گیو ٹو سیزر واٹ از ڈیو ٹو سیزر، گیو ٹو گاڈ واٹ از ڈیو ٹو گاڈ"۔</w:t>
      </w:r>
    </w:p>
    <w:p>
      <w:r>
        <w:rPr>
          <w:b/>
        </w:rPr>
        <w:t xml:space="preserve">[14:34] </w:t>
      </w:r>
      <w:r>
        <w:t>yeh kya hai? is ko gehrai se samjhiye. is ka matlab yeh hai ke Islam mein taqseem kar hai, yani division of work.</w:t>
      </w:r>
    </w:p>
    <w:p>
      <w:pPr>
        <w:jc w:val="right"/>
      </w:pPr>
      <w:r>
        <w:t>یہ کیا ہے؟ اس کو گہرائی سے سمجھیے۔ اس کا مطلب یہ ہے کہ اسلام میں تقسیم کار ہے، یعنی ڈیویژن آف ورک۔</w:t>
      </w:r>
    </w:p>
    <w:p>
      <w:r>
        <w:rPr>
          <w:b/>
        </w:rPr>
        <w:t xml:space="preserve">[14:47] </w:t>
      </w:r>
      <w:r>
        <w:t>yehin se ghalati shuru hoti hai.</w:t>
      </w:r>
    </w:p>
    <w:p>
      <w:pPr>
        <w:jc w:val="right"/>
      </w:pPr>
      <w:r>
        <w:t>یہیں سے غلطی شروع ہوتی ہے۔</w:t>
      </w:r>
    </w:p>
    <w:p>
      <w:r>
        <w:rPr>
          <w:b/>
        </w:rPr>
        <w:t xml:space="preserve">[14:51] </w:t>
      </w:r>
      <w:r>
        <w:t>yani jo jo yani ek cheez woh hai jo implementation ka subject hai aur ek woh hai jo following ka subject hai.</w:t>
      </w:r>
    </w:p>
    <w:p>
      <w:pPr>
        <w:jc w:val="right"/>
      </w:pPr>
      <w:r>
        <w:t>یعنی جو جو یعنی ایک چیز وہ ہے جو امپلیمنٹیشن کا سبجیکٹ ہے اور ایک وہ ہے جو فالونگ کا سبجیکٹ ہے۔</w:t>
      </w:r>
    </w:p>
    <w:p>
      <w:r>
        <w:rPr>
          <w:b/>
        </w:rPr>
        <w:t xml:space="preserve">[15:06] </w:t>
      </w:r>
      <w:r>
        <w:t>yani administration ek cheez hai, administration jo hai woh implementation ka subject hai aur jo social system hai woh woh following ka subject hai.</w:t>
      </w:r>
    </w:p>
    <w:p>
      <w:pPr>
        <w:jc w:val="right"/>
      </w:pPr>
      <w:r>
        <w:t>یعنی ایڈمنسٹریشن ایک چیز ہے، ایڈمنسٹریشن جو ہے وہ امپلیمنٹیشن کا سبجیکٹ ہے اور جو سوشل سسٹم ہے وہ وہ فالونگ کا سبجیکٹ ہے۔</w:t>
      </w:r>
    </w:p>
    <w:p>
      <w:r>
        <w:rPr>
          <w:b/>
        </w:rPr>
        <w:t xml:space="preserve">[15:23] </w:t>
      </w:r>
      <w:r>
        <w:t>Islam mein yeh taqseem ki gayi, yani division of work</w:t>
      </w:r>
    </w:p>
    <w:p>
      <w:pPr>
        <w:jc w:val="right"/>
      </w:pPr>
      <w:r>
        <w:t>اسلام میں یہ تقسیم کی گئی، یعنی ڈیویژن آف ورک</w:t>
      </w:r>
    </w:p>
    <w:p>
      <w:r>
        <w:rPr>
          <w:b/>
        </w:rPr>
        <w:t xml:space="preserve">[15:30] </w:t>
      </w:r>
      <w:r>
        <w:t>۔ ek tabqa jo hai, yani jo rulers hain, woh to administration ko sambhalein, yani intezamiya ko sambhalein, hudood qaim karein,</w:t>
      </w:r>
    </w:p>
    <w:p>
      <w:pPr>
        <w:jc w:val="right"/>
      </w:pPr>
      <w:r>
        <w:t>۔ ایک طبقہ جو ہے، یعنی جو رولرز ہیں، وہ تو ایڈمنسٹریشن کو سنبھالیں، یعنی انتظامیہ کو سنبھالیں، حدود قائم کریں،</w:t>
      </w:r>
    </w:p>
    <w:p>
      <w:r>
        <w:rPr>
          <w:b/>
        </w:rPr>
        <w:t xml:space="preserve">[15:43] </w:t>
      </w:r>
      <w:r>
        <w:t>mulk mein aman qaim karein. ek tabqa doosra jo tabqa jo hai woh kya kare? woh logon ko educate kare, yani formal education aur informal education dono.</w:t>
      </w:r>
    </w:p>
    <w:p>
      <w:pPr>
        <w:jc w:val="right"/>
      </w:pPr>
      <w:r>
        <w:t>ملک میں امن قائم کریں۔ ایک طبقہ دوسرا جو طبقہ جو ہے وہ کیا کرے؟ وہ لوگوں کو ایجوکیٹ کرے، یعنی فارمل ایجوکیشن اور ان فارمل ایجوکیشن دونوں۔</w:t>
      </w:r>
    </w:p>
    <w:p>
      <w:r>
        <w:rPr>
          <w:b/>
        </w:rPr>
        <w:t xml:space="preserve">[15:57] </w:t>
      </w:r>
      <w:r>
        <w:t>do parallel ek dhara chalna chahiye. lekin inhon ne dono ko ek kar diya ke har cheez jo hai government ke qabze mein ho aur government implement kare.</w:t>
      </w:r>
    </w:p>
    <w:p>
      <w:pPr>
        <w:jc w:val="right"/>
      </w:pPr>
      <w:r>
        <w:t>دو پیرلل ایک دھارا چلنا چاہیے۔ لیکن انہوں نے دونوں کو ایک کر دیا کہ ہر چیز جو ہے گورنمنٹ کے قبضے میں ہو اور گورنمنٹ امپلیمنٹ کرے۔</w:t>
      </w:r>
    </w:p>
    <w:p>
      <w:r>
        <w:rPr>
          <w:b/>
        </w:rPr>
        <w:t xml:space="preserve">[16:09] </w:t>
      </w:r>
      <w:r>
        <w:t>to woh nature ke khilaf hai, that is against the law of nature.</w:t>
      </w:r>
    </w:p>
    <w:p>
      <w:pPr>
        <w:jc w:val="right"/>
      </w:pPr>
      <w:r>
        <w:t>تو وہ نیچر کے خلاف ہے، دیٹ از اگینسٹ دی لاء آف نیچر۔</w:t>
      </w:r>
    </w:p>
    <w:p>
      <w:r>
        <w:rPr>
          <w:b/>
        </w:rPr>
        <w:t xml:space="preserve">[16:15] </w:t>
      </w:r>
      <w:r>
        <w:t>to chunancha ab dekhiye ke wahan par jo main ne kaha ke inhon ne jo peshkash ki thi, abdul nasser, jawab abdul nasser ne, woh bilkul sahi baat thi ke ek group woh ho jo rule kare, yani admission ko sambhale.</w:t>
      </w:r>
    </w:p>
    <w:p>
      <w:pPr>
        <w:jc w:val="right"/>
      </w:pPr>
      <w:r>
        <w:t>تو چنانچہ اب دیکھیے کہ وہاں پر جو میں نے کہا کہ انہوں نے جو پیشکش کی تھی، عبدالناصر، جواب عبدالناصر نے، وہ بالکل صحیح بات تھی کہ ایک گروپ وہ ہو جو رول کرے، یعنی ایڈمیشن کو سنبھالے۔</w:t>
      </w:r>
    </w:p>
    <w:p>
      <w:r>
        <w:rPr>
          <w:b/>
        </w:rPr>
        <w:t xml:space="preserve">[16:35] </w:t>
      </w:r>
      <w:r>
        <w:t>aaj kal jo jo concept hai, bohat hi sahi concept hai ke woh government ko administration kehte hain.</w:t>
      </w:r>
    </w:p>
    <w:p>
      <w:pPr>
        <w:jc w:val="right"/>
      </w:pPr>
      <w:r>
        <w:t>آج کل جو جو کانسیپٹ ہے، بہت ہی صحیح کانسیپٹ ہے کہ وہ گورنمنٹ کو ایڈمنسٹریشن کہتے ہیں۔</w:t>
      </w:r>
    </w:p>
    <w:p>
      <w:r>
        <w:rPr>
          <w:b/>
        </w:rPr>
        <w:t xml:space="preserve">[16:43] </w:t>
      </w:r>
      <w:r>
        <w:t>mein ain is ko islami samajhta hoon, ain islami. ab jab kingship bola jata hai, government boli jati hai, bola jata hai administration.</w:t>
      </w:r>
    </w:p>
    <w:p>
      <w:pPr>
        <w:jc w:val="right"/>
      </w:pPr>
      <w:r>
        <w:t>میں عین اس کو اسلامی سمجھتا ہوں، عین اسلامی۔ اب جب کنگ شپ بولا جاتا ہے، گورنمنٹ بولی جاتی ہے، بولا جاتا ہے ایڈمنسٹریشن۔</w:t>
      </w:r>
    </w:p>
    <w:p>
      <w:r>
        <w:rPr>
          <w:b/>
        </w:rPr>
        <w:t xml:space="preserve">[16:53] </w:t>
      </w:r>
      <w:r>
        <w:t>yani obama jo hai woh administration ka head hai. yeh bohat hi sahi concept hai. to ek hai administration, intezamiya, aur ek hai mulk ko educate karna, mulk ke andar social reform lana.</w:t>
      </w:r>
    </w:p>
    <w:p>
      <w:pPr>
        <w:jc w:val="right"/>
      </w:pPr>
      <w:r>
        <w:t>یعنی اوباما جو ہے وہ ایڈمنسٹریشن کا ہیڈ ہے۔ یہ بہت ہی صحیح کانسیپٹ ہے۔ تو ایک ہے ایڈمنسٹریشن، انتظامیہ، اور ایک ہے ملک کو ایجوکیٹ کرنا، ملک کے اندر سوشل ریفارم لانا۔</w:t>
      </w:r>
    </w:p>
    <w:p>
      <w:r>
        <w:rPr>
          <w:b/>
        </w:rPr>
        <w:t xml:space="preserve">[17:11] </w:t>
      </w:r>
      <w:r>
        <w:t>yeh doosra subject hai. yeh NGOs karen. NGOs ka kaam hathiyar sambhalna nahi hai. aaj kal jo hua hai ke NGOs ne hathiyar sambhal liya hai, yeh mere tareeqe islam mein haram hai.</w:t>
      </w:r>
    </w:p>
    <w:p>
      <w:pPr>
        <w:jc w:val="right"/>
      </w:pPr>
      <w:r>
        <w:t>یہ دوسرا سبجیکٹ ہے۔ یہ این جی اوز کریں۔ این جی اوز کا کام ہتھیار سنبھالنا نہیں ہے۔ آج کل جو ہوا ہے کہ این جی اوز نے ہتھیار سنبھال لیا ہے، یہ میرے طریقے اسلام میں حرام ہے۔</w:t>
      </w:r>
    </w:p>
    <w:p>
      <w:r>
        <w:rPr>
          <w:b/>
        </w:rPr>
        <w:t xml:space="preserve">[17:27] </w:t>
      </w:r>
      <w:r>
        <w:t>ek hai government, ek hai NGOs. NGOs ka matlab hai non governmental organization.</w:t>
      </w:r>
    </w:p>
    <w:p>
      <w:pPr>
        <w:jc w:val="right"/>
      </w:pPr>
      <w:r>
        <w:t>ایک ہے گورنمنٹ، ایک ہے این جی اوز۔ این جی اوز کا مطلب ہے نان گورنمنٹل ارگنائزیشن۔</w:t>
      </w:r>
    </w:p>
    <w:p>
      <w:r>
        <w:rPr>
          <w:b/>
        </w:rPr>
        <w:t xml:space="preserve">[17:37] </w:t>
      </w:r>
      <w:r>
        <w:t>to ek hai government, ek hai NGO.</w:t>
      </w:r>
    </w:p>
    <w:p>
      <w:pPr>
        <w:jc w:val="right"/>
      </w:pPr>
      <w:r>
        <w:t>تو ایک ہے گورنمنٹ، ایک ہے این جی او۔</w:t>
      </w:r>
    </w:p>
    <w:p>
      <w:r>
        <w:rPr>
          <w:b/>
        </w:rPr>
        <w:t xml:space="preserve">[17:40] </w:t>
      </w:r>
      <w:r>
        <w:t>government jo hai woh democratic, democracy ke mutabiq chalai jayegi. yani har maslan har paanch saal ke baad election hoga, fair and free election.</w:t>
      </w:r>
    </w:p>
    <w:p>
      <w:pPr>
        <w:jc w:val="right"/>
      </w:pPr>
      <w:r>
        <w:t>گورنمنٹ جو ہے وہ ڈیموکریٹک، ڈیموکریسی کے مطابق چلائی جائے گی۔ یعنی ہر مثلاً ہر پانچ سال کے بعد الیکشن ہوگا، فیئر اینڈ فری الیکشن۔</w:t>
      </w:r>
    </w:p>
    <w:p>
      <w:r>
        <w:rPr>
          <w:b/>
        </w:rPr>
        <w:t xml:space="preserve">[17:54] </w:t>
      </w:r>
      <w:r>
        <w:t>yani is mein kisi ko aisa nahi ke jaise kingship mein hua karta tha ke jo aadmi ban gaya badshah to bas zindagi bhar badshahi kar raha hai, woh woh nahi.</w:t>
      </w:r>
    </w:p>
    <w:p>
      <w:pPr>
        <w:jc w:val="right"/>
      </w:pPr>
      <w:r>
        <w:t>یعنی اس میں کسی کو ایسا نہیں کہ جیسے کنگ شپ میں ہوا کرتا تھا کہ جو آدمی بن گیا بادشاہ تو بس زندگی بھر بادشاہی کر رہا ہے، وہ وہ نہیں۔</w:t>
      </w:r>
    </w:p>
    <w:p>
      <w:r>
        <w:rPr>
          <w:b/>
        </w:rPr>
        <w:t xml:space="preserve">[18:10] </w:t>
      </w:r>
      <w:r>
        <w:t>har paanch saal ke baad fair and free election ho aur jis ko log chunen majority se, woh rule kare.</w:t>
      </w:r>
    </w:p>
    <w:p>
      <w:pPr>
        <w:jc w:val="right"/>
      </w:pPr>
      <w:r>
        <w:t>ہر پانچ سال کے بعد فیئر اینڈ فری الیکشن ہو اور جس کو لوگ چنیں میجورٹی سے، وہ رول کرے۔</w:t>
      </w:r>
    </w:p>
    <w:p>
      <w:r>
        <w:rPr>
          <w:b/>
        </w:rPr>
        <w:t xml:space="preserve">[18:21] </w:t>
      </w:r>
      <w:r>
        <w:t>rule karne ka matlab yeh nahi ke saare shobon mein rule kare. kuch shobe free rahenge,</w:t>
      </w:r>
    </w:p>
    <w:p>
      <w:pPr>
        <w:jc w:val="right"/>
      </w:pPr>
      <w:r>
        <w:t>رول کرنے کا معنی یہ نہیں کہ سارے شعبوں میں رول کرے۔ کچھ شعبے فری رہیں گے،</w:t>
      </w:r>
    </w:p>
    <w:p>
      <w:r>
        <w:rPr>
          <w:b/>
        </w:rPr>
        <w:t xml:space="preserve">[18:28] </w:t>
      </w:r>
      <w:r>
        <w:t>woh administration chalaye bas. aur jo doosre hain, bas school hai, college hai, university hai, idare hain, masjid hai, madrasa hai, yeh saara jo hai NGOs chalaen.</w:t>
      </w:r>
    </w:p>
    <w:p>
      <w:pPr>
        <w:jc w:val="right"/>
      </w:pPr>
      <w:r>
        <w:t>وہ ایڈمنسٹریشن چلائے بس۔ اور جو دوسرے ہیں، بس اسکول ہے، کالج ہے، یونیورسٹی ہے، ادارے ہیں، مسجد ہے، مدرسہ ہے، یہ سارا جو ہے این جی اوز چلائیں۔</w:t>
      </w:r>
    </w:p>
    <w:p>
      <w:r>
        <w:rPr>
          <w:b/>
        </w:rPr>
        <w:t xml:space="preserve">[18:44] </w:t>
      </w:r>
      <w:r>
        <w:t>non governmental organizations. yeh islam mein taqseem hai. yahi woh baat, yahi baat kahi thi rasool Allah salallahu alaihi wasallam ne ke "adool ilayhim haqqahum wa saloo Allah haqqakum".</w:t>
      </w:r>
    </w:p>
    <w:p>
      <w:pPr>
        <w:jc w:val="right"/>
      </w:pPr>
      <w:r>
        <w:t>نان گورنمنٹل ارگنائزیشنز۔ یہ اسلام میں تقسیم ہے۔ یہی وہ بات، یہی بات کہی تھی رسول اللہ صلی اللہ علیہ وسلم نے کہ "ادو الیہم حقہم و صلو اللہ حقکم"۔</w:t>
      </w:r>
    </w:p>
    <w:p>
      <w:r>
        <w:rPr>
          <w:b/>
        </w:rPr>
        <w:t xml:space="preserve">[18:59] </w:t>
      </w:r>
      <w:r>
        <w:t>yani jo rulers hain, un ka jo haq hai, woh do un ko. woh tax mangen, woh tax do un ko. aur tumhara jo haq hai, jo tumhari duty jo hai, haq mein duty, yeh tumhari duty hai, woh tum poori karo.</w:t>
      </w:r>
    </w:p>
    <w:p>
      <w:pPr>
        <w:jc w:val="right"/>
      </w:pPr>
      <w:r>
        <w:t>یعنی جو رولرز ہیں، ان کا جو حق ہے، وہ دو ان کو۔ وہ ٹیکس مانگیں، وہ ٹیکس دو ان کو۔ اور تمہارا جو حق ہے، جو تمہاری ڈیوٹی جو ہے، حق میں ڈیوٹی، یہ تمہاری ڈیوٹی ہے، وہ تم پوری کرو۔</w:t>
      </w:r>
    </w:p>
    <w:p>
      <w:r>
        <w:rPr>
          <w:b/>
        </w:rPr>
        <w:t xml:space="preserve">[19:15] </w:t>
      </w:r>
      <w:r>
        <w:t>yeh hai division of work. to ek duty hai NGOs ki, ek duty hai rulers ki.</w:t>
      </w:r>
    </w:p>
    <w:p>
      <w:pPr>
        <w:jc w:val="right"/>
      </w:pPr>
      <w:r>
        <w:t>یہ ہے ڈیویژن آف ورک۔ تو ایک ڈیوٹی ہے این جی اوز کی، ایک ڈیوٹی ہے رولرز کی۔</w:t>
      </w:r>
    </w:p>
    <w:p>
      <w:r>
        <w:rPr>
          <w:b/>
        </w:rPr>
        <w:t xml:space="preserve">[19:25] </w:t>
      </w:r>
      <w:r>
        <w:t>isko yahi reform kiya tha peghambaron ne, rasool Allah salallahu alaihi wasallam ne. baad ke zamaney mein ghalat taur par is ko kaha gaya ke mazhab o sath darmian judai.</w:t>
      </w:r>
    </w:p>
    <w:p>
      <w:pPr>
        <w:jc w:val="right"/>
      </w:pPr>
      <w:r>
        <w:t>اس کو یہی ریفارم کیا تھا پیغمبروں نے، رسول اللہ صلی اللہ علیہ وسلم نے۔ بعد کے زمانے میں غلط طور پر اس کو کہا گیا کہ مذہب و ساتھ درمیان جدائی۔</w:t>
      </w:r>
    </w:p>
    <w:p>
      <w:r>
        <w:rPr>
          <w:b/>
        </w:rPr>
        <w:t xml:space="preserve">[19:38] </w:t>
      </w:r>
      <w:r>
        <w:t>yeh bilkul ghalat baat hai. yeh judai nahi hai. is ko hai work. yeh taqseem kar hai. yeh</w:t>
      </w:r>
    </w:p>
    <w:p>
      <w:pPr>
        <w:jc w:val="right"/>
      </w:pPr>
      <w:r>
        <w:t>یہ بالکل غلط بات ہے۔ یہ جدائی نہیں ہے۔ اس کو ہے ورک۔ یہ تقسیم کار ہے۔ یہ</w:t>
      </w:r>
    </w:p>
    <w:p>
      <w:r>
        <w:rPr>
          <w:b/>
        </w:rPr>
        <w:t xml:space="preserve">[19:48] </w:t>
      </w:r>
      <w:r>
        <w:t>is zamaney mein jo log paida hue, jo so called thinkers, sab mein is ko kiya kaha?</w:t>
      </w:r>
    </w:p>
    <w:p>
      <w:pPr>
        <w:jc w:val="right"/>
      </w:pPr>
      <w:r>
        <w:t>اس زمانے میں جو لوگ پیدا ہوئے، جو سو کالڈ تھنکرز، سب میں اس کو کیا کہا؟</w:t>
      </w:r>
    </w:p>
    <w:p>
      <w:r>
        <w:rPr>
          <w:b/>
        </w:rPr>
        <w:t xml:space="preserve">[19:52] </w:t>
      </w:r>
      <w:r>
        <w:t>yeh to mazhab o siyasat ke darmian judai hai. separation hai. yeh bhi ghalat baat hai. separation ki baat nahi hai. yeh duty ki judai hai, na ke shobe ki judai.</w:t>
      </w:r>
    </w:p>
    <w:p>
      <w:pPr>
        <w:jc w:val="right"/>
      </w:pPr>
      <w:r>
        <w:t>یہ تو مذہب و سیاست کے درمیان جدائی ہے۔ سیپریشن ہے۔ یہ بھی غلط بات ہے۔ سیپریشن کی بات نہیں ہے۔ یہ ڈیوٹی کی جدائی ہے، نہ کہ شعبے کی جدائی۔</w:t>
      </w:r>
    </w:p>
    <w:p>
      <w:r>
        <w:rPr>
          <w:b/>
        </w:rPr>
        <w:t xml:space="preserve">[20:06] </w:t>
      </w:r>
      <w:r>
        <w:t>ke ek duty tumhari hai, tum karo. ek duty meri hai, main karunga. yani division of work, division of labor, taqseem kar.</w:t>
      </w:r>
    </w:p>
    <w:p>
      <w:pPr>
        <w:jc w:val="right"/>
      </w:pPr>
      <w:r>
        <w:t>کہ ایک ڈیوٹی تمہاری ہے، تم کرو۔ ایک ڈیوٹی میری ہے، میں کروں گا۔ یعنی ڈیویژن آف ورک، ڈیویژن آف لیبر، تقسیم کار۔</w:t>
      </w:r>
    </w:p>
    <w:p>
      <w:r>
        <w:rPr>
          <w:b/>
        </w:rPr>
        <w:t xml:space="preserve">[20:19] </w:t>
      </w:r>
      <w:r>
        <w:t>itni zabardast yeh baat hai</w:t>
      </w:r>
    </w:p>
    <w:p>
      <w:pPr>
        <w:jc w:val="right"/>
      </w:pPr>
      <w:r>
        <w:t>اتنی زبردست یہ بات ہے</w:t>
      </w:r>
    </w:p>
    <w:p>
      <w:r>
        <w:rPr>
          <w:b/>
        </w:rPr>
        <w:t xml:space="preserve">[20:23] </w:t>
      </w:r>
      <w:r>
        <w:t>ke administration ki ke duty hukmaranon ki ho aur education, social reform, institution jo hain, woh NGOs ki ho.</w:t>
      </w:r>
    </w:p>
    <w:p>
      <w:pPr>
        <w:jc w:val="right"/>
      </w:pPr>
      <w:r>
        <w:t>کہ ایڈمنسٹریشن کی کہ ڈیوٹی حکمرانوں کی ہو اور ایجوکیشن، سوشل ریفارم، انسٹیٹیوشن جو ہیں، وہ این جی اوز کی ہو۔</w:t>
      </w:r>
    </w:p>
    <w:p>
      <w:r>
        <w:rPr>
          <w:b/>
        </w:rPr>
        <w:t xml:space="preserve">[20:36] </w:t>
      </w:r>
      <w:r>
        <w:t>to kuch bhi na ho, gadbad.</w:t>
      </w:r>
    </w:p>
    <w:p>
      <w:pPr>
        <w:jc w:val="right"/>
      </w:pPr>
      <w:r>
        <w:t>تو کچھ بھی نہ ہو، گڑبڑ۔</w:t>
      </w:r>
    </w:p>
    <w:p>
      <w:r>
        <w:rPr>
          <w:b/>
        </w:rPr>
        <w:t xml:space="preserve">[20:40] </w:t>
      </w:r>
      <w:r>
        <w:t>ab dekhen ke misr mein majority jo hai, abhi un ki bohat thi, ya to taleemi nahi hai ya ya illiterate hai ya semi illiterate hai.</w:t>
      </w:r>
    </w:p>
    <w:p>
      <w:pPr>
        <w:jc w:val="right"/>
      </w:pPr>
      <w:r>
        <w:t>اب دیکھیں کہ مصر میں میجورٹی جو ہے، ابھی ان کی بہت تھی، یا تو تعلیمی نہیں ہے یا یا اللیٹریٹ ہے یا سیمی اللیٹریٹ ہے۔</w:t>
      </w:r>
    </w:p>
    <w:p>
      <w:r>
        <w:rPr>
          <w:b/>
        </w:rPr>
        <w:t xml:space="preserve">[20:51] </w:t>
      </w:r>
      <w:r>
        <w:t>woh dono barabar hain aur ghurbat bhi bohat zyada hai.</w:t>
      </w:r>
    </w:p>
    <w:p>
      <w:pPr>
        <w:jc w:val="right"/>
      </w:pPr>
      <w:r>
        <w:t>وہ دونوں برابر ہیں اور غربت بھی بہت زیادہ ہے۔</w:t>
      </w:r>
    </w:p>
    <w:p>
      <w:r>
        <w:rPr>
          <w:b/>
        </w:rPr>
        <w:t xml:space="preserve">[20:57] </w:t>
      </w:r>
      <w:r>
        <w:t>yeh jo NGOs theen, Al-Khawān al-Muslimūn jaise log, woh is field mein kaam karte ke logon ko educate karte.</w:t>
      </w:r>
    </w:p>
    <w:p>
      <w:pPr>
        <w:jc w:val="right"/>
      </w:pPr>
      <w:r>
        <w:t>یہ جو این جی اوز تھیں، الخوان المسلمون جیسے لوگ، وہ اس فیلڈ میں کام کرتے کہ لوگوں کو ایجوکیٹ کرتے۔</w:t>
      </w:r>
    </w:p>
    <w:p>
      <w:r>
        <w:rPr>
          <w:b/>
        </w:rPr>
        <w:t xml:space="preserve">[21:09] </w:t>
      </w:r>
      <w:r>
        <w:t>wo masjid achhe ka ka nizam achhe tarike se chalate, madrase ka nizam achhe tarike se chalate. wo logon ko modern industry batate, modern technique batate,</w:t>
      </w:r>
    </w:p>
    <w:p>
      <w:pPr>
        <w:jc w:val="right"/>
      </w:pPr>
      <w:r>
        <w:t>وہ مسجد اچھے کا کا نظام اچھے طریقے سے چلاتے، مدرسے کا نظام اچھے طریقے سے چلاتے۔ وہ لوگوں کو ماڈرن انڈسٹری بتاتے، ماڈرن ٹیکنیک بتاتے،</w:t>
      </w:r>
    </w:p>
    <w:p>
      <w:r>
        <w:rPr>
          <w:b/>
        </w:rPr>
        <w:t xml:space="preserve">[21:22] </w:t>
      </w:r>
      <w:r>
        <w:t>modern economy jo hai, usko samajhte.</w:t>
      </w:r>
    </w:p>
    <w:p>
      <w:pPr>
        <w:jc w:val="right"/>
      </w:pPr>
      <w:r>
        <w:t>ماڈرن اکانومی جو ہے، اس کو سمجھتے۔</w:t>
      </w:r>
    </w:p>
    <w:p>
      <w:r>
        <w:rPr>
          <w:b/>
        </w:rPr>
        <w:t xml:space="preserve">[21:27] </w:t>
      </w:r>
      <w:r>
        <w:t>to non governmental jo shoba hai, us mein logon ko barabar yeh kaam dekhen, generation of generation karne ka hai.</w:t>
      </w:r>
    </w:p>
    <w:p>
      <w:pPr>
        <w:jc w:val="right"/>
      </w:pPr>
      <w:r>
        <w:t>تو نان گورنمنٹل جو شعبہ ہے، اس میں لوگوں کو برابر یہ کام دیکھیں، جنریشن آف جنریشن کرنے کا ہے۔</w:t>
      </w:r>
    </w:p>
    <w:p>
      <w:r>
        <w:rPr>
          <w:b/>
        </w:rPr>
        <w:t xml:space="preserve">[21:36] </w:t>
      </w:r>
      <w:r>
        <w:t>log jeete hain, marte hain, jeete hain, marte hain. to ek baar karne ka nahi hai. abhi log zinda hain, wo mar jayenge, naye paida honge. to yeh jo NGOs wala kaam, jis ko main keh raha hoon,</w:t>
      </w:r>
    </w:p>
    <w:p>
      <w:pPr>
        <w:jc w:val="right"/>
      </w:pPr>
      <w:r>
        <w:t>لوگ جیتے ہیں، مرتے ہیں، جیتے ہیں، مرتے ہیں۔ تو ایک بار کرنے کا نہیں ہے۔ ابھی لوگ زندہ ہیں، وہ مر جائیں گے، نئے پیدا ہوں گے۔ تو یہ جو این جی اوز والا کام، جس کو میں کہہ رہا ہوں،</w:t>
      </w:r>
    </w:p>
    <w:p>
      <w:r>
        <w:rPr>
          <w:b/>
        </w:rPr>
        <w:t xml:space="preserve">[21:49] </w:t>
      </w:r>
      <w:r>
        <w:t>yeh to generation of generation karne ka kaam hai. ek baar ka kaam nahi hai. wo</w:t>
      </w:r>
    </w:p>
    <w:p>
      <w:pPr>
        <w:jc w:val="right"/>
      </w:pPr>
      <w:r>
        <w:t>یہ تو جنریشن آف جنریشن کرنے کا کام ہے۔ ایک بار کا کام نہیں ہے۔ وہ</w:t>
      </w:r>
    </w:p>
    <w:p>
      <w:r>
        <w:rPr>
          <w:b/>
        </w:rPr>
        <w:t xml:space="preserve">[21:57] </w:t>
      </w:r>
      <w:r>
        <w:t>bahut hi mazboot tarike par chalega nizam zindagi ka.</w:t>
      </w:r>
    </w:p>
    <w:p>
      <w:pPr>
        <w:jc w:val="right"/>
      </w:pPr>
      <w:r>
        <w:t>بہت ہی مضبوط طریقے پر چلے گا نظام زندگی کا۔</w:t>
      </w:r>
    </w:p>
    <w:p>
      <w:r>
        <w:rPr>
          <w:b/>
        </w:rPr>
        <w:t xml:space="preserve">[22:05] </w:t>
      </w:r>
      <w:r>
        <w:t>lekin derailment ho gaya. abhi jo hai, wo derailment hai ke unhon ne kaha ke saare hi Islam ke saare ko tumhein implement kar ke qaim karna hai.</w:t>
      </w:r>
    </w:p>
    <w:p>
      <w:pPr>
        <w:jc w:val="right"/>
      </w:pPr>
      <w:r>
        <w:t>لیکن ڈیریلمنٹ ہو گیا۔ ابھی جو ہے، وہ ڈیریلمنٹ ہے کہ انہوں نے کہا کہ سارے ہی اسلام کے سارے کو تمہیں امپلیمنٹ کر کے قائم کرنا ہے۔</w:t>
      </w:r>
    </w:p>
    <w:p>
      <w:r>
        <w:rPr>
          <w:b/>
        </w:rPr>
        <w:t xml:space="preserve">[22:16] </w:t>
      </w:r>
      <w:r>
        <w:t>har cheez government ke qabze mein. nateeja yeh hai ke takrao ho raha hai, takrao ho raha hai, takrao ho raha hai.</w:t>
      </w:r>
    </w:p>
    <w:p>
      <w:pPr>
        <w:jc w:val="right"/>
      </w:pPr>
      <w:r>
        <w:t>ہر چیز گورنمنٹ کے قبضے میں۔ نتیجہ یہ ہے کہ ٹکراؤ ہو رہا ہے، ٹکراؤ ہو رہا ہے، ٹکراؤ ہو رہا ہے۔</w:t>
      </w:r>
    </w:p>
    <w:p>
      <w:r>
        <w:rPr>
          <w:b/>
        </w:rPr>
        <w:t xml:space="preserve">[22:23] </w:t>
      </w:r>
      <w:r>
        <w:t>agar aap bifurcation kar dein, yaani division of work kar dein, to wo apni duty karenge, wo apni duty karenge. koi takrao nahi.</w:t>
      </w:r>
    </w:p>
    <w:p>
      <w:pPr>
        <w:jc w:val="right"/>
      </w:pPr>
      <w:r>
        <w:t>اگر آپ بائی فرکیشن کر دیں، یعنی ڈیویژن آف ورک کر دیں، تو وہ اپنی ڈیوٹی کریں گے، وہ اپنی ڈیوٹی کریں گے۔ کوئی ٹکراؤ نہیں۔</w:t>
      </w:r>
    </w:p>
    <w:p>
      <w:r>
        <w:rPr>
          <w:b/>
        </w:rPr>
        <w:t xml:space="preserve">[22:36] </w:t>
      </w:r>
      <w:r>
        <w:t>yahi offer jo jawad al nasr ne diya tha, wahi offer</w:t>
      </w:r>
    </w:p>
    <w:p>
      <w:pPr>
        <w:jc w:val="right"/>
      </w:pPr>
      <w:r>
        <w:t>یہی افر جو جواد النصر نے دیا تھا، وہی افر</w:t>
      </w:r>
    </w:p>
    <w:p>
      <w:r>
        <w:rPr>
          <w:b/>
        </w:rPr>
        <w:t xml:space="preserve">[22:42] </w:t>
      </w:r>
      <w:r>
        <w:t>Ayub Khan ne diya tha. main samajhta hoon ke is is daur mein jo Pakistan ka jo sadar Ayub Khan jo tha, wo bahut hi wisdom wala aadmi tha.</w:t>
      </w:r>
    </w:p>
    <w:p>
      <w:pPr>
        <w:jc w:val="right"/>
      </w:pPr>
      <w:r>
        <w:t>ایوب خان نے دیا تھا۔ میں سمجھتا ہوں کہ اس اس دور میں جو پاکستان کا جو صدر ایوب خان جو تھا، وہ بہت ہی وزڈم والا آدمی تھا۔</w:t>
      </w:r>
    </w:p>
    <w:p>
      <w:r>
        <w:rPr>
          <w:b/>
        </w:rPr>
        <w:t xml:space="preserve">[22:55] </w:t>
      </w:r>
      <w:r>
        <w:t>agarche Pakistan is ko accept nahi kiya, kyunke us ne bhi yahi kiya tha ke us ne jo wahan jo so called Islamists hain, un ko offer diya tha ke aap education ka shoba sambhal lijiye, mulk ko educate kijiye.</w:t>
      </w:r>
    </w:p>
    <w:p>
      <w:pPr>
        <w:jc w:val="right"/>
      </w:pPr>
      <w:r>
        <w:t>اگرچہ پاکستان اس کو ایکسیپٹ نہیں کیا، کیونکہ اس نے بھی یہی کیا تھا کہ اس نے جو وہاں جو سو کالڈ اسلامسٹ ہیں، ان کو افر دیا تھا کہ آپ ایجوکیشن کا شعبہ سنبھال لیجئے، ملک کو ایجوکیٹ کیجئے۔</w:t>
      </w:r>
    </w:p>
    <w:p>
      <w:r>
        <w:rPr>
          <w:b/>
        </w:rPr>
        <w:t xml:space="preserve">[23:10] </w:t>
      </w:r>
      <w:r>
        <w:t>matlab hum admission chalayenge, aap education chalaiye.</w:t>
      </w:r>
    </w:p>
    <w:p>
      <w:pPr>
        <w:jc w:val="right"/>
      </w:pPr>
      <w:r>
        <w:t>مطلب ہم ایڈمیشن چلائیں گے، آپ ایجوکیشن چلائیے۔</w:t>
      </w:r>
    </w:p>
    <w:p>
      <w:r>
        <w:rPr>
          <w:b/>
        </w:rPr>
        <w:t xml:space="preserve">[23:15] </w:t>
      </w:r>
      <w:r>
        <w:t>bahut hi sahi baat ki thi. lekin jitne wahan ke ulma the, jitne wahan ke so called Islamists the, sab ne is ko inkar kar diya ke nahi, hum sara qabza hamara hoga.</w:t>
      </w:r>
    </w:p>
    <w:p>
      <w:pPr>
        <w:jc w:val="right"/>
      </w:pPr>
      <w:r>
        <w:t>بہت ہی صحیح بات کی تھی۔ لیکن جتنے وہاں کے علماء تھے، جتنے وہاں کے سو کالڈ اسلامسٹ تھے، سب نے اس کو انکار کر دیا کہ نہیں، ہم سارا قبضہ ہمارا ہوگا۔</w:t>
      </w:r>
    </w:p>
    <w:p>
      <w:r>
        <w:rPr>
          <w:b/>
        </w:rPr>
        <w:t xml:space="preserve">[23:25] </w:t>
      </w:r>
      <w:r>
        <w:t>hukumat ke seat par baith kar hum sara kaam karenge. yeh bahut badi fallacy hai. yeh sahi hai ke Islam har shobe mein kehta hai, yaani hidayat deta hai.</w:t>
      </w:r>
    </w:p>
    <w:p>
      <w:pPr>
        <w:jc w:val="right"/>
      </w:pPr>
      <w:r>
        <w:t>حکومت کے سیٹ پر بیٹھ کر ہم سارا کام کریں گے۔ یہ بہت بڑی فیلیسی ہے۔ یہ صحیح ہے کہ اسلام ہر شعبے میں کہتا ہے، یعنی ہدایت دیتا ہے۔</w:t>
      </w:r>
    </w:p>
    <w:p>
      <w:r>
        <w:rPr>
          <w:b/>
        </w:rPr>
        <w:t xml:space="preserve">[23:39] </w:t>
      </w:r>
      <w:r>
        <w:t>misalan khud Islam kahega, sach bolo. aur yeh nahi ke sach bulwao. yeh bhai Islam mein nahi hai. hukumat par qabza kar ke logon ko kode maro aur sach bulwao, yeh Islam nahi hai.</w:t>
      </w:r>
    </w:p>
    <w:p>
      <w:pPr>
        <w:jc w:val="right"/>
      </w:pPr>
      <w:r>
        <w:t>مثلاً خود اسلام کہے گا، سچ بولو۔ اور یہ نہیں کہ سچ بلواؤ۔ یہ بھئی اسلام میں نہیں ہے۔ حکومت پر قبضہ کر کے لوگ کوڑے مارو اور سچ بلواؤ، یہ اسلام نہیں ہے۔</w:t>
      </w:r>
    </w:p>
    <w:p>
      <w:r>
        <w:rPr>
          <w:b/>
        </w:rPr>
        <w:t xml:space="preserve">[23:52] </w:t>
      </w:r>
      <w:r>
        <w:t>yeh nahi Islam hai. Islam yeh hai ke logon ko aap samjhayein, naseehat karein,</w:t>
      </w:r>
    </w:p>
    <w:p>
      <w:pPr>
        <w:jc w:val="right"/>
      </w:pPr>
      <w:r>
        <w:t>یہ نہیں اسلام ہے۔ اسلام یہ ہے کہ لوگوں کو آپ سمجھائیں، نصیحت کریں،</w:t>
      </w:r>
    </w:p>
    <w:p>
      <w:r>
        <w:rPr>
          <w:b/>
        </w:rPr>
        <w:t xml:space="preserve">[23:57] </w:t>
      </w:r>
      <w:r>
        <w:t>logon ki, logon ke yeh, yaani logon ke andar soch layein, logon ke andar sahi sahi character layein taake log samaj mein soch sach bol kar rahen.</w:t>
      </w:r>
    </w:p>
    <w:p>
      <w:pPr>
        <w:jc w:val="right"/>
      </w:pPr>
      <w:r>
        <w:t>لوگوں کی، لوگوں کے یہ، یعنی لوگوں کے اندر سوچ لائیں، لوگوں کے اندر صحیح صحیح کریکٹر لائیں تاکہ لوگ سماج میں سوچ سچ بول کر رہیں۔</w:t>
      </w:r>
    </w:p>
    <w:p>
      <w:r>
        <w:rPr>
          <w:b/>
        </w:rPr>
        <w:t xml:space="preserve">[24:16] </w:t>
      </w:r>
      <w:r>
        <w:t>Islam mein yeh hai ke sach bolo, lekin yeh nahi ke sach bulwao, maar maar kar ke. yeh nahi Islam hai.</w:t>
      </w:r>
    </w:p>
    <w:p>
      <w:pPr>
        <w:jc w:val="right"/>
      </w:pPr>
      <w:r>
        <w:t>اسلام میں یہ ہے کہ سچ بولو، لیکن یہ نہیں کہ سچ بلواؤ، مار مار کر کے۔ یہ نہیں اسلام ہے۔</w:t>
      </w:r>
    </w:p>
    <w:p>
      <w:r>
        <w:rPr>
          <w:b/>
        </w:rPr>
        <w:t xml:space="preserve">[24:24] </w:t>
      </w:r>
      <w:r>
        <w:t>ab main ek misaal deta hoon aap ko.</w:t>
      </w:r>
    </w:p>
    <w:p>
      <w:pPr>
        <w:jc w:val="right"/>
      </w:pPr>
      <w:r>
        <w:t>اب میں ایک مثال دیتا ہوں آپ کو۔</w:t>
      </w:r>
    </w:p>
    <w:p>
      <w:r>
        <w:rPr>
          <w:b/>
        </w:rPr>
        <w:t xml:space="preserve">[24:28] </w:t>
      </w:r>
      <w:r>
        <w:t>Quran mein kai jagah yeh batai gayi ke aye logon, tum adl karo, justice se kaam lo. kai jagah yeh baat hai.</w:t>
      </w:r>
    </w:p>
    <w:p>
      <w:pPr>
        <w:jc w:val="right"/>
      </w:pPr>
      <w:r>
        <w:t>قرآن میں کئی جگہ یہ بتائی گئی کہ اے لوگوں، تم عدل کرو، جسٹس سے کام لو۔ کئی جگہ یہ بات ہے۔</w:t>
      </w:r>
    </w:p>
    <w:p>
      <w:r>
        <w:rPr>
          <w:b/>
        </w:rPr>
        <w:t xml:space="preserve">[24:41] </w:t>
      </w:r>
      <w:r>
        <w:t>aye dilo, misalan aye adl ke sath kaam karo, insaaf ke sath kaam karo, justice ke sath kaam karo.</w:t>
      </w:r>
    </w:p>
    <w:p>
      <w:pPr>
        <w:jc w:val="right"/>
      </w:pPr>
      <w:r>
        <w:t>اے دلوں، مثلاً اے عدل کے ساتھ کام کرو، انصاف کے ساتھ کام کرو، جسٹس کے ساتھ کام کرو۔</w:t>
      </w:r>
    </w:p>
    <w:p>
      <w:r>
        <w:rPr>
          <w:b/>
        </w:rPr>
        <w:t xml:space="preserve">[24:51] </w:t>
      </w:r>
      <w:r>
        <w:t>is ke maani kya? ulma ne bana diya, yaani adl karwao, adl ka nizam qaim karo,</w:t>
      </w:r>
    </w:p>
    <w:p>
      <w:pPr>
        <w:jc w:val="right"/>
      </w:pPr>
      <w:r>
        <w:t>اس کے معنی کیا؟ علماء نے بنا دیا، یعنی عدل کرواؤ، عدل کا نظام قائم کرو،</w:t>
      </w:r>
    </w:p>
    <w:p>
      <w:r>
        <w:rPr>
          <w:b/>
        </w:rPr>
        <w:t xml:space="preserve">[24:57] </w:t>
      </w:r>
      <w:r>
        <w:t>yaani yaani wo by force adl ko implement karo. yeh hai deviation. yeh hai deviation.</w:t>
      </w:r>
    </w:p>
    <w:p>
      <w:pPr>
        <w:jc w:val="right"/>
      </w:pPr>
      <w:r>
        <w:t>یعنی یعنی وہ بائی فورس عدل کو امپلیمنٹ کرو۔ یہ ہے ڈیوی ایشن۔ یہ ہے ڈیوی ایشن۔</w:t>
      </w:r>
    </w:p>
    <w:p>
      <w:r>
        <w:rPr>
          <w:b/>
        </w:rPr>
        <w:t xml:space="preserve">[25:10] </w:t>
      </w:r>
      <w:r>
        <w:t>ab dekhen, Surah Al-Hadid mein yeh ayat hai: "انا ارسلنا رسلنا بالبینات، وانزلنا معہم الکتاب، لعقوب الناس بالقسط".</w:t>
      </w:r>
    </w:p>
    <w:p>
      <w:pPr>
        <w:jc w:val="right"/>
      </w:pPr>
      <w:r>
        <w:t>اب دیکھیں، سورہ الحدید میں یہ آیت ہے: "انا ارسلنا رسلنا بالبینات، وانزلنا معہم الکتاب، لعقوب الناس بالقسط"۔</w:t>
      </w:r>
    </w:p>
    <w:p>
      <w:r>
        <w:rPr>
          <w:b/>
        </w:rPr>
        <w:t xml:space="preserve">[25:21] </w:t>
      </w:r>
      <w:r>
        <w:t>yani Allah taala ne farmaya ke hum ne kitab utari, peghambar bheje, hidayat di, "laqawman bilqist" taake log justice par qaim hon.</w:t>
      </w:r>
    </w:p>
    <w:p>
      <w:pPr>
        <w:jc w:val="right"/>
      </w:pPr>
      <w:r>
        <w:t>یعنی اللہ تعالی نے فرمایا کہ ہم نے کتاب اتاری، پیغمبر بھیجے، ہدایت دی، "لعقوب الناس بالقسط" تاکہ لوگ جسٹس پر قائم ہوں۔</w:t>
      </w:r>
    </w:p>
    <w:p>
      <w:r>
        <w:rPr>
          <w:b/>
        </w:rPr>
        <w:t xml:space="preserve">[25:36] </w:t>
      </w:r>
      <w:r>
        <w:t>yeh hai lazim ka seigha, yani mutaddad ka seigha nahi hai. Yani yeh passive voice hai, active voice nahi hai. Taake log justice par qaim hon.</w:t>
      </w:r>
    </w:p>
    <w:p>
      <w:pPr>
        <w:jc w:val="right"/>
      </w:pPr>
      <w:r>
        <w:t>یہ ہے لازم کا صیغہ، یعنی متعدد کا صیغہ نہیں ہے۔ یعنی یہ پیسو وائس ہے، ایکٹیو وائس نہیں ہے۔ تاکہ لوگ جسٹس پر قائم ہوں۔</w:t>
      </w:r>
    </w:p>
    <w:p>
      <w:r>
        <w:rPr>
          <w:b/>
        </w:rPr>
        <w:t xml:space="preserve">[25:49] </w:t>
      </w:r>
      <w:r>
        <w:t>lekin in logon ne kya bana diya</w:t>
      </w:r>
    </w:p>
    <w:p>
      <w:pPr>
        <w:jc w:val="right"/>
      </w:pPr>
      <w:r>
        <w:t>لیکن ان لوگوں نے کیا بنا دیا</w:t>
      </w:r>
    </w:p>
    <w:p>
      <w:r>
        <w:rPr>
          <w:b/>
        </w:rPr>
        <w:t xml:space="preserve">[25:51] </w:t>
      </w:r>
      <w:r>
        <w:t>? Ke hukoomat ke zor par justice ko qaim kiya jaye, is ko implement kiya jaye. To justice jo hai, implement karne ka mauzu nahi hai.</w:t>
      </w:r>
    </w:p>
    <w:p>
      <w:pPr>
        <w:jc w:val="right"/>
      </w:pPr>
      <w:r>
        <w:t>؟ کہ حکومت کے زور پر جسٹس کو قائم کیا جائے، اس کو امپلیمنٹ کیا جائے۔ تو جسٹس جو ہے، امپلیمنٹ کرنے کا موضوع نہیں ہے۔</w:t>
      </w:r>
    </w:p>
    <w:p>
      <w:r>
        <w:rPr>
          <w:b/>
        </w:rPr>
        <w:t xml:space="preserve">[26:03] </w:t>
      </w:r>
      <w:r>
        <w:t>log is par qaim hon. Justice ke ek hazar ek shobe hain. Ghar mein hain, tab bhi aap logon ke sath insaaf ke sath rahen.</w:t>
      </w:r>
    </w:p>
    <w:p>
      <w:pPr>
        <w:jc w:val="right"/>
      </w:pPr>
      <w:r>
        <w:t>لوگ اس پر قائم ہوں۔ جسٹس کے ایک ہزار ایک شعبے ہیں۔ گھر میں ہیں، تب بھی آپ لوگوں کے ساتھ انصاف کے ساتھ رہیں۔</w:t>
      </w:r>
    </w:p>
    <w:p>
      <w:r>
        <w:rPr>
          <w:b/>
        </w:rPr>
        <w:t xml:space="preserve">[26:17] </w:t>
      </w:r>
      <w:r>
        <w:t>samaj mein hain, tab bhi insaaf ke sath rahen.</w:t>
      </w:r>
    </w:p>
    <w:p>
      <w:pPr>
        <w:jc w:val="right"/>
      </w:pPr>
      <w:r>
        <w:t>سماج میں ہیں، تب بھی انصاف کے ساتھ رہیں۔</w:t>
      </w:r>
    </w:p>
    <w:p>
      <w:r>
        <w:rPr>
          <w:b/>
        </w:rPr>
        <w:t xml:space="preserve">[26:21] </w:t>
      </w:r>
      <w:r>
        <w:t>paros mein hain, tab bhi logon ke sath insaaf karen. Masjid mein, madarse mein, idaron mein, jahan bhi hain. To justice koi ek cheez ka naam nahi hai.</w:t>
      </w:r>
    </w:p>
    <w:p>
      <w:pPr>
        <w:jc w:val="right"/>
      </w:pPr>
      <w:r>
        <w:t>پڑوس میں ہیں، تب بھی لوگوں کے ساتھ انصاف کریں۔ مسجد میں، مدرسے میں، اداروں میں، جہاں بھی ہیں۔ تو جسٹس کوئی ایک چیز کا نام نہیں ہے۔</w:t>
      </w:r>
    </w:p>
    <w:p>
      <w:r>
        <w:rPr>
          <w:b/>
        </w:rPr>
        <w:t xml:space="preserve">[26:33] </w:t>
      </w:r>
      <w:r>
        <w:t>yani insaaf ke sath bolo, insaaf ke sath socho, insaaf ke sath dealing karo. Sab mein justice juri hui hai.</w:t>
      </w:r>
    </w:p>
    <w:p>
      <w:pPr>
        <w:jc w:val="right"/>
      </w:pPr>
      <w:r>
        <w:t>یعنی انصاف کے ساتھ بولو، انصاف کے ساتھ سوچو، انصاف کے ساتھ ڈیلنگ کرو۔ سب میں جسٹس جڑی ہوئی ہے۔</w:t>
      </w:r>
    </w:p>
    <w:p>
      <w:r>
        <w:rPr>
          <w:b/>
        </w:rPr>
        <w:t xml:space="preserve">[26:44] </w:t>
      </w:r>
      <w:r>
        <w:t>yani ek dukandar hai, insaaf ke sath tole, woh ek speaker hai, woh insaaf ke sath bole. To insaaf pure behavior se juda hua hai.</w:t>
      </w:r>
    </w:p>
    <w:p>
      <w:pPr>
        <w:jc w:val="right"/>
      </w:pPr>
      <w:r>
        <w:t>یعنی ایک دکاندار ہے، انصاف کے ساتھ تولے، وہ ایک اسپیکر ہے، وہ انصاف کے ساتھ بولے۔ تو انصاف پورے بیہیویئر سے جڑا ہوا ہے۔</w:t>
      </w:r>
    </w:p>
    <w:p>
      <w:r>
        <w:rPr>
          <w:b/>
        </w:rPr>
        <w:t xml:space="preserve">[26:55] </w:t>
      </w:r>
      <w:r>
        <w:t>to woh implement karne ka subject nahi hai. Woh woh follow karne ka subject hai. Woh follow karne ka subject hai.</w:t>
      </w:r>
    </w:p>
    <w:p>
      <w:pPr>
        <w:jc w:val="right"/>
      </w:pPr>
      <w:r>
        <w:t>تو وہ امپلیمنٹ کرنے کا سبجیکٹ نہیں ہے۔ وہ وہ فالو کرنے کا سبجیکٹ ہے۔ وہ فالو کرنے کا سبجیکٹ ہے۔</w:t>
      </w:r>
    </w:p>
    <w:p>
      <w:r>
        <w:rPr>
          <w:b/>
        </w:rPr>
        <w:t xml:space="preserve">[27:06] </w:t>
      </w:r>
      <w:r>
        <w:t>abhi logon ne kya kiya? Ke Islam mukammal mukammal nizam hai, sare shobe hain.</w:t>
      </w:r>
    </w:p>
    <w:p>
      <w:pPr>
        <w:jc w:val="right"/>
      </w:pPr>
      <w:r>
        <w:t>ابھی لوگوں نے کیا کیا؟ کہ اسلام مکمل مکمل نظام ہے، سارے شعبے ہیں۔</w:t>
      </w:r>
    </w:p>
    <w:p>
      <w:r>
        <w:rPr>
          <w:b/>
        </w:rPr>
        <w:t xml:space="preserve">[27:11] </w:t>
      </w:r>
      <w:r>
        <w:t>ab hukoomat par humein qabza karna hai taake hum har jagah implement karen is ko.</w:t>
      </w:r>
    </w:p>
    <w:p>
      <w:pPr>
        <w:jc w:val="right"/>
      </w:pPr>
      <w:r>
        <w:t>اب حکومت پر ہمیں قبضہ کرنا ہے تاکہ ہم ہر جگہ امپلیمنٹ کریں اس کو۔</w:t>
      </w:r>
    </w:p>
    <w:p>
      <w:r>
        <w:rPr>
          <w:b/>
        </w:rPr>
        <w:t xml:space="preserve">[27:18] </w:t>
      </w:r>
      <w:r>
        <w:t>is is is deviation ne yeh masla paida kiya hai. Ab jo log hukoomat kar rahe the Muslim countries mein, jab unhone dekha ke yeh log jo hain, humein baithne nahi denge, to woh dictatorship qaim kar di.</w:t>
      </w:r>
    </w:p>
    <w:p>
      <w:pPr>
        <w:jc w:val="right"/>
      </w:pPr>
      <w:r>
        <w:t>اس اس اس ڈیوی ایشن نے یہ مسئلہ پیدا کیا ہے۔ اب جو لوگ حکومت کر رہے تھے مسلم کنٹریز میں، جب انہوں نے دیکھا کہ یہ لوگ جو ہیں، ہمیں بیٹھنے نہیں دیں گے، تو وہ ڈکٹیٹر شپ قائم کر دی۔</w:t>
      </w:r>
    </w:p>
    <w:p>
      <w:r>
        <w:rPr>
          <w:b/>
        </w:rPr>
        <w:t xml:space="preserve">[27:30] </w:t>
      </w:r>
      <w:r>
        <w:t>unhone</w:t>
      </w:r>
    </w:p>
    <w:p>
      <w:pPr>
        <w:jc w:val="right"/>
      </w:pPr>
      <w:r>
        <w:t>انہوں نے</w:t>
      </w:r>
    </w:p>
    <w:p>
      <w:r>
        <w:rPr>
          <w:b/>
        </w:rPr>
        <w:t xml:space="preserve">[27:33] </w:t>
      </w:r>
      <w:r>
        <w:t>Muslim countries jo dictatorship hai, is ka wajah yahi hai ke yeh jo ubhar gaye log har jagah ke mukammal Islam nafiz karo, mukammal Islam nafiz karo, tum hatto, tum nahi kar sakte, tum to secular log ho, hum qaim karenge.</w:t>
      </w:r>
    </w:p>
    <w:p>
      <w:pPr>
        <w:jc w:val="right"/>
      </w:pPr>
      <w:r>
        <w:t>مسلم کنٹریز جو ڈکٹیٹر شپ ہے، اس کا وجہ یہی ہے کہ یہ جو ابھر گئے لوگ ہر جگہ کہ مکمل اسلام نافذ کرو، مکمل اسلام نافذ کرو، تم ہٹو، تم نہیں کر سکتے، تم تو سیکولر لوگ ہو، ہم قائم کریں گے۔</w:t>
      </w:r>
    </w:p>
    <w:p>
      <w:r>
        <w:rPr>
          <w:b/>
        </w:rPr>
        <w:t xml:space="preserve">[27:50] </w:t>
      </w:r>
      <w:r>
        <w:t>to zahir hai ke apne self, apna self, apne apne ko bachayega. To self defense ke liye woh dictator ban gaye. Woh yeh dictatorship jo hai, there is phenomenon of self defense.</w:t>
      </w:r>
    </w:p>
    <w:p>
      <w:pPr>
        <w:jc w:val="right"/>
      </w:pPr>
      <w:r>
        <w:t>تو ظاہر ہے کہ اپنے سیلف، اپنا سیلف، اپنے اپنے کو بچائے گا۔ تو سیلف ڈیفنس کے لیے وہ ڈکٹیٹر بن گئے۔ وہ یہ ڈکٹیٹر شپ جو ہے، دیر از فیناومینا آف سیلف ڈیفنس۔</w:t>
      </w:r>
    </w:p>
    <w:p>
      <w:r>
        <w:rPr>
          <w:b/>
        </w:rPr>
        <w:t xml:space="preserve">[28:04] </w:t>
      </w:r>
      <w:r>
        <w:t>Muslim countries mein kaha jata hai ke har jagah dictatorship hai. Kyun hai? Woh isi liye self defense ke liye har jagah yahi log hain, Islamist log.</w:t>
      </w:r>
    </w:p>
    <w:p>
      <w:pPr>
        <w:jc w:val="right"/>
      </w:pPr>
      <w:r>
        <w:t>مسلم کنٹریز میں کہا جاتا ہے کہ ہر جگہ ڈکٹیٹر شپ ہے۔ کیوں ہے؟ وہ اسی لیے سیلف ڈیفنس کے لیے ہر جگہ یہی لوگ ہیں، اسلامسٹ لوگ۔</w:t>
      </w:r>
    </w:p>
    <w:p>
      <w:r>
        <w:rPr>
          <w:b/>
        </w:rPr>
        <w:t xml:space="preserve">[28:16] </w:t>
      </w:r>
      <w:r>
        <w:t>har jagah Islamist log hain. Jahan media hai, wahan paperon mein chhap kar ke hain. Aam taur par azad media to hai nahi Muslim countries mein, lekin gharon mein har jagah yahi charcha karte hain.</w:t>
      </w:r>
    </w:p>
    <w:p>
      <w:pPr>
        <w:jc w:val="right"/>
      </w:pPr>
      <w:r>
        <w:t>ہر جگہ اسلامسٹ لوگ ہیں۔ جہاں میڈیا ہے، وہاں پیپروں میں چھپ کر کے ہیں۔ عام طور پر آزاد میڈیا تو ہے نہیں مسلم کنٹریز میں، لیکن گھروں میں ہر جگہ یہی چرچا کرتے ہیں۔</w:t>
      </w:r>
    </w:p>
    <w:p>
      <w:r>
        <w:rPr>
          <w:b/>
        </w:rPr>
        <w:t xml:space="preserve">[28:28] </w:t>
      </w:r>
      <w:r>
        <w:t>masjido mein har jagah charcha karte hain.</w:t>
      </w:r>
    </w:p>
    <w:p>
      <w:pPr>
        <w:jc w:val="right"/>
      </w:pPr>
      <w:r>
        <w:t>مسجدوں میں ہر جگہ چرچا کرتے ہیں۔</w:t>
      </w:r>
    </w:p>
    <w:p>
      <w:r>
        <w:rPr>
          <w:b/>
        </w:rPr>
        <w:t xml:space="preserve">[28:32] </w:t>
      </w:r>
      <w:r>
        <w:t>jis Muslim country mein gaya, har jagah woh charcha wahi hota hai. Gharon mein, masjido mein, idaron mein, madarson mein, har jagah. Agarche free media nahi hai wahan par, to saaron ko soch yahi hai.</w:t>
      </w:r>
    </w:p>
    <w:p>
      <w:pPr>
        <w:jc w:val="right"/>
      </w:pPr>
      <w:r>
        <w:t>جس مسلم کنٹری میں گیا، ہر جگہ وہ چرچا وہی ہوتا ہے۔ گھروں میں، مسجدوں میں، اداروں میں، مدرسوں میں، ہر جگہ۔ اگرچہ فری میڈیا نہیں ہے وہاں پر، تو ساروں کو سوچ یہی ہے۔</w:t>
      </w:r>
    </w:p>
    <w:p>
      <w:r>
        <w:rPr>
          <w:b/>
        </w:rPr>
        <w:t xml:space="preserve">[28:47] </w:t>
      </w:r>
      <w:r>
        <w:t>ab hukoomat dekhti hai ke dekho, yeh to mujhe incite karne par tule hue hain. Mujhe chahte hain ke main political seats mujhe hata ke khud qabza karen.</w:t>
      </w:r>
    </w:p>
    <w:p>
      <w:pPr>
        <w:jc w:val="right"/>
      </w:pPr>
      <w:r>
        <w:t>اب حکومت دیکھتی ہے کہ دیکھو، یہ تو مجھے انسیٹ کرنے پر تلے ہوئے ہیں۔ مجھے چاہتے ہیں کہ میں پولیٹیکل سیٹس مجھے ہٹا کے خود قبضہ کریں۔</w:t>
      </w:r>
    </w:p>
    <w:p>
      <w:r>
        <w:rPr>
          <w:b/>
        </w:rPr>
        <w:t xml:space="preserve">[28:58] </w:t>
      </w:r>
      <w:r>
        <w:t>to woh apne ko mehsoos karta hai khatre mein.</w:t>
      </w:r>
    </w:p>
    <w:p>
      <w:pPr>
        <w:jc w:val="right"/>
      </w:pPr>
      <w:r>
        <w:t>تو وہ اپنے کو محسوس کرتا ہے خطرے میں۔</w:t>
      </w:r>
    </w:p>
    <w:p>
      <w:r>
        <w:rPr>
          <w:b/>
        </w:rPr>
        <w:t xml:space="preserve">[29:02] </w:t>
      </w:r>
      <w:r>
        <w:t>to apne ko bachane ke liye in logon ko woh karb karta hai, mitata hai. Media par media ko freedom nahi deta. Yeh sab isi liye kyunke by bifurcation nahi hai,</w:t>
      </w:r>
    </w:p>
    <w:p>
      <w:pPr>
        <w:jc w:val="right"/>
      </w:pPr>
      <w:r>
        <w:t>تو اپنے کو بچانے کے لیے ان لوگوں کو وہ کرب کرتا ہے، مٹاتا ہے۔ میڈیا پر میڈیا کو فریڈم نہیں دیتا۔ یہ سب اسی لیے کیونکہ بائی فرکیشن نہیں ہے،</w:t>
      </w:r>
    </w:p>
    <w:p>
      <w:r>
        <w:rPr>
          <w:b/>
        </w:rPr>
        <w:t xml:space="preserve">[29:17] </w:t>
      </w:r>
      <w:r>
        <w:t>division of work nahi hai.</w:t>
      </w:r>
    </w:p>
    <w:p>
      <w:pPr>
        <w:jc w:val="right"/>
      </w:pPr>
      <w:r>
        <w:t>ڈیویژن آف ورک نہیں ہے۔</w:t>
      </w:r>
    </w:p>
    <w:p>
      <w:r>
        <w:rPr>
          <w:b/>
        </w:rPr>
        <w:t xml:space="preserve">[29:21] </w:t>
      </w:r>
      <w:r>
        <w:t>yeh bahut badi wisdom thi jo peghambaron ne di thi, magar kabhi yeh, yani logon ne is ko samjha nahi. Is ko yeh kabhi waqea nahi bani.</w:t>
      </w:r>
    </w:p>
    <w:p>
      <w:pPr>
        <w:jc w:val="right"/>
      </w:pPr>
      <w:r>
        <w:t>یہ بہت بڑی وزڈم تھی جو پیغمبروں نے دی تھی، مگر کبھی یہ، یعنی لوگوں نے اس کو سمجھا نہیں۔ اس کو یہ کبھی واقعہ نہیں بنی۔</w:t>
      </w:r>
    </w:p>
    <w:p>
      <w:r>
        <w:rPr>
          <w:b/>
        </w:rPr>
        <w:t xml:space="preserve">[29:30] </w:t>
      </w:r>
      <w:r>
        <w:t>yeh</w:t>
      </w:r>
    </w:p>
    <w:p>
      <w:pPr>
        <w:jc w:val="right"/>
      </w:pPr>
      <w:r>
        <w:t>یہ</w:t>
      </w:r>
    </w:p>
    <w:p>
      <w:r>
        <w:rPr>
          <w:b/>
        </w:rPr>
        <w:t xml:space="preserve">[29:32] </w:t>
      </w:r>
      <w:r>
        <w:t>yeh bohat bari wisdom thi. Islam ke dour-e-awwal mein yeh yeh cheez bari had tak baqi thi. Sab se zyada acha zamana jo hai, muhaddiseen ka zamana hai.</w:t>
      </w:r>
    </w:p>
    <w:p>
      <w:pPr>
        <w:jc w:val="right"/>
      </w:pPr>
      <w:r>
        <w:t>بہت بڑی وزڈم تھی۔ اسلام کے دور اول میں یہ یہ چیز بڑی حد تک باقی تھی۔ سب سے زیادہ اچھا زمانہ جو ہے، محدثین کا زمانہ ہے۔</w:t>
      </w:r>
    </w:p>
    <w:p>
      <w:r>
        <w:rPr>
          <w:b/>
        </w:rPr>
        <w:t xml:space="preserve">[29:42] </w:t>
      </w:r>
      <w:r>
        <w:t>Is aitbaar se muhaddiseen ka zamana jo hai, dekhein jitne muhaddis hain, woh sab paida hue Abbasi dour mein. Abbas period.</w:t>
      </w:r>
    </w:p>
    <w:p>
      <w:pPr>
        <w:jc w:val="right"/>
      </w:pPr>
      <w:r>
        <w:t>اس اعتبار سے محدثین کا زمانہ جو ہے، دیکھیں جتنے محدث ہیں، وہ سب پیدا ہوئے عباسی دور میں۔ عباس پیریڈ۔</w:t>
      </w:r>
    </w:p>
    <w:p>
      <w:r>
        <w:rPr>
          <w:b/>
        </w:rPr>
        <w:t xml:space="preserve">[29:54] </w:t>
      </w:r>
      <w:r>
        <w:t>Abbas period mein woh sari kharabiyan thi jo is ko aaj batate hain. Kharabiyan woh sab kharabiyan thi maujood.</w:t>
      </w:r>
    </w:p>
    <w:p>
      <w:pPr>
        <w:jc w:val="right"/>
      </w:pPr>
      <w:r>
        <w:t>عباس پیریڈ میں وہ ساری خرابیاں تھیں جو اس کو آج بتاتے ہیں۔ خرابیاں وہ سب خرابیاں تھیں موجود۔</w:t>
      </w:r>
    </w:p>
    <w:p>
      <w:r>
        <w:rPr>
          <w:b/>
        </w:rPr>
        <w:t xml:space="preserve">[30:03] </w:t>
      </w:r>
      <w:r>
        <w:t>Dynasty thi. Baap ka beta jo hai, woh ruler ban jata tha. Jo tax the, woh istemal karte the apne zaat ke liye.</w:t>
      </w:r>
    </w:p>
    <w:p>
      <w:pPr>
        <w:jc w:val="right"/>
      </w:pPr>
      <w:r>
        <w:t>ڈائنسٹی تھی۔ باپ کا بیٹا جو ہے، وہ رولر بن جاتا تھا۔ جو ٹیکس تھے، وہ استعمال کرتے تھے اپنے ذات کے لیے۔</w:t>
      </w:r>
    </w:p>
    <w:p>
      <w:r>
        <w:rPr>
          <w:b/>
        </w:rPr>
        <w:t xml:space="preserve">[30:15] </w:t>
      </w:r>
      <w:r>
        <w:t>Bade bade mahal bana rakhe the unhone. Aur king ka jo zuban jo nikalti thi, wahi hukoomat hukum hoti thi. Yeh sara control jo tha, king ka tha.</w:t>
      </w:r>
    </w:p>
    <w:p>
      <w:pPr>
        <w:jc w:val="right"/>
      </w:pPr>
      <w:r>
        <w:t>بڑے بڑے محل بنا رکھے تھے انہوں نے۔ اور کنگ کا جو زبان جو نکلتی تھی، وہی حکومت حکم ہوتی تھی۔ یہ سارا کنٹرول جو تھا، کنگ کا تھا۔</w:t>
      </w:r>
    </w:p>
    <w:p>
      <w:r>
        <w:rPr>
          <w:b/>
        </w:rPr>
        <w:t xml:space="preserve">[30:26] </w:t>
      </w:r>
      <w:r>
        <w:t>Toh sari kharabiyan maujood thi wahan par. Muhaddiseen ne kuch takrao nahi kiya in logon se.</w:t>
      </w:r>
    </w:p>
    <w:p>
      <w:pPr>
        <w:jc w:val="right"/>
      </w:pPr>
      <w:r>
        <w:t>تو ساری خرابیاں موجود تھیں وہاں پر۔ محدثین نے کچھ ٹکراؤ نہیں کیا ان لوگوں سے۔</w:t>
      </w:r>
    </w:p>
    <w:p>
      <w:r>
        <w:rPr>
          <w:b/>
        </w:rPr>
        <w:t xml:space="preserve">[30:35] </w:t>
      </w:r>
      <w:r>
        <w:t>Muhaddiseen ne is ka takrao nahi kiya.</w:t>
      </w:r>
    </w:p>
    <w:p>
      <w:pPr>
        <w:jc w:val="right"/>
      </w:pPr>
      <w:r>
        <w:t>محدثین نے اس کا ٹکراؤ نہیں کیا۔</w:t>
      </w:r>
    </w:p>
    <w:p>
      <w:r>
        <w:rPr>
          <w:b/>
        </w:rPr>
        <w:t xml:space="preserve">[30:39] </w:t>
      </w:r>
      <w:r>
        <w:t>Yaani in kharabiyon ke baray mein kya kiya unhone? Ek muhaddis se poocha gaya. Koi muhaddis ne kaha ke takrao mat karo rulers se.</w:t>
      </w:r>
    </w:p>
    <w:p>
      <w:pPr>
        <w:jc w:val="right"/>
      </w:pPr>
      <w:r>
        <w:t>یعنی ان خرابیوں کے بارے میں کیا کیا انہوں نے؟ ایک محدث سے پوچھا گیا۔ کوئی محدث نے کہا کہ ٹکراؤ مت کرو رولرز سے۔</w:t>
      </w:r>
    </w:p>
    <w:p>
      <w:r>
        <w:rPr>
          <w:b/>
        </w:rPr>
        <w:t xml:space="preserve">[30:50] </w:t>
      </w:r>
      <w:r>
        <w:t>Toh unhone kaha ke agar woh zakat ke raqam ko apni zaat ke liye kharch karein, tab bhi. Kaha win win, tab bhi.</w:t>
      </w:r>
    </w:p>
    <w:p>
      <w:pPr>
        <w:jc w:val="right"/>
      </w:pPr>
      <w:r>
        <w:t>تو انہوں نے کہا کہ اگر وہ زکوۃ کے رقم کو اپنی ذات کے لیے خرچ کریں، تب بھی۔ کہا وین وین، تب بھی۔</w:t>
      </w:r>
    </w:p>
    <w:p>
      <w:r>
        <w:rPr>
          <w:b/>
        </w:rPr>
        <w:t xml:space="preserve">[31:01] </w:t>
      </w:r>
      <w:r>
        <w:t>Yaani ek bade muhaddis se poocha gaya jo isi ko follow kar rahe the, isi tareeqay ko ke hukoomat jo kar rahi hai, apni jagah par hum hum toh hadith ka khidmat kareinge.</w:t>
      </w:r>
    </w:p>
    <w:p>
      <w:pPr>
        <w:jc w:val="right"/>
      </w:pPr>
      <w:r>
        <w:t>یعنی ایک بڑے محدث سے پوچھا گیا جو اسی کو فالو کر رہے تھے، اسی طریقے کو کہ حکومت جو کر رہی ہے، اپنی جگہ پر ہم ہم تو حدیث کا خدمت کریں گے۔</w:t>
      </w:r>
    </w:p>
    <w:p>
      <w:r>
        <w:rPr>
          <w:b/>
        </w:rPr>
        <w:t xml:space="preserve">[31:15] </w:t>
      </w:r>
      <w:r>
        <w:t>Toh unhone kaha ke dekhiye, toh zakat ki raqam wasool kareinge, kharch kareinge apne apne aish o aaram mein.</w:t>
      </w:r>
    </w:p>
    <w:p>
      <w:pPr>
        <w:jc w:val="right"/>
      </w:pPr>
      <w:r>
        <w:t>تو انہوں نے کہا کہ دیکھیے، تو زکوۃ کی رقم وصول کریں گے، خرچ کریں گے اپنے اپنے عیش و آرام میں۔</w:t>
      </w:r>
    </w:p>
    <w:p>
      <w:r>
        <w:rPr>
          <w:b/>
        </w:rPr>
        <w:t xml:space="preserve">[31:23] </w:t>
      </w:r>
      <w:r>
        <w:t>Toh win, agarche aisa karein, tab bhi tum un se takrao mat karo. Kyun?</w:t>
      </w:r>
    </w:p>
    <w:p>
      <w:pPr>
        <w:jc w:val="right"/>
      </w:pPr>
      <w:r>
        <w:t>تو وین، اگرچہ ایسا کریں، تب بھی تم ان سے ٹکراؤ مت کرو۔ کیوں؟</w:t>
      </w:r>
    </w:p>
    <w:p>
      <w:r>
        <w:rPr>
          <w:b/>
        </w:rPr>
        <w:t xml:space="preserve">[31:31] </w:t>
      </w:r>
      <w:r>
        <w:t>Yeh bohat bari wisdom thi. Kyun ke dekhiye, muhaddiseen ne takrao na karne ki wajah se kya kaam kiya?</w:t>
      </w:r>
    </w:p>
    <w:p>
      <w:pPr>
        <w:jc w:val="right"/>
      </w:pPr>
      <w:r>
        <w:t>یہ بہت بڑی وزڈم تھی۔ کیونکہ دیکھیے، محدثین نے ٹکراؤ نہ کرنے کی وجہ سے کیا کام کیا؟</w:t>
      </w:r>
    </w:p>
    <w:p>
      <w:r>
        <w:rPr>
          <w:b/>
        </w:rPr>
        <w:t xml:space="preserve">[31:40] </w:t>
      </w:r>
      <w:r>
        <w:t>Bohat hi bara kaam kiya. Kyun ke dekhiye, Quran mehfooz ho chuka tha, lekin hadith mehfooz nahi hui thi. Itna bara, yaani itni bari nemat jis ko hum hadith kehte hain,</w:t>
      </w:r>
    </w:p>
    <w:p>
      <w:pPr>
        <w:jc w:val="right"/>
      </w:pPr>
      <w:r>
        <w:t>بہت ہی بڑا کام کیا۔ کیونکہ دیکھیے، قرآن محفوظ ہو چکا تھا، لیکن حدیث محفوظ نہیں ہوئی تھی۔ اتنا بڑا، یعنی اتنی بڑی نعمت جس کو ہم حدیث کہتے ہیں،</w:t>
      </w:r>
    </w:p>
    <w:p>
      <w:r>
        <w:rPr>
          <w:b/>
        </w:rPr>
        <w:t xml:space="preserve">[31:56] </w:t>
      </w:r>
      <w:r>
        <w:t>Abhi tak madawen nahi hui thi. Woh</w:t>
      </w:r>
    </w:p>
    <w:p>
      <w:pPr>
        <w:jc w:val="right"/>
      </w:pPr>
      <w:r>
        <w:t>ابھی تک مدور نہیں ہوئی تھی۔ وہ</w:t>
      </w:r>
    </w:p>
    <w:p>
      <w:r>
        <w:rPr>
          <w:b/>
        </w:rPr>
        <w:t xml:space="preserve">[31:59] </w:t>
      </w:r>
      <w:r>
        <w:t>Quran toh ho chuka tha, woh woh kaam baqi tha. Unhone kya kiya? Ke woh poori tarah avoid kiya unhone political kharabiyon se, badshahon se.</w:t>
      </w:r>
    </w:p>
    <w:p>
      <w:pPr>
        <w:jc w:val="right"/>
      </w:pPr>
      <w:r>
        <w:t>قرآن تو ہو چکا تھا، وہ وہ کام باقی تھا۔ انہوں نے کیا کیا؟ کہ وہ پوری طرح اوائڈ کیا انہوں نے پولیٹیکل خرابیوں سے، بادشاہوں سے۔</w:t>
      </w:r>
    </w:p>
    <w:p>
      <w:r>
        <w:rPr>
          <w:b/>
        </w:rPr>
        <w:t xml:space="preserve">[32:11] </w:t>
      </w:r>
      <w:r>
        <w:t>Woh Khalifa kehte the, lekin badshah the woh. Aur lag gaye poori tarah se hadith ke fun ko madawen karne mein.</w:t>
      </w:r>
    </w:p>
    <w:p>
      <w:pPr>
        <w:jc w:val="right"/>
      </w:pPr>
      <w:r>
        <w:t>وہ خلیفہ کہتے تھے، لیکن بادشاہ تھے وہ۔ اور لگ گئے پوری طرح سے حدیث کے فن کو مردون کرنے میں۔</w:t>
      </w:r>
    </w:p>
    <w:p>
      <w:r>
        <w:rPr>
          <w:b/>
        </w:rPr>
        <w:t xml:space="preserve">[32:21] </w:t>
      </w:r>
      <w:r>
        <w:t>Bohat bara kaam unhone kiya.</w:t>
      </w:r>
    </w:p>
    <w:p>
      <w:pPr>
        <w:jc w:val="right"/>
      </w:pPr>
      <w:r>
        <w:t>بہت بڑا کام انہوں نے کیا۔</w:t>
      </w:r>
    </w:p>
    <w:p>
      <w:r>
        <w:rPr>
          <w:b/>
        </w:rPr>
        <w:t xml:space="preserve">[32:24] </w:t>
      </w:r>
      <w:r>
        <w:t>Dajjal ka halaat jama kiye, ek hadith ka fun banaya, aur ek ek bohat bara idara chalaya unhone, hadith ko jama o tadween ka.</w:t>
      </w:r>
    </w:p>
    <w:p>
      <w:pPr>
        <w:jc w:val="right"/>
      </w:pPr>
      <w:r>
        <w:t>دجال کا حالات جمع کیے، ایک حدیث کا فن بنایا، اور ایک ایک بہت بڑا ادارہ چلایا انہوں نے، حدیث کو جمع و تدوین کا۔</w:t>
      </w:r>
    </w:p>
    <w:p>
      <w:r>
        <w:rPr>
          <w:b/>
        </w:rPr>
        <w:t xml:space="preserve">[32:39] </w:t>
      </w:r>
      <w:r>
        <w:t>Agar aisa na hota toh yeh log kya hota? Chale jate qabron mein. Yeh jinke seenay mein hadith ka ilm tha, woh qabron mein chale jate.</w:t>
      </w:r>
    </w:p>
    <w:p>
      <w:pPr>
        <w:jc w:val="right"/>
      </w:pPr>
      <w:r>
        <w:t>اگر ایسا نہ ہوتا تو یہ لوگ کیا ہوتا؟ چلے جاتے قبروں میں۔ یہ جن کے سینے میں حدیث کا علم تھا، وہ قبروں میں چلے جاتے۔</w:t>
      </w:r>
    </w:p>
    <w:p>
      <w:r>
        <w:rPr>
          <w:b/>
        </w:rPr>
        <w:t xml:space="preserve">[32:50] </w:t>
      </w:r>
      <w:r>
        <w:t>Aaj aap ke paas kya hota? Kuch bhi na hota.</w:t>
      </w:r>
    </w:p>
    <w:p>
      <w:pPr>
        <w:jc w:val="right"/>
      </w:pPr>
      <w:r>
        <w:t>آج آپ کے پاس کیا ہوتا؟ کچھ بھی نہ ہوتا۔</w:t>
      </w:r>
    </w:p>
    <w:p>
      <w:r>
        <w:rPr>
          <w:b/>
        </w:rPr>
        <w:t xml:space="preserve">[32:55] </w:t>
      </w:r>
      <w:r>
        <w:t>Kuch bhi na hota.</w:t>
      </w:r>
    </w:p>
    <w:p>
      <w:pPr>
        <w:jc w:val="right"/>
      </w:pPr>
      <w:r>
        <w:t>کچھ بھی نہ ہوتا۔</w:t>
      </w:r>
    </w:p>
    <w:p>
      <w:r>
        <w:rPr>
          <w:b/>
        </w:rPr>
        <w:t xml:space="preserve">[32:59] </w:t>
      </w:r>
      <w:r>
        <w:t>Aaj subah mein kisi keh raha tha ke tareekh mein do bohat hi anokhi baatein hui hain. Yaani sare anbiya ko kya hua ke logon ne kaam nahi karne diya.</w:t>
      </w:r>
    </w:p>
    <w:p>
      <w:pPr>
        <w:jc w:val="right"/>
      </w:pPr>
      <w:r>
        <w:t>آج صبح میں کسی کہہ رہا تھا کہ تاریخ میں دو بہت ہی انوکھی باتیں ہوئی ہیں۔ یعنی سارے انبیاء کو کیا ہوا کہ لوگوں نے کام نہیں کرنے دیا۔</w:t>
      </w:r>
    </w:p>
    <w:p>
      <w:r>
        <w:rPr>
          <w:b/>
        </w:rPr>
        <w:t xml:space="preserve">[33:11] </w:t>
      </w:r>
      <w:r>
        <w:t>Lekin Islam mein aisa hua ke Quran mehfooz ho gaya, hadith mehfooz ho gayi. Hadith ke maani hain model. Quran jo hai, ideology hai.</w:t>
      </w:r>
    </w:p>
    <w:p>
      <w:pPr>
        <w:jc w:val="right"/>
      </w:pPr>
      <w:r>
        <w:t>لیکن اسلام میں ایسا ہوا کہ قرآن محفوظ ہو گیا، حدیث محفوظ ہو گئی۔ حدیث کے معنی ہیں ماڈل۔ قرآن جو ہے، آئیڈیالوجی ہے۔</w:t>
      </w:r>
    </w:p>
    <w:p>
      <w:r>
        <w:rPr>
          <w:b/>
        </w:rPr>
        <w:t xml:space="preserve">[33:21] </w:t>
      </w:r>
      <w:r>
        <w:t>hadis model batati hai.</w:t>
      </w:r>
    </w:p>
    <w:p>
      <w:pPr>
        <w:jc w:val="right"/>
      </w:pPr>
      <w:r>
        <w:t>حدیث ماڈل بتاتی ہے۔</w:t>
      </w:r>
    </w:p>
    <w:p>
      <w:r>
        <w:rPr>
          <w:b/>
        </w:rPr>
        <w:t xml:space="preserve">[33:25] </w:t>
      </w:r>
      <w:r>
        <w:t>to aaj hamare paas ideology bhi hai aur model bhi hai. hum jaan sakte hain ke Allah ki hidayat kya hai, Allah ki marzi kya hai.</w:t>
      </w:r>
    </w:p>
    <w:p>
      <w:pPr>
        <w:jc w:val="right"/>
      </w:pPr>
      <w:r>
        <w:t>تو آج ہمارے پاس آئیڈیالوجی بھی ہے اور ماڈل بھی ہے۔ ہم جان سکتے ہیں کہ اللہ کی ہدایت کیا ہے، اللہ کی مرضی کیا ہے۔</w:t>
      </w:r>
    </w:p>
    <w:p>
      <w:r>
        <w:rPr>
          <w:b/>
        </w:rPr>
        <w:t xml:space="preserve">[33:34] </w:t>
      </w:r>
      <w:r>
        <w:t>agar yeh na hota to kya hota? yani saare muhaddiseen chale jaate qabron mein, lad lad ke mar jaate,</w:t>
      </w:r>
    </w:p>
    <w:p>
      <w:pPr>
        <w:jc w:val="right"/>
      </w:pPr>
      <w:r>
        <w:t>اگر یہ نہ ہوتا تو کیا ہوتا؟ یعنی سارے محدثین چلے جاتے قبروں میں، لڑ لڑ کے مر جاتے،</w:t>
      </w:r>
    </w:p>
    <w:p>
      <w:r>
        <w:rPr>
          <w:b/>
        </w:rPr>
        <w:t xml:space="preserve">[33:46] </w:t>
      </w:r>
      <w:r>
        <w:t>aur hum be khabar rehte hain ke model kya tha Islam ka.</w:t>
      </w:r>
    </w:p>
    <w:p>
      <w:pPr>
        <w:jc w:val="right"/>
      </w:pPr>
      <w:r>
        <w:t>اور ہم بے خبر رہتے ہیں کہ ماڈل کیا تھا اسلام کا۔</w:t>
      </w:r>
    </w:p>
    <w:p>
      <w:r>
        <w:rPr>
          <w:b/>
        </w:rPr>
        <w:t xml:space="preserve">[33:51] </w:t>
      </w:r>
      <w:r>
        <w:t>aur is zamane mein yahi nuksan hua hai. dekhiye, nai shakal mein. dekhiye, naya zamana jo tha, ek naya zamana, ek ek ek naye imkanat ka zamana tha.</w:t>
      </w:r>
    </w:p>
    <w:p>
      <w:pPr>
        <w:jc w:val="right"/>
      </w:pPr>
      <w:r>
        <w:t>اور اس زمانے میں یہی نقصان ہوا ہے۔ دیکھیے، نئی شکل میں۔ دیکھیے، نیا زمانہ جو تھا، ایک نیا زمانہ، ایک ایک ایک نئے امکانات کا زمانہ تھا۔</w:t>
      </w:r>
    </w:p>
    <w:p>
      <w:r>
        <w:rPr>
          <w:b/>
        </w:rPr>
        <w:t xml:space="preserve">[34:03] </w:t>
      </w:r>
      <w:r>
        <w:t>wo saare imkanat haasil nahi ho sake kyunke ladai ladne mein shareek ho gaye. wo imkanat kya the?</w:t>
      </w:r>
    </w:p>
    <w:p>
      <w:pPr>
        <w:jc w:val="right"/>
      </w:pPr>
      <w:r>
        <w:t>وہ سارے امکانات اویل نہیں ہو سکے کیونکہ لڑائی لڑنے میں شریک ہو گئے۔ وہ امکانات کیا تھے؟</w:t>
      </w:r>
    </w:p>
    <w:p>
      <w:r>
        <w:rPr>
          <w:b/>
        </w:rPr>
        <w:t xml:space="preserve">[34:13] </w:t>
      </w:r>
      <w:r>
        <w:t>main abhi kisi se keh raha tha ke poori tareekh mein ek bahut bada taameeri role hai in logon ka jin ko hum scientist kehte hain.</w:t>
      </w:r>
    </w:p>
    <w:p>
      <w:pPr>
        <w:jc w:val="right"/>
      </w:pPr>
      <w:r>
        <w:t>میں ابھی کسی سے کہہ رہا تھا کہ پوری تاریخ میں ایک بہت بڑا تعمیری رول ہے ان لوگوں کا جن کو ہم سائنٹسٹ کہتے ہیں۔</w:t>
      </w:r>
    </w:p>
    <w:p>
      <w:r>
        <w:rPr>
          <w:b/>
        </w:rPr>
        <w:t xml:space="preserve">[34:21] </w:t>
      </w:r>
      <w:r>
        <w:t>yani nature ko unfold kiya unhone. yani wahi kaam jo Quran mein bhi hai ke sanurihim ayatina fil afaqi wa fi anfusihim, hatta yatabayyana lahum annahul haq.</w:t>
      </w:r>
    </w:p>
    <w:p>
      <w:pPr>
        <w:jc w:val="right"/>
      </w:pPr>
      <w:r>
        <w:t>یعنی نیچر کو انفولڈ کیا انہوں نے۔ یعنی وہی کام جو قرآن میں بھی ہے کہ سنوریہم آیاتنا فی الافاق و فی انفسہم، حتیٰ یتبین لہم انہ الحق۔</w:t>
      </w:r>
    </w:p>
    <w:p>
      <w:r>
        <w:rPr>
          <w:b/>
        </w:rPr>
        <w:t xml:space="preserve">[34:34] </w:t>
      </w:r>
      <w:r>
        <w:t>yeh unhone to kiya.</w:t>
      </w:r>
    </w:p>
    <w:p>
      <w:pPr>
        <w:jc w:val="right"/>
      </w:pPr>
      <w:r>
        <w:t>یہ انہوں نے تو کیا۔</w:t>
      </w:r>
    </w:p>
    <w:p>
      <w:r>
        <w:rPr>
          <w:b/>
        </w:rPr>
        <w:t xml:space="preserve">[34:39] </w:t>
      </w:r>
      <w:r>
        <w:t>unhone to kiya. yani aaya anfus anfus aur afaq aur anfus ki ayaton ko kis ne dhoond kar nikala?</w:t>
      </w:r>
    </w:p>
    <w:p>
      <w:pPr>
        <w:jc w:val="right"/>
      </w:pPr>
      <w:r>
        <w:t>انہوں نے تو کیا۔ یعنی آیا انفس انفس اور افاق اور انفس کی آیات کو کس نے ڈھونڈ کر نکالا؟</w:t>
      </w:r>
    </w:p>
    <w:p>
      <w:r>
        <w:rPr>
          <w:b/>
        </w:rPr>
        <w:t xml:space="preserve">[34:48] </w:t>
      </w:r>
      <w:r>
        <w:t>yani nature mein jo saare Khuda ki tajalliyan thin, kis ne us ko unfold kiya? jis ko hum jis ko kehte hain laws of nature.</w:t>
      </w:r>
    </w:p>
    <w:p>
      <w:pPr>
        <w:jc w:val="right"/>
      </w:pPr>
      <w:r>
        <w:t>یعنی نیچر میں جو سارے خدا کی تجلیاں تھیں، کس نے اس کو انفولڈ کیا؟ جس کو ہم جس کو کہتے ہیں لاز نیچر۔</w:t>
      </w:r>
    </w:p>
    <w:p>
      <w:r>
        <w:rPr>
          <w:b/>
        </w:rPr>
        <w:t xml:space="preserve">[34:57] </w:t>
      </w:r>
      <w:r>
        <w:t>laws of nature kya hain? wo science of God hai. jis cheez ko science mein kaha jata hai laws of nature, wo sab science of God hain. wo ayate Allah hain.</w:t>
      </w:r>
    </w:p>
    <w:p>
      <w:pPr>
        <w:jc w:val="right"/>
      </w:pPr>
      <w:r>
        <w:t>لاز نیچر کیا ہیں؟ وہ سائنس آف گاڈ ہے۔ جس چیز کو سائنس میں کہا جاتا ہے لاز آف نیچر، وہ سب سائنس آف گاڈ ہیں۔ وہ آیات اللہ ہیں۔</w:t>
      </w:r>
    </w:p>
    <w:p>
      <w:r>
        <w:rPr>
          <w:b/>
        </w:rPr>
        <w:t xml:space="preserve">[35:08] </w:t>
      </w:r>
      <w:r>
        <w:t>to kis ne un ko unfold kiya? scientists ne kiya.</w:t>
      </w:r>
    </w:p>
    <w:p>
      <w:pPr>
        <w:jc w:val="right"/>
      </w:pPr>
      <w:r>
        <w:t>تو کس نے ان کو انفولڈ کیا؟ سائنس دانوں نے کیا۔</w:t>
      </w:r>
    </w:p>
    <w:p>
      <w:r>
        <w:rPr>
          <w:b/>
        </w:rPr>
        <w:t xml:space="preserve">[35:14] </w:t>
      </w:r>
      <w:r>
        <w:t>to hamare logon mein, yani mujhe, mujhe, mujh ko chhod kar koi ek shakhs bhi nahi paida hua jo in cheezon ko parhe, un ko jaane, aur un ko Islam ke liye istemal kare.</w:t>
      </w:r>
    </w:p>
    <w:p>
      <w:pPr>
        <w:jc w:val="right"/>
      </w:pPr>
      <w:r>
        <w:t>تو ہمارے لوگوں میں، یعنی مجھے، مجھے، مجھ کو چھوڑ کر کوئی ایک شخص بھی نہیں پیدا ہوا جو ان چیزوں کو پڑھے، ان کو جانے، اور ان کو اسلام کے لیے استعمال کرے۔</w:t>
      </w:r>
    </w:p>
    <w:p>
      <w:r>
        <w:rPr>
          <w:b/>
        </w:rPr>
        <w:t xml:space="preserve">[35:26] </w:t>
      </w:r>
      <w:r>
        <w:t>kyun? sab lad rahe hain, to lad lad ke mar rahe hain, to lad lad ke mar rahe hain.</w:t>
      </w:r>
    </w:p>
    <w:p>
      <w:pPr>
        <w:jc w:val="right"/>
      </w:pPr>
      <w:r>
        <w:t>کیوں؟ سب لڑ رہے ہیں، تو لڑ لڑ کے مر رہے ہیں، تو لڑ لڑ کے مر رہے ہیں۔</w:t>
      </w:r>
    </w:p>
    <w:p>
      <w:r>
        <w:rPr>
          <w:b/>
        </w:rPr>
        <w:t xml:space="preserve">[35:32] </w:t>
      </w:r>
      <w:r>
        <w:t>yani muhaddiseen ne jo bahut bada wisdom ka ek misaal qaim ki thi ke agar tum takrao se apne aap ko bachao to Islam ki bahut badi khidmat kar sakte ho.</w:t>
      </w:r>
    </w:p>
    <w:p>
      <w:pPr>
        <w:jc w:val="right"/>
      </w:pPr>
      <w:r>
        <w:t>یعنی محدثین نے جو بہت بڑا وزڈم کا ایک مثال قائم کی تھی کہ اگر تم ٹکراؤ سے اپنے آپ کو بچاؤ تو اسلام کی بہت بڑی خدمت کر سکتے ہو۔</w:t>
      </w:r>
    </w:p>
    <w:p>
      <w:r>
        <w:rPr>
          <w:b/>
        </w:rPr>
        <w:t xml:space="preserve">[35:45] </w:t>
      </w:r>
      <w:r>
        <w:t>yani political contemplation se apne ko bachao to Islam ki bahut badi khidmat kar sakoge tum. aaj wo wo kaam nahi hua.</w:t>
      </w:r>
    </w:p>
    <w:p>
      <w:pPr>
        <w:jc w:val="right"/>
      </w:pPr>
      <w:r>
        <w:t>یعنی پولیٹیکل کنٹریپٹیشن سے اپنے کو بچاؤ تو اسلام کی بہت بڑی خدمت کر سکو گے تم۔ آج وہ وہ کام نہیں ہوا۔</w:t>
      </w:r>
    </w:p>
    <w:p>
      <w:r>
        <w:rPr>
          <w:b/>
        </w:rPr>
        <w:t xml:space="preserve">[35:54] </w:t>
      </w:r>
      <w:r>
        <w:t>itna bada mauqa tha, itna bada mauqa tha ke saara jo saare jo jo jo jo dalail the nikaal kar ke rakh diye the scientists ne.</w:t>
      </w:r>
    </w:p>
    <w:p>
      <w:pPr>
        <w:jc w:val="right"/>
      </w:pPr>
      <w:r>
        <w:t>اتنا بڑا موقع تھا، اتنا بڑا موقع تھا کہ سارا جو سارے جو جو جو جو دلائل تھے نکال کر کے رکھ دیے تھے سائنس دانوں نے۔</w:t>
      </w:r>
    </w:p>
    <w:p>
      <w:r>
        <w:rPr>
          <w:b/>
        </w:rPr>
        <w:t xml:space="preserve">[36:11] </w:t>
      </w:r>
      <w:r>
        <w:t>nature mein chhipi hui nishaniyan thin, wo nikaal nikaal rakh diya tha scientists ne. ab un ko istemal karna tha, un ko haasil karna tha.</w:t>
      </w:r>
    </w:p>
    <w:p>
      <w:pPr>
        <w:jc w:val="right"/>
      </w:pPr>
      <w:r>
        <w:t>نیچر میں چھپی ہوئی نشانیاں تھیں، وہ نکال نکال رکھ دیا تھا سائنس دانوں نے۔ اب ان کو استعمال کرنا تھا، ان کو اویل کرنا تھا۔</w:t>
      </w:r>
    </w:p>
    <w:p>
      <w:r>
        <w:rPr>
          <w:b/>
        </w:rPr>
        <w:t xml:space="preserve">[36:21] </w:t>
      </w:r>
      <w:r>
        <w:t>lekin kisi ne bhi haasil nahi kiya us ko.</w:t>
      </w:r>
    </w:p>
    <w:p>
      <w:pPr>
        <w:jc w:val="right"/>
      </w:pPr>
      <w:r>
        <w:t>لیکن کسی نے بھی اویل نہیں کیا اس کو۔</w:t>
      </w:r>
    </w:p>
    <w:p>
      <w:r>
        <w:rPr>
          <w:b/>
        </w:rPr>
        <w:t xml:space="preserve">[36:24] </w:t>
      </w:r>
      <w:r>
        <w:t>iska is ko sirf in logon ne haasil kiya jo paisa kamana chahte the. yani scientists ki taraf se daryafton ko sirf sirf istemal kahan kiya kiya gaya?</w:t>
      </w:r>
    </w:p>
    <w:p>
      <w:pPr>
        <w:jc w:val="right"/>
      </w:pPr>
      <w:r>
        <w:t>اس کا اس کو صرف ان لوگوں نے اویل کیا جو پیسہ کمانا چاہتے تھے۔ یعنی سائنس دانوں کی طرف دریافتوں کو صرف صرف استعمال کہاں کیا کیا گیا؟</w:t>
      </w:r>
    </w:p>
    <w:p>
      <w:r>
        <w:rPr>
          <w:b/>
        </w:rPr>
        <w:t xml:space="preserve">[36:38] </w:t>
      </w:r>
      <w:r>
        <w:t>engineering mein, architecture mein, business mein, industry mein, war ah war technology mein istemal kiya gaya.</w:t>
      </w:r>
    </w:p>
    <w:p>
      <w:pPr>
        <w:jc w:val="right"/>
      </w:pPr>
      <w:r>
        <w:t>انجینئرنگ میں، آرکیٹیکچر میں، بزنس میں، انڈسٹری میں، وار اہ وار ٹیکنالوجی میں استعمال کیا گیا۔</w:t>
      </w:r>
    </w:p>
    <w:p>
      <w:r>
        <w:rPr>
          <w:b/>
        </w:rPr>
        <w:t xml:space="preserve">[36:50] </w:t>
      </w:r>
      <w:r>
        <w:t>scientists ki daryafton ko istemal kiya logon ne, sirf secular logon ne. aur jo believers the, wo istemal hi nahi kar sake wo kyunke ladai bhadai mein mashgool the, wo lad lad ke mar rahe the.</w:t>
      </w:r>
    </w:p>
    <w:p>
      <w:pPr>
        <w:jc w:val="right"/>
      </w:pPr>
      <w:r>
        <w:t>سائنس دانوں کی دریافتوں کو استعمال کیا لوگوں نے، صرف سیکولر لوگوں نے۔ اور جو بیلیورز تھے، وہ استعمال ہی نہیں کر سکے وہ کیونکہ لڑائی بھڑائی میں مشغول تھے، وہ لڑ لڑ کے مر رہے تھے۔</w:t>
      </w:r>
    </w:p>
    <w:p>
      <w:r>
        <w:rPr>
          <w:b/>
        </w:rPr>
        <w:t xml:space="preserve">[37:01] </w:t>
      </w:r>
      <w:r>
        <w:t>wo</w:t>
      </w:r>
    </w:p>
    <w:p>
      <w:pPr>
        <w:jc w:val="right"/>
      </w:pPr>
      <w:r>
        <w:t>وہ</w:t>
      </w:r>
    </w:p>
    <w:p>
      <w:r>
        <w:rPr>
          <w:b/>
        </w:rPr>
        <w:t xml:space="preserve">[37:05] </w:t>
      </w:r>
      <w:r>
        <w:t>yeh kitna hi bada deviation hai jo Islam mein hua hai. aur yeh Islami ki baat nahi hai, yeh saare paighambaron ki baat hai.</w:t>
      </w:r>
    </w:p>
    <w:p>
      <w:pPr>
        <w:jc w:val="right"/>
      </w:pPr>
      <w:r>
        <w:t>یہ کتنا ہی بڑا ڈیوی ایشن ہے جو اسلام میں ہوا ہے۔ اور یہ اسلامی کی بات نہیں ہے، یہ سارے پیغمبروں کی بات ہے۔</w:t>
      </w:r>
    </w:p>
    <w:p>
      <w:r>
        <w:rPr>
          <w:b/>
        </w:rPr>
        <w:t xml:space="preserve">[37:15] </w:t>
      </w:r>
      <w:r>
        <w:t>jaisa ke maine arz kiya ke jo rasool Allah ne farmaya tha, wahi hazrat maseeh ne bhi farmaya tha</w:t>
      </w:r>
    </w:p>
    <w:p>
      <w:pPr>
        <w:jc w:val="right"/>
      </w:pPr>
      <w:r>
        <w:t>جیسا کہ میں نے عرض کیا کہ جو رسول اللہ نے فرمایا تھا، وہی حضرت مسیح نے بھی فرمایا تھا</w:t>
      </w:r>
    </w:p>
    <w:p>
      <w:r>
        <w:rPr>
          <w:b/>
        </w:rPr>
        <w:t xml:space="preserve">[37:22] </w:t>
      </w:r>
      <w:r>
        <w:t>ke zindagi ke nizaam ko chalao ek division of work ke zariye se, taqseem kar ke zariye se.</w:t>
      </w:r>
    </w:p>
    <w:p>
      <w:pPr>
        <w:jc w:val="right"/>
      </w:pPr>
      <w:r>
        <w:t>کہ زندگی کے نظام کو چلاؤ ایک ڈیویژن آف ورک کے ذریعے سے، تقسیم کار کے ذریعے سے۔</w:t>
      </w:r>
    </w:p>
    <w:p>
      <w:r>
        <w:rPr>
          <w:b/>
        </w:rPr>
        <w:t xml:space="preserve">[37:30] </w:t>
      </w:r>
      <w:r>
        <w:t>ke administration jo hai, woh unko hawale kar do hukmaranon ke, rulers ke. Aur jo doosra jo kaam hai, family ko mazboot karna, society ko mazboot karna,</w:t>
      </w:r>
    </w:p>
    <w:p>
      <w:pPr>
        <w:jc w:val="right"/>
      </w:pPr>
      <w:r>
        <w:t>کہ ایڈمنسٹریشن جو ہے، وہ ان کو حوالے کر دو حکمرانوں کے، رولرز کے۔ اور جو دوسرا جو کام ہے، فیملی کو مضبوط کرنا، سوسائٹی کو مضبوط کرنا،</w:t>
      </w:r>
    </w:p>
    <w:p>
      <w:r>
        <w:rPr>
          <w:b/>
        </w:rPr>
        <w:t xml:space="preserve">[37:44] </w:t>
      </w:r>
      <w:r>
        <w:t>madarse ko mazboot karna, masjid ko mazboot karna, idaron ko mazboot karna, education ke shobe ko mazboot karna. Yeh saare shobe jo the, yeh duty ke shobe hain un logon ke jo NGOs hain.</w:t>
      </w:r>
    </w:p>
    <w:p>
      <w:pPr>
        <w:jc w:val="right"/>
      </w:pPr>
      <w:r>
        <w:t>مدرسے کو مضبوط کرنا، مسجد کو مضبوط کرنا، اداروں کو مضبوط کرنا، ایجوکیشن کے شعبے کو مضبوط کرنا۔ یہ سارے شعبے جو تھے، یہ ڈیوٹی کے شعبے ہیں ان لوگوں کے جو این جی اوز ہیں۔</w:t>
      </w:r>
    </w:p>
    <w:p>
      <w:r>
        <w:rPr>
          <w:b/>
        </w:rPr>
        <w:t xml:space="preserve">[37:58] </w:t>
      </w:r>
      <w:r>
        <w:t>NGOs ki duty thi ke in shobon ko pakrein. Woh jaise hum Allah ke fazl se pakde hue hain, hum yahi kaam kar rahe hain, hum yahi kaam kar rahe hain.</w:t>
      </w:r>
    </w:p>
    <w:p>
      <w:pPr>
        <w:jc w:val="right"/>
      </w:pPr>
      <w:r>
        <w:t>این جی اوز کی ڈیوٹی تھی کہ ان شعبوں کو پکڑیں۔ وہ جیسے ہم اللہ کے فضل سے پکڑے ہوئے ہیں، ہم یہی کام کر رہے ہیں، ہم یہی کام کر رہے ہیں۔</w:t>
      </w:r>
    </w:p>
    <w:p>
      <w:r>
        <w:rPr>
          <w:b/>
        </w:rPr>
        <w:t xml:space="preserve">[38:09] </w:t>
      </w:r>
      <w:r>
        <w:t>Lekin logon ne kya kiya ke sab yaani danda le ke khade ho gaye ke Islam mukammal nizaam hai, yeh isko implement karna hai.</w:t>
      </w:r>
    </w:p>
    <w:p>
      <w:pPr>
        <w:jc w:val="right"/>
      </w:pPr>
      <w:r>
        <w:t>لیکن لوگوں نے کیا کیا کہ سب یعنی ڈنڈا لے کے کھڑے ہو گئے کہ اسلام مکمل نظام ہے، یہ اس کو امپلیمنٹ کرنا ہے۔</w:t>
      </w:r>
    </w:p>
    <w:p>
      <w:r>
        <w:rPr>
          <w:b/>
        </w:rPr>
        <w:t xml:space="preserve">[38:19] </w:t>
      </w:r>
      <w:r>
        <w:t>Tum hato takht se aur hum implement karenge aur hum mukammal nizaam qaim karenge.</w:t>
      </w:r>
    </w:p>
    <w:p>
      <w:pPr>
        <w:jc w:val="right"/>
      </w:pPr>
      <w:r>
        <w:t>تم ہٹو تخت سے اور ہم امپلیمنٹ کریں گے اور ہم مکمل نظام قائم کریں گے۔</w:t>
      </w:r>
    </w:p>
    <w:p>
      <w:r>
        <w:rPr>
          <w:b/>
        </w:rPr>
        <w:t xml:space="preserve">[38:27] </w:t>
      </w:r>
      <w:r>
        <w:t>Bilkul bilkul base base less baat hai, absurd baat hai. Yeh Islam mein do alag alag duty hai. Yaani ek hi aadmi koda le kar dono duty anjaam diye, yeh nahi Islam mein hai ke aap hakim ban jayein aur koda sambhalein aur sab maar maar ke sab ko durust karein.</w:t>
      </w:r>
    </w:p>
    <w:p>
      <w:pPr>
        <w:jc w:val="right"/>
      </w:pPr>
      <w:r>
        <w:t>بالکل بالکل بیس بیس لیس بات ہے، ایبسرٹ بات ہے۔ یہ اسلام میں دو الگ الگ ڈیوٹی ہے۔ یعنی ایک ہی آدمی کوڑا لے کر دونوں ڈیوٹی انجام دیے، یہ نہیں اسلام میں ہے کہ آپ حاکم بن جائیں اور کوڑا سنبھالیں اور سب مار مار کے سب کو درست کریں۔</w:t>
      </w:r>
    </w:p>
    <w:p>
      <w:r>
        <w:rPr>
          <w:b/>
        </w:rPr>
        <w:t xml:space="preserve">[38:47] </w:t>
      </w:r>
      <w:r>
        <w:t>Yeh Islam nahi hai.</w:t>
      </w:r>
    </w:p>
    <w:p>
      <w:pPr>
        <w:jc w:val="right"/>
      </w:pPr>
      <w:r>
        <w:t>یہ اسلام نہیں ہے۔</w:t>
      </w:r>
    </w:p>
    <w:p>
      <w:r>
        <w:rPr>
          <w:b/>
        </w:rPr>
        <w:t xml:space="preserve">[38:50] </w:t>
      </w:r>
      <w:r>
        <w:t>Administration jo hai, woh kaam hai hukmaranon ka, rulers ka. Baqi jo kaam hai, woh educators ka kaam hai, reformers ka kaam hai, muslehien ka kaam hai, NGOs ka kaam hai.</w:t>
      </w:r>
    </w:p>
    <w:p>
      <w:pPr>
        <w:jc w:val="right"/>
      </w:pPr>
      <w:r>
        <w:t>ایڈمنسٹریشن جو ہے، وہ کام ہے حکمرانوں کا، رولرز کا۔ باقی جو کام ہے، وہ ایجوکیٹرز کا کام ہے، ریفارمرز کا کام ہے، مصلحین کا کام ہے، این جی اوز کا کام ہے۔</w:t>
      </w:r>
    </w:p>
    <w:p>
      <w:r>
        <w:rPr>
          <w:b/>
        </w:rPr>
        <w:t xml:space="preserve">[39:07] </w:t>
      </w:r>
      <w:r>
        <w:t>Toh yeh jo Islam ka jo model tha, main samajhta hoon ke Islam mein ek hi baar is model ko bade paimane par ikhtiyar kiya gaya, woh muhaddiseen ka model hai.</w:t>
      </w:r>
    </w:p>
    <w:p>
      <w:pPr>
        <w:jc w:val="right"/>
      </w:pPr>
      <w:r>
        <w:t>تو یہ جو اسلام کا جو ماڈل تھا، میں سمجھتا ہوں کہ اسلام میں ایک ہی بار اس ماڈل کو بڑے پیمانے پر اختیار کیا گیا، وہ محدثین کا ماڈل ہے۔</w:t>
      </w:r>
    </w:p>
    <w:p>
      <w:r>
        <w:rPr>
          <w:b/>
        </w:rPr>
        <w:t xml:space="preserve">[39:18] </w:t>
      </w:r>
      <w:r>
        <w:t>Bade paimane par is model ko ke unhone apne zamane ke jo jo rulers the, Abbas rulers, unko yaani ek ek koi aapas mein koi samjhota nahi hua tha,</w:t>
      </w:r>
    </w:p>
    <w:p>
      <w:pPr>
        <w:jc w:val="right"/>
      </w:pPr>
      <w:r>
        <w:t>بڑے پیمانے پر اس ماڈل کو کہ انہوں نے اپنے زمانے کے جو جو رولرز تھے، عباس رولرز، ان کو یعنی ایک ایک کوئی آپس میں کوئی سمجھوتہ نہیں ہوا تھا،</w:t>
      </w:r>
    </w:p>
    <w:p>
      <w:r>
        <w:rPr>
          <w:b/>
        </w:rPr>
        <w:t xml:space="preserve">[39:35] </w:t>
      </w:r>
      <w:r>
        <w:t>Lekin bila ailaan ek samjhota tha.</w:t>
      </w:r>
    </w:p>
    <w:p>
      <w:pPr>
        <w:jc w:val="right"/>
      </w:pPr>
      <w:r>
        <w:t>لیکن بلا اعلان ایک سمجھوتہ تھا۔</w:t>
      </w:r>
    </w:p>
    <w:p>
      <w:r>
        <w:rPr>
          <w:b/>
        </w:rPr>
        <w:t xml:space="preserve">[39:40] </w:t>
      </w:r>
      <w:r>
        <w:t>Yaani undeclared ek ek mamla hua ke tum hukoomat chalao aur hum hadith ki khidmat karenge.</w:t>
      </w:r>
    </w:p>
    <w:p>
      <w:pPr>
        <w:jc w:val="right"/>
      </w:pPr>
      <w:r>
        <w:t>یعنی ان ڈیکلیئرڈ ایک ایک معاملہ ہوا کہ تم حکومت چلاؤ اور ہم حدیث کی خدمت کریں گے۔</w:t>
      </w:r>
    </w:p>
    <w:p>
      <w:r>
        <w:rPr>
          <w:b/>
        </w:rPr>
        <w:t xml:space="preserve">[39:49] </w:t>
      </w:r>
      <w:r>
        <w:t>Toh yeh model jo hai muhaddiseen ka, yahi ek sahi model tha. Yeh isi model ko hamesha ikhtiyar karna tha, hamesha hamesha hamesha.</w:t>
      </w:r>
    </w:p>
    <w:p>
      <w:pPr>
        <w:jc w:val="right"/>
      </w:pPr>
      <w:r>
        <w:t>تو یہ ماڈل جو ہے محدثین کا، یہی ایک صحیح ماڈل تھا۔ یہ اسی ماڈل کو ہمیشہ اختیار کرنا تھا، ہمیشہ ہمیشہ ہمیشہ۔</w:t>
      </w:r>
    </w:p>
    <w:p>
      <w:r>
        <w:rPr>
          <w:b/>
        </w:rPr>
        <w:t xml:space="preserve">[39:58] </w:t>
      </w:r>
      <w:r>
        <w:t>Aur aaj bhi</w:t>
      </w:r>
    </w:p>
    <w:p>
      <w:pPr>
        <w:jc w:val="right"/>
      </w:pPr>
      <w:r>
        <w:t>اور آج بھی</w:t>
      </w:r>
    </w:p>
    <w:p>
      <w:r>
        <w:rPr>
          <w:b/>
        </w:rPr>
        <w:t xml:space="preserve">[40:04] </w:t>
      </w:r>
      <w:r>
        <w:t>Rasool Allah sal Allah alaihi wasallam ke baad ka yeh zamana jo hai muhaddiseen ka, isko main samajhta hoon ke behtareen model tha woh ke politicians ko unhone de diya administration ka shoba aur khud sambhal le liya education ka shoba.</w:t>
      </w:r>
    </w:p>
    <w:p>
      <w:pPr>
        <w:jc w:val="right"/>
      </w:pPr>
      <w:r>
        <w:t>رسول اللہ صلی اللہ علیہ وسلم کے بعد کا یہ زمانہ جو ہے محدثین کا، اس کو میں سمجھتا ہوں کہ بہترین ماڈل تھا وہ کہ پولیٹیشنز کو انہوں نے دے دیا ایڈمنسٹریشن کا شعبہ اور خود سنبھال لے لیا ایجوکیشن کا شعبہ۔</w:t>
      </w:r>
    </w:p>
    <w:p>
      <w:r>
        <w:rPr>
          <w:b/>
        </w:rPr>
        <w:t xml:space="preserve">[40:23] </w:t>
      </w:r>
      <w:r>
        <w:t>Aaj yeh nahi ho saka. Isi ka nateeja hai ke Muslim countries mein dictatorship hai. Kyun ke jaisa maine arz kiya ke dictatorship kyun hai?</w:t>
      </w:r>
    </w:p>
    <w:p>
      <w:pPr>
        <w:jc w:val="right"/>
      </w:pPr>
      <w:r>
        <w:t>آج یہ نہیں ہو سکا۔ اسی کا نتیجہ ہے کہ مسلم کنٹریز میں ڈکٹیٹرشپ ہے۔ کیونکہ جیسا میں نے عرض کیا کہ ڈکٹیٹرشپ کیوں ہے؟</w:t>
      </w:r>
    </w:p>
    <w:p>
      <w:r>
        <w:rPr>
          <w:b/>
        </w:rPr>
        <w:t xml:space="preserve">[40:33] </w:t>
      </w:r>
      <w:r>
        <w:t>Leadership is liye ke woh self defence ke liye hai. Woh</w:t>
      </w:r>
    </w:p>
    <w:p>
      <w:pPr>
        <w:jc w:val="right"/>
      </w:pPr>
      <w:r>
        <w:t>لیڈرشپ اس لیے کہ وہ سیلف ڈیفنس کے لیے ہے۔ وہ</w:t>
      </w:r>
    </w:p>
    <w:p>
      <w:r>
        <w:rPr>
          <w:b/>
        </w:rPr>
        <w:t xml:space="preserve">[40:39] </w:t>
      </w:r>
      <w:r>
        <w:t>Woh self defence ke liye. Ek martaba main ek Arab ke ek ek bade ek government ke ek aadmi se meri mulaqat hui thi.</w:t>
      </w:r>
    </w:p>
    <w:p>
      <w:pPr>
        <w:jc w:val="right"/>
      </w:pPr>
      <w:r>
        <w:t>وہ سیلف ڈیفنس کے لیے۔ ایک مرتبہ میں ایک عرب کے ایک ایک بڑے ایک گورنمنٹ کے ایک آدمی سے میری ملاقات ہوئی تھی۔</w:t>
      </w:r>
    </w:p>
    <w:p>
      <w:r>
        <w:rPr>
          <w:b/>
        </w:rPr>
        <w:t xml:space="preserve">[40:49] </w:t>
      </w:r>
      <w:r>
        <w:t>Maine poocha ke aap log kyun kuchalte hain in tehreekon ko? Toh unhone yeh khud isi liye baat ki thi. Bahut zaheen aadmi tha ke hum self defence ke liye kuchalte hain.</w:t>
      </w:r>
    </w:p>
    <w:p>
      <w:pPr>
        <w:jc w:val="right"/>
      </w:pPr>
      <w:r>
        <w:t>میں نے پوچھا کہ آپ لوگ کیوں کچلتے ہیں ان تحریکوں کو؟ تو انہوں نے یہ خود اسی لیے بات کی تھی۔ بہت ذہین آدمی تھا کہ ہم سیلف ڈیفنس کے لیے کچلتے ہیں۔</w:t>
      </w:r>
    </w:p>
    <w:p>
      <w:r>
        <w:rPr>
          <w:b/>
        </w:rPr>
        <w:t xml:space="preserve">[40:59] </w:t>
      </w:r>
      <w:r>
        <w:t>Humein kya dilchaspi kuchalne se?</w:t>
      </w:r>
    </w:p>
    <w:p>
      <w:pPr>
        <w:jc w:val="right"/>
      </w:pPr>
      <w:r>
        <w:t>ہمیں کیا دلچسپی کچلنے سے؟</w:t>
      </w:r>
    </w:p>
    <w:p>
      <w:r>
        <w:rPr>
          <w:b/>
        </w:rPr>
        <w:t xml:space="preserve">[41:03] </w:t>
      </w:r>
      <w:r>
        <w:t>Yeh isi ne yeh baat kahi thi jo main dohra raha hoon aap ke samne. Humein kisi ko marne ka order koi dilchaspi nahi hai. Lekin woh opposition ban ke khade ho gaye.</w:t>
      </w:r>
    </w:p>
    <w:p>
      <w:pPr>
        <w:jc w:val="right"/>
      </w:pPr>
      <w:r>
        <w:t>یہ اسی نے یہ بات کہی تھی جو میں دہرا رہا ہوں آپ کے سامنے۔ ہمیں کسی کو مارنے کا ارڈر کوئی دلچسپی نہیں ہے۔ لیکن وہ اپوزیشن بن کے کھڑے ہو گئے۔</w:t>
      </w:r>
    </w:p>
    <w:p>
      <w:r>
        <w:rPr>
          <w:b/>
        </w:rPr>
        <w:t xml:space="preserve">[41:11] </w:t>
      </w:r>
      <w:r>
        <w:t>Woh hum ko incite karne ke liye khade ho gaye. Woh hum ko overthrow karne ke liye khade ho gaye. Woh toh ab kya karein?</w:t>
      </w:r>
    </w:p>
    <w:p>
      <w:pPr>
        <w:jc w:val="right"/>
      </w:pPr>
      <w:r>
        <w:t>وہ ہم کو انسیڈ کرنے کے لیے کھڑے ہو گئے۔ وہ ہم کو اوور تھرو کرنے کے لیے کھڑے ہو گئے۔ وہ تو اب کیا کریں؟</w:t>
      </w:r>
    </w:p>
    <w:p>
      <w:r>
        <w:rPr>
          <w:b/>
        </w:rPr>
        <w:t xml:space="preserve">[41:22] </w:t>
      </w:r>
      <w:r>
        <w:t>Bahut hi sahi baat hai. Yeh dictatorship aayi hai jo Muslim countries mein, woh sirf self defence ke liye aayi hai. Is liye nahi ke Islam yeh sikhata hai.</w:t>
      </w:r>
    </w:p>
    <w:p>
      <w:pPr>
        <w:jc w:val="right"/>
      </w:pPr>
      <w:r>
        <w:t>بہت ہی صحیح بات ہے۔ یہ ڈکٹیٹرشپ آئی ہے جو مسلم کنٹریز میں، وہ صرف سیلف ڈیفنس کے لیے آئی ہے۔ اس لیے نہیں کہ اسلام یہ سکھاتا ہے۔</w:t>
      </w:r>
    </w:p>
    <w:p>
      <w:r>
        <w:rPr>
          <w:b/>
        </w:rPr>
        <w:t xml:space="preserve">[41:32] </w:t>
      </w:r>
      <w:r>
        <w:t>log yeh samajhte hain ke islam ki taleem yahi hai, is liye woh dictatorship wahan ubhri. it has nothing to do with islam.</w:t>
      </w:r>
    </w:p>
    <w:p>
      <w:pPr>
        <w:jc w:val="right"/>
      </w:pPr>
      <w:r>
        <w:t>لوگ یہ سمجھتے ہیں کہ اسلام کی تعلیم یہی ہے، اس لیے وہ ڈکٹیٹرشپ وہاں ابھری۔ اٹ ہیز نتھنگ ٹو ود اسلام۔</w:t>
      </w:r>
    </w:p>
    <w:p>
      <w:r>
        <w:rPr>
          <w:b/>
        </w:rPr>
        <w:t xml:space="preserve">[41:41] </w:t>
      </w:r>
      <w:r>
        <w:t>is dictatorship ka koi bhi talluq islam se nahi hai. yeh sara mamla yeh hai ke islamist ubhre, yeh le kar ke danda ke mukammal islam hamein naafiz karna hai, tum hato takht se.</w:t>
      </w:r>
    </w:p>
    <w:p>
      <w:pPr>
        <w:jc w:val="right"/>
      </w:pPr>
      <w:r>
        <w:t>اس ڈکٹیٹرشپ کا کوئی بھی تعلق اسلام سے نہیں ہے۔ یہ سارا معاملہ یہ ہے کہ اسلامسٹ ابھرے، یہ لے کر کے ڈنڈا کہ مکمل اسلام ہمیں نافذ کرنا ہے، تم ہٹو تخت سے۔</w:t>
      </w:r>
    </w:p>
    <w:p>
      <w:r>
        <w:rPr>
          <w:b/>
        </w:rPr>
        <w:t xml:space="preserve">[41:56] </w:t>
      </w:r>
      <w:r>
        <w:t>to unhon ne kaha ke hum kyun haten? hum tumhein kuchlen ge.</w:t>
      </w:r>
    </w:p>
    <w:p>
      <w:pPr>
        <w:jc w:val="right"/>
      </w:pPr>
      <w:r>
        <w:t>تو انہوں نے کہا کہ ہم کیوں ہٹیں؟ ہم تمہیں کچلیں گے۔</w:t>
      </w:r>
    </w:p>
    <w:p>
      <w:r>
        <w:rPr>
          <w:b/>
        </w:rPr>
        <w:t xml:space="preserve">[42:01] </w:t>
      </w:r>
      <w:r>
        <w:t>is tarah se dictatorship ban gayi. ab jo hona chahiye, woh yeh hona chahiye ke ek rethinking ho.</w:t>
      </w:r>
    </w:p>
    <w:p>
      <w:pPr>
        <w:jc w:val="right"/>
      </w:pPr>
      <w:r>
        <w:t>اس طرح سے ڈکٹیٹرشپ بن گئی۔ اب جو ہونا چاہیے، وہ یہ ہونا چاہیے کہ ایک ری تھنکنگ ہو۔</w:t>
      </w:r>
    </w:p>
    <w:p>
      <w:r>
        <w:rPr>
          <w:b/>
        </w:rPr>
        <w:t xml:space="preserve">[42:12] </w:t>
      </w:r>
      <w:r>
        <w:t>rethinking aur is is is nazariye ko phir se revive kiya jaye jo muhaddiseen zamane mein apnaya gaya tha.</w:t>
      </w:r>
    </w:p>
    <w:p>
      <w:pPr>
        <w:jc w:val="right"/>
      </w:pPr>
      <w:r>
        <w:t>ری تھنکنگ اور اس اس اس نظریے کو پھر سے ریوائیو کیا جائے جو محدثین زمانے میں اپنایا گیا تھا۔</w:t>
      </w:r>
    </w:p>
    <w:p>
      <w:r>
        <w:rPr>
          <w:b/>
        </w:rPr>
        <w:t xml:space="preserve">[42:22] </w:t>
      </w:r>
      <w:r>
        <w:t>yeh jo baat mein keh raha hoon ke do alag alag duty, yeh jo concept hai, is ka amli taur par bohat hi numayan model sirf mujhe muhaddiseen ke zamane mein milta hai, is ke baad nahi milta.</w:t>
      </w:r>
    </w:p>
    <w:p>
      <w:pPr>
        <w:jc w:val="right"/>
      </w:pPr>
      <w:r>
        <w:t>یہ جو بات میں کہہ رہا ہوں کہ دو الگ الگ ڈیوٹی، یہ جو کانسیپٹ ہے، اس کا عملی طور پر بہت ہی نمایاں ماڈل صرف مجھے محدثین کے زمانے میں ملتا ہے، اس کے بعد نہیں ملتا۔</w:t>
      </w:r>
    </w:p>
    <w:p>
      <w:r>
        <w:rPr>
          <w:b/>
        </w:rPr>
        <w:t xml:space="preserve">[42:38] </w:t>
      </w:r>
      <w:r>
        <w:t>is ke baad sufia ne kiya. yaani ek lehaz se sufia ka model bhi wahi hai. lekin sufion ne bhi debate kiya. yaani sufion ne bhi yeh kiya ke unhon ne ruler se takrao nahi kiya.</w:t>
      </w:r>
    </w:p>
    <w:p>
      <w:pPr>
        <w:jc w:val="right"/>
      </w:pPr>
      <w:r>
        <w:t>اس کے بعد صوفیاء نے کیا۔ یعنی ایک لحاظ سے صوفیاء کا ماڈل بھی وہی ہے۔ لیکن صوفیوں نے بھی ڈیبیٹ کیا۔ یعنی صوفیوں نے بھی یہ کیا کہ انہوں نے رولر سے ٹکراؤ نہیں کیا۔</w:t>
      </w:r>
    </w:p>
    <w:p>
      <w:r>
        <w:rPr>
          <w:b/>
        </w:rPr>
        <w:t xml:space="preserve">[42:53] </w:t>
      </w:r>
      <w:r>
        <w:t>takrao nahi kiya. ruler ko chhod diya, kuch chalao administration to apna. aur khud woh jo hai us lage islahi kaam mein, yaani rohani islah ka kaam.</w:t>
      </w:r>
    </w:p>
    <w:p>
      <w:pPr>
        <w:jc w:val="right"/>
      </w:pPr>
      <w:r>
        <w:t>ٹکراؤ نہیں کیا۔ رولر کو چھوڑ دیا، کچھ چلاؤ ایڈمنسٹریشن تو اپنا۔ اور خود وہ جو ہے اس لگے اصلاحی کام میں، یعنی روحانی اصلاح کا کام۔</w:t>
      </w:r>
    </w:p>
    <w:p>
      <w:r>
        <w:rPr>
          <w:b/>
        </w:rPr>
        <w:t xml:space="preserve">[43:06] </w:t>
      </w:r>
      <w:r>
        <w:t>to sufia ka ke mamle ka ek pehlu yeh hai ke yaani division of work, woh mein us ko theek samajhta hoon ke unhon ne hukoomaton se takrao na kar ke khanqahain banain.</w:t>
      </w:r>
    </w:p>
    <w:p>
      <w:pPr>
        <w:jc w:val="right"/>
      </w:pPr>
      <w:r>
        <w:t>تو صوفیاء کا کے معاملے کا ایک پہلو یہ ہے کہ یعنی ڈیویژن آف ورک، وہ میں اس کو ٹھیک سمجھتا ہوں کہ انہوں نے حکومتوں سے ٹکراؤ نہ کر کے خانقاہیں بنائیں۔</w:t>
      </w:r>
    </w:p>
    <w:p>
      <w:r>
        <w:rPr>
          <w:b/>
        </w:rPr>
        <w:t xml:space="preserve">[43:20] </w:t>
      </w:r>
      <w:r>
        <w:t>yeh bilkul theek tha. lekin unhon ne khud se islam mein yaani naye naye tareeqe nikale.</w:t>
      </w:r>
    </w:p>
    <w:p>
      <w:pPr>
        <w:jc w:val="right"/>
      </w:pPr>
      <w:r>
        <w:t>یہ بالکل ٹھیک تھا۔ لیکن انہوں نے خود سے اسلام میں یعنی نئے نئے طریقے نکالے۔</w:t>
      </w:r>
    </w:p>
    <w:p>
      <w:r>
        <w:rPr>
          <w:b/>
        </w:rPr>
        <w:t xml:space="preserve">[43:30] </w:t>
      </w:r>
      <w:r>
        <w:t>zikr o ashghal ke tareeqe, muraqba ke tareeqe, aur mabni bar qalb jo unhon ne ruhaniyat ka nazariya nikala.</w:t>
      </w:r>
    </w:p>
    <w:p>
      <w:pPr>
        <w:jc w:val="right"/>
      </w:pPr>
      <w:r>
        <w:t>ذکر و اشغال کے طریقے، مراقبہ کے طریقے، اور مبنی بر قلب جو انہوں نے روحانیت کا نظریہ نکالا۔</w:t>
      </w:r>
    </w:p>
    <w:p>
      <w:r>
        <w:rPr>
          <w:b/>
        </w:rPr>
        <w:t xml:space="preserve">[43:40] </w:t>
      </w:r>
      <w:r>
        <w:t>to yeh is is lehaz se mein sufion ka yaani samajhta hoon ke deviate kiya unhon ne islam se. lekin jahan tak is baat ka talluq hai ke hukoomat ko chhod kar ke unhon ne khanqah banayi aur isi yaani division of work ke usool par unhon ne kaam kiya, yeh bilkul sahi tha.</w:t>
      </w:r>
    </w:p>
    <w:p>
      <w:pPr>
        <w:jc w:val="right"/>
      </w:pPr>
      <w:r>
        <w:t>تو یہ اس اس لحاظ سے میں صوفیوں کا یعنی سمجھتا ہوں کہ ڈیویٹ کیا انہوں نے اسلام سے۔ لیکن جہاں تک اس بات کا تعلق ہے کہ حکومت کو چھوڑ کر کے انہوں نے خانقاہ بنائی اور اسی یعنی ڈیویژن آف ورک کے اصول پر انہوں نے کام کیا، یہ بالکل صحیح تھا۔</w:t>
      </w:r>
    </w:p>
    <w:p>
      <w:r>
        <w:rPr>
          <w:b/>
        </w:rPr>
        <w:t xml:space="preserve">[44:01] </w:t>
      </w:r>
      <w:r>
        <w:t>woh bilkul durust tha. woh</w:t>
      </w:r>
    </w:p>
    <w:p>
      <w:pPr>
        <w:jc w:val="right"/>
      </w:pPr>
      <w:r>
        <w:t>وہ بالکل درست تھا۔ وہ</w:t>
      </w:r>
    </w:p>
    <w:p>
      <w:r>
        <w:rPr>
          <w:b/>
        </w:rPr>
        <w:t xml:space="preserve">[44:06] </w:t>
      </w:r>
      <w:r>
        <w:t>isi ko hamein zinda karna hai.</w:t>
      </w:r>
    </w:p>
    <w:p>
      <w:pPr>
        <w:jc w:val="right"/>
      </w:pPr>
      <w:r>
        <w:t>اسی کو ہمیں زندہ کرنا ہے۔</w:t>
      </w:r>
    </w:p>
    <w:p>
      <w:r>
        <w:rPr>
          <w:b/>
        </w:rPr>
        <w:t xml:space="preserve">[44:11] </w:t>
      </w:r>
      <w:r>
        <w:t>jab is ko zinda kar paya gaya, tabhi aisa hoga ke ke poora samaj as a whole taraqqi kare.</w:t>
      </w:r>
    </w:p>
    <w:p>
      <w:pPr>
        <w:jc w:val="right"/>
      </w:pPr>
      <w:r>
        <w:t>جب اس کو زندہ کر پایا گیا، تبھی ایسا ہوگا کہ کہ پورا سماج ایز اے ہول ترقی کرے۔</w:t>
      </w:r>
    </w:p>
    <w:p>
      <w:r>
        <w:rPr>
          <w:b/>
        </w:rPr>
        <w:t xml:space="preserve">[44:21] </w:t>
      </w:r>
      <w:r>
        <w:t>poora samaj as a whole taraqqi kar</w:t>
      </w:r>
    </w:p>
    <w:p>
      <w:pPr>
        <w:jc w:val="right"/>
      </w:pPr>
      <w:r>
        <w:t>پورا سماج ایز اے ہول ترقی کر</w:t>
      </w:r>
    </w:p>
    <w:p>
      <w:r>
        <w:rPr>
          <w:b/>
        </w:rPr>
        <w:t xml:space="preserve">[44:23] </w:t>
      </w:r>
      <w:r>
        <w:t>e. yaani jo jo jo ruler hain, jo democracy ke zariye se, yaani woh koi khandani rule nahi hoga islam mein, woh election ke zariye hoga, yaani democratic process ke zariye hoga.</w:t>
      </w:r>
    </w:p>
    <w:p>
      <w:pPr>
        <w:jc w:val="right"/>
      </w:pPr>
      <w:r>
        <w:t>ے۔ یعنی جو جو جو رولر ہیں، جو ڈیموکریسی کے ذریعے سے، یعنی وہ کوئی خاندانی رول نہیں ہوگا اسلام میں، وہ الیکشن کے ذریعے ہوگا، یعنی ڈیموکریٹک پروسیس کے ذریعے ہوگا۔</w:t>
      </w:r>
    </w:p>
    <w:p>
      <w:r>
        <w:rPr>
          <w:b/>
        </w:rPr>
        <w:t xml:space="preserve">[44:37] </w:t>
      </w:r>
      <w:r>
        <w:t>to woh administration se sambhale ga. ek is yaani woh intezam ki duty. to kaha ke do hue: ek hai intezam ki duty, ek hai sudhaar sudhaar ki duty, islah ki duty.</w:t>
      </w:r>
    </w:p>
    <w:p>
      <w:pPr>
        <w:jc w:val="right"/>
      </w:pPr>
      <w:r>
        <w:t>تو وہ ایڈمنسٹریشن سے سنبھالے گا۔ ایک اس یعنی وہ انتظام کی ڈیوٹی۔ تو کہا کہ دو ہوئے: ایک ہے انتظام کی ڈیوٹی، ایک ہے سدھار سدھار کی ڈیوٹی، اصلاح کی ڈیوٹی۔</w:t>
      </w:r>
    </w:p>
    <w:p>
      <w:r>
        <w:rPr>
          <w:b/>
        </w:rPr>
        <w:t xml:space="preserve">[44:51] </w:t>
      </w:r>
      <w:r>
        <w:t>intezam aur islah</w:t>
      </w:r>
    </w:p>
    <w:p>
      <w:pPr>
        <w:jc w:val="right"/>
      </w:pPr>
      <w:r>
        <w:t>انتظام اور اصلاح</w:t>
      </w:r>
    </w:p>
    <w:p>
      <w:r>
        <w:rPr>
          <w:b/>
        </w:rPr>
        <w:t xml:space="preserve">[44:55] </w:t>
      </w:r>
      <w:r>
        <w:t>islam mein sari cheezen aa jayen gi. islam mein masjid bhi hai, madrassa bhi hai, taleem bhi hai, ghar bhi hai. sab cheez islam mein aa jayegi.</w:t>
      </w:r>
    </w:p>
    <w:p>
      <w:pPr>
        <w:jc w:val="right"/>
      </w:pPr>
      <w:r>
        <w:t>اسلام میں ساری چیزیں آ جائیں گی۔ اسلام میں مسجد بھی ہے، مدرسہ بھی ہے، تعلیم بھی ہے، گھر بھی ہے۔ سب چیز اسلام میں آ جائے گی۔</w:t>
      </w:r>
    </w:p>
    <w:p>
      <w:r>
        <w:rPr>
          <w:b/>
        </w:rPr>
        <w:t xml:space="preserve">[45:06] </w:t>
      </w:r>
      <w:r>
        <w:t>to ek hai islah ka nizam, ek hai intezam ka nizam. ke intezam ka nizam jo hai, woh hukmaranon ke hawale.</w:t>
      </w:r>
    </w:p>
    <w:p>
      <w:pPr>
        <w:jc w:val="right"/>
      </w:pPr>
      <w:r>
        <w:t>تو ایک ہے اصلاح کا نظام، ایک ہے انتظام کا نظام۔ کہ انتظام کا نظام جو ہے، وہ حکمرانوں کے حوالے۔</w:t>
      </w:r>
    </w:p>
    <w:p>
      <w:r>
        <w:rPr>
          <w:b/>
        </w:rPr>
        <w:t xml:space="preserve">[45:17] </w:t>
      </w:r>
      <w:r>
        <w:t>islah ka jo nizam hai, woh ngos ke hawale. to mukammal nizam islam hai, yeh</w:t>
      </w:r>
    </w:p>
    <w:p>
      <w:pPr>
        <w:jc w:val="right"/>
      </w:pPr>
      <w:r>
        <w:t>اصلاح کا جو نظام ہے، وہ این جی اوز کے حوالے۔ تو مکمل نظام اسلام ہے، یہ</w:t>
      </w:r>
    </w:p>
    <w:p>
      <w:r>
        <w:rPr>
          <w:b/>
        </w:rPr>
        <w:t xml:space="preserve">[45:25] </w:t>
      </w:r>
      <w:r>
        <w:t>ek ek aitbar se durust hai, lekin doosre aitbar se yeh log galat us ko galat maani pehnate hain.</w:t>
      </w:r>
    </w:p>
    <w:p>
      <w:pPr>
        <w:jc w:val="right"/>
      </w:pPr>
      <w:r>
        <w:t>ایک ایک اعتبار سے درست ہے، لیکن دوسرے اعتبار سے یہ لوگ غلط اس کو غلط معنی پہناتے ہیں۔</w:t>
      </w:r>
    </w:p>
    <w:p>
      <w:r>
        <w:rPr>
          <w:b/>
        </w:rPr>
        <w:t xml:space="preserve">[45:35] </w:t>
      </w:r>
      <w:r>
        <w:t>misalan rasool Allah ne farmaya ke agar tum rasta chal rahe ho aur raste mein koi aisi cheez hai, kanta hai, pathar hai, to us ko hata do.</w:t>
      </w:r>
    </w:p>
    <w:p>
      <w:pPr>
        <w:jc w:val="right"/>
      </w:pPr>
      <w:r>
        <w:t>مثلاً رسول اللہ نے فرمایا کہ اگر تم راستہ چل رہے ہو اور راستے میں کوئی ایسی چیز ہے، کانٹا ہے، پتھر ہے، تو اس کو ہٹا دو۔</w:t>
      </w:r>
    </w:p>
    <w:p>
      <w:r>
        <w:rPr>
          <w:b/>
        </w:rPr>
        <w:t xml:space="preserve">[45:44] </w:t>
      </w:r>
      <w:r>
        <w:t>to woh bhi iman ka ek hissa hai. to yahan bhi islam ki taleem maujood hai.</w:t>
      </w:r>
    </w:p>
    <w:p>
      <w:pPr>
        <w:jc w:val="right"/>
      </w:pPr>
      <w:r>
        <w:t>تو وہ بھی ایمان کا ایک حصہ ہے۔ تو یہاں بھی اسلام کی تعلیم موجود ہے</w:t>
      </w:r>
    </w:p>
    <w:p>
      <w:r>
        <w:rPr>
          <w:b/>
        </w:rPr>
        <w:t xml:space="preserve">[45:51] </w:t>
      </w:r>
      <w:r>
        <w:t>keh ek musafir ko, ek raah chalte aadmi ko chahiye keh woh raaste se kaante ko hata de, pathar ko hata de. Yeh bhi Islam ka ek hissa hai.</w:t>
      </w:r>
    </w:p>
    <w:p>
      <w:pPr>
        <w:jc w:val="right"/>
      </w:pPr>
      <w:r>
        <w:t>کہ ایک مسافر کو، ایک راہ چلتے آدمی کو چاہیے کہ وہ راستے سے کانٹے کو ہٹا دے، پتھر کو ہٹا دے۔ یہ بھی اسلام کا ایک حصہ ہے۔</w:t>
      </w:r>
    </w:p>
    <w:p>
      <w:r>
        <w:rPr>
          <w:b/>
        </w:rPr>
        <w:t xml:space="preserve">[46:03] </w:t>
      </w:r>
      <w:r>
        <w:t>Isi tarah se hadith mein hai keh jab bolo to sach bolo. To yeh bhi Islam zindagi ka hissa hai. Yahan bhi Islam ki taleem maujood hai. Aise hai keh jab tolo to sahi tolo.</w:t>
      </w:r>
    </w:p>
    <w:p>
      <w:pPr>
        <w:jc w:val="right"/>
      </w:pPr>
      <w:r>
        <w:t>اسی طرح سے حدیث میں ہے کہ جب بولو تو سچ بولو۔ تو یہ بھی اسلام زندگی کا حصہ ہے۔ یہاں بھی اسلام کی تعلیم موجود ہے۔ ایسے ہے کہ جب تولو تو صحیح تولو۔</w:t>
      </w:r>
    </w:p>
    <w:p>
      <w:r>
        <w:rPr>
          <w:b/>
        </w:rPr>
        <w:t xml:space="preserve">[46:17] </w:t>
      </w:r>
      <w:r>
        <w:t>To wahan bhi Islam ki taleem maujood hai. Lekin iska matlab yeh nahi keh hukumat par qabza kar ke sab ko sahi talwao, sahi hatwao logon se.</w:t>
      </w:r>
    </w:p>
    <w:p>
      <w:pPr>
        <w:jc w:val="right"/>
      </w:pPr>
      <w:r>
        <w:t>تو وہاں بھی اسلام کی تعلیم موجود ہے۔ لیکن اس کا مطلب یہ نہیں کہ حکومت پر قبضہ کر کے سب کو صحیح تلواؤ، صحیح ہٹواؤ لوگوں سے۔</w:t>
      </w:r>
    </w:p>
    <w:p>
      <w:r>
        <w:rPr>
          <w:b/>
        </w:rPr>
        <w:t xml:space="preserve">[46:26] </w:t>
      </w:r>
      <w:r>
        <w:t>Yeh matlab nahi hai keh koda le ke ghoomo aur dekho road par koi aadmi pathar nahi hataya raaste ka to maro us ko koda. Yeh matlab nahi hai is ka.</w:t>
      </w:r>
    </w:p>
    <w:p>
      <w:pPr>
        <w:jc w:val="right"/>
      </w:pPr>
      <w:r>
        <w:t>یہ مطلب نہیں ہے کہ کوڑا لے کے گھومو اور دیکھو روڈ پر کوئی آدمی پتھر نہیں ہٹایا راستے کا تو مارو اس کو کوڑا۔ یہ مطلب نہیں ہے اس کا۔</w:t>
      </w:r>
    </w:p>
    <w:p>
      <w:r>
        <w:rPr>
          <w:b/>
        </w:rPr>
        <w:t xml:space="preserve">[46:38] </w:t>
      </w:r>
      <w:r>
        <w:t>Matlab nahi hai is ka.</w:t>
      </w:r>
    </w:p>
    <w:p>
      <w:pPr>
        <w:jc w:val="right"/>
      </w:pPr>
      <w:r>
        <w:t>مطلب نہیں ہے اس کا۔</w:t>
      </w:r>
    </w:p>
    <w:p>
      <w:r>
        <w:rPr>
          <w:b/>
        </w:rPr>
        <w:t xml:space="preserve">[46:42] </w:t>
      </w:r>
      <w:r>
        <w:t>To zindagi ka ek shobah woh hai jo logon ki apni duty hai. Apni duty hai. Yani fard ki duty, family ki duty, samaj ki duty, masjid madrasay ki duty.</w:t>
      </w:r>
    </w:p>
    <w:p>
      <w:pPr>
        <w:jc w:val="right"/>
      </w:pPr>
      <w:r>
        <w:t>تو زندگی کا ایک شعبہ وہ ہے جو لوگوں کی اپنی ڈیوٹی ہے۔ اپنی ڈیوٹی ہے۔ یعنی فرد کی ڈیوٹی، فیملی کی ڈیوٹی، سماج کی ڈیوٹی، مسجد مدرسے کی ڈیوٹی۔</w:t>
      </w:r>
    </w:p>
    <w:p>
      <w:r>
        <w:rPr>
          <w:b/>
        </w:rPr>
        <w:t xml:space="preserve">[46:57] </w:t>
      </w:r>
      <w:r>
        <w:t>Ek shobah woh hai jis mein logon ko apni duty poora karna hai. Ek shobah woh hai jahan jahan hukmaranon ko implement karna hai.</w:t>
      </w:r>
    </w:p>
    <w:p>
      <w:pPr>
        <w:jc w:val="right"/>
      </w:pPr>
      <w:r>
        <w:t>ایک شعبہ وہ ہے جس میں لوگوں کو اپنی ڈیوٹی پورا کرنا ہے۔ ایک شعبہ وہ ہے جہاں جہاں حکمرانوں کو امپلیمنٹ کرنا ہے۔</w:t>
      </w:r>
    </w:p>
    <w:p>
      <w:r>
        <w:rPr>
          <w:b/>
        </w:rPr>
        <w:t xml:space="preserve">[47:09] </w:t>
      </w:r>
      <w:r>
        <w:t>To dono shobhon ko alag kar diya jaye to sara jhagda khatam, koi takrao nahi.</w:t>
      </w:r>
    </w:p>
    <w:p>
      <w:pPr>
        <w:jc w:val="right"/>
      </w:pPr>
      <w:r>
        <w:t>تو دونوں شعبوں کو الگ کر دیا جائے تو سارا جھگڑا ختم، کوئی ٹکراؤ نہیں۔</w:t>
      </w:r>
    </w:p>
    <w:p>
      <w:r>
        <w:rPr>
          <w:b/>
        </w:rPr>
        <w:t xml:space="preserve">[47:18] </w:t>
      </w:r>
      <w:r>
        <w:t>Yeh thi nabiyon ki islaah.</w:t>
      </w:r>
    </w:p>
    <w:p>
      <w:pPr>
        <w:jc w:val="right"/>
      </w:pPr>
      <w:r>
        <w:t>یہ تھی نبیوں کی اصلاح۔</w:t>
      </w:r>
    </w:p>
    <w:p>
      <w:r>
        <w:rPr>
          <w:b/>
        </w:rPr>
        <w:t xml:space="preserve">[47:22] </w:t>
      </w:r>
      <w:r>
        <w:t>Yeh Hazrat Masih ne yahi farmaya. Is ka bhi log mazak udate hain, Hazrat Masih ke is qaul ka keh jo Qaisar ka hai, qasar ko do, jo Khuda ka hai, Khuda ko do.</w:t>
      </w:r>
    </w:p>
    <w:p>
      <w:pPr>
        <w:jc w:val="right"/>
      </w:pPr>
      <w:r>
        <w:t>یہ حضرت مسیح نے یہی فرمایا۔ اس کا بھی لوگ مذاق اڑاتے ہیں، حضرت مسیح کے اس قول کا کہ جو قیصر کا ہے، قاصر کو دو، جو خدا کا ہے، خدا کو دو۔</w:t>
      </w:r>
    </w:p>
    <w:p>
      <w:r>
        <w:rPr>
          <w:b/>
        </w:rPr>
        <w:t xml:space="preserve">[47:33] </w:t>
      </w:r>
      <w:r>
        <w:t>Is ko mazak udate hain hamare muqarririn. Yeh to ain Islam hai, ain Khudai scheme hai.</w:t>
      </w:r>
    </w:p>
    <w:p>
      <w:pPr>
        <w:jc w:val="right"/>
      </w:pPr>
      <w:r>
        <w:t>اس کو مذاق اڑاتے ہیں ہمارے مقررین۔ یہ تو عین اسلام ہے، عین خدائی سکیم ہے۔</w:t>
      </w:r>
    </w:p>
    <w:p>
      <w:r>
        <w:rPr>
          <w:b/>
        </w:rPr>
        <w:t xml:space="preserve">[47:40] </w:t>
      </w:r>
      <w:r>
        <w:t>Yeh Khuda ki scheme ke mutabiq baat hai. Yeh</w:t>
      </w:r>
    </w:p>
    <w:p>
      <w:pPr>
        <w:jc w:val="right"/>
      </w:pPr>
      <w:r>
        <w:t>یہ خدا کی سکیم کے مطابق بات ہے۔ یہ</w:t>
      </w:r>
    </w:p>
    <w:p>
      <w:r>
        <w:rPr>
          <w:b/>
        </w:rPr>
        <w:t xml:space="preserve">[47:45] </w:t>
      </w:r>
      <w:r>
        <w:t>Yeh Rasool Allah salallahu alaihi wasallam ne khud bhi yahi baat farmayi. Yeh duty ke duty ko duty ki taqseem hai.</w:t>
      </w:r>
    </w:p>
    <w:p>
      <w:pPr>
        <w:jc w:val="right"/>
      </w:pPr>
      <w:r>
        <w:t>یہ رسول اللہ صلی اللہ علیہ وسلم نے خود بھی یہی بات فرمائی۔ یہ ڈیوٹی کے ڈیوٹی کو ڈیوٹی کی تقسیم ہے۔</w:t>
      </w:r>
    </w:p>
    <w:p>
      <w:r>
        <w:rPr>
          <w:b/>
        </w:rPr>
        <w:t xml:space="preserve">[47:54] </w:t>
      </w:r>
      <w:r>
        <w:t>Yeh keh ek duty reformers ki hai, ek duty rulers ki hai. Aap dekhiye, zindagi ke saare mamlaat ko aap implement nahi kar sakte.</w:t>
      </w:r>
    </w:p>
    <w:p>
      <w:pPr>
        <w:jc w:val="right"/>
      </w:pPr>
      <w:r>
        <w:t>یہ کہ ایک ڈیوٹی ریفارمرز کی ہے، ایک ڈیوٹی رولرز کی ہے۔ آپ دیکھیے، زندگی کے سارے معاملات کو آپ امپلیمنٹ نہیں کر سکتے۔</w:t>
      </w:r>
    </w:p>
    <w:p>
      <w:r>
        <w:rPr>
          <w:b/>
        </w:rPr>
        <w:t xml:space="preserve">[48:08] </w:t>
      </w:r>
      <w:r>
        <w:t>Maslan sach bolna. Kya kode se aap sach bulwayenge logon ko? Sach bolna spirit se hota hai. Aap logon ki spirit paida kijiye.</w:t>
      </w:r>
    </w:p>
    <w:p>
      <w:pPr>
        <w:jc w:val="right"/>
      </w:pPr>
      <w:r>
        <w:t>مثلاً سچ بولنا۔ کیا کوڑے سے آپ سچ بلوائیں گے لوگوں کو؟ سچ بولنا اسپیٹ سے ہوتا ہے۔ آپ لوگوں کی اسپیٹ پیدا کیجئے۔</w:t>
      </w:r>
    </w:p>
    <w:p>
      <w:r>
        <w:rPr>
          <w:b/>
        </w:rPr>
        <w:t xml:space="preserve">[48:20] </w:t>
      </w:r>
      <w:r>
        <w:t>Spirit paida kijiye. Dukandar ko spirit paida kijiye keh woh industry ke sath dhandari kare. Logon mein spirit paida kiya, paida kijiye keh jab woh bolen to sach bolen.</w:t>
      </w:r>
    </w:p>
    <w:p>
      <w:pPr>
        <w:jc w:val="right"/>
      </w:pPr>
      <w:r>
        <w:t>اسپیٹ پیدا کیجئے۔ دکاندار کو اسپیٹ پیدا کیجئے کہ وہ وہ انسٹری کے ساتھ دکانداری کرے۔ لوگوں میں اسپیٹ پیدا کیا، پیدا کیجئے کہ جب وہ بولیں تو سچ بولیں۔</w:t>
      </w:r>
    </w:p>
    <w:p>
      <w:r>
        <w:rPr>
          <w:b/>
        </w:rPr>
        <w:t xml:space="preserve">[48:34] </w:t>
      </w:r>
      <w:r>
        <w:t>Jo jo log job karte hain, un mein spirit paida karein keh woh apni duty poori karein. Wahan par paisa lete hain to us ka haq ada karein. To har jagah aap ko spirit paida karna hai.</w:t>
      </w:r>
    </w:p>
    <w:p>
      <w:pPr>
        <w:jc w:val="right"/>
      </w:pPr>
      <w:r>
        <w:t>جو جو لوگ جاب کرتے ہیں، ان میں اسپیٹ پیدا کریں کہ وہ اپنی ڈیوٹی پوری کریں۔ وہاں پر پیسہ لیتے ہیں تو اس کا حق ادا کریں۔ تو ہر جگہ آپ کو اسپیٹ پیدا کرنا ہے۔</w:t>
      </w:r>
    </w:p>
    <w:p>
      <w:r>
        <w:rPr>
          <w:b/>
        </w:rPr>
        <w:t xml:space="preserve">[48:48] </w:t>
      </w:r>
      <w:r>
        <w:t>Spirit ko inculcate karna hai.</w:t>
      </w:r>
    </w:p>
    <w:p>
      <w:pPr>
        <w:jc w:val="right"/>
      </w:pPr>
      <w:r>
        <w:t>اسپیٹ کو انکلکیٹ کرنا ہے۔</w:t>
      </w:r>
    </w:p>
    <w:p>
      <w:r>
        <w:rPr>
          <w:b/>
        </w:rPr>
        <w:t xml:space="preserve">[48:51] </w:t>
      </w:r>
      <w:r>
        <w:t>Apne andar ki spirit se aadmi yeh sab kaam karega. Yani ethical values ko istemal karega, akhlaqi qanoon ko istemal karega, sach boleg, dhandari ke sath rahega.</w:t>
      </w:r>
    </w:p>
    <w:p>
      <w:pPr>
        <w:jc w:val="right"/>
      </w:pPr>
      <w:r>
        <w:t>اپنے اندر کی اسپیٹ سے آدمی یہ سب کام کرے گا۔ یعنی ایتھیکل ویلیوز کو استعمال کرے گا، اخلاقی قانون کو استعمال کرے گا، سچ بولے گا، دانداری کے ساتھ رہے گا۔</w:t>
      </w:r>
    </w:p>
    <w:p>
      <w:r>
        <w:rPr>
          <w:b/>
        </w:rPr>
        <w:t xml:space="preserve">[49:05] </w:t>
      </w:r>
      <w:r>
        <w:t>To andar ki spirit darkar hai is ke liye. To aap yeh kahein keh dono ko mila kar ek banayein keh mukammal nizam hai aur saare baad jo hai woh hum koda mar mar ke logon ko is ko implement karenge to yeh bilkul laghu baat hai, hone wali nahi hai.</w:t>
      </w:r>
    </w:p>
    <w:p>
      <w:pPr>
        <w:jc w:val="right"/>
      </w:pPr>
      <w:r>
        <w:t>تو اندر کی اسپیٹ درکار ہے اس کے لیے۔ تو آپ یہ کہیں کہ دونوں کو ملا کر ایک بنائیں کہ مکمل نظام ہے اور سارے بعد جو ہے وہ ہم کوڑا مار مار کے لوگوں کو اس کو امپلیمنٹ کریں گے تو یہ بالکل لغو بات ہے، ہونے والی نہیں ہے۔</w:t>
      </w:r>
    </w:p>
    <w:p>
      <w:r>
        <w:rPr>
          <w:b/>
        </w:rPr>
        <w:t xml:space="preserve">[49:20] </w:t>
      </w:r>
      <w:r>
        <w:t>Yeh</w:t>
      </w:r>
    </w:p>
    <w:p>
      <w:pPr>
        <w:jc w:val="right"/>
      </w:pPr>
      <w:r>
        <w:t>یہ</w:t>
      </w:r>
    </w:p>
    <w:p>
      <w:r>
        <w:rPr>
          <w:b/>
        </w:rPr>
        <w:t xml:space="preserve">[49:21] </w:t>
      </w:r>
      <w:r>
        <w:t>Yeh Islam nahi hai, Allah ki scheme nahi hai, yeh Christian plan of God mein shamil nahi hai. Yeh baat</w:t>
      </w:r>
    </w:p>
    <w:p>
      <w:pPr>
        <w:jc w:val="right"/>
      </w:pPr>
      <w:r>
        <w:t>یہ اسلام نہیں ہے، اللہ کی سکیم نہیں ہے، یہ کرسچن پلان آف گاڈ میں شامل نہیں ہے۔ یہ بات</w:t>
      </w:r>
    </w:p>
    <w:p>
      <w:r>
        <w:rPr>
          <w:b/>
        </w:rPr>
        <w:t xml:space="preserve">[49:33] </w:t>
      </w:r>
      <w:r>
        <w:t>To is islaah ko dekhiye, saare nabiyon ne yeh baat kahi, jaisa keh maine Hazrat Masih ka hawala diya aap ko. Rasool Allah salallahu alaihi wasallam ne is ko amalan qaim kiya, namoona is ka.</w:t>
      </w:r>
    </w:p>
    <w:p>
      <w:pPr>
        <w:jc w:val="right"/>
      </w:pPr>
      <w:r>
        <w:t>تو اس اصلاح کو دیکھیے، سارے نبیوں نے یہ بات کہی، جیسا کہ میں نے حضرت مسیح کا حوالہ دیا آپ کو۔ رسول اللہ صلی اللہ علیہ وسلم نے اس کو عملاً قائم کیا، نمونہ اس کا۔</w:t>
      </w:r>
    </w:p>
    <w:p>
      <w:r>
        <w:rPr>
          <w:b/>
        </w:rPr>
        <w:t xml:space="preserve">[49:48] </w:t>
      </w:r>
      <w:r>
        <w:t>Baad ke zamane mein muhaddiseen ne is namoone ko dohraya, lekin ab jo hai yeh namoona kahin nazar nahi aata. To hum isi namoone ko zinda karna chahte hain phir se keh do duty alag kar di jaye.</w:t>
      </w:r>
    </w:p>
    <w:p>
      <w:pPr>
        <w:jc w:val="right"/>
      </w:pPr>
      <w:r>
        <w:t>بعد کے زمانے میں محدثین نے اس نمونے کو دہرایا، لیکن اب جو ہے یہ نمونہ کہیں نظر نہیں آتا۔ تو ہم اسی نمونے کو زندہ کرنا چاہتے ہیں پھر سے کہ دو ڈیوٹی الگ کر دی جائے۔</w:t>
      </w:r>
    </w:p>
    <w:p>
      <w:r>
        <w:rPr>
          <w:b/>
        </w:rPr>
        <w:t xml:space="preserve">[50:07] </w:t>
      </w:r>
      <w:r>
        <w:t>Ek giroh woh duty anjam de, ek giroh woh anjam de. Yani ek hai political duty, ek hai reform ki duty, social reform ki duty hai.</w:t>
      </w:r>
    </w:p>
    <w:p>
      <w:pPr>
        <w:jc w:val="right"/>
      </w:pPr>
      <w:r>
        <w:t>ایک گروہ وہ ڈیوٹی انجام دے، ایک گروہ وہ انجام دے۔ یعنی ایک ہے پولیٹیکل ڈیوٹی، ایک ہے ریفارم کی ڈیوٹی، سوشل ریفارم کی ڈیوٹی ہے۔</w:t>
      </w:r>
    </w:p>
    <w:p>
      <w:r>
        <w:rPr>
          <w:b/>
        </w:rPr>
        <w:t xml:space="preserve">[50:18] </w:t>
      </w:r>
      <w:r>
        <w:t>to jo jo duty hai intezam ki, us ko political log sambhalein aur jo duty hai social reform ki, woh us ko NGOs sambhalein.</w:t>
      </w:r>
    </w:p>
    <w:p>
      <w:pPr>
        <w:jc w:val="right"/>
      </w:pPr>
      <w:r>
        <w:t>تو جو جو ڈیوٹی ہے انتظام کی، اس کو پولیٹیکل لوگ سنبھالیں اور جو ڈیوٹی ہے سوشل ریفارم کی، وہ اس کو این جی اوز سنبھالیں۔</w:t>
      </w:r>
    </w:p>
    <w:p>
      <w:r>
        <w:rPr>
          <w:b/>
        </w:rPr>
        <w:t xml:space="preserve">[50:32] </w:t>
      </w:r>
      <w:r>
        <w:t>is smooth tareeqay par poori zindagi ka mamla chalta rahe.</w:t>
      </w:r>
    </w:p>
    <w:p>
      <w:pPr>
        <w:jc w:val="right"/>
      </w:pPr>
      <w:r>
        <w:t>اس سموتھ طریقے پر پوری زندگی کا معاملہ چلتا رہے۔</w:t>
      </w:r>
    </w:p>
    <w:p>
      <w:r>
        <w:rPr>
          <w:b/>
        </w:rPr>
        <w:t xml:space="preserve">[50:43] </w:t>
      </w:r>
      <w:r>
        <w:t>yeh bohat hi bara aik logon ki samajh mein nahi aata ke muslim countries mein aakhir kyun aisa hai ke larai parhai jaari hai. khud musalman aapas mein lad rahe hain.</w:t>
      </w:r>
    </w:p>
    <w:p>
      <w:pPr>
        <w:jc w:val="right"/>
      </w:pPr>
      <w:r>
        <w:t>یہ بہت ہی بڑا ایک لوگوں کی سمجھ میں نہیں آتا کہ مسلم کنٹریز میں آخر کیوں ایسا ہے کہ لڑائی پڑھائی جاری ہے۔ خود مسلمان آپس میں لڑ رہے ہیں۔</w:t>
      </w:r>
    </w:p>
    <w:p>
      <w:r>
        <w:rPr>
          <w:b/>
        </w:rPr>
        <w:t xml:space="preserve">[50:54] </w:t>
      </w:r>
      <w:r>
        <w:t>har muslim mulk mein do giroh hain. yaani aik hai ruling class, aik hai doosre</w:t>
      </w:r>
    </w:p>
    <w:p>
      <w:pPr>
        <w:jc w:val="right"/>
      </w:pPr>
      <w:r>
        <w:t>ہر مسلم ملک میں دو گروہ ہیں۔ یعنی ایک ہے رولنگ کلاس، ایک ہے دوسرے</w:t>
      </w:r>
    </w:p>
    <w:p>
      <w:r>
        <w:rPr>
          <w:b/>
        </w:rPr>
        <w:t xml:space="preserve">[51:03] </w:t>
      </w:r>
      <w:r>
        <w:t>log. doosre log jo hain, muslim shikayat, un ke shikayat, ihtijaj. jahan mauqa hai, wahan ladne ke liye khade ho jaate hain. jaise ke Misr mein aap ne dekha, naye mauqa hai to andar andar baatein karte hain.</w:t>
      </w:r>
    </w:p>
    <w:p>
      <w:pPr>
        <w:jc w:val="right"/>
      </w:pPr>
      <w:r>
        <w:t>لوگ۔ دوسرے لوگ جو ہیں، مسلم شکایت، ان کے شکایت، احتجاج۔ جہاں موقع ہے، وہاں لڑنے کے لیے کھڑے ہو جاتے ہیں۔ جیسے کہ مصر میں آپ نے دیکھا، نئے موقع ہے تو اندر اندر باتیں کرتے ہیں۔</w:t>
      </w:r>
    </w:p>
    <w:p>
      <w:r>
        <w:rPr>
          <w:b/>
        </w:rPr>
        <w:t xml:space="preserve">[51:16] </w:t>
      </w:r>
      <w:r>
        <w:t>mein aik aik aik Arab mulk mein gaya aik baar to jis se milta tha wahan par, woh sab shikayat karte thay hukumat ki. maine kaha yeh kya tareeqa hai?</w:t>
      </w:r>
    </w:p>
    <w:p>
      <w:pPr>
        <w:jc w:val="right"/>
      </w:pPr>
      <w:r>
        <w:t>میں ایک ایک ایک عرب ملک میں گیا ایک بار تو جس سے ملتا تھا وہاں پر، وہ سب شکایت کرتے تھے حکومت کی۔ میں نے کہا یہ کیا طریقہ ہے؟</w:t>
      </w:r>
    </w:p>
    <w:p>
      <w:r>
        <w:rPr>
          <w:b/>
        </w:rPr>
        <w:t xml:space="preserve">[51:27] </w:t>
      </w:r>
      <w:r>
        <w:t>kahin ke unhone kaha ke hamare paas kuch yaani hum organize nahi ho sakte, yahan pe hukumat ke khilaaf koi protest nahi kar sakte, to hum kam az kam dil ka bukhar to nikalna hai.</w:t>
      </w:r>
    </w:p>
    <w:p>
      <w:pPr>
        <w:jc w:val="right"/>
      </w:pPr>
      <w:r>
        <w:t>کہیں کہ انہوں نے کہا کہ ہمارے پاس کچھ یعنی ہم ارگنائز نہیں ہو سکتے، یہاں پہ حکومت کے خلاف کوئی پروٹیسٹ نہیں کر سکتے، تو ہم کم از کم دل کا بخار تو نکالنا ہے۔</w:t>
      </w:r>
    </w:p>
    <w:p>
      <w:r>
        <w:rPr>
          <w:b/>
        </w:rPr>
        <w:t xml:space="preserve">[51:42] </w:t>
      </w:r>
      <w:r>
        <w:t>maine kaha dil ka bukhar kyun nikalte hain aap? ab Khuda ki scheme ko samjhiye. Khuda ki scheme, Khuda ki scheme yeh hai hi nahi ke aap in mamlaat mein apne aap ko dalein.</w:t>
      </w:r>
    </w:p>
    <w:p>
      <w:pPr>
        <w:jc w:val="right"/>
      </w:pPr>
      <w:r>
        <w:t>میں نے کہا دل کا بخار کیوں نکالتے ہیں آپ؟ اب خدا کی سکیم کو سمجھیے۔ خدا کی سکیم، خدا کی سکیم یہ ہے ہی نہیں کہ آپ ان معاملات میں اپنے آپ کو ڈالیں۔</w:t>
      </w:r>
    </w:p>
    <w:p>
      <w:r>
        <w:rPr>
          <w:b/>
        </w:rPr>
        <w:t xml:space="preserve">[51:57] </w:t>
      </w:r>
      <w:r>
        <w:t>misalan in ko shikayat thi ke hamare haan petrol paida hota hai aur woh government apne qabze mein, aik family hai, woh qabiz hai aur woh khoob aish o aaram kar rahi hai.</w:t>
      </w:r>
    </w:p>
    <w:p>
      <w:pPr>
        <w:jc w:val="right"/>
      </w:pPr>
      <w:r>
        <w:t>مثلاً ان کو شکایت تھی کہ ہمارے ہاں پٹرول پیدا ہوتا ہے اور وہ گورنمنٹ اپنے قبضے میں، ایک فیملی ہے، وہ قابض ہے اور وہ خوب عائشہ آرام کر رہی ہے۔</w:t>
      </w:r>
    </w:p>
    <w:p>
      <w:r>
        <w:rPr>
          <w:b/>
        </w:rPr>
        <w:t xml:space="preserve">[52:08] </w:t>
      </w:r>
      <w:r>
        <w:t>to maine kaha aap ko khana peena mil raha hai ke nahi mil raha hai? yaani har aadmi ke paas khoob khana peena tha. jis aadmi ke ghar mein gaya, main wahan par har aik ke paas khana peena tha.</w:t>
      </w:r>
    </w:p>
    <w:p>
      <w:pPr>
        <w:jc w:val="right"/>
      </w:pPr>
      <w:r>
        <w:t>تو میں نے کہا آپ کو کھانا پینا مل رہا ہے کہ نہیں مل رہا ہے؟ یعنی ہر آدمی کے پاس خوب کھانا پینا تھا۔ جس آدمی کے گھر میں گیا، میں وہاں پر ہر ایک کے پاس کھانا پینا تھا۔</w:t>
      </w:r>
    </w:p>
    <w:p>
      <w:r>
        <w:rPr>
          <w:b/>
        </w:rPr>
        <w:t xml:space="preserve">[52:18] </w:t>
      </w:r>
      <w:r>
        <w:t>aik sahib ne mujhe dawat ki, itna khana, itna khana tha ke yaani hum log chand aadmi thay aur so aadmi ka khana.</w:t>
      </w:r>
    </w:p>
    <w:p>
      <w:pPr>
        <w:jc w:val="right"/>
      </w:pPr>
      <w:r>
        <w:t>ایک صاحب نے مجھے دعوت کی، اتنا کھانا، اتنا کھانا تھا کہ یعنی ہم لوگ چند آدمی تھے اور سو آدمی کا کھانا۔</w:t>
      </w:r>
    </w:p>
    <w:p>
      <w:r>
        <w:rPr>
          <w:b/>
        </w:rPr>
        <w:t xml:space="preserve">[52:28] </w:t>
      </w:r>
      <w:r>
        <w:t>to maine kaha ke itna paisa aap ke paas hai aur phir bhi aap shikayat karte hain?</w:t>
      </w:r>
    </w:p>
    <w:p>
      <w:pPr>
        <w:jc w:val="right"/>
      </w:pPr>
      <w:r>
        <w:t>تو میں نے کہا کہ اتنا پیسہ آپ کے پاس ہے اور پھر بھی آپ شکایت کرتے ہیں؟</w:t>
      </w:r>
    </w:p>
    <w:p>
      <w:r>
        <w:rPr>
          <w:b/>
        </w:rPr>
        <w:t xml:space="preserve">[52:36] </w:t>
      </w:r>
      <w:r>
        <w:t>aur yahan se wahan tak dastarkhwan par sab samaan bhara hua tha.</w:t>
      </w:r>
    </w:p>
    <w:p>
      <w:pPr>
        <w:jc w:val="right"/>
      </w:pPr>
      <w:r>
        <w:t>اور یہاں سے وہاں تک دستخوان پر سب سامان بھرا ہوا تھا۔</w:t>
      </w:r>
    </w:p>
    <w:p>
      <w:r>
        <w:rPr>
          <w:b/>
        </w:rPr>
        <w:t xml:space="preserve">[52:43] </w:t>
      </w:r>
      <w:r>
        <w:t>to maine kaha ke dekhiye, aap ko jo kaam karna hai, woh non-political kaam karna hai. aap ko mulk mein education ki zaroorat hai, education kijiye logon ko.</w:t>
      </w:r>
    </w:p>
    <w:p>
      <w:pPr>
        <w:jc w:val="right"/>
      </w:pPr>
      <w:r>
        <w:t>تو میں نے کہا کہ دیکھیے، آپ کو جو کام کرنا ہے، وہ نان پولیٹیکل کام کرنا ہے۔ آپ کو ملک میں ایجوکیشن کی ضرورت ہے، ایجوکیشن کیجئے لوگوں کو۔</w:t>
      </w:r>
    </w:p>
    <w:p>
      <w:r>
        <w:rPr>
          <w:b/>
        </w:rPr>
        <w:t xml:space="preserve">[52:52] </w:t>
      </w:r>
      <w:r>
        <w:t>dawat hai, dawat ka kaam kijiye.</w:t>
      </w:r>
    </w:p>
    <w:p>
      <w:pPr>
        <w:jc w:val="right"/>
      </w:pPr>
      <w:r>
        <w:t>دعوت ہے، دعوت کا کام کیجئے۔</w:t>
      </w:r>
    </w:p>
    <w:p>
      <w:r>
        <w:rPr>
          <w:b/>
        </w:rPr>
        <w:t xml:space="preserve">[52:55] </w:t>
      </w:r>
      <w:r>
        <w:t>bohat se aap ke haan non-muslim hain, un ko dawat pahunchaiye. modern jo jo zarooraten hain, us ke mutabiq literature tayyar kijiye.</w:t>
      </w:r>
    </w:p>
    <w:p>
      <w:pPr>
        <w:jc w:val="right"/>
      </w:pPr>
      <w:r>
        <w:t>بہت سے آپ کے ہاں نان مسلم ہیں، ان کو دعوت پہنچائیے۔ ماڈرن جو جو ضرورتیں ہیں، اس کے مطابق لٹریچر تیار کیجئے۔</w:t>
      </w:r>
    </w:p>
    <w:p>
      <w:r>
        <w:rPr>
          <w:b/>
        </w:rPr>
        <w:t xml:space="preserve">[53:07] </w:t>
      </w:r>
      <w:r>
        <w:t>yeh saare field pade hue hain aap ke liye. wahan aap ki duty wahan hai. aap ki hukumat se kyun takrate hain aap?</w:t>
      </w:r>
    </w:p>
    <w:p>
      <w:pPr>
        <w:jc w:val="right"/>
      </w:pPr>
      <w:r>
        <w:t>یہ سارے فیلڈ پڑے ہوئے ہیں آپ کے لیے۔ وہاں آپ کی ڈیوٹی وہاں ہے۔ آپ کی حکومت سے کیوں ٹکراتے ہیں آپ؟</w:t>
      </w:r>
    </w:p>
    <w:p>
      <w:r>
        <w:rPr>
          <w:b/>
        </w:rPr>
        <w:t xml:space="preserve">[53:15] </w:t>
      </w:r>
      <w:r>
        <w:t>ya takrana chahte hain aap?</w:t>
      </w:r>
    </w:p>
    <w:p>
      <w:pPr>
        <w:jc w:val="right"/>
      </w:pPr>
      <w:r>
        <w:t>یا ٹکرانا چاہتے ہیں آپ؟</w:t>
      </w:r>
    </w:p>
    <w:p>
      <w:r>
        <w:rPr>
          <w:b/>
        </w:rPr>
        <w:t xml:space="preserve">[53:20] </w:t>
      </w:r>
      <w:r>
        <w:t>to yeh Islamist group tha, yeh aur woh un se kai din tak un se mulaqatein huien. woh aik dam woh mutma'in ho gaya. waqai hum ne socha socha nahi tha ke hum apni duty karein, woh apni duty karein.</w:t>
      </w:r>
    </w:p>
    <w:p>
      <w:pPr>
        <w:jc w:val="right"/>
      </w:pPr>
      <w:r>
        <w:t>تو یہ اسلامسٹ گروپ تھا، یہ اور وہ ان سے کئی دن تک ان سے ملاقاتیں ہوئیں۔ وہ ایک دم وہ مطمئن ہو گیا۔ واقعی ہم نے سوچا سوچا نہیں تھا کہ ہم اپنی ڈیوٹی کریں، وہ اپنی ڈیوٹی کریں۔</w:t>
      </w:r>
    </w:p>
    <w:p>
      <w:r>
        <w:rPr>
          <w:b/>
        </w:rPr>
        <w:t xml:space="preserve">[53:35] </w:t>
      </w:r>
      <w:r>
        <w:t>to koi samjhane wala nahi, koi samjhane wala nahi. log samajhte hain ke Islam mukammal nizam hai, mukammal nizam hai to nafiz karna hai, nafiz karna hai to hukumat par qabza karna hai.</w:t>
      </w:r>
    </w:p>
    <w:p>
      <w:pPr>
        <w:jc w:val="right"/>
      </w:pPr>
      <w:r>
        <w:t>تو کوئی سمجھاتے والا نہیں، کوئی سمجھانے والا نہیں۔ لوگ سمجھتے ہیں کہ اسلام مکمل نظام ہے، مکمل نظام ہے تو نافذ کرنا ہے، نافذ کرنا ہے تو حکومت پر قبضہ کرنا ہے۔</w:t>
      </w:r>
    </w:p>
    <w:p>
      <w:r>
        <w:rPr>
          <w:b/>
        </w:rPr>
        <w:t xml:space="preserve">[53:47] </w:t>
      </w:r>
      <w:r>
        <w:t>yeh soch saare muslim duniya mein bhari hui hai. yaani mukammal nizam hai to is ka matlab yeh nahi ke sab hukumat ko implement karna hai.</w:t>
      </w:r>
    </w:p>
    <w:p>
      <w:pPr>
        <w:jc w:val="right"/>
      </w:pPr>
      <w:r>
        <w:t>یہ سوچ سارے مسلم دنیا میں بھری ہوئی ہے۔ یعنی مکمل نظام ہے تو اس کا مطلب یہ نہیں کہ سب حکومت کو امپلیمنٹ کرنا ہے۔</w:t>
      </w:r>
    </w:p>
    <w:p>
      <w:r>
        <w:rPr>
          <w:b/>
        </w:rPr>
        <w:t xml:space="preserve">[53:56] </w:t>
      </w:r>
      <w:r>
        <w:t>mukammal nizam hai to is mani mein har aadmi apne apne daire mein us ko follow kare. yeh is mani mein mukammal nizam hai.</w:t>
      </w:r>
    </w:p>
    <w:p>
      <w:pPr>
        <w:jc w:val="right"/>
      </w:pPr>
      <w:r>
        <w:t>مکمل نظام ہے تو اس معنی میں ہر آدمی اپنے اپنے دائرے میں اس کو فالو کرے۔ یہ اس معنی میں مکمل نظام ہے۔</w:t>
      </w:r>
    </w:p>
    <w:p>
      <w:r>
        <w:rPr>
          <w:b/>
        </w:rPr>
        <w:t xml:space="preserve">[54:08] </w:t>
      </w:r>
      <w:r>
        <w:t>jaise mera aik masla tha, aik meri aik property thi jo ancestral property, abai property.</w:t>
      </w:r>
    </w:p>
    <w:p>
      <w:pPr>
        <w:jc w:val="right"/>
      </w:pPr>
      <w:r>
        <w:t>جیسے میرا ایک مسئلہ تھا، ایک میری ایک پراپرٹی تھی جو انسٹرل پراپرٹی، ابائی پراپرٹی۔</w:t>
      </w:r>
    </w:p>
    <w:p>
      <w:r>
        <w:rPr>
          <w:b/>
        </w:rPr>
        <w:t xml:space="preserve">[54:18] </w:t>
      </w:r>
      <w:r>
        <w:t>to us mein meri aik jo main jo baap dada jo jo zameen mujhe mili thi, us ke aik hisse par aik sahib ne qabza kar liya. kyun ke main Delhi mein rehta hoon.</w:t>
      </w:r>
    </w:p>
    <w:p>
      <w:pPr>
        <w:jc w:val="right"/>
      </w:pPr>
      <w:r>
        <w:t>تو اس میں میری ایک جو میں جو باپ دادا جو جو زمین مجھے ملی تھی، اس کے ایک حصے پر ایک صاحب نے قبضہ کر لیا۔ کیونکہ میں دہلی میں رہتا ہوں۔</w:t>
      </w:r>
    </w:p>
    <w:p>
      <w:r>
        <w:rPr>
          <w:b/>
        </w:rPr>
        <w:t xml:space="preserve">[54:29] </w:t>
      </w:r>
      <w:r>
        <w:t>to main to wahan gaya nahi. main kisi se baat cheet hui to maine un se kaha ke un se yeh kahiye ke agar woh Quran haath mein le kar keh dein ke woh zameen jo hai un ki hai, meri nahi hai, to main chhod doonga us zameen ko.</w:t>
      </w:r>
    </w:p>
    <w:p>
      <w:pPr>
        <w:jc w:val="right"/>
      </w:pPr>
      <w:r>
        <w:t>تو میں تو وہاں گیا نہیں۔ میں کسی سے بات چیت ہوئی تو میں نے ان سے کہا کہ ان سے یہ کہیے کہ اگر وہ قرآن ہاتھ میں لے کر کہہ دیں کہ وہ زمین جو ہے ان کی ہے، میری نہیں ہے، تو میں چھوڑ دوں گا اس زمین کو۔</w:t>
      </w:r>
    </w:p>
    <w:p>
      <w:r>
        <w:rPr>
          <w:b/>
        </w:rPr>
        <w:t xml:space="preserve">[54:47] </w:t>
      </w:r>
      <w:r>
        <w:t>to woh kya kehte hain? musalman thay woh. yeh yahan quran kaisay? yeh quran ka yahan beech mein kaisay aa gaya? yani yahan quran ke beech mein kaisay aa gaya?</w:t>
      </w:r>
    </w:p>
    <w:p>
      <w:pPr>
        <w:jc w:val="right"/>
      </w:pPr>
      <w:r>
        <w:t>تو وہ کیا کہتے ہیں؟ مسلمان تھے وہ۔ یہ یہاں قرآن کیسے؟ یہ قرآن کا یہاں بیچ میں کیسے آ گیا؟ یعنی یہاں قرآن کے بیچ میں کیسے آ گیا؟</w:t>
      </w:r>
    </w:p>
    <w:p>
      <w:r>
        <w:rPr>
          <w:b/>
        </w:rPr>
        <w:t xml:space="preserve">[54:58] </w:t>
      </w:r>
      <w:r>
        <w:t>yeh hai woh duty jo anjam nahi de raha aadmi. aap in ke andar yeh zehan banaiye, soch banaiye ke wahan woh quran ke implement, yani apni zaati taur par is ko is follow karen, quran ki taleem ko ke kisi doosre ki zameen par qabza mat karo.</w:t>
      </w:r>
    </w:p>
    <w:p>
      <w:pPr>
        <w:jc w:val="right"/>
      </w:pPr>
      <w:r>
        <w:t>یہ ہے وہ ڈیوٹی جو انجام نہیں دے رہا آدمی۔ آپ ان کے اندر یہ ذہن بنائیے، سوچ بنائیے کہ وہاں وہ قرآن کے امپلیمنٹ، یعنی اپنی ذاتی طور پر اس کو اس فالو کریں، قرآن کی تعلیم کو کہ کسی دوسرے کی زمین پر قبضہ مت کرو۔</w:t>
      </w:r>
    </w:p>
    <w:p>
      <w:r>
        <w:rPr>
          <w:b/>
        </w:rPr>
        <w:t xml:space="preserve">[55:18] </w:t>
      </w:r>
      <w:r>
        <w:t>to islam mein bilashuba ek sahib ne ek maqala likha, mujhe dikhaya unhon ne ke islam ki do bari taleemat hain: tauheed aur adl.</w:t>
      </w:r>
    </w:p>
    <w:p>
      <w:pPr>
        <w:jc w:val="right"/>
      </w:pPr>
      <w:r>
        <w:t>تو اسلام میں بلاشبہ ایک صاحب نے ایک مقالہ لکھا، مجھے دکھایا انہوں نے کہ اسلام کی دو بڑی تعلیمات ہیں: توحید اور عدل۔</w:t>
      </w:r>
    </w:p>
    <w:p>
      <w:r>
        <w:rPr>
          <w:b/>
        </w:rPr>
        <w:t xml:space="preserve">[55:31] </w:t>
      </w:r>
      <w:r>
        <w:t>ek maqala likha tha unhon ne isi par ke islam ki do bari taleemat hain: is adl, tauheed aur adl, yani oneness of god aur justice.</w:t>
      </w:r>
    </w:p>
    <w:p>
      <w:pPr>
        <w:jc w:val="right"/>
      </w:pPr>
      <w:r>
        <w:t>ایک مقالہ لکھا تھا انہوں نے اسی پر کہ اسلام کی دو بڑی تعلیمات ہیں: اس عدل، توحید اور عدل، یعنی وننس آف گاڈ اور جسٹس۔</w:t>
      </w:r>
    </w:p>
    <w:p>
      <w:r>
        <w:rPr>
          <w:b/>
        </w:rPr>
        <w:t xml:space="preserve">[55:44] </w:t>
      </w:r>
      <w:r>
        <w:t>lekin is mein bhi wohi confusion tha.</w:t>
      </w:r>
    </w:p>
    <w:p>
      <w:pPr>
        <w:jc w:val="right"/>
      </w:pPr>
      <w:r>
        <w:t>لیکن اس میں بھی وہی کنفیوژن تھا۔</w:t>
      </w:r>
    </w:p>
    <w:p>
      <w:r>
        <w:rPr>
          <w:b/>
        </w:rPr>
        <w:t xml:space="preserve">[55:47] </w:t>
      </w:r>
      <w:r>
        <w:t>woh justice ko samajhte thay ke is ko implement karna hai. maine kaha aap ne baat sahi kahi hai, lekin</w:t>
      </w:r>
    </w:p>
    <w:p>
      <w:pPr>
        <w:jc w:val="right"/>
      </w:pPr>
      <w:r>
        <w:t>وہ جسٹس کو سمجھتے تھے کہ اس کو امپلیمنٹ کرنا ہے۔ میں نے کہا آپ نے بات صحیح کہی ہے، لیکن</w:t>
      </w:r>
    </w:p>
    <w:p>
      <w:r>
        <w:rPr>
          <w:b/>
        </w:rPr>
        <w:t xml:space="preserve">[55:55] </w:t>
      </w:r>
      <w:r>
        <w:t>justice ko implement nahi karna, justice ko follow karna hai.</w:t>
      </w:r>
    </w:p>
    <w:p>
      <w:pPr>
        <w:jc w:val="right"/>
      </w:pPr>
      <w:r>
        <w:t>جسٹس کو امپلیمنٹ نہیں کرنا، جسٹس کو فالو کرنا ہے۔</w:t>
      </w:r>
    </w:p>
    <w:p>
      <w:r>
        <w:rPr>
          <w:b/>
        </w:rPr>
        <w:t xml:space="preserve">[56:01] </w:t>
      </w:r>
      <w:r>
        <w:t>zindagi mein har mauqe par justice ka mamla hota hai.</w:t>
      </w:r>
    </w:p>
    <w:p>
      <w:pPr>
        <w:jc w:val="right"/>
      </w:pPr>
      <w:r>
        <w:t>زندگی میں ہر موقع پر جسٹس کا معاملہ ہوتا ہے۔</w:t>
      </w:r>
    </w:p>
    <w:p>
      <w:r>
        <w:rPr>
          <w:b/>
        </w:rPr>
        <w:t xml:space="preserve">[56:06] </w:t>
      </w:r>
      <w:r>
        <w:t>har mamle mein, har mamle mein.</w:t>
      </w:r>
    </w:p>
    <w:p>
      <w:pPr>
        <w:jc w:val="right"/>
      </w:pPr>
      <w:r>
        <w:t>ہر معاملے میں، ہر معاملے میں۔</w:t>
      </w:r>
    </w:p>
    <w:p>
      <w:r>
        <w:rPr>
          <w:b/>
        </w:rPr>
        <w:t xml:space="preserve">[56:10] </w:t>
      </w:r>
      <w:r>
        <w:t>aap farz kijiye ke aap khare hue hain line mein, aap ticket le rahe hain, koi cheez le rahe hain window par. to ek aadmi aage, koi peechay, koi peechay, koi peechay.</w:t>
      </w:r>
    </w:p>
    <w:p>
      <w:pPr>
        <w:jc w:val="right"/>
      </w:pPr>
      <w:r>
        <w:t>آپ فرض کیجئے کہ آپ کھڑے ہوئے ہیں لائن میں، آپ ٹکٹ لے رہے ہیں، کوئی چیز لے رہے ہیں ونڈو پر۔ تو ایک آدمی آگے، کوئی پیچھے، کوئی پیچھے، کوئی پیچھے۔</w:t>
      </w:r>
    </w:p>
    <w:p>
      <w:r>
        <w:rPr>
          <w:b/>
        </w:rPr>
        <w:t xml:space="preserve">[56:19] </w:t>
      </w:r>
      <w:r>
        <w:t>ab baat ko aap aaye hain to ghus kar ke aap ja ke wahan par window pohnchne ki koshish karen. to yeh bhi justice khilaf hai. yeh to to justice ka talluq poori zindagi se hai, poori zindagi se hai, poori zindagi se hai.</w:t>
      </w:r>
    </w:p>
    <w:p>
      <w:pPr>
        <w:jc w:val="right"/>
      </w:pPr>
      <w:r>
        <w:t>اب بات کو آپ آئے ہیں تو گھس کر کے آپ جا کے وہاں پر ونڈو پہنچنے کی کوشش کریں۔ تو یہ بھی جسٹس خلاف ہے۔ یہ تو تو جسٹس کا تعلق پوری زندگی سے ہے، پوری زندگی سے ہے، پوری زندگی سے ہے۔</w:t>
      </w:r>
    </w:p>
    <w:p>
      <w:r>
        <w:rPr>
          <w:b/>
        </w:rPr>
        <w:t xml:space="preserve">[56:33] </w:t>
      </w:r>
      <w:r>
        <w:t>main abhi bhi ek talluq hai, is mein justice ki darkaar hai.</w:t>
      </w:r>
    </w:p>
    <w:p>
      <w:pPr>
        <w:jc w:val="right"/>
      </w:pPr>
      <w:r>
        <w:t>میں ابھی بھی ایک تعلق ہے، اس میں جسٹس کی درکار ہے۔</w:t>
      </w:r>
    </w:p>
    <w:p>
      <w:r>
        <w:rPr>
          <w:b/>
        </w:rPr>
        <w:t xml:space="preserve">[56:38] </w:t>
      </w:r>
      <w:r>
        <w:t>to justice jo hai, woh follow karne ka subject hai, implement karne ka subject nahi hai. ghalati yahan par hai.</w:t>
      </w:r>
    </w:p>
    <w:p>
      <w:pPr>
        <w:jc w:val="right"/>
      </w:pPr>
      <w:r>
        <w:t>تو جسٹس جو ہے، وہ فالو کرنے کا سبجیکٹ ہے، امپلیمنٹ کرنے کا سبجیکٹ نہیں ہے۔ غلطی یہاں پر ہے۔</w:t>
      </w:r>
    </w:p>
    <w:p>
      <w:r>
        <w:rPr>
          <w:b/>
        </w:rPr>
        <w:t xml:space="preserve">[56:48] </w:t>
      </w:r>
      <w:r>
        <w:t>jab aap ne is ko implement karne ka subject bana diya to phir mukammal nizam jo hai, kya kaha? mukammal siyasat ban gaya woh mukammal siyasat,</w:t>
      </w:r>
    </w:p>
    <w:p>
      <w:pPr>
        <w:jc w:val="right"/>
      </w:pPr>
      <w:r>
        <w:t>جب آپ نے اس کو امپلیمنٹ کرنے کا سبجیکٹ بنا دیا تو پھر مکمل نظام جو ہے، کیا کہا؟ مکمل سیاست بن گیا۔ وہ مکمل سیاست،</w:t>
      </w:r>
    </w:p>
    <w:p>
      <w:r>
        <w:rPr>
          <w:b/>
        </w:rPr>
        <w:t xml:space="preserve">[56:56] </w:t>
      </w:r>
      <w:r>
        <w:t>yeh sari siyasi siyasat ho gayi. kooda maro, ladai karo, aur logon ko,</w:t>
      </w:r>
    </w:p>
    <w:p>
      <w:pPr>
        <w:jc w:val="right"/>
      </w:pPr>
      <w:r>
        <w:t>یہ ساری سیاسی سیاست ہو گئی۔ کوڑا مارو، لڑائی کرو، اور لوگوں کو،</w:t>
      </w:r>
    </w:p>
    <w:p>
      <w:r>
        <w:rPr>
          <w:b/>
        </w:rPr>
        <w:t xml:space="preserve">[57:06] </w:t>
      </w:r>
      <w:r>
        <w:t>logon ke khilaf opposition partiyan nikalo. yeh yeh sab ban gaya islam ka mozu.</w:t>
      </w:r>
    </w:p>
    <w:p>
      <w:pPr>
        <w:jc w:val="right"/>
      </w:pPr>
      <w:r>
        <w:t>لوگوں کے خلاف اپوزیشن پارٹیاں نکالو۔ یہ یہ سب بن گیا اسلام کا موضوع۔</w:t>
      </w:r>
    </w:p>
    <w:p>
      <w:r>
        <w:rPr>
          <w:b/>
        </w:rPr>
        <w:t xml:space="preserve">[57:15] </w:t>
      </w:r>
      <w:r>
        <w:t>to islam ki jo taleem hai, aap quran wit ko padhen, yani to is tarah ke bohat jagah milega aap ko, yani akhlaq ki taleem, adl ki taleem, insaaf ki taleem.</w:t>
      </w:r>
    </w:p>
    <w:p>
      <w:pPr>
        <w:jc w:val="right"/>
      </w:pPr>
      <w:r>
        <w:t>تو اسلام کی جو تعلیم ہے، آپ قرآن ویت کو پڑھیں، یعنی تو اس طرح کے بہت جگہ ملے گا آپ کو، یعنی اخلاق کی تعلیم، عدل کی تعلیم، انصاف کی تعلیم۔</w:t>
      </w:r>
    </w:p>
    <w:p>
      <w:r>
        <w:rPr>
          <w:b/>
        </w:rPr>
        <w:t xml:space="preserve">[57:29] </w:t>
      </w:r>
      <w:r>
        <w:t>to woh sab is mani mein is ko follow karo, is mani mein nahi ke implement karwao. is mani mein nahi hai. woh is ko follow karo.</w:t>
      </w:r>
    </w:p>
    <w:p>
      <w:pPr>
        <w:jc w:val="right"/>
      </w:pPr>
      <w:r>
        <w:t>تو وہ سب اس معنی میں اس کو فالو کرو، اس معنی میں نہیں کہ امپلیمنٹ کرواؤ۔ اس معنی میں نہیں ہے۔ وہ اس کو فالو کرو۔</w:t>
      </w:r>
    </w:p>
    <w:p>
      <w:r>
        <w:rPr>
          <w:b/>
        </w:rPr>
        <w:t xml:space="preserve">[57:44] </w:t>
      </w:r>
      <w:r>
        <w:t>to yeh bohat hi bari baat hai. bohat bari jo sarey paighambaron ne bataya, rasool Allah ne bataya, aur rasool Allah ke baad jo sulaha thay, unhon ne is par amal kiya ke zindagi ka nizam jo hai, har har har pehlu se islam ki taleemat aap ki zindagi ko cover kar rahi hain.</w:t>
      </w:r>
    </w:p>
    <w:p>
      <w:pPr>
        <w:jc w:val="right"/>
      </w:pPr>
      <w:r>
        <w:t>تو یہ بہت ہی بڑی بات ہے۔ بہت بڑی جو سارے پیغمبروں نے بتایا، رسول اللہ نے بتایا، اور رسول اللہ کے بعد جو صلحاء تھے، انہوں نے اس پر عمل کیا کہ زندگی کا نظام جو ہے، ہر ہر ہر پہلو سے اسلام کی تعلیمات آپ کی زندگی کو کور کر رہی ہیں۔</w:t>
      </w:r>
    </w:p>
    <w:p>
      <w:r>
        <w:rPr>
          <w:b/>
        </w:rPr>
        <w:t xml:space="preserve">[58:07] </w:t>
      </w:r>
      <w:r>
        <w:t>har aitbaar se aap ko Allah ke hukum par chalna hai, yani aap ko sochna bhi Allah ke hukum ke mutabiq hona chahiye.</w:t>
      </w:r>
    </w:p>
    <w:p>
      <w:pPr>
        <w:jc w:val="right"/>
      </w:pPr>
      <w:r>
        <w:t>ہر اعتبار سے آپ کو اللہ کے حکم پر چلنا ہے، یعنی آپ کو سوچنا بھی اللہ کے حکم کے مطابق ہونا چاہیے۔</w:t>
      </w:r>
    </w:p>
    <w:p>
      <w:r>
        <w:rPr>
          <w:b/>
        </w:rPr>
        <w:t xml:space="preserve">[58:14] </w:t>
      </w:r>
      <w:r>
        <w:t>bolna, sochna, behaviour, har cheez. lekin ek ek division hai,</w:t>
      </w:r>
    </w:p>
    <w:p>
      <w:pPr>
        <w:jc w:val="right"/>
      </w:pPr>
      <w:r>
        <w:t>بولنا، سوچنا، بیہیویئر، ہر چیز۔ لیکن ایک ایک ڈیویژن ہے،</w:t>
      </w:r>
    </w:p>
    <w:p>
      <w:r>
        <w:rPr>
          <w:b/>
        </w:rPr>
        <w:t xml:space="preserve">[58:22] </w:t>
      </w:r>
      <w:r>
        <w:t>yani ek hai ruling class, ek hai NGOs. ruling class ka kaam hai admission chalana, NGOs ka kaam hai social reform, education.</w:t>
      </w:r>
    </w:p>
    <w:p>
      <w:pPr>
        <w:jc w:val="right"/>
      </w:pPr>
      <w:r>
        <w:t>یعنی ایک ہے رولنگ کلاس، ایک ہے این جی اوز۔ رولنگ کلاس کا کام ہے ایڈمیشن چلانا، این جی اوز کا کام ہے سوشل ریفارم، ایجوکیشن۔</w:t>
      </w:r>
    </w:p>
    <w:p>
      <w:r>
        <w:rPr>
          <w:b/>
        </w:rPr>
        <w:t xml:space="preserve">[58:33] </w:t>
      </w:r>
      <w:r>
        <w:t>yeh sab kaam karna hai non political field mein. yeh hai islam ki taqseem sahi maanon mein.</w:t>
      </w:r>
    </w:p>
    <w:p>
      <w:pPr>
        <w:jc w:val="right"/>
      </w:pPr>
      <w:r>
        <w:t>یہ سب کام کرنا ہے نان پولیٹیکل فیلڈ میں۔ یہ ہے اسلام کی تقسیم صحیح معنوں میں۔</w:t>
      </w:r>
    </w:p>
    <w:p>
      <w:r>
        <w:rPr>
          <w:b/>
        </w:rPr>
        <w:t xml:space="preserve">[58:44] </w:t>
      </w:r>
      <w:r>
        <w:t>to yeh baat bazat khud theek hai ke islam zindagi ke sarey mamlaat mein hidayat deta hai, lekin is mani mein nahi hai ke har mamle mein jab bas yeh implement karwata hai, kooda mar mar kar ke.</w:t>
      </w:r>
    </w:p>
    <w:p>
      <w:pPr>
        <w:jc w:val="right"/>
      </w:pPr>
      <w:r>
        <w:t>تو یہ بات بذات خود ٹھیک ہے کہ اسلام زندگی کے سارے معاملات میں ہدایت دیتا ہے، لیکن اس معنی میں نہیں ہے کہ ہر معاملے میں جب بس یہ امپلیمنٹ کرواتا ہے، کوڑا مار مار کر کے۔</w:t>
      </w:r>
    </w:p>
    <w:p>
      <w:r>
        <w:rPr>
          <w:b/>
        </w:rPr>
        <w:t xml:space="preserve">[58:54] </w:t>
      </w:r>
      <w:r>
        <w:t>yeh nahi hai.</w:t>
      </w:r>
    </w:p>
    <w:p>
      <w:pPr>
        <w:jc w:val="right"/>
      </w:pPr>
      <w:r>
        <w:t>یہ نہیں ہے۔</w:t>
      </w:r>
    </w:p>
    <w:p>
      <w:r>
        <w:rPr>
          <w:b/>
        </w:rPr>
        <w:t xml:space="preserve">[59:00] </w:t>
      </w:r>
      <w:r>
        <w:t>to is baat ko hamein logon ko batana hai, logon ko samjhana hai. is se logon ki galat fehmi door hogi aur sahi line of action milegi logon ko.</w:t>
      </w:r>
    </w:p>
    <w:p>
      <w:pPr>
        <w:jc w:val="right"/>
      </w:pPr>
      <w:r>
        <w:t>تو اس بات کو ہمیں لوگوں کو بتانا ہے، لوگوں کو سمجھانا ہے۔ اس سے لوگوں کی غلط فہمی دور ہوگی اور صحیح لائن آف ایکشن ملے گی لوگوں کو۔</w:t>
      </w:r>
    </w:p>
    <w:p>
      <w:r>
        <w:rPr>
          <w:b/>
        </w:rPr>
        <w:t xml:space="preserve">[59:11] </w:t>
      </w:r>
      <w:r>
        <w:t>sahi line of action is waqt musalmanon par gum ho gayi hai. unhein pata hi nahi ke kis rukh par hum apni koshishon ko jari karein.</w:t>
      </w:r>
    </w:p>
    <w:p>
      <w:pPr>
        <w:jc w:val="right"/>
      </w:pPr>
      <w:r>
        <w:t>صحیح لائن آف ایکشن اس وقت مسلمانوں پر گم ہو گئی ہے۔ انہیں پتہ ہی نہیں کہ کس رخ پر ہم اپنی کوششوں کو جاری کریں۔</w:t>
      </w:r>
    </w:p>
    <w:p>
      <w:r>
        <w:rPr>
          <w:b/>
        </w:rPr>
        <w:t xml:space="preserve">[59:24] </w:t>
      </w:r>
      <w:r>
        <w:t>to sahi line of action jo hai, janna bohat hi zaroori hai.</w:t>
      </w:r>
    </w:p>
    <w:p>
      <w:pPr>
        <w:jc w:val="right"/>
      </w:pPr>
      <w:r>
        <w:t>تو صحیح لائن آف ایکشن جو ہے، جاننا بہت ہی ضروری ہے۔</w:t>
      </w:r>
    </w:p>
    <w:p>
      <w:r>
        <w:rPr>
          <w:b/>
        </w:rPr>
        <w:t xml:space="preserve">[59:30] </w:t>
      </w:r>
      <w:r>
        <w:t>main dua karta hoon ke Allah taala mujh ko aur aap ko tofeeq de ke hum logon ko yeh rehnumai pohanchayein aur Allah ke raste par logon ko chalne chalne ki tofeeq milay.</w:t>
      </w:r>
    </w:p>
    <w:p>
      <w:pPr>
        <w:jc w:val="right"/>
      </w:pPr>
      <w:r>
        <w:t>میں دعا کرتا ہوں کہ اللہ تعالی مجھ کو اور آپ کو توفیق دے کہ ہم لوگوں کو یہ رہنمائی پہنچائیں اور اللہ کے راستے پر لوگوں کو چلنے چلنے کی توفیق ملے۔</w:t>
      </w:r>
    </w:p>
    <w:p>
      <w:r>
        <w:rPr>
          <w:b/>
        </w:rPr>
        <w:t xml:space="preserve">[59:42] </w:t>
      </w:r>
      <w:r>
        <w:t>Allah taala ki madad farmaye. aqool qooli haza wastaghfirullah al-ali al-azeem.</w:t>
      </w:r>
    </w:p>
    <w:p>
      <w:pPr>
        <w:jc w:val="right"/>
      </w:pPr>
      <w:r>
        <w:t>اللہ تعالی کی مدد فرمائے۔ اقول قولیھذا واستغفراللہ العلی العظیم۔</w:t>
      </w:r>
    </w:p>
    <w:p>
      <w:r>
        <w:rPr>
          <w:b/>
        </w:rPr>
        <w:t xml:space="preserve">[1:00:01] </w:t>
      </w:r>
      <w:r>
        <w:t>maulana doctor abdulmateen shaikh ne mir parkhas pakistan se likha hai. unhone poocha hai ke "heer in pakistan few groups like hizb ut-tahrir are very active to build khilafat.</w:t>
      </w:r>
    </w:p>
    <w:p>
      <w:pPr>
        <w:jc w:val="right"/>
      </w:pPr>
      <w:r>
        <w:t>مولانا ڈاکٹر عبدالمتین شیخ نے میر پرخاس پاکستان سے لکھا ہے۔ انہوں نے پوچھا ہے کہ "ہیر ان پاکستان فیو گروپس لائک حزب التحریر ار ویری ایکٹیو ٹو بلڈ خلافت۔</w:t>
      </w:r>
    </w:p>
    <w:p>
      <w:r>
        <w:rPr>
          <w:b/>
        </w:rPr>
        <w:t xml:space="preserve">[1:00:18] </w:t>
      </w:r>
      <w:r>
        <w:t>they say join us and struggle for khilafat. i want your comments that what should be, what should we do</w:t>
      </w:r>
    </w:p>
    <w:p>
      <w:pPr>
        <w:jc w:val="right"/>
      </w:pPr>
      <w:r>
        <w:t>دے سے جوائن اس اینڈ سٹرگل فار خلافت۔ ائی وانٹ یور کمنٹس دیٹ واٹ شوڈ بی، واٹ شوڈ وی ڈو</w:t>
      </w:r>
    </w:p>
    <w:p>
      <w:r>
        <w:rPr>
          <w:b/>
        </w:rPr>
        <w:t xml:space="preserve">[1:00:27] </w:t>
      </w:r>
      <w:r>
        <w:t>? kindly guide us as to what is the real islamic teaching? what quran says and what are the teachings of prophet of islam regarding khilafat in this current scenario?" yeh bilkul bidat hai.</w:t>
      </w:r>
    </w:p>
    <w:p>
      <w:pPr>
        <w:jc w:val="right"/>
      </w:pPr>
      <w:r>
        <w:t>؟ کائنڈلی گائیڈ اس ایز ٹو واٹ از دا ریئل اسلامک ٹیچنگ؟ واٹ قرآن سیز اینڈ واٹ ار دا ٹیچنگز اف پرافٹ اف اسلام ریگارڈنگ خلافت ان دس کرنٹ سنیریو؟" یہ بالکل بدعت ہے۔</w:t>
      </w:r>
    </w:p>
    <w:p>
      <w:r>
        <w:rPr>
          <w:b/>
        </w:rPr>
        <w:t xml:space="preserve">[1:00:41] </w:t>
      </w:r>
      <w:r>
        <w:t>khilafat ka concept jo nikala hai, logon ne baat ko nikala hai ke islam se koi talluq nahi hai. yani jin ko hum kehte hain khulafa-e-rashideen, woh khalifa nahi kehlati thay, woh amir-ul-momineen kehlati thay.</w:t>
      </w:r>
    </w:p>
    <w:p>
      <w:pPr>
        <w:jc w:val="right"/>
      </w:pPr>
      <w:r>
        <w:t>خلافت کا کانسیپٹ جو نکالا ہے، لوگوں نے بات کو نکالا ہے کہ اسلام سے کوئی تعلق نہیں ہے۔ یعنی جن کو ہم کہتے ہیں خلفاء راشدین، وہ خلیفہ نہیں کہلاتے تھے، وہ امیرالمومنین کہلاتے تھے۔</w:t>
      </w:r>
    </w:p>
    <w:p>
      <w:r>
        <w:rPr>
          <w:b/>
        </w:rPr>
        <w:t xml:space="preserve">[1:00:54] </w:t>
      </w:r>
      <w:r>
        <w:t>yeh bhi</w:t>
      </w:r>
    </w:p>
    <w:p>
      <w:pPr>
        <w:jc w:val="right"/>
      </w:pPr>
      <w:r>
        <w:t>یہ بھی</w:t>
      </w:r>
    </w:p>
    <w:p>
      <w:r>
        <w:rPr>
          <w:b/>
        </w:rPr>
        <w:t xml:space="preserve">[1:00:55] </w:t>
      </w:r>
      <w:r>
        <w:t>sun lijiye, jin ko hum kehte hain khulafa-e-rashideen, aaj apne zamane mein woh sirf amir-ul-momineen kehlati thay. woh to aaj jo main baat boli hoon, woh yeh to boli hai ke yeh tasawwur galat hai ke islam ek ek mukammal siyasi scheme hai.</w:t>
      </w:r>
    </w:p>
    <w:p>
      <w:pPr>
        <w:jc w:val="right"/>
      </w:pPr>
      <w:r>
        <w:t>سن لیجئے، جن کو ہم کہتے ہیں خلفاء راشدین، آج اپنے زمانے میں وہ صرف امیرالمومنین کہلاتے تھے۔ وہ تو آج جو میں بات بولی ہوں، وہ یہ تو بولی ہے کہ یہ تصوری غلط ہے کہ اسلام ایک ایک مکمل سیاسی سکیم ہے۔</w:t>
      </w:r>
    </w:p>
    <w:p>
      <w:r>
        <w:rPr>
          <w:b/>
        </w:rPr>
        <w:t xml:space="preserve">[1:01:14] </w:t>
      </w:r>
      <w:r>
        <w:t>islam ka talluq bilashuba zindagi ke har shobay se hai, lekin woh follow karne ke ma'ne mein hai, pairvi karne ke ma'ne mein hai. yeh nahi ke hukoomat ko qabza karo aur us ko waise hi nafiz karo.</w:t>
      </w:r>
    </w:p>
    <w:p>
      <w:pPr>
        <w:jc w:val="right"/>
      </w:pPr>
      <w:r>
        <w:t>اسلام کا تعلق بلاشبہ زندگی کے ہر شعبے سے ہے، لیکن وہ فالو کرنے کے معنی میں ہے، پیروی کرنے کے معنی میں ہے۔ یہ نہیں کہ حکومت کو قبضہ کرو اور اس کو ویسے ہی نافذ کرو۔</w:t>
      </w:r>
    </w:p>
    <w:p>
      <w:r>
        <w:rPr>
          <w:b/>
        </w:rPr>
        <w:t xml:space="preserve">[1:01:26] </w:t>
      </w:r>
      <w:r>
        <w:t>nafiz karne ke ma'ne mein nahi hai. to yahi to maine aaj arz kiya. khilafat ki tehreek bilkul yani mubadlana tehreek hai, is ka islam se koi talluq nahi hai.</w:t>
      </w:r>
    </w:p>
    <w:p>
      <w:pPr>
        <w:jc w:val="right"/>
      </w:pPr>
      <w:r>
        <w:t>نافذ کرنے کے معنی میں نہیں ہے۔ تو یہی تو میں نے آج عرض کیا۔ خلافت کی تحریک بالکل یعنی مبدلانہ تحریک ہے، اس کا اسلام سے کوئی تعلق نہیں ہے۔</w:t>
      </w:r>
    </w:p>
    <w:p>
      <w:r>
        <w:rPr>
          <w:b/>
        </w:rPr>
        <w:t xml:space="preserve">[1:01:37] </w:t>
      </w:r>
      <w:r>
        <w:t>sahi baat wahi hai jo maine arz ki ke muhaddiseen ke model ko apnayein log ke democracy ke usool par. wahan democracy to nahi thi.</w:t>
      </w:r>
    </w:p>
    <w:p>
      <w:pPr>
        <w:jc w:val="right"/>
      </w:pPr>
      <w:r>
        <w:t>صحیح بات وہی ہے جو میں نے عرض کی کہ محدثین کے ماڈل کو اپنائیں لوگ کہ ڈیموکریسی کے اصول پر۔ وہاں ڈیموکریسی تو نہیں تھی۔</w:t>
      </w:r>
    </w:p>
    <w:p>
      <w:r>
        <w:rPr>
          <w:b/>
        </w:rPr>
        <w:t xml:space="preserve">[1:01:47] </w:t>
      </w:r>
      <w:r>
        <w:t>aaj hum yeh kahenge ke democratic process ke tehat har chand saal ke baad election ho, fair and free and fair.</w:t>
      </w:r>
    </w:p>
    <w:p>
      <w:pPr>
        <w:jc w:val="right"/>
      </w:pPr>
      <w:r>
        <w:t>آج ہم یہ کہیں گے کہ ڈیموکریٹک پروسیس کے تحت ہر چند سال کے بعد الیکشن ہو، فیئر اینڈ فری اینڈ فیئر۔</w:t>
      </w:r>
    </w:p>
    <w:p>
      <w:r>
        <w:rPr>
          <w:b/>
        </w:rPr>
        <w:t xml:space="preserve">[1:01:58] </w:t>
      </w:r>
      <w:r>
        <w:t>jo log is mein chune jayein, woh hukoomat karein. hukoomat ma'ne woh intezam chalayein, administration chalayein, administration. bas</w:t>
      </w:r>
    </w:p>
    <w:p>
      <w:pPr>
        <w:jc w:val="right"/>
      </w:pPr>
      <w:r>
        <w:t>جو لوگ اس میں چنے جائیں، وہ حکومت کریں۔ حکومت معنی وہ انتظام چلائیں، ایڈمیشن چلائیں، ایڈمنسٹریشن۔ بس</w:t>
      </w:r>
    </w:p>
    <w:p>
      <w:r>
        <w:rPr>
          <w:b/>
        </w:rPr>
        <w:t xml:space="preserve">[1:02:06] </w:t>
      </w:r>
      <w:r>
        <w:t>baqi jo shobay hain, taleem ka shoba, dawat ka shoba, idaron ka shoba, masjid madrassay ka shoba, woh ngos chalayein. to khilafat ki tehreek to ek fitna hai, main is ko samajhta hoon, siwaye shar o fasad ke.</w:t>
      </w:r>
    </w:p>
    <w:p>
      <w:pPr>
        <w:jc w:val="right"/>
      </w:pPr>
      <w:r>
        <w:t>باقی جو شعبے ہیں، تعلیم کا شعبہ، دعوت کا شعبہ، اداروں کا شعبہ، مسجد مدرسے کا شعبہ، وہ این جی اوز چلائیں۔ تو خلافت کی تحریک تو ایک فتنہ ہے، میں اس کو سمجھتا ہوں، سوائے شر و فساد کے۔</w:t>
      </w:r>
    </w:p>
    <w:p>
      <w:r>
        <w:rPr>
          <w:b/>
        </w:rPr>
        <w:t xml:space="preserve">[1:02:20] </w:t>
      </w:r>
      <w:r>
        <w:t>is se kuch ho nahi raha, ladai bhadai ho rahi hai. bas jahan jahan yeh chal rahi hai, wahan par nafrat, nafrat, tashaddud yahi aa raha hai. to tashaddud ko khatam karne ke liye islam mein yahi baat kahi gayi hai ke ek shoba hawale kar do hukmaranon ke,</w:t>
      </w:r>
    </w:p>
    <w:p>
      <w:pPr>
        <w:jc w:val="right"/>
      </w:pPr>
      <w:r>
        <w:t>اس سے کچھ ہو نہیں رہا، لڑائی بھڑائی ہو رہی ہے۔ بس جہاں جہاں یہ چل رہی ہے، وہاں پر نفرت، نفرت، تشدد یہی آ رہا ہے۔ تو تشدد کو ختم کرنے کے لیے اسلام میں یہی بات کہی گئی ہے کہ ایک شعبہ حوالے کر دو حکمرانوں کے،</w:t>
      </w:r>
    </w:p>
    <w:p>
      <w:r>
        <w:rPr>
          <w:b/>
        </w:rPr>
        <w:t xml:space="preserve">[1:02:38] </w:t>
      </w:r>
      <w:r>
        <w:t>doosra shoba jo hai, woh ngos is ko sambhalein. yeh wahid tareeqa hai, yeh islam ka tareeqa hai, yeh saare paighambaron ka tareeqa hai.</w:t>
      </w:r>
    </w:p>
    <w:p>
      <w:pPr>
        <w:jc w:val="right"/>
      </w:pPr>
      <w:r>
        <w:t>دوسرا شعبہ جو ہے، وہ این جی اوز اس کو سنبھالیں۔ یہ واحد طریقہ ہے، یہ اسلام کا طریقہ ہے، یہ سارے پیغمبروں کا طریقہ ہے۔</w:t>
      </w:r>
    </w:p>
    <w:p>
      <w:r>
        <w:rPr>
          <w:b/>
        </w:rPr>
        <w:t xml:space="preserve">[1:02:48] </w:t>
      </w:r>
      <w:r>
        <w:t>aur jo khilafat tehreek yahan se america tak khilafat tehreek chal rahi hai, yeh bilkul baseless baat hai. aur yeh ek, main is ko political bidat samajhta hoon, political innovation.</w:t>
      </w:r>
    </w:p>
    <w:p>
      <w:pPr>
        <w:jc w:val="right"/>
      </w:pPr>
      <w:r>
        <w:t>اور جو خلافت تحریک یہاں سے امریکہ تک خلافت تحریک چل رہی ہے، یہ بالکل بیس لیس بات ہے۔ اور یہ ایک، میں اس کو پولیٹیکل بدعت سمجھتا ہوں، پولیٹیکل انویشن۔</w:t>
      </w:r>
    </w:p>
    <w:p>
      <w:r>
        <w:rPr>
          <w:b/>
        </w:rPr>
        <w:t xml:space="preserve">[1:03:02] </w:t>
      </w:r>
      <w:r>
        <w:t>doctor owais siddiqui ne new delhi se likha hai:</w:t>
      </w:r>
    </w:p>
    <w:p>
      <w:pPr>
        <w:jc w:val="right"/>
      </w:pPr>
      <w:r>
        <w:t>ڈاکٹر اویس صدیقی نے نئی دہلی سے لکھا ہے:</w:t>
      </w:r>
    </w:p>
    <w:p>
      <w:r>
        <w:rPr>
          <w:b/>
        </w:rPr>
        <w:t xml:space="preserve">[1:03:06] </w:t>
      </w:r>
      <w:r>
        <w:t>"maulana people usually refer prophet of islam and first four caliphs that they did both that is reform as well as rule at the same time.</w:t>
      </w:r>
    </w:p>
    <w:p>
      <w:pPr>
        <w:jc w:val="right"/>
      </w:pPr>
      <w:r>
        <w:t>"مولانا پیپل یوزلی ریفر پرافٹ اف اسلام اینڈ فرسٹ فور کیلیف دیٹ دے ڈیڈ بوتھ دیٹ از ریفارم ایز ویل ایز رول ایٹ دا سیم ٹائم۔</w:t>
      </w:r>
    </w:p>
    <w:p>
      <w:r>
        <w:rPr>
          <w:b/>
        </w:rPr>
        <w:t xml:space="preserve">[1:03:18] </w:t>
      </w:r>
      <w:r>
        <w:t>they did not do division between the two. what is your comment on this?" dekhiye, yeh is mein ek fallacy hai.</w:t>
      </w:r>
    </w:p>
    <w:p>
      <w:pPr>
        <w:jc w:val="right"/>
      </w:pPr>
      <w:r>
        <w:t>دے ڈیڈ ناٹ ڈو ڈیویژن بٹوین دا ٹو۔ واٹ از یور کمنٹ ان دس؟" دیکھیے، یہ اس میں ایک فلیسی ہے۔</w:t>
      </w:r>
    </w:p>
    <w:p>
      <w:r>
        <w:rPr>
          <w:b/>
        </w:rPr>
        <w:t xml:space="preserve">[1:03:26] </w:t>
      </w:r>
      <w:r>
        <w:t>is sawal mein,</w:t>
      </w:r>
    </w:p>
    <w:p>
      <w:pPr>
        <w:jc w:val="right"/>
      </w:pPr>
      <w:r>
        <w:t>اس سوال میں،</w:t>
      </w:r>
    </w:p>
    <w:p>
      <w:r>
        <w:rPr>
          <w:b/>
        </w:rPr>
        <w:t xml:space="preserve">[1:03:30] </w:t>
      </w:r>
      <w:r>
        <w:t>is mein fallacy ek sawal mein hai. yani ek hai implement karna.</w:t>
      </w:r>
    </w:p>
    <w:p>
      <w:pPr>
        <w:jc w:val="right"/>
      </w:pPr>
      <w:r>
        <w:t>اس میں فلیسی ایک سوال میں ہے۔ یعنی ایک ہے امپلیمنٹ کرنا۔</w:t>
      </w:r>
    </w:p>
    <w:p>
      <w:r>
        <w:rPr>
          <w:b/>
        </w:rPr>
        <w:t xml:space="preserve">[1:03:36] </w:t>
      </w:r>
      <w:r>
        <w:t>to unhon ne implement karne ke ma'ne mein har cheez ko implement ka mozu' nahin banaya. ek hai follow karna. misaal ko mein ek misaal deta hoon aap ko ke Rasool Allah Sal Allah Alaihi Wasallam head da head head of the state thay Madine mein.</w:t>
      </w:r>
    </w:p>
    <w:p>
      <w:pPr>
        <w:jc w:val="right"/>
      </w:pPr>
      <w:r>
        <w:t>تو انہوں نے امپلیمنٹ کرنے کے معنی میں ہر چیز کو امپلیمنٹ کا موضوع نہیں بنایا۔ ایک ہے فالو کرنا۔ مثال کو میں ایک مثال دیتا ہوں آپ کو کہ رسول اللہ صلی اللہ علیہ وسلم ہیڈ دا ہیڈ ہیڈ اف دا اسٹیٹ تھے مدینے میں۔</w:t>
      </w:r>
    </w:p>
    <w:p>
      <w:r>
        <w:rPr>
          <w:b/>
        </w:rPr>
        <w:t xml:space="preserve">[1:03:51] </w:t>
      </w:r>
      <w:r>
        <w:t>ek martaba aap gaye bazaar mein, ek aadmi wahan ghalla bech raha tha, koi gehoon waghera, jo bhi hoga, uska dher tha.</w:t>
      </w:r>
    </w:p>
    <w:p>
      <w:pPr>
        <w:jc w:val="right"/>
      </w:pPr>
      <w:r>
        <w:t>ایک مرتبہ آپ گئے بازار میں، ایک آدمی وہاں غلہ بیچ رہا تھا، کوئی گیہوں وغیرہ، جو بھی ہوگا، اس کا ڈھیر تھا۔</w:t>
      </w:r>
    </w:p>
    <w:p>
      <w:r>
        <w:rPr>
          <w:b/>
        </w:rPr>
        <w:t xml:space="preserve">[1:04:03] </w:t>
      </w:r>
      <w:r>
        <w:t>to aap ne uthaya to neeche bheega hua tha, paani tha is mein.</w:t>
      </w:r>
    </w:p>
    <w:p>
      <w:pPr>
        <w:jc w:val="right"/>
      </w:pPr>
      <w:r>
        <w:t>تو آپ نے اٹھایا تو نیچے بھیگا ہوا تھا، پانی تھا اس میں۔</w:t>
      </w:r>
    </w:p>
    <w:p>
      <w:r>
        <w:rPr>
          <w:b/>
        </w:rPr>
        <w:t xml:space="preserve">[1:04:07] </w:t>
      </w:r>
      <w:r>
        <w:t>yeh ma'ne ke paani se wazan barha diya tha is ne. is ki technique yeh thi ke bheega rahega to paani se wazan zyada ho jayega. to is tareeqe se woh bech raha tha.</w:t>
      </w:r>
    </w:p>
    <w:p>
      <w:pPr>
        <w:jc w:val="right"/>
      </w:pPr>
      <w:r>
        <w:t>یہ معنی کہ پانی سے وزن بڑھا دیا تھا اس نے۔ اس کی ٹیکنیک یہ تھی کہ بھیگا رہے گا تو پانی سے وزن زیادہ ہو جائے گا۔ تو اس طریقے سے وہ بیچ رہا تھا۔</w:t>
      </w:r>
    </w:p>
    <w:p>
      <w:r>
        <w:rPr>
          <w:b/>
        </w:rPr>
        <w:t xml:space="preserve">[1:04:19] </w:t>
      </w:r>
      <w:r>
        <w:t>woh to Rasool Allah Sal Allah Alaihi Wasallam is ke khilaf is ka kaha ke jo log aisa karengay, woh Allah Ta'ala ke pakre jayenge. yeh nahin kaha in ko giraftar karo, in ko kora marna hai.</w:t>
      </w:r>
    </w:p>
    <w:p>
      <w:pPr>
        <w:jc w:val="right"/>
      </w:pPr>
      <w:r>
        <w:t>وہ تو رسول اللہ صلی اللہ علیہ وسلم اس کے خلاف اس کا کہا کہ جو لوگ ایسا کریں گے، وہ اللہ تعالی کے پکڑے جائیں گے۔ یہ نہیں کہا ان کو گرفتار کرو، ان کو کوڑا مارنا ہے۔</w:t>
      </w:r>
    </w:p>
    <w:p>
      <w:r>
        <w:rPr>
          <w:b/>
        </w:rPr>
        <w:t xml:space="preserve">[1:04:27] </w:t>
      </w:r>
      <w:r>
        <w:t>yeh nahin kiya aap ne.</w:t>
      </w:r>
    </w:p>
    <w:p>
      <w:pPr>
        <w:jc w:val="right"/>
      </w:pPr>
      <w:r>
        <w:t>یہ نہیں کیا آپ نے۔</w:t>
      </w:r>
    </w:p>
    <w:p>
      <w:r>
        <w:rPr>
          <w:b/>
        </w:rPr>
        <w:t xml:space="preserve">[1:04:31] </w:t>
      </w:r>
      <w:r>
        <w:t>yeh nahin ke kora marwao</w:t>
      </w:r>
    </w:p>
    <w:p>
      <w:pPr>
        <w:jc w:val="right"/>
      </w:pPr>
      <w:r>
        <w:t>یہ نہیں کہ کوڑا مرواؤ</w:t>
      </w:r>
    </w:p>
    <w:p>
      <w:r>
        <w:rPr>
          <w:b/>
        </w:rPr>
        <w:t xml:space="preserve">[1:04:33] </w:t>
      </w:r>
      <w:r>
        <w:t>in ko. to wahi to mein keh raha hoon, jo jo khaleefa unhon ne kiya, woh isi ke khilaf kar rahe hain. yeh log deviation mein mubtala hain. woh to Islam ka ta'alluq yeh kehna sahi hai ke Islam ka ta'alluq zindagi ke har shobe se hai.</w:t>
      </w:r>
    </w:p>
    <w:p>
      <w:pPr>
        <w:jc w:val="right"/>
      </w:pPr>
      <w:r>
        <w:t>ان کو۔ تو وہی تو میں کہہ رہا ہوں، جو جو خلیفہ انہوں نے کیا، وہ اسی کے خلاف کر رہے ہیں۔ یہ لوگ ڈیوی ایشن میں مبتلا ہیں۔ وہ تو اسلام کا تعلق یہ کہنا صحیح ہے کہ اسلام کا تعلق زندگی کے ہر شعبے سے ہے۔</w:t>
      </w:r>
    </w:p>
    <w:p>
      <w:r>
        <w:rPr>
          <w:b/>
        </w:rPr>
        <w:t xml:space="preserve">[1:04:48] </w:t>
      </w:r>
      <w:r>
        <w:t>matlab sochne se bhi is ta'alluq hai. Islam ka socho, sahi socho, bolo, sahi bolo, behaviour karo, sahi behave karo, deal karo, sahi dealing karo.</w:t>
      </w:r>
    </w:p>
    <w:p>
      <w:pPr>
        <w:jc w:val="right"/>
      </w:pPr>
      <w:r>
        <w:t>مطلب سوچنے سے بھی اس تعلق ہے۔ اسلام کا سوچو، صحیح سوچو، بولو، صحیح بولو، بیہیویئر کرو، صحیح بیہیو کرو، ڈیل کرو، صحیح ڈیلنگ کرو۔</w:t>
      </w:r>
    </w:p>
    <w:p>
      <w:r>
        <w:rPr>
          <w:b/>
        </w:rPr>
        <w:t xml:space="preserve">[1:04:59] </w:t>
      </w:r>
      <w:r>
        <w:t>is ma'ne mein ta'alluq har har shobe se Islam ka hai. lekin implement ke ma'ne mein nahin hai ke maar maar ke logon ko sahi bulwao, maar maar maar ke logon ko sahi soochwao.</w:t>
      </w:r>
    </w:p>
    <w:p>
      <w:pPr>
        <w:jc w:val="right"/>
      </w:pPr>
      <w:r>
        <w:t>اس معنی میں تعلق ہر ہر شعبے سے اسلام کا ہے۔ لیکن امپلیمنٹ کے معنی میں نہیں ہے کہ مار مار کے لوگوں کو صحیح بلواؤ، مار مار مار کے لوگوں کو صحیح سوچواؤ۔</w:t>
      </w:r>
    </w:p>
    <w:p>
      <w:r>
        <w:rPr>
          <w:b/>
        </w:rPr>
        <w:t xml:space="preserve">[1:05:07] </w:t>
      </w:r>
      <w:r>
        <w:t>yeh nahin hai Islam. to Rasool Allah ne ya khulafa rashideen ne hukum hukoomat ke daire mein to hukum chalaya, political hukum baqi daire mein samjhaya bujhaya logon ko,</w:t>
      </w:r>
    </w:p>
    <w:p>
      <w:pPr>
        <w:jc w:val="right"/>
      </w:pPr>
      <w:r>
        <w:t>یہ نہیں ہے اسلام۔ تو رسول اللہ نے یا خلفاء راشدین نے حکم حکومت کے دائرے میں تو حکم چلایا، پولیٹیکل حکم باقی دائرے میں سمجھایا بجھایا لوگوں کو،</w:t>
      </w:r>
    </w:p>
    <w:p>
      <w:r>
        <w:rPr>
          <w:b/>
        </w:rPr>
        <w:t xml:space="preserve">[1:05:23] </w:t>
      </w:r>
      <w:r>
        <w:t>naseehat ki logon ko, talqeen ki ke tum adl ke sath raho, insaaf ke sath raho, sachai ke sath raho, imandari ke sath raho.</w:t>
      </w:r>
    </w:p>
    <w:p>
      <w:pPr>
        <w:jc w:val="right"/>
      </w:pPr>
      <w:r>
        <w:t>نصیحت کی لوگوں کو، تلقین کی کہ تم عدل کے ساتھ رہو، انصاف کے ساتھ رہو، سچائی کے ساتھ رہو، ایمانداری کے ساتھ رہو۔</w:t>
      </w:r>
    </w:p>
    <w:p>
      <w:r>
        <w:rPr>
          <w:b/>
        </w:rPr>
        <w:t xml:space="preserve">[1:05:33] </w:t>
      </w:r>
      <w:r>
        <w:t>to mein mein ne khud yeh baat arz ki ke Islam har ma'amle mein hamein hidayat deta hai, lekin hidayat is ma'ne mein nahin ke kora marne ke maar maar ke in ko karwao.</w:t>
      </w:r>
    </w:p>
    <w:p>
      <w:pPr>
        <w:jc w:val="right"/>
      </w:pPr>
      <w:r>
        <w:t>تو میں میں نے خود یہ بات عرض کی کہ اسلام ہر معاملے میں ہمیں ہدایت دیتا ہے، لیکن ہدایت اس معنی میں نہیں کہ کوڑا مارنے کے مار مار کے ان کو کرواؤ۔</w:t>
      </w:r>
    </w:p>
    <w:p>
      <w:r>
        <w:rPr>
          <w:b/>
        </w:rPr>
        <w:t xml:space="preserve">[1:05:44] </w:t>
      </w:r>
      <w:r>
        <w:t>aisa to do alag alag shobe kar diye.</w:t>
      </w:r>
    </w:p>
    <w:p>
      <w:pPr>
        <w:jc w:val="right"/>
      </w:pPr>
      <w:r>
        <w:t>ایسا تو دو الگ الگ شعبے کر دیے۔</w:t>
      </w:r>
    </w:p>
    <w:p>
      <w:r>
        <w:rPr>
          <w:b/>
        </w:rPr>
        <w:t xml:space="preserve">[1:05:49] </w:t>
      </w:r>
      <w:r>
        <w:t>jo lawyers hain, un ka kaam hai administration aur baqiya ma'amle mein jo hai, woh aap un ko samjhaiye, bujhaiye, tarqqi kitaabein chhapiye aur masjid mein taqreer kijiye, madrasay mein un ko taleem dijiye.</w:t>
      </w:r>
    </w:p>
    <w:p>
      <w:pPr>
        <w:jc w:val="right"/>
      </w:pPr>
      <w:r>
        <w:t>جو لوررز ہیں، ان کا کام ہے ایڈمنسٹریشن اور بقیہ معاملے میں جو ہے، وہ آپ ان کو سمجھائیے، بجھائیے، ترقی کتابیں چھاپیے اور مسجد میں تقریر کیجئے، مدرسے میں ان کو تعلیم دیجئے۔</w:t>
      </w:r>
    </w:p>
    <w:p>
      <w:r>
        <w:rPr>
          <w:b/>
        </w:rPr>
        <w:t xml:space="preserve">[1:06:01] </w:t>
      </w:r>
      <w:r>
        <w:t>yeh NGOs to ek hain, government ek hai, NGOs kyunke yeh ek fallacy hai. koi aadmi yeh kahe ke Islam ka ta'alluq zindagi ke saare shobon se hai, to mein kahoon theek keh rahe ho tum,</w:t>
      </w:r>
    </w:p>
    <w:p>
      <w:pPr>
        <w:jc w:val="right"/>
      </w:pPr>
      <w:r>
        <w:t>یہ این جی اوز تو ایک ہیں، گورنمنٹ ایک ہے، این جی اوز کیونکہ یہ ایک فلیسی ہے۔ کوئی آدمی یہ کہے کہ اسلام کا تعلق زندگی کے سارے شعبوں سے ہے، تو میں کہوں ٹھیک کہہ رہے ہو تم،</w:t>
      </w:r>
    </w:p>
    <w:p>
      <w:r>
        <w:rPr>
          <w:b/>
        </w:rPr>
        <w:t xml:space="preserve">[1:06:16] </w:t>
      </w:r>
      <w:r>
        <w:t>lekin aap kahein ke Islam chahta hai kora maar maar ke sab ko har ma'amle mein taleem ta'ameel karwao, to woh galat kahoon, galat keh rahe hain aap. yani sach bolo, Islam zaroor kehta hai, lekin yeh nahin ke sach bulwao, kora maar kar ke.</w:t>
      </w:r>
    </w:p>
    <w:p>
      <w:pPr>
        <w:jc w:val="right"/>
      </w:pPr>
      <w:r>
        <w:t>لیکن آپ کہیں کہ اسلام چاہتا ہے کوڑا مار مار کے سب کو ہر معاملے میں تعلیم تعمیل کرواؤ، تو وہ غلط کہوں، غلط کہہ رہے ہیں آپ۔ یعنی سچ بولو، اسلام ضرور کہتا ہے، لیکن یہ نہیں کہ سچ بلواؤ، کوڑا مار کر کے۔</w:t>
      </w:r>
    </w:p>
    <w:p>
      <w:r>
        <w:rPr>
          <w:b/>
        </w:rPr>
        <w:t xml:space="preserve">[1:06:29] </w:t>
      </w:r>
      <w:r>
        <w:t>yeh Islam nahin hai. yeh Maulana Mr. Rizwan Arif ne Bhopal se likha hai: "Maulana, I want I have a question to ask.</w:t>
      </w:r>
    </w:p>
    <w:p>
      <w:pPr>
        <w:jc w:val="right"/>
      </w:pPr>
      <w:r>
        <w:t>یہ اسلام نہیں ہے۔ یہ مولانا مسٹر رضوان عارف نے بھوپال سے لکھا ہے: "مولانا، ائی وانٹ ائی ہیو ا کوئسچن ٹو اسک۔</w:t>
      </w:r>
    </w:p>
    <w:p>
      <w:r>
        <w:rPr>
          <w:b/>
        </w:rPr>
        <w:t xml:space="preserve">[1:06:43] </w:t>
      </w:r>
      <w:r>
        <w:t>There is is verse in Quran which guides and orders about cutting both hands of thief, male or female.</w:t>
      </w:r>
    </w:p>
    <w:p>
      <w:pPr>
        <w:jc w:val="right"/>
      </w:pPr>
      <w:r>
        <w:t>دیر از از ورس ان قرآن وچ گائیڈز اینڈ ارڈرز اباؤٹ کٹنگ بوتھ ہینڈز اف تھیف، میل اور فیمیل۔</w:t>
      </w:r>
    </w:p>
    <w:p>
      <w:r>
        <w:rPr>
          <w:b/>
        </w:rPr>
        <w:t xml:space="preserve">[1:06:52] </w:t>
      </w:r>
      <w:r>
        <w:t>What is this verse about implementation or follow? If implemented, who is to implement this?"</w:t>
      </w:r>
    </w:p>
    <w:p>
      <w:pPr>
        <w:jc w:val="right"/>
      </w:pPr>
      <w:r>
        <w:t>واٹ از دس ورس اباؤٹ امپلیمنٹیشن اور فالو؟ اف امپلیمنٹڈ، ہو از ٹو امپلیمنٹ دس؟"</w:t>
      </w:r>
    </w:p>
    <w:p>
      <w:r>
        <w:rPr>
          <w:b/>
        </w:rPr>
        <w:t xml:space="preserve">[1:07:03] </w:t>
      </w:r>
      <w:r>
        <w:t>yeh Quran ki aayat hai: "</w:t>
      </w:r>
    </w:p>
    <w:p>
      <w:pPr>
        <w:jc w:val="right"/>
      </w:pPr>
      <w:r>
        <w:t>یہ قرآن کی آیت ہے: "</w:t>
      </w:r>
    </w:p>
    <w:p>
      <w:r>
        <w:rPr>
          <w:b/>
        </w:rPr>
        <w:t xml:space="preserve">[1:07:08] </w:t>
      </w:r>
      <w:r>
        <w:t>yani chor, yani chori karne wala mard ho ya aurat ho, uska haath kaat do." to is mein fuqaha mein bohat ikhtilafat hain ke is ka matlab kya hai.</w:t>
      </w:r>
    </w:p>
    <w:p>
      <w:pPr>
        <w:jc w:val="right"/>
      </w:pPr>
      <w:r>
        <w:t>یعنی چور، یعنی چوری کرنے والا مرد ہو یا عورت ہو، اس کا ہاتھ کاٹ دو۔" تو اس میں فقہاء میں بہت اختلافات ہیں کہ اس کا مطلب کیا ہے۔</w:t>
      </w:r>
    </w:p>
    <w:p>
      <w:r>
        <w:rPr>
          <w:b/>
        </w:rPr>
        <w:t xml:space="preserve">[1:07:20] </w:t>
      </w:r>
      <w:r>
        <w:t>is ki bohat tafseer hai kitabon mein. agar aap jana chahte hain to is ko padhiye. aap agar Urdu padhna chahte hain to Mufti Shafi Sahab ki kitaab jo tafseer hai, use padhiye.</w:t>
      </w:r>
    </w:p>
    <w:p>
      <w:pPr>
        <w:jc w:val="right"/>
      </w:pPr>
      <w:r>
        <w:t>اس کی بہت تفسیر ہے کتابوں میں۔ اگر آپ جانا چاہتے ہیں تو اس کو پڑھیے۔ آپ اگر اردو پڑھنا چاہتے ہیں تو مفتی شفیع صاحب کی کتاب جو تفسیر ہے، اسے پڑھیے۔</w:t>
      </w:r>
    </w:p>
    <w:p>
      <w:r>
        <w:rPr>
          <w:b/>
        </w:rPr>
        <w:t xml:space="preserve">[1:07:30] </w:t>
      </w:r>
      <w:r>
        <w:t>is mein tafseer mil jayegi aap ko.</w:t>
      </w:r>
    </w:p>
    <w:p>
      <w:pPr>
        <w:jc w:val="right"/>
      </w:pPr>
      <w:r>
        <w:t>اس میں تفسیر مل جائے گی آپ کو۔</w:t>
      </w:r>
    </w:p>
    <w:p>
      <w:r>
        <w:rPr>
          <w:b/>
        </w:rPr>
        <w:t xml:space="preserve">[1:07:32] </w:t>
      </w:r>
      <w:r>
        <w:t>lekin yeh hukoomat ka kaam hai. yani yeh aam logon ka kaam nahin ke woh kisi ko pakar ke haath kaat daalne wala. aur hukoomat ka kaam bhi is ma'ne mein nahin ke bas jahan chori ka haath kaato, is ko nahin.</w:t>
      </w:r>
    </w:p>
    <w:p>
      <w:pPr>
        <w:jc w:val="right"/>
      </w:pPr>
      <w:r>
        <w:t>لیکن یہ حکومت کا کام ہے۔ یعنی یہ عام لوگوں کا کام نہیں کہ وہ کسی کو پکڑ کے ہاتھ کاٹ ڈالنے والا۔ اور حکومت کا کام بھی اس معنی میں نہیں کہ بس جہاں چوری کا ہاتھ کاٹو، اس کو نہیں۔</w:t>
      </w:r>
    </w:p>
    <w:p>
      <w:r>
        <w:rPr>
          <w:b/>
        </w:rPr>
        <w:t xml:space="preserve">[1:07:43] </w:t>
      </w:r>
      <w:r>
        <w:t>is se pehle kuch cheezein hain, kuch prerequisites hain. aap ko logon ki maashiyat durust karni hogi, logon ko educate karna hoga, logon ko khana peena faraham karna hoga.</w:t>
      </w:r>
    </w:p>
    <w:p>
      <w:pPr>
        <w:jc w:val="right"/>
      </w:pPr>
      <w:r>
        <w:t>اس سے پہلے کچھ چیزیں ہیں، کچھ پری ریکویزٹس ہیں۔ آپ کو لوگوں کی معاشیات درست کرنی ہوگی، لوگوں کو ایجوکیٹ کرنا ہوگا، لوگوں کو کھانا پینا فراہم کرنا ہوگا۔</w:t>
      </w:r>
    </w:p>
    <w:p>
      <w:r>
        <w:rPr>
          <w:b/>
        </w:rPr>
        <w:t xml:space="preserve">[1:07:55] </w:t>
      </w:r>
      <w:r>
        <w:t>jab saare mamlaat durust kar chuke hon aur bawajood is ke koi aadata chori kar</w:t>
      </w:r>
    </w:p>
    <w:p>
      <w:pPr>
        <w:jc w:val="right"/>
      </w:pPr>
      <w:r>
        <w:t>جب سارے معاملات درست کر چکے ہوں اور باوجود اس کے کوئی عادتا چوری کر</w:t>
      </w:r>
    </w:p>
    <w:p>
      <w:r>
        <w:rPr>
          <w:b/>
        </w:rPr>
        <w:t xml:space="preserve">[1:08:01] </w:t>
      </w:r>
      <w:r>
        <w:t>e, ya is ke paas khane peene ke liye hai, is ko koi zaroorat nahi hai, aur khwamkhwah wo chori bhi karta hai aadata. to yeh is ke, is ko aadi jo chor ke bare mein yeh baat hai.</w:t>
      </w:r>
    </w:p>
    <w:p>
      <w:pPr>
        <w:jc w:val="right"/>
      </w:pPr>
      <w:r>
        <w:t>ے، یا اس کے پاس کھانے پینے کے لیے ہے، اس کو کوئی ضرورت نہیں ہے، اور خوامخواہ وہ چوری بھی کرتا ہے عادتا۔ تو یہ اس کے، اس کو عادی جو چور کے بارے میں یہ بات ہے۔</w:t>
      </w:r>
    </w:p>
    <w:p>
      <w:r>
        <w:rPr>
          <w:b/>
        </w:rPr>
        <w:t xml:space="preserve">[1:08:12] </w:t>
      </w:r>
      <w:r>
        <w:t>sirf yeh nahi ke ek banda kuch koi chori kar di kisi ne, to aap is ke liye haath kaat ta hai. jo aadi ban jaye, samjhane se bhi na maane, naseehat karne se bhi na maane, wo is ke bare mein yeh ayat hai.</w:t>
      </w:r>
    </w:p>
    <w:p>
      <w:pPr>
        <w:jc w:val="right"/>
      </w:pPr>
      <w:r>
        <w:t>صرف یہ نہیں کہ ایک بندہ کچھ کوئی چوری کر دی کسی نے، تو آپ اس کے لیے ہاتھ کاٹتا ہے۔ جو عادی بن جائے، سمجھانے سے بھی نہ مانے، نصیحت کرنے سے بھی نہ مانے، وہ اس کے بارے میں یہ آیت ہے۔</w:t>
      </w:r>
    </w:p>
    <w:p>
      <w:r>
        <w:rPr>
          <w:b/>
        </w:rPr>
        <w:t xml:space="preserve">[1:08:24] </w:t>
      </w:r>
      <w:r>
        <w:t>aap ko tafseel janna ho to aap tafseer mein parh sakte hain. yaani chori baghair zaroorat agar kiya ho</w:t>
      </w:r>
    </w:p>
    <w:p>
      <w:pPr>
        <w:jc w:val="right"/>
      </w:pPr>
      <w:r>
        <w:t>آپ کو تفصیل جاننا ہو تو آپ تفسیر میں پڑھ سکتے ہیں۔ یعنی چوری بغیر ضرورت اگر کیا ہو</w:t>
      </w:r>
    </w:p>
    <w:p>
      <w:r>
        <w:rPr>
          <w:b/>
        </w:rPr>
        <w:t xml:space="preserve">[1:08:31] </w:t>
      </w:r>
      <w:r>
        <w:t>kisi ne, to hatam ne is ka haath nahi katwaya qaid ke zamane mein. to ek hai chori baghair zaroorat koi kar le, ek hai aadi ban jaye, mujrim ban jaye, samaaj ke liye masla ban jaye.</w:t>
      </w:r>
    </w:p>
    <w:p>
      <w:pPr>
        <w:jc w:val="right"/>
      </w:pPr>
      <w:r>
        <w:t>کسی نے، تو حتمر نے اس کا ہاتھ نہیں کٹوایا قہد کے زمانے میں۔ تو ایک ہے چوری بغیر ضرورت کوئی کر لے، ایک ہے عادی بن جائے، مجرم بن جائے، سماج کے لیے مسئلہ بن جائے۔</w:t>
      </w:r>
    </w:p>
    <w:p>
      <w:r>
        <w:rPr>
          <w:b/>
        </w:rPr>
        <w:t xml:space="preserve">[1:08:42] </w:t>
      </w:r>
      <w:r>
        <w:t>to to deterrent punishment ke taur par aisa Islam mein hukum diya gaya hai. aur bohat hi rare cases mein aisa hota hai. rare cases mein poori tareekh mein bohat hi kam aisa hua.</w:t>
      </w:r>
    </w:p>
    <w:p>
      <w:pPr>
        <w:jc w:val="right"/>
      </w:pPr>
      <w:r>
        <w:t>تو تو ڈیٹرنٹ پنشمنٹ کے طور پر ایسا اسلام میں حکم دیا گیا ہے۔ اور بہت ہی ریئر کیسز میں ایسا ہوتا ہے۔ ریئر کیسز میں پوری تاریخ میں بہت ہی کم ایسا ہوا۔</w:t>
      </w:r>
    </w:p>
    <w:p>
      <w:r>
        <w:rPr>
          <w:b/>
        </w:rPr>
        <w:t xml:space="preserve">[1:08:54] </w:t>
      </w:r>
      <w:r>
        <w:t>kyunke kyunke wo ek aadmi ke sath agar saza di jaye to baqi sab log tham jaate hain ke bhai aisa nahi karna hai.</w:t>
      </w:r>
    </w:p>
    <w:p>
      <w:pPr>
        <w:jc w:val="right"/>
      </w:pPr>
      <w:r>
        <w:t>کیونکہ کیونکہ وہ ایک آدمی کے ساتھ اگر سزا دی جائے تو باقی سب لوگ تھام جاتے ہیں کہ بھئی ایسا نہیں کرنا ہے۔</w:t>
      </w:r>
    </w:p>
    <w:p>
      <w:r>
        <w:rPr>
          <w:b/>
        </w:rPr>
        <w:t xml:space="preserve">[1:09:02] </w:t>
      </w:r>
      <w:r>
        <w:t>to yeh deterrent punishment hai un logon ke liye jo aadi mujrim ban chuke hon, samaaj ke liye masla ban gaye hon, koi bhi tadbeer un ko durust karne mein kaamyaab na hoti ho.</w:t>
      </w:r>
    </w:p>
    <w:p>
      <w:pPr>
        <w:jc w:val="right"/>
      </w:pPr>
      <w:r>
        <w:t>تو یہ ڈیٹرنٹ پنشمنٹ ہے ان لوگوں کے لیے جو عادی مجرم بن چکے ہوں، سماج کے لیے مسئلہ بن گئے ہوں، کوئی بھی تدبیر ان کو درست کرنے میں کامیاب نہ ہوتی ہو۔</w:t>
      </w:r>
    </w:p>
    <w:p>
      <w:r>
        <w:rPr>
          <w:b/>
        </w:rPr>
        <w:t xml:space="preserve">[1:09:13] </w:t>
      </w:r>
      <w:r>
        <w:t>aur wo bhi hakoomat kare gi, ek hakoomat jo ke sab yaani logon ke logon ki zarooraton ko poora kar chuki ho.</w:t>
      </w:r>
    </w:p>
    <w:p>
      <w:pPr>
        <w:jc w:val="right"/>
      </w:pPr>
      <w:r>
        <w:t>اور وہ بھی حکومت کرے گی، ایک حکومت جو کہ سب یعنی لوگوں کے لوگوں کی ضرورتوں کو پورا کر چکی ہو۔</w:t>
      </w:r>
    </w:p>
    <w:p>
      <w:r>
        <w:rPr>
          <w:b/>
        </w:rPr>
        <w:t xml:space="preserve">[1:09:22] </w:t>
      </w:r>
      <w:r>
        <w:t>tab is ke baad yeh yeh waqt aata hai. is se pehle nahi, yeh waqt aata hai.</w:t>
      </w:r>
    </w:p>
    <w:p>
      <w:pPr>
        <w:jc w:val="right"/>
      </w:pPr>
      <w:r>
        <w:t>تب اس کے بعد یہ یہ وقت آتا ہے۔ اس سے پہلے نہیں، یہ وقت آتا ہے۔</w:t>
      </w:r>
    </w:p>
    <w:p>
      <w:r>
        <w:rPr>
          <w:b/>
        </w:rPr>
        <w:t xml:space="preserve">[1:09:29] </w:t>
      </w:r>
      <w:r>
        <w:t>Mr. Amer bin Yusuf ne Karachi Pakistan se likha hai: "aap hamesha Allah ko discover karne ki baat karte hain.</w:t>
      </w:r>
    </w:p>
    <w:p>
      <w:pPr>
        <w:jc w:val="right"/>
      </w:pPr>
      <w:r>
        <w:t>مسٹر عامر بن یوسف نے کراچی پاکستان سے لکھا ہے: "آپ ہمیشہ اللہ کو ڈسکور کرنے کی بات کرتے ہیں۔</w:t>
      </w:r>
    </w:p>
    <w:p>
      <w:r>
        <w:rPr>
          <w:b/>
        </w:rPr>
        <w:t xml:space="preserve">[1:09:39] </w:t>
      </w:r>
      <w:r>
        <w:t>mere samajh mein yeh baat aati hai ke aap ka ta'alluq kisi bhi mazhab se ho, aap ko ek particular starting point lena hoga.</w:t>
      </w:r>
    </w:p>
    <w:p>
      <w:pPr>
        <w:jc w:val="right"/>
      </w:pPr>
      <w:r>
        <w:t>میرے سمجھ میں یہ بات آتی ہے کہ آپ کا تعلق کسی بھی مذہب سے ہو، آپ کو ایک پرٹیکولر سٹارٹنگ پوائنٹ لینا ہوگا۔</w:t>
      </w:r>
    </w:p>
    <w:p>
      <w:r>
        <w:rPr>
          <w:b/>
        </w:rPr>
        <w:t xml:space="preserve">[1:09:49] </w:t>
      </w:r>
      <w:r>
        <w:t>baghair apne mind ko ta'assubaat, khandani faqr ya zaati anaa se nikale baghair insaan ko hidayat nahi mil sakti.</w:t>
      </w:r>
    </w:p>
    <w:p>
      <w:pPr>
        <w:jc w:val="right"/>
      </w:pPr>
      <w:r>
        <w:t>بغیر اپنے مائنڈ کو تعصبات، خاندانی فقر یا ذاتی انا سے نکالے بغیر انسان کو ہدایت نہیں مل سکتی۔</w:t>
      </w:r>
    </w:p>
    <w:p>
      <w:r>
        <w:rPr>
          <w:b/>
        </w:rPr>
        <w:t xml:space="preserve">[1:10:00] </w:t>
      </w:r>
      <w:r>
        <w:t>Maulana sahib, Khuda ki marifat ke liye starting point kya hai? is ke is ko bataein." wo to aap ne khud hi bata diya ke apne ko ta'assubaat se pak karo.</w:t>
      </w:r>
    </w:p>
    <w:p>
      <w:pPr>
        <w:jc w:val="right"/>
      </w:pPr>
      <w:r>
        <w:t>مولانا صاحب، خدا کی معرفت کے لیے سٹارٹنگ پوائنٹ کیا ہے؟ اس کے اس کو بتائیں۔" وہ تو آپ نے خود ہی بتا دیا کہ اپنے کو تعصبات سے پاک کرو۔</w:t>
      </w:r>
    </w:p>
    <w:p>
      <w:r>
        <w:rPr>
          <w:b/>
        </w:rPr>
        <w:t xml:space="preserve">[1:10:13] </w:t>
      </w:r>
      <w:r>
        <w:t>isi ko main deconditioning kehta hoon.</w:t>
      </w:r>
    </w:p>
    <w:p>
      <w:pPr>
        <w:jc w:val="right"/>
      </w:pPr>
      <w:r>
        <w:t>اسی کو میں ڈی کنڈیشننگ کہتا ہوں۔</w:t>
      </w:r>
    </w:p>
    <w:p>
      <w:r>
        <w:rPr>
          <w:b/>
        </w:rPr>
        <w:t xml:space="preserve">[1:10:16] </w:t>
      </w:r>
      <w:r>
        <w:t>faqr aur ta'assub aur yeh sab jo cheezein hain, wahi to rukawat hain asal mein. aur yeh sab conditioning se hota hai. to yeh starting point hai deconditioning.</w:t>
      </w:r>
    </w:p>
    <w:p>
      <w:pPr>
        <w:jc w:val="right"/>
      </w:pPr>
      <w:r>
        <w:t>فخر اور تعصب اور یہ سب جو چیزیں ہیں، وہی تو رکاوٹ ہیں اصل میں۔ اور یہ سب کنڈیشننگ سے ہوتا ہے۔ تو یہ سٹارٹنگ پوائنٹ ہے ڈی کنڈیشننگ۔</w:t>
      </w:r>
    </w:p>
    <w:p>
      <w:r>
        <w:rPr>
          <w:b/>
        </w:rPr>
        <w:t xml:space="preserve">[1:10:30] </w:t>
      </w:r>
      <w:r>
        <w:t>wo aap ne khud hi bata diya, wo sahi bataya. doosri jo lafz mein istemaal karta hoon, wo deconditioning. pehle deconditioning aati hai, us ke baad discovery hoti hai.</w:t>
      </w:r>
    </w:p>
    <w:p>
      <w:pPr>
        <w:jc w:val="right"/>
      </w:pPr>
      <w:r>
        <w:t>وہ آپ نے خود ہی بتا دیا، وہ صحیح بتایا۔ دوسری جو لفظ میں استعمال کرتا ہوں، وہ ڈی کنڈیشننگ۔ پہلے ڈی کنڈیشننگ آتی ہے، اس کے بعد ڈسکوری ہوتی ہے۔</w:t>
      </w:r>
    </w:p>
    <w:p>
      <w:r>
        <w:rPr>
          <w:b/>
        </w:rPr>
        <w:t xml:space="preserve">[1:10:41] </w:t>
      </w:r>
      <w:r>
        <w:t>phir discovery bhi aisa nahi, ek baar ho gayi. ek process hai. deconditioning bhi ek process hai, discovery bhi ek process hai.</w:t>
      </w:r>
    </w:p>
    <w:p>
      <w:pPr>
        <w:jc w:val="right"/>
      </w:pPr>
      <w:r>
        <w:t>پھر ڈسکوری بھی ایسا نہیں، ایک بار ہو گئی۔ ایک پروسیس ہے۔ ڈی کنڈیشننگ بھی ایک پروسیس ہے، ڈسکوری بھی ایک پروسیس ہے۔</w:t>
      </w:r>
    </w:p>
    <w:p>
      <w:r>
        <w:rPr>
          <w:b/>
        </w:rPr>
        <w:t xml:space="preserve">[1:10:50] </w:t>
      </w:r>
      <w:r>
        <w:t>is ke baad phir ek chalta lamba silsila process ka. to kabhi bhi yaani aisa nahi hota ke had aa jaye. had nahi aati kabhi.</w:t>
      </w:r>
    </w:p>
    <w:p>
      <w:pPr>
        <w:jc w:val="right"/>
      </w:pPr>
      <w:r>
        <w:t>اس کے بعد پھر ایک چلتا لمبا سلسلہ پروسیس کا۔ تو کبھی بھی یعنی ایسا نہیں ہوتا کہ حد آ جائے۔ حد نہیں آتی کبھی۔</w:t>
      </w:r>
    </w:p>
    <w:p>
      <w:r>
        <w:rPr>
          <w:b/>
        </w:rPr>
        <w:t xml:space="preserve">[1:11:01] </w:t>
      </w:r>
      <w:r>
        <w:t>zindagi bhar is is ki taraqqi hoti rehti hai.</w:t>
      </w:r>
    </w:p>
    <w:p>
      <w:pPr>
        <w:jc w:val="right"/>
      </w:pPr>
      <w:r>
        <w:t>زندگی بھر اس اس کی ترقی ہوتی رہتی ہے۔</w:t>
      </w:r>
    </w:p>
    <w:p>
      <w:r>
        <w:rPr>
          <w:b/>
        </w:rPr>
        <w:t xml:space="preserve">[1:11:06] </w:t>
      </w:r>
      <w:r>
        <w:t>to sab se pehla baharhaal jo jo kaam karna hai, pehli jo shart hai, wo hai apni deconditioning. apne ko yaani har complex se free karna, har ta'assub se free karna, nafrat se free karna.</w:t>
      </w:r>
    </w:p>
    <w:p>
      <w:pPr>
        <w:jc w:val="right"/>
      </w:pPr>
      <w:r>
        <w:t>تو سب سے پہلا بہرحال جو جو کام کرنا ہے، پہلی جو شرط ہے، وہ ہے اپنی ڈی کنڈیشننگ۔ اپنے کو یعنی ہر کمپلیکس سے فری کرنا، ہر تعصب سے فری کرنا، نفرت سے فری کرنا۔</w:t>
      </w:r>
    </w:p>
    <w:p>
      <w:r>
        <w:rPr>
          <w:b/>
        </w:rPr>
        <w:t xml:space="preserve">[1:11:21] </w:t>
      </w:r>
      <w:r>
        <w:t>jitne bhi is qism ke cheezein record banti hain sachai ko janne mein, us se apne ko free karna.</w:t>
      </w:r>
    </w:p>
    <w:p>
      <w:pPr>
        <w:jc w:val="right"/>
      </w:pPr>
      <w:r>
        <w:t>جتنے بھی اس قسم کے چیزیں ریکارڈ بنتی ہیں سچائی کو جاننے میں، اس سے اپنے کو فری کرنا۔</w:t>
      </w:r>
    </w:p>
    <w:p>
      <w:r>
        <w:rPr>
          <w:b/>
        </w:rPr>
        <w:t xml:space="preserve">[1:11:29] </w:t>
      </w:r>
      <w:r>
        <w:t>Ms. Mumtaz Siddiqui ne New Delhi se likha hai: "before nubuwwat, which shariah and which book was followed by the Prophet of Islam?"</w:t>
      </w:r>
    </w:p>
    <w:p>
      <w:pPr>
        <w:jc w:val="right"/>
      </w:pPr>
      <w:r>
        <w:t>مس ممتاز صدیقی نے نئی دہلی سے لکھا ہے: "بفور نبوت، وچ شریعہ اینڈ وچ بک واز فالوڈ بائے دی پرافٹ اف اسلام؟"</w:t>
      </w:r>
    </w:p>
    <w:p>
      <w:r>
        <w:rPr>
          <w:b/>
        </w:rPr>
        <w:t xml:space="preserve">[1:11:45] </w:t>
      </w:r>
      <w:r>
        <w:t>arey bhai, aap aaj jo masla hai, us ko lijiye. before ke bas ek hi liye baithe hain.</w:t>
      </w:r>
    </w:p>
    <w:p>
      <w:pPr>
        <w:jc w:val="right"/>
      </w:pPr>
      <w:r>
        <w:t>ارے بھئی، آپ آج جو مسئلہ ہے، اس کو لیجئے۔ بیفور کے بس ایک ہی لیے بیٹھے ہیں۔</w:t>
      </w:r>
    </w:p>
    <w:p>
      <w:r>
        <w:rPr>
          <w:b/>
        </w:rPr>
        <w:t xml:space="preserve">[1:11:51] </w:t>
      </w:r>
      <w:r>
        <w:t>yani rasool Allah sal Allah alih wasallam par jab wahi nahi aai thi, to kon si shariyat par amal karte the? is ki zaroorat hi kia hai is masle ki janne ki?</w:t>
      </w:r>
    </w:p>
    <w:p>
      <w:pPr>
        <w:jc w:val="right"/>
      </w:pPr>
      <w:r>
        <w:t>یعنی رسول اللہ صلی اللہ علیہ وسلم پر جب وحی نہیں آئی تھی، تو کون سی شریعت پر عمل کرتے تھے؟ اس کی ضرورت ہی کیا ہے اس مسئلے کی جاننے کی؟</w:t>
      </w:r>
    </w:p>
    <w:p>
      <w:r>
        <w:rPr>
          <w:b/>
        </w:rPr>
        <w:t xml:space="preserve">[1:12:01] </w:t>
      </w:r>
      <w:r>
        <w:t>kuch dekhiye, main is liye arz kar raha hoon ke kuch sawalat ghair zaroori hote hain. ek sahabi kehte hain ke: "sawal o qaal ke rasool Allah ne in ko mana kiya bohat sawalat karne se." to ek tarah aneesz question hote hain.</w:t>
      </w:r>
    </w:p>
    <w:p>
      <w:pPr>
        <w:jc w:val="right"/>
      </w:pPr>
      <w:r>
        <w:t>کچھ دیکھیے، میں اس لیے عرض کر رہا ہوں کہ کچھ سوالات غیر ضروری ہوتے ہیں۔ ایک صحابی کہتے ہیں کہ: "سوال والقال کہ رسول اللہ نے ان کو منع کیا بہت سوالات کرنے سے۔" تو ایک طرح انیسز کوئسچن ہوتے ہیں۔</w:t>
      </w:r>
    </w:p>
    <w:p>
      <w:r>
        <w:rPr>
          <w:b/>
        </w:rPr>
        <w:t xml:space="preserve">[1:12:19] </w:t>
      </w:r>
      <w:r>
        <w:t>ek hota hai ke jo zindagi se mutaliq hamare hon. farz karen koi is par research kare ke rasool Allah jab paida hue to subah thi ke sham thi.</w:t>
      </w:r>
    </w:p>
    <w:p>
      <w:pPr>
        <w:jc w:val="right"/>
      </w:pPr>
      <w:r>
        <w:t>ایک ہوتا ہے کہ جو زندگی سے متعلق ہمارے ہوں۔ فرض کریں کوئی اس پر ریسرچ کرے کہ رسول اللہ جب پیدا ہوئے تو صبح تھی کہ شام تھی۔</w:t>
      </w:r>
    </w:p>
    <w:p>
      <w:r>
        <w:rPr>
          <w:b/>
        </w:rPr>
        <w:t xml:space="preserve">[1:12:29] </w:t>
      </w:r>
      <w:r>
        <w:t>rasool Allah ki jab paida hue to amna jo hai, leti hui thi, baithi hui thi. ab is pe research kar ke aap nikalein, agar to kia insaniyat ko diya? kia insaniyat ko diya?</w:t>
      </w:r>
    </w:p>
    <w:p>
      <w:pPr>
        <w:jc w:val="right"/>
      </w:pPr>
      <w:r>
        <w:t>رسول اللہ کی جب پیدا ہوئے تو امنہ جو ہے، لیٹی ہوئی تھی، بیٹھی ہوئی تھی۔ اب اس پہ ریسرچ کر کے آپ نکالیں، اگر تو کیا انسانیت کو دیا؟ کیا انسانیت کو دیا؟</w:t>
      </w:r>
    </w:p>
    <w:p>
      <w:r>
        <w:rPr>
          <w:b/>
        </w:rPr>
        <w:t xml:space="preserve">[1:12:37] </w:t>
      </w:r>
      <w:r>
        <w:t>kia aap ne? masla yeh nahi ke rasool Allah ne pehle kis shariyat par amal kiya. masla yeh hai ke ab jo hai, kon si shariyat hai jis par amal karna hai.</w:t>
      </w:r>
    </w:p>
    <w:p>
      <w:pPr>
        <w:jc w:val="right"/>
      </w:pPr>
      <w:r>
        <w:t>کیا آپ نے؟ مسئلہ یہ نہیں کہ رسول اللہ نے پہلے کس شریعت پر عمل کیا۔ مسئلہ یہ ہے کہ اب جو ہے، کون سی شریعت ہے جس پر عمل کرنا ہے۔</w:t>
      </w:r>
    </w:p>
    <w:p>
      <w:r>
        <w:rPr>
          <w:b/>
        </w:rPr>
        <w:t xml:space="preserve">[1:12:47] </w:t>
      </w:r>
      <w:r>
        <w:t>to main sochta hoon ke bohat bara wisdom hai ke aadmi yeh jaane ke aneesz question mein apne dimagh ko nahi uljhana hai. jo zaroori question hai, usi mein apne ko mashgool karna hai.</w:t>
      </w:r>
    </w:p>
    <w:p>
      <w:pPr>
        <w:jc w:val="right"/>
      </w:pPr>
      <w:r>
        <w:t>تو میں سوچتا ہوں کہ بہت بڑا وزڈم ہے کہ آدمی یہ جانے کہ انیسز کوئسچن میں اپنے دماغ کو نہیں الجھانا ہے۔ جو ضروری کوئسچن ہے، اسی میں اپنے کو مشغول کرنا ہے۔</w:t>
      </w:r>
    </w:p>
    <w:p>
      <w:r>
        <w:rPr>
          <w:b/>
        </w:rPr>
        <w:t xml:space="preserve">[1:13:01] </w:t>
      </w:r>
      <w:r>
        <w:t>baqi is ka jawab yeh hai ke arab mein aur makkah mein us zamane mein shariyat ibrahimi ka riwaj tha.</w:t>
      </w:r>
    </w:p>
    <w:p>
      <w:pPr>
        <w:jc w:val="right"/>
      </w:pPr>
      <w:r>
        <w:t>باقی اس کا جواب یہ ہے کہ عرب میں اور مکہ میں اس زمانے میں شریعت ابراہیمی کا رواج تھا۔</w:t>
      </w:r>
    </w:p>
    <w:p>
      <w:r>
        <w:rPr>
          <w:b/>
        </w:rPr>
        <w:t xml:space="preserve">[1:13:13] </w:t>
      </w:r>
      <w:r>
        <w:t>bigri hui shariyat ibrahimi.</w:t>
      </w:r>
    </w:p>
    <w:p>
      <w:pPr>
        <w:jc w:val="right"/>
      </w:pPr>
      <w:r>
        <w:t>بگڑی ہوئی شریعت ابراہیمی۔</w:t>
      </w:r>
    </w:p>
    <w:p>
      <w:r>
        <w:rPr>
          <w:b/>
        </w:rPr>
        <w:t xml:space="preserve">[1:13:15] </w:t>
      </w:r>
      <w:r>
        <w:t>misalan wahan par namaz hi parhte the log. wahan par roza bhi tha, wahan par haj bhi tha. woh tha baqaya tha shariyat ibrahimi ka.</w:t>
      </w:r>
    </w:p>
    <w:p>
      <w:pPr>
        <w:jc w:val="right"/>
      </w:pPr>
      <w:r>
        <w:t>مثلاً وہاں پر نماز ہی پڑھتے تھے لوگ۔ وہاں پر روزہ بھی تھا، وہاں پر حج بھی تھا۔ وہ تھا بقایہ تھا شریعت ابراہیمی کا۔</w:t>
      </w:r>
    </w:p>
    <w:p>
      <w:r>
        <w:rPr>
          <w:b/>
        </w:rPr>
        <w:t xml:space="preserve">[1:13:24] </w:t>
      </w:r>
      <w:r>
        <w:t>yani to ibrahim jo shariyat de kar gaye the, un ka bigra hua form tha. woh to rasool Allah bhi isi par the, shariyat ibrahimi ke bigre hue form par.</w:t>
      </w:r>
    </w:p>
    <w:p>
      <w:pPr>
        <w:jc w:val="right"/>
      </w:pPr>
      <w:r>
        <w:t>یعنی تو ابراہیم جو شریعت دے کر گئے تھے، ان کا بگڑا ہوا فارم تھا۔ وہ تو رسول اللہ بھی اسی پر تھے، شریعت ابراہیمی کے بگڑے ہوئے فارم پر۔</w:t>
      </w:r>
    </w:p>
    <w:p>
      <w:r>
        <w:rPr>
          <w:b/>
        </w:rPr>
        <w:t xml:space="preserve">[1:13:38] </w:t>
      </w:r>
      <w:r>
        <w:t>aur woh chounke aap is se mutmain nahi hote the, to aap seeker ban</w:t>
      </w:r>
    </w:p>
    <w:p>
      <w:pPr>
        <w:jc w:val="right"/>
      </w:pPr>
      <w:r>
        <w:t>اور وہ چونکہ آپ اس سے مطمئن نہیں ہوتے تھے، تو آپ سیکھر بن</w:t>
      </w:r>
    </w:p>
    <w:p>
      <w:r>
        <w:rPr>
          <w:b/>
        </w:rPr>
        <w:t xml:space="preserve">[1:13:43] </w:t>
      </w:r>
      <w:r>
        <w:t>gaye. woh waja tha ke: "zall fada". to agarchay aap shariyat ibrahimi mein paida hue, lekin woh chounke bigra hua form tha, woh to aap mutmain nahi hote the, to aap mutalashi ban gaye, seeker ban gaye.</w:t>
      </w:r>
    </w:p>
    <w:p>
      <w:pPr>
        <w:jc w:val="right"/>
      </w:pPr>
      <w:r>
        <w:t>گئے۔ وہ وجہ تھا کہ: "ذال الفادہ"۔ تو اگرچہ آپ شریعت ابراہیمی میں پیدا ہوئے، لیکن وہ چونکہ بگڑا ہوا فارم تھا، وہ تو آپ مطمئن نہیں ہوتے تھے، تو آپ متلاشی بن گئے، سیکھر بن گئے۔</w:t>
      </w:r>
    </w:p>
    <w:p>
      <w:r>
        <w:rPr>
          <w:b/>
        </w:rPr>
        <w:t xml:space="preserve">[1:13:58] </w:t>
      </w:r>
      <w:r>
        <w:t>to basically aap seeker the us waqt. to us waqt agar shariyat maujood thi, lekin woh bigri hui shariyat thi, woh Allah taala ke haan woh masnad shariyat ki hesiyat nahi thi.</w:t>
      </w:r>
    </w:p>
    <w:p>
      <w:pPr>
        <w:jc w:val="right"/>
      </w:pPr>
      <w:r>
        <w:t>تو بیسیکلی آپ سیکھر تھے اس وقت۔ تو اس وقت اگر شریعت موجود تھی، لیکن وہ بگڑی ہوئی شریعت تھی، وہ اللہ تعالی کے ہاں وہ مسند شریعت کی حیثیت نہیں تھی۔</w:t>
      </w:r>
    </w:p>
    <w:p>
      <w:r>
        <w:rPr>
          <w:b/>
        </w:rPr>
        <w:t xml:space="preserve">[1:14:09] </w:t>
      </w:r>
      <w:r>
        <w:t>is ki yeh tha mamla us waqt ka.</w:t>
      </w:r>
    </w:p>
    <w:p>
      <w:pPr>
        <w:jc w:val="right"/>
      </w:pPr>
      <w:r>
        <w:t>اس کی یہ تھا معاملہ اس وقت کا۔</w:t>
      </w:r>
    </w:p>
    <w:p>
      <w:r>
        <w:rPr>
          <w:b/>
        </w:rPr>
        <w:t xml:space="preserve">[1:14:13] </w:t>
      </w:r>
      <w:r>
        <w:t>misalan haj karte the woh log, to haj namaz parhte the, to namaz mein kia karte the? woh tali bajate the, seeti bajate the.</w:t>
      </w:r>
    </w:p>
    <w:p>
      <w:pPr>
        <w:jc w:val="right"/>
      </w:pPr>
      <w:r>
        <w:t>مثلاً حج کرتے تھے وہ لوگ، تو حج نماز پڑھتے تھے، تو نماز میں کیا کرتے تھے؟ وہ تالی بجاتے تھے، سیٹی بجاتے تھے۔</w:t>
      </w:r>
    </w:p>
    <w:p>
      <w:r>
        <w:rPr>
          <w:b/>
        </w:rPr>
        <w:t xml:space="preserve">[1:14:24] </w:t>
      </w:r>
      <w:r>
        <w:t>haj karte the to kapra utar dete the. tawaaf mein ke fitri halat mein hum tawaaf karenge. to yeh sab shariyat mohammadi ke baqaya the, lekin bigri hui form mein.</w:t>
      </w:r>
    </w:p>
    <w:p>
      <w:pPr>
        <w:jc w:val="right"/>
      </w:pPr>
      <w:r>
        <w:t>حج کرتے تھے تو کپڑا اتار دیتے تھے۔ طواف میں کہ فطری حالت میں ہم طواف کریں گے۔ تو یہ سب شریعت محمدی کے بقایہ تھے، لیکن بگڑی ہوئی فارم میں۔</w:t>
      </w:r>
    </w:p>
    <w:p>
      <w:r>
        <w:rPr>
          <w:b/>
        </w:rPr>
        <w:t xml:space="preserve">[1:14:36] </w:t>
      </w:r>
      <w:r>
        <w:t>to rasool Allah isi mein paida hue, lekin aap aakhir kar seeker ban gaye. aur ghare hira mein waqt khatam hua, aap ko yani woh talash ki muddat khatam hui, aur aap ko Allah taala ne wahi kar ke aap ko haqeeqat se agah kar diya.</w:t>
      </w:r>
    </w:p>
    <w:p>
      <w:pPr>
        <w:jc w:val="right"/>
      </w:pPr>
      <w:r>
        <w:t>تو رسول اللہ اسی میں پیدا ہوئے، لیکن آپ آخر کار سیکھر بن گئے۔ اور غار حرا میں وقت ختم ہوا، آپ کو یعنی وہ تلاش کی مدت ختم ہوئی، اور آپ کو اللہ تعالی نے وحی کر کے آپ کو حقیقت سے آگاہ کر دیا۔</w:t>
      </w:r>
    </w:p>
    <w:p>
      <w:r>
        <w:rPr>
          <w:b/>
        </w:rPr>
        <w:t xml:space="preserve">[1:14:56] </w:t>
      </w:r>
      <w:r>
        <w:t>mr muhammad ibrahim gani ne dilli se likha hai: "will allah gift paradise to non believing human beings?</w:t>
      </w:r>
    </w:p>
    <w:p>
      <w:pPr>
        <w:jc w:val="right"/>
      </w:pPr>
      <w:r>
        <w:t>مسٹر محمد ابراہیم گانی نے دلی سے لکھا ہے: "ویل اللہ گفٹ پیراڈائز ٹو نان بیلیونگ ہیومن بینگز؟</w:t>
      </w:r>
    </w:p>
    <w:p>
      <w:r>
        <w:rPr>
          <w:b/>
        </w:rPr>
        <w:t xml:space="preserve">[1:15:05] </w:t>
      </w:r>
      <w:r>
        <w:t>if not, what about their good deeds?" kindly comment. arey, aap apni apni jannat ki fikr kijiye. aap ko fikr hai doosron ki?</w:t>
      </w:r>
    </w:p>
    <w:p>
      <w:pPr>
        <w:jc w:val="right"/>
      </w:pPr>
      <w:r>
        <w:t>اف ناٹ، واٹ اباؤٹ دیر گڈ ڈیڈز؟" کائنڈلی کمنٹ۔ ارے، آپ اپنی اپنی جنت کی فکر کیجئے۔ آپ کو فکر ہے دوسروں کی؟</w:t>
      </w:r>
    </w:p>
    <w:p>
      <w:r>
        <w:rPr>
          <w:b/>
        </w:rPr>
        <w:t xml:space="preserve">[1:15:15] </w:t>
      </w:r>
      <w:r>
        <w:t>yani job ke hawale se apni fikr karta hai aadmi. apne bachon ki taleem ke liye khud apne bachon ki fikr karta hai, ya is mani mein doosron ki fikr karte hain log. yeh ajeeb question karte hain log.</w:t>
      </w:r>
    </w:p>
    <w:p>
      <w:pPr>
        <w:jc w:val="right"/>
      </w:pPr>
      <w:r>
        <w:t>یعنی جاب کے حوالے سے اپنی فکر کرتا ہے آدمی۔ اپنے بچوں کی تعلیم کے لیے خود اپنے بچوں کی فکر کرتا ہے، یا اس معنی میں دوسروں کی فکر کرتے ہیں لوگ۔ یہ عجیب کوئسچن کرتے ہیں لوگ۔</w:t>
      </w:r>
    </w:p>
    <w:p>
      <w:r>
        <w:rPr>
          <w:b/>
        </w:rPr>
        <w:t xml:space="preserve">[1:15:25] </w:t>
      </w:r>
      <w:r>
        <w:t>yani koi aisa nahi milega aap ko ke doosron ke bachon ki taleem ki fikr karta ho,</w:t>
      </w:r>
    </w:p>
    <w:p>
      <w:pPr>
        <w:jc w:val="right"/>
      </w:pPr>
      <w:r>
        <w:t>یعنی کوئی ایسا نہیں ملے گا آپ کو کہ دوسروں کے بچوں کی تعلیم کی فکر کرتا ہو،</w:t>
      </w:r>
    </w:p>
    <w:p>
      <w:r>
        <w:rPr>
          <w:b/>
        </w:rPr>
        <w:t xml:space="preserve">[1:15:30] </w:t>
      </w:r>
      <w:r>
        <w:t>ya doosre ki betiyon ki shadi ki fikr karta ho. ji ji, apni fikr kijiye. hazar baatein sochne ki apne liye, apni zindagi ki islaah kijiye.</w:t>
      </w:r>
    </w:p>
    <w:p>
      <w:pPr>
        <w:jc w:val="right"/>
      </w:pPr>
      <w:r>
        <w:t>یا دوسرے کی بیٹیوں کی شادی کی فکر کرتا ہو۔ جی جی، اپنی فکر کیجئے۔ ہزار باتیں سوچنے کی اپنے لیے، اپنی زندگی کی اصلاح کیجئے۔</w:t>
      </w:r>
    </w:p>
    <w:p>
      <w:r>
        <w:rPr>
          <w:b/>
        </w:rPr>
        <w:t xml:space="preserve">[1:15:43] </w:t>
      </w:r>
      <w:r>
        <w:t>misalan yahin pe dekhiye, log time par nahi aate. isi ki islaah koi nahi kar raha hai. main kai baar kaha ke time par aaiye. kaise ajeeb o ghareeb log hain, khud apne andar islaah ke itne saare pehlu maujood hain, aur sawal karte hain doosron ke baray mein.</w:t>
      </w:r>
    </w:p>
    <w:p>
      <w:pPr>
        <w:jc w:val="right"/>
      </w:pPr>
      <w:r>
        <w:t>مثلاً یہیں پہ دیکھیے، لوگ ٹائم پر نہیں آتے۔ اسی کی اصلاح کوئی نہیں کر رہا ہے۔ میں کئی بار کہا کہ ٹائم پر آئیے۔ کیسے عجیب و غریب لوگ ہیں، خود اپنے اندر اصلاح کے اتنے سارے پہلو موجود ہیں، اور سوال کرتے ہیں دوسروں کے بارے میں۔</w:t>
      </w:r>
    </w:p>
    <w:p>
      <w:r>
        <w:rPr>
          <w:b/>
        </w:rPr>
        <w:t xml:space="preserve">[1:15:59] </w:t>
      </w:r>
      <w:r>
        <w:t>yani ek cheez pe log amal nahi kar paye, jo main ne bar bar kaha ke time par yahan aaiye. 10:30 par seat sab bhari hui ho. to aise sawalat jo hain, yeh mana kiya gaya hai aise sawalat se.</w:t>
      </w:r>
    </w:p>
    <w:p>
      <w:pPr>
        <w:jc w:val="right"/>
      </w:pPr>
      <w:r>
        <w:t>یعنی ایک چیز پہ لوگ عمل نہیں کر پائے، جو میں نے بار بار کہا کہ ٹائم پر یہاں آئیے۔ 10:30 پر سیٹ سب بھری ہوئی ہو۔ تو ایسے سوالات جو ہیں، یہ منع کیا گیا ہے ایسے سوالات سے۔</w:t>
      </w:r>
    </w:p>
    <w:p>
      <w:r>
        <w:rPr>
          <w:b/>
        </w:rPr>
        <w:t xml:space="preserve">[1:16:11] </w:t>
      </w:r>
      <w:r>
        <w:t>rasool Allah sal Allah alih wasallam ne: "nahyan anqasatu al sual wa anqasatu al qeel wal qaal". patent question hona chahiye, bilkul jo aap ki zindagi se taluq ho, us ka question hona chahiye.</w:t>
      </w:r>
    </w:p>
    <w:p>
      <w:pPr>
        <w:jc w:val="right"/>
      </w:pPr>
      <w:r>
        <w:t>رسول اللہ صلی اللہ علیہ وسلم نے: "نہینا انقصت السوال و انقصت القیل والقال"۔ پٹنٹ کوئسچن ہونا چاہیے، بالکل جو آپ کی زندگی سے تعلق ہو، اس کا کوئسچن ہونا چاہیے۔</w:t>
      </w:r>
    </w:p>
    <w:p>
      <w:r>
        <w:rPr>
          <w:b/>
        </w:rPr>
        <w:t xml:space="preserve">[1:16:23] </w:t>
      </w:r>
      <w:r>
        <w:t>farzi question nahi hona chahiye.</w:t>
      </w:r>
    </w:p>
    <w:p>
      <w:pPr>
        <w:jc w:val="right"/>
      </w:pPr>
      <w:r>
        <w:t>فرضی کوئسچن نہیں ہونا چاہیے۔</w:t>
      </w:r>
    </w:p>
    <w:p>
      <w:r>
        <w:rPr>
          <w:b/>
        </w:rPr>
        <w:t xml:space="preserve">[1:16:26] </w:t>
      </w:r>
      <w:r>
        <w:t>mere paas aik aik bar aaye, bra abbas aik sahib kehte hain: "sahib, hadith mein aata hai ke jo marta hai to marne ke baad jannat jata hai, jahannum mein jata hai." to aik aadmi jo mara aaj se das hazar saal pehle,</w:t>
      </w:r>
    </w:p>
    <w:p>
      <w:pPr>
        <w:jc w:val="right"/>
      </w:pPr>
      <w:r>
        <w:t>میرے پاس ایک ایک بار آئے، برا عباس ایک صاحب کہتے ہیں: "صاحب، حدیث میں آتا ہے کہ جو مرتا ہے تو مرنے کے بعد جنت جاتا ہے، جہنم میں جاتا ہے۔" تو ایک آدمی جو مرا آج سے دس ہزار سال پہلے،</w:t>
      </w:r>
    </w:p>
    <w:p>
      <w:r>
        <w:rPr>
          <w:b/>
        </w:rPr>
        <w:t xml:space="preserve">[1:16:40] </w:t>
      </w:r>
      <w:r>
        <w:t>to agar wo bra tha to das hazar saal se wo jahannum mein jal raha hai. aik aaj marega to aaj se us ki jahannum shuru hogi. to maine kaha: "astaghfirullah, isi ke liye aap bra abbas yahan aaye."</w:t>
      </w:r>
    </w:p>
    <w:p>
      <w:pPr>
        <w:jc w:val="right"/>
      </w:pPr>
      <w:r>
        <w:t>تو اگر وہ برا تھا تو دس ہزار سال سے وہ جہنم میں جل رہا ہے۔ ایک آج مرے گا تو آج سے اس کی جہنم شروع ہوگی۔ تو میں نے کہا: "استغفراللہ، اسی کے لیے آپ برا عباس یہاں آئے۔"</w:t>
      </w:r>
    </w:p>
    <w:p>
      <w:r>
        <w:rPr>
          <w:b/>
        </w:rPr>
        <w:t xml:space="preserve">[1:16:51] </w:t>
      </w:r>
      <w:r>
        <w:t>arey, apni fikr kijiye apni ke marne ke baad aap ko jahannum se nijat mil jaye, aap aur jannat mein dakhil hon. to aneesz question jo hai, wo confusion tak pohanchate hain, bas aur kuch nahi.</w:t>
      </w:r>
    </w:p>
    <w:p>
      <w:pPr>
        <w:jc w:val="right"/>
      </w:pPr>
      <w:r>
        <w:t>ارے، اپنی فکر کیجئے اپنی کہ مرنے کے بعد آپ کو جہنم سے نجات مل جائے، آپ اور جنت میں داخل ہوں۔ تو انیسز کوئسچن جو ہے، وہ کنفیوژن تک پہنچاتے ہیں، بس اور کچھ نہیں۔</w:t>
      </w:r>
    </w:p>
    <w:p>
      <w:r>
        <w:rPr>
          <w:b/>
        </w:rPr>
        <w:t xml:space="preserve">[1:17:04] </w:t>
      </w:r>
      <w:r>
        <w:t>to apne ko confusion se bachane ke liye main kahunga ke log aneesz question na karein.</w:t>
      </w:r>
    </w:p>
    <w:p>
      <w:pPr>
        <w:jc w:val="right"/>
      </w:pPr>
      <w:r>
        <w:t>تو اپنے کو کنفیوژن سے بچانے کے لیے میں کہوں گا کہ لوگ انیسز کوئسچن نہ کریں۔</w:t>
      </w:r>
    </w:p>
    <w:p>
      <w:r>
        <w:rPr>
          <w:b/>
        </w:rPr>
        <w:t xml:space="preserve">[1:17:13] </w:t>
      </w:r>
      <w:r>
        <w:t>arshad, mister arshad jamal ne nai dilli se likha hai:</w:t>
      </w:r>
    </w:p>
    <w:p>
      <w:pPr>
        <w:jc w:val="right"/>
      </w:pPr>
      <w:r>
        <w:t>ارشد، مسٹر ارشد جمال نے نئی دلی سے لکھا ہے:</w:t>
      </w:r>
    </w:p>
    <w:p>
      <w:r>
        <w:rPr>
          <w:b/>
        </w:rPr>
        <w:t xml:space="preserve">[1:17:17] </w:t>
      </w:r>
      <w:r>
        <w:t>"maulana sahib, in chapter thirty, verse number 21 of quran, it is mentioned: 'another of his signs is that he created for you from among yourselves spouses, so that you might find repose in them.' kindly explain the word repose, what does this mean?" ye to bohat bari nemat Allah taala ki hai ke aurat aur mard ko aik doosre ke liye sukoon</w:t>
      </w:r>
    </w:p>
    <w:p>
      <w:pPr>
        <w:jc w:val="right"/>
      </w:pPr>
      <w:r>
        <w:t>"مرانا صاحب، ان چیپٹر تھرٹی، ورس نمبر 21 اف قرآن، اٹ از مینشنڈ: 'انادر اف ہز سائنز از دیٹ ہی کریٹڈ فار یو فرام امنگ یور سیلف سپاؤسز، سو دیٹ یو مائٹ فائنڈ ریپوز ان دیم۔' کائنڈلی ایکسپلین دی ورڈ ریپوز، واٹ ڈز دس مین؟" یہ تو بہت بڑی نعمت اللہ تعالی کی ہے کہ عورت اور مرد کو ایک دوسرے کے لیے سکون</w:t>
      </w:r>
    </w:p>
    <w:p>
      <w:r>
        <w:rPr>
          <w:b/>
        </w:rPr>
        <w:t xml:space="preserve">[1:17:46] </w:t>
      </w:r>
      <w:r>
        <w:t>ka zariya banaya. ye dono ke liye ye baat hai. mard ke liye sukoon ka zariya aurat hai, aurat ke liye sukoon ka zariya mard hai. ye dunya mein dekhiye, itni sari cheezein hain, lekin sukoon aap ko sirf milta hai apni azdwaji zindagi mein.</w:t>
      </w:r>
    </w:p>
    <w:p>
      <w:pPr>
        <w:jc w:val="right"/>
      </w:pPr>
      <w:r>
        <w:t>کا ذریعہ بنایا۔ یہ دونوں کے لیے یہ بات ہے۔ مرد کے لیے سکون کا ذریعہ عورت ہے، عورت کے لیے سکون کا ذریعہ مرد ہے۔ یہ دنیا میں دیکھیے، اتنی ساری چیزیں ہیں، لیکن سکون آپ کو صرف ملتا ہے اپنی ازدواجی زندگی میں۔</w:t>
      </w:r>
    </w:p>
    <w:p>
      <w:r>
        <w:rPr>
          <w:b/>
        </w:rPr>
        <w:t xml:space="preserve">[1:18:04] </w:t>
      </w:r>
      <w:r>
        <w:t>pahar ko dekhein, aap samandar ko dekhein, aap aap phal khayein, kuch bhi karein to sukoon thori is mein milta hai. is mein test milta hai aap ko.</w:t>
      </w:r>
    </w:p>
    <w:p>
      <w:pPr>
        <w:jc w:val="right"/>
      </w:pPr>
      <w:r>
        <w:t>پہاڑ کو دیکھیں، آپ سمندر کو دیکھیں، آپ آپ پھل کھائیں، کچھ بھی کریں تو سکون تھوڑی اس میں ملتا ہے۔ اس میں ٹیسٹ ملتا ہے آپ کو۔</w:t>
      </w:r>
    </w:p>
    <w:p>
      <w:r>
        <w:rPr>
          <w:b/>
        </w:rPr>
        <w:t xml:space="preserve">[1:18:13] </w:t>
      </w:r>
      <w:r>
        <w:t>to insan ko aik zarurat thi Allah taala ko, yani jana, Allah taala ne jana ke aurat ko zarurat hai ke mard uska sukoon bane, mard zarurat hai aurat uska sukoon bane.</w:t>
      </w:r>
    </w:p>
    <w:p>
      <w:pPr>
        <w:jc w:val="right"/>
      </w:pPr>
      <w:r>
        <w:t>تو انسان کو ایک ضرورت تھی اللہ تعالی کو، یعنی جانا، اللہ تعالی نے جانا کہ عورت کو ضرورت ہے کہ مرد اس کا سکون مرے، مرد ضرورت ہے عورت اس کا سکون مرے۔</w:t>
      </w:r>
    </w:p>
    <w:p>
      <w:r>
        <w:rPr>
          <w:b/>
        </w:rPr>
        <w:t xml:space="preserve">[1:18:24] </w:t>
      </w:r>
      <w:r>
        <w:t>is ke liye shadi ka tareeqa raij kiya, nikah ka tareeqa. nikah kar ke aurat mard ikhatta hote hain, dono aik doosre ke sukoon ka zariya bante hain.</w:t>
      </w:r>
    </w:p>
    <w:p>
      <w:pPr>
        <w:jc w:val="right"/>
      </w:pPr>
      <w:r>
        <w:t>اس کے لیے شادی کا طریقہ رائج کیا، نکاح کا طریقہ۔ نکاح کر کے عورت مرد اکٹھا ہوتے ہیں، دونوں ایک دوسرے کے سکون کا ذریعہ بنتے ہیں۔</w:t>
      </w:r>
    </w:p>
    <w:p>
      <w:r>
        <w:rPr>
          <w:b/>
        </w:rPr>
        <w:t xml:space="preserve">[1:18:35] </w:t>
      </w:r>
      <w:r>
        <w:t>aur phir dono mil kar ke agar sukoon na ho to koi kaam bhi nahi karte. koi bara kaam kaise ho?</w:t>
      </w:r>
    </w:p>
    <w:p>
      <w:pPr>
        <w:jc w:val="right"/>
      </w:pPr>
      <w:r>
        <w:t>اور پھر دونوں مل کر کے اگر سکون نہ ہو تو کوئی کام بھی نہیں کرتے۔ کوئی بڑا کام کیسے ہو؟</w:t>
      </w:r>
    </w:p>
    <w:p>
      <w:r>
        <w:rPr>
          <w:b/>
        </w:rPr>
        <w:t xml:space="preserve">[1:18:43] </w:t>
      </w:r>
      <w:r>
        <w:t>ye bohat hi ba-maani ayat hai ye. aur jo asal hai, jo yani nikah ka jo sab se bara jo pehlu hai, wo is mein bata diya gaya hai ke nikah ka pehlu ye hai ke dono aik doosre ke liye sukoon ka zariya banein, aik doosre ke liye partner banein, mil kar ke zindagi zindagi gaadi chalayein.</w:t>
      </w:r>
    </w:p>
    <w:p>
      <w:pPr>
        <w:jc w:val="right"/>
      </w:pPr>
      <w:r>
        <w:t>یہ بہت ہی بامعنی آیت ہے یہ۔ اور جو اصل ہے، جو یعنی نکاح کا جو سب سے بڑا جو پہلو ہے، وہ اس میں بتا دیا گیا ہے کہ نکاح کا پہلو یہ ہے کہ دونوں ایک دوسرے کے لیے سکون کا ذریعہ بنیں، ایک دوسرے کے لیے پارٹنر بنیں، مل کر کے زندگی زندگی گاڑی چلائیں۔</w:t>
      </w:r>
    </w:p>
    <w:p>
      <w:r>
        <w:rPr>
          <w:b/>
        </w:rPr>
        <w:t xml:space="preserve">[1:19:06] </w:t>
      </w:r>
      <w:r>
        <w:t>main to yahi samajhta hoon.</w:t>
      </w:r>
    </w:p>
    <w:p>
      <w:pPr>
        <w:jc w:val="right"/>
      </w:pPr>
      <w:r>
        <w:t>میں تو یہی سمجھتا ہوں۔</w:t>
      </w:r>
    </w:p>
    <w:p>
      <w:r>
        <w:rPr>
          <w:b/>
        </w:rPr>
        <w:t xml:space="preserve">[1:19:10] </w:t>
      </w:r>
      <w:r>
        <w:t>doctor farida khanum ne nai dilli se likha hai: "the thinking that islam is a complete system has become an obsession with the people.</w:t>
      </w:r>
    </w:p>
    <w:p>
      <w:pPr>
        <w:jc w:val="right"/>
      </w:pPr>
      <w:r>
        <w:t>ڈاکٹر فریدہ خانم نے نئی دلی سے لکھا ہے: "دا تھنکنگ دیٹ اسلام از ا کمپلیٹ سسٹم ہیز بیکم این اوبسیشن ود دا پیپل۔</w:t>
      </w:r>
    </w:p>
    <w:p>
      <w:r>
        <w:rPr>
          <w:b/>
        </w:rPr>
        <w:t xml:space="preserve">[1:19:22] </w:t>
      </w:r>
      <w:r>
        <w:t>how can we make them understand that this concept is alien in islam? muslims have become resistant to reform in their perception of islam.</w:t>
      </w:r>
    </w:p>
    <w:p>
      <w:pPr>
        <w:jc w:val="right"/>
      </w:pPr>
      <w:r>
        <w:t>ہاؤ کین وی میک دیم انڈرسٹینڈ دیٹ دس کانسیپٹ از ایلین ان اسلام؟ مسلمز ہیو بیکم ریزسٹنٹ ٹو ریفارم ان دیر پرسیپشن اف اسلام۔</w:t>
      </w:r>
    </w:p>
    <w:p>
      <w:r>
        <w:rPr>
          <w:b/>
        </w:rPr>
        <w:t xml:space="preserve">[1:19:34] </w:t>
      </w:r>
      <w:r>
        <w:t>please give your comments on this.</w:t>
      </w:r>
    </w:p>
    <w:p>
      <w:pPr>
        <w:jc w:val="right"/>
      </w:pPr>
      <w:r>
        <w:t>پلیز گیو یور کمنٹس ان دس۔</w:t>
      </w:r>
    </w:p>
    <w:p>
      <w:r>
        <w:rPr>
          <w:b/>
        </w:rPr>
        <w:t xml:space="preserve">[1:19:37] </w:t>
      </w:r>
      <w:r>
        <w:t>" dekhiye, main khud manta hoon ke islam yani complete hidayat is ke andar hai. system ka lafz main avoid karunga, lekin islam mein zindagi ka har pehlu ke liye hidayat hain.</w:t>
      </w:r>
    </w:p>
    <w:p>
      <w:pPr>
        <w:jc w:val="right"/>
      </w:pPr>
      <w:r>
        <w:t>" دیکھیے، میں خود مانتا ہوں کہ اسلام یعنی کمپلیٹ ہدایات اس کے اندر ہے۔ سسٹم کا لفظ میں اوائڈ کروں گا، لیکن اسلام میں زندگی کا ہر پہلو کے لیے ہدایات ہیں۔</w:t>
      </w:r>
    </w:p>
    <w:p>
      <w:r>
        <w:rPr>
          <w:b/>
        </w:rPr>
        <w:t xml:space="preserve">[1:19:52] </w:t>
      </w:r>
      <w:r>
        <w:t>koi pehlu aisa nahi jis mein hidayat na ho.</w:t>
      </w:r>
    </w:p>
    <w:p>
      <w:pPr>
        <w:jc w:val="right"/>
      </w:pPr>
      <w:r>
        <w:t>کوئی پہلو ایسا نہیں جس میں ہدایت نہ ہو۔</w:t>
      </w:r>
    </w:p>
    <w:p>
      <w:r>
        <w:rPr>
          <w:b/>
        </w:rPr>
        <w:t xml:space="preserve">[1:19:56] </w:t>
      </w:r>
      <w:r>
        <w:t>misal ke tor par aik hadith hai ke agar chand aadmi baithe hue hain, tum aate ho wahan par to kisi kaan mein mat koi baat kaho ke char aadmi baithe hue hain, aik aadmi kaan mein tum baat keh rahe ho, us ko lage ke dekho hum se chupa rahe hain.</w:t>
      </w:r>
    </w:p>
    <w:p>
      <w:pPr>
        <w:jc w:val="right"/>
      </w:pPr>
      <w:r>
        <w:t>مثال کے طور پر ایک حدیث ہے کہ اگر چند آدمی بیٹھے ہوئے ہیں، تم آتے ہو وہاں پر تو کسی کان میں مت کوئی بات کہو کہ چار آدمی بیٹھے ہوئے ہیں، ایک آدمی کان میں تم بات کہہ رہے ہو، اس کو لگے کہ دیکھو ہم سے چھپا رہے ہیں۔</w:t>
      </w:r>
    </w:p>
    <w:p>
      <w:r>
        <w:rPr>
          <w:b/>
        </w:rPr>
        <w:t xml:space="preserve">[1:20:10] </w:t>
      </w:r>
      <w:r>
        <w:t>ye yahan bhi hidayat maujood hai, yahan bhi hidayat maujood hai. ye bhi hidayat hai ke jab koi bol raha ho to beech mein mat bolo, wo bol chuka hai tab tab bolo, ye bhi hidayat maujood hai.</w:t>
      </w:r>
    </w:p>
    <w:p>
      <w:pPr>
        <w:jc w:val="right"/>
      </w:pPr>
      <w:r>
        <w:t>یہ یہاں بھی ہدایت موجود ہے، یہاں بھی ہدایت موجود ہے۔ یہ بھی ہدایت ہے کہ جب کوئی بول رہا ہو تو بیچ میں مت بولو، وہ بول چکا ہے تب تب بولو، یہ بھی ہدایت موجود ہے۔</w:t>
      </w:r>
    </w:p>
    <w:p>
      <w:r>
        <w:rPr>
          <w:b/>
        </w:rPr>
        <w:t xml:space="preserve">[1:20:23] </w:t>
      </w:r>
      <w:r>
        <w:t>to main ye kahunga ke complete system ka word to bohat hi yani wo hai, yani is se ghalat fehmi paida hoti hai.</w:t>
      </w:r>
    </w:p>
    <w:p>
      <w:pPr>
        <w:jc w:val="right"/>
      </w:pPr>
      <w:r>
        <w:t>تو میں یہ کہوں گا کہ کمپلیٹ سسٹم کا ورڈ تو بہت ہی یعنی وہ ہے، یعنی اس سے غلط فہمی پیدا ہوتی ہے۔</w:t>
      </w:r>
    </w:p>
    <w:p>
      <w:r>
        <w:rPr>
          <w:b/>
        </w:rPr>
        <w:t xml:space="preserve">[1:20:36] </w:t>
      </w:r>
      <w:r>
        <w:t>lekin ziyada sahi baat ye hai ke islam mein zindagi ke har shobay ke liye hidayat hai. jo bhi aadmi dunya mein karta hai, chahe sochna ho, bolna ho, chalna ho, deal karna ho, kuch bhi ho, us ke bare mein islam mein hidayat hai.</w:t>
      </w:r>
    </w:p>
    <w:p>
      <w:pPr>
        <w:jc w:val="right"/>
      </w:pPr>
      <w:r>
        <w:t>لیکن زیادہ صحیح بات یہ ہے کہ اسلام میں زندگی کے ہر شعبے کے لیے ہدایت ہے۔ جو بھی آدمی دنیا میں کرتا ہے، چاہے سوچنا ہو، بولنا ہو، چلنا ہو، ڈیل کرنا ہو، کچھ بھی ہو، اس کے بارے میں اسلام میں ہدایت ہے۔</w:t>
      </w:r>
    </w:p>
    <w:p>
      <w:r>
        <w:rPr>
          <w:b/>
        </w:rPr>
        <w:t xml:space="preserve">[1:20:51] </w:t>
      </w:r>
      <w:r>
        <w:t>ye baat sahi hai.</w:t>
      </w:r>
    </w:p>
    <w:p>
      <w:pPr>
        <w:jc w:val="right"/>
      </w:pPr>
      <w:r>
        <w:t>یہ بات صحیح ہے۔</w:t>
      </w:r>
    </w:p>
    <w:p>
      <w:r>
        <w:rPr>
          <w:b/>
        </w:rPr>
        <w:t xml:space="preserve">[1:20:52] </w:t>
      </w:r>
      <w:r>
        <w:t>mukammal system ki baat jo hai, wo lafz system jo hai, wo thoda sa yani is ka doosra wo pehlu aa jata hai, kyunke implement karo is ko.</w:t>
      </w:r>
    </w:p>
    <w:p>
      <w:pPr>
        <w:jc w:val="right"/>
      </w:pPr>
      <w:r>
        <w:t>مکمل سسٹم کی بات جو ہے، وہ لفظ سسٹم جو ہے، وہ تھوڑا سا یعنی اس کا دوسرا وہ پہلو آ جاتا ہے، کیونکہ امپلیمنٹ کرو اس کو۔</w:t>
      </w:r>
    </w:p>
    <w:p>
      <w:r>
        <w:rPr>
          <w:b/>
        </w:rPr>
        <w:t xml:space="preserve">[1:21:04] </w:t>
      </w:r>
      <w:r>
        <w:t>to mein yeh kahoon ga ke jo jo sahi baat hai, woh yeh hai ke islam mein zindagi ke har shobay ke liye hidait hai. aadmi ko chahiye ke apne har shobay mein woh us ko follow kare, lekin implement karna jahan taluq hai is ka, is ka taluq is se woh aik alag cheez hai,</w:t>
      </w:r>
    </w:p>
    <w:p>
      <w:pPr>
        <w:jc w:val="right"/>
      </w:pPr>
      <w:r>
        <w:t>تو میں یہ کہوں گا کہ جو جو صحیح بات ہے، وہ یہ ہے کہ اسلام میں زندگی کے ہر شعبے کے لیے ہدایت ہے۔ آدمی کو چاہیے کہ اپنے ہر شعبے میں وہ اس کو فالو کرے، لیکن امپلیمنٹ کرنا جہاں تعلق ہے اس کا، اس کا تعلق اس سے وہ ایک الگ چیز ہے،</w:t>
      </w:r>
    </w:p>
    <w:p>
      <w:r>
        <w:rPr>
          <w:b/>
        </w:rPr>
        <w:t xml:space="preserve">[1:21:22] </w:t>
      </w:r>
      <w:r>
        <w:t>woh investment se taluq is ka hai. to islam mukammal nizam by maani nahi hai ke is ke sab kora maar maar ke is par chalwana hai logon ko.</w:t>
      </w:r>
    </w:p>
    <w:p>
      <w:pPr>
        <w:jc w:val="right"/>
      </w:pPr>
      <w:r>
        <w:t>وہ انویسٹمنٹ سے تعلق اس کا ہے۔ تو اسلام مکمل نظام بائی معنی نہیں ہے کہ اس کے سب کوڑا مار مار کے اس پر چلوانا ہے لوگوں کو۔</w:t>
      </w:r>
    </w:p>
    <w:p>
      <w:r>
        <w:rPr>
          <w:b/>
        </w:rPr>
        <w:t xml:space="preserve">[1:21:33] </w:t>
      </w:r>
      <w:r>
        <w:t>is par yeh is maani mein nahi hai,</w:t>
      </w:r>
    </w:p>
    <w:p>
      <w:pPr>
        <w:jc w:val="right"/>
      </w:pPr>
      <w:r>
        <w:t>اس پر یہ اس معنی میں نہیں ہے،</w:t>
      </w:r>
    </w:p>
    <w:p>
      <w:r>
        <w:rPr>
          <w:b/>
        </w:rPr>
        <w:t xml:space="preserve">[1:21:37] </w:t>
      </w:r>
      <w:r>
        <w:t>is maani mein hai ke log is ko follow karein. aur jahan tak social mamlaat hain, to wahan hukoomat qanoon banaye gi, qanoon bana kar ke logon ko is ka paband banaye gi.</w:t>
      </w:r>
    </w:p>
    <w:p>
      <w:pPr>
        <w:jc w:val="right"/>
      </w:pPr>
      <w:r>
        <w:t>اس معنی میں ہے کہ لوگ اس کو فالو کریں۔ اور جہاں تک سوشل معاملات ہیں، تو وہاں حکومت قانون بنائے گی، قانون بنا کر کے لوگوں کو اس کا پابند بنائے گی۔</w:t>
      </w:r>
    </w:p>
    <w:p>
      <w:r>
        <w:rPr>
          <w:b/>
        </w:rPr>
        <w:t xml:space="preserve">[1:21:54] </w:t>
      </w:r>
      <w:r>
        <w:t>to yeh aik division of work hai. yeh</w:t>
      </w:r>
    </w:p>
    <w:p>
      <w:pPr>
        <w:jc w:val="right"/>
      </w:pPr>
      <w:r>
        <w:t>تو یہ ایک ڈیویژن اف ورک ہے۔ یہ</w:t>
      </w:r>
    </w:p>
    <w:p>
      <w:r>
        <w:rPr>
          <w:b/>
        </w:rPr>
        <w:t xml:space="preserve">[1:21:57] </w:t>
      </w:r>
      <w:r>
        <w:t>mein is ko ghlat nahi keh raha hoon ke islam mein har shobay ke liye hidait hai, lekin is ko is na diye ghlat keh raha hoon ke ke yani hukoomat kora maar maar ke sab logon ko is par amal karwao.</w:t>
      </w:r>
    </w:p>
    <w:p>
      <w:pPr>
        <w:jc w:val="right"/>
      </w:pPr>
      <w:r>
        <w:t>میں اس کو غلط نہیں کہہ رہا ہوں کہ اسلام میں ہر شعبے کے لیے ہدایت ہے، لیکن اس کو اس نہ دیے غلط کہہ رہا ہوں کہ کہ یعنی حکومت کوڑا مار مار کے سب لوگوں کو اس پر عمل کرواوے۔</w:t>
      </w:r>
    </w:p>
    <w:p>
      <w:r>
        <w:rPr>
          <w:b/>
        </w:rPr>
        <w:t xml:space="preserve">[1:22:11] </w:t>
      </w:r>
      <w:r>
        <w:t>woh bilkul unnatural baat hai aur is ka islam se koi taluq nahi.</w:t>
      </w:r>
    </w:p>
    <w:p>
      <w:pPr>
        <w:jc w:val="right"/>
      </w:pPr>
      <w:r>
        <w:t>وہ بالکل ان نیچرل بات ہے اور اس کا اسلام سے کوئی تعلق نہیں۔</w:t>
      </w:r>
    </w:p>
    <w:p>
      <w:r>
        <w:rPr>
          <w:b/>
        </w:rPr>
        <w:t xml:space="preserve">[1:22:19] </w:t>
      </w:r>
      <w:r>
        <w:t>Miss Najma Siddiqui ne Nai Dilli se likha hai: "How to implement this divine model of Islam in a workable and feasible manner?</w:t>
      </w:r>
    </w:p>
    <w:p>
      <w:pPr>
        <w:jc w:val="right"/>
      </w:pPr>
      <w:r>
        <w:t>مس نجمہ صدیقی نے نئی دلی سے لکھا ہے: "ہاؤ ٹو امپلیمنٹ دس ڈیول ماڈل اف اسلام ان ا ورکیبل اینڈ فیزیبل مینر؟</w:t>
      </w:r>
    </w:p>
    <w:p>
      <w:r>
        <w:rPr>
          <w:b/>
        </w:rPr>
        <w:t xml:space="preserve">[1:22:31] </w:t>
      </w:r>
      <w:r>
        <w:t>what can you do as an individual? please tell us." yeh to yahi to yahi to practicable hai, koi aur practicable hi nahi hai.</w:t>
      </w:r>
    </w:p>
    <w:p>
      <w:pPr>
        <w:jc w:val="right"/>
      </w:pPr>
      <w:r>
        <w:t>واٹ کین یو ڈو ایز این انڈیویجول؟ پلیز ٹیل اس۔" یہ تو یہی تو یہی تو پریکٹیکیبل ہے، کوئی اور پریکٹیکیبل ہی نہیں ہے۔</w:t>
      </w:r>
    </w:p>
    <w:p>
      <w:r>
        <w:rPr>
          <w:b/>
        </w:rPr>
        <w:t xml:space="preserve">[1:22:42] </w:t>
      </w:r>
      <w:r>
        <w:t>aap kaise logon ko correct work sach bulwayein ge? yeh to possible hi nahi ke aap correct work sach bulwayein logon ko.</w:t>
      </w:r>
    </w:p>
    <w:p>
      <w:pPr>
        <w:jc w:val="right"/>
      </w:pPr>
      <w:r>
        <w:t>آپ کیسے لوگوں کو کوڑا ورک سچ بلوائیں گے؟ یہ تو پاسیبل ہی نہیں کہ آپ کوڑا ورک سچ بلوائیں لوگوں کو۔</w:t>
      </w:r>
    </w:p>
    <w:p>
      <w:r>
        <w:rPr>
          <w:b/>
        </w:rPr>
        <w:t xml:space="preserve">[1:22:50] </w:t>
      </w:r>
      <w:r>
        <w:t>yani jo workable model hai, woh yeh hai ke kuch cheezon ko aap government ke hawale kar dein, jis ko aaj kal ki zabaan mein kehte hain administration.</w:t>
      </w:r>
    </w:p>
    <w:p>
      <w:pPr>
        <w:jc w:val="right"/>
      </w:pPr>
      <w:r>
        <w:t>یعنی جو ورکیبل ماڈل ہے، وہ یہی ہے کہ کچھ چیزوں کو آپ گورنمنٹ کے حوالے کر دیں، جس کو آج کل کی زبان میں کہتے ہیں ایڈمنسٹریشن۔</w:t>
      </w:r>
    </w:p>
    <w:p>
      <w:r>
        <w:rPr>
          <w:b/>
        </w:rPr>
        <w:t xml:space="preserve">[1:23:00] </w:t>
      </w:r>
      <w:r>
        <w:t>administration jo hai, woh government ke hawale hai. baqi jo hain, akhlaqiyat hain, samaajiyat hain, taleem hai, yeh logon ke hawale. to NGOs yeh kaam karein, wahan pe hum khud yeh kaam kar rahe hain, NGOs wala kaam kar rahe hain.</w:t>
      </w:r>
    </w:p>
    <w:p>
      <w:pPr>
        <w:jc w:val="right"/>
      </w:pPr>
      <w:r>
        <w:t>ایڈمنسٹریشن جو ہے، وہ گورنمنٹ کے حوالے ہے۔ باقی جو ہیں، اخلاقیات ہیں، سماجیات ہیں، تعلیم ہے، یہ لوگوں کے حوالے۔ تو این جی اوز یہ کام کریں، وہاں پہ ہم خود یہ کام کر رہے ہیں، این جی اوز والا کام کر رہے ہیں۔</w:t>
      </w:r>
    </w:p>
    <w:p>
      <w:r>
        <w:rPr>
          <w:b/>
        </w:rPr>
        <w:t xml:space="preserve">[1:23:13] </w:t>
      </w:r>
      <w:r>
        <w:t>yeh hi aik hi model jo hai, jo work kar sakta hai, woh model work hi nahi kar kare ga. is is se larai bhirhai hai, jaisa ke jaisa ke har Muslim country mein larai bhirhai ho rahi hai, work nahi kar raha hai.</w:t>
      </w:r>
    </w:p>
    <w:p>
      <w:pPr>
        <w:jc w:val="right"/>
      </w:pPr>
      <w:r>
        <w:t>یہی ایک ہی ماڈل جو ہے، جو ورک کر سکتا ہے، وہ ماڈل ورک ہی نہیں کر کرے گا۔ اس اس سے لڑائی بھڑائی ہے، جیسا کہ جیسا کہ ہر مسلم کنٹری میں لڑائی بھڑائی ہو رہی ہے، ورک نہیں کر رہا ہے۔</w:t>
      </w:r>
    </w:p>
    <w:p>
      <w:r>
        <w:rPr>
          <w:b/>
        </w:rPr>
        <w:t xml:space="preserve">[1:23:24] </w:t>
      </w:r>
      <w:r>
        <w:t>woh model,</w:t>
      </w:r>
    </w:p>
    <w:p>
      <w:pPr>
        <w:jc w:val="right"/>
      </w:pPr>
      <w:r>
        <w:t>وہ ماڈل،</w:t>
      </w:r>
    </w:p>
    <w:p>
      <w:r>
        <w:rPr>
          <w:b/>
        </w:rPr>
        <w:t xml:space="preserve">[1:23:26] </w:t>
      </w:r>
      <w:r>
        <w:t>yeh model work karta hai ke duty ko baant do. yeh model work kar sakta hai. aur jo jo countries hain, western countries, wahan practically yeh hi unhon ne ikhtiyar kar rakha hai.</w:t>
      </w:r>
    </w:p>
    <w:p>
      <w:pPr>
        <w:jc w:val="right"/>
      </w:pPr>
      <w:r>
        <w:t>یہ ماڈل ورک کرتا ہے کہ ڈیوٹی کو بانٹ دو۔ یہ ماڈل ورک کر سکتا ہے۔ اور جو جو کنٹریز ہیں، ویسٹرن کنٹریز، وہاں پریکٹیکلی یہی انہوں نے اختیار کر رکھا ہے۔</w:t>
      </w:r>
    </w:p>
    <w:p>
      <w:r>
        <w:rPr>
          <w:b/>
        </w:rPr>
        <w:t xml:space="preserve">[1:23:41] </w:t>
      </w:r>
      <w:r>
        <w:t>to wahan woh un ka model work kar raha hai ke democracy jo hai, secular discipline mein democracy hai, secular shobay mein.</w:t>
      </w:r>
    </w:p>
    <w:p>
      <w:pPr>
        <w:jc w:val="right"/>
      </w:pPr>
      <w:r>
        <w:t>تو وہاں وہ ان کا ماڈل ورک کر رہا ہے کہ ڈیموکریسی جو ہے، سیکولر ڈسپلن میں ڈیموکریسی ہے، سیکولر شعبے میں۔</w:t>
      </w:r>
    </w:p>
    <w:p>
      <w:r>
        <w:rPr>
          <w:b/>
        </w:rPr>
        <w:t xml:space="preserve">[1:23:50] </w:t>
      </w:r>
      <w:r>
        <w:t>baqi mamle mein jo logon ko adai di hui hain, woh mazhabi adai jis ko kehte hain, woh</w:t>
      </w:r>
    </w:p>
    <w:p>
      <w:pPr>
        <w:jc w:val="right"/>
      </w:pPr>
      <w:r>
        <w:t>باقی معاملے میں جو لوگوں کو ادائی دی ہوئی ہیں، وہ مذہبی ادائی جس کو کہتے ہیں، وہ</w:t>
      </w:r>
    </w:p>
    <w:p>
      <w:r>
        <w:rPr>
          <w:b/>
        </w:rPr>
        <w:t xml:space="preserve">[1:23:56] </w:t>
      </w:r>
      <w:r>
        <w:t>to yeh hi aik hi model work kar sakta hai. doosra model work nahi kar sakta hai. to do lafz mein hum kahein ge ke aik hai shobay intezaam ka, aik hai shobay islah ka.</w:t>
      </w:r>
    </w:p>
    <w:p>
      <w:pPr>
        <w:jc w:val="right"/>
      </w:pPr>
      <w:r>
        <w:t>تو یہی ایک ہی ماڈل ورک کر سکتا ہے۔ دوسرا ماڈل ورک نہیں کر سکتا ہے۔ تو دو لفظ میں ہم کہیں گے کہ ایک ہے شعبہ انتظام کا، ایک ہے شعبہ اصلاح کا۔</w:t>
      </w:r>
    </w:p>
    <w:p>
      <w:r>
        <w:rPr>
          <w:b/>
        </w:rPr>
        <w:t xml:space="preserve">[1:24:07] </w:t>
      </w:r>
      <w:r>
        <w:t>islah ka shobay jo hai, NGOs ke hawale, aur intezaam ka shobay government ke hawale. yeh model work kar sakta hai. is ke baad doosra aap ka model jo hai, woh larai bhirhai kare ga, aur is mein kuch nateeja nahi nahi nikle ga.</w:t>
      </w:r>
    </w:p>
    <w:p>
      <w:pPr>
        <w:jc w:val="right"/>
      </w:pPr>
      <w:r>
        <w:t>اصلاح کا شعبہ جو ہے، این جی اوز کے حوالے، اور انتظام کا شعبہ گورنمنٹ کے حوالے۔ یہ ماڈل ورک کر سکتا ہے۔ اس کے بعد دوسرا آپ کا ماڈل جو ہے، وہ لڑائی بھڑائی کرے گا، اور اس میں کچھ نتیجہ نہیں نہیں نکلے گا۔</w:t>
      </w:r>
    </w:p>
    <w:p>
      <w:r>
        <w:rPr>
          <w:b/>
        </w:rPr>
        <w:t xml:space="preserve">[1:24:19] </w:t>
      </w:r>
      <w:r>
        <w:t>is ka jaisa ke aap dekh rahe hain muslim countries mein.</w:t>
      </w:r>
    </w:p>
    <w:p>
      <w:pPr>
        <w:jc w:val="right"/>
      </w:pPr>
      <w:r>
        <w:t>اس کا جیسے کہ آپ دیکھ رہے ہیں مسلم کنٹریز میں۔</w:t>
      </w:r>
    </w:p>
    <w:p>
      <w:r>
        <w:rPr>
          <w:b/>
        </w:rPr>
        <w:t xml:space="preserve">[1:24:25] </w:t>
      </w:r>
      <w:r>
        <w:t>mr ibrahim danish saud ne nai dilli se likha hai: "meri class mein aik non muslim hai, woh Allah ko aik manta hai lekin imaan nahi laya hai.</w:t>
      </w:r>
    </w:p>
    <w:p>
      <w:pPr>
        <w:jc w:val="right"/>
      </w:pPr>
      <w:r>
        <w:t>مسٹر ابراہیم دانش السعود نے نئی دلی سے لکھا ہے: "میری کلاس میں ایک نان مسلم ہے، وہ اللہ کو ایک مانتا ہے لیکن ایمان نہیں لایا ہے۔</w:t>
      </w:r>
    </w:p>
    <w:p>
      <w:r>
        <w:rPr>
          <w:b/>
        </w:rPr>
        <w:t xml:space="preserve">[1:24:38] </w:t>
      </w:r>
      <w:r>
        <w:t>to kya kya jaye? is ke baray mein bataein." kitabein parhwaiye un ko, literature dijiye un ko. aap khud hi khud baat mat kijiye, ziyada kitabein dijiye,</w:t>
      </w:r>
    </w:p>
    <w:p>
      <w:pPr>
        <w:jc w:val="right"/>
      </w:pPr>
      <w:r>
        <w:t>تو کیا کیا جائے؟ اس کے بارے میں بتائیں۔" کتابیں پڑھوائیے ان کو، لٹریچر دیجئے ان کو۔ آپ خود ہی خود بات مت کیجئے، زیادہ کتابیں دیجئے،</w:t>
      </w:r>
    </w:p>
    <w:p>
      <w:r>
        <w:rPr>
          <w:b/>
        </w:rPr>
        <w:t xml:space="preserve">[1:24:50] </w:t>
      </w:r>
      <w:r>
        <w:t>quran ka translation dijiye, proper repeat dijiye, aur jo doosri kitabein dijiye, is ke is ke lehaz se is ke yani kis tarah kitabein pehle deni chahiye, kis tarah ke baad deni chahiye, sab samajh kar dijiye.</w:t>
      </w:r>
    </w:p>
    <w:p>
      <w:pPr>
        <w:jc w:val="right"/>
      </w:pPr>
      <w:r>
        <w:t>قرآن کا ٹرانسلیشن دیجئے، پراپر ریپیٹ دیجئے، اور جو دوسری کتابیں دیجئے، اس کے اس کے لحاظ سے اس کے یعنی کس طرح کتابیں پہلے دینی چاہیے، کس طرح کے بعد دینی چاہیے، سب سمجھ کر دیجئے۔</w:t>
      </w:r>
    </w:p>
    <w:p>
      <w:r>
        <w:rPr>
          <w:b/>
        </w:rPr>
        <w:t xml:space="preserve">[1:25:06] </w:t>
      </w:r>
      <w:r>
        <w:t>aur kitabein sab se zaroori kaam hai literature parhwana. ya khud hi khud baat ziyada mat kijiye.</w:t>
      </w:r>
    </w:p>
    <w:p>
      <w:pPr>
        <w:jc w:val="right"/>
      </w:pPr>
      <w:r>
        <w:t>اور کتابیں سب سے ضروری کام ہے لٹریچر پڑھوانا۔ یا خود ہی خود بات زیادہ مت کیجئے۔</w:t>
      </w:r>
    </w:p>
    <w:p>
      <w:r>
        <w:rPr>
          <w:b/>
        </w:rPr>
        <w:t xml:space="preserve">[1:25:14] </w:t>
      </w:r>
      <w:r>
        <w:t>mr mushad ahmed ne bhopal se likha hai: "maulana, you told us to words intizamiya and islahia.</w:t>
      </w:r>
    </w:p>
    <w:p>
      <w:pPr>
        <w:jc w:val="right"/>
      </w:pPr>
      <w:r>
        <w:t>مسٹر ممشاد احمد نے بھوپال سے لکھا ہے: "مولانا، یو ٹولڈ اس ٹو ورڈز انتظامیہ اینڈ اصلاحیہ۔</w:t>
      </w:r>
    </w:p>
    <w:p>
      <w:r>
        <w:rPr>
          <w:b/>
        </w:rPr>
        <w:t xml:space="preserve">[1:25:25] </w:t>
      </w:r>
      <w:r>
        <w:t>so i want to know which one is better, intizamiya aur islahiya. because before some time in a mosque, i was in intizamiya, but got only bribe.</w:t>
      </w:r>
    </w:p>
    <w:p>
      <w:pPr>
        <w:jc w:val="right"/>
      </w:pPr>
      <w:r>
        <w:t>سو آئی وانٹ ٹو نو وچ ون از بیٹر، انتظامیہ اور اصلاحیہ۔ بیکاز بیفور سم ٹائم ان ا ماسک، آئی واز ان انتظامیہ، بٹ گاٹ اونلی برائی۔</w:t>
      </w:r>
    </w:p>
    <w:p>
      <w:r>
        <w:rPr>
          <w:b/>
        </w:rPr>
        <w:t xml:space="preserve">[1:25:39] </w:t>
      </w:r>
      <w:r>
        <w:t>i have done all for Allah subhanahu wa ta'ala, but when when i came to islahi program, i got so much respect.</w:t>
      </w:r>
    </w:p>
    <w:p>
      <w:pPr>
        <w:jc w:val="right"/>
      </w:pPr>
      <w:r>
        <w:t>آئی ہیو ڈن ال فار اللہ سبحانہ و تعالی، بٹ وین وین آئی کیم ٹو اصلاحی پروگرام، آئی گاٹ سو مچ ریسپیکٹ۔</w:t>
      </w:r>
    </w:p>
    <w:p>
      <w:r>
        <w:rPr>
          <w:b/>
        </w:rPr>
        <w:t xml:space="preserve">[1:25:47] </w:t>
      </w:r>
      <w:r>
        <w:t>please guide me what to do." dekhen, is mein koi kam acha aur zyada acha ki baat nahi hai. apni salahiyat ke aitbar se aadmi kaam karta hai.</w:t>
      </w:r>
    </w:p>
    <w:p>
      <w:pPr>
        <w:jc w:val="right"/>
      </w:pPr>
      <w:r>
        <w:t>پلیز گائیڈ می واٹ ٹو ڈو۔" دیکھیں، اس میں کوئی کم اچھا اور زیادہ اچھا کی بات نہیں ہے۔ اپنی صلاحیت کے اعتبار سے آدمی کام کرتا ہے۔</w:t>
      </w:r>
    </w:p>
    <w:p>
      <w:r>
        <w:rPr>
          <w:b/>
        </w:rPr>
        <w:t xml:space="preserve">[1:25:57] </w:t>
      </w:r>
      <w:r>
        <w:t>misalan main hoon, main hukoomat</w:t>
      </w:r>
    </w:p>
    <w:p>
      <w:pPr>
        <w:jc w:val="right"/>
      </w:pPr>
      <w:r>
        <w:t>مثلاً میں ہوں، میں حکومت</w:t>
      </w:r>
    </w:p>
    <w:p>
      <w:r>
        <w:rPr>
          <w:b/>
        </w:rPr>
        <w:t xml:space="preserve">[1:25:59] </w:t>
      </w:r>
      <w:r>
        <w:t>nahi chala sakta, mere de salahiyat nahi hai. to main ngo chala raha hoon, ab government mujhe de de, aap to main government nahi chala paunga, mere de woh salahiyaten nahi hain.</w:t>
      </w:r>
    </w:p>
    <w:p>
      <w:pPr>
        <w:jc w:val="right"/>
      </w:pPr>
      <w:r>
        <w:t>نہیں چلا سکتا، میرے دے صلاحیت نہیں ہے۔ تو میں این جی اوز چلا رہا ہوں، اب گورنمنٹ مجھے دے دے، آپ تو میں گورنمنٹ نہیں چلا پاؤں گا، میرے دے وہ صلاحیتیں نہیں ہیں۔</w:t>
      </w:r>
    </w:p>
    <w:p>
      <w:r>
        <w:rPr>
          <w:b/>
        </w:rPr>
        <w:t xml:space="preserve">[1:26:09] </w:t>
      </w:r>
      <w:r>
        <w:t>woh to har aadmi ko chahiye ke woh jaane apni salahiyat ko, apni salahiyat ke lahaz se woh lagaye, ya to intizamiya mein lagaye, ya islahiya mein lagaye.</w:t>
      </w:r>
    </w:p>
    <w:p>
      <w:pPr>
        <w:jc w:val="right"/>
      </w:pPr>
      <w:r>
        <w:t>وہ تو ہر آدمی کو چاہیے کہ وہ جانے اپنی صلاحیت کو، اپنی صلاحیت کے لحاظ سے وہ لگائے، یا تو انتظامیہ میں لگائے، یا اصلاحیہ میں لگائے۔</w:t>
      </w:r>
    </w:p>
    <w:p>
      <w:r>
        <w:rPr>
          <w:b/>
        </w:rPr>
        <w:t xml:space="preserve">[1:26:20] </w:t>
      </w:r>
      <w:r>
        <w:t>Allah ta'ala ne quran majeed mein hai ke har aadmi ko alag alag salahiyat de kar paida kiya.</w:t>
      </w:r>
    </w:p>
    <w:p>
      <w:pPr>
        <w:jc w:val="right"/>
      </w:pPr>
      <w:r>
        <w:t>اللہ تعالی نے قرآن مجید میں ہے کہ ہر آدمی کو الگ الگ صلاحیت دے کر پیدا کیا۔</w:t>
      </w:r>
    </w:p>
    <w:p>
      <w:r>
        <w:rPr>
          <w:b/>
        </w:rPr>
        <w:t xml:space="preserve">[1:26:28] </w:t>
      </w:r>
      <w:r>
        <w:t>misal ke taur par khadri mubarak sahib, mere dekho, un ke andar intezam ki salahiyat nahi hai. ab ittifaqi halat ne unhein hukoomat pahuncha diya, to mulk ko un sawa nuksan ki koi faida to pahunchaya nahi unhon ne ab tak.</w:t>
      </w:r>
    </w:p>
    <w:p>
      <w:pPr>
        <w:jc w:val="right"/>
      </w:pPr>
      <w:r>
        <w:t>مثال کے طور پر خدری مبارک صاحب، میرے دیکھو، ان کے اندر انتظام کی صلاحیت نہیں ہے۔ اب اتفاقی حالات نے انہیں حکومت پہنچا دیا، تو ملک کو ان سوا نقصان کی کوئی فائدہ تو پہنچایا نہیں انہوں نے اب تک۔</w:t>
      </w:r>
    </w:p>
    <w:p>
      <w:r>
        <w:rPr>
          <w:b/>
        </w:rPr>
        <w:t xml:space="preserve">[1:26:42] </w:t>
      </w:r>
      <w:r>
        <w:t>to main samajhta hoon ke aadmi ko chahiye ke apne aap ko pehchane ke main kis ke liye zyada mozu hoon. meri jo paidaishi salahiyaten hain, us ke liye kaun se kaam mere liye mozu hain.</w:t>
      </w:r>
    </w:p>
    <w:p>
      <w:pPr>
        <w:jc w:val="right"/>
      </w:pPr>
      <w:r>
        <w:t>تو میں سمجھتا ہوں کہ آدمی کو چاہیے کہ اپنے آپ کو پہچانے کہ میں کس کے لیے زیادہ موضوع ہوں۔ میری جو پیدائشی صلاحیتیں ہیں، اس کے لیے کون سے کام میرے لیے موضوع ہیں۔</w:t>
      </w:r>
    </w:p>
    <w:p>
      <w:r>
        <w:rPr>
          <w:b/>
        </w:rPr>
        <w:t xml:space="preserve">[1:26:55] </w:t>
      </w:r>
      <w:r>
        <w:t>to main ne apne ko jab lead kiya, to main ne paya ke bhai mere andar hukoomat ki salahiyat nahi hai. main parties mein jaunga, to wahan kuch kar nahi paunga. main to main ne yeh kaam sambhala, ngo wala.</w:t>
      </w:r>
    </w:p>
    <w:p>
      <w:pPr>
        <w:jc w:val="right"/>
      </w:pPr>
      <w:r>
        <w:t>تو میں نے اپنے کو جب لیڈ کیا، تو میں نے پایا کہ بھئی میرے اندر حکومت کی صلاحیت نہیں ہے۔ میں پارٹیز میں جاؤں گا، تو وہاں کچھ کر نہیں پاؤں گا۔ میں تو میں نے یہ کام سنبھالا، این جی اوز والا۔</w:t>
      </w:r>
    </w:p>
    <w:p>
      <w:r>
        <w:rPr>
          <w:b/>
        </w:rPr>
        <w:t xml:space="preserve">[1:27:07] </w:t>
      </w:r>
      <w:r>
        <w:t>har aadmi ko yahi kaam karna chahiye</w:t>
      </w:r>
    </w:p>
    <w:p>
      <w:pPr>
        <w:jc w:val="right"/>
      </w:pPr>
      <w:r>
        <w:t>ہر آدمی کو یہی کام کرنا چاہیے</w:t>
      </w:r>
    </w:p>
    <w:p>
      <w:r>
        <w:rPr>
          <w:b/>
        </w:rPr>
        <w:t xml:space="preserve">[1:27:09] </w:t>
      </w:r>
      <w:r>
        <w:t>ke apne ko sab se sab se pehle apne ko discover kare. woh yahan se shuru hota hai aap ka kaam, yani yahan se beginning hoti hai ke apne ko discover karna jo hai, yeh aap hi ka pehla kaam hai.</w:t>
      </w:r>
    </w:p>
    <w:p>
      <w:pPr>
        <w:jc w:val="right"/>
      </w:pPr>
      <w:r>
        <w:t>کہ اپنے کو سب سے سب سے پہلے اپنے کو ڈسکور کرے۔ وہ یہاں سے شروع ہوتا ہے آپ کا کام، یعنی یہاں سے بگننگ ہوتی ہے کہ اپنے کو ڈسکور کرنا جو ہے، یہ آپ ہی کا پہلا کام ہے۔</w:t>
      </w:r>
    </w:p>
    <w:p>
      <w:r>
        <w:rPr>
          <w:b/>
        </w:rPr>
        <w:t xml:space="preserve">[1:27:22] </w:t>
      </w:r>
      <w:r>
        <w:t>apne ko agar na janenge aap, to phir koi koi mufeed nahi ban sakte aap apni qom ke liye.</w:t>
      </w:r>
    </w:p>
    <w:p>
      <w:pPr>
        <w:jc w:val="right"/>
      </w:pPr>
      <w:r>
        <w:t>اپنے کو اگر نہ جانیں گے آپ، تو پھر کوئی کوئی مفید نہیں بن سکتے آپ اپنی قوم کے لیے۔</w:t>
      </w:r>
    </w:p>
    <w:p>
      <w:r>
        <w:rPr>
          <w:b/>
        </w:rPr>
        <w:t xml:space="preserve">[1:27:32] </w:t>
      </w:r>
      <w:r>
        <w:t>maulana amanullah mathi sahib ne dilli se likha hai: "abbasi daur mein political duty anjam dene wale bhi musalman the, aur society ki islah ka kaam karne wale bhi musalman the,</w:t>
      </w:r>
    </w:p>
    <w:p>
      <w:pPr>
        <w:jc w:val="right"/>
      </w:pPr>
      <w:r>
        <w:t>مولانا امان اللہ ریاضی صاحب نے دلی سے لکھا ہے: "عباسی دور میں پولیٹیکل ڈیوٹی انجام دینے والے بھی مسلمان تھے، اور سوسائٹی کی اصلاح کا کام کرنے والے بھی مسلمان تھے،</w:t>
      </w:r>
    </w:p>
    <w:p>
      <w:r>
        <w:rPr>
          <w:b/>
        </w:rPr>
        <w:t xml:space="preserve">[1:27:48] </w:t>
      </w:r>
      <w:r>
        <w:t>jabke aaj hamare mulk mein political duty anjam dene wale ghair muslim hain, aur islah ka kaam karne wale muslim hain.</w:t>
      </w:r>
    </w:p>
    <w:p>
      <w:pPr>
        <w:jc w:val="right"/>
      </w:pPr>
      <w:r>
        <w:t>جبکہ آج ہمارے ملک میں پولیٹیکل ڈیوٹی انجام دینے والے غیر مسلم ہیں، اور اصلاح کا کام کرنے والے مسلم ہیں۔</w:t>
      </w:r>
    </w:p>
    <w:p>
      <w:r>
        <w:rPr>
          <w:b/>
        </w:rPr>
        <w:t xml:space="preserve">[1:27:59] </w:t>
      </w:r>
      <w:r>
        <w:t>mera sawal yeh hai ke kya aisi halat mein bhi takrao se bachna hai, jabke yeh case alag hai? hum takrao se bache hue hain.</w:t>
      </w:r>
    </w:p>
    <w:p>
      <w:pPr>
        <w:jc w:val="right"/>
      </w:pPr>
      <w:r>
        <w:t>میرا سوال یہ ہے کہ کیا ایسی حالت میں بھی ٹکراؤ سے بچنا ہے، جبکہ یہ کیس الگ ہے؟ ہم ٹکراؤ سے بچے ہوئے ہیں۔</w:t>
      </w:r>
    </w:p>
    <w:p>
      <w:r>
        <w:rPr>
          <w:b/>
        </w:rPr>
        <w:t xml:space="preserve">[1:28:09] </w:t>
      </w:r>
      <w:r>
        <w:t>hum ko dekhen, aap hum isi india mein rehte hain, hum koi takrao nahi karte. phir takrao to main is ko haram samajhta hoon, bilkul chahe india mein ho, chahe pakistan mein ho.</w:t>
      </w:r>
    </w:p>
    <w:p>
      <w:pPr>
        <w:jc w:val="right"/>
      </w:pPr>
      <w:r>
        <w:t>ہم کو دیکھیں، آپ ہم اسی انڈیا میں رہتے ہیں، ہم کوئی ٹکراؤ نہیں کرتے۔ پھر ٹکراؤ تو میں اس کو حرام سمجھتا ہوں، بالکل چاہے انڈیا میں ہو، چاہے پاکستان میں ہو۔</w:t>
      </w:r>
    </w:p>
    <w:p>
      <w:r>
        <w:rPr>
          <w:b/>
        </w:rPr>
        <w:t xml:space="preserve">[1:28:21] </w:t>
      </w:r>
      <w:r>
        <w:t>muslim hukoomat, muslim country mein ho, agar non muslim country mein ho.</w:t>
      </w:r>
    </w:p>
    <w:p>
      <w:pPr>
        <w:jc w:val="right"/>
      </w:pPr>
      <w:r>
        <w:t>مسلم حکومت، مسلم کنٹری میں ہو، اگر نان مسلم کنٹری میں ہو۔</w:t>
      </w:r>
    </w:p>
    <w:p>
      <w:r>
        <w:rPr>
          <w:b/>
        </w:rPr>
        <w:t xml:space="preserve">[1:28:26] </w:t>
      </w:r>
      <w:r>
        <w:t>hadith mein dekhen, bohat zabardast hadith hai ke: "innalaha yu'ti al-rifqa ma la yu'ti al-'unf." khuda takrao ke method mein woh cheez nahi deta jo sulah ke method mein deta hai.</w:t>
      </w:r>
    </w:p>
    <w:p>
      <w:pPr>
        <w:jc w:val="right"/>
      </w:pPr>
      <w:r>
        <w:t>حدیث میں دیکھیں، بہت زبردست حدیث ہے کہ: "إن الله يؤتي الرفق مولا يؤتي العنف۔" خدا ٹکراؤ کے میتھڈ میں وہ چیز نہیں دیتا جو صلح کے میتھڈ میں دیتا ہے۔</w:t>
      </w:r>
    </w:p>
    <w:p>
      <w:r>
        <w:rPr>
          <w:b/>
        </w:rPr>
        <w:t xml:space="preserve">[1:28:40] </w:t>
      </w:r>
      <w:r>
        <w:t>to jab law of nature yeh hai ke takrao kar ke aap kuch payenge nahi, to kyun aap jayen is mein? aap chahe india ho ya pakistan ho, yeh law of nature hi ke khilaf hai.</w:t>
      </w:r>
    </w:p>
    <w:p>
      <w:pPr>
        <w:jc w:val="right"/>
      </w:pPr>
      <w:r>
        <w:t>تو جب لاء آف نیچر یہ ہے کہ ٹکراؤ کر کے آپ کچھ پائیں گے نہیں، تو کیوں آپ جائیں اس میں؟ آپ چاہے انڈیا ہو یا پاکستان ہو، یہ لاء آف نیچر ہی کے خلاف ہے۔</w:t>
      </w:r>
    </w:p>
    <w:p>
      <w:r>
        <w:rPr>
          <w:b/>
        </w:rPr>
        <w:t xml:space="preserve">[1:28:51] </w:t>
      </w:r>
      <w:r>
        <w:t>woh takrao</w:t>
      </w:r>
    </w:p>
    <w:p>
      <w:pPr>
        <w:jc w:val="right"/>
      </w:pPr>
      <w:r>
        <w:t>وہ ٹکراؤ</w:t>
      </w:r>
    </w:p>
    <w:p>
      <w:r>
        <w:rPr>
          <w:b/>
        </w:rPr>
        <w:t xml:space="preserve">[1:28:55] </w:t>
      </w:r>
      <w:r>
        <w:t>quran mein hai: "al-sulhu khair, non confrontational approach is the best." to takrao ka tareeqa jo hai, woh Allah ke scheme ke khilaf hai.</w:t>
      </w:r>
    </w:p>
    <w:p>
      <w:pPr>
        <w:jc w:val="right"/>
      </w:pPr>
      <w:r>
        <w:t>قرآن میں ہے: "الصلح خیر، نان کنفرنٹیشنل اپروچ از دا بیسٹ۔" تو ٹکراؤ کا طریقہ جو ہے، وہ اللہ کے سکیم کے خلاف ہے۔</w:t>
      </w:r>
    </w:p>
    <w:p>
      <w:r>
        <w:rPr>
          <w:b/>
        </w:rPr>
        <w:t xml:space="preserve">[1:29:06] </w:t>
      </w:r>
      <w:r>
        <w:t>is mein kuch payenge nahi aap, chahe india ho, america ho, pakistan ho, britain ho, kahin bhi ho. to woh to aslan hi galat hai, qabil tark hai.</w:t>
      </w:r>
    </w:p>
    <w:p>
      <w:pPr>
        <w:jc w:val="right"/>
      </w:pPr>
      <w:r>
        <w:t>اس میں کچھ پائیں گے نہیں آپ، چاہے انڈیا ہو، امریکہ ہو، پاکستان ہو، برٹن ہو، کہیں بھی ہو۔ تو وہ تو اصلاً ہی غلط ہے، قابل ترک ہے۔</w:t>
      </w:r>
    </w:p>
    <w:p>
      <w:r>
        <w:rPr>
          <w:b/>
        </w:rPr>
        <w:t xml:space="preserve">[1:29:16] </w:t>
      </w:r>
      <w:r>
        <w:t>woh ab jab jis jis mulk mein aap hon, us ke lahaz se socheye.</w:t>
      </w:r>
    </w:p>
    <w:p>
      <w:pPr>
        <w:jc w:val="right"/>
      </w:pPr>
      <w:r>
        <w:t>وہ اب جب جس جس ملک میں آپ ہوں، اس کے لحاظ سے سوچیے۔</w:t>
      </w:r>
    </w:p>
    <w:p>
      <w:r>
        <w:rPr>
          <w:b/>
        </w:rPr>
        <w:t xml:space="preserve">[1:29:21] </w:t>
      </w:r>
      <w:r>
        <w:t>aap singapore mein hain, india mein hain, pakistan mein hain, iran mein hain, to socheye ke wahan ke lahaz se aap kya kar sakte hain jis mein takrao ke baghair aap kuch mufeed ban saken.</w:t>
      </w:r>
    </w:p>
    <w:p>
      <w:pPr>
        <w:jc w:val="right"/>
      </w:pPr>
      <w:r>
        <w:t>آپ سنگاپور میں ہیں، انڈیا میں ہیں، پاکستان میں ہیں، ایران میں ہیں، تو سوچیے کہ وہاں کے لحاظ سے آپ کیا کر سکتے ہیں جس میں ٹکراؤ کے بغیر آپ کچھ مفید بن سکیں۔</w:t>
      </w:r>
    </w:p>
    <w:p>
      <w:r>
        <w:rPr>
          <w:b/>
        </w:rPr>
        <w:t xml:space="preserve">[1:29:31] </w:t>
      </w:r>
      <w:r>
        <w:t>to halaat ki read kijiye, apne aap ko samjhiye. takrao to har haal mein taboo rahega, taboo har haal mein taboo rahega.</w:t>
      </w:r>
    </w:p>
    <w:p>
      <w:pPr>
        <w:jc w:val="right"/>
      </w:pPr>
      <w:r>
        <w:t>تو حالات کی ریڈ کیجئے، اپنے آپ کو سمجھیے۔ ٹکراؤ تو ہر حال میں ٹیبو رہے گا، ٹیبو ہر حال میں ٹیبو رہے گا۔</w:t>
      </w:r>
    </w:p>
    <w:p>
      <w:r>
        <w:rPr>
          <w:b/>
        </w:rPr>
        <w:t xml:space="preserve">[1:29:43] </w:t>
      </w:r>
      <w:r>
        <w:t>takrao ko chhod kar ke jo kaam aap kar saken, yaani peaceful andaaz mein, bas wahi aap ki duty hai.</w:t>
      </w:r>
    </w:p>
    <w:p>
      <w:pPr>
        <w:jc w:val="right"/>
      </w:pPr>
      <w:r>
        <w:t>ٹکراؤ کو چھوڑ کر کے جو کام آپ کر سکیں، یعنی پیس فل انداز میں، بس وہی آپ کی ڈیوٹی ہے۔</w:t>
      </w:r>
    </w:p>
    <w:p>
      <w:r>
        <w:rPr>
          <w:b/>
        </w:rPr>
        <w:t xml:space="preserve">[1:29:52] </w:t>
      </w:r>
      <w:r>
        <w:t>Miss Naghma Siddiqui ne new delhi se likha hai: "following justice is a very difficult thing and a constant struggle.</w:t>
      </w:r>
    </w:p>
    <w:p>
      <w:pPr>
        <w:jc w:val="right"/>
      </w:pPr>
      <w:r>
        <w:t>مس نغمہ صدیقی نے نئی دلی سے لکھا ہے: "فالونگ جسٹس از ا ویری ڈیفیکلٹ تھنگ اینڈ ا کانسٹنٹ سٹرگل۔</w:t>
      </w:r>
    </w:p>
    <w:p>
      <w:r>
        <w:rPr>
          <w:b/>
        </w:rPr>
        <w:t xml:space="preserve">[1:30:02] </w:t>
      </w:r>
      <w:r>
        <w:t>Can it be called jihad?" yeh to koi shaq nahi hai, woh jihad bilashuba jihad hai. justice pe chalna jihadi to hai, aur sab se bada jihad is waqt karna padta hai jab aap ko koi ghussa dila de, koi mushtael kar de.</w:t>
      </w:r>
    </w:p>
    <w:p>
      <w:pPr>
        <w:jc w:val="right"/>
      </w:pPr>
      <w:r>
        <w:t>کین اٹ بی کالڈ جہاد؟" یہ تو کوئی شک نہیں ہے، وہ جہاد بلاشبہ جہاد ہے۔ جسٹس پہ چلنا جہادی تو ہے، اور سب سے بڑا جہاد اس وقت کرنا پڑتا ہے جب آپ کوئی غصہ دلا دے، کوئی مشتعل کر دے۔</w:t>
      </w:r>
    </w:p>
    <w:p>
      <w:r>
        <w:rPr>
          <w:b/>
        </w:rPr>
        <w:t xml:space="preserve">[1:30:18] </w:t>
      </w:r>
      <w:r>
        <w:t>is waqt aap yaani insaaf par qaim rahen. Quran majeed mein hai ke: "Allah ke jab aap ko koi ghussa dila jaye, koi mushtael kar de, jo bharka de, us waqt bhi insaaf par qaim raho." yeh to bohat bada jihad hai, is mein koi shaq nahi.</w:t>
      </w:r>
    </w:p>
    <w:p>
      <w:pPr>
        <w:jc w:val="right"/>
      </w:pPr>
      <w:r>
        <w:t>اس وقت آپ یعنی انصاف پر قائم رہیں۔ قرآن مجید میں ہے کہ: "علی اللہ کہ جب آپ کو کوئی غصہ دلا جائے، کوئی مشتعل کر دے، جو بھڑکا دے، اس وقت بھی انصاف پر قائم رہو۔" یہ تو بہت بڑا جہاد ہے، اس میں کوئی شک نہیں۔</w:t>
      </w:r>
    </w:p>
    <w:p>
      <w:r>
        <w:rPr>
          <w:b/>
        </w:rPr>
        <w:t xml:space="preserve">[1:30:42] </w:t>
      </w:r>
      <w:r>
        <w:t>Mr Irfan Ahmed ne Kashmir se likha hai: "We either consciously or unconsciously feed our minds with thoughts which we call internal representation or conditioning.</w:t>
      </w:r>
    </w:p>
    <w:p>
      <w:pPr>
        <w:jc w:val="right"/>
      </w:pPr>
      <w:r>
        <w:t>مسٹر عرفان احمد نے کشمیر سے لکھا ہے: "وی ایدر کانشیسلی اور انکانشیسلی فیڈ اور مائنڈز ودا تھاٹس وچ وی کال انٹرنل ریپریزنٹیشن اور کنڈیشننگ۔</w:t>
      </w:r>
    </w:p>
    <w:p>
      <w:r>
        <w:rPr>
          <w:b/>
        </w:rPr>
        <w:t xml:space="preserve">[1:30:58] </w:t>
      </w:r>
      <w:r>
        <w:t>Are there any practices or exercises in Islam to always feed our minds with positive thoughts? Please give your comment on this."</w:t>
      </w:r>
    </w:p>
    <w:p>
      <w:pPr>
        <w:jc w:val="right"/>
      </w:pPr>
      <w:r>
        <w:t>ار دیر اینی پریکٹسز اور ایکسرسائزز ان اسلام ٹو الویز فیڈ اور مائنڈز ود پوزیٹیو تھاٹس؟ پلیز گیو یور کمنٹ ان دس۔"</w:t>
      </w:r>
    </w:p>
    <w:p>
      <w:r>
        <w:rPr>
          <w:b/>
        </w:rPr>
        <w:t xml:space="preserve">[1:31:08] </w:t>
      </w:r>
      <w:r>
        <w:t>dekhen, koi practice nahi hai is tareeqe se jaise sufiyon ne nikala, is ka koi faida nahi samajhta mein. nahi, aap sochiye, sochna hi practice hai.</w:t>
      </w:r>
    </w:p>
    <w:p>
      <w:pPr>
        <w:jc w:val="right"/>
      </w:pPr>
      <w:r>
        <w:t>دیکھیں، کوئی پریکٹس نہیں ہے اس طریقے سے جیسے صوفیوں نے نکالا، اس کا کوئی فائدہ نہیں سمجھتا میں۔ نہیں، آپ سوچیے، سوچنا ہی پریکٹس ہے۔</w:t>
      </w:r>
    </w:p>
    <w:p>
      <w:r>
        <w:rPr>
          <w:b/>
        </w:rPr>
        <w:t xml:space="preserve">[1:31:19] </w:t>
      </w:r>
      <w:r>
        <w:t>tadabbur, tafakkur yahi practice hai Islam mein. hamesha aap alert rahen ke koi baat mind mein agar aati hai negative, us ko nikaliye foran ke foran.</w:t>
      </w:r>
    </w:p>
    <w:p>
      <w:pPr>
        <w:jc w:val="right"/>
      </w:pPr>
      <w:r>
        <w:t>تدبر، تفکر یہی پریکٹس ہے اسلام میں۔ ہمیشہ آپ الرٹ رہیے کہ کوئی بات مائنڈ میں اگر آتی ہے نیگیٹیو، اس کو نکالیے فوراً کے فوراً۔</w:t>
      </w:r>
    </w:p>
    <w:p>
      <w:r>
        <w:rPr>
          <w:b/>
        </w:rPr>
        <w:t xml:space="preserve">[1:31:29] </w:t>
      </w:r>
      <w:r>
        <w:t>jis ko kehte hain muhasaba, muhasaba jo hai wahi practice hai. ritt, ji haan, reservation Islam</w:t>
      </w:r>
    </w:p>
    <w:p>
      <w:pPr>
        <w:jc w:val="right"/>
      </w:pPr>
      <w:r>
        <w:t>جس کو کہتے ہیں محاسبہ، محاسبہ جو ہے وہی پریکٹس ہے۔ رٹ، جی ہاں، ریزرویکشن اسلام</w:t>
      </w:r>
    </w:p>
    <w:p>
      <w:r>
        <w:rPr>
          <w:b/>
        </w:rPr>
        <w:t xml:space="preserve">[1:31:38] </w:t>
      </w:r>
      <w:r>
        <w:t>mein jo bataya gaya hai, woh koi murakaba ya meditation nahi hai. muhasaba hai apne bare mein sochte rehna, alert rehna, har waqt apne upar nazar rakhna.</w:t>
      </w:r>
    </w:p>
    <w:p>
      <w:pPr>
        <w:jc w:val="right"/>
      </w:pPr>
      <w:r>
        <w:t>میں جو بتایا گیا ہے، وہ کوئی مراقبہ یا میڈیٹیشن نہیں ہے۔ محاسبہ ہے اپنے بارے میں سوچتے رہنا، الرٹ رہنا، ہر وقت اپنے اوپر نظر رکھنا۔</w:t>
      </w:r>
    </w:p>
    <w:p>
      <w:r>
        <w:rPr>
          <w:b/>
        </w:rPr>
        <w:t xml:space="preserve">[1:31:52] </w:t>
      </w:r>
      <w:r>
        <w:t>jahan koi baat aisi aayi to foran us ke apne ko us se bachane ki koshish karna. to is ka ek hi tareeqa hai, wahi jis ko muhasaba kaha gaya hai.</w:t>
      </w:r>
    </w:p>
    <w:p>
      <w:pPr>
        <w:jc w:val="right"/>
      </w:pPr>
      <w:r>
        <w:t>جہاں کوئی بات ایسی آئی تو فوراً اس کے اپنے کو اس سے بچانے کی کوشش کرنا۔ تو اس کا ایک ہی طریقہ ہے، وہی جس کو محاسبہ کہا گیا ہے۔</w:t>
      </w:r>
    </w:p>
    <w:p>
      <w:r>
        <w:rPr>
          <w:b/>
        </w:rPr>
        <w:t xml:space="preserve">[1:32:04] </w:t>
      </w:r>
      <w:r>
        <w:t>muhasaba kehte hain retrospection,</w:t>
      </w:r>
    </w:p>
    <w:p>
      <w:pPr>
        <w:jc w:val="right"/>
      </w:pPr>
      <w:r>
        <w:t>محاسبہ کہتے ہیں ریٹروسپیکشن،</w:t>
      </w:r>
    </w:p>
    <w:p>
      <w:r>
        <w:rPr>
          <w:b/>
        </w:rPr>
        <w:t xml:space="preserve">[1:32:09] </w:t>
      </w:r>
      <w:r>
        <w:t>apna apne upar nigran bane rehna.</w:t>
      </w:r>
    </w:p>
    <w:p>
      <w:pPr>
        <w:jc w:val="right"/>
      </w:pPr>
      <w:r>
        <w:t>اپنا اپنے اوپر نگراں بنے رہنا۔</w:t>
      </w:r>
    </w:p>
    <w:p>
      <w:r>
        <w:rPr>
          <w:b/>
        </w:rPr>
        <w:t xml:space="preserve">[1:32:16] </w:t>
      </w:r>
      <w:r>
        <w:t>Dr. Fareeda Khanam ne new delhi se likha hai: "Muslims have not been able to differentiate between criminal activities and moral evils.</w:t>
      </w:r>
    </w:p>
    <w:p>
      <w:pPr>
        <w:jc w:val="right"/>
      </w:pPr>
      <w:r>
        <w:t>ڈاکٹر فریدہ خانم نے نئی دلی سے لکھا ہے: "مسلمز ہیو ناٹ بین ایبل ٹو ڈیفرنشیٹ بٹوین کریمینل ایکٹیویٹیز اینڈ مورل ایولز۔</w:t>
      </w:r>
    </w:p>
    <w:p>
      <w:r>
        <w:rPr>
          <w:b/>
        </w:rPr>
        <w:t xml:space="preserve">[1:32:27] </w:t>
      </w:r>
      <w:r>
        <w:t>What do you think about it? Please explain." haan, dekhen, ek hai woh jo criminal act kis ko kehte hain,</w:t>
      </w:r>
    </w:p>
    <w:p>
      <w:pPr>
        <w:jc w:val="right"/>
      </w:pPr>
      <w:r>
        <w:t>واٹ ڈو یو تھنک اباؤٹ اٹ؟ پلیز ایکسپلین۔" ہاں، دیکھیں، ایک ہے وہ جو کریمینل ایکٹ کس کو کہتے ہیں،</w:t>
      </w:r>
    </w:p>
    <w:p>
      <w:r>
        <w:rPr>
          <w:b/>
        </w:rPr>
        <w:t xml:space="preserve">[1:32:37] </w:t>
      </w:r>
      <w:r>
        <w:t>aur moral sense mein ghalat kis ko kehte hain. yaani jab aap kisi ke harmful ban jayen, don't do the criminal act.</w:t>
      </w:r>
    </w:p>
    <w:p>
      <w:pPr>
        <w:jc w:val="right"/>
      </w:pPr>
      <w:r>
        <w:t>اور مورل سینس میں غلطی کس کو کہتے ہیں۔ یعنی جب آپ کسی کے ہارم فل بن جائیں، ڈونٹ ڈو دا کریمینل ایکٹ۔</w:t>
      </w:r>
    </w:p>
    <w:p>
      <w:r>
        <w:rPr>
          <w:b/>
        </w:rPr>
        <w:t xml:space="preserve">[1:32:50] </w:t>
      </w:r>
      <w:r>
        <w:t>misal ke taur par maine ek baat kahi, doosre sath ghussa aa gaya, woh criminal act nahi kaha jayega. woh</w:t>
      </w:r>
    </w:p>
    <w:p>
      <w:pPr>
        <w:jc w:val="right"/>
      </w:pPr>
      <w:r>
        <w:t>مثلاً میں نے ایک بات کہی، دوسرے ساتھ غصہ آ گیا، وہ کریمینل ایکٹ نہیں کہا جائے گا۔ وہ</w:t>
      </w:r>
    </w:p>
    <w:p>
      <w:r>
        <w:rPr>
          <w:b/>
        </w:rPr>
        <w:t xml:space="preserve">[1:32:57] </w:t>
      </w:r>
      <w:r>
        <w:t>yaani moral sense mein woh ghalat kiya maine ke kisi ko bura bhala keh diya, kisi ko takleef pahuncha di, aur us ke dil ko dukh pahuncha, woh ghussa aa gaya us ko.</w:t>
      </w:r>
    </w:p>
    <w:p>
      <w:pPr>
        <w:jc w:val="right"/>
      </w:pPr>
      <w:r>
        <w:t>یعنی مورل سینس میں وہ غلط کیا میں نے کہ کسی کو برا بھلا کہہ دیا، کسی کو تکلیف پہنچا دی، اور اس کے دل کو دکھ پہنچا، وہ غصہ آ گیا اس کو۔</w:t>
      </w:r>
    </w:p>
    <w:p>
      <w:r>
        <w:rPr>
          <w:b/>
        </w:rPr>
        <w:t xml:space="preserve">[1:33:09] </w:t>
      </w:r>
      <w:r>
        <w:t>to woh akhlaqi aitbaar se ghalat kaam hai. yeh akhlaqi aitbaar se yaani moral evil hai yeh, lekin woh woh crime nahi hai. woh</w:t>
      </w:r>
    </w:p>
    <w:p>
      <w:pPr>
        <w:jc w:val="right"/>
      </w:pPr>
      <w:r>
        <w:t>تو وہ اخلاقی اعتبار سے غلط کام ہے۔ یہ اخلاقی اعتبار سے یعنی مورل ایول ہے یہ، لیکن وہ وہ کرائم نہیں ہے۔ وہ</w:t>
      </w:r>
    </w:p>
    <w:p>
      <w:r>
        <w:rPr>
          <w:b/>
        </w:rPr>
        <w:t xml:space="preserve">[1:33:17] </w:t>
      </w:r>
      <w:r>
        <w:t>criminal act woh hai jis ko agar aap ko kisi ka haath tod dein, paon tod dein, aur kisi ko patthar maaren to woh criminal act hai. kisi ka paisa chheen lein, kisi ki property qabza kar lein to dono mein farq yahi hai ke jab aap ka amal kisi doosre ke liye harmful ban jaye,</w:t>
      </w:r>
    </w:p>
    <w:p>
      <w:pPr>
        <w:jc w:val="right"/>
      </w:pPr>
      <w:r>
        <w:t>کریمینل ایکٹ وہ ہے جس کو اگر آپ کو کسی کا ہاتھ توڑ دیں، پاؤں توڑ دیں، اور کسی کو پتھر ماریں تو وہ کریمینل ایکٹ ہے۔ کسی کا پیسہ چھین لیں، کسی کی پراپرٹی قبضہ کر لیں تو دونوں میں فرق یہی ہے کہ جب آپ کا عمل کسی دوسرے کے لیے ہارم فل بن جائے،</w:t>
      </w:r>
    </w:p>
    <w:p>
      <w:r>
        <w:rPr>
          <w:b/>
        </w:rPr>
        <w:t xml:space="preserve">[1:33:36] </w:t>
      </w:r>
      <w:r>
        <w:t>don't do the criminal act. harmful na bane, yaani physical sense mein harmful na bane, physical sense mein</w:t>
      </w:r>
    </w:p>
    <w:p>
      <w:pPr>
        <w:jc w:val="right"/>
      </w:pPr>
      <w:r>
        <w:t>ڈونٹ ڈو دا کریمینل ایکٹ۔ ہارم فل نہ بنے، یعنی فزیکل سینس میں ہارم فل نہ بنے، فزیکل سینس میں</w:t>
      </w:r>
    </w:p>
    <w:p>
      <w:r>
        <w:rPr>
          <w:b/>
        </w:rPr>
        <w:t xml:space="preserve">[1:33:43] </w:t>
      </w:r>
      <w:r>
        <w:t>to woh criminal act nahi hai, woh akhlaqi burai hai. woh to akhlaqi burai bhi Allah ke nazdeek burai hai, uska bhi pakad hogi, lekin law ke mutabiq aap ko saza nahi di jayegi is par.</w:t>
      </w:r>
    </w:p>
    <w:p>
      <w:pPr>
        <w:jc w:val="right"/>
      </w:pPr>
      <w:r>
        <w:t>تو وہ کریمینل ایکٹ نہیں ہے، وہ اخلاقی برائی ہے۔ وہ تو اخلاقی برائی بھی اللہ کے نزدیک برائی ہے، اس کا بھی پکڑ ہوگی، لیکن لاء کے مطابق آپ کو سزا نہیں دی جائے گی اس پر۔</w:t>
      </w:r>
    </w:p>
    <w:p>
      <w:r>
        <w:rPr>
          <w:b/>
        </w:rPr>
        <w:t xml:space="preserve">[1:34:00] </w:t>
      </w:r>
      <w:r>
        <w:t>yaani kisi ko aap ne ghussa dila diya to yaani kode maare jayen, aap ko aisa nahi kiya jayega.</w:t>
      </w:r>
    </w:p>
    <w:p>
      <w:pPr>
        <w:jc w:val="right"/>
      </w:pPr>
      <w:r>
        <w:t>یعنی کسی کو آپ نے غصہ دلا دیا تو یعنی کوڑے مارے جائیں، آپ کو ایسا نہیں کیا جائے گا۔</w:t>
      </w:r>
    </w:p>
    <w:p>
      <w:r>
        <w:rPr>
          <w:b/>
        </w:rPr>
        <w:t xml:space="preserve">[1:34:05] </w:t>
      </w:r>
      <w:r>
        <w:t>to qanooni saza jis ko kehte hain, yaani legal punishment, is waqt hai jab ke aap kisi ke liye harm pahunchayen, physical harm. tab qanooni saza hai, physical harm na pahunchayen to aap ko samjha bujhaya jayega, aap ko naseehat ki jayegi, bas is se aage aur kuch nahi.</w:t>
      </w:r>
    </w:p>
    <w:p>
      <w:pPr>
        <w:jc w:val="right"/>
      </w:pPr>
      <w:r>
        <w:t>تو قانونی سزا جس کو کہتے ہیں، یعنی لیگل پنشمنٹ، اس وقت ہے جب کہ آپ کسی کے لیے ہارم پہنچائیں، فزیکل ہارم۔ تب قانونی سزا ہے، فزیکل ہارم نہ پہنچائیں تو آپ کو سمجھا بجھایا جائے گا، آپ کو نصیحت کی جائے گی، بس اس سے آگے اور کچھ نہیں۔</w:t>
      </w:r>
    </w:p>
    <w:p>
      <w:r>
        <w:rPr>
          <w:b/>
        </w:rPr>
        <w:t xml:space="preserve">[1:34:25] </w:t>
      </w:r>
      <w:r>
        <w:t>maulana zikwan nadvi ne nai dilli se likha hai:</w:t>
      </w:r>
    </w:p>
    <w:p>
      <w:pPr>
        <w:jc w:val="right"/>
      </w:pPr>
      <w:r>
        <w:t>مولانا زکوان ندوی نے نئی دلی سے لکھا ہے:</w:t>
      </w:r>
    </w:p>
    <w:p>
      <w:r>
        <w:rPr>
          <w:b/>
        </w:rPr>
        <w:t xml:space="preserve">[1:34:29] </w:t>
      </w:r>
      <w:r>
        <w:t>"maulana, kindly explain the words number 83 of chapter four of quran, where it is said: when they hear any news, whether of peace or of something fearful,</w:t>
      </w:r>
    </w:p>
    <w:p>
      <w:pPr>
        <w:jc w:val="right"/>
      </w:pPr>
      <w:r>
        <w:t>"مولانا، کائنڈلی ایکسپلین دی ورڈز نمبر 83 آف چیپٹر فور آف قرآن، ویئر اٹ از سیڈ: وین دے ہیئر اینی نیوز، ویدر آف پیس اور آف سمتھنگ فیئر فل،</w:t>
      </w:r>
    </w:p>
    <w:p>
      <w:r>
        <w:rPr>
          <w:b/>
        </w:rPr>
        <w:t xml:space="preserve">[1:34:44] </w:t>
      </w:r>
      <w:r>
        <w:t>they spread it about." hmm, is ayat mein bari ajeeb baat hai, aman aur khauf ka lafz hai ke agar aman ki baat suntay hain ya khauf ki baat suntay hain, us ko phailatay hain munafiq log.</w:t>
      </w:r>
    </w:p>
    <w:p>
      <w:pPr>
        <w:jc w:val="right"/>
      </w:pPr>
      <w:r>
        <w:t>دے سپریڈ اٹ اباؤٹ۔" ہمم، اس آیت میں بڑی عجیب بات ہے، امن اور خوف کا لفظ ہے کہ اگر امن کی بات سنتے ہیں یا خوف کی بات سنتے ہیں، اس کو پھیلاتے ہیں منافق لوگ۔</w:t>
      </w:r>
    </w:p>
    <w:p>
      <w:r>
        <w:rPr>
          <w:b/>
        </w:rPr>
        <w:t xml:space="preserve">[1:34:59] </w:t>
      </w:r>
      <w:r>
        <w:t>yeh sochne ki baat hai ke agar khauf ki baat ho aur phailayen us ko to woh to buri baat hai, aman ki baat ko phailanay ka kya matlab hai? lekin is mein bohat wisdom hai, is mein kyunke dekhiye, is mein hai ke phir aagay jo ayat hai ke is mein ke jo jo zimmedar log hain, un ko pohnchao baat,</w:t>
      </w:r>
    </w:p>
    <w:p>
      <w:pPr>
        <w:jc w:val="right"/>
      </w:pPr>
      <w:r>
        <w:t>یہ سوچنے کی بات ہے کہ اگر خوف کی بات ہو اور پھیلائیں اس کو تو وہ تو بری بات ہے، امن کی بات کو پھیلانے کا کیا مطلب ہے؟ لیکن اس میں بہت وزڈم ہے، اس میں کیونکہ دیکھیے، اس میں ہے کہ پھر آگے جو آیت ہے کہ اس میں کہ جو جو ذمہ دار لوگ ہیں، ان کو پہنچاؤ بات،</w:t>
      </w:r>
    </w:p>
    <w:p>
      <w:r>
        <w:rPr>
          <w:b/>
        </w:rPr>
        <w:t xml:space="preserve">[1:35:20] </w:t>
      </w:r>
      <w:r>
        <w:t>un ko pohnchao.</w:t>
      </w:r>
    </w:p>
    <w:p>
      <w:pPr>
        <w:jc w:val="right"/>
      </w:pPr>
      <w:r>
        <w:t>ان کو پہنچاؤ۔</w:t>
      </w:r>
    </w:p>
    <w:p>
      <w:r>
        <w:rPr>
          <w:b/>
        </w:rPr>
        <w:t xml:space="preserve">[1:35:24] </w:t>
      </w:r>
      <w:r>
        <w:t>to is mein har har cheez ke bohat se aspect hotay hain.</w:t>
      </w:r>
    </w:p>
    <w:p>
      <w:pPr>
        <w:jc w:val="right"/>
      </w:pPr>
      <w:r>
        <w:t>تو اس میں ہر ہر چیز کے بہت سے اسپیکٹ ہوتے ہیں۔</w:t>
      </w:r>
    </w:p>
    <w:p>
      <w:r>
        <w:rPr>
          <w:b/>
        </w:rPr>
        <w:t xml:space="preserve">[1:35:28] </w:t>
      </w:r>
      <w:r>
        <w:t>ab ab ek achi khabar, bazahir ek achi khabar hai, aap ne kaha mashal kood karen, aur laga logon ko pata nahi, dekho aisa hua, aisa hua. yeh islam mein nahi hai, is ko sochiye ke bhai achi khabar kis sense mein hai, aur kya is ka matlab hai.</w:t>
      </w:r>
    </w:p>
    <w:p>
      <w:pPr>
        <w:jc w:val="right"/>
      </w:pPr>
      <w:r>
        <w:t>اب اب ایک اچھی خبر، بظاہر ایک اچھی خبر ہے، آپ نے کہا مشعل کود کریں، اور لگا لوگوں کو پتہ نہیں، دیکھو ایسا ہوا، ایسا ہوا۔ یہ اسلام میں نہیں ہے، اس کو سوچیے کہ بھئی اچھی خبر کس سینس میں ہے، اور کیا اس کا مطلب ہے۔</w:t>
      </w:r>
    </w:p>
    <w:p>
      <w:r>
        <w:rPr>
          <w:b/>
        </w:rPr>
        <w:t xml:space="preserve">[1:35:41] </w:t>
      </w:r>
      <w:r>
        <w:t>jo zimmedar log hain, un ko bataiye, kyunke aman ki baat bhi agar aap mashhoor karne shuru kar den to is mein baat bigar jati hai, kabhi kai baat bigar jati hai.</w:t>
      </w:r>
    </w:p>
    <w:p>
      <w:pPr>
        <w:jc w:val="right"/>
      </w:pPr>
      <w:r>
        <w:t>جو ذمہ دار لوگ ہیں، ان کو بتائیے، کیونکہ امن کی بات بھی اگر آپ مشہور کرنے شروع کر دیں تو اس میں بات بگڑ جاتی ہے، کبھی کئی بات بگڑ جاتی ہے۔</w:t>
      </w:r>
    </w:p>
    <w:p>
      <w:r>
        <w:rPr>
          <w:b/>
        </w:rPr>
        <w:t xml:space="preserve">[1:35:56] </w:t>
      </w:r>
      <w:r>
        <w:t>to khauf ki baat bhi aisi hai ke pehle is ko jo zimmedar log hain, un ko pohnchao taake woh sochein ke humein kis tarah se is ko deal karna chahiye.</w:t>
      </w:r>
    </w:p>
    <w:p>
      <w:pPr>
        <w:jc w:val="right"/>
      </w:pPr>
      <w:r>
        <w:t>تو خوف کی بات بھی ایسی ہے کہ پہلے اس کو جو ذمہ دار لوگ ہیں، ان کو پہنچاؤ تاکہ وہ سوچیں کہ ہمیں کس طرح سے اس کو ڈیل کرنا چاہیے۔</w:t>
      </w:r>
    </w:p>
    <w:p>
      <w:r>
        <w:rPr>
          <w:b/>
        </w:rPr>
        <w:t xml:space="preserve">[1:36:05] </w:t>
      </w:r>
      <w:r>
        <w:t>aman ki baat tab bhi zimmedar logon tak pohnchao ke woh sochein ke humein kis tareeqay se is ko logon ke samnay baat lana chahiye.</w:t>
      </w:r>
    </w:p>
    <w:p>
      <w:pPr>
        <w:jc w:val="right"/>
      </w:pPr>
      <w:r>
        <w:t>امن کی بات تب بھی ذمہ دار لوگوں تک پہنچاؤ کہ وہ سوچیں کہ ہمیں کس طریقے سے اس کو لوگوں کے سامنے بات لانا چاہیے۔</w:t>
      </w:r>
    </w:p>
    <w:p>
      <w:r>
        <w:rPr>
          <w:b/>
        </w:rPr>
        <w:t xml:space="preserve">[1:36:13] </w:t>
      </w:r>
      <w:r>
        <w:t>mein samajhta hoon ke yeh bohat hi important baat hai ke dono halaton mein aadmi ko chahiye ke apne hosh o hawass ko durust rakhe, aur khud hi khud, yani khud hi khud elaan karne ke bajaye, zimmedaron tak pohnchaye, jaisa ke ayat mein aagay aa raha hai.</w:t>
      </w:r>
    </w:p>
    <w:p>
      <w:pPr>
        <w:jc w:val="right"/>
      </w:pPr>
      <w:r>
        <w:t>میں سمجھتا ہوں کہ یہ بہت ہی امپورٹنٹ بات ہے کہ دونوں حالتوں میں آدمی کو چاہیے کہ اپنے ہوش و حواس کو درست رکھے، اور خود ہی خود، یعنی خود ہی خود اعلان کرنے کے بجائے، ذمہ داروں تک پہنچائے، جیسا کہ آیت میں آگے آ رہا ہے۔</w:t>
      </w:r>
    </w:p>
    <w:p>
      <w:r>
        <w:rPr>
          <w:b/>
        </w:rPr>
        <w:t xml:space="preserve">[1:36:34] </w:t>
      </w:r>
      <w:r>
        <w:t>mister munsif kamali ne nai dilli se likha hai: "azan mein ya takbeer ke douran jab yeh dohrraya jata hai ke aao namaz ki taraf, aao kamyabi ki taraf, yahan kamyabi se kya murad hai?</w:t>
      </w:r>
    </w:p>
    <w:p>
      <w:pPr>
        <w:jc w:val="right"/>
      </w:pPr>
      <w:r>
        <w:t>مسٹر منصف کمالی نے نئی دلی سے لکھا ہے: "اذان میں یا تکبیر کے دوران جب یہ دہرایا جاتا ہے کہ آؤ نماز کی طرف، آؤ کامیابی کی طرف، یہاں کامیابی سے کیا مراد ہے؟</w:t>
      </w:r>
    </w:p>
    <w:p>
      <w:r>
        <w:rPr>
          <w:b/>
        </w:rPr>
        <w:t xml:space="preserve">[1:36:50] </w:t>
      </w:r>
      <w:r>
        <w:t>dunya ki kamyabi, akhirat ki kamyabi, ya dono jagah ki kamyabi?"</w:t>
      </w:r>
    </w:p>
    <w:p>
      <w:pPr>
        <w:jc w:val="right"/>
      </w:pPr>
      <w:r>
        <w:t>دنیا کی کامیابی، آخرت کی کامیابی، یا دونوں جگہ کی کامیابی؟"</w:t>
      </w:r>
    </w:p>
    <w:p>
      <w:r>
        <w:rPr>
          <w:b/>
        </w:rPr>
        <w:t xml:space="preserve">[1:36:56] </w:t>
      </w:r>
      <w:r>
        <w:t>dekhiye, azan mein jo qaaida hai, woh to zahir hai ke wahan par akhirat kamyabi murad hai, wahan par kyunke business business chhod kar atay hain.</w:t>
      </w:r>
    </w:p>
    <w:p>
      <w:pPr>
        <w:jc w:val="right"/>
      </w:pPr>
      <w:r>
        <w:t>دیکھیے، اذان میں جو قاعدہ ہے، وہ تو ظاہر ہے کہ وہاں پر آخرت کامیابی مراد ہے، وہاں پر کیونکہ بزنس بزنس چھوڑ کر آتے ہیں۔</w:t>
      </w:r>
    </w:p>
    <w:p>
      <w:r>
        <w:rPr>
          <w:b/>
        </w:rPr>
        <w:t xml:space="preserve">[1:37:05] </w:t>
      </w:r>
      <w:r>
        <w:t>aap</w:t>
      </w:r>
    </w:p>
    <w:p>
      <w:pPr>
        <w:jc w:val="right"/>
      </w:pPr>
      <w:r>
        <w:t>آپ</w:t>
      </w:r>
    </w:p>
    <w:p>
      <w:r>
        <w:rPr>
          <w:b/>
        </w:rPr>
        <w:t xml:space="preserve">[1:37:08] </w:t>
      </w:r>
      <w:r>
        <w:t>quran mein yeh hai ke woh tum agar tijarat kar rahe ho aur azan ki awaz ho to woh lotto, chhod kar masjid ki taraf jao.</w:t>
      </w:r>
    </w:p>
    <w:p>
      <w:pPr>
        <w:jc w:val="right"/>
      </w:pPr>
      <w:r>
        <w:t>قرآن میں یہ ہے کہ وہ تم اگر تجارت کر رہے ہو اور اذان کی آواز ہو تو وہ لوٹو، چھوڑ کر مسجد کی طرف جاؤ۔</w:t>
      </w:r>
    </w:p>
    <w:p>
      <w:r>
        <w:rPr>
          <w:b/>
        </w:rPr>
        <w:t xml:space="preserve">[1:37:20] </w:t>
      </w:r>
      <w:r>
        <w:t>azan alayhissalat wassalam mere mi awwal jumma fazl zikray wa dar al baye aur khareed o farokht chhod do. to azan mein jo yani alag se to aap yani aap ko haq hai ke aap jaiz tareeqay se kamai karen, woh alag ki baat hai.</w:t>
      </w:r>
    </w:p>
    <w:p>
      <w:pPr>
        <w:jc w:val="right"/>
      </w:pPr>
      <w:r>
        <w:t>اذان علیہ الصلوۃ میرے می اول جمعہ فضل ذکرائے ودر البیع اور خرید و فروخت چھوڑ دو۔ تو اذان میں جو یعنی الگ سے تو آپ یعنی آپ کو حق ہے کہ آپ جائز طریقے سے کمائی کریں، وہ الگ کی بات ہے۔</w:t>
      </w:r>
    </w:p>
    <w:p>
      <w:r>
        <w:rPr>
          <w:b/>
        </w:rPr>
        <w:t xml:space="preserve">[1:37:35] </w:t>
      </w:r>
      <w:r>
        <w:t>lekin azan mein jo kalma dohrraya jata hai, woh to zahir hai ke akhirat ke maenay mein hai, woh khud quran se sabit hai, wa dar al baye hai quran majeed mein ke azan ki awaz suno to zara chhod kar masjid mein aa jao ibadat karne ke liye.</w:t>
      </w:r>
    </w:p>
    <w:p>
      <w:pPr>
        <w:jc w:val="right"/>
      </w:pPr>
      <w:r>
        <w:t>لیکن اذان میں جو کلمہ دہرایا جاتا ہے، وہ تو ظاہر ہے کہ آخرت کے معنی میں ہے، وہ خود قرآن سے ثابت ہے، ودر البیع ہے قرآن مجید میں کہ اذان کی آواز سنو تو ذرا چھوڑ کر مسجد میں آ جاؤ عبادت کرنے کے لیے۔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