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War and Peace in Islam January 2, 2022 Prof. Farida Khanam</w:t>
      </w:r>
    </w:p>
    <w:p>
      <w:r>
        <w:t>https://www.youtube.com/watch?v=6x_Q013u794</w:t>
      </w:r>
    </w:p>
    <w:p>
      <w:r>
        <w:rPr>
          <w:b/>
        </w:rPr>
        <w:t xml:space="preserve">[00:12] </w:t>
      </w:r>
      <w:r>
        <w:t>assalamualikum. today we will have the talk on war and peace by cps chairperson professor farida khanam. after that we will have the question and answer session and followed by a book release today. so with this i will request professor farida khanam to begin her talk on war and peace in islam. bismillah hir rahmani rahim. assalam o alekum garam mathulla.</w:t>
      </w:r>
    </w:p>
    <w:p>
      <w:pPr>
        <w:jc w:val="right"/>
      </w:pPr>
      <w:r>
        <w:t>अस्सलामालिकुम. Today we will have the talk on war and peace by CPS chairperson professor फरीदा खानम. After that we will have the question and answer session and followed by a book release today. So with this I will request professor फरीदा खानम to begin her talk on war and peace in Islam. बिस्मिल्लाह हिर रहमानी रहीम. अस्सलाम ओलेकुम गरम मथुल्ला.</w:t>
      </w:r>
    </w:p>
    <w:p>
      <w:r>
        <w:rPr>
          <w:b/>
        </w:rPr>
        <w:t xml:space="preserve">[00:42] </w:t>
      </w:r>
      <w:r>
        <w:t>to is mein sab se pehle jo hamara topic hai war and peace in islam, is mein sab se pehle humein yeh dekhna hai ke islam mission ka nishana kya hai? kyunke jab hum mission ka nishana mutayyan karenge, usi se humein samajh mein aayega ke hamara method kya hona chahiye? to is mein sab se pehle hum quran ki ayat letay hain, usi se humein roshni milti hai ke islami mission ka kya nishana hai?</w:t>
      </w:r>
    </w:p>
    <w:p>
      <w:pPr>
        <w:jc w:val="right"/>
      </w:pPr>
      <w:r>
        <w:t>तो इसमें सबसे पहले जो हमारा topic है war and peace in इस्लाम, इसमें सबसे पहले हमें यह देखना है कि इस्लाम mission का निशाना क्या है? क्योंकि जब हम mission का निशाना मतायन करेंगे, उसी से हमें समझ में आएगा कि हमारा method क्या होना चाहिए? तो इसमें सबसे पहले हम कुरान की आयत लेते हैं, उसी से हमें रौशनी मिलती है कि इस्लामी mission का क्या निशाना है?</w:t>
      </w:r>
    </w:p>
    <w:p>
      <w:r>
        <w:rPr>
          <w:b/>
        </w:rPr>
        <w:t xml:space="preserve">[01:11] </w:t>
      </w:r>
      <w:r>
        <w:t>to ek ayat hai quran mein bazahi dhum behi jihadan kabira. surah alfurqan, verse 52. to is se humein pata chalta hai ke quran jo hai woh ek book of ideology hai. to yeh koi gun aur koi bomb nahi hai. koi hathiyaar ka is mein koi cheez nahi hai. balkay humein ek ideology deta hai quran aur woh peaceful ideology hai.</w:t>
      </w:r>
    </w:p>
    <w:p>
      <w:pPr>
        <w:jc w:val="right"/>
      </w:pPr>
      <w:r>
        <w:t>तो एक आयत है कुरान में बजाहि धुम बेही जिहादन कबीरा. सोर्य अलफुरकान, verse 52. तो इससे हमें पता चलता है कि कुरान जो है वह एक book of ideology है. तो यह कोई gun और कोई bomb नहीं है. कोई हथियाल का इसमें कोई चीज़ नहीं है. बल्कि हमें एक ideology देता है कुरान और वह peaceful ideology है.</w:t>
      </w:r>
    </w:p>
    <w:p>
      <w:r>
        <w:rPr>
          <w:b/>
        </w:rPr>
        <w:t xml:space="preserve">[01:39] </w:t>
      </w:r>
      <w:r>
        <w:t>khuda ki marfat isse hasil hoti hai aur insaan ki islah hoti hai.</w:t>
      </w:r>
    </w:p>
    <w:p>
      <w:pPr>
        <w:jc w:val="right"/>
      </w:pPr>
      <w:r>
        <w:t>खुदा की मार्फत इससे हासिल होती है और इंसान की इस्लाह होती है.</w:t>
      </w:r>
    </w:p>
    <w:p>
      <w:r>
        <w:rPr>
          <w:b/>
        </w:rPr>
        <w:t xml:space="preserve">[01:46] </w:t>
      </w:r>
      <w:r>
        <w:t>to is tarike se yeh ek book hai ideology ki aur hamein isko peacefully logon tak communicate karna hai.</w:t>
      </w:r>
    </w:p>
    <w:p>
      <w:pPr>
        <w:jc w:val="right"/>
      </w:pPr>
      <w:r>
        <w:t>तो इस तरीके से यह एक book है ideology की और हमें इसको peacefully लोगों तक communicate करना है.</w:t>
      </w:r>
    </w:p>
    <w:p>
      <w:r>
        <w:rPr>
          <w:b/>
        </w:rPr>
        <w:t xml:space="preserve">[01:54] </w:t>
      </w:r>
      <w:r>
        <w:t>to yeh iski wajah se humein hum jo hai koi bhi violent method jo hai is mein work nahin karega.</w:t>
      </w:r>
    </w:p>
    <w:p>
      <w:pPr>
        <w:jc w:val="right"/>
      </w:pPr>
      <w:r>
        <w:t>तो यह इसकी वजह से हमें हम जो है कोई भी violent method जो है इसमें work नहीं करेगा.</w:t>
      </w:r>
    </w:p>
    <w:p>
      <w:r>
        <w:rPr>
          <w:b/>
        </w:rPr>
        <w:t xml:space="preserve">[02:02] </w:t>
      </w:r>
      <w:r>
        <w:t>kyunke violence ke zariye se koi bhi constructive kaam nahin ho sakta.</w:t>
      </w:r>
    </w:p>
    <w:p>
      <w:pPr>
        <w:jc w:val="right"/>
      </w:pPr>
      <w:r>
        <w:t>क्योंकि violence के जरिए से कोई भी constructive काम नहीं हो सकता.</w:t>
      </w:r>
    </w:p>
    <w:p>
      <w:r>
        <w:rPr>
          <w:b/>
        </w:rPr>
        <w:t xml:space="preserve">[02:10] </w:t>
      </w:r>
      <w:r>
        <w:t>isi tareeqay se ek hadith hai ke insaan ke jism mein ek, ek organ hai, ek, ek uska hissa hai jo ke hai. agar kalb ki islah ho jati hai to poori jism ki islah ho jati hai. yani kalb ki islah se hum apni poori zindagi ko badal sakte hain. hamari thinking mein change aayega. to jab thinking mein change aayega to hamari poori zindagi mein change aayega.</w:t>
      </w:r>
    </w:p>
    <w:p>
      <w:pPr>
        <w:jc w:val="right"/>
      </w:pPr>
      <w:r>
        <w:t>इसी तरीके से एक हदीश है कि इंसान के जिस्म में एक, एक organ है, एक, एक उसका हिस्सा है जो कि है. अगर काल्ब की इस्लाह हो जाती है तो पूरी जिस्म की इस्लाह हो जाती है. यानी काल्ब की इस्लाह से हम अपनी पूरी ज़िंदगी को बदल सकते हैं. हमारी thinking में change आएगा. तो जब thinking में change आएगा तो हमारी पूरी ज़िंदगी में change आएगा.</w:t>
      </w:r>
    </w:p>
    <w:p>
      <w:r>
        <w:rPr>
          <w:b/>
        </w:rPr>
        <w:t xml:space="preserve">[02:38] </w:t>
      </w:r>
      <w:r>
        <w:t>hum jo zindagi allah taala chahte hain ke jis tareeqay se hum apni zindagi guzaren, khuda ki yaad mein, khuda ki marfat mein, aur ek peaceful life honi chahiye hamari society mein. to woh hamara dil jab durust ho jayega, to us se yeh saare nateejay hasil honge.</w:t>
      </w:r>
    </w:p>
    <w:p>
      <w:pPr>
        <w:jc w:val="right"/>
      </w:pPr>
      <w:r>
        <w:t>हम जो ज़िंदगी अल्लाह ताला चाहते हैं कि जिस तरीके से हम अपनी ज़िंदगी गुज़ारें, खुदा की याद में, खुदा की मारफत में, और एक peaceful life होनी चाहिए हमारी society में. तो वह हमारा दिल जब दुरुस्त हो जाएगा, तो उससे यह सारे नतीजे हासिल होंगे.</w:t>
      </w:r>
    </w:p>
    <w:p>
      <w:r>
        <w:rPr>
          <w:b/>
        </w:rPr>
        <w:t xml:space="preserve">[03:02] </w:t>
      </w:r>
      <w:r>
        <w:t>to rasoolullah, sallallahu alayhi wasallam poori zindagi aur aap ke ashaab peaceful tareeqay se kaam karte rahe. to aap ko jo paygham mila tha, jab aap prophet banaye gaye aur aap ko jo paigham mila to us mein bataya gaya ke tum ko yeh message tamam bando tak pohncha dena hai. to aap bohat hi peaceful tareeqay se yeh kaam karte rahe.</w:t>
      </w:r>
    </w:p>
    <w:p>
      <w:pPr>
        <w:jc w:val="right"/>
      </w:pPr>
      <w:r>
        <w:t>तो रसूल्लाह, सल्लाह, सल्लाह पूरी ज़िंदगी और आपके असाब peaceful तरीके से काम करते रहे. तो आपको जो प्याकाम मिला था, जब आप profit बनाए गए और आपको जो पैगाम मिला तो उसमें बताया गया कि तुमको यह message तमाम बंदों तक पहुंचा देना है. तो आप बहुत ही peaceful तरीके से यह काम करते रहें.</w:t>
      </w:r>
    </w:p>
    <w:p>
      <w:r>
        <w:rPr>
          <w:b/>
        </w:rPr>
        <w:t xml:space="preserve">[03:27] </w:t>
      </w:r>
      <w:r>
        <w:t>logon tak pahunchate rahen, logon ko khairkhai ke sath aur har tarah se unke liye duaen karte rahen. Lekin masla yah tha ki bahut zyada insan ko mukammal aazadi di gai hai.</w:t>
      </w:r>
    </w:p>
    <w:p>
      <w:pPr>
        <w:jc w:val="right"/>
      </w:pPr>
      <w:r>
        <w:t>लोगों तक पहुंचाते रहें, लोगों को खैरखाई के साथ और हर तरह से उनके लिए दुआएं करते रहें. लेकिन मसला यह था कि बहुत ज़्यादा इंसान को मुकंबल आज़ादी दी गई है.</w:t>
      </w:r>
    </w:p>
    <w:p>
      <w:r>
        <w:rPr>
          <w:b/>
        </w:rPr>
        <w:t xml:space="preserve">[03:43] </w:t>
      </w:r>
      <w:r>
        <w:t>Yah Khuda ki creation plan ke mutabiq hai ki insan ko mukammal aazadi di gai hai aur iski wajah se kya hota hai ki insan kabhi aazadi ka sahi istemal karta hai aur kabhi aazadi ka misuse karta hai. To yahi misuse tha jiski wajah se problem paida hue.</w:t>
      </w:r>
    </w:p>
    <w:p>
      <w:pPr>
        <w:jc w:val="right"/>
      </w:pPr>
      <w:r>
        <w:t>यह खुदा की creation plan के मुताबिक है कि इंसान को मुकम्मल आज़ादी दी गई है और इसकी वजह से क्या होता है कि इंसान कभी आज़ादी का सही इस्तेमाल करता है और कभी आज़ादी का misuse करता है. तो यही misuse था जिसकी वजह से problem फ़ायदा हुए.</w:t>
      </w:r>
    </w:p>
    <w:p>
      <w:r>
        <w:rPr>
          <w:b/>
        </w:rPr>
        <w:t xml:space="preserve">[04:04] </w:t>
      </w:r>
      <w:r>
        <w:t>Varna Rasool Allah (SAW) to hamesha peaceful tarike se kaam karte rahe lekin uske bawajood aapko logon ne ezaen pahunchai, logon ne takleefen di. Logon ne aapka mazak udaya, lekin aap sabro-raz karte rahe.</w:t>
      </w:r>
    </w:p>
    <w:p>
      <w:pPr>
        <w:jc w:val="right"/>
      </w:pPr>
      <w:r>
        <w:t>वरना रसूल्लाह सलाह सलाह सलाह तो हमेशा peaceful तरीके से काम करते रहे लेकिन उसके बावजूद आपको लोगों ने ईज़ाएं पहुंचाई, लोगों ने तकलीफें दी. लोगों ने आपका मज़ाक उड़ाया, लेकिन आप सब रोय राज़ करते रहे.</w:t>
      </w:r>
    </w:p>
    <w:p>
      <w:r>
        <w:rPr>
          <w:b/>
        </w:rPr>
        <w:t xml:space="preserve">[04:23] </w:t>
      </w:r>
      <w:r>
        <w:t>Lekin kabhi kabhi aisa ho jata hai ki ek had ho jati hai sabro-raz karte karte vah waqt aa jata hai ki jo ab opponents hain vah vah masla jangii karrwaiyon mein involve ho jate hain.</w:t>
      </w:r>
    </w:p>
    <w:p>
      <w:pPr>
        <w:jc w:val="right"/>
      </w:pPr>
      <w:r>
        <w:t>लेकिन कभी कभी ऐसा हो जाता है कि एक हद हो जाती है सब रोए राज करते करते वह वक्त आ जाता है कि जो अब opponents हैं वह वह मसल्ला जंगी कार्रवाइयों में involve हो जाते हैं.</w:t>
      </w:r>
    </w:p>
    <w:p>
      <w:r>
        <w:rPr>
          <w:b/>
        </w:rPr>
        <w:t xml:space="preserve">[04:42] </w:t>
      </w:r>
      <w:r>
        <w:t>To vah is mission ko, Islami mission ko, ko khatm karne ke liye unhon ne socha ki ab Islami masla vah karna chahiye, jang karna chahiye kyunki is tarike se mazak udayane se aur usko haqeer banane se paigham ko kuch fark nahin pad raha hai kyunki bahut zyada log Islam mein dakhil ho rahe the, bahut zyada log aapke supporter ban rahe the.</w:t>
      </w:r>
    </w:p>
    <w:p>
      <w:pPr>
        <w:jc w:val="right"/>
      </w:pPr>
      <w:r>
        <w:t>तो वह इस mission को, इस्लामी mission को, को खत्म करने के लिए उन्होंने सोचा कि अब इस्लामी मसल्लाह वह करना चाहिए, जंग करना चाहिए क्योंकि इस तरीके से मज़ाक उड़ाने से और उसको हकीर बनाने से बैगाम को कुछ फ़र्क नहीं पड़ रहा है क्योंकि बहुत ज़्यादा लोग इस्लाम में दाखिल हो रहे थे, बहुत ज़्यादा लोग आपके supporter वन रहे थे.</w:t>
      </w:r>
    </w:p>
    <w:p>
      <w:r>
        <w:rPr>
          <w:b/>
        </w:rPr>
        <w:t xml:space="preserve">[05:09] </w:t>
      </w:r>
      <w:r>
        <w:t>To is tarike se unhon ne yah kiya. To musalla jange jab jab shuru hue, jab aap Madina hijrat karke chale gae. To lekin usse pehle aap terah saal Makka mein rahen. To Makka mein aapne kabhi bhi is tarah ki koi jawab nahin diya, koi retaliate nahin kiya.</w:t>
      </w:r>
    </w:p>
    <w:p>
      <w:pPr>
        <w:jc w:val="right"/>
      </w:pPr>
      <w:r>
        <w:t>तो इस तरीके से उन्होंने यह किया. तो मुसल्लाह जंगे जब जब शुरू हुए, जब आप मदीना हिजरात करके चले गए. तो लेकिन उससे पहले आप तेरह साल मक्का में रहें. तो मक्का में आपने कभी भी इस तरह की कोई जवाब नहीं दिया, कोई retaliate नहीं किया.</w:t>
      </w:r>
    </w:p>
    <w:p>
      <w:r>
        <w:rPr>
          <w:b/>
        </w:rPr>
        <w:t xml:space="preserve">[05:36] </w:t>
      </w:r>
      <w:r>
        <w:t>Har tarah se bilkul aap sabro-raz ki policy par chalte rahe yahan tak aapke liye namumkin ho gaya aur jo aapke opponents the, mukhalifeen the, unhon ne yah plan banaya ke aapko khatm kar den. Kyunki aapka jab tak zinda rahenge, aap is paigham ko pahunchate rahenge, kitna hi aapko takleef di jae. Lekin aap nahin, isse is paigham ko pahunchane se nahin rukenge.</w:t>
      </w:r>
    </w:p>
    <w:p>
      <w:pPr>
        <w:jc w:val="right"/>
      </w:pPr>
      <w:r>
        <w:t>हर तरह से बिल्कुल आप सब रोहराज़ की policy पर चलते रहे यहां तक आपके लिए नामुमकिन हो गया और जो आपके opponents थे, मुखालिफीन थे, उन्होंने यह plan बनाया के आपको खत्म कर दें. क्योंकि आपका जब तक ज़िंदा रहेंगे, आप इस प्रकाम को पहुंचाते रहेंगे, कितना ही आपको तकलीफ दी जाए. लेकिन आप नहीं, इससे इस पैगाम को पहुंचाने से नहीं रुकेंगे.</w:t>
      </w:r>
    </w:p>
    <w:p>
      <w:r>
        <w:rPr>
          <w:b/>
        </w:rPr>
        <w:t xml:space="preserve">[06:05] </w:t>
      </w:r>
      <w:r>
        <w:t>To, to sabse pehle hum yah dekhenge ki jo Quran ki jo muddat hai revelation ki vah hai te'ees saal. Terah saal aap Makka mein rahen aur das saal Madine mein.</w:t>
      </w:r>
    </w:p>
    <w:p>
      <w:pPr>
        <w:jc w:val="right"/>
      </w:pPr>
      <w:r>
        <w:t>तो, तो सबसे पहले हम यह देखेंगे कि जो कुरान की जो मुद्दत है revelation की वह है तेईस साल. तेरह साल आप मक्का में रहे और दस साल मदीने में.</w:t>
      </w:r>
    </w:p>
    <w:p>
      <w:r>
        <w:rPr>
          <w:b/>
        </w:rPr>
        <w:t xml:space="preserve">[06:18] </w:t>
      </w:r>
      <w:r>
        <w:t>To ismein jo bees saal jo Quran ke ayaten utri hain, vah sab ke sab vahi thi jo aqeeda, tawheed, akhlaq, wisdom, yah sab baaten thi vahi mein. Lekin sirf teen saal jabki jang kar rahe the dushman, Quraish jang kar rahe the musalla jang.</w:t>
      </w:r>
    </w:p>
    <w:p>
      <w:pPr>
        <w:jc w:val="right"/>
      </w:pPr>
      <w:r>
        <w:t>तो इसमें जो बीस साल जो कुरान के आयतें उतरी हैं, वह सब के सब वही थी जो अकीदा, व्यवहादत, एखिलाह, wisdom, यह सब बातें थी वहीं में. लेकिन सिर्फ तीन साल जबकि जंग कर रहे थे दुश्मन, कुरेश जंग कर रहे थे मुसल्लाह जंग.</w:t>
      </w:r>
    </w:p>
    <w:p>
      <w:r>
        <w:rPr>
          <w:b/>
        </w:rPr>
        <w:t xml:space="preserve">[06:44] </w:t>
      </w:r>
      <w:r>
        <w:t>To us waqt kuch aayaten hain jinki tadad chalis batai jati hai, kuch aayaten aisi hain jismein jang karne ke liye kaha gaya. Asal mein Musalmanon ko itna zyada sabro-raz ki bare mein bataya ja raha tha ki unhon ne jab jang ka mauka aaya jab vo log Madina pahunch gae aur apne faujon ke sath to us waqt bhi vah jang se hichkichaa rahe the. Isliye kuch aayaten utni.</w:t>
      </w:r>
    </w:p>
    <w:p>
      <w:pPr>
        <w:jc w:val="right"/>
      </w:pPr>
      <w:r>
        <w:t>तो उस वक्त कुछ आते हैं जिनकी तादाद चालीस बताई जाती है, कुछ आते हैं ऐसी आई जिसमें जंग करने के लिए कहा गया. असल में मुसलमानों को इतना ज़्यादा सब्रोय राज की बारे में बताया जा रहा था कि उन्होंने जब जंग का मौका आया जब वो लोग मदीना पहुंच गए और अपने फौजों के साथ तो उस वक्त भी वह जंग से हिचकिचा रहे थे. इसलिए कुछ आए थे उतनी.</w:t>
      </w:r>
    </w:p>
    <w:p>
      <w:r>
        <w:rPr>
          <w:b/>
        </w:rPr>
        <w:t xml:space="preserve">[07:13] </w:t>
      </w:r>
      <w:r>
        <w:t>To in aayat in aayaton ka jo percentage hai vah point 6% hai aur usmein bhi aapne bar bar aaitraz kiya kyunki kitabon mein aap dekhenge to aapko dekh ke assi, 83 ghazwa bataye jate hain.</w:t>
      </w:r>
    </w:p>
    <w:p>
      <w:pPr>
        <w:jc w:val="right"/>
      </w:pPr>
      <w:r>
        <w:t>तो इन आयत इन आयतों का जो percentage है वह point 6% है और उसमें भी आपने बार बार ऐराज़ किया क्योंकि किताबों में आप देखेंगे तो आपको देख के अस्सी, 83 गज़वाद बताए जाते हैं.</w:t>
      </w:r>
    </w:p>
    <w:p>
      <w:r>
        <w:rPr>
          <w:b/>
        </w:rPr>
        <w:t xml:space="preserve">[07:33] </w:t>
      </w:r>
      <w:r>
        <w:t>Lekin aap Rasool Allah (SAW) sirf teen ghazwa mein sharik hue Badr, Uhud aur Hunain aur usmein bhi sirf aadhe aadhe din ka jang hui thi jisko hum is karish keh sakte hain. To eighty eighty jo ghazwa jo bataye jate hain usmein aapne ehsas ke zariye usne usne tadbeer ke zariye usko avoid kiya.</w:t>
      </w:r>
    </w:p>
    <w:p>
      <w:pPr>
        <w:jc w:val="right"/>
      </w:pPr>
      <w:r>
        <w:t>लेकिन आप रसूल्लाह सर्व सलम सिर्फ तीन गधवाद में शरीक हुए बदर, ओहद और हुनैन और उसमें भी सिर्फ आधे आधे दिन का जंग हुई थी जिसको हम इस कर्मिश कह सकते हैं. तो eighty eighty जो गजवाद जो बताए जाते हैं उसमें आपने एहस के ज़रिए उसने उसने तद्वीर के ज़रिए उसको avoid किया.</w:t>
      </w:r>
    </w:p>
    <w:p>
      <w:r>
        <w:rPr>
          <w:b/>
        </w:rPr>
        <w:t xml:space="preserve">[08:00] </w:t>
      </w:r>
      <w:r>
        <w:t>Kabhi aapne khandak khod di, kabhi batchit ki, negotiation kiya. Is tarike se aap jo hai sirf teen ghazwa mein shamil hue jabki bilkul aapko majboor kar diya gaya tha aur koi dusra chara nahin tha tab teen ghazwa hue hain. Asal mein us zamane mein kya hai ki har aadmi vah zamana police aur fauj ka zamana tha nahin. To vah jo bhi lathi danda, jo bhi hathiyar hote the, usko lekar log chalte the.</w:t>
      </w:r>
    </w:p>
    <w:p>
      <w:pPr>
        <w:jc w:val="right"/>
      </w:pPr>
      <w:r>
        <w:t>कभी आपने खंदक खोद दी, कभी बातचीत की, negotiation किया. इस तरीके से आप जो है सिर्फ तीन गज़वाद में शामिल हुए जबकि बिल्कुल आपको मजबूर कर दिया गया था और कोई दूसरा चारा नहीं था तब तीन गज़वाद हुए हैं. असल में उस ज़माने में क्या है कि हर आदमी वह ज़माना police और फौज का ज़माना था नहीं. तो वह जो भी लाठी डंडा, जो भी हथियार होते थे, उसको लेकर लोग चलते थे.</w:t>
      </w:r>
    </w:p>
    <w:p>
      <w:r>
        <w:rPr>
          <w:b/>
        </w:rPr>
        <w:t xml:space="preserve">[08:28] </w:t>
      </w:r>
      <w:r>
        <w:t>To aaj log samajhte nahin hain ki hathiyar lekar kyon chal rahe hain? Yah log to vah samajhte nahin hain. Vah to unka defense tha hota tha. Kyunki vah aaj ki duniya aur vah zamane ki duniya bilkul alag thi. Khud hi apna defense karna hota tha. To vah jang karne le nahin ja rahe hote hain balki apne defense ke liye jo bhi hathiyar hota tha vah usko apne paas rakh lete the.</w:t>
      </w:r>
    </w:p>
    <w:p>
      <w:pPr>
        <w:jc w:val="right"/>
      </w:pPr>
      <w:r>
        <w:t>तो आज लोग समझते नहीं हैं कि हथियार लेकर क्यों चल रहे हैं? यह लोग तो वह समझते नहीं हैं. वह तो उनका defense था होता था. क्योंकि वह आज की दुनिया और वह जमाने की दुनिया बिल्कुल अलग थी. खुद ही अपना defense करना होता था. तो वह जंग करने ले नहीं जा रहे होते हैं बल्कि अपने defense के लिए जो भी हथियार होता था वह उसको अपने पास रख लेते थे.</w:t>
      </w:r>
    </w:p>
    <w:p>
      <w:r>
        <w:rPr>
          <w:b/>
        </w:rPr>
        <w:t xml:space="preserve">[08:55] </w:t>
      </w:r>
      <w:r>
        <w:t>To ek bar mere pas mujhe yah khat mila tha usmein likha hua tha ki the prophet was always up in arms. Ki paighambar har bar jang ke liye taiyar rehte the. To aisa nahin tha ki paighambar har bar jang ke liye taiyar rehte the balki vah unka self defense ki wajah se hota tha ki bahar jate the to kuch na kuch sath apne rakhkar le jate the ki koi mauka aisa aa jae.</w:t>
      </w:r>
    </w:p>
    <w:p>
      <w:pPr>
        <w:jc w:val="right"/>
      </w:pPr>
      <w:r>
        <w:t>तो एक बार मेरे पास मुझे यह खत मिला था उसमें लिखा हुआ था कि the prophet was always up in arms. कि पगंबर हर बार जंग के लिए तैयार रहते थे. तो ऐसा नहीं था कि पगंबर हर बार जंग के लिए तैयार रहते थे बल्कि वह उनका self defense की वजह से होता था कि बाहर जाते थे तो कुछ ना कुछ साथ अपने रखकर ले जाते थे कि कोई मौका ऐसा आ जाए.</w:t>
      </w:r>
    </w:p>
    <w:p>
      <w:r>
        <w:rPr>
          <w:b/>
        </w:rPr>
        <w:t xml:space="preserve">[09:20] </w:t>
      </w:r>
      <w:r>
        <w:t>Pehle zamane mein daku vagera bhi bahut hote the, raste safe nahin the to sab log kuch na kuch lekar sath mein chalte the. To yah hai aur jo log kehte hain ki sab log hamare dushman hain to unke sath to jang karni padegi. To bilkul clear guideline hai Quran mein ki jang jo hai dushman se nahin hai balki hamla karne walon se hai.</w:t>
      </w:r>
    </w:p>
    <w:p>
      <w:pPr>
        <w:jc w:val="right"/>
      </w:pPr>
      <w:r>
        <w:t>पहले ज़माने में डाकू वगैरह भी बहुत होते थे, रास्ते safe नहीं थे तो सब लोग कुछ ना कुछ लेकर साथ में चलते थे. तो यह है और जो लोग कहते हैं कि सब लोग हमारे दुश्मन हैं तो उनके साथ तो जंग करनी पड़ेगी. तो बिल्कुल clear guideline है कुरान में कि जंग जो है दुश्मन से नहीं है बल्कि हमला hours है.</w:t>
      </w:r>
    </w:p>
    <w:p>
      <w:r>
        <w:rPr>
          <w:b/>
        </w:rPr>
        <w:t xml:space="preserve">[09:45] </w:t>
      </w:r>
      <w:r>
        <w:t>Jo aggression ki had tak jo log chale jaen, jo atyachar hon, unse jang ki ja sakti hai. Agar majboori ho, matlab agar avoid na kiya ja sake. Avoid to yahi karenge ki zyada se zyada negotiation karenge jisko aaj hum buy time buy time kehte hain. To zyada se zyada negotiation karenge aur koshish puri karenge ki jang na ho.</w:t>
      </w:r>
    </w:p>
    <w:p>
      <w:pPr>
        <w:jc w:val="right"/>
      </w:pPr>
      <w:r>
        <w:t>जो aggression की हद तक जो लोग चले जाएं, जो अठवार हों, उनसे जंग की जा सकती है. अगर मजबूरी हो, मतलब अगर avoid ना किया जा सके. Avoid तो यही करेंगे कि ज़्यादा से ज़्यादा negotiation करेंगे जिसको आज हम buy time buy time कहते हैं. तो ज़्यादा से ज़्यादा negotiation करेंगे और कोशिश पूरी करेंगे कि जंग ना हो.</w:t>
      </w:r>
    </w:p>
    <w:p>
      <w:r>
        <w:rPr>
          <w:b/>
        </w:rPr>
        <w:t xml:space="preserve">[10:11] </w:t>
      </w:r>
      <w:r>
        <w:t>Lekin jang jo hai kabhi kabhi unavoidable ho jati hai. To vahi teen bar jo hai unavoidable ho gai thi. To vahi teen bar jang hui hai Islam mein. Kyunki hamein yah dekhna hai ki insan jo hai har insan apni nature par paida hua hai. Albattah kuch parde pad jate hain, kuch tasawwuf ke parde hote hain. Kuch log apne aap ko superior samajhne lag jate hain.</w:t>
      </w:r>
    </w:p>
    <w:p>
      <w:pPr>
        <w:jc w:val="right"/>
      </w:pPr>
      <w:r>
        <w:t>लेकिन जंग जो है कभी कभी unvoidable हो जाती है. तो वही तीन बार जो है unvoidable हो गई थी. तो वही तीन बार जंग हुई है इस्लाम में. क्योंकि हमें यह देखना है कि इंसान जो है हर इंसान अपनी nature पर पैदा हुआ है. अल्बत्ता कुछ पर्दे पड़ जाते हैं, कुछ तास सुख के पर्दे होते हैं. कुछ लोग अपने आप को superior समझने लग जाते हैं.</w:t>
      </w:r>
    </w:p>
    <w:p>
      <w:r>
        <w:rPr>
          <w:b/>
        </w:rPr>
        <w:t xml:space="preserve">[10:39] </w:t>
      </w:r>
      <w:r>
        <w:t>To kuch interest hote hain aise, interest ki wajah se vah baaton ko sahi samajh nahin paate. To yah sab upari upari parde. To isiliye Quran mein, Hadith mein bahut zyada usne sulook ki baat aai hai kyon? Agar hum unke sath achha bartav karenge jaisa ki Quran mein aaya hai ki bhalai aur burai barabar nahin hai agar tum unke sath achha sulook karoge to vah tumhare bahut gehre dost ho jayenge.</w:t>
      </w:r>
    </w:p>
    <w:p>
      <w:pPr>
        <w:jc w:val="right"/>
      </w:pPr>
      <w:r>
        <w:t>तो कुछ interest होते हैं ऐसे, interest की वजह से वह बातों को सही समझ नहीं पाते. तो यह सब ऊपरी ऊपरी पर दें. तो इसीलिए कुरान में, हदीश में बहुत ज़्यादा उसने शुलूक की बात आई है क्यों? अगर हम उनके साथ अच्छा बर्ताव करेंगे जैसा कि कुरान में आया है कि बलाई और बुराई बराबर नहीं है अगर तुम उनके साथ अच्छा शुलूक करोगे तो वह तुम्हारे बहुत गहरे दोस्त हो जाएंगे.</w:t>
      </w:r>
    </w:p>
    <w:p>
      <w:r>
        <w:rPr>
          <w:b/>
        </w:rPr>
        <w:t xml:space="preserve">[11:07] </w:t>
      </w:r>
      <w:r>
        <w:t>To jab hum achha sulook karte hain to unka conscience awaken ho jata hai aur vahi jo abhi tak dushman nazar aa raha tha vah, vah hamara gehra dost ban jata hai. To Allah ne insan ko paida kiya. Allah ko maloom hai ki insan ke andar conscience hai aur ego hai. Ego ko jab aap hurt karenge to vah aur bada dushman ban jayega aur aap uske conscience ko awaken karenge to vah hamara dost ban jayega.</w:t>
      </w:r>
    </w:p>
    <w:p>
      <w:pPr>
        <w:jc w:val="right"/>
      </w:pPr>
      <w:r>
        <w:t>तो जब हम अच्छा शुलूक करते हैं तो उनका conscience awaken हो जाता है और वही जो अभी तक दुश्मन नज़र आ रहा था वह, वह हमारा गहरा दोस्त वन जाता है. तो अल्लाह ने इंसान को पैदा किया. अल्लाह को मालूम है कि इंसान के अंदर conscience है और ego है. Ego को जब आप hurt करेंगे तो वह और बड़ा दुश्मन वन जाएगा और आप उसके conscience को awaken करेंगे तो वह हमारा दोस्त वन जाएगा.</w:t>
      </w:r>
    </w:p>
    <w:p>
      <w:r>
        <w:rPr>
          <w:b/>
        </w:rPr>
        <w:t xml:space="preserve">[11:37] </w:t>
      </w:r>
      <w:r>
        <w:t>To hamein yahi chahiye ki hum apna jo hai hamesha apna behavior positive rakhen. Agar uski taraf se koi aisi negative behavior aa raha hai tab bhi hum positive rahen aur uske liye duaen bhi karte rahenge. Vah duaen hum karenge to Allah ki madad hasil hogi. Kehte hain ki insan ke dil jo hain Allah ki mutthi mein hai. To Allah taala uska dil pher denge aur vah hamara dost ban jayega.</w:t>
      </w:r>
    </w:p>
    <w:p>
      <w:pPr>
        <w:jc w:val="right"/>
      </w:pPr>
      <w:r>
        <w:t>तो हमें यही चाहिए कि हम अपना जो है हमेशा अपना behavior positive रखें. अगर उसकी तरफ से कोई ऐसी negative behavior आ रहा है तब भी हम positive रहें और उसके लिए दुआएं भी करते रहेंगे. वह दुआएं हम करेंगे तो अल्लाह की मदद हासिल होगी. कहते हैं कि इंसान के दिल जो हैं अल्लाह की मुट्टी में है. तो अल्लाह तालाह उसका दिल फेर देंगे और वह हमारा दोस्त वन जाएगा.</w:t>
      </w:r>
    </w:p>
    <w:p>
      <w:r>
        <w:rPr>
          <w:b/>
        </w:rPr>
        <w:t xml:space="preserve">[12:04] </w:t>
      </w:r>
      <w:r>
        <w:t>To is tarike se hamein jo hai jo kuch log Maulana kehte hain, kehte the ki kuch log actual friend hain, kuch log potential friend hain. To jo potential friend hain unko hum log hamein apne husne sulook se actual friend mein tabdeel kar dena hai.</w:t>
      </w:r>
    </w:p>
    <w:p>
      <w:pPr>
        <w:jc w:val="right"/>
      </w:pPr>
      <w:r>
        <w:t>तो इस तरीके से हमें जो है जो कुछ लोग मौराना कहते हैं, कहते थे कि कुछ लोग actual friend हैं, कुछ लोग potential friend हैं. तो जो potential friend हैं उनको हम लोग हमें अपने हुसने सुलूक से actual friend में तब्दील कर देना है.</w:t>
      </w:r>
    </w:p>
    <w:p>
      <w:r>
        <w:rPr>
          <w:b/>
        </w:rPr>
        <w:t xml:space="preserve">[12:25] </w:t>
      </w:r>
      <w:r>
        <w:t>To Surah Al-Hajj mein jo Al-Hajj ka verse number 39 mein aaya hai ki jang karne ki ijazat di gai un logon ko jinke khilaf jang chhed di gai hai. Yani jang unhin logon se ki ja sakti hai jo already atyachar hon, jo already jang kar rahe hon, zaryat kar rahe hon, unse jang ki ja sakti hai.</w:t>
      </w:r>
    </w:p>
    <w:p>
      <w:pPr>
        <w:jc w:val="right"/>
      </w:pPr>
      <w:r>
        <w:t>तो सूर्य अल्हाज में जो अल्हाज का verse number 39 में आया है कि जंग करने की इजाज़त दी गई उन लोगों को जिनके खिलाफ जंग छेड़ दी गई है. यानी जंग उन्हीं लोगों से की जा सकती है जो already अठवार हों, जो already जंग कर रहे हों, जारियत कर रहे हों, उनसे जंग की जा सकती है.</w:t>
      </w:r>
    </w:p>
    <w:p>
      <w:r>
        <w:rPr>
          <w:b/>
        </w:rPr>
        <w:t xml:space="preserve">[12:50] </w:t>
      </w:r>
      <w:r>
        <w:t>baqi tamam log jo hain unko potential friend samajhna hai aur humein unki unki hidayat ke liye kaam</w:t>
      </w:r>
    </w:p>
    <w:p>
      <w:pPr>
        <w:jc w:val="right"/>
      </w:pPr>
      <w:r>
        <w:t>बाकी तमाम लोग जो हैं उनको potential friend समझना है और हमें उनकी उनकी हिदायत के लिए काम</w:t>
      </w:r>
    </w:p>
    <w:p>
      <w:r>
        <w:rPr>
          <w:b/>
        </w:rPr>
        <w:t xml:space="preserve">[13:03] </w:t>
      </w:r>
      <w:r>
        <w:t>karna hai, unki hidayat ke liye duayein karni hai taake woh jo hai na jo ek achhi achhi</w:t>
      </w:r>
    </w:p>
    <w:p>
      <w:pPr>
        <w:jc w:val="right"/>
      </w:pPr>
      <w:r>
        <w:t>करना है, उनकी हिदायत के लिए दुआएं करनी है ताकि वह जो है ना जो एक अच्छी अच्छी</w:t>
      </w:r>
    </w:p>
    <w:p>
      <w:r>
        <w:rPr>
          <w:b/>
        </w:rPr>
        <w:t xml:space="preserve">[13:16] </w:t>
      </w:r>
      <w:r>
        <w:t>society bane, achhe member bane society ke aur Khuda se unka taalluq jude Khuda ke bande bane.</w:t>
      </w:r>
    </w:p>
    <w:p>
      <w:pPr>
        <w:jc w:val="right"/>
      </w:pPr>
      <w:r>
        <w:t>society बने, अच्छे member बने society के और खुदा से उनका ताल्लुक जुड़े खुदा के बंदे बने.</w:t>
      </w:r>
    </w:p>
    <w:p>
      <w:r>
        <w:rPr>
          <w:b/>
        </w:rPr>
        <w:t xml:space="preserve">[13:30] </w:t>
      </w:r>
      <w:r>
        <w:t>Kyunki duniya mein humko Khuda ka banda bankar rahna hai. To yah sari hidayat jo hai paighambar lekar aata hai aur aur yahi isiliye vah puri koshish karta hai ki har haal mein logon ko taleem di jae sachchai ki aur bahut hi peacefully taki unka ego jo hai vah bhadakne na pae.</w:t>
      </w:r>
    </w:p>
    <w:p>
      <w:pPr>
        <w:jc w:val="right"/>
      </w:pPr>
      <w:r>
        <w:t>क्योंकि दुनिया में हमको खुदा का बंदा बनकर रहना है. तो यह सारी हिदायत जो है पगंबर लेकर आता है और और यही इसीलिए वह पूरी कोशिश करता है कि हर हाल में लोगों को तालीम दी जाए सच्चाई की और बहुत ही peacefully ताकि उनका ego जो है वह भड़कने ना पाए.</w:t>
      </w:r>
    </w:p>
    <w:p>
      <w:r>
        <w:rPr>
          <w:b/>
        </w:rPr>
        <w:t xml:space="preserve">[13:52] </w:t>
      </w:r>
      <w:r>
        <w:t>to jab tak ego nahi bhadkega to tab tak hamara kaam jo hai aasani se chalta rahega aur, aur bahut jald aisa hoga ki logon ke dilon mein woh message jo hai woh gir kar jayega. to doosre hamein hamesha yaad rakhna chahiye ki jo pehla zamana tha woh bilkul different tha aur aaj ka zamana bilkul different hai.</w:t>
      </w:r>
    </w:p>
    <w:p>
      <w:pPr>
        <w:jc w:val="right"/>
      </w:pPr>
      <w:r>
        <w:t>तो जब तक ego नहीं भड़केगा तो तब तक हमारा काम जो है आसानी से चलता रहेगा और, और बहुत जल्द ऐसा होगा कि लोगों के दिलों में वह message जो है वह गिर कर जाएगा. तो दूसरे हमें हमेशा याद रखना चाहिए कि जो पहला जमाना था वह बिल्कुल different था और आज का जमाना बिल्कुल different है.</w:t>
      </w:r>
    </w:p>
    <w:p>
      <w:r>
        <w:rPr>
          <w:b/>
        </w:rPr>
        <w:t xml:space="preserve">[14:19] </w:t>
      </w:r>
      <w:r>
        <w:t>to pehla zamana jo tha woh usmein religious freedom nahi thi. jab bhi koi naya religion lekar aata to log uske dushman ho jate. aaj shayad duniya mein religious freedom ka haq jo hai woh tasleem kar liya gaya hai. to is wajah se woh logon mein ab woh sensitivity khatm ho gayi hai ki agar koi naya mazhab lekar aaye to usko marna shuru kar dein.</w:t>
      </w:r>
    </w:p>
    <w:p>
      <w:pPr>
        <w:jc w:val="right"/>
      </w:pPr>
      <w:r>
        <w:t>तो पहला जमाना जो था वह उसमें religious freedom नहीं थी. जब भी कोई नया religion लेकर आता तो लोग उसके दुश्मन हो जाते. आज शायद दुनिया में religious freedom का हक जो है वह तस्लीम कर लिया गया है. तो इस वजह से वह लोगों में अब वह sensitivity खत्म हो गई है कि अगर कोई नया मज़हब लेकर आए तो उसको मारना शुरू कर दें.</w:t>
      </w:r>
    </w:p>
    <w:p>
      <w:r>
        <w:rPr>
          <w:b/>
        </w:rPr>
        <w:t xml:space="preserve">[14:42] </w:t>
      </w:r>
      <w:r>
        <w:t>jaise pehle hota tha, to ab naya zamana hai usi naye zamane ke lihaz se hamein kaam karna hai aur jagah lekin agar hum violent method ka istemal karenge to phir hum dobara wahi purana zamana wapas le aaenge.</w:t>
      </w:r>
    </w:p>
    <w:p>
      <w:pPr>
        <w:jc w:val="right"/>
      </w:pPr>
      <w:r>
        <w:t>जैसे पहले होता था, तो अब नया जमाना है उसी नए जमाने के लिहाज से हमें काम करना है और जगह लेकिन अगर हम violent method का इस्तेमाल करेंगे तो फिर हम दोबारा वही पुराना जमाना वापस ले आऐंगे.</w:t>
      </w:r>
    </w:p>
    <w:p>
      <w:r>
        <w:rPr>
          <w:b/>
        </w:rPr>
        <w:t xml:space="preserve">[14:58] </w:t>
      </w:r>
      <w:r>
        <w:t>to hamein har haal mein jo aman ki halat ko barkarar rakhna hai, aman ki halat already paida ho chuki hai usi ko hamein barkarar rakhna hai aur isko barkarar rakhne ke liye yahi tareeka hai ki hamesha hamein ehsas karna hai. agar koi hamein baat buri lagti hai koi hamein bura kehta hai to humko ehsas karna hai sabr karna hai aur uske liye khuda se doae karni hai.</w:t>
      </w:r>
    </w:p>
    <w:p>
      <w:pPr>
        <w:jc w:val="right"/>
      </w:pPr>
      <w:r>
        <w:t>तो हमें हर हाल में जो अमन की हालत को बरकरार रखना है, अमन की हालत already पैदा हो चुकी है उसी को हमें बरकरार रखना है और इसको बरकरार रखने के लिए यही तरीका है कि हमेशा हमें एहसास करना है. अगर कोई हमें बात बुरी लगती है कोई हमें बुरा कहता है तो हमको एहसास करना है सब्र करना है और उसके लिए खुदा से दोआएं करनी है.</w:t>
      </w:r>
    </w:p>
    <w:p>
      <w:r>
        <w:rPr>
          <w:b/>
        </w:rPr>
        <w:t xml:space="preserve">[15:28] </w:t>
      </w:r>
      <w:r>
        <w:t>rasoolullah sallallahu alaihi wasallam ki ek hadith hai to usmein hai ki tum log dushman se mudbhed ki tamanna na karo aur allah se aman mango. to is hadith se pata chalta hai ki hamein kya karna hai? kyunki jab halatein aman baqi nahi rahegi to hum koi kaam nahi kar sakenge.</w:t>
      </w:r>
    </w:p>
    <w:p>
      <w:pPr>
        <w:jc w:val="right"/>
      </w:pPr>
      <w:r>
        <w:t>रसूल्लाह सलाह सलाह सलाह की एक हदीश है तो उसमें है कि तुम लोग दुश्मन से मुद्भेड़ की तमन्ना ना करो और अल्लाह से अमन मांगो. तो इस हदीश से पता चलता है कि हमें क्या करना है? क्योंकि जब हालतें अमन बाकी नहीं रहेगी तो हम कोई काम नहीं कर सकेंगे.</w:t>
      </w:r>
    </w:p>
    <w:p>
      <w:r>
        <w:rPr>
          <w:b/>
        </w:rPr>
        <w:t xml:space="preserve">[15:50] </w:t>
      </w:r>
      <w:r>
        <w:t>na hum khud aagah pahuncha sakenge, na hum khud din par qaim ho sakenge, na hum society mein koi musbat kaam constructive activities jari kar sakenge. to is wajah se har halat mein hamein chahiye ki hum aur yeh onus jo hai jo hai uska hum kaam karne ka woh musalmanon par hai. kyunki hamein doosron ko paigham pahunchana hai to yeh hamari zimmedari hai.</w:t>
      </w:r>
    </w:p>
    <w:p>
      <w:pPr>
        <w:jc w:val="right"/>
      </w:pPr>
      <w:r>
        <w:t>ना हम खुद आगाम पहुंचा सकेंगे, ना हम खुद दिन पर कायम हो सकेंगे, ना हम society में कोई मुस्बत काम constructive activities जारी कर सकेंगे. तो इस वजह से हर हालत में हमें चाहिए कि हम और यह onus जो है जो है उसका हम काम करने का वह सलमानों पर है. क्योंकि हमें दूसरों को प्यागाम पहुंचाना है तो यह हमारी ज़िम्मेदारी है.</w:t>
      </w:r>
    </w:p>
    <w:p>
      <w:r>
        <w:rPr>
          <w:b/>
        </w:rPr>
        <w:t xml:space="preserve">[16:19] </w:t>
      </w:r>
      <w:r>
        <w:t>bilkul aise hi jaise ek ek businessman hota hai, ek shopkeeper hota hai, to uski zimmedari hoti hai ki grahak se woh acche sa acche acche tarike se baat karein aur usko kisi tarike se bhi gussa na hone de. uske har baat ka jawab musbat tarike se de. ek baar abhi mujhe is par yaad aata hai ki ab purane delhi mein jab hum log pehle rehte the to wahan par ek dukaan thi.</w:t>
      </w:r>
    </w:p>
    <w:p>
      <w:pPr>
        <w:jc w:val="right"/>
      </w:pPr>
      <w:r>
        <w:t>बिल्कुल ऐसे ही जैसे एक एक businessman होता है, एक shopkeeper होता है, तो उसकी ज़िम्मेदारी होती है कि ग्राहक से वह अच्छे सा अच्छे अच्छे तरीके से बात करें और उसको किसी तरीके से भी गुस्सा ना होने दे. उसके हर बात का जवाब मुस्बत तरीके से दे. एक बार अभी मुझे इस पर याद आता है कि अब पुराने दिल्ली में जब हम लोग पहले रहते थे तो वहां पर एक दुकान थी.</w:t>
      </w:r>
    </w:p>
    <w:p>
      <w:r>
        <w:rPr>
          <w:b/>
        </w:rPr>
        <w:t xml:space="preserve">[16:45] </w:t>
      </w:r>
      <w:r>
        <w:t>to us dukaan woh Hindu ki dukaan thi to wahan par ek wahi to madhu hain.</w:t>
      </w:r>
    </w:p>
    <w:p>
      <w:pPr>
        <w:jc w:val="right"/>
      </w:pPr>
      <w:r>
        <w:t>तो उस दुकान वह हिंदू की दुकान थी तो वहां पर एक वही तो मधु हैं.</w:t>
      </w:r>
    </w:p>
    <w:p>
      <w:r>
        <w:rPr>
          <w:b/>
        </w:rPr>
        <w:t xml:space="preserve">[16:54] </w:t>
      </w:r>
      <w:r>
        <w:t>unhi tak to humein apna paigham pahunchana hai.</w:t>
      </w:r>
    </w:p>
    <w:p>
      <w:pPr>
        <w:jc w:val="right"/>
      </w:pPr>
      <w:r>
        <w:t>उन्हीं तक तो हमें अपना पैगाम पहुंचाना है.</w:t>
      </w:r>
    </w:p>
    <w:p>
      <w:r>
        <w:rPr>
          <w:b/>
        </w:rPr>
        <w:t xml:space="preserve">[17:03] </w:t>
      </w:r>
      <w:r>
        <w:t>jab hum log unki burai karte rahenge to woh humare andar woh woh soft corner na paida hoga,</w:t>
      </w:r>
    </w:p>
    <w:p>
      <w:pPr>
        <w:jc w:val="right"/>
      </w:pPr>
      <w:r>
        <w:t>जब हम लोग उनकी बुराई करते रहेंगे तो वह हमारे अंदर वह वह soft corner ना पैदा होगा,</w:t>
      </w:r>
    </w:p>
    <w:p>
      <w:r>
        <w:rPr>
          <w:b/>
        </w:rPr>
        <w:t xml:space="preserve">[17:12] </w:t>
      </w:r>
      <w:r>
        <w:t>na hum doosre ke andar soft corner paida kar paayenge.</w:t>
      </w:r>
    </w:p>
    <w:p>
      <w:pPr>
        <w:jc w:val="right"/>
      </w:pPr>
      <w:r>
        <w:t>ना हम दूसरे के अंदर soft corner पैदा कर पाएंगे.</w:t>
      </w:r>
    </w:p>
    <w:p>
      <w:r>
        <w:rPr>
          <w:b/>
        </w:rPr>
        <w:t xml:space="preserve">[17:21] </w:t>
      </w:r>
      <w:r>
        <w:t>aajkal log kehte rehte hain ke Christmas ke mauqe par aur doosre mauqe par jo festivals hote hain</w:t>
      </w:r>
    </w:p>
    <w:p>
      <w:pPr>
        <w:jc w:val="right"/>
      </w:pPr>
      <w:r>
        <w:t>आजकल लोग कहते रहते हैं कि Christmas के मौके पर और दूसरे मौके पर जो festivals होते हैं</w:t>
      </w:r>
    </w:p>
    <w:p>
      <w:r>
        <w:rPr>
          <w:b/>
        </w:rPr>
        <w:t xml:space="preserve">[17:30] </w:t>
      </w:r>
      <w:r>
        <w:t>aur doosre mazai walon ko to unko hum greet kar sakte hain ki nahin yeh sab bilkul hi</w:t>
      </w:r>
    </w:p>
    <w:p>
      <w:pPr>
        <w:jc w:val="right"/>
      </w:pPr>
      <w:r>
        <w:t>और दूसरे मज़ाई वालों को तो उनको हम greet कर सकते हैं कि नहीं यह सब बिल्कुल ही</w:t>
      </w:r>
    </w:p>
    <w:p>
      <w:r>
        <w:rPr>
          <w:b/>
        </w:rPr>
        <w:t xml:space="preserve">[17:39] </w:t>
      </w:r>
      <w:r>
        <w:t>ghair mutalliq sawalaat hain.</w:t>
      </w:r>
    </w:p>
    <w:p>
      <w:pPr>
        <w:jc w:val="right"/>
      </w:pPr>
      <w:r>
        <w:t>गैर मुतालिक सवालात हैं.</w:t>
      </w:r>
    </w:p>
    <w:p>
      <w:r>
        <w:rPr>
          <w:b/>
        </w:rPr>
        <w:t xml:space="preserve">[17:48] </w:t>
      </w:r>
      <w:r>
        <w:t>yeh to ek social ethics ka ki baat hai.</w:t>
      </w:r>
    </w:p>
    <w:p>
      <w:pPr>
        <w:jc w:val="right"/>
      </w:pPr>
      <w:r>
        <w:t>यह तो एक social ethics का की बात है.</w:t>
      </w:r>
    </w:p>
    <w:p>
      <w:r>
        <w:rPr>
          <w:b/>
        </w:rPr>
        <w:t xml:space="preserve">[17:53] </w:t>
      </w:r>
      <w:r>
        <w:t>woh humein greet karte hain to hum unko kyun nahin greet karenge?</w:t>
      </w:r>
    </w:p>
    <w:p>
      <w:pPr>
        <w:jc w:val="right"/>
      </w:pPr>
      <w:r>
        <w:t>वह हमें greet करते हैं तो हम उनको क्यों नहीं greet करेंगे?</w:t>
      </w:r>
    </w:p>
    <w:p>
      <w:r>
        <w:rPr>
          <w:b/>
        </w:rPr>
        <w:t xml:space="preserve">[17:58] </w:t>
      </w:r>
      <w:r>
        <w:t>to is tarike se humein unko greet karna hai, unse achhe tal naukaat rakhna hai aur yeh taalif</w:t>
      </w:r>
    </w:p>
    <w:p>
      <w:pPr>
        <w:jc w:val="right"/>
      </w:pPr>
      <w:r>
        <w:t>तो इस तरीके से हमें उनको greet करना है, उनसे अच्छे तल नौकात रखना है और यह तालिफ</w:t>
      </w:r>
    </w:p>
    <w:p>
      <w:r>
        <w:rPr>
          <w:b/>
        </w:rPr>
        <w:t xml:space="preserve">[18:03] </w:t>
      </w:r>
      <w:r>
        <w:t>kalb jo hai ek bahut hi badi value hai Islam mein isko bahut zyada is par ahmiyat di</w:t>
      </w:r>
    </w:p>
    <w:p>
      <w:pPr>
        <w:jc w:val="right"/>
      </w:pPr>
      <w:r>
        <w:t>कल्भ जो है एक बहुत ही बड़ी value है इस्लाम में इसको बहुत ज़्यादा इस पर अहमियत दी</w:t>
      </w:r>
    </w:p>
    <w:p>
      <w:r>
        <w:rPr>
          <w:b/>
        </w:rPr>
        <w:t xml:space="preserve">[18:08] </w:t>
      </w:r>
      <w:r>
        <w:t>gayi hai ke logon ke dilon ko naram karna kyunke jab tak logon ke dilon ko naram nahin</w:t>
      </w:r>
    </w:p>
    <w:p>
      <w:pPr>
        <w:jc w:val="right"/>
      </w:pPr>
      <w:r>
        <w:t>गई है कि लोगों के दिलों को नरम करना क्योंकि जब तक लोगों के दिलों को नरम नहीं</w:t>
      </w:r>
    </w:p>
    <w:p>
      <w:r>
        <w:rPr>
          <w:b/>
        </w:rPr>
        <w:t xml:space="preserve">[18:13] </w:t>
      </w:r>
      <w:r>
        <w:t>karenge tab tak woh humari baat ke liye receptive nahin honge.</w:t>
      </w:r>
    </w:p>
    <w:p>
      <w:pPr>
        <w:jc w:val="right"/>
      </w:pPr>
      <w:r>
        <w:t>करेंगे तब तक वह हमारी बात के लिए receptive नहीं होंगे.</w:t>
      </w:r>
    </w:p>
    <w:p>
      <w:r>
        <w:rPr>
          <w:b/>
        </w:rPr>
        <w:t xml:space="preserve">[18:19] </w:t>
      </w:r>
      <w:r>
        <w:t>bas woh kabhi kabhi aisa hota rahega ki chunki duniya ke nizam allah taala ne musabaqat yani competition ke usool par banaya hai to sabke apne apne interest hain aur us woh interest jo hai clash karte hain. to is tarike se hamein lagta hai ki woh hamara dushman hai. woh dushman nahi hai balki yahi nizam hai duniya ka.</w:t>
      </w:r>
    </w:p>
    <w:p>
      <w:pPr>
        <w:jc w:val="right"/>
      </w:pPr>
      <w:r>
        <w:t>बस वह कभी कभी ऐसा होता रहेगा कि चूंकि दुनिया के निज़ाम अल्लाह ताला ने मोसाबिकत यानी competition के उसूल पर बनाया है तो सबके अपने अपने interest हैं और उस वह interest जो है clash करते हैं. तो इस तरीके से हमें लगता है कि वह हमारा दुश्मन है. वह दुश्मन नहीं है बल्कि यही निज़ाम है दुनिया का.</w:t>
      </w:r>
    </w:p>
    <w:p>
      <w:r>
        <w:rPr>
          <w:b/>
        </w:rPr>
        <w:t xml:space="preserve">[18:44] </w:t>
      </w:r>
      <w:r>
        <w:t>woh challenges aayenge us challenges ko hamein face karna hai aur kisi ko bhi dushman nahi samajhna hai. balki yeh dekhna hai ki kya best tareeka hai us problem ko solve karne ka? aur hamein kahin nahi jana hai agar hum sirf paighambar e islam ki zindagi ko acche tarike se padhein aur usko samjhein to hamein har misaal wahin mil jati hai.</w:t>
      </w:r>
    </w:p>
    <w:p>
      <w:pPr>
        <w:jc w:val="right"/>
      </w:pPr>
      <w:r>
        <w:t>वह challenges आऐंगे उस challenges को हमें face करना है और किसी को भी दुश्मन नहीं समझना है. बल्कि यह देखना है कि क्या best तरीका है उस problem को solve करने का? और हमें कहीं नहीं जाना है अगर हम सिर्फ पैगंबर ए इस्लाम की ज़िंदगी को अच्छे तरीके से पढ़ें और उसको समझें तो हमें हर मिसाल वहीं मिल जाती है.</w:t>
      </w:r>
    </w:p>
    <w:p>
      <w:r>
        <w:rPr>
          <w:b/>
        </w:rPr>
        <w:t xml:space="preserve">[19:09] </w:t>
      </w:r>
      <w:r>
        <w:t>misal ke taur par jab Rasool Allah sallallahu alaihi wasallam ne Makkah fatah kiya to sabse pehle to yeh kiya</w:t>
      </w:r>
    </w:p>
    <w:p>
      <w:pPr>
        <w:jc w:val="right"/>
      </w:pPr>
      <w:r>
        <w:t>मिसाल के तौर पर जब रसूल्लाह सल्लाह सल्लाम ने मक्का फताह किया तो सबसे पहले तो यह किया</w:t>
      </w:r>
    </w:p>
    <w:p>
      <w:r>
        <w:rPr>
          <w:b/>
        </w:rPr>
        <w:t xml:space="preserve">[19:20] </w:t>
      </w:r>
      <w:r>
        <w:t>ke tamam woh dushman jaani dushmanon ko maaf kar diya jo ke baar baar jang kar rahe the.</w:t>
      </w:r>
    </w:p>
    <w:p>
      <w:pPr>
        <w:jc w:val="right"/>
      </w:pPr>
      <w:r>
        <w:t>कि तमाम वह दुश्मन जानी दुश्मनों को माफ कर दिया जो कि बार बार जंग कर रहे थे.</w:t>
      </w:r>
    </w:p>
    <w:p>
      <w:r>
        <w:rPr>
          <w:b/>
        </w:rPr>
        <w:t xml:space="preserve">[19:31] </w:t>
      </w:r>
      <w:r>
        <w:t>aapko itna zyada unhone sataya tha Makkah se nikala tha.</w:t>
      </w:r>
    </w:p>
    <w:p>
      <w:pPr>
        <w:jc w:val="right"/>
      </w:pPr>
      <w:r>
        <w:t>आपको इतना ज़्यादा उन्होंने सताया था मक्के से निकाला था.</w:t>
      </w:r>
    </w:p>
    <w:p>
      <w:r>
        <w:rPr>
          <w:b/>
        </w:rPr>
        <w:t xml:space="preserve">[19:42] </w:t>
      </w:r>
      <w:r>
        <w:t>wahan fauj bhej deta hai. ab aapke paas bahut sare bahut log das hazar log to makka ke andar dakhil hue the aur musalman log islam mein dakhil ho rahe the. to aap har jagah fauj bhej bej kar sab kuch surrender karwate hain. aisa nahi aapne kiya balki yeh tamam qabail ke delegations kuch aaye, kuch aapne bulaya aur un logon se mayde kiye.</w:t>
      </w:r>
    </w:p>
    <w:p>
      <w:pPr>
        <w:jc w:val="right"/>
      </w:pPr>
      <w:r>
        <w:t>वहां फौज भेज देता है. अब आपके पास बहुत सारे बहुत लोग दस हज़ार लोग तो मक्का के अंदर दाखिल हुए थे और मुसलसल लोग इस्लाम में दाखिल हो रहे थे. तो आप हर जगह फौज भेज बेज कर सब कुछ surrender करवाते हैं. ऐसा नहीं आपने किया बल्कि यह तमाम कबाल के delegations कुछ आए, कुछ आपने बुलाया और उन लोगों से मायदे किए.</w:t>
      </w:r>
    </w:p>
    <w:p>
      <w:r>
        <w:rPr>
          <w:b/>
        </w:rPr>
        <w:t xml:space="preserve">[20:06] </w:t>
      </w:r>
      <w:r>
        <w:t>peaceful tarike se un logon se mayde kiye aur bahut hi jald poora arab jo hai woh aapka supporter ban gaya. to paighambar ki jo poori zindagi hamein batati hai ki hamein peaceful tarike se kaam karna hai aur zyada se zyada aise mawaqe par hamein avoid karna hai.</w:t>
      </w:r>
    </w:p>
    <w:p>
      <w:pPr>
        <w:jc w:val="right"/>
      </w:pPr>
      <w:r>
        <w:t>Peaceful तरीके से उन लोगों से मायदे किए और बहुत ही जल्द पूरा अरब जो है वह आपका supporter वन गया. तो पंगम्बर की जो पूरी ज़िंदगी हमें बताती है कि हमें peaceful तरीके से काम करना है और ज़्यादा से ज़्यादा ऐसे मवाके पर हमें avoid करना है.</w:t>
      </w:r>
    </w:p>
    <w:p>
      <w:r>
        <w:rPr>
          <w:b/>
        </w:rPr>
        <w:t xml:space="preserve">[20:27] </w:t>
      </w:r>
      <w:r>
        <w:t>hamein zyada se zyada koshish karni hai ki aise mawaqe par kuch creative koi solution dhoondhein. pandrah din tak aapne batchit karte rahe.</w:t>
      </w:r>
    </w:p>
    <w:p>
      <w:pPr>
        <w:jc w:val="right"/>
      </w:pPr>
      <w:r>
        <w:t>हमें ज़्यादा से ज़्यादा कोशिश करनी है कि ऐसे मवाके पर कुछ creative कोई solution ढूंढें. पंद्रह दिन तक आपने बातचीत करते रहे.</w:t>
      </w:r>
    </w:p>
    <w:p>
      <w:r>
        <w:rPr>
          <w:b/>
        </w:rPr>
        <w:t xml:space="preserve">[20:54] </w:t>
      </w:r>
      <w:r>
        <w:t>jab dekha ki woh log koi baat manne ko koi tayyari nahi hai to aapne finally unki tamam sharton ko maan liya aur unki tamam sharton ke saath muahida kar liya. P street jisko hum kehte hain. to aur is tarike se muahida karne ki wajah se kya hua ki ekdam halaat normalize ho gaye.</w:t>
      </w:r>
    </w:p>
    <w:p>
      <w:pPr>
        <w:jc w:val="right"/>
      </w:pPr>
      <w:r>
        <w:t>जब देखा कि वह लोग कोई बात मानने को कोई तैयारी नहीं है तो आपने finally उनकी तमाम शर्तों को मान लिया और उनकी तमाम शर्तों के साथ मुआयदा कर लिया. P street जिसको हम कहते हैं. तो और इस तरीके से मुआयदा करने की वजह से क्या हुआ कि एकदम हालात normalize हो गए.</w:t>
      </w:r>
    </w:p>
    <w:p>
      <w:r>
        <w:rPr>
          <w:b/>
        </w:rPr>
        <w:t xml:space="preserve">[21:14] </w:t>
      </w:r>
      <w:r>
        <w:t>tamam logon ka aana jaana Makkah mein, Makkah wale Madina aate, Madine wale Makkah jaate agar har waqt</w:t>
      </w:r>
    </w:p>
    <w:p>
      <w:pPr>
        <w:jc w:val="right"/>
      </w:pPr>
      <w:r>
        <w:t>तमाम लोगों का आना जाना मक्के में, मक्के वाले मदीना आते, मदीने वाले मक्का जाते अगर हर वक्त</w:t>
      </w:r>
    </w:p>
    <w:p>
      <w:r>
        <w:rPr>
          <w:b/>
        </w:rPr>
        <w:t xml:space="preserve">[21:24] </w:t>
      </w:r>
      <w:r>
        <w:t>log athbaar rahe hain to jo humare jo Islami takazey hain jiske saath humara zindagi guzarni chahiye, woh</w:t>
      </w:r>
    </w:p>
    <w:p>
      <w:pPr>
        <w:jc w:val="right"/>
      </w:pPr>
      <w:r>
        <w:t>लोग अठबार रहे हैं तो जो हमारे जो इस्लामी तकाज़ें हैं जिसके साथ हमारा ज़िंदगी गुज़ारनी चाहिए, वह</w:t>
      </w:r>
    </w:p>
    <w:p>
      <w:r>
        <w:rPr>
          <w:b/>
        </w:rPr>
        <w:t xml:space="preserve">[21:35] </w:t>
      </w:r>
      <w:r>
        <w:t>bhi hum nahin kar sakenge.</w:t>
      </w:r>
    </w:p>
    <w:p>
      <w:pPr>
        <w:jc w:val="right"/>
      </w:pPr>
      <w:r>
        <w:t>भी हम नहीं कर सकेंगे.</w:t>
      </w:r>
    </w:p>
    <w:p>
      <w:r>
        <w:rPr>
          <w:b/>
        </w:rPr>
        <w:t xml:space="preserve">[21:46] </w:t>
      </w:r>
      <w:r>
        <w:t>to normalization jo hai woh bahut hi zyada zaroori hai aur iske liye har sacrifice karna jo hai woh chahiye kyunki rasoolullah sallallahu alaihi wasallam ki zindagi mein hum yahi dekhte hain. kaise ek aisa zamana jabki har bahut log ainthwar rehte the, har bahut talwar kheench lete the. us zamane mein aapne kaam kiya aur sirf dahi din ki jang aapne ladi hai.</w:t>
      </w:r>
    </w:p>
    <w:p>
      <w:pPr>
        <w:jc w:val="right"/>
      </w:pPr>
      <w:r>
        <w:t>तो normalization जो है वह बहुत ही ज़्यादा ज़रूरी है और इसके लिए हर sacrifice करना जो है वह चाहिए क्योंकि रसूल्लाह सरसलन की ज़िंदगी में हम यही देखते हैं. कैसे एक ऐसा जमाना जबकि हर बहुत लोग ऐंठवार रहते थे, हर बहुत तलवार खींच लेते थे. उस जमाने में आपने काम किया और सिर्फ ढाई दिन की जंग आपने लड़ी है.</w:t>
      </w:r>
    </w:p>
    <w:p>
      <w:r>
        <w:rPr>
          <w:b/>
        </w:rPr>
        <w:t xml:space="preserve">[22:14] </w:t>
      </w:r>
      <w:r>
        <w:t>to iske liye aapne kitna zyada mehnat ki, kitna zyada aapne sabr o raz kiya, kitna zyada usne shuluk kiya. yeh sab aap rasoolullah sallallahu alaihi wasallam ki zindagi mein aap dekh sakte hain. main yahi chahungi ki aap log sab log bahut mukammal zindagi rasoolullah sallallahu alaihi wasallam ki padhein aur usse sabak lein.</w:t>
      </w:r>
    </w:p>
    <w:p>
      <w:pPr>
        <w:jc w:val="right"/>
      </w:pPr>
      <w:r>
        <w:t>तो इसके लिए आपने कितना ज़्यादा मेहनत की, कितना ज़्यादा आपने सब रोए राज़ किया, कितना ज़्यादा उसने शुलूक किया. यह सब आप रसूल्लाह सलाह सलाह सलाह की ज़िंदगी में आप देख सकते हैं. मैं यही चाहूंगी कि आप लोग सब लोग बहुत मुकम्मल ज़िंदगी रसूल्लाह सर्वशलम की पढ़ें और उससे सबक लें.</w:t>
      </w:r>
    </w:p>
    <w:p>
      <w:r>
        <w:rPr>
          <w:b/>
        </w:rPr>
        <w:t xml:space="preserve">[22:40] </w:t>
      </w:r>
      <w:r>
        <w:t>kyunki aapki zindagi mein har tarah ke situations aaye. is wajah se har mauqe par aapki zindagi se hamein sabak milta hai hum aur uske baad aap sahaba ki zindagiyaan padhein to aapke liye har mauqe par koi na koi aapko rahnumai mil jayegi.</w:t>
      </w:r>
    </w:p>
    <w:p>
      <w:pPr>
        <w:jc w:val="right"/>
      </w:pPr>
      <w:r>
        <w:t>क्योंकि आपकी ज़िंदगी में हर तरह के situations आए. इस वजह से हर मौके पर आपकी ज़िंदगी से हमें सबक मिलता है हम और उसके बाद आप सहाबा की ज़िंदगियां पढ़ें तो आपके लिए हर मौके पर कोई ना कोई आपको रहनुमाई मिल जाएगी.</w:t>
      </w:r>
    </w:p>
    <w:p>
      <w:r>
        <w:rPr>
          <w:b/>
        </w:rPr>
        <w:t xml:space="preserve">[23:09] </w:t>
      </w:r>
      <w:r>
        <w:t>So we'll start with question answer and comment session. We are receiving quite a few comments from all of you and some questions. I would also request that you also mention your location when you post the comments and the questions. So aapas sabse pehle to main kuch comment padhna chahunga. bahut logon ne bahut acche comments bheje hain, jaza kala. logon ko bahut pasand aaya hai.</w:t>
      </w:r>
    </w:p>
    <w:p>
      <w:pPr>
        <w:jc w:val="right"/>
      </w:pPr>
      <w:r>
        <w:t>So we'll start with question answer and comment session. We are receiving quite a few comments from all of you and some questions. I would also request that you also mention your location when you post the comments and the questions. So आपस सबसे पहले तो मैं कुछ comment पढ़ना चाहूंगा. बहुत लोगों ने बहुत अच्छे comments भेजे हैं, जज़ा कर ला. लोगों को बहुत पसंद आया है.</w:t>
      </w:r>
    </w:p>
    <w:p>
      <w:r>
        <w:rPr>
          <w:b/>
        </w:rPr>
        <w:t xml:space="preserve">[23:35] </w:t>
      </w:r>
      <w:r>
        <w:t>jaise nadeer maddasir sahab ne likha hai Islam is a peaceful deen. Doctor safeena tabassum ne saharanpur se likha hai. Very meaningful and relevant talk. Maulana Iqbal Umri ne Chennai se likha hai, today there is no need of war for the cause of Islam as there is peaceful environment for worshipping Allah and doing of dawa work. usi tarike se professor rajma siddiqui ne gurgaon se bheja comment.</w:t>
      </w:r>
    </w:p>
    <w:p>
      <w:pPr>
        <w:jc w:val="right"/>
      </w:pPr>
      <w:r>
        <w:t>जैसे नादेर मदस्सेर साहब ने लिखा है इस्लाम is a peaceful दीन. Doctor सफीना तबस्व ने सहारनपुर से लिखा है. Very meaningful and relevant talk. मुलाना इकबाल उम्री ने चेन्नई से लिखा है, today there is no need of war for the cause of इस्लाम as there is peaceful environment for worshipping अल्लाह and doing of दावा work. उसी तरीके से professor रजमा सिद्दीकी ने गुड़गांव से भेजा comment.</w:t>
      </w:r>
    </w:p>
    <w:p>
      <w:r>
        <w:rPr>
          <w:b/>
        </w:rPr>
        <w:t xml:space="preserve">[24:05] </w:t>
      </w:r>
      <w:r>
        <w:t>Masha Allah Maulana's peaceful mission is being carried further in such a meaningful way, jaza kalla. Sarwat Iqbal sahab aur Abdul Hannan Malik sahab ne Pakistan se best wishes bheji hain aur likha hai indeed Islam is a religion of peace. Doctor Asam Khan sahab ne saharanpur se likha hai.</w:t>
      </w:r>
    </w:p>
    <w:p>
      <w:pPr>
        <w:jc w:val="right"/>
      </w:pPr>
      <w:r>
        <w:t>माशा अल्लाह मुलाना's peaceful mission is being carried further in such a meaningful way, जज़ा कल्ला. सर्वत इकबाल साहब और अब्दुल हनन मलिक साहब ने Pakistan से best wishes भेजी हैं और लिखा है indeed इस्लाम is a religion of peace. Doctor असम खान साहब ने सारनपुर से लिखा है.</w:t>
      </w:r>
    </w:p>
    <w:p>
      <w:r>
        <w:rPr>
          <w:b/>
        </w:rPr>
        <w:t xml:space="preserve">[24:27] </w:t>
      </w:r>
      <w:r>
        <w:t>Chapter seven verse 68 of Quran says, I am conveying my lords message to you and I am your well wisher and your honest advisor. If you are a day then this is a great teaching of love to all madhub, to all members of the society in spite of any grievances. Aapka kuch sawal lena chahunga.</w:t>
      </w:r>
    </w:p>
    <w:p>
      <w:pPr>
        <w:jc w:val="right"/>
      </w:pPr>
      <w:r>
        <w:t>Chapter seven verse 68 of Quran says, I am conveying my lords message to you and I am your well wisher and your honest advisor. If you are a दाय then this is a great teaching of love to all मधु, to all members of the society in spite of any grievances. आपका कुछ सवाल लेना चाहूंगा.</w:t>
      </w:r>
    </w:p>
    <w:p>
      <w:r>
        <w:rPr>
          <w:b/>
        </w:rPr>
        <w:t xml:space="preserve">[24:56] </w:t>
      </w:r>
      <w:r>
        <w:t>yeh sawal bheja hai Ahmedabad se Zubair sahab ne aur unhone likha hai ki you also mentioned about you know some of the wars that prophet of Islam fought. If you could tell us what was the status of the wars that were fought by prophet Muhammad? Context. Yeh saare war jo hai badro uhdud yeh sab defensive war the. Ji.</w:t>
      </w:r>
    </w:p>
    <w:p>
      <w:pPr>
        <w:jc w:val="right"/>
      </w:pPr>
      <w:r>
        <w:t>यह सवाल भेजा है अहमदाबाद से जुबेर साहब ने और उन्होंने लिखा है कि you also mentioned about you know some of the wars that prophet of Islam fought. If you could tell us what was the status of the wars that were fought by prophet मोहम्मद? Context. ये सारे war जो है बदरोह धुनैन ये सब defensive war थे. जी.</w:t>
      </w:r>
    </w:p>
    <w:p>
      <w:r>
        <w:rPr>
          <w:b/>
        </w:rPr>
        <w:t xml:space="preserve">[25:25] </w:t>
      </w:r>
      <w:r>
        <w:t>Defense mein to aaj bhi tamam jo momalik ke constitution se to usmein defensive war permissible hai aur lekin Rasoolullah (SAW) ne poori koshish ki avoid karne ki. Ab jaise solah waaday bhi aati hai to das saala peace treaty thi woh. Das saala woh to do saal mein khatam ho gayi. Quraish ki woh Quraish ne usmein badhaai ki thi to uski wajah se khatam hui.</w:t>
      </w:r>
    </w:p>
    <w:p>
      <w:pPr>
        <w:jc w:val="right"/>
      </w:pPr>
      <w:r>
        <w:t>Defense में तो आज भी तमाम जो मोमालिक के constitution से तो उसमें defensive war permissible है और लेकिन रसूल्लाह सलम ने पूरी कोशिश की avoid करने की. अब जैसे सोलह वादय भी आती है तो दस साला peace treaty थी वह. दस साला वह तो दो साल में खत्म हो गई. कोरेश की वह कोरेश ने उसमें बधाईधी की थी तो उसकी वजह से खत्म हुई.</w:t>
      </w:r>
    </w:p>
    <w:p>
      <w:r>
        <w:rPr>
          <w:b/>
        </w:rPr>
        <w:t xml:space="preserve">[25:53] </w:t>
      </w:r>
      <w:r>
        <w:t>Lekin aapne to das saala peace treaty kar li thi. To yeh saari defense mein hui defense mein bahar allowed hai lekin poori koshish karna chahiye usko avoid karne ki.</w:t>
      </w:r>
    </w:p>
    <w:p>
      <w:pPr>
        <w:jc w:val="right"/>
      </w:pPr>
      <w:r>
        <w:t>लेकिन आपने तो दस साला peace treaty कर ली थी. तो यह सारी defense में हुई defense में बाहर allowed है लेकिन पूरी कोशिश करना चाहिए उसको avoid करने की.</w:t>
      </w:r>
    </w:p>
    <w:p>
      <w:r>
        <w:rPr>
          <w:b/>
        </w:rPr>
        <w:t xml:space="preserve">[26:07] </w:t>
      </w:r>
      <w:r>
        <w:t>Ji, aapka in fact ek khadeej bhi hai kyunke when we talk about jihad to people they often attribute these wars and I have seen that you are you have also addressed many students and universities and college and you have tried to clear and put things in perspective.</w:t>
      </w:r>
    </w:p>
    <w:p>
      <w:pPr>
        <w:jc w:val="right"/>
      </w:pPr>
      <w:r>
        <w:t>जी, आपका in fact एक खदीज भी है क्योंकि when we talk about जिहाद to people they often attribute these wars and I have seen that you are you have also addressed many students and universities and college and you have tried to clear and put things in perspective.</w:t>
      </w:r>
    </w:p>
    <w:p>
      <w:r>
        <w:rPr>
          <w:b/>
        </w:rPr>
        <w:t xml:space="preserve">[26:26] </w:t>
      </w:r>
      <w:r>
        <w:t>Lekin ek hadees bhi hai ke jismein Rasool Ullah kehte hain ke main subah ki namaz mein shareek hokar suraj ke nikalne tak Allah ka zikr karta raha hoon. Yeh zyada mehboob hai ke main suraj nikalne tak umda ghodo ko mujhaydon ko deta raha hoon. To isse bhi aap ab bahut saaf hote hain ke jihad aur jo wars thay woh bahut contextual thay. Jaise aaj aapne bahut achhe se samjhaya.</w:t>
      </w:r>
    </w:p>
    <w:p>
      <w:pPr>
        <w:jc w:val="right"/>
      </w:pPr>
      <w:r>
        <w:t>लेकिन एक हदीज़ भी है कि जिसमें रसोल उल्लाह कहते हैं कि मैं सुबह की नमाज़ में शरीक होकर सूरज के निकलने तक अल्लाह का ज़िक्र करता रहा हूं. यह ज़्यादा महबूब है कि मैं सूरज निकलने तक उम्दा घोड़ों को मुझायदों को देता रहा हूं. तो इससे भी आप अब बहुत साफ होते हैं कि जिहाद और जो wars थे वह बहुत contextual थे. जैसे आज आपने बहुत अच्छे से समझाया.</w:t>
      </w:r>
    </w:p>
    <w:p>
      <w:r>
        <w:rPr>
          <w:b/>
        </w:rPr>
        <w:t xml:space="preserve">[26:54] </w:t>
      </w:r>
      <w:r>
        <w:t>They were relevant to that time period and for a particular purpose but should not be generalized and referred to. And the fact is that the moral consciousness that Islam, you know, sort of brought in the society is often ignored and the militaristic or the battle aspect has been brought more forward by many scholars.</w:t>
      </w:r>
    </w:p>
    <w:p>
      <w:pPr>
        <w:jc w:val="right"/>
      </w:pPr>
      <w:r>
        <w:t>They were relevant to that time period and for a particular purpose but should not be generalized and referred to. And the fact is that the moral consciousness that Islam, you know, sort of brought in the society is often ignored and the militaristic or the battle aspect has been brought more forward by many scholars.</w:t>
      </w:r>
    </w:p>
    <w:p>
      <w:r>
        <w:rPr>
          <w:b/>
        </w:rPr>
        <w:t xml:space="preserve">[27:20] </w:t>
      </w:r>
      <w:r>
        <w:t>And I think this is the reason that why always wars and battles are attributed to Islam, but not the fact that the spiritual element that prophet of Islam brought about in the society and the transformation that he brought in the society by awakening the moral consciousness, that has been largely missed by the Islamic scholars. Asal mein yeh zamani factor hai na?</w:t>
      </w:r>
    </w:p>
    <w:p>
      <w:pPr>
        <w:jc w:val="right"/>
      </w:pPr>
      <w:r>
        <w:t>And I think this is the reason that why always wars and battles are attributed to Islam, but not the fact that the spiritual element that prophet of Islam brought about in the society and the transformation that he brought in the society by awakening the moral consciousness, that has been largely missed by the Islamic scholars. असल में यह ज़मानी factor है ना?</w:t>
      </w:r>
    </w:p>
    <w:p>
      <w:r>
        <w:rPr>
          <w:b/>
        </w:rPr>
        <w:t xml:space="preserve">[27:46] </w:t>
      </w:r>
      <w:r>
        <w:t>Us zamane mein war aur generals aur yahi sab cheezon ko glorify kiya jaata tha. Woh zamana bilkul alag tha aur aaj ka zamana bilkul alag hai. Ji. To us zamane ke lihaaz se woh gadhavat ko glorify kiya gaya. Islam mein aisa nahi hai. Islam mein insaan ka zindagi ka maqsad kya hai? Intellectual development, spiritual development. To jangon se thodi spiritual development hota hai.</w:t>
      </w:r>
    </w:p>
    <w:p>
      <w:pPr>
        <w:jc w:val="right"/>
      </w:pPr>
      <w:r>
        <w:t>उस ज़माने में war और generals और यही सब चीज़ों को glorify किया जाता था. वह ज़माना बिल्कुल अलग था और आज का ज़माना बिल्कुल अलग है. जी. तो उस जमाने के लिहाज से वह गधवात को glorify किया गया. इस्लाम में ऐसा नहीं है. इस्लाम में इंसान का ज़िंदगी का मकसद क्या है? Intellectual development, spiritual development. तो जंगों से थोड़ी spiritual development होता है.</w:t>
      </w:r>
    </w:p>
    <w:p>
      <w:r>
        <w:rPr>
          <w:b/>
        </w:rPr>
        <w:t xml:space="preserve">[28:13] </w:t>
      </w:r>
      <w:r>
        <w:t>To bilkul sahi hai aapne kaha ke woh puda ki waadat karna, puda se taal log jodna yeh insaan ki zindagi ka maqsad hai. Woh to kabhi kabhi aisa ho jaata hai kyunke log doosre log jo hain apni azaadi ko misuse karte hain uski wajah se kabhi kabhi jang tak naubat pahunch jaati hai. Ji.</w:t>
      </w:r>
    </w:p>
    <w:p>
      <w:pPr>
        <w:jc w:val="right"/>
      </w:pPr>
      <w:r>
        <w:t>तो बिल्कुल सही है आपने कहा कि वह पुदा की वादत करना, पुदा से ताल लोग जोड़ना यह इंसान की ज़िंदगी का मकसद है. वह तो कभी कभी ऐसा हो जाता है क्योंकि लोग दूसरे लोग जो हैं अपनी आज़ादी को misuse करते हैं उसकी वजह से कभी कभी जंग तक नौबत पहुंच जाती है. जी.</w:t>
      </w:r>
    </w:p>
    <w:p>
      <w:r>
        <w:rPr>
          <w:b/>
        </w:rPr>
        <w:t xml:space="preserve">[28:34] </w:t>
      </w:r>
      <w:r>
        <w:t>Aapka ek sawal miss subm Malik ne bheja hai Gujarat se and she wants to know what is qatalif itna iske baare mein agar aap bataein.</w:t>
      </w:r>
    </w:p>
    <w:p>
      <w:pPr>
        <w:jc w:val="right"/>
      </w:pPr>
      <w:r>
        <w:t>आपका एक सवाल miss सबम मलिक ने भेजा है गुजरात से and she wants to know what is केतालिफ इतना इसके बारे में अगर आप बताएं.</w:t>
      </w:r>
    </w:p>
    <w:p>
      <w:r>
        <w:rPr>
          <w:b/>
        </w:rPr>
        <w:t xml:space="preserve">[28:45] </w:t>
      </w:r>
      <w:r>
        <w:t>Qatalif itna asal mein religious persecution ke liye kaha gaya hai kyunke us zamane mein koi bhi naya religion aata pehle Isaiyat jo bhi qubool karta usko us par zulm kiya jaata phir Islam jo qubool kiya karta us par zulm kiya jaata. To yeh yeh hai Allah taala chahte hain. Allah taala ki jo scheme hai ke deen jo hai woh sirf Allah ka ho jaaye.</w:t>
      </w:r>
    </w:p>
    <w:p>
      <w:pPr>
        <w:jc w:val="right"/>
      </w:pPr>
      <w:r>
        <w:t>केतालिफ इतना असल में religious persecution के लिए कहा गया है क्योंकि उस ज़माने में कोई भी नया religion आता पहले ईसाईयत जो भी कुबूल करता उसको उस पर जुल्म किया जाता फिर इस्लाम जो कुबूल किया करता उस पर जुल्म किया जाता. तो यह यह है अल्लाह तालाह चाहते हैं. अल्लाह तालाह की जो scheme है कि दीन जो है वह सिर्फ अल्लाह का हो जाए.</w:t>
      </w:r>
    </w:p>
    <w:p>
      <w:r>
        <w:rPr>
          <w:b/>
        </w:rPr>
        <w:t xml:space="preserve">[29:15] </w:t>
      </w:r>
      <w:r>
        <w:t>Matlab political power nahi balki deen ke religious freedom isse muraad religious freedom hai. To agar insaan insaan ko is duniya mein bilkul azaad paida kiya gaya hai to yahi to Allah dhalat dekh rahe ki apni azaadi ka woh sahi istemaal karta hai ki jab uske paas sachchai aati hai to usko accept karta hai ki ignore karta hai aur yahi raaste band kar diye gaye thay.</w:t>
      </w:r>
    </w:p>
    <w:p>
      <w:pPr>
        <w:jc w:val="right"/>
      </w:pPr>
      <w:r>
        <w:t>मतलब political power नहीं बल्कि दीन के religious freedom इससे मुराद religious freedom है. तो अगर इंसान इंसान को इस दुनिया में बिल्कुल आज़ाद पैदा किया गया है तो यही तो अल्लाह दालत देख रहे कि अपनी आज़ादी का वह सही इस्तेमाल करता है कि जब उसके पास सच्चाई आती है तो उसको accept करता है कि ignore करता है और यही रास्ते बंद कर दिए गए थे.</w:t>
      </w:r>
    </w:p>
    <w:p>
      <w:r>
        <w:rPr>
          <w:b/>
        </w:rPr>
        <w:t xml:space="preserve">[29:43] </w:t>
      </w:r>
      <w:r>
        <w:t>To is wajah se jo yeh yeh yeh jo jo ayat hai qatal e fitna wali yeh political Islamic power ke liye nahi political power ke liye nahi hai balki mazhabi azaadi ke liye hai ki Allah taala chahte hain ki mazhabi azaadi ho taaki logon ka test ho ki kaun kisne Khuda ki ke deen ko qubool kiya aur kisne nahi qubool kiya. To yeh usi se mutalliq hai.</w:t>
      </w:r>
    </w:p>
    <w:p>
      <w:pPr>
        <w:jc w:val="right"/>
      </w:pPr>
      <w:r>
        <w:t>तो इस वजह से जो यह यह यह जो जो आयत है कताल ए फिटना वाली यह political इस्लामic power के लिए नहीं political power के लिए नहीं है बल्कि मज़हबी आज़ादी के लिए है कि अल्लाह तालाह चाहते हैं कि मज़हबी आज़ादी हो ताकि लोगों का test हो कि कौन किसने खुदा की के दिन को कुबूल किया और किसने नहीं कुबूल किया. तो यह उसी से मुतालिक है.</w:t>
      </w:r>
    </w:p>
    <w:p>
      <w:r>
        <w:rPr>
          <w:b/>
        </w:rPr>
        <w:t xml:space="preserve">[30:12] </w:t>
      </w:r>
      <w:r>
        <w:t>Ji aur aap I remember even during the time of Hazrat Ibn Umar and this is very relevant that he was asked to participate in the jihad and he refused. So the verse of the Quran was cited to him that fight till there is no operation.</w:t>
      </w:r>
    </w:p>
    <w:p>
      <w:pPr>
        <w:jc w:val="right"/>
      </w:pPr>
      <w:r>
        <w:t>जी और आप I remember even during the time of हज़रत इब नूमर and this is very relevant that he was asked to participate in the जिहाद and he refused. So the verse of the Quran was cited to him that fight till there is no operation.</w:t>
      </w:r>
    </w:p>
    <w:p>
      <w:r>
        <w:rPr>
          <w:b/>
        </w:rPr>
        <w:t xml:space="preserve">[30:31] </w:t>
      </w:r>
      <w:r>
        <w:t>So, Hazrat Ibn Umar said that we have done that during the lifetime of the prophet and when Islam was weak in minority, when Muslims were disturbed and the unbelievers killed them and they were put into all sorts of troubles. But then when Islam grew strong, all the mischief was eradicated. So now there is no need of, you know, jihad and he refused to participate.</w:t>
      </w:r>
    </w:p>
    <w:p>
      <w:pPr>
        <w:jc w:val="right"/>
      </w:pPr>
      <w:r>
        <w:t>So, Hazrat Ibn Umar said that we have done that during the lifetime of the prophet and when Islam was weak in minority, when Muslims were disturbed and the unbelievers killed them and they were put into all sorts of troubles. But then when Islam grew strong, all the mischief was eradicated. So now there is no need of, you know, जिहाद and he refused to participate.</w:t>
      </w:r>
    </w:p>
    <w:p>
      <w:r>
        <w:rPr>
          <w:b/>
        </w:rPr>
        <w:t xml:space="preserve">[30:59] </w:t>
      </w:r>
      <w:r>
        <w:t>So it is very important to understand this difference. Jaise aapne kaha tha. To yeh teen level par kiya gaya hai. Sabse pehle to Arab mein. Arab mein bhi wahi ho raha tha ki jab Rasoolullah (SAW) deen lekar aaye to sabne aapko izaayein pahunchana shuru kiya. Bahut zyada khatm ke dar par ho gaye. To sabse pehle to yeh Arab mein khatam kiya gaya. Uske baad do badi badi empire, Sasanid empire aur Roman empire.</w:t>
      </w:r>
    </w:p>
    <w:p>
      <w:pPr>
        <w:jc w:val="right"/>
      </w:pPr>
      <w:r>
        <w:t>So it is very important to understand this difference. जैसे आपने कहा था. तो यह तीन level पर किया गया है. सबसे पहले तो अरब में. अरब में भी वही हो रहा था कि जब रसूल्लाह सैसलम दीन लेकर आए तो सबने आपको ईज़ाएं पहुंचाना शुरू किया. बहुत ज़्यादा खत्म के दर पर हो गए. तो सबसे पहले तो यह अरब में खत्म किया गया. उसके बाद दो बड़ी बड़ी empire, सैसेनित empire और roman empire.</w:t>
      </w:r>
    </w:p>
    <w:p>
      <w:r>
        <w:rPr>
          <w:b/>
        </w:rPr>
        <w:t xml:space="preserve">[31:27] </w:t>
      </w:r>
      <w:r>
        <w:t>Yeh dono jo hai bilkul hi koi bhi naya matlab ko bilkul accept nahi karti thi balki sakht sazaayein deti thi. To is wajah se yeh dono dono empire khatam ki gayi. Islam ke political power ke liye nahi balki religious freedom ke liye ye dono empires ko khatam kiya gaya. Ji. Papa kai sawal bhi hain jaise peeth Dhaesin sahab ka hai.</w:t>
      </w:r>
    </w:p>
    <w:p>
      <w:pPr>
        <w:jc w:val="right"/>
      </w:pPr>
      <w:r>
        <w:t>यह दोनों जो है बिल्कुल ही कोई भी नया मतलब को बिल्कुल accept नहीं करती थी बल्कि सख़्त सजाएं देती थी. तो इस वजह से यह दोनों दोनों empire खत्म की गई. इस्लाम के political power के लिए नहीं बल्कि religious freedom के लिए ये दोनों empires को खत्म किया गया. जी. Papa कई सवाल भी हैं जैसे पीठ धैसीन साहब का है.</w:t>
      </w:r>
    </w:p>
    <w:p>
      <w:r>
        <w:rPr>
          <w:b/>
        </w:rPr>
        <w:t xml:space="preserve">[31:54] </w:t>
      </w:r>
      <w:r>
        <w:t>Unhone west ko bhi example diya hai ke Islam ko jo ek mila hai title ke it's a religion of violence, usi tarike se ek aur sawal Zubair Siddiqui sahab ne merit se bhi bheja hai ke is Quran is qital if itna applicable today.</w:t>
      </w:r>
    </w:p>
    <w:p>
      <w:pPr>
        <w:jc w:val="right"/>
      </w:pPr>
      <w:r>
        <w:t>उन्होंने west को भी example दिया है कि इस्लाम को जो एक मिला है title कि it's a religion of violence, उसी तरीके से एक और सवाल जुबेर सिद्धिकी साहब ने merit से भी भेजा है कि इस कुरान इस किताल if इतना applicable today.</w:t>
      </w:r>
    </w:p>
    <w:p>
      <w:r>
        <w:rPr>
          <w:b/>
        </w:rPr>
        <w:t xml:space="preserve">[32:16] </w:t>
      </w:r>
      <w:r>
        <w:t>Jaise abhi aapne waazeh kiya lekin kya aaj ke zamane mein bahut se examples log dete hain ke Islam is you know under siege, Muslims are being persecuted. To kya matlab aaj yeh applicable hai? Hargiz nahi applicable hai kyunke aaj religious freedom hai. Jo bhi qatalifitma hua tha woh religious freedom ke liye hua tha. Aaj kahan aisa hai ke koi hamein namaz nahi padhne de raha hai, koi hamein roza nahi rakhne de raha hai.</w:t>
      </w:r>
    </w:p>
    <w:p>
      <w:pPr>
        <w:jc w:val="right"/>
      </w:pPr>
      <w:r>
        <w:t>जैसे अभी आपने वाज़े किया लेकिन क्या आज के ज़माने में बहुत से examples लोग देते हैं कि इस्लाम is you know under siege, मुस्लिमs are being persecuted. तो क्या मतलब आज यह applicable है? हरगीर नहीं applicable है क्योंकि आज religious freedom है. जो भी कतालिफित्मा हुआ था वो religious freedom के लिए हुआ था. आज कहां ऐसा है कि कोई हमें नमाज़ नहीं पढ़ने दे रहा है, कोई हमें रोज़ा नहीं रखने दे रहा है.</w:t>
      </w:r>
    </w:p>
    <w:p>
      <w:r>
        <w:rPr>
          <w:b/>
        </w:rPr>
        <w:t xml:space="preserve">[32:45] </w:t>
      </w:r>
      <w:r>
        <w:t>To aaj to bilkul total sense mein religious freedom hai. To logon ne kya hai confuse kar diya hai. Usko Islam ke political power ko qatalifitna se associate kar diya hai. Islam ke political power ke liye koi bhi jang nahi ki gayi.</w:t>
      </w:r>
    </w:p>
    <w:p>
      <w:pPr>
        <w:jc w:val="right"/>
      </w:pPr>
      <w:r>
        <w:t>तो आज तो बिल्कुल total sense में religious freedom है. तो लोगों ने क्या है confuse कर दिया है. उसको इस्लाम के political power को कतालिफितना से associate कर दिया है. इस्लाम के political power के लिए कोई भी जंग नहीं की गई.</w:t>
      </w:r>
    </w:p>
    <w:p>
      <w:r>
        <w:rPr>
          <w:b/>
        </w:rPr>
        <w:t xml:space="preserve">[33:00] </w:t>
      </w:r>
      <w:r>
        <w:t>To sirf jo jang hui hai woh qatalifitna religious freedom isse muraad hai aur jab once religious freedom jab ho gaya uske baad jaisa ke aapne kaha Abdullah ibn Umar ne aur bhi shayad Abdullah ibn Abbas ne bhi yeh baat kahi hai ke humne qatalifana yeh to humne kar diya aur aaj to bilkul saari duniya mein religious freedom ho gaya hai balki aisi aisi logon ke saath jo hai jang karke woh religious freedom ko khatam kar rahe hain.</w:t>
      </w:r>
    </w:p>
    <w:p>
      <w:pPr>
        <w:jc w:val="right"/>
      </w:pPr>
      <w:r>
        <w:t>तो सिर्फ जो जंग हुई है वह कतालिफितना religious freedom इससे मुराद है और जब once religious freedom जब हो गया उसके बाद जैसा कि आपने कहा अब्दुल्लाहीब ने उमर ने और भी शायद अब्दुल्लाहीब ने अब्बास ने भी यह बात कही है कि हमने कथफालना यह तो हमने कर दिया और आज तो बिल्कुल सारी दुनिया में religious freedom हो गया है बल्कि ऐसी ऐसी लोगों के साथ जो है जंग कर करके वह religious freedom को खत्म कर रहे हैं.</w:t>
      </w:r>
    </w:p>
    <w:p>
      <w:r>
        <w:rPr>
          <w:b/>
        </w:rPr>
        <w:t xml:space="preserve">[33:30] </w:t>
      </w:r>
      <w:r>
        <w:t>Agar jang na karte to woh zyada behtar haalat mein hote. To ab qatalifitna hai ki hawaale se jang karna bhi bilkul hi sarkashi hai.</w:t>
      </w:r>
    </w:p>
    <w:p>
      <w:pPr>
        <w:jc w:val="right"/>
      </w:pPr>
      <w:r>
        <w:t>अगर जंग ना करते तो वह ज़्यादा बेहतर हालत में होते. तो अब कतालिफ इतना है कि हवाले से जंग करना भी बिल्कुल ही सर्कशी है.</w:t>
      </w:r>
    </w:p>
    <w:p>
      <w:r>
        <w:rPr>
          <w:b/>
        </w:rPr>
        <w:t xml:space="preserve">[33:40] </w:t>
      </w:r>
      <w:r>
        <w:t>Haan, papa balki Hazrat e Ibn Abbas se jab poocha gaya jihad ke baare mein to unhone kaha ke may I not tell you something which is superior to jihad, And then he said that it is of, it is about building of mosque, of Quran, learning of the sunnah of the prophet and the religious and learning religious fiqah and the tradition goes ki yeh bhi kaha jaata hai ke a person who does good things, the fishes in the sea, invoke pardon for that person.</w:t>
      </w:r>
    </w:p>
    <w:p>
      <w:pPr>
        <w:jc w:val="right"/>
      </w:pPr>
      <w:r>
        <w:t>हाँ, papa बल्कि हज़रत एब नबाज से जब पुछा गया जिहाद के बारे में तो उन्होंने कहा कि may I not tell you something which is superior to जिहाद, And then he said that it is of, it is about building of mosque, of Quran, learning of the sunnah of the prophet and the religious and learning religious फिक्का and the tradition goes कि यह भी कहा जाता है कि a person who does good things, the fishes in the sea, invoke pardon for that person.</w:t>
      </w:r>
    </w:p>
    <w:p>
      <w:r>
        <w:rPr>
          <w:b/>
        </w:rPr>
        <w:t xml:space="preserve">[34:09] </w:t>
      </w:r>
      <w:r>
        <w:t>To yeh bahut zyada clear hai lekin baat ke I think scholars aur ullemaon ne bahut zyada usko ek doosra direction de diya jisse kaafi jo ek real maqsad tha Islam ka woh wahan se hatkar woh in cheezon par chala gaya. Hasil mein jihad jo hai jihad ke maane thay khoob mehnat karna. Lekin logon ne chunke bahut mehnat hoti thi jang mein bhi to logon ne jang ko jihad kehna shuru kar diya.</w:t>
      </w:r>
    </w:p>
    <w:p>
      <w:pPr>
        <w:jc w:val="right"/>
      </w:pPr>
      <w:r>
        <w:t>तो यह बहुत ज़्यादा clear है लेकिन बात के I think scholars और उल्लेमाओं ने बहुत ज़्यादा उसको एक दूसरा direction दे दिया जिससे काफी जो एक real मकसद था इस्लाम का वह वहां से हटकर वह इन चीज़ों पर चला गया. हासिल में जिहाद जो है जिहाद के माने थे खू खूब मेहनत करना. लेकिन लोगों ने चूंकि बहुत मेहनत होती थी जंग में भी तो लोगों ने जंग को जिहाद कहना शुरू कर दिया.</w:t>
      </w:r>
    </w:p>
    <w:p>
      <w:r>
        <w:rPr>
          <w:b/>
        </w:rPr>
        <w:t xml:space="preserve">[34:39] </w:t>
      </w:r>
      <w:r>
        <w:t>Halanki jang ke liye lafza qatal. To yeh jo logon ne confuse kar diya jihad aur qatal ko iski wajah se bahut zyada pareshani hui. Kyunke jihad to baar baar use hua hai aur jihad ke matlab har field mein mehnat karna jisko jisko kuch kehte hain ke hum chahe education ke liye mehnat karein, chahe hum Khuda se Khuda ka kaam karne ke liye mehnat karein, Khuda ke deen ko logon tak phailane ke liye mehnat karein.</w:t>
      </w:r>
    </w:p>
    <w:p>
      <w:pPr>
        <w:jc w:val="right"/>
      </w:pPr>
      <w:r>
        <w:t>हालांकि जंग के लिए लब्ज़ा केताल. तो यह जो लोगों ने confuse कर दिया जिहाद और केताल को इसकी वजह से बहुत ज़्यादा परेशानी हुई. क्योंकि जिहाद तो बार बार use हुआ है और जिहाद के मतलब हर field में मेहनत करना जिसको जिसको कुछ कहते हैं कि हम चाहे education के लिए मेहनत करें, चाहे हम खुदा से खुदा का काम करने के लिए मेहनत करें, खुदा के दिन को लोगों तक फैलाने के लिए मेहनत करें.</w:t>
      </w:r>
    </w:p>
    <w:p>
      <w:r>
        <w:rPr>
          <w:b/>
        </w:rPr>
        <w:t xml:space="preserve">[35:08] </w:t>
      </w:r>
      <w:r>
        <w:t>To apne nafs ko paakeeza rakhne ke liye mehnat karein usko jihad kehte hain. To jihad alag lafz hain aur qatal alag lafz hain. Haan, ji sahi. Aap yeh sawal Bihar se miss Sufia Akhtar ne kiya hai. Unhone poocha hai ke aisa kyun hota hai ke Rasul Ullah se log aman ka sabak nahi paate aur reactions in jihad ko ibadat samajh lete hain.</w:t>
      </w:r>
    </w:p>
    <w:p>
      <w:pPr>
        <w:jc w:val="right"/>
      </w:pPr>
      <w:r>
        <w:t>तो अपने नफ्स को पाकीजा रखने के लिए मेहनत करें उसको जिहाद कहते हैं. तो जिहाद अलग लब्ज हैं और कताल अलग लब्ज है. हाँ, जी सही. आप यह सवाल बिहार से miss सूफिया अख्तर ने किया है. उन्होंने पुछा है कि ऐसा क्यों होता है कि रसुल उल्लाह से लोग अमन का सबक नहीं ले पाते और reactions इन जिहाद को इबादत समझ लेते हैं.</w:t>
      </w:r>
    </w:p>
    <w:p>
      <w:r>
        <w:rPr>
          <w:b/>
        </w:rPr>
        <w:t xml:space="preserve">[35:36] </w:t>
      </w:r>
      <w:r>
        <w:t>asal mein Rasool Allah sallallahu alaihi wasallam ki seerat ko gehrai se padha hi nahin jaate hain.</w:t>
      </w:r>
    </w:p>
    <w:p>
      <w:pPr>
        <w:jc w:val="right"/>
      </w:pPr>
      <w:r>
        <w:t>असल में रसुल्लाह सल्लाह सल्लाह की सीरत को गहराई से पढ़ा ही नहीं जाते हैं.</w:t>
      </w:r>
    </w:p>
    <w:p>
      <w:r>
        <w:rPr>
          <w:b/>
        </w:rPr>
        <w:t xml:space="preserve">[35:42] </w:t>
      </w:r>
      <w:r>
        <w:t>जो मैंने अभी बताया था ना कि एक एक lady थी उन्होंने लिखा कि the prophet was always</w:t>
      </w:r>
    </w:p>
    <w:p>
      <w:pPr>
        <w:jc w:val="right"/>
      </w:pPr>
      <w:r>
        <w:t>जो मैंने अभी बताया था ना कि एक एक lady थी उन्होंने लिखा कि तो profit was always</w:t>
      </w:r>
    </w:p>
    <w:p>
      <w:r>
        <w:rPr>
          <w:b/>
        </w:rPr>
        <w:t xml:space="preserve">[35:49] </w:t>
      </w:r>
      <w:r>
        <w:t>up in arms.</w:t>
      </w:r>
    </w:p>
    <w:p>
      <w:pPr>
        <w:jc w:val="right"/>
      </w:pPr>
      <w:r>
        <w:t>up in arms.</w:t>
      </w:r>
    </w:p>
    <w:p>
      <w:r>
        <w:rPr>
          <w:b/>
        </w:rPr>
        <w:t xml:space="preserve">[35:56] </w:t>
      </w:r>
      <w:r>
        <w:t>to phir maine unko letter likha yeh bohat pehle ki baat hai jab letter likhe jaate the ab</w:t>
      </w:r>
    </w:p>
    <w:p>
      <w:pPr>
        <w:jc w:val="right"/>
      </w:pPr>
      <w:r>
        <w:t>तो फिर मैंने उनको letter लिखा यह बहुत पहले की बात है जब letter लिखे जाते थे अब</w:t>
      </w:r>
    </w:p>
    <w:p>
      <w:r>
        <w:rPr>
          <w:b/>
        </w:rPr>
        <w:t xml:space="preserve">[36:03] </w:t>
      </w:r>
      <w:r>
        <w:t>to messages hote hain.</w:t>
      </w:r>
    </w:p>
    <w:p>
      <w:pPr>
        <w:jc w:val="right"/>
      </w:pPr>
      <w:r>
        <w:t>तो messages होते हैं.</w:t>
      </w:r>
    </w:p>
    <w:p>
      <w:r>
        <w:rPr>
          <w:b/>
        </w:rPr>
        <w:t xml:space="preserve">[36:10] </w:t>
      </w:r>
      <w:r>
        <w:t>aur usko aisa dohrane lagte hain jaise koi gospel truth ho woh. to yeh hai kyunke woh parhte hi nahin hain to kahan se samjhenge? to usko sabse pehle unko ek achhi seerat ki kitab parhni chahiye. Maulana sahib ki kai kitabein seerat par to usko parhna chahiye. uske baad rai banana chahiye. ji. aap khudram abbad sahib ne comment bheja hai Pakistan Punjab se.</w:t>
      </w:r>
    </w:p>
    <w:p>
      <w:pPr>
        <w:jc w:val="right"/>
      </w:pPr>
      <w:r>
        <w:t>और उसको ऐसा दुहराने लगते हैं जैसे कोई gospel truth हो वह. तो यह है क्योंकि वह पढ़ते ही नहीं हैं तो कहां से समझेंगे? तो उसको सबसे पहले उनको एक अच्छी सीरत की किताब पढ़नी चाहिए. मोराणा साहब की कई किताबें सीरत पर तो उसको पढ़ना चाहिए. उसके बाद राय बनाना चाहिए. जी. आप खुदरम अब्बाद साहब ने comment भेजा है Pakistan Punjab से.</w:t>
      </w:r>
    </w:p>
    <w:p>
      <w:r>
        <w:rPr>
          <w:b/>
        </w:rPr>
        <w:t xml:space="preserve">[36:40] </w:t>
      </w:r>
      <w:r>
        <w:t>masha allah, great information about our history of Islam, jaza kalla. asar parvaish sahib ne Boston se poocha hai ke which is the best book by Maulana to read to understand today's lecture in depth? iske bare mein bhi batayein. urdu mein hai humne alam aur uska English translation ho chuka hai, chhap chuki hai woh. woh hai global Islam and world peace.</w:t>
      </w:r>
    </w:p>
    <w:p>
      <w:pPr>
        <w:jc w:val="right"/>
      </w:pPr>
      <w:r>
        <w:t>माशा अल्लाह, great information about our history of Islam, जज़ा कल्ला. असर परवेश साहब ने Boston से पुछा है कि which is the best book by मोलाना to read to understand today's lecture in depth? इसके बारे में भी बताएं. उर्दू में है हमने आलम और उसका English translation हो चुका है, छप चुकी है वह. वह है global इस्लाम and world peace.</w:t>
      </w:r>
    </w:p>
    <w:p>
      <w:r>
        <w:rPr>
          <w:b/>
        </w:rPr>
        <w:t xml:space="preserve">[37:08] </w:t>
      </w:r>
      <w:r>
        <w:t>to aur bohat sari Maulana ki kitabein Islamic jihad. Profit of peace bhi hai. Profit of peace hai. to jihad. bohat sari taqreeban har kitab mein yeh yeh subject touch hua hai lekin yeh jo humne alam hai yeh poori kitab isi mauzu par hai. ji. ab ek sawal Pakistan se zuheb sahib ne kiya hai.</w:t>
      </w:r>
    </w:p>
    <w:p>
      <w:pPr>
        <w:jc w:val="right"/>
      </w:pPr>
      <w:r>
        <w:t>तो और बहुत सारी मौराने की किताबें इस्लामिक जिहार. Profit of peace भी है. Profit of peace है. To जिहार. बहुत सारी तकरीबन हर किताब में यह यह subject touch हुआ है लेकिन यह जो हमने आलम है यह पूरी किताब इसी मौजू पर है. जी. अब एक सवाल Pakistan से जुहेब साहब ने किया है.</w:t>
      </w:r>
    </w:p>
    <w:p>
      <w:r>
        <w:rPr>
          <w:b/>
        </w:rPr>
        <w:t xml:space="preserve">[37:31] </w:t>
      </w:r>
      <w:r>
        <w:t>unhon ne poocha hai ke how one can take peace ahead in one's life to proceed with different accomplishment despite of today's unpeaceful situation. basically ke aaj jo mahaul jo itna disturb mahaul hai usmein kaise hum progress karte rahein, aage badhte rahein, yeh janna chah rahe hain woh. mere khayal se to acha mahaul disturb kya hai? mujhe to samajh mein nahin aata.</w:t>
      </w:r>
    </w:p>
    <w:p>
      <w:pPr>
        <w:jc w:val="right"/>
      </w:pPr>
      <w:r>
        <w:t>उन्होंने पुछा है कि how one can take peace ahead in one's life to proceed with different accomplishment despite of today's unpeaceful situation. Basically कि आज जो माहौल जो इतना disturb माहौल है उसमें कैसे हम progress करते रहें, आगे बढ़ते रहें, यह जानना चाह रहे हैं वह. मेरे ख्याल से तो अच्छा माहौल disturb क्या है? मुझे तो समझ में नहीं आता.</w:t>
      </w:r>
    </w:p>
    <w:p>
      <w:r>
        <w:rPr>
          <w:b/>
        </w:rPr>
        <w:t xml:space="preserve">[37:58] </w:t>
      </w:r>
      <w:r>
        <w:t>aap jaise jaise media mein bohat news aati hai. to media thori hamara source hai. hamare hamein koi physical harm to nahin koi pahuncha raha hai. koi hamein kisi kaam se achhe kaam se rok nahin raha hai. media mein to kuch bhi chhapta rehta hai, akhbar na parhein. to jo cheez jo hai hum to akhbar dekhte hain, jo cheez hamare matlab kyun hoti hai?</w:t>
      </w:r>
    </w:p>
    <w:p>
      <w:pPr>
        <w:jc w:val="right"/>
      </w:pPr>
      <w:r>
        <w:t>आप जैसे जैसे media में बहुत news आती है. तो media थोड़ी हमारा source है. हमारे हमें कोई physical harm तो नहीं कोई पहुंचा रहा है. कोई हमें किसी काम से अच्छे काम से रोक नहीं रहा है. Media में तो कुछ भी छपता रहता है, अखबार ना पड़े. तो जो चीज़ जो है हम तो अखबार देखते हैं, जो चीज़ हमारे मतलब क्यों होती है?</w:t>
      </w:r>
    </w:p>
    <w:p>
      <w:r>
        <w:rPr>
          <w:b/>
        </w:rPr>
        <w:t xml:space="preserve">[38:24] </w:t>
      </w:r>
      <w:r>
        <w:t>bas utna hi padhte hain poora akhbaar ek saaf the aur saaf ali hum dard ke.</w:t>
      </w:r>
    </w:p>
    <w:p>
      <w:pPr>
        <w:jc w:val="right"/>
      </w:pPr>
      <w:r>
        <w:t>बस उतना ही पड़ते हैं पूरा अखबार एक साफ थे और साफ अली हम दर्द के.</w:t>
      </w:r>
    </w:p>
    <w:p>
      <w:r>
        <w:rPr>
          <w:b/>
        </w:rPr>
        <w:t xml:space="preserve">[38:41] </w:t>
      </w:r>
      <w:r>
        <w:t>to unki memory bohat achhi thi.</w:t>
      </w:r>
    </w:p>
    <w:p>
      <w:pPr>
        <w:jc w:val="right"/>
      </w:pPr>
      <w:r>
        <w:t>तो उनकी memory बहुत अच्छी थी.</w:t>
      </w:r>
    </w:p>
    <w:p>
      <w:r>
        <w:rPr>
          <w:b/>
        </w:rPr>
        <w:t xml:space="preserve">[38:59] </w:t>
      </w:r>
      <w:r>
        <w:t>hamein koi pehle zamane mein jo hota tha religious persecution. log rastay mein kaantay bichate thay. rasullah sallam ko chain se baithne nahin dete thay. kaba mein jaate thay namaz parhne to unko marte thay. to yeh sab kuch hota tha. yeh masla hai. ab media mein kya aa raha hai? yeh thori koi masla hai. yeh to koi masla hi nahin hai. yeh to aap apne oopar impose mat kariye is masle ko.</w:t>
      </w:r>
    </w:p>
    <w:p>
      <w:pPr>
        <w:jc w:val="right"/>
      </w:pPr>
      <w:r>
        <w:t>हमें कोई पहले ज़माने में जो होता था religious persecution. लोग रास्ते में कांटे बिछाते थे. रसूल्लाह सरसलम को chain से बैठने नहीं देते थे. काबा में जाते थे नमाज़ पढ़ने तो उनको मारते थे. तो यह सब कुछ होता था. यह मसला है. अब media में क्या आ रहा है? यह थोड़ी कोई मसला है. यह तो कोई मसला ही नहीं है. यह तो आप अपने ऊपर impose मत करिए इस मसले को.</w:t>
      </w:r>
    </w:p>
    <w:p>
      <w:r>
        <w:rPr>
          <w:b/>
        </w:rPr>
        <w:t xml:space="preserve">[39:23] </w:t>
      </w:r>
      <w:r>
        <w:t>ji aur aap ab Maulana bhi yeh kaha karte thay ke the present world is a world of opportunities and you can only avail these opportunities if you remain creative in your approach, in your thinking. and how can one remain creative?</w:t>
      </w:r>
    </w:p>
    <w:p>
      <w:pPr>
        <w:jc w:val="right"/>
      </w:pPr>
      <w:r>
        <w:t>जी और आप अब मुलाना भी यह कहा करते थे कि the present world is a world of opportunities and you can only avail these opportunities if you remain creative in your approach, in your thinking. And how can one remain creative?</w:t>
      </w:r>
    </w:p>
    <w:p>
      <w:r>
        <w:rPr>
          <w:b/>
        </w:rPr>
        <w:t xml:space="preserve">[39:40] </w:t>
      </w:r>
      <w:r>
        <w:t>one can only remain creative if one, like he used to say, live like an undisturbed fish and disturbed water, which means that you ignore the problems that are happening around and have trust in God that, you know, he will definitely, you know, sail you through. so what is important is you know understanding first that there are tremendous opportunities, global opportunities that are lying available.</w:t>
      </w:r>
    </w:p>
    <w:p>
      <w:pPr>
        <w:jc w:val="right"/>
      </w:pPr>
      <w:r>
        <w:t>One can only remain creative if one, like he used to say, live like an undisturbed fish and disturbed water, which means that you ignore the problems that are happening around and have trust in God that, you know, he will definitely, you know, sail you through. So what is important is you know understanding first that there are tremendous opportunities, global opportunities that are lying available.</w:t>
      </w:r>
    </w:p>
    <w:p>
      <w:r>
        <w:rPr>
          <w:b/>
        </w:rPr>
        <w:t xml:space="preserve">[40:06] </w:t>
      </w:r>
      <w:r>
        <w:t>what you really need to do is do a self discovery and unfold your potential kyunke Allah taala ne sabke andar bohat unlimited potential dala hai lekin ab usko woh sirf creative mind khol sakta hai. agar aap reactions mein jiyein, aap yeh dekhein ke hamesha sab jagah jo hai problems hi hain to aapka mind will not be at rest. if your mind is not at rest, it will not be creative.</w:t>
      </w:r>
    </w:p>
    <w:p>
      <w:pPr>
        <w:jc w:val="right"/>
      </w:pPr>
      <w:r>
        <w:t>What you really need to do is do a self discovery and unfold your potential क्योंकि अल्लाह तालन ने सबके अंदर बहुत unlimited potential डाला है लेकिन अब उसको वह सिर्फ creative mind खोल सकता है. अगर आप reactions में जिए, आप यह देखें कि हमेशा सब जगह जो है problems ही हैं तो आपका mind will not be at rest. If your mind is not at rest, it will not be creative.</w:t>
      </w:r>
    </w:p>
    <w:p>
      <w:r>
        <w:rPr>
          <w:b/>
        </w:rPr>
        <w:t xml:space="preserve">[40:31] </w:t>
      </w:r>
      <w:r>
        <w:t>you will not be able to actualize your potential or exploit the opportunities that are around you. so jaisa ke aapne kaha ke ek media ignore kariye aap bas yeh hai ke aap yeh janiye ke opportunities hi hain. jaise woh ek bari aap ab Maulana ne kai baar uska example zikr kiya ke two men were in behind the bars. one saw the mud, the other saw the stars.</w:t>
      </w:r>
    </w:p>
    <w:p>
      <w:pPr>
        <w:jc w:val="right"/>
      </w:pPr>
      <w:r>
        <w:t>You will not be able to actualize your potential or exploit the opportunities that are around you. So जैसा कि आपने कहा कि एक media ignore करिए आप बस यह है कि आप यह जानिए कि opportunities ही हैं. जैसे वह एक बारी आप अब मुलाना ने कई बार उसका example ज़िक्र किया कि two men were in behind the bars. One saw the mud, the other saw the stars.</w:t>
      </w:r>
    </w:p>
    <w:p>
      <w:r>
        <w:rPr>
          <w:b/>
        </w:rPr>
        <w:t xml:space="preserve">[41:00] </w:t>
      </w:r>
      <w:r>
        <w:t>kuch aisa mujhe yaad aa raha hai woh. two men looked at kya hai? two men looked outside the bars matlab woh ek bar one saw the mud. one saw the mud, the other saw the stars. so it is, you know, your perception, your outlook that how do you see the world? whether it's a world of problems or it's a world of opportunities.</w:t>
      </w:r>
    </w:p>
    <w:p>
      <w:pPr>
        <w:jc w:val="right"/>
      </w:pPr>
      <w:r>
        <w:t>कुछ ऐसा मुझे याद आ रहा है वह. Two men looked at क्या है? Two men looked outside the bars मतलब वह एक बार One saw the mud. One saw the mud, the other saw the stars. So it is, you know, your perception, your outlook that how do you see the world? Whether it's a world of problems or it's a world of opportunities.</w:t>
      </w:r>
    </w:p>
    <w:p>
      <w:r>
        <w:rPr>
          <w:b/>
        </w:rPr>
        <w:t xml:space="preserve">[41:21] </w:t>
      </w:r>
      <w:r>
        <w:t>bar Maulana sahib ne bataya tha jab woh BBC suntay thay to BBC mein kisi sunnay walay ne kaha ke aap Mauritius ki koi news nahin detay. to BBC ke reporter ne kaha ke aap koi negative news create kariye. yahan to koi negative news aati hi nahin to is liye hum detay bhi nahin to media to negative news report karne ka karkhana hai.</w:t>
      </w:r>
    </w:p>
    <w:p>
      <w:pPr>
        <w:jc w:val="right"/>
      </w:pPr>
      <w:r>
        <w:t>बार मौरान साहब ने बताया था जब वो BBC सुनते थे तो BBC में किसी सुनने वाले ने कहा कि आप Mauritius की कोई news नहीं देते. तो BBC के reporter ने कहा कि आप कोई negative news create करिए. यहां तो कोई negative news आती ही नहीं तो इसलिए हम देते भी नहीं है तो media तो negative news report करने का कारखाना है.</w:t>
      </w:r>
    </w:p>
    <w:p>
      <w:r>
        <w:rPr>
          <w:b/>
        </w:rPr>
        <w:t xml:space="preserve">[41:48] </w:t>
      </w:r>
      <w:r>
        <w:t>to media thori hamara koi woh nahin hai na source nahin hai hamari information gathering ka. ji. khalid javed sahib ne swagat Pakistan se likha hai. may Allah bless and protect all of us, aamin, respect and salam from Islamabad.</w:t>
      </w:r>
    </w:p>
    <w:p>
      <w:pPr>
        <w:jc w:val="right"/>
      </w:pPr>
      <w:r>
        <w:t>तो media थोड़ी हमारा कोई वह नहीं है ना source नहीं है हमारी information gathering का. जी. खालिद जावेद साहब ने स्वागत Pakistan से लिखा है. May Allah bless and protect all of us, आमिन, respect and सलाम from इस्लामाबाद.</w:t>
      </w:r>
    </w:p>
    <w:p>
      <w:r>
        <w:rPr>
          <w:b/>
        </w:rPr>
        <w:t xml:space="preserve">[42:14] </w:t>
      </w:r>
      <w:r>
        <w:t>talha talha tufail sahib ne poocha hai sawal ke what is the solution of today's problems of Muslim community? problem musalmanon ne khud hi banaya hua hai. woh solution janna chah rahe hain ke kya kya karna hai? ji. khud hi unka apna paida kar da hai to woh problem paida na karein. woh logon se fairkhai karein, opportunities ko talash karein, negativity chhod dein.</w:t>
      </w:r>
    </w:p>
    <w:p>
      <w:pPr>
        <w:jc w:val="right"/>
      </w:pPr>
      <w:r>
        <w:t>तलहा तलहा तुफैल साहब ने पुछा है सवाल कि what is the solution of today's problems of मुस्लिम community? Problem मुसलमानों ने खुद ही बनाया हुआ है. वह solution जानना चाह रहे कि क्या क्या करना है? जी. खुद ही उनका अपना पैदा कर दा है तो वह problem पैदा ना करें. वह लोगों से फैरखाई करें, opportunities को तलाश करें, negativity छोड़ दें.</w:t>
      </w:r>
    </w:p>
    <w:p>
      <w:r>
        <w:rPr>
          <w:b/>
        </w:rPr>
        <w:t xml:space="preserve">[42:42] </w:t>
      </w:r>
      <w:r>
        <w:t>positivity jaise Maulana sahib kehte thay ke har negativity mein positivity chhipi hui hoti hai. usko discover karein. aaj to duniya opportunity is se bhari padi hui hai. problem kahan hai? problem to hum khud hi paida karte hain. ab kyunke idhar adara se masle par react karte hain, retaliate karte hain. to aap sare problem hal kar sakte hain.</w:t>
      </w:r>
    </w:p>
    <w:p>
      <w:pPr>
        <w:jc w:val="right"/>
      </w:pPr>
      <w:r>
        <w:t>Positivity जैसे मोराना साहब कहते थे कि हर negativity में positivity छुपी हुई होती है. उसको discover करें. आज तो दुनिया opportunity इससे भरी पड़ी हुई है. Problem कहां है? Problem तो हम खुद ही पैदा करते हैं. अब क्योंकि उधर अदारा से मसले पर react करते हैं, retaliate करते हैं. तो आप सारे problem हल कर सकते हैं.</w:t>
      </w:r>
    </w:p>
    <w:p>
      <w:r>
        <w:rPr>
          <w:b/>
        </w:rPr>
        <w:t xml:space="preserve">[43:06] </w:t>
      </w:r>
      <w:r>
        <w:t>aap sirf profit ki life ko parhein, sahaba ki zindagi ko parhein aur dekhein un logon ne kya kiya? un logon ne har problem ko us se solution ko dhoondha hai. to aap bhi creative baniye aur solution dhoondhiye. har jagah aapko solution milega. to aaj ki duniya mein to full of opportunities hai. woh pehli wali duniya nahin hai. shayad aap log pehli wali duniya aap logon ke samne hai. is wajah se aap log aisa sochte hain.</w:t>
      </w:r>
    </w:p>
    <w:p>
      <w:pPr>
        <w:jc w:val="right"/>
      </w:pPr>
      <w:r>
        <w:t>आप सिर्फ profit की life को पढ़े, सहाभा की ज़िंदगियों को पढ़े और देखें उन लोगों ने क्या किया? उन लोगों ने हर problem को उस से solution को ढूंढा है. तो आप भी creative बनिए और solution ढूंढिए. हर जगह आपको solution मिलेगा. तो आज की दुनिया में तो full of opportunities है. वह पहली वाली दुनिया नहीं है. शायद आप लोग पहली वाली दुनिया आप लोगों के सामने है. इस वजह से आप लोग ऐसा सोचते हैं.</w:t>
      </w:r>
    </w:p>
    <w:p>
      <w:r>
        <w:rPr>
          <w:b/>
        </w:rPr>
        <w:t xml:space="preserve">[43:35] </w:t>
      </w:r>
      <w:r>
        <w:t>aaj ki duniya mein to opportunities bhari hui hain. ji.</w:t>
      </w:r>
    </w:p>
    <w:p>
      <w:pPr>
        <w:jc w:val="right"/>
      </w:pPr>
      <w:r>
        <w:t>आज की दुनिया में तो opportunities भरी हुई हैं. जी.</w:t>
      </w:r>
    </w:p>
    <w:p>
      <w:r>
        <w:rPr>
          <w:b/>
        </w:rPr>
        <w:t xml:space="preserve">[43:41] </w:t>
      </w:r>
      <w:r>
        <w:t>aapka agla sawal lena chahoonga.</w:t>
      </w:r>
    </w:p>
    <w:p>
      <w:pPr>
        <w:jc w:val="right"/>
      </w:pPr>
      <w:r>
        <w:t>आपका अगला सवाल लेना चाहूंगा.</w:t>
      </w:r>
    </w:p>
    <w:p>
      <w:r>
        <w:rPr>
          <w:b/>
        </w:rPr>
        <w:t xml:space="preserve">[43:47] </w:t>
      </w:r>
      <w:r>
        <w:t>Although you have covered this today but still there is this question from gwalior idri sahab ne puchha</w:t>
      </w:r>
    </w:p>
    <w:p>
      <w:pPr>
        <w:jc w:val="right"/>
      </w:pPr>
      <w:r>
        <w:t>Although you have covered this today but still there is this question from गवालियर इदरी साहब ने पुछा</w:t>
      </w:r>
    </w:p>
    <w:p>
      <w:r>
        <w:rPr>
          <w:b/>
        </w:rPr>
        <w:t xml:space="preserve">[43:53] </w:t>
      </w:r>
      <w:r>
        <w:t>hai and he has asked you that it is often attributed to islam that it's not a religion of peace.</w:t>
      </w:r>
    </w:p>
    <w:p>
      <w:pPr>
        <w:jc w:val="right"/>
      </w:pPr>
      <w:r>
        <w:t>है and he has asked you that it is often attributed to इस्लाम that it's not a religion of peace.</w:t>
      </w:r>
    </w:p>
    <w:p>
      <w:r>
        <w:rPr>
          <w:b/>
        </w:rPr>
        <w:t xml:space="preserve">[43:59] </w:t>
      </w:r>
      <w:r>
        <w:t>it is a it is a religion that sanctions violence.</w:t>
      </w:r>
    </w:p>
    <w:p>
      <w:pPr>
        <w:jc w:val="right"/>
      </w:pPr>
      <w:r>
        <w:t>It is a it is a religion that sanctions violence.</w:t>
      </w:r>
    </w:p>
    <w:p>
      <w:r>
        <w:rPr>
          <w:b/>
        </w:rPr>
        <w:t xml:space="preserve">[44:06] </w:t>
      </w:r>
      <w:r>
        <w:t>so what is what are your comments? why does this happen? asal mein yeh sab pehle nahin tha lekin jab musalmanon ne jagah jagah matlab sare musalmanon ko hum nahin karein lekin kuch musalmanon ne jagah jagah jang chhed rakhi. jagah jagah jahan bhi dekha ke majority mein hai wahan unhon ne political empire kaam karna shuru kar diya political unki thinking jo hai thi woh politicized ho gayi thi.</w:t>
      </w:r>
    </w:p>
    <w:p>
      <w:pPr>
        <w:jc w:val="right"/>
      </w:pPr>
      <w:r>
        <w:t>So what is what are your comments? Why does this happen? असल में यह सब पहले नहीं था लेकिन जब मुसलमानों ने जगह जगह मतलब सारे मुसलमानों को हम नहीं करें लेकिन कुछ मुसलमानों ने जगह जगह जंग छेड़ रखी. जगह जगह जहां भी देखा कि majority में है वहां उन्होंने political empire काम करना शुरू कर दिया political उनकी thinking जो है थी वह politicized हो गई थी.</w:t>
      </w:r>
    </w:p>
    <w:p>
      <w:r>
        <w:rPr>
          <w:b/>
        </w:rPr>
        <w:t xml:space="preserve">[44:32] </w:t>
      </w:r>
      <w:r>
        <w:t>to woh samajhte thay ke jab tak ke islami qanoon na naafiz ho jab tak islami power, political power na hamein mil jaye tab tak hamara Islam mukammal nahin hai. to is wajah se unko yeh sare masle dar pesh hue warna to yeh koi masla hi nahin hai. hamari zindagi ka maqsad kya hai?</w:t>
      </w:r>
    </w:p>
    <w:p>
      <w:pPr>
        <w:jc w:val="right"/>
      </w:pPr>
      <w:r>
        <w:t>तो वह समझते थे कि जब तक के इस्लामी कानून ना नाफीज़ हो जब तक इस्लामी power, political power ना हमें मिल जाए तब तक हमारा इस्लाम मुकम्मल नहीं है. तो इस वजह से उनको यह सारे मसले दर पेश हुए वरना तो यह कोई मसला ही नहीं है. हमारी ज़िंदगी का मकसद क्या है?</w:t>
      </w:r>
    </w:p>
    <w:p>
      <w:r>
        <w:rPr>
          <w:b/>
        </w:rPr>
        <w:t xml:space="preserve">[44:54] </w:t>
      </w:r>
      <w:r>
        <w:t>sabse pehle aap yeh dekhiye zindagi ka maqsad political power kahan hasil karna nahin hai balkay Khuda se taluq jodna hai aur us Khuda se taluq jodne mein hamein koi bhi rukawat nahin hai kyunke aakhirat mein humse yeh nahin poocha jayega ke tumne kahan kahan islami qanoon ko naafiz kiya, kahan kahan islami political power qaim kiya. balkay humne apne dinon raat kahan kharch kiye?</w:t>
      </w:r>
    </w:p>
    <w:p>
      <w:pPr>
        <w:jc w:val="right"/>
      </w:pPr>
      <w:r>
        <w:t>सबसे पहले आप यह देखिए ज़िंदगी का मकसद political power कहां हासिल करना नहीं है बल्कि खुदा से ताल्लुक जोड़ना है और उस खुदा से ताल्लुक जोड़ने में हमें कोई भी रुकावट नहीं है क्योंकि आखिरत में हमसे यह नहीं पुछा जाएगा कि तुमने कहां कहां इस्लामी कानून को नाफिज़ किया, कहां कहां इस्लामी political power कायम किया. बल्कि हमने अपने दिनों रात कहां खर्च किए?</w:t>
      </w:r>
    </w:p>
    <w:p>
      <w:r>
        <w:rPr>
          <w:b/>
        </w:rPr>
        <w:t xml:space="preserve">[45:22] </w:t>
      </w:r>
      <w:r>
        <w:t>Khuda ki ab adat ki, Khuda shatal log joda Khuda ke liye kaam kiya. logon ki hum logon ke sath bhalai ki, logon ki zarooraten poori ki, yeh sab poocha jayega. is sab ke liye to bas mawaqe hi mawaqe hain. ji. miss qurutulain ne Srinagar se comment bheja hai jaza kalla lots of misunderstandings and misgivings are removed by you.</w:t>
      </w:r>
    </w:p>
    <w:p>
      <w:pPr>
        <w:jc w:val="right"/>
      </w:pPr>
      <w:r>
        <w:t>खुदा की अब आदत की, खुदा शताल लोग जोड़ा खुदा के लिए काम किया. लोगों की हम लोगों के साथ भलाई की, लोगों की ज़रूरतें पूरी की, यह सब पुछा जाएगा. इस सब के लिए तो बस मवाके ही मवाके हैं. जी. Miss कुरुतलेन ने श्रीनगर से comment भेजा है जज़ा कल्ला lots of misunderstandings and misgivings are removed by you.</w:t>
      </w:r>
    </w:p>
    <w:p>
      <w:r>
        <w:rPr>
          <w:b/>
        </w:rPr>
        <w:t xml:space="preserve">[45:48] </w:t>
      </w:r>
      <w:r>
        <w:t>you are absolutely right that these questions arise because of non serious readings of Seratul Navi. one has to go through the books on Islam and biography of prophet with a serious desire of learning the truth. a cursory reading doesn't help and the result is irrelevant questions. a very much needed clearing of facts. God bless you for such a beneficial talk.</w:t>
      </w:r>
    </w:p>
    <w:p>
      <w:pPr>
        <w:jc w:val="right"/>
      </w:pPr>
      <w:r>
        <w:t>You are absolutely right that these questions arise because of non serious readings of Seratul Navi. One has to go through the books on Islam and biography of prophet with a serious desire of learning the truth. A cursory reading doesn't help and the result is irrelevant questions. A very much needed clearing of facts. God bless you for such a beneficial talk.</w:t>
      </w:r>
    </w:p>
    <w:p>
      <w:r>
        <w:rPr>
          <w:b/>
        </w:rPr>
        <w:t xml:space="preserve">[46:17] </w:t>
      </w:r>
      <w:r>
        <w:t>aapka ek sawal yeh bheja hai miss shazia ne Kanpur se aur aapne aaj iska zikr bhi kiya tha talk mein. yeh bohat ziyada sawal uthta hai khasoosan jab doosre mazhab ke logon ke festivals aate hain. so yeh question yeh hai ke is greeting to non Muslims on their religious festival and secular festival? is it ok?</w:t>
      </w:r>
    </w:p>
    <w:p>
      <w:pPr>
        <w:jc w:val="right"/>
      </w:pPr>
      <w:r>
        <w:t>आपका एक सवाल यह भेजा है miss शाज़िया ने कानपुर से और आपने आज इसका ज़िक्र भी किया था talk में. यह बहुत ज़्यादा सवाल उठता है खासकर जब दूसरे मज़हब के लोगों के festivals आते हैं. So यह question यह है कि is greeting to non मुस्लिमs on their religious festival and secular festival? Is it ok?</w:t>
      </w:r>
    </w:p>
    <w:p>
      <w:r>
        <w:rPr>
          <w:b/>
        </w:rPr>
        <w:t xml:space="preserve">[46:44] </w:t>
      </w:r>
      <w:r>
        <w:t>And aap ab the fact is that Maulana also I remember always used to say that you should definitely wish people of other faiths. We are living in a world of equal citizenship and he also explained that you know wishing or greeting others is a social ethic. It's a matter of social ethic and it's not a subject of one's personal belief.</w:t>
      </w:r>
    </w:p>
    <w:p>
      <w:pPr>
        <w:jc w:val="right"/>
      </w:pPr>
      <w:r>
        <w:t>And आप अब the fact is that मुलाना also I remember always used to say that you should definitely wish people of other faiths. We are living in a world of equal citizenship and he also explained that you know wishing or greeting others is a social ethic. It's a matter of social ethic and it's not a subject of one's personal belief.</w:t>
      </w:r>
    </w:p>
    <w:p>
      <w:r>
        <w:rPr>
          <w:b/>
        </w:rPr>
        <w:t xml:space="preserve">[47:08] </w:t>
      </w:r>
      <w:r>
        <w:t>And sab se important cheez hai ke is world mein as a dawat also what is really needed is that you need to interact, you need to interact with people.</w:t>
      </w:r>
    </w:p>
    <w:p>
      <w:pPr>
        <w:jc w:val="right"/>
      </w:pPr>
      <w:r>
        <w:t>And सबसे important चीज़ है कि इस world में as a दाई also what is really needed is that you need to interact, you need to interact with people.</w:t>
      </w:r>
    </w:p>
    <w:p>
      <w:r>
        <w:rPr>
          <w:b/>
        </w:rPr>
        <w:t xml:space="preserve">[47:18] </w:t>
      </w:r>
      <w:r>
        <w:t>So such festival also create opportunities for us to interact with people, wish them you know on their festival so that they also wish you back and it does happen that Eid ke mauqe par bhi sab logon ki taraf se greetings aati hain jo ke Muslim bahut khushi khushi lete hain. To aisa kyun ke jab unke festivals aayein to hum unko wish bhi na karein. To is mein thoda sa aur kuch ab aap kehna chahengi?</w:t>
      </w:r>
    </w:p>
    <w:p>
      <w:pPr>
        <w:jc w:val="right"/>
      </w:pPr>
      <w:r>
        <w:t>So such festival also create opportunities for us to interact with people, wish them you know on their festival so that they also wish you back and it does happen that ईद के मौके पर भी सब लोगों की तरफ से greetings आती हैं जो कि मुस्लिम बहुत खुशी खुशी लेते हैं. तो ऐसा क्यों कि जब उनके festivals आएं तो हम उनको wish भी ना करें. तो इस इसमें थोड़ा सा और कुछ अब आप कहना चाहेंगी?</w:t>
      </w:r>
    </w:p>
    <w:p>
      <w:r>
        <w:rPr>
          <w:b/>
        </w:rPr>
        <w:t xml:space="preserve">[47:48] </w:t>
      </w:r>
      <w:r>
        <w:t>yeh to bohat hi zyada galat soch hai.</w:t>
      </w:r>
    </w:p>
    <w:p>
      <w:pPr>
        <w:jc w:val="right"/>
      </w:pPr>
      <w:r>
        <w:t>यह तो बहुत ही ज़्यादा गलत सोच है.</w:t>
      </w:r>
    </w:p>
    <w:p>
      <w:r>
        <w:rPr>
          <w:b/>
        </w:rPr>
        <w:t xml:space="preserve">[47:54] </w:t>
      </w:r>
      <w:r>
        <w:t>unke doosre humein greet karte hain aur hum unko greet na karein.</w:t>
      </w:r>
    </w:p>
    <w:p>
      <w:pPr>
        <w:jc w:val="right"/>
      </w:pPr>
      <w:r>
        <w:t>उनके दूसरे हमें greet करते हैं और हम उनको greet न करें.</w:t>
      </w:r>
    </w:p>
    <w:p>
      <w:r>
        <w:rPr>
          <w:b/>
        </w:rPr>
        <w:t xml:space="preserve">[48:00] </w:t>
      </w:r>
      <w:r>
        <w:t>hum doosron ke saath rehte hain.</w:t>
      </w:r>
    </w:p>
    <w:p>
      <w:pPr>
        <w:jc w:val="right"/>
      </w:pPr>
      <w:r>
        <w:t>हम दूसरों के साथ रहते हैं.</w:t>
      </w:r>
    </w:p>
    <w:p>
      <w:r>
        <w:rPr>
          <w:b/>
        </w:rPr>
        <w:t xml:space="preserve">[48:06] </w:t>
      </w:r>
      <w:r>
        <w:t>unke saath school jaate hain.</w:t>
      </w:r>
    </w:p>
    <w:p>
      <w:pPr>
        <w:jc w:val="right"/>
      </w:pPr>
      <w:r>
        <w:t>उनके साथ school जाते हैं.</w:t>
      </w:r>
    </w:p>
    <w:p>
      <w:r>
        <w:rPr>
          <w:b/>
        </w:rPr>
        <w:t xml:space="preserve">[48:12] </w:t>
      </w:r>
      <w:r>
        <w:t>unke saath job karte hain.</w:t>
      </w:r>
    </w:p>
    <w:p>
      <w:pPr>
        <w:jc w:val="right"/>
      </w:pPr>
      <w:r>
        <w:t>उनके साथ job करते हैं.</w:t>
      </w:r>
    </w:p>
    <w:p>
      <w:r>
        <w:rPr>
          <w:b/>
        </w:rPr>
        <w:t xml:space="preserve">[48:18] </w:t>
      </w:r>
      <w:r>
        <w:t>unke pados mein rehte hain.</w:t>
      </w:r>
    </w:p>
    <w:p>
      <w:pPr>
        <w:jc w:val="right"/>
      </w:pPr>
      <w:r>
        <w:t>उनके पड़ोस में रहते हैं.</w:t>
      </w:r>
    </w:p>
    <w:p>
      <w:r>
        <w:rPr>
          <w:b/>
        </w:rPr>
        <w:t xml:space="preserve">[48:24] </w:t>
      </w:r>
      <w:r>
        <w:t>to yeh well wishing to yeh to har haalat mein hai.</w:t>
      </w:r>
    </w:p>
    <w:p>
      <w:pPr>
        <w:jc w:val="right"/>
      </w:pPr>
      <w:r>
        <w:t>तो यह well wishing तो यह तो हर हालत में है.</w:t>
      </w:r>
    </w:p>
    <w:p>
      <w:r>
        <w:rPr>
          <w:b/>
        </w:rPr>
        <w:t xml:space="preserve">[48:30] </w:t>
      </w:r>
      <w:r>
        <w:t>yeh to bilkul hamara farz hai ki hum unke well wisher banein.</w:t>
      </w:r>
    </w:p>
    <w:p>
      <w:pPr>
        <w:jc w:val="right"/>
      </w:pPr>
      <w:r>
        <w:t>यह तो बिल्कुल हमारा फर्ज है कि हम उनके well wisher बने.</w:t>
      </w:r>
    </w:p>
    <w:p>
      <w:r>
        <w:rPr>
          <w:b/>
        </w:rPr>
        <w:t xml:space="preserve">[48:36] </w:t>
      </w:r>
      <w:r>
        <w:t>to yeh thodi ki woh secular hai to aap phir unke school mein kyon jaate hain?</w:t>
      </w:r>
    </w:p>
    <w:p>
      <w:pPr>
        <w:jc w:val="right"/>
      </w:pPr>
      <w:r>
        <w:t>तो यह थोड़ी की वह secular है तो आप फिर उनके school में क्यों जाते हैं?</w:t>
      </w:r>
    </w:p>
    <w:p>
      <w:r>
        <w:rPr>
          <w:b/>
        </w:rPr>
        <w:t xml:space="preserve">[48:42] </w:t>
      </w:r>
      <w:r>
        <w:t>unke saath job kyon karte hain?</w:t>
      </w:r>
    </w:p>
    <w:p>
      <w:pPr>
        <w:jc w:val="right"/>
      </w:pPr>
      <w:r>
        <w:t>उनके साथ job क्यों करते हैं?</w:t>
      </w:r>
    </w:p>
    <w:p>
      <w:r>
        <w:rPr>
          <w:b/>
        </w:rPr>
        <w:t xml:space="preserve">[48:48] </w:t>
      </w:r>
      <w:r>
        <w:t>To yeh Islam mein to bilkul yeh Maulana sahab kehte the koi hamare ek baar London gaye the kisi program mein to wahan par yahan par kuch lagaya jata respect karne ke liye tilak laga diya tha. Ab log bahut zyada pareshan ho gaye ke Maulana ne tilak laga liya. To abba keh rahe the ke jis pyar se unhone tilak lagaya us pyar se agar woh humein keechad bhi lagayein to bhi hum accept karenge.</w:t>
      </w:r>
    </w:p>
    <w:p>
      <w:pPr>
        <w:jc w:val="right"/>
      </w:pPr>
      <w:r>
        <w:t>तो यह इस्लाम में तो बिल्कुल यह मौलाना साहब कहते थे कोई हमारे एक बार London गए थे किसी program में तो वहां पर यहां पर कुछ लगाया जाता respect करने के लिए तिलक लगा दिया था. अब लोग बहुत ज़्यादा परेशान हो गए कि मौलाना ने तिलक लगा लिया. तो अब्बा कह रहे थे कि जिस प्यार से उन्होंने तिलक लगाया उस प्यार से अगर वह हमें कीचड़ भी लगाएं तो भी हम accept करेंगे.</w:t>
      </w:r>
    </w:p>
    <w:p>
      <w:r>
        <w:rPr>
          <w:b/>
        </w:rPr>
        <w:t xml:space="preserve">[49:13] </w:t>
      </w:r>
      <w:r>
        <w:t>To woh greet karte hain aur aap kehte hain ke hum greet na karein kitni zyada buri baat hai. To aapko har haalat mein woh hamare mad'u hain, har haalat mein unke saath achha shuru karna hai aur yahi Islam hai. Agar aap iske khilaf kar dein to Allah taalaah aapse accept nahi karega. Phir aap jab Khuda nahi accept karega aapko to aap kahan jayenge? Aap koi duniya zameen doosri banayenge? Aap jayenge kahan? To yeh bilkul galat baat hai.</w:t>
      </w:r>
    </w:p>
    <w:p>
      <w:pPr>
        <w:jc w:val="right"/>
      </w:pPr>
      <w:r>
        <w:t>तो वह greet करते हैं और आप कहते हैं कि हम greet न करें कितनी ज़्यादा बुरी बात है. तो आपको हर हालत में वह हमारे मधु हैं, हर हालत में उनके साथ अच्छा शुरू करना है और यही इस्लाम है. अगर आप इसके खिलाफ कर दें तो अल्लाह तालाह आपसे accept नहीं करेगा. फिर आप जब खुदा नहीं accept करेगा आपको तो आप कहां जाएंगे? आप कोई दुनिया ज़मीन दूसरी बनाएंगे? आप जाएंगे कहां? तो यह बिल्कुल गलत बात है.</w:t>
      </w:r>
    </w:p>
    <w:p>
      <w:r>
        <w:rPr>
          <w:b/>
        </w:rPr>
        <w:t xml:space="preserve">[49:41] </w:t>
      </w:r>
      <w:r>
        <w:t>Talif akalm rasullah sallahu sallahu sallahu ne itna zyada kiya itna zyada kiya ke jab Madina gaya to Qibla tak badal diya aapne. Solah mahine tak Qibla badal diya ke yeh Yahudiyon ko yeh na lage ke yeh pata nahi kaun log hain koi naya mazhab le aaye hain. To aap greet nahi kar sakte. Yeh is tarah ke sawalaat aana hi bahut hi zyada Islam se bahut zyada Islam ki spirit se bahut zyada doori hai yeh. Ji, ji aap haal.</w:t>
      </w:r>
    </w:p>
    <w:p>
      <w:pPr>
        <w:jc w:val="right"/>
      </w:pPr>
      <w:r>
        <w:t>तालिफ अकाल्म रसूल्लाह सल्लाह सल्लाह सल्लाह ने इतना ज़्यादा किया इतना ज़्यादा किया कि जब मदीना गया तो किबला तक बदल दिया आपने. सोलह महीने तक किबला बदल दिया कि ये होदियों को यह न लगे कि यह पता नहीं कौन लोग हैं कोई नया मज़हब ले आए हैं. तो आप greet नहीं कर सकते. यह इस तरह के सवालात आना ही बहुत ही ज़्यादा इस्लाम से बहुत ज़्यादा इस्लाम की spirit से बहुत ज़्यादा दूरी है यह. जी, जी आप हाल.</w:t>
      </w:r>
    </w:p>
    <w:p>
      <w:r>
        <w:rPr>
          <w:b/>
        </w:rPr>
        <w:t xml:space="preserve">[50:11] </w:t>
      </w:r>
      <w:r>
        <w:t>Maulana Iqbal Umri ka sawal hai. Chennai se unhone likha hai ke we get model of peace from the Makki Seerat and war management we get from Madani Seerat and all of them both the models are peaceful about peaceful management. But why is it that Muslims refuse the Makki model, the peace, the model of peace? Iske baare mein kuch bataein?</w:t>
      </w:r>
    </w:p>
    <w:p>
      <w:pPr>
        <w:jc w:val="right"/>
      </w:pPr>
      <w:r>
        <w:t>मुलाना इकबाल उम्री का सवाल है. चेन्नई से उन्होंने लिखा है कि we get model of peace from the मक्की सीरत and war management we get from मदनी सीरत and all of them both the models are peaceful about peaceful management. But why is it that मुस्लिमs refuse the मक्की model, the peace, the model of peace? इसके बारे में कुछ बताएं?</w:t>
      </w:r>
    </w:p>
    <w:p>
      <w:r>
        <w:rPr>
          <w:b/>
        </w:rPr>
        <w:t xml:space="preserve">[50:41] </w:t>
      </w:r>
      <w:r>
        <w:t>Assulmul jo Makki model tha wahi Madani model bhi tha. Farq sirf yeh hua ke wahan par mukhalifeen ne jo aapke opponents the unhone jang chhed di. To is wajah se kabhi kabhi mukhtasar muddat ke liye majboor aana majboor hokar ke aapne hathiyar uthaya lekin wahi jo Makki model tha wahi Madani model bhi tha.</w:t>
      </w:r>
    </w:p>
    <w:p>
      <w:pPr>
        <w:jc w:val="right"/>
      </w:pPr>
      <w:r>
        <w:t>असुल्मुल जो मक्की model था वही मदनी model भी था. फ़र्क सिर्फ यह हुआ कि वहां पर मुखालिफीन ने जो आपके opponents थे उन्होंने जंग चेड़ दी. तो इस वजह से कभी कभी मुख्तसर मुद्दत के लिए मजबूर आना मजबूर होकर के आपने हथियार उठाया लेकिन वही जो मक्की model था वही मद्नी model भी था.</w:t>
      </w:r>
    </w:p>
    <w:p>
      <w:r>
        <w:rPr>
          <w:b/>
        </w:rPr>
        <w:t xml:space="preserve">[51:07] </w:t>
      </w:r>
      <w:r>
        <w:t>Jab jang ka halaat nahi the jab baithwal nahi the Quraish to aap wahi zindagi jo aap Makka mein guzaar rahe the wahi Madina mein bhi guzaar rahe the. Yeh logon ne bana rakha hai ke yeh Makki model hai yeh Madani model hai. Model sab ek hi hai wahan bhi aap peaceful tareeke se dawat work kar rahe the aur Madine mein bhi peaceful tareeke se dawat work kar rahe the. To yeh uske baad bhi aapne jab Makka fata ho gaya tab bhi aapne peaceful tareeke se apna har kaam kiya.</w:t>
      </w:r>
    </w:p>
    <w:p>
      <w:pPr>
        <w:jc w:val="right"/>
      </w:pPr>
      <w:r>
        <w:t>जब जंग का हालात नहीं थे जब बैठवाल नहीं थे कुरेश तो आप वही ज़िंदगी जो आप मक्का में गुज़ार रहे थे वही मदीना में भी गुज़ार रहे थे. यह लोगों ने बना रखा है कि यह मक्की model है यह मद्नी model है. Model सब एक ही है वहां भी आप peaceful तरीके से दावा work कर रहे थे और मदीने में भी peaceful तरीके से दावा work कर रहे थे. तो यह उसके बाद भी आपने जब मक्का फता हो गया तब भी आपने peaceful तरीके से अपना हर काम किया.</w:t>
      </w:r>
    </w:p>
    <w:p>
      <w:r>
        <w:rPr>
          <w:b/>
        </w:rPr>
        <w:t xml:space="preserve">[51:35] </w:t>
      </w:r>
      <w:r>
        <w:t>Logon ko jo maaf kar diya woh peaceful tareeke se maaf kar diya jabki aap ek ruler the aap fateh the. To ek hi model hai peaceful model lekin kabhi kabhi aisa hota hai ke log athbar ho jayein aur majbooran aapko mukhtasar jang karni pad jaye. Jang us waqt bhi lamba nahi karna hai koshish karni hai ke jang jald se jald khatm ho jaye.</w:t>
      </w:r>
    </w:p>
    <w:p>
      <w:pPr>
        <w:jc w:val="right"/>
      </w:pPr>
      <w:r>
        <w:t>लोगों को जो माफ कर दिया वह peaceful तरीके से माफ कर दिया जबकि आप एक ruler थे आप फाते थे. तो एक ही model है peaceful model लेकिन कभी कभी ऐसा होता है कि लोग अठबार हो जाएं और मजबूरन आपको मुख्तसर जंग करनी पड़ जाए. जंग उस वक्त भी लंबा नहीं करना है कोशिश करनी है कि जंग जल्द से जल्द खत्म हो जाए.</w:t>
      </w:r>
    </w:p>
    <w:p>
      <w:r>
        <w:rPr>
          <w:b/>
        </w:rPr>
        <w:t xml:space="preserve">[52:02] </w:t>
      </w:r>
      <w:r>
        <w:t>Aap yeh aakhri sawal hai, jo Pakistan se poocha hai Umer Akram sahab ne, unhone likha hai ke how can one manage stress? Iske baare mein bataein. Stress logon ko duniya ke mamlaat ke baare mein hota hai. Yeh to bilkul hi koi matlab hai. Maanna maane iske. Yeh duniya chand roza hai.</w:t>
      </w:r>
    </w:p>
    <w:p>
      <w:pPr>
        <w:jc w:val="right"/>
      </w:pPr>
      <w:r>
        <w:t>आप यह आखिरी सवाल है, जो Pakistan से पुछा है उमेर अक्रम साहब ने, उन्होंने लिखा है कि how can one manage stress? इसके बारे में बताएं. Stress लोगों को दुनिया के मामलात के बारे में होता है. यह तो बिल्कुल ही कोई मतलब है. मानना माने इसके. यह दुनिया चंद रोज़ा है.</w:t>
      </w:r>
    </w:p>
    <w:p>
      <w:r>
        <w:rPr>
          <w:b/>
        </w:rPr>
        <w:t xml:space="preserve">[52:29] </w:t>
      </w:r>
      <w:r>
        <w:t>Stress hona chahiye ke Allah taalaah yahan aakhirat mein hamara kya hoga? Hamare gunah maaf ho jayenge. Humko Allah taalaah accept karega. Humko jannat mein jagah milegi. Yeh stress hona chahiye. Yeh duniya ka stress kya hai? Masle aate hain, masle hal bhi ho jaate hain. To yeh stress jo hai woh stress sahi hai.</w:t>
      </w:r>
    </w:p>
    <w:p>
      <w:pPr>
        <w:jc w:val="right"/>
      </w:pPr>
      <w:r>
        <w:t>Stress होना चाहिए कि अल्लाह तालक यहां आकृत में हमारा क्या होगा? हमारे गुनाह माफ हो जाएंगे. हमको अल्लाह तालक accept करेगा. हमको जन्नत में जगह मिलेगी. यह stress होना चाहिए. यह दुनिया का stress क्या है? मसले आते हैं, मसले हल भी हो जाते हैं. तो यह stress जो है वह stress सही है.</w:t>
      </w:r>
    </w:p>
    <w:p>
      <w:r>
        <w:rPr>
          <w:b/>
        </w:rPr>
        <w:t xml:space="preserve">[52:51] </w:t>
      </w:r>
      <w:r>
        <w:t>Humko har baat Khuda se darte rehna chahiye aur duniya mein jo kuch hamein mil raha hai agar hum us par Khuda ka shukr ada karein to wahi shukr hamein nahi ada hoga. Utne hi kaha hum shukr nahi kar sakte aur baqi hum to chahte hain aur aur aur jo alhaq mudda kasur mein Quran mein aaya hai ke hum hamari jo greed thi aur aur ki finally hum khabar tak pahunch jaate hain. To stress kya hai?</w:t>
      </w:r>
    </w:p>
    <w:p>
      <w:pPr>
        <w:jc w:val="right"/>
      </w:pPr>
      <w:r>
        <w:t>हमको हर बात खोदा से डरते रहना चाहिए और दुनिया में जो कुछ हमें मिल रहा है अगर हम उस पर खुदा का शुक्र अदा करें तो वही शुक्र हमें नहीं अदा होगा. उतने ही कहा हम शुक्र नहीं कर सकते और बाकी हम तो चाहते हैं और और और जो अलहाक मुद्दा कासुर में कुरान में आया है कि हम हमारी जो greed थी और और की finally हम खबर तक पहुंच जाते हैं. तो stress क्या है?</w:t>
      </w:r>
    </w:p>
    <w:p>
      <w:r>
        <w:rPr>
          <w:b/>
        </w:rPr>
        <w:t xml:space="preserve">[53:18] </w:t>
      </w:r>
      <w:r>
        <w:t>Yahi hai na ke duniya ki opportunities mein hamein kam jagah mile. Duniya ke jo hamare interest hain woh hamein kam mil rahe hain. To yeh to koi baat nahi. Asal to hamein dekhna hai ke hamein eternal life mein hamein jannat mein jagah milegi ki nahi milegi. Sirf ek hi stress hamein hona chahiye.</w:t>
      </w:r>
    </w:p>
    <w:p>
      <w:pPr>
        <w:jc w:val="right"/>
      </w:pPr>
      <w:r>
        <w:t>यही है ना कि दुनिया की opportunities में हमें कम जगह मिले. दुनिया के जो हमारे interest है वह हमें कम मिल रहे हैं. तो यह तो कोई बात नहीं. असल तो हमें देखना है कि हमें eternal life में हमें जन्नत में जगह मिलेगी कि नहीं मिलेगी. सिर्फ एक ही stress हमें होना चाहिए.</w:t>
      </w:r>
    </w:p>
    <w:p>
      <w:r>
        <w:rPr>
          <w:b/>
        </w:rPr>
        <w:t xml:space="preserve">[53:37] </w:t>
      </w:r>
      <w:r>
        <w:t>Ji, Maulana always used to say that stress is a healthy sign because you know it sort of tells you that you are alive and what is really needed jaise aap ne bhi bataya ke hamein stress management karna chahiye and largely stress happens due to complaints against other person.</w:t>
      </w:r>
    </w:p>
    <w:p>
      <w:pPr>
        <w:jc w:val="right"/>
      </w:pPr>
      <w:r>
        <w:t>जी, मलाना always used to say that stress is a healthy sign because you know it sort of tells you that you are alive and what is really needed जैसे आप ने भी बताया कि हमें stress management करना चाहिए and largely stress happens due to complaints against other person.</w:t>
      </w:r>
    </w:p>
    <w:p>
      <w:r>
        <w:rPr>
          <w:b/>
        </w:rPr>
        <w:t xml:space="preserve">[53:58] </w:t>
      </w:r>
      <w:r>
        <w:t>Isse hum hum logon ko bachna chahiye kyun ke jahan par complaint culture aaya to yaqeenan wahan par Satan hi aayega aur jahan par forgiving culture aayega wahan par farishte aayenge. To stress management jo hai woh zaroori hai and one needs to be positive all the time. So with this we will end our aapas session but there is an important announcement.</w:t>
      </w:r>
    </w:p>
    <w:p>
      <w:pPr>
        <w:jc w:val="right"/>
      </w:pPr>
      <w:r>
        <w:t>इससे हम हम लोगों को बचना चाहिए क्योंकि जहां पर complaint culture आया तो यकीनन वहां पर Satan ही आएगा और जहां पर forgiving culture आएगा वहां पर फरिश्ते आऐंगे. तो stress management जो है वह ज़रूरी है and one needs to be positive all the time. So with this we will end our आपस session but there is an important announcement.</w:t>
      </w:r>
    </w:p>
    <w:p>
      <w:r>
        <w:rPr>
          <w:b/>
        </w:rPr>
        <w:t xml:space="preserve">[54:25] </w:t>
      </w:r>
      <w:r>
        <w:t>We will be releasing today a Hindi book of Maulana Wahiduddin Khan sahib. Maulana Wahiduddin Khan sahib ne Al-Risala September 2019 mein ek khusoosi shumara nikala tha Jannat ki Duniya.</w:t>
      </w:r>
    </w:p>
    <w:p>
      <w:pPr>
        <w:jc w:val="right"/>
      </w:pPr>
      <w:r>
        <w:t>We will be releasing today a हिंदी book of मलाना बहिदुदीन खान साहब. मलाना वैदुद्दीन खान साहब ने अल्रसाला September 2019 में एक खुसूसी शुमारा निकाला था जन्नत की दुनिया.</w:t>
      </w:r>
    </w:p>
    <w:p>
      <w:r>
        <w:rPr>
          <w:b/>
        </w:rPr>
        <w:t xml:space="preserve">[54:45] </w:t>
      </w:r>
      <w:r>
        <w:t>To usi ka yeh Hindi translation hai Jannat Insan ki Manzil aur iska translation kiya hai Saba Zabbin Abbas ne. I think yeh bhi ek aur example hai ke kaise women in CPS are doing a great role playing a great role in dawat work by taking dawat activities, translating, interacting with people.</w:t>
      </w:r>
    </w:p>
    <w:p>
      <w:pPr>
        <w:jc w:val="right"/>
      </w:pPr>
      <w:r>
        <w:t>तो उसी का यह हिंदी translation है जन्नत इंसान की मंज़िल और इसका translation किया है सभा जब्बीन अब्बास ने. I think यह भी एक और example है कि कैसे women in CPS are doing a great role playing a great role in दावा work by taking दावा activities, translating, interacting with people.</w:t>
      </w:r>
    </w:p>
    <w:p>
      <w:r>
        <w:rPr>
          <w:b/>
        </w:rPr>
        <w:t xml:space="preserve">[55:14] </w:t>
      </w:r>
      <w:r>
        <w:t>So this is an amazing work done by Saba Zabbin Abbas aur unki koshishon se yeh hua hai aur jo unka saath diya hai sampadan team usmein hai Mohammad Arif sahib, Maulana Farhad, Ahmed Umri sahib, Khurram Islam Qureshi sahib, Rajesh Kumar sahib.</w:t>
      </w:r>
    </w:p>
    <w:p>
      <w:pPr>
        <w:jc w:val="right"/>
      </w:pPr>
      <w:r>
        <w:t>So this is an amazing work done by सबाज़ जब्बीन अबास और उनकी कोशिशों से यह हुआ है और जो उनका साथ दिया है संपादन team उसमें है मोहम्मद आरिफ साहब, मुलाना फराद, अहमद उम्री साहब, खुरम इस्लाम कुरेशी साहब, राजेश कुमार साहब.</w:t>
      </w:r>
    </w:p>
    <w:p>
      <w:r>
        <w:rPr>
          <w:b/>
        </w:rPr>
        <w:t xml:space="preserve">[55:34] </w:t>
      </w:r>
      <w:r>
        <w:t>In sab ne is taawun diya hai is kitab ko Hindi mein laane ka aur iske saath main request karunga Doctor Sane Smain sahib ko ke woh is Hindi book ko launch karein. Miss Millaahi Ramani Raheb, mujhe behad khushi ho rahi hai is kitab ko release karte hue Jannat Insan ki Mandil.</w:t>
      </w:r>
    </w:p>
    <w:p>
      <w:pPr>
        <w:jc w:val="right"/>
      </w:pPr>
      <w:r>
        <w:t>इन सब ने इस तावन दिया है इस किताब को हिंदी में लाने का और इसके साथ मैं request करूंगा Doctor साने स्मेन साहब को कि वह इस हिंदी book को launch करें. Miss मिल्लाही रमानी रहीब, मुझे बेहद खुशी हो रही है इस किताब को release करते हुए जन्नत इंसान की मंदिल.</w:t>
      </w:r>
    </w:p>
    <w:p>
      <w:r>
        <w:rPr>
          <w:b/>
        </w:rPr>
        <w:t xml:space="preserve">[56:02] </w:t>
      </w:r>
      <w:r>
        <w:t>Jaisa abhi Doctor Rajat sahib ne bataya ke ek andar sala ka khusoosi sumara special edition Jannat ke upar tha usi ka yeh translation hai aur bahut hi ahum hai. Main abhi ek nazar is taraf dekh raha tha. Bahut hi achhe ismein mazameen hain. Maslan Khuda ka Mansugay Takleef creation plan of God.</w:t>
      </w:r>
    </w:p>
    <w:p>
      <w:pPr>
        <w:jc w:val="right"/>
      </w:pPr>
      <w:r>
        <w:t>जैसा अभी doctor रजत साहब ने बताया कि एक अंदर साला का खुसूसी सुमारा special edition जन्नत के ऊपर था उसी का यह translation है और बहुत ही अहम् है. मैं अभी एक नज़र इसकी तरफ देख रहा था. बहुत ही अच्छे इसमें मज़ामीन है. मसलन खुदा का मनसुगय तकलीफ creation plan of God.</w:t>
      </w:r>
    </w:p>
    <w:p>
      <w:r>
        <w:rPr>
          <w:b/>
        </w:rPr>
        <w:t xml:space="preserve">[56:32] </w:t>
      </w:r>
      <w:r>
        <w:t>maiyari apradh ka intazaab insaan se se matlab aur is tarah ke bade achhe mazameen hain aur is</w:t>
      </w:r>
    </w:p>
    <w:p>
      <w:pPr>
        <w:jc w:val="right"/>
      </w:pPr>
      <w:r>
        <w:t>मैयारी अपराध का इंतज़ाब इंसान से से मतलब और इस तरह के बड़े अच्छे मज़ामीन हैं और इस</w:t>
      </w:r>
    </w:p>
    <w:p>
      <w:r>
        <w:rPr>
          <w:b/>
        </w:rPr>
        <w:t xml:space="preserve">[56:40] </w:t>
      </w:r>
      <w:r>
        <w:t>jaise ek yeh hai khush ne rifaqat ki duniya yaani the world of best companionship aur ismein ek</w:t>
      </w:r>
    </w:p>
    <w:p>
      <w:pPr>
        <w:jc w:val="right"/>
      </w:pPr>
      <w:r>
        <w:t>जैसे एक यह है खुश ने रिफाकत की दुनिया यानी the world of best companionship और इसमें एक</w:t>
      </w:r>
    </w:p>
    <w:p>
      <w:r>
        <w:rPr>
          <w:b/>
        </w:rPr>
        <w:t xml:space="preserve">[56:49] </w:t>
      </w:r>
      <w:r>
        <w:t>achhi cheez yeh bhi hai ki khurram sahab ne ek naya silsila shuru kiya hai ki Arabic bhi</w:t>
      </w:r>
    </w:p>
    <w:p>
      <w:pPr>
        <w:jc w:val="right"/>
      </w:pPr>
      <w:r>
        <w:t>अच्छी चीज़ यह भी है कि खुरम साहब ने एक नया सिलसिला शुरू किया है कि Arabic भी</w:t>
      </w:r>
    </w:p>
    <w:p>
      <w:r>
        <w:rPr>
          <w:b/>
        </w:rPr>
        <w:t xml:space="preserve">[56:58] </w:t>
      </w:r>
      <w:r>
        <w:t>ek Arabic script bhi ismein de di hai.</w:t>
      </w:r>
    </w:p>
    <w:p>
      <w:pPr>
        <w:jc w:val="right"/>
      </w:pPr>
      <w:r>
        <w:t>एक Arabic script भी इसमें दे दी है.</w:t>
      </w:r>
    </w:p>
    <w:p>
      <w:r>
        <w:rPr>
          <w:b/>
        </w:rPr>
        <w:t xml:space="preserve">[57:07] </w:t>
      </w:r>
      <w:r>
        <w:t>Misal ke taur par yeh bahut achhi ayat Quran ki hai ismein. Fa'ula'ika al-ladheena an'amallahu 'alayhim min an-nabiyyina was-siddiqina wash-shuhada'i was-salihina wahasanu ula'ika rafiqa.</w:t>
      </w:r>
    </w:p>
    <w:p>
      <w:pPr>
        <w:jc w:val="right"/>
      </w:pPr>
      <w:r>
        <w:t>मिसाल के तौर पर यह बहुत अच्छी आयत कुरान की है इसमें. फ़ाउलाई का माल लजीना अन अमल्लाहु अलई हिंद मिना नवीन, व सिद्दीर्कीन, व शोहदा, व सालीहीन, वह सुना उलाई का रफ़ीक़ा.</w:t>
      </w:r>
    </w:p>
    <w:p>
      <w:r>
        <w:rPr>
          <w:b/>
        </w:rPr>
        <w:t xml:space="preserve">[57:22] </w:t>
      </w:r>
      <w:r>
        <w:t>Yeh Quran mein bahut hi hopeful ayat hai ke jo log jannat mein jayenge woh nabiyon ke saath honge aur Sahaba ke saath honge aur jin logon ne dawat ka kaam kiya aur jo nek insaan honge, Salheen honge aur kitni achhi rifaqat hai yeh. Excellent are they as companions.</w:t>
      </w:r>
    </w:p>
    <w:p>
      <w:pPr>
        <w:jc w:val="right"/>
      </w:pPr>
      <w:r>
        <w:t>यह कुरान में बहुत ही hopeful आयत है कि जो लोग जन्नत में जाएंगे वह नदियों के साथ होंगे और सहाबा के साथ होंगे और जिन लोगों ने दावत का काम किया और जो नेक इंसान होंगे, सालहीन होंगे और कितनी अच्छी रिफाकत है यह. Excellent are they as companions.</w:t>
      </w:r>
    </w:p>
    <w:p>
      <w:r>
        <w:rPr>
          <w:b/>
        </w:rPr>
        <w:t xml:space="preserve">[57:46] </w:t>
      </w:r>
      <w:r>
        <w:t>to insan jaise aaj apa ne kaha ke sabse zyada stress yeh hona chahiye ke hamein jannat milegi ya nahi? to haqeeqat yeh hai ke insan ki sabse bari koshish aur sabse bari manzil jannat hai. to main bohat hi khushi ke sath is kitab ko release kar raha hoon aur allatala un sab logon ko ajre azeem de jinhone iske translation aur publication mein hissa liya. wahra dawana alhamdu lillahi rabbil alameen.</w:t>
      </w:r>
    </w:p>
    <w:p>
      <w:pPr>
        <w:jc w:val="right"/>
      </w:pPr>
      <w:r>
        <w:t>तो इंसान जैसे आज आपा ने कहा कि सबसे ज़्यादा stress यह होना चाहिए कि हमें जनत मिलेगी या नहीं? तो हकीकत यह है कि इंसान की सबसे बड़ी कोशिश और सबसे बड़ी मंज़िल जन्नत है. तो मैं बहुत ही खुशी के साथ इस किताब को release कर रहा हूं और अल्लाताला उन सब लोगों को अजहरेज़ीम दे जिन्होंने इसके translation और publication में हिस्सा लिया. वाह्र दावाना अनिल हम्दुरी इलाही रबीलालूम.</w:t>
      </w:r>
    </w:p>
    <w:p>
      <w:r>
        <w:rPr>
          <w:b/>
        </w:rPr>
        <w:t xml:space="preserve">[58:16] </w:t>
      </w:r>
      <w:r>
        <w:t>Thank you doctor sahib. So with this we will end today's session. Next Sunday we will come back and we'll have a conversation with doctor Saneysten sahib on namaz. Same time 10:30. Thank you.</w:t>
      </w:r>
    </w:p>
    <w:p>
      <w:pPr>
        <w:jc w:val="right"/>
      </w:pPr>
      <w:r>
        <w:t>Thank you doctor साहब. So with this we will end today's session. Next Sunday we will come back and we'll have a conversation with doctor सानेयस्तेन साहब on नमाज़. Same time 10:30.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