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Road to Paradise December 30, 2012 Maulana Wahiduddin Khan</w:t>
      </w:r>
    </w:p>
    <w:p>
      <w:r>
        <w:t>https://www.youtube.com/watch?v=vUiaPsYF4Tk</w:t>
      </w:r>
    </w:p>
    <w:p>
      <w:r>
        <w:rPr>
          <w:b/>
        </w:rPr>
        <w:t xml:space="preserve">[00:29] </w:t>
      </w:r>
      <w:r>
        <w:t>wah al-uqdata min lisani yafqahu qawli.</w:t>
      </w:r>
    </w:p>
    <w:p>
      <w:pPr>
        <w:jc w:val="right"/>
      </w:pPr>
      <w:r>
        <w:t>واحل العقدۃ من لسانی، یفقہ قولی۔</w:t>
      </w:r>
    </w:p>
    <w:p>
      <w:r>
        <w:rPr>
          <w:b/>
        </w:rPr>
        <w:t xml:space="preserve">[00:39] </w:t>
      </w:r>
      <w:r>
        <w:t>aaj ka topic hai "road to paradise", yani jannat ka rasta.</w:t>
      </w:r>
    </w:p>
    <w:p>
      <w:pPr>
        <w:jc w:val="right"/>
      </w:pPr>
      <w:r>
        <w:t>آج کا ٹاپک ہے "روڈ ٹو پیراڈائز"، یعنی جنت کا راستہ۔</w:t>
      </w:r>
    </w:p>
    <w:p>
      <w:r>
        <w:rPr>
          <w:b/>
        </w:rPr>
        <w:t xml:space="preserve">[00:58] </w:t>
      </w:r>
      <w:r>
        <w:t>aap internet par check karen to aap ko sankaron kitaben milengi jin mein "paradise" ko title banaya gaya hai, balkeh shayad hazaron.</w:t>
      </w:r>
    </w:p>
    <w:p>
      <w:pPr>
        <w:jc w:val="right"/>
      </w:pPr>
      <w:r>
        <w:t>آپ انٹرنیٹ پر چیک کریں تو آپ کو سینکڑوں کتابیں ملیں گی جن میں "پیرڈائز" کو ٹائٹل بنایا گیا ہے، بلکہ شاید ہزاروں۔</w:t>
      </w:r>
    </w:p>
    <w:p>
      <w:r>
        <w:rPr>
          <w:b/>
        </w:rPr>
        <w:t xml:space="preserve">[01:15] </w:t>
      </w:r>
      <w:r>
        <w:t>lekin yeh sari kitaben fiction ke roop mein likhi gayi hain.</w:t>
      </w:r>
    </w:p>
    <w:p>
      <w:pPr>
        <w:jc w:val="right"/>
      </w:pPr>
      <w:r>
        <w:t>لیکن یہ ساری کتابیں فکشن کے روپ میں لکھی گئی ہیں۔</w:t>
      </w:r>
    </w:p>
    <w:p>
      <w:r>
        <w:rPr>
          <w:b/>
        </w:rPr>
        <w:t xml:space="preserve">[01:23] </w:t>
      </w:r>
      <w:r>
        <w:t>log "paradise" ko ek fiction samajhte hain, fiction ki cheez.</w:t>
      </w:r>
    </w:p>
    <w:p>
      <w:pPr>
        <w:jc w:val="right"/>
      </w:pPr>
      <w:r>
        <w:t>لوگ "پیرڈائز" کو ایک فکشن سمجھتے ہیں، فکشن کی چیز۔</w:t>
      </w:r>
    </w:p>
    <w:p>
      <w:r>
        <w:rPr>
          <w:b/>
        </w:rPr>
        <w:t xml:space="preserve">[01:35] </w:t>
      </w:r>
      <w:r>
        <w:t>mirza ghalib ne kaha tha: "hum ko maloom hai jannat ki haqeeqat, lekin dil ke behlane ko ghalib yeh khayal acha hai." isi tarah ki baat sabhi log kehte rahe hain.</w:t>
      </w:r>
    </w:p>
    <w:p>
      <w:pPr>
        <w:jc w:val="right"/>
      </w:pPr>
      <w:r>
        <w:t>مرزا غالب نے کہا تھا: "ہم کو معلوم ہے جنت کی حقیقت، لیکن دل کے بہلانے کو غالب یہ خیال اچھا ہے۔" اسی طرح کی بات سبھی لوگ کہتے رہے ہیں۔</w:t>
      </w:r>
    </w:p>
    <w:p>
      <w:r>
        <w:rPr>
          <w:b/>
        </w:rPr>
        <w:t xml:space="preserve">[01:54] </w:t>
      </w:r>
      <w:r>
        <w:t>ek philosopher ne kaha tha ke "paradise" ke bare mein ke "beautiful idealization of human wishes".</w:t>
      </w:r>
    </w:p>
    <w:p>
      <w:pPr>
        <w:jc w:val="right"/>
      </w:pPr>
      <w:r>
        <w:t>ایک فلاسفر نے کہا تھا کہ "پیرڈائز" کے بارے میں کہ "بیوٹی فل آئیڈیلائزیشن آف ہیومن وشز"۔</w:t>
      </w:r>
    </w:p>
    <w:p>
      <w:r>
        <w:rPr>
          <w:b/>
        </w:rPr>
        <w:t xml:space="preserve">[02:07] </w:t>
      </w:r>
      <w:r>
        <w:t>beautiful idealization of human wishes. lekin sahi baat yeh hai ke jannat jo hai woh "beautiful realization of human wishes" hai.</w:t>
      </w:r>
    </w:p>
    <w:p>
      <w:pPr>
        <w:jc w:val="right"/>
      </w:pPr>
      <w:r>
        <w:t>بیوٹی فل آئیڈیلائزیشن آف ہیومن وشز۔ لیکن صحیح بات یہ ہے کہ جنت جو ہے وہ "بیوٹی فل ریلائزیشن آف ہیومن وشز" ہے۔</w:t>
      </w:r>
    </w:p>
    <w:p>
      <w:r>
        <w:rPr>
          <w:b/>
        </w:rPr>
        <w:t xml:space="preserve">[02:22] </w:t>
      </w:r>
      <w:r>
        <w:t>yani insan ke dil mein jo desires hain, jo tamannayen hain, yeh ek perfect world mein jeene ka basa hua hai iske andar.</w:t>
      </w:r>
    </w:p>
    <w:p>
      <w:pPr>
        <w:jc w:val="right"/>
      </w:pPr>
      <w:r>
        <w:t>یعنی انسان کے دل میں جو ڈیزائر ہیں، جو تمنائیں ہیں، یہ ایک پرفیکٹ ورلڈ میں جینے کا بسا ہوا ہے اس کے اندر۔</w:t>
      </w:r>
    </w:p>
    <w:p>
      <w:r>
        <w:rPr>
          <w:b/>
        </w:rPr>
        <w:t xml:space="preserve">[02:34] </w:t>
      </w:r>
      <w:r>
        <w:t>to woh hai jannat.</w:t>
      </w:r>
    </w:p>
    <w:p>
      <w:pPr>
        <w:jc w:val="right"/>
      </w:pPr>
      <w:r>
        <w:t>تو وہ ہے جنت۔</w:t>
      </w:r>
    </w:p>
    <w:p>
      <w:r>
        <w:rPr>
          <w:b/>
        </w:rPr>
        <w:t xml:space="preserve">[02:41] </w:t>
      </w:r>
      <w:r>
        <w:t>jannat aadmi ki aakhri destination hai, aakhri manzil hai.</w:t>
      </w:r>
    </w:p>
    <w:p>
      <w:pPr>
        <w:jc w:val="right"/>
      </w:pPr>
      <w:r>
        <w:t>جنت آدمی کی آخری ڈیسٹینیشن ہے، آخری منزل ہے۔</w:t>
      </w:r>
    </w:p>
    <w:p>
      <w:r>
        <w:rPr>
          <w:b/>
        </w:rPr>
        <w:t xml:space="preserve">[02:51] </w:t>
      </w:r>
      <w:r>
        <w:t>insan apne poore wajood ke sath ek cheez ka talib hai. har ek chahta hai ke mujhe ek duniya mile jo meri pasand ki ho.</w:t>
      </w:r>
    </w:p>
    <w:p>
      <w:pPr>
        <w:jc w:val="right"/>
      </w:pPr>
      <w:r>
        <w:t>انسان اپنے پورے وجود کے ساتھ ایک چیز کا طالب ہے۔ ہر ایک چاہتا ہے کہ مجھے ایک دنیا ملے جو میری پسند کی ہو۔</w:t>
      </w:r>
    </w:p>
    <w:p>
      <w:r>
        <w:rPr>
          <w:b/>
        </w:rPr>
        <w:t xml:space="preserve">[03:01] </w:t>
      </w:r>
      <w:r>
        <w:t>woh kya hai? wohi jannat hai. lekin har ek unfulfilled desire ke sath mar jata hai.</w:t>
      </w:r>
    </w:p>
    <w:p>
      <w:pPr>
        <w:jc w:val="right"/>
      </w:pPr>
      <w:r>
        <w:t>وہ کیا ہے؟ وہی جنت ہے۔ لیکن ہر ایک ان فلفل ڈیزائر کے ساتھ مر جاتا ہے۔</w:t>
      </w:r>
    </w:p>
    <w:p>
      <w:r>
        <w:rPr>
          <w:b/>
        </w:rPr>
        <w:t xml:space="preserve">[03:10] </w:t>
      </w:r>
      <w:r>
        <w:t>duniya mein koi bhi chahe woh badshah ho ya koi bhi ho,</w:t>
      </w:r>
    </w:p>
    <w:p>
      <w:pPr>
        <w:jc w:val="right"/>
      </w:pPr>
      <w:r>
        <w:t>دنیا میں کوئی بھی چاہے وہ بادشاہ ہو یا کوئی بھی ہو،</w:t>
      </w:r>
    </w:p>
    <w:p>
      <w:r>
        <w:rPr>
          <w:b/>
        </w:rPr>
        <w:t xml:space="preserve">[03:18] </w:t>
      </w:r>
      <w:r>
        <w:t>paise wala ho ya power wala ho, kisi ko bhi is duniya mein yeh mauqa nahi mila ke woh apni pasand ki, jaisa jaisa chahta hai, ek duniya apni pasand ki waisi duniya bana sake.</w:t>
      </w:r>
    </w:p>
    <w:p>
      <w:pPr>
        <w:jc w:val="right"/>
      </w:pPr>
      <w:r>
        <w:t>پیسے والا ہو یا پاور والا ہو، کسی کو بھی اس دنیا میں یہ موقع نہیں ملا کہ وہ اپنی پسند کی، جیسا جیسا چاہتا ہے، ایک دنیا اپنی پسند کی ویسی دنیا بنا سکے۔</w:t>
      </w:r>
    </w:p>
    <w:p>
      <w:r>
        <w:rPr>
          <w:b/>
        </w:rPr>
        <w:t xml:space="preserve">[03:40] </w:t>
      </w:r>
      <w:r>
        <w:t>apni pasand wali duniya ko paye baghair mar jata hai har aadmi. to dekhiye,</w:t>
      </w:r>
    </w:p>
    <w:p>
      <w:pPr>
        <w:jc w:val="right"/>
      </w:pPr>
      <w:r>
        <w:t>اپنی پسند والی دنیا کو پائے بغیر مر جاتا ہے ہر آدمی۔ تو دیکھیے،</w:t>
      </w:r>
    </w:p>
    <w:p>
      <w:r>
        <w:rPr>
          <w:b/>
        </w:rPr>
        <w:t xml:space="preserve">[03:50] </w:t>
      </w:r>
      <w:r>
        <w:t>talib ka maujood hona aur matlab maujood na hona yeh contradiction hai. yani chahne wala maujood ho to jo cheez woh chah raha ho woh na mile, yeh impossible hai.</w:t>
      </w:r>
    </w:p>
    <w:p>
      <w:pPr>
        <w:jc w:val="right"/>
      </w:pPr>
      <w:r>
        <w:t>طالب کا موجود ہونا اور مطلب موجود نہ ہونا یہ کنٹراڈکشن ہے۔ یعنی چاہنے والا موجود ہو تو جو چیز وہ چاہ رہا ہو وہ نہ ملے، یہ امپاسیبل ہے۔</w:t>
      </w:r>
    </w:p>
    <w:p>
      <w:r>
        <w:rPr>
          <w:b/>
        </w:rPr>
        <w:t xml:space="preserve">[04:05] </w:t>
      </w:r>
      <w:r>
        <w:t>dekhiye, talab bhi ek creation hai.</w:t>
      </w:r>
    </w:p>
    <w:p>
      <w:pPr>
        <w:jc w:val="right"/>
      </w:pPr>
      <w:r>
        <w:t>دیکھیے، طلب بھی ایک کریشن ہے۔</w:t>
      </w:r>
    </w:p>
    <w:p>
      <w:r>
        <w:rPr>
          <w:b/>
        </w:rPr>
        <w:t xml:space="preserve">[04:08] </w:t>
      </w:r>
      <w:r>
        <w:t>talab hum apne andar paida nahi kar sakte, balkeh jo talab hamare andar hai woh sher ke andar nahi, woh hathi ke andar nahi, woh pahad aur samandar ke andar nahi.</w:t>
      </w:r>
    </w:p>
    <w:p>
      <w:pPr>
        <w:jc w:val="right"/>
      </w:pPr>
      <w:r>
        <w:t>طلب ہم اپنے اندر پیدا نہیں کر سکتے، بلکہ جو طلب ہمارے اندر ہے وہ شیر کے اندر نہیں، وہ ہاتھی کے اندر نہیں، وہ پہاڑ اور سمندر کے اندر نہیں۔</w:t>
      </w:r>
    </w:p>
    <w:p>
      <w:r>
        <w:rPr>
          <w:b/>
        </w:rPr>
        <w:t xml:space="preserve">[04:20] </w:t>
      </w:r>
      <w:r>
        <w:t>to bhi created cheez hai. hum ne apne aap se acquire nahi kar liya hai.</w:t>
      </w:r>
    </w:p>
    <w:p>
      <w:pPr>
        <w:jc w:val="right"/>
      </w:pPr>
      <w:r>
        <w:t>تو بھی کریٹڈ چیز ہے۔ ہم نے اپنے آپ سے اکوائر نہیں کر لیا ہے۔</w:t>
      </w:r>
    </w:p>
    <w:p>
      <w:r>
        <w:rPr>
          <w:b/>
        </w:rPr>
        <w:t xml:space="preserve">[04:29] </w:t>
      </w:r>
      <w:r>
        <w:t>jis khaliq ne create kiya desire, talab, to yeh impossible hai ke woh khaliq is talab ka matlab create na kare.</w:t>
      </w:r>
    </w:p>
    <w:p>
      <w:pPr>
        <w:jc w:val="right"/>
      </w:pPr>
      <w:r>
        <w:t>جس خالق نے کریٹ کیا ڈیزائر، طلب، تو یہ امپاسیبل ہے کہ وہ خالق اس طلب کا مطلب کریٹ نہ کرے۔</w:t>
      </w:r>
    </w:p>
    <w:p>
      <w:r>
        <w:rPr>
          <w:b/>
        </w:rPr>
        <w:t xml:space="preserve">[04:42] </w:t>
      </w:r>
      <w:r>
        <w:t>yeh impossible hai. dekhiye, main aap ko ek scientific proof deta hoon "paradise" ka. woh hai evolution theory.</w:t>
      </w:r>
    </w:p>
    <w:p>
      <w:pPr>
        <w:jc w:val="right"/>
      </w:pPr>
      <w:r>
        <w:t>یہ امپاسیبل ہے۔ دیکھیے، میں آپ کو ایک سائنٹیفک پروف دیتا ہوں "پیرڈائز" کا۔ وہ ہے ایولوشن تھیوری۔</w:t>
      </w:r>
    </w:p>
    <w:p>
      <w:r>
        <w:rPr>
          <w:b/>
        </w:rPr>
        <w:t xml:space="preserve">[04:55] </w:t>
      </w:r>
      <w:r>
        <w:t>main evolution theory ko nahi manta, lekin sari duniya to manti hai. sare parhe likhe log evolution theory ko as a fact mante hain.</w:t>
      </w:r>
    </w:p>
    <w:p>
      <w:pPr>
        <w:jc w:val="right"/>
      </w:pPr>
      <w:r>
        <w:t>میں ایولوشن تھیوری کو نہیں مانتا، لیکن ساری دنیا تو مانتی ہے۔ سارے پڑھے لکھے لوگ ایولوشن تھیوری کو ایز اے فیکٹ مانتے ہیں۔</w:t>
      </w:r>
    </w:p>
    <w:p>
      <w:r>
        <w:rPr>
          <w:b/>
        </w:rPr>
        <w:t xml:space="preserve">[05:07] </w:t>
      </w:r>
      <w:r>
        <w:t>mein zahiri taur par evolution theory ko nahi manta, mein creation theory ko manta hoon. lekin evolution ek principal deti hai.</w:t>
      </w:r>
    </w:p>
    <w:p>
      <w:pPr>
        <w:jc w:val="right"/>
      </w:pPr>
      <w:r>
        <w:t>میں ظاہری طور پر ایولوشن تھیوری کو نہیں مانتا، میں کریشن تھیوری کو مانتا ہوں۔ لیکن ایولوشن ایک پرنسپل دیتی ہے۔</w:t>
      </w:r>
    </w:p>
    <w:p>
      <w:r>
        <w:rPr>
          <w:b/>
        </w:rPr>
        <w:t xml:space="preserve">[05:20] </w:t>
      </w:r>
      <w:r>
        <w:t>ek principal deti hai.</w:t>
      </w:r>
    </w:p>
    <w:p>
      <w:pPr>
        <w:jc w:val="right"/>
      </w:pPr>
      <w:r>
        <w:t>ایک پرنسپل دیتی ہے۔</w:t>
      </w:r>
    </w:p>
    <w:p>
      <w:r>
        <w:rPr>
          <w:b/>
        </w:rPr>
        <w:t xml:space="preserve">[05:24] </w:t>
      </w:r>
      <w:r>
        <w:t>woh kya hai?</w:t>
      </w:r>
    </w:p>
    <w:p>
      <w:pPr>
        <w:jc w:val="right"/>
      </w:pPr>
      <w:r>
        <w:t>وہ کیا ہے؟</w:t>
      </w:r>
    </w:p>
    <w:p>
      <w:r>
        <w:rPr>
          <w:b/>
        </w:rPr>
        <w:t xml:space="preserve">[05:29] </w:t>
      </w:r>
      <w:r>
        <w:t>less perfect se perfect ki taraf safar. ek bandar se insan ka hona kya hai? ya machhli se chidiya ka hona kya hai?</w:t>
      </w:r>
    </w:p>
    <w:p>
      <w:pPr>
        <w:jc w:val="right"/>
      </w:pPr>
      <w:r>
        <w:t>لیس پرفیکٹ سے پرفیکٹ کی طرف سفر۔ ایک بندر سے انسان کا ہونا کیا ہے؟ یا مچھلی سے چڑیا کا ہونا کیا ہے؟</w:t>
      </w:r>
    </w:p>
    <w:p>
      <w:r>
        <w:rPr>
          <w:b/>
        </w:rPr>
        <w:t xml:space="preserve">[05:41] </w:t>
      </w:r>
      <w:r>
        <w:t>less perfect ne perfect ka safar kiya.</w:t>
      </w:r>
    </w:p>
    <w:p>
      <w:pPr>
        <w:jc w:val="right"/>
      </w:pPr>
      <w:r>
        <w:t>لیس پرفیکٹ نے پرفیکٹ کا سفر کیا۔</w:t>
      </w:r>
    </w:p>
    <w:p>
      <w:r>
        <w:rPr>
          <w:b/>
        </w:rPr>
        <w:t xml:space="preserve">[05:46] </w:t>
      </w:r>
      <w:r>
        <w:t>toh mein yeh kahunga ke is se ek formula milta hai. ek formula.</w:t>
      </w:r>
    </w:p>
    <w:p>
      <w:pPr>
        <w:jc w:val="right"/>
      </w:pPr>
      <w:r>
        <w:t>تو میں یہ کہوں گا کہ اس سے ایک فارمولا ملتا ہے۔ ایک فارمولا۔</w:t>
      </w:r>
    </w:p>
    <w:p>
      <w:r>
        <w:rPr>
          <w:b/>
        </w:rPr>
        <w:t xml:space="preserve">[05:52] </w:t>
      </w:r>
      <w:r>
        <w:t>woh formula kya hai? of the existence of imperfect world is proved.</w:t>
      </w:r>
    </w:p>
    <w:p>
      <w:pPr>
        <w:jc w:val="right"/>
      </w:pPr>
      <w:r>
        <w:t>وہ فارمولا کیا ہے؟ اف دا ایگزسٹنس آف امپرفیکٹ ورلڈ از پروفڈ۔</w:t>
      </w:r>
    </w:p>
    <w:p>
      <w:r>
        <w:rPr>
          <w:b/>
        </w:rPr>
        <w:t xml:space="preserve">[06:02] </w:t>
      </w:r>
      <w:r>
        <w:t>the existence of perfect world is also proved. woh kaise? yeh duniya jis mein hum rehte hain, woh kya hai?</w:t>
      </w:r>
    </w:p>
    <w:p>
      <w:pPr>
        <w:jc w:val="right"/>
      </w:pPr>
      <w:r>
        <w:t>دا ایگزسٹنس آف پرفیکٹ ورلڈ از السو پروفڈ۔ وہ کیسے؟ یہ دنیا جس میں ہم رہتے ہیں، وہ کیا ہے؟</w:t>
      </w:r>
    </w:p>
    <w:p>
      <w:r>
        <w:rPr>
          <w:b/>
        </w:rPr>
        <w:t xml:space="preserve">[06:13] </w:t>
      </w:r>
      <w:r>
        <w:t>is mein woh saare item hain jo hum aqeeda rakhte hain ke jannat mein hain.</w:t>
      </w:r>
    </w:p>
    <w:p>
      <w:pPr>
        <w:jc w:val="right"/>
      </w:pPr>
      <w:r>
        <w:t>اس میں وہ سارے آئٹم ہیں جو ہم عقیدہ رکھتے ہیں کہ جنت میں ہیں۔</w:t>
      </w:r>
    </w:p>
    <w:p>
      <w:r>
        <w:rPr>
          <w:b/>
        </w:rPr>
        <w:t xml:space="preserve">[06:20] </w:t>
      </w:r>
      <w:r>
        <w:t>saare item. wa tubah mutashabih. jannat wale item sab ke sab is duniya mein maujood hain.</w:t>
      </w:r>
    </w:p>
    <w:p>
      <w:pPr>
        <w:jc w:val="right"/>
      </w:pPr>
      <w:r>
        <w:t>سارے آئٹم۔ وطوبہ متشابہ۔ جنت والے آئٹم سب کے سب اس دنیا میں موجود ہیں۔</w:t>
      </w:r>
    </w:p>
    <w:p>
      <w:r>
        <w:rPr>
          <w:b/>
        </w:rPr>
        <w:t xml:space="preserve">[06:30] </w:t>
      </w:r>
      <w:r>
        <w:t>farq kya hai? imperfect surat mein hain, less than ideal surat mein hain.</w:t>
      </w:r>
    </w:p>
    <w:p>
      <w:pPr>
        <w:jc w:val="right"/>
      </w:pPr>
      <w:r>
        <w:t>فرق کیا ہے؟ امپرفیکٹ صورت میں ہیں، لیس دین آئیڈیل صورت میں ہیں۔</w:t>
      </w:r>
    </w:p>
    <w:p>
      <w:r>
        <w:rPr>
          <w:b/>
        </w:rPr>
        <w:t xml:space="preserve">[06:39] </w:t>
      </w:r>
      <w:r>
        <w:t>toh yeh jannat, yeh aaj ki duniya jo hai, woh bhi jannat hai lekin imperfect jannat hai. aur aanay wali duniya jo other worldly world mein hogi,</w:t>
      </w:r>
    </w:p>
    <w:p>
      <w:pPr>
        <w:jc w:val="right"/>
      </w:pPr>
      <w:r>
        <w:t>تو یہ جنت، یہ آج کی دنیا جو ہے، وہ بھی جنت ہے لیکن امپرفیکٹ جنت ہے۔ اور آنے والی دنیا جو ادر ورلڈلی ورلڈ میں ہوگی،</w:t>
      </w:r>
    </w:p>
    <w:p>
      <w:r>
        <w:rPr>
          <w:b/>
        </w:rPr>
        <w:t xml:space="preserve">[06:55] </w:t>
      </w:r>
      <w:r>
        <w:t>woh perfect jannat hai. quran ke mutabiq aaj ki duniya jo hai, woh introductory version of paradise hai.</w:t>
      </w:r>
    </w:p>
    <w:p>
      <w:pPr>
        <w:jc w:val="right"/>
      </w:pPr>
      <w:r>
        <w:t>وہ پرفیکٹ جنت ہے۔ قرآن کے مطابق آج کی دنیا جو ہے، وہ انٹروڈکٹری ورژن آف پیراڈائز ہے۔</w:t>
      </w:r>
    </w:p>
    <w:p>
      <w:r>
        <w:rPr>
          <w:b/>
        </w:rPr>
        <w:t xml:space="preserve">[07:08] </w:t>
      </w:r>
      <w:r>
        <w:t>paradise ka ibtidai taaruf.</w:t>
      </w:r>
    </w:p>
    <w:p>
      <w:pPr>
        <w:jc w:val="right"/>
      </w:pPr>
      <w:r>
        <w:t>پیراڈائز کا ابتدائی تعارف۔</w:t>
      </w:r>
    </w:p>
    <w:p>
      <w:r>
        <w:rPr>
          <w:b/>
        </w:rPr>
        <w:t xml:space="preserve">[07:14] </w:t>
      </w:r>
      <w:r>
        <w:t>toh is ka matlab kya hogaya? imperfect version of paradise. toh aaj hi maujood hai. is ko aap observe karte hain, is ka aap tajurba karte hain, is mein rehte hain aap.</w:t>
      </w:r>
    </w:p>
    <w:p>
      <w:pPr>
        <w:jc w:val="right"/>
      </w:pPr>
      <w:r>
        <w:t>تو اس کا معنی کیا ہوگیا؟ امپرفیکٹ ورژن آف پیراڈائز۔ تو آج ہی موجود ہے۔ اس کو آپ ابزرو کرتے ہیں، اس کا آپ تجربہ کرتے ہیں، اس میں رہتے ہیں آپ۔</w:t>
      </w:r>
    </w:p>
    <w:p>
      <w:r>
        <w:rPr>
          <w:b/>
        </w:rPr>
        <w:t xml:space="preserve">[07:30] </w:t>
      </w:r>
      <w:r>
        <w:t>toh evolution theory se ko le kar jo principal saari duniya manti hai, us ko le kar mein kahunga ke if the existence of imperfect</w:t>
      </w:r>
    </w:p>
    <w:p>
      <w:pPr>
        <w:jc w:val="right"/>
      </w:pPr>
      <w:r>
        <w:t>تو ایولوشن تھیوری سے کو لے کر جو پرنسپل ساری دنیا مانتی ہے، اس کو لے کر میں کہوں گا کہ اف دا ایگزسٹنس آف امپرفیکٹ</w:t>
      </w:r>
    </w:p>
    <w:p>
      <w:r>
        <w:rPr>
          <w:b/>
        </w:rPr>
        <w:t xml:space="preserve">[07:48] </w:t>
      </w:r>
      <w:r>
        <w:t>is proved. the existence of perfect version is also proved.</w:t>
      </w:r>
    </w:p>
    <w:p>
      <w:pPr>
        <w:jc w:val="right"/>
      </w:pPr>
      <w:r>
        <w:t>از پروفڈ۔ دا ایگزسٹنس آف پرفیکٹ ورژن از السو پروفڈ۔</w:t>
      </w:r>
    </w:p>
    <w:p>
      <w:r>
        <w:rPr>
          <w:b/>
        </w:rPr>
        <w:t xml:space="preserve">[07:58] </w:t>
      </w:r>
      <w:r>
        <w:t>jab imperfect duniya ki maujoodgi sabit hogayi, yaani aaj jo duniya hai, us ko le kar mein keh raha hoon ke imperfect version of paradise already proof ho raha hai.</w:t>
      </w:r>
    </w:p>
    <w:p>
      <w:pPr>
        <w:jc w:val="right"/>
      </w:pPr>
      <w:r>
        <w:t>جب امپرفیکٹ دنیا کی موجودگی ثابت ہوگئی، یعنی آج جو دنیا ہے، اس کو لے کر میں کہہ رہا ہوں کہ امپرفیکٹ ورژن آف پیراڈائز الریڈی پروف ہو رہا ہے۔</w:t>
      </w:r>
    </w:p>
    <w:p>
      <w:r>
        <w:rPr>
          <w:b/>
        </w:rPr>
        <w:t xml:space="preserve">[08:24] </w:t>
      </w:r>
      <w:r>
        <w:t>toh jab imperfect version proof ho jaye toh evolution theory kehti hai ke perfect version bhi proof ho jata hai.</w:t>
      </w:r>
    </w:p>
    <w:p>
      <w:pPr>
        <w:jc w:val="right"/>
      </w:pPr>
      <w:r>
        <w:t>تو جب امپرفیکٹ ورژن پروف ہو جائے تو ایولوشن تھیوری کہتی ہے کہ پرفیکٹ ورژن بھی پروف ہو جاتا ہے۔</w:t>
      </w:r>
    </w:p>
    <w:p>
      <w:r>
        <w:rPr>
          <w:b/>
        </w:rPr>
        <w:t xml:space="preserve">[08:36] </w:t>
      </w:r>
      <w:r>
        <w:t>yeh hai scientific proof paradise ka hone ka.</w:t>
      </w:r>
    </w:p>
    <w:p>
      <w:pPr>
        <w:jc w:val="right"/>
      </w:pPr>
      <w:r>
        <w:t>یہ ہے سائنٹیفک پروف پرائیز کا ہونے کا۔</w:t>
      </w:r>
    </w:p>
    <w:p>
      <w:r>
        <w:rPr>
          <w:b/>
        </w:rPr>
        <w:t xml:space="preserve">[08:43] </w:t>
      </w:r>
      <w:r>
        <w:t>toh dekhiye, kya wajah hai ke log jannat ke baray mein, log ka haal yeh hai ke woh aksar log indifferent hain ya negative hain?</w:t>
      </w:r>
    </w:p>
    <w:p>
      <w:pPr>
        <w:jc w:val="right"/>
      </w:pPr>
      <w:r>
        <w:t>تو دیکھیے، کیا وجہ ہے کہ لوگ جنت کے بارے میں، لوگ کا حال یہ ہے کہ وہ اکثر لوگ انڈیفرنٹ ہیں یا نیگیٹیو ہیں؟</w:t>
      </w:r>
    </w:p>
    <w:p>
      <w:r>
        <w:rPr>
          <w:b/>
        </w:rPr>
        <w:t xml:space="preserve">[08:54] </w:t>
      </w:r>
      <w:r>
        <w:t>dekhiye, do qism ke log hain. ek hai woh jo jannat ko mante hain, mazhabi log. doosre woh secular log jannat ko nahi mante.</w:t>
      </w:r>
    </w:p>
    <w:p>
      <w:pPr>
        <w:jc w:val="right"/>
      </w:pPr>
      <w:r>
        <w:t>دیکھیے، دو قسم کے لوگ ہیں۔ ایک ہے وہ جو جنت کو مانتے ہیں، مذہبی لوگ۔ دوسرے وہ سیکولر لوگ جنت کو نہیں مانتے۔</w:t>
      </w:r>
    </w:p>
    <w:p>
      <w:r>
        <w:rPr>
          <w:b/>
        </w:rPr>
        <w:t xml:space="preserve">[09:07] </w:t>
      </w:r>
      <w:r>
        <w:t>toh dono mein aaj jo hai farq koi bohat zyada farq nahi hai. kyunke jo nahi mante, woh toh kehte hain ke yeh ek fiction hai. lekin jo mante hain, yeh Christian hain, jo hain Musalman, un ka manna kya hai?</w:t>
      </w:r>
    </w:p>
    <w:p>
      <w:pPr>
        <w:jc w:val="right"/>
      </w:pPr>
      <w:r>
        <w:t>تو دونوں میں آج جو ہے فرق کوئی بہت زیادہ فرق نہیں ہے۔ کیونکہ جو نہیں مانتے، وہ تو کہتے ہیں کہ یہ ایک فکشن ہے۔ لیکن جو مانتے ہیں، یہ کرسچن ہیں، جو ہیں مسلمان، ان کا ماننا کیا ہے؟</w:t>
      </w:r>
    </w:p>
    <w:p>
      <w:r>
        <w:rPr>
          <w:b/>
        </w:rPr>
        <w:t xml:space="preserve">[09:23] </w:t>
      </w:r>
      <w:r>
        <w:t>Christian yeh samajhte hain ke Hazrat Masih jo</w:t>
      </w:r>
    </w:p>
    <w:p>
      <w:pPr>
        <w:jc w:val="right"/>
      </w:pPr>
      <w:r>
        <w:t>کرسچن یہ سمجھتے ہیں کہ حضرت مسیح جو</w:t>
      </w:r>
    </w:p>
    <w:p>
      <w:r>
        <w:rPr>
          <w:b/>
        </w:rPr>
        <w:t xml:space="preserve">[09:30] </w:t>
      </w:r>
      <w:r>
        <w:t>crucify hue, toh unhon ne saare apne followers ki jannat ko pakka kar diya.</w:t>
      </w:r>
    </w:p>
    <w:p>
      <w:pPr>
        <w:jc w:val="right"/>
      </w:pPr>
      <w:r>
        <w:t>کروشفائی ہوئے، تو انہوں نے سارے اپنے فالوورز کی جنت کو پکا کر دیا۔</w:t>
      </w:r>
    </w:p>
    <w:p>
      <w:r>
        <w:rPr>
          <w:b/>
        </w:rPr>
        <w:t xml:space="preserve">[09:39] </w:t>
      </w:r>
      <w:r>
        <w:t>ab jo aadmi hazrat maseeh par aqeedah rakhe, us ki jannat pakki hai.</w:t>
      </w:r>
    </w:p>
    <w:p>
      <w:pPr>
        <w:jc w:val="right"/>
      </w:pPr>
      <w:r>
        <w:t>اب جو آدمی حضرت مسیح پر عقیدہ رکھے، اس کی جنت پکی ہے۔</w:t>
      </w:r>
    </w:p>
    <w:p>
      <w:r>
        <w:rPr>
          <w:b/>
        </w:rPr>
        <w:t xml:space="preserve">[09:48] </w:t>
      </w:r>
      <w:r>
        <w:t>jo christian samajhte hain ke jannat to un ka birthright hai,</w:t>
      </w:r>
    </w:p>
    <w:p>
      <w:pPr>
        <w:jc w:val="right"/>
      </w:pPr>
      <w:r>
        <w:t>جو کرسچن سمجھتے ہیں کہ جنت تو ان کا برتھ رائٹ ہے،</w:t>
      </w:r>
    </w:p>
    <w:p>
      <w:r>
        <w:rPr>
          <w:b/>
        </w:rPr>
        <w:t xml:space="preserve">[09:53] </w:t>
      </w:r>
      <w:r>
        <w:t>jo aadmi paida hoga jis family mein, us ke liye jannat to pakki hai. yeh musalmanon ka haal hai. musalman samajhte hain ke hazrat rasool ALLAH sallALLAHU alaihi wasallam jo hain,</w:t>
      </w:r>
    </w:p>
    <w:p>
      <w:pPr>
        <w:jc w:val="right"/>
      </w:pPr>
      <w:r>
        <w:t>جو آدمی پیدا ہوگا جس فیملی میں، اس کے لیے جنت تو پکی ہے۔ یہ مسلمانوں کا حال ہے۔ مسلمان سمجھتے ہیں کہ حضرت رسول اللہ صلی اللہ علیہ وسلم جو ہیں،</w:t>
      </w:r>
    </w:p>
    <w:p>
      <w:r>
        <w:rPr>
          <w:b/>
        </w:rPr>
        <w:t xml:space="preserve">[10:07] </w:t>
      </w:r>
      <w:r>
        <w:t>wo shafaat kar den ge. ab bas saare saare ke saare musalman ek taraf se jannat dakhil kar diye jayen ge.</w:t>
      </w:r>
    </w:p>
    <w:p>
      <w:pPr>
        <w:jc w:val="right"/>
      </w:pPr>
      <w:r>
        <w:t>وہ شفاعت کر دیں گے۔ اب بس سارے سارے کے سارے مسلمان ایک طرف سے جنت داخل کر دیے جائیں گے۔</w:t>
      </w:r>
    </w:p>
    <w:p>
      <w:r>
        <w:rPr>
          <w:b/>
        </w:rPr>
        <w:t xml:space="preserve">[10:19] </w:t>
      </w:r>
      <w:r>
        <w:t>to jo jannat ko nahi manta, jo log jannat ko nahi mante, un mein aur jo jannat ko mante hain, koi khaas farq nahi.</w:t>
      </w:r>
    </w:p>
    <w:p>
      <w:pPr>
        <w:jc w:val="right"/>
      </w:pPr>
      <w:r>
        <w:t>تو جو جنت کو نہیں مانتا، جو لوگ جنت کو نہیں مانتے، ان میں اور جو جنت کو مانتے ہیں، کوئی خاص فرق نہیں۔</w:t>
      </w:r>
    </w:p>
    <w:p>
      <w:r>
        <w:rPr>
          <w:b/>
        </w:rPr>
        <w:t xml:space="preserve">[10:30] </w:t>
      </w:r>
      <w:r>
        <w:t>main chahta hoon ke aap is is moamle ko quran ki roshni mein dekhen ke jannat kis ke liye hai. ek bohat important baat hai ke jannat ko ALLAH taala ne sabr ke sath bracket kiya hai.</w:t>
      </w:r>
    </w:p>
    <w:p>
      <w:pPr>
        <w:jc w:val="right"/>
      </w:pPr>
      <w:r>
        <w:t>میں چاہتا ہوں کہ آپ اس اس معاملے کو قرآن کی روشنی میں دیکھیں کہ جنت کس کے لیے ہے۔ ایک بہت امپورٹنٹ بات ہے کہ جنت کو اللہ تعالیٰ نے صبر کے ساتھ بریکٹ کیا ہے۔</w:t>
      </w:r>
    </w:p>
    <w:p>
      <w:r>
        <w:rPr>
          <w:b/>
        </w:rPr>
        <w:t xml:space="preserve">[10:48] </w:t>
      </w:r>
      <w:r>
        <w:t>bohat si ayaten aur hadeesen hain jis mein yeh baat kahi gayi hai. misaal ke taur par, zalik jazaahum bima sabroo.</w:t>
      </w:r>
    </w:p>
    <w:p>
      <w:pPr>
        <w:jc w:val="right"/>
      </w:pPr>
      <w:r>
        <w:t>بہت سی آیتیں اور حدیثیں ہیں جس میں یہ بات کہی گئی ہے۔ مثال کے طور پر، ذالک جزانہم بما صبرو۔</w:t>
      </w:r>
    </w:p>
    <w:p>
      <w:r>
        <w:rPr>
          <w:b/>
        </w:rPr>
        <w:t xml:space="preserve">[11:02] </w:t>
      </w:r>
      <w:r>
        <w:t>jannat hum ne diya un ko is liye ke unhon ne sabr kiya.</w:t>
      </w:r>
    </w:p>
    <w:p>
      <w:pPr>
        <w:jc w:val="right"/>
      </w:pPr>
      <w:r>
        <w:t>جنت ہم نے دیا ان کو اس لیے کہ انہوں نے صبر کیا۔</w:t>
      </w:r>
    </w:p>
    <w:p>
      <w:r>
        <w:rPr>
          <w:b/>
        </w:rPr>
        <w:t xml:space="preserve">[11:08] </w:t>
      </w:r>
      <w:r>
        <w:t>is tarah ki bohat si ayaten hain jis se maloom hota hai ke jannat sabr par hai.</w:t>
      </w:r>
    </w:p>
    <w:p>
      <w:pPr>
        <w:jc w:val="right"/>
      </w:pPr>
      <w:r>
        <w:t>اس طرح کی بہت سی آیتیں ہیں جس سے معلوم ہوتا ہے کہ جنت صبر پر ہے۔</w:t>
      </w:r>
    </w:p>
    <w:p>
      <w:r>
        <w:rPr>
          <w:b/>
        </w:rPr>
        <w:t xml:space="preserve">[11:16] </w:t>
      </w:r>
      <w:r>
        <w:t>yani sabr hi wahid price hai jannat mein dakhle ki. ab ghaur kijiye ke sabr kya cheez hai?</w:t>
      </w:r>
    </w:p>
    <w:p>
      <w:pPr>
        <w:jc w:val="right"/>
      </w:pPr>
      <w:r>
        <w:t>یعنی صبر ہی واحد پرائس ہے جنت میں داخلے کی۔ اب غور کیجئے کہ صبر کیا چیز ہے؟</w:t>
      </w:r>
    </w:p>
    <w:p>
      <w:r>
        <w:rPr>
          <w:b/>
        </w:rPr>
        <w:t xml:space="preserve">[11:26] </w:t>
      </w:r>
      <w:r>
        <w:t>quran mein dekhiye, sabr ke bare mein ek ayat hai jis se maloom hota hai ke ALLAH ke nazdeek sabr sab se bari ibadat hai.</w:t>
      </w:r>
    </w:p>
    <w:p>
      <w:pPr>
        <w:jc w:val="right"/>
      </w:pPr>
      <w:r>
        <w:t>قرآن میں دیکھئے، صبر کے بارے میں ایک آیت ہے جس سے معلوم ہوتا ہے کہ اللہ کے نزدیک صبر سب سے بڑی عبادت ہے۔</w:t>
      </w:r>
    </w:p>
    <w:p>
      <w:r>
        <w:rPr>
          <w:b/>
        </w:rPr>
        <w:t xml:space="preserve">[11:37] </w:t>
      </w:r>
      <w:r>
        <w:t>innama yuwaffa sabiroo ujurhum bighair hisaab.</w:t>
      </w:r>
    </w:p>
    <w:p>
      <w:pPr>
        <w:jc w:val="right"/>
      </w:pPr>
      <w:r>
        <w:t>انما یوفصابرو نجرہم بغیر حساب۔</w:t>
      </w:r>
    </w:p>
    <w:p>
      <w:r>
        <w:rPr>
          <w:b/>
        </w:rPr>
        <w:t xml:space="preserve">[11:46] </w:t>
      </w:r>
      <w:r>
        <w:t>sabr karne wale bila hisaab inaam payen ge. to sabr mein kya cheez hai? is sabr mein kyun hai itna bara?</w:t>
      </w:r>
    </w:p>
    <w:p>
      <w:pPr>
        <w:jc w:val="right"/>
      </w:pPr>
      <w:r>
        <w:t>صبر کرنے والے بلا حساب انعام پائیں گے۔ تو صبر میں کیا چیز ہے؟ اس صبر میں کیوں ہے اتنا بڑا؟</w:t>
      </w:r>
    </w:p>
    <w:p>
      <w:r>
        <w:rPr>
          <w:b/>
        </w:rPr>
        <w:t xml:space="preserve">[11:57] </w:t>
      </w:r>
      <w:r>
        <w:t>sabr ki value itni zyada kyun hai? is ko sochne ki zaroorat hai.</w:t>
      </w:r>
    </w:p>
    <w:p>
      <w:pPr>
        <w:jc w:val="right"/>
      </w:pPr>
      <w:r>
        <w:t>صبر کی ویلیو اتنی زیادہ کیوں ہے؟ اس کو سوچنے کی ضرورت ہے۔</w:t>
      </w:r>
    </w:p>
    <w:p>
      <w:r>
        <w:rPr>
          <w:b/>
        </w:rPr>
        <w:t xml:space="preserve">[12:05] </w:t>
      </w:r>
      <w:r>
        <w:t>yeh baat is waqt samajh mein aati hai jab aap yeh jannen ke ALLAH taala ne jo paida kiya insaan ko duniya mein. to purpose of life kya hai?</w:t>
      </w:r>
    </w:p>
    <w:p>
      <w:pPr>
        <w:jc w:val="right"/>
      </w:pPr>
      <w:r>
        <w:t>یہ بات اس وقت سمجھ میں آتی ہے جب آپ یہ جانیں کہ اللہ تعالیٰ نے جو پیدا کیا انسان کو دنیا میں۔ تو پرپس آف لائف کیا ہے؟</w:t>
      </w:r>
    </w:p>
    <w:p>
      <w:r>
        <w:rPr>
          <w:b/>
        </w:rPr>
        <w:t xml:space="preserve">[12:17] </w:t>
      </w:r>
      <w:r>
        <w:t>ALLAH ka creation plan kya hai? is ko jab aap janen ge tab samajh mein aayega ke sabr ki itni zyada ahmiyat kyun hai. aam taur par log sabr ko negative sense mein lete hain.</w:t>
      </w:r>
    </w:p>
    <w:p>
      <w:pPr>
        <w:jc w:val="right"/>
      </w:pPr>
      <w:r>
        <w:t>اللہ کا کریشن پلان کیا ہے؟ اس کو جب آپ جانیں گے تب سمجھ میں آئے گا کہ صبر کی اتنی زیادہ اہمیت کیوں ہے۔ عام طور پر لوگ صبر کو نیگیٹیو سینس میں لیتے ہیں۔</w:t>
      </w:r>
    </w:p>
    <w:p>
      <w:r>
        <w:rPr>
          <w:b/>
        </w:rPr>
        <w:t xml:space="preserve">[12:31] </w:t>
      </w:r>
      <w:r>
        <w:t>yeh bilkul galat hai.</w:t>
      </w:r>
    </w:p>
    <w:p>
      <w:pPr>
        <w:jc w:val="right"/>
      </w:pPr>
      <w:r>
        <w:t>یہ بالکل غلط ہے۔</w:t>
      </w:r>
    </w:p>
    <w:p>
      <w:r>
        <w:rPr>
          <w:b/>
        </w:rPr>
        <w:t xml:space="preserve">[12:34] </w:t>
      </w:r>
      <w:r>
        <w:t>sabr sab se bari positive cheez hai. sab se bari positive cheez. kyun ke sabr ke sath juda hua hai jannat.</w:t>
      </w:r>
    </w:p>
    <w:p>
      <w:pPr>
        <w:jc w:val="right"/>
      </w:pPr>
      <w:r>
        <w:t>صبر سب سے بڑی پازیٹیو چیز ہے۔ سب سے بڑی پازیٹیو چیز۔ کیونکہ صبری کے ساتھ جڑا ہوا ہے جنت۔</w:t>
      </w:r>
    </w:p>
    <w:p>
      <w:r>
        <w:rPr>
          <w:b/>
        </w:rPr>
        <w:t xml:space="preserve">[12:42] </w:t>
      </w:r>
      <w:r>
        <w:t>to zahir hai ke sabr se zyada positive aur kya ho sakta hai?</w:t>
      </w:r>
    </w:p>
    <w:p>
      <w:pPr>
        <w:jc w:val="right"/>
      </w:pPr>
      <w:r>
        <w:t>تو ظاہر ہے کہ صبر سے زیادہ پازیٹیو اور کیا ہو سکتا ہے؟</w:t>
      </w:r>
    </w:p>
    <w:p>
      <w:r>
        <w:rPr>
          <w:b/>
        </w:rPr>
        <w:t xml:space="preserve">[12:49] </w:t>
      </w:r>
      <w:r>
        <w:t>to sabr kyun price hai jannat ki? is ko samajhne ki zaroorat hai. is ka raaz yeh hai ke ALLAH taala ne duniya ko is tarah paida</w:t>
      </w:r>
    </w:p>
    <w:p>
      <w:pPr>
        <w:jc w:val="right"/>
      </w:pPr>
      <w:r>
        <w:t>تو صبر کیوں پرائس ہے جنت کی؟ اس کو سمجھنے کی ضرورت ہے۔ اس کا راز یہ ہے کہ اللہ تعالیٰ نے دنیا کو اس طرح پیدا</w:t>
      </w:r>
    </w:p>
    <w:p>
      <w:r>
        <w:rPr>
          <w:b/>
        </w:rPr>
        <w:t xml:space="preserve">[13:02] </w:t>
      </w:r>
      <w:r>
        <w:t>kiya hai ke yahan par problem hai, hardship hai, masail hain.</w:t>
      </w:r>
    </w:p>
    <w:p>
      <w:pPr>
        <w:jc w:val="right"/>
      </w:pPr>
      <w:r>
        <w:t>کیا ہے کہ یہاں پر پرابلم ہے، ہارڈشپ ہے، مسائل ہیں۔</w:t>
      </w:r>
    </w:p>
    <w:p>
      <w:r>
        <w:rPr>
          <w:b/>
        </w:rPr>
        <w:t xml:space="preserve">[13:10] </w:t>
      </w:r>
      <w:r>
        <w:t>misal ke taur par dekhiye, quran mein likha hua hai: "laqad khalaqal insana fi kabd". hum ne insaan ko paida kiya hardship mein ya problem mein.</w:t>
      </w:r>
    </w:p>
    <w:p>
      <w:pPr>
        <w:jc w:val="right"/>
      </w:pPr>
      <w:r>
        <w:t>مثلاً دیکھیے، قرآن میں لکھا ہوا ہے: "لقد خلق الانسان فی کبد"۔ ہم نے انسان کو پیدا کیا ہارڈشپ میں یا پرابلم میں۔</w:t>
      </w:r>
    </w:p>
    <w:p>
      <w:r>
        <w:rPr>
          <w:b/>
        </w:rPr>
        <w:t xml:space="preserve">[13:25] </w:t>
      </w:r>
      <w:r>
        <w:t>doosre ka hai ke:</w:t>
      </w:r>
    </w:p>
    <w:p>
      <w:pPr>
        <w:jc w:val="right"/>
      </w:pPr>
      <w:r>
        <w:t>دوسرے کا ہے کہ:</w:t>
      </w:r>
    </w:p>
    <w:p>
      <w:r>
        <w:rPr>
          <w:b/>
        </w:rPr>
        <w:t xml:space="preserve">[13:31] </w:t>
      </w:r>
      <w:r>
        <w:t>"laqad khalaqal insana fi ahsani taqweem". thumma radadna asfala safileen. insaan ko paida kiya bohat hi aala makhlooq ke hasiyat se.</w:t>
      </w:r>
    </w:p>
    <w:p>
      <w:pPr>
        <w:jc w:val="right"/>
      </w:pPr>
      <w:r>
        <w:t>"لقد خلق الانسان فی اسن تقویم"۔ ثم رددنا اسفل سافرین۔ انسان کو پیدا کیا بہت ہی اعلیٰ مخلوق کے حیثیت سے۔</w:t>
      </w:r>
    </w:p>
    <w:p>
      <w:r>
        <w:rPr>
          <w:b/>
        </w:rPr>
        <w:t xml:space="preserve">[13:44] </w:t>
      </w:r>
      <w:r>
        <w:t>phir is ko daal diya bilkul nichon se neech.</w:t>
      </w:r>
    </w:p>
    <w:p>
      <w:pPr>
        <w:jc w:val="right"/>
      </w:pPr>
      <w:r>
        <w:t>پھر اس کو ڈال دیا بالکل نیچوں سے نیچے۔</w:t>
      </w:r>
    </w:p>
    <w:p>
      <w:r>
        <w:rPr>
          <w:b/>
        </w:rPr>
        <w:t xml:space="preserve">[13:50] </w:t>
      </w:r>
      <w:r>
        <w:t>bohat hi neeche daal diya is ko.</w:t>
      </w:r>
    </w:p>
    <w:p>
      <w:pPr>
        <w:jc w:val="right"/>
      </w:pPr>
      <w:r>
        <w:t>بہت ہی نیچے ڈال دیا اس کو۔</w:t>
      </w:r>
    </w:p>
    <w:p>
      <w:r>
        <w:rPr>
          <w:b/>
        </w:rPr>
        <w:t xml:space="preserve">[13:55] </w:t>
      </w:r>
      <w:r>
        <w:t>is ka matlab kya hai? aise hi dekhiye ke: "walsar in al-lisan fi khusr". insan ghaate mein hai, insan loss mein hai.</w:t>
      </w:r>
    </w:p>
    <w:p>
      <w:pPr>
        <w:jc w:val="right"/>
      </w:pPr>
      <w:r>
        <w:t>اس کا مطلب کیا ہے؟ ایسے ہی دیکھیے کہ: "ولسر ان اللسان فی خسر"۔ انسان گھاٹے میں ہے، انسان لاس میں ہے۔</w:t>
      </w:r>
    </w:p>
    <w:p>
      <w:r>
        <w:rPr>
          <w:b/>
        </w:rPr>
        <w:t xml:space="preserve">[14:04] </w:t>
      </w:r>
      <w:r>
        <w:t>is sab aayaton ko le kar log is ko samajhte hain ke dunya yeh museebat ki dunya hai. aur philosophers yeh kehte hain ke dunya to yaani evil se bhari hui hai.</w:t>
      </w:r>
    </w:p>
    <w:p>
      <w:pPr>
        <w:jc w:val="right"/>
      </w:pPr>
      <w:r>
        <w:t>اس سب آیتوں کو لے کر لوگ اس کو سمجھتے ہیں کہ دنیا یہ مصیبت کی دنیا ہے۔ اور فلاسفرز یہ کہتے ہیں کہ دنیا تو یعنی ایول سے بھری ہوئی ہے۔</w:t>
      </w:r>
    </w:p>
    <w:p>
      <w:r>
        <w:rPr>
          <w:b/>
        </w:rPr>
        <w:t xml:space="preserve">[14:20] </w:t>
      </w:r>
      <w:r>
        <w:t>philosophers ke nazdeek sab se bara suboot Allah ke na hone ka yeh hai ke yahan par evil kyun hai? agar Allah all right hai to evil kyun yahan par hai?</w:t>
      </w:r>
    </w:p>
    <w:p>
      <w:pPr>
        <w:jc w:val="right"/>
      </w:pPr>
      <w:r>
        <w:t>فلاسفرز کے نزدیک سب سے بڑا ثبوت اللہ کے نہ ہونے کا یہ ہے کہ یہاں پر ایول کیوں ہے؟ اگر اللہ آل رائٹ ہے تو ایول کیوں یہاں پر ہے؟</w:t>
      </w:r>
    </w:p>
    <w:p>
      <w:r>
        <w:rPr>
          <w:b/>
        </w:rPr>
        <w:t xml:space="preserve">[14:33] </w:t>
      </w:r>
      <w:r>
        <w:t>all powerful hai to evil kyun yahan par hai? dekhiye, yeh evil nahi hai.</w:t>
      </w:r>
    </w:p>
    <w:p>
      <w:pPr>
        <w:jc w:val="right"/>
      </w:pPr>
      <w:r>
        <w:t>آل پاور فل ہے تو ایول کیوں یہاں پر ہے؟ دیکھیے، یہ ایول نہیں ہے۔</w:t>
      </w:r>
    </w:p>
    <w:p>
      <w:r>
        <w:rPr>
          <w:b/>
        </w:rPr>
        <w:t xml:space="preserve">[14:40] </w:t>
      </w:r>
      <w:r>
        <w:t>aap in cheezon ko yaani problem ko, kabad ko aur masail ko</w:t>
      </w:r>
    </w:p>
    <w:p>
      <w:pPr>
        <w:jc w:val="right"/>
      </w:pPr>
      <w:r>
        <w:t>آپ ان چیزوں کو یعنی پرابلم کو، کبد کو اور مسائل کو</w:t>
      </w:r>
    </w:p>
    <w:p>
      <w:r>
        <w:rPr>
          <w:b/>
        </w:rPr>
        <w:t xml:space="preserve">[14:50] </w:t>
      </w:r>
      <w:r>
        <w:t>negative lafz diye hue hain. as a question of nomenclature, nomenclature. aap is ko negative word diye hue hain yaani problem ka word.</w:t>
      </w:r>
    </w:p>
    <w:p>
      <w:pPr>
        <w:jc w:val="right"/>
      </w:pPr>
      <w:r>
        <w:t>نیگیٹیو لفظ دیے ہوئے ہیں۔ از اے کوئسچن آف نومن کلیئر، نومن کلیچر۔ آپ اس کو نیگیٹیو ورڈ دیے ہوئے ہیں یعنی پرابلم کا ورڈ۔</w:t>
      </w:r>
    </w:p>
    <w:p>
      <w:r>
        <w:rPr>
          <w:b/>
        </w:rPr>
        <w:t xml:space="preserve">[15:01] </w:t>
      </w:r>
      <w:r>
        <w:t>aap is ko positive word dijiye. woh hai challenge. yeh saari cheezein challenge hain. challenge.</w:t>
      </w:r>
    </w:p>
    <w:p>
      <w:pPr>
        <w:jc w:val="right"/>
      </w:pPr>
      <w:r>
        <w:t>آپ اس کو پازیٹیو ورڈ دیجئے۔ وہ ہے چیلنج۔ یہ ساری چیزیں چیلنج ہیں۔ چیلنج۔</w:t>
      </w:r>
    </w:p>
    <w:p>
      <w:r>
        <w:rPr>
          <w:b/>
        </w:rPr>
        <w:t xml:space="preserve">[15:10] </w:t>
      </w:r>
      <w:r>
        <w:t>hardship bhi ek challenge hai. problem bhi ek challenge hai. in water situation bhi ek challenge hai.</w:t>
      </w:r>
    </w:p>
    <w:p>
      <w:pPr>
        <w:jc w:val="right"/>
      </w:pPr>
      <w:r>
        <w:t>ہارڈشپ بھی ایک چیلنج ہے۔ پرابلم بھی ایک چیلنج ہے۔ ان واٹر سچویشن بھی ایک چیلنج ہے۔</w:t>
      </w:r>
    </w:p>
    <w:p>
      <w:r>
        <w:rPr>
          <w:b/>
        </w:rPr>
        <w:t xml:space="preserve">[15:22] </w:t>
      </w:r>
      <w:r>
        <w:t>to Allah taala ne jannat ke raaste mein challenges rakh diye.</w:t>
      </w:r>
    </w:p>
    <w:p>
      <w:pPr>
        <w:jc w:val="right"/>
      </w:pPr>
      <w:r>
        <w:t>تو اللہ تعالیٰ نے جنت کے راستے میں چیلنجز رکھ دیے۔</w:t>
      </w:r>
    </w:p>
    <w:p>
      <w:r>
        <w:rPr>
          <w:b/>
        </w:rPr>
        <w:t xml:space="preserve">[15:30] </w:t>
      </w:r>
      <w:r>
        <w:t>jannat ke raaste mein challenges rakh diye. in challenges ko jo face kare wahi pahunchega jannat tak. aur face karne ke liye kya cheez chahiye?</w:t>
      </w:r>
    </w:p>
    <w:p>
      <w:pPr>
        <w:jc w:val="right"/>
      </w:pPr>
      <w:r>
        <w:t>جنت کے راستے میں چیلنجز رکھ دیے۔ ان چیلنجز کو جو فیس کرے وہی پہنچے گا جنت تک۔ اور فیس کرنے کے لیے کیا چیز چاہیے؟</w:t>
      </w:r>
    </w:p>
    <w:p>
      <w:r>
        <w:rPr>
          <w:b/>
        </w:rPr>
        <w:t xml:space="preserve">[15:39] </w:t>
      </w:r>
      <w:r>
        <w:t>sabr</w:t>
      </w:r>
    </w:p>
    <w:p>
      <w:pPr>
        <w:jc w:val="right"/>
      </w:pPr>
      <w:r>
        <w:t>صبر</w:t>
      </w:r>
    </w:p>
    <w:p>
      <w:r>
        <w:rPr>
          <w:b/>
        </w:rPr>
        <w:t xml:space="preserve">[15:40] </w:t>
      </w:r>
      <w:r>
        <w:t>, patience, tahammul. yeh cheez chahiye.</w:t>
      </w:r>
    </w:p>
    <w:p>
      <w:pPr>
        <w:jc w:val="right"/>
      </w:pPr>
      <w:r>
        <w:t>، پیشنس، تحمل۔ یہ چیز چاہیے۔</w:t>
      </w:r>
    </w:p>
    <w:p>
      <w:r>
        <w:rPr>
          <w:b/>
        </w:rPr>
        <w:t xml:space="preserve">[15:51] </w:t>
      </w:r>
      <w:r>
        <w:t>ab aap is par ghaur kijiye kaise aisa hai? Quran ki kuch aayaton ko main pesh karta hoon. Quran jab aap kholte hain to sab se pehli aayat jo aap padhte hain woh hai: "Bismillah al-Rahman al-Rahim".</w:t>
      </w:r>
    </w:p>
    <w:p>
      <w:pPr>
        <w:jc w:val="right"/>
      </w:pPr>
      <w:r>
        <w:t>اب آپ اس پر غور کیجئے کیسے ایسا ہے؟ قرآن کی کچھ آیتوں کو میں پیش کرتا ہوں۔ قرآن جب آپ کھولتے ہیں تو سب سے پہلی آیت جو آپ پڑھتے ہیں وہ ہے: "بسم اللہ الرحمن الرحیم"۔</w:t>
      </w:r>
    </w:p>
    <w:p>
      <w:r>
        <w:rPr>
          <w:b/>
        </w:rPr>
        <w:t xml:space="preserve">[16:10] </w:t>
      </w:r>
      <w:r>
        <w:t>Allah ke naam se jo bohat rehmat wala hai. is ka matlab kya hai? yeh dunya jis ne create kiya hai, yeh dunya ko jo control ki hui hai, woh rehmat wala Khuda hai.</w:t>
      </w:r>
    </w:p>
    <w:p>
      <w:pPr>
        <w:jc w:val="right"/>
      </w:pPr>
      <w:r>
        <w:t>اللہ کے نام سے جو بہت رحمت والا ہے۔ اس کا مطلب کیا ہے؟ یہ دنیا جس نے کریٹ کیا ہے، یہ دنیا کو جو کنٹرول کی ہوئی ہے، وہ رحمت والا خدا ہے۔</w:t>
      </w:r>
    </w:p>
    <w:p>
      <w:r>
        <w:rPr>
          <w:b/>
        </w:rPr>
        <w:t xml:space="preserve">[16:24] </w:t>
      </w:r>
      <w:r>
        <w:t>ab is mein aap ko rehna hai, is mein aap enter ho rahe hain. "Bismillah al-Rahman al-Rahim" padh ke aap ko is mein enter hui hai. to yeh aayat batati hai ke aap ko bhi rehmat wala banna hai.</w:t>
      </w:r>
    </w:p>
    <w:p>
      <w:pPr>
        <w:jc w:val="right"/>
      </w:pPr>
      <w:r>
        <w:t>اب اس میں آپ کو رہنا ہے، اس میں آپ انٹر ہو رہے ہیں۔ "بسم اللہ الرحمن الرحیم" پڑھ کے آپ کو اس میں انٹر ہوئی ہے۔ تو یہ آیت بتاتی ہے کہ آپ کو بھی رحمت والا بننا ہے۔</w:t>
      </w:r>
    </w:p>
    <w:p>
      <w:r>
        <w:rPr>
          <w:b/>
        </w:rPr>
        <w:t xml:space="preserve">[16:38] </w:t>
      </w:r>
      <w:r>
        <w:t>rehmat wale world mein, rehmat wali dunya mein aap bila rehmat ke nahi reh sakte.</w:t>
      </w:r>
    </w:p>
    <w:p>
      <w:pPr>
        <w:jc w:val="right"/>
      </w:pPr>
      <w:r>
        <w:t>رحمت والے ورلڈ میں، رحمت والی دنیا میں آپ بلا رحمت کے نہیں رہ سکتے۔</w:t>
      </w:r>
    </w:p>
    <w:p>
      <w:r>
        <w:rPr>
          <w:b/>
        </w:rPr>
        <w:t xml:space="preserve">[16:45] </w:t>
      </w:r>
      <w:r>
        <w:t>to insaanon ke saath aap ka rawaiyya jo hai kya hona chahiye? rehmat ke aitbaar se khairkhwahi, goodwill.</w:t>
      </w:r>
    </w:p>
    <w:p>
      <w:pPr>
        <w:jc w:val="right"/>
      </w:pPr>
      <w:r>
        <w:t>تو انسانوں کے ساتھ آپ کا رویہ جو ہے کیا ہونا چاہیے؟ رحمت کے اعتبار سے خیرخواہی، ول وشنگ۔</w:t>
      </w:r>
    </w:p>
    <w:p>
      <w:r>
        <w:rPr>
          <w:b/>
        </w:rPr>
        <w:t xml:space="preserve">[16:57] </w:t>
      </w:r>
      <w:r>
        <w:t>aap ko ek dunya ke liye goodwill ban kar rehna padega. to aap kaise reh paayenge?</w:t>
      </w:r>
    </w:p>
    <w:p>
      <w:pPr>
        <w:jc w:val="right"/>
      </w:pPr>
      <w:r>
        <w:t>آپ کو ایک دنیا کے لیے ول وشر بن کر رہنا پڑے گا۔ تو آپ کیسے رہ پائیں گے؟</w:t>
      </w:r>
    </w:p>
    <w:p>
      <w:r>
        <w:rPr>
          <w:b/>
        </w:rPr>
        <w:t xml:space="preserve">[17:05] </w:t>
      </w:r>
      <w:r>
        <w:t>jab dunya se aap ko negative tajrubaat hote hain, dunya ki taraf se aap ko problem pesh aata hai, dunya ki taraf se aap ko provoke kiya aata hai, aap ghar mein, aap ke society mein, aap ke mulk mein baar baar aise waqeaat hote hain.</w:t>
      </w:r>
    </w:p>
    <w:p>
      <w:pPr>
        <w:jc w:val="right"/>
      </w:pPr>
      <w:r>
        <w:t>جب دنیا سے آپ کو نیگیٹیو تجربات ہوتے ہیں، دنیا کی طرف سے آپ کو پرابلم پیش آتا ہے، دنیا کی طرف سے آپ کو پرووک کیا آتا ہے، آپ گھر میں، آپ کے سوسائٹی میں، آپ کے ملک میں بار بار ایسے واقعات ہوتے ہیں۔</w:t>
      </w:r>
    </w:p>
    <w:p>
      <w:r>
        <w:rPr>
          <w:b/>
        </w:rPr>
        <w:t xml:space="preserve">[17:24] </w:t>
      </w:r>
      <w:r>
        <w:t>is ka maani kya hogaya hai?</w:t>
      </w:r>
    </w:p>
    <w:p>
      <w:pPr>
        <w:jc w:val="right"/>
      </w:pPr>
      <w:r>
        <w:t>اس کا معنی کیا ہوگیا ہے؟</w:t>
      </w:r>
    </w:p>
    <w:p>
      <w:r>
        <w:rPr>
          <w:b/>
        </w:rPr>
        <w:t xml:space="preserve">[17:28] </w:t>
      </w:r>
      <w:r>
        <w:t>in spite of all those negative experiences, you have to live as a goodwill ya</w:t>
      </w:r>
    </w:p>
    <w:p>
      <w:pPr>
        <w:jc w:val="right"/>
      </w:pPr>
      <w:r>
        <w:t>ان سپائٹ آف آل دوست نیگیٹیو ایکسپیرینسز، یو ہیو ٹو لو ایز اے ول وشر یا</w:t>
      </w:r>
    </w:p>
    <w:p>
      <w:r>
        <w:rPr>
          <w:b/>
        </w:rPr>
        <w:t xml:space="preserve">[17:35] </w:t>
      </w:r>
      <w:r>
        <w:t>challenge. dunya mein dakhil hote hi aap ko ek challenge ka saamna karna padta hai ke chahe dunya mujhe kuch bhi kare, mujhe to is ka khairkhwahi bane rehna hai.</w:t>
      </w:r>
    </w:p>
    <w:p>
      <w:pPr>
        <w:jc w:val="right"/>
      </w:pPr>
      <w:r>
        <w:t>چیلنج۔ دنیا میں داخل ہوتے ہی آپ کو ایک چیلنج کا سامنا کرنا پڑتا ہے کہ چاہے دنیا مجھے کچھ بھی کرے، مجھے تو اس کا خیرخواہی بنے رہنا ہے۔</w:t>
      </w:r>
    </w:p>
    <w:p>
      <w:r>
        <w:rPr>
          <w:b/>
        </w:rPr>
        <w:t xml:space="preserve">[17:50] </w:t>
      </w:r>
      <w:r>
        <w:t>yeh to bohat bara challenge hai. to "Bismillah al-Rahman al-Rahim" ki jo spirit hai, woh kya hai? woh hai khairkhwahi, goodwill, friendly behaviour.</w:t>
      </w:r>
    </w:p>
    <w:p>
      <w:pPr>
        <w:jc w:val="right"/>
      </w:pPr>
      <w:r>
        <w:t>یہ تو بہت بڑا چیلنج ہے۔ تو "بسم اللہ الرحمن الرحیم" کی جو سپرٹ ہے، وہ کیا ہے؟ وہ ہے خیرخواہی، ول وشنگ، فرینڈلی بیہیویئر۔</w:t>
      </w:r>
    </w:p>
    <w:p>
      <w:r>
        <w:rPr>
          <w:b/>
        </w:rPr>
        <w:t xml:space="preserve">[18:05] </w:t>
      </w:r>
      <w:r>
        <w:t>lekin aap is ko kab is par qaim reh paayenge? jab aap ke andar sabr ka maada ho. sabr ka maada.</w:t>
      </w:r>
    </w:p>
    <w:p>
      <w:pPr>
        <w:jc w:val="right"/>
      </w:pPr>
      <w:r>
        <w:t>لیکن آپ اس کو کب اس پر قائم رہ پائیں گے؟ جب آپ کے اندر صبر کا مادہ ہو۔ صبر کا مادہ۔</w:t>
      </w:r>
    </w:p>
    <w:p>
      <w:r>
        <w:rPr>
          <w:b/>
        </w:rPr>
        <w:t xml:space="preserve">[18:16] </w:t>
      </w:r>
      <w:r>
        <w:t>doosra kuch bhi kare, doosra kuch bhi kare, aap unilateral ethics ko mante hon, unilateral ethics par qaim hon ke doosre ke rawaiye se mera rawaiye nahi banega.</w:t>
      </w:r>
    </w:p>
    <w:p>
      <w:pPr>
        <w:jc w:val="right"/>
      </w:pPr>
      <w:r>
        <w:t>دوسرا کچھ بھی کرے، دوسرا کچھ بھی کرے، آپ انلیٹرل ایتھکس کو مانتے ہوں، انلیٹرل ایتھکس پر قائم ہوں کہ دوسرے کے رویے سے میرا رویہ نہیں بنے گا۔</w:t>
      </w:r>
    </w:p>
    <w:p>
      <w:r>
        <w:rPr>
          <w:b/>
        </w:rPr>
        <w:t xml:space="preserve">[18:30] </w:t>
      </w:r>
      <w:r>
        <w:t>ke doosra provoke kare to main provoke ho jaon, doosra mujhe bura kahe to main apne dil mein burai rakh loon, doosra mujhe takleef pahunchaye to main uska dushman ban jaon.</w:t>
      </w:r>
    </w:p>
    <w:p>
      <w:pPr>
        <w:jc w:val="right"/>
      </w:pPr>
      <w:r>
        <w:t>کہ دوسرا پرووک کرے تو میں پرووک ہو جاؤں، دوسرا مجھے برا کہے تو میں اپنے دل میں برائی رکھ لوں، دوسرا مجھے تکلیف پہنچائے تو میں اس کا دشمن بن جاؤں۔</w:t>
      </w:r>
    </w:p>
    <w:p>
      <w:r>
        <w:rPr>
          <w:b/>
        </w:rPr>
        <w:t xml:space="preserve">[18:46] </w:t>
      </w:r>
      <w:r>
        <w:t>yeh hai bilateral ethics. lekin aap ko banna hai, unilateral ethics ko apnana hai.</w:t>
      </w:r>
    </w:p>
    <w:p>
      <w:pPr>
        <w:jc w:val="right"/>
      </w:pPr>
      <w:r>
        <w:t>یہ ہے بائی لیٹرل ایتھکس۔ لیکن آپ کو بننا ہے، انلیٹرل ایتھکس کو اپنانا ہے۔</w:t>
      </w:r>
    </w:p>
    <w:p>
      <w:r>
        <w:rPr>
          <w:b/>
        </w:rPr>
        <w:t xml:space="preserve">[18:54] </w:t>
      </w:r>
      <w:r>
        <w:t>to is ke liye kya hai? is ke liye sabr karna padega, is challenge ko face karna padega, negativity ko positivity mein convert karna padega.</w:t>
      </w:r>
    </w:p>
    <w:p>
      <w:pPr>
        <w:jc w:val="right"/>
      </w:pPr>
      <w:r>
        <w:t>تو اس کے لیے کیا ہے؟ اس کے لیے صبر کرنا پڑے گا، اس چیلنج کو فیس کرنا پڑے گا، نیگیٹیوٹی کو پازیٹیوٹی میں کنورٹ کرنا پڑے گا۔</w:t>
      </w:r>
    </w:p>
    <w:p>
      <w:r>
        <w:rPr>
          <w:b/>
        </w:rPr>
        <w:t xml:space="preserve">[19:05] </w:t>
      </w:r>
      <w:r>
        <w:t>tab ja kar aap ke rehmat wale Khuda ki duniya mein reh painge. warna Khuda ke liye aap unwanted ban jainge.</w:t>
      </w:r>
    </w:p>
    <w:p>
      <w:pPr>
        <w:jc w:val="right"/>
      </w:pPr>
      <w:r>
        <w:t>تب جا کر آپ کے رحمت والے خدا کی دنیا میں رہ پائیں گے۔ ورنہ خدا کے لیے آپ انوانٹیڈ بن جائیں گے۔</w:t>
      </w:r>
    </w:p>
    <w:p>
      <w:r>
        <w:rPr>
          <w:b/>
        </w:rPr>
        <w:t xml:space="preserve">[19:15] </w:t>
      </w:r>
      <w:r>
        <w:t>is mein do do lafz rehmat ka hai: rehman aur raheem. "bismillah rehman raheem" do do lafz aaye hue hain. yaani Khuda rehman aur raheem ki duniya mein tum dakhil hue ho, yaad rakho.</w:t>
      </w:r>
    </w:p>
    <w:p>
      <w:pPr>
        <w:jc w:val="right"/>
      </w:pPr>
      <w:r>
        <w:t>اس میں دو دو لفظ رحمت کا ہے: رحمان اور رحیم۔ "بسم اللہ الرحمن الرحیم" دو دو لفظ آئے ہوئے ہیں۔ یعنی خدا رحمان اور رحیم کی دنیا میں تم داخل ہوئے ہو، یاد رکھو۔</w:t>
      </w:r>
    </w:p>
    <w:p>
      <w:r>
        <w:rPr>
          <w:b/>
        </w:rPr>
        <w:t xml:space="preserve">[19:30] </w:t>
      </w:r>
      <w:r>
        <w:t>jab aap duniya mein enter hote hain, "bismillah rehman raheem" padh kar ke to aap is baat ko remind karte hain ke main is Khuda ki duniya mein dakhil ho raha hon jo rehman aur raheem hai.</w:t>
      </w:r>
    </w:p>
    <w:p>
      <w:pPr>
        <w:jc w:val="right"/>
      </w:pPr>
      <w:r>
        <w:t>جب آپ دنیا میں انٹر ہوتے ہیں، "بسم اللہ الرحمن الرحیم" پڑھ کر کے تو آپ اس بات کو ریمائنڈ کرتے ہیں کہ میں اس خدا کی دنیا میں داخل ہو رہا ہوں جو رحمان اور رحیم ہے۔</w:t>
      </w:r>
    </w:p>
    <w:p>
      <w:r>
        <w:rPr>
          <w:b/>
        </w:rPr>
        <w:t xml:space="preserve">[19:41] </w:t>
      </w:r>
      <w:r>
        <w:t>ke mera behavior is ke khilaf nahi ho sakta.</w:t>
      </w:r>
    </w:p>
    <w:p>
      <w:pPr>
        <w:jc w:val="right"/>
      </w:pPr>
      <w:r>
        <w:t>کہ میرا بیہیویئر اس کے خلاف نہیں ہو سکتا۔</w:t>
      </w:r>
    </w:p>
    <w:p>
      <w:r>
        <w:rPr>
          <w:b/>
        </w:rPr>
        <w:t xml:space="preserve">[19:47] </w:t>
      </w:r>
      <w:r>
        <w:t>mujhe bhi rehmat wala banna hai, mujhe well wisher banna hai, mujhe duniya mein logon ka khair khwah banna hai. chahe woh kuch bhi karein.</w:t>
      </w:r>
    </w:p>
    <w:p>
      <w:pPr>
        <w:jc w:val="right"/>
      </w:pPr>
      <w:r>
        <w:t>مجھے بھی رحمت والا بننا ہے، مجھے ول وشر بننا ہے، مجھے دنیا میں لوگوں کا خیرخواہ بننا ہے۔ چاہے وہ کچھ بھی کریں۔</w:t>
      </w:r>
    </w:p>
    <w:p>
      <w:r>
        <w:rPr>
          <w:b/>
        </w:rPr>
        <w:t xml:space="preserve">[19:59] </w:t>
      </w:r>
      <w:r>
        <w:t>to yeh hai sabr.</w:t>
      </w:r>
    </w:p>
    <w:p>
      <w:pPr>
        <w:jc w:val="right"/>
      </w:pPr>
      <w:r>
        <w:t>تو یہ ہے صبر۔</w:t>
      </w:r>
    </w:p>
    <w:p>
      <w:r>
        <w:rPr>
          <w:b/>
        </w:rPr>
        <w:t xml:space="preserve">[20:03] </w:t>
      </w:r>
      <w:r>
        <w:t>ab is ka aage padhiye aap. Quran mein hai ke pehli ayat jo hai is ke baad: "alhamdulillah rabbil alameen".</w:t>
      </w:r>
    </w:p>
    <w:p>
      <w:pPr>
        <w:jc w:val="right"/>
      </w:pPr>
      <w:r>
        <w:t>اب اس کا آگے پڑھیے آپ۔ قرآن میں ہے کہ پہلی آیت جو ہے اس کے بعد: "الحمدللہ رب العالمین"۔</w:t>
      </w:r>
    </w:p>
    <w:p>
      <w:r>
        <w:rPr>
          <w:b/>
        </w:rPr>
        <w:t xml:space="preserve">[20:16] </w:t>
      </w:r>
      <w:r>
        <w:t>alhamdulillah jo hai sahi maano mein is ka matlab hai shukr. yaani is Khuda ka shukr hai jo rabbil alameen hai, is ka main eteraaf karta hon.</w:t>
      </w:r>
    </w:p>
    <w:p>
      <w:pPr>
        <w:jc w:val="right"/>
      </w:pPr>
      <w:r>
        <w:t>الحمد جو ہے صحیح معنوں میں اس کا مطلب ہے شکر۔ یعنی اس خدا کا شکر ہے جو رب العالمین ہے، اس کا میں اعتراف کرتا ہوں۔</w:t>
      </w:r>
    </w:p>
    <w:p>
      <w:r>
        <w:rPr>
          <w:b/>
        </w:rPr>
        <w:t xml:space="preserve">[20:27] </w:t>
      </w:r>
      <w:r>
        <w:t>itni badi duniya bana di is ne mere liye. scientist kehte hain ke yeh custom made universe hai. yaani meri duniya bana di Allah taala ne.</w:t>
      </w:r>
    </w:p>
    <w:p>
      <w:pPr>
        <w:jc w:val="right"/>
      </w:pPr>
      <w:r>
        <w:t>اتنی بڑی دنیا بنا دی اس نے میرے لیے۔ سائنٹسٹ کہتے ہیں کہ یہ کسٹم میڈ یونیورس ہے۔ یعنی میری دنیا بنا دی اللہ تعالیٰ نے۔</w:t>
      </w:r>
    </w:p>
    <w:p>
      <w:r>
        <w:rPr>
          <w:b/>
        </w:rPr>
        <w:t xml:space="preserve">[20:41] </w:t>
      </w:r>
      <w:r>
        <w:t>to aap ko bohat shukr ka samundar aayega aap ke andar. lekin phir dobara wahi sawal hai ke aap akele nahi hain, insano ke darmiyan hain, family ke andar bhi, society ke andar bhi, mulk ke andar bhi.</w:t>
      </w:r>
    </w:p>
    <w:p>
      <w:pPr>
        <w:jc w:val="right"/>
      </w:pPr>
      <w:r>
        <w:t>تو آپ کو بہت شکر کا سمندر آئے گا آپ کے اندر۔ لیکن پھر دوبارہ وہی سوال ہے کہ آپ اکیلے نہیں ہیں، انسانوں کے درمیان ہیں، فیملی کے اندر بھی، سوسائٹی کے اندر بھی، ملک کے اندر بھی۔</w:t>
      </w:r>
    </w:p>
    <w:p>
      <w:r>
        <w:rPr>
          <w:b/>
        </w:rPr>
        <w:t xml:space="preserve">[20:56] </w:t>
      </w:r>
      <w:r>
        <w:t>to bar bar phir aap ko negative experience hote hain. aap kisi island mein nahi hain, kahin akele nahi aaye hain,</w:t>
      </w:r>
    </w:p>
    <w:p>
      <w:pPr>
        <w:jc w:val="right"/>
      </w:pPr>
      <w:r>
        <w:t>تو بار بار پھر آپ کو نیگیٹیو ایکسپیرینس ہوتے ہیں۔ آپ کسی آئی لینڈ میں نہیں ہیں، کہیں اکیلے نہیں آئے ہیں،</w:t>
      </w:r>
    </w:p>
    <w:p>
      <w:r>
        <w:rPr>
          <w:b/>
        </w:rPr>
        <w:t xml:space="preserve">[21:06] </w:t>
      </w:r>
      <w:r>
        <w:t>logon ke beech mein hain. logon ke ek taraf se to aap ko bar bar takleefein pahunchegi. to kya karna hai? sabr karna hai.</w:t>
      </w:r>
    </w:p>
    <w:p>
      <w:pPr>
        <w:jc w:val="right"/>
      </w:pPr>
      <w:r>
        <w:t>لوگوں کے بیچ میں ہیں۔ لوگوں کے ایک طرف سے تو آپ کو بار بار تکلیفیں پہنچیں گی۔ تو کیا کرنا ہے؟ صبر کرنا ہے۔</w:t>
      </w:r>
    </w:p>
    <w:p>
      <w:r>
        <w:rPr>
          <w:b/>
        </w:rPr>
        <w:t xml:space="preserve">[21:16] </w:t>
      </w:r>
      <w:r>
        <w:t>sabr ke maani kya hain? ke negative situation mein bhi aap ko positive mind ke sath rehna hai. ya challenge.</w:t>
      </w:r>
    </w:p>
    <w:p>
      <w:pPr>
        <w:jc w:val="right"/>
      </w:pPr>
      <w:r>
        <w:t>صبر کے معنی کیا ہیں؟ کہ نیگیٹیو سچویشن میں بھی آپ کو پازیٹیو مائنڈ کے ساتھ رہنا ہے۔ یا چیلنج۔</w:t>
      </w:r>
    </w:p>
    <w:p>
      <w:r>
        <w:rPr>
          <w:b/>
        </w:rPr>
        <w:t xml:space="preserve">[21:26] </w:t>
      </w:r>
      <w:r>
        <w:t>yaani is virtual ko aap ko challenge ke taur par lena hai, na ke problem ke taur par. ab woh challenge kya hai?</w:t>
      </w:r>
    </w:p>
    <w:p>
      <w:pPr>
        <w:jc w:val="right"/>
      </w:pPr>
      <w:r>
        <w:t>یعنی اس ورتال کو آپ کو چیلنج کے طور پر لینا ہے، نہ کہ پرابلم کے طور پر۔ اب وہ چیلنج کیا ہے؟</w:t>
      </w:r>
    </w:p>
    <w:p>
      <w:r>
        <w:rPr>
          <w:b/>
        </w:rPr>
        <w:t xml:space="preserve">[21:34] </w:t>
      </w:r>
      <w:r>
        <w:t>aap ko apni sari energy istemal kar ke, sari taqat istemal kar ke yeh karna hai ke negative situation mein bhi aap positive mind ke sath rahen.</w:t>
      </w:r>
    </w:p>
    <w:p>
      <w:pPr>
        <w:jc w:val="right"/>
      </w:pPr>
      <w:r>
        <w:t>آپ کو اپنی ساری انرجی استعمال کر کے، ساری طاقت استعمال کر کے یہ کرنا ہے کہ نیگیٹیو سچویشن میں بھی آپ پازیٹیو مائنڈ کے ساتھ رہیں۔</w:t>
      </w:r>
    </w:p>
    <w:p>
      <w:r>
        <w:rPr>
          <w:b/>
        </w:rPr>
        <w:t xml:space="preserve">[21:46] </w:t>
      </w:r>
      <w:r>
        <w:t>yeh sab jannat ki qeematein hain.</w:t>
      </w:r>
    </w:p>
    <w:p>
      <w:pPr>
        <w:jc w:val="right"/>
      </w:pPr>
      <w:r>
        <w:t>یہ سب جنت کی قیمتیں ہیں۔</w:t>
      </w:r>
    </w:p>
    <w:p>
      <w:r>
        <w:rPr>
          <w:b/>
        </w:rPr>
        <w:t xml:space="preserve">[21:50] </w:t>
      </w:r>
      <w:r>
        <w:t>dekhein, jannat ke bare mein Quran mein bar bar aaya hai ke jannat un ke liye hai jo apna tazkiya karein. zalka jaza mun tzakka.</w:t>
      </w:r>
    </w:p>
    <w:p>
      <w:pPr>
        <w:jc w:val="right"/>
      </w:pPr>
      <w:r>
        <w:t>دیکھیں، جنت کے بارے میں قرآن میں بار بار آیا ہے کہ جنت ان کے لیے ہے جو اپنا تزکیہ کریں۔ ذالک جزا منتزکا۔</w:t>
      </w:r>
    </w:p>
    <w:p>
      <w:r>
        <w:rPr>
          <w:b/>
        </w:rPr>
        <w:t xml:space="preserve">[22:01] </w:t>
      </w:r>
      <w:r>
        <w:t>yaani purified soul ke liye jannat hai.</w:t>
      </w:r>
    </w:p>
    <w:p>
      <w:pPr>
        <w:jc w:val="right"/>
      </w:pPr>
      <w:r>
        <w:t>یعنی پیریفائیڈ سول کے لیے جنت ہے۔</w:t>
      </w:r>
    </w:p>
    <w:p>
      <w:r>
        <w:rPr>
          <w:b/>
        </w:rPr>
        <w:t xml:space="preserve">[22:08] </w:t>
      </w:r>
      <w:r>
        <w:t>yaani developed soul ke liye jannat hai.</w:t>
      </w:r>
    </w:p>
    <w:p>
      <w:pPr>
        <w:jc w:val="right"/>
      </w:pPr>
      <w:r>
        <w:t>یعنی ڈیولپ سول کے لیے جنت ہے۔</w:t>
      </w:r>
    </w:p>
    <w:p>
      <w:r>
        <w:rPr>
          <w:b/>
        </w:rPr>
        <w:t xml:space="preserve">[22:14] </w:t>
      </w:r>
      <w:r>
        <w:t>to yahi to hai development,</w:t>
      </w:r>
    </w:p>
    <w:p>
      <w:pPr>
        <w:jc w:val="right"/>
      </w:pPr>
      <w:r>
        <w:t>تو یہی تو ہے ڈیولپمنٹ،</w:t>
      </w:r>
    </w:p>
    <w:p>
      <w:r>
        <w:rPr>
          <w:b/>
        </w:rPr>
        <w:t xml:space="preserve">[22:17] </w:t>
      </w:r>
      <w:r>
        <w:t>yahi to hai tazkiya, yahi to hai purification.</w:t>
      </w:r>
    </w:p>
    <w:p>
      <w:pPr>
        <w:jc w:val="right"/>
      </w:pPr>
      <w:r>
        <w:t>یہی تو ہے تزکیہ، یہی تو ہے پیریفیکیشن۔</w:t>
      </w:r>
    </w:p>
    <w:p>
      <w:r>
        <w:rPr>
          <w:b/>
        </w:rPr>
        <w:t xml:space="preserve">[22:24] </w:t>
      </w:r>
      <w:r>
        <w:t>jannat develop soul ke liye hai. develop soul konsi hai? jo challenge ko face kare kamyabi ke sath. har challenge mein apne ko kamyab banaye,</w:t>
      </w:r>
    </w:p>
    <w:p>
      <w:pPr>
        <w:jc w:val="right"/>
      </w:pPr>
      <w:r>
        <w:t>جنت ڈیولپ سول کے لیے ہے۔ ڈیولپ سول کونسی ہے؟ جو چیلنج کو فیس کرے کامیابی کے ساتھ۔ ہر چیلنج میں اپنے کو کامیاب بنائے،</w:t>
      </w:r>
    </w:p>
    <w:p>
      <w:r>
        <w:rPr>
          <w:b/>
        </w:rPr>
        <w:t xml:space="preserve">[22:37] </w:t>
      </w:r>
      <w:r>
        <w:t>fail na ho jaye. fail hona kya hai? kisi ne provoke kiya to aap provoke ho gaye, to aap fail ho gaye.</w:t>
      </w:r>
    </w:p>
    <w:p>
      <w:pPr>
        <w:jc w:val="right"/>
      </w:pPr>
      <w:r>
        <w:t>فیل نہ ہو جائے۔ فیل ہونا کیا ہے؟ کسی نے پرووک کیا تو آپ پرووک ہو گئے، تو آپ فیل ہو گئے۔</w:t>
      </w:r>
    </w:p>
    <w:p>
      <w:r>
        <w:rPr>
          <w:b/>
        </w:rPr>
        <w:t xml:space="preserve">[22:45] </w:t>
      </w:r>
      <w:r>
        <w:t>kisi ne aap ko sataya to aap ke dushman ban gaye, to aap fail ho gaye. aise logon ke liye jannat nahi hai. kyunke unki personality nahi bani woh jannat wali personality.</w:t>
      </w:r>
    </w:p>
    <w:p>
      <w:pPr>
        <w:jc w:val="right"/>
      </w:pPr>
      <w:r>
        <w:t>کسی نے آپ کو ستایا تو آپ کے دشمن بن گئے، تو آپ فیل ہو گئے۔ ایسے لوگوں کے لیے جنت نہیں ہے۔ کیونکہ ان کی پرسنالٹی نہیں بنی وہ جنت والی پرسنالٹی۔</w:t>
      </w:r>
    </w:p>
    <w:p>
      <w:r>
        <w:rPr>
          <w:b/>
        </w:rPr>
        <w:t xml:space="preserve">[22:57] </w:t>
      </w:r>
      <w:r>
        <w:t>jannat koi kooda khana nahi hai. jannat to bohat hi highly develop persons ka rehne ki jagah hai.</w:t>
      </w:r>
    </w:p>
    <w:p>
      <w:pPr>
        <w:jc w:val="right"/>
      </w:pPr>
      <w:r>
        <w:t>جنت کوئی کوڑا خانہ نہیں ہے۔ جنت تو بہت ہی ہائیلی ڈیولپ پرسنز کا رہنے کی جگہ ہے۔</w:t>
      </w:r>
    </w:p>
    <w:p>
      <w:r>
        <w:rPr>
          <w:b/>
        </w:rPr>
        <w:t xml:space="preserve">[23:08] </w:t>
      </w:r>
      <w:r>
        <w:t>aise hi aap dekhiye, quran ki agli ayat dekhiye.</w:t>
      </w:r>
    </w:p>
    <w:p>
      <w:pPr>
        <w:jc w:val="right"/>
      </w:pPr>
      <w:r>
        <w:t>ایسے ہی آپ دیکھئے، قرآن کی اگلی آیت دیکھئے۔</w:t>
      </w:r>
    </w:p>
    <w:p>
      <w:r>
        <w:rPr>
          <w:b/>
        </w:rPr>
        <w:t xml:space="preserve">[23:16] </w:t>
      </w:r>
      <w:r>
        <w:t>alif laam meem zaalikal kitaab la raibafihudal mutaqeen. hidayat hai muttaqiyon ke liye. allazeena yoominoon bil ghaib.</w:t>
      </w:r>
    </w:p>
    <w:p>
      <w:pPr>
        <w:jc w:val="right"/>
      </w:pPr>
      <w:r>
        <w:t>الف لام میم ذالک الکتاب لرفیہدل المتقین۔ ہدایت ہے متقیوں کے لیے۔ الذین یومنون بالغیب۔</w:t>
      </w:r>
    </w:p>
    <w:p>
      <w:r>
        <w:rPr>
          <w:b/>
        </w:rPr>
        <w:t xml:space="preserve">[23:28] </w:t>
      </w:r>
      <w:r>
        <w:t>jo ghaib par iman rakhte hain.</w:t>
      </w:r>
    </w:p>
    <w:p>
      <w:pPr>
        <w:jc w:val="right"/>
      </w:pPr>
      <w:r>
        <w:t>جو غیب پر ایمان رکھتے ہیں۔</w:t>
      </w:r>
    </w:p>
    <w:p>
      <w:r>
        <w:rPr>
          <w:b/>
        </w:rPr>
        <w:t xml:space="preserve">[23:32] </w:t>
      </w:r>
      <w:r>
        <w:t>sab se bara super challenge yeh hai. kyunke Allah ghaib mein hai. Allah unseen hai hamare liye.</w:t>
      </w:r>
    </w:p>
    <w:p>
      <w:pPr>
        <w:jc w:val="right"/>
      </w:pPr>
      <w:r>
        <w:t>سب سے بڑا سپر چیلنج یہ ہے۔ کیونکہ اللہ غیب میں ہے۔ اللہ ان سین ہے ہمارے لیے۔</w:t>
      </w:r>
    </w:p>
    <w:p>
      <w:r>
        <w:rPr>
          <w:b/>
        </w:rPr>
        <w:t xml:space="preserve">[23:41] </w:t>
      </w:r>
      <w:r>
        <w:t>to unseen ko seen banana, ghaib ko shuhood banana, jo cheez dikhai nahi deti, us ko dekhne ki tarah dekhna, yeh qat'an challenge hai.</w:t>
      </w:r>
    </w:p>
    <w:p>
      <w:pPr>
        <w:jc w:val="right"/>
      </w:pPr>
      <w:r>
        <w:t>تو ان سین کو سین بنانا، غیب کو شہود بنانا، جو چیز دکھائی نہیں دیتی، اس کو دیکھنے کی طرح دیکھنا، یہ قطعاً چیلنج ہے۔</w:t>
      </w:r>
    </w:p>
    <w:p>
      <w:r>
        <w:rPr>
          <w:b/>
        </w:rPr>
        <w:t xml:space="preserve">[23:57] </w:t>
      </w:r>
      <w:r>
        <w:t>yani Allah yeh matloob hai ke aap Allah ko apna concern banayein.</w:t>
      </w:r>
    </w:p>
    <w:p>
      <w:pPr>
        <w:jc w:val="right"/>
      </w:pPr>
      <w:r>
        <w:t>یعنی اللہ یہ مطلوب ہے کہ آپ اللہ کو اپنا کنسرن بنائیں۔</w:t>
      </w:r>
    </w:p>
    <w:p>
      <w:r>
        <w:rPr>
          <w:b/>
        </w:rPr>
        <w:t xml:space="preserve">[24:02] </w:t>
      </w:r>
      <w:r>
        <w:t>Allah se aap ke andar bepanah mohabbat ho, Allah se bepanah aap ko taluq ho. to yeh kaise hoga jab aap Allah ko discover karein?</w:t>
      </w:r>
    </w:p>
    <w:p>
      <w:pPr>
        <w:jc w:val="right"/>
      </w:pPr>
      <w:r>
        <w:t>اللہ سے آپ کے اندر بے پناہ محبت ہو، اللہ سے بے پناہ آپ کو تعلق ہو۔ تو یہ کیسے ہوگا جب آپ اللہ کو ڈسکور کریں؟</w:t>
      </w:r>
    </w:p>
    <w:p>
      <w:r>
        <w:rPr>
          <w:b/>
        </w:rPr>
        <w:t xml:space="preserve">[24:15] </w:t>
      </w:r>
      <w:r>
        <w:t>sab se pehle discovery aayegi, us ke baad yeh sab cheezein aayengi. to discovery kaise hogi?</w:t>
      </w:r>
    </w:p>
    <w:p>
      <w:pPr>
        <w:jc w:val="right"/>
      </w:pPr>
      <w:r>
        <w:t>سب سے پہلے ڈسکوری آئے گی، اس کے بعد یہ سب چیزیں آئیں گی۔ تو ڈسکوری کیسے ہوگی؟</w:t>
      </w:r>
    </w:p>
    <w:p>
      <w:r>
        <w:rPr>
          <w:b/>
        </w:rPr>
        <w:t xml:space="preserve">[24:22] </w:t>
      </w:r>
      <w:r>
        <w:t>jab aap ghaib ka parda phaad sakein,</w:t>
      </w:r>
    </w:p>
    <w:p>
      <w:pPr>
        <w:jc w:val="right"/>
      </w:pPr>
      <w:r>
        <w:t>جب آپ غیب کا پردہ پھاڑ سکیں،</w:t>
      </w:r>
    </w:p>
    <w:p>
      <w:r>
        <w:rPr>
          <w:b/>
        </w:rPr>
        <w:t xml:space="preserve">[24:28] </w:t>
      </w:r>
      <w:r>
        <w:t>unseen ko seen bana sakein. kitna bara challenge hai, kitna bara imtehan hai yeh. aap ko apne shaoor ko itna develop karna hai, itna develop karna hai ke tareeki bhi dekh sakein, tareeki bhi dekh sakein, tareeki bhi dekhne wala ban jayein.</w:t>
      </w:r>
    </w:p>
    <w:p>
      <w:pPr>
        <w:jc w:val="right"/>
      </w:pPr>
      <w:r>
        <w:t>ان سین کو سین بنا سکیں۔ کتنا بڑا چیلنج ہے، کتنا بڑا امتحان ہے یہ۔ آپ کو اپنے شعور کو اتنا ڈیولپ کرنا ہے، اتنا ڈیولپ کرنا ہے کہ تاریکی بھی دیکھ سکیں، تاریکی بھی دیکھ سکیں، تاریکی بھی دیکھنے والا بن جائیں۔</w:t>
      </w:r>
    </w:p>
    <w:p>
      <w:r>
        <w:rPr>
          <w:b/>
        </w:rPr>
        <w:t xml:space="preserve">[24:49] </w:t>
      </w:r>
      <w:r>
        <w:t>af</w:t>
      </w:r>
    </w:p>
    <w:p>
      <w:pPr>
        <w:jc w:val="right"/>
      </w:pPr>
      <w:r>
        <w:t>اف</w:t>
      </w:r>
    </w:p>
    <w:p>
      <w:r>
        <w:rPr>
          <w:b/>
        </w:rPr>
        <w:t xml:space="preserve">[24:50] </w:t>
      </w:r>
      <w:r>
        <w:t>car ke jungle mein bhi cheezon ko sort out kar sakein woh.</w:t>
      </w:r>
    </w:p>
    <w:p>
      <w:pPr>
        <w:jc w:val="right"/>
      </w:pPr>
      <w:r>
        <w:t>کار کے جنگل میں بھی چیزوں کو سارٹ آؤٹ کر سکیں وہ۔</w:t>
      </w:r>
    </w:p>
    <w:p>
      <w:r>
        <w:rPr>
          <w:b/>
        </w:rPr>
        <w:t xml:space="preserve">[24:56] </w:t>
      </w:r>
      <w:r>
        <w:t>hadith mein aata hai ke ta'abbud Allah karne ka tarah Allah ki ibadat is tarah karo jaise tum dekh rahe ho. to yeh kab hota hai?</w:t>
      </w:r>
    </w:p>
    <w:p>
      <w:pPr>
        <w:jc w:val="right"/>
      </w:pPr>
      <w:r>
        <w:t>حدیث میں آتا ہے کہ تعبد اللہ کرنے کا طرح اللہ کی عبادت اس طرح کرو جیسے تم دیکھ رہے ہو۔ تو یہ کب ہوتا ہے؟</w:t>
      </w:r>
    </w:p>
    <w:p>
      <w:r>
        <w:rPr>
          <w:b/>
        </w:rPr>
        <w:t xml:space="preserve">[25:09] </w:t>
      </w:r>
      <w:r>
        <w:t>jab aap bohat zyada apne shaoor ke develop karein, bohat zyada apne aap ko intellectual development layein</w:t>
      </w:r>
    </w:p>
    <w:p>
      <w:pPr>
        <w:jc w:val="right"/>
      </w:pPr>
      <w:r>
        <w:t>جب آپ بہت زیادہ اپنے شعور کے ڈیولپ کریں، بہت زیادہ اپنے آپ کو انٹلیکچوئل ڈیولپمنٹ لائیں</w:t>
      </w:r>
    </w:p>
    <w:p>
      <w:r>
        <w:rPr>
          <w:b/>
        </w:rPr>
        <w:t xml:space="preserve">[25:18] </w:t>
      </w:r>
      <w:r>
        <w:t>apne andar. tab yeh hota hai</w:t>
      </w:r>
    </w:p>
    <w:p>
      <w:pPr>
        <w:jc w:val="right"/>
      </w:pPr>
      <w:r>
        <w:t>اپنے اندر۔ تب یہ ہوتا ہے</w:t>
      </w:r>
    </w:p>
    <w:p>
      <w:r>
        <w:rPr>
          <w:b/>
        </w:rPr>
        <w:t xml:space="preserve">[25:22] </w:t>
      </w:r>
      <w:r>
        <w:t>ke aap unseen ko seen bana pate hain. aap ghaib ka parda phaad kar dekh lete hain Allah taala ko.</w:t>
      </w:r>
    </w:p>
    <w:p>
      <w:pPr>
        <w:jc w:val="right"/>
      </w:pPr>
      <w:r>
        <w:t>کہ آپ ان سین کو سین بنا پاتے ہیں۔ آپ غیب کا پردہ پھاڑ کر دیکھنے لیتے ہیں اللہ تعالیٰ کو۔</w:t>
      </w:r>
    </w:p>
    <w:p>
      <w:r>
        <w:rPr>
          <w:b/>
        </w:rPr>
        <w:t xml:space="preserve">[25:33] </w:t>
      </w:r>
      <w:r>
        <w:t>to is ke liye sar ta pa sabr ki zaroorat hai. dekhiye, sabr kya hai?</w:t>
      </w:r>
    </w:p>
    <w:p>
      <w:pPr>
        <w:jc w:val="right"/>
      </w:pPr>
      <w:r>
        <w:t>تو اس کے لیے سر تپہ صبر کی ضرورت ہے۔ دیکھیں، صبر کیا ہے؟</w:t>
      </w:r>
    </w:p>
    <w:p>
      <w:r>
        <w:rPr>
          <w:b/>
        </w:rPr>
        <w:t xml:space="preserve">[25:40] </w:t>
      </w:r>
      <w:r>
        <w:t>apne ko destruction se bachana. yeh aadmi phansa hua hai idhar udhar idhar udhar, to kya parda kahan se phaade ga woh ghaib ka?</w:t>
      </w:r>
    </w:p>
    <w:p>
      <w:pPr>
        <w:jc w:val="right"/>
      </w:pPr>
      <w:r>
        <w:t>اپنے کو ڈسٹرکشن سے بچانا۔ یہ آدمی پھنسا ہوا ہے ادھر ادھر ادھر ادھر، تو کیا پردہ کہاں سے پھاڑے گا وہ غیب کا؟</w:t>
      </w:r>
    </w:p>
    <w:p>
      <w:r>
        <w:rPr>
          <w:b/>
        </w:rPr>
        <w:t xml:space="preserve">[25:50] </w:t>
      </w:r>
      <w:r>
        <w:t>Allah pe yaqeen kahan se aayega us ko? jitne distractions hain, un sab ko aap</w:t>
      </w:r>
    </w:p>
    <w:p>
      <w:pPr>
        <w:jc w:val="right"/>
      </w:pPr>
      <w:r>
        <w:t>اللہ پہ یقین کہاں سے آئے گا اس کو؟ جتنے ڈسٹرکشنز ہیں، ان سب کو آپ</w:t>
      </w:r>
    </w:p>
    <w:p>
      <w:r>
        <w:rPr>
          <w:b/>
        </w:rPr>
        <w:t xml:space="preserve">[26:00] </w:t>
      </w:r>
      <w:r>
        <w:t>apne aap ko is se bachate hain. yeh duniya destruction se bhari hui hai.</w:t>
      </w:r>
    </w:p>
    <w:p>
      <w:pPr>
        <w:jc w:val="right"/>
      </w:pPr>
      <w:r>
        <w:t>اپنے آپ کو اس سے بچاتے ہیں۔ یہ دنیا ڈسٹرکشن سے بھری ہوئی ہے۔</w:t>
      </w:r>
    </w:p>
    <w:p>
      <w:r>
        <w:rPr>
          <w:b/>
        </w:rPr>
        <w:t xml:space="preserve">[26:07] </w:t>
      </w:r>
      <w:r>
        <w:t>jo quran majeed mein jo baatein maine kahin ke is mein aayegi ke yahan hardship hai, yahan mushkilat hain, yahan problem hai, woh kya hai? ek lafz mein woh destruction hai.</w:t>
      </w:r>
    </w:p>
    <w:p>
      <w:pPr>
        <w:jc w:val="right"/>
      </w:pPr>
      <w:r>
        <w:t>جو قرآن مجید میں جو باتیں میں نے کہیں کہ اس میں آئے گی کہ یہاں ڈہارشپ ہے، یہاں مشکلات ہیں، یہاں پرابلم ہے، وہ کیا ہے؟ ایک لفظ میں وہ ڈسٹرکشن ہے۔</w:t>
      </w:r>
    </w:p>
    <w:p>
      <w:r>
        <w:rPr>
          <w:b/>
        </w:rPr>
        <w:t xml:space="preserve">[26:18] </w:t>
      </w:r>
      <w:r>
        <w:t>har waqt distrection. family hain, aap family mein hon tab bhi distrection, society mein hon tab bhi distrection.</w:t>
      </w:r>
    </w:p>
    <w:p>
      <w:pPr>
        <w:jc w:val="right"/>
      </w:pPr>
      <w:r>
        <w:t>ہر وقت ڈسٹرکشن۔ فیملی ہیں، آپ فیملی میں ہوں تب بھی ڈسٹرکشن، سوسائٹی میں ہوں تب بھی ڈسٹرکشن۔</w:t>
      </w:r>
    </w:p>
    <w:p>
      <w:r>
        <w:rPr>
          <w:b/>
        </w:rPr>
        <w:t xml:space="preserve">[26:28] </w:t>
      </w:r>
      <w:r>
        <w:t>in sab distrections se apne aap ko jab aap bachate hain, tab ja kar yeh mumkin hota hai ke aap aap ke andar woh aaye, yaani concentration aaye.</w:t>
      </w:r>
    </w:p>
    <w:p>
      <w:pPr>
        <w:jc w:val="right"/>
      </w:pPr>
      <w:r>
        <w:t>ان سب ڈسٹرکشنز سے اپنے آپ کو جب آپ بچاتے ہیں، تب جا کر یہ ممکن ہوتا ہے کہ آپ آپ کے اندر وہ آئے، یعنی کانسنٹریشن آئے۔</w:t>
      </w:r>
    </w:p>
    <w:p>
      <w:r>
        <w:rPr>
          <w:b/>
        </w:rPr>
        <w:t xml:space="preserve">[26:44] </w:t>
      </w:r>
      <w:r>
        <w:t>jab tak aap ke andar concentration nahin aata, tab tak aap kuch nahin baat pa sakte. maine ek martaba parha tha Newton ke bare mein.</w:t>
      </w:r>
    </w:p>
    <w:p>
      <w:pPr>
        <w:jc w:val="right"/>
      </w:pPr>
      <w:r>
        <w:t>جب تک آپ کے اندر کانسنٹریشن نہیں آتا، تب تک آپ کچھ نہیں بات پا سکتے۔ میں نے ایک مرتبہ پڑھا تھا نیوٹن کے بارے میں۔</w:t>
      </w:r>
    </w:p>
    <w:p>
      <w:r>
        <w:rPr>
          <w:b/>
        </w:rPr>
        <w:t xml:space="preserve">[26:55] </w:t>
      </w:r>
      <w:r>
        <w:t>Newton jo bohat hi bara scientist mana jata hai, ke is ke bare mein jab woh chota tha to us ko kaha jata tha wool gatherer. wool gatherer kehte hain khoya hua aadmi.</w:t>
      </w:r>
    </w:p>
    <w:p>
      <w:pPr>
        <w:jc w:val="right"/>
      </w:pPr>
      <w:r>
        <w:t>نیوٹن جو بہت ہی بڑا سائنٹسٹ مانا جاتا ہے، کہ اس کے بارے میں جب وہ چھوٹا تھا تو اس کو کہا جاتا تھا وول گیدرر۔ وول گیدرر کہتے ہیں کھویا ہوا آدمی۔</w:t>
      </w:r>
    </w:p>
    <w:p>
      <w:r>
        <w:rPr>
          <w:b/>
        </w:rPr>
        <w:t xml:space="preserve">[27:07] </w:t>
      </w:r>
      <w:r>
        <w:t>apni soch mein khoya hua. us ko na aage ki khabar, na peechay ki khabar.</w:t>
      </w:r>
    </w:p>
    <w:p>
      <w:pPr>
        <w:jc w:val="right"/>
      </w:pPr>
      <w:r>
        <w:t>اپنی سوچ میں کھویا ہوا۔ اس کو نہ آگے کی خبر، نہ پیچھے کی خبر۔</w:t>
      </w:r>
    </w:p>
    <w:p>
      <w:r>
        <w:rPr>
          <w:b/>
        </w:rPr>
        <w:t xml:space="preserve">[27:15] </w:t>
      </w:r>
      <w:r>
        <w:t>is ke bare mein kaha jata hai ke woh apne ek table par kaam karta tha, us ne shadi nahin ki thi, isi liye shadi ko woh distrection samajhta tha.</w:t>
      </w:r>
    </w:p>
    <w:p>
      <w:pPr>
        <w:jc w:val="right"/>
      </w:pPr>
      <w:r>
        <w:t>اس کے بارے میں کہا جاتا ہے کہ وہ اپنے ایک ٹیبل پر کام کرتا تھا، اس نے شادی نہیں کی تھی، اسی لیے شادی کو وہ ڈسٹرکشن سمجھتا تھا۔</w:t>
      </w:r>
    </w:p>
    <w:p>
      <w:r>
        <w:rPr>
          <w:b/>
        </w:rPr>
        <w:t xml:space="preserve">[27:26] </w:t>
      </w:r>
      <w:r>
        <w:t>to is ki behan thi, khane ke waqt behan khana la kar ke mez par rakh deti thi. lekin woh aksar aisa hota tha ke waqt par nahin khata tha woh.</w:t>
      </w:r>
    </w:p>
    <w:p>
      <w:pPr>
        <w:jc w:val="right"/>
      </w:pPr>
      <w:r>
        <w:t>تو اس کی بہن تھی، کھانے کے وقت بہن کھانا لا کر کے میز پر رکھ دیتی تھی۔ لیکن وہ اکثر ایسا ہوتا تھا کہ وقت پر نہیں کھاتا تھا وہ۔</w:t>
      </w:r>
    </w:p>
    <w:p>
      <w:r>
        <w:rPr>
          <w:b/>
        </w:rPr>
        <w:t xml:space="preserve">[27:39] </w:t>
      </w:r>
      <w:r>
        <w:t>dopahar ka khana sham ko khata tha woh, kyunke woh to masroof hai. to distrection se jab apne aap ko akhirat tak bachaya Newton ne, tab woh itna bara scientist bana.</w:t>
      </w:r>
    </w:p>
    <w:p>
      <w:pPr>
        <w:jc w:val="right"/>
      </w:pPr>
      <w:r>
        <w:t>دوپہر کا کھانا شام کو کھاتا تھا وہ، کیونکہ وہ تو مشغول ہے۔ تو ڈسٹرکشن سے جب اپنے آپ کو آخرت تک بچایا نیوٹن نے، تب وہ اتنا بڑا سائنٹسٹ بنا۔</w:t>
      </w:r>
    </w:p>
    <w:p>
      <w:r>
        <w:rPr>
          <w:b/>
        </w:rPr>
        <w:t xml:space="preserve">[27:52] </w:t>
      </w:r>
      <w:r>
        <w:t>to aap ko yahi cheez aur bhi zyada karna hai, aur bhi zyada karna hai, aur bhi zyada karna hai. kyunke scientist to ek kuch law of nature ko janne ki koshish karta hai,</w:t>
      </w:r>
    </w:p>
    <w:p>
      <w:pPr>
        <w:jc w:val="right"/>
      </w:pPr>
      <w:r>
        <w:t>تو آپ کو یہی چیز اور بھی زیادہ کرنا ہے، اور بھی زیادہ کرنا ہے، اور بھی زیادہ کرنا ہے۔ کیونکہ سائنٹسٹ تو ایک کچھ لاء آف نیچر کو جاننے کی کوشش کرتا ہے،</w:t>
      </w:r>
    </w:p>
    <w:p>
      <w:r>
        <w:rPr>
          <w:b/>
        </w:rPr>
        <w:t xml:space="preserve">[28:07] </w:t>
      </w:r>
      <w:r>
        <w:t>aap to creator ko janne ki koshish kar rahe hain. creator, jis se aati hai bari duniya banai.</w:t>
      </w:r>
    </w:p>
    <w:p>
      <w:pPr>
        <w:jc w:val="right"/>
      </w:pPr>
      <w:r>
        <w:t>آپ تو کریٹر کو جاننے کی کوشش کر رہے ہیں۔ کریٹر، جس سے آتی ہے بڑی دنیا بنائی۔</w:t>
      </w:r>
    </w:p>
    <w:p>
      <w:r>
        <w:rPr>
          <w:b/>
        </w:rPr>
        <w:t xml:space="preserve">[28:14] </w:t>
      </w:r>
      <w:r>
        <w:t>to creator ko discover karne ke liye aap ko bohat zyada apne aap ko bachana hai distrection se.</w:t>
      </w:r>
    </w:p>
    <w:p>
      <w:pPr>
        <w:jc w:val="right"/>
      </w:pPr>
      <w:r>
        <w:t>تو کریٹر کو ڈسکور کرنے کے لیے آپ کو بہت زیادہ اپنے آپ کو بچانا ہے ڈسٹرکشن سے۔</w:t>
      </w:r>
    </w:p>
    <w:p>
      <w:r>
        <w:rPr>
          <w:b/>
        </w:rPr>
        <w:t xml:space="preserve">[28:25] </w:t>
      </w:r>
      <w:r>
        <w:t>bohat zyada bachana hai distrection se. apne andar concentration lana hai, apni soch ko bilkul, yaani jis ko kehte hain focus thinking lana hai apne andar.</w:t>
      </w:r>
    </w:p>
    <w:p>
      <w:pPr>
        <w:jc w:val="right"/>
      </w:pPr>
      <w:r>
        <w:t>بہت زیادہ بچانا ہے ڈسٹرکشن سے۔ اپنے اندر کانسنٹریشن لانا ہے، اپنی سوچ کو بالکل، یعنی جس کو کہتے ہیں فوکس تھنکنگ لانا ہے اپنے اندر۔</w:t>
      </w:r>
    </w:p>
    <w:p>
      <w:r>
        <w:rPr>
          <w:b/>
        </w:rPr>
        <w:t xml:space="preserve">[28:39] </w:t>
      </w:r>
      <w:r>
        <w:t>har cheez se apne aap ko bacha kar ke ek focus par concentrate karna hai. tab ja kar aap daryaft kar paenge Allah taala ko.</w:t>
      </w:r>
    </w:p>
    <w:p>
      <w:pPr>
        <w:jc w:val="right"/>
      </w:pPr>
      <w:r>
        <w:t>ہر چیز سے اپنے آپ کو بچا کر کے ایک فوکس پر کانسنٹریٹ کرنا ہے۔ تب جا کر آپ دریافت کر پائیں گے اللہ تعالیٰ کو۔</w:t>
      </w:r>
    </w:p>
    <w:p>
      <w:r>
        <w:rPr>
          <w:b/>
        </w:rPr>
        <w:t xml:space="preserve">[28:51] </w:t>
      </w:r>
      <w:r>
        <w:t>to yeh kya hai? yeh sab sabr ka mamla hai.</w:t>
      </w:r>
    </w:p>
    <w:p>
      <w:pPr>
        <w:jc w:val="right"/>
      </w:pPr>
      <w:r>
        <w:t>تو یہ کیا ہے؟ یہ سب صبر کا معاملہ ہے۔</w:t>
      </w:r>
    </w:p>
    <w:p>
      <w:r>
        <w:rPr>
          <w:b/>
        </w:rPr>
        <w:t xml:space="preserve">[28:56] </w:t>
      </w:r>
      <w:r>
        <w:t>har qadam par aap ko sabr karna parta hai, tab aap ke andar woh personality banti hai jis ko kehte hain jannati personality.</w:t>
      </w:r>
    </w:p>
    <w:p>
      <w:pPr>
        <w:jc w:val="right"/>
      </w:pPr>
      <w:r>
        <w:t>ہر قدم پر آپ کو صبر کرنا پڑتا ہے، تب آپ کے اندر وہ پرسنالٹی بنتی ہے جس کو کہتے ہیں جنتی پرسنالٹی۔</w:t>
      </w:r>
    </w:p>
    <w:p>
      <w:r>
        <w:rPr>
          <w:b/>
        </w:rPr>
        <w:t xml:space="preserve">[29:06] </w:t>
      </w:r>
      <w:r>
        <w:t>har qadam par.</w:t>
      </w:r>
    </w:p>
    <w:p>
      <w:pPr>
        <w:jc w:val="right"/>
      </w:pPr>
      <w:r>
        <w:t>ہر قدم پر۔</w:t>
      </w:r>
    </w:p>
    <w:p>
      <w:r>
        <w:rPr>
          <w:b/>
        </w:rPr>
        <w:t xml:space="preserve">[29:12] </w:t>
      </w:r>
      <w:r>
        <w:t>Allah taala ne duniya mein jo misaal rakh di hai, problem rakh di hai sab, isi liye ke yeh challenge aap ko pesh aaye.</w:t>
      </w:r>
    </w:p>
    <w:p>
      <w:pPr>
        <w:jc w:val="right"/>
      </w:pPr>
      <w:r>
        <w:t>اللہ تعالیٰ نے دنیا میں جو مثال رکھ دی ہے، پرابلم رکھ دی ہے سب، اسی لیے کہ یہ چیلنج آپ کو پیش آئے۔</w:t>
      </w:r>
    </w:p>
    <w:p>
      <w:r>
        <w:rPr>
          <w:b/>
        </w:rPr>
        <w:t xml:space="preserve">[29:23] </w:t>
      </w:r>
      <w:r>
        <w:t>yahan par ek aur baat samajh lijiye ke Allah taala ne insan ko paida kiya hai is tarah ke har cheez us ke andar bator potential hai, actual nahin hai.</w:t>
      </w:r>
    </w:p>
    <w:p>
      <w:pPr>
        <w:jc w:val="right"/>
      </w:pPr>
      <w:r>
        <w:t>یہاں پر ایک اور بات سمجھ لیجئے کہ اللہ تعالیٰ نے انسان کو پیدا کیا ہے اس طرح کہ ہر چیز اس کے اندر بطور پوٹینشل ہے، ایکچوئل نہیں ہے۔</w:t>
      </w:r>
    </w:p>
    <w:p>
      <w:r>
        <w:rPr>
          <w:b/>
        </w:rPr>
        <w:t xml:space="preserve">[29:35] </w:t>
      </w:r>
      <w:r>
        <w:t>actual to aap ko khud banana hai apne aap ko.</w:t>
      </w:r>
    </w:p>
    <w:p>
      <w:pPr>
        <w:jc w:val="right"/>
      </w:pPr>
      <w:r>
        <w:t>ایکچوئل تو آپ کو خود بنانا ہے اپنے آپ کو۔</w:t>
      </w:r>
    </w:p>
    <w:p>
      <w:r>
        <w:rPr>
          <w:b/>
        </w:rPr>
        <w:t xml:space="preserve">[29:39] </w:t>
      </w:r>
      <w:r>
        <w:t>Allah ki taraf se aap ko har cheez bator potential di gayi hai, lekin us ko actual banana aap ka kaam hai.</w:t>
      </w:r>
    </w:p>
    <w:p>
      <w:pPr>
        <w:jc w:val="right"/>
      </w:pPr>
      <w:r>
        <w:t>اللہ کی طرف سے آپ کو ہر چیز بطور پوٹینشل دی گئی ہے، لیکن اس کو ایکچوئل بنانا آپ کا کام ہے۔</w:t>
      </w:r>
    </w:p>
    <w:p>
      <w:r>
        <w:rPr>
          <w:b/>
        </w:rPr>
        <w:t xml:space="preserve">[29:49] </w:t>
      </w:r>
      <w:r>
        <w:t>to psychology ki study batati hai ke sab se zyada aadmi ke andar jo intellectual awakening aati hai, woh us waqt aati hai jab us ke andar brain starting ho.</w:t>
      </w:r>
    </w:p>
    <w:p>
      <w:pPr>
        <w:jc w:val="right"/>
      </w:pPr>
      <w:r>
        <w:t>تو سائیکالوجی کی اسٹڈی بتاتی ہے کہ سب سے زیادہ آدمی کے اندر جو انٹلیکچوئل اویکننگ آتی ہے، وہ اس وقت آتی ہے جب اس کے اندر برین اسٹارٹنگ ہو۔</w:t>
      </w:r>
    </w:p>
    <w:p>
      <w:r>
        <w:rPr>
          <w:b/>
        </w:rPr>
        <w:t xml:space="preserve">[30:02] </w:t>
      </w:r>
      <w:r>
        <w:t>brain starting.</w:t>
      </w:r>
    </w:p>
    <w:p>
      <w:pPr>
        <w:jc w:val="right"/>
      </w:pPr>
      <w:r>
        <w:t>برین اسٹارٹنگ۔</w:t>
      </w:r>
    </w:p>
    <w:p>
      <w:r>
        <w:rPr>
          <w:b/>
        </w:rPr>
        <w:t xml:space="preserve">[30:07] </w:t>
      </w:r>
      <w:r>
        <w:t>intellectual awakening aati hi nahin jab tak aadmi ke andar brain starting na ho, shock na lage us ko.</w:t>
      </w:r>
    </w:p>
    <w:p>
      <w:pPr>
        <w:jc w:val="right"/>
      </w:pPr>
      <w:r>
        <w:t>انٹلیکچوئل اویکننگ آتی ہی نہیں جب تک آدمی کے اندر برین اسٹارٹنگ نہ ہو، شاک نہ لگے اس کو۔</w:t>
      </w:r>
    </w:p>
    <w:p>
      <w:r>
        <w:rPr>
          <w:b/>
        </w:rPr>
        <w:t xml:space="preserve">[30:15] </w:t>
      </w:r>
      <w:r>
        <w:t>to yeh sab jo problem hain, yeh sab jo austerities hain, yeh sab jo rukawatein hain, yeh sab jo obstacles hain, yeh kya hain?</w:t>
      </w:r>
    </w:p>
    <w:p>
      <w:pPr>
        <w:jc w:val="right"/>
      </w:pPr>
      <w:r>
        <w:t>تو یہ سب جو پرابلم ہیں، یہ سب جو آٹراسٹیز ہیں، یہ سب جو رکاوٹیں ہیں، یہ سب جو آبسٹیکلز ہیں، یہ کیا ہیں؟</w:t>
      </w:r>
    </w:p>
    <w:p>
      <w:r>
        <w:rPr>
          <w:b/>
        </w:rPr>
        <w:t xml:space="preserve">[30:25] </w:t>
      </w:r>
      <w:r>
        <w:t>yeh hai shock treatment, yeh hai aap ke andar brain starting lane ke liye.</w:t>
      </w:r>
    </w:p>
    <w:p>
      <w:pPr>
        <w:jc w:val="right"/>
      </w:pPr>
      <w:r>
        <w:t>یہ ہے شاک ٹریٹمنٹ، یہ ہے آپ کے اندر برین اسٹارٹنگ لانے کے لیے۔</w:t>
      </w:r>
    </w:p>
    <w:p>
      <w:r>
        <w:rPr>
          <w:b/>
        </w:rPr>
        <w:t xml:space="preserve">[30:33] </w:t>
      </w:r>
      <w:r>
        <w:t>to aap ki ek soch jaage, aap ka mind jaage, aap ka shaoor bidaar ho,</w:t>
      </w:r>
    </w:p>
    <w:p>
      <w:pPr>
        <w:jc w:val="right"/>
      </w:pPr>
      <w:r>
        <w:t>تو آپ کی ایک سوچ جاگے، آپ کا مائنڈ جاگے، آپ کا شعور بیدار ہو،</w:t>
      </w:r>
    </w:p>
    <w:p>
      <w:r>
        <w:rPr>
          <w:b/>
        </w:rPr>
        <w:t xml:space="preserve">[30:41] </w:t>
      </w:r>
      <w:r>
        <w:t>aur phir aap apne potential ko actual bana saken.</w:t>
      </w:r>
    </w:p>
    <w:p>
      <w:pPr>
        <w:jc w:val="right"/>
      </w:pPr>
      <w:r>
        <w:t>اور پھر آپ اپنے پوٹینشل کو ایکچوئل بنا سکیں۔</w:t>
      </w:r>
    </w:p>
    <w:p>
      <w:r>
        <w:rPr>
          <w:b/>
        </w:rPr>
        <w:t xml:space="preserve">[30:48] </w:t>
      </w:r>
      <w:r>
        <w:t>aur phir aap apne andar woh personality develop karen, jo jis ke develop karne ke baad aap jannat ke liye ek deserving candidate bante hain.</w:t>
      </w:r>
    </w:p>
    <w:p>
      <w:pPr>
        <w:jc w:val="right"/>
      </w:pPr>
      <w:r>
        <w:t>اور پھر آپ اپنے اندر وہ پرسنالٹی ڈیولپ کریں، جو جس کے ڈیولپ کرنے کے بعد آپ جنت کے لیے ایک ڈیزرونگ کینڈیڈیٹ بنتے ہیں۔</w:t>
      </w:r>
    </w:p>
    <w:p>
      <w:r>
        <w:rPr>
          <w:b/>
        </w:rPr>
        <w:t xml:space="preserve">[31:03] </w:t>
      </w:r>
      <w:r>
        <w:t>to jannat ka raasta koi smooth raasta nahi hai, koi highway nahi hai yeh. Yeh to jangla hai, kaante hain, pathar hain.</w:t>
      </w:r>
    </w:p>
    <w:p>
      <w:pPr>
        <w:jc w:val="right"/>
      </w:pPr>
      <w:r>
        <w:t>تو جنت کا راستہ کوئی سموتھ راستہ نہیں ہے، کوئی ہائی وے نہیں ہے یہ۔ یہ تو جنگل ہے، کاٹے ہیں، پتھر ہیں۔</w:t>
      </w:r>
    </w:p>
    <w:p>
      <w:r>
        <w:rPr>
          <w:b/>
        </w:rPr>
        <w:t xml:space="preserve">[31:15] </w:t>
      </w:r>
      <w:r>
        <w:t>jangal ke raaste ko Allah taala ne koi highway ki tarah nahi banaya. Yeh to jangalon ka raasta hai, kaanton ka raasta hai, patharon ka raasta hai.</w:t>
      </w:r>
    </w:p>
    <w:p>
      <w:pPr>
        <w:jc w:val="right"/>
      </w:pPr>
      <w:r>
        <w:t>جنگل کے راستے کو اللہ تعالیٰ نے کوئی ہائی وے کی طرح نہیں بنایا۔ یہ تو جنگلوں کا راستہ ہے، کاٹوں کا راستہ ہے، پتھروں کا راستہ ہے۔</w:t>
      </w:r>
    </w:p>
    <w:p>
      <w:r>
        <w:rPr>
          <w:b/>
        </w:rPr>
        <w:t xml:space="preserve">[31:26] </w:t>
      </w:r>
      <w:r>
        <w:t>ise guzarna hai. Isi liye hadith mein aata hai ke jannat ke bare mein ke Allah in Allah</w:t>
      </w:r>
    </w:p>
    <w:p>
      <w:pPr>
        <w:jc w:val="right"/>
      </w:pPr>
      <w:r>
        <w:t>اسے گزرنا ہے۔ اسی لیے حدیث میں آتا ہے کہ جنت کے بارے میں کہ اللہ ان اللہ</w:t>
      </w:r>
    </w:p>
    <w:p>
      <w:r>
        <w:rPr>
          <w:b/>
        </w:rPr>
        <w:t xml:space="preserve">[31:48] </w:t>
      </w:r>
      <w:r>
        <w:t>is ka matlab hai ke jannat bohat hi costly hai, bohat hi mehngi hai. Yani jannat bohat qeemti cheez hai aur bohat zyada daam se milti hai woh.</w:t>
      </w:r>
    </w:p>
    <w:p>
      <w:pPr>
        <w:jc w:val="right"/>
      </w:pPr>
      <w:r>
        <w:t>اس کا مطلب ہے کہ جنت بہت ہی کاسٹلی ہے، بہت ہی مہنگی ہے۔ یعنی جنت بہت قیمتی چیز ہے اور بہت زیادہ دام سے ملتی ہے وہ۔</w:t>
      </w:r>
    </w:p>
    <w:p>
      <w:r>
        <w:rPr>
          <w:b/>
        </w:rPr>
        <w:t xml:space="preserve">[32:08] </w:t>
      </w:r>
      <w:r>
        <w:t>to yeh yeh yeh jo jannat hai, itni qeemti hai aur is ka jo aap ko daam pesh karna hai, woh kya hai? Woh yahi hai, woh sabr hai.</w:t>
      </w:r>
    </w:p>
    <w:p>
      <w:pPr>
        <w:jc w:val="right"/>
      </w:pPr>
      <w:r>
        <w:t>تو یہ یہ یہ جو جنت ہے، اتنی قیمتی ہے اور اس کا جو آپ کو دام پیش کرنا ہے، وہ کیا ہے؟ وہ یہی ہے، وہ صبر ہے۔</w:t>
      </w:r>
    </w:p>
    <w:p>
      <w:r>
        <w:rPr>
          <w:b/>
        </w:rPr>
        <w:t xml:space="preserve">[32:18] </w:t>
      </w:r>
      <w:r>
        <w:t>ke aap saare jo unwanted experiences hain, jo obstacles hain, jo problem hain, in ko challenge ke roop mein len,</w:t>
      </w:r>
    </w:p>
    <w:p>
      <w:pPr>
        <w:jc w:val="right"/>
      </w:pPr>
      <w:r>
        <w:t>کہ آپ سارے جو انوانٹڈ ایکسپیرینسز ہیں، جو آبسٹیکلز ہیں، جو پرابلم ہیں، ان کو چیلنج کے روپ میں لیں،</w:t>
      </w:r>
    </w:p>
    <w:p>
      <w:r>
        <w:rPr>
          <w:b/>
        </w:rPr>
        <w:t xml:space="preserve">[32:33] </w:t>
      </w:r>
      <w:r>
        <w:t>is se face karen aap challenge ke roop mein.</w:t>
      </w:r>
    </w:p>
    <w:p>
      <w:pPr>
        <w:jc w:val="right"/>
      </w:pPr>
      <w:r>
        <w:t>اس سے فیس کریں آپ چیلنج کے روپ میں۔</w:t>
      </w:r>
    </w:p>
    <w:p>
      <w:r>
        <w:rPr>
          <w:b/>
        </w:rPr>
        <w:t xml:space="preserve">[32:37] </w:t>
      </w:r>
      <w:r>
        <w:t>negative zara bhi na banen, hamesha positive bane rahen. Tab ja kar ke aap ka mind unfold hoga, tab aap ke andar intellectual awakening aayegi, intellectual development aayega, aur aap ke andar woh personality banegi jo personality paradise mein settle karne ke liye darkaar hai.</w:t>
      </w:r>
    </w:p>
    <w:p>
      <w:pPr>
        <w:jc w:val="right"/>
      </w:pPr>
      <w:r>
        <w:t>نیگیٹیو ذرا بھی نہ بنیں، ہمیشہ پازیٹیو بنے رہیں۔ تب جا کر کے آپ کا مائنڈ انفولڈ ہوگا، تب آپ کے اندر انٹلیکچوئل اویکننگ آئے گی، انٹلیکچوئل ڈیولپمنٹ آئے گا، اور آپ کے اندر وہ پرسنالٹی بنے گی جو پرسنالٹی پارائیڈائز میں سیٹل کرنے کے لیے درکار ہے۔</w:t>
      </w:r>
    </w:p>
    <w:p>
      <w:r>
        <w:rPr>
          <w:b/>
        </w:rPr>
        <w:t xml:space="preserve">[32:59] </w:t>
      </w:r>
      <w:r>
        <w:t>aise hi dekhiye, aur bhi aayaten dekhiye Quran majeed ki aap.</w:t>
      </w:r>
    </w:p>
    <w:p>
      <w:pPr>
        <w:jc w:val="right"/>
      </w:pPr>
      <w:r>
        <w:t>ایسے ہی دیکھئے، اور بھی آیتیں دیکھئے قرآن مجید کی آپ۔</w:t>
      </w:r>
    </w:p>
    <w:p>
      <w:r>
        <w:rPr>
          <w:b/>
        </w:rPr>
        <w:t xml:space="preserve">[33:07] </w:t>
      </w:r>
      <w:r>
        <w:t>misalan Quran majeed mein ek aayat hai: "Inna ma'al 'usri yusra, inna ma'al 'usri yusra. And every hardship there is ease, and every hardship there is ease." Is ka matlab yeh hai ke kisi manzil tak pohnchne ke liye mushkilat ka ek safar tay karna parta hai.</w:t>
      </w:r>
    </w:p>
    <w:p>
      <w:pPr>
        <w:jc w:val="right"/>
      </w:pPr>
      <w:r>
        <w:t>مثلاً قرآن مجید میں ایک آیت ہے: "إن مال غسل إسراء، إن مال غسل إسراء، ود ایوری ہارڈشپ دیر از ایز، ود ایوری ہارڈشپ دیر از ایز۔" اس کا مطلب یہ ہے کہ کسی منزل تک پہنچنے کے لیے مشکلات کا ایک سفر طے کرنا پڑتا ہے۔</w:t>
      </w:r>
    </w:p>
    <w:p>
      <w:r>
        <w:rPr>
          <w:b/>
        </w:rPr>
        <w:t xml:space="preserve">[33:28] </w:t>
      </w:r>
      <w:r>
        <w:t>Allah taala ne is dunya mein aisa banaya dunya ko ke aap ko jab bhi koi achieve karna hai, kuch koi koi goal aap ka hai, is ko achieve karna chahte hain to aap ko mushkilat se guzarna parta hai,</w:t>
      </w:r>
    </w:p>
    <w:p>
      <w:pPr>
        <w:jc w:val="right"/>
      </w:pPr>
      <w:r>
        <w:t>اللہ تعالیٰ نے اس دنیا میں ایسا بنایا دنیا کو کہ آپ کو جب بھی کوئی اچیو کرنا ہے، کچھ کوئی کوئی گول آپ کا ہے، اس کو اچیو کرنا چاہتے ہیں تو آپ کو مشکلات سے گزرنا پڑتا ہے،</w:t>
      </w:r>
    </w:p>
    <w:p>
      <w:r>
        <w:rPr>
          <w:b/>
        </w:rPr>
        <w:t xml:space="preserve">[33:46] </w:t>
      </w:r>
      <w:r>
        <w:t>mushkilat ko face karna parta hai.</w:t>
      </w:r>
    </w:p>
    <w:p>
      <w:pPr>
        <w:jc w:val="right"/>
      </w:pPr>
      <w:r>
        <w:t>مشکلات کو فیس کرنا پڑتا ہے۔</w:t>
      </w:r>
    </w:p>
    <w:p>
      <w:r>
        <w:rPr>
          <w:b/>
        </w:rPr>
        <w:t xml:space="preserve">[33:50] </w:t>
      </w:r>
      <w:r>
        <w:t>aisa nahi hai ke bas is moqa par bohat hi sab kuch aasani se ho jaye, aisa nahi hai.</w:t>
      </w:r>
    </w:p>
    <w:p>
      <w:pPr>
        <w:jc w:val="right"/>
      </w:pPr>
      <w:r>
        <w:t>ایسا نہیں ہے کہ بس اس موٹ پر بہت ہی سب کچھ آسانی سے ہو جائے، ایسا نہیں ہے۔</w:t>
      </w:r>
    </w:p>
    <w:p>
      <w:r>
        <w:rPr>
          <w:b/>
        </w:rPr>
        <w:t xml:space="preserve">[34:00] </w:t>
      </w:r>
      <w:r>
        <w:t>kyun ke is ke baghair aap ka intellectual development nahi hota, is ke baghair aap ka spiritual development nahi hota. To jannat ka raasta dekhiye, yeh shock treatment ka raasta hai.</w:t>
      </w:r>
    </w:p>
    <w:p>
      <w:pPr>
        <w:jc w:val="right"/>
      </w:pPr>
      <w:r>
        <w:t>کیونکہ اس کے بغیر آپ کا انٹلیکچوئل ڈیولپمنٹ نہیں ہوتا، اس کے بغیر آپ کا اسپریچوئل ڈیولپمنٹ نہیں ہوتا۔ تو جنت کا راستہ دیکھئے، یہ شاک ٹریٹمنٹ کا راستہ ہے۔</w:t>
      </w:r>
    </w:p>
    <w:p>
      <w:r>
        <w:rPr>
          <w:b/>
        </w:rPr>
        <w:t xml:space="preserve">[34:14] </w:t>
      </w:r>
      <w:r>
        <w:t>jannat ka jo raasta hai, woh shock treatment ka raasta hai. Har jagah shock, har jagah shock, har jagah shock. Apni marzi ke khilaaf sochna, apni marzi ke khilaaf chalna, apni marzi ke khilaaf raasta tay karna.</w:t>
      </w:r>
    </w:p>
    <w:p>
      <w:pPr>
        <w:jc w:val="right"/>
      </w:pPr>
      <w:r>
        <w:t>جنت کا جو راستہ ہے، وہ شاک ٹریٹمنٹ کا راستہ ہے۔ ہر جگہ شاک، ہر جگہ شاک، ہر جگہ شاک۔ اپنی مرضی کے خلاف سوچنا، اپنی مرضی کے خلاف چلنا، اپنی مرضی کے خلاف راستہ طے کرنا۔</w:t>
      </w:r>
    </w:p>
    <w:p>
      <w:r>
        <w:rPr>
          <w:b/>
        </w:rPr>
        <w:t xml:space="preserve">[34:33] </w:t>
      </w:r>
      <w:r>
        <w:t>isi liye kaha gaya ke sabr jo hai,</w:t>
      </w:r>
    </w:p>
    <w:p>
      <w:pPr>
        <w:jc w:val="right"/>
      </w:pPr>
      <w:r>
        <w:t>اسی لیے کہا گیا کہ صبر جو ہے،</w:t>
      </w:r>
    </w:p>
    <w:p>
      <w:r>
        <w:rPr>
          <w:b/>
        </w:rPr>
        <w:t xml:space="preserve">[34:39] </w:t>
      </w:r>
      <w:r>
        <w:t>jannati qeemat hai. Dhalika jaza'u bima sabaroo.</w:t>
      </w:r>
    </w:p>
    <w:p>
      <w:pPr>
        <w:jc w:val="right"/>
      </w:pPr>
      <w:r>
        <w:t>جنتی قیمت ہے۔ ذالک جزانہ بما صبر۔</w:t>
      </w:r>
    </w:p>
    <w:p>
      <w:r>
        <w:rPr>
          <w:b/>
        </w:rPr>
        <w:t xml:space="preserve">[34:48] </w:t>
      </w:r>
      <w:r>
        <w:t>Quran mein sabr ki aayaten ek so se zyada hain, jis mein sabr ka yani maada istemal hua, so se zyada hain.</w:t>
      </w:r>
    </w:p>
    <w:p>
      <w:pPr>
        <w:jc w:val="right"/>
      </w:pPr>
      <w:r>
        <w:t>قرآن میں صبر کی آیتیں ایک سو سے زیادہ ہیں، جس میں صبر کا یعنی مادہ استعمال ہوا، سو سے زیادہ ہیں۔</w:t>
      </w:r>
    </w:p>
    <w:p>
      <w:r>
        <w:rPr>
          <w:b/>
        </w:rPr>
        <w:t xml:space="preserve">[35:00] </w:t>
      </w:r>
      <w:r>
        <w:t>is ko aap parhen</w:t>
      </w:r>
    </w:p>
    <w:p>
      <w:pPr>
        <w:jc w:val="right"/>
      </w:pPr>
      <w:r>
        <w:t>اس کو آپ پڑھیں</w:t>
      </w:r>
    </w:p>
    <w:p>
      <w:r>
        <w:rPr>
          <w:b/>
        </w:rPr>
        <w:t xml:space="preserve">[35:03] </w:t>
      </w:r>
      <w:r>
        <w:t>to sabr ko itna zyada ahmiyat di gayi hai Quran majeed mein ke jahan tak main samajhta hoon, kisi bhi doosri cheez ko itni ahmiyat nahi di gayi hai.</w:t>
      </w:r>
    </w:p>
    <w:p>
      <w:pPr>
        <w:jc w:val="right"/>
      </w:pPr>
      <w:r>
        <w:t>تو صبر کو اتنا زیادہ اہمیت دی گئی ہے قرآن مجید میں کہ جہاں تک میں سمجھتا ہوں، کسی بھی دوسری چیز کو اتنی اہمیت نہیں دی گئی ہے۔</w:t>
      </w:r>
    </w:p>
    <w:p>
      <w:r>
        <w:rPr>
          <w:b/>
        </w:rPr>
        <w:t xml:space="preserve">[35:17] </w:t>
      </w:r>
      <w:r>
        <w:t>aur sabr ka matlab main ek lafz mein agar kahoon to wohi hai ke negative situation mein bhi positive mind ke sath jeena, yahi hai sabr.</w:t>
      </w:r>
    </w:p>
    <w:p>
      <w:pPr>
        <w:jc w:val="right"/>
      </w:pPr>
      <w:r>
        <w:t>اور صبر کا مطلب میں ایک لفظ میں اگر کہوں تو وہی ہے کہ نیگیٹیو سچویشن میں بھی پازیٹیو مائنڈ کے ساتھ جینا، یہی ہے صبر۔</w:t>
      </w:r>
    </w:p>
    <w:p>
      <w:r>
        <w:rPr>
          <w:b/>
        </w:rPr>
        <w:t xml:space="preserve">[35:30] </w:t>
      </w:r>
      <w:r>
        <w:t>yani living with a positive mind, living with a negative situation, yahi sab se bari qeemat hai jannat ki.</w:t>
      </w:r>
    </w:p>
    <w:p>
      <w:pPr>
        <w:jc w:val="right"/>
      </w:pPr>
      <w:r>
        <w:t>یعنی لیونگ ود اے پازیٹیو مائنڈ، لیونگ ود اے نیگیٹیو سچویشن، یہی سب سے بڑی قیمت ہے جنت کی۔</w:t>
      </w:r>
    </w:p>
    <w:p>
      <w:r>
        <w:rPr>
          <w:b/>
        </w:rPr>
        <w:t xml:space="preserve">[35:42] </w:t>
      </w:r>
      <w:r>
        <w:t>kyunke dekhye, jannat ke baray mein quran mein aata hai ke</w:t>
      </w:r>
    </w:p>
    <w:p>
      <w:pPr>
        <w:jc w:val="right"/>
      </w:pPr>
      <w:r>
        <w:t>کیونکہ دیکھئے، جنت کے بارے میں قرآن میں آتا ہے کہ</w:t>
      </w:r>
    </w:p>
    <w:p>
      <w:r>
        <w:rPr>
          <w:b/>
        </w:rPr>
        <w:t xml:space="preserve">[35:53] </w:t>
      </w:r>
      <w:r>
        <w:t>la salam har taraf peace hoga,</w:t>
      </w:r>
    </w:p>
    <w:p>
      <w:pPr>
        <w:jc w:val="right"/>
      </w:pPr>
      <w:r>
        <w:t>لا سلام ہر طرف پیس ہوگا،</w:t>
      </w:r>
    </w:p>
    <w:p>
      <w:r>
        <w:rPr>
          <w:b/>
        </w:rPr>
        <w:t xml:space="preserve">[35:57] </w:t>
      </w:r>
      <w:r>
        <w:t>is mein nuisance nahi hoga,</w:t>
      </w:r>
    </w:p>
    <w:p>
      <w:pPr>
        <w:jc w:val="right"/>
      </w:pPr>
      <w:r>
        <w:t>اس میں نیوسنس نہیں ہوگا،</w:t>
      </w:r>
    </w:p>
    <w:p>
      <w:r>
        <w:rPr>
          <w:b/>
        </w:rPr>
        <w:t xml:space="preserve">[36:01] </w:t>
      </w:r>
      <w:r>
        <w:t>is mein koi apsurd baat nahi hogi, koi nuisance nahi hoga, peace hi peace hoga.</w:t>
      </w:r>
    </w:p>
    <w:p>
      <w:pPr>
        <w:jc w:val="right"/>
      </w:pPr>
      <w:r>
        <w:t>اس میں کوئی اپسڈ بات نہیں ہوگی، کوئی نیوسنس نہیں ہوگا، پیس ہی پیس ہوگا۔</w:t>
      </w:r>
    </w:p>
    <w:p>
      <w:r>
        <w:rPr>
          <w:b/>
        </w:rPr>
        <w:t xml:space="preserve">[36:09] </w:t>
      </w:r>
      <w:r>
        <w:t>to is ka matlab kya hai? is ka matlab hai ke aise trend log wahan dakhil settle kiye jayenge jin mein yeh quality maujood ho.</w:t>
      </w:r>
    </w:p>
    <w:p>
      <w:pPr>
        <w:jc w:val="right"/>
      </w:pPr>
      <w:r>
        <w:t>تو اس کا مطلب کیا ہے؟ اس کا مطلب ہے کہ ایسے ٹرینڈ لوگ وہاں داخل سیٹل کیے جائیں گے جن میں یہ کوالٹی موجود ہو۔</w:t>
      </w:r>
    </w:p>
    <w:p>
      <w:r>
        <w:rPr>
          <w:b/>
        </w:rPr>
        <w:t xml:space="preserve">[36:20] </w:t>
      </w:r>
      <w:r>
        <w:t>is ka matlab yeh hai ke woh training is liye dunya mein ho rahi hai.</w:t>
      </w:r>
    </w:p>
    <w:p>
      <w:pPr>
        <w:jc w:val="right"/>
      </w:pPr>
      <w:r>
        <w:t>اس کا مطلب یہ ہے کہ وہ ٹریننگ اس لیے دنیا میں ہو رہی ہے۔</w:t>
      </w:r>
    </w:p>
    <w:p>
      <w:r>
        <w:rPr>
          <w:b/>
        </w:rPr>
        <w:t xml:space="preserve">[36:25] </w:t>
      </w:r>
      <w:r>
        <w:t>aisa nahi hai ke aap ko pakar pakar kar wahan dakhla diya jaye aur Allah ki taraf se wahan yeh sab cheezein rakh di jayen, peace. nahi, yeh matlab nahi hai.</w:t>
      </w:r>
    </w:p>
    <w:p>
      <w:pPr>
        <w:jc w:val="right"/>
      </w:pPr>
      <w:r>
        <w:t>ایسا نہیں ہے کہ آپ کو پکڑ پکڑ کر وہاں داخلہ دیا جائے اور اللہ کی طرف سے وہاں یہ سب چیزیں رکھ دی جائیں، پیس۔ نہیں، یہ مطلب نہیں ہے۔</w:t>
      </w:r>
    </w:p>
    <w:p>
      <w:r>
        <w:rPr>
          <w:b/>
        </w:rPr>
        <w:t xml:space="preserve">[36:36] </w:t>
      </w:r>
      <w:r>
        <w:t>ek hadith mein aata hai ke rasool Allah salallaho alaihi wasallam jab meraj mein gaye to mulaqat hui Hazrat Ibrahim alaihi salam se. Hazrat Ibrahim ne kaha ke aye Muhammad, apni ummat ko bata do ke jannat qayan hai.</w:t>
      </w:r>
    </w:p>
    <w:p>
      <w:pPr>
        <w:jc w:val="right"/>
      </w:pPr>
      <w:r>
        <w:t>ایک حدیث میں آتا ہے کہ رسول اللہ صلی اللہ علیہ وسلم جب معراج میں گئے تو ملاقات ہوئی حضرت ابراہیم علیہ السلام سے۔ حضرت ابراہیم نے کہا کہ اے محمد، اپنی امت کو بتا دو کہ جنت قیان ہے۔</w:t>
      </w:r>
    </w:p>
    <w:p>
      <w:r>
        <w:rPr>
          <w:b/>
        </w:rPr>
        <w:t xml:space="preserve">[36:55] </w:t>
      </w:r>
      <w:r>
        <w:t>qayan kehte hain</w:t>
      </w:r>
    </w:p>
    <w:p>
      <w:pPr>
        <w:jc w:val="right"/>
      </w:pPr>
      <w:r>
        <w:t>قیان کہتے ہیں</w:t>
      </w:r>
    </w:p>
    <w:p>
      <w:r>
        <w:rPr>
          <w:b/>
        </w:rPr>
        <w:t xml:space="preserve">[36:59] </w:t>
      </w:r>
      <w:r>
        <w:t>fertile soil ho lekin wahan kuch darakht waghera na hon, kuch kheti na ho. wahan par yani bohat hi fertile. Hazrat Ibrahim ne kaha ke jannat bohat hi fertile soil hai, bohat hi fertile zameen hai,</w:t>
      </w:r>
    </w:p>
    <w:p>
      <w:pPr>
        <w:jc w:val="right"/>
      </w:pPr>
      <w:r>
        <w:t>فرٹائل سائل ہو لیکن وہاں کچھ درخت وغیرہ نہ ہوں، کچھ کھیتی نہ ہو۔ وہاں پر یعنی بہت ہی فرٹائل۔ حضرت ابراہیم نے کہا کہ جنت بہت ہی فرٹائل سائل ہے، بہت ہی فرٹائل زمین ہے،</w:t>
      </w:r>
    </w:p>
    <w:p>
      <w:r>
        <w:rPr>
          <w:b/>
        </w:rPr>
        <w:t xml:space="preserve">[37:13] </w:t>
      </w:r>
      <w:r>
        <w:t>bohat hi zar khez zameen hai lekin woh khali hai, woh woh khali hai.</w:t>
      </w:r>
    </w:p>
    <w:p>
      <w:pPr>
        <w:jc w:val="right"/>
      </w:pPr>
      <w:r>
        <w:t>بہت ہی زرخیز زمین ہے لیکن وہ خالی ہے، وہ وہ خالی ہے۔</w:t>
      </w:r>
    </w:p>
    <w:p>
      <w:r>
        <w:rPr>
          <w:b/>
        </w:rPr>
        <w:t xml:space="preserve">[37:20] </w:t>
      </w:r>
      <w:r>
        <w:t>aur jab insan koi amal karta hai to uska amal se yahan par uska ek ek ek poda ugata hai, woh barhta hai, barhta hai, barhta hai. yeh tamseel ki zaban hai, yeh tamseel ki zaban hai ke jannat mein jo yeh matlab hai ke wahan nuisance nahi hoga, wahan shor nahi hoga,</w:t>
      </w:r>
    </w:p>
    <w:p>
      <w:pPr>
        <w:jc w:val="right"/>
      </w:pPr>
      <w:r>
        <w:t>اور جب انسان کوئی عمل کرتا ہے تو اس کا عمل سے یہاں پر اس کا ایک ایک ایک پودا اگاتا ہے، وہ بڑھتا ہے، بڑھتا ہے، بڑھتا ہے۔ یہ تمثیل کی زبان ہے، یہ تمثیل کی زبان ہے کہ جنت میں جو یہ مطلوب ہے کہ وہاں نیوسنس نہیں ہوگا، وہاں شور نہیں ہوگا،</w:t>
      </w:r>
    </w:p>
    <w:p>
      <w:r>
        <w:rPr>
          <w:b/>
        </w:rPr>
        <w:t xml:space="preserve">[37:41] </w:t>
      </w:r>
      <w:r>
        <w:t>wahan nafrat nahi hogi, wahan peace hi peace hoga. woh kaisa hoga?</w:t>
      </w:r>
    </w:p>
    <w:p>
      <w:pPr>
        <w:jc w:val="right"/>
      </w:pPr>
      <w:r>
        <w:t>وہاں نفرت نہیں ہوگی، وہاں پیس ہی پیس ہوگا۔ وہ کیسا ہوگا؟</w:t>
      </w:r>
    </w:p>
    <w:p>
      <w:r>
        <w:rPr>
          <w:b/>
        </w:rPr>
        <w:t xml:space="preserve">[37:46] </w:t>
      </w:r>
      <w:r>
        <w:t>is tarah hoga ke is tarah ki quality rakhne wale log wahan basaye jayenge</w:t>
      </w:r>
    </w:p>
    <w:p>
      <w:pPr>
        <w:jc w:val="right"/>
      </w:pPr>
      <w:r>
        <w:t>اس طرح ہوگا کہ اس طرح کی کوالٹی رکھنے والے لوگ وہاں بسائے جائیں گے</w:t>
      </w:r>
    </w:p>
    <w:p>
      <w:r>
        <w:rPr>
          <w:b/>
        </w:rPr>
        <w:t xml:space="preserve">[37:53] </w:t>
      </w:r>
      <w:r>
        <w:t>aur is tarah ki quality rakhne wale aadmi jo hain, isi dunya mein in ko trend kiya ja raha hai. yeh dunya is tarah banayi gayi hai ke yahan par woh insan trend hote hain, bante hain, bante hain, bante hain.</w:t>
      </w:r>
    </w:p>
    <w:p>
      <w:pPr>
        <w:jc w:val="right"/>
      </w:pPr>
      <w:r>
        <w:t>اور اس طرح کی کوالٹی رکھنے والے آدمی جو ہیں، اسی دنیا میں ان کو ٹرینڈ کیا جا رہا ہے۔ یہ دنیا اس طرح بنائی گئی ہے کہ یہاں پر وہ انسان ٹرینڈ ہوتے ہیں، بنتے ہیں، بنتے ہیں، بنتے ہیں۔</w:t>
      </w:r>
    </w:p>
    <w:p>
      <w:r>
        <w:rPr>
          <w:b/>
        </w:rPr>
        <w:t xml:space="preserve">[38:05] </w:t>
      </w:r>
      <w:r>
        <w:t>yeh prepared ground hai, yeh dunya prepared ground hai</w:t>
      </w:r>
    </w:p>
    <w:p>
      <w:pPr>
        <w:jc w:val="right"/>
      </w:pPr>
      <w:r>
        <w:t>یہ پریپریڈ گراؤنڈ ہے، یہ دنیا پریپریڈ گراؤنڈ ہے</w:t>
      </w:r>
    </w:p>
    <w:p>
      <w:r>
        <w:rPr>
          <w:b/>
        </w:rPr>
        <w:t xml:space="preserve">[38:10] </w:t>
      </w:r>
      <w:r>
        <w:t>jise hamare college aur university jo hain, woh logon ko educate karti hain, logon ko educate karti hain.</w:t>
      </w:r>
    </w:p>
    <w:p>
      <w:pPr>
        <w:jc w:val="right"/>
      </w:pPr>
      <w:r>
        <w:t>جسے ہمارے کالج اور یونیورسٹیاں جو ہیں، وہ لوگوں کو ایجوکیٹ کرتی ہیں، لوگوں کو ایجوکیٹ کرتی ہیں۔</w:t>
      </w:r>
    </w:p>
    <w:p>
      <w:r>
        <w:rPr>
          <w:b/>
        </w:rPr>
        <w:t xml:space="preserve">[38:20] </w:t>
      </w:r>
      <w:r>
        <w:t>aur is mein jo acha saboot deta hai to un ko bare bare job milte hain.</w:t>
      </w:r>
    </w:p>
    <w:p>
      <w:pPr>
        <w:jc w:val="right"/>
      </w:pPr>
      <w:r>
        <w:t>اور اس میں جو اچھا ثبوت دیتا ہے تو ان کو بڑے بڑے جاب ملتے ہیں۔</w:t>
      </w:r>
    </w:p>
    <w:p>
      <w:r>
        <w:rPr>
          <w:b/>
        </w:rPr>
        <w:t xml:space="preserve">[38:30] </w:t>
      </w:r>
      <w:r>
        <w:t>aur aaj kal ek lafz chalta hai ke "campus dreaming". bohat bari companyan jo hain, woh wash karti hain, apne aadmiyon ko chode rakhti hain ke dekho, yani student ke douran aadmi kaisa apne aap ko prove kar raha hai.</w:t>
      </w:r>
    </w:p>
    <w:p>
      <w:pPr>
        <w:jc w:val="right"/>
      </w:pPr>
      <w:r>
        <w:t>اور آج کل ایک لفظ چلتا ہے کہ "کیج دیمینگ"۔ بہت بڑی کمپنیاں جو ہیں، وہ واش کرتی ہیں، اپنے آدمیوں کو چھوڑے رکھتی ہیں کہ دیکھو، یعنی اسٹوڈنٹ کے دوران آدمی کیسا اپنے آپ کو پروف کر رہا ہے۔</w:t>
      </w:r>
    </w:p>
    <w:p>
      <w:r>
        <w:rPr>
          <w:b/>
        </w:rPr>
        <w:t xml:space="preserve">[38:49] </w:t>
      </w:r>
      <w:r>
        <w:t>to student ke douran woh jo dekhte hain, woh companyon ke log ke aadmi bohat hi yeh hamare matlab ka, hamare kaam ka hai, is ke andar qualities hain,</w:t>
      </w:r>
    </w:p>
    <w:p>
      <w:pPr>
        <w:jc w:val="right"/>
      </w:pPr>
      <w:r>
        <w:t>تو اسٹوڈنٹ کے دوران وہ جو دیکھتے ہیں، وہ کمپنیوں کے لوگ کہ آدمی بہت ہی یہ ہمارے مطلب کا، ہمارے کام کا ہے، اس کے اندر کوالٹیز ہیں،</w:t>
      </w:r>
    </w:p>
    <w:p>
      <w:r>
        <w:rPr>
          <w:b/>
        </w:rPr>
        <w:t xml:space="preserve">[39:03] </w:t>
      </w:r>
      <w:r>
        <w:t>to is ko apni fees pe likh leti hain. woh is ko kehte hain "caged dreaming".</w:t>
      </w:r>
    </w:p>
    <w:p>
      <w:pPr>
        <w:jc w:val="right"/>
      </w:pPr>
      <w:r>
        <w:t>تو اس کو اپنی فیس پہ لکھ لیتی ہیں۔ وہ اس کو کہتے ہیں "کیج دیمینگ"۔</w:t>
      </w:r>
    </w:p>
    <w:p>
      <w:r>
        <w:rPr>
          <w:b/>
        </w:rPr>
        <w:t xml:space="preserve">[39:13] </w:t>
      </w:r>
      <w:r>
        <w:t>to Allah taala ki taraf se farishte hain. aap jante hain ke quran mein hai ke har aadmi ke sath do farishte hain: "al mutalliqan" yani "lamman", "shamal qareeb".</w:t>
      </w:r>
    </w:p>
    <w:p>
      <w:pPr>
        <w:jc w:val="right"/>
      </w:pPr>
      <w:r>
        <w:t>تو اللہ تعالیٰ کی طرف سے فرشتے ہیں۔ آپ جانتے ہیں کہ قرآن میں ہے کہ ہر آدمی کے ساتھ دو فرشتے ہیں: "از المتلقیان" یعنی "لمین"، "شمال قریب"۔</w:t>
      </w:r>
    </w:p>
    <w:p>
      <w:r>
        <w:rPr>
          <w:b/>
        </w:rPr>
        <w:t xml:space="preserve">[39:29] </w:t>
      </w:r>
      <w:r>
        <w:t>yani har aadmi ke sath do farishte lage hue hain, watch kar rahe hain, watch kar rahe hain, watch kar rahe hain. woh yahi hai "cage deming". yeh Allah taala ne farishton ko laga diya hai</w:t>
      </w:r>
    </w:p>
    <w:p>
      <w:pPr>
        <w:jc w:val="right"/>
      </w:pPr>
      <w:r>
        <w:t>یعنی ہر آدمی کے ساتھ دو فرشتے لگے ہوئے ہیں، واش کر رہے ہیں، واش کر رہے ہیں، واش کر رہے ہیں۔ وہ یہی ہے "کیج دیمینگ"۔ یہ اللہ تعالیٰ نے فرشتوں کو لگا دیا ہے</w:t>
      </w:r>
    </w:p>
    <w:p>
      <w:r>
        <w:rPr>
          <w:b/>
        </w:rPr>
        <w:t xml:space="preserve">[39:41] </w:t>
      </w:r>
      <w:r>
        <w:t>ke jo fard, jo individual tum ko aisa lage ke yeh hai jannat ka mustahiq, is ko apni list mein likh lo, phir hum hashar mein is ko ikatha karenge.</w:t>
      </w:r>
    </w:p>
    <w:p>
      <w:pPr>
        <w:jc w:val="right"/>
      </w:pPr>
      <w:r>
        <w:t>کہ جو فرد، جو انڈیویجول تم کو ایسا لگے کہ یہ ہے جنت کا مستحق، اس کو اپنی لسٹ میں لکھ لو، پھر ہم حشر میں اس کو اکٹھا کریں گے۔</w:t>
      </w:r>
    </w:p>
    <w:p>
      <w:r>
        <w:rPr>
          <w:b/>
        </w:rPr>
        <w:t xml:space="preserve">[39:55] </w:t>
      </w:r>
      <w:r>
        <w:t>sari tareekh mein har insan ke sath do do farishte lage hue hain is ko wash karne ke liye. woh kaise sochta hai, kaise bolta hai, kaise behave karta hai,</w:t>
      </w:r>
    </w:p>
    <w:p>
      <w:pPr>
        <w:jc w:val="right"/>
      </w:pPr>
      <w:r>
        <w:t>ساری تاریخ میں ہر انسان کے ساتھ دو دو فرشتے لگے ہوئے ہیں اس کو واش کرنے کے لیے۔ وہ کیسے سوچتا ہے، کیسے بولتا ہے، کیسے بیہیو کرتا ہے،</w:t>
      </w:r>
    </w:p>
    <w:p>
      <w:r>
        <w:rPr>
          <w:b/>
        </w:rPr>
        <w:t xml:space="preserve">[40:09] </w:t>
      </w:r>
      <w:r>
        <w:t>kesi dealing is</w:t>
      </w:r>
    </w:p>
    <w:p>
      <w:pPr>
        <w:jc w:val="right"/>
      </w:pPr>
      <w:r>
        <w:t>کیسی ڈیلنگ اس</w:t>
      </w:r>
    </w:p>
    <w:p>
      <w:r>
        <w:rPr>
          <w:b/>
        </w:rPr>
        <w:t xml:space="preserve">[40:10] </w:t>
      </w:r>
      <w:r>
        <w:t>ki hoti hai, har cheez wash ki ja rahi hai aur dekha ja raha hai ke kya yeh jannat mein basane ke liye deserving candidate hai.</w:t>
      </w:r>
    </w:p>
    <w:p>
      <w:pPr>
        <w:jc w:val="right"/>
      </w:pPr>
      <w:r>
        <w:t>کی ہوتی ہے، ہر چیز واش کی جا رہی ہے اور دیکھا جا رہا ہے کہ کیا یہ جنت میں بسانے کے لیے ڈیزرونگ کینڈیڈیٹ ہے۔</w:t>
      </w:r>
    </w:p>
    <w:p>
      <w:r>
        <w:rPr>
          <w:b/>
        </w:rPr>
        <w:t xml:space="preserve">[40:23] </w:t>
      </w:r>
      <w:r>
        <w:t>jaise companiyan dekhti hain ke yeh fry student kya is qabil hai ke hum is ko lein to hamari asal banega, woh hamari company ki asal banega, to is ko woh le lete hain, is ko utha lete hain.</w:t>
      </w:r>
    </w:p>
    <w:p>
      <w:pPr>
        <w:jc w:val="right"/>
      </w:pPr>
      <w:r>
        <w:t>جیسے کمپنیاں دیکھتی ہیں کہ یہ فرائی سٹوڈنٹ کیا اس قابل ہے کہ ہم اس کو لیں تو ہماری اصل بنے گا، وہ ہماری کمپنی کی اصل بنے گا، تو اس کو وہ لے لیتے ہیں، اس کو اٹھا لیتے ہیں۔</w:t>
      </w:r>
    </w:p>
    <w:p>
      <w:r>
        <w:rPr>
          <w:b/>
        </w:rPr>
        <w:t xml:space="preserve">[40:35] </w:t>
      </w:r>
      <w:r>
        <w:t>is ko woh</w:t>
      </w:r>
    </w:p>
    <w:p>
      <w:pPr>
        <w:jc w:val="right"/>
      </w:pPr>
      <w:r>
        <w:t>اس کو وہ</w:t>
      </w:r>
    </w:p>
    <w:p>
      <w:r>
        <w:rPr>
          <w:b/>
        </w:rPr>
        <w:t xml:space="preserve">[40:38] </w:t>
      </w:r>
      <w:r>
        <w:t>to sari history mein, sari insani tareekh mein Allah ke farishtay bikhray hue hain, har har insan ko wash kar rahay hain.</w:t>
      </w:r>
    </w:p>
    <w:p>
      <w:pPr>
        <w:jc w:val="right"/>
      </w:pPr>
      <w:r>
        <w:t>تو ساری ہسٹری میں، ساری انسانی تاریخ میں اللہ کے فرشتے بکھرے ہوئے ہیں، ہر ہر انسان کو واش کر رہے ہیں۔</w:t>
      </w:r>
    </w:p>
    <w:p>
      <w:r>
        <w:rPr>
          <w:b/>
        </w:rPr>
        <w:t xml:space="preserve">[40:50] </w:t>
      </w:r>
      <w:r>
        <w:t>Khuda ko bheer nahi chahiye, yaad rakhiye, Khuda ko bheer nahi chahiye. Khuda ko bohat hi aala darjay ke individual chahiye, is tarah companiyon ko bheer nahi chahiye.</w:t>
      </w:r>
    </w:p>
    <w:p>
      <w:pPr>
        <w:jc w:val="right"/>
      </w:pPr>
      <w:r>
        <w:t>خدا کو بھیڑ نہیں چاہیے، یاد رکھیے، خدا کو بھیڑ نہیں چاہیے۔ خدا کو بہت ہی اعلیٰ درجے کے انڈیویجول چاہیے، اس طرح کمپنیوں کو بھیڑ نہیں چاہیے۔</w:t>
      </w:r>
    </w:p>
    <w:p>
      <w:r>
        <w:rPr>
          <w:b/>
        </w:rPr>
        <w:t xml:space="preserve">[41:04] </w:t>
      </w:r>
      <w:r>
        <w:t>jo hazaron log parh rahay hain college university mein, woh sab nahi chahiye companiyon ko</w:t>
      </w:r>
    </w:p>
    <w:p>
      <w:pPr>
        <w:jc w:val="right"/>
      </w:pPr>
      <w:r>
        <w:t>جو ہزاروں لوگ پڑھ رہے ہیں کالج یونیورسٹی میں، وہ سب نہیں چاہیے کمپنیوں کو</w:t>
      </w:r>
    </w:p>
    <w:p>
      <w:r>
        <w:rPr>
          <w:b/>
        </w:rPr>
        <w:t xml:space="preserve">[41:08] </w:t>
      </w:r>
      <w:r>
        <w:t>. companiyon ko to aik aik diamond chahiye, aik heera chahiye, is ko woh le lete hain, is ko chun lete hain. aisay Allah taala ko bheer nahi chahiye,</w:t>
      </w:r>
    </w:p>
    <w:p>
      <w:pPr>
        <w:jc w:val="right"/>
      </w:pPr>
      <w:r>
        <w:t>۔ کمپنیوں کو تو ایک ایک ڈائمنڈ چاہیے، ایک ہیرا چاہیے، اس کو وہ لے لیتے ہیں، اس کو چن لیتے ہیں۔ ایسے اللہ تعالیٰ کو بھیڑ نہیں چاہیے،</w:t>
      </w:r>
    </w:p>
    <w:p>
      <w:r>
        <w:rPr>
          <w:b/>
        </w:rPr>
        <w:t xml:space="preserve">[41:22] </w:t>
      </w:r>
      <w:r>
        <w:t>woh moti, woh diamond, woh heere jo hain bikhray hue, unhi ko lena hai. to Allah taala ke farishtay sari tareekh mein bikhray hue hain, wash kar rahay hain.</w:t>
      </w:r>
    </w:p>
    <w:p>
      <w:pPr>
        <w:jc w:val="right"/>
      </w:pPr>
      <w:r>
        <w:t>وہ موتی، وہ ڈائمنڈ، وہ ہیرے جو ہیں بکھرے ہوئے، انہی کو لینا ہے۔ تو اللہ تعالیٰ کے فرشتے ساری تاریخ میں بکھرے ہوئے ہیں، واش کر رہے ہیں۔</w:t>
      </w:r>
    </w:p>
    <w:p>
      <w:r>
        <w:rPr>
          <w:b/>
        </w:rPr>
        <w:t xml:space="preserve">[41:37] </w:t>
      </w:r>
      <w:r>
        <w:t>kon woh aadmi hai jo jannat wali refine colony mein basaye janay ke qabil ho? jannati colony ka yani aik mein misaal doon Quran se, is se aap andaza kar sakte hain ke jannati colony kya cheez hogi.</w:t>
      </w:r>
    </w:p>
    <w:p>
      <w:pPr>
        <w:jc w:val="right"/>
      </w:pPr>
      <w:r>
        <w:t>کون وہ آدمی ہے جو جنت والی ریفائن کالونی میں بسائے جانے کے قابل ہو؟ جنتی کالونی کا یعنی ایک میں مثال دوں قرآن سے، اس سے آپ اندازہ کر سکتے ہیں کہ جنتی کالونی کیا چیز ہوگی۔</w:t>
      </w:r>
    </w:p>
    <w:p>
      <w:r>
        <w:rPr>
          <w:b/>
        </w:rPr>
        <w:t xml:space="preserve">[42:00] </w:t>
      </w:r>
      <w:r>
        <w:t>Quran mein hai ke "fi muqaddar sadq innal malik muqtadir". ahl e jannat ke baray mein "fi muqaddar sadq innal malik muqtadir" yani malik qaidat ke darbar mein,</w:t>
      </w:r>
    </w:p>
    <w:p>
      <w:pPr>
        <w:jc w:val="right"/>
      </w:pPr>
      <w:r>
        <w:t>قرآن میں ہے کہ "فی مقد صدق ان الملک مقتدر"۔ اہل جنت کے بارے میں "فی مقد صدق ان الملک مقتدر" یعنی مالک قاعدات کے دربار میں،</w:t>
      </w:r>
    </w:p>
    <w:p>
      <w:r>
        <w:rPr>
          <w:b/>
        </w:rPr>
        <w:t xml:space="preserve">[42:16] </w:t>
      </w:r>
      <w:r>
        <w:t>is ke nazdeek</w:t>
      </w:r>
    </w:p>
    <w:p>
      <w:pPr>
        <w:jc w:val="right"/>
      </w:pPr>
      <w:r>
        <w:t>اس کے نزدیک</w:t>
      </w:r>
    </w:p>
    <w:p>
      <w:r>
        <w:rPr>
          <w:b/>
        </w:rPr>
        <w:t xml:space="preserve">[42:18] </w:t>
      </w:r>
      <w:r>
        <w:t>sachai ki seat par bethnay walay yani jannat walay kon hain jin ko ijazat mile gi ke woh Allah taala ke neighborhood mein dakhil hon?</w:t>
      </w:r>
    </w:p>
    <w:p>
      <w:pPr>
        <w:jc w:val="right"/>
      </w:pPr>
      <w:r>
        <w:t>سچائی کی سیٹ پر بیٹھنے والے یعنی جنت والے کون ہیں جن کو اجازت ملے گی کہ وہ اللہ تعالیٰ کے نیبرہڈ میں داخل ہوں؟</w:t>
      </w:r>
    </w:p>
    <w:p>
      <w:r>
        <w:rPr>
          <w:b/>
        </w:rPr>
        <w:t xml:space="preserve">[42:33] </w:t>
      </w:r>
      <w:r>
        <w:t>un ko ijazat mile gi ke woh Allah taala ke pas jo sachai ki seat hai, wahan ja kar bethay? woh</w:t>
      </w:r>
    </w:p>
    <w:p>
      <w:pPr>
        <w:jc w:val="right"/>
      </w:pPr>
      <w:r>
        <w:t>ان کو اجازت ملے گی کہ وہ اللہ تعالیٰ کے پاس جو سچائی کی سیٹ ہے، وہاں جا کر بیٹھے؟ وہ</w:t>
      </w:r>
    </w:p>
    <w:p>
      <w:r>
        <w:rPr>
          <w:b/>
        </w:rPr>
        <w:t xml:space="preserve">[42:44] </w:t>
      </w:r>
      <w:r>
        <w:t>to zahir hai ke is ke liye bohat zabardast checking hogi,</w:t>
      </w:r>
    </w:p>
    <w:p>
      <w:pPr>
        <w:jc w:val="right"/>
      </w:pPr>
      <w:r>
        <w:t>تو ظاہر ہے کہ اس کے لیے بہت زبردست چیکنگ ہوگی،</w:t>
      </w:r>
    </w:p>
    <w:p>
      <w:r>
        <w:rPr>
          <w:b/>
        </w:rPr>
        <w:t xml:space="preserve">[42:48] </w:t>
      </w:r>
      <w:r>
        <w:t>bohat zabardast is ko wash kiya jayega.</w:t>
      </w:r>
    </w:p>
    <w:p>
      <w:pPr>
        <w:jc w:val="right"/>
      </w:pPr>
      <w:r>
        <w:t>بہت زبردست اس کو واش کیا جائے گا۔</w:t>
      </w:r>
    </w:p>
    <w:p>
      <w:r>
        <w:rPr>
          <w:b/>
        </w:rPr>
        <w:t xml:space="preserve">[42:54] </w:t>
      </w:r>
      <w:r>
        <w:t>mein aik martaba aik aik badshah ke is mein mujhe janay ka moqa mila tha, bohat se ulama bulaye gaye thay, is mein mein bhi tha.</w:t>
      </w:r>
    </w:p>
    <w:p>
      <w:pPr>
        <w:jc w:val="right"/>
      </w:pPr>
      <w:r>
        <w:t>میں ایک مرتبہ ایک ایک بادشاہ کے اس میں مجھے جانے کا موقع ملا تھا، بہت سے علماء بلائے گئے تھے، اس میں میں بھی تھا۔</w:t>
      </w:r>
    </w:p>
    <w:p>
      <w:r>
        <w:rPr>
          <w:b/>
        </w:rPr>
        <w:t xml:space="preserve">[43:07] </w:t>
      </w:r>
      <w:r>
        <w:t>to mein ne dekha aik aik shakhs ko wahan check kiya ja raha hai, hotel mein aa kar ke ke kesay bolay ga, kesay bethay ga, kesay behave karega</w:t>
      </w:r>
    </w:p>
    <w:p>
      <w:pPr>
        <w:jc w:val="right"/>
      </w:pPr>
      <w:r>
        <w:t>تو میں نے دیکھا ایک ایک شخص کو وہاں چیک کیا جا رہا ہے، ہوٹل میں آ کر کے کہ کیسے بولے گا، کیسے بیٹھے گا، کیسے بیہیو کرے گا</w:t>
      </w:r>
    </w:p>
    <w:p>
      <w:r>
        <w:rPr>
          <w:b/>
        </w:rPr>
        <w:t xml:space="preserve">[43:18] </w:t>
      </w:r>
      <w:r>
        <w:t>ke badshah ke samnay jo hai,</w:t>
      </w:r>
    </w:p>
    <w:p>
      <w:pPr>
        <w:jc w:val="right"/>
      </w:pPr>
      <w:r>
        <w:t>کہ بادشاہ کے سامنے جو ہے،</w:t>
      </w:r>
    </w:p>
    <w:p>
      <w:r>
        <w:rPr>
          <w:b/>
        </w:rPr>
        <w:t xml:space="preserve">[43:23] </w:t>
      </w:r>
      <w:r>
        <w:t>un ka jo un ka jo un ke zehan mein jo basa hua hai model, is model pe jo poora utray, us ko wahan jagah mile gi bethnay ke liye, unhein nahi mile gi.</w:t>
      </w:r>
    </w:p>
    <w:p>
      <w:pPr>
        <w:jc w:val="right"/>
      </w:pPr>
      <w:r>
        <w:t>ان کا جو ان کا جو ان کے ذہن میں جو بسا ہوا ہے ماڈل، اس ماڈل پہ جو پورا اترے، اس کو وہاں جگہ ملے گی بیٹھنے کے لیے، انہیں نہیں ملے گی۔</w:t>
      </w:r>
    </w:p>
    <w:p>
      <w:r>
        <w:rPr>
          <w:b/>
        </w:rPr>
        <w:t xml:space="preserve">[43:34] </w:t>
      </w:r>
      <w:r>
        <w:t>to "fi muqaddar sadq innal malik muqtadir".</w:t>
      </w:r>
    </w:p>
    <w:p>
      <w:pPr>
        <w:jc w:val="right"/>
      </w:pPr>
      <w:r>
        <w:t>تو "فی مقد صدق ان الملک مقتدر"۔</w:t>
      </w:r>
    </w:p>
    <w:p>
      <w:r>
        <w:rPr>
          <w:b/>
        </w:rPr>
        <w:t xml:space="preserve">[43:41] </w:t>
      </w:r>
      <w:r>
        <w:t>to jab yeh kainat, yeh jo yeh jo qayamat se pehle ki jo dunya hai, is ka jab khatma hoga aur akhirat ki dunya shuru hogi, jahan Allah apne farishtoon ke sath zahir ho jayega,</w:t>
      </w:r>
    </w:p>
    <w:p>
      <w:pPr>
        <w:jc w:val="right"/>
      </w:pPr>
      <w:r>
        <w:t>تو جب یہ کائنات، یہ جو یہ جو قیامت سے پہلے کی جو دنیا ہے، اس کا جب خاتمہ ہوگا اور آخرت کی دنیا شروع ہوگی، جہاں اللہ اپنے فرشتوں کے ساتھ ظاہر ہو جائے گا،</w:t>
      </w:r>
    </w:p>
    <w:p>
      <w:r>
        <w:rPr>
          <w:b/>
        </w:rPr>
        <w:t xml:space="preserve">[43:56] </w:t>
      </w:r>
      <w:r>
        <w:t>wahan par woh aik aik dunya hogi jahan Allah ka post hoga, Allah ki qurbat hogi, Allah ka darbar hoga, Allah ki nazdiki hogi.</w:t>
      </w:r>
    </w:p>
    <w:p>
      <w:pPr>
        <w:jc w:val="right"/>
      </w:pPr>
      <w:r>
        <w:t>وہاں پر وہ ایک ایک دنیا ہوگی جہاں اللہ کا پوسٹ ہوگا، اللہ کی قربت ہوگی، اللہ کا دربار ہوگا، اللہ کی نزدیکی ہوگی۔</w:t>
      </w:r>
    </w:p>
    <w:p>
      <w:r>
        <w:rPr>
          <w:b/>
        </w:rPr>
        <w:t xml:space="preserve">[44:13] </w:t>
      </w:r>
      <w:r>
        <w:t>Allah jo jis ne sari beauty paida ki hai, jis ne saray yani perfect cheezain paida ki hain, to khud kitna perfect hoga, khud kitna acha hoga woh.</w:t>
      </w:r>
    </w:p>
    <w:p>
      <w:pPr>
        <w:jc w:val="right"/>
      </w:pPr>
      <w:r>
        <w:t>اللہ جو جس نے ساری بیوٹی پیدا کی ہے، جس نے سارے یعنی پرفیکٹ چیزیں پیدا کی ہیں، تو خود کتنا پرفیکٹ ہوگا، خود کتنا اچھا ہوگا وہ۔</w:t>
      </w:r>
    </w:p>
    <w:p>
      <w:r>
        <w:rPr>
          <w:b/>
        </w:rPr>
        <w:t xml:space="preserve">[44:26] </w:t>
      </w:r>
      <w:r>
        <w:t>to is shehanshah e kainat ke post mein zahir hai ke unhi ko ijazat mile gi jo is ke liye deserve kartay hon, jin ke andar woh quality maujood ho, warna un ko bhaga diya jayega.</w:t>
      </w:r>
    </w:p>
    <w:p>
      <w:pPr>
        <w:jc w:val="right"/>
      </w:pPr>
      <w:r>
        <w:t>تو اس شہنشاہ کائنات کے پوسٹ میں ظاہر ہے کہ انہی کو اجازت ملے گی جو اس کے لیے ڈیزر کرتے ہوں، جن کے اندر وہ کوالٹی موجود ہو، ورنہ ان کو بھگا دیا جائے گا۔</w:t>
      </w:r>
    </w:p>
    <w:p>
      <w:r>
        <w:rPr>
          <w:b/>
        </w:rPr>
        <w:t xml:space="preserve">[44:41] </w:t>
      </w:r>
      <w:r>
        <w:t>tu jannat aisi jagah hai</w:t>
      </w:r>
    </w:p>
    <w:p>
      <w:pPr>
        <w:jc w:val="right"/>
      </w:pPr>
      <w:r>
        <w:t>تو جنت ایسی جگہ ہے</w:t>
      </w:r>
    </w:p>
    <w:p>
      <w:r>
        <w:rPr>
          <w:b/>
        </w:rPr>
        <w:t xml:space="preserve">[44:46] </w:t>
      </w:r>
      <w:r>
        <w:t>aur is tarah ke insaan ko chunne ke liye dunya banai gayi hai. aur aise halaat yahan par hain jo bar bar challenge kar ke aadmi ko mauqa dete hain ke woh aap ya toh ya toh reject ho jaye ya apne ko is is is challenge ka samna kar ke apne ko dikhaye ke main waqai deserve karta hoon.</w:t>
      </w:r>
    </w:p>
    <w:p>
      <w:pPr>
        <w:jc w:val="right"/>
      </w:pPr>
      <w:r>
        <w:t>اور اس طرح کے انسان کو چننے کے لیے دنیا بنائی گئی ہے۔ اور ایسے حالات یہاں پر ہیں جو بار بار چیلنج کر کے آدمی کو موقع دیتے ہیں کہ وہ آپ یا تو یا تو ریجیکٹ ہو جائے یا اپنے کو اس اس اس چیلنج کا سامنا کر کے اپنے کو دکھائے کہ میں واقعی ڈیزر کرتا ہوں۔</w:t>
      </w:r>
    </w:p>
    <w:p>
      <w:r>
        <w:rPr>
          <w:b/>
        </w:rPr>
        <w:t xml:space="preserve">[45:11] </w:t>
      </w:r>
      <w:r>
        <w:t>tu challenges se bhari hui dunya mein aadmi ko trend kiya ja raha hai aur jahan jo aur jo aadmi stand karega, jo aadmi is mayar ko poora karega, us ko le liya jayega, baqi chhod diya jayega, phenk diya jayega.</w:t>
      </w:r>
    </w:p>
    <w:p>
      <w:pPr>
        <w:jc w:val="right"/>
      </w:pPr>
      <w:r>
        <w:t>تو چیلنجز سے بھری ہوئی دنیا میں آدمی کو ٹرینڈ کیا جا رہا ہے اور جہاں جو اور جو آدمی سٹینڈ کرے گا، جو آدمی اس معیار کو پورا کرے گا، اس کو لے لیا جائے گا، باقی چھوڑ دیا جائے گا، پھینک دیا جائے گا۔</w:t>
      </w:r>
    </w:p>
    <w:p>
      <w:r>
        <w:rPr>
          <w:b/>
        </w:rPr>
        <w:t xml:space="preserve">[45:31] </w:t>
      </w:r>
      <w:r>
        <w:t>ek universal, ek universal kooda khane mein phenk diya jayega us ko.</w:t>
      </w:r>
    </w:p>
    <w:p>
      <w:pPr>
        <w:jc w:val="right"/>
      </w:pPr>
      <w:r>
        <w:t>ایک یونیورسل، ایک یونیورسل کوڑا خانے میں پھینک دیا جائے گا اس کو۔</w:t>
      </w:r>
    </w:p>
    <w:p>
      <w:r>
        <w:rPr>
          <w:b/>
        </w:rPr>
        <w:t xml:space="preserve">[45:38] </w:t>
      </w:r>
      <w:r>
        <w:t>tu yeh hai roop ke paradise.</w:t>
      </w:r>
    </w:p>
    <w:p>
      <w:pPr>
        <w:jc w:val="right"/>
      </w:pPr>
      <w:r>
        <w:t>تو یہ ہے روپ کے پیراڈائز۔</w:t>
      </w:r>
    </w:p>
    <w:p>
      <w:r>
        <w:rPr>
          <w:b/>
        </w:rPr>
        <w:t xml:space="preserve">[45:45] </w:t>
      </w:r>
      <w:r>
        <w:t>har aitbar se yahan dekha ja raha hai. ek martaba mujhe ek professor se mulaqat hui yahi dilli mein, unhon ne bataya ke woh international politics ke mein doctorate kiya tha, unhon ne aur bahut zabardast expert thay international politics ke.</w:t>
      </w:r>
    </w:p>
    <w:p>
      <w:pPr>
        <w:jc w:val="right"/>
      </w:pPr>
      <w:r>
        <w:t>ہر اعتبار سے یہاں دیکھا جا رہا ہے۔ ایک مرتبہ مجھے ایک پروفیسر سے ملاقات ہوئی یہی دلی میں، انہوں نے بتایا کہ وہ انٹرنیشنل پولیٹکس کے میں ڈاکٹریٹ کیا تھا، انہوں نے اور بہت زبردست ایکسپرٹ تھے انٹرنیشنل پولیٹکس کے۔</w:t>
      </w:r>
    </w:p>
    <w:p>
      <w:r>
        <w:rPr>
          <w:b/>
        </w:rPr>
        <w:t xml:space="preserve">[46:07] </w:t>
      </w:r>
      <w:r>
        <w:t>tu america ki ek university mein un ko</w:t>
      </w:r>
    </w:p>
    <w:p>
      <w:pPr>
        <w:jc w:val="right"/>
      </w:pPr>
      <w:r>
        <w:t>تو امریکہ کی ایک یونیورسٹی میں ان کو</w:t>
      </w:r>
    </w:p>
    <w:p>
      <w:r>
        <w:rPr>
          <w:b/>
        </w:rPr>
        <w:t xml:space="preserve">[46:15] </w:t>
      </w:r>
      <w:r>
        <w:t>is mein advertise kiya tha ek post ke liye, to unhon ne apply kiya tha to un ko bulaya gaya. yani un ke paas khat aaya, yahan se america gaye.</w:t>
      </w:r>
    </w:p>
    <w:p>
      <w:pPr>
        <w:jc w:val="right"/>
      </w:pPr>
      <w:r>
        <w:t>اس میں ایڈورٹائز کیا تھا ایک پوسٹ کے لیے، تو انہوں نے اپلائی کیا تھا تو ان کو بلایا گیا۔ یعنی ان کے پاس خط آیا، یہاں سے امریکہ گئے۔</w:t>
      </w:r>
    </w:p>
    <w:p>
      <w:r>
        <w:rPr>
          <w:b/>
        </w:rPr>
        <w:t xml:space="preserve">[46:25] </w:t>
      </w:r>
      <w:r>
        <w:t>yeh jab airport pe utre, yeh to wahan par ek aadmi un ko receive karne ke liye maujood tha,</w:t>
      </w:r>
    </w:p>
    <w:p>
      <w:pPr>
        <w:jc w:val="right"/>
      </w:pPr>
      <w:r>
        <w:t>یہ جب ایئرپورٹ پہ اترے، یہ تو وہاں پر ایک آدمی ان کو ریسیو کرنے کے لیے موجود تھا،</w:t>
      </w:r>
    </w:p>
    <w:p>
      <w:r>
        <w:rPr>
          <w:b/>
        </w:rPr>
        <w:t xml:space="preserve">[46:32] </w:t>
      </w:r>
      <w:r>
        <w:t>us ne un ko liya, car mein bithaya aur le aa kar ke thahra diya university guest house mein.</w:t>
      </w:r>
    </w:p>
    <w:p>
      <w:pPr>
        <w:jc w:val="right"/>
      </w:pPr>
      <w:r>
        <w:t>اس نے ان کو لیا، کار میں بٹھایا اور لے آ کر کے ٹھہرا دیا یونیورسٹی گیسٹ ہاؤس میں۔</w:t>
      </w:r>
    </w:p>
    <w:p>
      <w:r>
        <w:rPr>
          <w:b/>
        </w:rPr>
        <w:t xml:space="preserve">[46:44] </w:t>
      </w:r>
      <w:r>
        <w:t>phir us ne kaha ke aap yahan thehriye, main aap aap ke sath rahoonga barabar. to ek hafte tak barabar woh un ke sath raha, un ko le ke jata university ke mukhtalif department mein, un ko dikhata</w:t>
      </w:r>
    </w:p>
    <w:p>
      <w:pPr>
        <w:jc w:val="right"/>
      </w:pPr>
      <w:r>
        <w:t>پھر اس نے کہا کہ آپ یہاں ٹھہریے، میں آپ آپ کے ساتھ رہوں گا برابر۔ تو ایک ہفتے تک برابر وہ ان کے ساتھ رہا، ان کو لے کے جاتا یونیورسٹی کے مختلف ڈیپارٹمنٹ میں، ان کو دکھاتا</w:t>
      </w:r>
    </w:p>
    <w:p>
      <w:r>
        <w:rPr>
          <w:b/>
        </w:rPr>
        <w:t xml:space="preserve">[47:00] </w:t>
      </w:r>
      <w:r>
        <w:t>yani dining hall mein, class room mein aur wahan ka jo seminar ya conference waghera hoti hogi, wahan par yani har jagah, har jagah jitni bhi activities theen university ki, sab mein woh le aata tha us ko</w:t>
      </w:r>
    </w:p>
    <w:p>
      <w:pPr>
        <w:jc w:val="right"/>
      </w:pPr>
      <w:r>
        <w:t>یعنی ڈائننگ ہال میں، کلاس روم میں اور وہاں کا جو سیمینار یا کانفرنس وغیرہ ہوتی ہوگی، وہاں پر یعنی ہر جگہ، ہر جگہ جتنی بھی ایکٹیویٹیز تھیں یونیورسٹی کی، سب میں وہ لے آتا تھا اس کو</w:t>
      </w:r>
    </w:p>
    <w:p>
      <w:r>
        <w:rPr>
          <w:b/>
        </w:rPr>
        <w:t xml:space="preserve">[47:21] </w:t>
      </w:r>
      <w:r>
        <w:t>aur un se kehta tha ke aap aap participate kijiye, aap interact kijiye.</w:t>
      </w:r>
    </w:p>
    <w:p>
      <w:pPr>
        <w:jc w:val="right"/>
      </w:pPr>
      <w:r>
        <w:t>اور ان سے کہتا تھا کہ آپ آپ پارٹیسپیٹ کیجئے، آپ انٹریکٹ کیجئے۔</w:t>
      </w:r>
    </w:p>
    <w:p>
      <w:r>
        <w:rPr>
          <w:b/>
        </w:rPr>
        <w:t xml:space="preserve">[47:26] </w:t>
      </w:r>
      <w:r>
        <w:t>ek hafte is tarah guzar gaya to yeh pareshan hue ke main yahan aaya aaya tha interview ke liye, main interview to ho nahi raha hai. ek hafte ke baad woh is chairman se mile, unhon ne kaha ke bhai main bulaya gaya tha interview ke liye, to mera interview kab hoga?</w:t>
      </w:r>
    </w:p>
    <w:p>
      <w:pPr>
        <w:jc w:val="right"/>
      </w:pPr>
      <w:r>
        <w:t>ایک ہفتہ اس طرح گزر گیا تو یہ پریشان ہوئے کہ میں یہاں آیا آیا تھا انٹرویو کے لیے، میں انٹرویو تو ہو نہیں رہا ہے۔ ایک ہفتے کے بعد وہ اس چیئرمین سے ملے، انہوں نے کہا کہ بھئی میں بلایا گیا تھا انٹرویو کے لیے، تو میرا انٹرویو کب ہوگا؟</w:t>
      </w:r>
    </w:p>
    <w:p>
      <w:r>
        <w:rPr>
          <w:b/>
        </w:rPr>
        <w:t xml:space="preserve">[47:51] </w:t>
      </w:r>
      <w:r>
        <w:t>tu chairman ne kaha ke aap ka interview ho chuka hai,</w:t>
      </w:r>
    </w:p>
    <w:p>
      <w:pPr>
        <w:jc w:val="right"/>
      </w:pPr>
      <w:r>
        <w:t>تو چیئرمین نے کہا کہ آپ کا انٹرویو ہو چکا ہے،</w:t>
      </w:r>
    </w:p>
    <w:p>
      <w:r>
        <w:rPr>
          <w:b/>
        </w:rPr>
        <w:t xml:space="preserve">[47:58] </w:t>
      </w:r>
      <w:r>
        <w:t>aap ko hum ne select kar liya, kal se aap join kar sakte hain. to un ko ab taajub hua, unhon ne kaha ke bhai interview to hua nahi, kuch mujhe to nahi pata.</w:t>
      </w:r>
    </w:p>
    <w:p>
      <w:pPr>
        <w:jc w:val="right"/>
      </w:pPr>
      <w:r>
        <w:t>آپ کو ہم نے سلیکٹ کر لیا، کل سے آپ جوائن کر سکتے ہیں۔ تو ان کو اب تعجب ہوا، انہوں نے کہا کہ بھئی انٹرویو تو ہوا نہیں، کچھ مجھے تو نہیں پتا۔</w:t>
      </w:r>
    </w:p>
    <w:p>
      <w:r>
        <w:rPr>
          <w:b/>
        </w:rPr>
        <w:t xml:space="preserve">[48:08] </w:t>
      </w:r>
      <w:r>
        <w:t>tu unhon ne kaha ke airport par jo aadmi maujood tha, woh koi aam aadmi nahi tha, woh woh professor tha hamari university ka</w:t>
      </w:r>
    </w:p>
    <w:p>
      <w:pPr>
        <w:jc w:val="right"/>
      </w:pPr>
      <w:r>
        <w:t>تو انہوں نے کہا کہ ایئرپورٹ پر جو آدمی موجود تھا، وہ کوئی عام آدمی نہیں تھا، وہ وہ پروفیسر تھا ہماری یونیورسٹی کا</w:t>
      </w:r>
    </w:p>
    <w:p>
      <w:r>
        <w:rPr>
          <w:b/>
        </w:rPr>
        <w:t xml:space="preserve">[48:20] </w:t>
      </w:r>
      <w:r>
        <w:t>aur woh aap ka interview le raha tha.</w:t>
      </w:r>
    </w:p>
    <w:p>
      <w:pPr>
        <w:jc w:val="right"/>
      </w:pPr>
      <w:r>
        <w:t>اور وہ آپ کا انٹرویو لے رہا تھا۔</w:t>
      </w:r>
    </w:p>
    <w:p>
      <w:r>
        <w:rPr>
          <w:b/>
        </w:rPr>
        <w:t xml:space="preserve">[48:25] </w:t>
      </w:r>
      <w:r>
        <w:t>woh dekhta tha ke aap kaise chalte hain, kaise bolte hain, kaise react karte hain university ke mukhtalif department mein, aap kaise aap rahenge</w:t>
      </w:r>
    </w:p>
    <w:p>
      <w:pPr>
        <w:jc w:val="right"/>
      </w:pPr>
      <w:r>
        <w:t>وہ دیکھتا تھا کہ آپ کیسے چلتے ہیں، کیسے بولتے ہیں، کیسے ری ایکٹ کرتے ہیں یونیورسٹی کے مختلف ڈیپارٹمنٹ میں، آپ کیسے آپ رہنے رہیں گے</w:t>
      </w:r>
    </w:p>
    <w:p>
      <w:r>
        <w:rPr>
          <w:b/>
        </w:rPr>
        <w:t xml:space="preserve">[48:39] </w:t>
      </w:r>
      <w:r>
        <w:t>in dining hall mein ya conference room mein ya class lete waqt, yeh students se baat karte hue, ustadon se baat karte hue, yani mukhtalif jo activities theen university ki, us mein kaise aap rahenge, yeh hum dekh dekh dekh rahe thay, aap ko wash kar rahe thay.</w:t>
      </w:r>
    </w:p>
    <w:p>
      <w:pPr>
        <w:jc w:val="right"/>
      </w:pPr>
      <w:r>
        <w:t>ان ڈائننگ ہال میں یا کانفرنس روم میں یا کلاس لیتے وقت، یہ سٹوڈنٹس سے بات کرتے ہوئے، استادوں سے بات کرتے ہوئے، یعنی مختلف جو ایکٹیویٹیز تھیں یونیورسٹی کی، اس میں کیسے آپ رہیں گے، یہ ہم دیکھ دیکھ دیکھ رہے تھے، آپ کو واش کر رہے تھے۔</w:t>
      </w:r>
    </w:p>
    <w:p>
      <w:r>
        <w:rPr>
          <w:b/>
        </w:rPr>
        <w:t xml:space="preserve">[48:58] </w:t>
      </w:r>
      <w:r>
        <w:t>woh university professor aap ko wash kar raha tha, to us ne hamein report di hai positive,</w:t>
      </w:r>
    </w:p>
    <w:p>
      <w:pPr>
        <w:jc w:val="right"/>
      </w:pPr>
      <w:r>
        <w:t>وہ یونیورسٹی پروفیسر آپ کو واش کر رہا تھا، تو اس نے ہمیں رپورٹ دی ہے پوزیٹیو،</w:t>
      </w:r>
    </w:p>
    <w:p>
      <w:r>
        <w:rPr>
          <w:b/>
        </w:rPr>
        <w:t xml:space="preserve">[49:07] </w:t>
      </w:r>
      <w:r>
        <w:t>ab aap ne select kar liya, ab aap kaise join kar li jiye. to main ne socha ke yahi mamla har insaan ke sath ho raha hai, dunya mein har insaan ke sath do farishte lage hue hain.</w:t>
      </w:r>
    </w:p>
    <w:p>
      <w:pPr>
        <w:jc w:val="right"/>
      </w:pPr>
      <w:r>
        <w:t>اب آپ نے سلیکٹ کر لیا، اب آپ کیسے جوائن کر لیجئے۔ تو میں نے سوچا کہ یہی معاملہ ہر انسان کے ساتھ ہو رہا ہے، دنیا میں ہر انسان کے ساتھ دو فرشتے لگے ہوئے ہیں۔</w:t>
      </w:r>
    </w:p>
    <w:p>
      <w:r>
        <w:rPr>
          <w:b/>
        </w:rPr>
        <w:t xml:space="preserve">[49:19] </w:t>
      </w:r>
      <w:r>
        <w:t>insaan ko pata nahi, jaise woh jo gaye thay america, unhein pata nahi tha ke mera interview ho raha hai, un ko pata nahi tha, kuch bhi pata nahi tha ke mera interview ho raha hai.</w:t>
      </w:r>
    </w:p>
    <w:p>
      <w:pPr>
        <w:jc w:val="right"/>
      </w:pPr>
      <w:r>
        <w:t>انسان کو پتہ نہیں، جیسے وہ جو گئے تھے امریکہ، انہیں پتہ نہیں تھا کہ میرا انٹرویو ہو رہا ہے، ان کو پتہ نہیں تھا، کچھ بھی پتہ نہیں تھا کہ میرا انٹرویو ہو رہا ہے۔</w:t>
      </w:r>
    </w:p>
    <w:p>
      <w:r>
        <w:rPr>
          <w:b/>
        </w:rPr>
        <w:t xml:space="preserve">[49:31] </w:t>
      </w:r>
      <w:r>
        <w:t>aise hum sab ka interview ho raha hai,</w:t>
      </w:r>
    </w:p>
    <w:p>
      <w:pPr>
        <w:jc w:val="right"/>
      </w:pPr>
      <w:r>
        <w:t>ایسے ہم سب کا انٹرویو ہو رہا ہے،</w:t>
      </w:r>
    </w:p>
    <w:p>
      <w:r>
        <w:rPr>
          <w:b/>
        </w:rPr>
        <w:t xml:space="preserve">[49:36] </w:t>
      </w:r>
      <w:r>
        <w:t>puri zindagi mein hum sab ke sath do farishte lage hue hain, ab baghair bataye hue hamara interview le rahe hain.</w:t>
      </w:r>
    </w:p>
    <w:p>
      <w:pPr>
        <w:jc w:val="right"/>
      </w:pPr>
      <w:r>
        <w:t>پوری زندگی میں ہم سب کے ساتھ دو فرشتے لگے ہوئے ہیں، اب بغیر بتائے ہوئے ہمارا انٹرویو لے رہے ہیں۔</w:t>
      </w:r>
    </w:p>
    <w:p>
      <w:r>
        <w:rPr>
          <w:b/>
        </w:rPr>
        <w:t xml:space="preserve">[49:45] </w:t>
      </w:r>
      <w:r>
        <w:t>woh kaise hum ne socha, kaise hum bolay, kaise hum ne react kiya, kaise hum ne response diya, hamara sona kaisa tha, jaagna kaisa tha, khana peena kaisa tha.</w:t>
      </w:r>
    </w:p>
    <w:p>
      <w:pPr>
        <w:jc w:val="right"/>
      </w:pPr>
      <w:r>
        <w:t>وہ کیسے ہم نے سوچا، کیسے ہم بولے، کیسے ہم نے ری ایکٹ کیا، کیسے ہم نے رسپانس دیا، ہمارا سونا کیسا تھا، جاگنا کیسا تھا، کھانا پینا کیسا تھا۔</w:t>
      </w:r>
    </w:p>
    <w:p>
      <w:r>
        <w:rPr>
          <w:b/>
        </w:rPr>
        <w:t xml:space="preserve">[50:04] </w:t>
      </w:r>
      <w:r>
        <w:t>mislan aap ne farz kiye ke aik jagah khana khaya, khana bhi chhod diya aur</w:t>
      </w:r>
    </w:p>
    <w:p>
      <w:pPr>
        <w:jc w:val="right"/>
      </w:pPr>
      <w:r>
        <w:t>مثلاً آپ نے فرض کیے کہ ایک جگہ کھانا کھایا، کھانا بھی چھوڑ دیا اور</w:t>
      </w:r>
    </w:p>
    <w:p>
      <w:r>
        <w:rPr>
          <w:b/>
        </w:rPr>
        <w:t xml:space="preserve">[50:17] </w:t>
      </w:r>
      <w:r>
        <w:t>khana chhod ke uth gaya, aadha khaya, aadha nahi khaya, aap ne</w:t>
      </w:r>
    </w:p>
    <w:p>
      <w:pPr>
        <w:jc w:val="right"/>
      </w:pPr>
      <w:r>
        <w:t>کھانا چھوڑ کے اٹھ گیا، آدھا کھایا، آدھا نہیں کھایا، آپ نے</w:t>
      </w:r>
    </w:p>
    <w:p>
      <w:r>
        <w:rPr>
          <w:b/>
        </w:rPr>
        <w:t xml:space="preserve">[50:25] </w:t>
      </w:r>
      <w:r>
        <w:t>aap ne juice mangwaya, aadha piya, aadha nahi piya, to woh aap wash ho gaya, woh woh dard ho gaya.</w:t>
      </w:r>
    </w:p>
    <w:p>
      <w:pPr>
        <w:jc w:val="right"/>
      </w:pPr>
      <w:r>
        <w:t>آپ نے جوس منگوایا، آدھا پیا، آدھا نہیں پیا، تو وہ آپ واش ہو گیا، وہ وہ درد ہو گیا۔</w:t>
      </w:r>
    </w:p>
    <w:p>
      <w:r>
        <w:rPr>
          <w:b/>
        </w:rPr>
        <w:t xml:space="preserve">[50:32] </w:t>
      </w:r>
      <w:r>
        <w:t>is aadmi ke andar shukr ka ehsaas nahi hai. farishte ne likh diya ke yeh aadmi jo hai, us ne is juice ko Allah ki nemmat ke taur par nahi dekha, bas aise hi ke kuch piya, kuch chhod diya.</w:t>
      </w:r>
    </w:p>
    <w:p>
      <w:pPr>
        <w:jc w:val="right"/>
      </w:pPr>
      <w:r>
        <w:t>اس آدمی کے اندر شکر کا احساس نہیں ہے۔ فرشتے نے لکھ دیا کہ یہ آدمی جو ہے، اس نے اس جوس کو اللہ کی نعمت کے طور پر نہیں دیکھا، بس ایسے ہی کہ کچھ پیا، کچھ چھوڑ دیا۔</w:t>
      </w:r>
    </w:p>
    <w:p>
      <w:r>
        <w:rPr>
          <w:b/>
        </w:rPr>
        <w:t xml:space="preserve">[50:45] </w:t>
      </w:r>
      <w:r>
        <w:t>is khane ko us ne Allah ki nemmat ke taur par nahi dekha.</w:t>
      </w:r>
    </w:p>
    <w:p>
      <w:pPr>
        <w:jc w:val="right"/>
      </w:pPr>
      <w:r>
        <w:t>اس کھانے کو اس نے اللہ کی نعمت کے طور پر نہیں دیکھا۔</w:t>
      </w:r>
    </w:p>
    <w:p>
      <w:r>
        <w:rPr>
          <w:b/>
        </w:rPr>
        <w:t xml:space="preserve">[50:49] </w:t>
      </w:r>
      <w:r>
        <w:t>aise hi us ne ke main ne paisa de diya hai, to main paise par yeh mere paas khana aaya hai, khaoon chahe na khaoon. to aik woh insaan hai jo chawal ke tane ko bhi nahi chhodega, kyunke woh kahega ke Allah ki koi nemmat hai.</w:t>
      </w:r>
    </w:p>
    <w:p>
      <w:pPr>
        <w:jc w:val="right"/>
      </w:pPr>
      <w:r>
        <w:t>ایسے ہی اس نے کہ میں نے پیسہ دے دیا ہے، تو میں پیسے پر یہ میرے پاس کھانا آیا ہے، کھاؤں چاہے نہ کھاؤں۔ تو ایک وہ انسان ہے جو چاول کے تنے کو بھی نہیں چھوڑے گا، کیونکہ وہ کہے گا کہ اللہ کی کوئی نعمت ہے۔</w:t>
      </w:r>
    </w:p>
    <w:p>
      <w:r>
        <w:rPr>
          <w:b/>
        </w:rPr>
        <w:t xml:space="preserve">[51:05] </w:t>
      </w:r>
      <w:r>
        <w:t>woh glass ke andar aik qatre ko bhi nahi chhodega ke yeh Allah ki koi nemmat hai. to farishta likh lega is ko ke shukr karne wala banda hai.</w:t>
      </w:r>
    </w:p>
    <w:p>
      <w:pPr>
        <w:jc w:val="right"/>
      </w:pPr>
      <w:r>
        <w:t>وہ گلاس کے اندر ایک قطرے کو بھی نہیں چھوڑے گا کہ یہ اللہ کی کوئی نعمت ہے۔ تو فرشتہ لکھ لے گا اس کو کہ شکر کرنے والا بندہ ہے۔</w:t>
      </w:r>
    </w:p>
    <w:p>
      <w:r>
        <w:rPr>
          <w:b/>
        </w:rPr>
        <w:t xml:space="preserve">[51:18] </w:t>
      </w:r>
      <w:r>
        <w:t>har aise har maamle mein kaise aap milte hain, kaise aap chalte hain, kaise aap khate hain, kaise peete hain?</w:t>
      </w:r>
    </w:p>
    <w:p>
      <w:pPr>
        <w:jc w:val="right"/>
      </w:pPr>
      <w:r>
        <w:t>ہر ایسے ہر معاملے میں کیسے آپ ملتے ہیں، کیسے آپ چلتے ہیں، کیسے آپ کھاتے ہیں، کیسے پیتے ہیں؟</w:t>
      </w:r>
    </w:p>
    <w:p>
      <w:r>
        <w:rPr>
          <w:b/>
        </w:rPr>
        <w:t xml:space="preserve">[51:28] </w:t>
      </w:r>
      <w:r>
        <w:t>shukr ke sath khate hain ke nashukri ke sath khate hain? aap fakhr ke sath chalte hain ke gumn ke sath chalte hain?</w:t>
      </w:r>
    </w:p>
    <w:p>
      <w:pPr>
        <w:jc w:val="right"/>
      </w:pPr>
      <w:r>
        <w:t>شکر کے ساتھ کھاتے ہیں کہ ناشکری کے ساتھ کھاتے ہیں؟ آپ فخر کے ساتھ چلتے ہیں کہ گمن کے ساتھ چلتے ہیں؟</w:t>
      </w:r>
    </w:p>
    <w:p>
      <w:r>
        <w:rPr>
          <w:b/>
        </w:rPr>
        <w:t xml:space="preserve">[51:40] </w:t>
      </w:r>
      <w:r>
        <w:t>aap aakhirat ki yaad ke sath jee rahe hain duniya mein ya aakhirat ki faramoshi ke sath jee rahe hain duniya mein?</w:t>
      </w:r>
    </w:p>
    <w:p>
      <w:pPr>
        <w:jc w:val="right"/>
      </w:pPr>
      <w:r>
        <w:t>آپ آخرت کی یاد کے ساتھ جی رہے ہیں دنیا میں یا آخرت کی فراموشی کے ساتھ جی رہے ہیں دنیا میں؟</w:t>
      </w:r>
    </w:p>
    <w:p>
      <w:r>
        <w:rPr>
          <w:b/>
        </w:rPr>
        <w:t xml:space="preserve">[51:46] </w:t>
      </w:r>
      <w:r>
        <w:t>aap ko Allah se mohabbat hai ke nahi? aap ko Allah ka khauf hai ke nahi? yaani sari cheezein jo aap ki personal development se talluq rakhti hain, woh sab farishta wash kar raha hai,</w:t>
      </w:r>
    </w:p>
    <w:p>
      <w:pPr>
        <w:jc w:val="right"/>
      </w:pPr>
      <w:r>
        <w:t>آپ کو اللہ سے محبت ہے کہ نہیں؟ آپ کو اللہ کا خوف ہے کہ نہیں؟ یعنی ساری چیزیں جو آپ کی پرسنل ڈیویلپمنٹ سے تعلق رکھتی ہیں، وہ سب فرشتہ واش کر رہا ہے،</w:t>
      </w:r>
    </w:p>
    <w:p>
      <w:r>
        <w:rPr>
          <w:b/>
        </w:rPr>
        <w:t xml:space="preserve">[52:00] </w:t>
      </w:r>
      <w:r>
        <w:t>jise woh professor ko wash kar raha tha America university mein. to maut ke baad hashr ke maidan mein har aadmi ke sath jo do farishte the, woh Allah ke samne us ke record pesh kar denge.</w:t>
      </w:r>
    </w:p>
    <w:p>
      <w:pPr>
        <w:jc w:val="right"/>
      </w:pPr>
      <w:r>
        <w:t>جسے وہ پروفیسر کو واش کر رہا تھا امریکہ یونیورسٹی میں۔ تو موت کے بعد حشر کے میدان میں ہر آدمی کے ساتھ جو دو فرشتے تھے، وہ اللہ کے سامنے اس کے ریکارڈ پیش کر دیں گے۔</w:t>
      </w:r>
    </w:p>
    <w:p>
      <w:r>
        <w:rPr>
          <w:b/>
        </w:rPr>
        <w:t xml:space="preserve">[52:17] </w:t>
      </w:r>
      <w:r>
        <w:t>aisa hum ne paya hai is insaan ko. us waqt kuch log radd kar diye jayenge, kuch log qabool kiye jayenge. Quran mein hai ke yom tasood wujooh, yom tabiyadh wujooh, tasood wujooh,</w:t>
      </w:r>
    </w:p>
    <w:p>
      <w:pPr>
        <w:jc w:val="right"/>
      </w:pPr>
      <w:r>
        <w:t>ایسا ہم نے پایا ہے اس انسان کو۔ اس وقت کچھ لوگ رد کر دیے جائیں گے، کچھ لوگ قبول کیے جائیں گے۔ قرآن میں ہے کہ یوم تصود وجوہ، یوم تبیض وجوہ، تصود وجوہ،</w:t>
      </w:r>
    </w:p>
    <w:p>
      <w:r>
        <w:rPr>
          <w:b/>
        </w:rPr>
        <w:t xml:space="preserve">[52:33] </w:t>
      </w:r>
      <w:r>
        <w:t>yom tabiyadh wujooh, tasood wujooh. yaani is din kuch logon ke chehre roshan honge, kuch logon ke chehre kaale honge. is ko literal maani mein mat lijiye, aap</w:t>
      </w:r>
    </w:p>
    <w:p>
      <w:pPr>
        <w:jc w:val="right"/>
      </w:pPr>
      <w:r>
        <w:t>یوم تبیض وجوہ، تصود وجوہ۔ یعنی اس دن کچھ لوگوں کے چہرے روشن ہوں گے، کچھ لوگوں کے چہرے کالے ہوں گے۔ اس کو لیٹرل معنی میں مت لیجئے، آپ</w:t>
      </w:r>
    </w:p>
    <w:p>
      <w:r>
        <w:rPr>
          <w:b/>
        </w:rPr>
        <w:t xml:space="preserve">[52:46] </w:t>
      </w:r>
      <w:r>
        <w:t>is ka matlab yeh hai ke kuch log wahan par pass honge aur kuch fail honge, kuch ka record acha hoga, kuch ka record kharab hoga. is maani mein</w:t>
      </w:r>
    </w:p>
    <w:p>
      <w:pPr>
        <w:jc w:val="right"/>
      </w:pPr>
      <w:r>
        <w:t>اس کا مطلب یہ ہے کہ کچھ لوگ وہاں پر پاس ہوں گے اور کچھ فیل ہوں گے، کچھ کا ریکارڈ اچھا ہوگا، کچھ کا ریکارڈ خراب ہوگا۔ اس معنی میں</w:t>
      </w:r>
    </w:p>
    <w:p>
      <w:r>
        <w:rPr>
          <w:b/>
        </w:rPr>
        <w:t xml:space="preserve">[53:00] </w:t>
      </w:r>
      <w:r>
        <w:t>to sara maamla dekhein yeh hai ke yeh duniya testing ground hai. is duniya mein aadmi ko mauqa diya gaya hai ke apne aap ko proof kare, proof ke main jannat ke liye aik aik competent aadmi hoon, deserve</w:t>
      </w:r>
    </w:p>
    <w:p>
      <w:pPr>
        <w:jc w:val="right"/>
      </w:pPr>
      <w:r>
        <w:t>تو سارا معاملہ دیکھیں یہ ہے کہ یہ دنیا ٹیسٹنگ گراؤنڈ ہے۔ اس دنیا میں آدمی کو موقع دیا گیا ہے کہ اپنے آپ کو پروف کرے، پروف کہ میں جنت کے لیے ایک ایک کمپیٹنٹ آدمی ہوں، ڈیزر</w:t>
      </w:r>
    </w:p>
    <w:p>
      <w:r>
        <w:rPr>
          <w:b/>
        </w:rPr>
        <w:t xml:space="preserve">[53:15] </w:t>
      </w:r>
      <w:r>
        <w:t>ing candidate hoon. yeh proof kare, jis tarah college mein university mein aap proof karte hain apne aap ko, tab aap ko achhe mark milte hain.</w:t>
      </w:r>
    </w:p>
    <w:p>
      <w:pPr>
        <w:jc w:val="right"/>
      </w:pPr>
      <w:r>
        <w:t>ونگ کینڈیڈیٹ ہوں۔ یہ پروف کرے، جس طرح کالج میں یونیورسٹی میں آپ پروف کرتے ہیں اپنے آپ کو، تب آپ کو اچھے مارک ملتے ہیں۔</w:t>
      </w:r>
    </w:p>
    <w:p>
      <w:r>
        <w:rPr>
          <w:b/>
        </w:rPr>
        <w:t xml:space="preserve">[53:29] </w:t>
      </w:r>
      <w:r>
        <w:t>to road to paradise jo hai, woh na shafa'at ke raaste se jaane wali hai, na kisi paighambar ke masloob hone se milne wali hai, na koi birth right yeh hai.</w:t>
      </w:r>
    </w:p>
    <w:p>
      <w:pPr>
        <w:jc w:val="right"/>
      </w:pPr>
      <w:r>
        <w:t>تو روپ ٹو پیراڈائز جو ہے، وہ نہ شفاعت کے راستے سے جانے والی ہے، نہ کسی پیغمبر کے مصلوب ہونے سے ملنے والی ہے، نہ کوئی برتھ رائٹ یہ ہے۔</w:t>
      </w:r>
    </w:p>
    <w:p>
      <w:r>
        <w:rPr>
          <w:b/>
        </w:rPr>
        <w:t xml:space="preserve">[53:41] </w:t>
      </w:r>
      <w:r>
        <w:t>yeh har aadmi ka apna zaat ke aitbaar se as an individual aap aap kya proof kar rahe hain apne aap ko? main kya hoon?</w:t>
      </w:r>
    </w:p>
    <w:p>
      <w:pPr>
        <w:jc w:val="right"/>
      </w:pPr>
      <w:r>
        <w:t>یہ ہر آدمی کا اپنا ذات کے اعتبار سے ایز این انڈیویجول آپ آپ کیا پروف کر رہے ہیں اپنے آپ کو؟ میں کیا ہوں؟</w:t>
      </w:r>
    </w:p>
    <w:p>
      <w:r>
        <w:rPr>
          <w:b/>
        </w:rPr>
        <w:t xml:space="preserve">[53:52] </w:t>
      </w:r>
      <w:r>
        <w:t>wohi wahan par count hoga, koi doosri cheez count hone wali nahi hai.</w:t>
      </w:r>
    </w:p>
    <w:p>
      <w:pPr>
        <w:jc w:val="right"/>
      </w:pPr>
      <w:r>
        <w:t>وہی وہاں پر کاؤنٹ ہوگا، کوئی دوسری چیز کاؤنٹ ہونے والی نہیں ہے۔</w:t>
      </w:r>
    </w:p>
    <w:p>
      <w:r>
        <w:rPr>
          <w:b/>
        </w:rPr>
        <w:t xml:space="preserve">[54:04] </w:t>
      </w:r>
      <w:r>
        <w:t>to philosopher ne jo keh diya ke duniya evil se bhari hui hai, is liye ke unhon ne samjha nahi ke Allah ke is creation plan kya hai. unhon ne dekha ke duniya mein to obstacle hain, duniya mein problem hai, duniya mein to museebatein hain, to kaha ke yeh evil hai.</w:t>
      </w:r>
    </w:p>
    <w:p>
      <w:pPr>
        <w:jc w:val="right"/>
      </w:pPr>
      <w:r>
        <w:t>تو فلاسفر نے جو کہہ دیا کہ دنیا ایول سے بھری ہوئی ہے، اس لیے کہ انہوں نے سمجھا نہیں کہ اللہ کے اس کرشن پلان کیا ہے۔ انہوں نے دیکھا کہ دنیا میں تو ابسٹیکل ہیں، دنیا میں پرابلم ہے، دنیا میں تو مصیبتیں ہیں، تو کہا کہ یہ ایول ہے۔</w:t>
      </w:r>
    </w:p>
    <w:p>
      <w:r>
        <w:rPr>
          <w:b/>
        </w:rPr>
        <w:t xml:space="preserve">[54:20] </w:t>
      </w:r>
      <w:r>
        <w:t>evil nahi hai, woh woh challenge ki item hai, woh</w:t>
      </w:r>
    </w:p>
    <w:p>
      <w:pPr>
        <w:jc w:val="right"/>
      </w:pPr>
      <w:r>
        <w:t>ایول نہیں ہے، وہ وہ چیلنج کی آئٹم ہے، وہ</w:t>
      </w:r>
    </w:p>
    <w:p>
      <w:r>
        <w:rPr>
          <w:b/>
        </w:rPr>
        <w:t xml:space="preserve">[54:28] </w:t>
      </w:r>
      <w:r>
        <w:t>woh challenge ki item hai.</w:t>
      </w:r>
    </w:p>
    <w:p>
      <w:pPr>
        <w:jc w:val="right"/>
      </w:pPr>
      <w:r>
        <w:t>وہ چیلنج کی آئٹم ہے۔</w:t>
      </w:r>
    </w:p>
    <w:p>
      <w:r>
        <w:rPr>
          <w:b/>
        </w:rPr>
        <w:t xml:space="preserve">[54:32] </w:t>
      </w:r>
      <w:r>
        <w:t>dekhein, aik aik aik aik British historian hai, uska naam hai Arnold Toynbee. us ne poori tareekh ki history likhi hai.</w:t>
      </w:r>
    </w:p>
    <w:p>
      <w:pPr>
        <w:jc w:val="right"/>
      </w:pPr>
      <w:r>
        <w:t>دیکھیں، ایک ایک ایک ایک برٹش ہسٹورین ہے، اس کا نام ہے ارنلڈ ٹائن بی۔ اس نے پوری تاریخ کی ہسٹری لکھی ہے۔</w:t>
      </w:r>
    </w:p>
    <w:p>
      <w:r>
        <w:rPr>
          <w:b/>
        </w:rPr>
        <w:t xml:space="preserve">[54:45] </w:t>
      </w:r>
      <w:r>
        <w:t>is ka aik nazariya jo mujhe bohat hi sahi maloom hota hai, is ne likha hai ke yeh jo is dunya mein jo nizam hai, woh hai is ke alfaaz mein challenge response mechanism.</w:t>
      </w:r>
    </w:p>
    <w:p>
      <w:pPr>
        <w:jc w:val="right"/>
      </w:pPr>
      <w:r>
        <w:t>اس کا ایک نظریہ جو مجھے بہت ہی صحیح معلوم ہوتا ہے، اس نے لکھا ہے کہ یہ جو اس دنیا میں جو نظام ہے، وہ ہے اس کے الفاظ میں چیلنج ریسپانس میکنزم۔</w:t>
      </w:r>
    </w:p>
    <w:p>
      <w:r>
        <w:rPr>
          <w:b/>
        </w:rPr>
        <w:t xml:space="preserve">[55:02] </w:t>
      </w:r>
      <w:r>
        <w:t>challenge response mechanism yaani aik challenge aaya, ab aap ne response diya to aap ke response se decide hoga ke result aap ke haq mein kaisa nikalna chahiye.</w:t>
      </w:r>
    </w:p>
    <w:p>
      <w:pPr>
        <w:jc w:val="right"/>
      </w:pPr>
      <w:r>
        <w:t>چیلنج ریسپانس میکنزم یعنی ایک چیلنج آیا، اب آپ نے رسپانس دیا تو آپ کے رسپانس سے ڈیسائیڈ ہوگا کہ رزلٹ آپ کے حق میں کیسا نکلنا چاہیے۔</w:t>
      </w:r>
    </w:p>
    <w:p>
      <w:r>
        <w:rPr>
          <w:b/>
        </w:rPr>
        <w:t xml:space="preserve">[55:17] </w:t>
      </w:r>
      <w:r>
        <w:t>agar challenge ka aap ne samna kiya aur positive response diya to is se taraqqi hoti hai.</w:t>
      </w:r>
    </w:p>
    <w:p>
      <w:pPr>
        <w:jc w:val="right"/>
      </w:pPr>
      <w:r>
        <w:t>اگر چیلنج کا آپ نے سامنا کیا اور پازیٹیو رسپانس دیا تو اس سے ترقی ہوتی ہے۔</w:t>
      </w:r>
    </w:p>
    <w:p>
      <w:r>
        <w:rPr>
          <w:b/>
        </w:rPr>
        <w:t xml:space="preserve">[55:26] </w:t>
      </w:r>
      <w:r>
        <w:t>is mein aik bohat ajeeb baat mili jo mujhe quran ki aik ayat ki tasdeeq nazar aati hai.</w:t>
      </w:r>
    </w:p>
    <w:p>
      <w:pPr>
        <w:jc w:val="right"/>
      </w:pPr>
      <w:r>
        <w:t>اس میں ایک بہت عجیب بات ملی جو مجھے قرآن کی ایک آیت کی تصدیق نظر آتی ہے۔</w:t>
      </w:r>
    </w:p>
    <w:p>
      <w:r>
        <w:rPr>
          <w:b/>
        </w:rPr>
        <w:t xml:space="preserve">[55:31] </w:t>
      </w:r>
      <w:r>
        <w:t>is mein woh likha hai is ne ke jitni bhi civilizations hain, woh sab banai hain minorities ne, aqaliyat ne.</w:t>
      </w:r>
    </w:p>
    <w:p>
      <w:pPr>
        <w:jc w:val="right"/>
      </w:pPr>
      <w:r>
        <w:t>اس میں وہ لکھا ہے اس نے کہ جتنی بھی سویلائزیشنز ہیں، وہ سب بنائی ہیں منارٹیز نے، اقلیتوں نے۔</w:t>
      </w:r>
    </w:p>
    <w:p>
      <w:r>
        <w:rPr>
          <w:b/>
        </w:rPr>
        <w:t xml:space="preserve">[55:42] </w:t>
      </w:r>
      <w:r>
        <w:t>kyun? aqaliyat jo hain, unhi ko challenge hota hai. jo log majority mein hote hain, woh to is mein jeete hain is ehsas mein ke hum majority mein hain, hamara kya bigdega?</w:t>
      </w:r>
    </w:p>
    <w:p>
      <w:pPr>
        <w:jc w:val="right"/>
      </w:pPr>
      <w:r>
        <w:t>کیوں؟ اقلیتیں جو ہیں، انہی کو چیلنج ہوتا ہے۔ جو لوگ میجورٹی میں ہوتے ہیں، وہ تو اس میں جیتے ہیں اس احساس میں کہ ہم میجورٹی میں ہیں، ہمارا کیا بگڑے گا؟</w:t>
      </w:r>
    </w:p>
    <w:p>
      <w:r>
        <w:rPr>
          <w:b/>
        </w:rPr>
        <w:t xml:space="preserve">[55:55] </w:t>
      </w:r>
      <w:r>
        <w:t>jo minorities mein hote hain, un ko challenge pesh aata hai.</w:t>
      </w:r>
    </w:p>
    <w:p>
      <w:pPr>
        <w:jc w:val="right"/>
      </w:pPr>
      <w:r>
        <w:t>جو منارٹیز میں ہوتے ہیں، ان کو چیلنج پیش آتا ہے۔</w:t>
      </w:r>
    </w:p>
    <w:p>
      <w:r>
        <w:rPr>
          <w:b/>
        </w:rPr>
        <w:t xml:space="preserve">[55:59] </w:t>
      </w:r>
      <w:r>
        <w:t>to woh kehta hai ke is challenge se un ke andar creativity hoti hai. creativity yaani challenge leads to creativity.</w:t>
      </w:r>
    </w:p>
    <w:p>
      <w:pPr>
        <w:jc w:val="right"/>
      </w:pPr>
      <w:r>
        <w:t>تو وہ کہتا ہے کہ اس چیلنج سے ان کے اندر کریٹیوٹی ہوتی ہے۔ کریٹیوٹی یعنی چیلنج لیڈز ٹو کریٹیوٹی۔</w:t>
      </w:r>
    </w:p>
    <w:p>
      <w:r>
        <w:rPr>
          <w:b/>
        </w:rPr>
        <w:t xml:space="preserve">[56:11] </w:t>
      </w:r>
      <w:r>
        <w:t>to challenge ka matlab kya hai? apne nateeje ke aitbar se aadmi ko creative banana. creative. to yeh baat quran mein likhi hai, is ayat mein kahi gayi hai:</w:t>
      </w:r>
    </w:p>
    <w:p>
      <w:pPr>
        <w:jc w:val="right"/>
      </w:pPr>
      <w:r>
        <w:t>تو چیلنج کا مطلب کیا ہے؟ اپنے نتیجے کے اعتبار سے آدمی کو کریٹیو بنانا۔ کریٹیو۔ تو یہ بات قرآن میں لکھی ہے، اس آیت میں کہی گئی ہے:</w:t>
      </w:r>
    </w:p>
    <w:p>
      <w:r>
        <w:rPr>
          <w:b/>
        </w:rPr>
        <w:t xml:space="preserve">[56:24] </w:t>
      </w:r>
      <w:r>
        <w:t>"kam min fiet qaleelatin ghalabat fiet katheera bi dhn Allah" ke itne hi hain minorities, kam tadad wale, jo ghalib aate hain bari tadad wale par Allah ke ehn se.</w:t>
      </w:r>
    </w:p>
    <w:p>
      <w:pPr>
        <w:jc w:val="right"/>
      </w:pPr>
      <w:r>
        <w:t>"کم من فیت قلیلۃ غلبت فیت کثیرۃ بذن اللہ" کہ اتنے ہی ہیں منارٹیز، کم تعداد والے، جو غالب آتے ہیں بڑی تعداد والے پر اللہ کے اذن سے۔</w:t>
      </w:r>
    </w:p>
    <w:p>
      <w:r>
        <w:rPr>
          <w:b/>
        </w:rPr>
        <w:t xml:space="preserve">[56:42] </w:t>
      </w:r>
      <w:r>
        <w:t>yeh bari cheez to hai yeh ke jo minority hai, jo kam tadad mein hai, us ko challenge pesh aaya, is challenge ko us ne positive andaaz se is ka response diya</w:t>
      </w:r>
    </w:p>
    <w:p>
      <w:pPr>
        <w:jc w:val="right"/>
      </w:pPr>
      <w:r>
        <w:t>یہ بڑی چیز تو ہے یہ کہ جو منارٹی ہے، جو کم تعداد میں ہے، اس کو چیلنج پیش آیا، اس چیلنج کو اس نے پازیٹیو انداز سے اس کا رسپانس دیا</w:t>
      </w:r>
    </w:p>
    <w:p>
      <w:r>
        <w:rPr>
          <w:b/>
        </w:rPr>
        <w:t xml:space="preserve">[56:55] </w:t>
      </w:r>
      <w:r>
        <w:t>to kya hua? us ki creativity barhi, woh un creative se creative ban jayegi. jo log challenge se pehle un creative the, challenge ke baad woh creative ban jayenge.</w:t>
      </w:r>
    </w:p>
    <w:p>
      <w:pPr>
        <w:jc w:val="right"/>
      </w:pPr>
      <w:r>
        <w:t>تو کیا ہوا؟ اس کی کریٹیوٹی بڑھی، وہ ان کریٹیو سے کریٹیو بن جائے گی۔ جو لوگ چیلنج سے پہلے ان کریٹیو تھے، چیلنج کے بعد وہ کریٹیو بن جائیں گے۔</w:t>
      </w:r>
    </w:p>
    <w:p>
      <w:r>
        <w:rPr>
          <w:b/>
        </w:rPr>
        <w:t xml:space="preserve">[57:08] </w:t>
      </w:r>
      <w:r>
        <w:t>to challenge un creative aadmi ko creative aadmi banati hai, un creative community ko creative community banati hai. yeh hai nizam Allah taala ka.</w:t>
      </w:r>
    </w:p>
    <w:p>
      <w:pPr>
        <w:jc w:val="right"/>
      </w:pPr>
      <w:r>
        <w:t>تو چیلنج ان کریٹیو آدمی کو کریٹیو آدمی بناتی ہے، ان کریٹیو کمیونٹی کو کریٹیو کمیونٹی بناتی ہے۔ یہ ہے نظام اللہ تعالیٰ کا۔</w:t>
      </w:r>
    </w:p>
    <w:p>
      <w:r>
        <w:rPr>
          <w:b/>
        </w:rPr>
        <w:t xml:space="preserve">[57:21] </w:t>
      </w:r>
      <w:r>
        <w:t>isi nizam ke tehat Allah taala ne banai dunya ko</w:t>
      </w:r>
    </w:p>
    <w:p>
      <w:pPr>
        <w:jc w:val="right"/>
      </w:pPr>
      <w:r>
        <w:t>اسی نظام کے تحت اللہ تعالیٰ نے بنائی دنیا کو</w:t>
      </w:r>
    </w:p>
    <w:p>
      <w:r>
        <w:rPr>
          <w:b/>
        </w:rPr>
        <w:t xml:space="preserve">[57:24] </w:t>
      </w:r>
      <w:r>
        <w:t>. Allah ka matlab hai ke aap paida hone ke baad un creative hote hain, un creative.</w:t>
      </w:r>
    </w:p>
    <w:p>
      <w:pPr>
        <w:jc w:val="right"/>
      </w:pPr>
      <w:r>
        <w:t>۔ اللہ کا مطلب ہے کہ آپ پیدا ہونے کے بعد ان کریٹیو ہوتے ہیں، ان کریٹیو۔</w:t>
      </w:r>
    </w:p>
    <w:p>
      <w:r>
        <w:rPr>
          <w:b/>
        </w:rPr>
        <w:t xml:space="preserve">[57:33] </w:t>
      </w:r>
      <w:r>
        <w:t>aap chahte hain ke Allah chahta hai ke aap challenge ko face karen positive andaaz mein taake aap creative banen. creative. Allah ko creative log matloob hain, creative log.</w:t>
      </w:r>
    </w:p>
    <w:p>
      <w:pPr>
        <w:jc w:val="right"/>
      </w:pPr>
      <w:r>
        <w:t>آپ چاہتے ہیں کہ اللہ چاہتا ہے کہ آپ چیلنج کو فیس کریں پازیٹیو انداز میں تاکہ آپ کریٹیو بنیں۔ کریٹیو۔ اللہ کو کریٹیو لوگ مطلوب ہیں، کریٹیو لوگ۔</w:t>
      </w:r>
    </w:p>
    <w:p>
      <w:r>
        <w:rPr>
          <w:b/>
        </w:rPr>
        <w:t xml:space="preserve">[57:47] </w:t>
      </w:r>
      <w:r>
        <w:t>to jannat aise logon ki abadi hai, aise logon ki abadi hai.</w:t>
      </w:r>
    </w:p>
    <w:p>
      <w:pPr>
        <w:jc w:val="right"/>
      </w:pPr>
      <w:r>
        <w:t>تو جنت ایسے لوگوں کی آبادی ہے، ایسے لوگوں کی آبادی ہے۔</w:t>
      </w:r>
    </w:p>
    <w:p>
      <w:r>
        <w:rPr>
          <w:b/>
        </w:rPr>
        <w:t xml:space="preserve">[57:55] </w:t>
      </w:r>
      <w:r>
        <w:t>to yeh dunya jo hai, jin logon ne nazariya nikala hai ke "right here, right now", mein un ko mad samajhta hoon. mad "right here, right now" ki baat nahi hai.</w:t>
      </w:r>
    </w:p>
    <w:p>
      <w:pPr>
        <w:jc w:val="right"/>
      </w:pPr>
      <w:r>
        <w:t>تو یہ دنیا جو ہے، جن لوگوں نے نظریہ نکالا ہے کہ "رائٹ ہیر، رائٹ ناو"، میں ان کو میڈ سمجھتا ہوں۔ میڈ "رائٹ ہیر، رائٹ ناو" کی بات نہیں ہے۔</w:t>
      </w:r>
    </w:p>
    <w:p>
      <w:r>
        <w:rPr>
          <w:b/>
        </w:rPr>
        <w:t xml:space="preserve">[58:07] </w:t>
      </w:r>
      <w:r>
        <w:t>yeh aik aur maene mein sahi bhi ho sakti hai ke aap yeh samjhen ke yahi dunya hai jahan mauqa mila hai hum ne aap ko jannati personality banane ka.</w:t>
      </w:r>
    </w:p>
    <w:p>
      <w:pPr>
        <w:jc w:val="right"/>
      </w:pPr>
      <w:r>
        <w:t>یہ ایک اور معنی میں صحیح بھی ہو سکتی ہے کہ آپ یہ سمجھیں کہ یہی دنیا ہے جہاں موقع ملا ہے ہم نے آپ کو جنتی پرسنلٹی بنانے کا۔</w:t>
      </w:r>
    </w:p>
    <w:p>
      <w:r>
        <w:rPr>
          <w:b/>
        </w:rPr>
        <w:t xml:space="preserve">[58:21] </w:t>
      </w:r>
      <w:r>
        <w:t>"right here, right now" ka un ka jo matlab hota hai, woh yeh hota hai ke aap yahi yahi kha kama lo, yahi aish kar lo. babar baais koshish kiya, aalim dobara nahi ast.</w:t>
      </w:r>
    </w:p>
    <w:p>
      <w:pPr>
        <w:jc w:val="right"/>
      </w:pPr>
      <w:r>
        <w:t>"رائٹ ہیر، رائٹ ناو" کا ان کا جو مطلب ہوتا ہے، وہ یہ ہوتا ہے کہ آپ یہی یہی کھا کما لو، یہی عیش کر لو۔ بابر باعث کوشش کیا، عالم دوبارہ نہیں است۔</w:t>
      </w:r>
    </w:p>
    <w:p>
      <w:r>
        <w:rPr>
          <w:b/>
        </w:rPr>
        <w:t xml:space="preserve">[58:33] </w:t>
      </w:r>
      <w:r>
        <w:t>lekin is ko agar doosre maene mein aap len ke yahi wahid mauqa hai, aik hi chance hai, isi mein apne ko chahe jannati bana lo, chahe dozakh ko bana lo.</w:t>
      </w:r>
    </w:p>
    <w:p>
      <w:pPr>
        <w:jc w:val="right"/>
      </w:pPr>
      <w:r>
        <w:t>لیکن اس کو اگر دوسرے معنی میں آپ لیں کہ یہی واحد موقع ہے، ایک ہی چانس ہے، اسی میں اپنے کو چاہے جنتی بنا لو، چاہے دوزخ کو بنا لو۔</w:t>
      </w:r>
    </w:p>
    <w:p>
      <w:r>
        <w:rPr>
          <w:b/>
        </w:rPr>
        <w:t xml:space="preserve">[58:44] </w:t>
      </w:r>
      <w:r>
        <w:t>to hum mein se har shakhs ko yeh sochna hai ke jo kuch mauqa hai, woh sirf maut se pehle ka mauqa hai, maut ke baad koi mauqa nahi.</w:t>
      </w:r>
    </w:p>
    <w:p>
      <w:pPr>
        <w:jc w:val="right"/>
      </w:pPr>
      <w:r>
        <w:t>تو ہم میں سے ہر شخص کو یہ سوچنا ہے کہ جو کچھ موقع ہے، وہ صرف موت سے پہلے کا موقع ہے، موت کے بعد کوئی موقع نہیں۔</w:t>
      </w:r>
    </w:p>
    <w:p>
      <w:r>
        <w:rPr>
          <w:b/>
        </w:rPr>
        <w:t xml:space="preserve">[58:54] </w:t>
      </w:r>
      <w:r>
        <w:t>yaad rakhiye, hadith mein aata hai ke maut se pehle amal hai, maut ke baad jaza hai.</w:t>
      </w:r>
    </w:p>
    <w:p>
      <w:pPr>
        <w:jc w:val="right"/>
      </w:pPr>
      <w:r>
        <w:t>یاد رکھیے، حدیث میں آتا ہے کہ موت سے پہلے عمل ہے، موت کے بعد جزا ہے۔</w:t>
      </w:r>
    </w:p>
    <w:p>
      <w:r>
        <w:rPr>
          <w:b/>
        </w:rPr>
        <w:t xml:space="preserve">[59:04] </w:t>
      </w:r>
      <w:r>
        <w:t>maut se pehle amal hai, maut ke baad jaza hai. to maut se pehle jo mauqa mila hai hamein, is mauqe ko hamein avail karna hai.</w:t>
      </w:r>
    </w:p>
    <w:p>
      <w:pPr>
        <w:jc w:val="right"/>
      </w:pPr>
      <w:r>
        <w:t>موت سے پہلے عمل ہے، موت کے بعد جزا ہے۔ تو موت سے پہلے جو موقع ملا ہے ہمیں، اس موقع کو ہمیں اویل کرنا ہے۔</w:t>
      </w:r>
    </w:p>
    <w:p>
      <w:r>
        <w:rPr>
          <w:b/>
        </w:rPr>
        <w:t xml:space="preserve">[59:13] </w:t>
      </w:r>
      <w:r>
        <w:t>avail karne ka matlab yeh hai ke apne ko jannati personality ke tor par develop karna hai, apne aap ko woh insaan banana hai jo jannat mein dakhle ke liye jiska selection ho.</w:t>
      </w:r>
    </w:p>
    <w:p>
      <w:pPr>
        <w:jc w:val="right"/>
      </w:pPr>
      <w:r>
        <w:t>اویل کرنے کا مطلب یہ ہے کہ اپنے کو جنتی پرسنلٹی کے طور پر ڈیولپ کرنا ہے، اپنے آپ کو وہ انسان بنانا ہے جو جنت میں داخلے کے لیے جس کا سلیکشن ہو۔</w:t>
      </w:r>
    </w:p>
    <w:p>
      <w:r>
        <w:rPr>
          <w:b/>
        </w:rPr>
        <w:t xml:space="preserve">[59:29] </w:t>
      </w:r>
      <w:r>
        <w:t>wahan par aap tasawwur ki jiye, jahan Khuda hai, jahan farishtay hain, jahan anbiya hain, jahan dunya bhar ke salihin ekatha honge, dunya bhar ke behtareen log ekatha honge.</w:t>
      </w:r>
    </w:p>
    <w:p>
      <w:pPr>
        <w:jc w:val="right"/>
      </w:pPr>
      <w:r>
        <w:t>وہاں پر آپ تصور کیجئے، جہاں خدا ہے، جہاں فرشتے ہیں، جہاں انبیاء ہیں، جہاں دنیا بھر کے صالحین اکٹھا ہوں گے، دنیا بھر کے بہترین لوگ اکٹھا ہوں گے۔</w:t>
      </w:r>
    </w:p>
    <w:p>
      <w:r>
        <w:rPr>
          <w:b/>
        </w:rPr>
        <w:t xml:space="preserve">[59:41] </w:t>
      </w:r>
      <w:r>
        <w:t>is society mein mein join karne ke liye, is society mein aik membership lene ke liye, kya free mein mil jayegi membership?</w:t>
      </w:r>
    </w:p>
    <w:p>
      <w:pPr>
        <w:jc w:val="right"/>
      </w:pPr>
      <w:r>
        <w:t>اس سوسائٹی میں میں جوائن کرنے کے لیے، اس سوسائٹی میں ایک ممبرشپ لینے کے لیے، کیا فری میں مل جائے گی ممبرشپ؟</w:t>
      </w:r>
    </w:p>
    <w:p>
      <w:r>
        <w:rPr>
          <w:b/>
        </w:rPr>
        <w:t xml:space="preserve">[59:54] </w:t>
      </w:r>
      <w:r>
        <w:t>to jannat woh high, bohat hi is high, ek is high society ka naam hai jahan Khuda hai, jahan farishtay hain, jahan peghambar hain, tamam jahan nek roohain roohain hain, ikatthe ki gayi hain.</w:t>
      </w:r>
    </w:p>
    <w:p>
      <w:pPr>
        <w:jc w:val="right"/>
      </w:pPr>
      <w:r>
        <w:t>تو جنت وہ ہائی، بہت ہی اس ہائی، ایک اس ہائی سوسائٹی کا نام ہے جہاں خدا ہے، جہاں فرشتے ہیں، جہاں پیغمبر ہیں، تمام جہاں نیک روحیں روحیں ہیں، اکٹھے کی گئی ہیں۔</w:t>
      </w:r>
    </w:p>
    <w:p>
      <w:r>
        <w:rPr>
          <w:b/>
        </w:rPr>
        <w:t xml:space="preserve">[1:00:10] </w:t>
      </w:r>
      <w:r>
        <w:t>poori history se aise afraad ikatthe kiye gaye. to wahan par aap ko agar jagah lena hai to isi ke lehaz se apne aap ko banana hai, apne aap ko tayyar karna hai,</w:t>
      </w:r>
    </w:p>
    <w:p>
      <w:pPr>
        <w:jc w:val="right"/>
      </w:pPr>
      <w:r>
        <w:t>پوری ہسٹری سے ایسے افراد اکٹھے کیے گئے۔ تو وہاں پر آپ کو اگر جگہ لینا ہے تو اسی کے لحاظ سے اپنے آپ کو بنانا ہے، اپنے آپ کو تیار کرنا ہے،</w:t>
      </w:r>
    </w:p>
    <w:p>
      <w:r>
        <w:rPr>
          <w:b/>
        </w:rPr>
        <w:t xml:space="preserve">[1:00:24] </w:t>
      </w:r>
      <w:r>
        <w:t>apne andar wahi intellectual development lana hai, wahi spiritual development lana hai, wahi personality development lana hai.</w:t>
      </w:r>
    </w:p>
    <w:p>
      <w:pPr>
        <w:jc w:val="right"/>
      </w:pPr>
      <w:r>
        <w:t>اپنے اندر وہی انٹلیکچول ڈیولپمنٹ لانا ہے، وہی اسپیچول ڈیولپمنٹ لانا ہے، وہی پرسنلٹی ڈیولپمنٹ لانا ہے۔</w:t>
      </w:r>
    </w:p>
    <w:p>
      <w:r>
        <w:rPr>
          <w:b/>
        </w:rPr>
        <w:t xml:space="preserve">[1:00:35] </w:t>
      </w:r>
      <w:r>
        <w:t>meri dua hai ke Allah taala mujh ko aur aap ko tofeeq de ke hum is dunya mein jagah payein. qooli wastaghfirullah al-ali al-azeem.</w:t>
      </w:r>
    </w:p>
    <w:p>
      <w:pPr>
        <w:jc w:val="right"/>
      </w:pPr>
      <w:r>
        <w:t>میری دعا ہے کہ اللہ تعالیٰ مجھ کو اور آپ کو توفیق دے کہ ہم اس دنیا میں جگہ پائیں۔ قولی واستغفراللہ العلی العظیم۔</w:t>
      </w:r>
    </w:p>
    <w:p>
      <w:r>
        <w:rPr>
          <w:b/>
        </w:rPr>
        <w:t xml:space="preserve">[1:01:00] </w:t>
      </w:r>
      <w:r>
        <w:t>Maulana, yeh sawal Tamil Nadu se aaya hai, Maulana Iqbal Umri ka. unhon ne likha hai: "Maulana, jannat panay ke liye kon si ibadat karni chahiye?</w:t>
      </w:r>
    </w:p>
    <w:p>
      <w:pPr>
        <w:jc w:val="right"/>
      </w:pPr>
      <w:r>
        <w:t>مولانا، یہ سوال تمل ناڈو سے آیا ہے، مولانا اقبال عمری کا۔ انہوں نے لکھا ہے: "مولانا، جنت پانے کے لیے کون سی عبادت کرنی چاہیے؟</w:t>
      </w:r>
    </w:p>
    <w:p>
      <w:r>
        <w:rPr>
          <w:b/>
        </w:rPr>
        <w:t xml:space="preserve">[1:01:13] </w:t>
      </w:r>
      <w:r>
        <w:t>jannat ke laiq ibadat kya hai? is ke baray mein batayen." dekhen, koi special ibadat nahi hai.</w:t>
      </w:r>
    </w:p>
    <w:p>
      <w:pPr>
        <w:jc w:val="right"/>
      </w:pPr>
      <w:r>
        <w:t>جنت کے لائق عبادت کیا ہے؟ اس کے بارے میں بتائیں۔" دیکھیں، کوئی اسپیشل عبادت نہیں ہے۔</w:t>
      </w:r>
    </w:p>
    <w:p>
      <w:r>
        <w:rPr>
          <w:b/>
        </w:rPr>
        <w:t xml:space="preserve">[1:01:24] </w:t>
      </w:r>
      <w:r>
        <w:t>hamari poori zindagi ko ibadat banana hai, yahi jannati qeemat hai.</w:t>
      </w:r>
    </w:p>
    <w:p>
      <w:pPr>
        <w:jc w:val="right"/>
      </w:pPr>
      <w:r>
        <w:t>ہماری پوری زندگی کو عبادت بنانا ہے، یہی جنتی قیمت ہے۔</w:t>
      </w:r>
    </w:p>
    <w:p>
      <w:r>
        <w:rPr>
          <w:b/>
        </w:rPr>
        <w:t xml:space="preserve">[1:01:31] </w:t>
      </w:r>
      <w:r>
        <w:t>koi special ibadat, jaise ke log samajhte hain ke sahib, tasbeeh parh lo, jannat mil jayegi, hajj kar lo, jannat mil jayegi, yeh bilkul baseless baatein hain.</w:t>
      </w:r>
    </w:p>
    <w:p>
      <w:pPr>
        <w:jc w:val="right"/>
      </w:pPr>
      <w:r>
        <w:t>کوئی اسپیشل عبادت، جیسے کہ لوگ سمجھتے ہیں کہ صاحب، تسبیح پڑھ لو، جنت مل جائے گی، حج کر لو، جنت مل جائے گی، یہ بالکل بیسلیس باتیں ہیں۔</w:t>
      </w:r>
    </w:p>
    <w:p>
      <w:r>
        <w:rPr>
          <w:b/>
        </w:rPr>
        <w:t xml:space="preserve">[1:01:44] </w:t>
      </w:r>
      <w:r>
        <w:t>koi bhi formal ibadat, koi formal rituals ko ada karne se jannat nahi milne wali kisi ko. yeh to poori personality ko banane ka sawal hai.</w:t>
      </w:r>
    </w:p>
    <w:p>
      <w:pPr>
        <w:jc w:val="right"/>
      </w:pPr>
      <w:r>
        <w:t>کوئی بھی فارمل عبادت، کوئی فارمل ریچولز کو ادا کرنے سے جنت نہیں ملنے والی کسی کو۔ یہ تو پوری پرسنلٹی کو بنانے کا سوال ہے۔</w:t>
      </w:r>
    </w:p>
    <w:p>
      <w:r>
        <w:rPr>
          <w:b/>
        </w:rPr>
        <w:t xml:space="preserve">[1:01:55] </w:t>
      </w:r>
      <w:r>
        <w:t>poori zindagi isi niche mein bitani parti hai, tab jannat milti hai kisi ko.</w:t>
      </w:r>
    </w:p>
    <w:p>
      <w:pPr>
        <w:jc w:val="right"/>
      </w:pPr>
      <w:r>
        <w:t>پوری زندگی اسی نچ میں بتانی پڑتی ہے، تب جنت ملتی ہے کسی کو۔</w:t>
      </w:r>
    </w:p>
    <w:p>
      <w:r>
        <w:rPr>
          <w:b/>
        </w:rPr>
        <w:t xml:space="preserve">[1:01:59] </w:t>
      </w:r>
      <w:r>
        <w:t>yeh bohat hi zyada, yani baseless baat hai. yeh samajhna ke koi falan ritual ada kar lo, jannat mil jayegi, kuch falan jagah chale jao, wahan ja kar do rak'at namaz parh lo, jannat mil jayegi, yeh sab kuch nahi, sab bilkul baseless baatein hain.</w:t>
      </w:r>
    </w:p>
    <w:p>
      <w:pPr>
        <w:jc w:val="right"/>
      </w:pPr>
      <w:r>
        <w:t>یہ بہت ہی زیادہ، یعنی بیسلیس بات ہے۔ یہ سمجھنا کہ کوئی فلاں ریچول ادا کر لو، جنت مل جائے گی، کچھ فلاں جگہ چلے جاؤ، وہاں جا کر دو رکعت نماز پڑھ لو، جنت مل جائے گی، یہ سب کچھ نہیں، سب بالکل بیسلیس باتیں ہیں۔</w:t>
      </w:r>
    </w:p>
    <w:p>
      <w:r>
        <w:rPr>
          <w:b/>
        </w:rPr>
        <w:t xml:space="preserve">[1:02:17] </w:t>
      </w:r>
      <w:r>
        <w:t>poori personality ko banana hai jannati shakhsiyat, aur is ka jo super formula hai, woh sabr hai.</w:t>
      </w:r>
    </w:p>
    <w:p>
      <w:pPr>
        <w:jc w:val="right"/>
      </w:pPr>
      <w:r>
        <w:t>پوری پرسنلٹی کو بنانا ہے جنتی شخصیت، اور اس کا جو سپر فارمولا ہے، وہ صبر ہے۔</w:t>
      </w:r>
    </w:p>
    <w:p>
      <w:r>
        <w:rPr>
          <w:b/>
        </w:rPr>
        <w:t xml:space="preserve">[1:02:28] </w:t>
      </w:r>
      <w:r>
        <w:t>jo sabr ko nahi apnayega, woh apne andar jannati personality ko develop nahi kar kar sakta hai. yeh hai khulasa.</w:t>
      </w:r>
    </w:p>
    <w:p>
      <w:pPr>
        <w:jc w:val="right"/>
      </w:pPr>
      <w:r>
        <w:t>جو صبر کو نہیں اپنائے گا، وہ اپنے اندر جنتی پرسنلٹی کو ڈیولپ نہیں کر کر سکتا ہے۔ یہ ہے خلاصہ۔</w:t>
      </w:r>
    </w:p>
    <w:p>
      <w:r>
        <w:rPr>
          <w:b/>
        </w:rPr>
        <w:t xml:space="preserve">[1:02:40] </w:t>
      </w:r>
      <w:r>
        <w:t>Maulana, agla sawal Delhi se hai, Shahnawaz Zafar sahib ka. unhon ne likha hai: "Yesterday, I saw a lady outside a metro station distributing the holy book Gita.</w:t>
      </w:r>
    </w:p>
    <w:p>
      <w:pPr>
        <w:jc w:val="right"/>
      </w:pPr>
      <w:r>
        <w:t>مولانا، اگلا سوال دلی سے ہے، شاہنواز ظفر صاحب کا۔ انہوں نے لکھا ہے: "یسٹرڈے، آئی سو ا لیڈی آؤٹ سائیڈ ا میٹرو اسٹیشن ڈسٹریبیوٹنگ دا ہولی بک گیتا۔</w:t>
      </w:r>
    </w:p>
    <w:p>
      <w:r>
        <w:rPr>
          <w:b/>
        </w:rPr>
        <w:t xml:space="preserve">[1:02:55] </w:t>
      </w:r>
      <w:r>
        <w:t>I went to her and asked, why are you doing this? What kind of benefit are you expecting out of this activity?" She replied: "I am doing this to get the blessings of Shri Krishna Bhagwan, and in this way I will get moksha.</w:t>
      </w:r>
    </w:p>
    <w:p>
      <w:pPr>
        <w:jc w:val="right"/>
      </w:pPr>
      <w:r>
        <w:t>آئی وینٹ ٹو ہر اینڈ آسکڈ، وائی آر یو ڈوئنگ دس؟ واٹ کائنڈ آف بینیفٹ آر یو ایکسپیکٹنگ آؤٹ آف دس ایکٹیویٹی؟" شی ریپلائیڈ: "آئی ایم ڈوئنگ دس ٹو گیٹ دا بلیسنگز آف شری کرشنا بھگوان، اینڈ ان دس وے آئی ویل گیٹ موکش۔</w:t>
      </w:r>
    </w:p>
    <w:p>
      <w:r>
        <w:rPr>
          <w:b/>
        </w:rPr>
        <w:t xml:space="preserve">[1:03:15] </w:t>
      </w:r>
      <w:r>
        <w:t>I believe that Islamic da'is get the motivation factor from Allah. But Maulana sahib, who are motivating these people?</w:t>
      </w:r>
    </w:p>
    <w:p>
      <w:pPr>
        <w:jc w:val="right"/>
      </w:pPr>
      <w:r>
        <w:t>آئی بیلیو دیٹ اسلامک دائی گیٹس دی موٹیویشن فیکٹر فرام اللہ۔ بٹ مولانا صاحب، ہو آر موٹیویٹنگ دیز پیپل؟</w:t>
      </w:r>
    </w:p>
    <w:p>
      <w:r>
        <w:rPr>
          <w:b/>
        </w:rPr>
        <w:t xml:space="preserve">[1:03:25] </w:t>
      </w:r>
      <w:r>
        <w:t>How can we differentiate our self as a da'i in today time?" bhai, dekhen, woh kis jazbe se kaam kar rahe hain, us ko humein pata karne ki zaroorat nahi hai.</w:t>
      </w:r>
    </w:p>
    <w:p>
      <w:pPr>
        <w:jc w:val="right"/>
      </w:pPr>
      <w:r>
        <w:t>ہاؤ کین وی ڈیفرنشیٹ اور سیلف ایز ا دائی ان ٹوڈے ٹائم؟" بھئی، دیکھیں، وہ کس جذبے سے کام کر رہے ہیں، اس کو ہمیں پتہ کرنے کی ضرورت نہیں ہے۔</w:t>
      </w:r>
    </w:p>
    <w:p>
      <w:r>
        <w:rPr>
          <w:b/>
        </w:rPr>
        <w:t xml:space="preserve">[1:03:40] </w:t>
      </w:r>
      <w:r>
        <w:t>humein to sirf apna message pohanchana hai. jo sahib doosri kitabein distribute kar rahe the, un ko bhi aap Quran pohanchayen, mauqa den ke un ko compare kar ke dekhen, us ko bhi aur us ko bhi.</w:t>
      </w:r>
    </w:p>
    <w:p>
      <w:pPr>
        <w:jc w:val="right"/>
      </w:pPr>
      <w:r>
        <w:t>ہمیں تو صرف اپنا میسج پہنچانا ہے۔ جو صاحب دوسری کتابیں ڈسٹریبیوٹ کر رہے تھے، ان کو بھی آپ قرآن پہنچائیے، موقع دیجئے کہ ان کو کمپیئر کر کے دیکھیں، اس کو بھی اور اس کو بھی۔</w:t>
      </w:r>
    </w:p>
    <w:p>
      <w:r>
        <w:rPr>
          <w:b/>
        </w:rPr>
        <w:t xml:space="preserve">[1:03:56] </w:t>
      </w:r>
      <w:r>
        <w:t>doosron ke kis jazbe se woh kar rahe hain, us ki talash ki zaroorat nahi hai, us ka koi faida nahi hai. humein to hamara ek mission hai, hamara ek goal hai,</w:t>
      </w:r>
    </w:p>
    <w:p>
      <w:pPr>
        <w:jc w:val="right"/>
      </w:pPr>
      <w:r>
        <w:t>دوسروں کے کس جذبے سے وہ کر رہے ہیں، اس کی تلاش کی ضرورت نہیں ہے، اس کا کوئی فائدہ نہیں ہے۔ ہمیں تو ہمارا ایک مشن ہے، ہمارا ایک گول ہے،</w:t>
      </w:r>
    </w:p>
    <w:p>
      <w:r>
        <w:rPr>
          <w:b/>
        </w:rPr>
        <w:t xml:space="preserve">[1:04:10] </w:t>
      </w:r>
      <w:r>
        <w:t>woh yeh hai ke Allah ka kalam sab tak pohanche. bas pohanchate rahiye, pohanchate rahiye, pohanchate rahiye.</w:t>
      </w:r>
    </w:p>
    <w:p>
      <w:pPr>
        <w:jc w:val="right"/>
      </w:pPr>
      <w:r>
        <w:t>وہ یہ ہے کہ اللہ کا کلام سب تک پہنچے۔ بس پہنچاتے رہیے، پہنچاتے رہیے، پہنچاتے رہیے۔</w:t>
      </w:r>
    </w:p>
    <w:p>
      <w:r>
        <w:rPr>
          <w:b/>
        </w:rPr>
        <w:t xml:space="preserve">[1:04:17] </w:t>
      </w:r>
      <w:r>
        <w:t>inhi mein se kuch logon ko jo seekhne ki spirit hogi, to woh us ko, is mein sachai ko pa lenge.</w:t>
      </w:r>
    </w:p>
    <w:p>
      <w:pPr>
        <w:jc w:val="right"/>
      </w:pPr>
      <w:r>
        <w:t>انہی میں سے کچھ لوگوں کو جو سیکھنے کی سپرٹ ہوگی، تو وہ اس کو، اس میں سچائی کو پا لیں گے۔</w:t>
      </w:r>
    </w:p>
    <w:p>
      <w:r>
        <w:rPr>
          <w:b/>
        </w:rPr>
        <w:t xml:space="preserve">[1:04:27] </w:t>
      </w:r>
      <w:r>
        <w:t>yahi sahi tareeqa hai.</w:t>
      </w:r>
    </w:p>
    <w:p>
      <w:pPr>
        <w:jc w:val="right"/>
      </w:pPr>
      <w:r>
        <w:t>یہی صحیح طریقہ ہے۔</w:t>
      </w:r>
    </w:p>
    <w:p>
      <w:r>
        <w:rPr>
          <w:b/>
        </w:rPr>
        <w:t xml:space="preserve">[1:04:32] </w:t>
      </w:r>
      <w:r>
        <w:t>Maulana, un ka ek aur sawal hai, unhon ne likha hai: "Quran addresses our mind and expect the development of spiritual personality.</w:t>
      </w:r>
    </w:p>
    <w:p>
      <w:pPr>
        <w:jc w:val="right"/>
      </w:pPr>
      <w:r>
        <w:t>مولانا، ان کا ایک اور سوال ہے، انہوں نے لکھا ہے: "قرآن ایڈریسز اور مائنڈ اینڈ ایکسپیکٹ دا ڈیولپمنٹ آف سپرچول پرسنلٹی۔</w:t>
      </w:r>
    </w:p>
    <w:p>
      <w:r>
        <w:rPr>
          <w:b/>
        </w:rPr>
        <w:t xml:space="preserve">[1:04:43] </w:t>
      </w:r>
      <w:r>
        <w:t>at da same time, we are having a material body.</w:t>
      </w:r>
    </w:p>
    <w:p>
      <w:pPr>
        <w:jc w:val="right"/>
      </w:pPr>
      <w:r>
        <w:t>ایٹ دا سیم ٹائم، وی آر ہیونگ ا میٹیریل باڈی۔</w:t>
      </w:r>
    </w:p>
    <w:p>
      <w:r>
        <w:rPr>
          <w:b/>
        </w:rPr>
        <w:t xml:space="preserve">[1:04:47] </w:t>
      </w:r>
      <w:r>
        <w:t>we make an opinion about any one after seeing his external look, even though we can't see his internal figure.</w:t>
      </w:r>
    </w:p>
    <w:p>
      <w:pPr>
        <w:jc w:val="right"/>
      </w:pPr>
      <w:r>
        <w:t>وی میک این اوپینین اباؤٹ اینی ون افٹر سینگ ہز ایکسٹرنل لک، ایون دو وی کانٹ سی ہز انٹرنل فگر۔</w:t>
      </w:r>
    </w:p>
    <w:p>
      <w:r>
        <w:rPr>
          <w:b/>
        </w:rPr>
        <w:t xml:space="preserve">[1:04:56] </w:t>
      </w:r>
      <w:r>
        <w:t>molana sahib, i want to know, is there any norm for our material part? that is up to what extent our symbolic form, like external get up, including darhi, topi and dress, have a role to get us and entry into paradise?"</w:t>
      </w:r>
    </w:p>
    <w:p>
      <w:pPr>
        <w:jc w:val="right"/>
      </w:pPr>
      <w:r>
        <w:t>مولانا صاحب، آئی وانٹ ٹو نو، از دیر اینی نارم فار اور میٹیریل پارٹ؟ دیٹ از اپ ٹو واٹ ایکسٹینڈ اور سمبولک فارم، لائک ایکسٹرنل گیٹ اپ، انکلوڈنگ داڑھی، ٹوپی اینڈ ڈریس، ہیو ا رول ٹو گیٹ اس اینڈ انٹری انٹو پیراڈائز؟"</w:t>
      </w:r>
    </w:p>
    <w:p>
      <w:r>
        <w:rPr>
          <w:b/>
        </w:rPr>
        <w:t xml:space="preserve">[1:05:16] </w:t>
      </w:r>
      <w:r>
        <w:t>unho ne sahi lafz istemal nahi kiya, yani mere khayal se wo kehna chahte hain ke koi form hai, koi identity hai, wo banaye, jannat milti hai.</w:t>
      </w:r>
    </w:p>
    <w:p>
      <w:pPr>
        <w:jc w:val="right"/>
      </w:pPr>
      <w:r>
        <w:t>انہوں نے صحیح لفظ استعمال نہیں کیا، یعنی میرے خیال سے وہ کہنا چاہتے ہیں کہ کوئی فارم ہے، کوئی آئیڈنٹٹی ہے، وہ بنائے، جنت ملتی ہے۔</w:t>
      </w:r>
    </w:p>
    <w:p>
      <w:r>
        <w:rPr>
          <w:b/>
        </w:rPr>
        <w:t xml:space="preserve">[1:05:26] </w:t>
      </w:r>
      <w:r>
        <w:t>hain ji, to wo alfaaz mein sahi istemal nahi kiye. magar agar matlab unka yahi hai ke khaas tarah ka pajama, khaas tarah ka kurta, khaas tarah ki topi, khaas tarah ki darhi,</w:t>
      </w:r>
    </w:p>
    <w:p>
      <w:pPr>
        <w:jc w:val="right"/>
      </w:pPr>
      <w:r>
        <w:t>ہیں جی، تو وہ الفاظ میں صحیح استعمال نہیں کیے۔ مگر اگر مطلب ان کا یہی ہے کہ خاص طرح کا پجامہ، خاص طرح کا کرتا، خاص طرح کی ٹوپی، خاص طرح کی داڑھی،</w:t>
      </w:r>
    </w:p>
    <w:p>
      <w:r>
        <w:rPr>
          <w:b/>
        </w:rPr>
        <w:t xml:space="preserve">[1:05:40] </w:t>
      </w:r>
      <w:r>
        <w:t>aisa kar lo to</w:t>
      </w:r>
    </w:p>
    <w:p>
      <w:pPr>
        <w:jc w:val="right"/>
      </w:pPr>
      <w:r>
        <w:t>ایسا کر لو تو</w:t>
      </w:r>
    </w:p>
    <w:p>
      <w:r>
        <w:rPr>
          <w:b/>
        </w:rPr>
        <w:t xml:space="preserve">[1:05:42] </w:t>
      </w:r>
      <w:r>
        <w:t>jannat mil jayegi, to bilashuba yeh baseless hai, iska jannat se koi taluq nahi. yeh cultural part hai kuch musalmanon ka, yeh musalmanon ki identity se banti hogi, lekin iska jannat se koi taluq nahi hai.</w:t>
      </w:r>
    </w:p>
    <w:p>
      <w:pPr>
        <w:jc w:val="right"/>
      </w:pPr>
      <w:r>
        <w:t>جنت مل جائے گی، تو بلاشبہ یہ بیسلیس ہے، اس کا جنت سے کوئی تعلق نہیں۔ یہ کلچرل پارٹ ہے کچھ مسلمانوں کا، یہ مسلمانوں کی آئیڈنٹٹی سے بنتی ہوگی، لیکن اس کا جنت سے کوئی تعلق نہیں ہے۔</w:t>
      </w:r>
    </w:p>
    <w:p>
      <w:r>
        <w:rPr>
          <w:b/>
        </w:rPr>
        <w:t xml:space="preserve">[1:05:57] </w:t>
      </w:r>
      <w:r>
        <w:t>jannat poore taur par, yani jannat ka poora taluq tazkiya se hai. zalk jaza muntazka, jannat usko milegi jo wahan par pahunche mazka shakhsiyat</w:t>
      </w:r>
    </w:p>
    <w:p>
      <w:pPr>
        <w:jc w:val="right"/>
      </w:pPr>
      <w:r>
        <w:t>جنت پورے طور پر، یعنی جنت کا پورا تعلق تزکیہ سے ہے۔ ذالک جزا منتزکا، جنت اس کو ملے گی جو وہاں پر پہنچے مزکہ شخصیت</w:t>
      </w:r>
    </w:p>
    <w:p>
      <w:r>
        <w:rPr>
          <w:b/>
        </w:rPr>
        <w:t xml:space="preserve">[1:06:12] </w:t>
      </w:r>
      <w:r>
        <w:t>ke sath. mazka mani hote hain purifier shakhsiyat, purifier, yani allah jis tarah ki shakhsiyat, jaisi personality chahta hai aap ke andar.</w:t>
      </w:r>
    </w:p>
    <w:p>
      <w:pPr>
        <w:jc w:val="right"/>
      </w:pPr>
      <w:r>
        <w:t>کے ساتھ۔ مزکہ معنی ہوتے ہیں پیریفائر شخصیت، پیریفائر، یعنی اللہ جس طرح کی شخصیت، جیسی پرسنلٹی چاہتا ہے آپ کے اندر۔</w:t>
      </w:r>
    </w:p>
    <w:p>
      <w:r>
        <w:rPr>
          <w:b/>
        </w:rPr>
        <w:t xml:space="preserve">[1:06:22] </w:t>
      </w:r>
      <w:r>
        <w:t>personality ka matlab kya hai? aap kis tarah sochen, kis tarah bolen, kis tarah behave karen, kis tarah doosron se taluq aap ka ho, in sab cheezon ke bare mein jo allah ki pasand hai, us par apne ko chalana,</w:t>
      </w:r>
    </w:p>
    <w:p>
      <w:pPr>
        <w:jc w:val="right"/>
      </w:pPr>
      <w:r>
        <w:t>پرسنلٹی کا مطلب کیا ہے؟ آپ کس طرح سوچیں، کس طرح بولیں، کس طرح بیہیو کریں، کس طرح دوسروں سے تعلق آپ کا ہو، ان سب چیزوں کے بارے میں جو اللہ کی پسند ہے، اس پر اپنے کو چلانا،</w:t>
      </w:r>
    </w:p>
    <w:p>
      <w:r>
        <w:rPr>
          <w:b/>
        </w:rPr>
        <w:t xml:space="preserve">[1:06:37] </w:t>
      </w:r>
      <w:r>
        <w:t>wo wo hai jannat ka raaz.</w:t>
      </w:r>
    </w:p>
    <w:p>
      <w:pPr>
        <w:jc w:val="right"/>
      </w:pPr>
      <w:r>
        <w:t>وہ وہ ہے جنت کا راز۔</w:t>
      </w:r>
    </w:p>
    <w:p>
      <w:r>
        <w:rPr>
          <w:b/>
        </w:rPr>
        <w:t xml:space="preserve">[1:06:41] </w:t>
      </w:r>
      <w:r>
        <w:t>koi identity musalman, yeh jo ikhtiyar kar rakha hai musalmanon ne, wo unki cultural identity hai. iska na islam se koi taluq hai, na jannat se koi taluq hai.</w:t>
      </w:r>
    </w:p>
    <w:p>
      <w:pPr>
        <w:jc w:val="right"/>
      </w:pPr>
      <w:r>
        <w:t>کوئی آئیڈنٹٹی مسلمان، یہ جو اختیار کر رکھا ہے مسلمانوں نے، وہ ان کی کلچرل آئیڈنٹٹی ہے۔ اس کا نہ اسلام سے کوئی تعلق ہے، نہ جنت سے کوئی تعلق ہے۔</w:t>
      </w:r>
    </w:p>
    <w:p>
      <w:r>
        <w:rPr>
          <w:b/>
        </w:rPr>
        <w:t xml:space="preserve">[1:06:52] </w:t>
      </w:r>
      <w:r>
        <w:t>yeh jannat tamam tar is par depend karti hai ke aap apne andar is personality ko develop karen, jis ko main kaha karta hoon positive personality, rabbani personality.</w:t>
      </w:r>
    </w:p>
    <w:p>
      <w:pPr>
        <w:jc w:val="right"/>
      </w:pPr>
      <w:r>
        <w:t>یہ جنت تمام تر اس پر ڈیپینڈ کرتی ہے کہ آپ اپنے اندر اس پرسنلٹی کو ڈیولپ کریں، جس کو میں کہا کرتا ہوں پازیٹیو پرسنلٹی، ربانی پرسنلٹی۔</w:t>
      </w:r>
    </w:p>
    <w:p>
      <w:r>
        <w:rPr>
          <w:b/>
        </w:rPr>
        <w:t xml:space="preserve">[1:07:05] </w:t>
      </w:r>
      <w:r>
        <w:t>quran mein hai rabbani personl</w:t>
      </w:r>
    </w:p>
    <w:p>
      <w:pPr>
        <w:jc w:val="right"/>
      </w:pPr>
      <w:r>
        <w:t>قرآن میں ہے ربانی پرسنل</w:t>
      </w:r>
    </w:p>
    <w:p>
      <w:r>
        <w:rPr>
          <w:b/>
        </w:rPr>
        <w:t xml:space="preserve">[1:07:07] </w:t>
      </w:r>
      <w:r>
        <w:t>ity, qon rabbani. isi rabbani personality ko main kaha karta hoon positive personality. isi ke liye jannat hai. kisi form aur kisi dress se koi, iska koi taluq nahi hai.</w:t>
      </w:r>
    </w:p>
    <w:p>
      <w:pPr>
        <w:jc w:val="right"/>
      </w:pPr>
      <w:r>
        <w:t>ٹی، قون ربانی۔ اسی ربانی پرسنلٹی کو میں کہا کرتا ہوں پازیٹیو پرسنلٹی۔ اسی کے لیے جنت ہے۔ کسی فارم اور کسی ڈریس سے کوئی، اس کا کوئی تعلق نہیں ہے۔</w:t>
      </w:r>
    </w:p>
    <w:p>
      <w:r>
        <w:rPr>
          <w:b/>
        </w:rPr>
        <w:t xml:space="preserve">[1:07:22] </w:t>
      </w:r>
      <w:r>
        <w:t>molana, agla sawal delhi se hai, muhammad ans sahib ka. unho ne likha hai: "maine yeh suna hai ke agar koi shakhs khwab mein prophet ko dekh le to wo shakhs jannati hai.</w:t>
      </w:r>
    </w:p>
    <w:p>
      <w:pPr>
        <w:jc w:val="right"/>
      </w:pPr>
      <w:r>
        <w:t>مولانا، اگلا سوال دلی سے ہے، محمد انس صاحب کا۔ انہوں نے لکھا ہے: "میں نے یہ سنا ہے کہ اگر کوئی شخص خواب میں پرافٹ کو دیکھ لے تو وہ شخص جنتی ہے۔</w:t>
      </w:r>
    </w:p>
    <w:p>
      <w:r>
        <w:rPr>
          <w:b/>
        </w:rPr>
        <w:t xml:space="preserve">[1:07:37] </w:t>
      </w:r>
      <w:r>
        <w:t>molana sahib, is ke bare mein aap kya kahenge?" dekhen, yeh log mashhoor hain, is ke bhi koi asal nahi hai.</w:t>
      </w:r>
    </w:p>
    <w:p>
      <w:pPr>
        <w:jc w:val="right"/>
      </w:pPr>
      <w:r>
        <w:t>مولانا صاحب، اس کے بارے میں آپ کیا کہیں گے؟" دیکھیں، یہ لوگ مشہور ہیں، اس کے بھی کوئی اصل نہیں ہے۔</w:t>
      </w:r>
    </w:p>
    <w:p>
      <w:r>
        <w:rPr>
          <w:b/>
        </w:rPr>
        <w:t xml:space="preserve">[1:07:46] </w:t>
      </w:r>
      <w:r>
        <w:t>sawal yeh hai ke aap ne dekha prophet ko to kaise? aap ne kya? aap ke pas koi wo hai, yani rasool allah ke bare mein koi alag se kaise janenge?</w:t>
      </w:r>
    </w:p>
    <w:p>
      <w:pPr>
        <w:jc w:val="right"/>
      </w:pPr>
      <w:r>
        <w:t>سوال یہ ہے کہ آپ نے دیکھا پرافٹ کو تو کیسے؟ آپ نے کیا؟ آپ کے پاس کوئی وہ ہے، یعنی رسول اللہ کے بارے میں کوئی الگ سے کیسے جانیں گے؟</w:t>
      </w:r>
    </w:p>
    <w:p>
      <w:r>
        <w:rPr>
          <w:b/>
        </w:rPr>
        <w:t xml:space="preserve">[1:07:58] </w:t>
      </w:r>
      <w:r>
        <w:t>aap ne rasool allah ko dekha kaise janenge? aap</w:t>
      </w:r>
    </w:p>
    <w:p>
      <w:pPr>
        <w:jc w:val="right"/>
      </w:pPr>
      <w:r>
        <w:t>آپ نے رسول اللہ کو دیکھا کیسے جانیں گے؟ آپ</w:t>
      </w:r>
    </w:p>
    <w:p>
      <w:r>
        <w:rPr>
          <w:b/>
        </w:rPr>
        <w:t xml:space="preserve">[1:08:02] </w:t>
      </w:r>
      <w:r>
        <w:t>, yani khwab mein jo dekha aap ne, to wo aap ne samajh len ke main rasool allah ko dekh raha hoon. to yeh aap ka hadith, wo aap ki apni hadith sunnat, jo kaha gaya hadith mein, apni soch ho sakti hai ya shaitan bhi dikha sakta hai.</w:t>
      </w:r>
    </w:p>
    <w:p>
      <w:pPr>
        <w:jc w:val="right"/>
      </w:pPr>
      <w:r>
        <w:t>، یعنی خواب میں جو دیکھا آپ نے، تو وہ آپ نے سمجھ لیں کہ میں رسول اللہ کو دیکھ رہا ہوں۔ تو یہ آپ کا حدیث، وہ آپ کی اپنی حدیث سنت، جو کہا گیا حدیث میں، اپنی سوچ ہو سکتی ہے یا شیطان بھی دکھا سکتا ہے۔</w:t>
      </w:r>
    </w:p>
    <w:p>
      <w:r>
        <w:rPr>
          <w:b/>
        </w:rPr>
        <w:t xml:space="preserve">[1:08:19] </w:t>
      </w:r>
      <w:r>
        <w:t>yeh, yeh jo hadith hai, wo is daur ke bare mein jab aise log maujood the jinho ne rasool allah ko dekha tha, wo apne dekhne ko tele kar sakte the rasool allah ke.</w:t>
      </w:r>
    </w:p>
    <w:p>
      <w:pPr>
        <w:jc w:val="right"/>
      </w:pPr>
      <w:r>
        <w:t>یہ، یہ جو حدیث ہے، وہ اس دور کے بارے میں جب ایسے لوگ موجود تھے جنہوں نے رسول اللہ کو دیکھا تھا، وہ اپنے دیکھنے کو ٹیلی کر سکتے تھے رسول اللہ کے۔</w:t>
      </w:r>
    </w:p>
    <w:p>
      <w:r>
        <w:rPr>
          <w:b/>
        </w:rPr>
        <w:t xml:space="preserve">[1:08:31] </w:t>
      </w:r>
      <w:r>
        <w:t>dekh, jo dekha tha unho ne</w:t>
      </w:r>
    </w:p>
    <w:p>
      <w:pPr>
        <w:jc w:val="right"/>
      </w:pPr>
      <w:r>
        <w:t>دیکھ، جو دیکھا تھا انہوں نے</w:t>
      </w:r>
    </w:p>
    <w:p>
      <w:r>
        <w:rPr>
          <w:b/>
        </w:rPr>
        <w:t xml:space="preserve">[1:08:33] </w:t>
      </w:r>
      <w:r>
        <w:t>, hum ne dekha hi nahi. humein kya pata hai ke rasool allah ki surat kaisi hai? to humein kaise pata hai ke jo hum ne dekha hai, wahi rasool allah wasi the? yeh bilkul ek is hadith ka galat istemal hai.</w:t>
      </w:r>
    </w:p>
    <w:p>
      <w:pPr>
        <w:jc w:val="right"/>
      </w:pPr>
      <w:r>
        <w:t>، ہم نے دیکھا ہی نہیں۔ ہمیں کیا پتہ ہے کہ رسول اللہ کی صورت کیسی ہے؟ تو ہمیں کیسے پتہ ہے کہ جو ہم نے دیکھا ہے، وہی رسول اللہ وسیع تھے؟ یہ بالکل ایک اس حدیث کا غلط استعمال ہے۔</w:t>
      </w:r>
    </w:p>
    <w:p>
      <w:r>
        <w:rPr>
          <w:b/>
        </w:rPr>
        <w:t xml:space="preserve">[1:08:45] </w:t>
      </w:r>
      <w:r>
        <w:t>wo hadith jo hai, wo sirf un logon ke liye hai jinho ne rasool allah ko direct dekha tha. wo jante the ke rasool allah ki surat kaisi hai. tab agar wo dekhen aur wo tele kar rahi ho is surat se, to wo keh sakte hain.</w:t>
      </w:r>
    </w:p>
    <w:p>
      <w:pPr>
        <w:jc w:val="right"/>
      </w:pPr>
      <w:r>
        <w:t>وہ حدیث جو ہے، وہ صرف ان لوگوں کے لیے ہے جنہوں نے رسول اللہ کو ڈائریکٹ دیکھا تھا۔ وہ جانتے تھے کہ رسول اللہ کی صورت کیسی ہے۔ تب اگر وہ دیکھیں اور وہ ٹیلی کر رہی ہو اس صورت سے، تو وہ کہہ سکتے ہیں۔</w:t>
      </w:r>
    </w:p>
    <w:p>
      <w:r>
        <w:rPr>
          <w:b/>
        </w:rPr>
        <w:t xml:space="preserve">[1:08:59] </w:t>
      </w:r>
      <w:r>
        <w:t>aaj kal jo jo log dekha karte hain, yeh sab bilkul khud sakhta baaten hain. aaj kal ke dekhne ka koi aitbar nahi, is ka koi taluq is hadith se nahi hai.</w:t>
      </w:r>
    </w:p>
    <w:p>
      <w:pPr>
        <w:jc w:val="right"/>
      </w:pPr>
      <w:r>
        <w:t>آج کل جو جو لوگ دیکھا کرتے ہیں، یہ سب بالکل خود ساختہ باتیں ہیں۔ آج کل کے دیکھنے کا کوئی اعتبار نہیں، اس کا کوئی تعلق اس حدیث سے نہیں ہے۔</w:t>
      </w:r>
    </w:p>
    <w:p>
      <w:r>
        <w:rPr>
          <w:b/>
        </w:rPr>
        <w:t xml:space="preserve">[1:09:11] </w:t>
      </w:r>
      <w:r>
        <w:t>kaise confirm karen ke aap jab jante hi nahin ke rasool Allah ki surat kaisi thi? koi photo to maujood nahin hai rasool Allah ka.</w:t>
      </w:r>
    </w:p>
    <w:p>
      <w:pPr>
        <w:jc w:val="right"/>
      </w:pPr>
      <w:r>
        <w:t>کیسے کنفرم کریں کہ آپ جب جانتے ہی نہیں کہ رسول اللہ کی صورت کیسی تھی؟ کوئی فوٹو تو موجود نہیں ہے رسول اللہ کا۔</w:t>
      </w:r>
    </w:p>
    <w:p>
      <w:r>
        <w:rPr>
          <w:b/>
        </w:rPr>
        <w:t xml:space="preserve">[1:09:20] </w:t>
      </w:r>
      <w:r>
        <w:t>maulana, agla sawal dilli se aaya hai, khalid ansari sahab ka. unhon ne likha hai: "the 23 year old victim of rape and brutal assault passed away yesterday.</w:t>
      </w:r>
    </w:p>
    <w:p>
      <w:pPr>
        <w:jc w:val="right"/>
      </w:pPr>
      <w:r>
        <w:t>مولانا، اگلا سوال دلی سے آیا ہے، خالد انصاری صاحب کا۔ انہوں نے لکھا ہے: "دی 23 ایئر اولڈ وکٹم آف ریپ اینڈ بروٹل اسالٹ پازڈ اوے یسٹرڈے۔</w:t>
      </w:r>
    </w:p>
    <w:p>
      <w:r>
        <w:rPr>
          <w:b/>
        </w:rPr>
        <w:t xml:space="preserve">[1:09:34] </w:t>
      </w:r>
      <w:r>
        <w:t>on hearing her sad demise, some of the islamic representation said: inna lillahi wa inna ilaihi raji'un. as a natural feeling that comes out to see a dead body.</w:t>
      </w:r>
    </w:p>
    <w:p>
      <w:pPr>
        <w:jc w:val="right"/>
      </w:pPr>
      <w:r>
        <w:t>ان ہیئرنگ ہر سیڈ ڈیمائز، سم آف دی اسلامک ریپریزنٹیشن سیڈ: انا للہ وانا الیہ راجعون۔ ایز ا نیچرل فیلنگ دیٹ کمز آؤٹ ٹو سی ا ڈیڈ باڈی۔</w:t>
      </w:r>
    </w:p>
    <w:p>
      <w:r>
        <w:rPr>
          <w:b/>
        </w:rPr>
        <w:t xml:space="preserve">[1:09:47] </w:t>
      </w:r>
      <w:r>
        <w:t>a group of muslims raised a strong objection saying that the quranic verses and islamic duas are meant for only muslims and not hindu or any other religion.</w:t>
      </w:r>
    </w:p>
    <w:p>
      <w:pPr>
        <w:jc w:val="right"/>
      </w:pPr>
      <w:r>
        <w:t>ا گروپ آف مسلمز ریزڈ ا سٹرونگ ابجیکشن سینگ دیٹ دا قرآنک ورسز اینڈ اسلامک دعاز آر مینٹ فار اونلی مسلمز اینڈ ناٹ ہندو اور اینی ادر ریلیجن۔</w:t>
      </w:r>
    </w:p>
    <w:p>
      <w:r>
        <w:rPr>
          <w:b/>
        </w:rPr>
        <w:t xml:space="preserve">[1:09:59] </w:t>
      </w:r>
      <w:r>
        <w:t>maulana, i would like to know what is your opinion on this.</w:t>
      </w:r>
    </w:p>
    <w:p>
      <w:pPr>
        <w:jc w:val="right"/>
      </w:pPr>
      <w:r>
        <w:t>مولانا، آئی وڈ لائک ٹو نو واٹ از یور اوپینین آن دس۔</w:t>
      </w:r>
    </w:p>
    <w:p>
      <w:r>
        <w:rPr>
          <w:b/>
        </w:rPr>
        <w:t xml:space="preserve">[1:10:03] </w:t>
      </w:r>
      <w:r>
        <w:t>"dekhen, is par mera ek article 600 words ka chhap chuka hai times of india mein. woh aap dekh lijiye. meri jo soch hai, is mein aap dekh sakte hain.</w:t>
      </w:r>
    </w:p>
    <w:p>
      <w:pPr>
        <w:jc w:val="right"/>
      </w:pPr>
      <w:r>
        <w:t>" دیکھیں، اس پر میرا ایک آرٹیکل 600 ورڈز کا چھپ چکا ہے ٹائمز آف انڈیا میں۔ وہ آپ دیکھ لیجئے۔ میری جو سوچ ہے، اس میں آپ دیکھ سکتے ہیں۔</w:t>
      </w:r>
    </w:p>
    <w:p>
      <w:r>
        <w:rPr>
          <w:b/>
        </w:rPr>
        <w:t xml:space="preserve">[1:10:13] </w:t>
      </w:r>
      <w:r>
        <w:t>abhi chhaapa hai, do do din pehle, times of india ke speaking tree mein.</w:t>
      </w:r>
    </w:p>
    <w:p>
      <w:pPr>
        <w:jc w:val="right"/>
      </w:pPr>
      <w:r>
        <w:t>ابھی چھپا ہے، دو دو دن پہلے، ٹائمز آف انڈیا کے اسپیکنگ ٹری میں۔</w:t>
      </w:r>
    </w:p>
    <w:p>
      <w:r>
        <w:rPr>
          <w:b/>
        </w:rPr>
        <w:t xml:space="preserve">[1:10:24] </w:t>
      </w:r>
      <w:r>
        <w:t>maulana, agla sawal dilli se hai, miss naghma siddiqui ka.</w:t>
      </w:r>
    </w:p>
    <w:p>
      <w:pPr>
        <w:jc w:val="right"/>
      </w:pPr>
      <w:r>
        <w:t>مولانا، اگلا سوال دلی سے ہے، مس نغمہ صدیقی کا۔</w:t>
      </w:r>
    </w:p>
    <w:p>
      <w:r>
        <w:rPr>
          <w:b/>
        </w:rPr>
        <w:t xml:space="preserve">[1:10:28] </w:t>
      </w:r>
      <w:r>
        <w:t>unhon ne likha hai: "the road to paradise is filled with obstacles to help us develop our personalities, so as to be eligible for paradise.</w:t>
      </w:r>
    </w:p>
    <w:p>
      <w:pPr>
        <w:jc w:val="right"/>
      </w:pPr>
      <w:r>
        <w:t>انہوں نے لکھا ہے: "دا روڈ ٹو پیراڈائز از فلڈ ود ابسٹیکلز ٹو ہیلپ اس ڈویلپ اور پرسنلٹیز، سو ایز ٹو بی ایلیجیبل فار پیراڈائز۔</w:t>
      </w:r>
    </w:p>
    <w:p>
      <w:r>
        <w:rPr>
          <w:b/>
        </w:rPr>
        <w:t xml:space="preserve">[1:10:40] </w:t>
      </w:r>
      <w:r>
        <w:t>this requires us to be positive at all times. can you give us guidance as to how we can stay positive all the time?"</w:t>
      </w:r>
    </w:p>
    <w:p>
      <w:pPr>
        <w:jc w:val="right"/>
      </w:pPr>
      <w:r>
        <w:t>دس ریکوائر اس ٹو بی پازیٹیو ایٹ ال ٹائمز۔ کین یو گیو اس گائیڈنس ایز ٹو ہاؤ وی کین سٹے پازیٹیو ال دا ٹائم؟"</w:t>
      </w:r>
    </w:p>
    <w:p>
      <w:r>
        <w:rPr>
          <w:b/>
        </w:rPr>
        <w:t xml:space="preserve">[1:10:57] </w:t>
      </w:r>
      <w:r>
        <w:t>bhai, dekhen, jo paradise ka sahi ma'non mein chahne wala banega, is tarah chahne wale se ke maa chahti hai apne beta beti ko, to phir us ko apne aap har waqt us ka mind us ko guide karta rahega.</w:t>
      </w:r>
    </w:p>
    <w:p>
      <w:pPr>
        <w:jc w:val="right"/>
      </w:pPr>
      <w:r>
        <w:t>بھئی، دیکھیں، جو پیراڈائز کا صحیح معنوں میں چاہنے والا بنے گا، اس طرح چاہنے والے سے کہ ماں چاہتی ہے اپنے بیٹا بیٹی کو، تو پھر اس کو اپنے آپ ہر وقت اس کا مائنڈ اس کو گائیڈ کرتا رہے گا۔</w:t>
      </w:r>
    </w:p>
    <w:p>
      <w:r>
        <w:rPr>
          <w:b/>
        </w:rPr>
        <w:t xml:space="preserve">[1:11:14] </w:t>
      </w:r>
      <w:r>
        <w:t>mujhe kya karna hai? mujhe kya karna hai? lekin log paradise ke hareese hi nahin hain.</w:t>
      </w:r>
    </w:p>
    <w:p>
      <w:pPr>
        <w:jc w:val="right"/>
      </w:pPr>
      <w:r>
        <w:t>مجھے کیا کرنا ہے؟ مجھے کیا کرنا ہے؟ لیکن لوگ پیراڈائز کے حریص ہی نہیں ہیں۔</w:t>
      </w:r>
    </w:p>
    <w:p>
      <w:r>
        <w:rPr>
          <w:b/>
        </w:rPr>
        <w:t xml:space="preserve">[1:11:20] </w:t>
      </w:r>
      <w:r>
        <w:t>woh to apne bachchon mein ko dekh kar khush hote hain, apni business ko dekh kar khush hote hain, apne job ko dekh kar khush hote hain.</w:t>
      </w:r>
    </w:p>
    <w:p>
      <w:pPr>
        <w:jc w:val="right"/>
      </w:pPr>
      <w:r>
        <w:t>وہ تو اپنے بچوں میں کو دیکھ کر خوش ہوتے ہیں، اپنی بزنس کو دیکھ کر خوش ہوتے ہیں، اپنے جاب کو دیکھ کر خوش ہوتے ہیں۔</w:t>
      </w:r>
    </w:p>
    <w:p>
      <w:r>
        <w:rPr>
          <w:b/>
        </w:rPr>
        <w:t xml:space="preserve">[1:11:30] </w:t>
      </w:r>
      <w:r>
        <w:t>unhen jannat ki koi talab hi nahin hai. samajhte hain jannat to apne aap mein mil jayegi unhein.</w:t>
      </w:r>
    </w:p>
    <w:p>
      <w:pPr>
        <w:jc w:val="right"/>
      </w:pPr>
      <w:r>
        <w:t>انہیں جنت کی کوئی طلب ہی نہیں ہے۔ سمجھتے ہیں جنت تو اپنے آپ میں مل جائے گی انہیں۔</w:t>
      </w:r>
    </w:p>
    <w:p>
      <w:r>
        <w:rPr>
          <w:b/>
        </w:rPr>
        <w:t xml:space="preserve">[1:11:36] </w:t>
      </w:r>
      <w:r>
        <w:t>jo sahi ma'non mein jannat ka hareese ho, jannat ko chahne wala ban gaya ho, to us ka mind apne aap us ko har mauqe par guide karta rahega ke mujhe kaise sochna hai, kaise bolna hai,</w:t>
      </w:r>
    </w:p>
    <w:p>
      <w:pPr>
        <w:jc w:val="right"/>
      </w:pPr>
      <w:r>
        <w:t>جو صحیح معنوں میں جنت کا حریص ہو، جنت کو چاہنے والا بن گیا ہو، تو اس کا مائنڈ اپنے آپ اس کو ہر موقع پر گائیڈ کرتا رہے گا کہ مجھے کیسے سوچنا ہے، کیسے بولنا ہے،</w:t>
      </w:r>
    </w:p>
    <w:p>
      <w:r>
        <w:rPr>
          <w:b/>
        </w:rPr>
        <w:t xml:space="preserve">[1:11:49] </w:t>
      </w:r>
      <w:r>
        <w:t>kaise behave karna hai, kaise meri daily honi chahiye. khud khud aadmi ka conscience, aap ka mind us ko guide karta rahega.</w:t>
      </w:r>
    </w:p>
    <w:p>
      <w:pPr>
        <w:jc w:val="right"/>
      </w:pPr>
      <w:r>
        <w:t>کیسے بیہیو کرنا ہے، کیسے میری ڈیلی ہونی چاہیے۔ خود خود آدمی کا کانشینس، آپ کا مائنڈ اس کو گائیڈ کرتا رہے گا۔</w:t>
      </w:r>
    </w:p>
    <w:p>
      <w:r>
        <w:rPr>
          <w:b/>
        </w:rPr>
        <w:t xml:space="preserve">[1:11:58] </w:t>
      </w:r>
      <w:r>
        <w:t>aisi cheez hai ke aap jannat aap ka concern ban jaye. concern</w:t>
      </w:r>
    </w:p>
    <w:p>
      <w:pPr>
        <w:jc w:val="right"/>
      </w:pPr>
      <w:r>
        <w:t>ایسی چیز ہے کہ آپ جنت آپ کا کنسرن بن جائے۔ کنسرن</w:t>
      </w:r>
    </w:p>
    <w:p>
      <w:r>
        <w:rPr>
          <w:b/>
        </w:rPr>
        <w:t xml:space="preserve">[1:12:02] </w:t>
      </w:r>
      <w:r>
        <w:t>koi bhi cheez jo aadmi ka concern ban jati hai, to khud hi woh apna. woh ho jata hai advisor. yeh to mind itna zabardast cheez hai insaan ke paas ke bahut zyada us ki potential hai.</w:t>
      </w:r>
    </w:p>
    <w:p>
      <w:pPr>
        <w:jc w:val="right"/>
      </w:pPr>
      <w:r>
        <w:t>کوئی بھی چیز جو آدمی کا کنسرن بن جاتی ہے، تو خود ہی وہ اپنا۔ وہ ہو جاتا ہے ایڈوائزر۔ یہ تو مائنڈ اتنا زبردست چیز ہے انسان کے پاس کہ بہت زیادہ اس کی پوٹینشل ہے۔</w:t>
      </w:r>
    </w:p>
    <w:p>
      <w:r>
        <w:rPr>
          <w:b/>
        </w:rPr>
        <w:t xml:space="preserve">[1:12:18] </w:t>
      </w:r>
      <w:r>
        <w:t>to is mind ko jagaiye, mind ko bedaar kijiye. is ke baad, yani khud aap ko apne andar se guidance milti rahegi.</w:t>
      </w:r>
    </w:p>
    <w:p>
      <w:pPr>
        <w:jc w:val="right"/>
      </w:pPr>
      <w:r>
        <w:t>تو اس مائنڈ کو جگائیے، مائنڈ کو بیدار کیجئے۔ اس کے بعد، یعنی خود آپ کو اپنے اندر سے گائیڈنس ملتی رہے گی۔</w:t>
      </w:r>
    </w:p>
    <w:p>
      <w:r>
        <w:rPr>
          <w:b/>
        </w:rPr>
        <w:t xml:space="preserve">[1:12:34] </w:t>
      </w:r>
      <w:r>
        <w:t>maulana, agla sawal mumbai se hai, raza sahab ka. unhon ne aapse poocha hai: "what is the difference between true hope and false hope?" is ke bare mein batayen.</w:t>
      </w:r>
    </w:p>
    <w:p>
      <w:pPr>
        <w:jc w:val="right"/>
      </w:pPr>
      <w:r>
        <w:t>مولانا، اگلا سوال ممبئی سے ہے، رضا صاحب کا۔ انہوں نے آپ سے پوچھا ہے: "واٹ از دا ڈیفرنس بٹوین ٹرو ہوپ اینڈ فالس ہوپ؟" اس کے بارے میں بتائیں۔</w:t>
      </w:r>
    </w:p>
    <w:p>
      <w:r>
        <w:rPr>
          <w:b/>
        </w:rPr>
        <w:t xml:space="preserve">[1:12:46] </w:t>
      </w:r>
      <w:r>
        <w:t>bhai, main yahi kahunga ke agar aap quran ko padhen to quran khud bata dega ke kaun si sachi hope hoti hai, kaun si false hope hoti hai.</w:t>
      </w:r>
    </w:p>
    <w:p>
      <w:pPr>
        <w:jc w:val="right"/>
      </w:pPr>
      <w:r>
        <w:t>بھائی، میں یہی کہوں گا کہ اگر آپ قرآن کو پڑھیں تو قرآن خود بتا دے گا کہ کون سی سچی ہوپ ہوتی ہے، کون سی فالس ہوپ ہوتی ہے۔</w:t>
      </w:r>
    </w:p>
    <w:p>
      <w:r>
        <w:rPr>
          <w:b/>
        </w:rPr>
        <w:t xml:space="preserve">[1:13:06] </w:t>
      </w:r>
      <w:r>
        <w:t>yeh baaten, yeh sab baaten batane ke liye to quran aaya hai, aur aur kaun si baaten batane ke liye?</w:t>
      </w:r>
    </w:p>
    <w:p>
      <w:pPr>
        <w:jc w:val="right"/>
      </w:pPr>
      <w:r>
        <w:t>یہ باتیں، یہ سب باتیں بتانے کے لیے تو قرآن آیا ہے، اور اور کون سی باتیں بتانے کے لیے؟</w:t>
      </w:r>
    </w:p>
    <w:p>
      <w:r>
        <w:rPr>
          <w:b/>
        </w:rPr>
        <w:t xml:space="preserve">[1:13:13] </w:t>
      </w:r>
      <w:r>
        <w:t>main har ek se kehta hoon, sab logon se ke aap ek baar kam az kam aisa kijiye ke bilkul open mind ke sath, open mind ke sath, empty mind ke sath quran ko padhiye.</w:t>
      </w:r>
    </w:p>
    <w:p>
      <w:pPr>
        <w:jc w:val="right"/>
      </w:pPr>
      <w:r>
        <w:t>میں ہر ایک سے کہتا ہوں، سب لوگوں سے کہ آپ ایک بار کم از کم ایسا کیجئے کہ بالکل اوپن مائنڈ کے ساتھ، اوپن مائنڈ کے ساتھ، ایمپٹی مائنڈ کے ساتھ قرآن کو پڑھئے۔</w:t>
      </w:r>
    </w:p>
    <w:p>
      <w:r>
        <w:rPr>
          <w:b/>
        </w:rPr>
        <w:t xml:space="preserve">[1:13:27] </w:t>
      </w:r>
      <w:r>
        <w:t>yeh janne ke liye sirf ke quran aap ko kya keh raha hai, kis tarah woh address kar raha hai, kya criterion de raha hai aap ko.</w:t>
      </w:r>
    </w:p>
    <w:p>
      <w:pPr>
        <w:jc w:val="right"/>
      </w:pPr>
      <w:r>
        <w:t>یہ جاننے کے لیے صرف کہ قرآن آپ کو کیا کہہ رہا ہے، کس طرح وہ ایڈریس کر رہا ہے، کیا کرائٹیرین دے رہا ہے آپ کو۔</w:t>
      </w:r>
    </w:p>
    <w:p>
      <w:r>
        <w:rPr>
          <w:b/>
        </w:rPr>
        <w:t xml:space="preserve">[1:13:39] </w:t>
      </w:r>
      <w:r>
        <w:t>isi mein yeh baat bhi mil jayegi aap ko ke what is true hope, what is false hope. to main samajhta hoon kam az kam itna har aadmi ko karna chahiye ke sirf is maqsad se quran padhe, koi doosra maqsad nahin.</w:t>
      </w:r>
    </w:p>
    <w:p>
      <w:pPr>
        <w:jc w:val="right"/>
      </w:pPr>
      <w:r>
        <w:t>اسی میں یہ بات بھی مل جائے گی آپ کو کہ واٹ از ٹرو ہوپ، واٹ از فالس ہوپ۔ تو میں سمجھتا ہوں کم از کم اتنا ہر آدمی کو کرنا چاہیے کہ صرف اس مقصد سے قرآن پڑھے، کوئی دوسرا مقصد نہیں۔</w:t>
      </w:r>
    </w:p>
    <w:p>
      <w:r>
        <w:rPr>
          <w:b/>
        </w:rPr>
        <w:t xml:space="preserve">[1:13:55] </w:t>
      </w:r>
      <w:r>
        <w:t>keh quran kiya message is ko de raha hai, to is mein jawab mil jayega.</w:t>
      </w:r>
    </w:p>
    <w:p>
      <w:pPr>
        <w:jc w:val="right"/>
      </w:pPr>
      <w:r>
        <w:t>کہ قرآن کیا میسج اس کو دے رہا ہے، تو اس میں جواب مل جائے گا۔</w:t>
      </w:r>
    </w:p>
    <w:p>
      <w:r>
        <w:rPr>
          <w:b/>
        </w:rPr>
        <w:t xml:space="preserve">[1:14:04] </w:t>
      </w:r>
      <w:r>
        <w:t>maulana, agla sawal dilli se hai, shabir sahab ka</w:t>
      </w:r>
    </w:p>
    <w:p>
      <w:pPr>
        <w:jc w:val="right"/>
      </w:pPr>
      <w:r>
        <w:t>مولانا، اگلا سوال دلی سے ہے، شبیر صاحب کا</w:t>
      </w:r>
    </w:p>
    <w:p>
      <w:r>
        <w:rPr>
          <w:b/>
        </w:rPr>
        <w:t xml:space="preserve">[1:14:08] </w:t>
      </w:r>
      <w:r>
        <w:t>unhon ne likha hai: "maulana sahab, kiya quran mein kahin yeh bataya gaya hai ke kuch log aise hain jin ke liye hum ne jahannum khaas kar banaya hai?</w:t>
      </w:r>
    </w:p>
    <w:p>
      <w:pPr>
        <w:jc w:val="right"/>
      </w:pPr>
      <w:r>
        <w:t>۔ انہوں نے لکھا ہے: "مولانا صاحب، کیا قرآن میں کہیں یہ بتایا گیا ہے کہ کچھ لوگ ایسے ہیں جن کے لیے ہم نے جہنم خاص کر بنایا ہے؟</w:t>
      </w:r>
    </w:p>
    <w:p>
      <w:r>
        <w:rPr>
          <w:b/>
        </w:rPr>
        <w:t xml:space="preserve">[1:14:21] </w:t>
      </w:r>
      <w:r>
        <w:t>agar hai to surah aur ayat number bataiye."</w:t>
      </w:r>
    </w:p>
    <w:p>
      <w:pPr>
        <w:jc w:val="right"/>
      </w:pPr>
      <w:r>
        <w:t>اگر ہے تو سورہ اور آیت نمبر بتائیے۔"</w:t>
      </w:r>
    </w:p>
    <w:p>
      <w:r>
        <w:rPr>
          <w:b/>
        </w:rPr>
        <w:t xml:space="preserve">[1:14:29] </w:t>
      </w:r>
      <w:r>
        <w:t>dekhen, yeh ayat quran mein hai. bohat suron ko hum ne paida kiya hai jahannum ke liye. matlab yeh dekhen, quran yeh quran ka usloob hai.</w:t>
      </w:r>
    </w:p>
    <w:p>
      <w:pPr>
        <w:jc w:val="right"/>
      </w:pPr>
      <w:r>
        <w:t>دیکھیں، یہ آیت قرآن میں ہے۔ بہت سوروں کو ہم نے پیدا کیا ہے جہنم کے لیے۔ مطلب یہ دیکھیں، قرآن یہ قرآن کا اسلوب ہے۔</w:t>
      </w:r>
    </w:p>
    <w:p>
      <w:r>
        <w:rPr>
          <w:b/>
        </w:rPr>
        <w:t xml:space="preserve">[1:14:37] </w:t>
      </w:r>
      <w:r>
        <w:t>is ka matlab nahi ke jahannum ke liye paida kiya. is ka matlab hai ke log apne aap ko jahannum wala bana lete hain. yeh yeh mani woh ek ek shadd, ek woh hembring ka andaaz hota hai.</w:t>
      </w:r>
    </w:p>
    <w:p>
      <w:pPr>
        <w:jc w:val="right"/>
      </w:pPr>
      <w:r>
        <w:t>اس کا مطلب نہیں کہ جہنم کے لیے پیدا کیا۔ اس کا مطلب ہے کہ لوگ اپنے آپ کو جہنم والا بنا لیتے ہیں۔ یہ یہ معنی وہ ایک ایک شد، ایک وہ ہیمبرنگ کا انداز ہوتا ہے۔</w:t>
      </w:r>
    </w:p>
    <w:p>
      <w:r>
        <w:rPr>
          <w:b/>
        </w:rPr>
        <w:t xml:space="preserve">[1:14:51] </w:t>
      </w:r>
      <w:r>
        <w:t>quran mein hembring ka andaaz bohat zyada hai ke paida kiya tha tum ko jannat ke liye aur tum daur pade jahannum ki taraf. doosri ayat aur quran ke bare mein yeh samajh lijiye ke quran yafsar ba'd ba'd.</w:t>
      </w:r>
    </w:p>
    <w:p>
      <w:pPr>
        <w:jc w:val="right"/>
      </w:pPr>
      <w:r>
        <w:t>قرآن میں ہیمبرنگ کا انداز بہت زیادہ ہے کہ پیدا کیا تھا تم کو جنت کے لیے اور تم دوڑ پڑے جہنم کی طرف۔ دوسری آیت اور قرآن کے بارے میں یہ سمجھ لیجئے کہ القرآن یفسر بعد بعد۔</w:t>
      </w:r>
    </w:p>
    <w:p>
      <w:r>
        <w:rPr>
          <w:b/>
        </w:rPr>
        <w:t xml:space="preserve">[1:15:05] </w:t>
      </w:r>
      <w:r>
        <w:t>ek ayat se doosri ayat ki wazahat hoti hai. ek aur jagah ayat hai ke</w:t>
      </w:r>
    </w:p>
    <w:p>
      <w:pPr>
        <w:jc w:val="right"/>
      </w:pPr>
      <w:r>
        <w:t>ایک آیت سے دوسری آیت کی وضاحت ہوتی ہے۔ ایک اور جگہ آیت ہے کہ</w:t>
      </w:r>
    </w:p>
    <w:p>
      <w:r>
        <w:rPr>
          <w:b/>
        </w:rPr>
        <w:t xml:space="preserve">[1:15:15] </w:t>
      </w:r>
      <w:r>
        <w:t>keh hum ne to is ko bulandi ka rasta dikhaya tha lekin woh apne ko neeche daal liya, us ne zameen mein daal liya. to yeh quran ke ek usloob ki baat hai.</w:t>
      </w:r>
    </w:p>
    <w:p>
      <w:pPr>
        <w:jc w:val="right"/>
      </w:pPr>
      <w:r>
        <w:t>کہ ہم نے تو اس کو بلندی کا راستہ دکھایا تھا لیکن وہ اپنے کو نیچے ڈال لیا، اس نے زمین میں ڈال لیا۔ تو یہ قرآن کے ایک اسلوب کی بات ہے۔</w:t>
      </w:r>
    </w:p>
    <w:p>
      <w:r>
        <w:rPr>
          <w:b/>
        </w:rPr>
        <w:t xml:space="preserve">[1:15:27] </w:t>
      </w:r>
      <w:r>
        <w:t>aisa nahi ke khud paida hi kiya gaya is liye ke jahannum mein jayen.</w:t>
      </w:r>
    </w:p>
    <w:p>
      <w:pPr>
        <w:jc w:val="right"/>
      </w:pPr>
      <w:r>
        <w:t>ایسا نہیں کہ خود پیدا ہی کیا گیا اس لیے کہ جہنم میں جائیں۔</w:t>
      </w:r>
    </w:p>
    <w:p>
      <w:r>
        <w:rPr>
          <w:b/>
        </w:rPr>
        <w:t xml:space="preserve">[1:15:31] </w:t>
      </w:r>
      <w:r>
        <w:t>aisa nahi hai balkeh paida kiya gaya is liye ke aadmi allah ke inaamaat ka mustahiq bane lekin apni khwahish ke peeche chal kar ke, apne won peeche chal kar ke, apne organs ke peeche chal kar ke woh apne aap ko jahannum ke raaste par daal deta hai.</w:t>
      </w:r>
    </w:p>
    <w:p>
      <w:pPr>
        <w:jc w:val="right"/>
      </w:pPr>
      <w:r>
        <w:t>ایسا نہیں ہے بلکہ پیدا کیا گیا اس لیے کہ آدمی اللہ کے انعامات کا مستحق بنے لیکن اپنی خواہش کے پیچھے چل کر کے، اپنے ون پیچھے چل کر کے، اپنے آرگنز کے پیچھے چل کر کے وہ اپنے آپ کو جہنم کے راستے پر ڈال دیتا ہے۔</w:t>
      </w:r>
    </w:p>
    <w:p>
      <w:r>
        <w:rPr>
          <w:b/>
        </w:rPr>
        <w:t xml:space="preserve">[1:15:53] </w:t>
      </w:r>
      <w:r>
        <w:t>maulana, agla sawal tamil nadu se hai, maulana hassan umri ka. unhon ne likha hai:</w:t>
      </w:r>
    </w:p>
    <w:p>
      <w:pPr>
        <w:jc w:val="right"/>
      </w:pPr>
      <w:r>
        <w:t>مولانا، اگلا سوال تمل ناڈو سے ہے، مولانا حسان عمری کا۔ انہوں نے لکھا ہے:</w:t>
      </w:r>
    </w:p>
    <w:p>
      <w:r>
        <w:rPr>
          <w:b/>
        </w:rPr>
        <w:t xml:space="preserve">[1:16:00] </w:t>
      </w:r>
      <w:r>
        <w:t>"Maulana, one of the non-Muslim brother asked me that what is the measurement of spirituality? How can I address this question?"</w:t>
      </w:r>
    </w:p>
    <w:p>
      <w:pPr>
        <w:jc w:val="right"/>
      </w:pPr>
      <w:r>
        <w:t>"مولانا، ون آف دا نان مسلم برادر اسکڈ می دیٹ واٹ از دا میژرمنٹ آف سپریچولٹی؟ ہاؤ کین آئی ایڈریس دس کوئسچن؟"</w:t>
      </w:r>
    </w:p>
    <w:p>
      <w:r>
        <w:rPr>
          <w:b/>
        </w:rPr>
        <w:t xml:space="preserve">[1:16:14] </w:t>
      </w:r>
      <w:r>
        <w:t>bhai, spirituality ka dekhen, ek to bohat jo sufi log ya aur doosre log mante hain, woh woh hai heart based, yani mabni bar qalb.</w:t>
      </w:r>
    </w:p>
    <w:p>
      <w:pPr>
        <w:jc w:val="right"/>
      </w:pPr>
      <w:r>
        <w:t>بھائی، سپریچولٹی کا دیکھیں، ایک تو بہت جو صوفی لوگ یا اور دوسرے لوگ مانتے ہیں، وہ وہ ہے ہارٹ بیسڈ، یعنی مبنی بر قلب۔</w:t>
      </w:r>
    </w:p>
    <w:p>
      <w:r>
        <w:rPr>
          <w:b/>
        </w:rPr>
        <w:t xml:space="preserve">[1:16:27] </w:t>
      </w:r>
      <w:r>
        <w:t>to heart based spirituality ko mein nahi manta. mera jo concept hai, woh heart based nahi hai, mabni bar qalb nahi hai.</w:t>
      </w:r>
    </w:p>
    <w:p>
      <w:pPr>
        <w:jc w:val="right"/>
      </w:pPr>
      <w:r>
        <w:t>تو ہارٹ بیسڈ سپریچولٹی کو میں نہیں مانتا۔ میرا جو کانسیپٹ ہے، وہ ہارٹ بیسڈ نہیں ہے، مبنی بر قلب نہیں ہے۔</w:t>
      </w:r>
    </w:p>
    <w:p>
      <w:r>
        <w:rPr>
          <w:b/>
        </w:rPr>
        <w:t xml:space="preserve">[1:16:36] </w:t>
      </w:r>
      <w:r>
        <w:t>mera hai mind based. mein mind based spirituality ko manta hoon. isi liye mein spirituality ke liye doosra jo lafz bolta hoon, woh hai positive thinking.</w:t>
      </w:r>
    </w:p>
    <w:p>
      <w:pPr>
        <w:jc w:val="right"/>
      </w:pPr>
      <w:r>
        <w:t>میرا ہے مائنڈ بیسڈ۔ میں مائنڈ بیسڈ سپریچولٹی کو مانتا ہوں۔ اسی لیے میں سپریچولٹی کے لیے دوسرا جو لفظ بولتا ہوں، وہ ہے پازیٹیو تھنکنگ۔</w:t>
      </w:r>
    </w:p>
    <w:p>
      <w:r>
        <w:rPr>
          <w:b/>
        </w:rPr>
        <w:t xml:space="preserve">[1:16:47] </w:t>
      </w:r>
      <w:r>
        <w:t>woh log jo bolte hain, woh bohat hi is mein ambiguous term un ke nazdeek hai.</w:t>
      </w:r>
    </w:p>
    <w:p>
      <w:pPr>
        <w:jc w:val="right"/>
      </w:pPr>
      <w:r>
        <w:t>وہ لوگ جو بولتے ہیں، وہ بہت ہی اس میں ایمبیگوس ٹرم ان کے نزدیک ہے۔</w:t>
      </w:r>
    </w:p>
    <w:p>
      <w:r>
        <w:rPr>
          <w:b/>
        </w:rPr>
        <w:t xml:space="preserve">[1:16:52] </w:t>
      </w:r>
      <w:r>
        <w:t>woh woh koi well defined term nahi hai un ke haan. spirituality yani akhlaq aur spirituality mein farq nahi kar paate woh log.</w:t>
      </w:r>
    </w:p>
    <w:p>
      <w:pPr>
        <w:jc w:val="right"/>
      </w:pPr>
      <w:r>
        <w:t>وہ وہ کوئی ویل ڈیفائن ٹرم نہیں ہے ان کے ہاں۔ سپریچولٹی یعنی اخلاق اور سپریچولٹی میں فرق نہیں کر پاتے وہ لوگ۔</w:t>
      </w:r>
    </w:p>
    <w:p>
      <w:r>
        <w:rPr>
          <w:b/>
        </w:rPr>
        <w:t xml:space="preserve">[1:17:03] </w:t>
      </w:r>
      <w:r>
        <w:t>to mein apni samajh se jo mein ne samjha hai ke spirituality koi kisi ambiguous cheez ka naam nahi hai. woh wohi cheez jis ko hum kehte hain positive thinking, yani negativity mein jeete hue apne aap ko positive thinker bahar rakhna.</w:t>
      </w:r>
    </w:p>
    <w:p>
      <w:pPr>
        <w:jc w:val="right"/>
      </w:pPr>
      <w:r>
        <w:t>تو میں اپنی سمجھ سے جو میں نے سمجھا ہے کہ سپریچولٹی کوئی کسی ایمبیگوس چیز کا نام نہیں ہے۔ وہ وہی چیز جس کو ہم کہتے ہیں پازیٹیو تھنکنگ، یعنی نیگیٹیوٹی میں جیتے ہوئے اپنے آپ کو پازیٹیو تھنکر باہر رکھنا۔</w:t>
      </w:r>
    </w:p>
    <w:p>
      <w:r>
        <w:rPr>
          <w:b/>
        </w:rPr>
        <w:t xml:space="preserve">[1:17:22] </w:t>
      </w:r>
      <w:r>
        <w:t>yahi spirituality meri samajh se yahi hai. maulana, agla sawal roorkee se hai, sajid anwar sahab ka.</w:t>
      </w:r>
    </w:p>
    <w:p>
      <w:pPr>
        <w:jc w:val="right"/>
      </w:pPr>
      <w:r>
        <w:t>یہی سپریچولٹی میری سمجھ سے یہی ہے۔ مولانا، اگلا سوال روڑکی سے ہے، ساجد انور صاحب کا۔</w:t>
      </w:r>
    </w:p>
    <w:p>
      <w:r>
        <w:rPr>
          <w:b/>
        </w:rPr>
        <w:t xml:space="preserve">[1:17:32] </w:t>
      </w:r>
      <w:r>
        <w:t>unhon ne aapse poocha hai: "what is how to differentiate between distraction and necessity?"</w:t>
      </w:r>
    </w:p>
    <w:p>
      <w:pPr>
        <w:jc w:val="right"/>
      </w:pPr>
      <w:r>
        <w:t>انہوں نے آپ سے پوچھا ہے: "واٹ از ہاؤ ٹو ڈیفرنشیٹ بٹوین ڈسٹریکشن اینڈ نیسیسٹی؟"</w:t>
      </w:r>
    </w:p>
    <w:p>
      <w:r>
        <w:rPr>
          <w:b/>
        </w:rPr>
        <w:t xml:space="preserve">[1:17:44] </w:t>
      </w:r>
      <w:r>
        <w:t>jo bohat aasan hai.</w:t>
      </w:r>
    </w:p>
    <w:p>
      <w:pPr>
        <w:jc w:val="right"/>
      </w:pPr>
      <w:r>
        <w:t>جو بہت آسان ہے۔</w:t>
      </w:r>
    </w:p>
    <w:p>
      <w:r>
        <w:rPr>
          <w:b/>
        </w:rPr>
        <w:t xml:space="preserve">[1:17:47] </w:t>
      </w:r>
      <w:r>
        <w:t>aap need jo hai, haqeeqi need, us ko define kar lijiye. to need ke waqt jab aap kahin involve karein apne aap ko, to woh distraction nikal jayega.</w:t>
      </w:r>
    </w:p>
    <w:p>
      <w:pPr>
        <w:jc w:val="right"/>
      </w:pPr>
      <w:r>
        <w:t>آپ نیڈ جو ہے، حقیقی نیڈ، اس کو ڈیفائن کر لیجئے۔ تو نیڈ کے وقت جب آپ کہیں انوالو کریں اپنے آپ کو، تو وہ ڈسٹریکشن نکال جائے گا۔</w:t>
      </w:r>
    </w:p>
    <w:p>
      <w:r>
        <w:rPr>
          <w:b/>
        </w:rPr>
        <w:t xml:space="preserve">[1:18:01] </w:t>
      </w:r>
      <w:r>
        <w:t>lekin jab need se alawa jo cheez hoti hai, wahan aap daur padein to woh distraction khana aa jayega.</w:t>
      </w:r>
    </w:p>
    <w:p>
      <w:pPr>
        <w:jc w:val="right"/>
      </w:pPr>
      <w:r>
        <w:t>لیکن جب نیڈ سے علاوہ جو چیز ہوتی ہے، وہاں آپ دوڑ پڑیں تو وہ ڈسٹریکشن کھانا آ جائے گا۔</w:t>
      </w:r>
    </w:p>
    <w:p>
      <w:r>
        <w:rPr>
          <w:b/>
        </w:rPr>
        <w:t xml:space="preserve">[1:18:14] </w:t>
      </w:r>
      <w:r>
        <w:t>dekhen, is mein koi hard nafz rule doosra nahi bata sakta hai. khud har aadmi soch kar ke jaan sakta hai ke yeh mere liye necessity hai ya distraction hai.</w:t>
      </w:r>
    </w:p>
    <w:p>
      <w:pPr>
        <w:jc w:val="right"/>
      </w:pPr>
      <w:r>
        <w:t>دیکھیں، اس میں کوئی ہارڈ نفاذ رول دوسرا نہیں بتا سکتا ہے۔ خود ہر آدمی سوچ کر کے جان سکتا ہے کہ یہ میرے لیے نیسیسٹی ہے یا ڈسٹریکشن ہے۔</w:t>
      </w:r>
    </w:p>
    <w:p>
      <w:r>
        <w:rPr>
          <w:b/>
        </w:rPr>
        <w:t xml:space="preserve">[1:18:25] </w:t>
      </w:r>
      <w:r>
        <w:t>is ke is ka koi yani external koi role nahi bana sakta. is ka har aadmi khud hi jaan sakta hai ke ke kab aisa hai, kab waisa hai.</w:t>
      </w:r>
    </w:p>
    <w:p>
      <w:pPr>
        <w:jc w:val="right"/>
      </w:pPr>
      <w:r>
        <w:t>اس کے اس کا کوئی یعنی ایکسٹرنل کوئی رول نہیں بنا سکتا۔ اس کا ہر آدمی خود ہی جان سکتا ہے کہ کہ کب ایسا ہے، کب ویسا ہے۔</w:t>
      </w:r>
    </w:p>
    <w:p>
      <w:r>
        <w:rPr>
          <w:b/>
        </w:rPr>
        <w:t xml:space="preserve">[1:18:44] </w:t>
      </w:r>
      <w:r>
        <w:t>jo aadmi bohat ziyada apna jo samajh chuka ho, purpose of life, kisi plan of god achhe tareeqe se, to us ko koi mushkil nahi hota yeh samajhna.</w:t>
      </w:r>
    </w:p>
    <w:p>
      <w:pPr>
        <w:jc w:val="right"/>
      </w:pPr>
      <w:r>
        <w:t>جو آدمی بہت زیادہ اپنا جو سمجھ چکا ہو، پرپس آف لائف، کسی پلان آف گاڈ اچھے طریقے سے، تو اس کو کوئی مشکل نہیں ہوتا یہ سمجھنا۔</w:t>
      </w:r>
    </w:p>
    <w:p>
      <w:r>
        <w:rPr>
          <w:b/>
        </w:rPr>
        <w:t xml:space="preserve">[1:18:56] </w:t>
      </w:r>
      <w:r>
        <w:t>wo jaan leta hai.</w:t>
      </w:r>
    </w:p>
    <w:p>
      <w:pPr>
        <w:jc w:val="right"/>
      </w:pPr>
      <w:r>
        <w:t>وہ جان لیتا ہے۔</w:t>
      </w:r>
    </w:p>
    <w:p>
      <w:r>
        <w:rPr>
          <w:b/>
        </w:rPr>
        <w:t xml:space="preserve">[1:19:00] </w:t>
      </w:r>
      <w:r>
        <w:t>maulana, agla sawal pune se hai, mr vikram ka. unhon ne likha hai ke: "how can a person manage his ego? what is the formula for it?"</w:t>
      </w:r>
    </w:p>
    <w:p>
      <w:pPr>
        <w:jc w:val="right"/>
      </w:pPr>
      <w:r>
        <w:t>مولانا، اگلا سوال پونے سے ہے، مسٹر وکرم کا۔ انہوں نے لکھا ہے کہ: "ہاؤ کین ا پرسن مینج ہز ایگو؟ واٹ از دی فارمولا فار اٹ؟"</w:t>
      </w:r>
    </w:p>
    <w:p>
      <w:r>
        <w:rPr>
          <w:b/>
        </w:rPr>
        <w:t xml:space="preserve">[1:19:14] </w:t>
      </w:r>
      <w:r>
        <w:t>dekhen, ego ego ko mein negative nahi samajhta. ego bohat achhi cheez hai. ego se aadmi ka andar determination aata hai, determination.</w:t>
      </w:r>
    </w:p>
    <w:p>
      <w:pPr>
        <w:jc w:val="right"/>
      </w:pPr>
      <w:r>
        <w:t>دیکھیں، ایگو ایگو کو میں نیگیٹیو نہیں سمجھتا۔ ایگو بہت اچھی چیز ہے۔ ایگو سے آدمی کا اندر ڈیٹرمیشن آتا ہے، ڈیٹرمیشن۔</w:t>
      </w:r>
    </w:p>
    <w:p>
      <w:r>
        <w:rPr>
          <w:b/>
        </w:rPr>
        <w:t xml:space="preserve">[1:19:26] </w:t>
      </w:r>
      <w:r>
        <w:t>lekin ego jab aap, yani ego jab aap ki aqal ke taabe na rahe balkeh aap jazbaat ke taabe ho jayen, to samjhiye ke aap ne ego ko galat raaste par dala.</w:t>
      </w:r>
    </w:p>
    <w:p>
      <w:pPr>
        <w:jc w:val="right"/>
      </w:pPr>
      <w:r>
        <w:t>لیکن ایگو جب آپ، یعنی ایگو جب آپ کی عقل کے تابع نہ رہے بلکہ آپ جذبات کے تابع ہو جائیں، تو سمجھئے کہ آپ نے ایگو کو غلط راستے پر ڈالا۔</w:t>
      </w:r>
    </w:p>
    <w:p>
      <w:r>
        <w:rPr>
          <w:b/>
        </w:rPr>
        <w:t xml:space="preserve">[1:19:42] </w:t>
      </w:r>
      <w:r>
        <w:t>jazbaat ke maani yeh hain ke aap nafrat mein, hate mein, revenge mein ego ko istemaal karen apne organs ke establishment karne ke liye.</w:t>
      </w:r>
    </w:p>
    <w:p>
      <w:pPr>
        <w:jc w:val="right"/>
      </w:pPr>
      <w:r>
        <w:t>جذبات کے معنی یہ ہیں کہ آپ نفرت میں، ہیٹ میں، ریونج میں ایگو کو استعمال کریں اپنے آرگنز کے اسٹیبلش کرنے کے لیے۔</w:t>
      </w:r>
    </w:p>
    <w:p>
      <w:r>
        <w:rPr>
          <w:b/>
        </w:rPr>
        <w:t xml:space="preserve">[1:19:51] </w:t>
      </w:r>
      <w:r>
        <w:t>istemaal karne to wo is ka misuse karna hai ego ka. lekin agar ego ko aap istemaal karen constructive field mein to bohat achhi cheez hai.</w:t>
      </w:r>
    </w:p>
    <w:p>
      <w:pPr>
        <w:jc w:val="right"/>
      </w:pPr>
      <w:r>
        <w:t>استعمال کرنے تو وہ اس کا مس یوز کرنا ہے ایگو کا۔ لیکن اگر ایگو کو آپ استعمال کریں کنسٹرکٹیو فیلڈ میں تو بہت اچھی چیز ہے۔</w:t>
      </w:r>
    </w:p>
    <w:p>
      <w:r>
        <w:rPr>
          <w:b/>
        </w:rPr>
        <w:t xml:space="preserve">[1:20:03] </w:t>
      </w:r>
      <w:r>
        <w:t>ego hai kyunke use determination aata hai. determination nahi aayega to aap kya kaam karen? kuch nahi kar sakte.</w:t>
      </w:r>
    </w:p>
    <w:p>
      <w:pPr>
        <w:jc w:val="right"/>
      </w:pPr>
      <w:r>
        <w:t>ایگو ہے کیونکہ اسے ڈیٹرمیشن آتا ہے۔ ڈیٹرمیشن نہیں آئے گا تو آپ کیا کام کریں؟ کچھ نہیں کر سکتے۔</w:t>
      </w:r>
    </w:p>
    <w:p>
      <w:r>
        <w:rPr>
          <w:b/>
        </w:rPr>
        <w:t xml:space="preserve">[1:20:12] </w:t>
      </w:r>
      <w:r>
        <w:t>jahan negativity aayi, wahan ego jo hai ek galat raaste par daal diya aap ne ego ko.</w:t>
      </w:r>
    </w:p>
    <w:p>
      <w:pPr>
        <w:jc w:val="right"/>
      </w:pPr>
      <w:r>
        <w:t>جہاں نیگیٹیوٹی آئی، وہاں ایگو جو ہے ایک غلط راستے پر ڈال دیا آپ نے ایگو کو۔</w:t>
      </w:r>
    </w:p>
    <w:p>
      <w:r>
        <w:rPr>
          <w:b/>
        </w:rPr>
        <w:t xml:space="preserve">[1:20:22] </w:t>
      </w:r>
      <w:r>
        <w:t>aur jab tak positivity hai, tab tak bilkul sahi hai.</w:t>
      </w:r>
    </w:p>
    <w:p>
      <w:pPr>
        <w:jc w:val="right"/>
      </w:pPr>
      <w:r>
        <w:t>اور جب تک پازیٹیوٹی ہے، تب تک بالکل صحیح ہے۔</w:t>
      </w:r>
    </w:p>
    <w:p>
      <w:r>
        <w:rPr>
          <w:b/>
        </w:rPr>
        <w:t xml:space="preserve">[1:20:30] </w:t>
      </w:r>
      <w:r>
        <w:t>maulana, agla sawal lene se pehle ek comment parhna chahenge jo maulana zukwan nadvi ne diya hai dilli se. unhon</w:t>
      </w:r>
    </w:p>
    <w:p>
      <w:pPr>
        <w:jc w:val="right"/>
      </w:pPr>
      <w:r>
        <w:t>مولانا، اگلا سوال لینے سے پہلے ایک کمنٹ پڑھنا چاہیں گے جو مولانا زکوان ندوی نے دیا ہے دلی سے۔ انہوں</w:t>
      </w:r>
    </w:p>
    <w:p>
      <w:r>
        <w:rPr>
          <w:b/>
        </w:rPr>
        <w:t xml:space="preserve">[1:20:37] </w:t>
      </w:r>
      <w:r>
        <w:t>ne likha hai: "maulana, aap ne prophet ko khwab mein dekhne ke bare mein bilkul durust rehnumai farmayi. kisi aadmi ke jannati aur ghair jannati hone ka miyar prophet ka itteba hai, na ke khwab ya haqeeqat mein prophet ko dekhna." dekhen, mein apna tajurba batata hoon aap ko.</w:t>
      </w:r>
    </w:p>
    <w:p>
      <w:pPr>
        <w:jc w:val="right"/>
      </w:pPr>
      <w:r>
        <w:t>نے لکھا ہے: "مولانا، آپ نے پرافٹ کو خواب میں دیکھنے کے بارے میں بالکل درست رہنمائی فرمائی۔ کسی آدمی کے جنتی اور غیر جنتی ہونے کا معیار پرافٹ کا اتباع ہے، نہ کہ خواب یا حقیقت میں پرافٹ کو دیکھنا۔" دیکھیں، میں اپنا تجربہ بتاتا ہوں آپ کو۔</w:t>
      </w:r>
    </w:p>
    <w:p>
      <w:r>
        <w:rPr>
          <w:b/>
        </w:rPr>
        <w:t xml:space="preserve">[1:20:59] </w:t>
      </w:r>
      <w:r>
        <w:t>mujhe yaad hai ke jab mein arab build mein tha to ek bute khabar suni ke prophet aanay walay hain, prophet aanay walay hain, prophet aanay walay hain.</w:t>
      </w:r>
    </w:p>
    <w:p>
      <w:pPr>
        <w:jc w:val="right"/>
      </w:pPr>
      <w:r>
        <w:t>مجھے یاد ہے کہ جب میں عرب بلڈ میں تھا تو ایک بوتہ خبر سنی کہ پرافٹ آنے والے ہیں، پرافٹ آنے والے ہیں، پرافٹ آنے والے ہیں۔</w:t>
      </w:r>
    </w:p>
    <w:p>
      <w:r>
        <w:rPr>
          <w:b/>
        </w:rPr>
        <w:t xml:space="preserve">[1:21:09] </w:t>
      </w:r>
      <w:r>
        <w:t>to yeh tha ke falan room mein aa ke wo baithen gay. mein wahan gaya to wahan ek aadmi baitha hua tha, coat pant pehni hui hai.</w:t>
      </w:r>
    </w:p>
    <w:p>
      <w:pPr>
        <w:jc w:val="right"/>
      </w:pPr>
      <w:r>
        <w:t>تو یہ تھا کہ فلاں روم میں آ کے وہ بیٹھیں گے۔ میں وہاں گیا تو وہاں ایک آدمی بیٹھا ہوا تھا، کوٹ پتلون پہنی ہوئی ہے۔</w:t>
      </w:r>
    </w:p>
    <w:p>
      <w:r>
        <w:rPr>
          <w:b/>
        </w:rPr>
        <w:t xml:space="preserve">[1:21:19] </w:t>
      </w:r>
      <w:r>
        <w:t>achhi tarah mujhe abhi tak yaad hai, coat pant pehni hui hai. kai baar dekha hai mein ne, doosri shakalon mein bhi dekha hai.</w:t>
      </w:r>
    </w:p>
    <w:p>
      <w:pPr>
        <w:jc w:val="right"/>
      </w:pPr>
      <w:r>
        <w:t>اچھی طرح مجھے ابھی تک یاد ہے، کوٹ پتلون پہنی ہوئی ہے۔ کئی بار دیکھا ہے میں نے، دوسری شکلوں میں بھی دیکھا ہے۔</w:t>
      </w:r>
    </w:p>
    <w:p>
      <w:r>
        <w:rPr>
          <w:b/>
        </w:rPr>
        <w:t xml:space="preserve">[1:21:29] </w:t>
      </w:r>
      <w:r>
        <w:t>to yeh real ki baat hai, yeh real baat nahi hai. real is ke liye hai jis ne rasool allah ko aap ke zamane mein dekha ho.</w:t>
      </w:r>
    </w:p>
    <w:p>
      <w:pPr>
        <w:jc w:val="right"/>
      </w:pPr>
      <w:r>
        <w:t>تو یہ ریل کی بات ہے، یہ ریل بات نہیں ہے۔ ریل اس کے لیے ہے جس نے رسول اللہ کو آپ کے زمانے میں دیکھا ہو۔</w:t>
      </w:r>
    </w:p>
    <w:p>
      <w:r>
        <w:rPr>
          <w:b/>
        </w:rPr>
        <w:t xml:space="preserve">[1:21:37] </w:t>
      </w:r>
      <w:r>
        <w:t>baqi jo hai, wo bilkul is ki koi koi koi koi hujjat nahi hai, koi sanad nahi hai, is ka koi aitbaar nahi hai. wo ho sakta hai ke aap ke andar ek jazba ho, us ko dekh liya ho aap ne.</w:t>
      </w:r>
    </w:p>
    <w:p>
      <w:pPr>
        <w:jc w:val="right"/>
      </w:pPr>
      <w:r>
        <w:t>باقی جو ہے، وہ بالکل اس کی کوئی کوئی کوئی کوئی حجت نہیں ہے، کوئی سند نہیں ہے، اس کا کوئی اعتبار نہیں ہے۔ وہ ہو سکتا ہے کہ آپ کے اندر ایک جذبہ ہو، اس کو دیکھ لیا ہو آپ نے۔</w:t>
      </w:r>
    </w:p>
    <w:p>
      <w:r>
        <w:rPr>
          <w:b/>
        </w:rPr>
        <w:t xml:space="preserve">[1:21:52] </w:t>
      </w:r>
      <w:r>
        <w:t>kyunke hadees mein aata hai ke khwab teen qism ke hotay hain:</w:t>
      </w:r>
    </w:p>
    <w:p>
      <w:pPr>
        <w:jc w:val="right"/>
      </w:pPr>
      <w:r>
        <w:t>کیونکہ حدیث میں آتا ہے کہ خواب تین قسم کے ہوتے ہیں:</w:t>
      </w:r>
    </w:p>
    <w:p>
      <w:r>
        <w:rPr>
          <w:b/>
        </w:rPr>
        <w:t xml:space="preserve">[1:21:56] </w:t>
      </w:r>
      <w:r>
        <w:t>hadees al-nafs, takhfif al-shaitan, bushara al-allah. apne dil ki baat ko dekh lena, ya shaitan dikhaye koi baat, ya yeh ke allah ki taraf se basharat ho.</w:t>
      </w:r>
    </w:p>
    <w:p>
      <w:pPr>
        <w:jc w:val="right"/>
      </w:pPr>
      <w:r>
        <w:t>حدیث النفس، تخفیف الشیطان، بشام اللہ۔ اپنے دل کی بات کو دیکھ لینا، یا شیطان دکھائے کوئی بات، یا یہ کہ اللہ کی طرف سے بشارت ہو۔</w:t>
      </w:r>
    </w:p>
    <w:p>
      <w:r>
        <w:rPr>
          <w:b/>
        </w:rPr>
        <w:t xml:space="preserve">[1:22:08] </w:t>
      </w:r>
      <w:r>
        <w:t>to teen yani sooraten ho sakti hain. hum nahi samajh sakte ke wo kya surat hai. jinhon ne dekha tha rasool allah sallallahu alaihi wasallam ko, wo to keh sakte hain ke mein ne rasool allah ko dekha.</w:t>
      </w:r>
    </w:p>
    <w:p>
      <w:pPr>
        <w:jc w:val="right"/>
      </w:pPr>
      <w:r>
        <w:t>تو تین یعنی صورتیں ہو سکتی ہیں۔ ہم نہیں سمجھ سکتے کہ وہ کیا صورت ہے۔ جنہوں نے دیکھا تھا رسول اللہ صلی اللہ علیہ وسلم کو، وہ تو کہہ سکتے ہیں کہ میں نے رسول اللہ کو دیکھا۔</w:t>
      </w:r>
    </w:p>
    <w:p>
      <w:r>
        <w:rPr>
          <w:b/>
        </w:rPr>
        <w:t xml:space="preserve">[1:22:21] </w:t>
      </w:r>
      <w:r>
        <w:t>hum aap nahi keh sakte.</w:t>
      </w:r>
    </w:p>
    <w:p>
      <w:pPr>
        <w:jc w:val="right"/>
      </w:pPr>
      <w:r>
        <w:t>ہم آپ نہیں کہہ سکتے۔</w:t>
      </w:r>
    </w:p>
    <w:p>
      <w:r>
        <w:rPr>
          <w:b/>
        </w:rPr>
        <w:t xml:space="preserve">[1:22:23] </w:t>
      </w:r>
      <w:r>
        <w:t>hum aap nahi keh sakte ke kis kis maloom ke wo yani kis nazar ka tha hamara dekhna. bilkul yani jo aisa kahe, wo be buniyad baat kehta hai.</w:t>
      </w:r>
    </w:p>
    <w:p>
      <w:pPr>
        <w:jc w:val="right"/>
      </w:pPr>
      <w:r>
        <w:t>ہم آپ نہیں کہہ سکتے کہ کس کس معلوم کہ وہ یعنی کس نظر کا تھا ہمارا دیکھنا۔ بالکل یعنی جو ایسا کہے، وہ بے بنیاد بات کہتا ہے۔</w:t>
      </w:r>
    </w:p>
    <w:p>
      <w:r>
        <w:rPr>
          <w:b/>
        </w:rPr>
        <w:t xml:space="preserve">[1:22:38] </w:t>
      </w:r>
      <w:r>
        <w:t>maulana, agla sawal hyderabad se hai, zahid sahab ka. unhon ne aap se poocha hai: "what is the importance of ritual?" is ke baray mein batayen.</w:t>
      </w:r>
    </w:p>
    <w:p>
      <w:pPr>
        <w:jc w:val="right"/>
      </w:pPr>
      <w:r>
        <w:t>مولانا، اگلا سوال حیدرآباد سے ہے، زاہد صاحب کا۔ انہوں نے آپ سے پوچھا ہے: "واٹ از دی امپورٹنس آف ریچول؟" اس کے بارے میں بتائیں۔</w:t>
      </w:r>
    </w:p>
    <w:p>
      <w:r>
        <w:rPr>
          <w:b/>
        </w:rPr>
        <w:t xml:space="preserve">[1:22:48] </w:t>
      </w:r>
      <w:r>
        <w:t>bhai, ritual se kuch important nahi hai, kuch bhi nahi hai, one percent bhi nahi hai.</w:t>
      </w:r>
    </w:p>
    <w:p>
      <w:pPr>
        <w:jc w:val="right"/>
      </w:pPr>
      <w:r>
        <w:t>بھئی، ریچول سے کچھ امپورٹنٹ نہیں ہے، کچھ بھی نہیں ہے، ون پرسنٹ بھی نہیں ہے۔</w:t>
      </w:r>
    </w:p>
    <w:p>
      <w:r>
        <w:rPr>
          <w:b/>
        </w:rPr>
        <w:t xml:space="preserve">[1:22:52] </w:t>
      </w:r>
      <w:r>
        <w:t>mere nazdeek</w:t>
      </w:r>
    </w:p>
    <w:p>
      <w:pPr>
        <w:jc w:val="right"/>
      </w:pPr>
      <w:r>
        <w:t>میرے نزدیک</w:t>
      </w:r>
    </w:p>
    <w:p>
      <w:r>
        <w:rPr>
          <w:b/>
        </w:rPr>
        <w:t xml:space="preserve">[1:22:57] </w:t>
      </w:r>
      <w:r>
        <w:t>rituals ki importance islam mein kuch bhi nahi hai. dekhen, aap ek hadith hai namaz ke bare mein: "la salat limullah bait khashah".</w:t>
      </w:r>
    </w:p>
    <w:p>
      <w:pPr>
        <w:jc w:val="right"/>
      </w:pPr>
      <w:r>
        <w:t>ریچولز کی امپورٹنس اسلام میں کچھ بھی نہیں ہے۔ دیکھیں، آپ ایک حدیث ہے نماز کے بارے میں: "لا صلات لم اللہ بیت خشہ"۔</w:t>
      </w:r>
    </w:p>
    <w:p>
      <w:r>
        <w:rPr>
          <w:b/>
        </w:rPr>
        <w:t xml:space="preserve">[1:23:07] </w:t>
      </w:r>
      <w:r>
        <w:t>jis ki namaz mein khushi nahi hai, us ki namaz hi nahi hai. agarche ritual zyada kiya ho, is mein hadith mein aata hai ke ek shakhs ne namaz padhi is masjid nabwi mein, kaha ji is ne sare rituals is ne anjam di.</w:t>
      </w:r>
    </w:p>
    <w:p>
      <w:pPr>
        <w:jc w:val="right"/>
      </w:pPr>
      <w:r>
        <w:t>جس کی نماز میں خوشی نہیں ہے، اس کی نماز ہی نہیں ہے۔ اگرچہ ریچول زیادہ کیا ہو، اس میں حدیث میں آتا ہے کہ ایک شخص نے نماز پڑھی اس مسجد نبوی میں، کہا جی اس نے سارے ریچولز اس نے انجام دیے۔</w:t>
      </w:r>
    </w:p>
    <w:p>
      <w:r>
        <w:rPr>
          <w:b/>
        </w:rPr>
        <w:t xml:space="preserve">[1:23:21] </w:t>
      </w:r>
      <w:r>
        <w:t>aap ke paas aya to aap ne kaha: "arja fasil le, fandak lam tasil le". jao phir se namaz padho, koi tum ne namaz nahi padhi to rituals to ada kar diya to is ne.</w:t>
      </w:r>
    </w:p>
    <w:p>
      <w:pPr>
        <w:jc w:val="right"/>
      </w:pPr>
      <w:r>
        <w:t>آپ کے پاس آیا تو آپ نے کہا: "ارج فصل لے، فندک لم تصل لے"۔ جاؤ پھر سے نماز پڑھو، کوئی تم نے نماز نہیں پڑھی تو ریچولز تو ادا کر دیا تو اس نے۔</w:t>
      </w:r>
    </w:p>
    <w:p>
      <w:r>
        <w:rPr>
          <w:b/>
        </w:rPr>
        <w:t xml:space="preserve">[1:23:32] </w:t>
      </w:r>
      <w:r>
        <w:t>yahan tak ke ek hadith mein hai ke ek zamana aye ga jab ke khoob namazein parhe ge log, matlab in terms of ritual.</w:t>
      </w:r>
    </w:p>
    <w:p>
      <w:pPr>
        <w:jc w:val="right"/>
      </w:pPr>
      <w:r>
        <w:t>یہاں تک کہ ایک حدیث میں ہے کہ ایک زمانہ آئے گا جب کہ خوب نمازیں پڑھیں گے لوگ، مطلب ان ٹرمز آف ریچول۔</w:t>
      </w:r>
    </w:p>
    <w:p>
      <w:r>
        <w:rPr>
          <w:b/>
        </w:rPr>
        <w:t xml:space="preserve">[1:23:43] </w:t>
      </w:r>
      <w:r>
        <w:t>to is mein hai ke: "masaj do maamra wahee kharab bain al-hudaa"</w:t>
      </w:r>
    </w:p>
    <w:p>
      <w:pPr>
        <w:jc w:val="right"/>
      </w:pPr>
      <w:r>
        <w:t>تو اس میں ہے کہ: "مساج دو معامرہ وحی خراب بین الہدی"</w:t>
      </w:r>
    </w:p>
    <w:p>
      <w:r>
        <w:rPr>
          <w:b/>
        </w:rPr>
        <w:t xml:space="preserve">[1:23:48] </w:t>
      </w:r>
      <w:r>
        <w:t>. yani koi masjidien ritual wali namaz parhne wali bhari hui hongi lekin wo hidayat se khali hongi. to main samajhta hoon ke rituals ki koi importance nahi hai.</w:t>
      </w:r>
    </w:p>
    <w:p>
      <w:pPr>
        <w:jc w:val="right"/>
      </w:pPr>
      <w:r>
        <w:t>۔ یعنی کوئی مسجدیں ریچول والی نماز پڑھنے والی بھری ہوئی ہوں گی لیکن وہ ہدایت سے خالی ہوں گی۔ تو میں سمجھتا ہوں کہ ریچولز کی کوئی امپورٹنس نہیں ہے۔</w:t>
      </w:r>
    </w:p>
    <w:p>
      <w:r>
        <w:rPr>
          <w:b/>
        </w:rPr>
        <w:t xml:space="preserve">[1:23:59] </w:t>
      </w:r>
      <w:r>
        <w:t>jo is ki importance hai, wo khushiyon ki hai.</w:t>
      </w:r>
    </w:p>
    <w:p>
      <w:pPr>
        <w:jc w:val="right"/>
      </w:pPr>
      <w:r>
        <w:t>جو اس کی امپورٹنس ہے، وہ خوشیوں کی ہے۔</w:t>
      </w:r>
    </w:p>
    <w:p>
      <w:r>
        <w:rPr>
          <w:b/>
        </w:rPr>
        <w:t xml:space="preserve">[1:24:06] </w:t>
      </w:r>
      <w:r>
        <w:t>maulana, agla sawal ghazi abad se hai, mister arun ka. unhone likha hai: "how can a person save oneself from bad habits?</w:t>
      </w:r>
    </w:p>
    <w:p>
      <w:pPr>
        <w:jc w:val="right"/>
      </w:pPr>
      <w:r>
        <w:t>مولانا، اگلا سوال غازی آباد سے ہے، مسٹر ارون کا۔ انہوں نے لکھا ہے: "ہاؤ کین ا پرسن سیو ون سیلف فرام بیڈ ہیبٹس؟</w:t>
      </w:r>
    </w:p>
    <w:p>
      <w:r>
        <w:rPr>
          <w:b/>
        </w:rPr>
        <w:t xml:space="preserve">[1:24:18] </w:t>
      </w:r>
      <w:r>
        <w:t>" is ke bare mein bataein. determination se bache ga in ka. koi doosra kiya kar sakta hai? aap jab jante hain ke ye bad habit hai to bas decide kijiye ke bas ab aaj se chhodna hai is ko.</w:t>
      </w:r>
    </w:p>
    <w:p>
      <w:pPr>
        <w:jc w:val="right"/>
      </w:pPr>
      <w:r>
        <w:t>" اس کے بارے میں بتائیں۔ ڈیٹرمی نیشن سے بچے گا ان کا۔ کوئی دوسرا کیا کر سکتا ہے؟ آپ جب جانتے ہیں کہ یہ بیڈ ہیبٹ ہے تو بس ڈیسائیڈ کیجئے کہ بس اب آج سے چھوڑنا ہے اس کو۔</w:t>
      </w:r>
    </w:p>
    <w:p>
      <w:r>
        <w:rPr>
          <w:b/>
        </w:rPr>
        <w:t xml:space="preserve">[1:24:34] </w:t>
      </w:r>
      <w:r>
        <w:t>aaj se chhodna hai. jaise cigarette peena hai, misaal ke taur par.</w:t>
      </w:r>
    </w:p>
    <w:p>
      <w:pPr>
        <w:jc w:val="right"/>
      </w:pPr>
      <w:r>
        <w:t>آج سے چھوڑنا ہے۔ جیسے سگریٹ پینا ہے، مثلاً۔</w:t>
      </w:r>
    </w:p>
    <w:p>
      <w:r>
        <w:rPr>
          <w:b/>
        </w:rPr>
        <w:t xml:space="preserve">[1:24:41] </w:t>
      </w:r>
      <w:r>
        <w:t>to ek sahab se meri mulaqat hui to un se bohat se logon ne kaha tha: "cigarette mat piyo, mat piyo, mat piyo".</w:t>
      </w:r>
    </w:p>
    <w:p>
      <w:pPr>
        <w:jc w:val="right"/>
      </w:pPr>
      <w:r>
        <w:t>تو ایک صاحب سے میری ملاقات ہوئی تو ان سے بہت سے لوگوں نے کہا تھا: "سگریٹ مت پیو، مت پیو، مت پیو"۔</w:t>
      </w:r>
    </w:p>
    <w:p>
      <w:r>
        <w:rPr>
          <w:b/>
        </w:rPr>
        <w:t xml:space="preserve">[1:24:50] </w:t>
      </w:r>
      <w:r>
        <w:t>to main ne kaha ke dekhen, unhone aap ko doosre andaaz mein kaha hoga. main aap se kehta hoon ke cigarette jo hai, wo distraction hai.</w:t>
      </w:r>
    </w:p>
    <w:p>
      <w:pPr>
        <w:jc w:val="right"/>
      </w:pPr>
      <w:r>
        <w:t>تو میں نے کہا کہ دیکھیں، انہوں نے آپ کو دوسرے انداز میں کہا ہوگا۔ میں آپ سے کہتا ہوں کہ سگریٹ جو ہے، وہ ڈسٹریکشن ہے۔</w:t>
      </w:r>
    </w:p>
    <w:p>
      <w:r>
        <w:rPr>
          <w:b/>
        </w:rPr>
        <w:t xml:space="preserve">[1:25:02] </w:t>
      </w:r>
      <w:r>
        <w:t>is ko main ne explain kiya ke cigarette kis tarah distraction hai aur distraction aadmi ke development mein rukawat hai.</w:t>
      </w:r>
    </w:p>
    <w:p>
      <w:pPr>
        <w:jc w:val="right"/>
      </w:pPr>
      <w:r>
        <w:t>اس کو میں نے ایکسپلین کیا کہ سگریٹ کس طرح ڈسٹریکشن ہے اور ڈسٹریکشن آدمی کے ڈیولپمنٹ میں رکاوٹ ہے۔</w:t>
      </w:r>
    </w:p>
    <w:p>
      <w:r>
        <w:rPr>
          <w:b/>
        </w:rPr>
        <w:t xml:space="preserve">[1:25:12] </w:t>
      </w:r>
      <w:r>
        <w:t>to isi waqt unhone kiya kiya ke un ke paas jo packet tha, wo jala diya aur unhone kaha ke aaj cigarette nahi piyoon ga. to agar aap ke andar aye, yani soch ke ye cheez galat hai,</w:t>
      </w:r>
    </w:p>
    <w:p>
      <w:pPr>
        <w:jc w:val="right"/>
      </w:pPr>
      <w:r>
        <w:t>تو اسی وقت انہوں نے کیا کیا کہ ان کے پاس جو پیکٹ تھا، وہ جلا دیا اور انہوں نے کہا کہ آج سگریٹ نہیں پیوں گا۔ تو اگر آپ کے اندر آ جائے، یعنی سوچ کہ یہ چیز غلط ہے،</w:t>
      </w:r>
    </w:p>
    <w:p>
      <w:r>
        <w:rPr>
          <w:b/>
        </w:rPr>
        <w:t xml:space="preserve">[1:25:28] </w:t>
      </w:r>
      <w:r>
        <w:t>yani strong way mein, to aap ye ek cigarette mein tay kar sakte hain ke main aaj se mujhe ye habit ko chhodna hai. koi mushkil nahi. lekin strong soch to nahi aati hai, is liye aadmi phansa rehta hai, phansa rehta</w:t>
      </w:r>
    </w:p>
    <w:p>
      <w:pPr>
        <w:jc w:val="right"/>
      </w:pPr>
      <w:r>
        <w:t>یعنی اسٹرانگ وے میں، تو آپ یہ ایک سگریٹ میں طے کر سکتے ہیں کہ میں آج سے مجھے یہ ہیبٹ کو چھوڑنا ہے۔ کوئی مشکل نہیں۔ لیکن اسٹرانگ سوچ تو نہیں آتی ہے، اس لیے آدمی پھنسا رہتا ہے، پھنسا رہتا</w:t>
      </w:r>
    </w:p>
    <w:p>
      <w:r>
        <w:rPr>
          <w:b/>
        </w:rPr>
        <w:t xml:space="preserve">[1:25:40] </w:t>
      </w:r>
      <w:r>
        <w:t>hai. to sirf strong soch hi ko develop karna hai aur kuch nahi. strong soch nahi hai to jari rahe gi.</w:t>
      </w:r>
    </w:p>
    <w:p>
      <w:pPr>
        <w:jc w:val="right"/>
      </w:pPr>
      <w:r>
        <w:t>ہے۔ تو صرف اسٹرانگ سوچ ہی کو ڈیولپ کرنا ہے اور کچھ نہیں۔ اسٹرانگ سوچ نہیں ہے تو جاری رہے گی۔</w:t>
      </w:r>
    </w:p>
    <w:p>
      <w:r>
        <w:rPr>
          <w:b/>
        </w:rPr>
        <w:t xml:space="preserve">[1:25:48] </w:t>
      </w:r>
      <w:r>
        <w:t>aur strong soch hai to aap ek cigarette mein chhod sakte ho is ko.</w:t>
      </w:r>
    </w:p>
    <w:p>
      <w:pPr>
        <w:jc w:val="right"/>
      </w:pPr>
      <w:r>
        <w:t>اور اسٹرانگ سوچ ہے تو آپ ایک سگریٹ میں چھوڑ سکتے ہو اس کو۔</w:t>
      </w:r>
    </w:p>
    <w:p>
      <w:r>
        <w:rPr>
          <w:b/>
        </w:rPr>
        <w:t xml:space="preserve">[1:25:56] </w:t>
      </w:r>
      <w:r>
        <w:t>maulana, agla sawal dilli se hai, maulana farhad ahmad sahab ka.</w:t>
      </w:r>
    </w:p>
    <w:p>
      <w:pPr>
        <w:jc w:val="right"/>
      </w:pPr>
      <w:r>
        <w:t>مولانا، اگلا سوال دلی سے ہے، مولانا فرہاد احمد صاحب کا۔</w:t>
      </w:r>
    </w:p>
    <w:p>
      <w:r>
        <w:rPr>
          <w:b/>
        </w:rPr>
        <w:t xml:space="preserve">[1:26:00] </w:t>
      </w:r>
      <w:r>
        <w:t>unhone likha hai: "aaj kal kuch musalman ye kehte hain ke india mein saudi jaisa qanoon banana chahiye taake yahan ikhlaqi evil par control kiya ja sake." maulana, is ke bare mein aap...</w:t>
      </w:r>
    </w:p>
    <w:p>
      <w:pPr>
        <w:jc w:val="right"/>
      </w:pPr>
      <w:r>
        <w:t>انہوں نے لکھا ہے: "آج کل کچھ مسلمان یہ کہتے ہیں کہ انڈیا میں سعودی جیسا قانون بنانا چاہیے تاکہ یہاں اخلاقی ایول پر کنٹرول کیا جا سکے۔" مولانا، اس کے بارے میں آپ...</w:t>
      </w:r>
    </w:p>
    <w:p>
      <w:r>
        <w:rPr>
          <w:b/>
        </w:rPr>
        <w:t xml:space="preserve">[1:26:14] </w:t>
      </w:r>
      <w:r>
        <w:t>ye bekar baatein hain. kiya qanoon aise banta hai kahin? parliament banati hai qanoon? ye aap ke kehne se qanoon ban jaye ga?</w:t>
      </w:r>
    </w:p>
    <w:p>
      <w:pPr>
        <w:jc w:val="right"/>
      </w:pPr>
      <w:r>
        <w:t>یہ بیکار باتیں ہیں۔ کیا قانون ایسے بنتا ہے کہیں؟ پارلیمنٹ بناتی ہے قانون؟ یہ آپ کے کہنے سے قانون بن جائے گا؟</w:t>
      </w:r>
    </w:p>
    <w:p>
      <w:r>
        <w:rPr>
          <w:b/>
        </w:rPr>
        <w:t xml:space="preserve">[1:26:23] </w:t>
      </w:r>
      <w:r>
        <w:t>jo log kehte hain, wo bilkul... main samajhta hoon ke ye log... ilm hai, na aql hai. la banate hain, kaise la banta hai? pure samaj se election hota hai, elect hote hain log, parliament banate hain, phir parliament ke log qanoon banate hain.</w:t>
      </w:r>
    </w:p>
    <w:p>
      <w:pPr>
        <w:jc w:val="right"/>
      </w:pPr>
      <w:r>
        <w:t>جو لوگ کہتے ہیں، وہ بالکل... میں سمجھتا ہوں کہ یہ لوگ... علم ہے، نا عقل ہے۔ لا بناتے ہیں، کیسے لا بنتا ہے؟ پورے سماج سے الیکشن ہوتا ہے، الیکٹ ہوتے ہیں لوگ، پارلیمنٹ بناتے ہیں، پھر پارلیمنٹ کے لوگ قانون بناتے ہیں۔</w:t>
      </w:r>
    </w:p>
    <w:p>
      <w:r>
        <w:rPr>
          <w:b/>
        </w:rPr>
        <w:t xml:space="preserve">[1:26:38] </w:t>
      </w:r>
      <w:r>
        <w:t>aap ye keh dein ke wo aisa qanoon banayein ge, wo... ye bekar baatein hain. koi sar napaye is baat ko kahe.</w:t>
      </w:r>
    </w:p>
    <w:p>
      <w:pPr>
        <w:jc w:val="right"/>
      </w:pPr>
      <w:r>
        <w:t>آپ یہ کہہ دیں کہ وہ ایسا قانون بنائیں گے، وہ... یہ بیکار باتیں ہیں۔ کوئی سر نپائے اس بات کو کہے۔</w:t>
      </w:r>
    </w:p>
    <w:p>
      <w:r>
        <w:rPr>
          <w:b/>
        </w:rPr>
        <w:t xml:space="preserve">[1:26:47] </w:t>
      </w:r>
      <w:r>
        <w:t>aur saudi arab mein aap ko kiya pata hai ke saudi arab mein kiya hai, kiya nahi?</w:t>
      </w:r>
    </w:p>
    <w:p>
      <w:pPr>
        <w:jc w:val="right"/>
      </w:pPr>
      <w:r>
        <w:t>اور سعودی عرب میں آپ کو کیا پتہ ہے کہ سعودی عرب میں کیا ہے، کیا نہیں؟</w:t>
      </w:r>
    </w:p>
    <w:p>
      <w:r>
        <w:rPr>
          <w:b/>
        </w:rPr>
        <w:t xml:space="preserve">[1:26:51] </w:t>
      </w:r>
      <w:r>
        <w:t>aap ja ke rahiye, ek mahine to phans lein aap ko. main saudi arab se india ko behtar samajhta hoon, yaad rakhiye. india mein jo hum ko azadi hai, azadi, wo saudi arab mein nahi hai.</w:t>
      </w:r>
    </w:p>
    <w:p>
      <w:pPr>
        <w:jc w:val="right"/>
      </w:pPr>
      <w:r>
        <w:t>آپ جا کے رہیے، ایک مہینے تو پھنس لیں آپ کو۔ میں سعودی عرب سے انڈیا کو بہتر سمجھتا ہوں، یاد رکھیے۔ انڈیا میں جو ہم کو آزادی ہے، آزادی، وہ سعودی عرب میں نہیں ہے۔</w:t>
      </w:r>
    </w:p>
    <w:p>
      <w:r>
        <w:rPr>
          <w:b/>
        </w:rPr>
        <w:t xml:space="preserve">[1:27:02] </w:t>
      </w:r>
      <w:r>
        <w:t>yeh program hum karte hain, hum nahi kar sakte Saudi Arab mein. Saudi Arab mein nahi kar sakte yeh program hum. To mein to azadi ko sab se bari cheez samajhta hoon.</w:t>
      </w:r>
    </w:p>
    <w:p>
      <w:pPr>
        <w:jc w:val="right"/>
      </w:pPr>
      <w:r>
        <w:t>یہ پروگرام ہم کرتے ہیں، ہم نہیں کر سکتے سعودی عرب میں۔ سعودی عرب میں نہیں کر سکتے یہ پروگرام ہم۔ تو میں تو آزادی کو سب سے بڑی چیز سمجھتا ہوں۔</w:t>
      </w:r>
    </w:p>
    <w:p>
      <w:r>
        <w:rPr>
          <w:b/>
        </w:rPr>
        <w:t xml:space="preserve">[1:27:16] </w:t>
      </w:r>
      <w:r>
        <w:t>sab se bari cheez azadi hai.</w:t>
      </w:r>
    </w:p>
    <w:p>
      <w:pPr>
        <w:jc w:val="right"/>
      </w:pPr>
      <w:r>
        <w:t>سب سے بڑی چیز آزادی ہے۔</w:t>
      </w:r>
    </w:p>
    <w:p>
      <w:r>
        <w:rPr>
          <w:b/>
        </w:rPr>
        <w:t xml:space="preserve">[1:27:19] </w:t>
      </w:r>
      <w:r>
        <w:t>azadi nahi to koi taraqqi nahi. Wahan par khane peene ka hai, bas khoob khao, khoob khoob kamao, khoob khao. Koi azad activity aap nahi kar sakte wahan par.</w:t>
      </w:r>
    </w:p>
    <w:p>
      <w:pPr>
        <w:jc w:val="right"/>
      </w:pPr>
      <w:r>
        <w:t>آزادی نہیں تو کوئی ترقی نہیں۔ وہاں پر کھانے پینے کا ہے، بس خوب کھاؤ، خوب خوب کماؤ، خوب کھاؤ۔ کوئی آزاد ایکٹیویٹی آپ نہیں کر سکتے وہاں پر۔</w:t>
      </w:r>
    </w:p>
    <w:p>
      <w:r>
        <w:rPr>
          <w:b/>
        </w:rPr>
        <w:t xml:space="preserve">[1:27:32] </w:t>
      </w:r>
      <w:r>
        <w:t>yeh sare log jo ulama jate hain, wahan par jate hain, woh paisa lane ke liye. Wahan, yahan, wahan, woh kuch nahi kar sakte. Woh mujhe paisa dena hai to woh wahan jate bhi nahi.</w:t>
      </w:r>
    </w:p>
    <w:p>
      <w:pPr>
        <w:jc w:val="right"/>
      </w:pPr>
      <w:r>
        <w:t>یہ سارے لوگ جو علماء جاتے ہیں، وہاں پر جاتے ہیں، وہ پیسہ لانے کے لیے۔ وہاں، یہاں، وہاں، وہ کچھ نہیں کر سکتے۔ وہ مجھے پیسہ دینا ہے تو وہ وہاں جاتے بھی نہیں۔</w:t>
      </w:r>
    </w:p>
    <w:p>
      <w:r>
        <w:rPr>
          <w:b/>
        </w:rPr>
        <w:t xml:space="preserve">[1:27:45] </w:t>
      </w:r>
      <w:r>
        <w:t>mujhe to mission chahiye, mission. Koi bhi bare se bara aalim Saudi Arab mein interpreted mission nahi chala sakta. Hum to bohat bhi nemmat samajhte hain India ko.</w:t>
      </w:r>
    </w:p>
    <w:p>
      <w:pPr>
        <w:jc w:val="right"/>
      </w:pPr>
      <w:r>
        <w:t>مجھے تو مشن چاہیے، مشن۔ کوئی بھی بڑے سے بڑا عالم سعودی عرب میں انٹرپریٹڈ مشن نہیں چلا سکتا۔ ہم تو بہت بھی نعمت سمجھتے ہیں انڈیا کو۔</w:t>
      </w:r>
    </w:p>
    <w:p>
      <w:r>
        <w:rPr>
          <w:b/>
        </w:rPr>
        <w:t xml:space="preserve">[1:27:55] </w:t>
      </w:r>
      <w:r>
        <w:t>kaise? nadar log hain jo India ki value nahi jante.</w:t>
      </w:r>
    </w:p>
    <w:p>
      <w:pPr>
        <w:jc w:val="right"/>
      </w:pPr>
      <w:r>
        <w:t>کیسے؟ نادار لوگ ہیں جو انڈیا کی ویلیو نہیں جانتے۔</w:t>
      </w:r>
    </w:p>
    <w:p>
      <w:r>
        <w:rPr>
          <w:b/>
        </w:rPr>
        <w:t xml:space="preserve">[1:28:02] </w:t>
      </w:r>
      <w:r>
        <w:t>Maulana, agla sawal Hyderabad se hai, Miss Salma ka. Unhon ne aapse poocha hai: "What is the importance of shukr in Islam?"</w:t>
      </w:r>
    </w:p>
    <w:p>
      <w:pPr>
        <w:jc w:val="right"/>
      </w:pPr>
      <w:r>
        <w:t>مولانا، اگلا سوال حیدرآباد سے ہے، مس سلمہ کا۔ انہوں نے آپ سے پوچھا ہے: "واٹ از دی امپورٹنس آف شکر ان اسلام؟"</w:t>
      </w:r>
    </w:p>
    <w:p>
      <w:r>
        <w:rPr>
          <w:b/>
        </w:rPr>
        <w:t xml:space="preserve">[1:28:12] </w:t>
      </w:r>
      <w:r>
        <w:t>shukr to sab kuch hai Islam mein. Alhamdulillah Rabb-ul-Alameen jo hai, hum shukr hi to hain.</w:t>
      </w:r>
    </w:p>
    <w:p>
      <w:pPr>
        <w:jc w:val="right"/>
      </w:pPr>
      <w:r>
        <w:t>شکر تو سب کچھ ہے اسلام میں۔ الحمدللہ رب العالمین جو ہے، ہم شکر ہی تو ہیں۔</w:t>
      </w:r>
    </w:p>
    <w:p>
      <w:r>
        <w:rPr>
          <w:b/>
        </w:rPr>
        <w:t xml:space="preserve">[1:28:23] </w:t>
      </w:r>
      <w:r>
        <w:t>sab se bari cheez Islam mein shukr hai. Aur aaj ke musalmanon mein shukr bilkul ghayab hai. Kam az kam mujhe nahi maloom koi insan jo sahi ma'ano mein shukr karne wala ho.</w:t>
      </w:r>
    </w:p>
    <w:p>
      <w:pPr>
        <w:jc w:val="right"/>
      </w:pPr>
      <w:r>
        <w:t>سب سے بڑی چیز اسلام میں شکر ہے۔ اور آج کے مسلمانوں میں شکر بالکل غائب ہے۔ کم از کم مجھے نہیں معلوم کوئی انسان جو صحیح معنی میں شکر کرنے والا ہو۔</w:t>
      </w:r>
    </w:p>
    <w:p>
      <w:r>
        <w:rPr>
          <w:b/>
        </w:rPr>
        <w:t xml:space="preserve">[1:28:34] </w:t>
      </w:r>
      <w:r>
        <w:t>shukr karte hain kis par log? Apne bete, beti par, apne ghar par, apne job par, apni dukaan par, business par. Allah ka shukr kaun karta hai?</w:t>
      </w:r>
    </w:p>
    <w:p>
      <w:pPr>
        <w:jc w:val="right"/>
      </w:pPr>
      <w:r>
        <w:t>شکر کرتے ہیں کس پر لوگ؟ اپنے بیٹے، بیٹی پر، اپنے گھر پر، اپنے جاب پر، اپنی دکان پر، بزنس پر۔ اللہ کا شکر کون کرتا ہے؟</w:t>
      </w:r>
    </w:p>
    <w:p>
      <w:r>
        <w:rPr>
          <w:b/>
        </w:rPr>
        <w:t xml:space="preserve">[1:28:44] </w:t>
      </w:r>
      <w:r>
        <w:t>kam az kam mein woh insan aaj tak nahi mila hoon is insan se jo haqeeqi ma'ano mein Allah ka shukr karne wala ho.</w:t>
      </w:r>
    </w:p>
    <w:p>
      <w:pPr>
        <w:jc w:val="right"/>
      </w:pPr>
      <w:r>
        <w:t>کم از کم میں وہ انسان آج تک نہیں ملا ہوں اس انسان سے جو حقیقی معنی میں اللہ کا شکر کرنے والا ہو۔</w:t>
      </w:r>
    </w:p>
    <w:p>
      <w:r>
        <w:rPr>
          <w:b/>
        </w:rPr>
        <w:t xml:space="preserve">[1:28:55] </w:t>
      </w:r>
      <w:r>
        <w:t>aksar mera yeh tajruba hota hai, mein logon se poochta hoon koi item ko le kar ke ke bataein ke yeh is item par aap ne Allah ka shukr kiya?</w:t>
      </w:r>
    </w:p>
    <w:p>
      <w:pPr>
        <w:jc w:val="right"/>
      </w:pPr>
      <w:r>
        <w:t>اکثر میرا یہ تجربہ ہوتا ہے، میں لوگوں سے پوچھتا ہوں کوئی آئٹم کو لے کر کے کہ بتائیں کہ یہ اس آئٹم پر آپ نے اللہ کا شکر کیا؟</w:t>
      </w:r>
    </w:p>
    <w:p>
      <w:r>
        <w:rPr>
          <w:b/>
        </w:rPr>
        <w:t xml:space="preserve">[1:29:05] </w:t>
      </w:r>
      <w:r>
        <w:t>kyunki yeh misaal to mein technology jo hai, technology kya hai? Is nature mein maujood</w:t>
      </w:r>
    </w:p>
    <w:p>
      <w:pPr>
        <w:jc w:val="right"/>
      </w:pPr>
      <w:r>
        <w:t>کیونکہ یہ مثال تو میں ٹیکنالوجی جو ہے، ٹیکنالوجی کیا ہے؟ اس نیچر میں موجود</w:t>
      </w:r>
    </w:p>
    <w:p>
      <w:r>
        <w:rPr>
          <w:b/>
        </w:rPr>
        <w:t xml:space="preserve">[1:29:11] </w:t>
      </w:r>
      <w:r>
        <w:t>thi, Allah ne in nature mein rakh diya tha, potentially. Is ko insan ne daryaft kiya. Ab log khoob istemal kar rahe hain. Masalan ghari hai, radio hai, telephone hai, mobile hai, camera hai.</w:t>
      </w:r>
    </w:p>
    <w:p>
      <w:pPr>
        <w:jc w:val="right"/>
      </w:pPr>
      <w:r>
        <w:t>تھی، اللہ نے ان نیچر میں رکھ دیا تھا، پوٹینشلی۔ اس کو انسان نے دریافت کیا۔ اب لوگ خوب استعمال کر رہے ہیں۔ مثلاً گھڑی ہے، ریڈیو ہے، ٹیلی فون ہے، موبائل ہے، کیمرہ ہے۔</w:t>
      </w:r>
    </w:p>
    <w:p>
      <w:r>
        <w:rPr>
          <w:b/>
        </w:rPr>
        <w:t xml:space="preserve">[1:29:25] </w:t>
      </w:r>
      <w:r>
        <w:t>yeh sara Allah ka atiya to tha. Lekin sab log kya samajhte hain ke sabaq sector mein gaye, wahan se khareed liya, bas mil gaya hum ko.</w:t>
      </w:r>
    </w:p>
    <w:p>
      <w:pPr>
        <w:jc w:val="right"/>
      </w:pPr>
      <w:r>
        <w:t>یہ سارا اللہ کا عطیہ تو تھا۔ لیکن سب لوگ کیا سمجھتے ہیں کہ سابق سیکٹر میں گئے، وہاں سے خرید لیا، بس مل گیا ہم کو۔</w:t>
      </w:r>
    </w:p>
    <w:p>
      <w:r>
        <w:rPr>
          <w:b/>
        </w:rPr>
        <w:t xml:space="preserve">[1:29:34] </w:t>
      </w:r>
      <w:r>
        <w:t>mujhe to koi nahi mila jo is par shukr karta ho sahi ma'ano mein. Ke kitni bari bari nemmatein Allah ne rakh di thi zameen</w:t>
      </w:r>
    </w:p>
    <w:p>
      <w:pPr>
        <w:jc w:val="right"/>
      </w:pPr>
      <w:r>
        <w:t>مجھے تو کوئی نہیں ملا جو اس پر شکر کرتا ہو صحیح معنی میں۔ کہ کتنی بڑی بڑی نعمتیں اللہ نے رکھ دی تھیں زمین</w:t>
      </w:r>
    </w:p>
    <w:p>
      <w:r>
        <w:rPr>
          <w:b/>
        </w:rPr>
        <w:t xml:space="preserve">[1:29:40] </w:t>
      </w:r>
      <w:r>
        <w:t>mein, is ko discover kar ke hum istemal kar rahe hain. Koi bhi nahi. Bas samajhte hain ke jeeb mein paisa tha, hum ja ke khareed liya.</w:t>
      </w:r>
    </w:p>
    <w:p>
      <w:pPr>
        <w:jc w:val="right"/>
      </w:pPr>
      <w:r>
        <w:t>میں، اس کو ڈسکورڈ کر کے ہم استعمال کر رہے ہیں۔ کوئی بھی نہیں۔ بس سمجھتے ہیں کہ جیب میں پیسہ تھا، ہم جا کے خرید لیا۔</w:t>
      </w:r>
    </w:p>
    <w:p>
      <w:r>
        <w:rPr>
          <w:b/>
        </w:rPr>
        <w:t xml:space="preserve">[1:29:50] </w:t>
      </w:r>
      <w:r>
        <w:t>koi shukr nahi, Alhamdulillah, Subhan Allah karte hain jo log. Woh to ek culture hai, bas. Haqeeqi ma'ano mein dil se aur aur daryaft ke darje mein shukr karne wala kam az kam mujhe to nahi milta.</w:t>
      </w:r>
    </w:p>
    <w:p>
      <w:pPr>
        <w:jc w:val="right"/>
      </w:pPr>
      <w:r>
        <w:t>کوئی شکر نہیں، الحمدللہ، سبحان اللہ کرتے ہیں جو لوگ۔ وہ تو ایک کلچر ہے، بس۔ حقیقی معنی میں دل سے اور اور دریافت کے درجے میں شکر کرنے والا کم از کم مجھے تو نہیں ملتا۔</w:t>
      </w:r>
    </w:p>
    <w:p>
      <w:r>
        <w:rPr>
          <w:b/>
        </w:rPr>
        <w:t xml:space="preserve">[1:30:05] </w:t>
      </w:r>
      <w:r>
        <w:t>agar koi hai to mein us se mulaqat karna chahta hoon.</w:t>
      </w:r>
    </w:p>
    <w:p>
      <w:pPr>
        <w:jc w:val="right"/>
      </w:pPr>
      <w:r>
        <w:t>اگر کوئی ہے تو میں اس سے ملاقات کرنا چاہتا ہ</w:t>
      </w:r>
    </w:p>
    <w:p>
      <w:r>
        <w:rPr>
          <w:b/>
        </w:rPr>
        <w:t xml:space="preserve">[1:30:08] </w:t>
      </w:r>
      <w:r>
        <w:t>oon. Is ka naam mujhe bataiye, mein us ko miloon ga ja kar ke. Jahan bhi jahan bhi rehta hoon, wahan jaon ga. Agar haqeeqi ma'ano mein koi woh shukr jo matloob hai, bara shukr, yaani shukr ka samandar jis ke dil mein aa gaya ho, shukr chashme jari ho gaye jis ke dil mein, woh shukr, yaani shukr ka ek ek ek ek kainaati infijar jis ke dil mein aa gaya ho,</w:t>
      </w:r>
    </w:p>
    <w:p>
      <w:pPr>
        <w:jc w:val="right"/>
      </w:pPr>
      <w:r>
        <w:t>وں۔ اس کا نام مجھے بتائیے، میں اس کو ملوں گا جا کر کے۔ جہاں بھی جہاں بھی رہتا ہوں، وہاں جاؤں گا۔ اگر حقیقی معنی میں کوئی وہ شکر جو مطلوب ہے، بڑا شکر، یعنی شکر کا سمندر جس کے دل میں آ گیا ہو، شکر چشمے جاری ہو گئے جس کے دل میں، وہ شکر، یعنی شکر کا ایک ایک ایک ایک کائناتی انفجار جس کے دل میں آ گیا ہو،</w:t>
      </w:r>
    </w:p>
    <w:p>
      <w:r>
        <w:rPr>
          <w:b/>
        </w:rPr>
        <w:t xml:space="preserve">[1:30:33] </w:t>
      </w:r>
      <w:r>
        <w:t>yaani shukr ka ek ek is ke mind ko is ne jagah diya ho, aisa insan, is ki zindagi shukr mein dhal gayi ho,</w:t>
      </w:r>
    </w:p>
    <w:p>
      <w:pPr>
        <w:jc w:val="right"/>
      </w:pPr>
      <w:r>
        <w:t>یعنی شکر کا ایک ایک اس کے مائنڈ کو اس نے جگہ دیا ہو، ایسا انسان، اس کی زندگی شکر میں ڈھل گئی ہو،</w:t>
      </w:r>
    </w:p>
    <w:p>
      <w:r>
        <w:rPr>
          <w:b/>
        </w:rPr>
        <w:t xml:space="preserve">[1:30:47] </w:t>
      </w:r>
      <w:r>
        <w:t>ek ek ek explosion ke roop mein aata hai shukr. Agar sacha shukr aata hai kisi ke andar, woh hai hi nahi bilkul. Ulama mein bhi nahi hai, ghair ulama mein bhi nahi hai.</w:t>
      </w:r>
    </w:p>
    <w:p>
      <w:pPr>
        <w:jc w:val="right"/>
      </w:pPr>
      <w:r>
        <w:t>ایک ایک ایک ایکسپلوژن کے روپ میں آتا ہے شکر۔ اگر سچا شکر آتا ہے کسی کے اندر، وہ ہے ہی نہیں بالکل۔ علماء میں بھی نہیں ہے، غیر علماء میں بھی نہیں ہے۔</w:t>
      </w:r>
    </w:p>
    <w:p>
      <w:r>
        <w:rPr>
          <w:b/>
        </w:rPr>
        <w:t xml:space="preserve">[1:30:56] </w:t>
      </w:r>
      <w:r>
        <w:t>to sab se bari cheez hai shukr, jis ko shaitan ne logon se cheen liya, cheen rakha hai.</w:t>
      </w:r>
    </w:p>
    <w:p>
      <w:pPr>
        <w:jc w:val="right"/>
      </w:pPr>
      <w:r>
        <w:t>تو سب سے بڑی چیز ہے شکر، جس کو شیطان نے لوگوں سے چھین لیا، چھین رکھا ہے۔</w:t>
      </w:r>
    </w:p>
    <w:p>
      <w:r>
        <w:rPr>
          <w:b/>
        </w:rPr>
        <w:t xml:space="preserve">[1:31:03] </w:t>
      </w:r>
      <w:r>
        <w:t>hamara mission jo hai, yahi mission hai, ek lafz mein. Hum log chahte hain ke shukr shukr karne wale banen. Woh shukr ayega to dawat ayegi, shukr ayega to Islam ke sare a'amal mein jaan aa jayegi.</w:t>
      </w:r>
    </w:p>
    <w:p>
      <w:pPr>
        <w:jc w:val="right"/>
      </w:pPr>
      <w:r>
        <w:t>ہمارا مشن جو ہے، یہی مشن ہے، ایک لفظ میں۔ ہم لوگ چاہتے ہیں کہ شکر شکر کرنے والے بنیں۔ وہ شکر آئے گا تو دعوت آئے گی، شکر آئے گا تو اسلام کے سارے اعمال میں جان آ جائے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