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Maarifah (God-Realization) December 26, 2021 Dr. Saniyasnain Khan</w:t>
      </w:r>
    </w:p>
    <w:p>
      <w:r>
        <w:t>https://www.youtube.com/watch?v=cQ9o_l5mrbI</w:t>
      </w:r>
    </w:p>
    <w:p>
      <w:r>
        <w:rPr>
          <w:b/>
        </w:rPr>
        <w:t xml:space="preserve">[00:12] </w:t>
      </w:r>
      <w:r>
        <w:t>Assalam-o-Alaikum, aaj hamari baat cheet ka mozu ma'arifat hai. Ma'arifat yaani God Realization hamare liye itna hi zaroori hai jitna ke khana aur pani.</w:t>
      </w:r>
    </w:p>
    <w:p>
      <w:pPr>
        <w:jc w:val="right"/>
      </w:pPr>
      <w:r>
        <w:t>السلام علیکم، آج ہماری بات چیت کا موضوع معرفت ہے۔ معرفت یعنی God Realization ہمارے لیے اتنا ہی ضروری ہے جتنا کہ کھانا اور پانی۔</w:t>
      </w:r>
    </w:p>
    <w:p>
      <w:r>
        <w:rPr>
          <w:b/>
        </w:rPr>
        <w:t xml:space="preserve">[00:24] </w:t>
      </w:r>
      <w:r>
        <w:t>jis tarah hamari Physical Development ke liye khana aur pani zaroori hai, isi tarah hamari rooh ki Development ke liye marifat zaroori hai.</w:t>
      </w:r>
    </w:p>
    <w:p>
      <w:pPr>
        <w:jc w:val="right"/>
      </w:pPr>
      <w:r>
        <w:t>جس طرح ہماری Physical Development کے لیے کھانا اور پانی ضروری ہے، اسی طرح ہماری روح کی Development کے لیے معرفت ضروری ہے۔</w:t>
      </w:r>
    </w:p>
    <w:p>
      <w:r>
        <w:rPr>
          <w:b/>
        </w:rPr>
        <w:t xml:space="preserve">[00:33] </w:t>
      </w:r>
      <w:r>
        <w:t>aap is baat se zaroor, is baat ko zaroor manenge ke aaj Materialistic dunya mein har koi insan Depression, Stress, Tension, Anxiety, Suspicion, Mistrust—in sab cheezon se pareshan hai, aur is ka raaz sirf yeh hai ke woh marifat se khali hai.</w:t>
      </w:r>
    </w:p>
    <w:p>
      <w:pPr>
        <w:jc w:val="right"/>
      </w:pPr>
      <w:r>
        <w:t>آپ اس بات سے ضرور، اس بات کو ضرور مانیں گے کہ آج Materialistic دنیا میں ہر کوئی انسان Depression، Stress، Tension، Anxiety، Suspicion، Mistrust—ان سب چیزوں سے پریشان ہے، اور اس کا راز صرف یہ ہے کہ وہ معرفت سے خالی ہے۔</w:t>
      </w:r>
    </w:p>
    <w:p>
      <w:r>
        <w:rPr>
          <w:b/>
        </w:rPr>
        <w:t xml:space="preserve">[00:51] </w:t>
      </w:r>
      <w:r>
        <w:t>to</w:t>
      </w:r>
    </w:p>
    <w:p>
      <w:pPr>
        <w:jc w:val="right"/>
      </w:pPr>
      <w:r>
        <w:t>تو</w:t>
      </w:r>
    </w:p>
    <w:p>
      <w:r>
        <w:rPr>
          <w:b/>
        </w:rPr>
        <w:t xml:space="preserve">[00:52] </w:t>
      </w:r>
      <w:r>
        <w:t>chaliye aaj hum baat cheet karenge marifat ke upar CPS International ke Senior Member aur Trustee Doctor Saniya Asnin Khan sahab ke sath.</w:t>
      </w:r>
    </w:p>
    <w:p>
      <w:pPr>
        <w:jc w:val="right"/>
      </w:pPr>
      <w:r>
        <w:t>چلیے آج ہم بات چیت کریں گے معرفت کے اوپر CPS International کے Senior Member اور Trustee ڈاکٹر ثانیہ اسنین خان صاحب کے ساتھ۔</w:t>
      </w:r>
    </w:p>
    <w:p>
      <w:r>
        <w:rPr>
          <w:b/>
        </w:rPr>
        <w:t xml:space="preserve">[01:02] </w:t>
      </w:r>
      <w:r>
        <w:t>aah, Assalam o Alaikum Doctor sahab, kaise hain aap? Wa alaikum assalam, Alhamdulillah, bohat acha. Doctor sahab, ji, Doctor sahab, aaj ka jo Topic hai, jaisa ke maine kaha, marifat.</w:t>
      </w:r>
    </w:p>
    <w:p>
      <w:pPr>
        <w:jc w:val="right"/>
      </w:pPr>
      <w:r>
        <w:t>آہ، السلام علیکم ڈاکٹر صاحب، کیسے ہیں آپ؟ وعلیکم السلام، الحمدللہ، بہت اچھا۔ ڈاکٹر صاحب، جی، ڈاکٹر صاحب، آج کا جو Topic ہے، جیسا کہ میں نے کہا، معرفت۔</w:t>
      </w:r>
    </w:p>
    <w:p>
      <w:r>
        <w:rPr>
          <w:b/>
        </w:rPr>
        <w:t xml:space="preserve">[01:11] </w:t>
      </w:r>
      <w:r>
        <w:t>aah, yeh bohat hi Important Topic hai, aur main samajhta hoon ke har ek insan ke liye yeh bohat hi Important Subject</w:t>
      </w:r>
    </w:p>
    <w:p>
      <w:pPr>
        <w:jc w:val="right"/>
      </w:pPr>
      <w:r>
        <w:t>آہ، یہ بہت ہی Important Topic ہے، اور میں سمجھتا ہوں کہ ہر ایک انسان کے لیے یہ بہت ہی Important Subject</w:t>
      </w:r>
    </w:p>
    <w:p>
      <w:r>
        <w:rPr>
          <w:b/>
        </w:rPr>
        <w:t xml:space="preserve">[01:19] </w:t>
      </w:r>
      <w:r>
        <w:t>hai. aah, to sab se pehle Doctor sahab, aap hum sab ko yeh bataiye ke marifat ke kya maani hain? aah, is ko wazeh karen. Bismillah Rehman ur Rahim, Rab ishrah li sadri, wa yassir li amri,</w:t>
      </w:r>
    </w:p>
    <w:p>
      <w:pPr>
        <w:jc w:val="right"/>
      </w:pPr>
      <w:r>
        <w:t>ہے۔ آہ، تو سب سے پہلے ڈاکٹر صاحب، آپ ہم سب کو یہ بتائیے کہ معرفت کے کیا معنی ہیں؟ آہ، اس کو واضح کریں۔ بسم اللہ الرحمن الرحیم، رب اشرح لی صدری، ویسر لی امری،</w:t>
      </w:r>
    </w:p>
    <w:p>
      <w:r>
        <w:rPr>
          <w:b/>
        </w:rPr>
        <w:t xml:space="preserve">[01:32] </w:t>
      </w:r>
      <w:r>
        <w:t>wahl ul uqdata min lisani, yafqahu qawli. Marifat ka jo Literal Meaning hai, woh hai pehchanna, yani to recognize, to find, to discover</w:t>
      </w:r>
    </w:p>
    <w:p>
      <w:pPr>
        <w:jc w:val="right"/>
      </w:pPr>
      <w:r>
        <w:t>واحل العقدۃ من لسانی، یفقہ قولی۔ معرفت کا جو Literal Meaning ہے، وہ ہے پہچاننا، یعنی to recognize، to find، to discover</w:t>
      </w:r>
    </w:p>
    <w:p>
      <w:r>
        <w:rPr>
          <w:b/>
        </w:rPr>
        <w:t xml:space="preserve">[01:50] </w:t>
      </w:r>
      <w:r>
        <w:t>۔ Lekin jab yeh ek Religious Term ke taur par yeh lafz istemal hota hai to is ka matlab hai ke aah, insan ka Allah ko pehchanna, to discover God, to realize God, God Realization.</w:t>
      </w:r>
    </w:p>
    <w:p>
      <w:pPr>
        <w:jc w:val="right"/>
      </w:pPr>
      <w:r>
        <w:t>۔ لیکن جب یہ ایک Religious Term کے طور پر یہ لفظ استعمال ہوتا ہے تو اس کا مطلب ہے کہ آہ، انسان کا اللہ کو پہچاننا، to discover God، to realize God، God Realization۔</w:t>
      </w:r>
    </w:p>
    <w:p>
      <w:r>
        <w:rPr>
          <w:b/>
        </w:rPr>
        <w:t xml:space="preserve">[02:10] </w:t>
      </w:r>
      <w:r>
        <w:t>to yeh pehchanna kya cheez hai?</w:t>
      </w:r>
    </w:p>
    <w:p>
      <w:pPr>
        <w:jc w:val="right"/>
      </w:pPr>
      <w:r>
        <w:t>تو یہ پہچاننا کیا چیز ہے؟</w:t>
      </w:r>
    </w:p>
    <w:p>
      <w:r>
        <w:rPr>
          <w:b/>
        </w:rPr>
        <w:t xml:space="preserve">[02:13] </w:t>
      </w:r>
      <w:r>
        <w:t>pehchanna, aah, ka matlab yeh hai ke jo talluq hai, aah, bande ka Allah se, aah, khaliq ka makhlooq se, abd ka mabood se, Creature ka Creator se, is talluq ko pehchanna ke kya talluq hai, yani to discover the relation between God and man, between Creature and Creator.</w:t>
      </w:r>
    </w:p>
    <w:p>
      <w:pPr>
        <w:jc w:val="right"/>
      </w:pPr>
      <w:r>
        <w:t>پہچاننا، آہ، کا مطلب یہ ہے کہ جو تعلق ہے، آہ، بندے کا اللہ سے، آہ، خالق کا مخلوق سے، عبد کا معبود سے، Creature کا Creator سے، اس تعلق کو پہچاننا کہ کیا تعلق ہے، یعنی to discover the relation between God and man، between Creature and Creator۔</w:t>
      </w:r>
    </w:p>
    <w:p>
      <w:r>
        <w:rPr>
          <w:b/>
        </w:rPr>
        <w:t xml:space="preserve">[02:41] </w:t>
      </w:r>
      <w:r>
        <w:t>ji, aur yeh ek shaoori daryaft hai, yani yeh soch ke Level par insan is cheez ko daryaft karta hai, aur marifat jo milti hai humein Allah se milti hai,</w:t>
      </w:r>
    </w:p>
    <w:p>
      <w:pPr>
        <w:jc w:val="right"/>
      </w:pPr>
      <w:r>
        <w:t>جی، اور یہ ایک شعوری دریافت ہے، یعنی یہ سوچ کے Level پر انسان اس چیز کو دریافت کرتا ہے، اور معرفت جو ملتی ہے ہمیں اللہ سے ملتی ہے،</w:t>
      </w:r>
    </w:p>
    <w:p>
      <w:r>
        <w:rPr>
          <w:b/>
        </w:rPr>
        <w:t xml:space="preserve">[02:56] </w:t>
      </w:r>
      <w:r>
        <w:t>yani Allah marifat ko dene wala hai, aur insan marifat ko Receive karne wala hai. Yani yeh Fifty Fifty ka mamla hai.</w:t>
      </w:r>
    </w:p>
    <w:p>
      <w:pPr>
        <w:jc w:val="right"/>
      </w:pPr>
      <w:r>
        <w:t>یعنی اللہ معرفت کو دینے والا ہے، اور انسان معرفت کو Receive کرنے والا ہے۔ یعنی یہ Fifty Fifty کا معاملہ ہے۔</w:t>
      </w:r>
    </w:p>
    <w:p>
      <w:r>
        <w:rPr>
          <w:b/>
        </w:rPr>
        <w:t xml:space="preserve">[03:06] </w:t>
      </w:r>
      <w:r>
        <w:t>ji, aah, Maulana ne aah apni kitab, kitab marifat mein, aah, ek bohat hi bare Scholar, Raghib al-Isfahani, ko Quote kiya hai.</w:t>
      </w:r>
    </w:p>
    <w:p>
      <w:pPr>
        <w:jc w:val="right"/>
      </w:pPr>
      <w:r>
        <w:t>جی، آہ، مولانا نے آہ اپنی کتاب، کتاب معرفت میں، آہ، ایک بہت ہی بڑے Scholar، راغب الاصفہانی، کو Quote کیا ہے۔</w:t>
      </w:r>
    </w:p>
    <w:p>
      <w:r>
        <w:rPr>
          <w:b/>
        </w:rPr>
        <w:t xml:space="preserve">[03:19] </w:t>
      </w:r>
      <w:r>
        <w:t>He was a very reputed Scholar and a Commentator on the Quran, and he was a great Linguist.</w:t>
      </w:r>
    </w:p>
    <w:p>
      <w:pPr>
        <w:jc w:val="right"/>
      </w:pPr>
      <w:r>
        <w:t>He was a very reputed Scholar and a Commentator on the Quran, and he was a great Linguist۔</w:t>
      </w:r>
    </w:p>
    <w:p>
      <w:r>
        <w:rPr>
          <w:b/>
        </w:rPr>
        <w:t xml:space="preserve">[03:26] </w:t>
      </w:r>
      <w:r>
        <w:t>Arabi zaban pe un ki bari zabardast command thi, aur aah, Eleventh Century ke thay woh Iran se, aur un ki kitab al-Mufradat bohat hi maroof hai.</w:t>
      </w:r>
    </w:p>
    <w:p>
      <w:pPr>
        <w:jc w:val="right"/>
      </w:pPr>
      <w:r>
        <w:t>عربی زبان پہ ان کی بڑی زبردست کمانڈ تھی، اور آہ، Eleventh Century کے تھے وہ ایران سے، اور ان کی کتاب المفردات بہت ہی معروف ہے۔</w:t>
      </w:r>
    </w:p>
    <w:p>
      <w:r>
        <w:rPr>
          <w:b/>
        </w:rPr>
        <w:t xml:space="preserve">[03:37] </w:t>
      </w:r>
      <w:r>
        <w:t>ji, aur ek Source Book hai Arabic, khas taur se Quran ki Arabic ke liye.</w:t>
      </w:r>
    </w:p>
    <w:p>
      <w:pPr>
        <w:jc w:val="right"/>
      </w:pPr>
      <w:r>
        <w:t>جی، اور ایک Source Book ہے عربک، خاص طور سے قرآن کی عربک کے لیے۔</w:t>
      </w:r>
    </w:p>
    <w:p>
      <w:r>
        <w:rPr>
          <w:b/>
        </w:rPr>
        <w:t xml:space="preserve">[03:42] </w:t>
      </w:r>
      <w:r>
        <w:t>to unhon ne jo tareef ki hai, jo Definition di hai marifat ki, woh yeh hai ke marifat, al-marifat al-bashar lil-Lahi bitadabbur atharihi dunna idrak athi.</w:t>
      </w:r>
    </w:p>
    <w:p>
      <w:pPr>
        <w:jc w:val="right"/>
      </w:pPr>
      <w:r>
        <w:t>تو انہوں نے جو تعریف کی ہے، جو Definition دی ہے معرفت کی، وہ یہ ہے کہ معرفت، المعرفت البشر للہ بتدبر آثارہ دونا ادراک ذاتی۔</w:t>
      </w:r>
    </w:p>
    <w:p>
      <w:r>
        <w:rPr>
          <w:b/>
        </w:rPr>
        <w:t xml:space="preserve">[04:00] </w:t>
      </w:r>
      <w:r>
        <w:t>yani jo insan ki Allah ke liye insan ki marifat hai, woh Khuda ki nishaniyon pe ghore o fikr karna, tadabbur karna.</w:t>
      </w:r>
    </w:p>
    <w:p>
      <w:pPr>
        <w:jc w:val="right"/>
      </w:pPr>
      <w:r>
        <w:t>یعنی جو انسان کی اللہ کے لیے انسان کی معرفت ہے، وہ خدا کی نشانیوں پہ غور و فکر کرنا، تدبر کرنا۔</w:t>
      </w:r>
    </w:p>
    <w:p>
      <w:r>
        <w:rPr>
          <w:b/>
        </w:rPr>
        <w:t xml:space="preserve">[04:14] </w:t>
      </w:r>
      <w:r>
        <w:t>unhon ne athar word use kiya hai, is ka matlab hai wohi signs ya nishaniyan dunna idrak athi. Is ka matlab hai ke is ki zaat par, Khuda ke being par, Khuda ki hasti pe ghore o fikr nahi karna hai.</w:t>
      </w:r>
    </w:p>
    <w:p>
      <w:pPr>
        <w:jc w:val="right"/>
      </w:pPr>
      <w:r>
        <w:t>انہوں نے آثار ورڈ یوز کیا ہے، اس کا مطلب ہے وہی سائنز یا نشانیاں دونا ادراک ذاتی۔ اس کا مطلب ہے کہ اس کی ذات پر، خدا کے بینگ پر، خدا کی ہستی پہ غور و فکر نہیں کرنا ہے۔</w:t>
      </w:r>
    </w:p>
    <w:p>
      <w:r>
        <w:rPr>
          <w:b/>
        </w:rPr>
        <w:t xml:space="preserve">[04:31] </w:t>
      </w:r>
      <w:r>
        <w:t>ji, balkeh is ke signs par ghore o fikr karna hai.</w:t>
      </w:r>
    </w:p>
    <w:p>
      <w:pPr>
        <w:jc w:val="right"/>
      </w:pPr>
      <w:r>
        <w:t>جی، بلکہ اس کے سائنز پر غور و فکر کرنا ہے۔</w:t>
      </w:r>
    </w:p>
    <w:p>
      <w:r>
        <w:rPr>
          <w:b/>
        </w:rPr>
        <w:t xml:space="preserve">[04:35] </w:t>
      </w:r>
      <w:r>
        <w:t>yeh baat bari aham likhi hai Raghib Isfahani ne ke Khuda ki zaat pe aap ko aah ghore o fikr nahi karna hai.</w:t>
      </w:r>
    </w:p>
    <w:p>
      <w:pPr>
        <w:jc w:val="right"/>
      </w:pPr>
      <w:r>
        <w:t>یہ بات بڑی اہم لکھی ہے راغب اصفہانی نے کہ خدا کی ذات پہ آپ کو آہ غور و فکر نہیں کرنا ہے۔</w:t>
      </w:r>
    </w:p>
    <w:p>
      <w:r>
        <w:rPr>
          <w:b/>
        </w:rPr>
        <w:t xml:space="preserve">[04:45] </w:t>
      </w:r>
      <w:r>
        <w:t>log, logon ne kya bana rakha hai? Ba'z log kehte hain ke Khuda ke hath hain, Khuda aisa hai, Khuda waisa hai, Khuda ki do aankhen hain, Khuda chalta hai, Khuda ke paon hain.</w:t>
      </w:r>
    </w:p>
    <w:p>
      <w:pPr>
        <w:jc w:val="right"/>
      </w:pPr>
      <w:r>
        <w:t>لوگ، لوگوں نے کیا بنا رکھا ہے؟ بعض لوگ کہتے ہیں کہ خدا کے ہاتھ ہیں، خدا ایسا ہے، خدا ویسا ہے، خدا کی دو آنکھیں ہیں، خدا چلتا ہے، خدا کے پاؤں ہیں۔</w:t>
      </w:r>
    </w:p>
    <w:p>
      <w:r>
        <w:rPr>
          <w:b/>
        </w:rPr>
        <w:t xml:space="preserve">[04:57] </w:t>
      </w:r>
      <w:r>
        <w:t>to woh aise hi samajhte hain jaise insan hai, waise Khuda hai. Choonke Quran mein kuch aisi baaten aa gayi hain,</w:t>
      </w:r>
    </w:p>
    <w:p>
      <w:pPr>
        <w:jc w:val="right"/>
      </w:pPr>
      <w:r>
        <w:t>تو وہ ایسے ہی سمجھتے ہیں جیسے انسان ہے، ویسے خدا ہے۔ چونکہ قرآن میں کچھ ایسی باتیں آ گئی ہیں،</w:t>
      </w:r>
    </w:p>
    <w:p>
      <w:r>
        <w:rPr>
          <w:b/>
        </w:rPr>
        <w:t xml:space="preserve">[05:05] </w:t>
      </w:r>
      <w:r>
        <w:t>aah, jaise Quran mein aaya Hazrat Nuh (AS) ke bare mein, Allah taala ne farmaya ke hamari aankhon ke samne tum kashti banao.</w:t>
      </w:r>
    </w:p>
    <w:p>
      <w:pPr>
        <w:jc w:val="right"/>
      </w:pPr>
      <w:r>
        <w:t>آہ، جیسے قرآن میں آیا حضرت نوح علیہ السلام کے بارے میں، اللہ تعالی نے فرمایا کہ ہماری آنکھوں کے سامنے تم کشتی بناؤ۔</w:t>
      </w:r>
    </w:p>
    <w:p>
      <w:r>
        <w:rPr>
          <w:b/>
        </w:rPr>
        <w:t xml:space="preserve">[05:16] </w:t>
      </w:r>
      <w:r>
        <w:t>to logon ne samjha khuda ki bhi aankhein hain.</w:t>
      </w:r>
    </w:p>
    <w:p>
      <w:pPr>
        <w:jc w:val="right"/>
      </w:pPr>
      <w:r>
        <w:t>تو لوگوں نے سمجھا خدا کی بھی آنکھیں ہیں۔</w:t>
      </w:r>
    </w:p>
    <w:p>
      <w:r>
        <w:rPr>
          <w:b/>
        </w:rPr>
        <w:t xml:space="preserve">[05:18] </w:t>
      </w:r>
      <w:r>
        <w:t>ji, aise hi aah aah adam علیہ السلام ke qisse mein hai ke allah taala ne jab baat ki farishton se aur iblis se, to allah taala ne kaha ke iblis se tum sajda kyun nahi karte adam ka, jabke maine is ko apne dono hathon se banaya?</w:t>
      </w:r>
    </w:p>
    <w:p>
      <w:pPr>
        <w:jc w:val="right"/>
      </w:pPr>
      <w:r>
        <w:t>جی، ایسے ہی آہ آہ آدم علیہ السلام کے قصے میں ہے کہ اللہ تعالی نے جب بات کی فرشتوں سے اور ابلیس سے، تو اللہ تعالی نے کہا کہ ابلیس سے تم سجدہ کیوں نہیں کرتے آدم کا، جبکہ میں نے اس کو اپنے دونوں ہاتھوں سے بنایا؟</w:t>
      </w:r>
    </w:p>
    <w:p>
      <w:r>
        <w:rPr>
          <w:b/>
        </w:rPr>
        <w:t xml:space="preserve">[05:39] </w:t>
      </w:r>
      <w:r>
        <w:t>khilqat biyadai. to log samajhte hain ke hath se banaya insan ko.</w:t>
      </w:r>
    </w:p>
    <w:p>
      <w:pPr>
        <w:jc w:val="right"/>
      </w:pPr>
      <w:r>
        <w:t>خلقت بیدی۔ تو لوگ سمجھتے ہیں کہ ہاتھ سے بنایا انسان کو۔</w:t>
      </w:r>
    </w:p>
    <w:p>
      <w:r>
        <w:rPr>
          <w:b/>
        </w:rPr>
        <w:t xml:space="preserve">[05:45] </w:t>
      </w:r>
      <w:r>
        <w:t>is ka matlab yeh hai ke allah taala ne apni poori Creative Power ko istemal kar ke ek insan jaisi makhlooq banai. ji, is ka matlab yeh nahi hai ke hath se banaya.</w:t>
      </w:r>
    </w:p>
    <w:p>
      <w:pPr>
        <w:jc w:val="right"/>
      </w:pPr>
      <w:r>
        <w:t>اس کا مطلب یہ ہے کہ اللہ تعالی نے اپنی پوری Creative Power کو استعمال کر کے ایک انسان جیسی مخلوق بنائی۔ جی، اس کا مطلب یہ نہیں ہے کہ ہاتھ سے بنایا۔</w:t>
      </w:r>
    </w:p>
    <w:p>
      <w:r>
        <w:rPr>
          <w:b/>
        </w:rPr>
        <w:t xml:space="preserve">[05:55] </w:t>
      </w:r>
      <w:r>
        <w:t>hmm, to is tarah ki bahut sari baatein hain. to unhon ne, raghib al-isfahani ne, bahut acha likha hai yeh ke hamein khuda ke signs par ghaur karna hai, na ke us ki hasti, woh kaisa hai, woh kaisa lagta hai,</w:t>
      </w:r>
    </w:p>
    <w:p>
      <w:pPr>
        <w:jc w:val="right"/>
      </w:pPr>
      <w:r>
        <w:t>ہمم، تو اس طرح کی بہت ساری باتیں ہیں۔ تو انہوں نے، راغب الاصفہانی نے، بہت اچھا لکھا ہے یہ کہ ہمیں خدا کے سائنز پر غور کرنا ہے، نہ کہ اس کی ہستی، وہ کیسا ہے، وہ کیسا لگتا ہے،</w:t>
      </w:r>
    </w:p>
    <w:p>
      <w:r>
        <w:rPr>
          <w:b/>
        </w:rPr>
        <w:t xml:space="preserve">[06:10] </w:t>
      </w:r>
      <w:r>
        <w:t>is pe ghaur nahi karna hai.</w:t>
      </w:r>
    </w:p>
    <w:p>
      <w:pPr>
        <w:jc w:val="right"/>
      </w:pPr>
      <w:r>
        <w:t>اس پہ غور نہیں کرنا ہے۔</w:t>
      </w:r>
    </w:p>
    <w:p>
      <w:r>
        <w:rPr>
          <w:b/>
        </w:rPr>
        <w:t xml:space="preserve">[06:12] </w:t>
      </w:r>
      <w:r>
        <w:t>ji, aah, aap ne bahut sahi kaha, aah, doctor sahab, ke ghaur karna hai, yani sochna hai. maulana wahiduddin khan sahab kaha karte the ke aah Quran aur Hadith aah mein marifat ke items bahut chhupe hue hain, lekin aah log is ko daryaft is liye nahi kar paate, because you know, they lack in the thinking.</w:t>
      </w:r>
    </w:p>
    <w:p>
      <w:pPr>
        <w:jc w:val="right"/>
      </w:pPr>
      <w:r>
        <w:t>جی، آہ، آپ نے بہت صحیح کہا، آہ، ڈاکٹر صاحب، کہ غور کرنا ہے، یعنی سوچنا ہے۔ مولانا وحید الدین خان صاحب کہا کرتے تھے کہ آہ قرآن اور حدیث آہ میں معرفت کے آئٹمز بہت چھپے ہوئے ہیں، لیکن آہ لوگ اس کو دریافت اس لیے نہیں کر پاتے، بیکاز یو نو، دے لیک ان دا تھنکنگ۔</w:t>
      </w:r>
    </w:p>
    <w:p>
      <w:r>
        <w:rPr>
          <w:b/>
        </w:rPr>
        <w:t xml:space="preserve">[06:31] </w:t>
      </w:r>
      <w:r>
        <w:t>aah, balkeh aaj subah hi aah faraz ne ek message bheja jo mujhe bahut pasand aaya maulana ki ek talk se tha. aah, woh main sab ke sath share karna</w:t>
      </w:r>
    </w:p>
    <w:p>
      <w:pPr>
        <w:jc w:val="right"/>
      </w:pPr>
      <w:r>
        <w:t>آہ، بلکہ آج صبح ہی آہ فراز نے ایک میسج بھیجا جو مجھے بہت پسند آیا مولانا کی ایک ٹاک سے تھا۔ آہ، وہ میں سب کے ساتھ شیئر کرنا</w:t>
      </w:r>
    </w:p>
    <w:p>
      <w:r>
        <w:rPr>
          <w:b/>
        </w:rPr>
        <w:t xml:space="preserve">[06:40] </w:t>
      </w:r>
      <w:r>
        <w:t>chahunga. is talk mein yeh alfaaz the maulana ke ke aah soch ko le ke, kyunke aap ne ghaur o fikr ki baat kari ke har soch se pehle aap yeh soch lijiye ke kya is soch se aap ka iman ka faida hai?</w:t>
      </w:r>
    </w:p>
    <w:p>
      <w:pPr>
        <w:jc w:val="right"/>
      </w:pPr>
      <w:r>
        <w:t>چاہوں گا۔ اس ٹاک میں یہ الفاظ تھے مولانا کے کہ آہ سوچ کو لے کے، کیونکہ آپ نے غور و فکر کی بات کری کہ ہر سوچ سے پہلے آپ یہ سوچ لیجئے کہ کیا اس سوچ سے آپ کا ایمان کا فائدہ ہے؟</w:t>
      </w:r>
    </w:p>
    <w:p>
      <w:r>
        <w:rPr>
          <w:b/>
        </w:rPr>
        <w:t xml:space="preserve">[06:54] </w:t>
      </w:r>
      <w:r>
        <w:t>kya is soch se aap ke shukr mein izafa hai? aur kya is soch se aap ka talluq billah badhta hai? aur kya is soch se jo aap ibadat karte hain, us pe khushu badhta hai?</w:t>
      </w:r>
    </w:p>
    <w:p>
      <w:pPr>
        <w:jc w:val="right"/>
      </w:pPr>
      <w:r>
        <w:t>کیا اس سوچ سے آپ کے شکر میں اضافہ ہے؟ اور کیا اس سوچ سے آپ کا تعلق باللہ بڑھتا ہے؟ اور کیا اس سوچ سے جو آپ عبادت کرتے ہیں، اس پہ خشوع بڑھتا ہے؟</w:t>
      </w:r>
    </w:p>
    <w:p>
      <w:r>
        <w:rPr>
          <w:b/>
        </w:rPr>
        <w:t xml:space="preserve">[07:05] </w:t>
      </w:r>
      <w:r>
        <w:t>aah, agar nahi to yeh soch shaitani</w:t>
      </w:r>
    </w:p>
    <w:p>
      <w:pPr>
        <w:jc w:val="right"/>
      </w:pPr>
      <w:r>
        <w:t>آہ، اگر نہیں تو یہ سوچ شیط</w:t>
      </w:r>
    </w:p>
    <w:p>
      <w:r>
        <w:rPr>
          <w:b/>
        </w:rPr>
        <w:t xml:space="preserve">[07:08] </w:t>
      </w:r>
      <w:r>
        <w:t>soch hai. phir unhon ne yeh kaha aah ke yaad rakhiye ke aisi soch jo aap ke shukr ko ghata de, to woh shaitani soch hai.</w:t>
      </w:r>
    </w:p>
    <w:p>
      <w:pPr>
        <w:jc w:val="right"/>
      </w:pPr>
      <w:r>
        <w:t>انی سوچ ہے۔ پھر انہوں نے یہ کہا آہ کہ یاد رکھیے کہ ایسی سوچ جو آپ کے شکر کو گھٹا دے، تو وہ شیطانی سوچ ہے۔</w:t>
      </w:r>
    </w:p>
    <w:p>
      <w:r>
        <w:rPr>
          <w:b/>
        </w:rPr>
        <w:t xml:space="preserve">[07:17] </w:t>
      </w:r>
      <w:r>
        <w:t>aah, to soch aur ghaur o fikr yeh bahut aham baat hai jo aap ne batai. aah, doctor sahab, is ke baad ek sawal zehan mein aata hai ke har koi insan chahta hai ke woh marifat ko develop kare, lekin is ka aaghaz kahan se ho?</w:t>
      </w:r>
    </w:p>
    <w:p>
      <w:pPr>
        <w:jc w:val="right"/>
      </w:pPr>
      <w:r>
        <w:t>آہ، تو سوچ اور غور و فکر یہ بہت اہم بات ہے جو آپ نے بتائی۔ آہ، ڈاکٹر صاحب، اس کے بعد ایک سوال ذہن میں آتا ہے کہ ہر کوئی انسان چاہتا ہے کہ وہ معرفت کو Develop کرے، لیکن اس کا آغاز کہاں سے ہو؟</w:t>
      </w:r>
    </w:p>
    <w:p>
      <w:r>
        <w:rPr>
          <w:b/>
        </w:rPr>
        <w:t xml:space="preserve">[07:32] </w:t>
      </w:r>
      <w:r>
        <w:t>from where should he start his journey of marifat?</w:t>
      </w:r>
    </w:p>
    <w:p>
      <w:pPr>
        <w:jc w:val="right"/>
      </w:pPr>
      <w:r>
        <w:t>From where should he start his journey of معرفت؟</w:t>
      </w:r>
    </w:p>
    <w:p>
      <w:r>
        <w:rPr>
          <w:b/>
        </w:rPr>
        <w:t xml:space="preserve">[07:38] </w:t>
      </w:r>
      <w:r>
        <w:t>aah, mere khayal se jo marifat ka aaghaz hai, woh ilm se hai ke insan ilm hasil kare. ji, aah, sirf ilm hasil karne se kisi ko marifat nahi mil jayegi.</w:t>
      </w:r>
    </w:p>
    <w:p>
      <w:pPr>
        <w:jc w:val="right"/>
      </w:pPr>
      <w:r>
        <w:t>آہ، میرے خیال سے جو معرفت کا آغاز ہے، وہ علم سے ہے کہ انسان علم حاصل کرے۔ جی، آہ، صرف علم حاصل کرنے سے کسی کو معرفت نہیں مل جائے گی۔</w:t>
      </w:r>
    </w:p>
    <w:p>
      <w:r>
        <w:rPr>
          <w:b/>
        </w:rPr>
        <w:t xml:space="preserve">[07:50] </w:t>
      </w:r>
      <w:r>
        <w:t>marifat, jaisa aap ne kaha hai, ke ghaur o fikr se milti hai. lekin ilm jab hasil karta hai to woh ek aah us ke andar ibtidai salahiyat paida hoti hai ke woh aah marifat ke raste pe chale aur jo khuda ki takhliqat hain,</w:t>
      </w:r>
    </w:p>
    <w:p>
      <w:pPr>
        <w:jc w:val="right"/>
      </w:pPr>
      <w:r>
        <w:t>معرفت، جیسا آپ نے کہا ہے، کہ غور و فکر سے ملتی ہے۔ لیکن علم جب حاصل کرتا ہے تو وہ ایک آہ اس کے اندر ابتدائی صلاحیت پیدا ہوتی ہے کہ وہ آہ معرفت کے راستے پہ چلے اور جو خدا کی تخلیقات ہیں،</w:t>
      </w:r>
    </w:p>
    <w:p>
      <w:r>
        <w:rPr>
          <w:b/>
        </w:rPr>
        <w:t xml:space="preserve">[08:07] </w:t>
      </w:r>
      <w:r>
        <w:t>jo aah creation hai, us pe ghaur o</w:t>
      </w:r>
    </w:p>
    <w:p>
      <w:pPr>
        <w:jc w:val="right"/>
      </w:pPr>
      <w:r>
        <w:t>جو آہ Creation ہے، اس پہ غور و</w:t>
      </w:r>
    </w:p>
    <w:p>
      <w:r>
        <w:rPr>
          <w:b/>
        </w:rPr>
        <w:t xml:space="preserve">[08:10] </w:t>
      </w:r>
      <w:r>
        <w:t>fikr karta hai. science ki agar knowledge us ko hai to us ko aur zyada, yani aah creation mein ghaur karne ka mauqa milta hai.</w:t>
      </w:r>
    </w:p>
    <w:p>
      <w:pPr>
        <w:jc w:val="right"/>
      </w:pPr>
      <w:r>
        <w:t>فکر کرتا ہے۔ سائنس کی اگر Knowledge اس کو ہے تو اس کو اور زیادہ، یعنی آہ Creation میں غور کرنے کا موقع ملتا ہے۔</w:t>
      </w:r>
    </w:p>
    <w:p>
      <w:r>
        <w:rPr>
          <w:b/>
        </w:rPr>
        <w:t xml:space="preserve">[08:21] </w:t>
      </w:r>
      <w:r>
        <w:t>ek data us ko mil jata hai. aaj jo modern science hai, woh pehle nahi thi.</w:t>
      </w:r>
    </w:p>
    <w:p>
      <w:pPr>
        <w:jc w:val="right"/>
      </w:pPr>
      <w:r>
        <w:t>ایک Data اس کو مل جاتا ہے۔ آج جو Modern سائنس ہے، وہ پہلے نہیں تھی۔</w:t>
      </w:r>
    </w:p>
    <w:p>
      <w:r>
        <w:rPr>
          <w:b/>
        </w:rPr>
        <w:t xml:space="preserve">[08:26] </w:t>
      </w:r>
      <w:r>
        <w:t>to aah yeh yani ek ghaur o fikr ki phir woh zindagi guzarta hai aur us ke us ki jo shakhsiyat hai, us ki jo personality hai, jo inner personality hai, us mein ek change aata hai.</w:t>
      </w:r>
    </w:p>
    <w:p>
      <w:pPr>
        <w:jc w:val="right"/>
      </w:pPr>
      <w:r>
        <w:t>تو آہ یہ یعنی ایک غور و فکر کی پھر وہ زندگی گزارتا ہے اور اس کے اس کی جو شخصیت ہے، اس کی جو Personality ہے، جو Inner Personality ہے، اس میں ایک Change آتا ہے۔</w:t>
      </w:r>
    </w:p>
    <w:p>
      <w:r>
        <w:rPr>
          <w:b/>
        </w:rPr>
        <w:t xml:space="preserve">[08:39] </w:t>
      </w:r>
      <w:r>
        <w:t>ek wazeh change aah nazar aata hai aur aap keh sakte hain ke ek woh insan ek عارف insan ban jata hai. yani us ke andar marifat aah jhalakne lagti hai aur har cheez ko woh ek عارفana nigah se dekhta hai.</w:t>
      </w:r>
    </w:p>
    <w:p>
      <w:pPr>
        <w:jc w:val="right"/>
      </w:pPr>
      <w:r>
        <w:t>ایک واضح Change آہ نظر آتا ہے اور آپ کہہ سکتے ہیں کہ ایک وہ انسان ایک عارف انسان بن جاتا ہے۔ یعنی اس کے اندر معرفت آہ جھلکنے لگتی ہے اور ہر چیز کو وہ ایک عارفانہ نگاہ سے دیکھتا ہے۔</w:t>
      </w:r>
    </w:p>
    <w:p>
      <w:r>
        <w:rPr>
          <w:b/>
        </w:rPr>
        <w:t xml:space="preserve">[08:55] </w:t>
      </w:r>
      <w:r>
        <w:t>sahi,</w:t>
      </w:r>
    </w:p>
    <w:p>
      <w:pPr>
        <w:jc w:val="right"/>
      </w:pPr>
      <w:r>
        <w:t>صحیح،</w:t>
      </w:r>
    </w:p>
    <w:p>
      <w:r>
        <w:rPr>
          <w:b/>
        </w:rPr>
        <w:t xml:space="preserve">[08:56] </w:t>
      </w:r>
      <w:r>
        <w:t>aur us ke andar شدت se aah muhasba karne ka mizaj paida hota hai. introspection karta hai, woh sochta hai apne bare mein, apni khud accountability karta hai, apna khud hisab karta hai, jis ko maulana kehte the.</w:t>
      </w:r>
    </w:p>
    <w:p>
      <w:pPr>
        <w:jc w:val="right"/>
      </w:pPr>
      <w:r>
        <w:t>اور اس کے اندر شدت سے آہ محاسبہ کرنے کا مزاج پیدا ہوتا ہے۔ Introspection کرتا ہے، وہ سوچتا ہے اپنے بارے میں، اپنی خود Accountability کرتا ہے، اپنا خود حساب کرتا ہے، جس کو مولانا کہتے تھے۔</w:t>
      </w:r>
    </w:p>
    <w:p>
      <w:r>
        <w:rPr>
          <w:b/>
        </w:rPr>
        <w:t xml:space="preserve">[09:11] </w:t>
      </w:r>
      <w:r>
        <w:t>aah apni khud hemorrhaging karta hai, merciless hemorrhaging karta hai.</w:t>
      </w:r>
    </w:p>
    <w:p>
      <w:pPr>
        <w:jc w:val="right"/>
      </w:pPr>
      <w:r>
        <w:t>آہ اپنی خود Hemorrhing کرتا ہے، Merciless Hemorrhing کرتا ہے۔ ج</w:t>
      </w:r>
    </w:p>
    <w:p>
      <w:r>
        <w:rPr>
          <w:b/>
        </w:rPr>
        <w:t xml:space="preserve">[09:16] </w:t>
      </w:r>
      <w:r>
        <w:t>i, to is ki wajah se us ke andar bada change aata hai. ek wazeh farq aap ko nazar ayega aise insan ke andar aur us ki jo ibadat hai, jo worship hai, namaz roza aur jo uska akhlaq hai, character aur jo muamlat hain, yani us ki dealings, in sab mein ek ek bahut hi prominent change nazar aane lagta hai.</w:t>
      </w:r>
    </w:p>
    <w:p>
      <w:pPr>
        <w:jc w:val="right"/>
      </w:pPr>
      <w:r>
        <w:t>ی، تو اس کی وجہ سے اس کے اندر بڑا Change آتا ہے۔ ایک واضح فرق آپ کو نظر آئے گا ایسے انسان کے اندر اور اس کی جو عبادت ہے، جو Worship ہے، نماز روزہ اور جو اس کا اخلاق ہے، Character اور جو معاملات ہیں، یعنی اس کی Dealings، ان سب میں ایک ایک بہت ہی Prominent Change نظر آنے لگتا ہے۔</w:t>
      </w:r>
    </w:p>
    <w:p>
      <w:r>
        <w:rPr>
          <w:b/>
        </w:rPr>
        <w:t xml:space="preserve">[09:40] </w:t>
      </w:r>
      <w:r>
        <w:t>aur jo is ki dilchaspi rehti hai, woh inhi tarah ki cheez cheezon mein hoti</w:t>
      </w:r>
    </w:p>
    <w:p>
      <w:pPr>
        <w:jc w:val="right"/>
      </w:pPr>
      <w:r>
        <w:t>اور جو اس کی دلچسپی رہتی ہے، وہ انہی طرح کی چیز چیزوں میں ہوت</w:t>
      </w:r>
    </w:p>
    <w:p>
      <w:r>
        <w:rPr>
          <w:b/>
        </w:rPr>
        <w:t xml:space="preserve">[09:45] </w:t>
      </w:r>
      <w:r>
        <w:t>hai. is ke saathi bhi aisay hotay hain jo is ke marifat mein izafa karen. woh Exchange bhi isi tarah ka karna chahta hai. woh idhar udhar ke hooha culture mein se door rehta hai.</w:t>
      </w:r>
    </w:p>
    <w:p>
      <w:pPr>
        <w:jc w:val="right"/>
      </w:pPr>
      <w:r>
        <w:t>ی ہے۔ اس کے ساتھی بھی ایسے ہوتے ہیں جو اس کے معرفت میں اضافہ کریں۔ وہ Exchange بھی اسی طرح کا کرنا چاہتا ہے۔ وہ ادھر ادھر کے ہوہا کلچر میں سے دور رہتا ہے۔</w:t>
      </w:r>
    </w:p>
    <w:p>
      <w:r>
        <w:rPr>
          <w:b/>
        </w:rPr>
        <w:t xml:space="preserve">[09:56] </w:t>
      </w:r>
      <w:r>
        <w:t>to yeh yeh sab cheezen aap ko nazar ayengi aur yahi aghaz hai. aur Maulana ne apni kitab, kitab marifat mein bohat achhay andaz mein likha hai ke is ko aah farishton ki hamnishini milti hai.</w:t>
      </w:r>
    </w:p>
    <w:p>
      <w:pPr>
        <w:jc w:val="right"/>
      </w:pPr>
      <w:r>
        <w:t>تو یہ یہ سب چیزیں آپ کو نظر آئیں گی اور یہی آغاز ہے۔ اور مولانا نے اپنی کتاب، کتاب معرفت میں بہت اچھے انداز میں لکھا ہے کہ اس کو آہ فرشتوں کی ہم نشینی ملتی ہے۔</w:t>
      </w:r>
    </w:p>
    <w:p>
      <w:r>
        <w:rPr>
          <w:b/>
        </w:rPr>
        <w:t xml:space="preserve">[10:09] </w:t>
      </w:r>
      <w:r>
        <w:t>yani Companionship of the Angels. chounke humein farishtay hi Inspire karte hain. jab hum is rastay ke musafir bante hain to farishtay humein Inspire karte hain.</w:t>
      </w:r>
    </w:p>
    <w:p>
      <w:pPr>
        <w:jc w:val="right"/>
      </w:pPr>
      <w:r>
        <w:t>یعنی Companionship of the Angels۔ چونکہ ہمیں فرشتے ہی Inspire کرتے ہیں۔ جب ہم اس راستے کے مسافر بنتے ہیں تو فرشتے ہمیں Inspire کرتے ہیں۔</w:t>
      </w:r>
    </w:p>
    <w:p>
      <w:r>
        <w:rPr>
          <w:b/>
        </w:rPr>
        <w:t xml:space="preserve">[10:21] </w:t>
      </w:r>
      <w:r>
        <w:t>aur farishtay kehte hain Quran mein ke hum tumharay saathi hain.</w:t>
      </w:r>
    </w:p>
    <w:p>
      <w:pPr>
        <w:jc w:val="right"/>
      </w:pPr>
      <w:r>
        <w:t>اور فرشتے کہتے ہیں قرآن میں کہ ہم تمہارے ساتھی ہیں۔</w:t>
      </w:r>
    </w:p>
    <w:p>
      <w:r>
        <w:rPr>
          <w:b/>
        </w:rPr>
        <w:t xml:space="preserve">[10:34] </w:t>
      </w:r>
      <w:r>
        <w:t>hum tumharay saathi hain dunya mein bhi aur akhirat mein bhi.</w:t>
      </w:r>
    </w:p>
    <w:p>
      <w:pPr>
        <w:jc w:val="right"/>
      </w:pPr>
      <w:r>
        <w:t>ہم تمہارے ساتھی ہیں دنیا میں بھی اور آخرت میں بھی۔</w:t>
      </w:r>
    </w:p>
    <w:p>
      <w:r>
        <w:rPr>
          <w:b/>
        </w:rPr>
        <w:t xml:space="preserve">[10:38] </w:t>
      </w:r>
      <w:r>
        <w:t>acha, to farishton ki Companionship milti hai aur Maulana ne likha hai ke woh marifat ki hawaon mein saans leta hai aur marifat ke mahol mein jeeta hai.</w:t>
      </w:r>
    </w:p>
    <w:p>
      <w:pPr>
        <w:jc w:val="right"/>
      </w:pPr>
      <w:r>
        <w:t>اچھا، تو فرشتوں کی Companionship ملتی ہے اور مولانا نے لکھا ہے کہ وہ معرفت کی ہواؤں میں سانس لیتا ہے اور معرفت کے ماحول میں جیتا ہے۔</w:t>
      </w:r>
    </w:p>
    <w:p>
      <w:r>
        <w:rPr>
          <w:b/>
        </w:rPr>
        <w:t xml:space="preserve">[10:54] </w:t>
      </w:r>
      <w:r>
        <w:t>ji, masha Allah, marifat ki hawaon mein saans leta hai. ji, aah yeh bohat achhi baat</w:t>
      </w:r>
    </w:p>
    <w:p>
      <w:pPr>
        <w:jc w:val="right"/>
      </w:pPr>
      <w:r>
        <w:t>جی، ماشاءاللہ، معرفت کی ہواؤں میں سانس لیتا ہے۔ جی، آہ یہ بہت اچھی بات</w:t>
      </w:r>
    </w:p>
    <w:p>
      <w:r>
        <w:rPr>
          <w:b/>
        </w:rPr>
        <w:t xml:space="preserve">[11:00] </w:t>
      </w:r>
      <w:r>
        <w:t>kahi. Doctor sahib, mujhe aik aah hadith bhi yaad aa rahi hai ke aah ke jab qayamat ka din aye ga, aah tab Allah taala apne tamam makhlooqat aah ko jama karen ge hisab ke liye aur jo likhnay walay farishtay hain, woh apna likha hua record lay kar ayen ge aur Allah taala phir farishton se farmayenge ke kya is banday ka koi likha hua amal aah reh gaya hai?</w:t>
      </w:r>
    </w:p>
    <w:p>
      <w:pPr>
        <w:jc w:val="right"/>
      </w:pPr>
      <w:r>
        <w:t>کہی۔ ڈاکٹر صاحب، مجھے ایک آہ حدیث بھی یاد آ رہی ہے کہ آہ کہ جب قیامت کا دن آئے گا، آہ تب اللہ تعالی اپنے تمام مخلوقات آہ کو جمع کریں گے حساب کے لیے اور جو لکھنے والے فرشتے ہیں، وہ اپنا لکھا ہوا ریکارڈ لے کر آئیں گے اور اللہ تعالی پھر فرشتوں سے فرمائیں گے کہ کیا اس بندے کا کوئی لکھا ہوا عمل آہ رہ گیا ہے؟</w:t>
      </w:r>
    </w:p>
    <w:p>
      <w:r>
        <w:rPr>
          <w:b/>
        </w:rPr>
        <w:t xml:space="preserve">[11:24] </w:t>
      </w:r>
      <w:r>
        <w:t>to farishtay kahengay ke humein jitna is ke amal ke baray mein pata tha, hum ne zaroor likha</w:t>
      </w:r>
    </w:p>
    <w:p>
      <w:pPr>
        <w:jc w:val="right"/>
      </w:pPr>
      <w:r>
        <w:t>تو فرشتے کہیں گے کہ ہمیں جتنا اس کے عمل کے بارے میں پتہ تھا، ہم نے ضرور لکھا</w:t>
      </w:r>
    </w:p>
    <w:p>
      <w:r>
        <w:rPr>
          <w:b/>
        </w:rPr>
        <w:t xml:space="preserve">[11:30] </w:t>
      </w:r>
      <w:r>
        <w:t>hai. to phir Allah taala aah is banday ko khitab karte hue kahengay ke tera aik chupa hua amal aah mere paas hai, jisay tu bhi nahi janta, aur is ka mein badla doon ga, aur woh hai zikr khafi, yani ahistay se Allah ko yaad karna ya dil mein yaad karna, aur jo jaisa aap ne kaha ke aisi soch aur aah tafakkur karna ya tadabbur karna.</w:t>
      </w:r>
    </w:p>
    <w:p>
      <w:pPr>
        <w:jc w:val="right"/>
      </w:pPr>
      <w:r>
        <w:t>ہے۔ تو پھر اللہ تعالی آہ اس بندے کو خطاب کرتے ہوئے کہیں گے کہ تیرا ایک چھپا ہوا عمل آہ میرے پاس ہے، جسے تو بھی نہیں جانتا، اور اس کا میں بدلہ دوں گا، اور وہ ہے ذکر خفی، یعنی آہستہ سے اللہ کو یاد کرنا یا دل میں یاد کرنا، اور جو جیسا آپ نے کہا کہ ایسی سوچ اور آہ تفکر کرنا یا تدبر کرنا۔</w:t>
      </w:r>
    </w:p>
    <w:p>
      <w:r>
        <w:rPr>
          <w:b/>
        </w:rPr>
        <w:t xml:space="preserve">[11:54] </w:t>
      </w:r>
      <w:r>
        <w:t>to yeh aik aah mein samajhta hoon ke aik bohat aah khushi ki aur Hope ki baat bhi hai hamaray liye. bilkul ke Allah taala har aik is yaad ko reward karega.</w:t>
      </w:r>
    </w:p>
    <w:p>
      <w:pPr>
        <w:jc w:val="right"/>
      </w:pPr>
      <w:r>
        <w:t>تو یہ ایک آہ میں سمجھتا ہوں کہ ایک بہت آہ خوشی کی اور Hope کی بات بھی ہے ہمارے لیے۔ بالکل کہ اللہ تعالی ہر ایک اس یاد کو ریوارڈ کرے گا۔</w:t>
      </w:r>
    </w:p>
    <w:p>
      <w:r>
        <w:rPr>
          <w:b/>
        </w:rPr>
        <w:t xml:space="preserve">[12:04] </w:t>
      </w:r>
      <w:r>
        <w:t>mein online viewers se yeh bhi kehna chahta hoon ke aah aaj hum jo discuss kar rahay hain Maulana ki kitab marifat mein se, agar aap download karna chahen to yeh aah Maulana ki kitab marifat, jis jis ka abhi Doctor Saniya Hasnain sahib ne zikr kiya, aap is ko CPS International se download kar saktay hain.</w:t>
      </w:r>
    </w:p>
    <w:p>
      <w:pPr>
        <w:jc w:val="right"/>
      </w:pPr>
      <w:r>
        <w:t>میں آن لائن ویوورز سے یہ بھی کہنا چاہتا ہوں کہ آہ آج ہم جو ڈسکس کر رہے ہیں مولانا کی کتاب معرفت میں سے، اگر آپ ڈاؤن لوڈ کرنا چاہیں تو یہ آہ مولانا کی کتاب معرفت، جس جس کا ابھی ڈاکٹر ثانیہ حسنین صاحب نے ذکر کیا، آپ اس کو سی پی ایس انٹرنیشنل سے ڈاؤن لوڈ کر سکتے ہیں۔</w:t>
      </w:r>
    </w:p>
    <w:p>
      <w:r>
        <w:rPr>
          <w:b/>
        </w:rPr>
        <w:t xml:space="preserve">[12:22] </w:t>
      </w:r>
      <w:r>
        <w:t>aap is ki hard copy Good word book se bhi aah lay saktay hain.</w:t>
      </w:r>
    </w:p>
    <w:p>
      <w:pPr>
        <w:jc w:val="right"/>
      </w:pPr>
      <w:r>
        <w:t>آپ اس کی ہارڈ کاپی گڈ ورڈ بک سے بھی آہ لے سکتے ہیں۔</w:t>
      </w:r>
    </w:p>
    <w:p>
      <w:r>
        <w:rPr>
          <w:b/>
        </w:rPr>
        <w:t xml:space="preserve">[12:26] </w:t>
      </w:r>
      <w:r>
        <w:t>isi ka English version aah is ke kuch chapters hain jo Discovering God aah kitab mein aah shamil hain, to aap is ko bhi hasil kar saktay hain.</w:t>
      </w:r>
    </w:p>
    <w:p>
      <w:pPr>
        <w:jc w:val="right"/>
      </w:pPr>
      <w:r>
        <w:t>اسی کا انگلش ورژن آہ اس کے کچھ چیپٹرز ہیں جو ڈسکورنگ گاڈ آہ کتاب میں آہ شامل ہیں، تو آپ اس کو بھی حاصل کر سکتے ہیں۔</w:t>
      </w:r>
    </w:p>
    <w:p>
      <w:r>
        <w:rPr>
          <w:b/>
        </w:rPr>
        <w:t xml:space="preserve">[12:37] </w:t>
      </w:r>
      <w:r>
        <w:t>aah Doctor sahib, aik aah aur aah sawal mein poochna chahoon ga, aur yahan pe mein Urdu shayar aah Fani Badaun ko aah lana chahoon ga</w:t>
      </w:r>
    </w:p>
    <w:p>
      <w:pPr>
        <w:jc w:val="right"/>
      </w:pPr>
      <w:r>
        <w:t>آہ ڈاکٹر صاحب، ایک آہ اور آہ سوال میں پوچھنا چاہوں گا، اور یہاں پہ میں اردو شاعر آہ فانی بداؤں کو آہ لانا چاہوں گ</w:t>
      </w:r>
    </w:p>
    <w:p>
      <w:r>
        <w:rPr>
          <w:b/>
        </w:rPr>
        <w:t xml:space="preserve">[12:48] </w:t>
      </w:r>
      <w:r>
        <w:t>a. unhon ne un ko kuch experiences hue, jis se aah un ke andar yeh ehsas hua ke yeh jo dunya hai, bohat Unreal hai, aur unhon ne aik bohat Famous Couplet bhi likha, jo Maulana bhi aah is ka zikr karte thay ke aah Fani Badaun ka, ke aah fareb jalwa aur kitna mukammal aah, aye maaz Allah, bari mushkil se apnay dil ko bazm-e-alam se utha paya.</w:t>
      </w:r>
    </w:p>
    <w:p>
      <w:pPr>
        <w:jc w:val="right"/>
      </w:pPr>
      <w:r>
        <w:t>ا۔ انہوں نے ان کو کچھ ایکسپیرینسز ہوئے، جس سے آہ ان کے اندر یہ احساس ہوا کہ یہ جو دنیا ہے، بہت Unreal ہے، اور انہوں نے ایک بہت Famous Couplet بھی لکھا، جو مولانا بھی آہ اس کا ذکر کرتے تھے کہ آہ فریب جلوہ اور کتنا مکمل آہ اے معاذ اللہ، بڑی مشکل سے اپنے دل کو بزم عالم سے اٹھا پایا۔</w:t>
      </w:r>
    </w:p>
    <w:p>
      <w:r>
        <w:rPr>
          <w:b/>
        </w:rPr>
        <w:t xml:space="preserve">[13:09] </w:t>
      </w:r>
      <w:r>
        <w:t>aah matlab yeh jo chaka chaund hai, yeh itni zabardast aur itni Real lagti hai ke har aik insan ko lagta hai ke yahi sachai hai, yahi final hai, lekin bari mushkil se, jaisa unhon ne kaha ke mein apnay dil ko Detach kar paya is chaka chaund se.</w:t>
      </w:r>
    </w:p>
    <w:p>
      <w:pPr>
        <w:jc w:val="right"/>
      </w:pPr>
      <w:r>
        <w:t>آہ مطلب یہ جو چکا چوند ہے، یہ اتنی زبردست اور اتنی Real لگتی ہے کہ ہر ایک انسان کو لگتا ہے کہ یہی سچائی ہے، یہی Final ہے، لیکن بڑی مشکل سے، جیسا انہوں نے کہا کہ میں اپنے دل کو Detach کر پایا اس چکا چوند سے۔</w:t>
      </w:r>
    </w:p>
    <w:p>
      <w:r>
        <w:rPr>
          <w:b/>
        </w:rPr>
        <w:t xml:space="preserve">[13:25] </w:t>
      </w:r>
      <w:r>
        <w:t>to aik taraf Doctor sahib, aah You know, World ka Glamour hai, aik World ki Duties bhi hain.</w:t>
      </w:r>
    </w:p>
    <w:p>
      <w:pPr>
        <w:jc w:val="right"/>
      </w:pPr>
      <w:r>
        <w:t>تو ایک طرف ڈاکٹر صاحب، آہ You know، World کا Glamour ہے، ایک World کی Duties بھی ہیں۔</w:t>
      </w:r>
    </w:p>
    <w:p>
      <w:r>
        <w:rPr>
          <w:b/>
        </w:rPr>
        <w:t xml:space="preserve">[13:31] </w:t>
      </w:r>
      <w:r>
        <w:t>aah to aksar yeh khayal aata hai zehan mein ke kya humein aah apni Worldly Duties ko Give Up karna chahiye marifat ki development ke liye, ya yeh dono kya sath sath ho saktay hain?</w:t>
      </w:r>
    </w:p>
    <w:p>
      <w:pPr>
        <w:jc w:val="right"/>
      </w:pPr>
      <w:r>
        <w:t>آہ تو اکثر یہ خیال آتا ہے ذہن میں کہ کیا ہمیں آہ اپنی Worldly Duties کو Give Up کرنا چاہیے معرفت کی Development کے لیے، یا یہ دونوں کیا ساتھ ساتھ ہو سکتے ہیں؟</w:t>
      </w:r>
    </w:p>
    <w:p>
      <w:r>
        <w:rPr>
          <w:b/>
        </w:rPr>
        <w:t xml:space="preserve">[13:43] </w:t>
      </w:r>
      <w:r>
        <w:t>is ko zara aap wazeh karen. ji, aap ne bohat achha shair parha Fani Badauni ka. waqatan yeh bara mushkil hai chaka chaund, jaisa aap ne kaha.</w:t>
      </w:r>
    </w:p>
    <w:p>
      <w:pPr>
        <w:jc w:val="right"/>
      </w:pPr>
      <w:r>
        <w:t>اس کو ذرا آپ واضح کریں۔ جی، آپ نے بہت اچھا شعر پڑھا فانی بدائیونی کا۔ واقعتا یہ بڑا مشکل ہے چکا چوند، جیسا آپ نے کہا۔</w:t>
      </w:r>
    </w:p>
    <w:p>
      <w:r>
        <w:rPr>
          <w:b/>
        </w:rPr>
        <w:t xml:space="preserve">[13:56] </w:t>
      </w:r>
      <w:r>
        <w:t>a</w:t>
      </w:r>
    </w:p>
    <w:p>
      <w:pPr>
        <w:jc w:val="right"/>
      </w:pPr>
      <w:r>
        <w:t>آ</w:t>
      </w:r>
    </w:p>
    <w:p>
      <w:r>
        <w:rPr>
          <w:b/>
        </w:rPr>
        <w:t xml:space="preserve">[13:57] </w:t>
      </w:r>
      <w:r>
        <w:t>h lekin yeh matloob nahi hai ke insan in sab cheezon ko chor ke paharon pe chala jaye ya janglon mein ja ke bas jaye marifat ki talash mein.</w:t>
      </w:r>
    </w:p>
    <w:p>
      <w:pPr>
        <w:jc w:val="right"/>
      </w:pPr>
      <w:r>
        <w:t>ہ لیکن یہ مطلوب نہیں ہے کہ انسان ان سب چیزوں کو چھوڑ کے پہاڑوں پہ چلا جائے یا جنگلوں میں جا کے بس جائے معرفت کی تلاش میں۔</w:t>
      </w:r>
    </w:p>
    <w:p>
      <w:r>
        <w:rPr>
          <w:b/>
        </w:rPr>
        <w:t xml:space="preserve">[14:07] </w:t>
      </w:r>
      <w:r>
        <w:t>Allah taala yeh chahta hai insan se ke woh apnay apnay jo jo is ki zindagi hai, usi mein rahay, apnay jo kaam hai, usi mein rahay, aur wohin par woh marifat ki ghiza hasil kar</w:t>
      </w:r>
    </w:p>
    <w:p>
      <w:pPr>
        <w:jc w:val="right"/>
      </w:pPr>
      <w:r>
        <w:t>اللہ تعالی یہ چاہتا ہے انسان سے کہ وہ اپنے اپنے جو جو اس کی زندگی ہے، اسی میں رہے، اپنے جو کام ہے، اسی میں رہے، اور وہیں پر وہ معرفت کی غذا حاصل کر</w:t>
      </w:r>
    </w:p>
    <w:p>
      <w:r>
        <w:rPr>
          <w:b/>
        </w:rPr>
        <w:t xml:space="preserve">[14:22] </w:t>
      </w:r>
      <w:r>
        <w:t>ay. chounke Allah taala ne is tarah se aah dunya banai hai ke har cheez mein aik zara zarray mein humein marifat ka aah nectar, jis ko Maulana kehtay thay, woh mil mil jayega.</w:t>
      </w:r>
    </w:p>
    <w:p>
      <w:pPr>
        <w:jc w:val="right"/>
      </w:pPr>
      <w:r>
        <w:t>ے۔ چونکہ اللہ تعالی نے اس طریقے سے آہ دنیا بنائی ہے کہ ہر چیز میں ایک ذرہ ذرے میں ہمیں معرفت کا آہ نیکٹر، جس کو مولانا کہتے تھے، وہ مل مل جائے گا۔</w:t>
      </w:r>
    </w:p>
    <w:p>
      <w:r>
        <w:rPr>
          <w:b/>
        </w:rPr>
        <w:t xml:space="preserve">[14:36] </w:t>
      </w:r>
      <w:r>
        <w:t>ji</w:t>
      </w:r>
    </w:p>
    <w:p>
      <w:pPr>
        <w:jc w:val="right"/>
      </w:pPr>
      <w:r>
        <w:t>جی</w:t>
      </w:r>
    </w:p>
    <w:p>
      <w:r>
        <w:rPr>
          <w:b/>
        </w:rPr>
        <w:t xml:space="preserve">[14:37] </w:t>
      </w:r>
      <w:r>
        <w:t>to aah yani aah jo jo bhi tajurba ho aap ka, chahe aap office mein hon ya aap ghar pe hon ya aap travelling kar rahe hon, har tajurbe ko aap aah aik food for thought aur aah marifat ki ghiza is se hasil karen.</w:t>
      </w:r>
    </w:p>
    <w:p>
      <w:pPr>
        <w:jc w:val="right"/>
      </w:pPr>
      <w:r>
        <w:t>تو آہ یعنی آہ جو جو بھی تجربہ ہو آپ کا، چاہے آپ آفس میں ہوں یا آپ گھر پہ ہوں یا آپ ٹریولنگ کر رہے ہوں، ہر تجربے کو آپ آہ ایک Food for Thought اور آہ معرفت کی غذا اس سے حاصل کریں۔</w:t>
      </w:r>
    </w:p>
    <w:p>
      <w:r>
        <w:rPr>
          <w:b/>
        </w:rPr>
        <w:t xml:space="preserve">[14:56] </w:t>
      </w:r>
      <w:r>
        <w:t>aah aah aah aik waqia hai, aah sahaba aik sahabi the hanzala. aah</w:t>
      </w:r>
    </w:p>
    <w:p>
      <w:pPr>
        <w:jc w:val="right"/>
      </w:pPr>
      <w:r>
        <w:t>آہ آہ آہ ایک واقعہ ہے، آہ صحابہ ایک صحابی تھے حنزلہ۔ آہ</w:t>
      </w:r>
    </w:p>
    <w:p>
      <w:r>
        <w:rPr>
          <w:b/>
        </w:rPr>
        <w:t xml:space="preserve">[15:06] </w:t>
      </w:r>
      <w:r>
        <w:t>nahi, yeh doosra waqia mere zehan mein aa raha hai. aah rasool Allah sal Allah alaihi wasallam ne ki hadees hai, balkeh aah rasool Allah sal Allah alaihi wasallam, prophet muhammad sal Allah alaihi wasallam ki hadees hai ke unhon ne kaha ke chaubis ghante mein, yani aik din jo hota hai, us mein chaar tarah ke auqat hone chahiye.</w:t>
      </w:r>
    </w:p>
    <w:p>
      <w:pPr>
        <w:jc w:val="right"/>
      </w:pPr>
      <w:r>
        <w:t>نہیں، یہ دوسرا واقعہ میرے ذہن میں آ رہا ہے۔ آہ رسول اللہ صلی اللہ علیہ وسلم نے کی حدیث ہے، بلکہ آہ رسول اللہ صلی اللہ علیہ وسلم، Prophet محمد صلی اللہ علیہ وسلم کی حدیث ہے کہ انہوں نے کہا کہ چوبیس گھنٹے میں، یعنی ایک دن جو ہوتا ہے، اس میں چار طرح کے اوقات ہونے چاہیے۔</w:t>
      </w:r>
    </w:p>
    <w:p>
      <w:r>
        <w:rPr>
          <w:b/>
        </w:rPr>
        <w:t xml:space="preserve">[15:27] </w:t>
      </w:r>
      <w:r>
        <w:t>hmm ji, aik aik momin ke liye chaar tarah ke auqat hone chahiye.</w:t>
      </w:r>
    </w:p>
    <w:p>
      <w:pPr>
        <w:jc w:val="right"/>
      </w:pPr>
      <w:r>
        <w:t>ہمم جی، ایک ایک مومن کے لیے چار طرح کے اوقات ہونے چاہیے۔</w:t>
      </w:r>
    </w:p>
    <w:p>
      <w:r>
        <w:rPr>
          <w:b/>
        </w:rPr>
        <w:t xml:space="preserve">[15:33] </w:t>
      </w:r>
      <w:r>
        <w:t>aah pehla hai ke sa'at yunaji fiha rabbah. hmm ke kuch aise auqat hon, kuch aise lamhe hon, kuch aise moments hon, jis mein woh apne rab se baatein kare.</w:t>
      </w:r>
    </w:p>
    <w:p>
      <w:pPr>
        <w:jc w:val="right"/>
      </w:pPr>
      <w:r>
        <w:t>آہ پہلا ہے کہ ساعت یوناجی فیہا ربہ۔ ہمم کہ کچھ ایسے اوقات ہوں، کچھ ایسے لمحے ہوں، کچھ ایسے Moments ہوں، جس میں وہ اپنے رب سے باتیں کرے۔</w:t>
      </w:r>
    </w:p>
    <w:p>
      <w:r>
        <w:rPr>
          <w:b/>
        </w:rPr>
        <w:t xml:space="preserve">[15:46] </w:t>
      </w:r>
      <w:r>
        <w:t>ji, apne rab se humkalam ho, yani whisper ke andaaz mein. khuda se jo baat hoti hai, woh whisper ke andaaz mein hoti hai, khamosh zabaan mein hoti hai.</w:t>
      </w:r>
    </w:p>
    <w:p>
      <w:pPr>
        <w:jc w:val="right"/>
      </w:pPr>
      <w:r>
        <w:t>جی، اپنے رب سے ہم کلام ہو، یعنی Whisper کے انداز میں۔ خدا سے جو بات ہوتی ہے، وہ Whisper کے انداز میں ہوتی ہے، خاموش زبان میں ہوتی ہے۔</w:t>
      </w:r>
    </w:p>
    <w:p>
      <w:r>
        <w:rPr>
          <w:b/>
        </w:rPr>
        <w:t xml:space="preserve">[15:56] </w:t>
      </w:r>
      <w:r>
        <w:t>phir Allah taala ki taraf se is ka jawab aata hai, inspirations jise kehte hain.</w:t>
      </w:r>
    </w:p>
    <w:p>
      <w:pPr>
        <w:jc w:val="right"/>
      </w:pPr>
      <w:r>
        <w:t>پھر اللہ تعالی کی طرف سے اس کا جواب آتا ہے، Inspirations جسے کہتے ہیں۔</w:t>
      </w:r>
    </w:p>
    <w:p>
      <w:r>
        <w:rPr>
          <w:b/>
        </w:rPr>
        <w:t xml:space="preserve">[16:01] </w:t>
      </w:r>
      <w:r>
        <w:t>to aise bhi kuch mauqa hon ke woh apne rab se humkalam ho, baatein kare, aur khamoshi se aah aah Allah taala ki taraf mutawajjah ho.</w:t>
      </w:r>
    </w:p>
    <w:p>
      <w:pPr>
        <w:jc w:val="right"/>
      </w:pPr>
      <w:r>
        <w:t>تو ایسے بھی کچھ موقع ہوں کہ وہ اپنے رب سے ہم کلام ہو، باتیں کرے، اور خاموشی سے آہ آہ اللہ تعالی کی طرف متوجہ ہو۔</w:t>
      </w:r>
    </w:p>
    <w:p>
      <w:r>
        <w:rPr>
          <w:b/>
        </w:rPr>
        <w:t xml:space="preserve">[16:12] </w:t>
      </w:r>
      <w:r>
        <w:t>aur phir hai ke sa'at yuhasib fiha nafsah. ke kuch aise bhi lamhat hon, kuch aise bhi mauqa hon ke woh apna introspection kare, apne bare mein soche, soche ke woh kis raaste pe hai, woh sahi raaste pe hai ya woh raaste se bhatak gaya</w:t>
      </w:r>
    </w:p>
    <w:p>
      <w:pPr>
        <w:jc w:val="right"/>
      </w:pPr>
      <w:r>
        <w:t>اور پھر ہے کہ ساعت یحاسب فیہا نفسہ۔ کہ کچھ ایسے بھی لمحات ہوں، کچھ ایسے بھی موقع ہوں کہ وہ اپنا Introspection کرے، اپنے بارے میں سوچے، سوچے کہ وہ کس راستے پہ ہے، وہ صحیح راستے پہ ہے یا وہ راستے سے بھٹک گیا</w:t>
      </w:r>
    </w:p>
    <w:p>
      <w:r>
        <w:rPr>
          <w:b/>
        </w:rPr>
        <w:t xml:space="preserve">[16:30] </w:t>
      </w:r>
      <w:r>
        <w:t>hai. yeh bohat zaroori hai ke woh har roz, yani woh aik apni habit banaye insan ke woh soche apne bare mein.</w:t>
      </w:r>
    </w:p>
    <w:p>
      <w:pPr>
        <w:jc w:val="right"/>
      </w:pPr>
      <w:r>
        <w:t>ہے۔ یہ بہت ضروری ہے کہ وہ ہر روز، یعنی وہ ایک اپنی Habit بنائے انسان کہ وہ سوچے اپنے بارے میں۔</w:t>
      </w:r>
    </w:p>
    <w:p>
      <w:r>
        <w:rPr>
          <w:b/>
        </w:rPr>
        <w:t xml:space="preserve">[16:39] </w:t>
      </w:r>
      <w:r>
        <w:t>yeh bohat hi zaroori hai taake woh agar is ke andar koi aah aah raaste se woh bhatak gaya hai to woh us ko raaste ko theek kar le.</w:t>
      </w:r>
    </w:p>
    <w:p>
      <w:pPr>
        <w:jc w:val="right"/>
      </w:pPr>
      <w:r>
        <w:t>یہ بہت ہی ضروری ہے تاکہ وہ اگر اس کے اندر کوئی آہ آہ راستے سے وہ بھٹک گیا ہے تو وہ اس کو راستے کو ٹھیک کر لے۔</w:t>
      </w:r>
    </w:p>
    <w:p>
      <w:r>
        <w:rPr>
          <w:b/>
        </w:rPr>
        <w:t xml:space="preserve">[16:49] </w:t>
      </w:r>
      <w:r>
        <w:t>phir aik aur baat kahi ke sa'at yatafakkar fi sun Allah taala.</w:t>
      </w:r>
    </w:p>
    <w:p>
      <w:pPr>
        <w:jc w:val="right"/>
      </w:pPr>
      <w:r>
        <w:t>پھر ایک اور بات کہی کہ ساعت یتفکر فی سن اللہ تعالی۔</w:t>
      </w:r>
    </w:p>
    <w:p>
      <w:r>
        <w:rPr>
          <w:b/>
        </w:rPr>
        <w:t xml:space="preserve">[16:56] </w:t>
      </w:r>
      <w:r>
        <w:t>yani aah kuch aise bhi lamhat hon, kuch aise bhi moments hon jo aah woh Allah taala ki creation pe ghor o fikr kare.</w:t>
      </w:r>
    </w:p>
    <w:p>
      <w:pPr>
        <w:jc w:val="right"/>
      </w:pPr>
      <w:r>
        <w:t>یعنی آہ کچھ ایسے بھی لمحات ہوں، کچھ ایسے بھی Moments ہوں جو آہ وہ اللہ تعالی کی Creation پہ غور و فکر کرے۔</w:t>
      </w:r>
    </w:p>
    <w:p>
      <w:r>
        <w:rPr>
          <w:b/>
        </w:rPr>
        <w:t xml:space="preserve">[17:11] </w:t>
      </w:r>
      <w:r>
        <w:t>ji</w:t>
      </w:r>
    </w:p>
    <w:p>
      <w:pPr>
        <w:jc w:val="right"/>
      </w:pPr>
      <w:r>
        <w:t>جی</w:t>
      </w:r>
    </w:p>
    <w:p>
      <w:r>
        <w:rPr>
          <w:b/>
        </w:rPr>
        <w:t xml:space="preserve">[17:13] </w:t>
      </w:r>
      <w:r>
        <w:t>to yeh yeh bohat ahem hai. aur chauthi baat yeh hai ke kuch aise bhi waqt woh nikale, jis se jis mein woh apne ghar ke jo kaam hain, jo apne rozmarra ka kaam hai, jo business hai, jo ghar hai, us ke liye jo kaam hai, us ke liye bhi waqt nikale.</w:t>
      </w:r>
    </w:p>
    <w:p>
      <w:pPr>
        <w:jc w:val="right"/>
      </w:pPr>
      <w:r>
        <w:t>تو یہ یہ بہت اہم ہے۔ اور چوتھی بات یہ ہے کہ کچھ ایسے بھی وقت وہ نکالے، جس سے جس میں وہ اپنے گھر کے جو کام ہیں، جو اپنے روزمرہ کا کام ہے، جو Business ہے، جو گھر ہے، اس کے لیے جو کام ہے، اس کے لیے بھی وقت نکالے۔</w:t>
      </w:r>
    </w:p>
    <w:p>
      <w:r>
        <w:rPr>
          <w:b/>
        </w:rPr>
        <w:t xml:space="preserve">[17:30] </w:t>
      </w:r>
      <w:r>
        <w:t>aisa nahi ke woh bilkul hi yaksou kar le apne aap ko marifat ke husool ke liye. ji mashallah. aah</w:t>
      </w:r>
    </w:p>
    <w:p>
      <w:pPr>
        <w:jc w:val="right"/>
      </w:pPr>
      <w:r>
        <w:t>ایسا نہیں کہ وہ بالکل ہی یکسو کر لے اپنے آپ کو معرفت کے حصول کے لیے۔ جی ماشاءاللہ۔ آہ</w:t>
      </w:r>
    </w:p>
    <w:p>
      <w:r>
        <w:rPr>
          <w:b/>
        </w:rPr>
        <w:t xml:space="preserve">[17:38] </w:t>
      </w:r>
      <w:r>
        <w:t>doctor sahib, aah sahaba ka jo marifat ka level hai, jaisa ke hum jante hain ke bohat aah ooncha level tha. aah hazrat ibn masood used to say that you should always set your eyes on the quran.</w:t>
      </w:r>
    </w:p>
    <w:p>
      <w:pPr>
        <w:jc w:val="right"/>
      </w:pPr>
      <w:r>
        <w:t>ڈاکٹر صاحب، آہ صحابہ کا جو معرفت کا Level ہے، جیسا کہ ہم جانتے ہیں کہ بہت آہ اونچا Level تھا۔ آہ حضرت ابن مسعود Used to say that you should always set your eyes on the قرآن۔</w:t>
      </w:r>
    </w:p>
    <w:p>
      <w:r>
        <w:rPr>
          <w:b/>
        </w:rPr>
        <w:t xml:space="preserve">[17:52] </w:t>
      </w:r>
      <w:r>
        <w:t>aah aur isi tareeqe se aah ibn umar ke bare mein kisi aik shakhs ne poocha ke woh ghar mein kya karte the, un ke bare mein bataein. to</w:t>
      </w:r>
    </w:p>
    <w:p>
      <w:pPr>
        <w:jc w:val="right"/>
      </w:pPr>
      <w:r>
        <w:t>آہ اور اسی طریقے سے آہ ابن عمر کے بارے میں کسی ایک شخص نے پوچھا کہ وہ گھر میں کیا کرتے تھے، ان کے بارے میں بتائیں۔ تو</w:t>
      </w:r>
    </w:p>
    <w:p>
      <w:r>
        <w:rPr>
          <w:b/>
        </w:rPr>
        <w:t xml:space="preserve">[18:00] </w:t>
      </w:r>
      <w:r>
        <w:t>us ne kaha doosre shakhs ne ke tum mein woh taqat nahi ke jo woh karte the, woh tum kar sako, kyunke woh saara waqt quran parhte the, namaz ada karte the.</w:t>
      </w:r>
    </w:p>
    <w:p>
      <w:pPr>
        <w:jc w:val="right"/>
      </w:pPr>
      <w:r>
        <w:t>اس نے کہا دوسرے شخص نے کہ تم میں وہ طاقت نہیں کہ جو وہ کرتے تھے، وہ تم کر سکو، کیونکہ وہ سارا وقت قرآن پڑھتے تھے، نماز ادا کرتے تھے۔</w:t>
      </w:r>
    </w:p>
    <w:p>
      <w:r>
        <w:rPr>
          <w:b/>
        </w:rPr>
        <w:t xml:space="preserve">[18:08] </w:t>
      </w:r>
      <w:r>
        <w:t>yani he would always make a fresh ablution before every prayer. aah isi tareeqe se akrama bin abujahal jo hain, woh quran ko le ke apne chehre pe laga ke roya karte the aur kehte the ke this is my lord's book, this is my lord's speech.</w:t>
      </w:r>
    </w:p>
    <w:p>
      <w:pPr>
        <w:jc w:val="right"/>
      </w:pPr>
      <w:r>
        <w:t>یعنی he would always make a fresh ablution before every prayer۔ آہ اسی طریقے سے اکرمہ بن ابوجہل جو ہیں، وہ قرآن کو لے کے اپنے چہرے پہ لگا کے رویا کرتے تھے اور کہتے تھے کہ this is my Lord's book، this is my Lord's speech۔</w:t>
      </w:r>
    </w:p>
    <w:p>
      <w:r>
        <w:rPr>
          <w:b/>
        </w:rPr>
        <w:t xml:space="preserve">[18:25] </w:t>
      </w:r>
      <w:r>
        <w:t>aah to jab hum aah woh un ke bare mein parhte hain, sunte hain to aik natural aik question aata hai ke kya marifat ke bhi kai levels hain aur kya aisa mumkin hai ke hum aah oonche level of marifat ko pa sakte hain?</w:t>
      </w:r>
    </w:p>
    <w:p>
      <w:pPr>
        <w:jc w:val="right"/>
      </w:pPr>
      <w:r>
        <w:t>آہ تو جب ہم آہ وہ ان کے بارے میں پڑھتے ہیں، سنتے ہیں تو ایک Natural ایک Question آتا ہے کہ کیا معرفت کے بھی کئی Levels ہیں اور کیا ایسا ممکن ہے کہ ہم آہ اونچے Level of معرفت کو پا سکتے ہیں؟</w:t>
      </w:r>
    </w:p>
    <w:p>
      <w:r>
        <w:rPr>
          <w:b/>
        </w:rPr>
        <w:t xml:space="preserve">[18:40] </w:t>
      </w:r>
      <w:r>
        <w:t>aah is ke bare mein bataein doctor sahib. haan yeh bohat acha sawal hai.</w:t>
      </w:r>
    </w:p>
    <w:p>
      <w:pPr>
        <w:jc w:val="right"/>
      </w:pPr>
      <w:r>
        <w:t>آہ اس کے بارے میں بتائیں ڈاکٹر صاحب۔ ہاں یہ بہت اچھا سوال ہے۔</w:t>
      </w:r>
    </w:p>
    <w:p>
      <w:r>
        <w:rPr>
          <w:b/>
        </w:rPr>
        <w:t xml:space="preserve">[18:47] </w:t>
      </w:r>
      <w:r>
        <w:t>maulana ne is subject pe apni kitab kitab marifat mein likha hai ke levels kai levels hain marifat ke.</w:t>
      </w:r>
    </w:p>
    <w:p>
      <w:pPr>
        <w:jc w:val="right"/>
      </w:pPr>
      <w:r>
        <w:t>مولانا نے اس Subject پہ اپنی کتاب کتاب معرفت میں لکھا ہے کہ Levels کئی Levels ہیں معرفت کے۔</w:t>
      </w:r>
    </w:p>
    <w:p>
      <w:r>
        <w:rPr>
          <w:b/>
        </w:rPr>
        <w:t xml:space="preserve">[18:55] </w:t>
      </w:r>
      <w:r>
        <w:t>aur sab se pehla level jo bataya hai, woh hai aah ru'yat. ji ki satah par ru'yat ka matlab hota hai dekhna.</w:t>
      </w:r>
    </w:p>
    <w:p>
      <w:pPr>
        <w:jc w:val="right"/>
      </w:pPr>
      <w:r>
        <w:t>اور سب سے پہلا Level جو بتایا ہے، وہ ہے آہ رویت۔ جی کی سطح پر رویت کا مطلب ہوتا ہے دیکھنا۔</w:t>
      </w:r>
    </w:p>
    <w:p>
      <w:r>
        <w:rPr>
          <w:b/>
        </w:rPr>
        <w:t xml:space="preserve">[19:05] </w:t>
      </w:r>
      <w:r>
        <w:t>yani koi cheez aap dekh len. aik tareeqa hai ke kisi cheez ke baray mein aap ko bataya jae. aik yeh hai ke aap us cheez ko khud dekh len.</w:t>
      </w:r>
    </w:p>
    <w:p>
      <w:pPr>
        <w:jc w:val="right"/>
      </w:pPr>
      <w:r>
        <w:t>یعنی کوئی چیز آپ دیکھ لیں۔ ایک طریقہ ہے کہ کسی چیز کے بارے میں آپ کو بتایا جائے۔ ایک یہ ہے کہ آپ اس چیز کو خود دیکھ لیں۔</w:t>
      </w:r>
    </w:p>
    <w:p>
      <w:r>
        <w:rPr>
          <w:b/>
        </w:rPr>
        <w:t xml:space="preserve">[19:13] </w:t>
      </w:r>
      <w:r>
        <w:t>to is ka matlab yeh hai ke jo ghayb hai, jo Unseen World hai, aah us ka mushahida Allah taala peghambaron ko kara diya karte thay.</w:t>
      </w:r>
    </w:p>
    <w:p>
      <w:pPr>
        <w:jc w:val="right"/>
      </w:pPr>
      <w:r>
        <w:t>تو اس کا مطلب یہ ہے کہ جو غیب ہے، جو Unseen World ہے، آہ اس کا مشاہدہ اللہ تعالی پیغمبروں کو کرا دیا کرتے تھے۔</w:t>
      </w:r>
    </w:p>
    <w:p>
      <w:r>
        <w:rPr>
          <w:b/>
        </w:rPr>
        <w:t xml:space="preserve">[19:26] </w:t>
      </w:r>
      <w:r>
        <w:t>yani yeh Level sirf aah peghambaron ke liye mumkin hai. yeh aam insaanon ke liye, hum jaisay logon ke liye Possible nahi hai.</w:t>
      </w:r>
    </w:p>
    <w:p>
      <w:pPr>
        <w:jc w:val="right"/>
      </w:pPr>
      <w:r>
        <w:t>یعنی یہ Level صرف آہ پیغمبروں کے لیے ممکن ہے۔ یہ عام انسانوں کے لیے، ہم جیسے لوگوں کے لیے Possible نہیں ہے۔</w:t>
      </w:r>
    </w:p>
    <w:p>
      <w:r>
        <w:rPr>
          <w:b/>
        </w:rPr>
        <w:t xml:space="preserve">[19:35] </w:t>
      </w:r>
      <w:r>
        <w:t>ji</w:t>
      </w:r>
    </w:p>
    <w:p>
      <w:pPr>
        <w:jc w:val="right"/>
      </w:pPr>
      <w:r>
        <w:t>جی</w:t>
      </w:r>
    </w:p>
    <w:p>
      <w:r>
        <w:rPr>
          <w:b/>
        </w:rPr>
        <w:t xml:space="preserve">[19:36] </w:t>
      </w:r>
      <w:r>
        <w:t>to Quran mein kai cheezein hain, kai kai baatein aayi hain, jis mein yeh jis se yeh cheez zahir hoti hai.</w:t>
      </w:r>
    </w:p>
    <w:p>
      <w:pPr>
        <w:jc w:val="right"/>
      </w:pPr>
      <w:r>
        <w:t>تو قرآن میں کئی چیزیں ہیں، کئی کئی باتیں آئی ہیں، جس میں یہ جس سے یہ چیز ظاہر ہوتی ہے۔</w:t>
      </w:r>
    </w:p>
    <w:p>
      <w:r>
        <w:rPr>
          <w:b/>
        </w:rPr>
        <w:t xml:space="preserve">[19:46] </w:t>
      </w:r>
      <w:r>
        <w:t>jaise aah aah aah Hazrat Ibrahim علیہ السلام ke baray mein aaya hai ke hum ne Ibrahim علیہ السلام ko aah zameen aur aasman ki jo badshahi hai, yani jo Wonders hain, un ko dikhaya.</w:t>
      </w:r>
    </w:p>
    <w:p>
      <w:pPr>
        <w:jc w:val="right"/>
      </w:pPr>
      <w:r>
        <w:t>جیسے آہ آہ آہ حضرت ابراہیم علیہ السلام کے بارے میں آیا ہے کہ ہم نے ابراہیم علیہ السلام کو آہ زمین اور آسمان کی جو بادشاہی ہے، یعنی جو Wonders ہیں، ان کو دکھایا۔</w:t>
      </w:r>
    </w:p>
    <w:p>
      <w:r>
        <w:rPr>
          <w:b/>
        </w:rPr>
        <w:t xml:space="preserve">[20:07] </w:t>
      </w:r>
      <w:r>
        <w:t>aur aise hi aah Rasool Allah صلی اللہ علیہ وسلم ke baray mein aata hai wa laqad ra'ahu nazlat ukhra ke aik baar Rasool Allah صلی اللہ علیہ وسلم ne farishton ko us ke un ke Original form mein dekha.</w:t>
      </w:r>
    </w:p>
    <w:p>
      <w:pPr>
        <w:jc w:val="right"/>
      </w:pPr>
      <w:r>
        <w:t>اور ایسے ہی آہ رسول اللہ صلی اللہ علیہ وسلم کے بارے میں آتا ہے ولقد راہ نزلت اخری کہ ایک بار رسول اللہ صلی اللہ علیہ وسلم نے فرشتوں کو اس کے ان کے Original فارم میں دیکھا۔</w:t>
      </w:r>
    </w:p>
    <w:p>
      <w:r>
        <w:rPr>
          <w:b/>
        </w:rPr>
        <w:t xml:space="preserve">[20:25] </w:t>
      </w:r>
      <w:r>
        <w:t>jo farishta Jibrael aaya karte thay, woh aik Human form mein aate thay. ji aik nojawan aur baal kaalay aur safaid dress aur bilkul Fresh.</w:t>
      </w:r>
    </w:p>
    <w:p>
      <w:pPr>
        <w:jc w:val="right"/>
      </w:pPr>
      <w:r>
        <w:t>جو فرشتہ جبرائیل آیا کرتے تھے، وہ ایک Human فارم میں آتے تھے۔ جی ایک نوجوان اور بال کالے اور سفید ڈریس اور بالکل Fresh۔</w:t>
      </w:r>
    </w:p>
    <w:p>
      <w:r>
        <w:rPr>
          <w:b/>
        </w:rPr>
        <w:t xml:space="preserve">[20:36] </w:t>
      </w:r>
      <w:r>
        <w:t>aisa nahi lagta tha ke koi safar kar ke aa rahe hain ya koi dhool mitti lagi hui hai kapray pe. ji to hamesha woh ziyada tar aah aik aah Human form mein aaya karte thay, lekin kabhi woh apne Original form mein bhi aa jaya</w:t>
      </w:r>
    </w:p>
    <w:p>
      <w:pPr>
        <w:jc w:val="right"/>
      </w:pPr>
      <w:r>
        <w:t>ایسا نہیں لگتا تھا کہ کوئی سفر کر کے آ رہے ہیں یا کوئی دھول مٹی لگی ہوئی ہے کپڑے پہ۔ جی تو ہمیشہ وہ زیادہ تر آہ ایک آہ Human فارم میں آیا کرتے تھے، لیکن کبھی وہ اپنے Original فارم میں بھی آ جایا</w:t>
      </w:r>
    </w:p>
    <w:p>
      <w:r>
        <w:rPr>
          <w:b/>
        </w:rPr>
        <w:t xml:space="preserve">[20:51] </w:t>
      </w:r>
      <w:r>
        <w:t>karte thay. hmm to Rasool Allah batate hain ke woh poora jo aasman hai, East se West tak, woh un ke par phailay hue hotay thay.</w:t>
      </w:r>
    </w:p>
    <w:p>
      <w:pPr>
        <w:jc w:val="right"/>
      </w:pPr>
      <w:r>
        <w:t>کرتے تھے۔ ہمم تو رسول اللہ بتاتے ہیں کہ وہ پورا جو آسمان ہے، East سے West تک، وہ ان کے پر پھیلے ہوئے ہوتے تھے۔</w:t>
      </w:r>
    </w:p>
    <w:p>
      <w:r>
        <w:rPr>
          <w:b/>
        </w:rPr>
        <w:t xml:space="preserve">[20:59] </w:t>
      </w:r>
      <w:r>
        <w:t>is halat mein aa ke woh neechay aate thay aur Rasool Allah ko Quran ka paigham, jo bhi wahi hoti thi, woh dete thay. to yeh ghayb ka parda hata</w:t>
      </w:r>
    </w:p>
    <w:p>
      <w:pPr>
        <w:jc w:val="right"/>
      </w:pPr>
      <w:r>
        <w:t>اس حالت میں آ کے وہ نیچے آتے تھے اور رسول اللہ کو قرآن کا پیغام، جو بھی وحی ہوتی تھی، وہ دیتے تھے۔ تو یہ غیب کا پردہ ہٹا</w:t>
      </w:r>
    </w:p>
    <w:p>
      <w:r>
        <w:rPr>
          <w:b/>
        </w:rPr>
        <w:t xml:space="preserve">[21:10] </w:t>
      </w:r>
      <w:r>
        <w:t>daina hai. hmm yani aah jo ghayb hai, jo Unseen World hai, peghambaron ke liye yeh parda hata diya jata tha.</w:t>
      </w:r>
    </w:p>
    <w:p>
      <w:pPr>
        <w:jc w:val="right"/>
      </w:pPr>
      <w:r>
        <w:t>دینا ہے۔ ہمم یعنی آہ جو غیب ہے، جو Unseen World ہے، پیغمبروں کے لیے یہ پردہ ہٹا دیا جاتا تھا۔</w:t>
      </w:r>
    </w:p>
    <w:p>
      <w:r>
        <w:rPr>
          <w:b/>
        </w:rPr>
        <w:t xml:space="preserve">[21:19] </w:t>
      </w:r>
      <w:r>
        <w:t>chounke un ka jo Mission tha, woh woh yeh tha ke woh logon ko Reality batayein ke maut ke baad akhirat kya hai, jannat kya hai, jahannum kya hai, Day of Judgment kya hai.</w:t>
      </w:r>
    </w:p>
    <w:p>
      <w:pPr>
        <w:jc w:val="right"/>
      </w:pPr>
      <w:r>
        <w:t>چونکہ ان کا جو Mission تھا، وہ وہ یہ تھا کہ وہ لوگوں کو Reality بتائیں کہ موت کے بعد آخرت کیا ہے، جنت کیا ہے، جہنم کیا ہے، Day of Judgment کیا ہے۔</w:t>
      </w:r>
    </w:p>
    <w:p>
      <w:r>
        <w:rPr>
          <w:b/>
        </w:rPr>
        <w:t xml:space="preserve">[21:35] </w:t>
      </w:r>
      <w:r>
        <w:t>to jab tak ke aah Prophets us ghayb ki cheezon ko na dekh lein, woh us Conviction aur us yaqeen ke sath bata nahi sakte thay.</w:t>
      </w:r>
    </w:p>
    <w:p>
      <w:pPr>
        <w:jc w:val="right"/>
      </w:pPr>
      <w:r>
        <w:t>تو جب تک کہ آہ Prophets اس غیب کی چیزوں کو نہ دیکھ لیں، وہ اس Conviction اور اس یقین کے ساتھ بتا نہیں سکتے تھے۔</w:t>
      </w:r>
    </w:p>
    <w:p>
      <w:r>
        <w:rPr>
          <w:b/>
        </w:rPr>
        <w:t xml:space="preserve">[21:46] </w:t>
      </w:r>
      <w:r>
        <w:t>ji to Allah taala ne khaas yeh aah aah muamla kiya aah ke aah kuch Prophets ko is tarah ke tajrubaat karaye.</w:t>
      </w:r>
    </w:p>
    <w:p>
      <w:pPr>
        <w:jc w:val="right"/>
      </w:pPr>
      <w:r>
        <w:t>جی تو اللہ تعالی نے خاص یہ آہ آہ معاملہ کیا آہ کہ آہ کچھ Prophets کو اس طرح کے تجربات کرائے۔</w:t>
      </w:r>
    </w:p>
    <w:p>
      <w:r>
        <w:rPr>
          <w:b/>
        </w:rPr>
        <w:t xml:space="preserve">[21:59] </w:t>
      </w:r>
      <w:r>
        <w:t>aik aah aah aah Musa علیہ السلام ke baray mein aata hai.</w:t>
      </w:r>
    </w:p>
    <w:p>
      <w:pPr>
        <w:jc w:val="right"/>
      </w:pPr>
      <w:r>
        <w:t>ایک آہ آہ آہ موسی علیہ السلام کے بارے میں آتا ہے۔</w:t>
      </w:r>
    </w:p>
    <w:p>
      <w:r>
        <w:rPr>
          <w:b/>
        </w:rPr>
        <w:t xml:space="preserve">[22:05] </w:t>
      </w:r>
      <w:r>
        <w:t>ji ke woh kehte hain Allah taala se qaal rabb-i ar-ni an-ẓur ilayk. hmm ke ay Allah mein tujhe dekhna chahta hoon.</w:t>
      </w:r>
    </w:p>
    <w:p>
      <w:pPr>
        <w:jc w:val="right"/>
      </w:pPr>
      <w:r>
        <w:t>جی کہ وہ کہتے ہیں اللہ تعالی سے قال ربی ارنی انظر الیک۔ ہمم کہ اے اللہ میں تجھے دیکھنا چاہتا ہوں۔</w:t>
      </w:r>
    </w:p>
    <w:p>
      <w:r>
        <w:rPr>
          <w:b/>
        </w:rPr>
        <w:t xml:space="preserve">[22:13] </w:t>
      </w:r>
      <w:r>
        <w:t>to Allah taala ne kaha ke lan tara-ni tum mujhe nahi dekh sakte. ji yani yeh yeh jo Human Eyes hain, in se tum mujhe nahi dekh sakte. lekin unhone phir israr kiya.</w:t>
      </w:r>
    </w:p>
    <w:p>
      <w:pPr>
        <w:jc w:val="right"/>
      </w:pPr>
      <w:r>
        <w:t>تو اللہ تعالی نے کہا کہ لن ترانی تم مجھے نہیں دیکھ سکتے۔ جی یعنی یہ یہ جو Human Eyes ہیں، ان سے تم مجھے نہیں دیکھ سکتے۔ لیکن انہوں نے پھر اصرار کیا۔</w:t>
      </w:r>
    </w:p>
    <w:p>
      <w:r>
        <w:rPr>
          <w:b/>
        </w:rPr>
        <w:t xml:space="preserve">[22:24] </w:t>
      </w:r>
      <w:r>
        <w:t>to Allah taala ne kaha ke acha is pahaar pe dekho,</w:t>
      </w:r>
    </w:p>
    <w:p>
      <w:pPr>
        <w:jc w:val="right"/>
      </w:pPr>
      <w:r>
        <w:t>تو اللہ تعالی نے کہا کہ اچھا اس پہاڑ پہ دیکھو،</w:t>
      </w:r>
    </w:p>
    <w:p>
      <w:r>
        <w:rPr>
          <w:b/>
        </w:rPr>
        <w:t xml:space="preserve">[22:28] </w:t>
      </w:r>
      <w:r>
        <w:t>agar tum mein apni tajalli, apni light us pe daalunga,</w:t>
      </w:r>
    </w:p>
    <w:p>
      <w:pPr>
        <w:jc w:val="right"/>
      </w:pPr>
      <w:r>
        <w:t>اگر تم میں اپنی تجلی، اپنی لائٹ اس پہ ڈالوں گا،</w:t>
      </w:r>
    </w:p>
    <w:p>
      <w:r>
        <w:rPr>
          <w:b/>
        </w:rPr>
        <w:t xml:space="preserve">[22:35] </w:t>
      </w:r>
      <w:r>
        <w:t>aur agar tum ne mujhe, agar woh pahaar apne maqam pe baqi raha, to tum mujhe dekh sakte ho. to jab Allah taala ki light us pahaar pe aayi, to woh pahaar urr gaya, reza reza ho gaya.</w:t>
      </w:r>
    </w:p>
    <w:p>
      <w:pPr>
        <w:jc w:val="right"/>
      </w:pPr>
      <w:r>
        <w:t>اور اگر تم نے مجھے، اگر وہ پہاڑ اپنے مقام پہ باقی رہا، تو تم مجھے دیکھ سکتے ہو۔ تو جب اللہ تعالی کی لائٹ اس پہاڑ پہ آئی، تو وہ پہاڑ اڑ گیا، ریزہ ریزہ ہو گیا۔</w:t>
      </w:r>
    </w:p>
    <w:p>
      <w:r>
        <w:rPr>
          <w:b/>
        </w:rPr>
        <w:t xml:space="preserve">[22:49] </w:t>
      </w:r>
      <w:r>
        <w:t>hmm aur Musa gir gaye, behosh ho ke. kharra Musa siqa.</w:t>
      </w:r>
    </w:p>
    <w:p>
      <w:pPr>
        <w:jc w:val="right"/>
      </w:pPr>
      <w:r>
        <w:t>ہمم اور موسی گر گئے، بے ہوش ہو کے۔ خرا موسی سیقہ۔</w:t>
      </w:r>
    </w:p>
    <w:p>
      <w:r>
        <w:rPr>
          <w:b/>
        </w:rPr>
        <w:t xml:space="preserve">[22:54] </w:t>
      </w:r>
      <w:r>
        <w:t>phir jab Musa علیہ السلام ko hosh aaya, to unhone kaha ke main maafi mangta hoon, main pehla hoon jo tumhare Allah taala ke upar iman aah lata hoon.</w:t>
      </w:r>
    </w:p>
    <w:p>
      <w:pPr>
        <w:jc w:val="right"/>
      </w:pPr>
      <w:r>
        <w:t>پھر جب موسی علیہ السلام کو ہوش آیا، تو انہوں نے کہا کہ میں معافی مانگتا ہوں، میں پہلا ہوں جو تمہارے اللہ تعالی کے اوپر ایمان آہ لاتا ہوں۔</w:t>
      </w:r>
    </w:p>
    <w:p>
      <w:r>
        <w:rPr>
          <w:b/>
        </w:rPr>
        <w:t xml:space="preserve">[23:05] </w:t>
      </w:r>
      <w:r>
        <w:t>to aise waqiyat aik waqia aur Quran mein hai, jo bohat hi ajeeb hai, Hazrat Uzair علیہ السلام ka. ji Hazrat Uzair علیہ السلام fifth century BC ke peghambar thay, aur woh un ke paas aik donkey tha, jis pe woh safar kiya karte</w:t>
      </w:r>
    </w:p>
    <w:p>
      <w:pPr>
        <w:jc w:val="right"/>
      </w:pPr>
      <w:r>
        <w:t>تو ایسے واقعات ایک واقعہ اور قرآن میں ہے، جو بہت ہی عجیب ہے، حضرت عزیر علیہ السلام کا۔ جی حضرت عزیر علیہ السلام ففتھ سینچری بی سی کے پیغمبر تھے، اور وہ ان کے پاس ایک ڈونکی تھا، جس پہ وہ سفر کیا کرتے</w:t>
      </w:r>
    </w:p>
    <w:p>
      <w:r>
        <w:rPr>
          <w:b/>
        </w:rPr>
        <w:t xml:space="preserve">[23:23] </w:t>
      </w:r>
      <w:r>
        <w:t>thay. to Quran mein zikr hai wa-kadh-alladhi marra 'ala qaryatin wa hiya khawiyatun 'ala 'urooshiha ke us shakhs ka zikr karo jo aik town se guzra, aur us ke woh town jo tha, woh jo jo village tha, woh bilkul khatam ho chuka tha.</w:t>
      </w:r>
    </w:p>
    <w:p>
      <w:pPr>
        <w:jc w:val="right"/>
      </w:pPr>
      <w:r>
        <w:t>تھے۔ تو قرآن میں ذکر ہے اوک الذی مر علی قریۃ وحی خاویۃ علی عروشہ کہ اس شخص کا ذکر کرو جو ایک ٹاؤن سے گزرا، اور اس کے وہ ٹاؤن جو تھا، وہ جو جو ولیج تھا، وہ بالکل ختم ہو چکا تھا۔</w:t>
      </w:r>
    </w:p>
    <w:p>
      <w:r>
        <w:rPr>
          <w:b/>
        </w:rPr>
        <w:t xml:space="preserve">[23:43] </w:t>
      </w:r>
      <w:r>
        <w:t>hmm is ka jo aah koi abadi nahi thi wahan, koi insan nahi tha, woh sare ghar toot phoot gaye thay.</w:t>
      </w:r>
    </w:p>
    <w:p>
      <w:pPr>
        <w:jc w:val="right"/>
      </w:pPr>
      <w:r>
        <w:t>ہمم اس کا جو آہ کوئی آبادی نہیں تھی وہاں، کوئی انسان نہیں تھا، وہ سارے گھر ٹوٹ پھوٹ گئے تھے۔</w:t>
      </w:r>
    </w:p>
    <w:p>
      <w:r>
        <w:rPr>
          <w:b/>
        </w:rPr>
        <w:t xml:space="preserve">[23:51] </w:t>
      </w:r>
      <w:r>
        <w:t>to yeh dekh ke aah uzair علیہ السلام ke zehan mein aaya, unhon ne kaha ke kaise Allah taala dobara zinda kare ga?</w:t>
      </w:r>
    </w:p>
    <w:p>
      <w:pPr>
        <w:jc w:val="right"/>
      </w:pPr>
      <w:r>
        <w:t>تو یہ دیکھ کے آہ عزیر علیہ السلام کے ذہن میں آیا، انہوں نے کہا کہ کیسے اللہ تعالی دوبارہ زندہ کرے گئے؟</w:t>
      </w:r>
    </w:p>
    <w:p>
      <w:r>
        <w:rPr>
          <w:b/>
        </w:rPr>
        <w:t xml:space="preserve">[24:01] </w:t>
      </w:r>
      <w:r>
        <w:t>yani un ka maqsad tha ke jo insan jab is ki death ho jati hai, to woh akhirat mein kaise zinda hoga? hmm to Allah taala ne us waqt un ko aik bohat hi zabardast demonstration diya, aur un ko isi waqt maut de di.</w:t>
      </w:r>
    </w:p>
    <w:p>
      <w:pPr>
        <w:jc w:val="right"/>
      </w:pPr>
      <w:r>
        <w:t>یعنی ان کا مقصد تھا کہ جو انسان جب اس کی ڈیتھ ہو جاتی ہے، تو وہ آخرت میں کیسے زندہ ہوگا؟ ہمم تو اللہ تعالی نے اس وقت ان کو ایک بہت ہی زبردست ڈیمونسٹریشن دیا، اور ان کو اسی وقت موت دے دی۔</w:t>
      </w:r>
    </w:p>
    <w:p>
      <w:r>
        <w:rPr>
          <w:b/>
        </w:rPr>
        <w:t xml:space="preserve">[24:15] </w:t>
      </w:r>
      <w:r>
        <w:t>hmm aur un ke donkey ko bhi maut de di</w:t>
      </w:r>
    </w:p>
    <w:p>
      <w:pPr>
        <w:jc w:val="right"/>
      </w:pPr>
      <w:r>
        <w:t>ہمم اور ان کے ڈونکی کو بھی موت دے دی</w:t>
      </w:r>
    </w:p>
    <w:p>
      <w:r>
        <w:rPr>
          <w:b/>
        </w:rPr>
        <w:t xml:space="preserve">[24:19] </w:t>
      </w:r>
      <w:r>
        <w:t>. ji to so saal ke baad un ko dobara zinda kiya, aur poocha un se qaal kam labast yani kitne din tum is halat mein rahe?</w:t>
      </w:r>
    </w:p>
    <w:p>
      <w:pPr>
        <w:jc w:val="right"/>
      </w:pPr>
      <w:r>
        <w:t>۔ جی تو سو سال کے بعد ان کو دوبارہ زندہ کیا، اور پوچھا ان سے قال کم لبست یعنی کتنے دن تم اس حالت میں رہے؟</w:t>
      </w:r>
    </w:p>
    <w:p>
      <w:r>
        <w:rPr>
          <w:b/>
        </w:rPr>
        <w:t xml:space="preserve">[24:33] </w:t>
      </w:r>
      <w:r>
        <w:t>yeh jo halat thi tumhari, is mein kab tak, kitne arsay rahe?</w:t>
      </w:r>
    </w:p>
    <w:p>
      <w:pPr>
        <w:jc w:val="right"/>
      </w:pPr>
      <w:r>
        <w:t>یہ جو حالت تھی تمہاری، اس میں کب تک، کتنے عرصے رہے؟</w:t>
      </w:r>
    </w:p>
    <w:p>
      <w:r>
        <w:rPr>
          <w:b/>
        </w:rPr>
        <w:t xml:space="preserve">[24:39] </w:t>
      </w:r>
      <w:r>
        <w:t>to hazrat uzair ne socha, kaha ke qaal labast yoma o ba'da yawm ke mein shayad aik din ya aik din se bhi kuch kam raha.</w:t>
      </w:r>
    </w:p>
    <w:p>
      <w:pPr>
        <w:jc w:val="right"/>
      </w:pPr>
      <w:r>
        <w:t>تو حضرت عزیر نے سوچا، کہا کہ قال لبست یوما او بعد یوم کہ میں شاید ایک دن یا ایک دن سے بھی کچھ کم رہا۔</w:t>
      </w:r>
    </w:p>
    <w:p>
      <w:r>
        <w:rPr>
          <w:b/>
        </w:rPr>
        <w:t xml:space="preserve">[24:51] </w:t>
      </w:r>
      <w:r>
        <w:t>ji to Allah taala ne farmaya balabast aamin ke tum aik so saal is halat mein rahe, fanzil ta'amak wa sharabak lam yatasanna ke tum apne khane ko aur apne pani ko dekho, woh to waise hi fresh hai.</w:t>
      </w:r>
    </w:p>
    <w:p>
      <w:pPr>
        <w:jc w:val="right"/>
      </w:pPr>
      <w:r>
        <w:t>جی تو اللہ تعالی نے فرمایا بلبست عامن کہ تم ایک سو سال اس حالت میں رہے، فنزل تعامک و شرابک لم یتسن کہ تم اپنے کھانے کو اور اپنے پانی کو دیکھو، وہ تو ویسے ہی فریش ہے۔</w:t>
      </w:r>
    </w:p>
    <w:p>
      <w:r>
        <w:rPr>
          <w:b/>
        </w:rPr>
        <w:t xml:space="preserve">[25:07] </w:t>
      </w:r>
      <w:r>
        <w:t>ji</w:t>
      </w:r>
    </w:p>
    <w:p>
      <w:pPr>
        <w:jc w:val="right"/>
      </w:pPr>
      <w:r>
        <w:t>جی</w:t>
      </w:r>
    </w:p>
    <w:p>
      <w:r>
        <w:rPr>
          <w:b/>
        </w:rPr>
        <w:t xml:space="preserve">[25:08] </w:t>
      </w:r>
      <w:r>
        <w:t>to jo un ka aah gadha tha, jo un ki donkey tha, woh khatam ho chuka tha, us ki hadiyan pari hui theen. Allah taala ne us ko dobara zinda kiya, woh hadiyan jud gayeen, muscles aa gaye, organs ban gaye, skin aa gayi, aur woh donkey khada ho gaya.</w:t>
      </w:r>
    </w:p>
    <w:p>
      <w:pPr>
        <w:jc w:val="right"/>
      </w:pPr>
      <w:r>
        <w:t>تو جو ان کا آہ گدھا تھا، جو ان کی ڈونکی تھا، وہ ختم ہو چکا تھا، اس کی ہڈیاں پڑی ہوئی تھیں۔ اللہ تعالی نے اس کو دوبارہ زندہ کیا، وہ ہڈیاں جڑ گئیں، مسلز آ گئے، ارگنز بن گئے، سکن آ گئی، اور وہ ڈونکی کھڑا ہو گیا۔</w:t>
      </w:r>
    </w:p>
    <w:p>
      <w:r>
        <w:rPr>
          <w:b/>
        </w:rPr>
        <w:t xml:space="preserve">[25:25] </w:t>
      </w:r>
      <w:r>
        <w:t>hmm to woh dekh ke aik dam hairaan ho gaye, aur phir woh bolay ke Allah taala ki qudrat itni hai ke woh kuch bhi kar sakta hai. to</w:t>
      </w:r>
    </w:p>
    <w:p>
      <w:pPr>
        <w:jc w:val="right"/>
      </w:pPr>
      <w:r>
        <w:t>ہمم تو وہ دیکھ کے ایک دم حیران ہو گئے، اور پھر وہ بولے کہ اللہ تعالی کی قدرت اتنی ہے کہ وہ کچھ بھی کر سکتا ہے۔ تو</w:t>
      </w:r>
    </w:p>
    <w:p>
      <w:r>
        <w:rPr>
          <w:b/>
        </w:rPr>
        <w:t xml:space="preserve">[25:33] </w:t>
      </w:r>
      <w:r>
        <w:t>is tarah ke waqiat sirf peghambaron ke liye hote hotay thay taake un ke andar aah zabardast aah aah conviction aur yaqeen paida ho.</w:t>
      </w:r>
    </w:p>
    <w:p>
      <w:pPr>
        <w:jc w:val="right"/>
      </w:pPr>
      <w:r>
        <w:t>اس طرح کے واقعات صرف پیغمبروں کے لیے ہوتے ہوتے تھے تاکہ ان کے اندر آہ زبردست آہ آہ کنوکشن اور یقین پیدا ہو۔</w:t>
      </w:r>
    </w:p>
    <w:p>
      <w:r>
        <w:rPr>
          <w:b/>
        </w:rPr>
        <w:t xml:space="preserve">[25:48] </w:t>
      </w:r>
      <w:r>
        <w:t>balkay yeh jo mein ne abhi waqia sunaya hazrat uzair علیہ السلام ka, yeh chapter number two surah baqarah ki ayat number 259 hai.</w:t>
      </w:r>
    </w:p>
    <w:p>
      <w:pPr>
        <w:jc w:val="right"/>
      </w:pPr>
      <w:r>
        <w:t>بلکہ یہ جو میں نے ابھی واقعہ سنایا حضرت عزیر علیہ السلام کا، یہ چیپٹر نمبر ٹو سورہ بقرہ کی آیت نمبر 259 ہے۔</w:t>
      </w:r>
    </w:p>
    <w:p>
      <w:r>
        <w:rPr>
          <w:b/>
        </w:rPr>
        <w:t xml:space="preserve">[25:56] </w:t>
      </w:r>
      <w:r>
        <w:t>ji aur is ke agli ayat jo hai 260 chapter number two 260, woh bhi isi tarah</w:t>
      </w:r>
    </w:p>
    <w:p>
      <w:pPr>
        <w:jc w:val="right"/>
      </w:pPr>
      <w:r>
        <w:t>جی اور اس کے اگلی آیت جو ہے 260 چیپٹر نمبر ٹو 260، وہ بھی اسی طرح</w:t>
      </w:r>
    </w:p>
    <w:p>
      <w:r>
        <w:rPr>
          <w:b/>
        </w:rPr>
        <w:t xml:space="preserve">[26:02] </w:t>
      </w:r>
      <w:r>
        <w:t>ki baat hai. is mein hazrat ibrahim علیہ السلام ka qissa hai, jis mein hazrat ibrahim علیہ السلام ne bhi yahi kaha ke kaise to zinda kare ga jo log mar jayenge?</w:t>
      </w:r>
    </w:p>
    <w:p>
      <w:pPr>
        <w:jc w:val="right"/>
      </w:pPr>
      <w:r>
        <w:t>کی بات ہے۔ اس میں حضرت ابراہیم علیہ السلام کا قصہ ہے، جس میں حضرت ابراہیم علیہ السلام نے بھی یہی کہا کہ کیسے تو زندہ کرے گا جو لوگ مر جائیں گے؟</w:t>
      </w:r>
    </w:p>
    <w:p>
      <w:r>
        <w:rPr>
          <w:b/>
        </w:rPr>
        <w:t xml:space="preserve">[26:12] </w:t>
      </w:r>
      <w:r>
        <w:t>to Allah taala ne un se kaha ke kya tum mere upar iman nahi rakhte? to unhon ne kaha mein iman rakhta hoon, aah lekin bas mein luyatamm qulbi ke mere dil mein thoda itminan ho jaye.</w:t>
      </w:r>
    </w:p>
    <w:p>
      <w:pPr>
        <w:jc w:val="right"/>
      </w:pPr>
      <w:r>
        <w:t>تو اللہ تعالی نے ان سے کہا کہ کیا تم میرے اوپر ایمان نہیں رکھتے؟ تو انہوں نے کہا میں ایمان رکھتا ہوں، آہ لیکن بس میں لیتم قلبی کہ میرے دل میں تھوڑا اطمینان ہو جائے۔</w:t>
      </w:r>
    </w:p>
    <w:p>
      <w:r>
        <w:rPr>
          <w:b/>
        </w:rPr>
        <w:t xml:space="preserve">[26:22] </w:t>
      </w:r>
      <w:r>
        <w:t>hmm to Allah taala ne kaha ke tum chaar parinday le lo. ji aur un ko hila lo, tameem kar lo. hmm aisa ke woh jab tum bulao to woh aa jayen.</w:t>
      </w:r>
    </w:p>
    <w:p>
      <w:pPr>
        <w:jc w:val="right"/>
      </w:pPr>
      <w:r>
        <w:t>ہمم تو اللہ تعالی نے کہا کہ تم چار پرندے لے لو۔ جی اور ان کو ہلا لو، ٹیم کر لو۔ ہمم ایسا کہ وہ جب تم بلاؤ تو وہ آ جائیں۔</w:t>
      </w:r>
    </w:p>
    <w:p>
      <w:r>
        <w:rPr>
          <w:b/>
        </w:rPr>
        <w:t xml:space="preserve">[26:31] </w:t>
      </w:r>
      <w:r>
        <w:t>hmm to unhon ne chaar parinday liye, un ko tameem kiya. phir Allah ne farmaya ke tum is aas paas ki pahariyon pe alag alag chaaron parindon ko rakh do, aur phir un ko bula</w:t>
      </w:r>
    </w:p>
    <w:p>
      <w:pPr>
        <w:jc w:val="right"/>
      </w:pPr>
      <w:r>
        <w:t>ہمم تو انہوں نے چار پرندے لیے، ان کو ٹیم کیا۔ پھر اللہ نے فرمایا کہ تم اس پاس کی پہاڑیوں پہ الگ الگ چاروں پرندوں کو رکھ دو، اور پھر ان کو بلا</w:t>
      </w:r>
    </w:p>
    <w:p>
      <w:r>
        <w:rPr>
          <w:b/>
        </w:rPr>
        <w:t xml:space="preserve">[26:40] </w:t>
      </w:r>
      <w:r>
        <w:t>o. to woh chaaron tumhare paas aik sath aa jayenge. to unhon ne aise hi kiya, parindon ko rakha aur bulaya, to chaaron parinday un ke paas aa gaye. aur phir Allah ne yani yeh explain kiya, yeh yeh samjhaya is waqie se ke jis tarike se hum ne tumhein paida kiya hai, jab hum tumhein bulayenge, tumhari roohon ko tum hamare paas seedhe aa jaoge.</w:t>
      </w:r>
    </w:p>
    <w:p>
      <w:pPr>
        <w:jc w:val="right"/>
      </w:pPr>
      <w:r>
        <w:t>ؤ۔ تو وہ چاروں تمہارے پاس ایک ساتھ آ جائیں گے۔ تو انہوں نے ایسے ہی کیا، پرندوں کو رکھا اور بلایا، تو چاروں پرندے ان کے پاس آ گئے۔ اور پھر اللہ نے یعنی یہ ایکسپلین کیا، یہ یہ سمجھایا اس واقعے سے کہ جس طریقے سے ہم نے تمہیں پیدا کیا ہے، جب ہم تمہیں بلائیں گے، تمہاری روحوں کو تم ہمارے پاس سیدھے آ جاؤ گے۔</w:t>
      </w:r>
    </w:p>
    <w:p>
      <w:r>
        <w:rPr>
          <w:b/>
        </w:rPr>
        <w:t xml:space="preserve">[27:00] </w:t>
      </w:r>
      <w:r>
        <w:t>to yeh sab cheezein quran mein aayi hain kai jagah, aah lekin yeh sab yani these are beyond the realm of human mind.</w:t>
      </w:r>
    </w:p>
    <w:p>
      <w:pPr>
        <w:jc w:val="right"/>
      </w:pPr>
      <w:r>
        <w:t>تو یہ سب چیزیں قرآن میں آئی ہیں کئی جگہ، آہ لیکن یہ سب یعنی دیز آر بیونڈ دی ریلم اف ہیومن مائنڈ۔</w:t>
      </w:r>
    </w:p>
    <w:p>
      <w:r>
        <w:rPr>
          <w:b/>
        </w:rPr>
        <w:t xml:space="preserve">[27:09] </w:t>
      </w:r>
      <w:r>
        <w:t>ji yeh hum hum jaisay logon ke liye, aam logon ke liye nahi, yeh to yeh to khaas peghambaron ke liye yeh sab waqiat thay. aur aah yeh jo aah yani marifat ka woh aala level hum insanon ke liye nahi hai, lekin Allah ke hukum se jo ahl e iman jannat mein jayenge.</w:t>
      </w:r>
    </w:p>
    <w:p>
      <w:pPr>
        <w:jc w:val="right"/>
      </w:pPr>
      <w:r>
        <w:t>جی یہ ہم ہم جیسے لوگوں کے لیے، عام لوگوں کے لیے نہیں، یہ تو یہ تو خاص پیغمبروں کے لیے یہ سب واقعات تھے۔ اور آہ یہ جو آہ یعنی معرفت کا وہ اعلیٰ لیول ہم انسانوں کے لیے نہیں ہے، لیکن اللہ کے حکم سے جو اہل ایمان جنت میں جائیں گے۔</w:t>
      </w:r>
    </w:p>
    <w:p>
      <w:r>
        <w:rPr>
          <w:b/>
        </w:rPr>
        <w:t xml:space="preserve">[27:28] </w:t>
      </w:r>
      <w:r>
        <w:t>hmm ji</w:t>
      </w:r>
    </w:p>
    <w:p>
      <w:pPr>
        <w:jc w:val="right"/>
      </w:pPr>
      <w:r>
        <w:t>ہمم جی</w:t>
      </w:r>
    </w:p>
    <w:p>
      <w:r>
        <w:rPr>
          <w:b/>
        </w:rPr>
        <w:t xml:space="preserve">[27:29] </w:t>
      </w:r>
      <w:r>
        <w:t>wahan woh ghayb ka parda un ke liye hat jayega, aur wahan par woh marifat ka safar is level ka shuru hoga, chounke Allah taala wahan zahir hoga, aur Allah taala ke aah ko dekhenge woh.</w:t>
      </w:r>
    </w:p>
    <w:p>
      <w:pPr>
        <w:jc w:val="right"/>
      </w:pPr>
      <w:r>
        <w:t>وہاں وہ غیب کا پردہ ان کے لیے ہٹ جائے گا، اور وہاں پر وہ معرفت کا سفر اس لیول کا شروع ہوگا، چونکہ اللہ تعالی وہاں ظاہر ہوگا، اور اللہ تعالی کے آہ کو دیکھیں گے وہ۔</w:t>
      </w:r>
    </w:p>
    <w:p>
      <w:r>
        <w:rPr>
          <w:b/>
        </w:rPr>
        <w:t xml:space="preserve">[27:42] </w:t>
      </w:r>
      <w:r>
        <w:t>lekin woh dekhna bhi aisa hoga ke woh glimpses mein hoga. hmm aisa nahi ke koi cheez hai, woh aap ja ke dekh len. j</w:t>
      </w:r>
    </w:p>
    <w:p>
      <w:pPr>
        <w:jc w:val="right"/>
      </w:pPr>
      <w:r>
        <w:t>لیکن وہ دیکھنا بھی ایسا ہوگا کہ وہ گلمس میں ہوگا۔ ہمم ایسا نہیں کہ کوئی چیز ہے، وہ آپ جا کے دیکھ لیں۔ ج</w:t>
      </w:r>
    </w:p>
    <w:p>
      <w:r>
        <w:rPr>
          <w:b/>
        </w:rPr>
        <w:t xml:space="preserve">[27:49] </w:t>
      </w:r>
      <w:r>
        <w:t>y balkeh woh surat yeh hogi ke Khuda ka glms ya jhalak ya jhalak.</w:t>
      </w:r>
    </w:p>
    <w:p>
      <w:pPr>
        <w:jc w:val="right"/>
      </w:pPr>
      <w:r>
        <w:t>ی بلکہ وہ صورت یہ ہوگی کہ خدا کا گلمس یا جھلکی یا جھلک۔</w:t>
      </w:r>
    </w:p>
    <w:p>
      <w:r>
        <w:rPr>
          <w:b/>
        </w:rPr>
        <w:t xml:space="preserve">[27:55] </w:t>
      </w:r>
      <w:r>
        <w:t>hmm ya ya jalwa zahir hoga aur woh eternally zahir hota rahega alag alag tarah ka is</w:t>
      </w:r>
    </w:p>
    <w:p>
      <w:pPr>
        <w:jc w:val="right"/>
      </w:pPr>
      <w:r>
        <w:t>ہمم یا یا جلوہ ظاہر ہوگا اور وہ ایٹرنلی ظاہر ہوتا رہے گا الگ الگ طرح کا اس</w:t>
      </w:r>
    </w:p>
    <w:p>
      <w:r>
        <w:rPr>
          <w:b/>
        </w:rPr>
        <w:t xml:space="preserve">[28:02] </w:t>
      </w:r>
      <w:r>
        <w:t>liye har lamha pichle lamhe se behtar lagega bilkul alag hi hoga aur woh eternal hoga ji</w:t>
      </w:r>
    </w:p>
    <w:p>
      <w:pPr>
        <w:jc w:val="right"/>
      </w:pPr>
      <w:r>
        <w:t>لیے ہر لمحہ پچھلے لمحے سے بہتر لگے گا بالکل الگ ہی ہوگا اور وہ ایٹرنل ہوگا جی</w:t>
      </w:r>
    </w:p>
    <w:p>
      <w:r>
        <w:rPr>
          <w:b/>
        </w:rPr>
        <w:t xml:space="preserve">[28:08] </w:t>
      </w:r>
      <w:r>
        <w:t>kabhi woh khatm nahi hoga to yeh to ek aisi cheez hai jo ke aah aam insanon ke</w:t>
      </w:r>
    </w:p>
    <w:p>
      <w:pPr>
        <w:jc w:val="right"/>
      </w:pPr>
      <w:r>
        <w:t>کبھی وہ ختم نہیں ہوگا تو یہ تو ایک ایسی چیز ہے جو کہ آہ عام انسانوں کے</w:t>
      </w:r>
    </w:p>
    <w:p>
      <w:r>
        <w:rPr>
          <w:b/>
        </w:rPr>
        <w:t xml:space="preserve">[28:14] </w:t>
      </w:r>
      <w:r>
        <w:t>liye is duniya mein mumkin nahi hai sirf peghambaron ke liye thi lekin Maulana ne jo doosri cheez</w:t>
      </w:r>
    </w:p>
    <w:p>
      <w:pPr>
        <w:jc w:val="right"/>
      </w:pPr>
      <w:r>
        <w:t>لیے اس دنیا میں ممکن نہیں ہے صرف پیغمبروں کے لیے تھی لیکن مولانا نے جو دوسری چیز</w:t>
      </w:r>
    </w:p>
    <w:p>
      <w:r>
        <w:rPr>
          <w:b/>
        </w:rPr>
        <w:t xml:space="preserve">[28:18] </w:t>
      </w:r>
      <w:r>
        <w:t>likhi hai woh ajz ki daryaft</w:t>
      </w:r>
    </w:p>
    <w:p>
      <w:pPr>
        <w:jc w:val="right"/>
      </w:pPr>
      <w:r>
        <w:t>لکھی ہے وہ عجز کی دریافت</w:t>
      </w:r>
    </w:p>
    <w:p>
      <w:r>
        <w:rPr>
          <w:b/>
        </w:rPr>
        <w:t xml:space="preserve">[28:21] </w:t>
      </w:r>
      <w:r>
        <w:t>hai ajz yani helplessness ke insan yeh jaane ke insan helpless hai aur ajiz hai aur balkeh ajiz mutlaq hai yani apne aap ko all helpless aur khuda ko all powerful qadir mutlaq ajiz mutlaq aur qadir mutlaq</w:t>
      </w:r>
    </w:p>
    <w:p>
      <w:pPr>
        <w:jc w:val="right"/>
      </w:pPr>
      <w:r>
        <w:t>ہے عجز یعنی ہیلپ لیسنس کہ انسان یہ جانے کہ انسان ہیلپ لیس ہے اور عاجز ہے اور بلکہ عاجز مطلق ہے یعنی اپنے آپ کو ال ہیلپ لیس اور خدا کو ال پاور فل قادر مطلق عاجز مطلق اور قادر مطلق</w:t>
      </w:r>
    </w:p>
    <w:p>
      <w:r>
        <w:rPr>
          <w:b/>
        </w:rPr>
        <w:t xml:space="preserve">[28:40] </w:t>
      </w:r>
      <w:r>
        <w:t>aah yeh yeh cheez jo hai ke insan aah lene wala hai aur khuda dene wala hai aah insan taker hai aur khuda giver hai insan aah aah aah munim hai aur khuda munim hai to yeh yeh jo aah relation hai jab insan yeh samajhta hai tab us ke andar ajizi aati hai aur aur modesty aati hai</w:t>
      </w:r>
    </w:p>
    <w:p>
      <w:pPr>
        <w:jc w:val="right"/>
      </w:pPr>
      <w:r>
        <w:t>آہ یہ یہ چیز جو ہے کہ انسان آہ لینے والا ہے اور خدا دینے والا ہے آہ انسان ٹیکر ہے اور خدا گیور ہے انسان آہ آہ آہ منعم ہے اور خدا منعم ہے تو یہ یہ جو آہ ریلیشن ہے جب انسان یہ سمجھتا ہے تب اس کے اندر عاجزی آتی ہے اور اور ماڈیسٹی آتی ہے</w:t>
      </w:r>
    </w:p>
    <w:p>
      <w:r>
        <w:rPr>
          <w:b/>
        </w:rPr>
        <w:t xml:space="preserve">[29:06] </w:t>
      </w:r>
      <w:r>
        <w:t>to yeh bhi ek daryaft karne ka aah aah marifat ko hasil karne ka zariya hai jis ko Maulana kehte the man cut to size man cut to size ji to aur doosri cheez jo hai woh hai ke reference point hmm se khuda ko yaad karna khuda ki daryaft karna</w:t>
      </w:r>
    </w:p>
    <w:p>
      <w:pPr>
        <w:jc w:val="right"/>
      </w:pPr>
      <w:r>
        <w:t>تو یہ بھی ایک دریافت کرنے کا آہ آہ معرفت کو حاصل کرنے کا ذریعہ ہے جس کو مولانا کہتے تھے مین کٹ ٹو سائز مین کٹ ٹو سائز جی تو اور دوسری چیز جو ہے وہ ہے کہ ریفرنس پوائنٹ ہمم سے خدا کو یاد کرنا خدا کی دریافت کرنا</w:t>
      </w:r>
    </w:p>
    <w:p>
      <w:r>
        <w:rPr>
          <w:b/>
        </w:rPr>
        <w:t xml:space="preserve">[29:27] </w:t>
      </w:r>
      <w:r>
        <w:t>to Maulana ne is pe bohat likha hai reference point bana ke kisi cheez ko aur khas toor se likha hai ke cheezon ko aap personalize kariye hmm ke suraj aap ke liye chamak raha hai hmm aur hawaein aap ke liye chal rahi hain barish aap ke liye ho rahi hai tab aap ko aur zyada gehra shukr aur gehra ehsas paida hoga ji Allah taala ka mashallah doctor sahib yeh bohat gehri aur important baatein bataein</w:t>
      </w:r>
    </w:p>
    <w:p>
      <w:pPr>
        <w:jc w:val="right"/>
      </w:pPr>
      <w:r>
        <w:t>تو مولانا نے اس پہ بہت لکھا ہے ریفرنس پوائنٹ بنا کے کسی چیز کو اور خاص طور سے لکھا ہے کہ چیزوں کو آپ پرسنلائز کریے ہمم کہ سورج آپ کے لیے چمک رہا ہے ہمم اور ہوائیں آپ کے لیے چل رہی ہیں بارش آپ کے لیے ہو رہی ہے تب آپ کو اور زیادہ گہرا شکر اور گہرا احساس پیدا ہوگا جی اللہ تعالی کا ماشاءاللہ ڈاکٹر صاحب یہ بہت گہری اور امپورٹنٹ باتیں بتائیں</w:t>
      </w:r>
    </w:p>
    <w:p>
      <w:r>
        <w:rPr>
          <w:b/>
        </w:rPr>
        <w:t xml:space="preserve">[29:54] </w:t>
      </w:r>
      <w:r>
        <w:t>aap ne aah mein yeh bhi janna chahunga aur aah i am sure jitne log yeh program dekh rahe hain woh sab bhi janna chahenge ke aap ki marifat journey kaise shuru hui aur koi aisa incident aap ki life ka jo aap ki marifat development ke liye ek reference point ban gaya jaise abhi aap ne reference point ka zikr bhi kiya ji to is ke bare mein hum sab ko bataiye ab hamare jo ghar ka mahol tha mein pichli baar bhi mein ne is pe thoda sa bola tha ji</w:t>
      </w:r>
    </w:p>
    <w:p>
      <w:pPr>
        <w:jc w:val="right"/>
      </w:pPr>
      <w:r>
        <w:t>آپ نے آہ میں یہ بھی جاننا چاہوں گا اور آہ آئی ایم شور جتنے لوگ یہ پروگرام دیکھ رہے ہیں وہ سب بھی جاننا چاہیں گے کہ آپ کی معرفت جرنی کیسے شروع ہوئی اور کوئی ایسا انسیڈنٹ آپ کی لائف کا جو آپ کی معرفت ڈیویلپمنٹ کے لیے ایک ریفرنس پوائنٹ بن گیا جیسے ابھی آپ نے ریفرنس پوائنٹ کا ذکر بھی کیا جی تو اس کے بارے میں ہم سب کو بتائیے اب ہمارے جو گھر کا ماحول تھا میں پچھلی بار بھی میں نے اس پہ تھوڑا سا بولا تھا جی</w:t>
      </w:r>
    </w:p>
    <w:p>
      <w:r>
        <w:rPr>
          <w:b/>
        </w:rPr>
        <w:t xml:space="preserve">[30:22] </w:t>
      </w:r>
      <w:r>
        <w:t>ke woh deeni tha to hum log namaz padhte the quran padhte the aah phir jab thoda bare hue to al risala padhne lage phir kitabein padhne lage phir yeh lectures shuru hue jo aap ne shuru karaye cps ke is se bhi bohat clarity aayi</w:t>
      </w:r>
    </w:p>
    <w:p>
      <w:pPr>
        <w:jc w:val="right"/>
      </w:pPr>
      <w:r>
        <w:t>کہ وہ دینی تھا تو ہم لوگ نماز پڑھتے تھے قرآن پڑھتے تھے آہ پھر جب تھوڑا بڑے ہوئے تو الرسالہ پڑھنے لگے پھر کتابیں پڑھنے لگے پھر یہ لیکچرز شروع ہوئے جو آپ نے شروع کرائے سی پی ایس کے اس سے بھی بہت کلیئرٹی ائی</w:t>
      </w:r>
    </w:p>
    <w:p>
      <w:r>
        <w:rPr>
          <w:b/>
        </w:rPr>
        <w:t xml:space="preserve">[30:42] </w:t>
      </w:r>
      <w:r>
        <w:t>aah to jo sab se aham baat mujhe lagi aah yani most revolutionary idea jo Maulana ka tha woh yeh ke apne past experiences ko le ke khuda se dua karna hmm chounke har insan aah mushkilat se guzarta hai aah mein bhi isi isi tarah se mushkilat se guzra</w:t>
      </w:r>
    </w:p>
    <w:p>
      <w:pPr>
        <w:jc w:val="right"/>
      </w:pPr>
      <w:r>
        <w:t>آہ تو جو سب سے اہم بات مجھے لگی آہ یعنی موسٹ ریولوشنری ائیڈیا جو مولانا کا تھا وہ یہ کہ اپنے پاسٹ ایکسپیرینسز کو لے کے خدا سے دعا کرنا ہمم چونکہ ہر انسان آہ مشکلات سے گزرتا ہے آہ میں بھی اسی اسی طرح سے مشکلات سے گزرا</w:t>
      </w:r>
    </w:p>
    <w:p>
      <w:r>
        <w:rPr>
          <w:b/>
        </w:rPr>
        <w:t xml:space="preserve">[31:07] </w:t>
      </w:r>
      <w:r>
        <w:t>to woh saare jo experiences hain aap ke Allah taala ne aap ki madad ki aur un mushkilon se aah aah aasani di to woh sab cheezon ko yaad kar ke hmm aah khuda se aah dua karna aur khuda se qareeb hona yeh ek bohat hi revolutionary idea Maulana ne diya hai apni kitabon mein aur is ka zikr hamein aah quran se bhi milta hai quran mein bhi yeh baat milti</w:t>
      </w:r>
    </w:p>
    <w:p>
      <w:pPr>
        <w:jc w:val="right"/>
      </w:pPr>
      <w:r>
        <w:t>تو وہ سارے جو ایکسپیرینسز ہیں آپ کے اللہ تعالی نے آپ کی مدد کی اور ان مشکلوں سے آہ آہ اسانی دی تو وہ سب چیزوں کو یاد کر کے ہمم آہ خدا سے آہ دعا کرنا اور خدا سے قریب ہونا یہ ایک بہت ہی ریولوشنری ائیڈیا مولانا نے دیا ہے اپنی کتابوں میں اور اس کا ذکر ہمیں آہ قرآن سے بھی ملتا ہے قرآن میں بھی یہ بات ملتی</w:t>
      </w:r>
    </w:p>
    <w:p>
      <w:r>
        <w:rPr>
          <w:b/>
        </w:rPr>
        <w:t xml:space="preserve">[31:36] </w:t>
      </w:r>
      <w:r>
        <w:t>hai Hazrat Yusuf alaihissalam ka qissa agar aap lein hmm aah to woh qissa bohat hi zabardast hai khud quran ne kaha hai ahsan al qisas ji the most beautiful story to is qisse mein aap dekhte hain ke kis tarah se Yusuf alaihissalam aah ko bhaiyon ne kunwein mein daal diya phir woh kaise nikle phir aah aah un ko slave bana ke aah farokht kar diya p</w:t>
      </w:r>
    </w:p>
    <w:p>
      <w:pPr>
        <w:jc w:val="right"/>
      </w:pPr>
      <w:r>
        <w:t>ہے حضرت یوسف علیہ السلام کا قصہ اگر آپ لیں ہمم آہ تو وہ قصہ بہت ہی زبردست ہے خود قرآن نے کہا ہے احسن القصص جی دی موسٹ بیوٹی فل سٹوری تو اس قصے میں آپ دیکھتے ہیں کہ کس طریقے سے یوسف علیہ السلام آہ کو بھائیوں نے کنویں میں ڈال دیا پھر وہ کیسے نکلے پھر آہ آہ ان کو سلیو بنا کے آہ فروخت کر دیا پ</w:t>
      </w:r>
    </w:p>
    <w:p>
      <w:r>
        <w:rPr>
          <w:b/>
        </w:rPr>
        <w:t xml:space="preserve">[32:05] </w:t>
      </w:r>
      <w:r>
        <w:t>hr un ko jail mein jana pada aur ek lambi muddat tak jail mein rehna pada phir Allah</w:t>
      </w:r>
    </w:p>
    <w:p>
      <w:pPr>
        <w:jc w:val="right"/>
      </w:pPr>
      <w:r>
        <w:t>ھر ان کو جیل میں جانا پڑا اور ایک لمبی مدت تک جیل میں رہنا پڑا پھر اللہ</w:t>
      </w:r>
    </w:p>
    <w:p>
      <w:r>
        <w:rPr>
          <w:b/>
        </w:rPr>
        <w:t xml:space="preserve">[32:10] </w:t>
      </w:r>
      <w:r>
        <w:t>تعالی نے مدد کی اور a dream interpret کرنے کی صلاحیت ان کو دی اور پھر کیسے</w:t>
      </w:r>
    </w:p>
    <w:p>
      <w:pPr>
        <w:jc w:val="right"/>
      </w:pPr>
      <w:r>
        <w:t>تعالی نے مدد کی اور آہ ڈریم آہ انٹرپریٹ کرنے کی صلاحیت ان کو دی اور پھر کیسے</w:t>
      </w:r>
    </w:p>
    <w:p>
      <w:r>
        <w:rPr>
          <w:b/>
        </w:rPr>
        <w:t xml:space="preserve">[32:18] </w:t>
      </w:r>
      <w:r>
        <w:t>kaise woh iqtidaar aur power Misr mein pahunche</w:t>
      </w:r>
    </w:p>
    <w:p>
      <w:pPr>
        <w:jc w:val="right"/>
      </w:pPr>
      <w:r>
        <w:t>کیسے وہ اقتدار اور پاور مصر میں پہنچے</w:t>
      </w:r>
    </w:p>
    <w:p>
      <w:r>
        <w:rPr>
          <w:b/>
        </w:rPr>
        <w:t xml:space="preserve">[32:23] </w:t>
      </w:r>
      <w:r>
        <w:t>to yeh ek lambi journey hai to har insan ki aisi journey hoti hai aur yeh is maqsad</w:t>
      </w:r>
    </w:p>
    <w:p>
      <w:pPr>
        <w:jc w:val="right"/>
      </w:pPr>
      <w:r>
        <w:t>تو یہ ایک لمبی جرنی ہے تو ہر انسان کی ایسی جرنی ہوتی ہے اور یہ اس مقصد</w:t>
      </w:r>
    </w:p>
    <w:p>
      <w:r>
        <w:rPr>
          <w:b/>
        </w:rPr>
        <w:t xml:space="preserve">[32:28] </w:t>
      </w:r>
      <w:r>
        <w:t>se hoti hai ke is ke andar aah Khuda se qurbat ki salahiyat paida ho to</w:t>
      </w:r>
    </w:p>
    <w:p>
      <w:pPr>
        <w:jc w:val="right"/>
      </w:pPr>
      <w:r>
        <w:t>سے ہوتی ہے کہ اس کے اندر آہ خدا سے قربت کی صلاحیت پیدا ہو تو</w:t>
      </w:r>
    </w:p>
    <w:p>
      <w:r>
        <w:rPr>
          <w:b/>
        </w:rPr>
        <w:t xml:space="preserve">[32:35] </w:t>
      </w:r>
      <w:r>
        <w:t>jab aakhir mein yeh qissa khatam hota hai to aap dekhenge ke is mein bohat achhi dua hai Hazrat aah aah aah Yusuf alaihissalam ki aur is dua mein unhone har baat ko yaad dilaya Allah taala ko</w:t>
      </w:r>
    </w:p>
    <w:p>
      <w:pPr>
        <w:jc w:val="right"/>
      </w:pPr>
      <w:r>
        <w:t>جب اخر میں یہ قصہ ختم ہوتا ہے تو آپ دیکھیں گے کہ اس میں بہت اچھی دعا ہے حضرت آہ آہ آہ یوسف علیہ السلام کی اور اس دعا میں انہوں نے ہر بات کو یاد دلایا اللہ تعالی کو</w:t>
      </w:r>
    </w:p>
    <w:p>
      <w:r>
        <w:rPr>
          <w:b/>
        </w:rPr>
        <w:t xml:space="preserve">[32:54] </w:t>
      </w:r>
      <w:r>
        <w:t>kaha hai ke main hum gaon mein thay aur shehar mein to hamein laya aur hamare bhaiyon mein</w:t>
      </w:r>
    </w:p>
    <w:p>
      <w:pPr>
        <w:jc w:val="right"/>
      </w:pPr>
      <w:r>
        <w:t>کہا ہے کہ میں ہم گاؤں میں تھے اور شہر میں تو ہمیں لایا اور ہمارے بھائیوں میں</w:t>
      </w:r>
    </w:p>
    <w:p>
      <w:r>
        <w:rPr>
          <w:b/>
        </w:rPr>
        <w:t xml:space="preserve">[33:01] </w:t>
      </w:r>
      <w:r>
        <w:t>aah shaitan ne behka diya aur aur aah mein aah jo bhi marhalon marhale se guzra woh sab</w:t>
      </w:r>
    </w:p>
    <w:p>
      <w:pPr>
        <w:jc w:val="right"/>
      </w:pPr>
      <w:r>
        <w:t>آہ شیطان نے بہکا دیا اور اور آہ میں آہ جو بھی مرحلوں مرحلے سے گزرا وہ سب</w:t>
      </w:r>
    </w:p>
    <w:p>
      <w:r>
        <w:rPr>
          <w:b/>
        </w:rPr>
        <w:t xml:space="preserve">[33:10] </w:t>
      </w:r>
      <w:r>
        <w:t>ka zikr karte karte aah woh kehte hain ke to ne mujhe dream interpret karna sikhaya humm aur</w:t>
      </w:r>
    </w:p>
    <w:p>
      <w:pPr>
        <w:jc w:val="right"/>
      </w:pPr>
      <w:r>
        <w:t>کا ذکر کرتے کرتے آہ وہ کہتے ہیں کہ تو نے مجھے ڈریم انٹرپریٹ کرنا سکھایا ہمم اور</w:t>
      </w:r>
    </w:p>
    <w:p>
      <w:r>
        <w:rPr>
          <w:b/>
        </w:rPr>
        <w:t xml:space="preserve">[33:18] </w:t>
      </w:r>
      <w:r>
        <w:t>to hamare walidain ko laya yani har baat ko jo apni salahiyat hai us ko bhi Allah se</w:t>
      </w:r>
    </w:p>
    <w:p>
      <w:pPr>
        <w:jc w:val="right"/>
      </w:pPr>
      <w:r>
        <w:t>تو ہمارے والدین کو لایا یعنی ہر بات کو جو اپنی صلاحیت ہے اس کو بھی اللہ سے</w:t>
      </w:r>
    </w:p>
    <w:p>
      <w:r>
        <w:rPr>
          <w:b/>
        </w:rPr>
        <w:t xml:space="preserve">[33:23] </w:t>
      </w:r>
      <w:r>
        <w:t>mansoob karna hai ke to ne yeh mujhe salahiyat di</w:t>
      </w:r>
    </w:p>
    <w:p>
      <w:pPr>
        <w:jc w:val="right"/>
      </w:pPr>
      <w:r>
        <w:t>منسوب کرنا ہے کہ تو نے یہ مجھے صلاحیت دی</w:t>
      </w:r>
    </w:p>
    <w:p>
      <w:r>
        <w:rPr>
          <w:b/>
        </w:rPr>
        <w:t xml:space="preserve">[33:26] </w:t>
      </w:r>
      <w:r>
        <w:t>phir baad mein woh kehte hain ke ke tu hi hamara karsaz hai is dunya mein aur tu hi hamara karsaz rahega akhirat mein antwali fid dunya wal aakhirah to yahi cheez mere mujhe kafi aah yani strike karti hai ke jo insan ki aah zindagi hai is mein zahir hai bohat utaar charhao aate hain bare masail se guzarta hai insan to</w:t>
      </w:r>
    </w:p>
    <w:p>
      <w:pPr>
        <w:jc w:val="right"/>
      </w:pPr>
      <w:r>
        <w:t>پھر بعد میں وہ کہتے ہیں کہ کہ تو ہی ہمارا کارساز ہے اس دنیا میں اور تو ہی ہمارا کارساز رہے گا اخرت میں انتولی فی الدنیا والاخرہ تو یہی چیز میرے مجھے کافی آہ یعنی سٹرائیک کرتی ہے کہ جو انسان کی آہ زندگی ہے اس میں ظاہر ہے بہت اتار چڑھاؤ اتے ہیں بڑے مسائل سے گزرتا ہے انسان تو</w:t>
      </w:r>
    </w:p>
    <w:p>
      <w:r>
        <w:rPr>
          <w:b/>
        </w:rPr>
        <w:t xml:space="preserve">[33:52] </w:t>
      </w:r>
      <w:r>
        <w:t>un sab cheezon ko aah yaad karna aur Allah taala se dua karna ke jis tarah tune hamein is dunya mein aah aasani di hamein akhirat mein kya to hamein chhod dega hmm to yeh hai bohat hi aham point jo mujhe mujhe laga aah is is kitab mein bhi hai aur Maulana ki writings mein bhi ji mashallah aah doctor sahib aitkaf ke bare mein baat karna chahunga aah it is practice as we know in a most during the month of</w:t>
      </w:r>
    </w:p>
    <w:p>
      <w:pPr>
        <w:jc w:val="right"/>
      </w:pPr>
      <w:r>
        <w:t>ان سب چیزوں کو آہ یاد کرنا اور اللہ تعالی سے دعا کرنا کہ جس طرح تو نے ہمیں اس دنیا میں آہ اسانی دی ہمیں اخرت میں کیا تو ہمیں چھوڑ دے گا ہمم تو یہ ہے بہت ہی اہم پوائنٹ جو مجھے مجھے لگا آہ اس اس کتاب میں بھی ہے اور مولانا کی رائٹنگز میں بھی جی ماشاءاللہ آہ ڈاکٹر صاحب اعتکاف کے بارے میں بات کرنا چاہوں گا آہ اٹ از پریکٹس ایز وی نو ان ا موسٹ ڈیورنگ دی منتھ اف</w:t>
      </w:r>
    </w:p>
    <w:p>
      <w:r>
        <w:rPr>
          <w:b/>
        </w:rPr>
        <w:t xml:space="preserve">[34:21] </w:t>
      </w:r>
      <w:r>
        <w:t>Ramadan aah but Maulana Wahiduddin Khan sahib coined the word intellectual aitkaf hmm for one spiritual progress hmm and he is to say that aah you know the aah the potential is unlimited aah to is ke bare mein thoda sa bataiye hum sab ko ke intellectual aitkaf kya hai haan Maulana ka ek mazmoon hai jis ka aah unwan hai aah fikri aitkaf</w:t>
      </w:r>
    </w:p>
    <w:p>
      <w:pPr>
        <w:jc w:val="right"/>
      </w:pPr>
      <w:r>
        <w:t>رمضان آہ بٹ مولانا وحید الدین خان صاحب کوائنڈ دی ورڈ انٹلیکچول اعتکاف ہمم فار ون سپرچول پروگریس ہمم اینڈ ہی از ٹو سے دیٹ آہ یو نو دی آہ دی پوٹینشل از ان لمیٹڈ آہ تو اس کے بارے میں تھوڑا سا بتائیے ہم سب کو کہ انٹلیکچول اعتکاف کیا ہے ہاں مولانا کا ایک مضمون ہے جس کا آہ عنوان ہے آہ فکری اعتکاف</w:t>
      </w:r>
    </w:p>
    <w:p>
      <w:r>
        <w:rPr>
          <w:b/>
        </w:rPr>
        <w:t xml:space="preserve">[34:49] </w:t>
      </w:r>
      <w:r>
        <w:t>ji aah intellectual aitkaf aur aap ko pata hi hai jaise aap ne kaha ke Ramadan mein jo aakhir ke das din hote hain us mein log aksar masjid mein aah rehte hain aur quran padhte hain aur namaz padhte hain aur yani jo apne jo kaam hain us se thoda sa hat ke seclusion mein chale jate hain aur quran mein bhi is ka zikr hai wa antum aakifuna fil masajid</w:t>
      </w:r>
    </w:p>
    <w:p>
      <w:pPr>
        <w:jc w:val="right"/>
      </w:pPr>
      <w:r>
        <w:t>جی آہ انٹلیکچول اعتکاف اور اپ کو پتہ ہی ہے جیسے اپ نے کہا کہ رمضان میں جو اخر کے دس دن ہوتے ہیں اس میں لوگ اکثر مسجد میں آہ رہتے ہیں اور قران پڑھتے ہیں اور نماز پڑھتے ہیں اور یعنی جو اپنے جو کام ہیں اس سے تھوڑا سا ہٹ کے سیکلوژن میں چلے جاتے ہیں اور قران میں بھی اس کا ذکر ہے وانتم عاقفون فی المساجد</w:t>
      </w:r>
    </w:p>
    <w:p>
      <w:r>
        <w:rPr>
          <w:b/>
        </w:rPr>
        <w:t xml:space="preserve">[35:14] </w:t>
      </w:r>
      <w:r>
        <w:t>to Maulana isi isi ko le ke kaha hai ke ek doosri cheez hai jo fikri aitkaf hai yani intellectual seclusion hai aah aur Rasool Allah sallallahu alaihi wasallam ke bare mein bhi likha hai ke un ka bhi yahi andaaz tha chounke Rasool Allah haste nahi the sirf muskara dete the ji bohat hi khamosh rehte the sochte rehte the hadith mein aata hai kan mutawassil al ahzan daim al fikr</w:t>
      </w:r>
    </w:p>
    <w:p>
      <w:pPr>
        <w:jc w:val="right"/>
      </w:pPr>
      <w:r>
        <w:t>تو مولانا اسی اسی کو لے کے کہا ہے کہ ایک دوسری چیز ہے جو فکری اعتکاف ہے یعنی انٹلیکچول سیکلوژن ہے آہ اور رسول اللہ صلی اللہ علیہ وسلم کے بارے میں بھی لکھا ہے کہ ان کا بھی یہی انداز تھا چونکہ رسول اللہ ہنستے نہیں تھے صرف مسکرا دیتے تھے جی بہت ہی خاموش رہتے تھے سوچتے رہتے تھے حدیث میں اتا ہے کان متواصل الاحزان دائم الفکر</w:t>
      </w:r>
    </w:p>
    <w:p>
      <w:r>
        <w:rPr>
          <w:b/>
        </w:rPr>
        <w:t xml:space="preserve">[35:40] </w:t>
      </w:r>
      <w:r>
        <w:t>h yani hamesha ghor o fikr hamesha soch mein doobe hue to yahi cheez hai intellectual aitkaf ke aap khamoshi se sochein ghor o fikr karein tadabbur karein aur jo sahaba the un ka bhi yahi andaaz tha jaise ek sahabi the Abu Darda hmm ji ah al Ansari ah Darda un ki beti ka naam tha to us ki wajah se Abu Darda kaha jata tha</w:t>
      </w:r>
    </w:p>
    <w:p>
      <w:pPr>
        <w:jc w:val="right"/>
      </w:pPr>
      <w:r>
        <w:t>ہ یعنی ہمیشہ غور و فکر ہمیشہ سوچ میں ڈوبے ہوئے تو یہی چیز ہے انٹلیکچول اعتکاف کہ اپ خاموشی سے سوچیں غور و فکر کریں تدبر کریں اور جو صحابہ تھے ان کا بھی یہی انداز تھا جیسے ایک صحابی تھے ابو دردہ ہمم جی اہ الانصاری اہ دردہ ان کی بیٹی کا نام تھا تو اس کی وجہ سے ابو دردہ کہا جاتا تھا</w:t>
      </w:r>
    </w:p>
    <w:p>
      <w:r>
        <w:rPr>
          <w:b/>
        </w:rPr>
        <w:t xml:space="preserve">[36:07] </w:t>
      </w:r>
      <w:r>
        <w:t>to Abu Darda radiallahu anhu anhu bohat hi bade sahabi the to un ki jab death ho gayi to un ki aah wife ke paas kuch log gaye Umm Darda hmm ke paas to pucha ke Abu Darda ki kaun si badi ibadat thi</w:t>
      </w:r>
    </w:p>
    <w:p>
      <w:pPr>
        <w:jc w:val="right"/>
      </w:pPr>
      <w:r>
        <w:t>تو ابو دردہ رضی اللہ عنہا رضی اللہ عنہ بہت ہی بڑے صحابی تھے تو ان کی جب ڈیتھ ہو گئی تو ان کی اہ وائف کے پاس کچھ لوگ گئے ام دردہ ہمم کے پاس تو پوچھا کہ ابو دردہ کی کون سی بڑی عبادت تھی</w:t>
      </w:r>
    </w:p>
    <w:p>
      <w:r>
        <w:rPr>
          <w:b/>
        </w:rPr>
        <w:t xml:space="preserve">[36:25] </w:t>
      </w:r>
      <w:r>
        <w:t>to aah Umm Darda radiallahu anha ne kaha ke al tafakkur wal aitibar yani sochna aur is se naseehat hasil karna to yahi aah sab se aham cheez hai aur sab se badi ibadat hai ke insan gehrai se soche jis ke liye tadabbur aur tafakkur aur taqallul aur tasawwur tabassum</w:t>
      </w:r>
    </w:p>
    <w:p>
      <w:pPr>
        <w:jc w:val="right"/>
      </w:pPr>
      <w:r>
        <w:t>تو اہ ام دردہ رضی اللہ عنہ نے کہا کہ التفکر والاعتبار یعنی سوچنا اور اس سے نصیحت حاصل کرنا تو یہی اہ سب سے اہم چیز ہے اور سب سے بڑی عبادت ہے کہ انسان گہرائی سے سوچے جس کے لیے تدبر اور تفکر اور تعقل اور تصور تبسم</w:t>
      </w:r>
    </w:p>
    <w:p>
      <w:r>
        <w:rPr>
          <w:b/>
        </w:rPr>
        <w:t xml:space="preserve">[36:52] </w:t>
      </w:r>
      <w:r>
        <w:t>yeh saare alfaaz quran mein bar bar aaye hain ke insan gehrai se soche aur gehre jo meaning hai aah gehre maani jo hai quran ke us tak pahunche aur yahi ek source hai iman mein izafa aur isi se iman mein izafa ho sakta hai ji aah doctor sahib jaise ke hum ne aaj conversation mein baat kari ke marifat ke kya maani hain aur marifat ka aghaz kahan se hota hai aah</w:t>
      </w:r>
    </w:p>
    <w:p>
      <w:pPr>
        <w:jc w:val="right"/>
      </w:pPr>
      <w:r>
        <w:t>یہ سارے الفاظ قران میں بار بار ائے ہیں کہ انسان گہرائی سے سوچے اور گہرے جو میننگ ہے اہ گہرے معنی جو ہے قران کے اس تک پہنچے اور یہی ایک سورس ہے ایمان میں اضافہ اور اسی سے ایمان میں اضافہ ہو سکتا ہے جی اہ ڈاکٹر صاحب جیسے کہ ہم نے اج کانورسیشن میں بات کری کہ معرفت کے کیا معنی ہیں اور معرفت کا اغاز کہاں سے ہوتا ہے اہ</w:t>
      </w:r>
    </w:p>
    <w:p>
      <w:r>
        <w:rPr>
          <w:b/>
        </w:rPr>
        <w:t xml:space="preserve">[37:22] </w:t>
      </w:r>
      <w:r>
        <w:t>levels of marifat point of reference aap ne bataya aap ne bohat se incidents prophet ki life se bhi bataye aah lekin ek dar yeh bhi rehta hai ke kahin yeh hamari marifat development ya marifat wali soch derail na ho jaye aah to is ke bare mein bataiye ke how can we aah prevent ourselves from falling out of line or falling out of marifat thinking</w:t>
      </w:r>
    </w:p>
    <w:p>
      <w:pPr>
        <w:jc w:val="right"/>
      </w:pPr>
      <w:r>
        <w:t>لیولز اف معرفت پوائنٹ اف ریفرنس اپ نے بتایا اپ نے بہت سے انسیڈنٹس پرافٹ کی لائف سے بھی بتائے اہ لیکن ایک ڈر یہ بھی رہتا ہے کہ کہیں یہ ہماری معرفت ڈیویلپمنٹ یا معرفت والی سوچ ڈیریل نہ ہو جائے اہ تو اس کے بارے میں بتائیں کہ ہاؤ کین وی اہ پریوینٹ اور سیلز فرام فالنگ اؤٹ اف لائن اور فالنگ اؤٹ اف معرفت تھنکنگ</w:t>
      </w:r>
    </w:p>
    <w:p>
      <w:r>
        <w:rPr>
          <w:b/>
        </w:rPr>
        <w:t xml:space="preserve">[37:47] </w:t>
      </w:r>
      <w:r>
        <w:t>haan kitab marifat mein Maulana ne is ka zikr kiya hai ke do khaas cheezein hain ji ek to hai negativity aur ek hai distraction hmm ke jo shakhs negative hoga logon ke bare mein negative soch hai to use khuda ki taraf se inspirations nahi aayenge</w:t>
      </w:r>
    </w:p>
    <w:p>
      <w:pPr>
        <w:jc w:val="right"/>
      </w:pPr>
      <w:r>
        <w:t>ہاں کتاب معرفت میں مولانا نے اس کا ذکر کیا ہے کہ دو خاص چیزیں ہیں جی ایک تو ہے نیگیٹیوٹی اور ایک ہے ڈسٹریکشن ہمم کہ جو شخص نیگیٹیو ہوگا لوگوں کے بارے میں نیگیٹیو سوچ ہے تو اسے خدا کی طرف سے انسپیریشنز نہیں ائیں گے</w:t>
      </w:r>
    </w:p>
    <w:p>
      <w:r>
        <w:rPr>
          <w:b/>
        </w:rPr>
        <w:t xml:space="preserve">[38:08] </w:t>
      </w:r>
      <w:r>
        <w:t>aur woh qissa bhi Maulana likhte the likha hai aur bataya hai Gautam Buddha ka hmm ke un ka ek shagir tha jis jo doodh ka karobar tha uska ji to us ne kaha Gautam Buddha se ke aap aaiye hamare haan mein aap ko kuch gift ke taur par doodh doonga aur aap kuch hamein gyan ki baatein bataiyega to Gautam Buddha ne kaha theek hai mein aata hoon</w:t>
      </w:r>
    </w:p>
    <w:p>
      <w:pPr>
        <w:jc w:val="right"/>
      </w:pPr>
      <w:r>
        <w:t>اور وہ قصہ بھی مولانا لکھتے تھے لکھا ہے اور بتایا ہے گوتم بدھ کا ہمم کہ ان کا ایک شاگرد تھا جس جو دودھ کا کاروبار تھا اس کا جی تو اس نے کہا گوتم بدھ سے کہ اپ ائیے ہمارے ہاں میں اپ کو کچھ گفٹ کے طور پر دودھ دوں گا اور اپ کچھ ہمیں گیان کی باتیں بتائیے گا تو گوتم بدھ نے کہا ٹھیک ہے میں اتا ہوں</w:t>
      </w:r>
    </w:p>
    <w:p>
      <w:r>
        <w:rPr>
          <w:b/>
        </w:rPr>
        <w:t xml:space="preserve">[38:32] </w:t>
      </w:r>
      <w:r>
        <w:t>to ek din woh nikle apne ghar se bartan le ke doodh ke liye aur raste mein bartan mein kuch mitti daal di unhone aur ghar pahunch gaye us shagir ke to shagir bohat khush hua ke yeh to bohat achhi aah acha hua aap aa gaye aur bohat achhi tarah se unhone bithaya ji aur dekha ke bartan bhi hai unhone kaha laiye bartan mein abhi is mein doodh daal ke lata hoon to aah jab us ne dekha shagir ne ke yeh bartan saaf nahi hai is mein kuch mitti hai</w:t>
      </w:r>
    </w:p>
    <w:p>
      <w:pPr>
        <w:jc w:val="right"/>
      </w:pPr>
      <w:r>
        <w:t>تو ایک دن وہ نکلے اپنے گھر سے برتن لے کے دودھ کے لیے اور راستے میں برتن میں کچھ مٹی ڈال دی انہوں نے اور گھر پہنچ گئے اس شاگرد کے تو شاگرد بہت خوش ہوا کہ یہ تو بہت اچھی اہ اچھا ہوا اپ اگئے اور بہت اچھی طرح سے انہوں نے بیٹھایا جی اور دیکھا کہ برتن بھی ہے انہوں نے کہا لائیے برتن میں ابھی اس میں دودھ ڈال کے لاتا ہوں تو اہ جب اس نے دیکھا شاگرد نے کہ یہ برتن صاف نہیں ہے اس میں کچھ مٹی ہے</w:t>
      </w:r>
    </w:p>
    <w:p>
      <w:r>
        <w:rPr>
          <w:b/>
        </w:rPr>
        <w:t xml:space="preserve">[39:01] </w:t>
      </w:r>
      <w:r>
        <w:t>to us ne is ko saaf kar diya clean kar diya aur phir is mein doodh daal ke la ke pesh kiya kaha ke yeh bartan saaf nahi tha is mein mitti thi mein ne is ko clean kar ke aap ko pesh kar raha hoon to gutam budh ne liya aur woh utha uthe aur uth ke doodh le ke jaane lage</w:t>
      </w:r>
    </w:p>
    <w:p>
      <w:pPr>
        <w:jc w:val="right"/>
      </w:pPr>
      <w:r>
        <w:t>تو اس نے اس کو صاف کر دیا کلین کر دیا اور پھر اس میں دودھ ڈال کے لا کے پیش کیا کہا کہ یہ برتن صاف نہیں تھا اس میں مٹی تھی میں نے اس کو کلین کر کے اپ کو پیش کر رہا ہوں تو گوتم بدھ نے لیا اور وہ اٹھا اٹھے اور اٹھ کے دودھ لے کے جانے لگے</w:t>
      </w:r>
    </w:p>
    <w:p>
      <w:r>
        <w:rPr>
          <w:b/>
        </w:rPr>
        <w:t xml:space="preserve">[39:17] </w:t>
      </w:r>
      <w:r>
        <w:t>to shagirad ne kaha ke aap se to hamari yeh baat hui thi ke aap aaye ge mein kuch aap ko gift doon ga phir aap kuch gyan ki batein bataein ge aap to doodh le ke ja rahe hain hmm to unho ne kaha ke mein ne to gyan de diya tumhein to woh shagirad bara hairan hua ke bhai yeh kiya gyan de diya aap ne to ek lafz bhi nahi bole abhi to phir gutam budh ne samjhaya ke dekho yeh jo bartan tha yeh saaf nahi tha tum ne clean kiya is ko phir is mein doodh dala isi tarah jo tumhara man hai woh</w:t>
      </w:r>
    </w:p>
    <w:p>
      <w:pPr>
        <w:jc w:val="right"/>
      </w:pPr>
      <w:r>
        <w:t>تو شاگرد نے کہا کہ اپ سے تو ہماری یہ بات ہوئی تھی کہ اپ ائیں گے میں کچھ اپ کو گفٹ دوں گا پھر اپ کچھ گیان کی باتیں بتائیں گے اپ تو دودھ لے کے جا رہے ہیں ہمم تو انہوں نے کہا کہ میں نے تو گیان دے دیا تمہیں تو وہ شاگرد بڑا حیران ہوا کہ بھئی یہ کیا گیان دے دیا اپ نے تو ایک لفظ بھی نہیں بولے ابھی تو پھر گوتم بدھ نے سمجھایا کہ دیکھو یہ جو برتن تھا یہ صاف نہیں تھا تم نے کلین کیا اس کو پھر اس میں دودھ ڈالا اسی طرح جو تمہارا من ہے وہ</w:t>
      </w:r>
    </w:p>
    <w:p>
      <w:r>
        <w:rPr>
          <w:b/>
        </w:rPr>
        <w:t xml:space="preserve">[39:46] </w:t>
      </w:r>
      <w:r>
        <w:t>to saaf nahi hai aur negativity is ke andar bhari hai hatred bhari hui hai pehle is ko nikalo phir kuch mein hmm bataoon ga tab woh tum is ko apne dil mein rakh rakh sako ge to yeh jo negativity hai aaj kal bohat zyada phaili hui hai aap social media waghera dekhein to bas sazish ke naam pe aur conspiracy ke naam pe har aadmi negative boli bol raha hai yani itne achhe mahol hain india mein har cheez maujood</w:t>
      </w:r>
    </w:p>
    <w:p>
      <w:pPr>
        <w:jc w:val="right"/>
      </w:pPr>
      <w:r>
        <w:t>تو صاف نہیں ہے اور نیگیٹیوٹی اس کے اندر بھری ہے ہیٹریڈ بھری ہوئی ہے پہلے اس کو نکالو پھر کچھ میں ہمم بتاؤں گا تب وہ تم اس کو اپنے دل میں رکھ رکھ سکو گے تو یہ جو نیگیٹیوٹی ہے اج کل بہت زیادہ پھیلی ہوئی ہے اپ سوشل میڈیا وغیرہ دیکھیں تو بس سازش کے نام پہ اور کانسپریسی کے نام پہ ہر ادمی نیگیٹیو بولی بول رہا ہے یعنی اتنے اچھے ماحول ہیں انڈیا میں ہر چیز موجود</w:t>
      </w:r>
    </w:p>
    <w:p>
      <w:r>
        <w:rPr>
          <w:b/>
        </w:rPr>
        <w:t xml:space="preserve">[40:14] </w:t>
      </w:r>
      <w:r>
        <w:t>hai aap education hasil karna chahte hain aap business karna chahte hain aap parhna chahte hain aap koi ah jis tarah se hum log kaam kar rahe hain ek daawati kaam hai ek religious kaam hai woh bhi kar</w:t>
      </w:r>
    </w:p>
    <w:p>
      <w:pPr>
        <w:jc w:val="right"/>
      </w:pPr>
      <w:r>
        <w:t>ہے اپ ایجوکیشن حاصل کرنا چاہتے ہیں اپ بزنس کرنا چاہتے ہیں اپ پڑھنا چاہتے ہیں اپ کوئی اہ جس طرح سے ہم لوگ کام کر رہے ہیں ایک دعوتی کام ہے ایک ریلیجیس کام ہے وہ بھی کر</w:t>
      </w:r>
    </w:p>
    <w:p>
      <w:r>
        <w:rPr>
          <w:b/>
        </w:rPr>
        <w:t xml:space="preserve">[40:24] </w:t>
      </w:r>
      <w:r>
        <w:t>na chahte hain is har cheez ki azadi hai ap us ko kariye lekin jo negativity hai us</w:t>
      </w:r>
    </w:p>
    <w:p>
      <w:pPr>
        <w:jc w:val="right"/>
      </w:pPr>
      <w:r>
        <w:t>نا چاہتے ہیں اس ہر چیز کی ازادی ہے اپ اس کو کریے لیکن جو نیگیٹیوٹی ہے اس</w:t>
      </w:r>
    </w:p>
    <w:p>
      <w:r>
        <w:rPr>
          <w:b/>
        </w:rPr>
        <w:t xml:space="preserve">[40:29] </w:t>
      </w:r>
      <w:r>
        <w:t>ko khatam karna hoga warna marfat ka ka darwaza nahi khul sakta aur distraction doosri cheez jo hai</w:t>
      </w:r>
    </w:p>
    <w:p>
      <w:pPr>
        <w:jc w:val="right"/>
      </w:pPr>
      <w:r>
        <w:t>کو ختم کرنا ہوگا ورنہ معرفت کا کا دروازہ نہیں کھل سکتا اور ڈسٹریکشن دوسری چیز جو ہے</w:t>
      </w:r>
    </w:p>
    <w:p>
      <w:r>
        <w:rPr>
          <w:b/>
        </w:rPr>
        <w:t xml:space="preserve">[40:39] </w:t>
      </w:r>
      <w:r>
        <w:t>ke admi ko yaksou ho ke apne apne mission ko samajhna hoga aur us ke raste pe chalna</w:t>
      </w:r>
    </w:p>
    <w:p>
      <w:pPr>
        <w:jc w:val="right"/>
      </w:pPr>
      <w:r>
        <w:t>کہ ادمی کو یکسو ہو کے اپنے اپنے مشن کو سمجھنا ہوگا اور اس کے راستے پہ چلنا</w:t>
      </w:r>
    </w:p>
    <w:p>
      <w:r>
        <w:rPr>
          <w:b/>
        </w:rPr>
        <w:t xml:space="preserve">[40:45] </w:t>
      </w:r>
      <w:r>
        <w:t>hoga aur agar woh distract ho gaya idhar udhar to phir jo marfat ka agar kisi ne safar</w:t>
      </w:r>
    </w:p>
    <w:p>
      <w:pPr>
        <w:jc w:val="right"/>
      </w:pPr>
      <w:r>
        <w:t>ہوگا اور اگر وہ ڈسٹریکٹ ہو گیا ادھر ادھر تو پھر جو معرفت کا اگر کسی نے سفر</w:t>
      </w:r>
    </w:p>
    <w:p>
      <w:r>
        <w:rPr>
          <w:b/>
        </w:rPr>
        <w:t xml:space="preserve">[40:50] </w:t>
      </w:r>
      <w:r>
        <w:t>shuru kiya hai aur phir woh distract ho gaya to marfat wapas woh zero pe pahunch jaye ga</w:t>
      </w:r>
    </w:p>
    <w:p>
      <w:pPr>
        <w:jc w:val="right"/>
      </w:pPr>
      <w:r>
        <w:t>شروع کیا ہے اور پھر وہ ڈسٹریکٹ ہو گیا تو معرفت واپس وہ زیرو پہ پہنچ جائے گ</w:t>
      </w:r>
    </w:p>
    <w:p>
      <w:r>
        <w:rPr>
          <w:b/>
        </w:rPr>
        <w:t xml:space="preserve">[40:56] </w:t>
      </w:r>
      <w:r>
        <w:t>y ji phir safar shuru kar sakta hai lekin phir woh waqt guzar jaye ga to marifat ek aisi cheez hai ke agar aaj aadmi mujhe yaad aata hai batra sahib doctor pramod batra jo hamare neighbor the bare aziz the hum se to woh he was a management author and trainer to unho ne kuch posters banaye the to mujhe ek poster yaad rehta hai unho ne ek poster mein ek aadmi tha cycle chala raha hai woh</w:t>
      </w:r>
    </w:p>
    <w:p>
      <w:pPr>
        <w:jc w:val="right"/>
      </w:pPr>
      <w:r>
        <w:t>ی جی پھر سفر شروع کر سکتا ہے لیکن پھر وہ وقت گزر جائے گا تو معرفت ایک ایسی چیز ہے کہ اگر اج ادمی مجھے یاد اتا ہے بترہ صاحب ڈاکٹر پرمود بترہ جو ہمارے نیبر تھے بڑے عزیز تھے ہم سے تو وہ ہی واز اے مینجمنٹ اتھر اینڈ ٹرینر تو انہوں نے کچھ پوسٹرز بنائے تھے تو مجھے ایک پوسٹر یاد رہتا ہے انہوں نے ایک پوسٹر میں ایک ادمی تھا سائیکل چلا رہا ہے وہ</w:t>
      </w:r>
    </w:p>
    <w:p>
      <w:r>
        <w:rPr>
          <w:b/>
        </w:rPr>
        <w:t xml:space="preserve">[41:25] </w:t>
      </w:r>
      <w:r>
        <w:t>ji ah cartoon tha woh to us ke upar likha hua tha ke business is like riding a cycle hmm aur neeche likha hua tha ke either you ah continue cycling or you</w:t>
      </w:r>
    </w:p>
    <w:p>
      <w:pPr>
        <w:jc w:val="right"/>
      </w:pPr>
      <w:r>
        <w:t>جی اہ کارٹون تھا وہ تو اس کے اوپر لکھا ہوا تھا کہ بزنس از لائک رائیڈنگ ا سائیکل ہمم اور نیچے لکھا ہوا تھا کہ ائیدر یو اہ کنٹینیو سائیکلنگ اور یو</w:t>
      </w:r>
    </w:p>
    <w:p>
      <w:r>
        <w:rPr>
          <w:b/>
        </w:rPr>
        <w:t xml:space="preserve">[41:42] </w:t>
      </w:r>
      <w:r>
        <w:t>fall down kuch is tarah ka jumla tha ke business jo hai woh aisa hai ke aap cycle chalate rahiye ya aap woh business ka kaam hai karte rahiye is mein innovation aur is mein naye nayi cheezein creativity tab to business chalega lekin agar zara aap ruke to business down ho jaye ga to yahi mamla mar</w:t>
      </w:r>
    </w:p>
    <w:p>
      <w:pPr>
        <w:jc w:val="right"/>
      </w:pPr>
      <w:r>
        <w:t>فیل ڈاؤن کچھ اس طرح کا جملہ تھا کہ بزنس جو ہے وہ ایسا ہے کہ اپ سائیکل چلاتے رہیے یا اپ وہ بزنس کا کام ہے کرتے رہیے اس میں انویشن اور اس میں نئے نئی چیزیں کریٹیوٹی تب تو بزنس چلے گا لیکن اگر ذرا اپ رکے تو بزنس ڈاؤن ہو جائے گا تو یہی معاملہ معر</w:t>
      </w:r>
    </w:p>
    <w:p>
      <w:r>
        <w:rPr>
          <w:b/>
        </w:rPr>
        <w:t xml:space="preserve">[42:02] </w:t>
      </w:r>
      <w:r>
        <w:t>fat ka bhi hai agar aap is ke safar pe chal rahe hain to aap agar zara se bhi aap distract ho divert hue to wahin woh safar ruk jaye ga ji ji to yeh bohat do aham cheezein aur teesri ek aur cheez zehn mein aa rahi hai ke marifat agar kisi shakhs ke andar arrogance hai hmm takabbur aur ego ji aur ana hai is ke andar woh samajhta hai ke woh bohat bara hai woh bhi ek color</w:t>
      </w:r>
    </w:p>
    <w:p>
      <w:pPr>
        <w:jc w:val="right"/>
      </w:pPr>
      <w:r>
        <w:t>فت کا بھی ہے اگر اپ اس کے سفر پہ چل رہے ہیں تو اپ اگر ذرا سے بھی اپ ڈسٹریکٹ ہو ڈائیورٹ ہوئے تو وہیں وہ سفر رک جائے گا جی جی تو یہ بہت دو اہم چیزیں اور تیسری ایک اور چیز ذہن میں ارہی ہے کہ معرفت اگر کسی شخص کے اندر ایریگنس ہے ہمم تکبر اور ایگو جی اور انا ہے اس کے اندر وہ سمجھتا ہے کہ وہ بہت بڑا ہے وہ بھی ایک کلر</w:t>
      </w:r>
    </w:p>
    <w:p>
      <w:r>
        <w:rPr>
          <w:b/>
        </w:rPr>
        <w:t xml:space="preserve">[42:31] </w:t>
      </w:r>
      <w:r>
        <w:t>hai color hai marifat ki chounke ah modesty zaroori hai marifat ke liye aur humility zaroori hai to yeh kuch cheezein hain jis ka insaan ko khayal rakhna chahiye ji yeh bohat aham baat batai doctor sahib aap ne ah molana bhi is ko bohat emphasize karte the ah in fact unho ne ek jagah likha bhi hai ke god has bestowed natural state to every human</w:t>
      </w:r>
    </w:p>
    <w:p>
      <w:pPr>
        <w:jc w:val="right"/>
      </w:pPr>
      <w:r>
        <w:t>ہے کلر ہے معرفت کی چونکہ اہ ماڈیسٹی ضروری ہے معرفت کے لیے اور ہیومیلٹی ضروری ہے تو یہ کچھ چیزیں ہیں جس کا انسان کو خیال رکھنا چاہیے جی یہ بہت اہم بات بتائی ڈاکٹر صاحب اپ نے اہ مولانا بھی اس کو بہت ایمفسائز کرتے تھے اہ ان فیکٹ انہوں نے ایک جگہ لکھا بھی ہے کہ گاڈ ہیز بسٹوڈ نیچرل سٹیٹ ٹو ایوری ہیوم</w:t>
      </w:r>
    </w:p>
    <w:p>
      <w:r>
        <w:rPr>
          <w:b/>
        </w:rPr>
        <w:t xml:space="preserve">[42:55] </w:t>
      </w:r>
      <w:r>
        <w:t>being to wohi shakhs ah paradise mein qualify kare ga ho will return to god in that natural state aur ah shura mein quran ke shura surah mein ek bohat important ayat aayi hui hai ke he alone will be saved who will return to god with a sound heart to yeh mujhe bohat qalb saleem</w:t>
      </w:r>
    </w:p>
    <w:p>
      <w:pPr>
        <w:jc w:val="right"/>
      </w:pPr>
      <w:r>
        <w:t>ن بینگ تو وہی شخص اہ پیراڈائز میں کوالیفائی کرے گا ہو ویل ریٹرن ٹو گاڈ ان دیٹ نیچرل سٹیٹ اور اہ شورہ میں قران کے شورہ سورہ میں ایک بہت امپورٹنٹ ایت ائی ہوئی ہے کہ ہی الون ول بی سیوڈ ہو ویل ریٹرن ٹو گاڈ ودا ساؤنڈ ہارٹ تو یہ مجھے بہت قلب سلیم</w:t>
      </w:r>
    </w:p>
    <w:p>
      <w:r>
        <w:rPr>
          <w:b/>
        </w:rPr>
        <w:t xml:space="preserve">[43:16] </w:t>
      </w:r>
      <w:r>
        <w:t>ji bohat zabardast lagi ke ah bilkul Allah taala ne saaf kar diya hai ke sirf sound heart jis insaan ka hoga wahi qualify kare ga aur sound heart se murad yahi hai ke aap distraction se bache rahein aap ke andar koi malice hatred negativity na rahe isi liye molana aakhri waqt tak yahi bolte rahe ke mere andar kisi ke liye koi negativity nahi koi hatred nahi koi malice nahi to yeh bohat aham</w:t>
      </w:r>
    </w:p>
    <w:p>
      <w:pPr>
        <w:jc w:val="right"/>
      </w:pPr>
      <w:r>
        <w:t>جی بہت زبردست لگی کہ اہ بالکل اللہ تعالی نے صاف کر دیا ہے کہ صرف ساؤنڈ ہارٹ جس انسان کا ہوگا وہی کوالیفائی کرے گا اور ساؤنڈ ہارٹ سے مراد یہی ہے کہ اپ ڈسٹریکشن سے بچے رہیں اپ کے اندر کوئی میلس ہیٹریڈ نیگیٹیوٹی نہ رہے اسی لیے مولانا اخری وقت تک یہی بولتے رہے کہ میرے اندر کسی کے لیے کوئی نیگیٹیوٹی نہیں کوئی ہیٹریڈ نہیں کوئی میلس نہیں تو یہ بہت اہم</w:t>
      </w:r>
    </w:p>
    <w:p>
      <w:r>
        <w:rPr>
          <w:b/>
        </w:rPr>
        <w:t xml:space="preserve">[43:40] </w:t>
      </w:r>
      <w:r>
        <w:t>hai agar hamein apni marifat develop karni hai to hamein apne aap ko jaise doctor sahib ne bataya distraction se bachna hai ah hamein apne andar ki negativity ko khatam karna hai aur above all arrogance jo color hai ah kyunke woh ek ek saturn ka attribute hai to doctor sahib is ke baad ek sawal aur zehn mein aata hai ke aksar log yeh kehte hain ke hamari marifat barhti hai aur ghatti hai</w:t>
      </w:r>
    </w:p>
    <w:p>
      <w:pPr>
        <w:jc w:val="right"/>
      </w:pPr>
      <w:r>
        <w:t>ہے اگر ہمیں اپنی معرفت ڈیویلپ کرنی ہے تو ہمیں اپنے اپ کو جیسے ڈاکٹر صاحب نے بتایا ڈسٹریکشن سے بچنا ہے اہ ہمیں اپنے اندر کی نیگیٹیوٹی کو ختم کرنا ہے اور اباؤ ال ایروگنس جو کلر ہے اہ کیونکہ وہ ایک ایک سیٹرن کا ایٹریبیوٹ ہے تو ڈاکٹر صاحب اس کے بعد ایک سوال اور ذہن میں اتا ہے کہ اکثر لوگ یہ کہتے ہیں کہ ہماری معرفت بڑھتی ہے اور گھٹتی ہے</w:t>
      </w:r>
    </w:p>
    <w:p>
      <w:r>
        <w:rPr>
          <w:b/>
        </w:rPr>
        <w:t xml:space="preserve">[44:07] </w:t>
      </w:r>
      <w:r>
        <w:t>ah to kya yeh mumkin hai ke ek hi state of marifat hamesha rahe ah is ke bare mein aap kuch bataein nahi yeh aap ne sahi kaha hai ke marifat ghatti hai ya iman ghattata hai ya barhta hai aur ek state mein rehna mumkin nahi hai na yeh desirable hai ji ah</w:t>
      </w:r>
    </w:p>
    <w:p>
      <w:pPr>
        <w:jc w:val="right"/>
      </w:pPr>
      <w:r>
        <w:t>اہ تو کیا یہ ممکن ہے کہ ایک ہی سٹیٹ اف معرفت ہمیشہ رہے اہ اس کے بارے میں اپ کچھ بتائیں نہیں یہ اپ نے صحیح کہا ہے کہ معرفت گھٹتی ہے یا ایمان گھٹتا ہے یا بڑھتا ہے اور ایک سٹیٹ میں رہنا ممکن نہیں ہے نہ یہ ڈیزائریبل ہے جی اہ</w:t>
      </w:r>
    </w:p>
    <w:p>
      <w:r>
        <w:rPr>
          <w:b/>
        </w:rPr>
        <w:t xml:space="preserve">[44:28] </w:t>
      </w:r>
      <w:r>
        <w:t>chounke ah aadmi zahir hai kabhi apne business mein job mein ya doosri cheezon mein hota hai woh bhi zaroori hai to woh ah aisa lage ga ke marifat ka level ghatt gaya ya iman ka level ghatt gaya to yeh to ek natural hai balkeh sahaba ah ke waqiat mein bhi hamein yeh cheez milti hai ke ah un ka bhi imani level ghattata barhta rehta tha</w:t>
      </w:r>
    </w:p>
    <w:p>
      <w:pPr>
        <w:jc w:val="right"/>
      </w:pPr>
      <w:r>
        <w:t>چونکہ اہ ادمی ظاہر ہے کبھی اپنے بزنس میں جاب میں یا دوسری چیزوں میں ہوتا ہے وہ بھی ضروری ہے تو وہ اہ ایسا لگے گا کہ معرفت کا لیول گھٹ گیا یا ایمان کا لیول گھٹ گیا تو یہ تو ایک نیچرل ہے بلکہ صحابہ اہ کے واقعات میں بھی ہمیں یہ چیز ملتی ہے کہ اہ ان کا بھی ایمانی لیول گھٹتا بڑھتا رہتا تھا</w:t>
      </w:r>
    </w:p>
    <w:p>
      <w:r>
        <w:rPr>
          <w:b/>
        </w:rPr>
        <w:t xml:space="preserve">[44:56] </w:t>
      </w:r>
      <w:r>
        <w:t>ek sahaba jin ka naam tha hunzala رضی اللہ عنہ woh ek bar kahin ja rahe the ji to raste mein Hazrat Abu Bakr رضی اللہ عنہ mile to unho ne kaha Hazrat Abu Bakr se ke nafeqa hunzala yani hunzala munafiq ho gaya hai hypocrite ho gaya to bare hairan hue to unho ne kaha kiya aisi kiya baat ho gayi</w:t>
      </w:r>
    </w:p>
    <w:p>
      <w:pPr>
        <w:jc w:val="right"/>
      </w:pPr>
      <w:r>
        <w:t>ایک صحابہ جن کا نام تھا حنزلہ رضی اللہ عنہ وہ ایک بار کہیں جا رہے تھے جی تو راستے میں حضرت ابوبکر رضی اللہ عنہ ملے تو انہوں نے کہا حضرت ابوبکر سے کہ نافقہ حنزلہ یعنی حنزلہ منافق ہو گیا ہے ہپوکریٹ ہو گیا تو بڑے حیران ہوئے تو انہوں نے کہا کیا ایسی کیا بات ہو گئی</w:t>
      </w:r>
    </w:p>
    <w:p>
      <w:r>
        <w:rPr>
          <w:b/>
        </w:rPr>
        <w:t xml:space="preserve">[45:21] </w:t>
      </w:r>
      <w:r>
        <w:t>to unho ne kaha ke jab hum prophet ke sath rehte hain un ki company mein rehte hain un ke pas rehte hain un ki batein sunte hain to hamara iman ka level bohat ooncha hota hai lekin hum jab chale jate hain apne ghar bar mein kaam mein masroof ho jate hain to hamara iman bohat ghatt jata hai to Hazrat Abu Bakr ne kaha ke yeh to mere sath bhi hota hai to ah nafeqa Abu Bakr</w:t>
      </w:r>
    </w:p>
    <w:p>
      <w:pPr>
        <w:jc w:val="right"/>
      </w:pPr>
      <w:r>
        <w:t>تو انہوں نے کہا کہ جب ہم پرافٹ کے ساتھ رہتے ہیں ان کی کمپنی میں رہتے ہیں ان کے پاس رہتے ہیں ان کی باتیں سنتے ہیں تو ہمارا ایمان کا لیول بہت اونچا ہوتا ہے لیکن ہم جب چلے جاتے ہیں اپنے گھر بار میں کام میں مصروف ہو جاتے ہیں تو ہمارا ایمان بہت گھٹ جاتا ہے تو حضرت ابوبکر نے کہا کہ یہ تو میرے ساتھ بھی ہوتا ہے تو اہ نافقہ ابوبکر</w:t>
      </w:r>
    </w:p>
    <w:p>
      <w:r>
        <w:rPr>
          <w:b/>
        </w:rPr>
        <w:t xml:space="preserve">[45:48] </w:t>
      </w:r>
      <w:r>
        <w:t>to unho ne kaha dono ne kaha acha hum chalte hain prophet Muhammad صلی اللہ علیہ وسلم ke pas aur poochte hain ke yeh kiya baat hai to gaye woh aur gaye prophet ke pas to prophet ko bataya to prophet ne kaha ke yeh to bohat natural hai yeh yeh yeh hota hi hai kabhi ghatt gaya kabhi barh gaya is mein koi yani ah aisi baat nahi hai pareshan hone ki yeh ek natural cheez hai to iman barhta barhta ghattata rehta hai aur marifat barhti ghatti reh</w:t>
      </w:r>
    </w:p>
    <w:p>
      <w:pPr>
        <w:jc w:val="right"/>
      </w:pPr>
      <w:r>
        <w:t>تو انہوں نے کہا دونوں نے کہا اچھا ہم چلتے ہیں پرافٹ محمد صلی اللہ علیہ وسلم کے پاس اور پوچھتے ہیں کہ یہ کیا بات ہے تو گئے وہ اور گئے پرافٹ کے پاس تو پرافٹ کو بتایا تو پرافٹ نے کہا کہ یہ تو بہت نیچرل ہے یہ یہ یہ ہوتا ہی ہے کبھی گھٹ گیا کبھی بڑھ گیا اس میں کوئی یعنی اہ ایسی بات نہیں ہے پریشان ہونے کی یہ ایک نیچرل چیز ہے تو ایمان بڑھتا بڑھتا گھٹتا رہتا ہے اور معرفت بڑھتی گھٹتی رہ</w:t>
      </w:r>
    </w:p>
    <w:p>
      <w:r>
        <w:rPr>
          <w:b/>
        </w:rPr>
        <w:t xml:space="preserve">[46:17] </w:t>
      </w:r>
      <w:r>
        <w:t>ti hai bas aadmi ko chahiye ke woh thoda sa chaukana rahe aur dekhe ke kahin bohat zyada distract to nahi ho raha hai to phir wohi iman ah wapas aa jata hai ah doctor sahib to phir aala marifat ki kiya pehchan hai is ka koi sahaba ki zindagi se koi example aap hum sab logon ko bata sakte hain</w:t>
      </w:r>
    </w:p>
    <w:p>
      <w:pPr>
        <w:jc w:val="right"/>
      </w:pPr>
      <w:r>
        <w:t>تی ہے بس ادمی کو چاہیے کہ وہ تھوڑا سا چوکنا رہے اور دیکھے کہ کہیں بہت زیادہ ڈسٹریکٹ تو نہیں ہو رہا ہے تو پھر وہی ایمان اہ واپس ا جاتا ہے اہ ڈاکٹر صاحب تو پھر اعلی معرفت کی کیا پہچان ہے اس کا کوئی صحابہ کی زندگی سے کوئی ایگزیمپل اپ ہم سب لوگوں کو بتا سکتے ہیں</w:t>
      </w:r>
    </w:p>
    <w:p>
      <w:r>
        <w:rPr>
          <w:b/>
        </w:rPr>
        <w:t xml:space="preserve">[46:41] </w:t>
      </w:r>
      <w:r>
        <w:t>ah molana ne ek ah waqia likha hai Hazrat Aisha رضی اللہ عنہ کا</w:t>
      </w:r>
    </w:p>
    <w:p>
      <w:pPr>
        <w:jc w:val="right"/>
      </w:pPr>
      <w:r>
        <w:t>اہ مولانا نے ایک اہ واقعہ لکھا ہے حضرت عائشہ رضی اللہ عنہ کا</w:t>
      </w:r>
    </w:p>
    <w:p>
      <w:r>
        <w:rPr>
          <w:b/>
        </w:rPr>
        <w:t xml:space="preserve">[46:47] </w:t>
      </w:r>
      <w:r>
        <w:t>ji kitab marifat mein jo ek bohat achhi ah misaal hai ke aala marifat kiya hoti hai ah yeh waqia kitabon mein bohat lamba aaya hai ah yeh waqia jab ka hai jab ah Aisha Hazrat Aisha رضی اللہ عنہا bohat hi bimar theen aur bilkul aakhri waqt tha un ka hmm</w:t>
      </w:r>
    </w:p>
    <w:p>
      <w:pPr>
        <w:jc w:val="right"/>
      </w:pPr>
      <w:r>
        <w:t>جی کتاب معرفت میں جو ایک بہت اچھی اہ مثال ہے کہ اعلی معرفت کیا ہوتی ہے اہ یہ واقعہ کتابوں میں بہت لمبا ایا ہے اہ یہ واقعہ جب کا ہے جب اہ عائشہ حضرت عائشہ رضی اللہ عنہا بہت ہی بیمار تھیں اور بالکل اخری وقت تھا ان کا ہمم</w:t>
      </w:r>
    </w:p>
    <w:p>
      <w:r>
        <w:rPr>
          <w:b/>
        </w:rPr>
        <w:t xml:space="preserve">[47:11] </w:t>
      </w:r>
      <w:r>
        <w:t>maut se bohat hi qareeb aur aap ko maloom hai ke Hazrat Aisha ah rasool Allah ki spiritual partner bhi theen aur bohat batein seekhi theen aur ah prophet Muhammad ki death ke baad taqreeban pachas saal zinda rahin aur ummat ko bohat guide kiya</w:t>
      </w:r>
    </w:p>
    <w:p>
      <w:pPr>
        <w:jc w:val="right"/>
      </w:pPr>
      <w:r>
        <w:t>موت سے بہت ہی قریب اور اپ کو معلوم ہے کہ حضرت عائشہ اہ رسول اللہ کی سپرچول پارٹنر بھی تھیں اور بہت باتیں سیکھی تھیں اور اہ پرافٹ محمد کی ڈیتھ کے بعد تقریبا پچاس سال زندہ رہیں اور امت کو بہت گائیڈ کیا</w:t>
      </w:r>
    </w:p>
    <w:p>
      <w:r>
        <w:rPr>
          <w:b/>
        </w:rPr>
        <w:t xml:space="preserve">[47:31] </w:t>
      </w:r>
      <w:r>
        <w:t>she was a great teacher and guide for the community aur bohat aisi aisi batein Hazrat Aisha ne batai hain jis ko istinbat Aisha kaha jata hai ke yani infer kiya ah rasool Allah صلی اللہ علیہ وسلم se ah aur ah woh woh batein bohat hi</w:t>
      </w:r>
    </w:p>
    <w:p>
      <w:pPr>
        <w:jc w:val="right"/>
      </w:pPr>
      <w:r>
        <w:t>شی واز ا گریٹ ٹیچر اینڈ گائیڈ فار دی کمیونٹی اور بہت ایسی ایسی باتیں حضرت عائشہ نے بتائی ہیں جس کو استنبات عائشہ کہا جاتا ہے کہ یعنی انفر کیا اہ رسول اللہ صلی اللہ علیہ وسلم سے اہ اور اہ وہ وہ باتیں بہت ہی</w:t>
      </w:r>
    </w:p>
    <w:p>
      <w:r>
        <w:rPr>
          <w:b/>
        </w:rPr>
        <w:t xml:space="preserve">[47:51] </w:t>
      </w:r>
      <w:r>
        <w:t>aham hain misaal ke tor par molana ne kai bar is ka zikr kiya hai ah ke ma khair li rasool Allah صلی اللہ علیہ وسلم bain amrain ila ikhtar asra hma ke jab bhi prophet ko do cheezon mein se ek cheez ko ah ek option ko lena hota tha to he would always opt for a easier option agar violence aur non violence mein option hai to he would go for non viol</w:t>
      </w:r>
    </w:p>
    <w:p>
      <w:pPr>
        <w:jc w:val="right"/>
      </w:pPr>
      <w:r>
        <w:t>اہم ہیں مثال کے طور پر مولانا نے کئی بار اس کا ذکر کیا ہے اہ کہ ما خیر لرسول اللہ صلی اللہ علیہ وسلم بین امرین الاختار ایسرہما کہ جب بھی پرافٹ کو دو چیزوں میں سے ایک چیز کو اہ ایک اپشن کو لینا ہوتا تھا تو ہی وڈ الویز اپٹ فار ا ایزیر اپشن اگر وائلنس اور نان وائلنس میں اپشن ہے تو ہی وڈ گو فار نان وائل</w:t>
      </w:r>
    </w:p>
    <w:p>
      <w:r>
        <w:rPr>
          <w:b/>
        </w:rPr>
        <w:t xml:space="preserve">[48:20] </w:t>
      </w:r>
      <w:r>
        <w:t>ence ji agar peace aur violence mein option hai to peace yani is tarah ke jab bhi koi mauqa aata tha to woh easier option ko adopt karte the to is lihaz se un ki bohat bari khidmat hain to yeh jo waqia hai jis ko mein bata raha hai batana chahoon ga woh yeh hai ke bohat hi aakhri waqt tha ah maut ke qareeb theen Hazrat Aisha us waqt to</w:t>
      </w:r>
    </w:p>
    <w:p>
      <w:pPr>
        <w:jc w:val="right"/>
      </w:pPr>
      <w:r>
        <w:t>نس جی اگر پیس اور وائلنس میں اپشن ہے تو پیس یعنی اس طرح کے جب بھی کوئی موقع اتا تھا تو وہ ایزیر اپشن کو اڈاپٹ کرتے تھے تو اس لحاظ سے ان کی بہت بڑی خدمات ہیں تو یہ جو واقعہ ہے جس کو میں بتا رہا ہے بتانا چاہوں گا وہ یہ ہے کہ بہت ہی اخری وقت تھا اہ موت کے قریب تھیں حضرت عائشہ اس وقت تو</w:t>
      </w:r>
    </w:p>
    <w:p>
      <w:r>
        <w:rPr>
          <w:b/>
        </w:rPr>
        <w:t xml:space="preserve">[48:48] </w:t>
      </w:r>
      <w:r>
        <w:t>ah is waqt jo un ke darban thay un ka naam zikwan tha to unhon ne bataya ke jab ah hazrat aisha bohat hi beemar theen bilkul aakhri waqt mein to abdullah ibn abbas milne aaye ji to abdullah ibn abbas ne kaha ke main ijazat chahta hoon ghar mein andar jaane ki to jo darban thay unhon ne ah ja ke hazrat aisha se kaha ke ibn abbas aaye hain</w:t>
      </w:r>
    </w:p>
    <w:p>
      <w:pPr>
        <w:jc w:val="right"/>
      </w:pPr>
      <w:r>
        <w:t>اہ اس وقت جو ان کے دربان تھے ان کا نام زکوان تھا تو انہوں نے بتایا کہ جب اہ حضرت عائشہ بہت ہی بیمار تھیں بالکل اخری وقت میں تو عبداللہ ابن عباس ملنے ائے جی تو عبداللہ ابن عباس نے کہا کہ میں اجازت چاہتا ہوں گھر میں اندر جانے کی تو جو دربان تھے انہوں نے اہ جا کے حضرت عائشہ سے کہا کہ ابن عباس ائے ہیں</w:t>
      </w:r>
    </w:p>
    <w:p>
      <w:r>
        <w:rPr>
          <w:b/>
        </w:rPr>
        <w:t xml:space="preserve">[49:17] </w:t>
      </w:r>
      <w:r>
        <w:t>to hazrat aisha ne kaha chhod do ibn abbas ko matlab koi zaroorat nahi bulane ki hmm to is waqt wahan par baithe hue thay hazrat aisha ke ah neffu jinka naam tha abdullah abdullah ibn abdulrehman hmm woh غالبا hazrat aisha ke jo bhai thay baray un ke bete thay to unhon ne jab suna ke ibn abbas aaye hain aur hazrat aisha ne kaha ke nahi chhod do ji</w:t>
      </w:r>
    </w:p>
    <w:p>
      <w:pPr>
        <w:jc w:val="right"/>
      </w:pPr>
      <w:r>
        <w:t>تو حضرت عائشہ نے کہا چھوڑو ابن عباس کو مطلب کوئی ضرورت نہیں بلانے کی ہمم تو اس وقت وہاں پر بیٹھے ہوئے تھے حضرت عائشہ کے اہ نیفیو جن کا نام تھا عبداللہ عبداللہ ابن عبدالرحمن ہمم وہ غالبا حضرت عائشہ کے جو بھائی تھے بڑے ان کے بیٹے تھے تو انہوں نے جب سنا کہ ابن عباس ائے ہیں اور حضرت عائشہ نے کہا کہ نہیں چھوڑو جی</w:t>
      </w:r>
    </w:p>
    <w:p>
      <w:r>
        <w:rPr>
          <w:b/>
        </w:rPr>
        <w:t xml:space="preserve">[49:46] </w:t>
      </w:r>
      <w:r>
        <w:t>to unhon ne kaha ke ah aye meri maan ibn abbas aap ke bete ki tarah aaye hain saleheen mein se hain aur aap se milna chahte hain aap ko salam keh rahe hain to unhon ne kaha hazrat aisha ne acha theek hai agar tum chahte ho to bula lo hmm to hazrat abdullah ibn abbas aaye aur baithe salam kiya aur dekha ke bilkul aakhri waqt hai</w:t>
      </w:r>
    </w:p>
    <w:p>
      <w:pPr>
        <w:jc w:val="right"/>
      </w:pPr>
      <w:r>
        <w:t>تو انہوں نے کہا کہ اہ اے میری ماں ابن عباس اپ کے بیٹے کی طرح ائے ہیں صالحین میں سے ہیں اور اپ سے ملنا چاہتے ہیں اپ کو سلام کہہ رہے ہیں تو انہوں نے کہا حضرت عائشہ نے اچھا ٹھیک ہے اگر تم چاہتے ہو تو بلا لو ہمم تو حضرت عبداللہ ابن عباس ائے اور بیٹھے سلام کیا اور دیکھا کہ بالکل اخری وقت ہے</w:t>
      </w:r>
    </w:p>
    <w:p>
      <w:r>
        <w:rPr>
          <w:b/>
        </w:rPr>
        <w:t xml:space="preserve">[50:13] </w:t>
      </w:r>
      <w:r>
        <w:t>to unhon ne kuch taareefi baatein kahin ke ap rasool Allah ki wife theen aur ab ap ah</w:t>
      </w:r>
    </w:p>
    <w:p>
      <w:pPr>
        <w:jc w:val="right"/>
      </w:pPr>
      <w:r>
        <w:t>تو انہوں نے کچھ تعریفی باتیں کہیں کہ اپ رسول اللہ کی وائف تھیں اور اب اپ اہ</w:t>
      </w:r>
    </w:p>
    <w:p>
      <w:r>
        <w:rPr>
          <w:b/>
        </w:rPr>
        <w:t xml:space="preserve">[50:21] </w:t>
      </w:r>
      <w:r>
        <w:t>kuch hi der mein ap ah rasool Allah se milegi sahaba se milegi aur ap ki</w:t>
      </w:r>
    </w:p>
    <w:p>
      <w:pPr>
        <w:jc w:val="right"/>
      </w:pPr>
      <w:r>
        <w:t>کچھ ہی دیر میں اپ اہ رسول اللہ سے ملیں گی صحابہ سے ملیں گی اور اپ کی</w:t>
      </w:r>
    </w:p>
    <w:p>
      <w:r>
        <w:rPr>
          <w:b/>
        </w:rPr>
        <w:t xml:space="preserve">[50:27] </w:t>
      </w:r>
      <w:r>
        <w:t>wajah se tayammum ki ayat nazil hui humm aur ap ah ke khilaf jin logon ne ek ah</w:t>
      </w:r>
    </w:p>
    <w:p>
      <w:pPr>
        <w:jc w:val="right"/>
      </w:pPr>
      <w:r>
        <w:t>وجہ سے تیمم کی ایت نازل ہوئی ہمم اور اپ اہ کے خلاف جن لوگوں نے ایک اہ</w:t>
      </w:r>
    </w:p>
    <w:p>
      <w:r>
        <w:rPr>
          <w:b/>
        </w:rPr>
        <w:t xml:space="preserve">[50:35] </w:t>
      </w:r>
      <w:r>
        <w:t>ilzaam lagaya tha us ke jawab mein jibril saatveen asman se aaye wahi le ke aur us se</w:t>
      </w:r>
    </w:p>
    <w:p>
      <w:pPr>
        <w:jc w:val="right"/>
      </w:pPr>
      <w:r>
        <w:t>الزام لگایا تھا اس کے جواب میں جبرائیل ساتویں اسمان سے ائے وحی لے کے اور اس سے</w:t>
      </w:r>
    </w:p>
    <w:p>
      <w:r>
        <w:rPr>
          <w:b/>
        </w:rPr>
        <w:t xml:space="preserve">[50:40] </w:t>
      </w:r>
      <w:r>
        <w:t>bari kiya aur ap ki ah is tarah se ap ka zikr masjidon mein hone laga tilawat hone</w:t>
      </w:r>
    </w:p>
    <w:p>
      <w:pPr>
        <w:jc w:val="right"/>
      </w:pPr>
      <w:r>
        <w:t>بری کیا اور اپ کی اہ اس طرح سے اپ کا ذکر مسجدوں میں ہونے لگا تلاوت ہونے</w:t>
      </w:r>
    </w:p>
    <w:p>
      <w:r>
        <w:rPr>
          <w:b/>
        </w:rPr>
        <w:t xml:space="preserve">[50:46] </w:t>
      </w:r>
      <w:r>
        <w:t xml:space="preserve"> lagi quran mein</w:t>
      </w:r>
    </w:p>
    <w:p>
      <w:pPr>
        <w:jc w:val="right"/>
      </w:pPr>
      <w:r>
        <w:t>لگی قران میں</w:t>
      </w:r>
    </w:p>
    <w:p>
      <w:r>
        <w:rPr>
          <w:b/>
        </w:rPr>
        <w:t xml:space="preserve">[50:48] </w:t>
      </w:r>
      <w:r>
        <w:t>to woh baat hazrat aisha ko pasand nahi aayi unhon ne kaha yeh sab chhod do main to bas yeh chahti hoon ke main naseeh mansiya ban jaon ke koi mujhe jaane nahi koi mera zikr na kare koi mera janne wala nahi ho to jo jo itni bari shakhsiyat thi hazrat aisha jinka itna bara role hai ke bohat ziyada hadeesein un ki taraf se mili hain hamein un ka yeh haal hai woh yeh keh rahi hain ke main to bas chahti hoon ke mujhe koi mera koi janne wala na ho mera koi naam lene wala</w:t>
      </w:r>
    </w:p>
    <w:p>
      <w:pPr>
        <w:jc w:val="right"/>
      </w:pPr>
      <w:r>
        <w:t>تو وہ بات حضرت عائشہ کو پسند نہیں ائی انہوں نے کہا یہ سب چھوڑو میں تو بس یہ چاہتی ہوں کہ میں نصیح منسیہ بن جاؤں کہ کوئی مجھے جانے نہیں کوئی میرا ذکر نہ کرے کوئی میرا جاننے والا نہیں ہو تو جو جو اتنی بڑی شخصیت تھی حضرت عائشہ جن کا اتنا بڑا رول ہے کہ بہت زیادہ حدیثیں ان کی طرف سے ملی ہیں ہمیں ان کا یہ حال ہے وہ یہ کہہ رہی ہیں کہ میں تو بس چاہتی ہوں کہ مجھے کوئی میرا کوئی جاننے والا نہ ہو میرا کوئی نام لینے والا</w:t>
      </w:r>
    </w:p>
    <w:p>
      <w:r>
        <w:rPr>
          <w:b/>
        </w:rPr>
        <w:t xml:space="preserve">[51:17] </w:t>
      </w:r>
      <w:r>
        <w:t>nahi ho mashallah bohat acha to is tarah ki yeh hai aala marifat ki ek misaal jo hamein milti hai ji ah doctor sahab mera aakhri sawal aaj ke subject par ke koi aisi koi dua hai marifat ko develop karne ke liye jo aap hum sab se share karna chahenge</w:t>
      </w:r>
    </w:p>
    <w:p>
      <w:pPr>
        <w:jc w:val="right"/>
      </w:pPr>
      <w:r>
        <w:t>نہیں ہو ماشاءاللہ بہت اچھا تو اس طرح کی یہ ہے اعلی معرفت کی ایک مثال جو ہمیں ملتی ہے جی اہ ڈاکٹر صاحب میرا اخری سوال اج کے سبجیکٹ پر کہ کوئی ایسی کوئی دعا ہے معرفت کو ڈیویلپ کرنے کے لیے جو اپ ہم سب سے شیئر کرنا چاہیں گے</w:t>
      </w:r>
    </w:p>
    <w:p>
      <w:r>
        <w:rPr>
          <w:b/>
        </w:rPr>
        <w:t xml:space="preserve">[51:40] </w:t>
      </w:r>
      <w:r>
        <w:t>aisi koi particular dua to mere zehan mein nahi hai lekin pehli cheez yeh samajhni chahiye ke dua hai kya hmm log kehte hain ke yeh dua padh lijiye so bar woh padh lijiye 200 bar yeh ayat padh lijiye woh surat padh lijiye to padhna sirf mere recitation of words woh bhi ek aisi language mein jo hamari nahi hai jo hum nahi samajh rahe hain to woh kafi nahi hai dua to gehre ehsas</w:t>
      </w:r>
    </w:p>
    <w:p>
      <w:pPr>
        <w:jc w:val="right"/>
      </w:pPr>
      <w:r>
        <w:t>ایسی کوئی پرٹیکولر دعا تو میرے ذہن میں نہیں ہے لیکن پہلی چیز یہ سمجھنی چاہیے کہ دعا ہے کیا ہمم لوگ کہتے ہیں کہ یہ دعا پڑھ لیجئے سو بار وہ پڑھ لیجئے 200 بار یہ ایت پڑھ لیجئے وہ سورت پڑھ لیجئے تو پڑھنا صرف میئر ریسیٹیشن اف ورڈز وہ بھی ایک ایسی لینگویج میں جو ہماری نہیں ہے جو ہم نہیں سمجھ رہے ہیں تو وہ کافی نہیں ہے دعا تو گہرے احساس</w:t>
      </w:r>
    </w:p>
    <w:p>
      <w:r>
        <w:rPr>
          <w:b/>
        </w:rPr>
        <w:t xml:space="preserve">[52:07] </w:t>
      </w:r>
      <w:r>
        <w:t>ka naam hai hmm yani jo gehre ehsas aap ke dil mein paida hote hain ek ah ek samandar umadta hai jo ehsas ka gehre ehsas ka samandar aap ke sine mein jo umadta hai aur phir woh lafzon mein dhal jata hai to isi ko dua kehte hain to dua kisi ah kisi lafz ka naam nahi hai dua aap ki gehari feelings ka naam hai</w:t>
      </w:r>
    </w:p>
    <w:p>
      <w:pPr>
        <w:jc w:val="right"/>
      </w:pPr>
      <w:r>
        <w:t>کا نام ہے ہمم یعنی جو گہرے احساس اپ کے دل میں پیدا ہوتے ہیں ایک اہ ایک سمندر امٹتا ہے جو احساس کا گہرے احساس کا سمندر اپ کے سینے میں جو امٹتا ہے اور پھر وہ لفظوں میں ڈھل جاتا ہے تو اسی کو دعا کہتے ہیں تو دعا کسی اہ کسی لفظ کا نام نہیں ہے دعا اپ کی گہری فیلنگز کا نام ہے</w:t>
      </w:r>
    </w:p>
    <w:p>
      <w:r>
        <w:rPr>
          <w:b/>
        </w:rPr>
        <w:t xml:space="preserve">[52:33] </w:t>
      </w:r>
      <w:r>
        <w:t>woh aap ah urdu mein bhi keh sakte hain hindi mein bhi keh sakte hain kisi bhi zuban mein keh sakte hain to dua darasal gehre ehsasat ka naam hai ab jaise hum log dua padhte hain ji rab shrah li sadri hazrat musa alaihissalam ki dua ah jab bhi koi ah talk deni hoti hai maulana bhi padhte thay ab woh dua khud bohat hi aham hai</w:t>
      </w:r>
    </w:p>
    <w:p>
      <w:pPr>
        <w:jc w:val="right"/>
      </w:pPr>
      <w:r>
        <w:t>وہ اپ اہ اردو میں بھی کہہ سکتے ہیں ہندی میں بھی کہہ سکتے ہیں کسی بھی زبان میں کہہ سکتے ہیں تو دعا دراصل گہرے احساسات کا نام ہے اب جیسے ہم لوگ دعا پڑھتے ہیں جی رب شرح لی صدری حضرت موسی علیہ السلام کی دعا اہ جب بھی کوئی اہ ٹاک دینی ہوتی ہے مولانا بھی پڑھتے تھے اب وہ دعا خود بہت ہی اہم ہے</w:t>
      </w:r>
    </w:p>
    <w:p>
      <w:r>
        <w:rPr>
          <w:b/>
        </w:rPr>
        <w:t xml:space="preserve">[52:58] </w:t>
      </w:r>
      <w:r>
        <w:t>ah is se pata chalta hai ke hazrat musa alaihissalam ke kya ehsasat thay us waqt jab mount sinai pe pahunche woh rasta bhool bhool gaye unhon ne socha ke wahan koi aag jal rahi hai koi shayad</w:t>
      </w:r>
    </w:p>
    <w:p>
      <w:pPr>
        <w:jc w:val="right"/>
      </w:pPr>
      <w:r>
        <w:t>اہ اس سے پتہ چلتا ہے کہ حضرت موسی علیہ السلام کے کیا احساسات تھے اس وقت جب ماؤنٹ سائنائی پہ پہنچے وہ راستہ بھول بھول گئے انہوں نے سوچا کہ وہاں کوئی اگ جل رہی ہے کوئی شاید</w:t>
      </w:r>
    </w:p>
    <w:p>
      <w:r>
        <w:rPr>
          <w:b/>
        </w:rPr>
        <w:t xml:space="preserve">[53:10] </w:t>
      </w:r>
      <w:r>
        <w:t>wahan koi mil jaye jo hamein rasta bataye ya bohat thand ka zamana tha hum wahan kuch baith</w:t>
      </w:r>
    </w:p>
    <w:p>
      <w:pPr>
        <w:jc w:val="right"/>
      </w:pPr>
      <w:r>
        <w:t>وہاں کوئی مل جائے جو ہمیں راستہ بتائے یا بہت ٹھنڈ کا زمانہ تھا ہم وہاں کچھ بیٹھ</w:t>
      </w:r>
    </w:p>
    <w:p>
      <w:r>
        <w:rPr>
          <w:b/>
        </w:rPr>
        <w:t xml:space="preserve">[53:14] </w:t>
      </w:r>
      <w:r>
        <w:t>ke thoda sa seekhein ge apne hath ko to wahan par jab pahunche to Allah taala ne kalam</w:t>
      </w:r>
    </w:p>
    <w:p>
      <w:pPr>
        <w:jc w:val="right"/>
      </w:pPr>
      <w:r>
        <w:t>کے تھوڑا سا سیکھیں گے اپنے ہاتھ کو تو وہاں پر جب پہنچے تو اللہ تعالی نے کلام</w:t>
      </w:r>
    </w:p>
    <w:p>
      <w:r>
        <w:rPr>
          <w:b/>
        </w:rPr>
        <w:t xml:space="preserve">[53:20] </w:t>
      </w:r>
      <w:r>
        <w:t>kya ke main Allah hoon aur un ko peghambar banaya to aur kaha ke jao tum firoun ke</w:t>
      </w:r>
    </w:p>
    <w:p>
      <w:pPr>
        <w:jc w:val="right"/>
      </w:pPr>
      <w:r>
        <w:t>کیا کہ میں اللہ ہوں اور ان کو پیغمبر بنایا تو اور کہا کہ جاؤ تم فرعون کے</w:t>
      </w:r>
    </w:p>
    <w:p>
      <w:r>
        <w:rPr>
          <w:b/>
        </w:rPr>
        <w:t xml:space="preserve">[53:27] </w:t>
      </w:r>
      <w:r>
        <w:t>pass ah mera paigham le ke to us waqt bohat pareshan thay Hazrat ah moosa alaihissalam dar</w:t>
      </w:r>
    </w:p>
    <w:p>
      <w:pPr>
        <w:jc w:val="right"/>
      </w:pPr>
      <w:r>
        <w:t>پاس اہ میرا پیغام لے کے تو اس وقت بہت پریشان تھے حضرت اہ موسی علیہ السلام ڈر</w:t>
      </w:r>
    </w:p>
    <w:p>
      <w:r>
        <w:rPr>
          <w:b/>
        </w:rPr>
        <w:t xml:space="preserve">[53:37] </w:t>
      </w:r>
      <w:r>
        <w:t>bhi tha un ko ke kaise main ja ke firoun ko paigham doon</w:t>
      </w:r>
    </w:p>
    <w:p>
      <w:pPr>
        <w:jc w:val="right"/>
      </w:pPr>
      <w:r>
        <w:t>بھی تھا ان کو کہ کیسے میں جا کے فرعون کو پیغام دوں</w:t>
      </w:r>
    </w:p>
    <w:p>
      <w:r>
        <w:rPr>
          <w:b/>
        </w:rPr>
        <w:t xml:space="preserve">[53:43] </w:t>
      </w:r>
      <w:r>
        <w:t>ga to us waqt jo dua ki unhon ne qaal rab shrah li sadri wa yassir li amri wah lul uqdatan min lisani yafqahu qawli ke aye Allah tu mere sine ko khol de aur meri jo zuban mein un ki thodi shayad luknat thi woh khatam kar de taake woh log meri baat ko samajh saken</w:t>
      </w:r>
    </w:p>
    <w:p>
      <w:pPr>
        <w:jc w:val="right"/>
      </w:pPr>
      <w:r>
        <w:t>گا تو اس وقت جو دعا کی انہوں نے قال رب شرح لی صدری ویسر لی امری واہل العقدۃ من لسانی یفقہ قولی کہ اے اللہ تو میرے سینے کو کھول دے اور میری جو زبان میں ان کی تھوڑی شاید لکنت تھی وہ ختم کر دے تاکہ وہ لوگ میری بات کو سمجھ سکیں</w:t>
      </w:r>
    </w:p>
    <w:p>
      <w:r>
        <w:rPr>
          <w:b/>
        </w:rPr>
        <w:t xml:space="preserve">[54:05] </w:t>
      </w:r>
      <w:r>
        <w:t>waja al li waziran min ahli haruna akhi shaddad bihi azri wa ashrik fi amri aur unhon ne phir kaha ke ek mera sathi bana de mere family mein se haroon ko jo mera bhai hai us ke zariye ah meri madad kar aur mere kaam ko woh share kare mere jo mera jo task hai yeh prophetic task hai is mein bhi woh mera mera shareek ban jaye ji</w:t>
      </w:r>
    </w:p>
    <w:p>
      <w:pPr>
        <w:jc w:val="right"/>
      </w:pPr>
      <w:r>
        <w:t>وجعلی وزیرا من اہلی ہارون اخی اشدد بہی ازری واشرک فی امری اور انہوں نے پھر کہا کہ ایک میرا ساتھی بنا دے میرے فیملی میں سے ہارون کو جو میرا بھائی ہے اس کے ذریعے اہ میری مدد کر اور میرے کام کو وہ شیئر کرے میرے جو میرا جو ٹاسک ہے یہ پرافیٹک ٹاسک ہے اس میں بھی وہ میرا میرا شریک بن جائے جی</w:t>
      </w:r>
    </w:p>
    <w:p>
      <w:r>
        <w:rPr>
          <w:b/>
        </w:rPr>
        <w:t xml:space="preserve">[54:33] </w:t>
      </w:r>
      <w:r>
        <w:t>to ah phir unhon ne kaha ke kay nasbiha ka kaseera wa nazkuraka kaseera taake hum tera khoob chircha karein teri khoob pakee bayan karein tera khoob zikr karein to Allah taala ne farmaya phir unhon ne kaha ke innaka kunta bina baseera aur tu to hamein dekh raha hai tu to hamare halaat ko janta hai to Allah taala ne farmaya qad utita ya musa</w:t>
      </w:r>
    </w:p>
    <w:p>
      <w:pPr>
        <w:jc w:val="right"/>
      </w:pPr>
      <w:r>
        <w:t>تو اہ پھر انہوں نے کہا کہ کئی نصبیہ کا کثیرہ ونذکرک کثیرہ تاکہ ہم تیرا خوب چرچہ کریں تیری خوب پاکی بیان کریں تیرا خوب ذکر کریں تو اللہ تعالی نے فرمایا پھر انہوں نے کہا کہ انک کنت بنا بصیرا اور تو تو ہمیں دیکھ رہا ہے تو تو ہمارے حالات کو جانتا ہے تو اللہ تعالی نے فرمایا قال قدوتیت یا موسی</w:t>
      </w:r>
    </w:p>
    <w:p>
      <w:r>
        <w:rPr>
          <w:b/>
        </w:rPr>
        <w:t xml:space="preserve">[55:01] </w:t>
      </w:r>
      <w:r>
        <w:t>aye musa tumhari demand hum ne tumhari request hum ne poori kar di to yeh jo ah کیفیت thi hazrat musa alaihissalam ki woh is is dua mein jhalak rahi hai to کیفیت ka naam dua hai aap kaise bhi dua karein koi particular dua nahi hai balkeh dil se dua nikalni chahiye j</w:t>
      </w:r>
    </w:p>
    <w:p>
      <w:pPr>
        <w:jc w:val="right"/>
      </w:pPr>
      <w:r>
        <w:t>اے موسی تمہاری ڈیمانڈ ہم نے تمہاری ریکویسٹ ہم نے پوری کر دی تو یہ جو اہ کیفیت تھی حضرت موسی علیہ السلام کی وہ اس اس دعا میں جھلک رہی ہے تو کیفیت کا نام دعا ہے اپ کیسے بھی دعا کریں کوئی پرٹیکولر دعا نہیں ہے بلکہ دل سے دعا نکلنی چاہیے ج</w:t>
      </w:r>
    </w:p>
    <w:p>
      <w:r>
        <w:rPr>
          <w:b/>
        </w:rPr>
        <w:t xml:space="preserve">[55:22] </w:t>
      </w:r>
      <w:r>
        <w:t>i aur doctor sahab maulana bhi yahi kaha karte thay ke ah woh har cheez ko personalize jaise aap ne talk mein bhi bataya aur woh kehte thay ke helplessness ki state pe nikli hui jo dua hoti hai ji woh asal mein sahi dua hoti hai to hum khud apne dil se apne dil ki gehraiyon se jab dua karte hain apni helplessness apni helplessness ki state pe to Allah taala us ko zaroor qabool karta hai ah thank you doctor sahab it was a wonderful session</w:t>
      </w:r>
    </w:p>
    <w:p>
      <w:pPr>
        <w:jc w:val="right"/>
      </w:pPr>
      <w:r>
        <w:t>ی اور ڈاکٹر صاحب مولانا بھی یہی کہا کرتے تھے کہ اہ وہ ہر چیز کو پرسنلائز جیسے اپ نے ٹاک میں بھی بتایا اور وہ کہتے تھے کہ ہیلپ لیسنس کی سٹیٹ پہ نکلی ہوئی جو دعا ہوتی ہے جی وہ اصل میں صحیح دعا ہوتی ہے تو ہم خود اپنے دل سے اپنے دل کی گہرائیوں سے جب دعا کرتے ہیں اپنی ہیلپ لیسنس اپنی ہیلپ لیسنس کی سٹیٹ پہ تو اللہ تعالی اس کو ضرور قبول کرتا ہے اہ تھینک یو ڈاکٹر صاحب اٹ واز ا ونڈرفل سیشن</w:t>
      </w:r>
    </w:p>
    <w:p>
      <w:r>
        <w:rPr>
          <w:b/>
        </w:rPr>
        <w:t xml:space="preserve">[55:51] </w:t>
      </w:r>
      <w:r>
        <w:t>jazak Allah aap ne bohat sari baatein marifat ko le ke bohat achhe se wazeh kareen gehraiyon se bataya hum sab ko ah jazak Allah ah lekin abhi session khatam karne se pehle kuch important book releases hain ji so i will take couple of more minutes ah we are very happy to share with you that we will be releasing three books today of Maulana Wahiduddin Khan sahib</w:t>
      </w:r>
    </w:p>
    <w:p>
      <w:pPr>
        <w:jc w:val="right"/>
      </w:pPr>
      <w:r>
        <w:t>جزاک اللہ اپ نے بہت ساری باتیں معرفت کو لے کے بہت اچھے سے واضح کریں گہرائیوں سے بتایا ہم سب کو اہ جزاک اللہ اہ لیکن ابھی سیشن ختم کرنے سے پہلے کچھ امپورٹنٹ بک ریلیزز ہیں جی سو ائی ویل ٹیک کپل اف مور منٹس اہ وی ار ویری ہیپی ٹو شیئر ود یو دیٹ ویل بی ریلیزنگ تھری بکس ٹوڈے اف مولانا وحید الدین خان صاحب</w:t>
      </w:r>
    </w:p>
    <w:p>
      <w:r>
        <w:rPr>
          <w:b/>
        </w:rPr>
        <w:t xml:space="preserve">[56:14] </w:t>
      </w:r>
      <w:r>
        <w:t>ah yeh pehli kitab jo hai yeh hindi mein hai ah jis ka title hai dharm aur adhunik chunauti ah yeh Maulana ki jo kitab english kitab god arises ah hai us ki hindi translation hai aur is ka anuvaad Muhammad khadim sahib ne kiya hai</w:t>
      </w:r>
    </w:p>
    <w:p>
      <w:pPr>
        <w:jc w:val="right"/>
      </w:pPr>
      <w:r>
        <w:t>اہ یہ پہلی کتاب جو ہے یہ ہندی میں ہے اہ جس کا ٹائٹل ہے دھرم اور ادھونک چنوتی اہ یہ مولانا کی جو کتاب انگلش کتاب گاڈ ارائزز اہ ہے اس کی ہندی ٹرانسلیشن ہے اور اس کا انواد محمد خادم صاحب نے کیا ہے</w:t>
      </w:r>
    </w:p>
    <w:p>
      <w:r>
        <w:rPr>
          <w:b/>
        </w:rPr>
        <w:t xml:space="preserve">[56:34] </w:t>
      </w:r>
      <w:r>
        <w:t>ah jo is ki editorial team hai ah jis jinka sahayog raha hai is kitab ko ah lane mein ah woh hai Muhammad Arif sahib Rashid Ansari sahib ah Raziya Begum ah Irfan Rasheedi sahib ah Rajesh Kumar sahib ah Maulana Farhad Ahmad Ahmad Umri sahib aur Khurram Islam Qureshi sahib</w:t>
      </w:r>
    </w:p>
    <w:p>
      <w:pPr>
        <w:jc w:val="right"/>
      </w:pPr>
      <w:r>
        <w:t>اہ جو اس کی ایڈیٹوریل ٹیم ہے اہ جس جن کا تعاون رہا ہے اس کتاب کو اہ لانے میں اہ وہ ہے محمد عارف صاحب راشد انصاری صاحب اہ راضیہ بیگم اہ عرفان رشیدی صاحب اہ راجش کمار صاحب اہ مولانا فرہاد احمد احمد عمری صاحب اور خرم اسلام قریشی صاحب</w:t>
      </w:r>
    </w:p>
    <w:p>
      <w:r>
        <w:rPr>
          <w:b/>
        </w:rPr>
        <w:t xml:space="preserve">[56:58] </w:t>
      </w:r>
      <w:r>
        <w:t>so we are very happy to announce the release of this hindi book dharm aur adhunik</w:t>
      </w:r>
    </w:p>
    <w:p>
      <w:pPr>
        <w:jc w:val="right"/>
      </w:pPr>
      <w:r>
        <w:t>اہ سو وی ار ویری ہیپی ٹو اہ اناؤنس دا ریلیز اف دس ہندی بک دھرم اور ادھونک</w:t>
      </w:r>
    </w:p>
    <w:p>
      <w:r>
        <w:rPr>
          <w:b/>
        </w:rPr>
        <w:t xml:space="preserve">[57:05] </w:t>
      </w:r>
      <w:r>
        <w:t>chunauti ah yeh aap ko cps ki website pe bhi available ah ho jaye gi</w:t>
      </w:r>
    </w:p>
    <w:p>
      <w:pPr>
        <w:jc w:val="right"/>
      </w:pPr>
      <w:r>
        <w:t>چنوتی اہ یہ اپ کو سی پی ایس کی ویب سائٹ پہ بھی اویلیبل اہ ہو جائے گی</w:t>
      </w:r>
    </w:p>
    <w:p>
      <w:r>
        <w:rPr>
          <w:b/>
        </w:rPr>
        <w:t xml:space="preserve">[57:11] </w:t>
      </w:r>
      <w:r>
        <w:t>ap us ko download kar sakte hain and you can share it among all those people ah</w:t>
      </w:r>
    </w:p>
    <w:p>
      <w:pPr>
        <w:jc w:val="right"/>
      </w:pPr>
      <w:r>
        <w:t>اپ اس کو ڈاؤن لوڈ کر سکتے ہیں اینڈ یو کین شیئر اٹ امنگ ال دوز پیپل اہ</w:t>
      </w:r>
    </w:p>
    <w:p>
      <w:r>
        <w:rPr>
          <w:b/>
        </w:rPr>
        <w:t xml:space="preserve">[57:16] </w:t>
      </w:r>
      <w:r>
        <w:t>who have always been asking for hindi book to main doctor saniya stance ap ko request karunga</w:t>
      </w:r>
    </w:p>
    <w:p>
      <w:pPr>
        <w:jc w:val="right"/>
      </w:pPr>
      <w:r>
        <w:t>ہو ہیو الویز بین اسکنگ فار ہندی بک تو میں ڈاکٹر ثانیہ سٹینس اپ کو ریکویسٹ کروں گا</w:t>
      </w:r>
    </w:p>
    <w:p>
      <w:r>
        <w:rPr>
          <w:b/>
        </w:rPr>
        <w:t xml:space="preserve">[57:22] </w:t>
      </w:r>
      <w:r>
        <w:t>keh woh is ko launch karein</w:t>
      </w:r>
    </w:p>
    <w:p>
      <w:pPr>
        <w:jc w:val="right"/>
      </w:pPr>
      <w:r>
        <w:t>کہ وہ اس کو لانچ کریں</w:t>
      </w:r>
    </w:p>
    <w:p>
      <w:r>
        <w:rPr>
          <w:b/>
        </w:rPr>
        <w:t xml:space="preserve">[57:34] </w:t>
      </w:r>
      <w:r>
        <w:t>yeh hindi translation god arises ka ya mazhab aur jadeed challenge ka mujhe behad khushi ho rahi hai launch karte hue yeh khurram sahib ne hindi ka kaam shuru kiya is ki bohat hi aham yeh ek kitab hai Maulana ne yeh kitab غالبا 1960 ke early 1960 mein likhi thi jab woh lucknow mein thay mazhab aur jadeed challenge ya ilm jadeed ka challenge phir is ka translation arabi mein hua jo bhai sahib ne kiya doctor z</w:t>
      </w:r>
    </w:p>
    <w:p>
      <w:pPr>
        <w:jc w:val="right"/>
      </w:pPr>
      <w:r>
        <w:t>یہ ہندی ٹرانسلیشن گاڈ ارائزز کا یا مذہب اور جدید چیلنج کا مجھے بے حد خوشی ہو رہی ہے لانچ کرتے ہوئے یہ خرم صاحب نے ہندی کا کام شروع کیا اس کی بہت ہی اہم یہ ایک کتاب ہے مولانا نے یہ کتاب غالبا 1960 کے ارلی 1960 میں لکھی تھی جب وہ لکھنو میں تھے مذہب اور جدید چیلنج یا علم جدید کا چیلنج پھر اس کا ٹرانسلیشن عربی میں ہوا جو بھائی صاحب نے کیا ڈاکٹر ظ</w:t>
      </w:r>
    </w:p>
    <w:p>
      <w:r>
        <w:rPr>
          <w:b/>
        </w:rPr>
        <w:t xml:space="preserve">[58:04] </w:t>
      </w:r>
      <w:r>
        <w:t>ufral islam ne doctor zafarul islam khan ne phir woh kitab bohat hi maroof hui aur arab world mein ek best seller ban gayi to Allah taala un logon ko jinhon ne is mein sahayog kiya translation kiya aur is mein har tarah ka sahayog kiya un ko Allah taala jaza e khair ata farmaye the next book is the purpose of creation the spiritual journey towards eternal para</w:t>
      </w:r>
    </w:p>
    <w:p>
      <w:pPr>
        <w:jc w:val="right"/>
      </w:pPr>
      <w:r>
        <w:t>فرالاسلام نے ڈاکٹر ظفرالاسلام خان نے پھر اس وہ کتاب بہت ہی معروف ہوئی اور عرب ورلڈ میں ایک بیسٹ سیلر بن گئی تو اللہ تعالی ان لوگوں کو جنہوں نے اس میں تعاون کیا ٹرانسلیشن کیا اور اس میں ہر طرح کا تعاون کیا ان کو اللہ تعالی جزائے خیر عطا فرمائے دا نیکسٹ بک از دی پرپس اف کریشن دا سپریچول جرنی ٹورڈز ایٹرنل پیرا</w:t>
      </w:r>
    </w:p>
    <w:p>
      <w:r>
        <w:rPr>
          <w:b/>
        </w:rPr>
        <w:t xml:space="preserve">[58:30] </w:t>
      </w:r>
      <w:r>
        <w:t>dies this english book has been translated by professor farida khanam and it is a english translation of</w:t>
      </w:r>
    </w:p>
    <w:p>
      <w:pPr>
        <w:jc w:val="right"/>
      </w:pPr>
      <w:r>
        <w:t>ڈائز دس انگلش بک ہیز بین ٹرانسلیٹڈ بائے پروفیسر فریدہ خانم اینڈ اٹ از ا انگلش ٹرانسلیشن اف</w:t>
      </w:r>
    </w:p>
    <w:p>
      <w:r>
        <w:rPr>
          <w:b/>
        </w:rPr>
        <w:t xml:space="preserve">[58:37] </w:t>
      </w:r>
      <w:r>
        <w:t>some of the chapters of Maulana Wahiduddin Khan sahib urdu book kitab marifat jis ka aaj hum</w:t>
      </w:r>
    </w:p>
    <w:p>
      <w:pPr>
        <w:jc w:val="right"/>
      </w:pPr>
      <w:r>
        <w:t>سم اف دا چیپٹرز اف مولانا وحید الدین خان صاحب اردو بک کتاب معرفت جس کا اج ہم</w:t>
      </w:r>
    </w:p>
    <w:p>
      <w:r>
        <w:rPr>
          <w:b/>
        </w:rPr>
        <w:t xml:space="preserve">[58:42] </w:t>
      </w:r>
      <w:r>
        <w:t>ne zikr bhi kiya so we are very happy to share that this new book is also getting</w:t>
      </w:r>
    </w:p>
    <w:p>
      <w:pPr>
        <w:jc w:val="right"/>
      </w:pPr>
      <w:r>
        <w:t>نے ذکر بھی کیا سو وی ار ویری ہیپی ٹو شیئر دیٹ دس نیو بک از السو گیٹنگ</w:t>
      </w:r>
    </w:p>
    <w:p>
      <w:r>
        <w:rPr>
          <w:b/>
        </w:rPr>
        <w:t xml:space="preserve">[58:48] </w:t>
      </w:r>
      <w:r>
        <w:t>launch today and i request doctor sania stein sahib to launch this new english book the purpose of</w:t>
      </w:r>
    </w:p>
    <w:p>
      <w:pPr>
        <w:jc w:val="right"/>
      </w:pPr>
      <w:r>
        <w:t>لانچ ٹوڈے اینڈ ائی ریکویسٹ ڈاکٹر ثانیہ سٹین صاحب ٹو لانچ دس نیو انگلش بک دی پرپس اف</w:t>
      </w:r>
    </w:p>
    <w:p>
      <w:r>
        <w:rPr>
          <w:b/>
        </w:rPr>
        <w:t xml:space="preserve">[58:54] </w:t>
      </w:r>
      <w:r>
        <w:t>creation the spiritual journey towards eternal paradise</w:t>
      </w:r>
    </w:p>
    <w:p>
      <w:pPr>
        <w:jc w:val="right"/>
      </w:pPr>
      <w:r>
        <w:t>کریشن دا سپریچول جرنی ٹورڈز ایٹرنل پیراڈائز</w:t>
      </w:r>
    </w:p>
    <w:p>
      <w:r>
        <w:rPr>
          <w:b/>
        </w:rPr>
        <w:t xml:space="preserve">[59:10] </w:t>
      </w:r>
      <w:r>
        <w:t>the purpose of creation the spiritual journey towards eternal paradise mujhe behad khushi ho rahi hai yeh kitab launch karte hue jo ke translation hai kitab marifat ke kuch ah articles ka</w:t>
      </w:r>
    </w:p>
    <w:p>
      <w:pPr>
        <w:jc w:val="right"/>
      </w:pPr>
      <w:r>
        <w:t>دی پرپس اف کریشن دا سپریچول جرنی ٹورڈز ایٹرنل پیراڈائز مجھے بے حد خوشی ہو رہی ہے یہ کتاب لانچ کرتے ہوئے جو کہ ٹرانسلیشن ہے کتاب معرفت کے کچھ اہ ارٹیکلز کا</w:t>
      </w:r>
    </w:p>
    <w:p>
      <w:r>
        <w:rPr>
          <w:b/>
        </w:rPr>
        <w:t xml:space="preserve">[59:25] </w:t>
      </w:r>
      <w:r>
        <w:t>aaj hum isi kitab se ah apni baatein keh rahe thay aur intehai aham tareen kitabon mein se ek kitab hai jis se ah insan ke andar ah marifat ki pehchan aur marifat ka shauq jaagta hai to Allah taala sab ko ah ah ajr e azeem ata farm</w:t>
      </w:r>
    </w:p>
    <w:p>
      <w:pPr>
        <w:jc w:val="right"/>
      </w:pPr>
      <w:r>
        <w:t>اج ہم اسی کتاب سے اہ اپنی باتیں کہہ رہے تھے اور انتہائی اہم ترین کتابوں میں سے ایک کتاب ہے جس سے اہ انسان کے اندر اہ معرفت کی پہچان اور معرفت کا شوق جاگتا ہے تو اللہ تعالی سب کو اہ اہ اجر عظیم عطا فرم</w:t>
      </w:r>
    </w:p>
    <w:p>
      <w:r>
        <w:rPr>
          <w:b/>
        </w:rPr>
        <w:t xml:space="preserve">[59:49] </w:t>
      </w:r>
      <w:r>
        <w:t>aaye yeh kitab doctor farida khanoom ne translate ki hai aur allah taala is mein sab logon ko ajr ah ata farmaye jin logon ne is ko publish karne mein hissa liya ji ah aur yeh teesri kitab urdu kitab hai ah kamyab khandani zindagi ah yeh khandani zindagi ka revised version hai maulana wahiduddin khan sahib ki kitab ka aur yeh ab online available hai</w:t>
      </w:r>
    </w:p>
    <w:p>
      <w:pPr>
        <w:jc w:val="right"/>
      </w:pPr>
      <w:r>
        <w:t>ائے یہ کتاب ڈاکٹر فریدہ خانم نے ٹرانسلیٹ کی ہے اور اللہ تعالی اس میں سب لوگوں کو اجر اہ عطا فرمائے جن لوگوں نے اس کو پبلش کرنے میں حصہ لیا جی اہ اور یہ تیسری کتاب اردو کتاب ہے اہ کامیاب خاندانی زندگی اہ یہ خاندانی زندگی کا ریوائزڈ ورژن ہے مولانا وحید الدین خان صاحب کی کتاب کا اور یہ اب ان لائن اویلیبل ہے</w:t>
      </w:r>
    </w:p>
    <w:p>
      <w:r>
        <w:rPr>
          <w:b/>
        </w:rPr>
        <w:t xml:space="preserve">[1:00:18] </w:t>
      </w:r>
      <w:r>
        <w:t>pakistan mein yeh kitab kamyab azdwazi zindagi ke naam se publish hui hai jo tariq badar sahib jis ko dekh rahe hain to mein doctor saniya stein sahib se kahunga ke is ko bhi launch karein mashallah</w:t>
      </w:r>
    </w:p>
    <w:p>
      <w:pPr>
        <w:jc w:val="right"/>
      </w:pPr>
      <w:r>
        <w:t>پاکستان میں یہ کتاب کامیاب ازدوازی زندگی کے نام سے پبلش ہوئی ہے جو طارق بدر صاحب جس کو دیکھ رہے ہیں تو میں ڈاکٹر ثانیہ سٹین صاحب سے کہوں گا کہ اس کو بھی لانچ کریں ماشاءاللہ</w:t>
      </w:r>
    </w:p>
    <w:p>
      <w:r>
        <w:rPr>
          <w:b/>
        </w:rPr>
        <w:t xml:space="preserve">[1:00:41] </w:t>
      </w:r>
      <w:r>
        <w:t>mujhe behad khushi ho rahi hai yeh revised version khandani zindagi kamyab khandani zindagi family life ki taameer aur taraqqi ki ke rehnuma usool yeh bohat hi umda kitab hai aur aaj kal is ki bari zaroorat hai taakeh jo kis tarah se bachon ki up bringing ho aur kis tarah se ek achi zindagi guzar sakein to</w:t>
      </w:r>
    </w:p>
    <w:p>
      <w:pPr>
        <w:jc w:val="right"/>
      </w:pPr>
      <w:r>
        <w:t>مجھے بے حد خوشی ہو رہی ہے یہ ریوائزڈ ورژن خاندانی زندگی کامیاب خاندانی زندگی فیملی لائف کی تعمیر اور ترقی کی کے رہنما اصول یہ بہت ہی عمدہ کتاب ہے اور اج کل اس کی بڑی ضرورت ہے تاکہ جو کس طرح سے بچوں کی اپ برنگنگ ہو اور کس طرح سے ایک اچھی زندگی گزار سکیں تو</w:t>
      </w:r>
    </w:p>
    <w:p>
      <w:r>
        <w:rPr>
          <w:b/>
        </w:rPr>
        <w:t xml:space="preserve">[1:01:06] </w:t>
      </w:r>
      <w:r>
        <w:t>yeh ek bohat hi general andaaz ka topic hai jo ke mein samajhta hoon bohat hi mufeed sabit hoga allah taala is mein ajr e azeem ata farmaye jin logon ne is ko publish karne mein hissa liya ah bohat sare logon ne bohat comments bheje hain lekin ab program ka waqt khatam ho gaya hai to hum le nahi payenge jazak allah for encouraging us and sending positive comments we will come back next sunday at 10:30 am for the next session thank you</w:t>
      </w:r>
    </w:p>
    <w:p>
      <w:pPr>
        <w:jc w:val="right"/>
      </w:pPr>
      <w:r>
        <w:t>یہ ایک بہت ہی جنرل انداز کا ٹاپک ہے جو کہ میں سمجھتا ہوں بہت ہی مفید ثابت ہوگا اللہ تعالی اس میں اجر عظیم عطا فرمائے جن لوگوں نے اس کو پبلش کرنے میں حصہ لیا اہ بہت سارے لوگوں نے بہت کمنٹس بھیجے ہیں لیکن اب پروگرام کا وقت ختم ہو گیا ہے تو ہم لے نہیں پائیں گے جزاک اللہ فار انکریجنگ اس اینڈ سینڈنگ پوزیٹیو کمنٹس وی ویل کم بیک نیکسٹ سنڈے ایٹ 10:30 اے ایم فار دا نیکسٹ سیشن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