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Issue of Shatm-e-Rasool (Abuse of the Prophet) December 19, 2021 Prof. Farida Khanam</w:t>
      </w:r>
    </w:p>
    <w:p>
      <w:r>
        <w:t>https://www.youtube.com/watch?v=ExQS_PHirUc</w:t>
      </w:r>
    </w:p>
    <w:p>
      <w:r>
        <w:rPr>
          <w:b/>
        </w:rPr>
        <w:t xml:space="preserve">[00:11] </w:t>
      </w:r>
      <w:r>
        <w:t>bismillah hir rahman nir rahim. assalam o alaikum warahamtullah. aaj ka hamara topic hai "shidd mein rasool" ka masla, jis ko blasphemy kaha jata hai, yani abusing the prophet.</w:t>
      </w:r>
    </w:p>
    <w:p>
      <w:pPr>
        <w:jc w:val="right"/>
      </w:pPr>
      <w:r>
        <w:t>بسم اللہ الرحمن الرحیم۔ السلام علیکم ورحمۃ اللہ۔ آج کا ہمارا ٹاپک ہے "شد میں رسول" کا مسئلہ، جس کو بلاسفیمی کہا جاتا ہے، یعنی ابیوزنگ دا پرافٹ۔</w:t>
      </w:r>
    </w:p>
    <w:p>
      <w:r>
        <w:rPr>
          <w:b/>
        </w:rPr>
        <w:t xml:space="preserve">[00:27] </w:t>
      </w:r>
      <w:r>
        <w:t>blasphemy ke maani hain literal "to show contempt or disrespect for god or sacred things". aur blasphemy do tarah</w:t>
      </w:r>
    </w:p>
    <w:p>
      <w:pPr>
        <w:jc w:val="right"/>
      </w:pPr>
      <w:r>
        <w:t>بلاسفیمی کے معنی ہیں لٹرل "ٹو شو کنٹیمپٹ اور ڈس ریسپیکٹ فار گاڈ اور سیکرٹ تھنگز"۔ اور بلاسفیمی دو طرح</w:t>
      </w:r>
    </w:p>
    <w:p>
      <w:r>
        <w:rPr>
          <w:b/>
        </w:rPr>
        <w:t xml:space="preserve">[00:39] </w:t>
      </w:r>
      <w:r>
        <w:t>ki hai: ek to verbal blasphemy, jis ko hum toheen e rasool bolte hain, ya kisi bhi sacred cheez ki toheen, jo nazeba alfaaz kisi bhi muqaddas hasti ke liye bole jayein.</w:t>
      </w:r>
    </w:p>
    <w:p>
      <w:pPr>
        <w:jc w:val="right"/>
      </w:pPr>
      <w:r>
        <w:t>کی ہے: ایک تو وربل بلاسفیمی، جس کو ہم توہین رسول بولتے ہیں، یا کسی بھی سیکرٹ چیز کی توہین، جو نازیبہ الفاظ کسی بھی مقدس ہستی کے لیے بولے جائیں۔</w:t>
      </w:r>
    </w:p>
    <w:p>
      <w:r>
        <w:rPr>
          <w:b/>
        </w:rPr>
        <w:t xml:space="preserve">[00:52] </w:t>
      </w:r>
      <w:r>
        <w:t>aur ek hoti hai physical blasphemy, jis ko sacrilege kehte hain.</w:t>
      </w:r>
    </w:p>
    <w:p>
      <w:pPr>
        <w:jc w:val="right"/>
      </w:pPr>
      <w:r>
        <w:t>اور ایک ہوتی ہے فزیکل بلاسفیمی، جس کو سیکریلیج کہتے ہیں۔</w:t>
      </w:r>
    </w:p>
    <w:p>
      <w:r>
        <w:rPr>
          <w:b/>
        </w:rPr>
        <w:t xml:space="preserve">[00:58] </w:t>
      </w:r>
      <w:r>
        <w:t>jaisa ke aap ne aaj hi ke akhbar mein aaya hai ke golden temple mein ek naujawan aaya aur us ne jo wahan ki muqaddas sword thi, us ko lene ki koshish ki to us ko logon ne bohat mara, yahan tak ke woh mar gaya.</w:t>
      </w:r>
    </w:p>
    <w:p>
      <w:pPr>
        <w:jc w:val="right"/>
      </w:pPr>
      <w:r>
        <w:t>جیسا کہ آپ نے آج ہی کے اخبار میں آیا ہے کہ گولڈن ٹیمپل میں ایک نوجوان آیا اور اس نے جو وہاں کی مقدس سورڈ تھی، اس کو لینے کی کوشش کی تو اس کو لوگوں نے بہت مارا، یہاں تک کہ وہ مر گیا۔</w:t>
      </w:r>
    </w:p>
    <w:p>
      <w:r>
        <w:rPr>
          <w:b/>
        </w:rPr>
        <w:t xml:space="preserve">[01:16] </w:t>
      </w:r>
      <w:r>
        <w:t>to yeh cheezein jo hain, bohat hi ancient time se chali aa rahi hain ke kuch cheezon ko muqaddas samjha jata hai aur us ko agar koi bhi galat tareeqe se, koi alfaaz bola jaye ya us ko galat tareeqe se istemal kiya jaye to us ko jo hai blasphemy ka masla ban jata hai.</w:t>
      </w:r>
    </w:p>
    <w:p>
      <w:pPr>
        <w:jc w:val="right"/>
      </w:pPr>
      <w:r>
        <w:t>تو یہ چیزیں جو ہیں، بہت ہی اینشینٹ ٹائم سے چلی آ رہی ہیں کہ کچھ چیزوں کو مقدس سمجھا جاتا ہے اور اس کو اگر کوئی بھی غلط طریقے سے، کوئی الفاظ بولا جائے یا اس کو غلط طریقے سے استعمال کیا جائے تو اس کو جو ہے بلاسفیمی کا مسئلہ بن جاتا ہے۔</w:t>
      </w:r>
    </w:p>
    <w:p>
      <w:r>
        <w:rPr>
          <w:b/>
        </w:rPr>
        <w:t xml:space="preserve">[01:41] </w:t>
      </w:r>
      <w:r>
        <w:t>to yeh is ka islam mein aisa kuch nahi hai.</w:t>
      </w:r>
    </w:p>
    <w:p>
      <w:pPr>
        <w:jc w:val="right"/>
      </w:pPr>
      <w:r>
        <w:t>تو یہ اس کا اسلام میں ایسا کچھ نہیں ہے۔</w:t>
      </w:r>
    </w:p>
    <w:p>
      <w:r>
        <w:rPr>
          <w:b/>
        </w:rPr>
        <w:t xml:space="preserve">[01:45] </w:t>
      </w:r>
      <w:r>
        <w:t>is ka jo woh log kehte hain ke religious sentiments hamare hurt ho rahe hain, to religious sentiments ka sharia mein is ki koi had nahi hai.</w:t>
      </w:r>
    </w:p>
    <w:p>
      <w:pPr>
        <w:jc w:val="right"/>
      </w:pPr>
      <w:r>
        <w:t>اس کا جو وہ لوگ کہتے ہیں کہ ریلیجس سینٹیمنٹس ہمارے ہرٹ ہو رہے ہیں، تو ریلیجس سینٹیمنٹس کا شریعہ میں اس کی کوئی حد نہیں ہے۔</w:t>
      </w:r>
    </w:p>
    <w:p>
      <w:r>
        <w:rPr>
          <w:b/>
        </w:rPr>
        <w:t xml:space="preserve">[01:55] </w:t>
      </w:r>
      <w:r>
        <w:t>is ke liye koi saza muqarrar nahi ki gayi hai. to yeh sab bilkul galat baatein hain aur islam se is ka koi talluq nahi hai.</w:t>
      </w:r>
    </w:p>
    <w:p>
      <w:pPr>
        <w:jc w:val="right"/>
      </w:pPr>
      <w:r>
        <w:t>اس کے لیے کوئی سزا مقرر نہیں کی گئی ہے۔ تو یہ سب بالکل غلط باتیں ہیں اور اسلام سے اس کا کوئی تعلق نہیں ہے۔</w:t>
      </w:r>
    </w:p>
    <w:p>
      <w:r>
        <w:rPr>
          <w:b/>
        </w:rPr>
        <w:t xml:space="preserve">[02:05] </w:t>
      </w:r>
      <w:r>
        <w:t>yeh sab qadeem zamanay mein hi hota tha kyunke qadeem zamanay mein state religion ka concept tha.</w:t>
      </w:r>
    </w:p>
    <w:p>
      <w:pPr>
        <w:jc w:val="right"/>
      </w:pPr>
      <w:r>
        <w:t>یہ سب قدیم زمانے میں ہی ہوتا تھا کیونکہ قدیم زمانے میں اسٹیٹ ریلیجن کا کانسیپٹ تھا۔</w:t>
      </w:r>
    </w:p>
    <w:p>
      <w:r>
        <w:rPr>
          <w:b/>
        </w:rPr>
        <w:t xml:space="preserve">[02:14] </w:t>
      </w:r>
      <w:r>
        <w:t>state religion jo har har fard ko, har citizen jo hota tha kisi state ka, us ko wahi religion accept karna parta tha jo us mulk ka, us ke badshah ka qanoon hota tha.</w:t>
      </w:r>
    </w:p>
    <w:p>
      <w:pPr>
        <w:jc w:val="right"/>
      </w:pPr>
      <w:r>
        <w:t>اسٹیٹ ریلیجن جو ہر ہر فرد کو، ہر سٹیزن جو ہوتا تھا کسی اسٹیٹ کا، اس کو وہی ریلیجن ایکسیپٹ کرنا پڑتا تھا جو اس ملک کا، اس کے بادشاہ کا قانون ہوتا تھا۔</w:t>
      </w:r>
    </w:p>
    <w:p>
      <w:r>
        <w:rPr>
          <w:b/>
        </w:rPr>
        <w:t xml:space="preserve">[02:32] </w:t>
      </w:r>
      <w:r>
        <w:t>agar woh is religion ko chore to us ko murtad kehte thay, us ko heretic kehte thay, aur us ko bohat sakht sakht sazaein di jati theen.</w:t>
      </w:r>
    </w:p>
    <w:p>
      <w:pPr>
        <w:jc w:val="right"/>
      </w:pPr>
      <w:r>
        <w:t>اگر وہ اس ریلیجن کو چھوڑے تو اس کو مرتد کہتے تھے، اس کو ہیریٹک کہتے تھے، اور اس کو بہت سخت سخت سزائیں دی جاتی تھیں۔</w:t>
      </w:r>
    </w:p>
    <w:p>
      <w:r>
        <w:rPr>
          <w:b/>
        </w:rPr>
        <w:t xml:space="preserve">[02:42] </w:t>
      </w:r>
      <w:r>
        <w:t>woh us ko aisa treatment diya jata tha jaise ke woh baghi ho, us ne rebellion kar diya ho. state se rebellion ka woh ek case ban jata tha.</w:t>
      </w:r>
    </w:p>
    <w:p>
      <w:pPr>
        <w:jc w:val="right"/>
      </w:pPr>
      <w:r>
        <w:t>وہ اس کو ایسا ٹریٹمنٹ دیا جاتا تھا جیسے کہ وہ باغی ہو، اس نے ریبیل کر دیا ہو۔ اسٹیٹ سے ریبیلین کا وہ ایک کیس بن جاتا تھا۔</w:t>
      </w:r>
    </w:p>
    <w:p>
      <w:r>
        <w:rPr>
          <w:b/>
        </w:rPr>
        <w:t xml:space="preserve">[02:55] </w:t>
      </w:r>
      <w:r>
        <w:t>to isi liye us ko sakht sazaein di jati theen, yahan tak ke burning ki jati thi us ko by fire. to yeh heresy jo hai, yeh is mein church mein is ki bohat sakht sazaein dein gaein.</w:t>
      </w:r>
    </w:p>
    <w:p>
      <w:pPr>
        <w:jc w:val="right"/>
      </w:pPr>
      <w:r>
        <w:t>تو اسی لیے اس کو سخت سزائیں دی جاتی تھیں، یہاں تک کہ برننگ کی جاتی تھی اس کو بائی فائر۔ تو یہ ہیریسی جو ہے، یہ اس میں چرچ میں اس کی بہت سخت سزائیں دی گئیں۔</w:t>
      </w:r>
    </w:p>
    <w:p>
      <w:r>
        <w:rPr>
          <w:b/>
        </w:rPr>
        <w:t xml:space="preserve">[03:12] </w:t>
      </w:r>
      <w:r>
        <w:t>asal mein church mein kuch aqaaid aise thay ke is ke khilaf woh bilkul sun nahi sakte thay koi baat. to isi tareeqay se kai cheezein aisi theen jaise hum trinity ke khilaf koi bol nahi sakta.</w:t>
      </w:r>
    </w:p>
    <w:p>
      <w:pPr>
        <w:jc w:val="right"/>
      </w:pPr>
      <w:r>
        <w:t>اصل میں چرچ میں کچھ عقائد ایسے تھے کہ اس کے خلاف وہ بالکل سن نہیں سکتے تھے کوئی بات۔ تو اسی طریقے سے کئی چیزیں ایسی تھیں جیسے ہم ٹرینیٹی کے خلاف کوئی بول نہیں سکتا۔</w:t>
      </w:r>
    </w:p>
    <w:p>
      <w:r>
        <w:rPr>
          <w:b/>
        </w:rPr>
        <w:t xml:space="preserve">[03:27] </w:t>
      </w:r>
      <w:r>
        <w:t>agar koi bole to us ko heretic mante hain. to wahan par itni sazaein dein gaein ke kehte hain ke pachas million logon ko slaughter kar diya gaya.</w:t>
      </w:r>
    </w:p>
    <w:p>
      <w:pPr>
        <w:jc w:val="right"/>
      </w:pPr>
      <w:r>
        <w:t>اگر کوئی بولے تو اس کو ہیریٹک مانتے ہیں۔ تو وہاں پر اتنی سزائیں دی گئیں کہ کہتے ہیں کہ پچاس ملین لوگوں کو سلاٹر کر دیا گیا۔</w:t>
      </w:r>
    </w:p>
    <w:p>
      <w:r>
        <w:rPr>
          <w:b/>
        </w:rPr>
        <w:t xml:space="preserve">[03:39] </w:t>
      </w:r>
      <w:r>
        <w:t>to ek bohat hi mashhoor ek thi Joan of Arc, pandrahveen sadi mein, to us ko sirf is liye fire se burn kiya gaya us ko ke woh mardon ka kapra pehanti thi.</w:t>
      </w:r>
    </w:p>
    <w:p>
      <w:pPr>
        <w:jc w:val="right"/>
      </w:pPr>
      <w:r>
        <w:t>تو ایک بہت ہی مشہور ایک تھی جون آف آرک، پندرہویں صدی میں، تو اس کو صرف اس لیے فائر سے برن کیا گیا اس کو کہ وہ مردوں کا کپڑا پہنتی تھی۔</w:t>
      </w:r>
    </w:p>
    <w:p>
      <w:r>
        <w:rPr>
          <w:b/>
        </w:rPr>
        <w:t xml:space="preserve">[03:53] </w:t>
      </w:r>
      <w:r>
        <w:t>halanke woh us ne yeh kaha ke woh apne aap ko protection ke liye aisa karti thi. us ko jail mein daal diya tha to wahan protection ke liye woh mardon ka kapra pehanne lagi thi.</w:t>
      </w:r>
    </w:p>
    <w:p>
      <w:pPr>
        <w:jc w:val="right"/>
      </w:pPr>
      <w:r>
        <w:t>حالانکہ وہ اس نے یہ کہا کہ وہ اپنے آپ کو پروٹیکشن کے لیے ایسا کرتی تھی۔ اس کو جیل میں ڈال دیا تھا تو وہاں پروٹیکشن کے لیے وہ مردوں کا کپڑا پہننے لگی تھی۔</w:t>
      </w:r>
    </w:p>
    <w:p>
      <w:r>
        <w:rPr>
          <w:b/>
        </w:rPr>
        <w:t xml:space="preserve">[04:06] </w:t>
      </w:r>
      <w:r>
        <w:t>to</w:t>
      </w:r>
    </w:p>
    <w:p>
      <w:pPr>
        <w:jc w:val="right"/>
      </w:pPr>
      <w:r>
        <w:t>تو</w:t>
      </w:r>
    </w:p>
    <w:p>
      <w:r>
        <w:rPr>
          <w:b/>
        </w:rPr>
        <w:t xml:space="preserve">[04:07] </w:t>
      </w:r>
      <w:r>
        <w:t>beh-haal yeh qadeem zamanay ki baatein hain aur us ko aaj ki duniya ne yeh sab cheezein bari had tak khatam kar di hain kyunke aaj ki duniya mein religious freedom aa gaya hai.</w:t>
      </w:r>
    </w:p>
    <w:p>
      <w:pPr>
        <w:jc w:val="right"/>
      </w:pPr>
      <w:r>
        <w:t>بہرحال یہ قدیم زمانے کی باتیں ہیں اور اس کو آج کی دنیا نے یہ سب چیزیں بڑی حد تک ختم کر دی ہیں کیونکہ آج کی دنیا میں ریلیجس فریڈم آ گیا ہے۔</w:t>
      </w:r>
    </w:p>
    <w:p>
      <w:r>
        <w:rPr>
          <w:b/>
        </w:rPr>
        <w:t xml:space="preserve">[04:25] </w:t>
      </w:r>
      <w:r>
        <w:t>lekin abhi bhi aisa ho raha hai aur musalmanon mein bhi ho raha hai jis ko woh "shidd mein rasool" kehte hain ke jab bhi koi koi aisi nazeba alfaaz, woh nazeba bhi nahi, un ke religious sentiments jo hain, woh kehte hain ke hamare hurt ho gaye.</w:t>
      </w:r>
    </w:p>
    <w:p>
      <w:pPr>
        <w:jc w:val="right"/>
      </w:pPr>
      <w:r>
        <w:t>لیکن ابھی بھی ایسا ہو رہا ہے اور مسلمانوں میں بھی ہو رہا ہے جس کو وہ "شد میں رسول" کہتے ہیں کہ جب بھی کوئی کوئی ایسی نازیبہ لفظ، وہ نازیبہ بھی نہیں، ان کے ریلیجس سینٹیمنٹس جو ہیں، وہ کہتے ہیں کہ ہمارے ہرٹ ہو گئے۔</w:t>
      </w:r>
    </w:p>
    <w:p>
      <w:r>
        <w:rPr>
          <w:b/>
        </w:rPr>
        <w:t xml:space="preserve">[04:45] </w:t>
      </w:r>
      <w:r>
        <w:t>ek baar ek governor ne, hamare padosi mulk mein ek governor ne kaha ke rasool Allah sal Allah alaihi wasallam Khuda ke mohtaaj hain.</w:t>
      </w:r>
    </w:p>
    <w:p>
      <w:pPr>
        <w:jc w:val="right"/>
      </w:pPr>
      <w:r>
        <w:t>ایک بار ایک گورنر نے، ہمارے پڑوسی ملک میں ایک گورنر نے کہا کہ رسول اللہ صلی اللہ علیہ وسلم خدا کے محتاج ہیں۔</w:t>
      </w:r>
    </w:p>
    <w:p>
      <w:r>
        <w:rPr>
          <w:b/>
        </w:rPr>
        <w:t xml:space="preserve">[04:55] </w:t>
      </w:r>
      <w:r>
        <w:t>to us ko bhi unhon ne kaha ke yeh blasphemy ka case hai aur us ko maar dala. matlab unhein aisa lage ke yeh blasphemy ka case hai, haalankeh woh aisa ho ya na ho.</w:t>
      </w:r>
    </w:p>
    <w:p>
      <w:pPr>
        <w:jc w:val="right"/>
      </w:pPr>
      <w:r>
        <w:t>تو اس کو بھی انہوں نے کہا کہ یہ بلاسفیمی کا کیس ہے اور اس کو مار ڈالا۔ مطلب انہیں ایسا لگے کہ یہ بلاسفیمی کا کیس ہے، حالانکہ وہ ایسا ہو یا نہ ہو۔</w:t>
      </w:r>
    </w:p>
    <w:p>
      <w:r>
        <w:rPr>
          <w:b/>
        </w:rPr>
        <w:t xml:space="preserve">[05:06] </w:t>
      </w:r>
      <w:r>
        <w:t>ek paagal aadmi ko bhi unhon ne maar dala. paagal aadmi to kuch bhi bolta hai. to yeh aaj kal yeh aisa bohat zyada jagah jagah yeh waqiyat ho rahe hain</w:t>
      </w:r>
    </w:p>
    <w:p>
      <w:pPr>
        <w:jc w:val="right"/>
      </w:pPr>
      <w:r>
        <w:t>ایک پاگل آدمی کو بھی انہوں نے مار ڈالا۔ پاگل آدمی تو کچھ بھی بولتا ہے۔ تو یہ آج کل یہ ایسا بہت زیادہ جگہ جگہ یہ واقعات ہو رہے ہیں</w:t>
      </w:r>
    </w:p>
    <w:p>
      <w:r>
        <w:rPr>
          <w:b/>
        </w:rPr>
        <w:t xml:space="preserve">[05:19] </w:t>
      </w:r>
      <w:r>
        <w:t>aur jabkeh musalman aisa kar rahe hain, jabkeh Islam hi dunya mein religious freedom laya.</w:t>
      </w:r>
    </w:p>
    <w:p>
      <w:pPr>
        <w:jc w:val="right"/>
      </w:pPr>
      <w:r>
        <w:t>اور جبکہ مسلمان ایسا کر رہے ہیں، جبکہ اسلام ہی دنیا میں ریلیجس فریڈم لایا۔</w:t>
      </w:r>
    </w:p>
    <w:p>
      <w:r>
        <w:rPr>
          <w:b/>
        </w:rPr>
        <w:t xml:space="preserve">[05:27] </w:t>
      </w:r>
      <w:r>
        <w:t>Qur'an mein aap dekhiye, bohat sari aisi aayatein hain, Rasool Allah salallahu alaihi wasallam ka ka iswa</w:t>
      </w:r>
    </w:p>
    <w:p>
      <w:pPr>
        <w:jc w:val="right"/>
      </w:pPr>
      <w:r>
        <w:t>قرآن میں آپ دیکھیے، بہت ساری ایسی آیتیں ہیں، رسول اللہ صلی اللہ علیہ وسلم کا کا اسوہ</w:t>
      </w:r>
    </w:p>
    <w:p>
      <w:r>
        <w:rPr>
          <w:b/>
        </w:rPr>
        <w:t xml:space="preserve">[05:33] </w:t>
      </w:r>
      <w:r>
        <w:t>hai, un hadees hai, practices hain jis se pata chalta hai ke aise jo cases hotey hain mazhab</w:t>
      </w:r>
    </w:p>
    <w:p>
      <w:pPr>
        <w:jc w:val="right"/>
      </w:pPr>
      <w:r>
        <w:t>ہے، ان حدیث ہے، پریکٹسز ہیں جس سے پتہ چلتا ہے کہ ایسے جو کیسز ہوتے ہیں مذہب</w:t>
      </w:r>
    </w:p>
    <w:p>
      <w:r>
        <w:rPr>
          <w:b/>
        </w:rPr>
        <w:t xml:space="preserve">[05:40] </w:t>
      </w:r>
      <w:r>
        <w:t>ke khilaaf, kisi ne kuch bola ho ya kisi bhi secret cheez ke khilaaf, to is ko koi</w:t>
      </w:r>
    </w:p>
    <w:p>
      <w:pPr>
        <w:jc w:val="right"/>
      </w:pPr>
      <w:r>
        <w:t>کے خلاف، کسی نے کچھ بولا ہو یا کسی بھی سیکرٹ چیز کے خلاف، تو اس کو کوئی</w:t>
      </w:r>
    </w:p>
    <w:p>
      <w:r>
        <w:rPr>
          <w:b/>
        </w:rPr>
        <w:t xml:space="preserve">[05:47] </w:t>
      </w:r>
      <w:r>
        <w:t>bhi saza nahi di gayi.</w:t>
      </w:r>
    </w:p>
    <w:p>
      <w:pPr>
        <w:jc w:val="right"/>
      </w:pPr>
      <w:r>
        <w:t>بھی سزا نہیں دی گئی۔</w:t>
      </w:r>
    </w:p>
    <w:p>
      <w:r>
        <w:rPr>
          <w:b/>
        </w:rPr>
        <w:t xml:space="preserve">[05:50] </w:t>
      </w:r>
      <w:r>
        <w:t>Quran mein aaya hai "lakum deenukum wali deen" yeh hai chapter 109. to is ka matlab hai ke tumhara deen, deen tumhare liye, mera deen mere liye.</w:t>
      </w:r>
    </w:p>
    <w:p>
      <w:pPr>
        <w:jc w:val="right"/>
      </w:pPr>
      <w:r>
        <w:t>قرآن میں آیا ہے "لکم دینکم ولی دین" یہ ہے چیپٹر 109۔ تو اس کا مطلب ہے کہ تمہارا دین، دین تمہارے لیے، میرا دین میرے لیے۔</w:t>
      </w:r>
    </w:p>
    <w:p>
      <w:r>
        <w:rPr>
          <w:b/>
        </w:rPr>
        <w:t xml:space="preserve">[06:03] </w:t>
      </w:r>
      <w:r>
        <w:t>to is mein koi bhi aisi baat nahi hai ke jo hamara deen accept na kare, us ko saza ka mustahiq hota hai.</w:t>
      </w:r>
    </w:p>
    <w:p>
      <w:pPr>
        <w:jc w:val="right"/>
      </w:pPr>
      <w:r>
        <w:t>تو اس میں کوئی بھی ایسی بات نہیں ہے کہ جو ہمارا دین ایکسیپٹ نہ کرے، اس کو سزا کا مستحق ہوتا ہے۔</w:t>
      </w:r>
    </w:p>
    <w:p>
      <w:r>
        <w:rPr>
          <w:b/>
        </w:rPr>
        <w:t xml:space="preserve">[06:12] </w:t>
      </w:r>
      <w:r>
        <w:t>aisi ek jagah hai Quran mein "la ikraha fid deen" yeh Surah Al Baqarah mein hai.</w:t>
      </w:r>
    </w:p>
    <w:p>
      <w:pPr>
        <w:jc w:val="right"/>
      </w:pPr>
      <w:r>
        <w:t>ایسی ایک جگہ ہے قرآن میں "لا اکراہ فی الدین" یہ سورہ البقرہ میں ہے۔</w:t>
      </w:r>
    </w:p>
    <w:p>
      <w:r>
        <w:rPr>
          <w:b/>
        </w:rPr>
        <w:t xml:space="preserve">[06:18] </w:t>
      </w:r>
      <w:r>
        <w:t>to Islam mein asal mein sab se bari cheez jo hai, woh hai freedom of choice, freedom of expression, religious freedom.</w:t>
      </w:r>
    </w:p>
    <w:p>
      <w:pPr>
        <w:jc w:val="right"/>
      </w:pPr>
      <w:r>
        <w:t>تو اسلام میں اصل میں سب سے بڑی چیز جو ہے، وہ ہے فریڈم آف چوائس، فریڈم آف ایکسپریشن، ریلیجس فریڈم۔</w:t>
      </w:r>
    </w:p>
    <w:p>
      <w:r>
        <w:rPr>
          <w:b/>
        </w:rPr>
        <w:t xml:space="preserve">[06:29] </w:t>
      </w:r>
      <w:r>
        <w:t>to insaan ko is dunya mein is liye bhi bhejja gaya hai ke woh jo jab us ke saamne sachai aaye to apni marzi se us ko woh qabool kar e.</w:t>
      </w:r>
    </w:p>
    <w:p>
      <w:pPr>
        <w:jc w:val="right"/>
      </w:pPr>
      <w:r>
        <w:t>تو انسان کو اس دنیا میں اس لیے بھیجا گیا ہے کہ وہ جو جب اس کے سامنے سچائی آئے تو اپنی مرضی سے اس کو وہ قبول کرے۔</w:t>
      </w:r>
    </w:p>
    <w:p>
      <w:r>
        <w:rPr>
          <w:b/>
        </w:rPr>
        <w:t xml:space="preserve">[06:42] </w:t>
      </w:r>
      <w:r>
        <w:t>us ke upar koi zor zabardasti nahi, koi compulsion</w:t>
      </w:r>
    </w:p>
    <w:p>
      <w:pPr>
        <w:jc w:val="right"/>
      </w:pPr>
      <w:r>
        <w:t>اس کے اوپر کوئی زور زبردستی نہیں، کوئی کمپلژ</w:t>
      </w:r>
    </w:p>
    <w:p>
      <w:r>
        <w:rPr>
          <w:b/>
        </w:rPr>
        <w:t xml:space="preserve">[06:45] </w:t>
      </w:r>
      <w:r>
        <w:t>nahi. to yahi to insaan ka test hai Quran ke mutabiq. to isi wajah se Quran mein Islam mein religious freedom di gayi hai aur jo rasool Allah sal Allah alaihi wasallam ka jo mission tha, woh yeh tha ke logon tak Khuda ka paigham pouncha diya jaye.</w:t>
      </w:r>
    </w:p>
    <w:p>
      <w:pPr>
        <w:jc w:val="right"/>
      </w:pPr>
      <w:r>
        <w:t>ن نہیں۔ تو یہی تو انسان کا ٹیسٹ ہے قرآن کے مطابق۔ تو اسی وجہ سے قرآن میں اسلام میں ریلیجس فریڈم دی گئی ہے اور جو رسول اللہ صلی اللہ علیہ وسلم کا جو مشن تھا، وہ یہ تھا کہ لوگوں تک خدا کا پیغام پہنچا دیا جائے۔</w:t>
      </w:r>
    </w:p>
    <w:p>
      <w:r>
        <w:rPr>
          <w:b/>
        </w:rPr>
        <w:t xml:space="preserve">[07:07] </w:t>
      </w:r>
      <w:r>
        <w:t>Quran mein aaya hai rasool par saaf saaf pouncha dena hai.</w:t>
      </w:r>
    </w:p>
    <w:p>
      <w:pPr>
        <w:jc w:val="right"/>
      </w:pPr>
      <w:r>
        <w:t>قرآن میں آیا ہے رسول پر صاف صاف پہنچا دینا ہے۔</w:t>
      </w:r>
    </w:p>
    <w:p>
      <w:r>
        <w:rPr>
          <w:b/>
        </w:rPr>
        <w:t xml:space="preserve">[07:12] </w:t>
      </w:r>
      <w:r>
        <w:t>matlab jo balagh hai, communication hai, woh mission hai aap ka. koi zor zabardasti, koi compulsion nahi. to is tareeqe se total freedom hai, total religious freedom hai Quran mein, Islam mein.</w:t>
      </w:r>
    </w:p>
    <w:p>
      <w:pPr>
        <w:jc w:val="right"/>
      </w:pPr>
      <w:r>
        <w:t>مطلب جو بلاغ ہے، کمیونیکیشن ہے، وہ مشن ہے آپ کا۔ کوئی زور زبردستی، کوئی کمپلژن نہیں۔ تو اس طریقے سے ٹوٹل فریڈم ہے، ٹوٹل ریلیجس فریڈم ہے قرآن میں، اسلام میں۔</w:t>
      </w:r>
    </w:p>
    <w:p>
      <w:r>
        <w:rPr>
          <w:b/>
        </w:rPr>
        <w:t xml:space="preserve">[07:28] </w:t>
      </w:r>
      <w:r>
        <w:t>to ek aur Quran mein hai, chapter 88: "tum sirf naseehat karne wale ho, tum logon ke upar darogha nahi ho."</w:t>
      </w:r>
    </w:p>
    <w:p>
      <w:pPr>
        <w:jc w:val="right"/>
      </w:pPr>
      <w:r>
        <w:t>تو ایک اور قرآن میں ہے، چیپٹر 88: "تم صرف نصیحت کرنے والے ہو، تم لوگوں کے اوپر داروغہ نہیں ہو۔"</w:t>
      </w:r>
    </w:p>
    <w:p>
      <w:r>
        <w:rPr>
          <w:b/>
        </w:rPr>
        <w:t xml:space="preserve">[07:39] </w:t>
      </w:r>
      <w:r>
        <w:t>rasool Allah sal Allah alaihi wasallam bohat zyada pareshan rehte the ke log hidayat ko accept nahi kar rahe hain. to is par aaya ke tum ko sirf paigham ko pouncha dena hai.</w:t>
      </w:r>
    </w:p>
    <w:p>
      <w:pPr>
        <w:jc w:val="right"/>
      </w:pPr>
      <w:r>
        <w:t>رسول اللہ صلی اللہ علیہ وسلم بہت زیادہ پریشان رہتے تھے کہ لوگ ہدایت کو ایکسیپٹ نہیں کر رہے ہیں۔ تو اس پر آیا کہ تم کو صرف پیغام کو پہنچا دینا ہے۔</w:t>
      </w:r>
    </w:p>
    <w:p>
      <w:r>
        <w:rPr>
          <w:b/>
        </w:rPr>
        <w:t xml:space="preserve">[07:50] </w:t>
      </w:r>
      <w:r>
        <w:t>yeh un ka kaam hai, woh accept karein ya na karein, yeh Khuda ka kaam hai. Khuda un ko tofeeq de accept karne ki. jab Khuda kisi ke andar chingari dekhta hai to us ko Khuda tofeeq deta hai.</w:t>
      </w:r>
    </w:p>
    <w:p>
      <w:pPr>
        <w:jc w:val="right"/>
      </w:pPr>
      <w:r>
        <w:t>یہ ان کا کام ہے، وہ ایکسیپٹ کریں یا نہ کریں، یہ خدا کا کام ہے۔ خدا ان کو توفیق دے ایکسیپٹ کرنے کی۔ جب خدا کسی کے اندر چنگاری دیکھتا ہے تو اس کو خدا توفیق دیتا ہے۔</w:t>
      </w:r>
    </w:p>
    <w:p>
      <w:r>
        <w:rPr>
          <w:b/>
        </w:rPr>
        <w:t xml:space="preserve">[08:05] </w:t>
      </w:r>
      <w:r>
        <w:t>to baar baar rasool Allah sal Allah alaihi wasallam ko kaha gaya ke tum nazar andaaz karo kyunke is zamane mein bohat zyada aap ko sataya ja raha tha.</w:t>
      </w:r>
    </w:p>
    <w:p>
      <w:pPr>
        <w:jc w:val="right"/>
      </w:pPr>
      <w:r>
        <w:t>تو بار بار رسول اللہ صلی اللہ علیہ وسلم کو کہا گیا کہ تم نظر انداز کرو کیونکہ اس زمانے میں بہت زیادہ آپ کو ستایا جا رہا تھا۔</w:t>
      </w:r>
    </w:p>
    <w:p>
      <w:r>
        <w:rPr>
          <w:b/>
        </w:rPr>
        <w:t xml:space="preserve">[08:17] </w:t>
      </w:r>
      <w:r>
        <w:t>aap ko jab Quran aa ke parhte, namaz parhte Haram mein to log aa jate satane ke liye. to aap thoda buland awaz se parhte the.</w:t>
      </w:r>
    </w:p>
    <w:p>
      <w:pPr>
        <w:jc w:val="right"/>
      </w:pPr>
      <w:r>
        <w:t>آپ کو جب قرآن آ کے پڑھتے، نماز پڑھتے حرم میں تو لوگ آ جاتے ستانے کے لیے۔ تو آپ تھوڑا بلند آواز سے پڑھتے تھے۔</w:t>
      </w:r>
    </w:p>
    <w:p>
      <w:r>
        <w:rPr>
          <w:b/>
        </w:rPr>
        <w:t xml:space="preserve">[08:26] </w:t>
      </w:r>
      <w:r>
        <w:t>to aap hi ko kaha gaya Quran mein ke tum qirat darmayani hisab se parho,</w:t>
      </w:r>
    </w:p>
    <w:p>
      <w:pPr>
        <w:jc w:val="right"/>
      </w:pPr>
      <w:r>
        <w:t>تو آپ ہی کو کہا گیا قرآن میں کہ تم قرأت درمیانی حساب سے پڑھو،</w:t>
      </w:r>
    </w:p>
    <w:p>
      <w:r>
        <w:rPr>
          <w:b/>
        </w:rPr>
        <w:t xml:space="preserve">[08:33] </w:t>
      </w:r>
      <w:r>
        <w:t>na zyada buland, na aahista. matlab yeh nahi kaha gaya ke mushrikeen jo hain, woh tum ko naahaq pareshan kar rahe hain, balkeh kaha gaya ke tum zor se mat parho ke woh aayein aur tum tumhein pareshan karein.</w:t>
      </w:r>
    </w:p>
    <w:p>
      <w:pPr>
        <w:jc w:val="right"/>
      </w:pPr>
      <w:r>
        <w:t>نہ زیادہ بلند، نہ آہستہ۔ مطلب یہ نہیں کہا گیا کہ مشرکین جو ہیں، وہ تم کو ناحق پریشان کر رہے ہیں، بلکہ کہا گیا کہ تم زور سے مت پڑھو کہ وہ آئیں اور تم تمہیں پریشان کریں۔</w:t>
      </w:r>
    </w:p>
    <w:p>
      <w:r>
        <w:rPr>
          <w:b/>
        </w:rPr>
        <w:t xml:space="preserve">[08:46] </w:t>
      </w:r>
      <w:r>
        <w:t>to is tareeqe se baar baar kaha gaya ke tum nazar andaaz karo kyunke yeh jahil hain, yeh baaton ko samajhte nahi hain aur Allah pe bharosa rakho.</w:t>
      </w:r>
    </w:p>
    <w:p>
      <w:pPr>
        <w:jc w:val="right"/>
      </w:pPr>
      <w:r>
        <w:t>تو اس طریقے سے بار بار کہا گیا کہ تم نظر انداز کرو کیونکہ یہ جاہل ہیں، یہ باتوں کو سمجھتے نہیں ہیں اور اللہ پہ بھروسہ رکھو۔</w:t>
      </w:r>
    </w:p>
    <w:p>
      <w:r>
        <w:rPr>
          <w:b/>
        </w:rPr>
        <w:t xml:space="preserve">[08:56] </w:t>
      </w:r>
      <w:r>
        <w:t>yeh Surah Al Ahzab 48 aur us ke baad hum yeh Al Kahf mein aaya hai, Al Kahf 29: "yeh haq hai tumhare Rab ki taraf se, jo shakhs chahe maane, jo shakhs chahe na maane." to yeh insaan ki choice of freedom hai.</w:t>
      </w:r>
    </w:p>
    <w:p>
      <w:pPr>
        <w:jc w:val="right"/>
      </w:pPr>
      <w:r>
        <w:t>یہ سورہ الاحزاب 48 اور اس کے بعد ہم یہ ایک الکہف میں آیا ہے، الکہف 29: "یہ حق ہے تمہارے رب کی طرف سے، جو شخص چاہے مانے، جو شخص چاہے نہ مانے۔" تو یہ انسان کی چوائس آف فریڈم ہے۔</w:t>
      </w:r>
    </w:p>
    <w:p>
      <w:r>
        <w:rPr>
          <w:b/>
        </w:rPr>
        <w:t xml:space="preserve">[09:16] </w:t>
      </w:r>
      <w:r>
        <w:t>insaan ki choice hai ke chahe woh haq ko maanta hai ya nahi maanta, kyunke yeh bohat bara rewardable act hai.</w:t>
      </w:r>
    </w:p>
    <w:p>
      <w:pPr>
        <w:jc w:val="right"/>
      </w:pPr>
      <w:r>
        <w:t>انسان کی چوائس ہے کہ چاہے وہ حق کو مانتا ہے یا نہیں مانتا، کیونکہ یہ بہت بڑا ریوارڈیبل ایکٹ ہے۔</w:t>
      </w:r>
    </w:p>
    <w:p>
      <w:r>
        <w:rPr>
          <w:b/>
        </w:rPr>
        <w:t xml:space="preserve">[09:23] </w:t>
      </w:r>
      <w:r>
        <w:t>to yeh Allah taala isi ko yeh reward denge jo apni marzi se karta hai, kyunke poori kainat to compulsorily Khuda ke aage surrender kiye hue hai.</w:t>
      </w:r>
    </w:p>
    <w:p>
      <w:pPr>
        <w:jc w:val="right"/>
      </w:pPr>
      <w:r>
        <w:t>تو یہ اللہ تعالی اسی کو یہ ریوارڈ دیں گے جو اپنی مرضی سے کرتا ہے، کیونکہ پوری کائنات تو کمپلسریلی خدا کے آگے سرینڈر کیے ہوئے ہیں۔</w:t>
      </w:r>
    </w:p>
    <w:p>
      <w:r>
        <w:rPr>
          <w:b/>
        </w:rPr>
        <w:t xml:space="preserve">[09:33] </w:t>
      </w:r>
      <w:r>
        <w:t>lekin insaan ko bohat bara reward Allah ko dena hai, woh hai jannat ki sh</w:t>
      </w:r>
    </w:p>
    <w:p>
      <w:pPr>
        <w:jc w:val="right"/>
      </w:pPr>
      <w:r>
        <w:t>لیکن انسان کو بہت بڑا ریوارڈ اللہ کو دینا ہے، وہ ہے جنت کی ش</w:t>
      </w:r>
    </w:p>
    <w:p>
      <w:r>
        <w:rPr>
          <w:b/>
        </w:rPr>
        <w:t xml:space="preserve">[09:39] </w:t>
      </w:r>
      <w:r>
        <w:t>kal mein. to woh reward jbhi milega jb woh apni marzi se voluntarily woh submit kare khuda ke aage aur khuda ki hidayat ke mutabiq apni zindagi ko, khuda ki hidayat ko follow kare apni zindagi mein.</w:t>
      </w:r>
    </w:p>
    <w:p>
      <w:pPr>
        <w:jc w:val="right"/>
      </w:pPr>
      <w:r>
        <w:t>کل میں۔ تو وہ ریوارڈ جبھی ملے گا جب وہ اپنی مرضی سے والنٹیریلی وہ سبمٹ کرے خدا کے آگے اور خدا کی ہدایت کے مطابق اپنی زندگی کو، خدا کی ہدایت کو فالو کرے اپنی زندگی میں۔</w:t>
      </w:r>
    </w:p>
    <w:p>
      <w:r>
        <w:rPr>
          <w:b/>
        </w:rPr>
        <w:t xml:space="preserve">[09:56] </w:t>
      </w:r>
      <w:r>
        <w:t>quran mein jagah jagah aaya hai azab ki baat, to usko le kar log samajhte hain ke isi duniya mein punishment dena hai.</w:t>
      </w:r>
    </w:p>
    <w:p>
      <w:pPr>
        <w:jc w:val="right"/>
      </w:pPr>
      <w:r>
        <w:t>قرآن میں جگہ جگہ آیا ہے عذاب کی بات، تو اس کو لے کر لوگ سمجھتے ہیں کہ اسی دنیا میں پنشمنٹ دینا ہے۔</w:t>
      </w:r>
    </w:p>
    <w:p>
      <w:r>
        <w:rPr>
          <w:b/>
        </w:rPr>
        <w:t xml:space="preserve">[10:04] </w:t>
      </w:r>
      <w:r>
        <w:t>woh aaya hai ke agar yeh log poori communication ke zariye se, kyunke rasool allah salallaho alaihi wasallam poore tareeqe par, poore itmam e hujjat ke sath, poore daleel ke sath, sabr ke sath, araz ke sath aap ko de rahe the khuda ka paigham, to</w:t>
      </w:r>
    </w:p>
    <w:p>
      <w:pPr>
        <w:jc w:val="right"/>
      </w:pPr>
      <w:r>
        <w:t>وہ آیا ہے کہ اگر یہ لوگ پوری کمیونیکیشن کے ذریعے سے، کیونکہ رسول اللہ صلی اللہ علیہ وسلم پورے طریقے پر، پورے اتمام حجت کے ساتھ، پورے دلیل کے ساتھ، صبر کے ساتھ، اعراض کے ساتھ آپ کو دے رہے تھے خدا کا پیغام، تو</w:t>
      </w:r>
    </w:p>
    <w:p>
      <w:r>
        <w:rPr>
          <w:b/>
        </w:rPr>
        <w:t xml:space="preserve">[10:28] </w:t>
      </w:r>
      <w:r>
        <w:t>is ke bawajood agar yeh log na manen to akhirat mein hai ke allah azab dega aur agar allah chahe to maaf kar de.</w:t>
      </w:r>
    </w:p>
    <w:p>
      <w:pPr>
        <w:jc w:val="right"/>
      </w:pPr>
      <w:r>
        <w:t>اس کے باوجود اگر یہ لوگ نہ مانیں تو آخرت میں ہے کہ اللہ عذاب دے گا اور اگر اللہ چاہے تو معاف کر دے۔</w:t>
      </w:r>
    </w:p>
    <w:p>
      <w:r>
        <w:rPr>
          <w:b/>
        </w:rPr>
        <w:t xml:space="preserve">[10:37] </w:t>
      </w:r>
      <w:r>
        <w:t>ho sakta hai ke woh kisi mauqe par woh hidayat le aayen, woh islam qabool kar len. to yeh khuda ka ikhtiyar hai, khuda ka jurisdiction hai.</w:t>
      </w:r>
    </w:p>
    <w:p>
      <w:pPr>
        <w:jc w:val="right"/>
      </w:pPr>
      <w:r>
        <w:t>ہو سکتا ہے کہ وہ کسی موقع پر وہ ہدایت لے آئیں، وہ اسلام قبول کر لیں۔ تو یہ خدا کا اختیار ہے، خدا کا جیورسڈکشن ہے۔</w:t>
      </w:r>
    </w:p>
    <w:p>
      <w:r>
        <w:rPr>
          <w:b/>
        </w:rPr>
        <w:t xml:space="preserve">[10:49] </w:t>
      </w:r>
      <w:r>
        <w:t>insan ko sirf logon tak baat ko pohncha dena hai.</w:t>
      </w:r>
    </w:p>
    <w:p>
      <w:pPr>
        <w:jc w:val="right"/>
      </w:pPr>
      <w:r>
        <w:t>انسان کو صرف لوگوں تک بات کو پہنچا دینا ہے۔</w:t>
      </w:r>
    </w:p>
    <w:p>
      <w:r>
        <w:rPr>
          <w:b/>
        </w:rPr>
        <w:t xml:space="preserve">[10:54] </w:t>
      </w:r>
      <w:r>
        <w:t>to rasool allah salallaho alaihi wasallam ke bahut sare aise waqiyat hain jis se pata chalta hai ke jo waqiyat aaj kal ho rahe hain aur jis par musalman bhadak jaate hain aur sazaen dene lagte hain, logon ko maar dalte hain, to yahi sab waqiyat rasool allah salallaho alaihi wasallam ki zindagi mein pesh aa'e.</w:t>
      </w:r>
    </w:p>
    <w:p>
      <w:pPr>
        <w:jc w:val="right"/>
      </w:pPr>
      <w:r>
        <w:t>تو رسول اللہ صلی اللہ علیہ وسلم کے بہت سارے ایسے واقعات ہیں جس سے پتہ چلتا ہے کہ جو واقعات آج کل ہو رہے ہیں اور جس پر مسلمان بھڑک جاتے ہیں اور سزائیں دینے لگتے ہیں، لوگوں کو مار ڈالتے ہیں، تو یہی سب واقعات رسول اللہ صلی اللہ علیہ وسلم کی زندگی میں پیش آئے۔</w:t>
      </w:r>
    </w:p>
    <w:p>
      <w:r>
        <w:rPr>
          <w:b/>
        </w:rPr>
        <w:t xml:space="preserve">[11:16] </w:t>
      </w:r>
      <w:r>
        <w:t>lekin aap ne sabr kiya, araz kiya, un ke liye hidayat ki duaen keen.</w:t>
      </w:r>
    </w:p>
    <w:p>
      <w:pPr>
        <w:jc w:val="right"/>
      </w:pPr>
      <w:r>
        <w:t>لیکن آپ نے صبر کیا، اعراض کیا، ان کے لیے ہدایت کی دعائیں کیں۔</w:t>
      </w:r>
    </w:p>
    <w:p>
      <w:r>
        <w:rPr>
          <w:b/>
        </w:rPr>
        <w:t xml:space="preserve">[11:22] </w:t>
      </w:r>
      <w:r>
        <w:t>to kis tareeqe se aap avoid karte the? chand misalen hum yahan denge. misal ke taur par pehle zamane mein jo baaten kahi jaati thin, woh shair ke complete ki shakal mein kahi jaati thin.</w:t>
      </w:r>
    </w:p>
    <w:p>
      <w:pPr>
        <w:jc w:val="right"/>
      </w:pPr>
      <w:r>
        <w:t>تو کس طریقے سے آپ اوائڈ کرتے تھے؟ چند مثالیں ہم یہاں دیں گے۔ مثال کے طور پر پہلے زمانے میں جو باتیں کہی جاتی تھیں، وہ شعر کے کمپلیٹ کی شکل میں کہی جاتی تھیں۔</w:t>
      </w:r>
    </w:p>
    <w:p>
      <w:r>
        <w:rPr>
          <w:b/>
        </w:rPr>
        <w:t xml:space="preserve">[11:35] </w:t>
      </w:r>
      <w:r>
        <w:t>to ek aap ka banaya tha jis ko rhyme kehte hain, muzammim. muzammim ke mani condemnable person.</w:t>
      </w:r>
    </w:p>
    <w:p>
      <w:pPr>
        <w:jc w:val="right"/>
      </w:pPr>
      <w:r>
        <w:t>تو ایک آپ کا بنایا تھا جس کو رائم کہتے ہیں، مزمم۔ مزمم کے معنی کنڈیمنیبل پرسن۔</w:t>
      </w:r>
    </w:p>
    <w:p>
      <w:r>
        <w:rPr>
          <w:b/>
        </w:rPr>
        <w:t xml:space="preserve">[11:44] </w:t>
      </w:r>
      <w:r>
        <w:t>to woh is is rhyme ke sath poori shair likhte the ke hum condemn karte hain muzammim ko, kyunke unhon ne prophet ka naam muzammim rakha tha, jabke prophet ka naam muhammad hai.</w:t>
      </w:r>
    </w:p>
    <w:p>
      <w:pPr>
        <w:jc w:val="right"/>
      </w:pPr>
      <w:r>
        <w:t>تو وہ اس اس رائم کے ساتھ پوری شعر لکھتے تھے کہ ہم کنڈیم کرتے ہیں مزمم کو، کیونکہ انہوں نے پرافٹ کا نام مزمم رکھا تھا، جبکہ پرافٹ کا نام محمد ہے۔</w:t>
      </w:r>
    </w:p>
    <w:p>
      <w:r>
        <w:rPr>
          <w:b/>
        </w:rPr>
        <w:t xml:space="preserve">[11:59] </w:t>
      </w:r>
      <w:r>
        <w:t>muhammad ke mani hain parhezgari.</w:t>
      </w:r>
    </w:p>
    <w:p>
      <w:pPr>
        <w:jc w:val="right"/>
      </w:pPr>
      <w:r>
        <w:t>محمد کے معنی ہیں پرہیزوردی۔</w:t>
      </w:r>
    </w:p>
    <w:p>
      <w:r>
        <w:rPr>
          <w:b/>
        </w:rPr>
        <w:t xml:space="preserve">[12:02] </w:t>
      </w:r>
      <w:r>
        <w:t>to rasool allah salallaho alaihi wasallam kehte the ke dekho, yeh jo bura bhala keh rahe hain, meri haju kar rahe hain, jis ko satire kehte hain, to yeh mere upar pad hi nahi raha hai, kyunke unhon ne ek farzi naam rakha hua hai, muzammim, aur us ko yeh log keh rahe hain, mera naam to muhammad hai.</w:t>
      </w:r>
    </w:p>
    <w:p>
      <w:pPr>
        <w:jc w:val="right"/>
      </w:pPr>
      <w:r>
        <w:t>تو رسول اللہ صلی اللہ علیہ وسلم کہتے تھے کہ دیکھو، یہ جو برا بھلا کہہ رہے ہیں، میری حجم کر رہے ہیں، جس کو سٹائر کہتے ہیں، تو یہ میرے اوپر پڑ ہی نہیں رہا ہے، کیونکہ انہوں نے ایک فرضی نام رکھا ہوا ہے، مزمم، اور اس کو یہ لوگ کہہ رہے ہیں، میرا نام تو محمد ہے۔</w:t>
      </w:r>
    </w:p>
    <w:p>
      <w:r>
        <w:rPr>
          <w:b/>
        </w:rPr>
        <w:t xml:space="preserve">[12:20] </w:t>
      </w:r>
      <w:r>
        <w:t>to matlab ke matlab ek beautiful tareeqa hai ke kis tareeqe se hum araz kar sakte hain.</w:t>
      </w:r>
    </w:p>
    <w:p>
      <w:pPr>
        <w:jc w:val="right"/>
      </w:pPr>
      <w:r>
        <w:t>تو مطلب کہ مطلب ایک بیوٹی فل طریقہ ہے کہ کس طریقے سے ہم اعراض کر سکتے ہیں۔</w:t>
      </w:r>
    </w:p>
    <w:p>
      <w:r>
        <w:rPr>
          <w:b/>
        </w:rPr>
        <w:t xml:space="preserve">[12:27] </w:t>
      </w:r>
      <w:r>
        <w:t>to is tareeqe se aap jo hain kehte the ke dekho, khuda ki kitni bari blessing hai ke yeh un ki jo aza rusaniyan hain, woh mere upar nahi pad rahi hain, woh apply kar rahi hain kisi doosre character jo unhon ne bana rakha hai.</w:t>
      </w:r>
    </w:p>
    <w:p>
      <w:pPr>
        <w:jc w:val="right"/>
      </w:pPr>
      <w:r>
        <w:t>تو اس طریقے سے آپ جو ہیں کہتے تھے کہ دیکھو، خدا کی کتنی بڑی بلیسنگ ہے کہ یہ ان کی جو ایذا رسانیاں ہیں، وہ میرے اوپر نہیں پڑ رہی ہیں، وہ اپلائی کر رہی ہیں کسی دوسرے کریکٹر جو انہوں نے بنا رکھا ہے۔</w:t>
      </w:r>
    </w:p>
    <w:p>
      <w:r>
        <w:rPr>
          <w:b/>
        </w:rPr>
        <w:t xml:space="preserve">[12:44] </w:t>
      </w:r>
      <w:r>
        <w:t>taif ka aap log sab log jante hain ke kis tareeqe se logon ne aap ko pareshan kiya tha aur aap ko patthar maare the aur aap lahoo lahaan ho rahe the.</w:t>
      </w:r>
    </w:p>
    <w:p>
      <w:pPr>
        <w:jc w:val="right"/>
      </w:pPr>
      <w:r>
        <w:t>طائف کا آپ لوگ سب لوگ جانتے ہیں کہ کس طریقے سے لوگوں نے آپ کو پریشان کیا تھا اور آپ کو پتھر مارے تھے اور آپ لہو لہان ہو رہے تھے۔</w:t>
      </w:r>
    </w:p>
    <w:p>
      <w:r>
        <w:rPr>
          <w:b/>
        </w:rPr>
        <w:t xml:space="preserve">[12:52] </w:t>
      </w:r>
      <w:r>
        <w:t>is ke bawajood aap ne kaha ke jab is ka pahadon ka farishta aaya aur kaha ke allah ne sab kuch dekh liya hai in ka jo unhon ne aap ke sath sulook kiya hai, to agar aap chahen to main in sab logon ko crush kar doon,</w:t>
      </w:r>
    </w:p>
    <w:p>
      <w:pPr>
        <w:jc w:val="right"/>
      </w:pPr>
      <w:r>
        <w:t>اس کے باوجود آپ نے کہا کہ جب اس کا پہاڑوں کا فرشتہ آیا اور کہا کہ اللہ نے سب کچھ دیکھ لیا ہے ان کا جو انہوں نے آپ کے ساتھ سلوک کیا ہے، تو اگر آپ چاہیں تو میں ان سب لوگوں کو کرش کر دوں،</w:t>
      </w:r>
    </w:p>
    <w:p>
      <w:r>
        <w:rPr>
          <w:b/>
        </w:rPr>
        <w:t xml:space="preserve">[13:10] </w:t>
      </w:r>
      <w:r>
        <w:t>main pahadon ka farishta hoon, kyunke taif pahadon ke darmiyan tha. to aap ne kaha ke main umeed karta hoon ke un ki doosri nasal ek allah ki ibadat karegi.</w:t>
      </w:r>
    </w:p>
    <w:p>
      <w:pPr>
        <w:jc w:val="right"/>
      </w:pPr>
      <w:r>
        <w:t>میں پہاڑوں کا فرشتہ ہوں، کیونکہ طائف پہاڑوں کے درمیان تھا۔ تو آپ نے کہا کہ میں امید کرتا ہوں کہ ان کی دوسری نسل ایک اللہ کی عبادت کرے گی۔</w:t>
      </w:r>
    </w:p>
    <w:p>
      <w:r>
        <w:rPr>
          <w:b/>
        </w:rPr>
        <w:t xml:space="preserve">[13:21] </w:t>
      </w:r>
      <w:r>
        <w:t>to aap har waqt aap in logon ke liye hidayat ki dua karte the, kyunke logon ke dil jo hain, woh allah ki mutthi mein hain. to jab chahe allah in ko toufeeq de de, jab chahe allah taala in ka dil pher de aur woh hidayat ki taraf aa jayen.</w:t>
      </w:r>
    </w:p>
    <w:p>
      <w:pPr>
        <w:jc w:val="right"/>
      </w:pPr>
      <w:r>
        <w:t>تو آپ ہر وقت آپ ان لوگوں کے لیے ہدایت کی دعا کرتے تھے، کیونکہ لوگوں کے دل جو ہیں، وہ اللہ کی مٹھی میں ہیں۔ تو جب چاہے اللہ ان کو توفیق دے دے، جب چاہے اللہ تعالی ان کا دل پھیر دے اور وہ ہدایت کی طرف آ جائیں۔</w:t>
      </w:r>
    </w:p>
    <w:p>
      <w:r>
        <w:rPr>
          <w:b/>
        </w:rPr>
        <w:t xml:space="preserve">[13:39] </w:t>
      </w:r>
      <w:r>
        <w:t>to hamein isi liye hamein hamesha talif e qalb in ke sath karna hai, in ke jis ko hum kehte hain softening of the heart, aur in ko jo hai narmi se in ki baat karni hai, in ke react nahi karna hai, retaliate nahi karna hai, aur yahi rasool allah salallaho alaihi wasallam ka uswa hai.</w:t>
      </w:r>
    </w:p>
    <w:p>
      <w:pPr>
        <w:jc w:val="right"/>
      </w:pPr>
      <w:r>
        <w:t>تو ہمیں اسی لیے ہمیں ہمیشہ تالیف قلب ان کے ساتھ کرنا ہے، ان کے جس کو ہم کہتے ہیں صافننگ آف دی ہارٹ، اور ان کو جو ہے نرمی سے ان کی بات کرنی ہے، ان کے ری ایکٹ نہیں کرنا ہے، ریٹیلیٹ نہیں کرنا ہے، اور یہی رسول اللہ صلی اللہ علیہ وسلم کا اسوہ ہے۔</w:t>
      </w:r>
    </w:p>
    <w:p>
      <w:r>
        <w:rPr>
          <w:b/>
        </w:rPr>
        <w:t xml:space="preserve">[13:58] </w:t>
      </w:r>
      <w:r>
        <w:t>to ek bar rasool allah salallaho alaihi wasallam kuch saman aaya tha, woh logon ko bant rahe the, to badu jo hote the, woh bahut hi uncouth type ke hote the,</w:t>
      </w:r>
    </w:p>
    <w:p>
      <w:pPr>
        <w:jc w:val="right"/>
      </w:pPr>
      <w:r>
        <w:t>تو ایک بار رسول اللہ صلی اللہ علیہ وسلم کچھ سامان آیا تھا، وہ لوگوں کو بانٹ رہے تھے، تو بدو جو ہوتے تھے، وہ بہت ہی انکوتھ ٹائپ کے ہوتے تھے،</w:t>
      </w:r>
    </w:p>
    <w:p>
      <w:r>
        <w:rPr>
          <w:b/>
        </w:rPr>
        <w:t xml:space="preserve">[14:08] </w:t>
      </w:r>
      <w:r>
        <w:t>bahut hi civilized nahi hote the. to woh kehne lage, "ae muhammad! ek badu aaya aur us ne kaha, ae muhammad!</w:t>
      </w:r>
    </w:p>
    <w:p>
      <w:pPr>
        <w:jc w:val="right"/>
      </w:pPr>
      <w:r>
        <w:t>بہت ہی سویلائزڈ نہیں ہوتے تھے۔ تو وہ کہنے لگے، "اے محمد! ایک بدو آیا اور اس نے کہا، اے محمد!</w:t>
      </w:r>
    </w:p>
    <w:p>
      <w:r>
        <w:rPr>
          <w:b/>
        </w:rPr>
        <w:t xml:space="preserve">[14:17] </w:t>
      </w:r>
      <w:r>
        <w:t>adal se kaam lo, allah ki qasam, tum ne aaj tak insaaf nahi kiya." to rasool allah salallaho alaihi wasallam is par bhi ghussa nahi hue.</w:t>
      </w:r>
    </w:p>
    <w:p>
      <w:pPr>
        <w:jc w:val="right"/>
      </w:pPr>
      <w:r>
        <w:t>عدل سے کام لو، اللہ کی قسم، تم نے آج تک انصاف نہیں کیا۔" تو رسول اللہ صلی اللہ علیہ وسلم اس پر بھی غصہ نہیں ہوئے۔</w:t>
      </w:r>
    </w:p>
    <w:p>
      <w:r>
        <w:rPr>
          <w:b/>
        </w:rPr>
        <w:t xml:space="preserve">[14:27] </w:t>
      </w:r>
      <w:r>
        <w:t>us ne kaha, "allah ki qasam, tum ne aaj tak insaaf nahi kiya." aap ne sirf yeh kaha ke "allah ki qasam, tum mujh se zyada insaaf karne wala nahi paoge."</w:t>
      </w:r>
    </w:p>
    <w:p>
      <w:pPr>
        <w:jc w:val="right"/>
      </w:pPr>
      <w:r>
        <w:t>اس نے کہا، "اللہ کی قسم، تم نے آج تک انصاف نہیں کیا۔" آپ نے صرف یہ کہا کہ "اللہ کی قسم، تم مجھ سے زیادہ انصاف کرنے والا نہیں پاؤ گے۔"</w:t>
      </w:r>
    </w:p>
    <w:p>
      <w:r>
        <w:rPr>
          <w:b/>
        </w:rPr>
        <w:t xml:space="preserve">[14:37] </w:t>
      </w:r>
      <w:r>
        <w:t>to ab jo kuch bhi aata tha, woh sab aap usi waqt logon ko bant diya karte the, lekin woh badu in baaton ko samajhte nahi the. ek bar aap kahin ja rahe the to yeh hazrat anas ki riwayat hai ke aap ek najrani chadar orhe hue the, to woh chadar jo hai, woh is ka kinara mota</w:t>
      </w:r>
    </w:p>
    <w:p>
      <w:pPr>
        <w:jc w:val="right"/>
      </w:pPr>
      <w:r>
        <w:t>تو اب جو کچھ بھی آتا تھا، وہ سب آپ اسی وقت لوگوں کو بانٹ دیا کرتے تھے، لیکن وہ بدو ان باتوں کو سمجھتے نہیں تھے۔ ایک بار آپ کہیں جا رہے تھے تو یہ حضرت انس کی روایت ہے کہ آپ ایک نجرانی چادر اوڑھے ہوئے تھے، تو وہ چادر جو ہے، وہ اس کا کنارہ موٹا</w:t>
      </w:r>
    </w:p>
    <w:p>
      <w:r>
        <w:rPr>
          <w:b/>
        </w:rPr>
        <w:t xml:space="preserve">[14:58] </w:t>
      </w:r>
      <w:r>
        <w:t>hota hai, to is ne bari zor se khainchi aur apne sath do oont le kar aaya tha ke "jo tumhare pas mal hai, na woh tumhara nahi hai, woh Allah ka hai." aur itni zor se chadar khainch ke bola ke woh chadar ke nishan aap ki gardan par par gaye.</w:t>
      </w:r>
    </w:p>
    <w:p>
      <w:pPr>
        <w:jc w:val="right"/>
      </w:pPr>
      <w:r>
        <w:t>ہوتا ہے، تو اس نے بڑی زور سے کھینچی اور اپنے ساتھ دو اونٹ لے کر آیا تھا کہ "جو تمہارے پاس مال ہے، نہ وہ تمہارا نہیں ہے، وہ اللہ کا ہے۔" اور اتنی زور سے چادر کھینچ کے بولا کہ وہ چادر کے نشان آپ کی گردن پر پڑ گئے۔</w:t>
      </w:r>
    </w:p>
    <w:p>
      <w:r>
        <w:rPr>
          <w:b/>
        </w:rPr>
        <w:t xml:space="preserve">[15:15] </w:t>
      </w:r>
      <w:r>
        <w:t>to is mein do oont laya hoon, mujhe aik oont par, dono oont par mujhe saman chahiye, kuch khajoor aur kuch ghalla waghera.</w:t>
      </w:r>
    </w:p>
    <w:p>
      <w:pPr>
        <w:jc w:val="right"/>
      </w:pPr>
      <w:r>
        <w:t>تو یہ اس میں دو اونٹ لایا ہوں، مجھے ایک اونٹ پر، دونوں اونٹ پر مجھے سامان چاہیے، کچھ کھجور اور کچھ غلہ وغیرہ۔</w:t>
      </w:r>
    </w:p>
    <w:p>
      <w:r>
        <w:rPr>
          <w:b/>
        </w:rPr>
        <w:t xml:space="preserve">[15:24] </w:t>
      </w:r>
      <w:r>
        <w:t>to aap jo hain, muskara diye,</w:t>
      </w:r>
    </w:p>
    <w:p>
      <w:pPr>
        <w:jc w:val="right"/>
      </w:pPr>
      <w:r>
        <w:t>تو آپ جو ہیں، مسکرا دیے،</w:t>
      </w:r>
    </w:p>
    <w:p>
      <w:r>
        <w:rPr>
          <w:b/>
        </w:rPr>
        <w:t xml:space="preserve">[15:27] </w:t>
      </w:r>
      <w:r>
        <w:t>aap is par muskara diye ke "mal to Allah ka hi hai." to aur is ko kuch nahi kaha, dono oont is ko saman laad kar is ko hukum diya ke is ko de diya jaye.</w:t>
      </w:r>
    </w:p>
    <w:p>
      <w:pPr>
        <w:jc w:val="right"/>
      </w:pPr>
      <w:r>
        <w:t>آپ اس پر مسکرا دیے کہ "مال تو اللہ کا ہی ہے۔" تو اور اس کو کچھ نہیں کہا، دونوں اونٹ اس کو سامان لاد کر اس کو حکم دیا کہ اس کو دے دیا جائے۔</w:t>
      </w:r>
    </w:p>
    <w:p>
      <w:r>
        <w:rPr>
          <w:b/>
        </w:rPr>
        <w:t xml:space="preserve">[15:40] </w:t>
      </w:r>
      <w:r>
        <w:t>to aik se aik waqiat hain samne hamare. aik ghazwa se aap wapas aa rahe the to aap peir ke neeche aaram kar rahe the aur aap ne apni jo hai talwar wahan peir par latka diya tha.</w:t>
      </w:r>
    </w:p>
    <w:p>
      <w:pPr>
        <w:jc w:val="right"/>
      </w:pPr>
      <w:r>
        <w:t>تو ایک سے ایک واقعات ہیں سامنے ہمارے۔ ایک غزوہ سے آپ واپس آ رہے تھے تو آپ پیڑ کے نیچے آرام کر رہے تھے اور آپ نے اپنی جو ہے تلوار وہاں پیڑ پر لٹکا دیا تھا۔</w:t>
      </w:r>
    </w:p>
    <w:p>
      <w:r>
        <w:rPr>
          <w:b/>
        </w:rPr>
        <w:t xml:space="preserve">[15:54] </w:t>
      </w:r>
      <w:r>
        <w:t>to aik aap so gaye, aap ghazwe se aa rahe the, thake hue honge, so gaye. to is ne dekha sote hue to is ne woh talwar khainch li aur kaha, "talwar apne hath mein le kar ke, ab tumhein mere hath se kaun bacha sake ga?" to is par bhi aap ne koi saza nahi di.</w:t>
      </w:r>
    </w:p>
    <w:p>
      <w:pPr>
        <w:jc w:val="right"/>
      </w:pPr>
      <w:r>
        <w:t>تو ایک آپ سو گئے، آپ غزوے سے آ رہے تھے، تھکے ہوئے ہوں گے، سو گئے۔ تو اس نے دیکھا سوتے ہوئے تو اس نے وہ تلوار کھینچ لی اور کہا، "تلوار اپنے ہاتھ میں لے کر کے، اب تمہیں میرے ہاتھ سے کون بچا سکے گا؟" تو اس پر بھی آپ نے کوئی سزا نہیں دی۔</w:t>
      </w:r>
    </w:p>
    <w:p>
      <w:r>
        <w:rPr>
          <w:b/>
        </w:rPr>
        <w:t xml:space="preserve">[16:15] </w:t>
      </w:r>
      <w:r>
        <w:t>aap ne kaha ke "Allah bachaye ga." aur phir jab itni conviction ke sath aap ne kaha to woh phir is woh kuch kar nahi paya.</w:t>
      </w:r>
    </w:p>
    <w:p>
      <w:pPr>
        <w:jc w:val="right"/>
      </w:pPr>
      <w:r>
        <w:t>آپ نے کہا کہ "اللہ بچائے گا۔" اور پھر جب اتنی کنوکشن کے ساتھ آپ نے کہا تو وہ پھر اس وہ کچھ کر نہیں پایا۔</w:t>
      </w:r>
    </w:p>
    <w:p>
      <w:r>
        <w:rPr>
          <w:b/>
        </w:rPr>
        <w:t xml:space="preserve">[16:24] </w:t>
      </w:r>
      <w:r>
        <w:t>to is tareeqe se beshumar waqiat hain. aik bar Abu Huraira jo aap ke bohat hi sachay saathi the, har waqt aap ke sath rehte the, to un ki maan Islam nahi layi thi.</w:t>
      </w:r>
    </w:p>
    <w:p>
      <w:pPr>
        <w:jc w:val="right"/>
      </w:pPr>
      <w:r>
        <w:t>تو اس طریقے سے بے شمار واقعات ہیں۔ ایک بار ابوہریرہ جو آپ کے بہت ہی سچے ساتھی تھے، ہر وقت آپ کے ساتھ رہتے تھے، تو ان کی ماں اسلام نہیں لائی تھی۔</w:t>
      </w:r>
    </w:p>
    <w:p>
      <w:r>
        <w:rPr>
          <w:b/>
        </w:rPr>
        <w:t xml:space="preserve">[16:39] </w:t>
      </w:r>
      <w:r>
        <w:t>to aik bar un ki maan ne kuch nazeeba alfaaz bolay Rasool Allah Sal Allah Alaihi Wasallam ke baray mein, to bohat ghamgeen hue aur aaye ke aap ke pas ke "meri maan aise aise bol rahi hai, mujhe bohat takleef hui,</w:t>
      </w:r>
    </w:p>
    <w:p>
      <w:pPr>
        <w:jc w:val="right"/>
      </w:pPr>
      <w:r>
        <w:t>تو ایک بار ان کی ماں نے کچھ نازیبہ الفاظ بولے رسول اللہ صلی اللہ علیہ وسلم کے بارے میں، تو بہت غمگین ہوئے اور آئے کہ آپ کے پاس کہ "میری ماں ایسے ایسے بول رہی ہے، مجھے بہت تکلیف ہوئی،</w:t>
      </w:r>
    </w:p>
    <w:p>
      <w:r>
        <w:rPr>
          <w:b/>
        </w:rPr>
        <w:t xml:space="preserve">[16:52] </w:t>
      </w:r>
      <w:r>
        <w:t>to aap meri maan ke liye hidayat ki dua kar dijiye." to aap ne isi waqt maan ke liye hidayat ki dua kiya aur maan Islam mein dakhil ho gayi.</w:t>
      </w:r>
    </w:p>
    <w:p>
      <w:pPr>
        <w:jc w:val="right"/>
      </w:pPr>
      <w:r>
        <w:t>تو آپ میری ماں کے لیے ہدایت کی دعا کر دیجئے۔" تو آپ نے اسی وقت ماں کے لیے ہدایت کی دعا کیا اور ماں اسلام میں داخل ہوگئی۔</w:t>
      </w:r>
    </w:p>
    <w:p>
      <w:r>
        <w:rPr>
          <w:b/>
        </w:rPr>
        <w:t xml:space="preserve">[17:03] </w:t>
      </w:r>
      <w:r>
        <w:t>to aik bar Rasool Allah Sal Allah Alaihi Wasallam ne kaha ke aap ko Hazrat Jibrael Alaihi Salam batate the doosre nabiyon ke waqiat</w:t>
      </w:r>
    </w:p>
    <w:p>
      <w:pPr>
        <w:jc w:val="right"/>
      </w:pPr>
      <w:r>
        <w:t>تو ایک بار رسول اللہ صلی اللہ علیہ وسلم نے کہا کہ آپ کو حضرت جبرائیل علیہ السلام بتاتے تھے دوسرے نبیوں کے واقعات</w:t>
      </w:r>
    </w:p>
    <w:p>
      <w:r>
        <w:rPr>
          <w:b/>
        </w:rPr>
        <w:t xml:space="preserve">[17:13] </w:t>
      </w:r>
      <w:r>
        <w:t>, to kehte the jaise mein dekh raha hoon aik nabi apne chehre se khoon saaf kar rahe hain aur dua kar rahe hain, "Ae Allah! meri qom ko bakhsh de, woh log nahi jante." to is tareeqe se woh log duayein karte the kyunke woh jahil log hotay the, jante nahi the ke is zamanay mein shirk itna phaila hua tha, to yeh bilkul un ko maloom nahi tha ke yeh aik Khuda ki baat, woh bilkul samajhte nahi the.</w:t>
      </w:r>
    </w:p>
    <w:p>
      <w:pPr>
        <w:jc w:val="right"/>
      </w:pPr>
      <w:r>
        <w:t>، تو کہتے تھے جیسے میں دیکھ رہا ہوں ایک نبی اپنے چہرے سے خون صاف کر رہے ہیں اور دعا کر رہے ہیں، "اے اللہ! میری قوم کو بخش دے، وہ لوگ نہیں جانتے۔" تو اس طریقے سے وہ لوگ دعائیں کرتے تھے کیونکہ وہ جاہل لوگ ہوتے تھے، جانتے نہیں تھے کہ اس زمانے میں شرک اتنا پھیلا ہوا تھا، تو یہ بالکل ان کو معلوم نہیں تھا کہ یہ ایک خدا کی بات، وہ بالکل سمجھتے نہیں تھے۔</w:t>
      </w:r>
    </w:p>
    <w:p>
      <w:r>
        <w:rPr>
          <w:b/>
        </w:rPr>
        <w:t xml:space="preserve">[17:41] </w:t>
      </w:r>
      <w:r>
        <w:t>to na samjhe samajhne ki wajah se woh is ko oppose karte the. to un ko jab samajhne mein time lagta tha, time is ke baad ziyada tar log jo hain baton ko samajh kar woh follow karne lagte the prophet ko.</w:t>
      </w:r>
    </w:p>
    <w:p>
      <w:pPr>
        <w:jc w:val="right"/>
      </w:pPr>
      <w:r>
        <w:t>تو نہ سمجھے سمجھنے کی وجہ سے وہ اس کو اپوز کرتے تھے۔ تو ان کو جب سمجھنے میں ٹائم لگتا تھا، ٹائم اس کے بعد زیادہ تر لوگ جو ہیں باتوں کو سمجھ کر وہ فالو کرنے لگتے تھے پرافٹ کو۔</w:t>
      </w:r>
    </w:p>
    <w:p>
      <w:r>
        <w:rPr>
          <w:b/>
        </w:rPr>
        <w:t xml:space="preserve">[18:00] </w:t>
      </w:r>
      <w:r>
        <w:t>to aik bar jang-e-Uhud mein aap bohat sakht aap ko takleef hui, aap ke pathar lag gaya, aap ke do daant toot gaye, sar mein chot aayi, khoon beh raha tha.</w:t>
      </w:r>
    </w:p>
    <w:p>
      <w:pPr>
        <w:jc w:val="right"/>
      </w:pPr>
      <w:r>
        <w:t>تو ایک بار جنگ احد میں آپ بہت سخت آپ کو تکلیف ہوئی، آپ کے پتھر لگ گیا، آپ کے دو دانت ٹوٹ گئے، سر میں چوٹ آئی، خون بہہ رہا تھا۔</w:t>
      </w:r>
    </w:p>
    <w:p>
      <w:r>
        <w:rPr>
          <w:b/>
        </w:rPr>
        <w:t xml:space="preserve">[18:12] </w:t>
      </w:r>
      <w:r>
        <w:t>to us waqt aap ke munh se sirf itna nikal gaya ke woh qom kaise kamyab ho sakti hai jo apne nabi ko laho lahaan kare.</w:t>
      </w:r>
    </w:p>
    <w:p>
      <w:pPr>
        <w:jc w:val="right"/>
      </w:pPr>
      <w:r>
        <w:t>تو اس وقت آپ کے منہ سے صرف اتنا نکل گیا کہ وہ قوم کیسے کامیاب ہو سکتی ہے جو اپنے نبی کو لہو لہان کرے۔</w:t>
      </w:r>
    </w:p>
    <w:p>
      <w:r>
        <w:rPr>
          <w:b/>
        </w:rPr>
        <w:t xml:space="preserve">[18:21] </w:t>
      </w:r>
      <w:r>
        <w:t>itni si baat bhi Allah Ta'ala ne gawara nahi ki. foran aik farishta aaya ke tum ko is amr mein koi dakhal</w:t>
      </w:r>
    </w:p>
    <w:p>
      <w:pPr>
        <w:jc w:val="right"/>
      </w:pPr>
      <w:r>
        <w:t>اتنی سی بات بھی اللہ تعالی نے گوارا نہیں کی۔ فوراً ایک فرشتہ آیا کہ تم کو اس امر میں کوئی دخل</w:t>
      </w:r>
    </w:p>
    <w:p>
      <w:r>
        <w:rPr>
          <w:b/>
        </w:rPr>
        <w:t xml:space="preserve">[18:29] </w:t>
      </w:r>
      <w:r>
        <w:t>nahi, Allah ya un ki tauba qabool kare ga ya un ko azab de ga, kyunke woh zalim hain. to dekhiye, jab Rasool Allah Sal Allah Alaihi Wasallam ko itna bhi ijazat nahi hai ke is tarah ke bhi alfaaz bolne ki, woh kaise kamyab honge?</w:t>
      </w:r>
    </w:p>
    <w:p>
      <w:pPr>
        <w:jc w:val="right"/>
      </w:pPr>
      <w:r>
        <w:t>نہیں، اللہ یا ان کی توبہ قبول کرے گا یا ان کو عذاب دے گا، کیونکہ وہ ظالم ہیں۔ تو دیکھیے، جب رسول اللہ صلی اللہ علیہ وسلم کو اتنا بھی اجازت نہیں ہے کہ اس طرح کے بھی الفاظ بولنے کی، وہ کیسے کامیاب ہوں گے؟</w:t>
      </w:r>
    </w:p>
    <w:p>
      <w:r>
        <w:rPr>
          <w:b/>
        </w:rPr>
        <w:t xml:space="preserve">[18:45] </w:t>
      </w:r>
      <w:r>
        <w:t>to aaj hum kaise aisa kar sakte hain ke logon ko marein aur logon ki jaan le lein? to hamein har waqt bohat ziyada ch</w:t>
      </w:r>
    </w:p>
    <w:p>
      <w:pPr>
        <w:jc w:val="right"/>
      </w:pPr>
      <w:r>
        <w:t>تو آج ہم کیسے ایسا کر سکتے ہیں کہ لوگوں کو ماریں اور لوگوں کی جان لے لیں؟ تو ہمیں ہر وقت بہت زیادہ چ</w:t>
      </w:r>
    </w:p>
    <w:p>
      <w:r>
        <w:rPr>
          <w:b/>
        </w:rPr>
        <w:t xml:space="preserve">[18:55] </w:t>
      </w:r>
      <w:r>
        <w:t>aukana rehna hai, har waqt Allah Rasool Allah Sal Allah Alaihi Wasallam ke uswa se sabak lena hai aur apni zindagi mein is ko utarna hai.</w:t>
      </w:r>
    </w:p>
    <w:p>
      <w:pPr>
        <w:jc w:val="right"/>
      </w:pPr>
      <w:r>
        <w:t>وکنا رہنا ہے، ہر وقت اللہ رسول اللہ صلی اللہ علیہ وسلم کے اسوے سے سبق لینا ہے اور اپنی زندگیوں کو میں اس کو اتارنا ہے۔</w:t>
      </w:r>
    </w:p>
    <w:p>
      <w:r>
        <w:rPr>
          <w:b/>
        </w:rPr>
        <w:t xml:space="preserve">[19:05] </w:t>
      </w:r>
      <w:r>
        <w:t>to mein kisi se baat kar rahi thi to unhon ne kaha ke woh to Makah mein aise waqiat the, Makah mein Rasool Allah Sal Allah Alaihi Wasallam ke pas itni taqat nahi thi.</w:t>
      </w:r>
    </w:p>
    <w:p>
      <w:pPr>
        <w:jc w:val="right"/>
      </w:pPr>
      <w:r>
        <w:t>تو میں کسی سے بات کر رہی تھی تو انہوں نے کہا کہ وہ تو مکہ میں ایسے واقعات تھے، مکہ میں رسول اللہ صلی اللہ علیہ وسلم کے پاس اتنی طاقت نہیں تھی۔</w:t>
      </w:r>
    </w:p>
    <w:p>
      <w:r>
        <w:rPr>
          <w:b/>
        </w:rPr>
        <w:t xml:space="preserve">[19:16] </w:t>
      </w:r>
      <w:r>
        <w:t>to mein ne kaha ke Makah mein to Madinah mein bhi aap ne yahi kiya, aur jab Makah fateh ho gaya tab bhi aap ne yahi kiya.</w:t>
      </w:r>
    </w:p>
    <w:p>
      <w:pPr>
        <w:jc w:val="right"/>
      </w:pPr>
      <w:r>
        <w:t>تو میں نے کہا کہ مکہ میں تو مدینے میں بھی آپ نے یہی کیا، اور جب مکہ فتح ہو گیا تب بھی آپ نے یہی کیا۔</w:t>
      </w:r>
    </w:p>
    <w:p>
      <w:r>
        <w:rPr>
          <w:b/>
        </w:rPr>
        <w:t xml:space="preserve">[19:24] </w:t>
      </w:r>
      <w:r>
        <w:t>to log jo hain baat ko mannay ke liye tayar nahi, bas un ke kuch sentiments hain, un sentiments ko kehte hain woh hurt ho rahe hain. to is wajah se woh na Quran ki baat suntay hain, na hadith ki baat ko follow karte.</w:t>
      </w:r>
    </w:p>
    <w:p>
      <w:pPr>
        <w:jc w:val="right"/>
      </w:pPr>
      <w:r>
        <w:t>تو لوگ جو ہیں بات کو ماننے کے لیے تیار نہیں، بس ان کے کچھ سینٹیمنٹس ہیں، ان سینٹیمنٹس کو کہتے ہیں وہ ہرٹ ہو رہے ہیں۔ تو اس وجہ سے وہ نہ قرآن کی بات سن سنتے ہیں، نہ حدیث کی بات کو فالو کرتے۔</w:t>
      </w:r>
    </w:p>
    <w:p>
      <w:r>
        <w:rPr>
          <w:b/>
        </w:rPr>
        <w:t xml:space="preserve">[19:39] </w:t>
      </w:r>
      <w:r>
        <w:t>to ab Madinah mein dekhiye, Abdullah ibn Ubay kitna bara khatam-e-Rasool tha, gustakh-e-Rasool tha. us ne itna galat kaam kiya tha ke Hazrat Aisha par buhtan lagaya tha.</w:t>
      </w:r>
    </w:p>
    <w:p>
      <w:pPr>
        <w:jc w:val="right"/>
      </w:pPr>
      <w:r>
        <w:t>تو اب مدینے میں دیکھیے، عبداللہ ابن ابی کتنا بڑا خاتم رسول تھا، گستاخ رسول تھا۔ اس نے اتنا غلط کام کیا تھا کہ حضرت عائشہ پر بہتان لگایا تھا۔</w:t>
      </w:r>
    </w:p>
    <w:p>
      <w:r>
        <w:rPr>
          <w:b/>
        </w:rPr>
        <w:t xml:space="preserve">[19:53] </w:t>
      </w:r>
      <w:r>
        <w:t>us ke bawajood jabke Quran mein aaya ke is ne azab-e-azeem ka is ne kaam kiya hai akhirat mein, lekin dunya mein is ko koi saza nahi di gayi, kyunke dunya mein hum ko mukammal taur par freedom hai aakhri waqt tak ke hum sahi rasta ikhtiyar karte hain ya ikhtiyar nahi karte.</w:t>
      </w:r>
    </w:p>
    <w:p>
      <w:pPr>
        <w:jc w:val="right"/>
      </w:pPr>
      <w:r>
        <w:t>اس کے باوجود جبکہ قرآن میں آیا کہ اس کو عذاب عظیم کا اس نے کام کیا ہے آخرت میں، لیکن دنیا میں اس کو کوئی سزا نہیں دی گئی، کیونکہ دنیا میں ہم کو مکمل طور پر فریڈم ہے آخری وقت تک کہ ہم صحیح راستہ اختیار کرتے ہیں یا اختیار نہیں کرتے۔</w:t>
      </w:r>
    </w:p>
    <w:p>
      <w:r>
        <w:rPr>
          <w:b/>
        </w:rPr>
        <w:t xml:space="preserve">[20:14] </w:t>
      </w:r>
      <w:r>
        <w:t>to Abdullah ibn Ubay jo hai, woh asal mein Rasool Allah Sal Allah Alaihi Wasallam jab Madinah aaye to Abdullah ibn Ubay jo hai, usi ko us ke liye aik taaj banaya ja raha tha aur usi ko log leader bananay walay the.</w:t>
      </w:r>
    </w:p>
    <w:p>
      <w:pPr>
        <w:jc w:val="right"/>
      </w:pPr>
      <w:r>
        <w:t>تو عبداللہ ابن ابی جو ہے، وہ اصل میں رسول اللہ صلی اللہ علیہ وسلم جب مدینہ آئے تو عبداللہ ابن ابی جو ہے، اسی کو اس کے لیے ایک تاج بنایا جا رہا تھا اور اسی کو لوگ لیڈر بنانے والے تھے۔</w:t>
      </w:r>
    </w:p>
    <w:p>
      <w:r>
        <w:rPr>
          <w:b/>
        </w:rPr>
        <w:t xml:space="preserve">[20:31] </w:t>
      </w:r>
      <w:r>
        <w:t>to is waja se jab rasool allah salallaho alaihi wasallam ko leader bana liya gaya to wo bohat ziyada ghussa ho gaya andar hi andar aur bohat ziyada is ko jealousy ho gai.</w:t>
      </w:r>
    </w:p>
    <w:p>
      <w:pPr>
        <w:jc w:val="right"/>
      </w:pPr>
      <w:r>
        <w:t>تو اس وجہ سے جب رسول اللہ صلی اللہ علیہ وسلم کو لیڈر بنا لیا گیا تو وہ بہت زیادہ غصہ ہو گیا اندر ہی اندر اور بہت زیادہ اس کو جیلسی ہو گئی۔</w:t>
      </w:r>
    </w:p>
    <w:p>
      <w:r>
        <w:rPr>
          <w:b/>
        </w:rPr>
        <w:t xml:space="preserve">[20:42] </w:t>
      </w:r>
      <w:r>
        <w:t>lekin chounke tamam majority jo hai, wo islam par aa gayi thi aur aap ko apna qaid maan liya tha, to wo munafiq ban gaya.</w:t>
      </w:r>
    </w:p>
    <w:p>
      <w:pPr>
        <w:jc w:val="right"/>
      </w:pPr>
      <w:r>
        <w:t>لیکن چونکہ تمام میجورٹی جو ہے، وہ اسلام پر آ گئی تھی اور آپ کو اپنا قائد مان لیا تھا، تو وہ منافق بن گیا۔</w:t>
      </w:r>
    </w:p>
    <w:p>
      <w:r>
        <w:rPr>
          <w:b/>
        </w:rPr>
        <w:t xml:space="preserve">[20:52] </w:t>
      </w:r>
      <w:r>
        <w:t>samne acha bana rehta tha, musalman bana rehta tha, aur andar hi andar wo sari planning karta tha aap ke khilaf.</w:t>
      </w:r>
    </w:p>
    <w:p>
      <w:pPr>
        <w:jc w:val="right"/>
      </w:pPr>
      <w:r>
        <w:t>سامنے اچھا بنا رہتا تھا، مسلمان بنا رہتا تھا، اور اندر ہی اندر وہ ساری پلاننگ کرتا تھا آپ کے خلاف۔</w:t>
      </w:r>
    </w:p>
    <w:p>
      <w:r>
        <w:rPr>
          <w:b/>
        </w:rPr>
        <w:t xml:space="preserve">[21:02] </w:t>
      </w:r>
      <w:r>
        <w:t>is ke bawajood rasool allah salallaho alaihi wasallam jante the ke ye log kaise hain. is ke bawajood ek baar aap ja rahe the saad ibn obada ki ayadat ke liye to rastay mein is ka ghar para.</w:t>
      </w:r>
    </w:p>
    <w:p>
      <w:pPr>
        <w:jc w:val="right"/>
      </w:pPr>
      <w:r>
        <w:t>اس کے باوجود رسول اللہ صلی اللہ علیہ وسلم جانتے تھے کہ یہ لوگ کیسے ہیں۔ اس کے باوجود ایک بار آپ جا رہے تھے سعد ابن عبادہ کی عیادت کے لیے تو راستے میں اس کا گھر پڑا۔</w:t>
      </w:r>
    </w:p>
    <w:p>
      <w:r>
        <w:rPr>
          <w:b/>
        </w:rPr>
        <w:t xml:space="preserve">[21:14] </w:t>
      </w:r>
      <w:r>
        <w:t>is ka ghar bohat hi qila numa tha aur bohat sare log is ke sath bethe hue the. wahan ka madine ka leader tha wo. to aap wahan utar gaye aur wahan par apni sawari se aur us ko quran ki kuch ayaten parh kar sunain.</w:t>
      </w:r>
    </w:p>
    <w:p>
      <w:pPr>
        <w:jc w:val="right"/>
      </w:pPr>
      <w:r>
        <w:t>اس کا گھر بہت ہی قلعہ نما تھا اور بہت سارے لوگ اس کے ساتھ بیٹھے ہوئے تھے۔ وہاں کا مدینے کا لیڈر تھا وہ۔ تو آپ وہاں اتر گئے اور وہاں پر اپنی سواری سے اور اس کو قرآن کی کچھ آیتیں پڑھ کر سنائیں۔</w:t>
      </w:r>
    </w:p>
    <w:p>
      <w:r>
        <w:rPr>
          <w:b/>
        </w:rPr>
        <w:t xml:space="preserve">[21:31] </w:t>
      </w:r>
      <w:r>
        <w:t>to wo bohat hi be etinai se is ko suna us ne aur us ne kaha ke kya aap ko kisi ne yahan bulaya tha? to jo aap ke pas aaye usi ko aap sunaiye, hum ko is se koi dilchaspi nahi hai.</w:t>
      </w:r>
    </w:p>
    <w:p>
      <w:pPr>
        <w:jc w:val="right"/>
      </w:pPr>
      <w:r>
        <w:t>تو وہ بہت ہی بے اعتنائی سے اس کو سنا اس نے اور اس نے کہا کہ کیا آپ کو کسی نے یہاں بلایا تھا؟ تو جو آپ کے پاس آئے اسی کو آپ سنائیے، ہم کو اس سے کوئی دلچسپی نہیں ہے۔</w:t>
      </w:r>
    </w:p>
    <w:p>
      <w:r>
        <w:rPr>
          <w:b/>
        </w:rPr>
        <w:t xml:space="preserve">[21:43] </w:t>
      </w:r>
      <w:r>
        <w:t>aap ne is ka kuch jawab nahi diya, balkay khamoshi se aap ko jahan jana tha wahan chale gaye.</w:t>
      </w:r>
    </w:p>
    <w:p>
      <w:pPr>
        <w:jc w:val="right"/>
      </w:pPr>
      <w:r>
        <w:t>آپ نے اس کا کچھ جواب نہیں دیا، بلکہ خاموشی سے آپ کو جہاں جانا تھا وہاں چلے گئے۔</w:t>
      </w:r>
    </w:p>
    <w:p>
      <w:r>
        <w:rPr>
          <w:b/>
        </w:rPr>
        <w:t xml:space="preserve">[21:50] </w:t>
      </w:r>
      <w:r>
        <w:t>to peghambar ka jo tareeqa tha, is tareeqay ki hajm jo hai, aap ke sath barabar hoti thi, istehza karte the, log ridicule karte the.</w:t>
      </w:r>
    </w:p>
    <w:p>
      <w:pPr>
        <w:jc w:val="right"/>
      </w:pPr>
      <w:r>
        <w:t>تو پیغمبر کا جو طریقہ تھا، اس طریقے کی حجم جو ہے، آپ کے ساتھ برابر ہوتی تھی، استہزاء کرتے تھے، لوگ ریڈیکیول کرتے تھے۔</w:t>
      </w:r>
    </w:p>
    <w:p>
      <w:r>
        <w:rPr>
          <w:b/>
        </w:rPr>
        <w:t xml:space="preserve">[21:59] </w:t>
      </w:r>
      <w:r>
        <w:t>to aap ya to sabr karte, eiraz karte ya daleel ki zaban mein un ka radd karte. to daleel ki zaban mein radd karne ka ek tareeqa jo tha, wo hassan ibn thabit ke ash'ar the, ki</w:t>
      </w:r>
    </w:p>
    <w:p>
      <w:pPr>
        <w:jc w:val="right"/>
      </w:pPr>
      <w:r>
        <w:t>تو آپ یا تو صبر کرتے، اعراض کرتے یا دلیل کی زبان میں ان کا رد کرتے۔ تو دلیل کی زبان میں رد کرنے کا ایک طریقہ جو تھا، وہ حسان ابن ثابت کے اشعار تھے، کی</w:t>
      </w:r>
    </w:p>
    <w:p>
      <w:r>
        <w:rPr>
          <w:b/>
        </w:rPr>
        <w:t xml:space="preserve">[22:14] </w:t>
      </w:r>
      <w:r>
        <w:t>chounke wo zamana tha jab ash'ar ke zariye se baat cheet hoti thi. to hazrat hassan ibn thabit achhe shair the, to aap un se kehte ke hassan, a a hassan, allah ke rasool ki taraf se jawab do.</w:t>
      </w:r>
    </w:p>
    <w:p>
      <w:pPr>
        <w:jc w:val="right"/>
      </w:pPr>
      <w:r>
        <w:t>ونکہ وہ زمانہ تھا جب اشعار کے ذریعے سے بات چیت ہوتی تھی۔ تو حضرت حسان ابن ثابت اچھے شاعر تھے، تو آپ ان سے کہتے کہ حسان، اے اے حسان، اللہ کے رسول کی طرف سے جواب دو۔</w:t>
      </w:r>
    </w:p>
    <w:p>
      <w:r>
        <w:rPr>
          <w:b/>
        </w:rPr>
        <w:t xml:space="preserve">[22:28] </w:t>
      </w:r>
      <w:r>
        <w:t>to hassan shair ke zariye jawab dete the. to phir ye madine ke waqiat hain. is ke baad fathh makkah hua.</w:t>
      </w:r>
    </w:p>
    <w:p>
      <w:pPr>
        <w:jc w:val="right"/>
      </w:pPr>
      <w:r>
        <w:t>تو حسان شعر کے ذریعے جواب دیتے تھے۔ تو پھر یہ مدینے کے واقعات ہیں۔ اس کے بعد فتح مکہ ہوا۔</w:t>
      </w:r>
    </w:p>
    <w:p>
      <w:r>
        <w:rPr>
          <w:b/>
        </w:rPr>
        <w:t xml:space="preserve">[22:39] </w:t>
      </w:r>
      <w:r>
        <w:t>us waqt tamam dushman jin logon ne koi kami nahi chhodi thi,</w:t>
      </w:r>
    </w:p>
    <w:p>
      <w:pPr>
        <w:jc w:val="right"/>
      </w:pPr>
      <w:r>
        <w:t>اس وقت تمام دشمن جن لوگوں نے کوئی کمی نہیں چھوڑی تھی،</w:t>
      </w:r>
    </w:p>
    <w:p>
      <w:r>
        <w:rPr>
          <w:b/>
        </w:rPr>
        <w:t xml:space="preserve">[22:46] </w:t>
      </w:r>
      <w:r>
        <w:t>aap ko makkah se nikala, aap ka boycott kiya, aap se jangain lari, itne sare log shaheed hue. aur is ke baad jab makkah fathh ho gaya to wo tamam log asal mein purane zamane mein jo bhi prisoners of war hote the, un ka sab ka sab sar qalam kar diya jata tha.</w:t>
      </w:r>
    </w:p>
    <w:p>
      <w:pPr>
        <w:jc w:val="right"/>
      </w:pPr>
      <w:r>
        <w:t>آپ کو مکے سے نکالا، آپ کا بائیکاٹ کیا، آپ سے جنگیں لڑیں، اتنے سارے لوگ شہید ہوئے۔ اور اس کے بعد جب مکہ فتح ہو گیا تو وہ تمام لوگ اصل میں پرانے زمانے میں جو بھی پریزنرز اف وار ہوتے تھے، ان کا سب کا سب سر قلم کر دیا جاتا تھا۔</w:t>
      </w:r>
    </w:p>
    <w:p>
      <w:r>
        <w:rPr>
          <w:b/>
        </w:rPr>
        <w:t xml:space="preserve">[23:04] </w:t>
      </w:r>
      <w:r>
        <w:t>wahan koi jail wail mein rakhne ka koi tareeqa nahi tha.</w:t>
      </w:r>
    </w:p>
    <w:p>
      <w:pPr>
        <w:jc w:val="right"/>
      </w:pPr>
      <w:r>
        <w:t>وہاں کوئی جیل ویل میں رکھنے کا کوئی طریقہ نہیں تھا۔</w:t>
      </w:r>
    </w:p>
    <w:p>
      <w:r>
        <w:rPr>
          <w:b/>
        </w:rPr>
        <w:t xml:space="preserve">[23:08] </w:t>
      </w:r>
      <w:r>
        <w:t>to wo log sare kaba mein jama hue, sare leader, aur samjhe ke aaj faisla hoga hamari sar gardan zadni ka.</w:t>
      </w:r>
    </w:p>
    <w:p>
      <w:pPr>
        <w:jc w:val="right"/>
      </w:pPr>
      <w:r>
        <w:t>تو وہ لوگ سارے کعبہ میں جمع ہوئے، سارے لیڈر، اور سمجھے کہ آج فیصلہ ہوگا ہماری سر گردن زدنی کا۔</w:t>
      </w:r>
    </w:p>
    <w:p>
      <w:r>
        <w:rPr>
          <w:b/>
        </w:rPr>
        <w:t xml:space="preserve">[23:17] </w:t>
      </w:r>
      <w:r>
        <w:t>sar jhukaye hue the log. to rasool allah salallaho alaihi wasallam ne kaha ke jao tum log sab azaad ho.</w:t>
      </w:r>
    </w:p>
    <w:p>
      <w:pPr>
        <w:jc w:val="right"/>
      </w:pPr>
      <w:r>
        <w:t>سر جھکائے ہوئے تھے لوگ۔ تو رسول اللہ صلی اللہ علیہ وسلم نے کہا کہ جاؤ تم لوگ سب آزاد ہو۔</w:t>
      </w:r>
    </w:p>
    <w:p>
      <w:r>
        <w:rPr>
          <w:b/>
        </w:rPr>
        <w:t xml:space="preserve">[23:25] </w:t>
      </w:r>
      <w:r>
        <w:t>to un tamam dushmanon ko jo badtareen dushman the, un ko aap ne bilkul maaf kar diya aur kehte hain ke wo sab aisa wahan se bahar nikle haram se jaisa ke wo qabron se nikle hon.</w:t>
      </w:r>
    </w:p>
    <w:p>
      <w:pPr>
        <w:jc w:val="right"/>
      </w:pPr>
      <w:r>
        <w:t>تو ان تمام دشمنوں کو جو بدترین دشمن تھے، ان کو آپ نے بالکل معاف کر دیا اور کہتے ہیں کہ وہ سب ایسا وہاں سے باہر نکلے حرم سے جیسا کہ وہ قبروں سے نکلے ہوں۔</w:t>
      </w:r>
    </w:p>
    <w:p>
      <w:r>
        <w:rPr>
          <w:b/>
        </w:rPr>
        <w:t xml:space="preserve">[23:39] </w:t>
      </w:r>
      <w:r>
        <w:t>matlab wo to samajh rahe the ke ab hum qabr mein jane wale hain.</w:t>
      </w:r>
    </w:p>
    <w:p>
      <w:pPr>
        <w:jc w:val="right"/>
      </w:pPr>
      <w:r>
        <w:t>مطلب وہ تو سمجھ رہے تھے کہ اب ہم قبر میں جانے والے ہیں۔</w:t>
      </w:r>
    </w:p>
    <w:p>
      <w:r>
        <w:rPr>
          <w:b/>
        </w:rPr>
        <w:t xml:space="preserve">[23:44] </w:t>
      </w:r>
      <w:r>
        <w:t>to ye jo hai, ye aap ka jo bohat hi bara aap ka ye kirdaar tha jis ke baray mein quran mein aya hai: "innaka la'ala khuluqin azeem".</w:t>
      </w:r>
    </w:p>
    <w:p>
      <w:pPr>
        <w:jc w:val="right"/>
      </w:pPr>
      <w:r>
        <w:t>تو یہ جو ہے، یہ آپ کا جو بہت ہی بڑا آپ کا یہ کردار تھا جس کے بارے میں قرآن میں آیا ہے: "إنك لعلى خلق عظيم"۔</w:t>
      </w:r>
    </w:p>
    <w:p>
      <w:r>
        <w:rPr>
          <w:b/>
        </w:rPr>
        <w:t xml:space="preserve">[23:55] </w:t>
      </w:r>
      <w:r>
        <w:t>to aap ne har tarah ki eza rasaniyon ko bardasht kiya. aap ko sahir kaha gaya, jadoogar kaha gaya, shair kaha gaya, kahin kaha gaya, jhoota kaha gaya, kazzab jo bohat ziyada jhoot bolne wala.</w:t>
      </w:r>
    </w:p>
    <w:p>
      <w:pPr>
        <w:jc w:val="right"/>
      </w:pPr>
      <w:r>
        <w:t>تو آپ نے ہر طرح کی ایذا رسانیوں کو برداشت کیا۔ آپ کو ساحر کہا گیا، جادوگر کہا گیا، شاعر کہا گیا، کاہن کہا گیا، جھوٹا کہا گیا، کذاب جو بہت زیادہ جھوٹ بولنے والا۔</w:t>
      </w:r>
    </w:p>
    <w:p>
      <w:r>
        <w:rPr>
          <w:b/>
        </w:rPr>
        <w:t xml:space="preserve">[24:11] </w:t>
      </w:r>
      <w:r>
        <w:t>to</w:t>
      </w:r>
    </w:p>
    <w:p>
      <w:pPr>
        <w:jc w:val="right"/>
      </w:pPr>
      <w:r>
        <w:t>تو</w:t>
      </w:r>
    </w:p>
    <w:p>
      <w:r>
        <w:rPr>
          <w:b/>
        </w:rPr>
        <w:t xml:space="preserve">[24:12] </w:t>
      </w:r>
      <w:r>
        <w:t>aap ko majnoon kaha gaya, muzamm kaha gaya. lekin aap sabr o eiraz hamesha karte rahe ya khamosh ho jatay ya daleel ki zaban mein is ka jawab detay.</w:t>
      </w:r>
    </w:p>
    <w:p>
      <w:pPr>
        <w:jc w:val="right"/>
      </w:pPr>
      <w:r>
        <w:t>آپ کو مجنوں کہا گیا، مزمم کہا گیا۔ لیکن آپ صبر و اعراضی ہمیشہ کرتے رہے یا خاموش ہو جاتے یا دلیل کی زبان میں اس کا جواب دیتے۔</w:t>
      </w:r>
    </w:p>
    <w:p>
      <w:r>
        <w:rPr>
          <w:b/>
        </w:rPr>
        <w:t xml:space="preserve">[24:23] </w:t>
      </w:r>
      <w:r>
        <w:t>to ye aap ne kyun kiya? is liye ke is tareeqay se logon ke aap aaye the, logon ko aap ka laqab tha "rehmatul lil alameen".</w:t>
      </w:r>
    </w:p>
    <w:p>
      <w:pPr>
        <w:jc w:val="right"/>
      </w:pPr>
      <w:r>
        <w:t>تو یہ آپ نے کیوں کیا؟ اس لیے کہ اس طریقے سے لوگوں کے آپ آئے تھے، لوگوں کو آپ کا لقب تھا "رحمت اللعالمین"۔</w:t>
      </w:r>
    </w:p>
    <w:p>
      <w:r>
        <w:rPr>
          <w:b/>
        </w:rPr>
        <w:t xml:space="preserve">[24:32] </w:t>
      </w:r>
      <w:r>
        <w:t>aap ko logon ko hidayat deni thi. allah taala ne jo aap ko mission diya tha, wo hidayat ka mission tha</w:t>
      </w:r>
    </w:p>
    <w:p>
      <w:pPr>
        <w:jc w:val="right"/>
      </w:pPr>
      <w:r>
        <w:t>آپ کو لوگوں کو ہدایت دینی تھی۔ اللہ تعالیٰ نے جو آپ کو مشن دیا تھا، وہ ہدایت کا مشن تھا</w:t>
      </w:r>
    </w:p>
    <w:p>
      <w:r>
        <w:rPr>
          <w:b/>
        </w:rPr>
        <w:t xml:space="preserve">[24:41] </w:t>
      </w:r>
      <w:r>
        <w:t>, rehmat ka mission tha. to is ke zariye is ke liye aap ko un ke andar naram gosha paida karne ke liye jis ko "talif e qalb" kehte hain, to aap us ke liye un ko maaf karte, un se nermi se bartao karte, un ko kisi tareeqay se aap ki taraf se ya aap ke ashaab ki taraf se koi pareshani na ho, koi takleef na ho.</w:t>
      </w:r>
    </w:p>
    <w:p>
      <w:pPr>
        <w:jc w:val="right"/>
      </w:pPr>
      <w:r>
        <w:t>، رحمت کا مشن تھا۔ تو اس کے ذریعے اس کے لیے آپ کو ان کے اندر نرم گوشہ پیدا کرنے کے لیے جس کو "تالیف قلب" کہتے ہیں، تو آپ اس کے لیے ان کو معاف کرتے، ان سے نرمی سے برتاؤ کرتے، ان کو کسی طریقے سے آپ کی طرف سے یا آپ کے اصحاب کی طرف سے کوئی پریشانی نہ ہو، کوئی تکلیف نہ ہو۔</w:t>
      </w:r>
    </w:p>
    <w:p>
      <w:r>
        <w:rPr>
          <w:b/>
        </w:rPr>
        <w:t xml:space="preserve">[25:05] </w:t>
      </w:r>
      <w:r>
        <w:t>to ek baar ek baddo aaya to masjid gandi kar diya. to log daude us ko maarne ke liye. to</w:t>
      </w:r>
    </w:p>
    <w:p>
      <w:pPr>
        <w:jc w:val="right"/>
      </w:pPr>
      <w:r>
        <w:t>تو ایک بار ایک بدو آیا تو مسجد گندی کر دیا۔ تو لوگ دوڑے اس کو مارنے کے لیے۔ تو</w:t>
      </w:r>
    </w:p>
    <w:p>
      <w:r>
        <w:rPr>
          <w:b/>
        </w:rPr>
        <w:t xml:space="preserve">[25:12] </w:t>
      </w:r>
      <w:r>
        <w:t>aap ne kaha nahi, us ko kuch mat kaho, tum us ko safai saaf kar do paani daal ke. to us ka asar itna zyada hota tha. woh baddo gaya apne qabile mein aur us zamane mein qabile ka system tha.</w:t>
      </w:r>
    </w:p>
    <w:p>
      <w:pPr>
        <w:jc w:val="right"/>
      </w:pPr>
      <w:r>
        <w:t>آپ نے کہا نہیں، اس کو کچھ مت کہو، تم اس کو صفائی صاف کر دو پانی ڈال کے۔ تو اس کا اثر اتنا زیادہ ہوتا تھا۔ وہ بدو گیا اپنے قبیلے میں اور اس زمانے میں قبیلے کا سسٹم تھا۔</w:t>
      </w:r>
    </w:p>
    <w:p>
      <w:r>
        <w:rPr>
          <w:b/>
        </w:rPr>
        <w:t xml:space="preserve">[25:25] </w:t>
      </w:r>
      <w:r>
        <w:t>to qabile ka koi sardar ya koi bhi khaas aadmi agar kisi mazhab ko maanne lagta to phir tamam log us mazhab ko qabool kar lete.</w:t>
      </w:r>
    </w:p>
    <w:p>
      <w:pPr>
        <w:jc w:val="right"/>
      </w:pPr>
      <w:r>
        <w:t>تو قبیلے کا کوئی سردار یا کوئی بھی خاص آدمی اگر کسی مذہب کو ماننے لگتا تو پھر تمام لوگ اس مذہب کو قبول کر لیتے۔</w:t>
      </w:r>
    </w:p>
    <w:p>
      <w:r>
        <w:rPr>
          <w:b/>
        </w:rPr>
        <w:t xml:space="preserve">[25:35] </w:t>
      </w:r>
      <w:r>
        <w:t>to woh gaya aur apne qabile walon se kaha ke dekho, maine itna bura kaam kiya aur masjid gandi kar di aur log mujhe maarne daude, lekin rasool Allah ne mujhe maaf kar diya.</w:t>
      </w:r>
    </w:p>
    <w:p>
      <w:pPr>
        <w:jc w:val="right"/>
      </w:pPr>
      <w:r>
        <w:t>تو وہ گیا اور اپنے قبیلے والوں سے کہا کہ دیکھو، میں نے اتنا برا کام کیا اور مسجد گندی کر دی اور لوگ مجھے مارنے دوڑے، لیکن رسول اللہ نے مجھے معاف کر دیا۔</w:t>
      </w:r>
    </w:p>
    <w:p>
      <w:r>
        <w:rPr>
          <w:b/>
        </w:rPr>
        <w:t xml:space="preserve">[25:47] </w:t>
      </w:r>
      <w:r>
        <w:t>to tamam poora itni hi baat pe poora qabila musalman ho gaya. to aap logon ke consciousness ko jagane ke liye aaye the taake woh log Khuda ke qareeb aayen, Khuda ki hidayat paayen aur aakhirat mein un ko jannat mein jagah mile.</w:t>
      </w:r>
    </w:p>
    <w:p>
      <w:pPr>
        <w:jc w:val="right"/>
      </w:pPr>
      <w:r>
        <w:t>تو تمام پورا اتنی ہی بات پہ پورا قبیلہ مسلمان ہو گیا۔ تو آپ لوگوں کے کانشیس کو جگانے کے لیے آئے تھے تاکہ وہ لوگ خدا کے قریب آئیں، خدا کی ہدایت پائیں اور آخرت میں ان کو جنت میں جگہ ملے۔</w:t>
      </w:r>
    </w:p>
    <w:p>
      <w:r>
        <w:rPr>
          <w:b/>
        </w:rPr>
        <w:t xml:space="preserve">[26:04] </w:t>
      </w:r>
      <w:r>
        <w:t>to quran mein aaya hai jiska zikr aaya hai surah fussilat mein ke "wa lahum ha meem" ke tum tumhara jo achha bartao hai, us ki wajah se woh dushman jo hai, woh tumhara dost ban jayega.</w:t>
      </w:r>
    </w:p>
    <w:p>
      <w:pPr>
        <w:jc w:val="right"/>
      </w:pPr>
      <w:r>
        <w:t>تو قرآن میں آیا ہے جس کا ذکر آیا ہے سورہ فصلت میں کہ "ولی حمیم" کہ تم تمہارا جو اچھا برتاؤ ہے، اس کی وجہ سے وہ دشمن جو ہے، وہ تمہارا دوست بن جائے گا۔</w:t>
      </w:r>
    </w:p>
    <w:p>
      <w:r>
        <w:rPr>
          <w:b/>
        </w:rPr>
        <w:t xml:space="preserve">[26:17] </w:t>
      </w:r>
      <w:r>
        <w:t>to poori zindagi aap ne yahi kiya ke dushman ko aap ne apna dost banaya. sirf chand log the fateh makka mein jo ke bilkul hi rebel type ke the, aath das log.</w:t>
      </w:r>
    </w:p>
    <w:p>
      <w:pPr>
        <w:jc w:val="right"/>
      </w:pPr>
      <w:r>
        <w:t>تو پوری زندگی آپ نے یہی کیا کہ دشمن کو آپ نے اپنا دوست بنایا۔ صرف چند لوگ تھے فتح مکہ میں جو کہ بالکل ہی ریبل ٹائپ کے تھے، آٹھ دس لوگ۔</w:t>
      </w:r>
    </w:p>
    <w:p>
      <w:r>
        <w:rPr>
          <w:b/>
        </w:rPr>
        <w:t xml:space="preserve">[26:29] </w:t>
      </w:r>
      <w:r>
        <w:t>is mein sirf chand hi logon ko aap ne marwaya, baqi sab ko maaf kar diya.</w:t>
      </w:r>
    </w:p>
    <w:p>
      <w:pPr>
        <w:jc w:val="right"/>
      </w:pPr>
      <w:r>
        <w:t>اس میں صرف چند ہی لوگوں کو آپ نے مروایا، باقی سب کو معاف کر دیا۔</w:t>
      </w:r>
    </w:p>
    <w:p>
      <w:r>
        <w:rPr>
          <w:b/>
        </w:rPr>
        <w:t xml:space="preserve">[26:35] </w:t>
      </w:r>
      <w:r>
        <w:t>to asal mein is zamane mein kya tha ke rebel aur baghavat, baghavat aur mazhab ko chhodna jisko hum kehte hain irtidad, to dono mein logon ne fark nahi kiya.</w:t>
      </w:r>
    </w:p>
    <w:p>
      <w:pPr>
        <w:jc w:val="right"/>
      </w:pPr>
      <w:r>
        <w:t>تو اصل میں اس زمانے میں کیا تھا کہ ریبل اور بغاوت، بغاوت اور مذہب کو چھوڑنا جس کو ہم کہتے ہیں ارتداد، تو دونوں میں لوگوں نے فرق نہیں کیا۔</w:t>
      </w:r>
    </w:p>
    <w:p>
      <w:r>
        <w:rPr>
          <w:b/>
        </w:rPr>
        <w:t xml:space="preserve">[26:50] </w:t>
      </w:r>
      <w:r>
        <w:t>woh state rebellion ke cases the ke chand log jin ko aap ne marwaya jo ke theek nahi hone wale the, baqi tamam logon ko maaf kar diya.</w:t>
      </w:r>
    </w:p>
    <w:p>
      <w:pPr>
        <w:jc w:val="right"/>
      </w:pPr>
      <w:r>
        <w:t>وہ اسٹیٹ ریبیلین کے کیسز تھے کہ چند لوگ جن کو آپ نے مروایا جو کہ ٹھیک نہیں ہونے والے تھے، باقی تمام لوگوں کو معاف کر دیا۔</w:t>
      </w:r>
    </w:p>
    <w:p>
      <w:r>
        <w:rPr>
          <w:b/>
        </w:rPr>
        <w:t xml:space="preserve">[27:00] </w:t>
      </w:r>
      <w:r>
        <w:t>to kabhi bhi aap ne mazhab ke liye kisi ko nahi saza diya ke kisi ne irtidad kiya ho, kisi ne aap ke upar shatm kiya ho, us ke liye saza nahi di.</w:t>
      </w:r>
    </w:p>
    <w:p>
      <w:pPr>
        <w:jc w:val="right"/>
      </w:pPr>
      <w:r>
        <w:t>تو کبھی بھی آپ نے مذہب کے لیے کسی کو نہیں سزا دیا کہ کسی نے ارتداد کیا ہو، کسی نے آپ کے اوپر شتم کیا ہو، اس کے لیے سزا نہیں دی۔</w:t>
      </w:r>
    </w:p>
    <w:p>
      <w:r>
        <w:rPr>
          <w:b/>
        </w:rPr>
        <w:t xml:space="preserve">[27:12] </w:t>
      </w:r>
      <w:r>
        <w:t>woh jo chand logon ko sazayen theen, woh state rebellion ki wajah se theen. to ab Abdullah ibn Ubayy ko aap ne saza nahi di.</w:t>
      </w:r>
    </w:p>
    <w:p>
      <w:pPr>
        <w:jc w:val="right"/>
      </w:pPr>
      <w:r>
        <w:t>وہ جو چند لوگوں کو سزائیں تھیں، وہ اسٹیٹ ریبیلین کی وجہ سے تھیں۔ تو اب عبداللہ ابن ابیہ کو آپ نے سزا نہیں دی۔</w:t>
      </w:r>
    </w:p>
    <w:p>
      <w:r>
        <w:rPr>
          <w:b/>
        </w:rPr>
        <w:t xml:space="preserve">[27:21] </w:t>
      </w:r>
      <w:r>
        <w:t>aap ne kaha ke aisa log kahenge ke Muhammad, sahaba kehte the kyunke is ka apna beta bhi kehta tha</w:t>
      </w:r>
    </w:p>
    <w:p>
      <w:pPr>
        <w:jc w:val="right"/>
      </w:pPr>
      <w:r>
        <w:t>آپ نے کہا کہ ایسا لوگ کہیں گے کہ محمد، صحابہ کہتے تھے کیونکہ اس کا اپنا بیٹا بھی کہتا تھا</w:t>
      </w:r>
    </w:p>
    <w:p>
      <w:r>
        <w:rPr>
          <w:b/>
        </w:rPr>
        <w:t xml:space="preserve">[27:28] </w:t>
      </w:r>
      <w:r>
        <w:t>kyunke bahut zyada woh galat galat kaam karta tha. to is ka beta bhi kehta tha ke main us ko marna chahta hoon. to aap mana karte the ke log kahenge ke Muhammad apne sahaba ko qatal karte hain.</w:t>
      </w:r>
    </w:p>
    <w:p>
      <w:pPr>
        <w:jc w:val="right"/>
      </w:pPr>
      <w:r>
        <w:t>کیونکہ بہت زیادہ وہ غلط غلط کام کرتا تھا۔ تو اس کا بیٹا بھی کہتا تھا کہ میں اس کو مارنا چاہتا ہوں۔ تو آپ منع کرتے تھے کہ لوگ کہیں گے کہ محمد اپنے ساتھیوں کو قتل کرتے ہیں۔</w:t>
      </w:r>
    </w:p>
    <w:p>
      <w:r>
        <w:rPr>
          <w:b/>
        </w:rPr>
        <w:t xml:space="preserve">[27:40] </w:t>
      </w:r>
      <w:r>
        <w:t>to aap dekhte the ke kya maslehat ka taqaza hai, kya baat sahi hai, Islam ki interest ke liye kya baat sahi hai.</w:t>
      </w:r>
    </w:p>
    <w:p>
      <w:pPr>
        <w:jc w:val="right"/>
      </w:pPr>
      <w:r>
        <w:t>تو آپ دیکھتے تھے کہ کیا مصلحت کا تقاضا ہے، کیا بات صحیح ہے، اسلام کی انٹرسٹ کے لیے کیا بات صحیح ہے۔</w:t>
      </w:r>
    </w:p>
    <w:p>
      <w:r>
        <w:rPr>
          <w:b/>
        </w:rPr>
        <w:t xml:space="preserve">[27:51] </w:t>
      </w:r>
      <w:r>
        <w:t>to ab aaj jo hai, log samajh nahi rahe hain baaton ko.</w:t>
      </w:r>
    </w:p>
    <w:p>
      <w:pPr>
        <w:jc w:val="right"/>
      </w:pPr>
      <w:r>
        <w:t>تو اب آج جو ہے، لوگ سمجھ نہیں رہے ہیں باتوں کو۔</w:t>
      </w:r>
    </w:p>
    <w:p>
      <w:r>
        <w:rPr>
          <w:b/>
        </w:rPr>
        <w:t xml:space="preserve">[27:55] </w:t>
      </w:r>
      <w:r>
        <w:t>aaj media ka zamana hai aur koi bhi galat harkat jo hai, woh saari duniya mein Islam ki badnami ka sabab banti hai. to hum logon ko aaj to bahut hi zyada in cheezon se refrain karna hai.</w:t>
      </w:r>
    </w:p>
    <w:p>
      <w:pPr>
        <w:jc w:val="right"/>
      </w:pPr>
      <w:r>
        <w:t>آج میڈیا کا زمانہ ہے اور کوئی بھی غلط حرکت جو ہے، وہ ساری دنیا میں اسلام کی بدنامی کا سبب بنتی ہے۔ تو ہم لوگوں کو آج تو بہت ہی زیادہ ان چیزوں سے ریفرین کرنا ہے۔</w:t>
      </w:r>
    </w:p>
    <w:p>
      <w:r>
        <w:rPr>
          <w:b/>
        </w:rPr>
        <w:t xml:space="preserve">[28:10] </w:t>
      </w:r>
      <w:r>
        <w:t>pehle zamane mein jo baat sirf local taur par log jin ko jaante the, woh aaj saari duniya mein jaante hain. ek waqea hota hai to saari duniya mein us ki khabar ho jati hai.</w:t>
      </w:r>
    </w:p>
    <w:p>
      <w:pPr>
        <w:jc w:val="right"/>
      </w:pPr>
      <w:r>
        <w:t>پہلے زمانے میں جو بات صرف لوکل طور پر لوگ جن کو جانتے تھے، وہ آج ساری دنیا میں جانتے ہیں۔ ایک واقعہ ہوتا ہے تو ساری دنیا میں اس کی خبر ہو جاتی ہے۔</w:t>
      </w:r>
    </w:p>
    <w:p>
      <w:r>
        <w:rPr>
          <w:b/>
        </w:rPr>
        <w:t xml:space="preserve">[28:20] </w:t>
      </w:r>
      <w:r>
        <w:t>to</w:t>
      </w:r>
    </w:p>
    <w:p>
      <w:pPr>
        <w:jc w:val="right"/>
      </w:pPr>
      <w:r>
        <w:t>تو</w:t>
      </w:r>
    </w:p>
    <w:p>
      <w:r>
        <w:rPr>
          <w:b/>
        </w:rPr>
        <w:t xml:space="preserve">[28:21] </w:t>
      </w:r>
      <w:r>
        <w:t>Maulana sahib ne ek kitaab likhi hai "Shidd mein Rasool ka Masla". is mein aap saari detail aap dekh sakte hain. to is mein Maulana sahib likhte hain ke aap Rasool Allah sallallahu alaihi wasallam qatil aalam nahi the, balki rehmat aalam the.</w:t>
      </w:r>
    </w:p>
    <w:p>
      <w:pPr>
        <w:jc w:val="right"/>
      </w:pPr>
      <w:r>
        <w:t>مولانا صاحب نے ایک کتاب لکھی ہے "شد میں رسول کا مسئلہ"۔ اس میں آپ ساری ڈیٹیل آپ دیکھ سکتے ہیں۔ تو اس میں مولانا صاحب لکھتے ہیں کہ آپ رسول اللہ صلی اللہ علیہ وسلم قاتل عالم نہیں تھے، بلکہ رحمت عالم تھے۔</w:t>
      </w:r>
    </w:p>
    <w:p>
      <w:r>
        <w:rPr>
          <w:b/>
        </w:rPr>
        <w:t xml:space="preserve">[28:37] </w:t>
      </w:r>
      <w:r>
        <w:t>to logon ko aap qatal karne ke liye, gardan zadni ke liye aap nahi bhi</w:t>
      </w:r>
    </w:p>
    <w:p>
      <w:pPr>
        <w:jc w:val="right"/>
      </w:pPr>
      <w:r>
        <w:t>تو لوگوں کو آپ قتل کرنے کے لیے، گردن زدنی کے لیے آپ نہیں بھی</w:t>
      </w:r>
    </w:p>
    <w:p>
      <w:r>
        <w:rPr>
          <w:b/>
        </w:rPr>
        <w:t xml:space="preserve">[28:41] </w:t>
      </w:r>
      <w:r>
        <w:t>bheje gaye the. aap logon ko azab dene ke liye nahi bheje gaye the, balki aap logon ko rehmat dene ke liye bheje gaye the. logon ko Khuda ki bakhshish ki taraf bulane ke liye aap bheje gaye the.</w:t>
      </w:r>
    </w:p>
    <w:p>
      <w:pPr>
        <w:jc w:val="right"/>
      </w:pPr>
      <w:r>
        <w:t>جے گئے تھے۔ آپ لوگوں کو عذاب دینے کے لیے نہیں بھیجے گئے تھے، بلکہ آپ لوگوں کو رحمت دینے کے لیے بھیجے گئے تھے۔ لوگوں کو خدا کی بخشش کی طرف بلانے کے لیے آپ بھیجے گئے تھے۔</w:t>
      </w:r>
    </w:p>
    <w:p>
      <w:r>
        <w:rPr>
          <w:b/>
        </w:rPr>
        <w:t xml:space="preserve">[28:53] </w:t>
      </w:r>
      <w:r>
        <w:t>logon ko maaf karne ke liye, logon ko Khuda se qareeb karne ke liye aap bheje gaye the. aur aap ka jo kirdaar hai, us ke bare mein quran mein aaya hai ke aap buland kirdaar par hain: "Innaka la'ala khuluqin azeem".</w:t>
      </w:r>
    </w:p>
    <w:p>
      <w:pPr>
        <w:jc w:val="right"/>
      </w:pPr>
      <w:r>
        <w:t>لوگوں کو معاف کرنے کے لیے، لوگوں کو خدا سے قریب کرنے کے لیے آپ بھیجے گئے تھے۔ اور آپ کا جو کردار ہے، اس کے بارے میں قرآن میں آیا ہے کہ آپ بلند کردار پر ہیں: "إنك لعلى خلق عظيم"۔</w:t>
      </w:r>
    </w:p>
    <w:p>
      <w:r>
        <w:rPr>
          <w:b/>
        </w:rPr>
        <w:t xml:space="preserve">[29:07] </w:t>
      </w:r>
      <w:r>
        <w:t>to yeh hai divine ethics aur isi ko hum ko aur aap ko adopt karna hai. agar hum log chahte hain ke aakhirat mein hamein Khuda ki bakhshish mile, Khuda ki maghfirat mile, jannat mein hamein jagah mile, to tabhi milegi jab hum Rasool Allah sallallahu alaihi wasallam ke uswa ko apni zindagi mein apnayenge aur isi ke mutabiq apni tamam zindagi mein amal karenge,</w:t>
      </w:r>
    </w:p>
    <w:p>
      <w:pPr>
        <w:jc w:val="right"/>
      </w:pPr>
      <w:r>
        <w:t>تو یہ ہے ڈیوائن ایتھکس اور اسی کو ہم کو اور آپ کو اڈاپٹ کرنا ہے۔ اگر ہم لوگ چاہتے ہیں کہ آخرت میں ہمیں خدا کی بخشش ملے، خدا کی مغفرت ملے، جنت میں ہمیں جگہ ملے، تو تبھی ملے گی جب ہم رسول اللہ صلی اللہ علیہ وسلم کے اسوے کو اپنی زندگی میں اپنائیں گے اور اسی کے مطابق اپنی تمام زندگی میں عمل کریں گے،</w:t>
      </w:r>
    </w:p>
    <w:p>
      <w:r>
        <w:rPr>
          <w:b/>
        </w:rPr>
        <w:t xml:space="preserve">[29:33] </w:t>
      </w:r>
      <w:r>
        <w:t>inshallah.</w:t>
      </w:r>
    </w:p>
    <w:p>
      <w:pPr>
        <w:jc w:val="right"/>
      </w:pPr>
      <w:r>
        <w:t>انشاءاللہ۔</w:t>
      </w:r>
    </w:p>
    <w:p>
      <w:r>
        <w:rPr>
          <w:b/>
        </w:rPr>
        <w:t xml:space="preserve">[29:47] </w:t>
      </w:r>
      <w:r>
        <w:t>jazak allah, apa. so, we will be starting the question answer session now. i request all the online viewers to also mention their location when they post their comments and questions.</w:t>
      </w:r>
    </w:p>
    <w:p>
      <w:pPr>
        <w:jc w:val="right"/>
      </w:pPr>
      <w:r>
        <w:t>جزاک اللہ، آپا۔ سو، وی ول بی سٹارٹنگ دی کوئسچن انسر سیشن ناو۔ آئی ریکویسٹ آل دی آن لائن ویورز ٹو آل سو مینشن دیر لوکیشن وین دے پوسٹ دیر کمنٹس اینڈ کوئسچنز۔</w:t>
      </w:r>
    </w:p>
    <w:p>
      <w:r>
        <w:rPr>
          <w:b/>
        </w:rPr>
        <w:t xml:space="preserve">[30:00] </w:t>
      </w:r>
      <w:r>
        <w:t>aah, apa sawal lene se pehle kuch comments padhna chahunga. aah, kafi logon ne aah aap ke bayan ko bohat pasand kiya hai.</w:t>
      </w:r>
    </w:p>
    <w:p>
      <w:pPr>
        <w:jc w:val="right"/>
      </w:pPr>
      <w:r>
        <w:t>آہ، آپا سوال لینے سے پہلے کچھ کمنٹس پڑھنا چاہوں گا۔ آہ، کافی لوگوں نے آہ آپ کے بیان کو بہت پسند کیا ہے۔</w:t>
      </w:r>
    </w:p>
    <w:p>
      <w:r>
        <w:rPr>
          <w:b/>
        </w:rPr>
        <w:t xml:space="preserve">[30:09] </w:t>
      </w:r>
      <w:r>
        <w:t>aah, bill saido hain, aah nigeria se, unhon ne likha hai: "keep up the good w</w:t>
      </w:r>
    </w:p>
    <w:p>
      <w:pPr>
        <w:jc w:val="right"/>
      </w:pPr>
      <w:r>
        <w:t>آہ، بل سائدو ہیں، آہ نائجیریا سے، انہوں نے لکھا ہے: "کیپ اپ دا گڈ و</w:t>
      </w:r>
    </w:p>
    <w:p>
      <w:r>
        <w:rPr>
          <w:b/>
        </w:rPr>
        <w:t xml:space="preserve">[30:14] </w:t>
      </w:r>
      <w:r>
        <w:t>ork". aah, sharif ali sahab hain, unhon ne likha hai: "good bayan". shazia khan aah ne likha hai: "great work and great respect, mam". aah, wahid dogar sahab aur mr vinod aah delhi se, unhon ne bhi bohat aap ke bayan ko pasand kiya hai.</w:t>
      </w:r>
    </w:p>
    <w:p>
      <w:pPr>
        <w:jc w:val="right"/>
      </w:pPr>
      <w:r>
        <w:t>رک"۔ آہ، شریف علی صاحب ہیں، انہوں نے لکھا ہے: "گڈ بیان"۔ شازیہ خان آہ نے لکھا ہے: "گریٹ ورک اینڈ گریٹ ریسپیکٹ، میم"۔ آہ، وحید ڈوگر صاحب اور مسٹر ونودھ آہ دلی سے، انہوں نے بھی بہت آپ کے بیان کو پسند کیا ہے۔</w:t>
      </w:r>
    </w:p>
    <w:p>
      <w:r>
        <w:rPr>
          <w:b/>
        </w:rPr>
        <w:t xml:space="preserve">[30:31] </w:t>
      </w:r>
      <w:r>
        <w:t>aah, shabiha rehmat khan ne likha hai ke bohat acha message. aisi speeches ke zariye bohat sari ghalat fehmiyan door ho sakti hain.</w:t>
      </w:r>
    </w:p>
    <w:p>
      <w:pPr>
        <w:jc w:val="right"/>
      </w:pPr>
      <w:r>
        <w:t>آہ، شبیہ رحمت خان نے لکھا ہے کہ بہت اچھا میسج۔ ایسی سپیچز کے ذریعے بہت ساری غلط فہمیاں دور ہو سکتی ہیں۔</w:t>
      </w:r>
    </w:p>
    <w:p>
      <w:r>
        <w:rPr>
          <w:b/>
        </w:rPr>
        <w:t xml:space="preserve">[30:42] </w:t>
      </w:r>
      <w:r>
        <w:t>aah, aap ne bohat acha aah aaj bayan diya. aah, professor najma siddiqui ne likha hai: "jazak allah, this topic helps develop such a positive attitude".</w:t>
      </w:r>
    </w:p>
    <w:p>
      <w:pPr>
        <w:jc w:val="right"/>
      </w:pPr>
      <w:r>
        <w:t>آہ، آپ نے بہت اچھا آہ آج بیان دیا۔ آہ، پروفیسر نجمہ صدیقی نے لکھا ہے: "جزاک اللہ، دس ٹاپک ہیلپس ڈویلپ سچ ا پوزیٹیو ایٹیٹیوڈ"۔</w:t>
      </w:r>
    </w:p>
    <w:p>
      <w:r>
        <w:rPr>
          <w:b/>
        </w:rPr>
        <w:t xml:space="preserve">[30:53] </w:t>
      </w:r>
      <w:r>
        <w:t>aah, apa aap kuch sawal lena chahunga. yeh sawal bheja hai miss aisha ne meerut se, aur unhon ne aap se poocha hai ke yeh shatme rasool ka masla itna sensitive kyun hai musalmanon ke liye?</w:t>
      </w:r>
    </w:p>
    <w:p>
      <w:pPr>
        <w:jc w:val="right"/>
      </w:pPr>
      <w:r>
        <w:t>آہ، آپا آپ کچھ سوال لینا چاہوں گا۔ یہ سوال بھیجا ہے مس عائشہ نے میرٹھ سے، اور انہوں نے آپ سے پوچھا ہے کہ یہ شتم رسول کا مسئلہ اتنا سینسٹیو کیوں ہے مسلمانوں کے لیے؟</w:t>
      </w:r>
    </w:p>
    <w:p>
      <w:r>
        <w:rPr>
          <w:b/>
        </w:rPr>
        <w:t xml:space="preserve">[31:08] </w:t>
      </w:r>
      <w:r>
        <w:t>iski kya wajah hai? is is ko batayen.</w:t>
      </w:r>
    </w:p>
    <w:p>
      <w:pPr>
        <w:jc w:val="right"/>
      </w:pPr>
      <w:r>
        <w:t>اس کی کیا وجہ ہے؟ اس اس کو بتائیں۔</w:t>
      </w:r>
    </w:p>
    <w:p>
      <w:r>
        <w:rPr>
          <w:b/>
        </w:rPr>
        <w:t xml:space="preserve">[31:11] </w:t>
      </w:r>
      <w:r>
        <w:t>shatme rasool ke masle par hum ko janna chahiye ke rasool allah salallahu alaihi wasallam ka tareeqa kya tha, aur aaj hum jo kar rahe hain woh kya tareeqa hai.</w:t>
      </w:r>
    </w:p>
    <w:p>
      <w:pPr>
        <w:jc w:val="right"/>
      </w:pPr>
      <w:r>
        <w:t>شتم رسول کے مسئلے پر ہم کو جاننا چاہیے کہ رسول اللہ صلی اللہ علیہ وسلم کا طریقہ کیا تھا، اور آج ہم جو کر رہے ہیں وہ کیا طریقہ ہے۔</w:t>
      </w:r>
    </w:p>
    <w:p>
      <w:r>
        <w:rPr>
          <w:b/>
        </w:rPr>
        <w:t xml:space="preserve">[31:20] </w:t>
      </w:r>
      <w:r>
        <w:t>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p>
    <w:p>
      <w:pPr>
        <w:jc w:val="right"/>
      </w:pPr>
      <w:r>
        <w:t>اصل مسئلہ یہ ہے کہ ہم رسول اللہ صلی اللہ علیہ وسلم کے بارے میں غلو میں پڑ چکے ہیں، ایکسٹریمزم میں۔ رسول اللہ صلی اللہ علیہ وسلم کی ایک حدیث آتی ہے کہ: "لا تترونی کما اترت النصاری عیسی ابن مریم، فانما انا عبد فقول عبداللہ ورسولہ"۔</w:t>
      </w:r>
    </w:p>
    <w:p>
      <w:r>
        <w:rPr>
          <w:b/>
        </w:rPr>
        <w:t xml:space="preserve">[31:36] </w:t>
      </w:r>
      <w:r>
        <w:t>ke mujhe itna na uthao jaisa ke isa ibn maryam ko nasara ne uthaya tha. matlab kya hai? ke hum ko woh maqam na do jo insaniyat ke oper ka maqam hai.</w:t>
      </w:r>
    </w:p>
    <w:p>
      <w:pPr>
        <w:jc w:val="right"/>
      </w:pPr>
      <w:r>
        <w:t>کہ مجھے اتنا نہ اٹھاؤ جیسا کہ عیسی ابن مریم کو نصاری نے اٹھایا تھا۔ مطلب کیا ہے؟ کہ ہم کو وہ مقام نہ دو جو انسانیت کے اوپر کا مقام ہے۔</w:t>
      </w:r>
    </w:p>
    <w:p>
      <w:r>
        <w:rPr>
          <w:b/>
        </w:rPr>
        <w:t xml:space="preserve">[31:48] </w:t>
      </w:r>
      <w:r>
        <w:t>ab quran padhein, agar hum to quran mein shuru mein rasool allah salallahu alaihi wasallam ko kaha keh diya gaya tha: "asbir ala ma yaquloon".</w:t>
      </w:r>
    </w:p>
    <w:p>
      <w:pPr>
        <w:jc w:val="right"/>
      </w:pPr>
      <w:r>
        <w:t>اب قرآن پڑھیں، اگر ہم تو قرآن میں شروع میں رسول اللہ صلی اللہ علیہ وسلم کو کہا کہہ دیا گیا تھا: "اسبر علی ما یقولون"۔ کہ وہ لوگ جو کچھ کر رہے ہیں، کہہ رہے ہیں، اس پر تم صبر کرو اور ان کو اچھے طریقے سے اوائڈ کرو۔</w:t>
      </w:r>
    </w:p>
    <w:p>
      <w:r>
        <w:rPr>
          <w:b/>
        </w:rPr>
        <w:t xml:space="preserve">[32:05] </w:t>
      </w:r>
      <w:r>
        <w:t>ke woh log jo kuch kar rahe hain, keh rahe hain, is par tum sabr karo aur un ko achay tareeqay se avoid karo.</w:t>
      </w:r>
    </w:p>
    <w:p>
      <w:pPr>
        <w:jc w:val="right"/>
      </w:pPr>
      <w:r>
        <w:t>آج ہم نے کیا کر لیا ہے کہ: "اقتل علی ما یقولون ولا تہجرہم"۔ قرآن کے اگر اس کو لیں تو کیا ہوگا؟ کہ جو کچھ وہ کہہ رہے ہیں، اس پر ان کو قتل کرو۔</w:t>
      </w:r>
    </w:p>
    <w:p>
      <w:r>
        <w:rPr>
          <w:b/>
        </w:rPr>
        <w:t xml:space="preserve">[32:16] </w:t>
      </w:r>
      <w:r>
        <w:t>aaj hum ne kya kar liya hai ke: "aqtil ala ma yaquloon wa la tahjurhum". quran ke agar is ko lein to kya hoga? ke jo kuch woh keh rahe hain, is par un ko qatl karo.</w:t>
      </w:r>
    </w:p>
    <w:p>
      <w:pPr>
        <w:jc w:val="right"/>
      </w:pPr>
      <w:r>
        <w:t>اللہ تعالی نے کہا تھا رسول اللہ صلی اللہ علیہ وسلم کو کہ صبر کرو، اور آج ہم ان کو قتل کر رہے ہیں، اور ان کو نہ چھوڑو۔ تو یہ کیس ہے غلو کا۔ ہم کو سمجھنا چاہیے کہ ہم اس قانون بنانے کی کوشش کر رہے ہیں یا کچھ بھی کر رہے ہیں، تو ہم غلو کر رہے ہیں،</w:t>
      </w:r>
    </w:p>
    <w:p>
      <w:r>
        <w:rPr>
          <w:b/>
        </w:rPr>
        <w:t xml:space="preserve">[32:32] </w:t>
      </w:r>
      <w:r>
        <w:t>allah ta'ala ne kaha tha rasool allah salallahu alaihi wasallam ko ke sabr karo, aur aaj hum un ko qatl kar rahe hain, aur un ko na chhoden. to yeh case hai ghulu ka. hum ko samajhna chahiye ke hum is qanoon banane ki koshish kar rahe hain ya kuch bhi kar rahe hain, to hum ghulu kar rahe hain,</w:t>
      </w:r>
    </w:p>
    <w:p>
      <w:pPr>
        <w:jc w:val="right"/>
      </w:pPr>
      <w:r>
        <w:t>اور غلو اسلام کا طریقہ نہیں</w:t>
      </w:r>
    </w:p>
    <w:p>
      <w:r>
        <w:rPr>
          <w:b/>
        </w:rPr>
        <w:t xml:space="preserve">[32:35] </w:t>
      </w:r>
      <w:r>
        <w:t>aur ghulu islam ka tareeqa nahi</w:t>
      </w:r>
    </w:p>
    <w:p>
      <w:pPr>
        <w:jc w:val="right"/>
      </w:pPr>
      <w:r>
        <w:t>ہے، خواہ رسول اللہ صلی اللہ علیہ وسلم کے تعلق سے ہو یا کسی اور انسان کے تعلق سے ہو۔ غلو اسلام کا طریقہ نہیں ہے، یہ ہم کو سمجھنا پڑے گا۔ آہ، آپا یہ سوال ہے۔</w:t>
      </w:r>
    </w:p>
    <w:p>
      <w:r>
        <w:rPr>
          <w:b/>
        </w:rPr>
        <w:t xml:space="preserve">[32:47] </w:t>
      </w:r>
      <w:r>
        <w:t>hai, khwah rasool allah salallahu alaihi wasallam ke ta'alluq se ho ya kisi aur insan ke ta'alluq se ho. ghulu islam ka tareeqa nahi hai, yeh hum ko samajhna paray ga. aah, apa yeh sawal hai.</w:t>
      </w:r>
    </w:p>
    <w:p>
      <w:pPr>
        <w:jc w:val="right"/>
      </w:pPr>
      <w:r>
        <w:t>آہ، دو تین لوگوں نے یہ سوال پوچھا ہے۔ سمیلر کوئسچن ہے، جیسے آہ مسٹر باسط جمال نے دلی سے پوچھا ہے کہ: "آہ، ہاؤ ڈز بلیس فیمی لاء کانٹراڈکٹ دا پرپس اف اسلام"۔</w:t>
      </w:r>
    </w:p>
    <w:p>
      <w:r>
        <w:rPr>
          <w:b/>
        </w:rPr>
        <w:t xml:space="preserve">[33:01] </w:t>
      </w:r>
      <w:r>
        <w:t>aah, do teen logon ne yeh sawal poocha hai. similar question hai, jaise aah mr basit jamal ne delhi se poocha hai ke: "aah, how does blasphemy law contradict the purpose of islam".</w:t>
      </w:r>
    </w:p>
    <w:p>
      <w:pPr>
        <w:jc w:val="right"/>
      </w:pPr>
      <w:r>
        <w:t>آہ، اس کے بارے میں تھوڑا تھوڑی روشنی ڈالیں۔ آہ</w:t>
      </w:r>
    </w:p>
    <w:p>
      <w:r>
        <w:rPr>
          <w:b/>
        </w:rPr>
        <w:t xml:space="preserve">[33:05] </w:t>
      </w:r>
      <w:r>
        <w:t>aah, is ke baray mein thora thori roshni dalen. aah</w:t>
      </w:r>
    </w:p>
    <w:p>
      <w:pPr>
        <w:jc w:val="right"/>
      </w:pPr>
      <w:r>
        <w:t>، اسی طریقے، اسی ویسے ہی ملتا جلتا سوال آہ مس شازیہ خان نے لکھنو سے پوچھا ہے کہ: "واٹ از دا ماڈل دیٹ وی سی فرام دی لائف اف پرافٹ دیٹ شوز دیٹ واٹ مسلمز آر ڈوئنگ ٹوڈے ان دا نیم اف بلیس فیمی از ٹوٹلی رونگ"۔</w:t>
      </w:r>
    </w:p>
    <w:p>
      <w:r>
        <w:rPr>
          <w:b/>
        </w:rPr>
        <w:t xml:space="preserve">[33:23] </w:t>
      </w:r>
      <w:r>
        <w:t>, isi tareeqay, isi waise hi milta julta sawal aah miss shazia khan ne lucknow se poocha hai ke: "what is the model that we see from the life of prophet that shows that what muslims are doing today in the name of blasphemy is totally wrong".</w:t>
      </w:r>
    </w:p>
    <w:p>
      <w:pPr>
        <w:jc w:val="right"/>
      </w:pPr>
      <w:r>
        <w:t>تو ان دونوں سوالوں پہ تھوڑی سی روشنی ڈالیے آپ۔</w:t>
      </w:r>
    </w:p>
    <w:p>
      <w:r>
        <w:rPr>
          <w:b/>
        </w:rPr>
        <w:t xml:space="preserve">[33:29] </w:t>
      </w:r>
      <w:r>
        <w:t>to in dono sawalon pe thori si roshni daliye aap.</w:t>
      </w:r>
    </w:p>
    <w:p>
      <w:pPr>
        <w:jc w:val="right"/>
      </w:pPr>
      <w:r>
        <w:t>اصل میں مسلمان یہ بھول گئے ہیں کہ ہمارا جو رشتہ ہے نان مسلم سے، وہ دائی مدھو کا رشتہ ہے۔ وہ انہوں نے ان لوگوں کو اپنا رائیول سمجھ لیا ہے۔</w:t>
      </w:r>
    </w:p>
    <w:p>
      <w:r>
        <w:rPr>
          <w:b/>
        </w:rPr>
        <w:t xml:space="preserve">[33:41] </w:t>
      </w:r>
      <w:r>
        <w:t>asal mein musalman yeh bhool gaye hain ke hamara jo rishta hai non muslim se, woh d'ai madhu ka rishta hai. woh unhon ne in logon ko apna rival samajh liya hai.</w:t>
      </w:r>
    </w:p>
    <w:p>
      <w:pPr>
        <w:jc w:val="right"/>
      </w:pPr>
      <w:r>
        <w:t>ایک زمانہ تھا کہ تقریباً ہزار برس تک ساری دنیا پر مسلمان رول کر رہے</w:t>
      </w:r>
    </w:p>
    <w:p>
      <w:r>
        <w:rPr>
          <w:b/>
        </w:rPr>
        <w:t xml:space="preserve">[33:47] </w:t>
      </w:r>
      <w:r>
        <w:t>ek zaman tha ke taqreeban hazar baras tak sari dunya par musalman rule kar rahe</w:t>
      </w:r>
    </w:p>
    <w:p>
      <w:pPr>
        <w:jc w:val="right"/>
      </w:pPr>
      <w:r>
        <w:t>تھے۔ اب دوسرے لوگوں نے ترقی کی اور دوسرے لوگوں کو موقع ملا، اور یہ رسول خود قرآن میں آیا ہے کہ یہ جو اقتدار ہے، وہ اللہ تعالی دوسرے لوگوں کو دے گا، کیونکہ یہ ٹیسٹ کے پیپر ہیں۔</w:t>
      </w:r>
    </w:p>
    <w:p>
      <w:r>
        <w:rPr>
          <w:b/>
        </w:rPr>
        <w:t xml:space="preserve">[34:02] </w:t>
      </w:r>
      <w:r>
        <w:t>the. ab doosray logon ne taraqqi ki aur doosray logon ko mauqa mila, aur yeh rasool khud quran mein aya hai ke yeh jo iqtidaar hai, woh allah ta'ala doosray logon ko de ga, kyunke yeh test ke paper hain.</w:t>
      </w:r>
    </w:p>
    <w:p>
      <w:pPr>
        <w:jc w:val="right"/>
      </w:pPr>
      <w:r>
        <w:t>تو دوسرے لوگوں کو اقتدار ملے گا، لیکن مسلمانوں نے یہ سمجھا کہ دوسرے لوگوں نے سازش کر کے ہمارا اقتدار چھین لیا ہے۔</w:t>
      </w:r>
    </w:p>
    <w:p>
      <w:r>
        <w:rPr>
          <w:b/>
        </w:rPr>
        <w:t xml:space="preserve">[34:11] </w:t>
      </w:r>
      <w:r>
        <w:t>to doosray logon ko iqtidaar mile ga, lekin musalmanon ne yeh samjha ke doosray logon ne sazish kar ke hamara iqtidaar chheen liya hai.</w:t>
      </w:r>
    </w:p>
    <w:p>
      <w:pPr>
        <w:jc w:val="right"/>
      </w:pPr>
      <w:r>
        <w:t>تو وہ انہوں نے ان لوگوں کو رائیول سمجھا۔</w:t>
      </w:r>
    </w:p>
    <w:p>
      <w:r>
        <w:rPr>
          <w:b/>
        </w:rPr>
        <w:t xml:space="preserve">[34:16] </w:t>
      </w:r>
      <w:r>
        <w:t>we and they ka concept paida hua. to woh itna zyada is mamle mein sensitive ho gaye, woh defeatist mentality ki wajah se itna sensitive ho gaye ke zara sa bhi unke bare mein kuch kaha jata hai,</w:t>
      </w:r>
    </w:p>
    <w:p>
      <w:pPr>
        <w:jc w:val="right"/>
      </w:pPr>
      <w:r>
        <w:t>وی اینڈ دے کا کانسیپٹ پیدا ہوا۔ تو وہ اتنا زیادہ اس معاملے میں سینسٹیو ہو گئے، وہ ڈیفیٹسٹ مینٹیلیٹی کی وجہ سے اتنا سینسٹیو ہو گئے کہ ذرا سا بھی ان کے بارے میں کچھ کہا جاتا ہے،</w:t>
      </w:r>
    </w:p>
    <w:p>
      <w:r>
        <w:rPr>
          <w:b/>
        </w:rPr>
        <w:t xml:space="preserve">[34:31] </w:t>
      </w:r>
      <w:r>
        <w:t>quran ke bare mein, rasool ke bare mein, khaas taur par rasool ke bare mein, to woh bilkul provoke ho jate hain. halanke woh naya zamana hai, woh</w:t>
      </w:r>
    </w:p>
    <w:p>
      <w:pPr>
        <w:jc w:val="right"/>
      </w:pPr>
      <w:r>
        <w:t>قرآن کے بارے میں، رسول کے بارے میں، خاص طور پر رسول کے بارے میں، تو وہ بالکل پرووک ہو جاتے ہیں۔ حالانکہ وہ نیا زمانہ ہے، وہ</w:t>
      </w:r>
    </w:p>
    <w:p>
      <w:r>
        <w:rPr>
          <w:b/>
        </w:rPr>
        <w:t xml:space="preserve">[34:42] </w:t>
      </w:r>
      <w:r>
        <w:t>yeh samajhte nahi ke pehle zamane mein sabhi log provoke hote the, to woh itna zyada, itna zyada woh nahi tha.</w:t>
      </w:r>
    </w:p>
    <w:p>
      <w:pPr>
        <w:jc w:val="right"/>
      </w:pPr>
      <w:r>
        <w:t>یہ سمجھتے نہیں کہ پہلے زمانے میں سبھی لوگ پرووک ہوتے تھے، تو وہ اتنا زیادہ، اتنا زیادہ وہ نہیں تھا۔</w:t>
      </w:r>
    </w:p>
    <w:p>
      <w:r>
        <w:rPr>
          <w:b/>
        </w:rPr>
        <w:t xml:space="preserve">[34:51] </w:t>
      </w:r>
      <w:r>
        <w:t>mamla itna barhta nahi tha woh, aur pehle zamane mein media nahi tha. to lekin ab jo hai, sari duniya jo hai, woh badal gayi hai, aur religious freedom sari duniya ne accept kar liya hai.</w:t>
      </w:r>
    </w:p>
    <w:p>
      <w:pPr>
        <w:jc w:val="right"/>
      </w:pPr>
      <w:r>
        <w:t>معاملہ اتنا بڑھتا نہیں تھا وہ، اور پہلے زمانے میں میڈیا نہیں تھا۔ تو لیکن اب جو ہے، ساری دنیا جو ہے، وہ بدل گئی ہے، اور ریلیجس فریڈم ساری دنیا نے ایکسیپٹ کر لیا ہے۔</w:t>
      </w:r>
    </w:p>
    <w:p>
      <w:r>
        <w:rPr>
          <w:b/>
        </w:rPr>
        <w:t xml:space="preserve">[35:04] </w:t>
      </w:r>
      <w:r>
        <w:t>halanke religious freedom islam le kar aya, lekin baad mein musalman apna sab</w:t>
      </w:r>
    </w:p>
    <w:p>
      <w:pPr>
        <w:jc w:val="right"/>
      </w:pPr>
      <w:r>
        <w:t>حالانکہ ریلیجس فریڈم اسلام لے کر آیا، لیکن بعد میں مسلمان اپنا سب</w:t>
      </w:r>
    </w:p>
    <w:p>
      <w:r>
        <w:rPr>
          <w:b/>
        </w:rPr>
        <w:t xml:space="preserve">[35:10] </w:t>
      </w:r>
      <w:r>
        <w:t>q bhool gaye. unhone quran se aur rasool se hidayat lena chhod diya. ab sirf woh apne jazbat par chalte hain, aur woh yeh dekhte hi nahi ke duniya in sab cheezon ko chhod chuki hai.</w:t>
      </w:r>
    </w:p>
    <w:p>
      <w:pPr>
        <w:jc w:val="right"/>
      </w:pPr>
      <w:r>
        <w:t>ق بھول گئے۔ انہوں نے قرآن سے اور رسول سے ہدایت لینا چھوڑ دیا۔ اب صرف وہ اپنے جذبات پر چلتے ہیں، اور وہ یہ دیکھتے ہی نہیں کہ دنیا ان سب چیزوں کو چھوڑ چکی ہے۔</w:t>
      </w:r>
    </w:p>
    <w:p>
      <w:r>
        <w:rPr>
          <w:b/>
        </w:rPr>
        <w:t xml:space="preserve">[35:22] </w:t>
      </w:r>
      <w:r>
        <w:t>yeh sari cheezein, khaas taur par yeh church se aayi thi, aur ancient age mein intolerance bohat zyada tha. encyclopedia britannica mein aap dekh sakte hain ke woh age of intolerance</w:t>
      </w:r>
    </w:p>
    <w:p>
      <w:pPr>
        <w:jc w:val="right"/>
      </w:pPr>
      <w:r>
        <w:t>یہ ساری چیزیں، خاص طور پر یہ چرچ سے آئی تھیں، اور اینسینٹ ایج میں انٹولرنس بہت زیادہ تھا۔ انسائیکلوپیڈیا برٹینیکا میں آپ دیکھ سکتے ہیں کہ وہ ایج آف انٹولرنس</w:t>
      </w:r>
    </w:p>
    <w:p>
      <w:r>
        <w:rPr>
          <w:b/>
        </w:rPr>
        <w:t xml:space="preserve">[35:36] </w:t>
      </w:r>
      <w:r>
        <w:t>tha. to woh uski wajah se is tarah ki baatein jo blasphemy laws waghera bane, aaj bhi blasphemy law hai england ke jo law mein, lekin woh inactive hai.</w:t>
      </w:r>
    </w:p>
    <w:p>
      <w:pPr>
        <w:jc w:val="right"/>
      </w:pPr>
      <w:r>
        <w:t>تھا۔ تو وہ اس کی وجہ سے اس طریقے کی باتیں جو بلیس فیمی لاز وغیرہ بنے، آج بھی بلیس فیمی لاء ہے انگلینڈ کے جو لاء میں، لیکن وہ ان ایکٹیو ہے۔</w:t>
      </w:r>
    </w:p>
    <w:p>
      <w:r>
        <w:rPr>
          <w:b/>
        </w:rPr>
        <w:t xml:space="preserve">[35:48] </w:t>
      </w:r>
      <w:r>
        <w:t>lekin musalmanon ne isko activate kar liya, kyunke woh samajhte hain ke sari duniya hamari dushman hai. to unko yeh, unka yeh perception jo hai, unko badalna hoga, aur logon ko dai madhu ke hisab se dekhna hoga.</w:t>
      </w:r>
    </w:p>
    <w:p>
      <w:pPr>
        <w:jc w:val="right"/>
      </w:pPr>
      <w:r>
        <w:t>لیکن مسلمانوں نے اس کو ایکٹیویٹ کر لیا، کیونکہ وہ سمجھتے ہیں کہ ساری دنیا ہماری دشمن ہے۔ تو ان کو یہ، ان کا یہ پرسیپشن جو ہے، ان کو بدلنا ہوگا، اور لوگوں کو دائی مدھو کے حساب سے دیکھنا ہوگا۔</w:t>
      </w:r>
    </w:p>
    <w:p>
      <w:r>
        <w:rPr>
          <w:b/>
        </w:rPr>
        <w:t xml:space="preserve">[36:04] </w:t>
      </w:r>
      <w:r>
        <w:t>tab tamam log jo hain, jaise ke Maulana sahib ne bar bar kaha ke yeh duniya dar-ul-insaan hai, dushman aur dost mein yeh duniya nahi baanti ja sakti.</w:t>
      </w:r>
    </w:p>
    <w:p>
      <w:pPr>
        <w:jc w:val="right"/>
      </w:pPr>
      <w:r>
        <w:t>تب تمام لوگ جو ہیں، جیسے کہ مولانا صاحب نے بار بار کہا کہ یہ دنیا دارالانسان ہے، دشمن اور دوست میں یہ دنیا نہیں بانٹی جا سکتی۔</w:t>
      </w:r>
    </w:p>
    <w:p>
      <w:r>
        <w:rPr>
          <w:b/>
        </w:rPr>
        <w:t xml:space="preserve">[36:14] </w:t>
      </w:r>
      <w:r>
        <w:t>aur jo hum ko, har ek ko, hamein Khuda ki baat batani hai, Khuda ka paigham pahunchana hai, chahe woh musalman ho, na non-muslim ho, sab ko hamein Khuda ki baat pahunchani hai.</w:t>
      </w:r>
    </w:p>
    <w:p>
      <w:pPr>
        <w:jc w:val="right"/>
      </w:pPr>
      <w:r>
        <w:t>اور جو ہم کو، ہر ایک کو، ہمیں خدا کی بات بتانی ہے، خدا کا پیغام پہنچانا ہے، چاہے وہ مسلمان ہو، نہ نان مسلم ہو، سب کو ہمیں خدا کی بات پہنچانی ہے۔</w:t>
      </w:r>
    </w:p>
    <w:p>
      <w:r>
        <w:rPr>
          <w:b/>
        </w:rPr>
        <w:t xml:space="preserve">[36:26] </w:t>
      </w:r>
      <w:r>
        <w:t>aur yahi hamara rishta hai un logon ke sath. woh</w:t>
      </w:r>
    </w:p>
    <w:p>
      <w:pPr>
        <w:jc w:val="right"/>
      </w:pPr>
      <w:r>
        <w:t>اور یہی ہمارا رشتہ ہے ان لوگوں کے ساتھ۔ وہ</w:t>
      </w:r>
    </w:p>
    <w:p>
      <w:r>
        <w:rPr>
          <w:b/>
        </w:rPr>
        <w:t xml:space="preserve">[36:30] </w:t>
      </w:r>
      <w:r>
        <w:t>dushman aur dost ka rishta nahi hai, balke potential friend ka rishta hai. agar dushman ke sath hum acha sulook karein to woh hamara kal dost ban jayega.</w:t>
      </w:r>
    </w:p>
    <w:p>
      <w:pPr>
        <w:jc w:val="right"/>
      </w:pPr>
      <w:r>
        <w:t>دشمن اور دوست کا رشتہ نہیں ہے، بلکہ پوٹینشل فرینڈ کا رشتہ ہے۔ اگر دشمن کے ساتھ ہم اچھا سلوک کریں تو وہ ہمارا کل دوست بن جائے گا۔</w:t>
      </w:r>
    </w:p>
    <w:p>
      <w:r>
        <w:rPr>
          <w:b/>
        </w:rPr>
        <w:t xml:space="preserve">[36:41] </w:t>
      </w:r>
      <w:r>
        <w:t>to yahi unko discover karna hai. ji apa, mere mein in fact yeh bhi samajhta hoon ke yeh jo response muslims, sum of these muslims have been giving in the subject of b</w:t>
      </w:r>
    </w:p>
    <w:p>
      <w:pPr>
        <w:jc w:val="right"/>
      </w:pPr>
      <w:r>
        <w:t>تو یہی ان کو ڈسکور کرنا ہے۔ جی آپا، میرے میں ان فیکٹ یہ بھی سمجھتا ہوں کہ یہ جو رسپانس مسلمز، سم اف دیز مسلمز ہیو بین گیونگ ان دی سبجیکٹ اف ب</w:t>
      </w:r>
    </w:p>
    <w:p>
      <w:r>
        <w:rPr>
          <w:b/>
        </w:rPr>
        <w:t xml:space="preserve">[36:55] </w:t>
      </w:r>
      <w:r>
        <w:t>blasphemy, it is nothing less than doing a self goal. and i will explain why i am saying this. ah, jaise aap ne apa abhi bataya, bohat sahi ke ek musalman ya ek momin ki identity uske dai hone se establish hoti hai.</w:t>
      </w:r>
    </w:p>
    <w:p>
      <w:pPr>
        <w:jc w:val="right"/>
      </w:pPr>
      <w:r>
        <w:t>لیس فیمی، اٹ از نتھنگ لیس دین ڈوئنگ ا سیلف گول۔ اینڈ آئی ویل ایکسپلین وائی آئی ایم سینگ دس۔ آہ، جیسے آپ نے آپا ابھی بتایا، بہت صحیح کہ ایک مسلم یا ایک مومن کی آئیڈینٹیٹی اس کے دائی ہونے سے اسٹیبلش ہوتی ہے۔</w:t>
      </w:r>
    </w:p>
    <w:p>
      <w:r>
        <w:rPr>
          <w:b/>
        </w:rPr>
        <w:t xml:space="preserve">[37:09] </w:t>
      </w:r>
      <w:r>
        <w:t>to is duniya mein ah, har ek musalman ke liye ah, ek hi equ</w:t>
      </w:r>
    </w:p>
    <w:p>
      <w:pPr>
        <w:jc w:val="right"/>
      </w:pPr>
      <w:r>
        <w:t>تو اس دنیا میں آہ، ہر ایک مسلمان کے لیے آہ، ایک ہی ایکوی</w:t>
      </w:r>
    </w:p>
    <w:p>
      <w:r>
        <w:rPr>
          <w:b/>
        </w:rPr>
        <w:t xml:space="preserve">[37:14] </w:t>
      </w:r>
      <w:r>
        <w:t>ation hai, woh hai dai aur madhu ki equation. ah, which means that every dai has to be a lot more patient, a lot more tolerant, and above all, you know, be a well-wisher for entire humanity.</w:t>
      </w:r>
    </w:p>
    <w:p>
      <w:pPr>
        <w:jc w:val="right"/>
      </w:pPr>
      <w:r>
        <w:t>شن ہے، وہ ہے دائی اور مدھو کی ایکویشن۔ آہ، وچ مینز دیٹ ایوری دائی ہیز ٹو بی لاٹ مور پیشنٹ، لاٹ مور ٹولرنٹ، اینڈ اباؤ ال، یو نو، بی ا ویل وشر فار انٹائر ہیومینٹی۔</w:t>
      </w:r>
    </w:p>
    <w:p>
      <w:r>
        <w:rPr>
          <w:b/>
        </w:rPr>
        <w:t xml:space="preserve">[37:27] </w:t>
      </w:r>
      <w:r>
        <w:t>ah, main bhi jab logon se discussion karta hoon, yeh subject bohat zyada samne aata hai.</w:t>
      </w:r>
    </w:p>
    <w:p>
      <w:pPr>
        <w:jc w:val="right"/>
      </w:pPr>
      <w:r>
        <w:t>آہ، میں بھی جب لوگوں سے ڈسکشن کرتا ہوں، یہ سبجیکٹ بہت زیادہ سامنے آتا ہے۔</w:t>
      </w:r>
    </w:p>
    <w:p>
      <w:r>
        <w:rPr>
          <w:b/>
        </w:rPr>
        <w:t xml:space="preserve">[37:32] </w:t>
      </w:r>
      <w:r>
        <w:t>ah, but agar hum ah, quran ko dekhein, ah, yeh sab log ah, is baat se zaroor agree karenge ke jo quran utara gaya, woh ah, sirf musalmanon ke liye nahi utara gaya, balke ah, poori insaniyat ke liye utara gaya.</w:t>
      </w:r>
    </w:p>
    <w:p>
      <w:pPr>
        <w:jc w:val="right"/>
      </w:pPr>
      <w:r>
        <w:t>آہ، بٹ اگر ہم آہ، قرآن کو دیکھیں، آہ، یہ سب لوگ آہ، اس بات سے ضرور ایگری کریں گے کہ جو قرآن اتارا گیا، وہ آہ، صرف مسلمانوں کے لیے نہیں اتارا گیا، بلکہ آہ، پوری انسانیت کے لیے اتارا گیا۔</w:t>
      </w:r>
    </w:p>
    <w:p>
      <w:r>
        <w:rPr>
          <w:b/>
        </w:rPr>
        <w:t xml:space="preserve">[37:44] </w:t>
      </w:r>
      <w:r>
        <w:t>is mein message hai poori insaniyat ke liye. ab isi mein woh ayat bhi aati hai, aap ne bhi bataya ke prophet of islam was sent as a mercy to humanity.</w:t>
      </w:r>
    </w:p>
    <w:p>
      <w:pPr>
        <w:jc w:val="right"/>
      </w:pPr>
      <w:r>
        <w:t>اس میں میسج ہے پوری انسانیت کے لیے۔ اب اسی میں وہ آیت بھی آتی ہے، آپ نے بھی بتایا کہ پرافٹ اف اسلام واز سینڈ ایز ا مرسی ٹو ہیومینٹی۔</w:t>
      </w:r>
    </w:p>
    <w:p>
      <w:r>
        <w:rPr>
          <w:b/>
        </w:rPr>
        <w:t xml:space="preserve">[37:55] </w:t>
      </w:r>
      <w:r>
        <w:t>ab yahan pe sochne wali baat yeh hai ke aap mercyful ya forgiving aap kab banenge kisi ah, opposite party ke liye?</w:t>
      </w:r>
    </w:p>
    <w:p>
      <w:pPr>
        <w:jc w:val="right"/>
      </w:pPr>
      <w:r>
        <w:t>اب یہاں پہ سوچنے والی بات یہ ہے کہ آپ مرسی فل یا فورگیونگ آپ کب بنیں گے کسی آہ، اپوزٹ پارٹی کے لیے؟</w:t>
      </w:r>
    </w:p>
    <w:p>
      <w:r>
        <w:rPr>
          <w:b/>
        </w:rPr>
        <w:t xml:space="preserve">[38:04] </w:t>
      </w:r>
      <w:r>
        <w:t>ah, aap mercyful ya forgiving normal situation mein nahi honge, ya phir jab aap ke taluqat bohat ache hon, aap ko bohat appreciate kiya jaye.</w:t>
      </w:r>
    </w:p>
    <w:p>
      <w:pPr>
        <w:jc w:val="right"/>
      </w:pPr>
      <w:r>
        <w:t>آہ، آپ مرسی فل یا فورگیونگ نارمل سچویشن میں نہیں ہوں گے، یا پھر جب آپ کے تعلقات بہت اچھے ہوں، آپ آپ کو بہت ایپریشیٹ کیا جائے۔</w:t>
      </w:r>
    </w:p>
    <w:p>
      <w:r>
        <w:rPr>
          <w:b/>
        </w:rPr>
        <w:t xml:space="preserve">[38:13] </w:t>
      </w:r>
      <w:r>
        <w:t>ah, yeh forgiveness ya mercyfulness tab aati hai ah, jab aap ko abuse kiya jaye, aap ko oppress kiya jaye, insult kiya jaye, aap ke sath injustice kari jaye.</w:t>
      </w:r>
    </w:p>
    <w:p>
      <w:pPr>
        <w:jc w:val="right"/>
      </w:pPr>
      <w:r>
        <w:t>آہ، یہ فورگیونس یا مرسی فلنس تب آتی ہے آہ، جب آپ کو ابیوز کیا جائے، آپ کو اپریس کیا جائے، انسرٹ کیا جائے، آپ کے ساتھ انجسٹس کری جائے۔</w:t>
      </w:r>
    </w:p>
    <w:p>
      <w:r>
        <w:rPr>
          <w:b/>
        </w:rPr>
        <w:t xml:space="preserve">[38:22] </w:t>
      </w:r>
      <w:r>
        <w:t>is</w:t>
      </w:r>
    </w:p>
    <w:p>
      <w:pPr>
        <w:jc w:val="right"/>
      </w:pPr>
      <w:r>
        <w:t>اس</w:t>
      </w:r>
    </w:p>
    <w:p>
      <w:r>
        <w:rPr>
          <w:b/>
        </w:rPr>
        <w:t xml:space="preserve">[38:23] </w:t>
      </w:r>
      <w:r>
        <w:t>ke baad agar aap mercyful hote hain, tab aap mercyful ya forgive ah, forgiver kehlata hain. aur prophet ki zindagi se bhi hum ne yahi dekha ke unhone ah, kis tarah woh jitne log jo unko oppose karte the ya abuse karte the, jaise apa ne bataya, to kaise unhone unko maaf kar diya.</w:t>
      </w:r>
    </w:p>
    <w:p>
      <w:pPr>
        <w:jc w:val="right"/>
      </w:pPr>
      <w:r>
        <w:t>کے بعد اگر آپ مرسی فل ہوتے ہیں، تب آپ مرسی فل یا فورگیو آہ، فورگیور کہلاتے ہیں۔ اور پرافٹ کی زندگی سے بھی ہم نے یہی دیکھا کہ انہوں نے آہ، کس طرح وہ جتنے لوگ جو ان کو اپوز کرتے تھے یا ابیوز کرتے تھے، جیسے آپا نے بتایا، تو کیسے انہوں نے ان کو معاف کر دیا۔</w:t>
      </w:r>
    </w:p>
    <w:p>
      <w:r>
        <w:rPr>
          <w:b/>
        </w:rPr>
        <w:t xml:space="preserve">[38:42] </w:t>
      </w:r>
      <w:r>
        <w:t>aur</w:t>
      </w:r>
    </w:p>
    <w:p>
      <w:pPr>
        <w:jc w:val="right"/>
      </w:pPr>
      <w:r>
        <w:t>اور</w:t>
      </w:r>
    </w:p>
    <w:p>
      <w:r>
        <w:rPr>
          <w:b/>
        </w:rPr>
        <w:t xml:space="preserve">[38:43] </w:t>
      </w:r>
      <w:r>
        <w:t>aah, prophet is a role model for all muslims, and if prophet is a forgiver, and he is a merciful personality for everyone.</w:t>
      </w:r>
    </w:p>
    <w:p>
      <w:pPr>
        <w:jc w:val="right"/>
      </w:pPr>
      <w:r>
        <w:t>آہ، پرافٹ از ا رول ماڈل فار آل مسلمز، اینڈ اف پرافٹ از ا فورگیور، اینڈ ہی از ا مرسی فل پرسنیلٹی فار ایوری ون۔</w:t>
      </w:r>
    </w:p>
    <w:p>
      <w:r>
        <w:rPr>
          <w:b/>
        </w:rPr>
        <w:t xml:space="preserve">[38:52] </w:t>
      </w:r>
      <w:r>
        <w:t>that this is the same conduct or trade that we have to adopt in a life. to apa, jab mein islamic history ke baray mein bhi parh raha tha, to mujhe kai example samnay aaye, jaise aah, Safwan bin Umayya ka example hai ke woh kaise bees saal se bhi zyada prophet ke khilaf</w:t>
      </w:r>
    </w:p>
    <w:p>
      <w:pPr>
        <w:jc w:val="right"/>
      </w:pPr>
      <w:r>
        <w:t>دیٹ دس از دا سیم کنڈکٹ اور ٹریڈ دیٹ وی ہیو ٹو اڈاپٹ ان ا لائف۔ تو آپا، جب میں اسلامک ہسٹری کے بارے میں بھی پڑھ رہا تھا، تو مجھے کئی ایگزیمپل سامنے آئے، جیسے آہ، صفوان بن امیہ کا ایگزیمپل ہے کہ وہ کیسے بیس سال سے بھی زیادہ پرافٹ کے خلاف</w:t>
      </w:r>
    </w:p>
    <w:p>
      <w:r>
        <w:rPr>
          <w:b/>
        </w:rPr>
        <w:t xml:space="preserve">[39:11] </w:t>
      </w:r>
      <w:r>
        <w:t>rahe. he was one of the bitter enemies of the enemy of the prophet, and aah, Khalid bin Waleed aah, jo war general thay, woh un ke bohat qareebi dost thay.</w:t>
      </w:r>
    </w:p>
    <w:p>
      <w:pPr>
        <w:jc w:val="right"/>
      </w:pPr>
      <w:r>
        <w:t>رہے۔ ہی واز ون اف دا بٹر اینمیز اف دا اینمی اف دا پرافٹ، اینڈ آہ، خالد بن ولید آہ، جو وار جنرل تھے، وہ ان کے بہت قریبی دوست تھے۔</w:t>
      </w:r>
    </w:p>
    <w:p>
      <w:r>
        <w:rPr>
          <w:b/>
        </w:rPr>
        <w:t xml:space="preserve">[39:20] </w:t>
      </w:r>
      <w:r>
        <w:t>unhon ne un ko dawat di, lekin unhon ne kaha ke mein kabhi bhi prophet ko mein follow nahi karunga. aah, in fact, un ke jo cousin aah, Umair thay, aur jo un ke dost bhi thay, unhon ne prophet aah, ko marne ke liye un ko Madinah bheja, jab prophet Madinah mein</w:t>
      </w:r>
    </w:p>
    <w:p>
      <w:pPr>
        <w:jc w:val="right"/>
      </w:pPr>
      <w:r>
        <w:t>انہوں نے ان کو دعویٰ دیا، لیکن انہوں نے کہا کہ میں کبھی بھی پرافٹ کو میں فالو نہیں کروں گا۔ آہ، ان فیکٹ، ان کے جو کزن آہ، عمیر تھے، اور جو ان کے دوست بھی تھے، انہوں نے پرافٹ آہ، کو مارنے کے لیے ان کو مدینہ بھیجا، جب پرافٹ مدینہ میں</w:t>
      </w:r>
    </w:p>
    <w:p>
      <w:r>
        <w:rPr>
          <w:b/>
        </w:rPr>
        <w:t xml:space="preserve">[39:37] </w:t>
      </w:r>
      <w:r>
        <w:t>thay. aah, lekin Umair ne khud prophet ko aah, follow aah, karna behtar samjha. aah, ab yahan pe hum dekhte hain ke yeh to aah, blasphemy se bhi zyada aagay ki baat ho gayi ke prophet ko marne ke liye unhon ne plan banaya.</w:t>
      </w:r>
    </w:p>
    <w:p>
      <w:pPr>
        <w:jc w:val="right"/>
      </w:pPr>
      <w:r>
        <w:t>تھے۔ آہ، لیکن عمیر نے خود پرافٹ کو آہ، فالو آہ، کرنا بہتر سمجھا۔ آہ، اب یہاں پہ ہم دیکھتے ہیں کہ یہ تو آہ، بلیس فیمی سے بھی زیادہ آگے کی بات ہو گئی کہ پرافٹ کو مارنے کے لیے انہوں نے پلان بنایا۔</w:t>
      </w:r>
    </w:p>
    <w:p>
      <w:r>
        <w:rPr>
          <w:b/>
        </w:rPr>
        <w:t xml:space="preserve">[39:51] </w:t>
      </w:r>
      <w:r>
        <w:t>aah, isi aah, aah, isi Safwan bin Umayya ko prophet ne maaf bhi kiya aur ooncha uhda bhi diya. is</w:t>
      </w:r>
    </w:p>
    <w:p>
      <w:pPr>
        <w:jc w:val="right"/>
      </w:pPr>
      <w:r>
        <w:t>آہ، اسی آہ، آہ، اسی صفوان بن امیہ کو پرافٹ نے معاف بھی کیا اور اونچا عہدہ بھی دیا۔ اس</w:t>
      </w:r>
    </w:p>
    <w:p>
      <w:r>
        <w:rPr>
          <w:b/>
        </w:rPr>
        <w:t xml:space="preserve">[39:59] </w:t>
      </w:r>
      <w:r>
        <w:t>hi tareeqay se hum Abu Sufyan ka example dekhte hain, ya Umar bin Suhail ka dekhte hain ke kaise Umar bin Suhail bhi woh personality thay jinhon ne Hudaybiyyah treaty ke waqt Rasool ka word aah, erase kiya tha.</w:t>
      </w:r>
    </w:p>
    <w:p>
      <w:pPr>
        <w:jc w:val="right"/>
      </w:pPr>
      <w:r>
        <w:t>ی طریقے سے ہم ابو سفیان کا ایگزیمپل دیکھتے ہیں، یا عمر بن سہیل کا دیکھتے ہیں کہ کیسے عمر بن سہیل بھی وہ پرسنیلٹی تھے جنہوں نے حدیبیہ ٹریٹی کے وقت رسول کا ورڈ آہ، ایریز کیا تھا۔</w:t>
      </w:r>
    </w:p>
    <w:p>
      <w:r>
        <w:rPr>
          <w:b/>
        </w:rPr>
        <w:t xml:space="preserve">[40:11] </w:t>
      </w:r>
      <w:r>
        <w:t>lekin prophet ne un ko bhi jab Makkah Makkah fateh hua, aah, un ko maaf kiya. aur wohi Umar bin Suhail baad mein aagay ja ke jab prophet ki death hui thi to woh kharay hue, and he was a very good orator, and he spoke aah, aah, with lot of passion ke prophet ke aah, aah, death ke baad Islam aur zyada strong</w:t>
      </w:r>
    </w:p>
    <w:p>
      <w:pPr>
        <w:jc w:val="right"/>
      </w:pPr>
      <w:r>
        <w:t>لیکن پرافٹ نے ان کو بھی جب مکہ مکہ فتح ہوا، آہ، ان کو معاف کیا۔ اور وہی عمر بن سہیل بعد میں آگے جا کے جب پرافٹ کی ڈیتھ ہوئی تھی تو وہ کھڑے ہوئے، اینڈ ہی واز ا ویری گڈ اوریٹر، اینڈ ہی سپوک آہ، آہ، ود لاٹ اف پیشن کہ پرافٹ کے آہ، آہ، ڈیتھ کے بعد اسلام اور زیادہ سٹرونگ</w:t>
      </w:r>
    </w:p>
    <w:p>
      <w:r>
        <w:rPr>
          <w:b/>
        </w:rPr>
        <w:t xml:space="preserve">[40:34] </w:t>
      </w:r>
      <w:r>
        <w:t>ho gaya hai. to kaise log wapas mud ke aaye. aah, to yeh jaanna bohat zaroori hai ke Islam aah, objective is to root root out the cause of blasphemy, and not give command aah, to kill people.</w:t>
      </w:r>
    </w:p>
    <w:p>
      <w:pPr>
        <w:jc w:val="right"/>
      </w:pPr>
      <w:r>
        <w:t>ہو گیا ہے۔ تو کیسے لوگ واپس مڑ کے آئے۔ آہ، تو یہ جاننا بہت ضروری ہے کہ اسلام آہ، ابجیکٹو از ٹو روٹ روٹ آؤٹ دی کاز اف بلیس فیمی، اینڈ ناٹ گیو کمانڈ آہ، ٹو کل پیپل۔</w:t>
      </w:r>
    </w:p>
    <w:p>
      <w:r>
        <w:rPr>
          <w:b/>
        </w:rPr>
        <w:t xml:space="preserve">[40:49] </w:t>
      </w:r>
      <w:r>
        <w:t>aah, and this is very important that aah, we have to recognize. aah, mein is mein add karna chahunga,</w:t>
      </w:r>
    </w:p>
    <w:p>
      <w:pPr>
        <w:jc w:val="right"/>
      </w:pPr>
      <w:r>
        <w:t>آہ، اینڈ دس از ویری امپورٹنٹ دیٹ آہ، وی ہیو ٹو ریکگنائز۔ آہ، میں اس میں ایڈ کرنا چاہوں گا،</w:t>
      </w:r>
    </w:p>
    <w:p>
      <w:r>
        <w:rPr>
          <w:b/>
        </w:rPr>
        <w:t xml:space="preserve">[40:59] </w:t>
      </w:r>
      <w:r>
        <w:t>Quran mein bataya gaya: "Ma yaatihim min rasoolin illa kaano bihi yastahzi'oon" ke jo bhi Rasool aaye, un ka mazaaq uraya gaya hai. to asal hota kya hai ke koi bhi insaan jo aata hai aur Rasool bankar aaye, to kisi doosre insaan ko us ke imaan aur us ke fikr se hatana bohat hi mushkil kaam hota hai.</w:t>
      </w:r>
    </w:p>
    <w:p>
      <w:pPr>
        <w:jc w:val="right"/>
      </w:pPr>
      <w:r>
        <w:t>قرآن میں بتایا گیا: "ما یاتیہم من رسول الا کانو بہ یستہزیعون" کہ جو بھی رسول آئے، ان کا مذاق اڑایا گیا ہے۔ تو اصل ہوتا کیا ہے کہ کوئی بھی انسان جو آتا ہے اور رسول بن کر آئے، تو کسی دوسرے انسان کو اس کے ایمان اور اس کے فکر سے ہٹانا بہت ہی مشکل کام ہوتا ہے۔</w:t>
      </w:r>
    </w:p>
    <w:p>
      <w:r>
        <w:rPr>
          <w:b/>
        </w:rPr>
        <w:t xml:space="preserve">[41:19] </w:t>
      </w:r>
      <w:r>
        <w:t>intehai mushkil kaam hai. ab is maidan mein koi bhi aayega, us ko koi gaali dega, koi mazaaq urayega, yeh to hota rahega. ab agar blasphemy ka law aa jata, Allah taala aah, nazil kar deta to koi bhi insaan nahi bach sakta tha.</w:t>
      </w:r>
    </w:p>
    <w:p>
      <w:pPr>
        <w:jc w:val="right"/>
      </w:pPr>
      <w:r>
        <w:t>انتہائی مشکل کام ہے۔ اب اس میدان میں کوئی بھی آئے گا، اس کو کوئی گالی دے گا، کوئی مذاق اڑائے گا، یہ تو ہوتا رہے گا۔ اب اگر بلیس فیمی کا لاء آ جاتا، اللہ تعالی آہ، نازل کر دیتا تو کوئی بھی انسان نہیں بچ سکتا تھا۔</w:t>
      </w:r>
    </w:p>
    <w:p>
      <w:r>
        <w:rPr>
          <w:b/>
        </w:rPr>
        <w:t xml:space="preserve">[41:34] </w:t>
      </w:r>
      <w:r>
        <w:t>even Islam ki tareekh dekhein to jaisa ke abhi apa aur Regis sahib ne misaal diya, maine bhi parhi hai, mere zehn mein beshumar misaal aa rahi hain. Hazrat Umar bhi bach nahi paate kyunke Hazrat Umar ne aah, jab nikle thay ke qatal karenge, us se pehle to sab ko takleef dete hi thay, nikle thay qatal karenge.</w:t>
      </w:r>
    </w:p>
    <w:p>
      <w:pPr>
        <w:jc w:val="right"/>
      </w:pPr>
      <w:r>
        <w:t>ایون اسلام کی تاریخ دیکھیں تو جیسا کہ ابھی آپا اور رجس صاحب نے مثال دیا، میں نے بھی پڑھی ہے، میرے ذہن میں بے شمار مثال آ رہی ہیں۔ حضرت عمر بھی بچ نہیں پاتے کیونکہ حضرت عمر نے آہ، جب نکلے تھے کہ قتل کریں گے، اس سے پہلے تو سب کو تکلیف دیتے ہی تھے، نکلے تھے قتل کریں گے۔</w:t>
      </w:r>
    </w:p>
    <w:p>
      <w:r>
        <w:rPr>
          <w:b/>
        </w:rPr>
        <w:t xml:space="preserve">[41:50] </w:t>
      </w:r>
      <w:r>
        <w:t>to us waqt kisi ne poocha tha: "yeh kahan ja rahe ho?" to kaha: "Hazrat Umar ne yeh kaha tha ke mein is be-deen ko maarne ja raha hoon jis ne hamare Arab ke aah, Arab mein bilkul tafreeqa paida kar diya, ikhtilaf paida kar diya hai." to yeh lafz dekhiye: "mein is be-deen ko maarne ja raha hoon" yeh to bilkul hi sarapa us ki baat hai.</w:t>
      </w:r>
    </w:p>
    <w:p>
      <w:pPr>
        <w:jc w:val="right"/>
      </w:pPr>
      <w:r>
        <w:t>تو اس وقت کسی نے پوچھا تھا: "یہ کہاں جا رہے ہو؟" تو کہا: "حضرت عمر نے یہ کہا تھا کہ میں اس بے دین کو مارنے جا رہا ہوں جس نے ہمارے عرب کے آہ، عرب میں بالکل تفرقہ پیدا کر دیا، اختلاف پیدا کر دیا ہے۔" تو یہ لفظ دیکھیے: "میں اس بے دین کو مارنے جا رہا ہوں" یہ تو بالکل ہی سراپہ اس کی بات ہے۔</w:t>
      </w:r>
    </w:p>
    <w:p>
      <w:r>
        <w:rPr>
          <w:b/>
        </w:rPr>
        <w:t xml:space="preserve">[42:13] </w:t>
      </w:r>
      <w:r>
        <w:t>fateh Makkah ke mauqay par Hind ne kaha tha: "Hind wohi hai jo Rasool Allah salallahu alayhi wasallam ki bitter dushman thi aur aap ke chacha ko aah, marwane ka kaam saunpa tha aur bhi doosri cheezein karti rehti thi." us ne yeh kaha tha:</w:t>
      </w:r>
    </w:p>
    <w:p>
      <w:pPr>
        <w:jc w:val="right"/>
      </w:pPr>
      <w:r>
        <w:t>فتح مکہ کے موقع پر ہند نے کہا تھا: "ہند وہی ہے جو رسول اللہ صلی اللہ علیہ وسلم کی بیٹر دشمن تھی اور آپ کے چچا کو آہ، مروانے کا کام سونپا تھا اور بھی دوسری چیزیں کرتی رہتی تھی۔" اس نے یہ کہا تھا:</w:t>
      </w:r>
    </w:p>
    <w:p>
      <w:r>
        <w:rPr>
          <w:b/>
        </w:rPr>
        <w:t xml:space="preserve">[42:30] </w:t>
      </w:r>
      <w:r>
        <w:t>"Ya Rasool Allah! Ma kaana 'ala zahril ardi min ahl-i-khabaa'in ahabb ilayhi min ahl-i-khabaa'ik, thumma ma asbaha al-yawma 'ala zahril ardi ahl-i-khabaa'in ahabb ilayhi min an ya'uzzu min ahl-i-khabaa'ik.</w:t>
      </w:r>
    </w:p>
    <w:p>
      <w:pPr>
        <w:jc w:val="right"/>
      </w:pPr>
      <w:r>
        <w:t>"یا رسول اللہ! ما کان علی ظہر الارض من اہل خباء احب الیہ من اہل خبائک، ثم ما اصبح اليوم علی ظہر الارض اہل خباء احب الیہ من ان یعزو من اہل خبائک۔</w:t>
      </w:r>
    </w:p>
    <w:p>
      <w:r>
        <w:rPr>
          <w:b/>
        </w:rPr>
        <w:t xml:space="preserve">[42:46] </w:t>
      </w:r>
      <w:r>
        <w:t>" aey Allah ke Rasool! aaj se pehle rooye zameen par koi bhi khayma wala aisa nahi tha jis ke baray mein mujhe sab se zyada pasandeeda ho ke woh zaleel ho.</w:t>
      </w:r>
    </w:p>
    <w:p>
      <w:pPr>
        <w:jc w:val="right"/>
      </w:pPr>
      <w:r>
        <w:t>" اے اللہ کے رسول! آج سے پہلے روئے زمین پر کوئی بھی خیمہ والا ایسا نہیں تھا جس کے بارے میں مجھے سب سے زیادہ پسندیدہ ہو کہ وہ ذلیل ہو۔</w:t>
      </w:r>
    </w:p>
    <w:p>
      <w:r>
        <w:rPr>
          <w:b/>
        </w:rPr>
        <w:t xml:space="preserve">[42:55] </w:t>
      </w:r>
      <w:r>
        <w:t>yani Rasool Allah salallahu alayhi wasallam sab se zyada zaleel hona ko zaleel karna Hind ko pasandeeda tha. aur ab mujhe sab se zyada pasandeeda yeh hai ke aap aur aap ke log woh izzat paayein.</w:t>
      </w:r>
    </w:p>
    <w:p>
      <w:pPr>
        <w:jc w:val="right"/>
      </w:pPr>
      <w:r>
        <w:t>یعنی رسول اللہ صلی اللہ علیہ وسلم سب سے زیادہ ذلیل ہونا کو ذلیل کرنا ہند کو پسند تھا۔ اور اب مجھے سب سے زیادہ پسندیدہ یہ ہے کہ آپ اور آپ کے لوگ وہ عزت پائیں۔</w:t>
      </w:r>
    </w:p>
    <w:p>
      <w:r>
        <w:rPr>
          <w:b/>
        </w:rPr>
        <w:t xml:space="preserve">[43:10] </w:t>
      </w:r>
      <w:r>
        <w:t>to ab dekhiye, agar insaan aah, ke liye yeh qanoon ban jata to koi bhi insaan bach nahi pata tha. Makkah ke andar to ek insaan bhi bach nahi pata, Madinah ke andar bhi kuch log bach sakte to bach sakte thay, dehati koi bhi nahi bachta, badu jis ko kehte hain, koi bhi nahi bachta tha.</w:t>
      </w:r>
    </w:p>
    <w:p>
      <w:pPr>
        <w:jc w:val="right"/>
      </w:pPr>
      <w:r>
        <w:t>تو اب دیکھیے، اگر انسان آہ کے لیے یہ قانون بن جاتا تو کوئی بھی انسان بچ نہیں پاتا تھا۔ مکہ کے اندر تو ایک انسان بھی بچ نہیں پاتا، مدینہ کے اندر بھی کچھ لوگ بچ سکتے تو بچ سکتے تھے، دیہاتی کوئی بھی نہیں بچتا، بدو جس کو کہتے ہیں، کوئی بھی نہیں بچ سکتا تھا۔</w:t>
      </w:r>
    </w:p>
    <w:p>
      <w:r>
        <w:rPr>
          <w:b/>
        </w:rPr>
        <w:t xml:space="preserve">[43:26] </w:t>
      </w:r>
      <w:r>
        <w:t>Taif ke log saare log maare jaate hain. phir is ke baad hum jo aaj Rasool Allah salallahu alayhi wasallam ke naam par kar rahe hain, hum bhi koi, hum kisi ko nahi maloom rehta ke Islam kya hai kyunke sab log mar jaate hain us waqt.</w:t>
      </w:r>
    </w:p>
    <w:p>
      <w:pPr>
        <w:jc w:val="right"/>
      </w:pPr>
      <w:r>
        <w:t>طائف کے لوگ سارے لوگ مارے جاتے ہیں۔ پھر اس کے بعد ہم جو آج رسول اللہ صلی اللہ علیہ وسلم کے نام پر کر رہے ہیں، ہم بھی کوئی، ہم کسی کو نہیں معلوم رہتا کہ اسلام کیا ہے کیونکہ سب لوگ مر جاتے ہیں اس وقت۔</w:t>
      </w:r>
    </w:p>
    <w:p>
      <w:r>
        <w:rPr>
          <w:b/>
        </w:rPr>
        <w:t xml:space="preserve">[43:37] </w:t>
      </w:r>
      <w:r>
        <w:t>to yeh jo payghambar ke jo aata hai, us ko takleefein hoti hain. to hum ko yeh jaanna chahiye, samajhna chahiye ke is se jo cheez kharab hoti hai, woh dawat ka mahol kharab hota hai.</w:t>
      </w:r>
    </w:p>
    <w:p>
      <w:pPr>
        <w:jc w:val="right"/>
      </w:pPr>
      <w:r>
        <w:t>تو یہ جو پیغمبر کے جو آتا ہے، اس کو تکلیفیں ہوتی ہیں۔ تو ہم کو یہ جاننا چاہیے، سمجھنا چاہیے کہ اس سے جو چیز خراب ہوتی ہے، وہ دعوت کا ماحول خراب ہوتا ہے۔</w:t>
      </w:r>
    </w:p>
    <w:p>
      <w:r>
        <w:rPr>
          <w:b/>
        </w:rPr>
        <w:t xml:space="preserve">[43:51] </w:t>
      </w:r>
      <w:r>
        <w:t>dawat ka mahol kharab hota hai, Khuda ke mansoobay takhleeq se aagahi ka mahol kharab hota hai. kyunke qayamat ke din Allah taala kisi se pooch nahi sakta ke tum ko mera paigham pohancha ke nahi pohancha, kyunke woh kehta hai ke tum ne qanoon banaya tha ke jo bhi Rasool ko ki shat'am kare, us ko maar diya jaye.</w:t>
      </w:r>
    </w:p>
    <w:p>
      <w:pPr>
        <w:jc w:val="right"/>
      </w:pPr>
      <w:r>
        <w:t>دعوت کا ماحول خراب ہوتا ہے، خدا کے منصوبہ تخلیق سے آگاہی کا ماحول خراب ہوتا ہے۔ کیونکہ قیامت کے دن اللہ تعالی کسی سے پوچھ نہیں سکتا کہ تم کو میرا پیغام پہنچا کہ نہیں پہنچا، کیونکہ وہ کہتا ہے کہ تم نے قانون بنایا تھا کہ جو بھی رسول کو کی شتم کرے، اس کو مار دیا جائے۔</w:t>
      </w:r>
    </w:p>
    <w:p>
      <w:r>
        <w:rPr>
          <w:b/>
        </w:rPr>
        <w:t xml:space="preserve">[44:09] </w:t>
      </w:r>
      <w:r>
        <w:t>to yeh bilkul hi Islam ke mansoobay takhleeq ke bilkul hi khilaf qanoon hai jo soch rahe hain ya jo samajh rahe hain ya fiqh ka jo kaam hai, yeh bilkul hi khilaf hai.</w:t>
      </w:r>
    </w:p>
    <w:p>
      <w:pPr>
        <w:jc w:val="right"/>
      </w:pPr>
      <w:r>
        <w:t>تو یہ بالکل ہی اسلام کے منصوبہ تخلیق کے بالکل ہی خلاف قانون ہے جو سوچ رہے ہیں یا جو سمجھ رہے ہیں یا فقہ کا جو کام ہے، یہ بالکل ہی خلاف ہے۔</w:t>
      </w:r>
    </w:p>
    <w:p>
      <w:r>
        <w:rPr>
          <w:b/>
        </w:rPr>
        <w:t xml:space="preserve">[44:22] </w:t>
      </w:r>
      <w:r>
        <w:t>aah, kuch comment lena chahunga apa sawal lene se pehle. aah, yeh comment bheja hai Srinagar se Miss Karutlein ne, unhon ne likha hai: "The most appreciable rather shining aspect of Islam is that it fought against religious persecution and preach total freedom of faith."</w:t>
      </w:r>
    </w:p>
    <w:p>
      <w:pPr>
        <w:jc w:val="right"/>
      </w:pPr>
      <w:r>
        <w:t>اہ، کچھ کمنٹ لینا چاہوں گا آپا سوال لینے سے پہلے۔ اہ، یہ کمنٹ بھیجا ہے سری نگر سے مس کروتلین نے، انہوں نے لکھا ہے: "دا موسٹ ایپریشیبل رادر شائننگ ایسپیکٹ اف اسلام از دیٹ اٹ فاٹ اگینسٹ ریلیجیس پرسیکیوشن اینڈ پریچ ٹوٹل فریڈم اف فیتھ۔</w:t>
      </w:r>
    </w:p>
    <w:p>
      <w:r>
        <w:rPr>
          <w:b/>
        </w:rPr>
        <w:t xml:space="preserve">[44:43] </w:t>
      </w:r>
      <w:r>
        <w:t>And the messenger of God, Prophet Muhammad, was directed by Almighty only to convey the message of Islam that there is one and only one God to be worshipped.</w:t>
      </w:r>
    </w:p>
    <w:p>
      <w:pPr>
        <w:jc w:val="right"/>
      </w:pPr>
      <w:r>
        <w:t>ایون دی میسنجر اف گاڈ پرافٹ محمد واز ڈائریکٹڈ بائے المائٹی اونلی ٹو کنوے دی میسج اف اسلام دیٹ دیر از ون اینڈ اونلی ون گاڈ ٹو بی ورشپڈ۔</w:t>
      </w:r>
    </w:p>
    <w:p>
      <w:r>
        <w:rPr>
          <w:b/>
        </w:rPr>
        <w:t xml:space="preserve">[44:55] </w:t>
      </w:r>
      <w:r>
        <w:t>there is no cohjen in islam. what a golden and worthy principle! thank you for touching this important aspect of islam, apt and need of the hour."</w:t>
      </w:r>
    </w:p>
    <w:p>
      <w:pPr>
        <w:jc w:val="right"/>
      </w:pPr>
      <w:r>
        <w:t>دیر از نو کوژن ان اسلام۔ واٹ ا گولڈن اینڈ وردی پرنسپل! تھینک یو فار ٹچنگ دس امپورٹنٹ ایسپیکٹ اف اسلام، ایپٹ اینڈ نیڈ اف دی اور۔"</w:t>
      </w:r>
    </w:p>
    <w:p>
      <w:r>
        <w:rPr>
          <w:b/>
        </w:rPr>
        <w:t xml:space="preserve">[45:07] </w:t>
      </w:r>
      <w:r>
        <w:t>sajid ahmed khan sahib ne nagpur se likha hai: "allah ke rasool ka tareeqa sari dunya ke liye qayamat tak ke liye behtareen uswa hai.</w:t>
      </w:r>
    </w:p>
    <w:p>
      <w:pPr>
        <w:jc w:val="right"/>
      </w:pPr>
      <w:r>
        <w:t>ساجد احمد خان صاحب نے ناگپور سے لکھا ہے: "اللہ کے رسول کا طریقہ ساری دنیا کے لیے قیامت تک کے لیے بہترین اسوہ ہے۔</w:t>
      </w:r>
    </w:p>
    <w:p>
      <w:r>
        <w:rPr>
          <w:b/>
        </w:rPr>
        <w:t xml:space="preserve">[45:17] </w:t>
      </w:r>
      <w:r>
        <w:t>shatm rasool ka mamla ke mamle mein bhi hamein isi ko follow karna hai, woh yeh ke sahi baat un tak pahunchana jo nahi jante, aur phir un ke liye dua kar</w:t>
      </w:r>
    </w:p>
    <w:p>
      <w:pPr>
        <w:jc w:val="right"/>
      </w:pPr>
      <w:r>
        <w:t>شتم رسول کا معاملہ کے معاملے میں بھی ہمیں اسی کو فالو کرنا ہے، وہ یہ کہ صحیح بات ان تک پہنچانا جو نہیں جانتے، اور پھر ان کے لیے دعا کر</w:t>
      </w:r>
    </w:p>
    <w:p>
      <w:r>
        <w:rPr>
          <w:b/>
        </w:rPr>
        <w:t xml:space="preserve">[45:30] </w:t>
      </w:r>
      <w:r>
        <w:t>na. tamam logon ke dil allah ki muthi mein hain, woh jis ke liye chahe us ko hidayat ata farmaye." really mind changing lecture, jazak allah apaa.</w:t>
      </w:r>
    </w:p>
    <w:p>
      <w:pPr>
        <w:jc w:val="right"/>
      </w:pPr>
      <w:r>
        <w:t>نا۔ تمام لوگوں کے دل اللہ کی مٹھی میں ہیں، وہ جس کے لیے چاہے اس کو ہدایت عطا فرمائے۔" ریلی مائنڈ چینجنگ لیکچر، جزاک اللہ آپا۔</w:t>
      </w:r>
    </w:p>
    <w:p>
      <w:r>
        <w:rPr>
          <w:b/>
        </w:rPr>
        <w:t xml:space="preserve">[45:42] </w:t>
      </w:r>
      <w:r>
        <w:t>professor najma siddiqui ne likha hai gurgaon se: "these days i am doing proof reading of shatm rasool ka masla. we Maulana has explained each and every aspect so meaningfully.</w:t>
      </w:r>
    </w:p>
    <w:p>
      <w:pPr>
        <w:jc w:val="right"/>
      </w:pPr>
      <w:r>
        <w:t>پروفیسر نجمہ صدیقی نے لکھا ہے گڑگاؤں سے: "دیز ڈیز آئی ایم ڈوئنگ پروف ریڈنگ اف شتم رسول کا مسئلہ۔ ہم مولانا ہیز ایکسپلین ایچ اینڈ ایوری ایسپیکٹ سو میننگ فلی۔</w:t>
      </w:r>
    </w:p>
    <w:p>
      <w:r>
        <w:rPr>
          <w:b/>
        </w:rPr>
        <w:t xml:space="preserve">[45:54] </w:t>
      </w:r>
      <w:r>
        <w:t>it is such a great lesson for everyone.</w:t>
      </w:r>
    </w:p>
    <w:p>
      <w:pPr>
        <w:jc w:val="right"/>
      </w:pPr>
      <w:r>
        <w:t>اٹ از سچ ا گریٹ لیسن فار ایوری ون۔</w:t>
      </w:r>
    </w:p>
    <w:p>
      <w:r>
        <w:rPr>
          <w:b/>
        </w:rPr>
        <w:t xml:space="preserve">[45:57] </w:t>
      </w:r>
      <w:r>
        <w:t>hope people learn lessons from it. very meaningful lecture." apaa agla sawal ab mein lena chahunga, yeh bheja hai ah, yeh bhi basit sahib ne bheja hai delhi se, unhon ne likha hai ke: "supporters of blasphemy law side the killing of a poet as proof.</w:t>
      </w:r>
    </w:p>
    <w:p>
      <w:pPr>
        <w:jc w:val="right"/>
      </w:pPr>
      <w:r>
        <w:t>ہوپ پیپل لرن لیسنز فرام اٹ۔ ویری میننگ فل لیکچر۔" آپا اگلا سوال اب میں لینا چاہوں گا، یہ بھیجا ہے اہ، یہ بھی باسط صاحب نے بھیجا ہے دلی سے، انہوں نے لکھا ہے کہ: "سپورٹرز اف بلیس فیمی لاء سائیڈ دا کلنگ اف ا پوئٹ ایز پروف۔</w:t>
      </w:r>
    </w:p>
    <w:p>
      <w:r>
        <w:rPr>
          <w:b/>
        </w:rPr>
        <w:t xml:space="preserve">[46:20] </w:t>
      </w:r>
      <w:r>
        <w:t>why is it wrong to side it as a proof?" is ke bare mein bataein,</w:t>
      </w:r>
    </w:p>
    <w:p>
      <w:pPr>
        <w:jc w:val="right"/>
      </w:pPr>
      <w:r>
        <w:t>وائی از اٹ رونگ ٹو سائیڈ اٹ ایز ا پروف؟" اس کے بارے میں بتائیں،</w:t>
      </w:r>
    </w:p>
    <w:p>
      <w:r>
        <w:rPr>
          <w:b/>
        </w:rPr>
        <w:t xml:space="preserve">[46:27] </w:t>
      </w:r>
      <w:r>
        <w:t>mere khayal se yeh shayad ka'ab bin ashraf ka acha ka zikr kar rahe hain. ka'ab bin ashraf ka mamla jo tha, asal mein is ko yak tarfa taur par dekhte hain hum ke sirf rasool allah ki woh shatm karta tha, aisa nahi hai.</w:t>
      </w:r>
    </w:p>
    <w:p>
      <w:pPr>
        <w:jc w:val="right"/>
      </w:pPr>
      <w:r>
        <w:t>میرے خیال سے یہ شاید کعب بن اشرف کا اچھا کا ذکر کر رہے ہیں۔ کعب بن اشرف کا معاملہ جو تھا، اصل میں اس کو یکطرفہ طور پر دیکھتے ہیں ہم کہ صرف رسول اللہ کی وہ شتم کرتا تھا، ایسا نہیں ہے۔</w:t>
      </w:r>
    </w:p>
    <w:p>
      <w:r>
        <w:rPr>
          <w:b/>
        </w:rPr>
        <w:t xml:space="preserve">[46:42] </w:t>
      </w:r>
      <w:r>
        <w:t>woh madina ki jo riyasat thi, us ke khilaf tha, woh us se ghaddari karta tha, baghavat kar raha tha. is buniyad par us ko rasool allah salallahu alaihi wasallam ne waisa karwaya tha.</w:t>
      </w:r>
    </w:p>
    <w:p>
      <w:pPr>
        <w:jc w:val="right"/>
      </w:pPr>
      <w:r>
        <w:t>وہ مدینہ کی جو ریاست تھی، اس کے خلاف تھا، وہ اس سے غداری کرتا تھا، بغاوت کر رہا تھا۔ اس بنیاد پر اس کو رسول اللہ صلی اللہ علیہ وسلم نے ویسا کروایا تھا۔</w:t>
      </w:r>
    </w:p>
    <w:p>
      <w:r>
        <w:rPr>
          <w:b/>
        </w:rPr>
        <w:t xml:space="preserve">[46:51] </w:t>
      </w:r>
      <w:r>
        <w:t>woh us ka case nahi tha, shatm rasool ka case nahi tha. woh jitne logon ko bhi rasool allah salallahu alaihi wasallam ne qatl karwaya, asal mein baghavat ka case tha.</w:t>
      </w:r>
    </w:p>
    <w:p>
      <w:pPr>
        <w:jc w:val="right"/>
      </w:pPr>
      <w:r>
        <w:t>وہ اس کا کیس نہیں تھا، شتم رسول کا کیس نہیں تھا۔ وہ جتنے لوگوں کو بھی رسول اللہ صلی اللہ علیہ وسلم نے قتل کروایا، اصل میں بغاوت کا کیس تھا۔</w:t>
      </w:r>
    </w:p>
    <w:p>
      <w:r>
        <w:rPr>
          <w:b/>
        </w:rPr>
        <w:t xml:space="preserve">[47:00] </w:t>
      </w:r>
      <w:r>
        <w:t>woh riyasat se us ke muqable mein dekhiye, jo jo log khalis kehte hain ke shatm rasool ka mamla, us par kisi ko nahi marwaya tha.</w:t>
      </w:r>
    </w:p>
    <w:p>
      <w:pPr>
        <w:jc w:val="right"/>
      </w:pPr>
      <w:r>
        <w:t>وہ ریاست سے اس کے مقابلے میں دیکھیے، جو جو لوگ خالص کہتے ہیں کہ شتم رسول کا معاملہ، اس پر کسی کو نہیں مروایا تھا۔</w:t>
      </w:r>
    </w:p>
    <w:p>
      <w:r>
        <w:rPr>
          <w:b/>
        </w:rPr>
        <w:t xml:space="preserve">[47:09] </w:t>
      </w:r>
      <w:r>
        <w:t>hazrat abu huraira ki maa thi, koi baghavat nahi tha un ka. unhon ne keh diya to rasool allah salallahu alaihi wasallam ne us ke liye dua kiya. isi tarike se ah, hunain ke mauqe par, aakhri rasool allah salallahu alaihi wasallam ki zindagi ka aakhri mauqa hai, hunain ka.</w:t>
      </w:r>
    </w:p>
    <w:p>
      <w:pPr>
        <w:jc w:val="right"/>
      </w:pPr>
      <w:r>
        <w:t>حضرت ابوہریرہ کی ماں تھی، کوئی بغاوت نہیں تھا ان کا۔ انہوں نے کہہ دیا تو رسول اللہ صلی اللہ علیہ وسلم نے اس کے لیے دعا کیا۔ اسی طریقے سے اہ، حنین کے موقع پر، آخری رسول اللہ صلی اللہ علیہ وسلم کی زندگی کا آخری موقع ہے، حنین کا۔</w:t>
      </w:r>
    </w:p>
    <w:p>
      <w:r>
        <w:rPr>
          <w:b/>
        </w:rPr>
        <w:t xml:space="preserve">[47:23] </w:t>
      </w:r>
      <w:r>
        <w:t>hunain ke mauqe par ek aadmi ne aa kar keh diya: "allah! aye rasool!</w:t>
      </w:r>
    </w:p>
    <w:p>
      <w:pPr>
        <w:jc w:val="right"/>
      </w:pPr>
      <w:r>
        <w:t>حنین کے موقع پر ایک آدمی نے آ کر کہہ دیا: "اللہ! اے رسول!</w:t>
      </w:r>
    </w:p>
    <w:p>
      <w:r>
        <w:rPr>
          <w:b/>
        </w:rPr>
        <w:t xml:space="preserve">[47:27] </w:t>
      </w:r>
      <w:r>
        <w:t>aye muhammad! tum ne insaaf se kaam nahi liya." rasool allah salallahu alaihi wasallam ko bohat takleef hui thi us waqt, aur hazrat umar ne uth kar kaha tha ke: "ah, aap agar ijazat dein to mein us ko qatl karoon." to rasool allah salallahu alaihi wasallam ne un ko qatl karne nahi diya tha.</w:t>
      </w:r>
    </w:p>
    <w:p>
      <w:pPr>
        <w:jc w:val="right"/>
      </w:pPr>
      <w:r>
        <w:t>اے محمد! تم نے انصاف سے کام نہیں لیا۔" رسول اللہ صلی اللہ علیہ وسلم کو بہت تکلیف ہوئی تھی اس وقت، اور حضرت عمر نے اٹھ کر کہا تھا کہ: "اہ، آپ اگر اجازت دیں تو میں اس کو قتل کروں۔" تو رسول اللہ صلی اللہ علیہ وسلم نے ان کو قتل کرنے نہیں دیا تھا۔</w:t>
      </w:r>
    </w:p>
    <w:p>
      <w:r>
        <w:rPr>
          <w:b/>
        </w:rPr>
        <w:t xml:space="preserve">[47:41] </w:t>
      </w:r>
      <w:r>
        <w:t>to yeh khalis jo kehte hain, pure shatm wala mamla, blasphemy wala mamla, us mein kisi ne qatl nahi kiya. in logon ko qatl kiya gaya jo baghavat karte the. to zahir si baat hai, jo baghavat karega, kabhi rasool allah salallahu alaihi wasallam ko gaali bhi dega, kabhi riyasat ke khilaf bhi jayega.</w:t>
      </w:r>
    </w:p>
    <w:p>
      <w:pPr>
        <w:jc w:val="right"/>
      </w:pPr>
      <w:r>
        <w:t>تو یہ خالص جو کہتے ہیں، پیور شتم والا معاملہ، بلیس فیمی والا معاملہ، اس میں کسی نے قتل نہیں کیا۔ ان لوگوں کو قتل کیا گیا جو بغاوت کرتے تھے۔ تو ظاہر سی بات ہے، جو بغاوت کرے گا، کبھی رسول اللہ صلی اللہ علیہ وسلم کو گالی بھی دے گا، کبھی ریاست کے خلاف بھی جائے گا۔</w:t>
      </w:r>
    </w:p>
    <w:p>
      <w:r>
        <w:rPr>
          <w:b/>
        </w:rPr>
        <w:t xml:space="preserve">[47:54] </w:t>
      </w:r>
      <w:r>
        <w:t>yeh sari cheezein us mein hoti hain. to sirf ek cheez le kar kahenge to aise shatm karne wale bohat sare the, us ko maaf kiya tha. is se yahi maloom hota hai ke shatm ke mamle par nahi qatl kiya gaya tha ka'ab bin ashraf ko ya</w:t>
      </w:r>
    </w:p>
    <w:p>
      <w:pPr>
        <w:jc w:val="right"/>
      </w:pPr>
      <w:r>
        <w:t>یہ ساری چیزیں اس میں ہوتی ہیں۔ تو صرف ایک چیز لے کر کہیں گے تو ایسے شتم کرنے والے بہت سارے تھے، اس کو معاف کیا تھا۔ اس سے یہی معلوم ہوتا ہے کہ شتم کے معاملے پر نہیں قتل کیا گیا تھا کعب بن اشرف کو یا</w:t>
      </w:r>
    </w:p>
    <w:p>
      <w:r>
        <w:rPr>
          <w:b/>
        </w:rPr>
        <w:t xml:space="preserve">[48:07] </w:t>
      </w:r>
      <w:r>
        <w:t>doosre logon ko qatl nahi kiya gaya tha. woh baghavat ka case tha. haan, yeh ah, farhad sahib, mujhe bhi yaad aa raha hai ke it was a case of treason.</w:t>
      </w:r>
    </w:p>
    <w:p>
      <w:pPr>
        <w:jc w:val="right"/>
      </w:pPr>
      <w:r>
        <w:t>دوسرے لوگوں کو قتل نہیں کیا گیا تھا۔ وہ بغاوت کا کیس تھا۔ ہاں، یہ اہ، فرحاد صاحب، مجھے بھی یاد آ رہا ہے کہ اٹ واز ا کیس اف ٹریزن۔</w:t>
      </w:r>
    </w:p>
    <w:p>
      <w:r>
        <w:rPr>
          <w:b/>
        </w:rPr>
        <w:t xml:space="preserve">[48:16] </w:t>
      </w:r>
      <w:r>
        <w:t>ah, un ka ta'alluq jo hai, woh shayad ah, banu ah, quraiza ya ah, is is tribe se tha. aur us time pe ek agreement bhi hua tha prophet ka between the jewish tribes ah ke jo bahar ke enemies hain, un ke sath aap koi bhi ta'alluq ya koi support nahi k</w:t>
      </w:r>
    </w:p>
    <w:p>
      <w:pPr>
        <w:jc w:val="right"/>
      </w:pPr>
      <w:r>
        <w:t>اہ، ان کا تعلق جو ہے، وہ شاید اہ، بنو اہ، قریضہ یا اہ، اس اس ٹرائب سے تھا۔ اور اس ٹائم پہ ایک ایگریمنٹ بھی ہوا تھا پرافٹ کا بٹوین دا جیوش ٹرائبز اہ کہ جو باہر کے اینمیز ہیں، ان کے ساتھ آپ کوئی بھی تعلق یا کوئی سپورٹ نہیں ک</w:t>
      </w:r>
    </w:p>
    <w:p>
      <w:r>
        <w:rPr>
          <w:b/>
        </w:rPr>
        <w:t xml:space="preserve">[48:35] </w:t>
      </w:r>
      <w:r>
        <w:t>renge. Lekin Ka'b bin Ashraf ne na na kewal ah, un se contact kiya balkeh planning kari.</w:t>
      </w:r>
    </w:p>
    <w:p>
      <w:pPr>
        <w:jc w:val="right"/>
      </w:pPr>
      <w:r>
        <w:t>ریں گے۔ لیکن کعب بن اشرف نے نہ نہ کےवल اہ، ان سے کانٹیکٹ کیا بلکہ پلاننگ کری۔</w:t>
      </w:r>
    </w:p>
    <w:p>
      <w:r>
        <w:rPr>
          <w:b/>
        </w:rPr>
        <w:t xml:space="preserve">[48:42] </w:t>
      </w:r>
      <w:r>
        <w:t>تو it is like کہ آپ جیسے آج کے لحاظ سے اگر آپ دیکھیں کہ اگر ہم انڈیا</w:t>
      </w:r>
    </w:p>
    <w:p>
      <w:pPr>
        <w:jc w:val="right"/>
      </w:pPr>
      <w:r>
        <w:t>تو اٹ از لائک کہ آپ جیسے آج کے لحاظ سے اگر آپ دیکھیں کہ اگر ہم انڈیا</w:t>
      </w:r>
    </w:p>
    <w:p>
      <w:r>
        <w:rPr>
          <w:b/>
        </w:rPr>
        <w:t xml:space="preserve">[48:47] </w:t>
      </w:r>
      <w:r>
        <w:t>mein rehte hain aur India mein rehte hue hum kisi aur country ke sath ah, yeh planning karein</w:t>
      </w:r>
    </w:p>
    <w:p>
      <w:pPr>
        <w:jc w:val="right"/>
      </w:pPr>
      <w:r>
        <w:t>میں رہتے ہیں اور انڈیا میں رہتے ہوئے ہم کسی اور کنٹری کے ساتھ اہ، یہ پلاننگ کریں</w:t>
      </w:r>
    </w:p>
    <w:p>
      <w:r>
        <w:rPr>
          <w:b/>
        </w:rPr>
        <w:t xml:space="preserve">[48:53] </w:t>
      </w:r>
      <w:r>
        <w:t>ke koi enemy hamari country mein aaye aur woh India pe attack kare, ya similarly aap jis country</w:t>
      </w:r>
    </w:p>
    <w:p>
      <w:pPr>
        <w:jc w:val="right"/>
      </w:pPr>
      <w:r>
        <w:t>کہ کوئی اینمی ہماری کنٹری میں آئے اور وہ انڈیا پہ اٹیک کرے، یا سمیلرلی آپ جس کنٹری</w:t>
      </w:r>
    </w:p>
    <w:p>
      <w:r>
        <w:rPr>
          <w:b/>
        </w:rPr>
        <w:t xml:space="preserve">[49:00] </w:t>
      </w:r>
      <w:r>
        <w:t>mein rehte hain aur aap ka citizen doosri country ke sath yeh planning kare ya plot kare ah</w:t>
      </w:r>
    </w:p>
    <w:p>
      <w:pPr>
        <w:jc w:val="right"/>
      </w:pPr>
      <w:r>
        <w:t>میں رہتے ہیں اور آپ کا سٹیزن دوسری کنٹری کے ساتھ یہ پلاننگ کرے یا پلاٹ کرے اہ</w:t>
      </w:r>
    </w:p>
    <w:p>
      <w:r>
        <w:rPr>
          <w:b/>
        </w:rPr>
        <w:t xml:space="preserve">[49:06] </w:t>
      </w:r>
      <w:r>
        <w:t>ke us country pe attack ho, to natural hai ke aaj ka bhi jo ah, justice system hai,</w:t>
      </w:r>
    </w:p>
    <w:p>
      <w:pPr>
        <w:jc w:val="right"/>
      </w:pPr>
      <w:r>
        <w:t>کہ اس کنٹری پہ اٹیک ہو، تو نیچرل ہے کہ آج کا بھی جو اہ، جسٹس سسٹم ہے،</w:t>
      </w:r>
    </w:p>
    <w:p>
      <w:r>
        <w:rPr>
          <w:b/>
        </w:rPr>
        <w:t xml:space="preserve">[49:12] </w:t>
      </w:r>
      <w:r>
        <w:t>woh is ko treason ke level pe lega aur is ki saza ah, yaqeenan ah, is ki</w:t>
      </w:r>
    </w:p>
    <w:p>
      <w:pPr>
        <w:jc w:val="right"/>
      </w:pPr>
      <w:r>
        <w:t>وہ اس کو ٹریزن کے لیول پہ لے گا اور اس کی سزا اہ، یقینا اہ، اس کی</w:t>
      </w:r>
    </w:p>
    <w:p>
      <w:r>
        <w:rPr>
          <w:b/>
        </w:rPr>
        <w:t xml:space="preserve">[49:17] </w:t>
      </w:r>
      <w:r>
        <w:t>saza ah, ah, maut hi ho</w:t>
      </w:r>
    </w:p>
    <w:p>
      <w:pPr>
        <w:jc w:val="right"/>
      </w:pPr>
      <w:r>
        <w:t>سزا اہ، اہ، موت ہی ہو</w:t>
      </w:r>
    </w:p>
    <w:p>
      <w:r>
        <w:rPr>
          <w:b/>
        </w:rPr>
        <w:t xml:space="preserve">[49:20] </w:t>
      </w:r>
      <w:r>
        <w:t>gi. to yeh woh wala ah, aspect tha, na ke ah ke ek poet ne kuch kaha aur us ko phir saza di gayi. aur jaise apaa ne bhi abhi example diya ke ah, abdullah ibn abi ka jo waqia hai ke woh he was a leader of the hypocrites, but un ki natural</w:t>
      </w:r>
    </w:p>
    <w:p>
      <w:pPr>
        <w:jc w:val="right"/>
      </w:pPr>
      <w:r>
        <w:t>گی۔ تو یہ وہ والا اہ، ایسپیکٹ تھا، نہ کہ اہ کہ ایک پوئٹ نے کچھ کہا اور اس کو پھر سزا دی گئی۔ اور جیسے آپا نے بھی ابھی ایگزیمپل دیا کہ اہ، عبداللہ ابن ابی کا جو واقعہ ہے کہ وہ ہی واز ا لیڈر اف دا ہیپوکریٹس، بٹ ان کی نیچرل</w:t>
      </w:r>
    </w:p>
    <w:p>
      <w:r>
        <w:rPr>
          <w:b/>
        </w:rPr>
        <w:t xml:space="preserve">[49:37] </w:t>
      </w:r>
      <w:r>
        <w:t>death hui. in fact, ek ibn taimiya ki kitab mein yeh bhi zikr hai ke abu quafa, jo abubakar ke father the, ah, un ke hawale se bhi aaya.</w:t>
      </w:r>
    </w:p>
    <w:p>
      <w:pPr>
        <w:jc w:val="right"/>
      </w:pPr>
      <w:r>
        <w:t>ڈیتھ ہوئی۔ ان فیکٹ، ایک ابن تیمیہ کی کتاب میں یہ بھی ذکر ہے کہ ابو قوافہ، جو ابوبکر کے فادر تھے، اہ، ان کے حوالے سے بھی آیا۔</w:t>
      </w:r>
    </w:p>
    <w:p>
      <w:r>
        <w:rPr>
          <w:b/>
        </w:rPr>
        <w:t xml:space="preserve">[49:46] </w:t>
      </w:r>
      <w:r>
        <w:t>aur abubakar ne, hazrat abubakar ne prophet ko kaha ke ah, mein un ka qatl karta hoon, lekin prophet ne idhar bhi un ko mana kiya. sirf yeh ek case hai jis ko aksar log generalize karte hain, but woh tamam log jo prophet ke khilaf the, ah, prophet ke against unhon ne plot kiya, ah, un sab ko maaf kiya gaya.</w:t>
      </w:r>
    </w:p>
    <w:p>
      <w:pPr>
        <w:jc w:val="right"/>
      </w:pPr>
      <w:r>
        <w:t>اور ابوبکر نے، حضرت ابوبکر نے پرافٹ کو کہا کہ اہ، میں ان کا قتل کرتا ہوں، لیکن پرافٹ نے ادھر بھی ان کو منع کیا۔ صرف یہ ایک کیس ہے جس کو اکثر لوگ جنرلائز کرتے ہیں، بٹ وہ تمام لوگ جو پرافٹ کے خلاف تھے، اہ، پرافٹ کے اگینسٹ انہوں نے پلاٹ کیا، اہ، ان سب کو معاف کیا گیا۔</w:t>
      </w:r>
    </w:p>
    <w:p>
      <w:r>
        <w:rPr>
          <w:b/>
        </w:rPr>
        <w:t xml:space="preserve">[50:06] </w:t>
      </w:r>
      <w:r>
        <w:t>ah,</w:t>
      </w:r>
    </w:p>
    <w:p>
      <w:pPr>
        <w:jc w:val="right"/>
      </w:pPr>
      <w:r>
        <w:t>اہ،</w:t>
      </w:r>
    </w:p>
    <w:p>
      <w:r>
        <w:rPr>
          <w:b/>
        </w:rPr>
        <w:t xml:space="preserve">[50:07] </w:t>
      </w:r>
      <w:r>
        <w:t>jaise ah, main ne jo abhi bhi example diya tha, ah, woh Badr ke mauqe mein bhi, Uhud ke mauqe mein bhi, Trench ke mauqe mein bhi, aur jab Fatah Makkah jab fateh hua, tab bhi woh prophet ke ah, khilaf aaye, lekin ah, un ko maaf kar diya gaya, balkeh uhda bhi diya gaya.</w:t>
      </w:r>
    </w:p>
    <w:p>
      <w:pPr>
        <w:jc w:val="right"/>
      </w:pPr>
      <w:r>
        <w:t>جیسے اہ، میں نے جو ابھی بھی ایگزیمپل دیا تھا، اہ، وہ بدر کے موقع میں بھی، احد کے موقع میں بھی، ٹرینچ کے موقع میں بھی، اور جب فقہ مکہ جب فتح ہوا، تب بھی وہ پرافٹ کے اہ، خلاف آئے، لیکن اہ، ان کو معاف کر دیا گیا، بلکہ عہدہ بھی دیا گیا۔</w:t>
      </w:r>
    </w:p>
    <w:p>
      <w:r>
        <w:rPr>
          <w:b/>
        </w:rPr>
        <w:t xml:space="preserve">[50:25] </w:t>
      </w:r>
      <w:r>
        <w:t>to ah, yeh ek ah, jo hai, its its a wrong attribution ah, in in in the aspect of that why they were killed.</w:t>
      </w:r>
    </w:p>
    <w:p>
      <w:pPr>
        <w:jc w:val="right"/>
      </w:pPr>
      <w:r>
        <w:t>تو اہ، یہ ایک اہ، جو ہے، اٹس اٹس ا رونگ ایٹریبیوشن اہ، ان ان ان دی ایسپیکٹ اف دیٹ وائی دے وار کلڈ۔</w:t>
      </w:r>
    </w:p>
    <w:p>
      <w:r>
        <w:rPr>
          <w:b/>
        </w:rPr>
        <w:t xml:space="preserve">[50:36] </w:t>
      </w:r>
      <w:r>
        <w:t>ah, apa agla sawal ah, main leta hoon, ah, yeh Azhar Siddiqui sahib ka hai Gwalior se. ah, unhon ne aap se poocha hai ke how should Muslims have responded to satanic verses and the cartoon issue?</w:t>
      </w:r>
    </w:p>
    <w:p>
      <w:pPr>
        <w:jc w:val="right"/>
      </w:pPr>
      <w:r>
        <w:t>اہ، آپا اگلا سوال اہ، میں لیتا ہوں، اہ، یہ اظہر صدیقی صاحب کا ہے گوالیئر سے۔ اہ، انہوں نے آپ سے پوچھا ہے کہ ہاؤ شوڈ مسلمز ہیو ریسپانڈڈ ٹو سیٹنک ورسز اینڈ دا کارٹون ایشو؟</w:t>
      </w:r>
    </w:p>
    <w:p>
      <w:r>
        <w:rPr>
          <w:b/>
        </w:rPr>
        <w:t xml:space="preserve">[50:51] </w:t>
      </w:r>
      <w:r>
        <w:t>is qism ke jo mamle hote hain, is par jo ah, behtareen tareeqa do tareeqe hum use kar sakte hain. ek to Maulana is ko barah-e-rast zikr karte rehte hain ke imt al-batil bahjri ya bitarki.</w:t>
      </w:r>
    </w:p>
    <w:p>
      <w:pPr>
        <w:jc w:val="right"/>
      </w:pPr>
      <w:r>
        <w:t>اس قسم کے جو معاملے ہوتے ہیں، اس پر جو اہ، بہترین طریقہ دو طریقے ہم یوز کر سکتے ہیں۔ ایک تو مولانا اس کو براہ راست ذکر کرتے رہتے ہیں کہیمیت الباطل بہجری یا بترکی۔</w:t>
      </w:r>
    </w:p>
    <w:p>
      <w:r>
        <w:rPr>
          <w:b/>
        </w:rPr>
        <w:t xml:space="preserve">[51:06] </w:t>
      </w:r>
      <w:r>
        <w:t>ah, Hazrat Umar ka qaul zikr karte hain ke Allah ke bande hain jo ah, batil ko dabaate hain, maarte hain, is ko is ko avoid karte hain, is ka zikr nahi karte hain.</w:t>
      </w:r>
    </w:p>
    <w:p>
      <w:pPr>
        <w:jc w:val="right"/>
      </w:pPr>
      <w:r>
        <w:t>اہ، حضرت عمر کا قول ذکر کرتے ہیں کہ اللہ کے بندے ہیں جو اہ، باطل کو دباتے ہیں، مارتے ہیں، اس کو اس کو اوائڈ کرتے ہیں، اس کا ذکر نہیں کرتے ہیں۔</w:t>
      </w:r>
    </w:p>
    <w:p>
      <w:r>
        <w:rPr>
          <w:b/>
        </w:rPr>
        <w:t xml:space="preserve">[51:17] </w:t>
      </w:r>
      <w:r>
        <w:t>aam taur se aisa hota hai ke ek choti si kahin par kisi ne kuch keh diya, is ko hungama kar ke saari duniya mein kar dete hain, to yeh aur zyada phail jata hai. to hum ko is ko zikr nahi karna hai, is par koi ihtijaj nahi karna, yeh nek logon ka tareeqa hai.</w:t>
      </w:r>
    </w:p>
    <w:p>
      <w:pPr>
        <w:jc w:val="right"/>
      </w:pPr>
      <w:r>
        <w:t>عام طور سے ایسا ہوتا ہے کہ ایک چھوٹی سی کہیں پر کسی نے کچھ کہہ دیا، اس کو ہنگامہ کر کے ساری دنیا میں کر دیتے ہیں، تو یہ اور زیادہ پھیل جاتا ہے۔ تو ہم کو اس کو ذکر نہیں کرنا ہے، اس پر کوئی احتجاج نہیں کرنا، یہ نیک لوگوں کا طریقہ ہے۔</w:t>
      </w:r>
    </w:p>
    <w:p>
      <w:r>
        <w:rPr>
          <w:b/>
        </w:rPr>
        <w:t xml:space="preserve">[51:30] </w:t>
      </w:r>
      <w:r>
        <w:t>Hazrat Umar ne yeh kaha. doosra yeh ke agar kisi ke paas hai, jante hain ke ilmi taur par is ne kuch kaha hai, to is ka jawab yeh hai ke jaisa ah, is zamane mein shair ka shair se jawab diya jata tha, ab kitab ka kitab se jawab dijiye.</w:t>
      </w:r>
    </w:p>
    <w:p>
      <w:pPr>
        <w:jc w:val="right"/>
      </w:pPr>
      <w:r>
        <w:t>حضرت عمر نے یہ کہا۔ دوسرا یہ کہ اگر کسی کے پاس ہے، جانتے ہیں کہ علمی طور پر اس نے کچھ کہا ہے، تو اس کا جواب یہ ہے کہ جیسا اہ، اس زمانے میں شعر کا شعر سے جواب دیا جاتا تھا، اب کتاب کا کتاب سے جواب دیجئے۔</w:t>
      </w:r>
    </w:p>
    <w:p>
      <w:r>
        <w:rPr>
          <w:b/>
        </w:rPr>
        <w:t xml:space="preserve">[51:43] </w:t>
      </w:r>
      <w:r>
        <w:t>kitab ka kitab se jawab dijiye. Rasool Allah salallahu alaihi wasallam Masjid Nabwi mein mimbar par Hazrat Hassan ko khada kar ke kehte the ke un ka jawab do jo unhon ne kaha hai.</w:t>
      </w:r>
    </w:p>
    <w:p>
      <w:pPr>
        <w:jc w:val="right"/>
      </w:pPr>
      <w:r>
        <w:t>کتاب کا کتاب سے جواب دیجئے۔ رسول اللہ صلی اللہ علیہ وسلم مسجد نبوی میں ممبر پر حضرت حسان کو کھڑا کر کے کہتے تھے کہ ان کا جواب دو جو انہوں نے کہا ہے۔</w:t>
      </w:r>
    </w:p>
    <w:p>
      <w:r>
        <w:rPr>
          <w:b/>
        </w:rPr>
        <w:t xml:space="preserve">[51:52] </w:t>
      </w:r>
      <w:r>
        <w:t>mere bare mein haj goi ki hai. haj goi ka matlab kya hai? badzamani karna Rasool Allah salallahu alaihi wasallam ke bare mein. to un ka ek shair hai: "ajawt Muhammad fajat anhu wa ind Allah fi dhak al-jaza".</w:t>
      </w:r>
    </w:p>
    <w:p>
      <w:pPr>
        <w:jc w:val="right"/>
      </w:pPr>
      <w:r>
        <w:t>میرے بارے میں حج گوئی کی ہے۔ حج گوئی کا مطلب کیا ہے؟ بدزمانی کرنا رسول اللہ صلی اللہ علیہ وسلم کے بارے میں۔ تو ان کا ایک شعر ہے: "اجوت محمد فاجبت عنہ وعند اللہ فی ذاک الجزاء"۔</w:t>
      </w:r>
    </w:p>
    <w:p>
      <w:r>
        <w:rPr>
          <w:b/>
        </w:rPr>
        <w:t xml:space="preserve">[52:04] </w:t>
      </w:r>
      <w:r>
        <w:t>tum ne Muhammad ki haj goi ki badzamani ki Muhammad ke bare mein. main tum ko shair ke zariye jawab deta hoon aur Allah ke nazdeek un ka badla hai.</w:t>
      </w:r>
    </w:p>
    <w:p>
      <w:pPr>
        <w:jc w:val="right"/>
      </w:pPr>
      <w:r>
        <w:t>تم نے محمد کی حج گوئی کی بدزمانی کی محمد کے بارے میں۔ میں تم کو شعر کے ذریعے جواب دیتا ہوں اور اللہ کے نزدیک ان کا بدلہ ہے۔</w:t>
      </w:r>
    </w:p>
    <w:p>
      <w:r>
        <w:rPr>
          <w:b/>
        </w:rPr>
        <w:t xml:space="preserve">[52:15] </w:t>
      </w:r>
      <w:r>
        <w:t>to yahi do tareeqe hain: ya to tark karein, aur agar ilmi taur par karna hai to is ki kitab likhein. yeh is ke ilawa to koi tareeqa nahi hai.</w:t>
      </w:r>
    </w:p>
    <w:p>
      <w:pPr>
        <w:jc w:val="right"/>
      </w:pPr>
      <w:r>
        <w:t>تو یہی دو طریقے ہیں: یا تو ترک کریں، اور اگر علمی طور پر کرنا ہے تو اس کی کتاب لکھیں۔ یہ اس کے علاوہ تو کوئی طریقہ نہیں ہے۔</w:t>
      </w:r>
    </w:p>
    <w:p>
      <w:r>
        <w:rPr>
          <w:b/>
        </w:rPr>
        <w:t xml:space="preserve">[52:23] </w:t>
      </w:r>
      <w:r>
        <w:t>apa yeh sawal Bangalore se Miss Saima Khan ne bheja hai. woh aap se janna chahti hain ke what should be the main priority of Muslims today?</w:t>
      </w:r>
    </w:p>
    <w:p>
      <w:pPr>
        <w:jc w:val="right"/>
      </w:pPr>
      <w:r>
        <w:t>آپا یہ سوال بینگلور سے مس صائمہ خان نے بھیجا ہے۔ وہ آپ سے جاننا چاہتی ہیں کہ واٹ شوڈ بی دا مین پرائرٹی اف مسلمز ٹوڈے؟</w:t>
      </w:r>
    </w:p>
    <w:p>
      <w:r>
        <w:rPr>
          <w:b/>
        </w:rPr>
        <w:t xml:space="preserve">[52:34] </w:t>
      </w:r>
      <w:r>
        <w:t>is ke bare mein bataein. sab se pehle to jo Islam ki image kharab ho gayi hai, us ko theek karna hai.</w:t>
      </w:r>
    </w:p>
    <w:p>
      <w:pPr>
        <w:jc w:val="right"/>
      </w:pPr>
      <w:r>
        <w:t>اس کے بارے میں بتائیں۔ سب سے پہلے تو جو اسلام کی امیج خراب ہوگئی ہے، اس کو ٹھیک کرنا ہے۔</w:t>
      </w:r>
    </w:p>
    <w:p>
      <w:r>
        <w:rPr>
          <w:b/>
        </w:rPr>
        <w:t xml:space="preserve">[52:43] </w:t>
      </w:r>
      <w:r>
        <w:t>aaj Islam ko ek Muslims ko terrorist samjha jata hai aur Islam ko religion of violence samjha jata hai.</w:t>
      </w:r>
    </w:p>
    <w:p>
      <w:pPr>
        <w:jc w:val="right"/>
      </w:pPr>
      <w:r>
        <w:t>آج اسلام کو ایک مسلمز کو ٹیررسٹ سمجھا جاتا ہے اور اسلام کو ریلیجن اف وائلنس سمجھا جاتا ہے۔</w:t>
      </w:r>
    </w:p>
    <w:p>
      <w:r>
        <w:rPr>
          <w:b/>
        </w:rPr>
        <w:t xml:space="preserve">[52:52] </w:t>
      </w:r>
      <w:r>
        <w:t>to sab se pehle is image theek karni hai, aur is ke liye bahut zyada humein sabr o e'raaz karna hoga. phir is ke baad logon se achhe taluqat qaim karne hain, dawat madhu ka relationship banana hai,</w:t>
      </w:r>
    </w:p>
    <w:p>
      <w:pPr>
        <w:jc w:val="right"/>
      </w:pPr>
      <w:r>
        <w:t>تو سب سے پہلے اس امیج ٹھیک کرنی ہے، اور اس کے لیے بہت زیادہ ہمیں صبر و اعراض کرنا ہوگا۔ پھر اس کے بعد لوگوں سے اچھے تعلقات قائم کرنے ہیں، دائی مدھو کا ریلیشن شپ بنانا ہے،</w:t>
      </w:r>
    </w:p>
    <w:p>
      <w:r>
        <w:rPr>
          <w:b/>
        </w:rPr>
        <w:t xml:space="preserve">[53:06] </w:t>
      </w:r>
      <w:r>
        <w:t>aur yeh sab karne ke baad jab saare raaste hamwar ho jayen to logon ko Khuda ka paigham pahunchana hai. kyunke hum yeh hamari bounding duty hai ke logon ko Khuda ka paigham pahunchaya jaye, warna hamari pooch hogi.</w:t>
      </w:r>
    </w:p>
    <w:p>
      <w:pPr>
        <w:jc w:val="right"/>
      </w:pPr>
      <w:r>
        <w:t>اور یہ سب کرنے کے بعد جب سارے راستے ہموار ہو جائیں تو لوگوں کو خدا کا پیغام پہنچانا ہے۔ کیونکہ ہم یہ ہماری باؤنڈنگ ڈیوٹی ہے کہ لوگوں کو خدا کا پیغام پہنچایا جائے، ورنہ ہماری پوچھ ہوگی۔</w:t>
      </w:r>
    </w:p>
    <w:p>
      <w:r>
        <w:rPr>
          <w:b/>
        </w:rPr>
        <w:t xml:space="preserve">[53:21] </w:t>
      </w:r>
      <w:r>
        <w:t>to yeh ab lekin jab normalization of the situation bhi zaroori hai, kyunke jab halaat achhe na hon, log ek doosre se nafrat karte hon, to hum baat pahunchayenge bhi to woh us ko normal tareeqe se log lenge nahi.</w:t>
      </w:r>
    </w:p>
    <w:p>
      <w:pPr>
        <w:jc w:val="right"/>
      </w:pPr>
      <w:r>
        <w:t>تو یہ اب لیکن جب نارملائزیشن اف دا سچویشن بھی ضروری ہے، کیونکہ جب حالات اچھے نہ ہوں، لوگ ایک دوسرے سے نفرت کرتے ہوں، تو ہم بات پہنچائیں گے بھی تو وہ اس کو نارمل طریقے سے لوگ لیں گے نہیں۔</w:t>
      </w:r>
    </w:p>
    <w:p>
      <w:r>
        <w:rPr>
          <w:b/>
        </w:rPr>
        <w:t xml:space="preserve">[53:36] </w:t>
      </w:r>
      <w:r>
        <w:t>to yeh do kaam karna hai: sab se pehle normalization of situation karna hai, logon se achhe taluqat banane hain, aur is ke baad Khuda ka paigham un ko pahunchana hai.</w:t>
      </w:r>
    </w:p>
    <w:p>
      <w:pPr>
        <w:jc w:val="right"/>
      </w:pPr>
      <w:r>
        <w:t>تو یہ دو کام کرنا ہے: سب سے پہلے نارملائزیشن اف سچویشن کرنا ہے، لوگوں سے اچھے تعلقات بنانے ہیں، اور اس کے بعد خدا کا پیغام ان کو پہنچانا ہے۔</w:t>
      </w:r>
    </w:p>
    <w:p>
      <w:r>
        <w:rPr>
          <w:b/>
        </w:rPr>
        <w:t xml:space="preserve">[53:47] </w:t>
      </w:r>
      <w:r>
        <w:t>aur jo Quran ki shakal mein aur doosre jo literature hai, us ki shakal mein woh pahuncha sakte hain. un se mulaqat karein, un se dialogue karein, un se baat cheet karein.</w:t>
      </w:r>
    </w:p>
    <w:p>
      <w:pPr>
        <w:jc w:val="right"/>
      </w:pPr>
      <w:r>
        <w:t>اور جو قرآن کی شکل میں اور دوسرے جو لٹریچر ہے، اس کی شکل میں وہ پہنچا سکتے ہیں۔ ان سے ملاقات کریں، ان سے ڈائیلاگ کریں، ان سے بات چیت کریں۔</w:t>
      </w:r>
    </w:p>
    <w:p>
      <w:r>
        <w:rPr>
          <w:b/>
        </w:rPr>
        <w:t xml:space="preserve">[53:56] </w:t>
      </w:r>
      <w:r>
        <w:t>to is tareeqe se yeh hamari zimmedari hai. ji, apa yeh sawal Miss Toti Malhotra ne poocha hai Delhi se.</w:t>
      </w:r>
    </w:p>
    <w:p>
      <w:pPr>
        <w:jc w:val="right"/>
      </w:pPr>
      <w:r>
        <w:t>تو اس طریقے سے یہ ہماری ذمہ داری ہے۔ جی، آپا یہ سوال مس طوطی ملوترا نے پوچھا ہے دلی سے۔</w:t>
      </w:r>
    </w:p>
    <w:p>
      <w:r>
        <w:rPr>
          <w:b/>
        </w:rPr>
        <w:t xml:space="preserve">[54:07] </w:t>
      </w:r>
      <w:r>
        <w:t>unhon ne likha hai: "if the Muslims say they follow the sunnah of prophet, then of prophet did not react to any atrocities meted out to him, then why are Muslims reacting today?" aur ek aur hissa hai un ke sawal ka.</w:t>
      </w:r>
    </w:p>
    <w:p>
      <w:pPr>
        <w:jc w:val="right"/>
      </w:pPr>
      <w:r>
        <w:t>انہوں نے لکھا ہے: "اف دا مسلمز سے دے فالو دا سنت اف پرافٹ، دین اف پرافٹ ڈیڈ ناٹ ری ایکٹ ٹو اینی ایٹروسیٹیز میٹڈ آؤٹ ٹو ہم، دین وائی آر مسلمز ری ایکٹنگ ٹوڈے؟" اور ایک اور حصہ ہے ان کے سوال کا۔</w:t>
      </w:r>
    </w:p>
    <w:p>
      <w:r>
        <w:rPr>
          <w:b/>
        </w:rPr>
        <w:t xml:space="preserve">[54:25] </w:t>
      </w:r>
      <w:r>
        <w:t>unhon ne ek doosra sawal bhi bheja hai ke yeh concept of blasphemy originate kaise hua? to yeh do sawal hain.</w:t>
      </w:r>
    </w:p>
    <w:p>
      <w:pPr>
        <w:jc w:val="right"/>
      </w:pPr>
      <w:r>
        <w:t>انہوں نے ایک دوسرا سوال بھی بھیجا ہے کہ یہ کانسیپٹ اف بلیس فیمی اوریجنیٹ کیسے ہوا؟ تو یہ دو سوال ہیں۔</w:t>
      </w:r>
    </w:p>
    <w:p>
      <w:r>
        <w:rPr>
          <w:b/>
        </w:rPr>
        <w:t xml:space="preserve">[54:34] </w:t>
      </w:r>
      <w:r>
        <w:t>to Musalman jo prophet se guidance kahan lete hain, woh samajhte hain ke jo hamare charon fuqaha hain, unhon ne saari cheezein jo hain, woh Quran se, hadith se woh le li hain.</w:t>
      </w:r>
    </w:p>
    <w:p>
      <w:pPr>
        <w:jc w:val="right"/>
      </w:pPr>
      <w:r>
        <w:t>تو مسلمان جو پرافٹ سے گائیڈنس کہاں لیتے ہیں، وہ سمجھتے ہیں کہ جو ہمارے چاروں فقہاء ہیں، انہوں نے ساری چیزیں جو ہیں، وہ قرآن سے، حدیث سے وہ لے لی ہیں۔</w:t>
      </w:r>
    </w:p>
    <w:p>
      <w:r>
        <w:rPr>
          <w:b/>
        </w:rPr>
        <w:t xml:space="preserve">[54:46] </w:t>
      </w:r>
      <w:r>
        <w:t>ab hum woh kisi bhi jurist ko follow karein, jo Imam Abu Hanifa ko zyada follow kiya jata hai India mein, to bas woh kafi hai.</w:t>
      </w:r>
    </w:p>
    <w:p>
      <w:pPr>
        <w:jc w:val="right"/>
      </w:pPr>
      <w:r>
        <w:t>اب ہم وہ کسی بھی جیورسٹ کو فالو کریں، جو امام ابو حنیفہ کو زیادہ فالو کیا جاتا ہے انڈیا میں، تو بس وہ کافی ہے۔</w:t>
      </w:r>
    </w:p>
    <w:p>
      <w:r>
        <w:rPr>
          <w:b/>
        </w:rPr>
        <w:t xml:space="preserve">[54:55] </w:t>
      </w:r>
      <w:r>
        <w:t>to jurist jo the, un in in ka interpretation tha apne zamane ke lehaz se.</w:t>
      </w:r>
    </w:p>
    <w:p>
      <w:pPr>
        <w:jc w:val="right"/>
      </w:pPr>
      <w:r>
        <w:t>تو جیورسٹ جو تھے، ان ان ان کا انٹرپریٹیشن تھا اپنے زمانے کے لحاظ سے۔</w:t>
      </w:r>
    </w:p>
    <w:p>
      <w:r>
        <w:rPr>
          <w:b/>
        </w:rPr>
        <w:t xml:space="preserve">[55:01] </w:t>
      </w:r>
      <w:r>
        <w:t>ab is zamane mein musalman ruler the, conqueror the, isi hisab se unhon ne interpretation kiya tha apni. aur is zamane mein kuch jo traditions thin, jo riwaj the, un sab ko milakar ek interpretation diya tha unhon ne.</w:t>
      </w:r>
    </w:p>
    <w:p>
      <w:pPr>
        <w:jc w:val="right"/>
      </w:pPr>
      <w:r>
        <w:t>اب اس زمانے میں مسلمان رولر تھے، کانکرر تھے، اسی حساب سے انہوں نے انٹرپریٹ کیا تھا اپنی۔ اور اس زمانے میں کچھ جو ٹریڈیشنز تھیں، جو رواج تھے، ان سب کو ملا کر ایک انٹرپریٹیشن دیا تھا انہوں نے۔</w:t>
      </w:r>
    </w:p>
    <w:p>
      <w:r>
        <w:rPr>
          <w:b/>
        </w:rPr>
        <w:t xml:space="preserve">[55:14] </w:t>
      </w:r>
      <w:r>
        <w:t>to wo zamani interpretation tha. to hum ko yeh chahiye ke har cheez mein dekhen ke wo aaj ke lehaz se kya relevant hai.</w:t>
      </w:r>
    </w:p>
    <w:p>
      <w:pPr>
        <w:jc w:val="right"/>
      </w:pPr>
      <w:r>
        <w:t>تو وہ زمانی انٹرپریٹیشن تھا۔ تو ہم کو یہ چاہیے کہ ہر چیز میں دیکھیں کہ وہ آج کے لحاظ سے کیا ریلیونٹ ہے۔</w:t>
      </w:r>
    </w:p>
    <w:p>
      <w:r>
        <w:rPr>
          <w:b/>
        </w:rPr>
        <w:t xml:space="preserve">[55:23] </w:t>
      </w:r>
      <w:r>
        <w:t>to hum direct quran o hadith se hum ijtihad nahi karte, baton ko samajhte nahi hain. ke kai bar aisa hota hai, agar koi baat kahe ke yeh hadith mein, yeh quran mein, to log kahenge wo to imam abu hanifa ne to aisa kaha hai.</w:t>
      </w:r>
    </w:p>
    <w:p>
      <w:pPr>
        <w:jc w:val="right"/>
      </w:pPr>
      <w:r>
        <w:t>تو ہم ڈائریکٹ قرآن و حدیث سے ہم اجتہاد نہیں کرتے، باتوں کو سمجھتے نہیں ہیں۔ کہ کئی بار ایسا ہوتا ہے، اگر کوئی بات کہے کہ یہ حدیث میں، یہ قرآن میں، تو لوگ کہیں گے وہ تو امام ابو حنیفہ نے تو ایسا کہا ہے۔</w:t>
      </w:r>
    </w:p>
    <w:p>
      <w:r>
        <w:rPr>
          <w:b/>
        </w:rPr>
        <w:t xml:space="preserve">[55:38] </w:t>
      </w:r>
      <w:r>
        <w:t>to yeh bilkul galat hai. agar imam abu hanifa hon ya koi</w:t>
      </w:r>
    </w:p>
    <w:p>
      <w:pPr>
        <w:jc w:val="right"/>
      </w:pPr>
      <w:r>
        <w:t>تو یہ بالکل غلط ہے۔ اگر امام ابو حنیفہ ہوں یا کوئی</w:t>
      </w:r>
    </w:p>
    <w:p>
      <w:r>
        <w:rPr>
          <w:b/>
        </w:rPr>
        <w:t xml:space="preserve">[55:42] </w:t>
      </w:r>
      <w:r>
        <w:t>bhi ho, agar un ki koi baat quran o hadith ke sareeh hukum se takrati hai, to wo wo relevant nahi hogi. is ko hum ko nahi lena hai.</w:t>
      </w:r>
    </w:p>
    <w:p>
      <w:pPr>
        <w:jc w:val="right"/>
      </w:pPr>
      <w:r>
        <w:t>بھی ہو، اگر ان کی کوئی بات قرآن و حدیث کے صریح حکم سے ٹکراتی ہے، تو وہ وہ ریلیونٹ نہیں ہوگی۔ اس کو ہم کو نہیں لینا ہے۔</w:t>
      </w:r>
    </w:p>
    <w:p>
      <w:r>
        <w:rPr>
          <w:b/>
        </w:rPr>
        <w:t xml:space="preserve">[55:51] </w:t>
      </w:r>
      <w:r>
        <w:t>to log ke logon ke dimagh mein yeh baith gaya hai ke fuqaha ne sab kuch karam kaam kar diya hai, ab hamein kuch nahi karna, sirf un ko follow karna hai.</w:t>
      </w:r>
    </w:p>
    <w:p>
      <w:pPr>
        <w:jc w:val="right"/>
      </w:pPr>
      <w:r>
        <w:t>تو لوگ کے لوگوں کے دماغ میں یہ بیٹھ گیا ہے کہ فقہاء نے سب کچھ کرم کام کر دیا ہے، اب ہمیں کچھ نہیں کرنا، صرف ان کو فالو کرنا ہے۔</w:t>
      </w:r>
    </w:p>
    <w:p>
      <w:r>
        <w:rPr>
          <w:b/>
        </w:rPr>
        <w:t xml:space="preserve">[56:01] </w:t>
      </w:r>
      <w:r>
        <w:t>ab wo zamana hi badal gaya, to har cheez irrelevant ho gayi</w:t>
      </w:r>
    </w:p>
    <w:p>
      <w:pPr>
        <w:jc w:val="right"/>
      </w:pPr>
      <w:r>
        <w:t>اب وہ زمانہ ہی بدل گیا، تو ہر چیز اریلیونٹ ہو گئی</w:t>
      </w:r>
    </w:p>
    <w:p>
      <w:r>
        <w:rPr>
          <w:b/>
        </w:rPr>
        <w:t xml:space="preserve">[56:05] </w:t>
      </w:r>
      <w:r>
        <w:t>. to is wajah se hum ko dobara ijtihad ke zariye se quran o hadith se direct baton ko samajhna hai, halaat ko samajhna hai, aur phir hamein baton ko samajhna hai ke is naye daur mein hum kis tarike se deen ka kaam karna hai, kis tarike se hamein rehna hai.</w:t>
      </w:r>
    </w:p>
    <w:p>
      <w:pPr>
        <w:jc w:val="right"/>
      </w:pPr>
      <w:r>
        <w:t>۔ تو اس وجہ سے ہم کو دوبارہ اجتہاد کے ذریعے سے قرآن و حدیث سے ڈائریکٹ باتوں کو سمجھنا ہے، حالات کو سمجھنا ہے، اور پھر ہمیں باتوں کو سمجھنا ہے کہ اس نئے دور میں ہم کس طریقے سے دین کا کام کرنا ہے، کس طریقے سے ہمیں رہنا ہے۔</w:t>
      </w:r>
    </w:p>
    <w:p>
      <w:r>
        <w:rPr>
          <w:b/>
        </w:rPr>
        <w:t xml:space="preserve">[56:27] </w:t>
      </w:r>
      <w:r>
        <w:t>wo itna bhi nahi samajhte ke muslim islam ne religious freedom duniya ko diya, aur aaj wo religious freedom ko condemn karte hain.</w:t>
      </w:r>
    </w:p>
    <w:p>
      <w:pPr>
        <w:jc w:val="right"/>
      </w:pPr>
      <w:r>
        <w:t>وہ اتنا بھی نہیں سمجھتے کہ مسلم اسلام نے ریلیجس فریڈم دنیا کو دیا، اور آج وہ ریلیجس فریڈم کو کنڈیم کرتے ہیں۔</w:t>
      </w:r>
    </w:p>
    <w:p>
      <w:r>
        <w:rPr>
          <w:b/>
        </w:rPr>
        <w:t xml:space="preserve">[56:36] </w:t>
      </w:r>
      <w:r>
        <w:t>to ab wo logon ko samajhna hai, study karna hai, aur is silsile mein sab se zyada jo un ko faida degi, wo maulana ka literature hai.</w:t>
      </w:r>
    </w:p>
    <w:p>
      <w:pPr>
        <w:jc w:val="right"/>
      </w:pPr>
      <w:r>
        <w:t>تو اب وہ لوگوں کو سمجھنا ہے، اسٹڈی کرنا ہے، اور اس سلسلے میں سب سے زیادہ جو ان کو فائدہ دے گی، وہ مولانا کا لٹریچر ہے۔</w:t>
      </w:r>
    </w:p>
    <w:p>
      <w:r>
        <w:rPr>
          <w:b/>
        </w:rPr>
        <w:t xml:space="preserve">[56:46] </w:t>
      </w:r>
      <w:r>
        <w:t>to is literature ko padhen aur baton ko gehrai se samjhen, aur is ke baad khuda ki paigham jo hai, wo logon tak pahunchaen.</w:t>
      </w:r>
    </w:p>
    <w:p>
      <w:pPr>
        <w:jc w:val="right"/>
      </w:pPr>
      <w:r>
        <w:t>تو اس لٹریچر کو پڑھیں اور باتوں کو گہرائی سے سمجھیں، اور اس کے بعد خدا کی پیغام جو ہے، وہ لوگوں تک پہنچائیں۔</w:t>
      </w:r>
    </w:p>
    <w:p>
      <w:r>
        <w:rPr>
          <w:b/>
        </w:rPr>
        <w:t xml:space="preserve">[56:56] </w:t>
      </w:r>
      <w:r>
        <w:t>apa, main aap ki baaton mein ek cheez add karunga. yeh blasphemy ka masla jo hai, yeh waisa hi masla hai jaisa ke fuqaha ne dar-ul-harb aur dar-ul-islam ka masla khud se create kiya tha is zamane ke lehaz se.</w:t>
      </w:r>
    </w:p>
    <w:p>
      <w:pPr>
        <w:jc w:val="right"/>
      </w:pPr>
      <w:r>
        <w:t>آپا، میں آپ کی باتوں میں ایک چیز ایڈ کروں گا۔ یہ بلیس فیمی کا مسئلہ جو ہے، یہ ویسا ہی مسئلہ ہے جیسا کہ فقہاء نے دارالحرب اور دارالاسلام کا مسئلہ خود سے کریٹ کیا تھا اس زمانے کے لحاظ سے۔</w:t>
      </w:r>
    </w:p>
    <w:p>
      <w:r>
        <w:rPr>
          <w:b/>
        </w:rPr>
        <w:t xml:space="preserve">[57:09] </w:t>
      </w:r>
      <w:r>
        <w:t>ab fiqh asal mein develop hui hai abbasi daur mein, to khilafat ka daur tha. to wo cheez koi islam ka hissa nahi hai. unhon ne apni zarurat ke hisab se banaya tha, aur yeh koi aisa nahi ke ek aqide ka masla bhi ho jaye, balke yeh masla hai fiqh ka.</w:t>
      </w:r>
    </w:p>
    <w:p>
      <w:pPr>
        <w:jc w:val="right"/>
      </w:pPr>
      <w:r>
        <w:t>اب فقہ اصل میں ڈیولپ ہوئی ہے عباسی دور میں، تو خلافت کا دور تھا۔ تو وہ چیز کوئی اسلام کا حصہ نہیں ہے۔ انہوں نے اپنی ضرورت کے حساب سے بنایا تھا، اور یہ کوئی ایسا نہیں کہ ایک عقیدے کا مسئلہ بھی ہو جائے، بلکہ یہ مسئلہ ہے فقہ کا۔</w:t>
      </w:r>
    </w:p>
    <w:p>
      <w:r>
        <w:rPr>
          <w:b/>
        </w:rPr>
        <w:t xml:space="preserve">[57:27] </w:t>
      </w:r>
      <w:r>
        <w:t>un ki apni samajhi zarurat ka masla tha, is ko kya tha. to jaise aaj hum dar-ul-harb aur dar-ul-islam ki taqseem ko irrelevant mante hain, nahi mante, waisa hi is ko bhi karna hai hum ko ke yeh blasphemy koi islam ka masla nahi hai,</w:t>
      </w:r>
    </w:p>
    <w:p>
      <w:pPr>
        <w:jc w:val="right"/>
      </w:pPr>
      <w:r>
        <w:t>ان کی اپنی سماجی ضرورت کا مسئلہ تھا، اس کو کیا تھا۔ تو جیسے آج ہم دارالحرب اور دارالاسلام کی تقسیم کو اریلیونٹ مانتے ہیں، نہیں مانتے، ویسا ہی اس کو بھی کرنا ہے ہم کو کہ یہ بلیس فیمی کوئی اسلام کا مسئلہ نہیں ہے،</w:t>
      </w:r>
    </w:p>
    <w:p>
      <w:r>
        <w:rPr>
          <w:b/>
        </w:rPr>
        <w:t xml:space="preserve">[57:41] </w:t>
      </w:r>
      <w:r>
        <w:t>allah aur us ke rasool ki raza ka masla nahi hai, akhirat ki kamyabi ka masla nahi hai. yeh to hamper kar raha hai hamare liye. ah, jo dawah, jo islam ka asal maqsad hai, khudai paigham se logon ko agah karna, is se hum ko door kar raha hai.</w:t>
      </w:r>
    </w:p>
    <w:p>
      <w:pPr>
        <w:jc w:val="right"/>
      </w:pPr>
      <w:r>
        <w:t>اللہ اور اس کے رسول کی رضا کا مسئلہ نہیں ہے، آخرت کی کامیابی کا مسئلہ نہیں ہے۔ یہ تو ہیمپر کر رہا ہے ہمارے لیے۔ اہ، جو دعوت، جو اسلام کا اصل مقصد ہے، خدائی پیغام سے لوگوں کو آگاہ کرنا، اس سے ہم کو دور کر رہا ہے۔</w:t>
      </w:r>
    </w:p>
    <w:p>
      <w:r>
        <w:rPr>
          <w:b/>
        </w:rPr>
        <w:t xml:space="preserve">[57:55] </w:t>
      </w:r>
      <w:r>
        <w:t>to is aitbar se to bilkul khilaf ja rahe hain hum islam ke. haan, yeh farhad sahib, impor</w:t>
      </w:r>
    </w:p>
    <w:p>
      <w:pPr>
        <w:jc w:val="right"/>
      </w:pPr>
      <w:r>
        <w:t>تو اس اعتبار سے تو بالکل خلاف جا رہے ہیں ہم اسلام کے۔ ہاں، یہ فرحاد صاحب، امپور</w:t>
      </w:r>
    </w:p>
    <w:p>
      <w:r>
        <w:rPr>
          <w:b/>
        </w:rPr>
        <w:t xml:space="preserve">[58:02] </w:t>
      </w:r>
      <w:r>
        <w:t>tant point hai. in fact, mujhe quran ki wo ayat bhi yaad aa rahi hai jis mein bada clearly yeh bhi kaha gaya tha ke "do not, do not revile those whom they invoke instead of god, lest in their hostility, they revile god out of ignorance".</w:t>
      </w:r>
    </w:p>
    <w:p>
      <w:pPr>
        <w:jc w:val="right"/>
      </w:pPr>
      <w:r>
        <w:t>ٹنٹ پوائنٹ ہے۔ ان فیکٹ، مجھے قرآن کی وہ آیت بھی یاد آ رہی ہے جس میں بڑا کلیئرلی یہ بھی کہا گیا تھا کہ "ڈو ناٹ، ڈو ناٹ ریوائل دوز ہوم دے انوک انسٹیڈ اف گاڈ، لیس ان دیر ہوسٹیلٹی، دے ویل ریوائل گاڈ آؤٹ اف اگنورنس"۔</w:t>
      </w:r>
    </w:p>
    <w:p>
      <w:r>
        <w:rPr>
          <w:b/>
        </w:rPr>
        <w:t xml:space="preserve">[58:21] </w:t>
      </w:r>
      <w:r>
        <w:t>to yeh bohat important hai kyun ke ah, isi ravaiye se hum un ko door kar dete hain islam se.</w:t>
      </w:r>
    </w:p>
    <w:p>
      <w:pPr>
        <w:jc w:val="right"/>
      </w:pPr>
      <w:r>
        <w:t>تو یہ بہت امپورٹنٹ ہے کیونکہ اہ، اسی رویے سے ہم ان کو دور کر دیتے ہیں اسلام سے۔</w:t>
      </w:r>
    </w:p>
    <w:p>
      <w:r>
        <w:rPr>
          <w:b/>
        </w:rPr>
        <w:t xml:space="preserve">[58:29] </w:t>
      </w:r>
      <w:r>
        <w:t>ah, wo samajhte hain ke islam jo hai, wo ek ah, violence ka mazhab hai, ah, aur ah, is mein bohat zyada jo hai, narrow mindedness hai.</w:t>
      </w:r>
    </w:p>
    <w:p>
      <w:pPr>
        <w:jc w:val="right"/>
      </w:pPr>
      <w:r>
        <w:t>اہ، وہ سمجھتے ہیں کہ اسلام جو ہے، وہ ایک اہ، وائلنس کا مذہب ہے، اہ، اور اہ، اس میں بہت زیادہ جو ہے، نیرو مائنڈڈنس ہے۔</w:t>
      </w:r>
    </w:p>
    <w:p>
      <w:r>
        <w:rPr>
          <w:b/>
        </w:rPr>
        <w:t xml:space="preserve">[58:39] </w:t>
      </w:r>
      <w:r>
        <w:t>ah, aur yahi cheez jo hai, ah, dawah, dawah, dawah ke kaam mein bohat zyada rukawat ban ke samne aati hai. kai log to yeh bhi ah, muslims mein yeh bhi kehte hain ke "ah, you know, islam is ah, unsafe and we are under threat</w:t>
      </w:r>
    </w:p>
    <w:p>
      <w:pPr>
        <w:jc w:val="right"/>
      </w:pPr>
      <w:r>
        <w:t>اہ، اور یہی چیز جو ہے، اہ، دعوت، دعوت، دعوت کے کام میں بہت زیادہ رکاوٹ بن کے سامنے آتی ہے۔ کئی لوگ تو یہ بھی اہ، مسلمز میں یہ بھی کہتے ہیں کہ "اہ، یو نو، اسلام از اہ، ان سیج اینڈ وی آر انڈر تھری</w:t>
      </w:r>
    </w:p>
    <w:p>
      <w:r>
        <w:rPr>
          <w:b/>
        </w:rPr>
        <w:t xml:space="preserve">[58:55] </w:t>
      </w:r>
      <w:r>
        <w:t>t". lekin aap dekhen ke surah ah, nisa mein bhi yeh ayat aayi hai ke "god will not allow ah, the unbelievers to harm the believers".</w:t>
      </w:r>
    </w:p>
    <w:p>
      <w:pPr>
        <w:jc w:val="right"/>
      </w:pPr>
      <w:r>
        <w:t>ٹ"۔ لیکن آپ دیکھیں کہ سورہ اہ، نساء میں بھی یہ آیت آئی ہے کہ "گاڈ ویل ناٹ الاؤ اہ، دی ان بیلیورز ٹو ہارم دا بیلیورز"۔</w:t>
      </w:r>
    </w:p>
    <w:p>
      <w:r>
        <w:rPr>
          <w:b/>
        </w:rPr>
        <w:t xml:space="preserve">[59:04] </w:t>
      </w:r>
      <w:r>
        <w:t>to yeh itni badi ah, ek assurance ah, jo quran mein allah taala sab ko de rahe hain, ah, to ise hamein zaroor lena chahiye.</w:t>
      </w:r>
    </w:p>
    <w:p>
      <w:pPr>
        <w:jc w:val="right"/>
      </w:pPr>
      <w:r>
        <w:t>تو یہ اتنی بڑی اہ، ایک ایشورنس اہ، جو قرآن میں اللہ تعالی سب کو دے رہے ہیں، اہ، تو اسے ہمیں ضرور لینا چاہیے۔</w:t>
      </w:r>
    </w:p>
    <w:p>
      <w:r>
        <w:rPr>
          <w:b/>
        </w:rPr>
        <w:t xml:space="preserve">[59:14] </w:t>
      </w:r>
      <w:r>
        <w:t>ah, musibat sirf tabhi aa sakti hai ke agar aap kisi mal, maan lijiye, aap kisi bhooke sher ke samne aa ke khade ho jayen aur aap sochen ke ah, wo aap ko kuch nahi karega, to wo</w:t>
      </w:r>
    </w:p>
    <w:p>
      <w:pPr>
        <w:jc w:val="right"/>
      </w:pPr>
      <w:r>
        <w:t>اہ، مصیبت صرف تبھی آ سکتی ہے کہ اگر آپ کسی مال، مان لیجئے، آپ کسی بھوکے شیر کے سامنے آ کے کھڑے ہو جائیں اور آپ سوچیں کہ اہ، وہ آپ کو کچھ نہیں کرے گا، تو وہ</w:t>
      </w:r>
    </w:p>
    <w:p>
      <w:r>
        <w:rPr>
          <w:b/>
        </w:rPr>
        <w:t xml:space="preserve">[59:24] </w:t>
      </w:r>
      <w:r>
        <w:t>possible nahi hai. aap agar ghalati karenge to is ka zaroor anjam bhi aap ko bhugtna padega. to we have to be very careful in our conduct. its very important.</w:t>
      </w:r>
    </w:p>
    <w:p>
      <w:pPr>
        <w:jc w:val="right"/>
      </w:pPr>
      <w:r>
        <w:t>پوسیبل نہیں ہے۔ آپ اگر غلطی کریں گے تو اس کا ضرور انجام بھی آپ کو بھگتنا پڑے گا۔ تو وی ہیو ٹو بی ویری کیئرفل ان اور کنڈکٹ۔ اٹس ویری امپورٹنٹ۔</w:t>
      </w:r>
    </w:p>
    <w:p>
      <w:r>
        <w:rPr>
          <w:b/>
        </w:rPr>
        <w:t xml:space="preserve">[59:36] </w:t>
      </w:r>
      <w:r>
        <w:t>ah, agla sawal lene se pehle apa ek comment padhna chahunga jo doctor aslam khan sahib ne bheja hai</w:t>
      </w:r>
    </w:p>
    <w:p>
      <w:pPr>
        <w:jc w:val="right"/>
      </w:pPr>
      <w:r>
        <w:t>اہ، اگلا سوال لینے سے پہلے آپا ایک کمنٹ پڑھنا چاہوں گا جو ڈاکٹر اسلم خان صاحب نے بھیجا ہے</w:t>
      </w:r>
    </w:p>
    <w:p>
      <w:r>
        <w:rPr>
          <w:b/>
        </w:rPr>
        <w:t xml:space="preserve">[59:43] </w:t>
      </w:r>
      <w:r>
        <w:t>sahaaran pur se. unhon ne likha hai ke "today islam has become a communal islam because ah, the so-called well wishers could not mold them selves as per the real islam".</w:t>
      </w:r>
    </w:p>
    <w:p>
      <w:pPr>
        <w:jc w:val="right"/>
      </w:pPr>
      <w:r>
        <w:t>سہارن پور سے۔ انہوں نے لکھا ہے کہ "ٹوڈے اسلام ہیز بیکم ا کمیونل اسلام بیکاز اہ، دی سو کالڈ ویل وشرز کڈ ناٹ مولڈ دیم سیلف ایز پر دا ریئل اسلام"۔</w:t>
      </w:r>
    </w:p>
    <w:p>
      <w:r>
        <w:rPr>
          <w:b/>
        </w:rPr>
        <w:t xml:space="preserve">[59:57] </w:t>
      </w:r>
      <w:r>
        <w:t>ah, both the conventional and modern followers today have to mold them selves as according to the real islam. bilkul sahi baat hai.</w:t>
      </w:r>
    </w:p>
    <w:p>
      <w:pPr>
        <w:jc w:val="right"/>
      </w:pPr>
      <w:r>
        <w:t>اہ، بوتھ دی کنونشنل اینڈ ماڈرن فالوورز ٹوڈے ہیو ٹو مولڈ دیم سیلف ایز اکارڈنگ ٹو دا ریئل اسلام۔ بالکل صحیح بات ہے۔</w:t>
      </w:r>
    </w:p>
    <w:p>
      <w:r>
        <w:rPr>
          <w:b/>
        </w:rPr>
        <w:t xml:space="preserve">[1:00:09] </w:t>
      </w:r>
      <w:r>
        <w:t>ji,</w:t>
      </w:r>
    </w:p>
    <w:p>
      <w:pPr>
        <w:jc w:val="right"/>
      </w:pPr>
      <w:r>
        <w:t>جی،</w:t>
      </w:r>
    </w:p>
    <w:p>
      <w:r>
        <w:rPr>
          <w:b/>
        </w:rPr>
        <w:t xml:space="preserve">[1:00:10] </w:t>
      </w:r>
      <w:r>
        <w:t>apa yeh sawal bhi jha hai doctor naghma siddiqui ne dilli se. unhon ne likha hai ke "how can muslims be made aware of original islam with the spirit, with the true spirit, as opposed to the version of islam that they are following today".</w:t>
      </w:r>
    </w:p>
    <w:p>
      <w:pPr>
        <w:jc w:val="right"/>
      </w:pPr>
      <w:r>
        <w:t>آپا یہ سوال بھیجا ہے ڈاکٹر نغمہ صدیقی نے دلی سے۔ انہوں نے لکھا ہے کہ "ہاؤ کین مسلمز بی میڈ اویر اف اوریجنل اسلام ود دا سپرٹ، ود دا ٹرو سپرٹ، ایز اپوز ٹو دا ورژن اف اسلام دیٹ دے آر فالونگ ٹوڈے"۔</w:t>
      </w:r>
    </w:p>
    <w:p>
      <w:r>
        <w:rPr>
          <w:b/>
        </w:rPr>
        <w:t xml:space="preserve">[1:00:27] </w:t>
      </w:r>
      <w:r>
        <w:t>is ke bare mein bataein.</w:t>
      </w:r>
    </w:p>
    <w:p>
      <w:pPr>
        <w:jc w:val="right"/>
      </w:pPr>
      <w:r>
        <w:t>اس کے بارے میں بتائیں۔</w:t>
      </w:r>
    </w:p>
    <w:p>
      <w:r>
        <w:rPr>
          <w:b/>
        </w:rPr>
        <w:t xml:space="preserve">[1:00:32] </w:t>
      </w:r>
      <w:r>
        <w:t>asal mein sab se pehle unhein yeh karna hai ke quran ko tarjume ke sath, tafsir ke sath is ko parhein,</w:t>
      </w:r>
    </w:p>
    <w:p>
      <w:pPr>
        <w:jc w:val="right"/>
      </w:pPr>
      <w:r>
        <w:t>اصل میں سب سے پہلے انہیں یہ کرنا ہے کہ قرآن کو ترجمے کے ساتھ، تفسیر کے ساتھ اس کو پڑھیں،</w:t>
      </w:r>
    </w:p>
    <w:p>
      <w:r>
        <w:rPr>
          <w:b/>
        </w:rPr>
        <w:t xml:space="preserve">[1:00:39] </w:t>
      </w:r>
      <w:r>
        <w:t>phir hadith parhein, rasool allah salallaho alaihe wasallam ka uswa dekhein. woh kya dekh rahe hain? jo present jo leaders hain hamare, un ko dekhte hain, jo baatein media mein aati hain, un ko dekhte hain, apne jazbaat ko dekhte hain.</w:t>
      </w:r>
    </w:p>
    <w:p>
      <w:pPr>
        <w:jc w:val="right"/>
      </w:pPr>
      <w:r>
        <w:t>پھر حدیث پڑھیں، رسول اللہ صلی اللہ علیہ وسلم کا اسوہ دیکھیں۔ وہ کیا دیکھ رہے ہیں؟ جو پریزنٹ جو لیڈرز ہیں ہمارے، ان کو دیکھتے ہیں، جو باتیں میڈیا میں آتی ہیں، ان کو دیکھتے ہیں، اپنے جذبات کو دیکھتے ہیں۔</w:t>
      </w:r>
    </w:p>
    <w:p>
      <w:r>
        <w:rPr>
          <w:b/>
        </w:rPr>
        <w:t xml:space="preserve">[1:00:54] </w:t>
      </w:r>
      <w:r>
        <w:t>to woh quran o hadith ko dekhein, prophet ke uswa ko dekhein, aur phir is ke baad woh apne jo course ko mutayyan karein.</w:t>
      </w:r>
    </w:p>
    <w:p>
      <w:pPr>
        <w:jc w:val="right"/>
      </w:pPr>
      <w:r>
        <w:t>تو وہ قرآن و حدیث کو دیکھیں، پرافٹ کے اسوہ کو دیکھیں، اور پھر اس کے بعد وہ اپنے جو کورس کو متعین کریں۔</w:t>
      </w:r>
    </w:p>
    <w:p>
      <w:r>
        <w:rPr>
          <w:b/>
        </w:rPr>
        <w:t xml:space="preserve">[1:01:04] </w:t>
      </w:r>
      <w:r>
        <w:t>to yeh log apne, yeh log fuqaha ko dekh rahe hain aur apne jazbaat ko dekh rahe hain. bas zara zara der mein in ke sentiments hurt ho jate hain.</w:t>
      </w:r>
    </w:p>
    <w:p>
      <w:pPr>
        <w:jc w:val="right"/>
      </w:pPr>
      <w:r>
        <w:t>تو یہ لوگ اپنے، یہ لوگ فقہاء کو دیکھ رہے ہیں اور اپنے جذبات کو دیکھ رہے ہیں۔ بس ذرا ذرا دیر میں ان کے سینٹیمنٹس ہرٹ ہو جاتے ہیں۔</w:t>
      </w:r>
    </w:p>
    <w:p>
      <w:r>
        <w:rPr>
          <w:b/>
        </w:rPr>
        <w:t xml:space="preserve">[1:01:14] </w:t>
      </w:r>
      <w:r>
        <w:t>aur sentiments hurt hone ka to aisa kuch hai hi nahi ke sentiments koi hurt kare to us ko us ke upar had jaari karein. aisa to shariyat mein hai nahi.</w:t>
      </w:r>
    </w:p>
    <w:p>
      <w:pPr>
        <w:jc w:val="right"/>
      </w:pPr>
      <w:r>
        <w:t>اور سینٹیمنٹس ہرٹ ہونے کا تو ایسا کچھ ہے ہی نہیں کہ سینٹیمنٹس کوئی ہرٹ کرے تو اس کو اس کے اوپر حد جاری کریں۔ ایسا تو شریعت میں ہے نہیں۔</w:t>
      </w:r>
    </w:p>
    <w:p>
      <w:r>
        <w:rPr>
          <w:b/>
        </w:rPr>
        <w:t xml:space="preserve">[1:01:23] </w:t>
      </w:r>
      <w:r>
        <w:t>to yeh jo in logon ka jo islam hai, in logon ne khud hi apna ek islam alag bana rakha hai.</w:t>
      </w:r>
    </w:p>
    <w:p>
      <w:pPr>
        <w:jc w:val="right"/>
      </w:pPr>
      <w:r>
        <w:t>تو یہ جو ان لوگوں کا جو اسلام ہے، ان لوگوں نے خود ہی اپنا ایک اسلام الگ بنا رکھا ہے۔</w:t>
      </w:r>
    </w:p>
    <w:p>
      <w:r>
        <w:rPr>
          <w:b/>
        </w:rPr>
        <w:t xml:space="preserve">[1:01:31] </w:t>
      </w:r>
      <w:r>
        <w:t>woh kisi ne kaha tha na ke ek kisi non muslim ne ko quran diya to us ne quran parha, to us ne us ko laga ke yeh jo musalman jo practice kar rahe hain, is ke mutabiq to quran mein baatein hain nahi.</w:t>
      </w:r>
    </w:p>
    <w:p>
      <w:pPr>
        <w:jc w:val="right"/>
      </w:pPr>
      <w:r>
        <w:t>وہ کسی نے کہا تھا نا کہ ایک کسی نان مسلم نے کو قرآن دیا تو اس نے قرآن پڑھا، تو اس نے اس کو لگا کہ یہ جو مسلمان جو پریکٹس کر رہے ہیں، اس کے مطابق تو قرآن میں باتیں ہیں نہیں۔</w:t>
      </w:r>
    </w:p>
    <w:p>
      <w:r>
        <w:rPr>
          <w:b/>
        </w:rPr>
        <w:t xml:space="preserve">[1:01:43] </w:t>
      </w:r>
      <w:r>
        <w:t>to us ne kaha ab doosra quran do. to us ne kaha kaisa doosra quran? bhai, jo jis ko tum practice kar rahe ho, woh do. to musalman quran par practice karein aur rasool ke uswa par practice karein, woh khud hi sudhar jayenge.</w:t>
      </w:r>
    </w:p>
    <w:p>
      <w:pPr>
        <w:jc w:val="right"/>
      </w:pPr>
      <w:r>
        <w:t>تو اس نے کہا اب دوسرا قرآن دو۔ تو اس نے کہا کیسا دوسرا قرآن؟ بھئی، جو جس کو تم پریکٹس کر رہے ہو، وہ دو۔ تو مسلمان قرآن پر پریکٹس کریں اور رسول کے اسوہ پر پریکٹس کریں، وہ خود ہی سدھر جائیں گے۔</w:t>
      </w:r>
    </w:p>
    <w:p>
      <w:r>
        <w:rPr>
          <w:b/>
        </w:rPr>
        <w:t xml:space="preserve">[1:01:59] </w:t>
      </w:r>
      <w:r>
        <w:t>woh woh to us ko kuch samajhte hi nahi, zyada se zyada woh fuqaha ko practice kar rahe hain. rasool allah salallaho alaihe wasallam ne ek martaba kaha tha: "la takoonu awna al-shaytan ala akhikum" ke apne bhai ke khilaf shaitan ke madadgar na bano.</w:t>
      </w:r>
    </w:p>
    <w:p>
      <w:pPr>
        <w:jc w:val="right"/>
      </w:pPr>
      <w:r>
        <w:t>وہ وہ تو اس کو کچھ سمجھتے ہی نہیں، زیادہ سے زیادہ وہ فقہاء کو پریکٹس کر رہے ہیں۔ رسول اللہ صلی اللہ علیہ وسلم نے ایک مرتبہ کہا تھا: "لا تكونوا عون الشیطان علی اخیکم" کہ اپنے بھائی کے خلاف شیطان کے مددگار نہ بنو۔</w:t>
      </w:r>
    </w:p>
    <w:p>
      <w:r>
        <w:rPr>
          <w:b/>
        </w:rPr>
        <w:t xml:space="preserve">[1:02:17] </w:t>
      </w:r>
      <w:r>
        <w:t>shaitan ka madadgar banna kya hai? insan ke khilaf ke aap us ko koi aisi baat kahein jis ki wajah se woh deen se door ho jaye, jis ki wajah se woh allah taala se nafrat karne lage, jis ki wajah se woh islam se nafrat karne lage, jis ki wajah se woh rasool allah salallaho alaihe wasallam ko acha na samjhe.</w:t>
      </w:r>
    </w:p>
    <w:p>
      <w:pPr>
        <w:jc w:val="right"/>
      </w:pPr>
      <w:r>
        <w:t>شیطان کا مددگار بننا کیا ہے؟ انسان کے خلاف کہ آپ اس کو کوئی ایسی بات کہیں جس کی وجہ سے وہ دین سے دور ہو جائے، جس کی وجہ سے وہ اہ اللہ تعالی سے نفرت کرنے لگے، جس کی وجہ سے وہ اسلام سے نفرت کرنے لگے، جس کی وجہ سے وہ رسول اللہ صلی اللہ علیہ وسلم کو اچھا نہ سمجھے۔</w:t>
      </w:r>
    </w:p>
    <w:p>
      <w:r>
        <w:rPr>
          <w:b/>
        </w:rPr>
        <w:t xml:space="preserve">[1:02:35] </w:t>
      </w:r>
      <w:r>
        <w:t>yeh sab cheez kya hain? yeh insan ko yeh mauqa dena hai apne kisi amal ki wajah se ke woh deen se door ho jaye aur shaitan ke rastay par chalne lage.</w:t>
      </w:r>
    </w:p>
    <w:p>
      <w:pPr>
        <w:jc w:val="right"/>
      </w:pPr>
      <w:r>
        <w:t>یہ سب چیز کیا ہیں؟ یہ انسان کو یہ موقع دینا ہے اپنے کسی عمل کی وجہ سے کہ وہ دین سے دور ہو جائے اور شیطان کے راستے پر چلنے لگے۔</w:t>
      </w:r>
    </w:p>
    <w:p>
      <w:r>
        <w:rPr>
          <w:b/>
        </w:rPr>
        <w:t xml:space="preserve">[1:02:45] </w:t>
      </w:r>
      <w:r>
        <w:t>to yeh sari cheezein hum kar rahe hain. nateeja kya is ka? yeh hum ko samajhna chahiye. isi se hum samajh sakte hain ke ah hum kya kar rahe hain. ab koi bhi paighambar nahi aata insan ko ah allah ke rastay se hata kar shaitan ke rastay par le jane ke liye.</w:t>
      </w:r>
    </w:p>
    <w:p>
      <w:pPr>
        <w:jc w:val="right"/>
      </w:pPr>
      <w:r>
        <w:t>تو یہ ساری چیزیں ہم کر رہے ہیں۔ نتیجہ کیا اس کا؟ یہ ہم کو سمجھنا چاہیے۔ اسی سے ہم سمجھ سکتے ہیں کہ اہ ہم کیا کر رہے ہیں۔ اب کوئی بھی پیغمبر نہیں آتا انسان کو اہ اللہ کے راستے سے ہٹا کر شیطان کے راستے پر لے جانے کے لیے۔</w:t>
      </w:r>
    </w:p>
    <w:p>
      <w:r>
        <w:rPr>
          <w:b/>
        </w:rPr>
        <w:t xml:space="preserve">[1:02:59] </w:t>
      </w:r>
      <w:r>
        <w:t>quran mein kaha gaya hai paighambaron ke bare mein: "khun rabbaniyin" ke woh yeh kahenge ke rabbani insan bano. yeh nahi kahenge ke shaitan ke rastay par chalne wale insan bano.</w:t>
      </w:r>
    </w:p>
    <w:p>
      <w:pPr>
        <w:jc w:val="right"/>
      </w:pPr>
      <w:r>
        <w:t>قرآن میں کہا گیا ہے پیغمبروں کے بارے میں: "خون ربانین" کہ وہ یہ کہیں گے کہ ربانی انسان بنو۔ یہ نہیں کہیں گے کہ شیطان کے راستے پر چلنے والے انسان بنو۔</w:t>
      </w:r>
    </w:p>
    <w:p>
      <w:r>
        <w:rPr>
          <w:b/>
        </w:rPr>
        <w:t xml:space="preserve">[1:03:09] </w:t>
      </w:r>
      <w:r>
        <w:t>shaitan ke rastay par le jane wale insan bole, bilkul nahi kahenge. even apne bare mein bhi nahi kahenge. paighambar isi ayat mein hai ke meri ibadat karo.</w:t>
      </w:r>
    </w:p>
    <w:p>
      <w:pPr>
        <w:jc w:val="right"/>
      </w:pPr>
      <w:r>
        <w:t>شیطان کے راستے پر لے جانے والے انسان بولے، بالکل نہیں کہیں گے۔ ایون اپنے بارے میں بھی نہیں کہیں گے۔ پیغمبر اسی آیت میں ہے کہ اپنے بارے میں بھی نہیں کہیں گے کہ میری عبادت کرو۔</w:t>
      </w:r>
    </w:p>
    <w:p>
      <w:r>
        <w:rPr>
          <w:b/>
        </w:rPr>
        <w:t xml:space="preserve">[1:03:18] </w:t>
      </w:r>
      <w:r>
        <w:t>to doosron ke bare mein kya kahenge? to hum ko quran ko parhna chahiye de condition mind ke sath, jaisa ke apa ne kaha, aur jaane ke paighambar islam salallaho alaihe wasallam ki sari zindagi, sari zindagi makkah mein jab doosri wahi shuru hui to us waqt keh diya tha: "wa li rabbika fasbir" apne rab ke liye sabar karo.</w:t>
      </w:r>
    </w:p>
    <w:p>
      <w:pPr>
        <w:jc w:val="right"/>
      </w:pPr>
      <w:r>
        <w:t>تو دوسروں کے بارے میں کیا کہیں گے؟ تو ہم کو قرآن کو پڑھنا چاہیے ڈی کنڈیشن مائنڈ کے ساتھ، جیسا کہ آپا نے کہا، اور جانے کہ پیغمبر اسلام صلی اللہ علیہ وسلم کی ساری زندگی، ساری زندگی مکہ میں جب دوسری وحی شروع ہوئی تو اس وقت کہہ دیا تھا: "ولربک فصبر" اپنے رب کے لیے صبر کرو۔</w:t>
      </w:r>
    </w:p>
    <w:p>
      <w:r>
        <w:rPr>
          <w:b/>
        </w:rPr>
        <w:t xml:space="preserve">[1:03:36] </w:t>
      </w:r>
      <w:r>
        <w:t>is se le kar aakhri mauqa tak rasool allah salallaho alaihe wasallam ne sabar kiya hai, sabar kiya hai, sabar kiya hai. sabar kiya cheez hoti hai? doosron ki takleef par, doosron ki takleef ko bardasht karna.</w:t>
      </w:r>
    </w:p>
    <w:p>
      <w:pPr>
        <w:jc w:val="right"/>
      </w:pPr>
      <w:r>
        <w:t>اس سے لے کر آخری موقع تک رسول اللہ صلی اللہ علیہ وسلم نے صبر کیا ہے، صبر کیا ہے، صبر کیا ہے۔ صبر کیا چیز ہوتی ہے؟ دوسروں کی تکلیف پر، دوسروں کی تکلیف کو برداشت کرنا۔</w:t>
      </w:r>
    </w:p>
    <w:p>
      <w:r>
        <w:rPr>
          <w:b/>
        </w:rPr>
        <w:t xml:space="preserve">[1:03:47] </w:t>
      </w:r>
      <w:r>
        <w:t>doosre agar koi bura bhala kahein to bardasht karna. yeh is aitbaar se agar hum parhenge, maulana ne isi aitbaar se likha hai, is aitbaar se agar hum parhenge to hum ko samajh mein aayega ke islam ki taleem kya hai.</w:t>
      </w:r>
    </w:p>
    <w:p>
      <w:pPr>
        <w:jc w:val="right"/>
      </w:pPr>
      <w:r>
        <w:t>دوسرے اگر کوئی برا بھلا کہیں تو برداشت کرنا۔ یہ اس اعتبار سے اگر ہم پڑھیں گے، مولانا نے اسی اعتبار سے لکھا ہے، اس اعتبار سے اگر ہم پڑھیں گے تو ہم کو سمجھ میں آئے گا کہ اسلام کی تعلیم کیا ہے۔</w:t>
      </w:r>
    </w:p>
    <w:p>
      <w:r>
        <w:rPr>
          <w:b/>
        </w:rPr>
        <w:t xml:space="preserve">[1:03:57] </w:t>
      </w:r>
      <w:r>
        <w:t>baqi yeh agar hamara sentiment yeh hai ke</w:t>
      </w:r>
    </w:p>
    <w:p>
      <w:pPr>
        <w:jc w:val="right"/>
      </w:pPr>
      <w:r>
        <w:t>باقی یہ اگر ہمارا سینٹیمنٹ یہ ہے کہ</w:t>
      </w:r>
    </w:p>
    <w:p>
      <w:r>
        <w:rPr>
          <w:b/>
        </w:rPr>
        <w:t xml:space="preserve">[1:04:02] </w:t>
      </w:r>
      <w:r>
        <w:t>ah rasool allah salallaho alaihe wasallam maaf kar sakte the, hum nahi maaf karenge, to yeh hum rasool salallaho alaihe wasallam aur aur allah taala ke ah khilaf jo rasta hoga, us par chalna hoga.</w:t>
      </w:r>
    </w:p>
    <w:p>
      <w:pPr>
        <w:jc w:val="right"/>
      </w:pPr>
      <w:r>
        <w:t>اہ رسول اللہ صلی اللہ علیہ وسلم معاف کر سکتے تھے، ہم نہیں معاف کریں گے، تو یہ ہم رسول صلی اللہ علیہ وسلم اور اور اللہ تعالی کے اہ خلاف جو راستہ ہوگا، اس پر چلنا ہوگا۔</w:t>
      </w:r>
    </w:p>
    <w:p>
      <w:r>
        <w:rPr>
          <w:b/>
        </w:rPr>
        <w:t xml:space="preserve">[1:04:12] </w:t>
      </w:r>
      <w:r>
        <w:t>khilaf rasta par chalne jaisa hai. agar koi qanoon aisa banana hota to allah taala isi zamane mein bana deta. aaj banane ki zaroorat nahi hai. doctor shad hussain ne srinagar se likha hai: "a substantiated lecture and very fruitful discussion".</w:t>
      </w:r>
    </w:p>
    <w:p>
      <w:pPr>
        <w:jc w:val="right"/>
      </w:pPr>
      <w:r>
        <w:t>خلاف راستہ پر چلنے جیسا ہے۔ اگر کوئی قانون ایسا بنانا ہوتا تو اللہ تعالی اسی زمانے میں بنا دیتا۔ آج بنانے کی ضرورت نہیں ہے۔ ڈاکٹر شاد حسین نے سری نگر سے لکھا ہے: "ا سبسٹینشیٹڈ لیکچر اینڈ ویری فروٹ فل ڈسکشن"۔</w:t>
      </w:r>
    </w:p>
    <w:p>
      <w:r>
        <w:rPr>
          <w:b/>
        </w:rPr>
        <w:t xml:space="preserve">[1:04:30] </w:t>
      </w:r>
      <w:r>
        <w:t>may god bless you for this timely guidance.</w:t>
      </w:r>
    </w:p>
    <w:p>
      <w:pPr>
        <w:jc w:val="right"/>
      </w:pPr>
      <w:r>
        <w:t>می گاڈ بلیس یو فار دس ٹائملی گائیڈنس۔</w:t>
      </w:r>
    </w:p>
    <w:p>
      <w:r>
        <w:rPr>
          <w:b/>
        </w:rPr>
        <w:t xml:space="preserve">[1:04:33] </w:t>
      </w:r>
      <w:r>
        <w:t>ans abdullah sahib ne comment bheja hai, unhon ne location nahi likhi hai. unhon ne likha hai ke aap ne durust farmaya: log islam ko islam ke source quran aur sunnat se na samajh kar, balkay imamoon aur fuqaha se samajhne ki koshish kar rahe hain.</w:t>
      </w:r>
    </w:p>
    <w:p>
      <w:pPr>
        <w:jc w:val="right"/>
      </w:pPr>
      <w:r>
        <w:t>انس عبداللہ صاحب نے کمنٹ بھیجا ہے، انہوں نے لوکیشن نہیں لکھی ہے۔ انہوں نے لکھا ہے کہ آپ نے درست فرمایا: لوگ اسلام کو اسلام کے سورس قرآن اور سنت سے نہ سمجھ کر، بلکہ اماموں اور فقیہوں سے سمجھنے کی کوشش کر رہے ہیں۔</w:t>
      </w:r>
    </w:p>
    <w:p>
      <w:r>
        <w:rPr>
          <w:b/>
        </w:rPr>
        <w:t xml:space="preserve">[1:04:50] </w:t>
      </w:r>
      <w:r>
        <w:t>jab ke hidayat aur noor quran hai. jab tak hum quran se guidance nahi lenge, tab tak masla hal nahi hoga.</w:t>
      </w:r>
    </w:p>
    <w:p>
      <w:pPr>
        <w:jc w:val="right"/>
      </w:pPr>
      <w:r>
        <w:t>جبکہ ہدایت اور نور قرآن ہے۔ جب تک ہم قرآن سے گائیڈنس نہیں لیں گے، تب تک مسئلہ حل نہیں ہوگا۔</w:t>
      </w:r>
    </w:p>
    <w:p>
      <w:r>
        <w:rPr>
          <w:b/>
        </w:rPr>
        <w:t xml:space="preserve">[1:04:59] </w:t>
      </w:r>
      <w:r>
        <w:t>apa yeh ek ah sawal bheja hai Maulana Iqbal Umri ne Chennai se. unhon ne likha hai ke Rasool Allah ko sab musalman rehmatulilalameen mante hain, magar mohabbat rasool ka dawa karne wale ghair rahmana sulook kyun apnaye hue hain?</w:t>
      </w:r>
    </w:p>
    <w:p>
      <w:pPr>
        <w:jc w:val="right"/>
      </w:pPr>
      <w:r>
        <w:t>آپا یہ ایک اہ سوال بھیجا ہے مولانا اقبال عمری نے چنئی سے۔ انہوں نے لکھا ہے کہ رسول اللہ کو سب مسلمان رحمت عالمین مانتے ہیں، مگر محبت رسول کا دعویٰ کرنے والے غیر رحمانہ سلوک کیوں اپنائے ہوئے ہیں؟</w:t>
      </w:r>
    </w:p>
    <w:p>
      <w:r>
        <w:rPr>
          <w:b/>
        </w:rPr>
        <w:t xml:space="preserve">[1:05:19] </w:t>
      </w:r>
      <w:r>
        <w:t>is ki asal wajah kya hai? is ke baray mein batayen.</w:t>
      </w:r>
    </w:p>
    <w:p>
      <w:pPr>
        <w:jc w:val="right"/>
      </w:pPr>
      <w:r>
        <w:t>اس کی اصل وجہ کیا ہے؟ اس کے بارے میں بتائیں۔</w:t>
      </w:r>
    </w:p>
    <w:p>
      <w:r>
        <w:rPr>
          <w:b/>
        </w:rPr>
        <w:t xml:space="preserve">[1:05:27] </w:t>
      </w:r>
      <w:r>
        <w:t>is ki wajah yeh hai ke musalmanon ne deen ko spirit ke aitbar se nahi liya, zahir ke ait</w:t>
      </w:r>
    </w:p>
    <w:p>
      <w:pPr>
        <w:jc w:val="right"/>
      </w:pPr>
      <w:r>
        <w:t>اس کی وجہ یہ ہے کہ مسلمانوں نے دین کو اسپرٹ کے اعتبار سے نہیں لیا، ظاہر کے اعت</w:t>
      </w:r>
    </w:p>
    <w:p>
      <w:r>
        <w:rPr>
          <w:b/>
        </w:rPr>
        <w:t xml:space="preserve">[1:05:33] </w:t>
      </w:r>
      <w:r>
        <w:t>bar se liya. zahir mein kya hota hai ke ah namaz mein hath paon ko phaila kar rakho, hata kar rakho, seenay par hath bandho, pait ke naaf ke neeche hath bandho, yeh sab cheezein zahir mein hain.</w:t>
      </w:r>
    </w:p>
    <w:p>
      <w:pPr>
        <w:jc w:val="right"/>
      </w:pPr>
      <w:r>
        <w:t>بار سے لیا۔ ظاہر میں کیا ہوتا ہے کہ اہ نماز میں ہاتھ پاؤں کو پھیلا کر رکھو، ہٹا کر رکھو، سینے پر ہاتھ باندھو، پیٹ کے ناف کے نیچے ہاتھ باندھو، یہ سب چیزیں ظاہر میں ہیں۔</w:t>
      </w:r>
    </w:p>
    <w:p>
      <w:r>
        <w:rPr>
          <w:b/>
        </w:rPr>
        <w:t xml:space="preserve">[1:05:44] </w:t>
      </w:r>
      <w:r>
        <w:t>to musalmanon ne deen ko is aitbar se liya hai, woh spirit ke aitbar se lete hain ke Allah se mohabbat karna, insaan ke sath khair khwahi karni hai, ah jannat ki khwahish karni hai, taqwa ikhtiyar karna hai.</w:t>
      </w:r>
    </w:p>
    <w:p>
      <w:pPr>
        <w:jc w:val="right"/>
      </w:pPr>
      <w:r>
        <w:t>تو مسلمانوں نے دین کو اس اعتبار سے لیا ہے، وہ اسپرٹ کے اعتبار سے لیتے ہیں کہ اللہ سے محبت کرنا، انسان کے ساتھ خیر خواہی کرنی ہے، اہ جنت کی خواہش کرنی ہے، تقویٰ اختیار کرنا ہے۔</w:t>
      </w:r>
    </w:p>
    <w:p>
      <w:r>
        <w:rPr>
          <w:b/>
        </w:rPr>
        <w:t xml:space="preserve">[1:05:54] </w:t>
      </w:r>
      <w:r>
        <w:t>to yeh cheezein nahi aati. to Rasool Allah sallallahu alaihi wasallam rehmatulilalameen hain, lekin musalmanon ne rehmatulilalameen ke amal mein se jo zahir hissa tha, us ko ikhtiyar kiya, aur woh bhi is interpretation par jo fuqaha ne kiya tha.</w:t>
      </w:r>
    </w:p>
    <w:p>
      <w:pPr>
        <w:jc w:val="right"/>
      </w:pPr>
      <w:r>
        <w:t>تو یہ چیزیں نہیں آتی۔ تو رسول اللہ صلی اللہ علیہ وسلم رحمت اللعالمین ہیں، لیکن مسلمانوں نے رحمت اللعالمین کے عمل میں سے جو ظاہر حصہ تھا، اس کو اختیار کیا، اور وہ بھی اس انٹرپریٹیشن پر جو فقہاء نے کیا تھا۔</w:t>
      </w:r>
    </w:p>
    <w:p>
      <w:r>
        <w:rPr>
          <w:b/>
        </w:rPr>
        <w:t xml:space="preserve">[1:06:07] </w:t>
      </w:r>
      <w:r>
        <w:t>is</w:t>
      </w:r>
    </w:p>
    <w:p>
      <w:pPr>
        <w:jc w:val="right"/>
      </w:pPr>
      <w:r>
        <w:t>اس</w:t>
      </w:r>
    </w:p>
    <w:p>
      <w:r>
        <w:rPr>
          <w:b/>
        </w:rPr>
        <w:t xml:space="preserve">[1:06:08] </w:t>
      </w:r>
      <w:r>
        <w:t>buniyad par kiya woh amal jo kar rahe hain, woh ghair rehmat, ghair rehmat wala amal hai. asal mein wohi well wishing zaroori hai.</w:t>
      </w:r>
    </w:p>
    <w:p>
      <w:pPr>
        <w:jc w:val="right"/>
      </w:pPr>
      <w:r>
        <w:t>بنیاد پر کیا وہ عمل جو کر رہے ہیں، وہ غیر رحمت، غیر رحمت والا عمل ہے۔ اصل میں وہی ویل وشنگ ضروری ہے۔</w:t>
      </w:r>
    </w:p>
    <w:p>
      <w:r>
        <w:rPr>
          <w:b/>
        </w:rPr>
        <w:t xml:space="preserve">[1:06:18] </w:t>
      </w:r>
      <w:r>
        <w:t>hum doosron ke jab tak well wisher nahi banenge, to yeh rehmat ki baatein jo hain, yeh samajh mein hi nahi ayengi. to aaj musalmanon ko samajh mein nahi aa raha hai.</w:t>
      </w:r>
    </w:p>
    <w:p>
      <w:pPr>
        <w:jc w:val="right"/>
      </w:pPr>
      <w:r>
        <w:t>ہم دوسروں کے جب تک ویل وشر نہیں بنیں گے، تو یہ رحمت کی باتیں جو ہیں، یہ سمجھ میں ہی نہیں آئیں گی۔ تو آج مسلمانوں کو سمجھ میں نہیں آ رہا ہے۔</w:t>
      </w:r>
    </w:p>
    <w:p>
      <w:r>
        <w:rPr>
          <w:b/>
        </w:rPr>
        <w:t xml:space="preserve">[1:06:27] </w:t>
      </w:r>
      <w:r>
        <w:t>pehle sab se pehle un se mohabbat karni hai, un ke well wisher banne hain, un ka naseeh banna hai, aur yeh sochna hai ke Khuda hum se kya chahta hai.</w:t>
      </w:r>
    </w:p>
    <w:p>
      <w:pPr>
        <w:jc w:val="right"/>
      </w:pPr>
      <w:r>
        <w:t>پہلے سب سے پہلے ان سے محبت کرنی ہے، ان کے ویل وشر بننے ہیں، ان کا ناصح بننا ہے، اور یہ سوچنا ہے کہ خدا ہم سے کیا چاہتا ہے۔</w:t>
      </w:r>
    </w:p>
    <w:p>
      <w:r>
        <w:rPr>
          <w:b/>
        </w:rPr>
        <w:t xml:space="preserve">[1:06:37] </w:t>
      </w:r>
      <w:r>
        <w:t>to wohi jaise aap ne bataya hai ke woh bilkul form par amal kar ke woh samajhte hain sab kuch ho gaya. form par hum thori form to jabhi important hai, jab spirit us ke andar ho.</w:t>
      </w:r>
    </w:p>
    <w:p>
      <w:pPr>
        <w:jc w:val="right"/>
      </w:pPr>
      <w:r>
        <w:t>تو وہی جیسے آپ نے بتایا ہے کہ وہ بالکل فارم پر عمل کر کے وہ سمجھتے ہیں سب کچھ ہو گیا۔ فارم پر ہم تھوڑی فارم تو جبھی امپورٹنٹ ہے، جب اسپرٹ اس کے اندر ہو۔</w:t>
      </w:r>
    </w:p>
    <w:p>
      <w:r>
        <w:rPr>
          <w:b/>
        </w:rPr>
        <w:t xml:space="preserve">[1:06:49] </w:t>
      </w:r>
      <w:r>
        <w:t>agar spirit nahi hai to form ki koi importance nahi hai. to is tarah se humein woh culture develop karna parega, aur apni deconditioning karni paregi.</w:t>
      </w:r>
    </w:p>
    <w:p>
      <w:pPr>
        <w:jc w:val="right"/>
      </w:pPr>
      <w:r>
        <w:t>اگر اسپرٹ نہیں ہے تو فارم کی کوئی امپورٹنس نہیں ہے۔ تو اس طریقے سے ہمیں وہ کلچر ڈیولپ کرنا پڑے گا، اور اپنی ڈی کنڈیشننگ کرنی پڑے گی۔</w:t>
      </w:r>
    </w:p>
    <w:p>
      <w:r>
        <w:rPr>
          <w:b/>
        </w:rPr>
        <w:t xml:space="preserve">[1:07:01] </w:t>
      </w:r>
      <w:r>
        <w:t>tabhi hum baaton ko gehrai se samajh sakte hain, aur aur Rasool ke uswa par amal kar sakte hain. apa yeh do sawal hain jo almost similar hain.</w:t>
      </w:r>
    </w:p>
    <w:p>
      <w:pPr>
        <w:jc w:val="right"/>
      </w:pPr>
      <w:r>
        <w:t>تبھی ہم باتوں کو گہرائی سے سمجھ سکتے ہیں، اور اور رسول کے اسوے پر عمل کر سکتے ہیں۔ آپا یہ دو سوال ہیں جو الموسٹ سمیلر ہیں۔</w:t>
      </w:r>
    </w:p>
    <w:p>
      <w:r>
        <w:rPr>
          <w:b/>
        </w:rPr>
        <w:t xml:space="preserve">[1:07:11] </w:t>
      </w:r>
      <w:r>
        <w:t>main yeh parhna chahunga. ek Imran Ahmed sahib ne Delhi se likha hai, ah unhon ne likha hai: "jazak Allah apa" ah aaj ke bayan ke liye.</w:t>
      </w:r>
    </w:p>
    <w:p>
      <w:pPr>
        <w:jc w:val="right"/>
      </w:pPr>
      <w:r>
        <w:t>میں یہ پڑھنا چاہوں گا۔ ایک عمران احمد صاحب نے دلی سے لکھا ہے، اہ انہوں نے لکھا ہے: "جزاک اللہ آپا" اہ آج کے بیان کے لیے۔</w:t>
      </w:r>
    </w:p>
    <w:p>
      <w:r>
        <w:rPr>
          <w:b/>
        </w:rPr>
        <w:t xml:space="preserve">[1:07:24] </w:t>
      </w:r>
      <w:r>
        <w:t>ah phir unhon ne likha hai ke: "the violence that is happening today is because Muslims live in the glory of their past and try to regain the glory that was snatched away from their own deficiencies and the conspiracies of others.</w:t>
      </w:r>
    </w:p>
    <w:p>
      <w:pPr>
        <w:jc w:val="right"/>
      </w:pPr>
      <w:r>
        <w:t>اہ پھر انہوں نے لکھا ہے کہ: "دا وائلنس دیٹ از ہیپننگ ٹوڈے از بیکاز مسلمز لیو ان دا گلوری اف دیر پاسٹ اینڈ ٹرائی ٹو ریگین دا گلوری دیٹ واز سنیشڈ اوے فرام دیر اون ڈیفیشنسیز اینڈ دی کانسپیریسیز اف ادرز۔</w:t>
      </w:r>
    </w:p>
    <w:p>
      <w:r>
        <w:rPr>
          <w:b/>
        </w:rPr>
        <w:t xml:space="preserve">[1:07:40] </w:t>
      </w:r>
      <w:r>
        <w:t>to regain such glory, the Quran and Hadith have been interpreted politically. The same is the issue of the prophet,</w:t>
      </w:r>
    </w:p>
    <w:p>
      <w:pPr>
        <w:jc w:val="right"/>
      </w:pPr>
      <w:r>
        <w:t>ٹو ریگین سچ گلوری، دا قرآن اینڈ حدیث ہیو بین انٹرپریٹڈ پولیٹیکلی۔ دا سیم از دی ایشو اف دا پرافٹ،</w:t>
      </w:r>
    </w:p>
    <w:p>
      <w:r>
        <w:rPr>
          <w:b/>
        </w:rPr>
        <w:t xml:space="preserve">[1:07:49] </w:t>
      </w:r>
      <w:r>
        <w:t>that too was made by the jurists during the time of the glory of the past, which is totally unislamic. what are your views on it?" aur Basit sahib ne ah Delhi se likha hai: "what is the politics behind ignoring all the proof against punishing someone who engages in blasphemy?"</w:t>
      </w:r>
    </w:p>
    <w:p>
      <w:pPr>
        <w:jc w:val="right"/>
      </w:pPr>
      <w:r>
        <w:t>دیٹ ٹو واز میڈ بائے دا جورس ڈیورنگ دا ٹائم اف دا گلوری اف دا پاسٹ، وچ از ٹوٹلی ان اسلامک۔ واٹ ار یور ویوز ان اٹ؟" اور باسط صاحب نے اہ دلی سے لکھا ہے: "واٹ از دی پولیٹکس بیہائنڈ اگنورنگ ال دا پروف اگینسٹ پنشنگ سم ون اہ ہو انگیجز ان بلیس فیمی؟"</w:t>
      </w:r>
    </w:p>
    <w:p>
      <w:r>
        <w:rPr>
          <w:b/>
        </w:rPr>
        <w:t xml:space="preserve">[1:08:14] </w:t>
      </w:r>
      <w:r>
        <w:t>yeh past glory wala jo hai, yeh bohat hi important baat hai. hmm, kyunke musalman abhi tak past glory mein jee rahe hain. woh samajhte hain ke jab tak hamare pas political power nahi hoga, tab tak hamare hamara jo hai,</w:t>
      </w:r>
    </w:p>
    <w:p>
      <w:pPr>
        <w:jc w:val="right"/>
      </w:pPr>
      <w:r>
        <w:t>یہ پاسٹ گلوری والا جو ہے، یہ بہت ہی امپورٹنٹ بات ہے۔ ہمم، کیونکہ مسلمان ابھی تک پاسٹ گلوری میں جی رہے ہیں۔ وہ سمجھتے ہیں کہ جب تک ہمارے پاس پولیٹیکل پاور نہیں ہوگا، تب تک ہمارے ہمارا جو ہے،</w:t>
      </w:r>
    </w:p>
    <w:p>
      <w:r>
        <w:rPr>
          <w:b/>
        </w:rPr>
        <w:t xml:space="preserve">[1:08:28] </w:t>
      </w:r>
      <w:r>
        <w:t>humein kuch nahi mila hua hai. halankay zamanah badal gaya. yahi hai ke un ko zamanay ko samajhna parega. ab zamanah badal gaya.</w:t>
      </w:r>
    </w:p>
    <w:p>
      <w:pPr>
        <w:jc w:val="right"/>
      </w:pPr>
      <w:r>
        <w:t>ہمیں کچھ نہیں ملا ہوا ہے۔ حالانکہ زمانہ بدل گیا۔ یہی ہے کہ ان کو زمانے کو سمجھنا پڑے گا۔ اب زمانہ بدل گیا۔</w:t>
      </w:r>
    </w:p>
    <w:p>
      <w:r>
        <w:rPr>
          <w:b/>
        </w:rPr>
        <w:t xml:space="preserve">[1:08:37] </w:t>
      </w:r>
      <w:r>
        <w:t>baghair power ke, baghair iqtidaar ke, hum sab kuch hasil kar sakte hain.</w:t>
      </w:r>
    </w:p>
    <w:p>
      <w:pPr>
        <w:jc w:val="right"/>
      </w:pPr>
      <w:r>
        <w:t>بغیر پاور کے، بغیر اقتدار کے، ہم سب کچھ حاصل کر سکتے ہیں۔</w:t>
      </w:r>
    </w:p>
    <w:p>
      <w:r>
        <w:rPr>
          <w:b/>
        </w:rPr>
        <w:t xml:space="preserve">[1:08:42] </w:t>
      </w:r>
      <w:r>
        <w:t>pehla zamanah jo tha na, woh agriculture age tha. to is mein jis ke pas power hota tha, usi ke pas sab kuch hota tha. aaj to power jo hai, political power, jaise Maulana sahib ne kaha ke woh sirf woh ek administration hai.</w:t>
      </w:r>
    </w:p>
    <w:p>
      <w:pPr>
        <w:jc w:val="right"/>
      </w:pPr>
      <w:r>
        <w:t>پہلا زمانہ جو تھا نا، وہ ایگریکلچر ایج تھا۔ تو اس میں جس کے پاس پاور ہوتا تھا، اسی کے پاس سب کچھ ہوتا تھا۔ آج تو پاور جو ہے، پولیٹیکل پاور، جیسے مولانا صاحب نے کہا کہ وہ صرف وہ ایک ایڈمنسٹریشن ہے۔</w:t>
      </w:r>
    </w:p>
    <w:p>
      <w:r>
        <w:rPr>
          <w:b/>
        </w:rPr>
        <w:t xml:space="preserve">[1:08:59] </w:t>
      </w:r>
      <w:r>
        <w:t>aur Europe, America wale mein yahi lafz use kiya jata hai: administration. aur tamam rastay jo hain, woh khul gaye hain. to humein zamanay ko samajhna parega.</w:t>
      </w:r>
    </w:p>
    <w:p>
      <w:pPr>
        <w:jc w:val="right"/>
      </w:pPr>
      <w:r>
        <w:t>اور یورپ، امریکہ والے میں یہی لفظ یوز کیا جاتا ہے: ایڈمنسٹریشن۔ اور تمام راستے جو ہیں، وہ کھل گئے ہیں۔ تو ہمیں زمانے کو سمجھنا پڑے گا۔</w:t>
      </w:r>
    </w:p>
    <w:p>
      <w:r>
        <w:rPr>
          <w:b/>
        </w:rPr>
        <w:t xml:space="preserve">[1:09:10] </w:t>
      </w:r>
      <w:r>
        <w:t>jisko kaha gaya ke paighambar aseer zamana hota hai, to zamane ko samajhna parega, aur uske mutabiq tayari karni paregi.</w:t>
      </w:r>
    </w:p>
    <w:p>
      <w:pPr>
        <w:jc w:val="right"/>
      </w:pPr>
      <w:r>
        <w:t>جس کو کہا گیا کہ پیغمبر اسیر زمانہ ہوتا ہے، تو زمانے کو سمجھنا پڑے گا، اور اس کے مطابق تیاری کرنی پڑے گی۔</w:t>
      </w:r>
    </w:p>
    <w:p>
      <w:r>
        <w:rPr>
          <w:b/>
        </w:rPr>
        <w:t xml:space="preserve">[1:09:20] </w:t>
      </w:r>
      <w:r>
        <w:t>tamam progress and development hum hasil kar sakte hain zamane ko samajh kar. kyunke aaj jo sari opportunities khul gayi hain na, wo pehle nahi theen.</w:t>
      </w:r>
    </w:p>
    <w:p>
      <w:pPr>
        <w:jc w:val="right"/>
      </w:pPr>
      <w:r>
        <w:t>تمام پروگریس اینڈ ڈیولپمنٹ ہم حاصل کر سکتے ہیں زمانے کو سمجھ کر۔ کیونکہ آج جو ساری اپرچونیٹیز کھل گئی ہیں نا، وہ پہلے نہیں تھیں۔</w:t>
      </w:r>
    </w:p>
    <w:p>
      <w:r>
        <w:rPr>
          <w:b/>
        </w:rPr>
        <w:t xml:space="preserve">[1:09:30] </w:t>
      </w:r>
      <w:r>
        <w:t>to yahi log nahi samajh rahe hain. isko agar jis din wo samajh lenge, us din unko lagega ke political power ho ya na ho,</w:t>
      </w:r>
    </w:p>
    <w:p>
      <w:pPr>
        <w:jc w:val="right"/>
      </w:pPr>
      <w:r>
        <w:t>تو یہی لوگ نہیں سمجھ رہے ہیں۔ اس کو اگر جس دن وہ سمجھ لیں گے، اس دن ان کو لگے گا کہ پولیٹیکل پاور ہو یا نہ ہو،</w:t>
      </w:r>
    </w:p>
    <w:p>
      <w:r>
        <w:rPr>
          <w:b/>
        </w:rPr>
        <w:t xml:space="preserve">[1:09:38] </w:t>
      </w:r>
      <w:r>
        <w:t>har halat mein unko tamam opportunities available hain, dunya ki taraqqi ke liye bhi, aur deen ke liye bhi. basit sahib ka ah apa unka sawal tha ke: "what is the politics behind ignoring all the proof against punishing someone who engages in blasphemy?"</w:t>
      </w:r>
    </w:p>
    <w:p>
      <w:pPr>
        <w:jc w:val="right"/>
      </w:pPr>
      <w:r>
        <w:t>ہر حالت میں ان کو تمام اپرچونیٹیز اویلیبل ہیں، دنیا کی ترقی کے لیے بھی، اور دین کے لیے بھی۔ باسط صاحب کا اہ آپا ان کا سوال تھا کہ: "واٹ از دی پولیٹکس بیہائنڈ اگنورنگ ال دا پروف اگینسٹ پنشنگ سم ون ہو انگیجز ان بلیس فیمی؟"</w:t>
      </w:r>
    </w:p>
    <w:p>
      <w:r>
        <w:rPr>
          <w:b/>
        </w:rPr>
        <w:t xml:space="preserve">[1:10:02] </w:t>
      </w:r>
      <w:r>
        <w:t>aaj kal yahi har jagah ho raha hai ke bas we and they concept itna develop ho gaya hai ke jab hamare log kuch bhi karen, wo sab maaf hai.</w:t>
      </w:r>
    </w:p>
    <w:p>
      <w:pPr>
        <w:jc w:val="right"/>
      </w:pPr>
      <w:r>
        <w:t>آج کل یہی ہر جگہ ہو رہا ہے کہ بس وی اینڈ دے کانسیپٹ اتنا ڈیولپ ہو گیا ہے کہ جب ہمارے لوگ کچھ بھی کریں، وہ سب معاف ہے۔</w:t>
      </w:r>
    </w:p>
    <w:p>
      <w:r>
        <w:rPr>
          <w:b/>
        </w:rPr>
        <w:t xml:space="preserve">[1:10:12] </w:t>
      </w:r>
      <w:r>
        <w:t>to wo isko kuch samajhte hi nahi, kyunke wo samajhte hain dunya ko unhone dushman aur dost mein bant rakha hai. to jab dushman ke khilaf kuch bhi kiya jaye, to jo wo karta hai, wo ye nahi dekhte ke islam kya keh raha hai.</w:t>
      </w:r>
    </w:p>
    <w:p>
      <w:pPr>
        <w:jc w:val="right"/>
      </w:pPr>
      <w:r>
        <w:t>تو وہ اس کو کچھ سمجھتے ہی نہیں، کیونکہ وہ سمجھتے ہیں دنیا کو انہوں نے دشمن اور دوست میں بانٹ رکھا ہے۔ تو جب دشمن کے خلاف کچھ بھی کیا جائے، تو جو وہ کرتا ہے، وہ یہ نہیں دیکھتے کہ اسلام کیا کہہ رہا ہے۔</w:t>
      </w:r>
    </w:p>
    <w:p>
      <w:r>
        <w:rPr>
          <w:b/>
        </w:rPr>
        <w:t xml:space="preserve">[1:10:28] </w:t>
      </w:r>
      <w:r>
        <w:t>rasool Allah salallahu alaihi wasallam ka uswa hamein kya bata raha hai? wo bas ye dekh rahe hain ke dushman ke khilaf kuch bhi kiya jaye,</w:t>
      </w:r>
    </w:p>
    <w:p>
      <w:pPr>
        <w:jc w:val="right"/>
      </w:pPr>
      <w:r>
        <w:t>رسول اللہ صلی اللہ علیہ وسلم کا اسوہ ہمیں کیا بتا رہا ہے؟ وہ بس یہ دیکھ رہے ہیں کہ دشمن کے خلاف کچھ بھی کیا جائے،</w:t>
      </w:r>
    </w:p>
    <w:p>
      <w:r>
        <w:rPr>
          <w:b/>
        </w:rPr>
        <w:t xml:space="preserve">[1:10:36] </w:t>
      </w:r>
      <w:r>
        <w:t>wo unko theek lagta hai. isko wo hero bana dete hain. to abhi jo hamare parosi mulk mein hua ke wo jisne bhi wo bank ke manager ko qatal kiya, ah sri lankan ko ek qatal kiya, ek pagal ko qatal kiya, jo ye karta hai na, usko hero bana dete hain.</w:t>
      </w:r>
    </w:p>
    <w:p>
      <w:pPr>
        <w:jc w:val="right"/>
      </w:pPr>
      <w:r>
        <w:t>وہ ان کو ٹھیک لگتا ہے۔ اس کو وہ ہیرو بنا دیتے ہیں۔ تو ابھی جو ہمارے پڑوسی ملک میں ہوا کہ وہ جس نے بھی وہ بینک کے منیجر کو قتل کیا، اہ سری لنکن کو ایک قتل کیا، ایک پاگل کو قتل کیا، جو یہ کرتا ہے نا، اس کو ہیرو بنا دیتے ہیں۔</w:t>
      </w:r>
    </w:p>
    <w:p>
      <w:r>
        <w:rPr>
          <w:b/>
        </w:rPr>
        <w:t xml:space="preserve">[1:10:55] </w:t>
      </w:r>
      <w:r>
        <w:t>uswa kyunke samajhte hain ke ah isko aisa le lete hain ke unko aisa lagta hai ke sari dunya hamari dushman hai.</w:t>
      </w:r>
    </w:p>
    <w:p>
      <w:pPr>
        <w:jc w:val="right"/>
      </w:pPr>
      <w:r>
        <w:t>اس وہ کیونکہ سمجھتے ہیں کہ اہ اس کو ایسا لے لیتے ہیں کہ ان کو ایسا لگتا ہے کہ ساری دنیا ہماری دشمن ہے۔</w:t>
      </w:r>
    </w:p>
    <w:p>
      <w:r>
        <w:rPr>
          <w:b/>
        </w:rPr>
        <w:t xml:space="preserve">[1:11:04] </w:t>
      </w:r>
      <w:r>
        <w:t>to wo wo unka ek mizaj ban gaya, unki soch ban gayi hai. to ye soch unko apni durust karni paregi, kyunke sab se zyada jo hai, wo thinking level par hota hai.</w:t>
      </w:r>
    </w:p>
    <w:p>
      <w:pPr>
        <w:jc w:val="right"/>
      </w:pPr>
      <w:r>
        <w:t>تو وہ وہ ان کا ایک مزاج بن گیا، ان کی سوچ بن گئی ہے۔ تو یہ سوچ ان کو اپنی درست کرنی پڑے گی، کیونکہ سب سے زیادہ جو ہے، وہ تھنکنگ لیول پر ہوتا ہے۔</w:t>
      </w:r>
    </w:p>
    <w:p>
      <w:r>
        <w:rPr>
          <w:b/>
        </w:rPr>
        <w:t xml:space="preserve">[1:11:15] </w:t>
      </w:r>
      <w:r>
        <w:t>apni deconditioning karni paregi ke koi hamara dushman nahi hai, sab hamare dost hain, aur kuch koi actual dost hai, koi potential dost hai.</w:t>
      </w:r>
    </w:p>
    <w:p>
      <w:pPr>
        <w:jc w:val="right"/>
      </w:pPr>
      <w:r>
        <w:t>اپنی ڈی کنڈیشننگ کرنی پڑے گی کہ کوئی ہمارا دشمن نہیں ہے، سب ہمارے دوست ہیں، اور کچھ کوئی ایکچول دوست ہے، کوئی پوٹینشل دوست ہے۔</w:t>
      </w:r>
    </w:p>
    <w:p>
      <w:r>
        <w:rPr>
          <w:b/>
        </w:rPr>
        <w:t xml:space="preserve">[1:11:25] </w:t>
      </w:r>
      <w:r>
        <w:t>to hamara jaisa unke sath hum jaisa amal karenge, waise hi hamein uska return milega.</w:t>
      </w:r>
    </w:p>
    <w:p>
      <w:pPr>
        <w:jc w:val="right"/>
      </w:pPr>
      <w:r>
        <w:t>تو ہمارا جیسا ان کے ساتھ ہم جیسا عمل کریں گے، ویسے ہی ہمیں اس کا ریٹرن ملے گا۔</w:t>
      </w:r>
    </w:p>
    <w:p>
      <w:r>
        <w:rPr>
          <w:b/>
        </w:rPr>
        <w:t xml:space="preserve">[1:11:33] </w:t>
      </w:r>
      <w:r>
        <w:t>ye asal mein hum ko samajhna hoga ke ulama ne jo itna sara kiya, asal mein hota kya hai ke awam ki bheed jo ikhatti hoti hai, wo hoti hai ke aap isko koi sensitive issue dein, tab hota hai.</w:t>
      </w:r>
    </w:p>
    <w:p>
      <w:pPr>
        <w:jc w:val="right"/>
      </w:pPr>
      <w:r>
        <w:t>یہ اصل میں ہم کو سمجھنا ہوگا کہ علماء نے جو اتنا سارا کیا، اصل میں ہوتا کیا ہے کہ عوام کی بھیڑ جو اکٹھی ہوتی ہے، وہ ہوتی ہے کہ آپ اس کو کوئی سینسٹیو ایشو دیں، تب ہوتا ہے۔</w:t>
      </w:r>
    </w:p>
    <w:p>
      <w:r>
        <w:rPr>
          <w:b/>
        </w:rPr>
        <w:t xml:space="preserve">[1:11:45] </w:t>
      </w:r>
      <w:r>
        <w:t>ulama ne wahan par Pakistan mein bohat hi sensitive issue hai. even yahan hai ke ek news maine padhi thi ke wahan par ek metro station ka naam rakh diya: "khatm e nabuwat".</w:t>
      </w:r>
    </w:p>
    <w:p>
      <w:pPr>
        <w:jc w:val="right"/>
      </w:pPr>
      <w:r>
        <w:t>علماء نے وہاں پر پاکستان میں بہت ہی سینسٹیو ایشو ہے۔ ایون یہاں ہے کہ ایک نیوز میں نے پڑھی تھی کہ وہاں پر ایک میٹرو اسٹیشن کا نام رکھ دیا: "ختم نبوت"۔</w:t>
      </w:r>
    </w:p>
    <w:p>
      <w:r>
        <w:rPr>
          <w:b/>
        </w:rPr>
        <w:t xml:space="preserve">[1:11:54] </w:t>
      </w:r>
      <w:r>
        <w:t>naam rakh diya: "khatm e nabuwat". to itna sensitive issue hai.</w:t>
      </w:r>
    </w:p>
    <w:p>
      <w:pPr>
        <w:jc w:val="right"/>
      </w:pPr>
      <w:r>
        <w:t>نام رکھ دیا: "ختم نبوت"۔ تو اتنا سینسٹیو ایشو ہے۔</w:t>
      </w:r>
    </w:p>
    <w:p>
      <w:r>
        <w:rPr>
          <w:b/>
        </w:rPr>
        <w:t xml:space="preserve">[1:11:57] </w:t>
      </w:r>
      <w:r>
        <w:t>to ulama ne bheed ikhatti karne ke liye inko exploit kiya. ye inko samajhna hoga, warna rasool Allah salallahu alaihi wasallam ka khayal jitna ek musalman rakh sakta hai, us se hazar guna, lakh guna zyada khair Allah taala rakhta hai.</w:t>
      </w:r>
    </w:p>
    <w:p>
      <w:pPr>
        <w:jc w:val="right"/>
      </w:pPr>
      <w:r>
        <w:t>تو علماء نے بھیڑ اکٹھی کرنے کے لیے ان کو ایکسپلائٹ کیا۔ یہ ان کو سمجھنا ہوگا، ورنہ رسول اللہ صلی اللہ علیہ وسلم کا خیال جتنا ایک مسلمان رکھ سکتا ہے، اس سے ہزار گنا، لاکھ گنا زیادہ خیر اللہ تعالی رکھتا ہے۔</w:t>
      </w:r>
    </w:p>
    <w:p>
      <w:r>
        <w:rPr>
          <w:b/>
        </w:rPr>
        <w:t xml:space="preserve">[1:12:09] </w:t>
      </w:r>
      <w:r>
        <w:t>ek waqia hai Quran mein ke rasool Allah salallahu alaihi wasallam ke zamane mein rasool Allah salallahu alaihi wasallam ki shadi hi wali mehma hui. kuch sahaba is mein se thodi der ruk gaye.</w:t>
      </w:r>
    </w:p>
    <w:p>
      <w:pPr>
        <w:jc w:val="right"/>
      </w:pPr>
      <w:r>
        <w:t>ایک واقعہ ہے قرآن میں کہ رسول اللہ صلی اللہ علیہ وسلم کے زمانے میں رسول اللہ صلی اللہ علیہ وسلم کی شادی ہی ولیمہ ہوا۔ کچھ صحابہ اس میں سے تھوڑی دیر رک گئے۔</w:t>
      </w:r>
    </w:p>
    <w:p>
      <w:r>
        <w:rPr>
          <w:b/>
        </w:rPr>
        <w:t xml:space="preserve">[1:12:18] </w:t>
      </w:r>
      <w:r>
        <w:t>is se rasool Allah salallahu alaihi wasallam ko takleef hui. to rasool Allah salallahu alaihi wasallam ne lekin kuch nahi kiya. Allah taala ne foran ek ayat nazil kar di. bas itna thoda sa waqia tha, us par ayat nazil kar di.</w:t>
      </w:r>
    </w:p>
    <w:p>
      <w:pPr>
        <w:jc w:val="right"/>
      </w:pPr>
      <w:r>
        <w:t>اس سے رسول اللہ صلی اللہ علیہ وسلم کو تکلیف ہوئی۔ تو رسول اللہ صلی اللہ علیہ وسلم نے لیکن کچھ نہیں کیا۔ اللہ تعالی نے فوراً ایک آیت نازل کر دی۔ بس اتنا تھوڑا سا واقعہ تھا، اس پر آیت نازل کر دی۔</w:t>
      </w:r>
    </w:p>
    <w:p>
      <w:r>
        <w:rPr>
          <w:b/>
        </w:rPr>
        <w:t xml:space="preserve">[1:12:27] </w:t>
      </w:r>
      <w:r>
        <w:t>to itna bada waqia hota hai ke har din rasool Allah salallahu alaihi wasallam ko bura bhala kaha jata tha. agar wo qatal ya khatm e rasool ka koi qanoon nazil karna hota, zaroor Allah taala us par koi qanoon nazil kar deta, Quran ke andar nazil kar deta.</w:t>
      </w:r>
    </w:p>
    <w:p>
      <w:pPr>
        <w:jc w:val="right"/>
      </w:pPr>
      <w:r>
        <w:t>تو اتنا بڑا واقعہ ہوتا ہے کہ ہر دن رسول اللہ صلی اللہ علیہ وسلم کو برا بھلا کہا جاتا تھا۔ اگر وہ قتل یا ختم رسول کا کوئی قانون نازل کرنا ہوتا، ضرور اللہ تعالی اس پر کوئی قانون نازل کر دیتا، قرآن کے اندر نازل کر دیتا۔</w:t>
      </w:r>
    </w:p>
    <w:p>
      <w:r>
        <w:rPr>
          <w:b/>
        </w:rPr>
        <w:t xml:space="preserve">[1:12:40] </w:t>
      </w:r>
      <w:r>
        <w:t>magar hum dekhte hain ke aisa koi qanoon hi nahi. ah fiqh muqaran ya compare fiqh ki kitab hai: "bidayat al mujtahid". is mein teen char cheezein batayi gayi hain ke capital punishment mein hain.</w:t>
      </w:r>
    </w:p>
    <w:p>
      <w:pPr>
        <w:jc w:val="right"/>
      </w:pPr>
      <w:r>
        <w:t>مگر ہم دیکھتے ہیں کہ ایسا کوئی قانون ہی نہیں۔ اہ فقہ مقارن یا کمپیئر فقہ کی کتاب ہے: "بدایت المجتہد"۔ اس میں تین چار چیزیں بتائی گئی ہیں کہ کیپیٹل پنشمنٹ میں ہیں۔</w:t>
      </w:r>
    </w:p>
    <w:p>
      <w:r>
        <w:rPr>
          <w:b/>
        </w:rPr>
        <w:t xml:space="preserve">[1:12:49] </w:t>
      </w:r>
      <w:r>
        <w:t>is mein se iska zikr hi nahi hai. fuqaha ne isko zikr nahi kiya hai. agar apni taraf se baad mein ye kiya, lekin jo ah early islam mein jo fiqh develop hui thi, tabieen ke daur mein ya ek sahaba ke daur mein, is mein ye sab cheezein nahi theen.</w:t>
      </w:r>
    </w:p>
    <w:p>
      <w:pPr>
        <w:jc w:val="right"/>
      </w:pPr>
      <w:r>
        <w:t>اس میں سے اس کا ذکر ہی نہیں ہے۔ فقہاء نے اس کو ذکر نہیں کیا ہے۔ اگر اپنی طرف سے بعد میں یہ کیا، لیکن جو اہ ارلی اسلام میں جو فقہ ڈیولپ ہوئی تھی، تابعین کے دور میں یا ایک صحابہ کے دور میں، اس میں یہ سب چیزیں نہیں تھیں۔</w:t>
      </w:r>
    </w:p>
    <w:p>
      <w:r>
        <w:rPr>
          <w:b/>
        </w:rPr>
        <w:t xml:space="preserve">[1:13:03] </w:t>
      </w:r>
      <w:r>
        <w:t>to is se maloom hota hai ke ye ah musalman exploit ho rahe hain is ke naam par. in se bachein</w:t>
      </w:r>
    </w:p>
    <w:p>
      <w:pPr>
        <w:jc w:val="right"/>
      </w:pPr>
      <w:r>
        <w:t>تو اس سے معلوم ہوتا ہے کہ یہ اہ مسلمان ایکسپلائٹ ہو رہے ہیں اس کے نام پر۔ ان سے بچیں</w:t>
      </w:r>
    </w:p>
    <w:p>
      <w:r>
        <w:rPr>
          <w:b/>
        </w:rPr>
        <w:t xml:space="preserve">[1:13:09] </w:t>
      </w:r>
      <w:r>
        <w:t>aur sahi islam jo isko represent karen, to Allah taala ah ki ke ke raste par chalna haan hoga. ah ye aakhri sawal hai aap ka.</w:t>
      </w:r>
    </w:p>
    <w:p>
      <w:pPr>
        <w:jc w:val="right"/>
      </w:pPr>
      <w:r>
        <w:t>اور صحیح اسلام جو اس کو ریپریزنٹ کریں، تو اللہ تعالی اہ کی کے کے راستے پر چلنا ہاں ہوگا۔ اہ یہ آخری سوال ہے آپا۔</w:t>
      </w:r>
    </w:p>
    <w:p>
      <w:r>
        <w:rPr>
          <w:b/>
        </w:rPr>
        <w:t xml:space="preserve">[1:13:21] </w:t>
      </w:r>
      <w:r>
        <w:t>ye bheja hai abdul rehman sahib ne dilli se. unhone likha hai: "there are speakers who refer to a hadith where prophet said that you won't be a momin unless or until you love me more than you love your parents."</w:t>
      </w:r>
    </w:p>
    <w:p>
      <w:pPr>
        <w:jc w:val="right"/>
      </w:pPr>
      <w:r>
        <w:t>یہ بھیجا ہے عبدالرحمن صاحب نے دلی سے۔ انہوں نے لکھا ہے: "دیر آر سپیکرز ہو ریفر ٹو ا حدیث ویر پرافٹ سیڈ دیٹ یو وونٹ بی ا مومن انلیس اور انٹل یو لو می مور دین یو لو یور پیرنٹس۔"</w:t>
      </w:r>
    </w:p>
    <w:p>
      <w:r>
        <w:rPr>
          <w:b/>
        </w:rPr>
        <w:t xml:space="preserve">[1:13:38] </w:t>
      </w:r>
      <w:r>
        <w:t>then these people say that when we cannot tolerate anyone abusing our parents, then how can we tolerate anyone disrespecting our prophet?</w:t>
      </w:r>
    </w:p>
    <w:p>
      <w:pPr>
        <w:jc w:val="right"/>
      </w:pPr>
      <w:r>
        <w:t>دین دیز پیپل سے دیٹ وین وی کین ناٹ ٹولریٹ اینی ون ابیوزنگ اور پیرنٹس، دین ہاؤ کین وی ٹولریٹ اینی ون ڈس ریسپیکٹنگ اور پرافٹ؟</w:t>
      </w:r>
    </w:p>
    <w:p>
      <w:r>
        <w:rPr>
          <w:b/>
        </w:rPr>
        <w:t xml:space="preserve">[1:13:48] </w:t>
      </w:r>
      <w:r>
        <w:t>aapa what are your comments on this? yeh sab to ghar mein yeh sab waqiat hotay hi rehtay hain. to hum is ko samjhayein gay, is ko naseehat karein gay, is ko marein gay thori.</w:t>
      </w:r>
    </w:p>
    <w:p>
      <w:pPr>
        <w:jc w:val="right"/>
      </w:pPr>
      <w:r>
        <w:t>آپا واٹ ار یور کمنٹس ان دس؟ یہ سب تو گھر میں یہ سب واقعات ہوتے ہی رہتے ہیں۔ تو ہم اس کو سمجھائیں گے، اس کو نصیحت کریں گے، اس کو ماریں گے تھوڑی۔</w:t>
      </w:r>
    </w:p>
    <w:p>
      <w:r>
        <w:rPr>
          <w:b/>
        </w:rPr>
        <w:t xml:space="preserve">[1:14:01] </w:t>
      </w:r>
      <w:r>
        <w:t>to yeh sab waqiat to hotay hi</w:t>
      </w:r>
    </w:p>
    <w:p>
      <w:pPr>
        <w:jc w:val="right"/>
      </w:pPr>
      <w:r>
        <w:t>تو یہ سب واقعات تو ہوتے ہی</w:t>
      </w:r>
    </w:p>
    <w:p>
      <w:r>
        <w:rPr>
          <w:b/>
        </w:rPr>
        <w:t xml:space="preserve">[1:14:03] </w:t>
      </w:r>
      <w:r>
        <w:t>rehtay hain. is ko hum samjhayein, is ko hum rasool Allah sal Allah alayh wasalam ke waqiat batayein, is ko hum kitaab dein parhnay ke liye. agar hum ko lagta hai ke is ne ghalt baat kahi hai, to marna, violence ka use karna ghalt hai.</w:t>
      </w:r>
    </w:p>
    <w:p>
      <w:pPr>
        <w:jc w:val="right"/>
      </w:pPr>
      <w:r>
        <w:t>رہتے ہیں۔ اس کو ہم سمجھائیں، اس کو ہم رسول اللہ صلی اللہ علیہ وسلم کے واقعات بتائیں، اس کو ہم کتاب دیں پڑھنے کے لیے۔ اگر ہم کو لگتا ہے کہ اس نے غلط بات کہی ہے، تو مارنا، وائلنس کا یوز کرنا غلط ہے۔</w:t>
      </w:r>
    </w:p>
    <w:p>
      <w:r>
        <w:rPr>
          <w:b/>
        </w:rPr>
        <w:t xml:space="preserve">[1:14:17] </w:t>
      </w:r>
      <w:r>
        <w:t>is ko samjhana, is ko aur is ko is se baat cheet karna, is se dialogue karna, yeh thori ghalt hai. to</w:t>
      </w:r>
    </w:p>
    <w:p>
      <w:pPr>
        <w:jc w:val="right"/>
      </w:pPr>
      <w:r>
        <w:t>اس کو سمجھانا، اس کو اور اس کو اس سے بات چیت کرنا، اس سے ڈائیلاگ کرنا، یہ تھوڑی غلط ہے۔ تو</w:t>
      </w:r>
    </w:p>
    <w:p>
      <w:r>
        <w:rPr>
          <w:b/>
        </w:rPr>
        <w:t xml:space="preserve">[1:14:24] </w:t>
      </w:r>
      <w:r>
        <w:t>jaisay hum ghar mein hotay rehtay hain, bhai bhaiyon behnon mein ghar mein hotay rehtay hain, to hum koi martay hain, is ko samjhatay hain ke aisa nahin.</w:t>
      </w:r>
    </w:p>
    <w:p>
      <w:pPr>
        <w:jc w:val="right"/>
      </w:pPr>
      <w:r>
        <w:t>جیسے ہم گھر میں ہوتے رہتے ہیں، بھائی بھائیوں بہنوں میں گھر میں ہوتے رہتے ہیں، تو ہم کوئی مارتے ہیں، اس کو سمجھاتے ہیں کہ ایسا نہیں۔</w:t>
      </w:r>
    </w:p>
    <w:p>
      <w:r>
        <w:rPr>
          <w:b/>
        </w:rPr>
        <w:t xml:space="preserve">[1:14:33] </w:t>
      </w:r>
      <w:r>
        <w:t>bachon ko samjhatay hain, aisa nahin karna chahiye. to tamam insanon ko hum ko aisay hi samajhna hai jaisay hum apni family member ko samajhtay hain.</w:t>
      </w:r>
    </w:p>
    <w:p>
      <w:pPr>
        <w:jc w:val="right"/>
      </w:pPr>
      <w:r>
        <w:t>بچوں کو سمجھاتے ہیں، ایسا نہیں کرنا چاہیے۔ تو تمام انسانوں کو ہم کو ایسے ہی سمجھنا ہے جیسے ہم اپنی فیملی ممبر کو سمجھتے ہیں۔</w:t>
      </w:r>
    </w:p>
    <w:p>
      <w:r>
        <w:rPr>
          <w:b/>
        </w:rPr>
        <w:t xml:space="preserve">[1:14:42] </w:t>
      </w:r>
      <w:r>
        <w:t>agar woh family member aisay samajhnay lagein gay, to yeh to masla hi khatam ho jaye ga. kaun apnay bhai behan ko maar dalta hai ke tum ne humain baap mere maa baap ko aisa kyun keh diya?</w:t>
      </w:r>
    </w:p>
    <w:p>
      <w:pPr>
        <w:jc w:val="right"/>
      </w:pPr>
      <w:r>
        <w:t>اگر وہ فیملی ممبر ایسے سمجھنے لگیں گے، تو یہ تو مسئلہ ہی ختم ہو جائے گا۔ کون اپنے بھائی بہن کو مار ڈالتا ہے کہ تم نے ہمیں باپ میرے ماں باپ کو ایسا کیوں کہہ دیا؟</w:t>
      </w:r>
    </w:p>
    <w:p>
      <w:r>
        <w:rPr>
          <w:b/>
        </w:rPr>
        <w:t xml:space="preserve">[1:14:52] </w:t>
      </w:r>
      <w:r>
        <w:t>to yeh to khud hi argument jo hai, is ke khilaf jata hai. is mein aik aur cheez mein add karna chahoon ga, chounkay mohabbat ki baat aa gayi ke rasool Allah sal Allah alayh wasalam se mohabbat kartay hain, to yeh hamesha yaad rakhna chahiye ke arabi ka aik shair hai: "in al muhibbu lima yuhibbu yutee" ke mohabbat karnay wala us ki itaa'at karta hai jis se woh mohabbat karta hai.</w:t>
      </w:r>
    </w:p>
    <w:p>
      <w:pPr>
        <w:jc w:val="right"/>
      </w:pPr>
      <w:r>
        <w:t>تو یہ تو خود ہی ارگومنٹ جو ہے، اس کے خلاف جاتا ہے۔ اس میں ایک اور چیز میں ایڈ کرنا چاہوں گا، چونکہ محبت کی بات آ گئی کہ رسول اللہ صلی اللہ علیہ وسلم سے محبت کرتے ہیں، تو یہ ہمیشہ یاد رکھنا چاہیے کہ عربی کا ایک شعر ہے: "إن المحب لما يحب يطيع" کہ محبت کرنے والا اس کی اطاعت کرتا ہے جس سے وہ محبت کرتا ہے۔</w:t>
      </w:r>
    </w:p>
    <w:p>
      <w:r>
        <w:rPr>
          <w:b/>
        </w:rPr>
        <w:t xml:space="preserve">[1:15:14] </w:t>
      </w:r>
      <w:r>
        <w:t>to hum ko yeh dekhna chahiye, agar hum mohabbat kar rahay hain rasool Allah sal Allah alayh wasalam se, to is mein aap ka model kya tha? agar hum is model ke mutabiq chaltay hain, to hum ne mohabbat kiya, aur agar model ke mutabiq chaltay hain, to hum ne mohabbat ka dawa kiya, lekin amal woh kiya jo hamaray wam mein tha, hamari khwahish mein tha.</w:t>
      </w:r>
    </w:p>
    <w:p>
      <w:pPr>
        <w:jc w:val="right"/>
      </w:pPr>
      <w:r>
        <w:t>تو ہم کو یہ دیکھنا چاہیے، اگر ہم محبت کر رہے ہیں رسول اللہ صلی اللہ علیہ وسلم سے، تو اس میں آپ کا ماڈل کیا تھا؟ اگر ہم اس ماڈل کے مطابق چلتے ہیں، تو ہم نے محبت کیا، اور اگر ماڈل کے مطابق چلتے ہیں، تو ہم نے محبت کا دعویٰ کیا، لیکن عمل وہ کیا جو ہمارے وم میں تھا، ہماری خواہش میں تھا۔</w:t>
      </w:r>
    </w:p>
    <w:p>
      <w:r>
        <w:rPr>
          <w:b/>
        </w:rPr>
        <w:t xml:space="preserve">[1:15:30] </w:t>
      </w:r>
      <w:r>
        <w:t>to yeh farq hum ko karna chahiye. hum mohabbat ka dawa kartay hain, lekin hum jo bless fami ke mamlay mein jo amal kartay hain, woh rasool Allah sal Allah alayh wasalam ka uswa nahin hai, woh hamara wam hai.</w:t>
      </w:r>
    </w:p>
    <w:p>
      <w:pPr>
        <w:jc w:val="right"/>
      </w:pPr>
      <w:r>
        <w:t>تو یہ فرق ہم کو کرنا چاہیے۔ ہم محبت کا دعویٰ کرتے ہیں، لیکن ہم جو بلیس فیمی کے معاملے میں جو عمل کرتے ہیں، وہ رسول اللہ صلی اللہ علیہ وسلم کا اسوہ نہیں ہے، وہ ہمارا وم ہے۔</w:t>
      </w:r>
    </w:p>
    <w:p>
      <w:r>
        <w:rPr>
          <w:b/>
        </w:rPr>
        <w:t xml:space="preserve">[1:15:41] </w:t>
      </w:r>
      <w:r>
        <w:t>as a whole muslim samaj, yeh hamari khwahish hai, apni khwahish hai, rasool Allah sal Allah alayh wasalam ka tareeqa nahin hai. bohat sahi baat hai ke yeh to mohabbat ka taqaza hai ke hum aap ke uswa par chalein.</w:t>
      </w:r>
    </w:p>
    <w:p>
      <w:pPr>
        <w:jc w:val="right"/>
      </w:pPr>
      <w:r>
        <w:t>ایز اے ہول مسلم سماج، یہ ہماری خواہش ہے، اپنی خواہش ہے، رسول اللہ صلی اللہ علیہ وسلم کا طریقہ نہیں ہے۔ بہت صحیح بات ہے کہ یہ تو محبت کا تقاضا ہے کہ ہم آپ کے اسوہ پر چلیں۔</w:t>
      </w:r>
    </w:p>
    <w:p>
      <w:r>
        <w:rPr>
          <w:b/>
        </w:rPr>
        <w:t xml:space="preserve">[1:15:54] </w:t>
      </w:r>
      <w:r>
        <w:t>okay, so we will end the session now. thank you.</w:t>
      </w:r>
    </w:p>
    <w:p>
      <w:pPr>
        <w:jc w:val="right"/>
      </w:pPr>
      <w:r>
        <w:t>اوکے، سو وی ویل اینڈ دی سیشن ناو۔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