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Exploring Lailatul Qadr March 31, 2024</w:t>
      </w:r>
    </w:p>
    <w:p>
      <w:r>
        <w:t>https://youtu.be/WeNvQKwBSx0</w:t>
      </w:r>
    </w:p>
    <w:p>
      <w:r>
        <w:rPr>
          <w:b/>
        </w:rPr>
        <w:t xml:space="preserve">[00:10] </w:t>
      </w:r>
      <w:r>
        <w:t>Assalam-o-Alaikum. Today we will have conversation with Dr. Saniya Hasnain Khan and Professor Farida Khanam on the subject Lailat-ul-Qadr.</w:t>
      </w:r>
    </w:p>
    <w:p>
      <w:pPr>
        <w:jc w:val="right"/>
      </w:pPr>
      <w:r>
        <w:t>السلام علیکم۔ ٹوڈے وی ویل ہیو کانورسیشن ود ڈاکٹر ثانیہ حسنین خان اینڈ پروفیسر فریدہ خانم آن دا سبجیکٹ لیلۃ القدر۔</w:t>
      </w:r>
    </w:p>
    <w:p>
      <w:r>
        <w:rPr>
          <w:b/>
        </w:rPr>
        <w:t xml:space="preserve">[00:21] </w:t>
      </w:r>
      <w:r>
        <w:t>Lailat-ul-Qadr refers to one of the holiest nights of the last ten days of Ramadan. It holds great significance as Quran calls it a night better than thousand months.</w:t>
      </w:r>
    </w:p>
    <w:p>
      <w:pPr>
        <w:jc w:val="right"/>
      </w:pPr>
      <w:r>
        <w:t>لیلۃ القدر ریفرز ٹو ون آف دا ہولیئسٹ نائٹ آف دا لاسٹ ٹین ڈیز آف رمضان۔ اٹ ہولڈز گریٹ سگنیفیکنس ایز قرآن کالز اٹ ا نائٹ بیٹر دین تھاؤزنڈ منتھس۔</w:t>
      </w:r>
    </w:p>
    <w:p>
      <w:r>
        <w:rPr>
          <w:b/>
        </w:rPr>
        <w:t xml:space="preserve">[00:36] </w:t>
      </w:r>
      <w:r>
        <w:t>Flocks of angels descend on earth producing a heightened spiritual atmosphere. So Muslims are encouraged to engage in prayer, worship and reflection.</w:t>
      </w:r>
    </w:p>
    <w:p>
      <w:pPr>
        <w:jc w:val="right"/>
      </w:pPr>
      <w:r>
        <w:t>فلاکس آف اینجلز ڈیسینڈ آن ارتھ پروڈیوسنگ ا ہائٹنڈ سپرچول ایٹمسفیئر۔ سو مسلمز آر انکریج ٹو انگیج ان پریر ورشپ اینڈ ریفلیکشن۔</w:t>
      </w:r>
    </w:p>
    <w:p>
      <w:r>
        <w:rPr>
          <w:b/>
        </w:rPr>
        <w:t xml:space="preserve">[00:48] </w:t>
      </w:r>
      <w:r>
        <w:t>to chaliye aaj isi mauzu par charcha karte hain Farida apa aur doctor sahab ke saath. Assalam-o-Alaikum apa. Assalam-o-Alaikum doctor sahab. Wa'alaikum Assalam. Happy to have you both together for this important subject.</w:t>
      </w:r>
    </w:p>
    <w:p>
      <w:pPr>
        <w:jc w:val="right"/>
      </w:pPr>
      <w:r>
        <w:t>تو چلیے آج اسی موضوع پر چرچا کرتے ہیں فریدہ آپا اور ڈاکٹر صاحب کے ساتھ۔ السلام علیکم آپا۔ السلام علیکم ڈاکٹر صاحب۔ وعلیکم السلام۔ ہیپی ٹو ہیو یو بوتھ ٹوگیدر فار دس امپورٹنٹ سبجیکٹ۔</w:t>
      </w:r>
    </w:p>
    <w:p>
      <w:r>
        <w:rPr>
          <w:b/>
        </w:rPr>
        <w:t xml:space="preserve">[01:00] </w:t>
      </w:r>
      <w:r>
        <w:t>Thank you for having us. Ji.</w:t>
      </w:r>
    </w:p>
    <w:p>
      <w:pPr>
        <w:jc w:val="right"/>
      </w:pPr>
      <w:r>
        <w:t>تھینک یو فار ہیونگ اس۔ جی۔</w:t>
      </w:r>
    </w:p>
    <w:p>
      <w:r>
        <w:rPr>
          <w:b/>
        </w:rPr>
        <w:t xml:space="preserve">[01:03] </w:t>
      </w:r>
      <w:r>
        <w:t>Apa, sabse pehla sawal to mera aap hi se hai. jaisa ki hum jaante hain ki aakhri das din Ramadan ke bahut important hote hain. inhi mein se ek raat Lailat-ul-Qadr ki raat bhi hoti hai.</w:t>
      </w:r>
    </w:p>
    <w:p>
      <w:pPr>
        <w:jc w:val="right"/>
      </w:pPr>
      <w:r>
        <w:t>آپا، سب سے پہلا سوال تو میرا آپ ہی سے ہے۔ جیسا کہ ہم جانتے ہیں کہ آخری دس دن رمضان کے بہت امپورٹنٹ ہوتے ہیں۔ انہی میں سے ایک رات لیلۃ القدر کی رات بھی ہوتی ہے۔</w:t>
      </w:r>
    </w:p>
    <w:p>
      <w:r>
        <w:rPr>
          <w:b/>
        </w:rPr>
        <w:t xml:space="preserve">[01:14] </w:t>
      </w:r>
      <w:r>
        <w:t>to main chahunga aap wahan se shuru karein ki ye das din ki kya importance hai, iske bare mein aap hum sab ko bataein. Muslim Ramadan ka mahina poora ka poora hi important hai kyunki isi mahine mein Quran utara gaya.</w:t>
      </w:r>
    </w:p>
    <w:p>
      <w:pPr>
        <w:jc w:val="right"/>
      </w:pPr>
      <w:r>
        <w:t>تو میں چاہوں گا آپ وہاں سے شروع کریں کہ یہ دس دن کی کیا امپورٹنس ہے، اس کے بارے میں آپ ہم سب کو بتائیں۔ مسلم رمضان کا مہینہ پورا کا پورا ہی امپورٹنٹ ہے کیونکہ اسی مہینے میں قرآن اتارا گیا۔</w:t>
      </w:r>
    </w:p>
    <w:p>
      <w:r>
        <w:rPr>
          <w:b/>
        </w:rPr>
        <w:t xml:space="preserve">[01:30] </w:t>
      </w:r>
      <w:r>
        <w:t>Quran ki khaas baat ye hai ki ye ek preserved divine book hai. is se pehle bahut paighambar aaye, bahut kitabein aur Khuda ke paighamat aaye lekin wo preserve nahi ho saka tha.</w:t>
      </w:r>
    </w:p>
    <w:p>
      <w:pPr>
        <w:jc w:val="right"/>
      </w:pPr>
      <w:r>
        <w:t>قرآن کی خاص بات یہ ہے کہ یہ ایک پریزروڈ ڈیوائن بک ہے۔ اس سے پہلے بہت پیغمبر آئے، بہت کتابیں اور خدا کے پیغامات آئے لیکن وہ پریزرو نہیں ہو سکا تھا۔</w:t>
      </w:r>
    </w:p>
    <w:p>
      <w:r>
        <w:rPr>
          <w:b/>
        </w:rPr>
        <w:t xml:space="preserve">[01:42] </w:t>
      </w:r>
      <w:r>
        <w:t>is ki kai wajuhaat hain. to ek preserved divine book utari gayi Ramadan ke mahine mein. lekin asal mein is zamane mein koi tareekh ka itna record nahi hota tha.</w:t>
      </w:r>
    </w:p>
    <w:p>
      <w:pPr>
        <w:jc w:val="right"/>
      </w:pPr>
      <w:r>
        <w:t>اس کی کئی وجوہات ہیں۔ تو ایک پریزروڈ ڈیوائن بک اتاری گئی رمضان کے مہینے میں۔ لیکن اصل میں اس زمانے میں کوئی تاریخ کا اتنا ریکارڈ نہیں ہوتا تھا۔</w:t>
      </w:r>
    </w:p>
    <w:p>
      <w:r>
        <w:rPr>
          <w:b/>
        </w:rPr>
        <w:t xml:space="preserve">[01:55] </w:t>
      </w:r>
      <w:r>
        <w:t>bas yahi maloom tha ki Ramadan ke mahine mein utra</w:t>
      </w:r>
    </w:p>
    <w:p>
      <w:pPr>
        <w:jc w:val="right"/>
      </w:pPr>
      <w:r>
        <w:t>بس یہی معلوم تھا کہ رمضان کے مہینے میں اترا</w:t>
      </w:r>
    </w:p>
    <w:p>
      <w:r>
        <w:rPr>
          <w:b/>
        </w:rPr>
        <w:t xml:space="preserve">[01:58] </w:t>
      </w:r>
      <w:r>
        <w:t>ha. kis date ko kya time hai, wo na calendar, na diary, na ghadi. ye sab to hota nahi tha. to is wajah se wo Lailat-ul-Qadr ki talash hui ki wo khaas raat kaun si thi jis mein Quran ki pehli verses utari gayi.</w:t>
      </w:r>
    </w:p>
    <w:p>
      <w:pPr>
        <w:jc w:val="right"/>
      </w:pPr>
      <w:r>
        <w:t>ہے۔ کس ڈیٹ کو کیا ٹائم ہے، وہ نہ کیلنڈر، نہ ڈائری، نہ گھڑی۔ یہ سب تو ہوتا نہیں تھا۔ تو اس وجہ سے وہ لیلۃ القدر کی تلاش ہوئی کہ وہ خاص رات کون سی تھی جس میں قرآن کی پہلی ورسز اتاری گئیں۔</w:t>
      </w:r>
    </w:p>
    <w:p>
      <w:r>
        <w:rPr>
          <w:b/>
        </w:rPr>
        <w:t xml:space="preserve">[02:18] </w:t>
      </w:r>
      <w:r>
        <w:t>to isi ko hum Shab-e-Qadr bhi kehte hain.</w:t>
      </w:r>
    </w:p>
    <w:p>
      <w:pPr>
        <w:jc w:val="right"/>
      </w:pPr>
      <w:r>
        <w:t>تو اسی کو ہم شب قدر بھی کہتے ہیں۔</w:t>
      </w:r>
    </w:p>
    <w:p>
      <w:r>
        <w:rPr>
          <w:b/>
        </w:rPr>
        <w:t xml:space="preserve">[02:21] </w:t>
      </w:r>
      <w:r>
        <w:t>is ke background mein yeh bataya jata hai ke kuch logon se yeh maloom hua ke bani israel ke ulma mein bohat se logon ne 80, 80 saal jihad kiya.</w:t>
      </w:r>
    </w:p>
    <w:p>
      <w:pPr>
        <w:jc w:val="right"/>
      </w:pPr>
      <w:r>
        <w:t>اس کے بیک گراؤنڈ میں یہ بتایا جاتا ہے کہ کچھ لوگوں سے یہ معلوم ہوا کہ بنی اسرائیل کے علماء میں بہت سے لوگوں نے 80، 80 سال جہاد کیا۔</w:t>
      </w:r>
    </w:p>
    <w:p>
      <w:r>
        <w:rPr>
          <w:b/>
        </w:rPr>
        <w:t xml:space="preserve">[02:32] </w:t>
      </w:r>
      <w:r>
        <w:t>jihad ka matlab aam struggle nahi, matlab Khuda ki rah mein bohat hi utmost struggle karna. to sahaba ko thoda sa gham hua ke hum kitne aise log hain jo ke 80 saal hamari umar bhi nahi hoti.</w:t>
      </w:r>
    </w:p>
    <w:p>
      <w:pPr>
        <w:jc w:val="right"/>
      </w:pPr>
      <w:r>
        <w:t>جہاد کا مطلب عام سٹرگل نہیں، مطلب خدا کی راہ میں بہت ہی ایٹ موسٹ سٹرگل کرنا۔ تو صحابہ کو تھوڑا سا غم ہوا کہ ہم کتنے ایسے لوگ ہیں جو کہ 80 سال ہماری عمر بھی نہیں ہوتی۔</w:t>
      </w:r>
    </w:p>
    <w:p>
      <w:r>
        <w:rPr>
          <w:b/>
        </w:rPr>
        <w:t xml:space="preserve">[02:47] </w:t>
      </w:r>
      <w:r>
        <w:t>to woh log hamare hum se zyada sabqat le gaye reward mein. to is kaha jata hai ke is background mein yeh surah utri ke ek raat ki ibadat ek hazar mahine ki ibadat ke barabar hai.</w:t>
      </w:r>
    </w:p>
    <w:p>
      <w:pPr>
        <w:jc w:val="right"/>
      </w:pPr>
      <w:r>
        <w:t>تو وہ لوگ ہمارے ہم سے زیادہ سبقت لے گئے ریوارڈ میں۔ تو اس کہا جاتا ہے کہ اس بیک گراؤنڈ میں یہ سورہ اتری کہ ایک رات کی عبادت ایک ہزار مہینے کی عبادت کے برابر ہے۔</w:t>
      </w:r>
    </w:p>
    <w:p>
      <w:r>
        <w:rPr>
          <w:b/>
        </w:rPr>
        <w:t xml:space="preserve">[03:01] </w:t>
      </w:r>
      <w:r>
        <w:t>aur doosre ke Ramzan ke mahine mein jo amal hota hai, roza rakha jata hai aur bohat zyada ibadat ki jati hai.</w:t>
      </w:r>
    </w:p>
    <w:p>
      <w:pPr>
        <w:jc w:val="right"/>
      </w:pPr>
      <w:r>
        <w:t>اور دوسرے کہ رمضان کے مہینے میں جو عمل ہوتا ہے، روزہ رکھا جاتا ہے اور بہت زیادہ عبادت کی جاتی ہے۔</w:t>
      </w:r>
    </w:p>
    <w:p>
      <w:r>
        <w:rPr>
          <w:b/>
        </w:rPr>
        <w:t xml:space="preserve">[03:10] </w:t>
      </w:r>
      <w:r>
        <w:t>to ab waise amal ka Allah taala saat sau guna tak reward dete hain. lekin Ramzan ke mahine mein Allah ne kaha ke hum baghair hisab ajr denge.</w:t>
      </w:r>
    </w:p>
    <w:p>
      <w:pPr>
        <w:jc w:val="right"/>
      </w:pPr>
      <w:r>
        <w:t>تو اب ویسے عمل کا اللہ تعالیٰ سات سو گنا تک ریوارڈ دیتے ہیں۔ لیکن رمضان کے مہینے میں اللہ نے کہا کہ ہم بغیر حساب اجر دیں گے۔</w:t>
      </w:r>
    </w:p>
    <w:p>
      <w:r>
        <w:rPr>
          <w:b/>
        </w:rPr>
        <w:t xml:space="preserve">[03:22] </w:t>
      </w:r>
      <w:r>
        <w:t>tab sahaba bohat khush ho gaye. lekin chunke maloom nahi tha ke kaun si exact raat hai, exact time hai, to Rasool Allah Salallahu Alaihi Wasallam talash karte rahe Shab-e-Qadr ki.</w:t>
      </w:r>
    </w:p>
    <w:p>
      <w:pPr>
        <w:jc w:val="right"/>
      </w:pPr>
      <w:r>
        <w:t>تب صحابہ بہت خوش ہو گئے۔ لیکن چونکہ معلوم نہیں تھا کہ کون سی ایگزیکٹ رات ہے، ایگزیکٹ ٹائم ہے، تو رسول اللہ صلی اللہ علیہ وسلم تلاش کرتے رہے شب قدر کی۔</w:t>
      </w:r>
    </w:p>
    <w:p>
      <w:r>
        <w:rPr>
          <w:b/>
        </w:rPr>
        <w:t xml:space="preserve">[03:37] </w:t>
      </w:r>
      <w:r>
        <w:t>to shuru mein to aap ne poora hi Ramzan ka itikaf kiya. dekhiye, itikaf Ramzan ka to poora mahina hi ibadat ka mahina hai.</w:t>
      </w:r>
    </w:p>
    <w:p>
      <w:pPr>
        <w:jc w:val="right"/>
      </w:pPr>
      <w:r>
        <w:t>تو شروع میں تو آپ نے پورا ہی رمضان کا اعتکاف کیا۔ دیکھیے، اعتکاف رمضان کا تو پورا مہینہ ہی عبادت کا مہینہ ہے۔</w:t>
      </w:r>
    </w:p>
    <w:p>
      <w:r>
        <w:rPr>
          <w:b/>
        </w:rPr>
        <w:t xml:space="preserve">[03:46] </w:t>
      </w:r>
      <w:r>
        <w:t>lekin itikaf mein bohat zyada concentration ho jata hai. madi sarkargiyon ki kami ho jati hai. aur bohat zyada insan Khuda se rujoo hota hai.</w:t>
      </w:r>
    </w:p>
    <w:p>
      <w:pPr>
        <w:jc w:val="right"/>
      </w:pPr>
      <w:r>
        <w:t>لیکن اعتکاف میں بہت زیادہ کنسنٹریشن ہو جاتا ہے۔ مادی سرگرمیوں کی کمی ہو جاتی ہے۔ اور بہت زیادہ انسان خدا سے رجوع ہوتا ہے۔</w:t>
      </w:r>
    </w:p>
    <w:p>
      <w:r>
        <w:rPr>
          <w:b/>
        </w:rPr>
        <w:t xml:space="preserve">[03:57] </w:t>
      </w:r>
      <w:r>
        <w:t>ibadat karta hai, zikr karta hai, tasbeeh kar padhta hai. to is tarah se woh apne aap ko prepare karta hai</w:t>
      </w:r>
    </w:p>
    <w:p>
      <w:pPr>
        <w:jc w:val="right"/>
      </w:pPr>
      <w:r>
        <w:t>عبادت کرتا ہے، ذکر کرتا ہے، تسبیح کر پڑھتا ہے۔ تو اس طریقے سے وہ اپنے آپ کو پریپیئر کرتا ہے</w:t>
      </w:r>
    </w:p>
    <w:p>
      <w:r>
        <w:rPr>
          <w:b/>
        </w:rPr>
        <w:t xml:space="preserve">[04:04] </w:t>
      </w:r>
      <w:r>
        <w:t>is mahine ki jo barkatein hain is ko paane ke liye. to Rasool Allah Salallahu Alaihi Wasallam itikaf karte rahe aur koshish karte rahe ke woh exact raat pata chale.</w:t>
      </w:r>
    </w:p>
    <w:p>
      <w:pPr>
        <w:jc w:val="right"/>
      </w:pPr>
      <w:r>
        <w:t>اس مہینے کی جو برکتیں ہیں اس کو پانے کے لیے۔ تو رسول اللہ صلی اللہ علیہ وسلم اعتکاف کرتے رہے اور کوشش کرتے رہے کہ وہ ایگزیکٹ رات پتہ چلے۔</w:t>
      </w:r>
    </w:p>
    <w:p>
      <w:r>
        <w:rPr>
          <w:b/>
        </w:rPr>
        <w:t xml:space="preserve">[04:17] </w:t>
      </w:r>
      <w:r>
        <w:t>to ek din aap ne khwab mein dekha ke koi mitti ki zameen hai, wahan par barish ho rahi hai. aur is barish mein aap sajda kar rahe hain.</w:t>
      </w:r>
    </w:p>
    <w:p>
      <w:pPr>
        <w:jc w:val="right"/>
      </w:pPr>
      <w:r>
        <w:t>تو ایک دن آپ نے خواب میں دیکھا کہ کوئی مٹی کی زمین ہے، وہاں پر بارش ہو رہی ہے۔ اور اس بارش میں آپ سجدہ کر رہے ہیں۔</w:t>
      </w:r>
    </w:p>
    <w:p>
      <w:r>
        <w:rPr>
          <w:b/>
        </w:rPr>
        <w:t xml:space="preserve">[04:27] </w:t>
      </w:r>
      <w:r>
        <w:t>tab aap ko samajh mein aa gaya ke yahi raat hai Shab-e-Qadr ki.</w:t>
      </w:r>
    </w:p>
    <w:p>
      <w:pPr>
        <w:jc w:val="right"/>
      </w:pPr>
      <w:r>
        <w:t>تب آپ کو سمجھ میں آگیا کہ یہی رات ہے شب قدر کی۔</w:t>
      </w:r>
    </w:p>
    <w:p>
      <w:r>
        <w:rPr>
          <w:b/>
        </w:rPr>
        <w:t xml:space="preserve">[04:31] </w:t>
      </w:r>
      <w:r>
        <w:t>to phir yeh raat jo thi, yeh teesre ashre mein thi. to phir aap ne apne sahaba se keh diya ke tum log isi teesre ashre mein itikaf kiya karo.</w:t>
      </w:r>
    </w:p>
    <w:p>
      <w:pPr>
        <w:jc w:val="right"/>
      </w:pPr>
      <w:r>
        <w:t>تو پھر یہ رات جو تھی، یہ تیسرے عشرے میں تھی۔ تو پھر آپ نے اپنے صحابہ سے کہہ دیا کہ تم لوگ اسی تیسرے عشرے میں اعتکاف کیا کرو۔</w:t>
      </w:r>
    </w:p>
    <w:p>
      <w:r>
        <w:rPr>
          <w:b/>
        </w:rPr>
        <w:t xml:space="preserve">[04:41] </w:t>
      </w:r>
      <w:r>
        <w:t>itikaf dekhiye, sunnat muakkadah hai. to farz nahi hai lekin karein to bohat achhi baat hai kyunke itikaf ki halat mein jo ibadat hoti hai, woh bohat hi zabardast is mein spiritual effect aata hai.</w:t>
      </w:r>
    </w:p>
    <w:p>
      <w:pPr>
        <w:jc w:val="right"/>
      </w:pPr>
      <w:r>
        <w:t>اعتکاف دیکھیے، سنت موکدہ ہے۔ تو فرض نہیں ہے لیکن کریں تو بہت اچھی بات ہے کیونکہ اعتکاف کی حالت میں جو عبادت ہوتی ہے، وہ بہت ہی زبردست اس میں سپرچول ایفیکٹ آتا ہے۔</w:t>
      </w:r>
    </w:p>
    <w:p>
      <w:r>
        <w:rPr>
          <w:b/>
        </w:rPr>
        <w:t xml:space="preserve">[04:55] </w:t>
      </w:r>
      <w:r>
        <w:t>sari matlab distraction nahi hota. concentration ke sath hum ibadat karte hain.</w:t>
      </w:r>
    </w:p>
    <w:p>
      <w:pPr>
        <w:jc w:val="right"/>
      </w:pPr>
      <w:r>
        <w:t>ساری مطلب ڈسٹریکشن نہیں ہوتا۔ کنسنٹریشن کے ساتھ ہم عبادت کرتے ہیں۔</w:t>
      </w:r>
    </w:p>
    <w:p>
      <w:r>
        <w:rPr>
          <w:b/>
        </w:rPr>
        <w:t xml:space="preserve">[05:01] </w:t>
      </w:r>
      <w:r>
        <w:t>to is ka jo hai effect bohat badh jata hai. to phir Rasool Allah Salallahu Alaihi Wasallam ko jab pata chala ke aakhri ashre mein yeh raat aati hai, to aap ne kaha ke sahaba ko batayein.</w:t>
      </w:r>
    </w:p>
    <w:p>
      <w:pPr>
        <w:jc w:val="right"/>
      </w:pPr>
      <w:r>
        <w:t>تو اس کا جو ہے ایفیکٹ بہت بڑھ جاتا ہے۔ تو پھر رسول اللہ صلی اللہ علیہ وسلم کو جب پتہ چلا کہ آخری عشرے میں یہ رات آتی ہے، تو آپ نے کہا کہ صحابہ کو بتائیں۔</w:t>
      </w:r>
    </w:p>
    <w:p>
      <w:r>
        <w:rPr>
          <w:b/>
        </w:rPr>
        <w:t xml:space="preserve">[05:19] </w:t>
      </w:r>
      <w:r>
        <w:t>to jab aap bahar nikle masjid ke to dekha batane ke liye aap ko pata chala tha ke falan aaj hi ki raat hai.</w:t>
      </w:r>
    </w:p>
    <w:p>
      <w:pPr>
        <w:jc w:val="right"/>
      </w:pPr>
      <w:r>
        <w:t>تو جب آپ باہر نکلے مسجد کے تو دیکھا بتانے کے لیے آپ کو پتہ چلا تھا کہ فلاں آج ہی کی رات ہے۔</w:t>
      </w:r>
    </w:p>
    <w:p>
      <w:r>
        <w:rPr>
          <w:b/>
        </w:rPr>
        <w:t xml:space="preserve">[05:27] </w:t>
      </w:r>
      <w:r>
        <w:t>to aap batane ke liye jab nikle to dekha do musalman Madine ke jhagad jhagad rahe the. usi waqt jhagad rahe the ya pehle se jhagad rahe the.</w:t>
      </w:r>
    </w:p>
    <w:p>
      <w:pPr>
        <w:jc w:val="right"/>
      </w:pPr>
      <w:r>
        <w:t>تو آپ بتانے کے لیے جب نکلے تو دیکھا دو مسلمان مدینے کے جھگڑ جھگڑ رہے تھے۔ اسی وقت جھگڑ رہے تھے یا پہلے سے جھگڑ رہے تھے۔</w:t>
      </w:r>
    </w:p>
    <w:p>
      <w:r>
        <w:rPr>
          <w:b/>
        </w:rPr>
        <w:t xml:space="preserve">[05:36] </w:t>
      </w:r>
      <w:r>
        <w:t>to aap ne kaha ke mujhe ilm diya gaya tha lekin ilm mera utha liya gaya. to phir tum log taaq raaton mein talash karo.</w:t>
      </w:r>
    </w:p>
    <w:p>
      <w:pPr>
        <w:jc w:val="right"/>
      </w:pPr>
      <w:r>
        <w:t>تو آپ نے کہا کہ مجھے علم دیا گیا تھا لیکن علم میرا اٹھا لیا گیا۔ تو پھر تم لوگ طاق راتوں میں تلاش کرو۔</w:t>
      </w:r>
    </w:p>
    <w:p>
      <w:r>
        <w:rPr>
          <w:b/>
        </w:rPr>
        <w:t xml:space="preserve">[05:45] </w:t>
      </w:r>
      <w:r>
        <w:t>matlab 21, 23, 25, 27 aur 29</w:t>
      </w:r>
    </w:p>
    <w:p>
      <w:pPr>
        <w:jc w:val="right"/>
      </w:pPr>
      <w:r>
        <w:t>مطلب 21، 23، 25، 27 اور 29</w:t>
      </w:r>
    </w:p>
    <w:p>
      <w:r>
        <w:rPr>
          <w:b/>
        </w:rPr>
        <w:t xml:space="preserve">[05:50] </w:t>
      </w:r>
      <w:r>
        <w:t>. to is tarah se paanch raaton ko musalman aam taur par jaagte hain talash karne ke liye. kabhi kabhi kuch khwab aisa nazar aata hai ke unko ehsas ek spiritual experience hota hai.</w:t>
      </w:r>
    </w:p>
    <w:p>
      <w:pPr>
        <w:jc w:val="right"/>
      </w:pPr>
      <w:r>
        <w:t>۔ تو اس طریقے سے پانچ راتوں کو مسلمان عام طور پر جاگتے ہیں تلاش کرنے کے لیے۔ کبھی کبھی کچھ خواب ایسا نظر آتا ہے کہ ان کو احساس ایک سپرچول ایکسپیرینس ہوتا ہے۔</w:t>
      </w:r>
    </w:p>
    <w:p>
      <w:r>
        <w:rPr>
          <w:b/>
        </w:rPr>
        <w:t xml:space="preserve">[06:03] </w:t>
      </w:r>
      <w:r>
        <w:t>ehsas hota hai ke shayad aaj hi ki raat hai.</w:t>
      </w:r>
    </w:p>
    <w:p>
      <w:pPr>
        <w:jc w:val="right"/>
      </w:pPr>
      <w:r>
        <w:t>احساس ہوتا ہے کہ شاید آج ہی کی رات ہے۔</w:t>
      </w:r>
    </w:p>
    <w:p>
      <w:r>
        <w:rPr>
          <w:b/>
        </w:rPr>
        <w:t xml:space="preserve">[06:06] </w:t>
      </w:r>
      <w:r>
        <w:t>to Rasool Allah Salallahu Alaihi Wasallam na ke khud khud to aap zyada tar qiyam al-layl karte the lekin Ramzan ki in raaton ko khaas taur par apne ghar walon ko jagate the aur sab log jo hain mil kar ibadat karte the aur zikr karte the, duayein karte the.</w:t>
      </w:r>
    </w:p>
    <w:p>
      <w:pPr>
        <w:jc w:val="right"/>
      </w:pPr>
      <w:r>
        <w:t>تو رسول اللہ صلی اللہ علیہ وسلم نہ کہ خود خود تو آپ زیادہ تر قیام اللیل کرتے تھے لیکن رمضان کی ان راتوں کو خاص طور پر اپنے گھر والوں کو جگاتے تھے اور سب لوگ جو ہیں مل کر عبادت کرتے تھے اور ذکر کرتے تھے، دعائیں کرتے تھے۔</w:t>
      </w:r>
    </w:p>
    <w:p>
      <w:r>
        <w:rPr>
          <w:b/>
        </w:rPr>
        <w:t xml:space="preserve">[06:25] </w:t>
      </w:r>
      <w:r>
        <w:t>aur Ramzan ke mahine mein aap sadqa aur khairat bhi bohat zyada karte the.</w:t>
      </w:r>
    </w:p>
    <w:p>
      <w:pPr>
        <w:jc w:val="right"/>
      </w:pPr>
      <w:r>
        <w:t>اور رمضان کے مہینے میں آپ صدقہ اور خیرات بھی بہت زیادہ کرتے تھے۔</w:t>
      </w:r>
    </w:p>
    <w:p>
      <w:r>
        <w:rPr>
          <w:b/>
        </w:rPr>
        <w:t xml:space="preserve">[06:31] </w:t>
      </w:r>
      <w:r>
        <w:t>Hazrat Aisha farmati hain ke aap in das dinon mein jitna aap ibadat karte the utna doosri raaton mein nahi karte the. asal mein dekhiye, insan jo hai bohat zyada haris hai Allah taala ki rehmaton ko hasil karne ka.</w:t>
      </w:r>
    </w:p>
    <w:p>
      <w:pPr>
        <w:jc w:val="right"/>
      </w:pPr>
      <w:r>
        <w:t>حضرت عائشہ فرماتی ہیں کہ آپ ان دس دنوں میں جتنا آپ عبادت کرتے تھے اتنا دوسری راتوں میں نہیں کرتے تھے۔ اصل میں دیکھیے، انسان جو ہے بہت زیادہ حریص ہے اللہ تعالیٰ کی رحمتوں کو حاصل کرنے کا۔</w:t>
      </w:r>
    </w:p>
    <w:p>
      <w:r>
        <w:rPr>
          <w:b/>
        </w:rPr>
        <w:t xml:space="preserve">[06:47] </w:t>
      </w:r>
      <w:r>
        <w:t>to</w:t>
      </w:r>
    </w:p>
    <w:p>
      <w:pPr>
        <w:jc w:val="right"/>
      </w:pPr>
      <w:r>
        <w:t>تو</w:t>
      </w:r>
    </w:p>
    <w:p>
      <w:r>
        <w:rPr>
          <w:b/>
        </w:rPr>
        <w:t xml:space="preserve">[06:48] </w:t>
      </w:r>
      <w:r>
        <w:t>is wajah se aap ab dekhiye ke jab rasool Allah salallaho alaihi wasallam itna zyada ibadat karte the aur itna zyada chahte the ke Allah ki rehmaten zyada se zyada milen to isi tarah hum logon ko bhi bohat zyada is ki yeh zaroorat hai.</w:t>
      </w:r>
    </w:p>
    <w:p>
      <w:pPr>
        <w:jc w:val="right"/>
      </w:pPr>
      <w:r>
        <w:t>اس وجہ سے آپ اب دیکھیے کہ جب رسول اللہ صلی اللہ علیہ وسلم اتنا زیادہ عبادت کرتے تھے اور اتنا زیادہ چاہتے تھے کہ اللہ کی رحمتیں زیادہ سے زیادہ ملیں تو اسی طرح ہم لوگوں کو بھی بہت زیادہ اس کی یہ ضرورت ہے۔</w:t>
      </w:r>
    </w:p>
    <w:p>
      <w:r>
        <w:rPr>
          <w:b/>
        </w:rPr>
        <w:t xml:space="preserve">[07:03] </w:t>
      </w:r>
      <w:r>
        <w:t>kyun ke kaha jata hai ke Allah taala duniya ke mamlaat ko is raat ko tamam fershton ko bhi bhejte hain, duniya ke mamlaat ke bare mein decision</w:t>
      </w:r>
    </w:p>
    <w:p>
      <w:pPr>
        <w:jc w:val="right"/>
      </w:pPr>
      <w:r>
        <w:t>کیونکہ کہا جاتا ہے کہ اللہ تعالیٰ دنیا کے معاملات کو اس رات کو تمام فرشتوں کو بھیجتے ہیں، دنیا کے معاملات کے بارے میں ڈیسیژن</w:t>
      </w:r>
    </w:p>
    <w:p>
      <w:r>
        <w:rPr>
          <w:b/>
        </w:rPr>
        <w:t xml:space="preserve">[07:15] </w:t>
      </w:r>
      <w:r>
        <w:t>lete hain. To Allah taala se is is raat ko Allah se contact ho sakta hai. To contact to isi ko hoga jo is waqt jaag raha ho, Allah ko yaad kar raha ho, Allah ki ibadat kar raha ho.</w:t>
      </w:r>
    </w:p>
    <w:p>
      <w:pPr>
        <w:jc w:val="right"/>
      </w:pPr>
      <w:r>
        <w:t>لیتے ہیں۔ تو اللہ تعالیٰ سے اس اس رات کو اللہ سے کنٹیکٹ ہو سکتا ہے۔ تو کنٹیکٹ تو اسی کو ہوگا جو اس وقت جاگ رہا ہو، اللہ کو یاد کر رہا ہو، اللہ کی عبادت کر رہا ہو۔</w:t>
      </w:r>
    </w:p>
    <w:p>
      <w:r>
        <w:rPr>
          <w:b/>
        </w:rPr>
        <w:t xml:space="preserve">[07:27] </w:t>
      </w:r>
      <w:r>
        <w:t>isi ko contact hoga. To main ek Javed Ghamidi sahab ki ek sun rahi thi video.</w:t>
      </w:r>
    </w:p>
    <w:p>
      <w:pPr>
        <w:jc w:val="right"/>
      </w:pPr>
      <w:r>
        <w:t>اسی کو کنٹیکٹ ہوگا۔ تو میں ایک جاوید غامدی صاحب کی ایک سن رہی تھی ویڈیو۔</w:t>
      </w:r>
    </w:p>
    <w:p>
      <w:r>
        <w:rPr>
          <w:b/>
        </w:rPr>
        <w:t xml:space="preserve">[07:36] </w:t>
      </w:r>
      <w:r>
        <w:t>To unhon ne ek misaal di thi ke pehle zamane mein, ab aaj kal to har aadmi ke paas mobile hai, TV hai. Pehle zamane mein to yeh sab tha nahin.</w:t>
      </w:r>
    </w:p>
    <w:p>
      <w:pPr>
        <w:jc w:val="right"/>
      </w:pPr>
      <w:r>
        <w:t>تو انہوں نے ایک مثال دی تھی کہ پہلے زمانے میں، اب آج کل تو ہر آدمی کے پاس موبائل ہے، ٹی وی ہے۔ پہلے زمانے میں تو یہ سب تھا نہیں۔</w:t>
      </w:r>
    </w:p>
    <w:p>
      <w:r>
        <w:rPr>
          <w:b/>
        </w:rPr>
        <w:t xml:space="preserve">[07:44] </w:t>
      </w:r>
      <w:r>
        <w:t>To kabhi kabhi badshah ki sawari nikalti thi. To saare log bahar aate the aur ghanton ghanton intezar karte the ke badshah ki ek jhalak unhein nazar aa jaye.</w:t>
      </w:r>
    </w:p>
    <w:p>
      <w:pPr>
        <w:jc w:val="right"/>
      </w:pPr>
      <w:r>
        <w:t>تو کبھی کبھی بادشاہ کی سواری نکلتی تھی۔ تو سارے لوگ باہر آتے تھے اور گھنٹوں گھنٹوں انتظار کرتے تھے کہ بادشاہ کی ایک جھلک انہیں نظر آجائے۔</w:t>
      </w:r>
    </w:p>
    <w:p>
      <w:r>
        <w:rPr>
          <w:b/>
        </w:rPr>
        <w:t xml:space="preserve">[07:54] </w:t>
      </w:r>
      <w:r>
        <w:t>To ab woh to tamam kainat ka badshah hai. Tamam sab kuch duniya diya hua isi ka hai. Sari hum is ki rehmaton ke bohat zyada mohtaj hain.</w:t>
      </w:r>
    </w:p>
    <w:p>
      <w:pPr>
        <w:jc w:val="right"/>
      </w:pPr>
      <w:r>
        <w:t>تو اب وہ تو تمام کائنات کا بادشاہ ہے۔ تمام سب کچھ دنیا دیا ہوا اسی کا ہے۔ ساری ہم اس کی رحمتوں کے بہت زیادہ محتاج ہیں۔</w:t>
      </w:r>
    </w:p>
    <w:p>
      <w:r>
        <w:rPr>
          <w:b/>
        </w:rPr>
        <w:t xml:space="preserve">[08:05] </w:t>
      </w:r>
      <w:r>
        <w:t>To agar hum is waqt huzuri mein rahen, is waqt Khuda ki yaad</w:t>
      </w:r>
    </w:p>
    <w:p>
      <w:pPr>
        <w:jc w:val="right"/>
      </w:pPr>
      <w:r>
        <w:t>تو اگر ہم اس وقت حضوری میں رہیں، اس وقت خدا کی یاد</w:t>
      </w:r>
    </w:p>
    <w:p>
      <w:r>
        <w:rPr>
          <w:b/>
        </w:rPr>
        <w:t xml:space="preserve">[08:10] </w:t>
      </w:r>
      <w:r>
        <w:t>mein rahen to hamara Khuda se jo hai contact zyada acha mumkin hai. Is liye is raat ko khaas taur par jaaga jata hai.</w:t>
      </w:r>
    </w:p>
    <w:p>
      <w:pPr>
        <w:jc w:val="right"/>
      </w:pPr>
      <w:r>
        <w:t>میں رہیں تو ہمارا خدا سے جو ہے کانٹیکٹ زیادہ اچھا ممکن ہے۔ اس لیے اس رات کو خاص طور پر جاگا جاتا ہے۔</w:t>
      </w:r>
    </w:p>
    <w:p>
      <w:r>
        <w:rPr>
          <w:b/>
        </w:rPr>
        <w:t xml:space="preserve">[08:18] </w:t>
      </w:r>
      <w:r>
        <w:t>Ji ji, jazak Allah apka. Doctor sahab, apa ne bare ache se is ki ahmiyat batai. To isi ke extension mein main ap se poochna chahunga ke Lailat ul Qadr ke maani kya hain?</w:t>
      </w:r>
    </w:p>
    <w:p>
      <w:pPr>
        <w:jc w:val="right"/>
      </w:pPr>
      <w:r>
        <w:t>جی جی، جزاک اللہ آپا۔ ڈاکٹر صاحب، آپا نے بڑے اچھے سے اس کی اہمیت بتائی۔ تو اسی کے ایکسٹینشن میں میں آپ سے پوچھنا چاہوں گا کہ لیلۃ القدر کے معنی کیا ہیں؟</w:t>
      </w:r>
    </w:p>
    <w:p>
      <w:r>
        <w:rPr>
          <w:b/>
        </w:rPr>
        <w:t xml:space="preserve">[08:29] </w:t>
      </w:r>
      <w:r>
        <w:t>What is the meaning of Lailat ul Qadr? Is ke bare mein bhi aap hum sab ko bataen. Bismillah hir rahman nir rahim. Rabbi shrah li sadri wa yassir li amri wahlul uqdatan min lisani yafqahu</w:t>
      </w:r>
    </w:p>
    <w:p>
      <w:pPr>
        <w:jc w:val="right"/>
      </w:pPr>
      <w:r>
        <w:t>واٹ از دا میننگ آف لیلۃ القدر؟ اس کے بارے میں بھی آپ ہم سب کو بتائیں۔ بسم اللہ الرحمن الرحیم۔ رب اشرح لی صدری ویسر لی امری واحل العقدۃ من لسانی یفقہ</w:t>
      </w:r>
    </w:p>
    <w:p>
      <w:r>
        <w:rPr>
          <w:b/>
        </w:rPr>
        <w:t xml:space="preserve">[08:41] </w:t>
      </w:r>
      <w:r>
        <w:t>qawli. Apa ne bohat acha mashallah explain kiya. Ji aur jaisa aap ne kaha ke Lailat ul Qadr ke kya maani hain? Yani qadr ke kya maani hain? Qadr ke waise jaise har lafz ke kai meaning hote hain to log kai meaning batate hain.</w:t>
      </w:r>
    </w:p>
    <w:p>
      <w:pPr>
        <w:jc w:val="right"/>
      </w:pPr>
      <w:r>
        <w:t>قولی۔ آپا نے بہت اچھا ماشاءاللہ ایکسپلین کیا۔ جی اور جیسا آپ نے کہا کہ لیلۃ القدر کے کیا معنی ہیں؟ یعنی قدر کے کیا معنی ہیں؟مم قدر کے ویسے جیسے ہر لفظ کے کئی میننگ ہوتے ہیں تو لوگ کئی میننگ بتاتے ہیں۔</w:t>
      </w:r>
    </w:p>
    <w:p>
      <w:r>
        <w:rPr>
          <w:b/>
        </w:rPr>
        <w:t xml:space="preserve">[08:56] </w:t>
      </w:r>
      <w:r>
        <w:t>Lekin jo Maulana ne translation kiya hai is ka to</w:t>
      </w:r>
    </w:p>
    <w:p>
      <w:pPr>
        <w:jc w:val="right"/>
      </w:pPr>
      <w:r>
        <w:t>لیکن جو مولانا نے ٹرانسلیشن کیا ہے اس کا تو ڈ</w:t>
      </w:r>
    </w:p>
    <w:p>
      <w:r>
        <w:rPr>
          <w:b/>
        </w:rPr>
        <w:t xml:space="preserve">[09:00] </w:t>
      </w:r>
      <w:r>
        <w:t>destiny kiya hai. Yani predestination, destiny ya degree is maanon mein hai. The night of predestination is the night of destiny. Aur Surah e Dukhan mein yeh baat aur wazeh ho jati hai ke fiha yufraqu kullu amrin hakeem ke is raat ko saare jo wise decisions hote hain woh determine kiye jate hain, specified specify kiye jate hain.</w:t>
      </w:r>
    </w:p>
    <w:p>
      <w:pPr>
        <w:jc w:val="right"/>
      </w:pPr>
      <w:r>
        <w:t>یسٹینی کیا ہے۔مم یعنی پری ڈیسٹینیشن، ڈیسٹینی یا ڈگری اس معنوں میں ہے۔ دا نائٹ آف پری ڈیسٹینیشن از دا نائٹ آف ڈیسٹینی۔اہ اور سورۃ دخان میں یہ بات اور واضح ہو جاتی ہے کہ فیہا یفرق کل امر حکیم کہ اس رات کو سارے جو وائز ڈیسیژنز ہوتے ہیں وہ ڈیٹرمن کیے جاتے ہیں، اسپیسیفائیڈ اسپیسیفائی کیے جاتے ہیں۔</w:t>
      </w:r>
    </w:p>
    <w:p>
      <w:r>
        <w:rPr>
          <w:b/>
        </w:rPr>
        <w:t xml:space="preserve">[09:26] </w:t>
      </w:r>
      <w:r>
        <w:t>Aur jo tasks hain, jo assignments hain, jo rosters hain woh tayyar hote hain fershton ke liye taake jo yeh naya saal aa raha hai is mein jo bhi kaam hain woh sab un ko assign kiye ja</w:t>
      </w:r>
    </w:p>
    <w:p>
      <w:pPr>
        <w:jc w:val="right"/>
      </w:pPr>
      <w:r>
        <w:t>اور جو ٹاسکس ہیں، جو اسائنمنٹس ہیں، جو روسٹرز ہیں وہ تیار ہوتے ہیں فرشتوں کے لیے تاکہ جو یہ نیا سال آ رہا ہے اس میں جو بھی کام ہیں وہ سب ان کو اسائن کیے جائ</w:t>
      </w:r>
    </w:p>
    <w:p>
      <w:r>
        <w:rPr>
          <w:b/>
        </w:rPr>
        <w:t xml:space="preserve">[09:39] </w:t>
      </w:r>
      <w:r>
        <w:t>en. Jaise ah budget ka ek samajh samajhne ke liye samajhte hain, government announce karti hai to taqreeban ek bohat hi bare peymane pe woh to budget kuch bhi nahin hai is ke samne.</w:t>
      </w:r>
    </w:p>
    <w:p>
      <w:pPr>
        <w:jc w:val="right"/>
      </w:pPr>
      <w:r>
        <w:t>یں۔ جیسےاہ بجٹ کا ایک سمجھ سمجھنے کے لیے سمجھتے ہیں، گورنمنٹ اناؤنس کرتی ہے تو تقریباً ایک بہت ہی بڑے پیمانے پہ وہ تو بجٹ کچھ بھی نہیں ہے اس کے سامنے۔</w:t>
      </w:r>
    </w:p>
    <w:p>
      <w:r>
        <w:rPr>
          <w:b/>
        </w:rPr>
        <w:t xml:space="preserve">[09:49] </w:t>
      </w:r>
      <w:r>
        <w:t>Ji to ek bohat hi bare peymane pe yeh naye saal ke liye jo implementation karna hai angels ko is ke liye ah sari tayyari hoti hai aur un ko assign kiye jate hain.</w:t>
      </w:r>
    </w:p>
    <w:p>
      <w:pPr>
        <w:jc w:val="right"/>
      </w:pPr>
      <w:r>
        <w:t>جی تو ایک بہت ہی بڑے پیمانے پہ یہ نئے سال کے لیے جو امپلیمنٹیشنز کرنا ہے اینجلز کو اس کے لیےاہ ساری تیاری ہوتی ہے اور ان کو اسائن کیے جاتے ہیں۔</w:t>
      </w:r>
    </w:p>
    <w:p>
      <w:r>
        <w:rPr>
          <w:b/>
        </w:rPr>
        <w:t xml:space="preserve">[10:03] </w:t>
      </w:r>
      <w:r>
        <w:t>Ab misaal ke taur par waise to millions billions kaam hote hain lekin hum samajhne ke liye ek do cheezen lete hain thori ke yani is saal mein who will born and who will die and who will live. Ek yeh keh sakte hain aur jo provision hai, jo sustenance hai, sustenance hai, jo rizq hai aur jo wealth hai woh kis shakhs ko kitni milegi, kya milegi is ki is ke bare mein hota hai.</w:t>
      </w:r>
    </w:p>
    <w:p>
      <w:pPr>
        <w:jc w:val="right"/>
      </w:pPr>
      <w:r>
        <w:t>اب مثال کے طور پر ویسے تو ملینز بلینز کام ہوتے ہیں لیکن ہم سمجھنے کے لیے ایک دو چیزیں لیتے ہیں تھوڑی کہ یعنی اس سال میں ہو ویل بورن اینڈ ہو ویل ڈائی اینڈ ہو ویل لیو۔مم ایک یہ کہہ سکتے ہیں اور جو پروویژن ہے، جو سسٹینس ہے، سسٹیننس ہے، جو رزق ہے اور جو ویلتھ ہے وہ کس شخص کو کتنی ملے گی، کیا ملے گی اس کی اس کے بارے میں ہوتا ہے۔</w:t>
      </w:r>
    </w:p>
    <w:p>
      <w:r>
        <w:rPr>
          <w:b/>
        </w:rPr>
        <w:t xml:space="preserve">[10:26] </w:t>
      </w:r>
      <w:r>
        <w:t>Aur health ya illness ke kaun bimar hoga, kaun healthy rahega, kaun recover</w:t>
      </w:r>
    </w:p>
    <w:p>
      <w:pPr>
        <w:jc w:val="right"/>
      </w:pPr>
      <w:r>
        <w:t>اور ہیلتھ یا النس کہ کون بیمار ہوگا، کون ہیلدی رہے گا، کون ریکور</w:t>
      </w:r>
    </w:p>
    <w:p>
      <w:r>
        <w:rPr>
          <w:b/>
        </w:rPr>
        <w:t xml:space="preserve">[10:32] </w:t>
      </w:r>
      <w:r>
        <w:t>karega. To all these things are decreed and success and failure yani success in personal life, in academic life, in professional life kaun kis tarah ki success achieve karega.</w:t>
      </w:r>
    </w:p>
    <w:p>
      <w:pPr>
        <w:jc w:val="right"/>
      </w:pPr>
      <w:r>
        <w:t>کرے گا۔ تو ال دیز تھنگز ار ڈکریڈ اینڈ سکسیس اینڈ فیلیر یعنی سکسیس اناہ پرسنل لائف، ان اکیڈمک لائف، ان پروفیشنل لائف کون کس طرح کی سکسیس اچیو کرے گا۔</w:t>
      </w:r>
    </w:p>
    <w:p>
      <w:r>
        <w:rPr>
          <w:b/>
        </w:rPr>
        <w:t xml:space="preserve">[10:47] </w:t>
      </w:r>
      <w:r>
        <w:t>Marriage and marriage and family affairs and guidance and misguidance who will who will be guided and who will follow the righteous path and who will go astray.</w:t>
      </w:r>
    </w:p>
    <w:p>
      <w:pPr>
        <w:jc w:val="right"/>
      </w:pPr>
      <w:r>
        <w:t>میرج اینڈ میرج اینڈ فیملی افیئرز اینڈ گائیڈنس اینڈ مس گائیڈنس ہو ویل ہو ویل بی گائیڈڈ اینڈ ہو ویل بی ہو ویل فالو دی رائچس پاتھ اینڈ ہو ویل گو ایسٹری۔</w:t>
      </w:r>
    </w:p>
    <w:p>
      <w:r>
        <w:rPr>
          <w:b/>
        </w:rPr>
        <w:t xml:space="preserve">[10:59] </w:t>
      </w:r>
      <w:r>
        <w:t>Mm to yeh sab cheezen hoti hain aur acts of worship ke kaun kitni namaz parhega, kaun kitna ah ibadat karega aur kaun kis tarah ke musha mein shamil hoga, da'wati kaam kare</w:t>
      </w:r>
    </w:p>
    <w:p>
      <w:pPr>
        <w:jc w:val="right"/>
      </w:pPr>
      <w:r>
        <w:t>مم تو یہ سب چیزیں ہوتی ہیں اور ایکٹس آف ورشپ کہ کون کتنی نماز پڑھے گا، کون کتنااہ عبادت کرے گا اور کون کس طرح کا مشناہ میں شامل ہوگا، دعوتی کام کرے</w:t>
      </w:r>
    </w:p>
    <w:p>
      <w:r>
        <w:rPr>
          <w:b/>
        </w:rPr>
        <w:t xml:space="preserve">[11:15] </w:t>
      </w:r>
      <w:r>
        <w:t>ga. Yani har individual ke liye jo jo woh kaam karega ah da'wati andaaz ka.</w:t>
      </w:r>
    </w:p>
    <w:p>
      <w:pPr>
        <w:jc w:val="right"/>
      </w:pPr>
      <w:r>
        <w:t>گا۔ یعنی ہر انڈیویجول کے لیے جو جو وہ کام کرے گااہ دعوتی انداز کا۔</w:t>
      </w:r>
    </w:p>
    <w:p>
      <w:r>
        <w:rPr>
          <w:b/>
        </w:rPr>
        <w:t xml:space="preserve">[11:24] </w:t>
      </w:r>
      <w:r>
        <w:t>Aise hi Hajj aur Umrah bhi agar koi karne wala hai is saal to is ka bhi is mein zikr hoga. Yani sari jo planning hai woh ah yeh to bohat thori si maine chand cheezen li hain.</w:t>
      </w:r>
    </w:p>
    <w:p>
      <w:pPr>
        <w:jc w:val="right"/>
      </w:pPr>
      <w:r>
        <w:t>ایسے ہی حج اور عمرت بھی اگر کوئی کرنے والا ہے اس سال تو اس کا بھی اس میں ذکر ہوگا۔ یعنی ساری جو پلاننگ ہے وہاہ یہ تو بہت تھوڑی سی میں نے چند چیزیں لی ہیں۔</w:t>
      </w:r>
    </w:p>
    <w:p>
      <w:r>
        <w:rPr>
          <w:b/>
        </w:rPr>
        <w:t xml:space="preserve">[11:35] </w:t>
      </w:r>
      <w:r>
        <w:t>aap aap malain trillion soch sakte hain ke kitne kaam</w:t>
      </w:r>
    </w:p>
    <w:p>
      <w:pPr>
        <w:jc w:val="right"/>
      </w:pPr>
      <w:r>
        <w:t>آپ آپ ملین ٹریلینز سوچ سکتے ہیں کہ کتنے کام</w:t>
      </w:r>
    </w:p>
    <w:p>
      <w:r>
        <w:rPr>
          <w:b/>
        </w:rPr>
        <w:t xml:space="preserve">[11:39] </w:t>
      </w:r>
      <w:r>
        <w:t>hote hon ge. Hazrat Abdullah Ibn Abbas R.A. farmate hain ke char jo bare angels hain jis mein Jibrael number one hai, az da greatest angel to Jibrael aur Israfeel.</w:t>
      </w:r>
    </w:p>
    <w:p>
      <w:pPr>
        <w:jc w:val="right"/>
      </w:pPr>
      <w:r>
        <w:t>ہوتے ہوں گے۔ حضرت عبداللہ ابن عباس رضی اللہ عنہما فرماتے ہیں کہ چار جو بڑے اینجلز ہیں جس میں جبرائیل نمبر ون ہے، از دا گریٹسٹ اینجل تو جبرائیل اور اسرافیل۔</w:t>
      </w:r>
    </w:p>
    <w:p>
      <w:r>
        <w:rPr>
          <w:b/>
        </w:rPr>
        <w:t xml:space="preserve">[11:51] </w:t>
      </w:r>
      <w:r>
        <w:t>Israfeel woh farishte hain jo he is also one of the four top angels ke jo sur phoonke</w:t>
      </w:r>
    </w:p>
    <w:p>
      <w:pPr>
        <w:jc w:val="right"/>
      </w:pPr>
      <w:r>
        <w:t>اسرافیل وہ فرشتے ہیں جو ہی از السو ون اف دی فور ٹاپ اینجلز کہ جو سور پھونکیں</w:t>
      </w:r>
    </w:p>
    <w:p>
      <w:r>
        <w:rPr>
          <w:b/>
        </w:rPr>
        <w:t xml:space="preserve">[11:58] </w:t>
      </w:r>
      <w:r>
        <w:t>ga. Mmm jab qayamat aye gi to trumpet in ke paas hoga aur woh is ko announce karein ga. Aur Mikael ah jo keah Michael kar ke Bible mein aata hai to in ka kaam yeh hai ke jo barish barsana aur provision distribution waghera.</w:t>
      </w:r>
    </w:p>
    <w:p>
      <w:pPr>
        <w:jc w:val="right"/>
      </w:pPr>
      <w:r>
        <w:t>گے۔مم جب قیامت آئے گی تو ٹرمپٹ ان کے پاس ہوگا اور وہ اس کو اناؤنس کریں گے۔ اور میکائیلاہ جو کہاہ مائیکل کر کے بائبل میں آتا ہے تو ان کا کام یہ ہے کہ جو بارش برسانا اور پروویژناہ ڈسٹریبیوشن وغیرہ۔</w:t>
      </w:r>
    </w:p>
    <w:p>
      <w:r>
        <w:rPr>
          <w:b/>
        </w:rPr>
        <w:t xml:space="preserve">[12:18] </w:t>
      </w:r>
      <w:r>
        <w:t>Aur Azrael jo Malik ul Maut hain jo rooh qabz ka karein ga. Ah insanoon kia ah yani yeh bare bare ah angels hain jin ko kaam Allah Ta'ala assign kare ga.</w:t>
      </w:r>
    </w:p>
    <w:p>
      <w:pPr>
        <w:jc w:val="right"/>
      </w:pPr>
      <w:r>
        <w:t>اور عزرائیل جو ملک الموت ہیں جو روح قبض کا کریں گے۔اہ انسانوں کیاہ یعنی یہ بڑے بڑےاہ اینجلز ہیں جن کو کام اللہ تعالیٰ اسائن کرے گا۔</w:t>
      </w:r>
    </w:p>
    <w:p>
      <w:r>
        <w:rPr>
          <w:b/>
        </w:rPr>
        <w:t xml:space="preserve">[12:33] </w:t>
      </w:r>
      <w:r>
        <w:t>Phir woh sare angels ko distribute karein ga. Yani yani har cheez everything that happens in this world in this universe is</w:t>
      </w:r>
    </w:p>
    <w:p>
      <w:pPr>
        <w:jc w:val="right"/>
      </w:pPr>
      <w:r>
        <w:t>پھر وہ سارے اینجلز کو ڈسٹریبیوٹ کریں گے۔ یعنی یعنی ہر چیز ایوری تھنگ دیٹ ہیپنز ان دس ورلڈ ان دس یونیورس از</w:t>
      </w:r>
    </w:p>
    <w:p>
      <w:r>
        <w:rPr>
          <w:b/>
        </w:rPr>
        <w:t xml:space="preserve">[12:43] </w:t>
      </w:r>
      <w:r>
        <w:t>decreed. Even a drop of water that falls from sky or a leaf that falls from the tree is written in the book. Ji koi cheez aisi nahi hai ke jo khud se hoti hai.</w:t>
      </w:r>
    </w:p>
    <w:p>
      <w:pPr>
        <w:jc w:val="right"/>
      </w:pPr>
      <w:r>
        <w:t>ڈکریڈ۔ ایون ا ڈراپ اف واٹر دیٹ فالز فرام سکائی اور ا لیف دیٹ فالز فرام دا ٹری از رٹن ان دا بک۔ جی کوئی چیز ایسی نہیں ہے کہ جو خود سے ہوتی ہے۔</w:t>
      </w:r>
    </w:p>
    <w:p>
      <w:r>
        <w:rPr>
          <w:b/>
        </w:rPr>
        <w:t xml:space="preserve">[12:53] </w:t>
      </w:r>
      <w:r>
        <w:t>Sab Allah Ta'ala ki marzi is mein shamil hai aur Allah Ta'ala ki planning is mein shamil hai. To yeh matlab hai ji Qadar ka. Ji jaisa ke Allah Doctor Sahab mujhe bara acha hai woh example ka aap ka aap ne jo budget ka bataya ke hum relate kar sakte hain.</w:t>
      </w:r>
    </w:p>
    <w:p>
      <w:pPr>
        <w:jc w:val="right"/>
      </w:pPr>
      <w:r>
        <w:t>سب اللہ تعالیٰ کی مرضی اس میں شامل ہے اور اللہ تعالیٰ کی پلاننگ اس میں شامل ہے۔ تو یہ مطلب ہے جی قدر کا۔ جی جیسا کہ اللہ ڈاکٹر صاحب مجھے بڑا اچھا ہے وہ ایگزامپل کا آپ کا آپ نے جو بجٹ کا بتایا کہ ہم ریلیٹ کر سکتے ہیں۔</w:t>
      </w:r>
    </w:p>
    <w:p>
      <w:r>
        <w:rPr>
          <w:b/>
        </w:rPr>
        <w:t xml:space="preserve">[13:06] </w:t>
      </w:r>
      <w:r>
        <w:t>Hum log jaisay corporate world mein annual appraisal system bhi kehte</w:t>
      </w:r>
    </w:p>
    <w:p>
      <w:pPr>
        <w:jc w:val="right"/>
      </w:pPr>
      <w:r>
        <w:t>ہم لوگ جیسے کارپوریٹ ورلڈ میں اینول اپریزل سسٹم بھی کہتے</w:t>
      </w:r>
    </w:p>
    <w:p>
      <w:r>
        <w:rPr>
          <w:b/>
        </w:rPr>
        <w:t xml:space="preserve">[13:10] </w:t>
      </w:r>
      <w:r>
        <w:t>hain. Is mein aik hissa rehta hai ke agle saal ka goal, agle saal ki planning us waqt tay hoti hai. To wohi aap ne jis tareeqay se is ko explain kiya ache se samajh aata hai.</w:t>
      </w:r>
    </w:p>
    <w:p>
      <w:pPr>
        <w:jc w:val="right"/>
      </w:pPr>
      <w:r>
        <w:t>ہیں۔ اس میں ایک حصہ رہتا ہے کہ اگلے سال کا گول، اگلے سال کی پلاننگ اس وقت طے ہوتی ہے۔ تو وہی آپ نے جس طریقے سے اس کو ایکسپلین کیا اچھے سے سمجھ آتا ہے۔</w:t>
      </w:r>
    </w:p>
    <w:p>
      <w:r>
        <w:rPr>
          <w:b/>
        </w:rPr>
        <w:t xml:space="preserve">[13:21] </w:t>
      </w:r>
      <w:r>
        <w:t>Angels ka jo zikr kiya Doctor Sahab mein lotu ga aap ki taraf kyun ke is aik sawal is par bhi hai jo mein aap se poochna chahoon ga. Lekin is se pehle Apa aap ne jis tareeqay se ahmiyat batayi ah last 10 din ki mein chahoon ga ke thora sa aap aur elaborate kar ke batayein ke kya significance hai Lailatul Qadr ka.</w:t>
      </w:r>
    </w:p>
    <w:p>
      <w:pPr>
        <w:jc w:val="right"/>
      </w:pPr>
      <w:r>
        <w:t>اینجلز کا جو ذکر کیا ڈاکٹر صاحب میں لوٹوں گا آپ کی طرف کیونکہ اس ایک سوال اس پر بھی ہے جو میں آپ سے پوچھنا چاہوں گا۔ لیکن اس سے پہلے آپا آپ نے جس طریقے سے اہمیت بتائیاہ لاسٹ دس دن کی میں چاہوں گا کہ تھوڑا سا آپ اور الیبریٹ کر کے بتائیں کہ کیا سگنیفیکننس ہے لیلۃ القدر کا۔</w:t>
      </w:r>
    </w:p>
    <w:p>
      <w:r>
        <w:rPr>
          <w:b/>
        </w:rPr>
        <w:t xml:space="preserve">[13:39] </w:t>
      </w:r>
      <w:r>
        <w:t>Ah is ke baray mein bhi aap hum sab ko batayein. Doctor Sahab ne sab bata hi diya hai. Matlab aik yeh yaadgar raat hai.</w:t>
      </w:r>
    </w:p>
    <w:p>
      <w:pPr>
        <w:jc w:val="right"/>
      </w:pPr>
      <w:r>
        <w:t>اہ اس کے بارے میں بھی آپ ہم سب کو بتائیں۔ ڈاکٹر صاحب نے سب بتا ہی دیا ہے۔ مطلب ایک یہ یادگار رات ہے۔</w:t>
      </w:r>
    </w:p>
    <w:p>
      <w:r>
        <w:rPr>
          <w:b/>
        </w:rPr>
        <w:t xml:space="preserve">[13:47] </w:t>
      </w:r>
      <w:r>
        <w:t>Quran utara gaya aur yeh faislay ki raat hai to yeh bohat hi barkat wali raat hai. Ji to Ibn Kathir ne bhi bataya hai ke yeh raat jo hai woh Lailatul Qadr hai aur har aam faisla isi raat ko kiya jata hai.</w:t>
      </w:r>
    </w:p>
    <w:p>
      <w:pPr>
        <w:jc w:val="right"/>
      </w:pPr>
      <w:r>
        <w:t>قرآن اتارا گیا اور یہ فیصلے کی رات ہے تو یہ بہت ہی بابرکت رات ہے۔ جی تو ابن کثیر نے بھی بتایا ہے کہ یہ رات جو ہے وہ لیلۃ القدر ہے اور ہر عام فیصلہ اسی رات کو کیا جاتا ہے۔</w:t>
      </w:r>
    </w:p>
    <w:p>
      <w:r>
        <w:rPr>
          <w:b/>
        </w:rPr>
        <w:t xml:space="preserve">[14:01] </w:t>
      </w:r>
      <w:r>
        <w:t>To is ko night of destiny bhi kehte hain.</w:t>
      </w:r>
    </w:p>
    <w:p>
      <w:pPr>
        <w:jc w:val="right"/>
      </w:pPr>
      <w:r>
        <w:t>تو اس کو نائٹ آف ڈیسٹینی بھی کہتے ہیں۔</w:t>
      </w:r>
    </w:p>
    <w:p>
      <w:r>
        <w:rPr>
          <w:b/>
        </w:rPr>
        <w:t xml:space="preserve">[14:04] </w:t>
      </w:r>
      <w:r>
        <w:t>Matlab material provision, spiritual provision sab kuch isi raat ko destine kiya jata hai hamare liye. To yeh raat aur khaas baat yeh hai ke jo log sawere na bhi uth payein to yeh raat fajar ke tuloo hone tak rehti hai.</w:t>
      </w:r>
    </w:p>
    <w:p>
      <w:pPr>
        <w:jc w:val="right"/>
      </w:pPr>
      <w:r>
        <w:t>مطلب مٹیریل پروویژن، سپرچول پروویژن سب کچھ اسی رات کو ڈسٹینڈ کیا جاتا ہے ہمارے لیے۔ تو یہ رات اور خاص بات یہ ہے کہ جو لوگ سویرے نہ بھی اٹھ پائیں تو یہ رات فجر کے طلوع ہونے تک رہتی ہے۔</w:t>
      </w:r>
    </w:p>
    <w:p>
      <w:r>
        <w:rPr>
          <w:b/>
        </w:rPr>
        <w:t xml:space="preserve">[14:20] </w:t>
      </w:r>
      <w:r>
        <w:t>To aur poora time jo hai yeh bas rehmat hi rehmat hai yeh raat ko. To ab chunke bohat bari tadad mein farishte utarte hain</w:t>
      </w:r>
    </w:p>
    <w:p>
      <w:pPr>
        <w:jc w:val="right"/>
      </w:pPr>
      <w:r>
        <w:t>تو اور پورا ٹائم جو ہے یہ بس رحمت ہی رحمت ہے یہ رات کو۔ تو اب چونکہ بہت بڑی تعداد میں فرشتے اترتے ہیں</w:t>
      </w:r>
    </w:p>
    <w:p>
      <w:r>
        <w:rPr>
          <w:b/>
        </w:rPr>
        <w:t xml:space="preserve">[14:30] </w:t>
      </w:r>
      <w:r>
        <w:t>to yeh poora mahol yeh Maulana ne bataya tha ke bohat bari tadad mein farishte utarte hain. Yahan jo already jo farishte thay last year walay woh upar jatay hain aur naye farishte upar atay hain to un ki aamad o raft itni barh jati hai ke is ki wajah se poora mahol jo hai spiritualization wala mahol ho jata hai.</w:t>
      </w:r>
    </w:p>
    <w:p>
      <w:pPr>
        <w:jc w:val="right"/>
      </w:pPr>
      <w:r>
        <w:t>تو یہ پورا ماحول یہ مولانا نے بتایا تھا کہ بہت بڑی تعداد میں فرشتے اترتے ہیں۔ یہاں جو الریڈی جو فرشتے تھے لاسٹ ایئر والے وہ اوپر جاتے ہیں اور نئے فرشتے اوپر آتے ہیں تو ان کی امد و رفت اتنی بڑھ جاتی ہے کہ اس کی وجہ سے پورا ماحول جو ہے سپرچولائزیشن والا ماحول ہو جاتا ہے۔</w:t>
      </w:r>
    </w:p>
    <w:p>
      <w:r>
        <w:rPr>
          <w:b/>
        </w:rPr>
        <w:t xml:space="preserve">[14:50] </w:t>
      </w:r>
      <w:r>
        <w:t>Poora mahol spiritual ho jata hai.</w:t>
      </w:r>
    </w:p>
    <w:p>
      <w:pPr>
        <w:jc w:val="right"/>
      </w:pPr>
      <w:r>
        <w:t>پورا ماحول سپرچول ہو جاتا ہے۔</w:t>
      </w:r>
    </w:p>
    <w:p>
      <w:r>
        <w:rPr>
          <w:b/>
        </w:rPr>
        <w:t xml:space="preserve">[14:54] </w:t>
      </w:r>
      <w:r>
        <w:t>To ab jab is spiritual mahol mein jab aap ibadat karein ga aur bohat hi matlab aisa sirf nahi hai ke bohat saray log hain sirf aik din aik raat ko jaag lein ge to samajh lein ge ke unhein Shab e Qadr mil gayi.</w:t>
      </w:r>
    </w:p>
    <w:p>
      <w:pPr>
        <w:jc w:val="right"/>
      </w:pPr>
      <w:r>
        <w:t>تو اب جب اس سپرچول ماحول میں جب آپ عبادت کریں گے اور بہت ہی مطلب ایسا صرف نہیں ہے کہ بہت سارے لوگ ہیں صرف ایک دن ایک رات کو جاگ لیں گے تو سمجھیں گے کہ انہیں شب قدر مل گئی۔</w:t>
      </w:r>
    </w:p>
    <w:p>
      <w:r>
        <w:rPr>
          <w:b/>
        </w:rPr>
        <w:t xml:space="preserve">[15:07] </w:t>
      </w:r>
      <w:r>
        <w:t>Aisa nahi hai balkay jaisa Abdullah Ibn Masood ne kaha hai ke qiyam ul lail zaroori hai. Matlab hum ko mahina bhar apne aap ko tayyar karna hai balkay saal bhar se tayyari shuru kar deni hai.</w:t>
      </w:r>
    </w:p>
    <w:p>
      <w:pPr>
        <w:jc w:val="right"/>
      </w:pPr>
      <w:r>
        <w:t>ایسا نہیں ہے بلکہ جیسے عبداللہ ابن مسعود نے کہا ہے کہ قیام اللیل ضروری ہے۔ مطلب ہم کو مہینہ بھر اپنے آپ کو تیار کرنا ہے بلکہ سال بھر سے تیاری شروع کر دینی ہے۔</w:t>
      </w:r>
    </w:p>
    <w:p>
      <w:r>
        <w:rPr>
          <w:b/>
        </w:rPr>
        <w:t xml:space="preserve">[15:20] </w:t>
      </w:r>
      <w:r>
        <w:t>Tab humein yeh mile gi kyun ke is ke liye apne bohat ziyada tazkiya karna parta hai. Apne aap ko apni personality ko ah prepare karna parta hai.</w:t>
      </w:r>
    </w:p>
    <w:p>
      <w:pPr>
        <w:jc w:val="right"/>
      </w:pPr>
      <w:r>
        <w:t>تب ہمیں یہ ملے گی کیونکہ اس کے لیے اپنے بہت زیادہ تزکیہ کرنا پڑتا ہے۔ اپنے آپ کو اپنی پرسنیلٹی کواہ پریپیئر کرنا پڑتا ہے۔</w:t>
      </w:r>
    </w:p>
    <w:p>
      <w:r>
        <w:rPr>
          <w:b/>
        </w:rPr>
        <w:t xml:space="preserve">[15:30] </w:t>
      </w:r>
      <w:r>
        <w:t>Tabhi hum ko yeh is ka warna humein woh mile gi nahi. Woh to unhi logon ko mile gi jo is ke liye receptive hon jin ke andar woh spirituality jo hai woh poori tarah se payi jati ho.</w:t>
      </w:r>
    </w:p>
    <w:p>
      <w:pPr>
        <w:jc w:val="right"/>
      </w:pPr>
      <w:r>
        <w:t>تبھی ہم کو یہ اس کا ورنہ ہمیں وہ ملے گی نہیں۔ وہ تو انہی لوگوں کو ملے گی جو اس کے لیے ریسیپٹیو ہوں جن کے اندر وہ سپرچویلٹی جو ہے وہ پوری طریقے سے پائی جاتی ہو۔</w:t>
      </w:r>
    </w:p>
    <w:p>
      <w:r>
        <w:rPr>
          <w:b/>
        </w:rPr>
        <w:t xml:space="preserve">[15:43] </w:t>
      </w:r>
      <w:r>
        <w:t>Kyun ke dekhiye khud Khuda aur bande ki samajh lijiye yeh mulaqat</w:t>
      </w:r>
    </w:p>
    <w:p>
      <w:pPr>
        <w:jc w:val="right"/>
      </w:pPr>
      <w:r>
        <w:t>کیونکہ دیکھیے خود خدا اور بندے کی سمجھ لیجئے یہ ملاقات</w:t>
      </w:r>
    </w:p>
    <w:p>
      <w:r>
        <w:rPr>
          <w:b/>
        </w:rPr>
        <w:t xml:space="preserve">[15:48] </w:t>
      </w:r>
      <w:r>
        <w:t>hai. To Khuda to ka contact isi se qaim hoga jo poore maani mein spiritual ho. Aur yehi baat Abdullah Ibn Masood ne kaha hai ke wohi pa sakta hai jo saal bhar qiyam ul lail kare.</w:t>
      </w:r>
    </w:p>
    <w:p>
      <w:pPr>
        <w:jc w:val="right"/>
      </w:pPr>
      <w:r>
        <w:t>ہے۔ تو خدا تو کا کانٹیکٹ اسی سے قائم ہوگا جو پورے معنی میں سپرچول ہو۔ اور یہی بات عبداللہ ابن مسعود نے کہا ہے کہ وہی پا سکتا ہے جو سال بھر قیام اللیل کرے۔</w:t>
      </w:r>
    </w:p>
    <w:p>
      <w:r>
        <w:rPr>
          <w:b/>
        </w:rPr>
        <w:t xml:space="preserve">[16:02] </w:t>
      </w:r>
      <w:r>
        <w:t>Kyun ke aur saal bhar duayein mangta rahe. Aik baar aisa hua ke Hazrat Abu Bakr Rasool Allah (SAW) ki wafat ke baad Hazrat Abu Bakr aur Hazrat Umar Umm e Aiman ke paas gaye to Umm e Aiman ro rahi theen.</w:t>
      </w:r>
    </w:p>
    <w:p>
      <w:pPr>
        <w:jc w:val="right"/>
      </w:pPr>
      <w:r>
        <w:t>کیونکہ اور سال بھر دعائیں مانگتا رہے۔ ایک بار ایسا ہوا کہ حضرت ابوبکر رسول اللہ صلی اللہ علیہ وسلم کی وفات کے بعد حضرت ابوبکر اور حضرت عمر ام ایمن کے پاس گئے تو ام ایمن رو رہی تھیں۔</w:t>
      </w:r>
    </w:p>
    <w:p>
      <w:r>
        <w:rPr>
          <w:b/>
        </w:rPr>
        <w:t xml:space="preserve">[16:18] </w:t>
      </w:r>
      <w:r>
        <w:t>to aap ne poocha ke kyon ro rahi hain rasool Allah sal Allah alaihi wasallam ke liye? unhon ne kaha nahi ab jo bhi dunya mein aaya us ko to jana hai lekin main is liye ro rahi hoon ke ab hamein revelation nahi mile ga.</w:t>
      </w:r>
    </w:p>
    <w:p>
      <w:pPr>
        <w:jc w:val="right"/>
      </w:pPr>
      <w:r>
        <w:t>تو آپ نے پوچھا کہ کیوں رو رہی ہیں رسول اللہ صلی اللہ علیہ وسلم کے لیے؟ انہوں نے کہا نہیں اب جو بھی دنیا میں آیا اس کو تو جانا ہے لیکن میں اس لیے رو رہی ہوں کہ اب ہمیں ریولیشن نہیں ملے گا۔</w:t>
      </w:r>
    </w:p>
    <w:p>
      <w:r>
        <w:rPr>
          <w:b/>
        </w:rPr>
        <w:t xml:space="preserve">[16:31] </w:t>
      </w:r>
      <w:r>
        <w:t>jo wahi aati thi aap ke paas ab wo nahi mile gi. to dekhiye inspiration aik cheez hai. Allah taala ne apne bondon ke sath nainsafi nahi ki hai</w:t>
      </w:r>
    </w:p>
    <w:p>
      <w:pPr>
        <w:jc w:val="right"/>
      </w:pPr>
      <w:r>
        <w:t>جو وحی آتی تھی آپ کے پاس اب وہ نہیں ملے گی۔ تو دیکھیے انسپیریشن ایک چیز ہے۔ اللہ تعالیٰ نے اپنے بندوں کے ساتھ ناانصافی نہیں کی ہے</w:t>
      </w:r>
    </w:p>
    <w:p>
      <w:r>
        <w:rPr>
          <w:b/>
        </w:rPr>
        <w:t xml:space="preserve">[16:42] </w:t>
      </w:r>
      <w:r>
        <w:t>balkeh is ko inspiration ki shakal mein is ko khuda ki hidayat, khuda ka jo hai paigham dil par utarta rehta hai. aur yeh farishton ke zariye se hamara contact hota hai.</w:t>
      </w:r>
    </w:p>
    <w:p>
      <w:pPr>
        <w:jc w:val="right"/>
      </w:pPr>
      <w:r>
        <w:t>بلکہ اس کو انسپیریشن کی شکل میں اس کو خدا کی ہدایت، خدا کا جو ہے پیغام دل پر اترتا رہتا ہے۔ اور یہ فرشتوں کے ذریعے سے ہمارا کانٹیکٹ ہوتا ہے۔</w:t>
      </w:r>
    </w:p>
    <w:p>
      <w:r>
        <w:rPr>
          <w:b/>
        </w:rPr>
        <w:t xml:space="preserve">[16:55] </w:t>
      </w:r>
      <w:r>
        <w:t>to is contact ke liye Allah taala ne aik raat bilkul special bana diya hai</w:t>
      </w:r>
    </w:p>
    <w:p>
      <w:pPr>
        <w:jc w:val="right"/>
      </w:pPr>
      <w:r>
        <w:t>تو اس کانٹیکٹ کے لیے اللہ تعالیٰ نے ایک رات بالکل اسپیشل بنا دیا ہے</w:t>
      </w:r>
    </w:p>
    <w:p>
      <w:r>
        <w:rPr>
          <w:b/>
        </w:rPr>
        <w:t xml:space="preserve">[17:00] </w:t>
      </w:r>
      <w:r>
        <w:t>ke is raat ko hamara contact ho farishton se, khuda se aur hamare andar positivity itni bhar jaye aur spirituality itni bhar jaye ke hamare liye wo saal bhar is kaah is ko hum istemal karte rahen.</w:t>
      </w:r>
    </w:p>
    <w:p>
      <w:pPr>
        <w:jc w:val="right"/>
      </w:pPr>
      <w:r>
        <w:t>کہ اس رات کو ہمارا کانٹیکٹ ہو فرشتوں سے، خدا سے اور ہمارے اندر پازیٹیوٹی اتنی بھر جائے اور سپرچویلٹی اتنی بھر جائے کہ ہمارے لیے وہ سال بھر اس کااہ اس کو ہم استعمال کرتے رہیں۔</w:t>
      </w:r>
    </w:p>
    <w:p>
      <w:r>
        <w:rPr>
          <w:b/>
        </w:rPr>
        <w:t xml:space="preserve">[17:16] </w:t>
      </w:r>
      <w:r>
        <w:t>saal bhar hamari personality par is ka effect zahir hota rahe. to hamein is ke liye bohat kuch karna pare ga.</w:t>
      </w:r>
    </w:p>
    <w:p>
      <w:pPr>
        <w:jc w:val="right"/>
      </w:pPr>
      <w:r>
        <w:t>سال بھر ہماری پرسنیلٹی پر اس کا ایفیکٹ ظاہر ہوتا رہے۔ تو ہمیں اس کے لیے بہت کچھ کرنا پڑے گا۔</w:t>
      </w:r>
    </w:p>
    <w:p>
      <w:r>
        <w:rPr>
          <w:b/>
        </w:rPr>
        <w:t xml:space="preserve">[17:24] </w:t>
      </w:r>
      <w:r>
        <w:t>apni madi sargarmiyon ko kam karna pare ga.</w:t>
      </w:r>
    </w:p>
    <w:p>
      <w:pPr>
        <w:jc w:val="right"/>
      </w:pPr>
      <w:r>
        <w:t>اپنی مادی سرگرمیوں کو کم کرنا پڑے گا۔</w:t>
      </w:r>
    </w:p>
    <w:p>
      <w:r>
        <w:rPr>
          <w:b/>
        </w:rPr>
        <w:t xml:space="preserve">[17:28] </w:t>
      </w:r>
      <w:r>
        <w:t>aaj kal mein ne dekha hai ke ramzan ke mahine mein aur zyada shopping hoti hai. logon ne ghalat ghalat nazariye bana liye hain ke ramzan mein jitna zyada kharch kar lo is ka hisab nahi hoga.</w:t>
      </w:r>
    </w:p>
    <w:p>
      <w:pPr>
        <w:jc w:val="right"/>
      </w:pPr>
      <w:r>
        <w:t>آج کل میں نے دیکھا ہے کہ رمضان کے مہینے میں اور زیادہ شاپنگ ہوتی ہے۔ لوگوں نے غلط غلط نظریے بنا لیے ہیں کہ رمضان میں جتنا زیادہ خرچ کر لو اس کا حساب نہیں ہوگا۔</w:t>
      </w:r>
    </w:p>
    <w:p>
      <w:r>
        <w:rPr>
          <w:b/>
        </w:rPr>
        <w:t xml:space="preserve">[17:39] </w:t>
      </w:r>
      <w:r>
        <w:t>to kahin bhi koi bhi authentic hadith aisi nahi hai. aur 30 30 joRe kapre banate hain, doosre saman late hain.</w:t>
      </w:r>
    </w:p>
    <w:p>
      <w:pPr>
        <w:jc w:val="right"/>
      </w:pPr>
      <w:r>
        <w:t>تو کہیں بھی کوئی بھی اتھنٹک حدیث ایسی نہیں ہے۔ اور 30 30 جوڑے کپڑے بناتے ہیں، دوسرے سامان لاتے ہیں۔</w:t>
      </w:r>
    </w:p>
    <w:p>
      <w:r>
        <w:rPr>
          <w:b/>
        </w:rPr>
        <w:t xml:space="preserve">[17:47] </w:t>
      </w:r>
      <w:r>
        <w:t>to dekhiye agar aap dunya ki cheezon mein mulawwis rahen ge to aap ke dimagh yaksu ho hi nahi sakta.</w:t>
      </w:r>
    </w:p>
    <w:p>
      <w:pPr>
        <w:jc w:val="right"/>
      </w:pPr>
      <w:r>
        <w:t>تو دیکھیے اگر آپ دنیا کی چیزوں میں ملوث رہیں گے تو آپ کے دماغ یکسو ہو ہی نہیں سکتا۔</w:t>
      </w:r>
    </w:p>
    <w:p>
      <w:r>
        <w:rPr>
          <w:b/>
        </w:rPr>
        <w:t xml:space="preserve">[17:56] </w:t>
      </w:r>
      <w:r>
        <w:t>aap ko apna dimagh yaksu karna hoga aur jo hai apni tamam tawajjuh jo hai wo khuda ke upar lagani hogi.</w:t>
      </w:r>
    </w:p>
    <w:p>
      <w:pPr>
        <w:jc w:val="right"/>
      </w:pPr>
      <w:r>
        <w:t>آپ کو اپنا دماغ یکسو کرنا ہوگا اور جو ہے اپنی تمام توجہ جو ہے وہ خدا کے اوپر لگانی ہوگی۔</w:t>
      </w:r>
    </w:p>
    <w:p>
      <w:r>
        <w:rPr>
          <w:b/>
        </w:rPr>
        <w:t xml:space="preserve">[18:06] </w:t>
      </w:r>
      <w:r>
        <w:t>ibadat mein lagani hogi aur concentration ke sath. jab tak aap concentrate nahi karen ge tab tak aap ko kuch nahi milne wala hai.</w:t>
      </w:r>
    </w:p>
    <w:p>
      <w:pPr>
        <w:jc w:val="right"/>
      </w:pPr>
      <w:r>
        <w:t>عبادت میں لگانی ہوگی اور کنسنٹریشن کے ساتھ۔ جب تک آپ کنسنٹریٹ نہیں کریں گے تب تک آپ کو کچھ نہیں ملنے والا ہے۔</w:t>
      </w:r>
    </w:p>
    <w:p>
      <w:r>
        <w:rPr>
          <w:b/>
        </w:rPr>
        <w:t xml:space="preserve">[18:15] </w:t>
      </w:r>
      <w:r>
        <w:t>khali jaagne se kuch nahi milta. logon ne is ko bhi aik celebration bana rakha</w:t>
      </w:r>
    </w:p>
    <w:p>
      <w:pPr>
        <w:jc w:val="right"/>
      </w:pPr>
      <w:r>
        <w:t>خالی جاگنے سے کچھ نہیں ملتا۔ لوگوں نے اس کو بھی ایک سیلیبریشن بنا رکھا</w:t>
      </w:r>
    </w:p>
    <w:p>
      <w:r>
        <w:rPr>
          <w:b/>
        </w:rPr>
        <w:t xml:space="preserve">[18:20] </w:t>
      </w:r>
      <w:r>
        <w:t>hai. aik bar aik bar mein kahin gayi to unhon ne kaha ke aaj 27 vi raat hai, shab qadr hai. aap bhi aaiye ga.</w:t>
      </w:r>
    </w:p>
    <w:p>
      <w:pPr>
        <w:jc w:val="right"/>
      </w:pPr>
      <w:r>
        <w:t>ہے۔ ایک بار ایک بار میں کہیں گئی تو انہوں نے کہا کہ آج 27 وی رات ہے، شب قدر ہے۔ آپ بھی آئیے گا۔</w:t>
      </w:r>
    </w:p>
    <w:p>
      <w:r>
        <w:rPr>
          <w:b/>
        </w:rPr>
        <w:t xml:space="preserve">[18:28] </w:t>
      </w:r>
      <w:r>
        <w:t>mujhe to pata tha nahi. mein gayi to dekha to wahan log wo bilkul jaise koi party ho rahi thi aur aik molvi sahib aaye the, un ki taqreer ho rahi thi.</w:t>
      </w:r>
    </w:p>
    <w:p>
      <w:pPr>
        <w:jc w:val="right"/>
      </w:pPr>
      <w:r>
        <w:t>مجھے تو پتہ تھا نہیں۔ میں گئی تو دیکھا تو وہاں لوگ وہ بالکل جیسے کوئی پارٹی ہو رہی تھی اور ایک مولوی صاحب آئے تھے، ان کی تقریر ہو رہی تھی۔</w:t>
      </w:r>
    </w:p>
    <w:p>
      <w:r>
        <w:rPr>
          <w:b/>
        </w:rPr>
        <w:t xml:space="preserve">[18:37] </w:t>
      </w:r>
      <w:r>
        <w:t>is ke ilawa log musalsal baaten kar rahe the, chaye pi rahe the. unhon ne kaha hamari shab qadr to kharab ho</w:t>
      </w:r>
    </w:p>
    <w:p>
      <w:pPr>
        <w:jc w:val="right"/>
      </w:pPr>
      <w:r>
        <w:t>اس کے علاوہ لوگ مسلسل باتیں کر رہے تھے، چائے پی رہے تھے۔ انہوں نے کہا ہماری شب قدر تو خراب ہو</w:t>
      </w:r>
    </w:p>
    <w:p>
      <w:r>
        <w:rPr>
          <w:b/>
        </w:rPr>
        <w:t xml:space="preserve">[18:44] </w:t>
      </w:r>
      <w:r>
        <w:t>gayi. to shab qadr ke liye zaroori hai ke aap khamoshi se tanhai mein baith kar ibadat karen. ji bohat important baat batai apa aap ne.</w:t>
      </w:r>
    </w:p>
    <w:p>
      <w:pPr>
        <w:jc w:val="right"/>
      </w:pPr>
      <w:r>
        <w:t>گئی۔ تو شب قدر کے لیے ضروری ہے کہ آپ خاموشی سے تنہائی میں بیٹھ کر عبادت کریں۔ جی بہت امپورٹنٹ بات بتائی آپا آپ نے۔</w:t>
      </w:r>
    </w:p>
    <w:p>
      <w:r>
        <w:rPr>
          <w:b/>
        </w:rPr>
        <w:t xml:space="preserve">[18:55] </w:t>
      </w:r>
      <w:r>
        <w:t>aur apa agar dekha jaye to aisa bhi nahi hai ke yeh sirf das din jaag ke aap lailatul qadr ko pa len. Maulana Wahiduddin Khan sahib kehte the ke you need to prepare y</w:t>
      </w:r>
    </w:p>
    <w:p>
      <w:pPr>
        <w:jc w:val="right"/>
      </w:pPr>
      <w:r>
        <w:t>اور آپا اگر دیکھا جائے تو ایسا بھی نہیں ہے کہ یہ صرف دس دن جاگ کے آپ لیلۃ القدر کو پا لیں۔ مولانا ودین خان صاحب کہتے تھے کہاہ یو نیڈ ٹو پریپیئر ی</w:t>
      </w:r>
    </w:p>
    <w:p>
      <w:r>
        <w:rPr>
          <w:b/>
        </w:rPr>
        <w:t xml:space="preserve">[19:05] </w:t>
      </w:r>
      <w:r>
        <w:t>our self, be a prepared mind. ah ke aap apni zindagi ko is tarah batayen ke aap ki aisi personality ban jaye ke wo sincere ho, secure ho.</w:t>
      </w:r>
    </w:p>
    <w:p>
      <w:pPr>
        <w:jc w:val="right"/>
      </w:pPr>
      <w:r>
        <w:t>ور سیلف، بی ا پریپیئرڈ مائنڈ۔اہ کہ آپ اپنی زندگی کو اس طرح بتائیں کہ آپ کی ایسی پرسنیلٹی بن جائے کہ وہ سنسیئر ہو، سیکر ہو۔</w:t>
      </w:r>
    </w:p>
    <w:p>
      <w:r>
        <w:rPr>
          <w:b/>
        </w:rPr>
        <w:t xml:space="preserve">[19:14] </w:t>
      </w:r>
      <w:r>
        <w:t>tab aap agar is is personality ke sath aap fast rakhte hain, aap das din jaagte hain, tab aap sahi maene mein is ko pa saken ge.</w:t>
      </w:r>
    </w:p>
    <w:p>
      <w:pPr>
        <w:jc w:val="right"/>
      </w:pPr>
      <w:r>
        <w:t>تب آپ اگر اس اس پرسنیلٹی کے ساتھ آپ فاسٹ رکھتے ہیں، آپ دس دن جاگتے ہیں، تب آپ صحیح معنی میں اس کو پا سکیں گے۔</w:t>
      </w:r>
    </w:p>
    <w:p>
      <w:r>
        <w:rPr>
          <w:b/>
        </w:rPr>
        <w:t xml:space="preserve">[19:24] </w:t>
      </w:r>
      <w:r>
        <w:t>yeh nahi ke sirf aap sara saal bhar to aap kuch distracted hain lekin das din ke liye aap serious ho jayen. to wo bohat important tareeqe se aap ne is ko samajh</w:t>
      </w:r>
    </w:p>
    <w:p>
      <w:pPr>
        <w:jc w:val="right"/>
      </w:pPr>
      <w:r>
        <w:t>یہ نہیں کہ صرف آپ سارا سال بھر تو آپ کچھ ڈسٹریکٹڈ ہیں لیکن دس دن کے لیے آپ سیریس ہو جائیں۔ تو وہ بہت امپورٹنٹ طریقے سے آپ نے اس کو سمجھ</w:t>
      </w:r>
    </w:p>
    <w:p>
      <w:r>
        <w:rPr>
          <w:b/>
        </w:rPr>
        <w:t xml:space="preserve">[19:34] </w:t>
      </w:r>
      <w:r>
        <w:t>aya. apa doctor sahib, ah koi explicit sign nahi hai quran mein ya agar hadith mein bhi dekhen ke ah aaj lailatul qadr hai.</w:t>
      </w:r>
    </w:p>
    <w:p>
      <w:pPr>
        <w:jc w:val="right"/>
      </w:pPr>
      <w:r>
        <w:t>ایا۔ آپا ڈاکٹر صاحب،اہ کوئی ایکسپلیسٹ سائن نہیں ہے قرآن میں یا اگر حدیث میں بھی دیکھیں کہاہ آج لیلۃ القدر ہے۔</w:t>
      </w:r>
    </w:p>
    <w:p>
      <w:r>
        <w:rPr>
          <w:b/>
        </w:rPr>
        <w:t xml:space="preserve">[19:43] </w:t>
      </w:r>
      <w:r>
        <w:t>lekin observations hain, experiences hain prophet ke aur sahaba ke. jaise apa ne bhi is se pehle zikr kiya ke un ko aik khwab aaya ke wo gali mitti par sajda kar rahe hain.</w:t>
      </w:r>
    </w:p>
    <w:p>
      <w:pPr>
        <w:jc w:val="right"/>
      </w:pPr>
      <w:r>
        <w:t>لیکن ابزرویشنز ہیں، ایکسپیرینسز ہیں پرافٹ کے اور صحابہ کے۔ جیسے آپا نے بھی اس سے پہلے ذکر کیا کہ ان کو ایک خواب آیا کہ وہ گلی مٹی پر سجدہ کر رہے ہیں۔</w:t>
      </w:r>
    </w:p>
    <w:p>
      <w:r>
        <w:rPr>
          <w:b/>
        </w:rPr>
        <w:t xml:space="preserve">[19:53] </w:t>
      </w:r>
      <w:r>
        <w:t>to mein chahoon ga ke kuch aap science ke bare mein batayen ke kis tarah humah is cheez ko gauge kar sakte hain ke aaj ki raat lailatul qadr ki raat hai.</w:t>
      </w:r>
    </w:p>
    <w:p>
      <w:pPr>
        <w:jc w:val="right"/>
      </w:pPr>
      <w:r>
        <w:t>تو میں چاہوں گا کہ کچھ آپ سائنس کے بارے میں بتائیں کہ کس طرح ہماہ اس چیز کو گوج کر سکتے ہیں کہ آج کی رات لیلۃ القدر کی رات ہے۔</w:t>
      </w:r>
    </w:p>
    <w:p>
      <w:r>
        <w:rPr>
          <w:b/>
        </w:rPr>
        <w:t xml:space="preserve">[20:03] </w:t>
      </w:r>
      <w:r>
        <w:t>insha</w:t>
      </w:r>
    </w:p>
    <w:p>
      <w:pPr>
        <w:jc w:val="right"/>
      </w:pPr>
      <w:r>
        <w:t>انشاء</w:t>
      </w:r>
    </w:p>
    <w:p>
      <w:r>
        <w:rPr>
          <w:b/>
        </w:rPr>
        <w:t xml:space="preserve">[20:04] </w:t>
      </w:r>
      <w:r>
        <w:t>Allah. Waise apa ne bohat achi baat batai ke its not a general blessing. Ji jaise barish baras rahi hai, har aadmi bheegta hai, suraj ki roshni hai to har aadmi ko is se faida hota hai.</w:t>
      </w:r>
    </w:p>
    <w:p>
      <w:pPr>
        <w:jc w:val="right"/>
      </w:pPr>
      <w:r>
        <w:t>اللہ۔ ویسے آپا نے بہت اچھی بات بتائی کہ اٹس ناٹ ا جنرل بلیسنگ۔ جی جیسے بارش برس رہی ہے، ہر آدمی بھیگتا ہے، سورج کی روشنی ہے تو ہر آدمی کو اس سے فائدہ ہوتا ہے۔</w:t>
      </w:r>
    </w:p>
    <w:p>
      <w:r>
        <w:rPr>
          <w:b/>
        </w:rPr>
        <w:t xml:space="preserve">[20:14] </w:t>
      </w:r>
      <w:r>
        <w:t>Lekin Lailat ul Qadr to woh hai jo jo yani aik aik poori zindagi is ki Lailat ul Qadr oriented life ho is ki.</w:t>
      </w:r>
    </w:p>
    <w:p>
      <w:pPr>
        <w:jc w:val="right"/>
      </w:pPr>
      <w:r>
        <w:t>لیکن لیلۃ القدر تو وہ ہے جو جو یعنی ایک ایک پوری زندگی اس کی لیلۃ القدر اورینٹڈ لائف ہو اس کی۔</w:t>
      </w:r>
    </w:p>
    <w:p>
      <w:r>
        <w:rPr>
          <w:b/>
        </w:rPr>
        <w:t xml:space="preserve">[20:24] </w:t>
      </w:r>
      <w:r>
        <w:t>Ji ji ji. Kab mile gi warna is ka woh itna aham faida nahi hoga. Bilkul.</w:t>
      </w:r>
    </w:p>
    <w:p>
      <w:pPr>
        <w:jc w:val="right"/>
      </w:pPr>
      <w:r>
        <w:t>جی جی جی۔ کب ملے گی ورنہ اس کا وہ اتنا اہم فائدہ نہیں ہوگا۔ بالکل۔</w:t>
      </w:r>
    </w:p>
    <w:p>
      <w:r>
        <w:rPr>
          <w:b/>
        </w:rPr>
        <w:t xml:space="preserve">[20:29] </w:t>
      </w:r>
      <w:r>
        <w:t>To behal jo science ki baat aap ne kahi hai to Prophet (SAW) ne kai signs batai hain. Jaise Lailat ul Qadr mein jo raat hogi woh bari pure aur glowing hogi aur bright and tranquil and the sun will be like moon.</w:t>
      </w:r>
    </w:p>
    <w:p>
      <w:pPr>
        <w:jc w:val="right"/>
      </w:pPr>
      <w:r>
        <w:t>تو بہرحال جو سائنس کی بات آپ نے کہی ہے تو پرافٹ صلی اللہ علیہ وسلم نے کئی سائنس بتائی ہیں۔ جیسے لیلۃ القدر میں جو رات ہوگی وہ بڑی پیور اور گلوئنگ ہوگی اور برائٹ اینڈ ٹرینکول اینڈ دا سن ول بی لائک مون۔</w:t>
      </w:r>
    </w:p>
    <w:p>
      <w:r>
        <w:rPr>
          <w:b/>
        </w:rPr>
        <w:t xml:space="preserve">[20:47] </w:t>
      </w:r>
      <w:r>
        <w:t>Yaani itni thandak hogi suraj mein, koi bohat garmi nahi hogi aur bohat hi calm aur jaisa moon jaisa hoga aur na ziyada thandi hogi, neither very cold nor hot aur aik peaceful night hogi</w:t>
      </w:r>
    </w:p>
    <w:p>
      <w:pPr>
        <w:jc w:val="right"/>
      </w:pPr>
      <w:r>
        <w:t>یعنی اتنی ٹھنڈک ہوگی سورج میں، کوئی بہت گرمی نہیں ہوگی اور بہت ہی کام اور جیسا مون جیسا ہوگا اور نہ زیادہ ٹھنڈی ہوگی، نیدر ویری کولڈ نور ہاٹ اور ایک پیس فل نائٹ ہوگی</w:t>
      </w:r>
    </w:p>
    <w:p>
      <w:r>
        <w:rPr>
          <w:b/>
        </w:rPr>
        <w:t xml:space="preserve">[21:02] </w:t>
      </w:r>
      <w:r>
        <w:t>. To yeh yeh sab signs hain. Bazoher aap kisi bhi din, kisi bhi raat ko uthte hain fajar ke waqt to taqreeban aise hi hota hai.</w:t>
      </w:r>
    </w:p>
    <w:p>
      <w:pPr>
        <w:jc w:val="right"/>
      </w:pPr>
      <w:r>
        <w:t>۔ تو یہ یہ سب سائنساہ بظاہر آپ کسی بھی دن، کسی بھی رات کو اٹھتے ہیں فجر کے وقت تو تقریباً ایسے ہی ہوتا ہے۔</w:t>
      </w:r>
    </w:p>
    <w:p>
      <w:r>
        <w:rPr>
          <w:b/>
        </w:rPr>
        <w:t xml:space="preserve">[21:11] </w:t>
      </w:r>
      <w:r>
        <w:t>To bohat mushkil hai ke in signs se yeh pata chalana ke aaj Lailat ul Qadr hai. Ah jo log bohat hi spiritually awakened hote honge, ah to woh ghaleban ah is tarah ki signs ko aur achi tarah samajh paate honge.</w:t>
      </w:r>
    </w:p>
    <w:p>
      <w:pPr>
        <w:jc w:val="right"/>
      </w:pPr>
      <w:r>
        <w:t>تو بڑا مشکل ہے کہ ان سائنس سے یہ پتہ چلانا کہ آج لیلۃ القدر ہے۔اہ جو لوگ بہت ہی سپرچولی اویکنڈ ہوتے ہوں گے،اہ تو وہ غالباًاہ اس طرح کی سائنس کو اور اچھی طرح سمجھ پاتے ہوں گے۔</w:t>
      </w:r>
    </w:p>
    <w:p>
      <w:r>
        <w:rPr>
          <w:b/>
        </w:rPr>
        <w:t xml:space="preserve">[21:30] </w:t>
      </w:r>
      <w:r>
        <w:t>Lekin aam aadmi ke liye to yahi behtar hai ke woh sari das raatein jaage aur is mein ibadat kare taake koi bhia chance na rahe miss hone ka.</w:t>
      </w:r>
    </w:p>
    <w:p>
      <w:pPr>
        <w:jc w:val="right"/>
      </w:pPr>
      <w:r>
        <w:t>لیکن عام آدمی کے لیے تو یہی بہتر ہے کہ وہ ساری دس راتیں جاگے اور اس میں عبادت کرے تاکہ کوئی بھیاہ چانس نہ رہے مس ہونے کا۔</w:t>
      </w:r>
    </w:p>
    <w:p>
      <w:r>
        <w:rPr>
          <w:b/>
        </w:rPr>
        <w:t xml:space="preserve">[21:41] </w:t>
      </w:r>
      <w:r>
        <w:t>Ji aur aik aur baat jaise apa ne bhi batai ke fajar ke waqt tak time hai. Is ka Quran mein bhi aata hai hatta matla al fajr ke fajar ke waqt tak is ka waqt hai.</w:t>
      </w:r>
    </w:p>
    <w:p>
      <w:pPr>
        <w:jc w:val="right"/>
      </w:pPr>
      <w:r>
        <w:t>جی اور ایک اور بات جیسے آپا نے بھی بتائی کہ فجر کے وقت تک ٹائم ہے۔ اس کا قرآن میں بھی آتا ہے حتی مطلع الفجر کہ فجر کے وقت تک اس کا وقت ہے۔</w:t>
      </w:r>
    </w:p>
    <w:p>
      <w:r>
        <w:rPr>
          <w:b/>
        </w:rPr>
        <w:t xml:space="preserve">[21:53] </w:t>
      </w:r>
      <w:r>
        <w:t>Lekin yeh nahi aata kahin ke kab shuru hoti hai. To yeh bhi bohat</w:t>
      </w:r>
    </w:p>
    <w:p>
      <w:pPr>
        <w:jc w:val="right"/>
      </w:pPr>
      <w:r>
        <w:t>لیکن یہ نہیں آتا کہیں کہ کب شروع ہوتی ہے۔ تو یہ بھی بہت</w:t>
      </w:r>
    </w:p>
    <w:p>
      <w:r>
        <w:rPr>
          <w:b/>
        </w:rPr>
        <w:t xml:space="preserve">[21:57] </w:t>
      </w:r>
      <w:r>
        <w:t>aham hai. Jan aam taur par log is ko wazeh nahi hai. Yeh maghrib ke waqt shuru hoti hai. Ji yani maghrib ki jaise azan hui, samjhiye aap namaz to us waqt se Lailat ul Qadr shuru ho gayi aur woh fajar ke waqt tak chalegi taqreeban 10 11 ghante.</w:t>
      </w:r>
    </w:p>
    <w:p>
      <w:pPr>
        <w:jc w:val="right"/>
      </w:pPr>
      <w:r>
        <w:t>اہم ہے۔ جان عام طور سے لوگ اس کو واضح نہیں ہے۔ یہ مغرب کے وقت شروع ہوتی ہے۔ جی یعنی مغرب کی جیسے اذان ہوئی، سمجھیے آپ نماز تو اس وقت سے لیلۃ القدر شروع ہوگئی اور وہ فجر کے وقت تک چلے گی تقریباً 10 گیارہ گھنٹے۔</w:t>
      </w:r>
    </w:p>
    <w:p>
      <w:r>
        <w:rPr>
          <w:b/>
        </w:rPr>
        <w:t xml:space="preserve">[22:12] </w:t>
      </w:r>
      <w:r>
        <w:t>To jo jo time hai woh ah us ko poora utilize karna chahiye. Us ko jaise apa ne bataya ke ah party aur yeh sab cheezein hain.</w:t>
      </w:r>
    </w:p>
    <w:p>
      <w:pPr>
        <w:jc w:val="right"/>
      </w:pPr>
      <w:r>
        <w:t>تو جو جو ٹائم ہے وہاہ اس کو پورا یوٹیلائز کرنا چاہیے۔ اس کو جیسے آپا نے بتایا کہاہ پارٹی اور یہ سب چیزیں ہیں۔</w:t>
      </w:r>
    </w:p>
    <w:p>
      <w:r>
        <w:rPr>
          <w:b/>
        </w:rPr>
        <w:t xml:space="preserve">[22:21] </w:t>
      </w:r>
      <w:r>
        <w:t>Ji to yeh to aik bohat hi personal ibadat hai jo Khuda aur bande ke darmiyan</w:t>
      </w:r>
    </w:p>
    <w:p>
      <w:pPr>
        <w:jc w:val="right"/>
      </w:pPr>
      <w:r>
        <w:t>جی تو یہ تو ایک بہت ہی پرسنل عبادت ہے جو خدا اور بندے کے درمی</w:t>
      </w:r>
    </w:p>
    <w:p>
      <w:r>
        <w:rPr>
          <w:b/>
        </w:rPr>
        <w:t xml:space="preserve">[22:26] </w:t>
      </w:r>
      <w:r>
        <w:t>hai. Yeh koi aisi woh nahi hai ke gathering mein aap fawha karein. Hmm. Ah to woh is tarah ki cheez nahi hai. Yeh to its very very personal and communication that takes place between you and God.</w:t>
      </w:r>
    </w:p>
    <w:p>
      <w:pPr>
        <w:jc w:val="right"/>
      </w:pPr>
      <w:r>
        <w:t>ان ہے۔ یہ کوئی ایسی وہ نہیں ہے کہ گیدرنگ میں آپ فوحہ کریں۔ ہمم۔اہ تو وہ اس طرح کی چیز نہیں ہے۔ یہ تو اٹس ویری ویری پرسنل اینڈ کمیونیکیشن دیٹ ٹیکس پلیس بٹوین یو اینڈ گاڈ۔</w:t>
      </w:r>
    </w:p>
    <w:p>
      <w:r>
        <w:rPr>
          <w:b/>
        </w:rPr>
        <w:t xml:space="preserve">[22:39] </w:t>
      </w:r>
      <w:r>
        <w:t>To is ke liye to khamosh. Ji ji. Ah jaise hadith mein aata hai ke dhikr Allah khaleen fa fazat aynah ke us ne apne Rab ko tanhai mein yaad kiya.</w:t>
      </w:r>
    </w:p>
    <w:p>
      <w:pPr>
        <w:jc w:val="right"/>
      </w:pPr>
      <w:r>
        <w:t>تو اس کے لیے تو خاموش۔ جی جی۔اہ جیسے حدیث میں آتا ہے کہ ذکر اللہ خالین ففازت آینہ کہ اس نے اپنے رب کو تنہائی میں یاد کیا۔</w:t>
      </w:r>
    </w:p>
    <w:p>
      <w:r>
        <w:rPr>
          <w:b/>
        </w:rPr>
        <w:t xml:space="preserve">[22:50] </w:t>
      </w:r>
      <w:r>
        <w:t>Hmm. Aur us ki dono aankhein beh parrin.</w:t>
      </w:r>
    </w:p>
    <w:p>
      <w:pPr>
        <w:jc w:val="right"/>
      </w:pPr>
      <w:r>
        <w:t>ہمم۔ اور اس کی دونوں آنکھیں بہہ پڑیں۔</w:t>
      </w:r>
    </w:p>
    <w:p>
      <w:r>
        <w:rPr>
          <w:b/>
        </w:rPr>
        <w:t xml:space="preserve">[22:53] </w:t>
      </w:r>
      <w:r>
        <w:t>Hmm. To yeh hai ah Lailat ul Qadr ya aur bhi. Hmm. Dua karne ka tareeqa. Ji jazak Allah Doctor Sahab.</w:t>
      </w:r>
    </w:p>
    <w:p>
      <w:pPr>
        <w:jc w:val="right"/>
      </w:pPr>
      <w:r>
        <w:t>ہمم۔ تو یہ ہےاہ لیلۃ القدر یا اور بھی۔ ہمم۔ دعا کرنے کا طریقہ۔ جی جزاک اللہ ڈاکٹر صاحب۔</w:t>
      </w:r>
    </w:p>
    <w:p>
      <w:r>
        <w:rPr>
          <w:b/>
        </w:rPr>
        <w:t xml:space="preserve">[23:01] </w:t>
      </w:r>
      <w:r>
        <w:t>Doctor Sahab jaisa ke hum jante hain ke chapter 97 Surah Qadr us ki kafi significance hai, especially during Ramadan.</w:t>
      </w:r>
    </w:p>
    <w:p>
      <w:pPr>
        <w:jc w:val="right"/>
      </w:pPr>
      <w:r>
        <w:t>ڈاکٹر صاحب جیسا کہ ہم جانتے ہیں کہ چیپٹر 97اہ سورہ القدراہ اس کی کافی سگنیفیکننس ہے، اسپیشلی ڈیورنگ رمضان۔</w:t>
      </w:r>
    </w:p>
    <w:p>
      <w:r>
        <w:rPr>
          <w:b/>
        </w:rPr>
        <w:t xml:space="preserve">[23:10] </w:t>
      </w:r>
      <w:r>
        <w:t>To main chahunga woh chapter ko bhi aap explain karein. Chota Surah hai paanch ayaton ka. To aap us ke bare mein bhi batayein.</w:t>
      </w:r>
    </w:p>
    <w:p>
      <w:pPr>
        <w:jc w:val="right"/>
      </w:pPr>
      <w:r>
        <w:t>تو میں چاہوں گا وہ چیپٹر کو بھی آپ ایکسپلین کریں۔ چھوٹا سورہ ہے پانچ آیتوں کا۔ تو آپ اس کے بارے میں بھی بتائیں۔</w:t>
      </w:r>
    </w:p>
    <w:p>
      <w:r>
        <w:rPr>
          <w:b/>
        </w:rPr>
        <w:t xml:space="preserve">[23:18] </w:t>
      </w:r>
      <w:r>
        <w:t>Zaroor yeh bohat hi aham tareen chapters mein se hai aur ah pehli verse is tarah hai: "Inna anzalnahu fi Lailat ul Qadr"</w:t>
      </w:r>
    </w:p>
    <w:p>
      <w:pPr>
        <w:jc w:val="right"/>
      </w:pPr>
      <w:r>
        <w:t>ضرور یہ بہت ہی اہم ترین چیپٹرز میں سے ہے اوراہ پہلی ورس اس طرح ہے: "انا انزلہ فی لیلۃ القدر"</w:t>
      </w:r>
    </w:p>
    <w:p>
      <w:r>
        <w:rPr>
          <w:b/>
        </w:rPr>
        <w:t xml:space="preserve">[23:28] </w:t>
      </w:r>
      <w:r>
        <w:t>ke "We have sent down this" yani "the Quran in a blessed night" aur Abdullah ibn Abbas (RA) farmate hain ke Allah taala ne poora Quran aik hi raat mein ah Lauh e Mahfuz se ah Bait ul Izzah yani Lauh e Mahfuz jo hai woh seventh heaven pe hai.</w:t>
      </w:r>
    </w:p>
    <w:p>
      <w:pPr>
        <w:jc w:val="right"/>
      </w:pPr>
      <w:r>
        <w:t>کہ "وی ہیو سن ڈاؤن دس" یعنی "دا قرآن ان ا بلیسڈ نائٹ" اور عبداللہ ابن عباس رضی اللہ عنہ فرماتے ہیں کہ اللہ تعالی نے پورا قرآن ایک ہی رات میںاہ لوح محفوظ سےاہ بیت العزہ یعنی لوح محفوظ جو ہے وہ سیونتھ ہیون پہ ہے۔</w:t>
      </w:r>
    </w:p>
    <w:p>
      <w:r>
        <w:rPr>
          <w:b/>
        </w:rPr>
        <w:t xml:space="preserve">[23:51] </w:t>
      </w:r>
      <w:r>
        <w:t>Ji preserve tablets. Ji preserve tablet.</w:t>
      </w:r>
    </w:p>
    <w:p>
      <w:pPr>
        <w:jc w:val="right"/>
      </w:pPr>
      <w:r>
        <w:t>جی پریزرو ٹیبلٹس۔ جی پریزرو ٹیبلٹ۔</w:t>
      </w:r>
    </w:p>
    <w:p>
      <w:r>
        <w:rPr>
          <w:b/>
        </w:rPr>
        <w:t xml:space="preserve">[23:55] </w:t>
      </w:r>
      <w:r>
        <w:t>To woh seventh heaven se first heaven pe jo hamara hamara aasman hai wahan utara aur phir ah ahista ahista 23 years mein Rasool Allah (SAW) ke paas yeh Quran gaya.</w:t>
      </w:r>
    </w:p>
    <w:p>
      <w:pPr>
        <w:jc w:val="right"/>
      </w:pPr>
      <w:r>
        <w:t>تو وہ سیونتھ ہیون سے فرسٹ ہیون پہ جو ہمارا ہمارا آسمان ہے وہاں اتارا اور پھراہ آہستہ آہستہ 23 ایئرز میں رسول اللہ صلی اللہ علیہ وسلم کے پاس یہ قرآن گیا۔</w:t>
      </w:r>
    </w:p>
    <w:p>
      <w:r>
        <w:rPr>
          <w:b/>
        </w:rPr>
        <w:t xml:space="preserve">[24:10] </w:t>
      </w:r>
      <w:r>
        <w:t>To yani is tarah se yeh bohat hi aham raat hai ke Allah taala ne Quran ko reveal is is is raat mein kiya aur is se yeh bhi pata chalta hai ke kitni important raat hai, kitni blessed night hai ke Allah taala ne yeh ah Quran ko is mein nazil kiya.</w:t>
      </w:r>
    </w:p>
    <w:p>
      <w:pPr>
        <w:jc w:val="right"/>
      </w:pPr>
      <w:r>
        <w:t>تو یعنی اس طرح سے یہ بہت ہی اہم رات ہے کہ اللہ تعالی نے قرآن کو ریویل اس اس اس رات میں کیا اور اس سے یہ بھی پتہ چلتا ہے کہ کتنی امپورٹنٹ رات ہے، کتنی بلیسڈ نائٹ ہے کہ اللہ تعالی نے یہاہ قرآن کو اس میں نازل کیا۔</w:t>
      </w:r>
    </w:p>
    <w:p>
      <w:r>
        <w:rPr>
          <w:b/>
        </w:rPr>
        <w:t xml:space="preserve">[24:31] </w:t>
      </w:r>
      <w:r>
        <w:t>aur jo doosri verse hai: "wa ma adraka ma laylatul qadr" ke yeh ek question its a questionah ke</w:t>
      </w:r>
    </w:p>
    <w:p>
      <w:pPr>
        <w:jc w:val="right"/>
      </w:pPr>
      <w:r>
        <w:t>اور جو دوسری ورس ہے: "وما ادراک ما لیلۃ القدر" کہ یہ ایک کوئسچن اٹس ا کوئسچناہ کہ</w:t>
      </w:r>
    </w:p>
    <w:p>
      <w:r>
        <w:rPr>
          <w:b/>
        </w:rPr>
        <w:t xml:space="preserve">[24:38] </w:t>
      </w:r>
      <w:r>
        <w:t>"What do you know about Laylat al-Qadr?" Yani ah "you don't know" ah "you hardly know about it" and "you</w:t>
      </w:r>
    </w:p>
    <w:p>
      <w:pPr>
        <w:jc w:val="right"/>
      </w:pPr>
      <w:r>
        <w:t>"واٹ ڈو یو نو اباؤٹ لیلۃ القدر" یعنیاہ "یو ڈونٹ نو"اہ "یو ہارڈلی نو اباؤٹ اٹ" اینڈ "یو</w:t>
      </w:r>
    </w:p>
    <w:p>
      <w:r>
        <w:rPr>
          <w:b/>
        </w:rPr>
        <w:t xml:space="preserve">[24:47] </w:t>
      </w:r>
      <w:r>
        <w:t>"cut understand and comprehend what the night is" aur is mein jo agle teen verses hain yani ye</w:t>
      </w:r>
    </w:p>
    <w:p>
      <w:pPr>
        <w:jc w:val="right"/>
      </w:pPr>
      <w:r>
        <w:t>کٹ انڈرسٹینڈ اینڈ کمپریہینڈ واٹ دی نائٹ از" اور اس میں جو اگلے تین ورسز ہیں یعنی یہ</w:t>
      </w:r>
    </w:p>
    <w:p>
      <w:r>
        <w:rPr>
          <w:b/>
        </w:rPr>
        <w:t xml:space="preserve">[24:57] </w:t>
      </w:r>
      <w:r>
        <w:t>quran ka andaaz hai, kai jagah aur bhi aata hai ke "wa ma adraka" ke tum kya jano</w:t>
      </w:r>
    </w:p>
    <w:p>
      <w:pPr>
        <w:jc w:val="right"/>
      </w:pPr>
      <w:r>
        <w:t>قرآن کا انداز ہے، کئی جگہ اور بھی آتا ہے کہ "وما ادراک" کہ تم کیا جانو</w:t>
      </w:r>
    </w:p>
    <w:p>
      <w:r>
        <w:rPr>
          <w:b/>
        </w:rPr>
        <w:t xml:space="preserve">[25:03] </w:t>
      </w:r>
      <w:r>
        <w:t>yani tum bohat kam jantay ho. to aisay hi jo agli teen verses hain, number three, four, five, is mein Allah taala ne khud kuch baatein batai hain ke lailatul qadar kya hai aur is mein bataya hai ke "lailatul qadar khairun min alf shahr" ke lailatul qadar hazar mahinon ki ibadat se behtar hai yani "better than 1000 month".</w:t>
      </w:r>
    </w:p>
    <w:p>
      <w:pPr>
        <w:jc w:val="right"/>
      </w:pPr>
      <w:r>
        <w:t>یعنی تم بہت کم جانتے ہو۔ تو ایسے ہی جو اگلی تین ورسز ہیں، نمبر تھری، فور، فائیو، اس میں اللہ تعالی نے خود کچھ باتیں بتائی ہیں کہ لیلۃ القدر کیا ہے اور اس میں بتایا ہے کہ "لیلۃ القدر خیر من الف شہر" کہ لیلۃ القدر ہزار مہینوں کی عبادت سے بہتر ہے یعنی "بیٹر دین 1000 منتھ"۔</w:t>
      </w:r>
    </w:p>
    <w:p>
      <w:r>
        <w:rPr>
          <w:b/>
        </w:rPr>
        <w:t xml:space="preserve">[25:28] </w:t>
      </w:r>
      <w:r>
        <w:t>ji yani ke aik hazar mahine ke barabar hai, still "better than 1000 month".</w:t>
      </w:r>
    </w:p>
    <w:p>
      <w:pPr>
        <w:jc w:val="right"/>
      </w:pPr>
      <w:r>
        <w:t>جی یعنی کہ ایک ہزار مہینے کے برابر ہے، سٹل "بیٹر دین 1000 منتھ"۔</w:t>
      </w:r>
    </w:p>
    <w:p>
      <w:r>
        <w:rPr>
          <w:b/>
        </w:rPr>
        <w:t xml:space="preserve">[25:33] </w:t>
      </w:r>
      <w:r>
        <w:t>to rasool Allah ne jab ramzan shuru hua tuwah ek khutba diya saaman aur is mein yeh baat kahi ke ramzan ka woh mahina hai jis mein lailatul qadar hai aur aik hazar mahine se behtar hai aur farmaya ke ke doosri hadith mein ke jo is raat se mehroom ho gaya woh yani har achai se mehroom ho gaya.</w:t>
      </w:r>
    </w:p>
    <w:p>
      <w:pPr>
        <w:jc w:val="right"/>
      </w:pPr>
      <w:r>
        <w:t>تو رسول اللہ نے جب رمضان شروع ہوا تواہ ایک خطبہ دیا سامن اور اس میں یہ بات کہی کہ رمضان کا وہ مہینہ ہے جس میں لیلۃ القدر ہے اور ایک ہزار مہینے سے بہتر ہے اور فرمایا کہ کہ دوسری حدیث میں کہ جو اس رات سے محروم ہو گیا وہ یعنی ہر اچھائی سے محروم ہو گیا۔</w:t>
      </w:r>
    </w:p>
    <w:p>
      <w:r>
        <w:rPr>
          <w:b/>
        </w:rPr>
        <w:t xml:space="preserve">[26:01] </w:t>
      </w:r>
      <w:r>
        <w:t>to aisay hi jo next verse hai woh hai: "tanazzalul malaikatu fiha birruhi wa jibril" keah angels aur spirit yani jibril ah Allah taala ke hukum se zameen pe atay hain aur jo sari jo decrees hain "with his decrees for all matters" to yeh yeh yeh yeh bhi bohat aham wa</w:t>
      </w:r>
    </w:p>
    <w:p>
      <w:pPr>
        <w:jc w:val="right"/>
      </w:pPr>
      <w:r>
        <w:t>تو ایسے ہی جو نیکسٹ ورس ہے وہ ہے: "تنزل الملائکۃ فیہا من کل امر" کہاہ اینجلز اور سپرٹ یعنی جبرائیلاہ اللہ تعالی کے حکم سے زمین پہ آتے ہیں اور جو ساری جو ڈکریز ہیں "ود ہز ڈکریز فار ال میٹرز" تو یہ یہ یہ یہ بھی بہت اہم و</w:t>
      </w:r>
    </w:p>
    <w:p>
      <w:r>
        <w:rPr>
          <w:b/>
        </w:rPr>
        <w:t xml:space="preserve">[26:30] </w:t>
      </w:r>
      <w:r>
        <w:t>ras hai. is se pata chalta hai ke farishtay atay hain aur jibril khud atay hain. chounkay jibril alaihi assalam ah woh farishtay thay, woh farishtay hain jin ka kaam yeh tha ke peghambaron kowah khuda ke paigham layein aur rasool Allah sallallahu alaihi wasallam ke baad woh kaam khatam ho gaya.</w:t>
      </w:r>
    </w:p>
    <w:p>
      <w:pPr>
        <w:jc w:val="right"/>
      </w:pPr>
      <w:r>
        <w:t>رس ہے۔ اس سے پتہ چلتا ہے کہ فرشتے آتے ہیں اور جبرائیل خود آتے ہیں۔ چونکہ جبرائیل علیہ السلاماہ وہ فرشتے تھے، وہ فرشتے ہیں جن کا کام یہ تھا کہ پیغمبروں کواہ خدا کے پیغام لائیں اور رسول اللہ صلی اللہ علیہ وسلم کے بعد وہ کام ختم ہوگئے۔</w:t>
      </w:r>
    </w:p>
    <w:p>
      <w:r>
        <w:rPr>
          <w:b/>
        </w:rPr>
        <w:t xml:space="preserve">[26:47] </w:t>
      </w:r>
      <w:r>
        <w:t>lekin lailatul qadar such important night that he himself descends in in</w:t>
      </w:r>
    </w:p>
    <w:p>
      <w:pPr>
        <w:jc w:val="right"/>
      </w:pPr>
      <w:r>
        <w:t>لیکن لیلۃ القدر سچ امپورٹنٹ نائٹ دیٹ ہی ہم سیلف ڈیسینڈز ان ان</w:t>
      </w:r>
    </w:p>
    <w:p>
      <w:r>
        <w:rPr>
          <w:b/>
        </w:rPr>
        <w:t xml:space="preserve">[26:53] </w:t>
      </w:r>
      <w:r>
        <w:t>this night. this also tells that it is such important occasion. aur verse number paanch jo hai: "salamun hiya hatta matla'il fajr" yani sar-ta-pa salamti subah ke waqt tak, bohat hi peace aur sakinat aur aur bohat hiyah peace full night.</w:t>
      </w:r>
    </w:p>
    <w:p>
      <w:pPr>
        <w:jc w:val="right"/>
      </w:pPr>
      <w:r>
        <w:t>دس نائٹ۔ دس السو ٹیلز دیٹ اٹ از سچ امپورٹنٹ اوکیژن۔ اور ورس نمبر پانچ جو ہے: "سلام حتی مطلع الفجر" یعنی سرتابہ سلامتی صبح کے وقت تک، بہت ہی پیس اور سکینت اور اور بہت ہیاہ پیس فل نائٹ۔</w:t>
      </w:r>
    </w:p>
    <w:p>
      <w:r>
        <w:rPr>
          <w:b/>
        </w:rPr>
        <w:t xml:space="preserve">[27:13] </w:t>
      </w:r>
      <w:r>
        <w:t>yeh tazkir-ul-quran mein Maulana ne aik bohat acha paragraph likha hai to mein chahoon ga ke is ko parh ke sunaoon chand lines.</w:t>
      </w:r>
    </w:p>
    <w:p>
      <w:pPr>
        <w:jc w:val="right"/>
      </w:pPr>
      <w:r>
        <w:t>یہ تذکر القرآن میں مولانا نے ایک بہت اچھا پیراگراف لکھا ہے تو میں چاہوں گا کہ اس کو پڑھ کے سناؤں چند لائنیں۔</w:t>
      </w:r>
    </w:p>
    <w:p>
      <w:r>
        <w:rPr>
          <w:b/>
        </w:rPr>
        <w:t xml:space="preserve">[27:21] </w:t>
      </w:r>
      <w:r>
        <w:t>z</w:t>
      </w:r>
    </w:p>
    <w:p>
      <w:pPr>
        <w:jc w:val="right"/>
      </w:pPr>
      <w:r>
        <w:t>ض</w:t>
      </w:r>
    </w:p>
    <w:p>
      <w:r>
        <w:rPr>
          <w:b/>
        </w:rPr>
        <w:t xml:space="preserve">[27:22] </w:t>
      </w:r>
      <w:r>
        <w:t>ror is mein likha hai ke bazahir aisa maloom hota hai ke raat ko zameen par, is raat ko zameen par farishton ki kasrat hoti hai.</w:t>
      </w:r>
    </w:p>
    <w:p>
      <w:pPr>
        <w:jc w:val="right"/>
      </w:pPr>
      <w:r>
        <w:t>رور اس میں لکھا ہے کہ بظاہر ایسا معلوم ہوتا ہے کہ رات کو زمین پر، اس رات کو زمین پر فرشتوں کی کثرت ہوتی ہے۔</w:t>
      </w:r>
    </w:p>
    <w:p>
      <w:r>
        <w:rPr>
          <w:b/>
        </w:rPr>
        <w:t xml:space="preserve">[27:32] </w:t>
      </w:r>
      <w:r>
        <w:t>is se zameen par khaas tarah ka rohani mahol paida hota hai. ab jo log apnay andar rohaniyat bedar kiye hue hon, yani pehlay se rohaniyat bedar ki hui hai, unhon ne woh is se mutasir hotay hain aur is ke nateejay mein un ke andar ghair maamooli rohani taaseer paida ho jati hai.</w:t>
      </w:r>
    </w:p>
    <w:p>
      <w:pPr>
        <w:jc w:val="right"/>
      </w:pPr>
      <w:r>
        <w:t>اس سے زمین پر خاص طرح کا روحانی ماحول پیدا ہوتا ہے۔ اب جو لوگ اپنے اندر روحانیت بیدار کیے ہوئے ہوں، یعنی پہلے سے روحانیت بیدار کی ہوئی ہے، انہوں نے وہ اس سے متاثر ہوتے ہیں اور اس کے نتیجے میں ان کے اندر غیر معمولی روحانی تاثیر پیدا ہو جاتی ہے۔</w:t>
      </w:r>
    </w:p>
    <w:p>
      <w:r>
        <w:rPr>
          <w:b/>
        </w:rPr>
        <w:t xml:space="preserve">[27:52] </w:t>
      </w:r>
      <w:r>
        <w:t>ah jo un ke deeni amal ki qadar o qeemat aam halaat se bohat ziyada barha deti hai. mashallah. to yeh bohat achi baat is mein explain ho jati hai ke wohi log is se faida utha paatay hain jo pehlay se unhon ne apnay andar woh salahiyat paida ki hai.</w:t>
      </w:r>
    </w:p>
    <w:p>
      <w:pPr>
        <w:jc w:val="right"/>
      </w:pPr>
      <w:r>
        <w:t>اہ جو ان کے دینی عمل کی قدر و قیمت عام حالات سے بہت زیادہ بڑھا دیتی ہے۔ ماشاءاللہ۔ تو یہ بہت اچھی بات اس میں ایکسپلین ہو جاتی ہے کہ وہی لوگ اس سے فائدہ اٹھا پاتے ہیں جو پہلے سے انہوں نے اپنے اندر وہ صلاحیت پیدا کی ہے۔</w:t>
      </w:r>
    </w:p>
    <w:p>
      <w:r>
        <w:rPr>
          <w:b/>
        </w:rPr>
        <w:t xml:space="preserve">[28:10] </w:t>
      </w:r>
      <w:r>
        <w:t>ji jazak Allah doctor sahib. ah kuch comments parhna chahoon ga. ah kafi log program dekh rahay hain, pasand kar rahay hain. ah yeh comment bheja hai miss farida kamran ne Pakistan</w:t>
      </w:r>
    </w:p>
    <w:p>
      <w:pPr>
        <w:jc w:val="right"/>
      </w:pPr>
      <w:r>
        <w:t>جی جزاک اللہ ڈاکٹر صاحب۔اہ کچھ کمنٹس پڑھنا چاہوں گا۔اہ کافی لوگ پروگرام دیکھ رہے ہیں، پسند کر رہے ہیں۔اہ یہ کمنٹ بھیجا ہے مس فریدہ کامران نے پاکستان</w:t>
      </w:r>
    </w:p>
    <w:p>
      <w:r>
        <w:rPr>
          <w:b/>
        </w:rPr>
        <w:t xml:space="preserve">[28:21] </w:t>
      </w:r>
      <w:r>
        <w:t>se. unhon ne likha hai: "soul touching session, beautifully narrated. jazak Allah CPS team to provide detailed authentic information about this great night." miss caroline ne srinagar se likha hai: "that the night is the night of destiny and meeting of God with his subjects should inspire all believers to be able to feel the presence of God." e</w:t>
      </w:r>
    </w:p>
    <w:p>
      <w:pPr>
        <w:jc w:val="right"/>
      </w:pPr>
      <w:r>
        <w:t>سے۔ انہوں نے لکھا ہے: "سول ٹچنگ سیشن، بیوٹیفلی نریٹڈ۔ جزاک اللہ سی پی ایس ٹیم ٹو پرووائیڈ ڈیٹیلڈ اتھنٹک انفارمیشن اباؤٹ دس گریٹ نائٹ۔" مس کروتلین نے سری نگر سے لکھا ہے: "دیٹ دا نائٹ از دا نائٹ اف ڈیسٹنی اینڈ میٹنگ اف گاڈ ود ہز سبجیکٹس شوڈ انسپائر ال بیلیورز ٹو بی ایبل ٹو فیل دا پریزنس اف گاڈ۔" ای</w:t>
      </w:r>
    </w:p>
    <w:p>
      <w:r>
        <w:rPr>
          <w:b/>
        </w:rPr>
        <w:t xml:space="preserve">[28:46] </w:t>
      </w:r>
      <w:r>
        <w:t>as rightly put by farida ji: "that one has to prepare for this spiritual meeting throughout the year." and inner urge and spirit are the basic requisites to be able to feel its aura.</w:t>
      </w:r>
    </w:p>
    <w:p>
      <w:pPr>
        <w:jc w:val="right"/>
      </w:pPr>
      <w:r>
        <w:t>ز رائٹلی پٹ بائے فریدہ جی: "دیٹ ون ہیز ٹو پریپیئر فار دس سپرچول میٹنگ تھرو اؤٹ دا ایئر۔" اینڈ انر ارج اینڈ سپرٹ ار دا بیسک ریکوزٹس ٹو بی ایبل ٹو فیل اٹس اورا۔</w:t>
      </w:r>
    </w:p>
    <w:p>
      <w:r>
        <w:rPr>
          <w:b/>
        </w:rPr>
        <w:t xml:space="preserve">[28:59] </w:t>
      </w:r>
      <w:r>
        <w:t>jazak Allah. apa aik sawal aap se hai ke: "it is believed that one should seek for lailatul qadar", but kya yeh bhi mumkin hai ke a person who does not seek lailatul qadar but can experience it?</w:t>
      </w:r>
    </w:p>
    <w:p>
      <w:pPr>
        <w:jc w:val="right"/>
      </w:pPr>
      <w:r>
        <w:t>جزاک اللہ۔ آپا ایک سوال آپ سے ہے کہ: "اٹ از بیلیو دیٹ ون شوڈ سیک فار لیلۃ القدر"، بٹ کیا یہ بھی ممکن ہے کہ ا پرسن ہو ڈز ناٹ سیک لیلۃ القدر بٹ کین ایکسپیرینس اٹ؟اہ</w:t>
      </w:r>
    </w:p>
    <w:p>
      <w:r>
        <w:rPr>
          <w:b/>
        </w:rPr>
        <w:t xml:space="preserve">[29:16] </w:t>
      </w:r>
      <w:r>
        <w:t>is ke baray mein aap kya kahain gi? aisa to mumkin nahi hai. ji ke dunya ke baray mein bhi aisa mumkin nahi hota jab tak ke hum poori koshish na karein, poore seeker na ban jayein.</w:t>
      </w:r>
    </w:p>
    <w:p>
      <w:pPr>
        <w:jc w:val="right"/>
      </w:pPr>
      <w:r>
        <w:t>اس کے بارے میں آپ کیا کہیں گی؟ ایسا تو ممکن نہیں ہے۔ جی کہ دنیا کے بارے میں بھی ایسا ممکن نہیں ہوتا جب تک کہ ہم پوری کوشش نہ کریں، پورے سیکر نہ بن جائیں۔</w:t>
      </w:r>
    </w:p>
    <w:p>
      <w:r>
        <w:rPr>
          <w:b/>
        </w:rPr>
        <w:t xml:space="preserve">[29:31] </w:t>
      </w:r>
      <w:r>
        <w:t>abhi abhi mujhe aik waqia yaad aya ke jab mein jamiya mein thi to aik student PhD ke liye baar baar atay thay aur koi un ko le nahi raha tha.</w:t>
      </w:r>
    </w:p>
    <w:p>
      <w:pPr>
        <w:jc w:val="right"/>
      </w:pPr>
      <w:r>
        <w:t>ابھی ابھی مجھے ایک واقعہ یاد آیا کہ جب میں جامعہ میں تھی تو ایک سٹوڈنٹ پی ایچ ڈی کے لیے بار بار آتے تھے اور کوئی ان کو لے نہیں رہا تھا۔</w:t>
      </w:r>
    </w:p>
    <w:p>
      <w:r>
        <w:rPr>
          <w:b/>
        </w:rPr>
        <w:t xml:space="preserve">[29:42] </w:t>
      </w:r>
      <w:r>
        <w:t>to aik din ab hamaray professor razi kamal sahib ne bulaya ke: "farida, dekho yeh bachcha roz aa ke khara rehta hai, tum is ko le lo." ji matlab mahina bhar woh aa ke kharay rehtay thay, koi un ko le nahi raha tha.</w:t>
      </w:r>
    </w:p>
    <w:p>
      <w:pPr>
        <w:jc w:val="right"/>
      </w:pPr>
      <w:r>
        <w:t>تو ایک دن اب ہمارے پروفیسر رضی کمال صاحب نے بلایا کہ: "فریدہ، دیکھو یہ بچہ روز آ کے کھڑا رہتا ہے، تم اس کو لے لو۔" جی مطلب مہینہ بھر وہ آ کے کھڑے رہتے تھے، کوئی ان کو لے نہیں رہا تھا۔</w:t>
      </w:r>
    </w:p>
    <w:p>
      <w:r>
        <w:rPr>
          <w:b/>
        </w:rPr>
        <w:t xml:space="preserve">[29:58] </w:t>
      </w:r>
      <w:r>
        <w:t>to hum ne le liya, unhon ne mehnat se PhD kiya aur aaj woh patna mein mazhar-ul-haq university mein woh assistant professor hain. mashallah.</w:t>
      </w:r>
    </w:p>
    <w:p>
      <w:pPr>
        <w:jc w:val="right"/>
      </w:pPr>
      <w:r>
        <w:t>تو ہم نے لے لیا، انہوں نے محنت سے پی ایچ ڈی کیا اور آج وہ پٹنہ میں مظہر الحق یونیورسٹی میں وہ اسسٹنٹ پروفیسر ہیں۔ ماشاءاللہ۔</w:t>
      </w:r>
    </w:p>
    <w:p>
      <w:r>
        <w:rPr>
          <w:b/>
        </w:rPr>
        <w:t xml:space="preserve">[30:07] </w:t>
      </w:r>
      <w:r>
        <w:t>to jab dunya ki cheez aap baghair mehnat ke nahi pa sakte to akhirat kiya aap ko kaise</w:t>
      </w:r>
    </w:p>
    <w:p>
      <w:pPr>
        <w:jc w:val="right"/>
      </w:pPr>
      <w:r>
        <w:t>تو جب دنیا کی چیز آپ بغیر محنت کے نہیں پا سکتے تو آخرت کیا آپ کو کیسے</w:t>
      </w:r>
    </w:p>
    <w:p>
      <w:r>
        <w:rPr>
          <w:b/>
        </w:rPr>
        <w:t xml:space="preserve">[30:12] </w:t>
      </w:r>
      <w:r>
        <w:t>mile gi? bilkul. to yeh to zaroori hai aur yeh dekhiye, is se yeh connected hai jannat se, aik eternal paradise hai.</w:t>
      </w:r>
    </w:p>
    <w:p>
      <w:pPr>
        <w:jc w:val="right"/>
      </w:pPr>
      <w:r>
        <w:t>ملے گی؟ بالکل۔ تو یہ تو ضروری ہے اور یہ دیکھیے، اس سے یہ کنیکٹڈ ہے جنت سے، ایک ایٹرنل پیراڈائز ہے۔</w:t>
      </w:r>
    </w:p>
    <w:p>
      <w:r>
        <w:rPr>
          <w:b/>
        </w:rPr>
        <w:t xml:space="preserve">[30:21] </w:t>
      </w:r>
      <w:r>
        <w:t>to aap soch sakte hain ke jab jannat se aik cheez connected hai to is ke liye to hum jitni bhi mehnat karein, utni kam hai.</w:t>
      </w:r>
    </w:p>
    <w:p>
      <w:pPr>
        <w:jc w:val="right"/>
      </w:pPr>
      <w:r>
        <w:t>تو آپ سوچ سکتے ہیں کہ جب جنت سے ایک چیز کنیکٹڈ ہے تو اس کے لیے تو ہم جتنی بھی محنت کریں، اتنی کم ہے۔</w:t>
      </w:r>
    </w:p>
    <w:p>
      <w:r>
        <w:rPr>
          <w:b/>
        </w:rPr>
        <w:t xml:space="preserve">[30:31] </w:t>
      </w:r>
      <w:r>
        <w:t>aik is mein kehtay hain na: "the seeker finds" to ziyada se ziyada ibadat humein karni</w:t>
      </w:r>
    </w:p>
    <w:p>
      <w:pPr>
        <w:jc w:val="right"/>
      </w:pPr>
      <w:r>
        <w:t>ایک اس میں کہتے ہیں نا: "دا سیکر فائنڈز" تو زیادہ سے زیادہ عبادت ہمیں کرنی</w:t>
      </w:r>
    </w:p>
    <w:p>
      <w:r>
        <w:rPr>
          <w:b/>
        </w:rPr>
        <w:t xml:space="preserve">[30:36] </w:t>
      </w:r>
      <w:r>
        <w:t>chahiye kyunke woh hum is dunya mein dekhe rehtay hain to hamara jo hai conditioning hoti rehti hai. yeh dunya ki cheezon se hum mutasir hotay rehtay hain, hum material, hamari thinking ho jati hai.</w:t>
      </w:r>
    </w:p>
    <w:p>
      <w:pPr>
        <w:jc w:val="right"/>
      </w:pPr>
      <w:r>
        <w:t>چاہیے کیونکہ وہ ہم اس دنیا میں دیکھے رہتے ہیں تو ہمارا جو ہے کنڈیشننگ ہوتی رہتی ہے۔ یہ دنیا کی چیزوں سے ہم متاثر ہوتے رہتے ہیں، ہم مٹیریل، ہماری تھنکنگ ہو جاتی ہے۔</w:t>
      </w:r>
    </w:p>
    <w:p>
      <w:r>
        <w:rPr>
          <w:b/>
        </w:rPr>
        <w:t xml:space="preserve">[30:49] </w:t>
      </w:r>
      <w:r>
        <w:t>to jab tak ke hum zyada se zyada ibadat nahi karenge, zyada se zyada Khuda ko yaad nahi karenge, woh jo hai hamari deconditioning nahi hogi.</w:t>
      </w:r>
    </w:p>
    <w:p>
      <w:pPr>
        <w:jc w:val="right"/>
      </w:pPr>
      <w:r>
        <w:t>تو جب تک کہ ہم زیادہ سے زیادہ عبادت نہیں کریں گے، زیادہ سے زیادہ خدا کو یاد نہیں کریں گے، وہ جو ہے ہماری ڈی کنڈیشننگ نہیں ہوگی۔</w:t>
      </w:r>
    </w:p>
    <w:p>
      <w:r>
        <w:rPr>
          <w:b/>
        </w:rPr>
        <w:t xml:space="preserve">[30:57] </w:t>
      </w:r>
      <w:r>
        <w:t>to jab tak deconditioning nahi hogi, tab tak hamein hamari jo personality spiritualize nahi hogi.</w:t>
      </w:r>
    </w:p>
    <w:p>
      <w:pPr>
        <w:jc w:val="right"/>
      </w:pPr>
      <w:r>
        <w:t>تو جب تک ڈی کنڈیشننگ نہیں ہوگی، تب تک ہمیں ہماری جو پرسنیلٹی سپرچولائز نہیں ہوگی۔</w:t>
      </w:r>
    </w:p>
    <w:p>
      <w:r>
        <w:rPr>
          <w:b/>
        </w:rPr>
        <w:t xml:space="preserve">[31:04] </w:t>
      </w:r>
      <w:r>
        <w:t>aur jab spiritualize nahi hogi to hamein iska woh jo barkatein, rehmaten jo utrengi, iska hamare par asar hi nahi hoga. Ab aap dekh sakte hain, kuch log aise hote hain ke unko aap kuch bhi batate rahein, unki samajh mein nahi aata kyunke iske liye un prepared mind nahi hote hain.</w:t>
      </w:r>
    </w:p>
    <w:p>
      <w:pPr>
        <w:jc w:val="right"/>
      </w:pPr>
      <w:r>
        <w:t>اور جب سپرچولائز نہیں ہوگی تو ہمیں اس کا وہ جو برکتیں، رحمتیں جو اتریں گی، اس کا ہمارے پر اثر ہی نہیں ہوگا۔ اب آپ دیکھ سکتے ہیں، کچھ لوگ ایسے ہوتے ہیں کہ ان کو آپ کچھ بھی بتاتے رہیں، ان کی سمجھ میں نہیں آتا کیونکہ اس کے لیے ان پریپیئرڈ مائنڈ نہیں ہوتے ہیں۔</w:t>
      </w:r>
    </w:p>
    <w:p>
      <w:r>
        <w:rPr>
          <w:b/>
        </w:rPr>
        <w:t xml:space="preserve">[31:21] </w:t>
      </w:r>
      <w:r>
        <w:t>woh to isi wajah se jo hai sabhi logon ne yeh kaha hai ke qiyam ul lail bhi zaroori hai taake zyada se zyada hum apne apne aap ko tayyar kar saken</w:t>
      </w:r>
    </w:p>
    <w:p>
      <w:pPr>
        <w:jc w:val="right"/>
      </w:pPr>
      <w:r>
        <w:t>وہ تو اسی وجہ سے جو ہے سبھی لوگوں نے یہ کہا ہے کہ قیام اللیل بھی ضروری ہے تاکہ زیادہ سے زیادہ ہم اپنے اپنے آپ کو تیار کر سک</w:t>
      </w:r>
    </w:p>
    <w:p>
      <w:r>
        <w:rPr>
          <w:b/>
        </w:rPr>
        <w:t xml:space="preserve">[31:31] </w:t>
      </w:r>
      <w:r>
        <w:t>ein. Aur wohi hai ke tazkiya, jo tazkiya e nafs hai, woh bohat hi bari value hai. Tazkiya jab tak hum apni personality ka nahi karenge, tab tak hamein kuch nahi milne wala hai.</w:t>
      </w:r>
    </w:p>
    <w:p>
      <w:pPr>
        <w:jc w:val="right"/>
      </w:pPr>
      <w:r>
        <w:t>یں۔ اور وہی ہے کہ تزکیہ، جو تزکیہ نفس ہے، وہ بہت ہی بڑی ویلیو ہے۔ تزکیہ جب تک ہم اپنی پرسنیلٹی کا نہیں کریں گے، تب تک ہمیں کچھ نہیں ملنے والا ہے۔</w:t>
      </w:r>
    </w:p>
    <w:p>
      <w:r>
        <w:rPr>
          <w:b/>
        </w:rPr>
        <w:t xml:space="preserve">[31:45] </w:t>
      </w:r>
      <w:r>
        <w:t>to hum yeh na samajh lein ke ek raat ko hum jaag jayenge to bas woh hamein mil jayega. Yeh mumkin nahi hai. Aur positive jo personality, jo Maulana sahib ne bohat zyada zor diya, to yeh bohat zaroori hai kyunke hum Allah se hum khair mang rahe hain aur hum doosron ko nafrat de rahe hain.</w:t>
      </w:r>
    </w:p>
    <w:p>
      <w:pPr>
        <w:jc w:val="right"/>
      </w:pPr>
      <w:r>
        <w:t>تو ہم یہ نہ سمجھ لیں کہ ایک رات کو ہم جگ جائیں گے تو بس وہ ہمیں مل جائے گا۔ یہ ممکن نہیں ہے۔ اور پازیٹیو جو پرسنیلٹی، جو مولانا صاحب نے بہت زیادہ زور دیا، تو یہ بہت ضروری ہے کیونکہ ہم اللہ سے ہم خیر مانگ رہے ہیں اور ہم دوسروں کو نفرت دے رہے ہیں۔</w:t>
      </w:r>
    </w:p>
    <w:p>
      <w:r>
        <w:rPr>
          <w:b/>
        </w:rPr>
        <w:t xml:space="preserve">[32:01] </w:t>
      </w:r>
      <w:r>
        <w:t>hum Allah se bhalai mang rahe hain, doosron ke liye hum bhalai chahte nahi hain. Hum react karte hain, hum provoke ho jate hain. To yeh mumkin nahi hai ke hum Khuda se mohabbat mangein aur hum doosron ko nafrat dein.</w:t>
      </w:r>
    </w:p>
    <w:p>
      <w:pPr>
        <w:jc w:val="right"/>
      </w:pPr>
      <w:r>
        <w:t>ہم اللہ سے بھلائی مانگ رہے ہیں، دوسروں کے لیے ہم بھلائی چاہتے نہیں ہیں۔ ہم ری ایکٹ کرتے ہیں، ہم پرووک ہو جاتے ہیں۔ تو یہ ممکن نہیں ہے کہ ہم خدا سے محبت مانگیں اور ہم دوسروں کو نفرت دیں۔</w:t>
      </w:r>
    </w:p>
    <w:p>
      <w:r>
        <w:rPr>
          <w:b/>
        </w:rPr>
        <w:t xml:space="preserve">[32:14] </w:t>
      </w:r>
      <w:r>
        <w:t>to yeh mumkin nahi hai. Jab hamein khud apne aap ko badalna hoga. Aur dekhiye, jab ek mahina hum apne aap ko badal lenge na to woh jo hamari jo personality hogi, woh kafi dinon tak woh baqi rehti hai.</w:t>
      </w:r>
    </w:p>
    <w:p>
      <w:pPr>
        <w:jc w:val="right"/>
      </w:pPr>
      <w:r>
        <w:t>تو یہ ممکن نہیں ہے۔ جب ہمیں خود اپنے آپ کو بدلنا ہوگا۔ اور دیکھیے، جب ایک مہینہ ہم اپنے آپ کو بدل لیں گے نا تو وہ جو ہماری جو پرسنیلٹی ہوگی، وہ کافی دنوں تک وہ باقی رہتی ہے۔</w:t>
      </w:r>
    </w:p>
    <w:p>
      <w:r>
        <w:rPr>
          <w:b/>
        </w:rPr>
        <w:t xml:space="preserve">[32:29] </w:t>
      </w:r>
      <w:r>
        <w:t>p</w:t>
      </w:r>
    </w:p>
    <w:p>
      <w:pPr>
        <w:jc w:val="right"/>
      </w:pPr>
      <w:r>
        <w:t>پ</w:t>
      </w:r>
    </w:p>
    <w:p>
      <w:r>
        <w:rPr>
          <w:b/>
        </w:rPr>
        <w:t xml:space="preserve">[32:30] </w:t>
      </w:r>
      <w:r>
        <w:t>har inshallah jab agle saal mauqa milta hai to phir woh personality ko spiritualize karne mein madad milti hai. To is tarah se yeh aisa nahi hai ke hum ko bas das din ke liye hamein karna hai ya mahina bhar ke liye karna hai.</w:t>
      </w:r>
    </w:p>
    <w:p>
      <w:pPr>
        <w:jc w:val="right"/>
      </w:pPr>
      <w:r>
        <w:t>ھر انشاءاللہ جب اگلے سال موقع ملتا ہے تو پھر وہ پرسنیلٹی کو سپرچولائز کرنے میں مدد ملتی ہے۔ تو اس طریقے سے یہ ایسا نہیں ہے کہ ہم کو بس دس دن کے لیے ہمیں کرنا ہے یا مہینہ بھر کے لیے کرنا ہے۔</w:t>
      </w:r>
    </w:p>
    <w:p>
      <w:r>
        <w:rPr>
          <w:b/>
        </w:rPr>
        <w:t xml:space="preserve">[32:45] </w:t>
      </w:r>
      <w:r>
        <w:t>yeh sab kaam hamein saal bhar ke liye karna hai, tabhi hamein jannat mein jagah milegi. Jannat bohat hi ek nafees colony hai,</w:t>
      </w:r>
    </w:p>
    <w:p>
      <w:pPr>
        <w:jc w:val="right"/>
      </w:pPr>
      <w:r>
        <w:t>یہ سب کام ہمیں سال بھر کے لیے کرنا ہے، تبھی ہمیں جنت میں جگہ ملے گی۔ جنت بہت ہی ایک نفیس کالونی ہے،</w:t>
      </w:r>
    </w:p>
    <w:p>
      <w:r>
        <w:rPr>
          <w:b/>
        </w:rPr>
        <w:t xml:space="preserve">[32:55] </w:t>
      </w:r>
      <w:r>
        <w:t>to is mein spiritual souls jo hain, wohi jagah payenge. Ji jazak Allah aap. Ah Doctor sahib, Quran mein bhi jaise aata hai ke "angels are our companions are friends in this world and in the hereafter" aur aap ne abhi abhi zikr bhi kiya ke kis tarah angels, khaas kar Jibrael alaihissalam aur baqi bhi jo teen bare angel hain, woh utarte hain.</w:t>
      </w:r>
    </w:p>
    <w:p>
      <w:pPr>
        <w:jc w:val="right"/>
      </w:pPr>
      <w:r>
        <w:t>تو اس میں سپرچول سولز جو ہیں، وہی جگہ پائیں گے۔ جی جزاک اللہ آپا۔اہ ڈاکٹر صاحب، قرآن میں بھی جیسے آتا ہے کہ "اینجلز ار اور کمپینینز ار فرینڈز ان دس ورلڈ اینڈ ان دی ہیئر افٹر" اور آپ نے ابھی ابھی ذکر بھی کیا کہ کس طرح اینجلز، خاص کر جبرائیل علیہ السلام اور باقی بھی جو تین بڑے اینجل ہیں، وہ اترتے ہیں۔</w:t>
      </w:r>
    </w:p>
    <w:p>
      <w:r>
        <w:rPr>
          <w:b/>
        </w:rPr>
        <w:t xml:space="preserve">[33:20] </w:t>
      </w:r>
      <w:r>
        <w:t>to</w:t>
      </w:r>
    </w:p>
    <w:p>
      <w:pPr>
        <w:jc w:val="right"/>
      </w:pPr>
      <w:r>
        <w:t>تو</w:t>
      </w:r>
    </w:p>
    <w:p>
      <w:r>
        <w:rPr>
          <w:b/>
        </w:rPr>
        <w:t xml:space="preserve">[33:21] </w:t>
      </w:r>
      <w:r>
        <w:t>kya significance hai Doctor sahib ki itne sare angels, including Jibrael alaihissalam, they descend into earth aur ek of course ek spiritual mahaul ban jata hai charon taraf?</w:t>
      </w:r>
    </w:p>
    <w:p>
      <w:pPr>
        <w:jc w:val="right"/>
      </w:pPr>
      <w:r>
        <w:t>کیا سگنیفیکننس ہے ڈاکٹر صاحب کی اتنے سارے اینجلز، انکلوڈنگ جبرائیل علیہ السلام، دے ڈیسینڈ ان ٹو ارتھ اور ایک اف کورس ایک سپرچول ماحول بن جاتا ہے چاروں طرف؟</w:t>
      </w:r>
    </w:p>
    <w:p>
      <w:r>
        <w:rPr>
          <w:b/>
        </w:rPr>
        <w:t xml:space="preserve">[33:32] </w:t>
      </w:r>
      <w:r>
        <w:t>to is ke bare mein bhi aap hum sab ko bataein. Haan, yeh bohat hi aham sawal hai jo aap ne poocha. Ah asal mein hum ko, hum if we can visualize what happens in the night of Laylatul Qadr.</w:t>
      </w:r>
    </w:p>
    <w:p>
      <w:pPr>
        <w:jc w:val="right"/>
      </w:pPr>
      <w:r>
        <w:t>تو اس کے بارے میں بھی آپ ہم سب کو بتائیں۔ ہاں، یہ بہت ہی اہم سوال ہے جو آپ نے پوچھا۔اہ اصل میں ہم کو، ہم اف وی کین ویژولائز واٹ ہیپنز ان دا نائٹ اف لیلۃ القدر۔</w:t>
      </w:r>
    </w:p>
    <w:p>
      <w:r>
        <w:rPr>
          <w:b/>
        </w:rPr>
        <w:t xml:space="preserve">[33:47] </w:t>
      </w:r>
      <w:r>
        <w:t>ji ah</w:t>
      </w:r>
    </w:p>
    <w:p>
      <w:pPr>
        <w:jc w:val="right"/>
      </w:pPr>
      <w:r>
        <w:t>جی اہ</w:t>
      </w:r>
    </w:p>
    <w:p>
      <w:r>
        <w:rPr>
          <w:b/>
        </w:rPr>
        <w:t xml:space="preserve">[33:48] </w:t>
      </w:r>
      <w:r>
        <w:t>since we know that ah the last spot is Sidratul Muntaha. Hmm, iske baad to arsh Allah ka aur koi ja nahi sakta iske aage.</w:t>
      </w:r>
    </w:p>
    <w:p>
      <w:pPr>
        <w:jc w:val="right"/>
      </w:pPr>
      <w:r>
        <w:t>سنس وی نو دیٹ اہ دی لاسٹ سپاٹ از سدرۃ المنتہی۔ ہمم، اس کے بعد تو عرش اللہ کا اور کوئی جا نہیں سکتا اس کے آگے۔</w:t>
      </w:r>
    </w:p>
    <w:p>
      <w:r>
        <w:rPr>
          <w:b/>
        </w:rPr>
        <w:t xml:space="preserve">[33:58] </w:t>
      </w:r>
      <w:r>
        <w:t>ji Hazrat Jibrael ne bhi kaha tha ke "if I try to move one inch further, my wings will be burned" to</w:t>
      </w:r>
    </w:p>
    <w:p>
      <w:pPr>
        <w:jc w:val="right"/>
      </w:pPr>
      <w:r>
        <w:t>جی حضرت جبرائیل نے بھی کہا تھا کہ "اف ائی ٹرائی ٹو موو ون اینٹ فردر، مائی ونگز ول بی برنڈ" تو</w:t>
      </w:r>
    </w:p>
    <w:p>
      <w:r>
        <w:rPr>
          <w:b/>
        </w:rPr>
        <w:t xml:space="preserve">[34:06] </w:t>
      </w:r>
      <w:r>
        <w:t>is jagah pe sare kaam hote hain. Yani jo farishte jama hote hain, woh Sidratul Muntaha pe jama hote hain aur phir wahan se they descend down, ah glorifying and praising Allah.</w:t>
      </w:r>
    </w:p>
    <w:p>
      <w:pPr>
        <w:jc w:val="right"/>
      </w:pPr>
      <w:r>
        <w:t>اس جگہ پہ سارے کام ہوتے ہیں۔ یعنی جو فرشتے جمع ہوتے ہیں، وہ سدرۃ المنتہی پہ جمع ہوتے ہیں اور پھر وہاں سے دے ڈیسینڈ ڈاؤن، اہ گلوریفائنگ اینڈ پریزنگ اللہ۔</w:t>
      </w:r>
    </w:p>
    <w:p>
      <w:r>
        <w:rPr>
          <w:b/>
        </w:rPr>
        <w:t xml:space="preserve">[34:22] </w:t>
      </w:r>
      <w:r>
        <w:t>and prophet has said that ah in heaven there is not even a hand span of space where there is not an angel who is standing and praying and who is in ruku or who is in sajdah.</w:t>
      </w:r>
    </w:p>
    <w:p>
      <w:pPr>
        <w:jc w:val="right"/>
      </w:pPr>
      <w:r>
        <w:t>اینڈ پرافٹ ہیز سیڈ دیٹ اہ ان ہیون دیر از ناٹ ایون ا ہینڈ سپین اف سپیس ویر دیر از ناٹ این اینجل ہو از اسٹینڈنگ اینڈ پرینگ اینڈ ہو از ان رکوع اور ہو از ان سجدہ۔</w:t>
      </w:r>
    </w:p>
    <w:p>
      <w:r>
        <w:rPr>
          <w:b/>
        </w:rPr>
        <w:t xml:space="preserve">[34:36] </w:t>
      </w:r>
      <w:r>
        <w:t>yani iska matlab yeh hai ke they are pressed into action, into service as per God's command</w:t>
      </w:r>
    </w:p>
    <w:p>
      <w:pPr>
        <w:jc w:val="right"/>
      </w:pPr>
      <w:r>
        <w:t>یعنی اس کا مطلب یہ ہے کہ دے ار پریسڈ انٹو ایکشن، انٹو سروس ایز پر گاڈز کمانڈ</w:t>
      </w:r>
    </w:p>
    <w:p>
      <w:r>
        <w:rPr>
          <w:b/>
        </w:rPr>
        <w:t xml:space="preserve">[34:43] </w:t>
      </w:r>
      <w:r>
        <w:t>۔ to woh sare jo ah farishte hain, Hazrat Jibrael alaihissalam ki leadership mein, ah woh wahan ekattha hote hain aur glorify karte hain Allah taala ko.</w:t>
      </w:r>
    </w:p>
    <w:p>
      <w:pPr>
        <w:jc w:val="right"/>
      </w:pPr>
      <w:r>
        <w:t>۔ تو وہ سارے جو اہ فرشتے ہیں، حضرت جبرائیل علیہ السلام کی لیڈرشپ میں، اہ وہ وہاں اکٹھا ہوتے ہیں اور گلوریفائی کرتے ہیں اللہ تعالی کو۔</w:t>
      </w:r>
    </w:p>
    <w:p>
      <w:r>
        <w:rPr>
          <w:b/>
        </w:rPr>
        <w:t xml:space="preserve">[34:56] </w:t>
      </w:r>
      <w:r>
        <w:t>aur ah Rasool Allah sallallahu alaihi wasallam ne farmaya ke "the heavens are cracking because of the weight of the angels and they have full right to</w:t>
      </w:r>
    </w:p>
    <w:p>
      <w:pPr>
        <w:jc w:val="right"/>
      </w:pPr>
      <w:r>
        <w:t>اور اہ رسول اللہ صلی اللہ علیہ وسلم نے فرمایا کہ "دا ہیونز ار کریکنگ بیکاز اف دی ویٹ اف دی اینجلز اینڈ دے ہیو فل رائٹ ٹو</w:t>
      </w:r>
    </w:p>
    <w:p>
      <w:r>
        <w:rPr>
          <w:b/>
        </w:rPr>
        <w:t xml:space="preserve">[35:07] </w:t>
      </w:r>
      <w:r>
        <w:t>karik" yaani aap tasawwur karen ke kitne zyada farishte hote honge is waqt.</w:t>
      </w:r>
    </w:p>
    <w:p>
      <w:pPr>
        <w:jc w:val="right"/>
      </w:pPr>
      <w:r>
        <w:t>کریک" یعنی آپ تصور کریں کہ کتنے زیادہ فرشتے ہوتے ہوں گے اس وقت۔</w:t>
      </w:r>
    </w:p>
    <w:p>
      <w:r>
        <w:rPr>
          <w:b/>
        </w:rPr>
        <w:t xml:space="preserve">[35:13] </w:t>
      </w:r>
      <w:r>
        <w:t>ah, and Jibreel (AS) as a leader, he tells ah to the angels that "you go to</w:t>
      </w:r>
    </w:p>
    <w:p>
      <w:pPr>
        <w:jc w:val="right"/>
      </w:pPr>
      <w:r>
        <w:t>اہ اور جبرائیل علیہ السلام ایز اے لیڈر، ہی ٹیلز اہ ٹو دی اینجلز دیٹ "یو گو ٹو</w:t>
      </w:r>
    </w:p>
    <w:p>
      <w:r>
        <w:rPr>
          <w:b/>
        </w:rPr>
        <w:t xml:space="preserve">[35:20] </w:t>
      </w:r>
      <w:r>
        <w:t>people who are praying, who are worshipping in houses, in mosque, in other places where and seek</w:t>
      </w:r>
    </w:p>
    <w:p>
      <w:pPr>
        <w:jc w:val="right"/>
      </w:pPr>
      <w:r>
        <w:t>پیپل ہو ار پرینگ، ہو ار ورشپنگ ان ہاؤسز، ان ماسک، ان ان ادر پلیسز ویر اینڈ سیک</w:t>
      </w:r>
    </w:p>
    <w:p>
      <w:r>
        <w:rPr>
          <w:b/>
        </w:rPr>
        <w:t xml:space="preserve">[35:28] </w:t>
      </w:r>
      <w:r>
        <w:t>ah ah and pray for them and make dua for them for forgiveness"</w:t>
      </w:r>
    </w:p>
    <w:p>
      <w:pPr>
        <w:jc w:val="right"/>
      </w:pPr>
      <w:r>
        <w:t>اہ اہ اینڈ پری فار دیم اینڈ میک دعا فار دیم فار فورگیونس"</w:t>
      </w:r>
    </w:p>
    <w:p>
      <w:r>
        <w:rPr>
          <w:b/>
        </w:rPr>
        <w:t xml:space="preserve">[35:33] </w:t>
      </w:r>
      <w:r>
        <w:t>ah may may god ah ah forgive them.</w:t>
      </w:r>
    </w:p>
    <w:p>
      <w:pPr>
        <w:jc w:val="right"/>
      </w:pPr>
      <w:r>
        <w:t>اہ میں میں گاڈ اہ اہ فارگیو دیم۔</w:t>
      </w:r>
    </w:p>
    <w:p>
      <w:r>
        <w:rPr>
          <w:b/>
        </w:rPr>
        <w:t xml:space="preserve">[35:37] </w:t>
      </w:r>
      <w:r>
        <w:t>to yeh yani ah farishton ki behadd, bohat hi zyada tadad utarti hai. Ah jaise hadith mein aata hai aur iski wajah se ek bohat hi roohani mahaul paida ho jata hai.</w:t>
      </w:r>
    </w:p>
    <w:p>
      <w:pPr>
        <w:jc w:val="right"/>
      </w:pPr>
      <w:r>
        <w:t>تو یہ یعنی اہ فرشتوں کی بے حد، بہت ہی زیادہ تعداد اترتی ہے۔ اہ جیسے حدیث میں آتا ہے اور اس کی وجہ سے ایک بہت ہی روحانی ماحول پیدا ہو جاتا ہے۔</w:t>
      </w:r>
    </w:p>
    <w:p>
      <w:r>
        <w:rPr>
          <w:b/>
        </w:rPr>
        <w:t xml:space="preserve">[35:51] </w:t>
      </w:r>
      <w:r>
        <w:t>to jaise Maulana ne kaha ke jo log ah jinke andar taaseer hoti hai ke woh is roohaniyat ko to woh usko ah ah samajhte hain aur aur unki jo jo woh hai,</w:t>
      </w:r>
    </w:p>
    <w:p>
      <w:pPr>
        <w:jc w:val="right"/>
      </w:pPr>
      <w:r>
        <w:t>تو جیسے مولانا نے کہا کہ جو لوگ اہ جن کے اندر تاثیر ہوتی ہے کہ وہ اس روحانیت کو تو وہ اس کو اہ اہ سمجھتے ہیں اور اور ان کی جو جو وہ ہے،</w:t>
      </w:r>
    </w:p>
    <w:p>
      <w:r>
        <w:rPr>
          <w:b/>
        </w:rPr>
        <w:t xml:space="preserve">[36:06] </w:t>
      </w:r>
      <w:r>
        <w:t>ah badh jaati hai bohat hi zyada unki ah worship aur is mein jo bohat zyada ah values ki badh jaati hai.</w:t>
      </w:r>
    </w:p>
    <w:p>
      <w:pPr>
        <w:jc w:val="right"/>
      </w:pPr>
      <w:r>
        <w:t>اہ بڑھ جاتی ہے بہت ہی زیادہ ان کی اہ ورشپ اور اس میں جو بہت زیادہ اہ ویلیوز کی بڑھ جاتی ہے۔</w:t>
      </w:r>
    </w:p>
    <w:p>
      <w:r>
        <w:rPr>
          <w:b/>
        </w:rPr>
        <w:t xml:space="preserve">[36:17] </w:t>
      </w:r>
      <w:r>
        <w:t>to kai generations aaye hain aur is mein ek adha bohat hi acha ek ek ek generation hai ke ah angels jaate hain, they they say amen to people, are making dua, they say amen to them, their duas and they give salams to them and they pray for their forgiveness, forgiveness.</w:t>
      </w:r>
    </w:p>
    <w:p>
      <w:pPr>
        <w:jc w:val="right"/>
      </w:pPr>
      <w:r>
        <w:t>تو کئی نیریشنز آئے ہیں اور اس میں ایک ادھ بہت ہی اچھا ایک ایک ایک نیریشن ہے کہ اہ اینجلز جاتے ہیں، دے دے سے امین ٹو پیپل، ار میکنگ دعا، دے سے امین ٹو دیم، دیر دعاز اینڈ دے گیو سلامز ٹو دیم اینڈ دے پری فار دیر فارگیونس، فارگیونس۔</w:t>
      </w:r>
    </w:p>
    <w:p>
      <w:r>
        <w:rPr>
          <w:b/>
        </w:rPr>
        <w:t xml:space="preserve">[36:43] </w:t>
      </w:r>
      <w:r>
        <w:t>to is is tareeqe se I phir woh wapas jaate hain Allah taala ke paas aur batate hain ke falan falan jagah pe so and so man and so and so woman is praising you</w:t>
      </w:r>
    </w:p>
    <w:p>
      <w:pPr>
        <w:jc w:val="right"/>
      </w:pPr>
      <w:r>
        <w:t>تو اس اس طریقے سے ائی پھر وہ واپس جاتے ہیں اللہ تعالی کے پاس اور بتاتے ہیں کہ فلاں فلاں جگہ پہ سو اینڈ سو مین اینڈ سو اینڈ سو وومن از پریزنگ یو</w:t>
      </w:r>
    </w:p>
    <w:p>
      <w:r>
        <w:rPr>
          <w:b/>
        </w:rPr>
        <w:t xml:space="preserve">[37:02] </w:t>
      </w:r>
      <w:r>
        <w:t>and seeking your forgiveness. To Allah taala khush hota hai, poochta hai ke woh kya chahte hain mujh se</w:t>
      </w:r>
    </w:p>
    <w:p>
      <w:pPr>
        <w:jc w:val="right"/>
      </w:pPr>
      <w:r>
        <w:t>اینڈ سیکنگ یور فارگیونس۔ تو اللہ تعالی خوش ہوتا ہے، پوچھتا ہے کہ وہ کیا چاہتے ہیں مجھ سے</w:t>
      </w:r>
    </w:p>
    <w:p>
      <w:r>
        <w:rPr>
          <w:b/>
        </w:rPr>
        <w:t xml:space="preserve">[37:13] </w:t>
      </w:r>
      <w:r>
        <w:t>aur kis kis cheez se woh dar rahe hain aur kya woh talab kar rahe hain. To farishte kehte hain ke aye hamare rab, woh teri</w:t>
      </w:r>
    </w:p>
    <w:p>
      <w:pPr>
        <w:jc w:val="right"/>
      </w:pPr>
      <w:r>
        <w:t>اور کس کس چیز سے وہ ڈر رہے ہیں اور کیا وہ طلب کر رہے ہیں۔ تو فرشتے کہتے ہیں کہ اے ہمارے رب، وہ تیری</w:t>
      </w:r>
    </w:p>
    <w:p>
      <w:r>
        <w:rPr>
          <w:b/>
        </w:rPr>
        <w:t xml:space="preserve">[37:27] </w:t>
      </w:r>
      <w:r>
        <w:t>teri jahannam se darte hain. To Allah taala farmata hai ke agar unhone meri jahannam dekh li to phir kya haal haal hoga unka?</w:t>
      </w:r>
    </w:p>
    <w:p>
      <w:pPr>
        <w:jc w:val="right"/>
      </w:pPr>
      <w:r>
        <w:t>تیری جہنم سے ڈرتے ہیں۔ تو اللہ تعالی فرماتا ہے کہ اگر انہوں نے میری جہنم دیکھ لی تو پھر کیا حال حال ہوگا ان کا؟</w:t>
      </w:r>
    </w:p>
    <w:p>
      <w:r>
        <w:rPr>
          <w:b/>
        </w:rPr>
        <w:t xml:space="preserve">[37:35] </w:t>
      </w:r>
      <w:r>
        <w:t>To kehte hain ke aur zyada te uski panah chahenge aur zyada tujh se dua karne lagenge.</w:t>
      </w:r>
    </w:p>
    <w:p>
      <w:pPr>
        <w:jc w:val="right"/>
      </w:pPr>
      <w:r>
        <w:t>تو کہتے ہیں کہ اور زیادہ تے اس کی پناہ چاہیں گے اور زیادہ تجھ سے دعا کرنے لگیں گے۔</w:t>
      </w:r>
    </w:p>
    <w:p>
      <w:r>
        <w:rPr>
          <w:b/>
        </w:rPr>
        <w:t xml:space="preserve">[37:42] </w:t>
      </w:r>
      <w:r>
        <w:t>To Allah taala farmata hai ke woh kya chahte hain mujh se? To farishte kehte hain, aye hamare rab, woh teri jannat chahte hain aur maghfirat chahte hain.</w:t>
      </w:r>
    </w:p>
    <w:p>
      <w:pPr>
        <w:jc w:val="right"/>
      </w:pPr>
      <w:r>
        <w:t>تو اللہ تعالی فرماتا ہے کہ وہ کیا چاہتے ہیں مجھ سے؟ تو فرشتے کہتے ہیں، اے ہمارے رب، وہ تیری جنت چاہتے ہیں اور مغفرت چاہتے ہیں۔</w:t>
      </w:r>
    </w:p>
    <w:p>
      <w:r>
        <w:rPr>
          <w:b/>
        </w:rPr>
        <w:t xml:space="preserve">[37:55] </w:t>
      </w:r>
      <w:r>
        <w:t>To Allah taala farmata hai ke aye mere farishton, bear witness that I have forgiven them and I have given paradise to them.</w:t>
      </w:r>
    </w:p>
    <w:p>
      <w:pPr>
        <w:jc w:val="right"/>
      </w:pPr>
      <w:r>
        <w:t>تو اللہ تعالی فرماتا ہے کہ اے میرے فرشتوں، بیئر وٹنس دیٹ ائی ہیو فارگیون دیم اینڈ ائی ہیو گیون پیراڈائز ٹو دیم۔</w:t>
      </w:r>
    </w:p>
    <w:p>
      <w:r>
        <w:rPr>
          <w:b/>
        </w:rPr>
        <w:t xml:space="preserve">[38:04] </w:t>
      </w:r>
      <w:r>
        <w:t>To is tareeqe se yani yeh aisa mauqa hai ke farishte bohat hi zyada tadaad mein har jagah pahunchte hain. Koi bhi shakhs namaz padh raha hai ya dua kar raha hai to unko aur inspire karte hain ji aur unki spirituality ko jagate hain.</w:t>
      </w:r>
    </w:p>
    <w:p>
      <w:pPr>
        <w:jc w:val="right"/>
      </w:pPr>
      <w:r>
        <w:t>تو اس طریقے سے یعنی یہ ایسا موقع ہے کہ فرشتے بہت ہی زیادہ تعداد میں ہر جگہ پہنچتے ہیں۔ کوئی بھی شخص نماز پڑھ رہا ہے یا دعا کر رہا ہے تو ان کو اور انسپائر کرتے ہیں جی اور ان کی سپرچولیٹی کو جگاتے ہیں۔</w:t>
      </w:r>
    </w:p>
    <w:p>
      <w:r>
        <w:rPr>
          <w:b/>
        </w:rPr>
        <w:t xml:space="preserve">[38:19] </w:t>
      </w:r>
      <w:r>
        <w:t>To farishton ka bohat zabardast role hai ah Lailat-ul-Qadr ke andar ji.</w:t>
      </w:r>
    </w:p>
    <w:p>
      <w:pPr>
        <w:jc w:val="right"/>
      </w:pPr>
      <w:r>
        <w:t>تو فرشتوں کا بہت زبردست رول ہے اہ لیلۃ القدر کے اندر جی۔</w:t>
      </w:r>
    </w:p>
    <w:p>
      <w:r>
        <w:rPr>
          <w:b/>
        </w:rPr>
        <w:t xml:space="preserve">[38:25] </w:t>
      </w:r>
      <w:r>
        <w:t>To doctor sahib, isi se ek aur sawal bhi nikalta hai. Jaisa ke aap ne bataya ke the ultimate aim of doctor sahib, every Muslim is to ah seek God's mercy, forgiveness and his reward of paradise.</w:t>
      </w:r>
    </w:p>
    <w:p>
      <w:pPr>
        <w:jc w:val="right"/>
      </w:pPr>
      <w:r>
        <w:t>تو ڈاکٹر صاحب، اسی سے ایک اور سوال بھی نکلتا ہے۔ جیسا کہ آپ نے بتایا کہ دی الٹیمیٹ ایم اف ڈاکٹر صاحب، ایوری مسلم از ٹو اہ سیک گاڈز مرسی، فارگیونس اینڈ ہز ریوارڈ اف پیراڈائز۔</w:t>
      </w:r>
    </w:p>
    <w:p>
      <w:r>
        <w:rPr>
          <w:b/>
        </w:rPr>
        <w:t xml:space="preserve">[38:40] </w:t>
      </w:r>
      <w:r>
        <w:t>To kya forms of worship hone chahiye doctor sahib, during Lailat-ul-Qadr? Ah iske bare mein bhi aap hum sab ko batayein. Ah waise koi aisa particular form of worship ek bataya nahi ja sakta ji</w:t>
      </w:r>
    </w:p>
    <w:p>
      <w:pPr>
        <w:jc w:val="right"/>
      </w:pPr>
      <w:r>
        <w:t>تو کیا فارمز اف ورشپ ہونے چاہیے ڈاکٹر صاحب، ڈیورنگ لیلۃ القدر؟ اہ اس کے بارے میں بھی آپ ہم سب کو بتائیں۔ اہ ویسے کوئی ایسا پرٹیکولر فارم اف ورشپ ایک بتایا نہیں جا سکتا جی</w:t>
      </w:r>
    </w:p>
    <w:p>
      <w:r>
        <w:rPr>
          <w:b/>
        </w:rPr>
        <w:t xml:space="preserve">[38:54] </w:t>
      </w:r>
      <w:r>
        <w:t>namaz hai, dua hai, zikr hai, tilawat hai.</w:t>
      </w:r>
    </w:p>
    <w:p>
      <w:pPr>
        <w:jc w:val="right"/>
      </w:pPr>
      <w:r>
        <w:t>۔ نماز ہے، دعا ہے، ذکر ہے، تلاوت ہے۔</w:t>
      </w:r>
    </w:p>
    <w:p>
      <w:r>
        <w:rPr>
          <w:b/>
        </w:rPr>
        <w:t xml:space="preserve">[38:58] </w:t>
      </w:r>
      <w:r>
        <w:t>hmm, ab namaz ka maamla yeh hai ke ah khud lailatul qadr ke bare mein jo hadith hai</w:t>
      </w:r>
    </w:p>
    <w:p>
      <w:pPr>
        <w:jc w:val="right"/>
      </w:pPr>
      <w:r>
        <w:t>ہمم، اب نماز کا معاملہ یہ ہے کہ اہ خود لیلۃ القدر کے بارے میں جو حدیث ہے</w:t>
      </w:r>
    </w:p>
    <w:p>
      <w:r>
        <w:rPr>
          <w:b/>
        </w:rPr>
        <w:t xml:space="preserve">[39:06] </w:t>
      </w:r>
      <w:r>
        <w:t>rasool Allah salallahu alaihi wasallam ki, us mein hai ke man qama lailatul qadr yaani jo laila</w:t>
      </w:r>
    </w:p>
    <w:p>
      <w:pPr>
        <w:jc w:val="right"/>
      </w:pPr>
      <w:r>
        <w:t>رسول اللہ صلی اللہ علیہ وسلم کی، اس میں ہے کہ من قام لیلۃ القدر یعنی جو لیلۃ</w:t>
      </w:r>
    </w:p>
    <w:p>
      <w:r>
        <w:rPr>
          <w:b/>
        </w:rPr>
        <w:t xml:space="preserve">[39:12] </w:t>
      </w:r>
      <w:r>
        <w:t>lailatul qadr ki raat ko jis ne namaz padhi to Allah taala is ke saare gunah maaf kar</w:t>
      </w:r>
    </w:p>
    <w:p>
      <w:pPr>
        <w:jc w:val="right"/>
      </w:pPr>
      <w:r>
        <w:t>لیلۃ القدر کی رات کو جس نے نماز پڑھی تو اللہ تعالی اس کے سارے گناہ معاف کر</w:t>
      </w:r>
    </w:p>
    <w:p>
      <w:r>
        <w:rPr>
          <w:b/>
        </w:rPr>
        <w:t xml:space="preserve">[39:19] </w:t>
      </w:r>
      <w:r>
        <w:t>dega, imana wa ihtisaba, imaan aur ihtisab ke sath.</w:t>
      </w:r>
    </w:p>
    <w:p>
      <w:pPr>
        <w:jc w:val="right"/>
      </w:pPr>
      <w:r>
        <w:t>دے گا، ایمانا و احتسابا، ایمان اور احتساب کے ساتھ۔</w:t>
      </w:r>
    </w:p>
    <w:p>
      <w:r>
        <w:rPr>
          <w:b/>
        </w:rPr>
        <w:t xml:space="preserve">[39:24] </w:t>
      </w:r>
      <w:r>
        <w:t>To yani namaz ka to zikr hi hai hadith mein Lailat-ul-Qadr ke talluq se. To namaz chuki namaz jo hai, woh its a very comprehensive form of worship to lekin us mein khushu zaroori hai ji.</w:t>
      </w:r>
    </w:p>
    <w:p>
      <w:pPr>
        <w:jc w:val="right"/>
      </w:pPr>
      <w:r>
        <w:t>تو یعنی نماز کا تو ذکر ہی ہے حدیث میں لیلۃ القدر کے تعلق سے۔ تو نماز چونکہ نماز جو ہے، وہ اٹس ا ویری کمپرہینسو فارم اف ورشپ تو لیکن اس میں خشوع ضروری ہے جی۔</w:t>
      </w:r>
    </w:p>
    <w:p>
      <w:r>
        <w:rPr>
          <w:b/>
        </w:rPr>
        <w:t xml:space="preserve">[39:39] </w:t>
      </w:r>
      <w:r>
        <w:t>Yani ah Hazrat Aisha Razi Allahu Anha farmati hain ke kisi ne poocha unse ke Rasool Allah kaise qiyam ul lail karte the?</w:t>
      </w:r>
    </w:p>
    <w:p>
      <w:pPr>
        <w:jc w:val="right"/>
      </w:pPr>
      <w:r>
        <w:t>یعنی اہ حضرت عائشہ رضی اللہ عنہا فرماتی ہیں کہ کسی نے پوچھا ان سے کہ رسول اللہ کیسے قیام اللیل کرتے تھے؟</w:t>
      </w:r>
    </w:p>
    <w:p>
      <w:r>
        <w:rPr>
          <w:b/>
        </w:rPr>
        <w:t xml:space="preserve">[39:48] </w:t>
      </w:r>
      <w:r>
        <w:t>Qiyam ul lail yani ab jo hum tahajjud ya tarawih hum padhte hain, wahi qiyam ul lail tha. To Hazrat Aisha Razi Allahu Anha se poocha ke kaise padhte the Rasool Allah?</w:t>
      </w:r>
    </w:p>
    <w:p>
      <w:pPr>
        <w:jc w:val="right"/>
      </w:pPr>
      <w:r>
        <w:t>قیام اللیل یعنی اب جو ہم تہجد یا تراویح ہم پڑھتے ہیں، وہی قیام اللیل تھا۔ تو حضرت عائشہ رضی اللہ عنہا سے پوچھا کہ کیسے پڑھتے تھے رسول اللہ؟</w:t>
      </w:r>
    </w:p>
    <w:p>
      <w:r>
        <w:rPr>
          <w:b/>
        </w:rPr>
        <w:t xml:space="preserve">[39:59] </w:t>
      </w:r>
      <w:r>
        <w:t>To farmaya ke char rakat padhte the, phir rest karte the, phir char rakat padhte the, phir rest karte the, phir teen rakat padh ke khatam kar dete the.</w:t>
      </w:r>
    </w:p>
    <w:p>
      <w:pPr>
        <w:jc w:val="right"/>
      </w:pPr>
      <w:r>
        <w:t>تو فرمایا کہ چار رکعت پڑھتے تھے، پھر ریسٹ کرتے تھے، پھر چار رکعت پڑھتے تھے، پھر ریسٹ کرتے تھے، پھر تین رکعت پڑھ کے ختم کر دیتے تھے۔</w:t>
      </w:r>
    </w:p>
    <w:p>
      <w:r>
        <w:rPr>
          <w:b/>
        </w:rPr>
        <w:t xml:space="preserve">[40:12] </w:t>
      </w:r>
      <w:r>
        <w:t>Aur lekin Hazrat Aisha ne farmaya baad uske baad ke la tasal an husnaha wa tulaha ke don't ask me how beautiful those used to be and how how long they used to be and I can not describe the beauty of them ji salat which the prophet used to.</w:t>
      </w:r>
    </w:p>
    <w:p>
      <w:pPr>
        <w:jc w:val="right"/>
      </w:pPr>
      <w:r>
        <w:t>اور لیکن حضرت عائشہ نے فرمایا بعد اس کے بعد کہ لا تسعل عن حسنہنا وطولہنا کہ ڈونٹ اسک می ہاؤ بیوٹی فل دوز یوز ٹو بی اینڈ ہاؤ ہاؤ لانگ دے یوز ٹو بی اینڈ ائی کین ناٹ ڈسکرائب دی بیوٹی اف دم جی صلاۃ وچ دا پرافٹ یوز ٹو۔</w:t>
      </w:r>
    </w:p>
    <w:p>
      <w:r>
        <w:rPr>
          <w:b/>
        </w:rPr>
        <w:t xml:space="preserve">[40:33] </w:t>
      </w:r>
      <w:r>
        <w:t>Ab jaise ah ek ek aur hadith mein aata hai ke Rasool Allah jab ruku karte the kabhi kabhi to is tarah ki dua karte the.</w:t>
      </w:r>
    </w:p>
    <w:p>
      <w:pPr>
        <w:jc w:val="right"/>
      </w:pPr>
      <w:r>
        <w:t>اب جیسے اہ ایک ایک اور حدیث میں آتا ہے کہ رسول اللہ جب رکوع کرتے تھے کبھی کبھی تو اس طرح کی دعا کرتے تھے۔</w:t>
      </w:r>
    </w:p>
    <w:p>
      <w:r>
        <w:rPr>
          <w:b/>
        </w:rPr>
        <w:t xml:space="preserve">[40:42] </w:t>
      </w:r>
      <w:r>
        <w:t>asal mein hum log ah ek rati hui dua yaad kar li hai.</w:t>
      </w:r>
    </w:p>
    <w:p>
      <w:pPr>
        <w:jc w:val="right"/>
      </w:pPr>
      <w:r>
        <w:t>اصل میں ہم لوگ اہ ایک رٹی ہوئی دعا یاد کر لی ہے۔</w:t>
      </w:r>
    </w:p>
    <w:p>
      <w:r>
        <w:rPr>
          <w:b/>
        </w:rPr>
        <w:t xml:space="preserve">[40:47] </w:t>
      </w:r>
      <w:r>
        <w:t>ab rasool Allah salallahu alaihi wasallam ki dekhiye yeh dua kitni zabardast hai yeh ruku ki halat</w:t>
      </w:r>
    </w:p>
    <w:p>
      <w:pPr>
        <w:jc w:val="right"/>
      </w:pPr>
      <w:r>
        <w:t>اب رسول اللہ صلی اللہ علیہ وسلم کی دیکھیے یہ دعا کتنی زبردست ہے یہ رکوع کی حالت</w:t>
      </w:r>
    </w:p>
    <w:p>
      <w:r>
        <w:rPr>
          <w:b/>
        </w:rPr>
        <w:t xml:space="preserve">[40:50] </w:t>
      </w:r>
      <w:r>
        <w:t>mein ke Allahumma lakaka raka'tu wa bika amantu wa laka aslamtu khasha'a laka sam'i wa basari wa mukhi wa izami wa asabi ke aye</w:t>
      </w:r>
    </w:p>
    <w:p>
      <w:pPr>
        <w:jc w:val="right"/>
      </w:pPr>
      <w:r>
        <w:t>میں کہ اللہم لک رکعت وبک امنت ولک اسلمت خشع لک سمعی وبصری ومخی وعظمی وعصبی کہ اے</w:t>
      </w:r>
    </w:p>
    <w:p>
      <w:r>
        <w:rPr>
          <w:b/>
        </w:rPr>
        <w:t xml:space="preserve">[41:02] </w:t>
      </w:r>
      <w:r>
        <w:t>Allah maine tere liye ruku kiya</w:t>
      </w:r>
    </w:p>
    <w:p>
      <w:pPr>
        <w:jc w:val="right"/>
      </w:pPr>
      <w:r>
        <w:t>اللہ میں نے تیرے لیے رکوع کیا</w:t>
      </w:r>
    </w:p>
    <w:p>
      <w:r>
        <w:rPr>
          <w:b/>
        </w:rPr>
        <w:t xml:space="preserve">[41:05] </w:t>
      </w:r>
      <w:r>
        <w:t>aur tere upar imaan laya aur tere aage main jhuk gaya aur ah jhuk gayeen tere aage mere</w:t>
      </w:r>
    </w:p>
    <w:p>
      <w:pPr>
        <w:jc w:val="right"/>
      </w:pPr>
      <w:r>
        <w:t>اور تیرے اوپر ایمان لایا اور تیرے آگے میں جھک گیا اور اہ جھک گئیں تیرے آگے میرے</w:t>
      </w:r>
    </w:p>
    <w:p>
      <w:r>
        <w:rPr>
          <w:b/>
        </w:rPr>
        <w:t xml:space="preserve">[41:14] </w:t>
      </w:r>
      <w:r>
        <w:t>kaan, meri aankhen, mera dimagh, meri haddiyan, meri mere asab, meri nafs yaani mera poora wajood tere aage</w:t>
      </w:r>
    </w:p>
    <w:p>
      <w:pPr>
        <w:jc w:val="right"/>
      </w:pPr>
      <w:r>
        <w:t>کان، میری آنکھیں، میرا دماغ، میری ہڈیاں، میری میرے اعصاب، میری نفس یعنی میرا پورا وجود تیرے آگے</w:t>
      </w:r>
    </w:p>
    <w:p>
      <w:r>
        <w:rPr>
          <w:b/>
        </w:rPr>
        <w:t xml:space="preserve">[41:22] </w:t>
      </w:r>
      <w:r>
        <w:t>jhuk gaya.</w:t>
      </w:r>
    </w:p>
    <w:p>
      <w:pPr>
        <w:jc w:val="right"/>
      </w:pPr>
      <w:r>
        <w:t>جھک گیا۔</w:t>
      </w:r>
    </w:p>
    <w:p>
      <w:r>
        <w:rPr>
          <w:b/>
        </w:rPr>
        <w:t xml:space="preserve">[41:23] </w:t>
      </w:r>
      <w:r>
        <w:t>to</w:t>
      </w:r>
    </w:p>
    <w:p>
      <w:pPr>
        <w:jc w:val="right"/>
      </w:pPr>
      <w:r>
        <w:t>تو</w:t>
      </w:r>
    </w:p>
    <w:p>
      <w:r>
        <w:rPr>
          <w:b/>
        </w:rPr>
        <w:t xml:space="preserve">[41:24] </w:t>
      </w:r>
      <w:r>
        <w:t>ah is tarah ki aur bhi kai sari ah cheezein milti hain ke Rasool Allah Sallallahu Alaihi Wasallam bilkul yani unki jo namazein hoti thi woh koi reach</w:t>
      </w:r>
    </w:p>
    <w:p>
      <w:pPr>
        <w:jc w:val="right"/>
      </w:pPr>
      <w:r>
        <w:t>اہ اس طرح کی اور بھی کئی ساری اہ چیزیں ملتی ہیں کہ رسول اللہ صلی اللہ علیہ وسلم بالکل یعنی ان کی جو نمازیں ہوتی تھیں وہ کوئی ریچ</w:t>
      </w:r>
    </w:p>
    <w:p>
      <w:r>
        <w:rPr>
          <w:b/>
        </w:rPr>
        <w:t xml:space="preserve">[41:33] </w:t>
      </w:r>
      <w:r>
        <w:t>volistic nahi hoti thi, woh itni gehri hoti thi namaz ke ek baar Hazrat Aisha Razi Allahu Anha ki woh hai hadith ke raat ke waqt unhein mehsoos hua aise kuch kiya chuki andhera hota tha to laga ke hai nahi ji to woh nikli bahar ke kahan chale gaye to masjid bilkul bahar thi jaise ke samjhein ke is kamre se bahar nikle to masjid hai ji to aise ja ke dekhti rahi to ek jagah kuch tap tap ki awaz aa rahi thi jaise koi drop girta hai na zameen pe</w:t>
      </w:r>
    </w:p>
    <w:p>
      <w:pPr>
        <w:jc w:val="right"/>
      </w:pPr>
      <w:r>
        <w:t>ولسٹک نہیں ہوتی تھیں، وہ اتنی گہری ہوتی تھی نماز کہ ایک بار حضرت عائشہ رضی اللہ عنہا کی وہ ہے حدیث کہ رات کے وقت انہیں محسوس ہوا ایسے کچھ کیا چونکہ اندھیرا ہوتا تھا تو لگا کہ ہے نہیں جی تو وہ نکلیں باہر کہ کہاں چلے گئے تو مسجد بالکل باہر تھی جیسے کہ سمجھیں کہ اس کمرے سے باہر نکلے تو مسجد ہے جی تو ایسے جا کے دیکھتی رہیں تو ایک جگہ کچھ ٹپ ٹپ کی آواز آ رہی تھی جیسے کوئی ڈراپ گرتا ہے نا زمین پہ</w:t>
      </w:r>
    </w:p>
    <w:p>
      <w:r>
        <w:rPr>
          <w:b/>
        </w:rPr>
        <w:t xml:space="preserve">[42:02] </w:t>
      </w:r>
      <w:r>
        <w:t>ji to ek awaz hoti hai tip tip tip to qareeb gayeen to laga ke rasool Allah namaz</w:t>
      </w:r>
    </w:p>
    <w:p>
      <w:pPr>
        <w:jc w:val="right"/>
      </w:pPr>
      <w:r>
        <w:t>جی تو ایک آواز ہوتی ہے ٹپ ٹپ ٹپ تو قریب گئیں تو لگا کہ رسول اللہ نماز</w:t>
      </w:r>
    </w:p>
    <w:p>
      <w:r>
        <w:rPr>
          <w:b/>
        </w:rPr>
        <w:t xml:space="preserve">[42:06] </w:t>
      </w:r>
      <w:r>
        <w:t>parh rahe hain aur ruku mein hain ji aur un ki aankhon se aansu tapak rahe hain is</w:t>
      </w:r>
    </w:p>
    <w:p>
      <w:pPr>
        <w:jc w:val="right"/>
      </w:pPr>
      <w:r>
        <w:t>پڑھ رہے ہیں اور رکوع میں ہیں جی اور ان کی آنکھوں سے آنسو ٹپک رہے ہیں اس</w:t>
      </w:r>
    </w:p>
    <w:p>
      <w:r>
        <w:rPr>
          <w:b/>
        </w:rPr>
        <w:t xml:space="preserve">[42:11] </w:t>
      </w:r>
      <w:r>
        <w:t>ki halki si awaz aa rahi hai to yeh gehri ah yaani ah spirit wali namaz aise hi</w:t>
      </w:r>
    </w:p>
    <w:p>
      <w:pPr>
        <w:jc w:val="right"/>
      </w:pPr>
      <w:r>
        <w:t>کی ہلکی سی آواز آ رہی ہے تو یہ گہری اہ یعنی اہ سپرٹ والی نماز ایسے ہی</w:t>
      </w:r>
    </w:p>
    <w:p>
      <w:r>
        <w:rPr>
          <w:b/>
        </w:rPr>
        <w:t xml:space="preserve">[42:19] </w:t>
      </w:r>
      <w:r>
        <w:t>ek sahabi ah farmate hain ke main raat ko masjid mein tha masjid nabwi mein to rasool Allah</w:t>
      </w:r>
    </w:p>
    <w:p>
      <w:pPr>
        <w:jc w:val="right"/>
      </w:pPr>
      <w:r>
        <w:t>ایک صحابی اہ فرماتے ہیں کہ میں رات کو مسجد میں تھا مسجد نبوی میں تو رسول اللہ</w:t>
      </w:r>
    </w:p>
    <w:p>
      <w:r>
        <w:rPr>
          <w:b/>
        </w:rPr>
        <w:t xml:space="preserve">[42:26] </w:t>
      </w:r>
      <w:r>
        <w:t>salallahu alaihi wasallam ne namaz padhni shuru ki yaani tahajjud ki namaz</w:t>
      </w:r>
    </w:p>
    <w:p>
      <w:pPr>
        <w:jc w:val="right"/>
      </w:pPr>
      <w:r>
        <w:t>صلی اللہ علیہ وسلم نے نماز پڑھنی شروع کی یعنی تہجد کی نماز</w:t>
      </w:r>
    </w:p>
    <w:p>
      <w:r>
        <w:rPr>
          <w:b/>
        </w:rPr>
        <w:t xml:space="preserve">[42:32] </w:t>
      </w:r>
      <w:r>
        <w:t>to</w:t>
      </w:r>
    </w:p>
    <w:p>
      <w:pPr>
        <w:jc w:val="right"/>
      </w:pPr>
      <w:r>
        <w:t>تو</w:t>
      </w:r>
    </w:p>
    <w:p>
      <w:r>
        <w:rPr>
          <w:b/>
        </w:rPr>
        <w:t xml:space="preserve">[42:34] </w:t>
      </w:r>
      <w:r>
        <w:t>woh bhi shamil ho gaye namaz mein to ah surah fatiha parhi phir surah baqarah parhni shuru ki rasool allah sallallahu alaihi wasallam ne to sahabi ke dil mein yeh khayal aaya ke sau verses parhenge phir ruku karenge humm to rasool allah ne sau verses cross kar diye aage chal chalte chale gaye ji</w:t>
      </w:r>
    </w:p>
    <w:p>
      <w:pPr>
        <w:jc w:val="right"/>
      </w:pPr>
      <w:r>
        <w:t>وہ بھی شامل ہو گئے نماز میں تو اہ سورہ فاتحہ پڑھی پھر سورہ البقرہ پڑھنی شروع کی رسول اللہ صلی اللہ علیہ وسلم نے تو صحابی کے دل میں یہ خیال آیا کہ سو ورسز پڑھیں گے پھر رکوع کریں گے ہمم تو رسول اللہ نے سو ورسز کراس کر دیے آگے چل چلتے چلے گئے جی</w:t>
      </w:r>
    </w:p>
    <w:p>
      <w:r>
        <w:rPr>
          <w:b/>
        </w:rPr>
        <w:t xml:space="preserve">[42:58] </w:t>
      </w:r>
      <w:r>
        <w:t>aur sahabi farmate hain ke jahan par bhi koi zikr aata tha ah jahannum ka ya kuch Allah</w:t>
      </w:r>
    </w:p>
    <w:p>
      <w:pPr>
        <w:jc w:val="right"/>
      </w:pPr>
      <w:r>
        <w:t>اور صحابی فرماتے ہیں کہ جہاں پر بھی کوئی ذکر آتا تھا اہ جہنم کا یا کچھ اللہ</w:t>
      </w:r>
    </w:p>
    <w:p>
      <w:r>
        <w:rPr>
          <w:b/>
        </w:rPr>
        <w:t xml:space="preserve">[43:06] </w:t>
      </w:r>
      <w:r>
        <w:t>ke azab ka to wahan ruk jate the aur dua karne lagte the ke aye Allah mujhe ah</w:t>
      </w:r>
    </w:p>
    <w:p>
      <w:pPr>
        <w:jc w:val="right"/>
      </w:pPr>
      <w:r>
        <w:t>کے عذاب کا تو وہاں رک جاتے تھے اور دعا کرنے لگتے تھے کہ اے اللہ مجھے اہ</w:t>
      </w:r>
    </w:p>
    <w:p>
      <w:r>
        <w:rPr>
          <w:b/>
        </w:rPr>
        <w:t xml:space="preserve">[43:12] </w:t>
      </w:r>
      <w:r>
        <w:t>bacha is se panah mangne lagte the aur jahan bhi zikr aata tha koi jannat ka ya koi</w:t>
      </w:r>
    </w:p>
    <w:p>
      <w:pPr>
        <w:jc w:val="right"/>
      </w:pPr>
      <w:r>
        <w:t>بچا اس سے پناہ مانگنے لگتے تھے اور جہاں بھی ذکر آتا تھا کوئی جنت کا یا کوئی</w:t>
      </w:r>
    </w:p>
    <w:p>
      <w:r>
        <w:rPr>
          <w:b/>
        </w:rPr>
        <w:t xml:space="preserve">[43:17] </w:t>
      </w:r>
      <w:r>
        <w:t>is tarah ki allah ki blessing ka to wahan allah se dua karne lagte the ke aye allah</w:t>
      </w:r>
    </w:p>
    <w:p>
      <w:pPr>
        <w:jc w:val="right"/>
      </w:pPr>
      <w:r>
        <w:t>اس طرح کی اللہ کی بلیسنگ کا تو وہاں اللہ سے دعا کرنے لگتے تھے کہ اے اللہ</w:t>
      </w:r>
    </w:p>
    <w:p>
      <w:r>
        <w:rPr>
          <w:b/>
        </w:rPr>
        <w:t xml:space="preserve">[43:22] </w:t>
      </w:r>
      <w:r>
        <w:t>mujhe jannat mein dakhil farma</w:t>
      </w:r>
    </w:p>
    <w:p>
      <w:pPr>
        <w:jc w:val="right"/>
      </w:pPr>
      <w:r>
        <w:t>مجھے جنت میں داخل فرما</w:t>
      </w:r>
    </w:p>
    <w:p>
      <w:r>
        <w:rPr>
          <w:b/>
        </w:rPr>
        <w:t xml:space="preserve">[43:25] </w:t>
      </w:r>
      <w:r>
        <w:t>to surah baqarah padhte padhte jab aakhir mein</w:t>
      </w:r>
    </w:p>
    <w:p>
      <w:pPr>
        <w:jc w:val="right"/>
      </w:pPr>
      <w:r>
        <w:t>تو سورہ بقرہ پڑھتے پڑھتے جب آخر میں</w:t>
      </w:r>
    </w:p>
    <w:p>
      <w:r>
        <w:rPr>
          <w:b/>
        </w:rPr>
        <w:t xml:space="preserve">[43:30] </w:t>
      </w:r>
      <w:r>
        <w:t>pahunche to woh sahabi kehte hain ke mujhe andaza mujhe ehsaas hua ke ab ruku kar denge</w:t>
      </w:r>
    </w:p>
    <w:p>
      <w:pPr>
        <w:jc w:val="right"/>
      </w:pPr>
      <w:r>
        <w:t>پہنچے تو وہ صحابی کہتے ہیں کہ مجھے اندازہ مجھے احساس ہوا کہ اب رکوع کر دیں گے</w:t>
      </w:r>
    </w:p>
    <w:p>
      <w:r>
        <w:rPr>
          <w:b/>
        </w:rPr>
        <w:t xml:space="preserve">[43:37] </w:t>
      </w:r>
      <w:r>
        <w:t>to wahan se bhi aage badh gaye surah ah ah al imran ghaliban parhne lage to phir surah al imran jab khatam hone lagi to sahabi ne kaha ke lagta hai ab ah ah ah sajda ruku karenge</w:t>
      </w:r>
    </w:p>
    <w:p>
      <w:pPr>
        <w:jc w:val="right"/>
      </w:pPr>
      <w:r>
        <w:t>تو وہاں سے بھی آگے بڑھ گئے سورہ اہ اہ ال عمران غالباً پڑھنے لگے تو پھر سورہ ال عمران جب ختم ہونے لگی تو صحابی نے کہا کہ لگتا ہے اب اہ اہ اہ سجدہ رکوع کریں گے</w:t>
      </w:r>
    </w:p>
    <w:p>
      <w:r>
        <w:rPr>
          <w:b/>
        </w:rPr>
        <w:t xml:space="preserve">[43:58] </w:t>
      </w:r>
      <w:r>
        <w:t>lekin rasool allah ek aur surat parhi is ke baad aur phir sajda ki yani teen three longest chapters of the quran he read in one one ah ruku in in in one ah ek ek is mein namaz mein ji to yeh yeh hai spirit wali namaz mashallah to is tarah ki namaz agar hai humm to bhi waqai waqatan is ka faida hai ji</w:t>
      </w:r>
    </w:p>
    <w:p>
      <w:pPr>
        <w:jc w:val="right"/>
      </w:pPr>
      <w:r>
        <w:t>لیکن رسول اللہ ایک اور سورت پڑھی اس کے بعد اور پھر سجدہ کی یعنی تین تھری لانگسٹ چیپٹرز اف دا قرآن ہی ریڈ ان ون ون اہ رکوع ان ان ان ون اہ ایک ایک اس میں نماز میں جی تو یہ یہ ہے سپرٹ والی نماز ماشاءاللہ تو اس طرح کی نماز اگر ہے ہمم تو بھی واقعی واقعتا اس کا فائدہ ہے جی</w:t>
      </w:r>
    </w:p>
    <w:p>
      <w:r>
        <w:rPr>
          <w:b/>
        </w:rPr>
        <w:t xml:space="preserve">[44:26] </w:t>
      </w:r>
      <w:r>
        <w:t>ji jazak allah doctor sahib for beautifully explaining it ah kuch comments parhna chahunga kafi comments aa rahe hain kuch lena chahunga ah agla sawal lene se pehle yeh comment bheja hai manzoor alam sahib ne balochistan se unhone likha hai ke bohat hi faida mand guftagu ayaz ahmad sahib ne jamshedpur se likha hai mashallah aap ne bohat khoobsurat misal misal se akhirat ki baat samjhai</w:t>
      </w:r>
    </w:p>
    <w:p>
      <w:pPr>
        <w:jc w:val="right"/>
      </w:pPr>
      <w:r>
        <w:t>جی جزاک اللہ ڈاکٹر صاحب فار بیوٹیفلی ایکسپلیننگ اٹ اہ کچھ کمنٹس پڑھنا چاہوں گا کافی کمنٹس آ رہے ہیں کچھ لینا چاہوں گا اہ اگلا سوال لینے سے پہلے یہ کمنٹ بھیجا ہے منظور عالم صاحب نے بلوچستان سے انہوں نے لکھا ہے کہ بہت ہی فائدہ مند گفتگو ایاز احمد صاحب نے جمشید پور سے لکھا ہے ماشاءاللہ آپ نے بہت خوبصورت مثال مثال سے اخرت کی بات سمجھائی</w:t>
      </w:r>
    </w:p>
    <w:p>
      <w:r>
        <w:rPr>
          <w:b/>
        </w:rPr>
        <w:t xml:space="preserve">[44:53] </w:t>
      </w:r>
      <w:r>
        <w:t>ah muhammad asghar sahib ne punjab pakistan se likha hai bohat achi baat ah aap log karte hain ah muhammad asif khan sahib ne lucknow se likha hai mashallah well designed session farida apa doctor sahib aap logon ka bohat bohat shukriya for a very learning session ah we learned a lot alhamdulillah ah abdullah bhatti sahib ne pakistan se likha hai mashallah great talk</w:t>
      </w:r>
    </w:p>
    <w:p>
      <w:pPr>
        <w:jc w:val="right"/>
      </w:pPr>
      <w:r>
        <w:t>اہ محمد اصغر صاحب نے پنجاب پاکستان سے لکھا ہے بہت اچھی بات اہ آپ لوگ کرتے ہیں اہ محمد اصف خان صاحب نے لکھنو سے لکھا ہے ماشاءاللہ ویل ڈیزائن سیشن فریدہ آپا ڈاکٹر صاحب آپ لوگوں کا بہت بہت شکریہ فار ا ویری لرننگ سیشن اہ وی لرنڈ ا لاٹ الحمدللہ اہ عبداللہ بھاٹی صاحب نے پاکستان سے لکھا ہے ماشاءاللہ گریٹ ٹاک</w:t>
      </w:r>
    </w:p>
    <w:p>
      <w:r>
        <w:rPr>
          <w:b/>
        </w:rPr>
        <w:t xml:space="preserve">[45:20] </w:t>
      </w:r>
      <w:r>
        <w:t>apa agla sawal mera aap se hi hai ke jaise ke hum jante hain fasting means withdrawing from worldly attachments aur yeh climax pe pahunch jata hai jab ah ah rozedar itikaf karta hai and itikaf aap ne starting mein bhi bataya tha ke it is a practice of seclusion ah to apa main chahunga ke aap kyunke bohat sare women viewers bhi dekh rahe hain is program ko ke how can women practice itikaf</w:t>
      </w:r>
    </w:p>
    <w:p>
      <w:pPr>
        <w:jc w:val="right"/>
      </w:pPr>
      <w:r>
        <w:t>آپا اگلا سوال میرا آپ سے ہی ہے کہ جیسے کہ ہم جانتے ہیں فاسٹنگ مینز وڈرائنگ فرام ورلڈلی اٹیچمنٹس اور یہ کلائمیکس پہ پہنچ جاتا ہے جب اہ اہ روزے دار اعتکاف کرتا ہے اینڈ اعتکاف آپ نے سٹارٹنگ میں بھی بتایا تھا کہ اٹ از ا پریکٹس اف سیکلوژن اہ تو آپا میں چاہوں گا کہ آپ کیونکہ بہت سارے وومن ویوورز بھی دیکھ رہے ہیں اس پروگرام کو کہ ہاؤ کین وومن پریکٹس اعتکاف</w:t>
      </w:r>
    </w:p>
    <w:p>
      <w:r>
        <w:rPr>
          <w:b/>
        </w:rPr>
        <w:t xml:space="preserve">[45:49] </w:t>
      </w:r>
      <w:r>
        <w:t>ah is ke bare mein aap hum sab ko batayen ji dekhen rasool allah sallallahu alaihi wasallam ke zamane mein auraton ko poori azadi thi ji yeh baad mein jagah jagah ke jo local culture hai na is se influence mein aaye aur un ki azadi mein kami aayi lekin wahan par poori azadi thi</w:t>
      </w:r>
    </w:p>
    <w:p>
      <w:pPr>
        <w:jc w:val="right"/>
      </w:pPr>
      <w:r>
        <w:t>اہ اس کے بارے میں آپ ہم سب کو بتائیں جی دیکھیں رسول اللہ صلی اللہ علیہ وسلم کے زمانے میں عورتوں کو پوری ازادی تھی جی یہ بعد میں جگہ جگہ کے جو لوکل کلچر ہے نا اس سے انفلوئنس میں آئے اور ان کی ازادی میں کمی آئی لیکن وہاں پر پوری ازادی تھی</w:t>
      </w:r>
    </w:p>
    <w:p>
      <w:r>
        <w:rPr>
          <w:b/>
        </w:rPr>
        <w:t xml:space="preserve">[46:10] </w:t>
      </w:r>
      <w:r>
        <w:t>woh jati masjid mein sath mein namaz parhti hain aur aap ke sermons ko attend karti hain aur har activities mein woh hissa leti thin to isi tarike se itikaf tha to itikaf jo hai bohat zaroori hai kyunke is se bohat hi concentration ke sath jo ibadat hoti hai woh waise is ka itna effect nahi aa</w:t>
      </w:r>
    </w:p>
    <w:p>
      <w:pPr>
        <w:jc w:val="right"/>
      </w:pPr>
      <w:r>
        <w:t>وہ جاتی مسجد میں ساتھ میں نماز پڑھتی ہیں اور آپ کے سرمنس کو اٹینڈ کرتی ہیں اور ہر ایکٹیویٹیز میں وہ حصہ لیتی تھیں تو اسی طریقے سے اعتکاف تھا تو اعتکاف جو ہے بہت ضروری ہے کیونکہ اس سے بہت ہی کنسنٹریشن کے ساتھ جو عبادت ہوتی ہے وہ ویسے اس کا اتنا ایفیکٹ نہیں آ</w:t>
      </w:r>
    </w:p>
    <w:p>
      <w:r>
        <w:rPr>
          <w:b/>
        </w:rPr>
        <w:t xml:space="preserve">[46:32] </w:t>
      </w:r>
      <w:r>
        <w:t>ta to jo bhi dekhti thin rasool allah ko karte hue sahaba ko karte hue to auraten chahti thin hum bhi woh karen to isi tarike se auraton ne bhi itikaf kiya hai aur bas yeh hai ke masjid mein ek bar kiya hua ke hazrat aisha ne aur hazrat hafsa ne masjid mein khime laga liye to woh rasool allah sallallahu alaihi wasallam ne is ko mana kiya lekin alag se itikaf karne ke liye koi mana nahi tha</w:t>
      </w:r>
    </w:p>
    <w:p>
      <w:pPr>
        <w:jc w:val="right"/>
      </w:pPr>
      <w:r>
        <w:t>تا تو جو بھی دیکھتی تھیں رسول اللہ کو کرتے ہوئے صحابہ کو کرتے ہوئے تو عورتیں چاہتی تھیں ہم بھی وہ کریں تو اسی طریقے سے عورتوں نے بھی اعتکاف کیا ہے اور بس یہ ہے کہ مسجد میں ایک بار کیا ہوا کہ حضرت عائشہ نے اور حضرت حفصہ نے مسجد میں خیمے لگا لیے تو وہ رسول اللہ صلی اللہ علیہ وسلم نے اس کو منع کیا لیکن الگ سے اعتکاف کرنے کے لیے کوئی منع نہیں تھا</w:t>
      </w:r>
    </w:p>
    <w:p>
      <w:r>
        <w:rPr>
          <w:b/>
        </w:rPr>
        <w:t xml:space="preserve">[47:01] </w:t>
      </w:r>
      <w:r>
        <w:t>jo ikhtilaf hai woh yeh hai ke ghar mein karen ya masjid mein karen is mein koi ikhtilaf nahi hai ke woh itikaf karen ke nahi karen bas masla sirf yeh hota hai ke auraton ke kuch engagements aise hote hain ke un ki responsibilities hoti hain us ko poora karna bhi zaroori hota hai to woh dekhen aur apne shoharon se ijazat len is ke baad woh itikaf kar sakti hain</w:t>
      </w:r>
    </w:p>
    <w:p>
      <w:pPr>
        <w:jc w:val="right"/>
      </w:pPr>
      <w:r>
        <w:t>جو اختلاف ہے وہ یہ ہے کہ گھر میں کریں یا مسجد میں کریں اس میں کوئی اختلاف نہیں ہے کہ وہ اعتکاف کریں کہ نہیں کریں بس مسئلہ صرف یہ ہوتا ہے کہ عورتوں کے کچھ انگیجمنٹس ایسے ہوتے ہیں کہ ان کی ریسپانسبیلٹیز ہوتی ہیں اس کو پورا کرنا بھی ضروری ہوتا ہے تو وہ دیکھیں اور اپنے شوہروں سے اجازت لیں اس کے بعد وہ اعتکاف کر سکتی ہیں</w:t>
      </w:r>
    </w:p>
    <w:p>
      <w:r>
        <w:rPr>
          <w:b/>
        </w:rPr>
        <w:t xml:space="preserve">[47:26] </w:t>
      </w:r>
      <w:r>
        <w:t>aur itikaf mein itni sahulat hai ke agar hum ke hamare paas zyada time nahi hai to hum adhe din ka bhi itikaf kar sakte hain aur agar ghar mein koi bohat badi jagah nahi hai to usi ghar mein ek kone mein apna bana len aur us kone mein baith ke ah yeksui ke sath ibadat karen</w:t>
      </w:r>
    </w:p>
    <w:p>
      <w:pPr>
        <w:jc w:val="right"/>
      </w:pPr>
      <w:r>
        <w:t>اور اعتکاف میں اتنی سہولت ہے کہ اگر ہم کہ ہمارے پاس زیادہ ٹائم نہیں ہے تو ہم ادھے دن کا بھی اعتکاف کر سکتے ہیں اور اگر گھر میں کوئی بہت بڑی جگہ نہیں ہے تو اسی گھر میں ایک کونے میں اپنا بنا لیں اور اس کونے میں بیٹھ کے اہ یکسوئی کے ساتھ عبادت کریں</w:t>
      </w:r>
    </w:p>
    <w:p>
      <w:r>
        <w:rPr>
          <w:b/>
        </w:rPr>
        <w:t xml:space="preserve">[47:45] </w:t>
      </w:r>
      <w:r>
        <w:t>to hazrat aisha ka to bohat zyada contribution hai aur yeh jo namaz woh jo dua hai lailatul qadr ki allahumma innaka afuwwun tuhibbul afwa fafuni yeh bhi hazrat aisha ne rasool allah sallallahu alaihi wasallam se sawal kiya tha ke agar mujhe lailatul qadr mil jaye to main kya dua karun to allah taala ne to rasool allah sallallahu alaihi wasallam ne bataya ke sab se bari dua jo hai woh allah se mangne ki hai woh maghfirat hai</w:t>
      </w:r>
    </w:p>
    <w:p>
      <w:pPr>
        <w:jc w:val="right"/>
      </w:pPr>
      <w:r>
        <w:t>تو حضرت عائشہ کا تو بہت زیادہ کنٹریبیوشن ہے اور یہ جو نماز وہ جو دعا ہے لیلۃ القدر کی اللہم انک افوب الاخوا فافونی یہ بھی حضرت عائشہ نے رسول اللہ صلی اللہ علیہ وسلم سے سوال کیا تھا کہ اگر مجھے لیلۃ القدر مل جائے تو میں کیا دعا کروں تو اللہ تعالی نے تو رسول اللہ صلی اللہ علیہ وسلم نے بتایا کہ سب سے بڑی دعا جو ہے وہ اللہ سے مانگنے کی ہے وہ مغفرت ہے</w:t>
      </w:r>
    </w:p>
    <w:p>
      <w:r>
        <w:rPr>
          <w:b/>
        </w:rPr>
        <w:t xml:space="preserve">[48:14] </w:t>
      </w:r>
      <w:r>
        <w:t>to kyunke maafi hi jannat ka darwaza kholti hai maafi se bakhshish allah ki milti hai to dua lekin jabhi hamara hamari qabool hoti hai jab hamara amal bhi is ke mutabiq ho to hamein yeh dekhna hai ke hamara amal is ke mutabiq hai ke nahi warna hamari dua qabool nahi hogi asal mein jo contract hota hai woh farishton ke zariye se hota hai aur farishte ek spiritual makhlooq hain to</w:t>
      </w:r>
    </w:p>
    <w:p>
      <w:pPr>
        <w:jc w:val="right"/>
      </w:pPr>
      <w:r>
        <w:t>تو کیونکہ معافی ہی جنت کا دروازہ کھولتی ہے معافی سے بخشش اللہ کی ملتی ہے تو دعا لیکن جبھی ہمارا ہماری قبول ہوتی ہے جب ہمارا عمل بھی اس کے مطابق ہو تو ہمیں یہ دیکھنا ہے کہ ہمارا عمل اس کے مطابق ہے کہ نہیں ورنہ ہماری دعا قبول نہیں ہوگی اصل میں جو کانٹریکٹ ہوتا ہے وہ فرشتوں کے ذریعے سے ہوتا ہے اور فرشتے ایک سپریچول مخلوق ہیں تو</w:t>
      </w:r>
    </w:p>
    <w:p>
      <w:r>
        <w:rPr>
          <w:b/>
        </w:rPr>
        <w:t xml:space="preserve">[48:44] </w:t>
      </w:r>
      <w:r>
        <w:t>jab tak hamare andar woh spirituality nahi dekhenge woh hamare paas na aayenge na hamari baaton</w:t>
      </w:r>
    </w:p>
    <w:p>
      <w:pPr>
        <w:jc w:val="right"/>
      </w:pPr>
      <w:r>
        <w:t>جب تک ہمارے اندر وہ سپریچولٹی نہیں دیکھیں گے وہ ہمارے پاس نہ آئیں گے نہ ہماری باتوں</w:t>
      </w:r>
    </w:p>
    <w:p>
      <w:r>
        <w:rPr>
          <w:b/>
        </w:rPr>
        <w:t xml:space="preserve">[48:50] </w:t>
      </w:r>
      <w:r>
        <w:t>ko khuda tak pahunchayenge to is wajah se hamare andar spirituality zaroori hai woh chahe aurat ho</w:t>
      </w:r>
    </w:p>
    <w:p>
      <w:pPr>
        <w:jc w:val="right"/>
      </w:pPr>
      <w:r>
        <w:t>کو خدا تک پہنچائیں گے تو اس وجہ سے ہمارے اندر سپریچولٹی ضروری ہے وہ چاہے عورت ہو</w:t>
      </w:r>
    </w:p>
    <w:p>
      <w:r>
        <w:rPr>
          <w:b/>
        </w:rPr>
        <w:t xml:space="preserve">[48:57] </w:t>
      </w:r>
      <w:r>
        <w:t>ya mard ho dono ke liye ji mashallah thank you apa ah aakhri sawal puchne se pehle yeh</w:t>
      </w:r>
    </w:p>
    <w:p>
      <w:pPr>
        <w:jc w:val="right"/>
      </w:pPr>
      <w:r>
        <w:t>یا مرد ہو دونوں کے لیے جی ماشاءاللہ تھینک یو آپا اہ اخری سوال پوچھنے سے پہلے یہ</w:t>
      </w:r>
    </w:p>
    <w:p>
      <w:r>
        <w:rPr>
          <w:b/>
        </w:rPr>
        <w:t xml:space="preserve">[49:04] </w:t>
      </w:r>
      <w:r>
        <w:t>teen comments padhna chahunga mahboob bhai ne likha hai mumbai se waqai yeh lecture full of spirit</w:t>
      </w:r>
    </w:p>
    <w:p>
      <w:pPr>
        <w:jc w:val="right"/>
      </w:pPr>
      <w:r>
        <w:t>تین کمنٹس پڑھنا چاہوں گا محبوب بھائی نے لکھا ہے ممبئی سے واقعی یہ لیکچر فل اف سپرٹ</w:t>
      </w:r>
    </w:p>
    <w:p>
      <w:r>
        <w:rPr>
          <w:b/>
        </w:rPr>
        <w:t xml:space="preserve">[49:10] </w:t>
      </w:r>
      <w:r>
        <w:t>dil ko hila dene wali baatein thi jazak allah doctor sahab jazak allah apa suhaib sahab ne likha</w:t>
      </w:r>
    </w:p>
    <w:p>
      <w:pPr>
        <w:jc w:val="right"/>
      </w:pPr>
      <w:r>
        <w:t>دل کو ہلا دینے والی باتیں تھیں جزاک اللہ ڈاکٹر صاحب جزاک اللہ آپا صوہیب صاحب نے لکھا</w:t>
      </w:r>
    </w:p>
    <w:p>
      <w:r>
        <w:rPr>
          <w:b/>
        </w:rPr>
        <w:t xml:space="preserve">[49:18] </w:t>
      </w:r>
      <w:r>
        <w:t>hai mashallah bohat bohat khoobsurat guftagu lots of love from balochistan allah pak aap logon ko salamat rakhen</w:t>
      </w:r>
    </w:p>
    <w:p>
      <w:pPr>
        <w:jc w:val="right"/>
      </w:pPr>
      <w:r>
        <w:t>ہے ماشاءاللہ بہت بہت خوبصورت گفتگو لاٹس اف لو فرام بلوچستان اللہ پاک آپ لوگوں کو سلامت رکھیں</w:t>
      </w:r>
    </w:p>
    <w:p>
      <w:r>
        <w:rPr>
          <w:b/>
        </w:rPr>
        <w:t xml:space="preserve">[49:26] </w:t>
      </w:r>
      <w:r>
        <w:t>apni poori apni pyari duaon mein hamein yaad</w:t>
      </w:r>
    </w:p>
    <w:p>
      <w:pPr>
        <w:jc w:val="right"/>
      </w:pPr>
      <w:r>
        <w:t>اپنی پوری اپنی پیاری دعاؤں میں ہمیں یاد</w:t>
      </w:r>
    </w:p>
    <w:p>
      <w:r>
        <w:rPr>
          <w:b/>
        </w:rPr>
        <w:t xml:space="preserve">[49:29] </w:t>
      </w:r>
      <w:r>
        <w:t>rakhen doctor sahib safeer khan sahib pakistan ne bhi ek sawal kiya hai mera aakhri sawal bhi aap se dua se related hi</w:t>
      </w:r>
    </w:p>
    <w:p>
      <w:pPr>
        <w:jc w:val="right"/>
      </w:pPr>
      <w:r>
        <w:t>رکھیں ڈاکٹر صاحب سفیر خان صاحب پاکستان نے بھی ایک سوال بھی کیا ہے میرا اخری سوال بھی آپ سے دعا سے ریلیٹڈ ہی</w:t>
      </w:r>
    </w:p>
    <w:p>
      <w:r>
        <w:rPr>
          <w:b/>
        </w:rPr>
        <w:t xml:space="preserve">[49:37] </w:t>
      </w:r>
      <w:r>
        <w:t>hai aap har bari session dua duaon pe khatam karte hain to aur lailatul qadr mein bhi sab log dua karte hain ke allah taala un ko maaf kare aur jannat hum sab ko mile to main chahunga ke aap duaen kuch duaen batayen aur isi par hum aaj ke session ko kh</w:t>
      </w:r>
    </w:p>
    <w:p>
      <w:pPr>
        <w:jc w:val="right"/>
      </w:pPr>
      <w:r>
        <w:t>ہے آپ ہر باری سیشن دعا دعاؤں پہ ختم کرتے ہیں تو اور لیلۃ القدر میں بھی سب لوگ دعا کرتے ہیں کہ اللہ تعالی ان کو معاف کرے اور جنت ہم سب کو ملے تو میں چاہوں گا کہ آپ دعائیں کچھ دعائیں بتائیں اور اسی پر ہم اج کے سیشن کو خ</w:t>
      </w:r>
    </w:p>
    <w:p>
      <w:r>
        <w:rPr>
          <w:b/>
        </w:rPr>
        <w:t xml:space="preserve">[49:56] </w:t>
      </w:r>
      <w:r>
        <w:t>atm karenge inshallah apa ne jaisa itikaf ki baat ki to mujhe ek hadith yaad aa gayi ji ke yani when somebody prays namaz at his or her home in a corner jisko molana kehte hain na spiritual corner spiritual corner</w:t>
      </w:r>
    </w:p>
    <w:p>
      <w:pPr>
        <w:jc w:val="right"/>
      </w:pPr>
      <w:r>
        <w:t>تم کریں گے انشاءاللہ آپا نے جیسا اعتکاف کی بات کی تو مجھے ایک حدیث یاد اگئی جی کہ یعنی وین سمبڈی پریز نماز ایٹ ہز اور ہر ہوم ان ا کارنر جس کو مولانا کہتے ہیں نا سپریچول کارنر سپریچول کارنر</w:t>
      </w:r>
    </w:p>
    <w:p>
      <w:r>
        <w:rPr>
          <w:b/>
        </w:rPr>
        <w:t xml:space="preserve">[50:15] </w:t>
      </w:r>
      <w:r>
        <w:t>ji so so god send angels and one angel comes and stands to his right and starts praying another angel comes to his left and starts praying and another angel comes and stands at behind and he starts praying and the angels are as tall as mountain mashallah</w:t>
      </w:r>
    </w:p>
    <w:p>
      <w:pPr>
        <w:jc w:val="right"/>
      </w:pPr>
      <w:r>
        <w:t>جی سو سو گاڈ سینڈ اینجلز اینڈ ون اینجل کمز اینڈ سٹینڈز ٹو ہز رائٹ اینڈ سٹارٹس پرینگ انادر اینجل کمز ٹو ہز لیفٹ اینڈ سٹارٹس پرینگ اینڈ انادر اینجل کمز اینڈ سٹینڈز ایٹ بیہائنڈ اینڈ ہی سٹارٹس پرینگ اینڈ دی اینجلز ار ایز ٹال ایز ماؤنٹین ماشاءال</w:t>
      </w:r>
    </w:p>
    <w:p>
      <w:r>
        <w:rPr>
          <w:b/>
        </w:rPr>
        <w:t xml:space="preserve">[50:40] </w:t>
      </w:r>
      <w:r>
        <w:t>to yeh jo hai itikaf ki bhi yahi woh hai spirit ke seclusion mein jahan aap poori tarah se concentrate karen bohat acha yeh sawal tha aap ka itikaf wala ji</w:t>
      </w:r>
    </w:p>
    <w:p>
      <w:pPr>
        <w:jc w:val="right"/>
      </w:pPr>
      <w:r>
        <w:t>لہ تو یہ جو ہے اعتکاف کی بھی یہی وہ ہے سپرٹ کے سیکلوژن میں جہاں آپ پوری طرح سے کنسنٹریٹ کریں بہت اچھا یہ سوال تھا آپ کا اعتکاف والا جی</w:t>
      </w:r>
    </w:p>
    <w:p>
      <w:r>
        <w:rPr>
          <w:b/>
        </w:rPr>
        <w:t xml:space="preserve">[50:52] </w:t>
      </w:r>
      <w:r>
        <w:t>haan to jaisa apa ne bataya ke jo sab se aham dua hai lailatul qadr ki woh to hazrat aisha razi allah anha ki hai allahumma innaka afuwwun tuhibbul afwa fafuni aur yani jaise apa ne kaha hai ke forgiveness hi woh cheez hai jo ah jis pe jannat ka faisla hoga aur yeh dua koi lailatul qadr ki nahi hai during lailatul qadr aur outside lailatul qadr throughout the year you can make th</w:t>
      </w:r>
    </w:p>
    <w:p>
      <w:pPr>
        <w:jc w:val="right"/>
      </w:pPr>
      <w:r>
        <w:t>ہاں تو جیسا آپا نے بتایا کہ جو سب سے اہم دعا ہے لیلۃ القدر کی وہ تو حضرت عائشہ رضی اللہ عنہا کی ہے اللہم انک افوب الاخوا فافونی اور یعنی جیسے آپا نے کہا ہے کہ فorgiveness ہی وہ چیز ہے جو اہ جس پہ جنت کا فیصلہ ہوگا اور یہ دعا کوئی لیلۃ القدر کی نہیں ہے ڈیورنگ لیلۃ القدر اور اؤٹ سائیڈ لیلۃ القدر تھرو اؤٹ دا ایئر یو کین میک د</w:t>
      </w:r>
    </w:p>
    <w:p>
      <w:r>
        <w:rPr>
          <w:b/>
        </w:rPr>
        <w:t xml:space="preserve">[51:19] </w:t>
      </w:r>
      <w:r>
        <w:t>is dua its a really short comprehensive and beautiful dua ji aur is se allah taala apni rehmat ke darwaze khoob kholta hai to aap kai tarah ki duaen kar sakte hain jaise main samajhta hoon parents ke liye dua hai jo quran mein hai rabbir hamhuma kama rabbayani saghira ke aye hamare rabb hamare parents ke upar reham kar</w:t>
      </w:r>
    </w:p>
    <w:p>
      <w:pPr>
        <w:jc w:val="right"/>
      </w:pPr>
      <w:r>
        <w:t>س دعا اٹس اے ریلی شارٹ کمپرینسو اینڈ بیوٹیفل دعا جی اور اس سے اللہ تعالی اپنی رحمت کے دروازے خوب کھولتا ہے تو آپ کئی طرح کی دعائیں کر سکتے ہیں جیسے میں سمجھتا ہوں پیرنٹس کے لیے دعا ہے جو قران میں ہے رب ارحمہما کما ربیانی صغیرہ کہ اے ہمارے رب ہمارے پیرنٹس کے اوپر رحم کر</w:t>
      </w:r>
    </w:p>
    <w:p>
      <w:r>
        <w:rPr>
          <w:b/>
        </w:rPr>
        <w:t xml:space="preserve">[51:48] </w:t>
      </w:r>
      <w:r>
        <w:t>jaisa unhone bachpan mein hamein pala hew mercy on our parents as they raised me up when i was little yani is mein jo baat kahi gayi hai woh bohat achi hai ke bachpan mein unhone hamein hamein sahara diya jab hum chote the be sahara</w:t>
      </w:r>
    </w:p>
    <w:p>
      <w:pPr>
        <w:jc w:val="right"/>
      </w:pPr>
      <w:r>
        <w:t>جیسا انہوں نے بچپن میں ہمیں پالا ہیو مرسی ان اور پیرنٹس ایز دے ریزڈ می اپ وین ائی واز لٹل یعنی اس میں جو بات کہی گئی ہے وہ بہت اچھی ہے کہ بچپن میں انہوں نے ہمیں ہمیں سہارا دیا جب ہم چھوٹے تھے بے سہار</w:t>
      </w:r>
    </w:p>
    <w:p>
      <w:r>
        <w:rPr>
          <w:b/>
        </w:rPr>
        <w:t xml:space="preserve">[52:04] </w:t>
      </w:r>
      <w:r>
        <w:t>aate the aur ab woh waqt aaya hai ke woh bade ho gaye hain zaeef ho gaye hain to hamein</w:t>
      </w:r>
    </w:p>
    <w:p>
      <w:pPr>
        <w:jc w:val="right"/>
      </w:pPr>
      <w:r>
        <w:t>ا تھے اور اب وہ وقت ایا ہے کہ وہ بڑے ہوگئے ہیں ضعیف ہوگئے ہیں تو ہمیں</w:t>
      </w:r>
    </w:p>
    <w:p>
      <w:r>
        <w:rPr>
          <w:b/>
        </w:rPr>
        <w:t xml:space="preserve">[52:09] </w:t>
      </w:r>
      <w:r>
        <w:t>bhi unka sahara dena chahiye aur family ke liye bhi bohat achhi dua hai spouse ke liye</w:t>
      </w:r>
    </w:p>
    <w:p>
      <w:pPr>
        <w:jc w:val="right"/>
      </w:pPr>
      <w:r>
        <w:t>بھی ان کا سہارا دینا چاہیے اور فیملی کے لیے بھی بہت اچھی دعا ہے سپاؤس کے لیے</w:t>
      </w:r>
    </w:p>
    <w:p>
      <w:r>
        <w:rPr>
          <w:b/>
        </w:rPr>
        <w:t xml:space="preserve">[52:15] </w:t>
      </w:r>
      <w:r>
        <w:t>family ke liye bari meaningful dua quran ki rabbana hablana min azwajina wazurriyatina qurtan</w:t>
      </w:r>
    </w:p>
    <w:p>
      <w:pPr>
        <w:jc w:val="right"/>
      </w:pPr>
      <w:r>
        <w:t>فیملی کے لیے بڑی میننگ فل دعا قران کی ربنا حبلنا من ازواجنا وذریاتنا قرتا</w:t>
      </w:r>
    </w:p>
    <w:p>
      <w:r>
        <w:rPr>
          <w:b/>
        </w:rPr>
        <w:t xml:space="preserve">[52:23] </w:t>
      </w:r>
      <w:r>
        <w:t>al muttaqeena imama yani ke aye aye hamare rab hamari spouses</w:t>
      </w:r>
    </w:p>
    <w:p>
      <w:pPr>
        <w:jc w:val="right"/>
      </w:pPr>
      <w:r>
        <w:t>المتقین اماما یعنی کہ اے اے ہمارے رب ہماری سپاؤسز</w:t>
      </w:r>
    </w:p>
    <w:p>
      <w:r>
        <w:rPr>
          <w:b/>
        </w:rPr>
        <w:t xml:space="preserve">[52:31] </w:t>
      </w:r>
      <w:r>
        <w:t>mein aankhon ki thandak paida kar aur hamein muttaqiyon ka imam bana de yani righteous family ho hamari</w:t>
      </w:r>
    </w:p>
    <w:p>
      <w:pPr>
        <w:jc w:val="right"/>
      </w:pPr>
      <w:r>
        <w:t>میں انکھوں کی ٹھنڈک پیدا کر اور ہمیں متقیوں کا امام بنا دے یعنی رائچس فیملی ہو ہماری</w:t>
      </w:r>
    </w:p>
    <w:p>
      <w:r>
        <w:rPr>
          <w:b/>
        </w:rPr>
        <w:t xml:space="preserve">[52:39] </w:t>
      </w:r>
      <w:r>
        <w:t>hmm hamari family righteous family ho yeh bohat achhi dua hai ke ah karni chahiye family ke liye</w:t>
      </w:r>
    </w:p>
    <w:p>
      <w:pPr>
        <w:jc w:val="right"/>
      </w:pPr>
      <w:r>
        <w:t>ہمم ہماری فیملی رائچس فیملی ہو یہ بہت اچھی دعا ہے کہ اہ کرنی چاہیے فیملی کے لیے</w:t>
      </w:r>
    </w:p>
    <w:p>
      <w:r>
        <w:rPr>
          <w:b/>
        </w:rPr>
        <w:t xml:space="preserve">[52:47] </w:t>
      </w:r>
      <w:r>
        <w:t>spouse ke liye aur</w:t>
      </w:r>
    </w:p>
    <w:p>
      <w:pPr>
        <w:jc w:val="right"/>
      </w:pPr>
      <w:r>
        <w:t>سپاؤس کے لیے اور</w:t>
      </w:r>
    </w:p>
    <w:p>
      <w:r>
        <w:rPr>
          <w:b/>
        </w:rPr>
        <w:t xml:space="preserve">[52:50] </w:t>
      </w:r>
      <w:r>
        <w:t>health ke liye duaen bahut rasool Allah</w:t>
      </w:r>
    </w:p>
    <w:p>
      <w:pPr>
        <w:jc w:val="right"/>
      </w:pPr>
      <w:r>
        <w:t>ہیلتھ کے لیے دعائیں بہت رسول اللہ</w:t>
      </w:r>
    </w:p>
    <w:p>
      <w:r>
        <w:rPr>
          <w:b/>
        </w:rPr>
        <w:t xml:space="preserve">[52:53] </w:t>
      </w:r>
      <w:r>
        <w:t>ki hain Allahumma aafini fi badani Allahumma aafini fi samai Allahumma aafini fi basari la ilaha illa anta ke a Allah ah give me a healthy ah body and healthy eye and the ears and hearing ah aur tere siwa koi mabood nahi hai jaisa kehte hain ke doctors ke jab bachcha paida hota hai to uske teen sau bones hoti hain 300 bones j</w:t>
      </w:r>
    </w:p>
    <w:p>
      <w:pPr>
        <w:jc w:val="right"/>
      </w:pPr>
      <w:r>
        <w:t>کی ہیں اللہم عافنی فی بدنی اللہم عافنی فی سمعی اللہم عافنی فی بصری لا الہ الا انت کہ اے اللہ اہ گیو می ا ہیلتھی اہ باڈی اینڈ ہیلتھی ائی اینڈ دی ایئرز اینڈ ہیئرنگ اہ اور تیرے سوا کوئی معبود نہیں ہے جیسا کہتے ہیں کہ ڈاکٹرز کہ جب بچہ پیدا ہوتا ہے تو اس کے تین سو بونز ہوتی ہیں 300 بونز ج</w:t>
      </w:r>
    </w:p>
    <w:p>
      <w:r>
        <w:rPr>
          <w:b/>
        </w:rPr>
        <w:t xml:space="preserve">[53:21] </w:t>
      </w:r>
      <w:r>
        <w:t>y aur phir woh 200 kuch ho jati hain chunke mil jati hain baad mein to aise hi kitne sare organs hain parts hain body part har har cheez ke liye dua karni chahiye Allah taala se aafiyat ke liye koi zara si bhi nakhun mein bhi kuch ho jata hai to humein takleef hoti hai to health bahut hi aham cheez hai iske liye dua karte rehna chahiye aur mission ke liye hum log bhi ek mission mein hain jude hue peace</w:t>
      </w:r>
    </w:p>
    <w:p>
      <w:pPr>
        <w:jc w:val="right"/>
      </w:pPr>
      <w:r>
        <w:t>ی اور پھر وہ 200 کچھ ہو جاتی ہیں چونکہ مل جاتی ہیں بعد میں تو ایسے ہی کتنے سارے ارگنز ہیں پارٹس ہیں باڈی پارٹ ہر ہر چیز کے لیے دعا کرنی چاہیے اللہ تعالی سے عافیت کے لیے کوئی ذرا سی بھی ناخن میں بھی کچھ ہو جاتا ہے تو ہمیں تکلیف ہوتی ہے تو ہیلتھ بہت ہی اہم چیز ہے اس کے لیے دعا کرتے رہنا چاہیے اور مشن کے لیے ہم لوگ بھی ایک مشن میں ہیں جڑے ہوئے پیس</w:t>
      </w:r>
    </w:p>
    <w:p>
      <w:r>
        <w:rPr>
          <w:b/>
        </w:rPr>
        <w:t xml:space="preserve">[53:50] </w:t>
      </w:r>
      <w:r>
        <w:t>ji peaceful mission to</w:t>
      </w:r>
    </w:p>
    <w:p>
      <w:pPr>
        <w:jc w:val="right"/>
      </w:pPr>
      <w:r>
        <w:t>جی پیس فل مشن تو</w:t>
      </w:r>
    </w:p>
    <w:p>
      <w:r>
        <w:rPr>
          <w:b/>
        </w:rPr>
        <w:t xml:space="preserve">[53:53] </w:t>
      </w:r>
      <w:r>
        <w:t>is ki to sab se achhi dua woh musa alaihissalam ki hai rabbishrah li sadri wayassir</w:t>
      </w:r>
    </w:p>
    <w:p>
      <w:pPr>
        <w:jc w:val="right"/>
      </w:pPr>
      <w:r>
        <w:t>اس کی تو سب سے اچھی دعا وہ موسی علیہ السلام کی ہے رب اشرح لی صدری ویسر</w:t>
      </w:r>
    </w:p>
    <w:p>
      <w:r>
        <w:rPr>
          <w:b/>
        </w:rPr>
        <w:t xml:space="preserve">[53:57] </w:t>
      </w:r>
      <w:r>
        <w:t>li amri wahul uqdatan min lisani yafqahu qawli aur bohat hi achhi baat unhone kahi ke hamare</w:t>
      </w:r>
    </w:p>
    <w:p>
      <w:pPr>
        <w:jc w:val="right"/>
      </w:pPr>
      <w:r>
        <w:t>لی امری واحل العقدۃ من لسانی یفقہ قولی اور بہت ہی اچھی بات انہوں نے کہی کہ ہمارے</w:t>
      </w:r>
    </w:p>
    <w:p>
      <w:r>
        <w:rPr>
          <w:b/>
        </w:rPr>
        <w:t xml:space="preserve">[54:04] </w:t>
      </w:r>
      <w:r>
        <w:t>rab mera seena khol de yani main agar jo convey karna chahun to woh convey kar sakun aur</w:t>
      </w:r>
    </w:p>
    <w:p>
      <w:pPr>
        <w:jc w:val="right"/>
      </w:pPr>
      <w:r>
        <w:t>رب میرا سینہ کھول دے یعنی میں اگر جو کنوے کرنا چاہوں تو وہ کنوے کر سکوں اور</w:t>
      </w:r>
    </w:p>
    <w:p>
      <w:r>
        <w:rPr>
          <w:b/>
        </w:rPr>
        <w:t xml:space="preserve">[54:10] </w:t>
      </w:r>
      <w:r>
        <w:t>mere kaam ko aasan kar de aur mere andar jo ah kehne mein unko thodi si غالبا</w:t>
      </w:r>
    </w:p>
    <w:p>
      <w:pPr>
        <w:jc w:val="right"/>
      </w:pPr>
      <w:r>
        <w:t>میرے کام کو اسان کر دے اور میرے اندر جو اہ کہنے میں ان کو تھوڑی سی غالبا</w:t>
      </w:r>
    </w:p>
    <w:p>
      <w:r>
        <w:rPr>
          <w:b/>
        </w:rPr>
        <w:t xml:space="preserve">[54:15] </w:t>
      </w:r>
      <w:r>
        <w:t>luknat thi stammer karte the woh usko door kar de taake log meri baat sun saken</w:t>
      </w:r>
    </w:p>
    <w:p>
      <w:pPr>
        <w:jc w:val="right"/>
      </w:pPr>
      <w:r>
        <w:t>لکنت تھی سٹیمر کرتے تھے وہ اس کو دور کر دے تاکہ لوگ میری بات سن سکیں</w:t>
      </w:r>
    </w:p>
    <w:p>
      <w:r>
        <w:rPr>
          <w:b/>
        </w:rPr>
        <w:t xml:space="preserve">[54:23] </w:t>
      </w:r>
      <w:r>
        <w:t>ji ah aur ismein kaha aage ke mere bhai ko bhi mera saathi bana de yani kitni ajeeb baat hai ke Allah taala ne farmaya ke mere bhai ko paighambar bana de</w:t>
      </w:r>
    </w:p>
    <w:p>
      <w:pPr>
        <w:jc w:val="right"/>
      </w:pPr>
      <w:r>
        <w:t>جی اہ اور اس میں کہا اگے کہ میرے بھائی کو بھی میرا ساتھی بنا دے یعنی کتنی عجیب بات ہے کہ اللہ تعالی نے فرمایا کہ میرے بھائی کو پیغمبر بنا دے</w:t>
      </w:r>
    </w:p>
    <w:p>
      <w:r>
        <w:rPr>
          <w:b/>
        </w:rPr>
        <w:t xml:space="preserve">[54:38] </w:t>
      </w:r>
      <w:r>
        <w:t>aur usi waqt Allah ne qubool qubool kar liya aur kaha hai ke kayi nasbah kathirah wa nzakurka kathirah taake hum mil ke hum dono mil ke tera khoob charcha karen teri khoob yaad karen to yeh badi umdah dua hai yeh aap kabhi bhi kar sakte hain aur jab hum log bolna shuru karte hain to usko to padhte hi hain aur aisi success ki dua worldly success aur hereafter ki success Rabbana atina fid dunya hasanah wa fil akhirati hasanah wa qina azabannar</w:t>
      </w:r>
    </w:p>
    <w:p>
      <w:pPr>
        <w:jc w:val="right"/>
      </w:pPr>
      <w:r>
        <w:t>اور اسی وقت اللہ نے قبول قبول کر لیا اور کہا ہے کہ کئی نصبہ کثیرہ و نذکر کثیرہ تاکہ ہم مل کے ہم دونوں مل کے تیرا خوب چرچہ کریں تیری خوب یاد کریں تو یہ بڑی عمدہ دعا ہے یہ اپ کبھی بھی کر سکتے ہیں اور جب ہم لوگ بولنا شروع کرتے ہیں تو اس کو تو پڑھتے ہی ہیں اور ایسی سکسیس کی دعا ورلڈلی سکسیس اور ہیئر افٹر کی سکسیس ربنا اتنا فی الدنیا حسنہ وفاخرۃ حسنہ وقنا عذاب النار</w:t>
      </w:r>
    </w:p>
    <w:p>
      <w:r>
        <w:rPr>
          <w:b/>
        </w:rPr>
        <w:t xml:space="preserve">[55:08] </w:t>
      </w:r>
      <w:r>
        <w:t>ke a hamare Rab humein dunya ka hasanah bhi de de dunya ke ka jo achhi cheez hai aur akhirat ki achhi cheez bhi de de aur humein azaab se bacha ismein bas ek baat yeh hai ke log samajhte hain ke yeh dua hai ke dunya ki jo sari cheezein hain achhi yani wealth and property and car and so on woh mang raha hai banda balki Maulana ne isko explain kiya tha ke yeh nahi hai matlab</w:t>
      </w:r>
    </w:p>
    <w:p>
      <w:pPr>
        <w:jc w:val="right"/>
      </w:pPr>
      <w:r>
        <w:t>کہ اے ہمارے رب ہمیں دنیا کا حسنہ بھی دے دے دنیا کے کا جو اچھی چیز ہے اور اخرت کی اچھی چیز بھی دے دے اور ہمیں عذاب سے بچا اس میں بس ایک بات یہ ہے کہ لوگ سمجھتے ہیں کہ یہ دعا ہے کہ دنیا کی جو ساری چیزیں ہیں اچھی یعنی ویلتھ اینڈ پراپرٹی اینڈ کار اینڈ سو ان وہ مانگ رہا ہے بندہ بلکہ مولانا نے اس کو ایکسپلین کیا تھا کہ یہ نہیں ہے مطلب</w:t>
      </w:r>
    </w:p>
    <w:p>
      <w:r>
        <w:rPr>
          <w:b/>
        </w:rPr>
        <w:t xml:space="preserve">[55:30] </w:t>
      </w:r>
      <w:r>
        <w:t>is ka is ka matlab yeh hai ke aye allah tere nazdeek jo cheez achhi hai hasana hai</w:t>
      </w:r>
    </w:p>
    <w:p>
      <w:pPr>
        <w:jc w:val="right"/>
      </w:pPr>
      <w:r>
        <w:t>اس کا اس کا مطلب یہ ہے کہ اے اللہ تیرے نزدیک جو چیز اچھی ہے حسنہ ہے</w:t>
      </w:r>
    </w:p>
    <w:p>
      <w:r>
        <w:rPr>
          <w:b/>
        </w:rPr>
        <w:t xml:space="preserve">[55:35] </w:t>
      </w:r>
      <w:r>
        <w:t>mere liye woh de de dunya ki bhi aur akhirat ki to allah se keh raha hai ke</w:t>
      </w:r>
    </w:p>
    <w:p>
      <w:pPr>
        <w:jc w:val="right"/>
      </w:pPr>
      <w:r>
        <w:t>میرے لیے وہ دے دے دنیا کی بھی اور اخرت کی تو اللہ سے کہہ رہا ہے کہ</w:t>
      </w:r>
    </w:p>
    <w:p>
      <w:r>
        <w:rPr>
          <w:b/>
        </w:rPr>
        <w:t xml:space="preserve">[55:39] </w:t>
      </w:r>
      <w:r>
        <w:t>tu de de woh cheez jo achi hai mere liye ah aur aise hi jo seven sleepers the</w:t>
      </w:r>
    </w:p>
    <w:p>
      <w:pPr>
        <w:jc w:val="right"/>
      </w:pPr>
      <w:r>
        <w:t>تو دے دے وہ چیز جو اچھی ہے میرے لیے اہ اور ایسے ہی جو سیون سلیپرز تھے</w:t>
      </w:r>
    </w:p>
    <w:p>
      <w:r>
        <w:rPr>
          <w:b/>
        </w:rPr>
        <w:t xml:space="preserve">[55:47] </w:t>
      </w:r>
      <w:r>
        <w:t>ashab kahf unhon ne bari achi dua ki thi rabbana atina min ladunka rehmatan wahya lana min amrina</w:t>
      </w:r>
    </w:p>
    <w:p>
      <w:pPr>
        <w:jc w:val="right"/>
      </w:pPr>
      <w:r>
        <w:t>اصحاب کہف انہوں نے بڑی اچھی دعا کی تھی ربنا اتنا من لدنک رحمہ وحی لنا من امرنا</w:t>
      </w:r>
    </w:p>
    <w:p>
      <w:r>
        <w:rPr>
          <w:b/>
        </w:rPr>
        <w:t xml:space="preserve">[55:53] </w:t>
      </w:r>
      <w:r>
        <w:t>rushdan ke a hamare rab tu apni taraf se hamare liye rehmat ata farma aur hamare mamle ko</w:t>
      </w:r>
    </w:p>
    <w:p>
      <w:pPr>
        <w:jc w:val="right"/>
      </w:pPr>
      <w:r>
        <w:t>رشدا کہ اے ہمارے رب تو اپنی طرف سے ہمارے لیے رحمت عطا فرما اور ہمارے معاملے کو</w:t>
      </w:r>
    </w:p>
    <w:p>
      <w:r>
        <w:rPr>
          <w:b/>
        </w:rPr>
        <w:t xml:space="preserve">[55:59] </w:t>
      </w:r>
      <w:r>
        <w:t>durust kar</w:t>
      </w:r>
    </w:p>
    <w:p>
      <w:pPr>
        <w:jc w:val="right"/>
      </w:pPr>
      <w:r>
        <w:t>درست کر</w:t>
      </w:r>
    </w:p>
    <w:p>
      <w:r>
        <w:rPr>
          <w:b/>
        </w:rPr>
        <w:t xml:space="preserve">[56:00] </w:t>
      </w:r>
      <w:r>
        <w:t>de yeh bhi badi comprehensive dua hai yani ismein bahut sa kai baatein aa gayi hain aur aise guidance ke liye dua kar sakte hain hidayat ke liye woh to bilkul surah fatiha mein hi hai ihdinas siratal mustaqim kitni chhoti dua hai aur kitni meaningful dua hai ke isse andaza hota hai ke Quran ke bilkul shuru mein Allah Allah taala ne di usko aise hi jo difficult times hain uske liye dua kar</w:t>
      </w:r>
    </w:p>
    <w:p>
      <w:pPr>
        <w:jc w:val="right"/>
      </w:pPr>
      <w:r>
        <w:t>دے یہ بھی بڑی کمپرینسو دعا ہے یعنی اس میں بہت سا کئی باتیں اگئی ہیں اور ایسے گائیڈنس کے لیے دعا کر سکتے ہیں ہدایت کے لیے وہ تو بالکل سورہ فاتحہ میں ہی ہے اہدنا الصراط المستقیم کتنی چھوٹی دعا ہے اور کتنی میننگ فل دعا ہے کہ اس سے اندازہ ہوتا ہے کہ قران کے بالکل شروع میں اللہ اللہ تعالی نے دی اس کو ایسے ہی جو ڈیفیکلٹ ٹائمز ہیں اس کے لیے دعا کر</w:t>
      </w:r>
    </w:p>
    <w:p>
      <w:r>
        <w:rPr>
          <w:b/>
        </w:rPr>
        <w:t xml:space="preserve">[56:27] </w:t>
      </w:r>
      <w:r>
        <w:t>sakte hain ya hayyu ya qayyum birahamatika astagheeth a zinda khuda a thamne wale khuda o living god</w:t>
      </w:r>
    </w:p>
    <w:p>
      <w:pPr>
        <w:jc w:val="right"/>
      </w:pPr>
      <w:r>
        <w:t>سکتے ہیں یا حی یا قیوم برحمتک استغیث اے زندہ خدا اے تھامنے والے خدا او لیونگ گاڈ</w:t>
      </w:r>
    </w:p>
    <w:p>
      <w:r>
        <w:rPr>
          <w:b/>
        </w:rPr>
        <w:t xml:space="preserve">[56:35] </w:t>
      </w:r>
      <w:r>
        <w:t>o sustaining god i need your mercy yeh maulana bohat karte the ke ya hayyu ya qayyum birahamatika</w:t>
      </w:r>
    </w:p>
    <w:p>
      <w:pPr>
        <w:jc w:val="right"/>
      </w:pPr>
      <w:r>
        <w:t>او سسٹیننگ گاڈ ائی نیڈ یور مرسی یہ مولانا بہت کرتے تھے کہ یا حی یا قیوم برحمتک</w:t>
      </w:r>
    </w:p>
    <w:p>
      <w:r>
        <w:rPr>
          <w:b/>
        </w:rPr>
        <w:t xml:space="preserve">[56:43] </w:t>
      </w:r>
      <w:r>
        <w:t>astagheeth ah yeh dua bohat hi choti hai aur bohat hi achi hai aur aise hi asani ke</w:t>
      </w:r>
    </w:p>
    <w:p>
      <w:pPr>
        <w:jc w:val="right"/>
      </w:pPr>
      <w:r>
        <w:t>استغیث اہ یہ دعا بہت ہی چھوٹی ہے اور بہت ہی اچھی ہے اور ایسے ہی اسانی کے</w:t>
      </w:r>
    </w:p>
    <w:p>
      <w:r>
        <w:rPr>
          <w:b/>
        </w:rPr>
        <w:t xml:space="preserve">[56:51] </w:t>
      </w:r>
      <w:r>
        <w:t>liye koi pareshani ho to uske liye dua kar sakte hain wasala li shani kulu isi ka</w:t>
      </w:r>
    </w:p>
    <w:p>
      <w:pPr>
        <w:jc w:val="right"/>
      </w:pPr>
      <w:r>
        <w:t>لیے کوئی پریشانی ہو تو اس کے لیے دعا کر سکتے ہیں وصلہ لی شانی کلو اسی کا</w:t>
      </w:r>
    </w:p>
    <w:p>
      <w:r>
        <w:rPr>
          <w:b/>
        </w:rPr>
        <w:t xml:space="preserve">[56:56] </w:t>
      </w:r>
      <w:r>
        <w:t>hissa hai aage</w:t>
      </w:r>
    </w:p>
    <w:p>
      <w:pPr>
        <w:jc w:val="right"/>
      </w:pPr>
      <w:r>
        <w:t>حصہ ہے اگے</w:t>
      </w:r>
    </w:p>
    <w:p>
      <w:r>
        <w:rPr>
          <w:b/>
        </w:rPr>
        <w:t xml:space="preserve">[56:57] </w:t>
      </w:r>
      <w:r>
        <w:t>wa yassir li shani kullah wa la takilni ila nafsi tarafata ain ke mere sare jo affairs hain usko theek kar de and don't leave me alone even for a blink of an eye ji yani bahut hi umdah dua hai yeh bhi zabardast ah aur aakhri jo main le raha hoon woh husn-e-rifaqat ki hai yani companionship ki ah ek bahut hi young sahabi the</w:t>
      </w:r>
    </w:p>
    <w:p>
      <w:pPr>
        <w:jc w:val="right"/>
      </w:pPr>
      <w:r>
        <w:t>وصلہ لی شانی کلو ولا تکلنی نفسی طرف عین کہ میرے سارے جو افیئرز ہیں اس کو ٹھیک کر دے اینڈ ڈونٹ لیو می الون ایون فار ا بلنک اف این ائی جی یعنی بہت ہی عمدہ دعا ہے یہ بھی زبردست اہ اور اخری جو میں لے رہا ہوں وہ حسن رفاقت کی ہے یعنی کمپینین شپ کی اہ ایک بہت ہی اہینگ صحابی تھے</w:t>
      </w:r>
    </w:p>
    <w:p>
      <w:r>
        <w:rPr>
          <w:b/>
        </w:rPr>
        <w:t xml:space="preserve">[57:24] </w:t>
      </w:r>
      <w:r>
        <w:t>unka naam hai Rabi'a bin Ka'ab al-Aslami al-Aslami isliye kehte the ke Aslam ek tribe tha usse ta'alluq tha unka aur woh young the aur ashabe suffah mein se the to unke paas kuch tha nahi wohin rehte the masjid mein wohin sote the aur aur Rasool Allah sallallahu alaihi wasallam ke jo ghar tha uske darwaze ke saamne aa ke so jate the taake jab bhi woh kholen bahar aayen to koi kaam ho chhota mota to main foran kar doon bahut hi dedicated</w:t>
      </w:r>
    </w:p>
    <w:p>
      <w:pPr>
        <w:jc w:val="right"/>
      </w:pPr>
      <w:r>
        <w:t>ان کا نام ہے ربیعہ بن کعب الاسلمی الاسلمی اس لیے کہتے تھے کہ اسلم ایک ٹرائب تھا اس سے تعلق تھا ان کا اور وہینگ تھے اور اصحاب الصفہ میں سے تھے تو ان کے پاس کچھ تھا نہیں وہیں رہتے تھے مسجد میں وہیں سوتے تھے اور اور رسول اللہ صلی اللہ علیہ وسلم کے جو گھر تھا اس کے دروازے کے سامنے ا کے سو جاتے تھے تاکہ جب بھی وہ کھولیں باہر ائیں تو کوئی کام ہو چھوٹا موٹا تو میں فورا کر دوں بہت ہی ڈیڈیکیٹڈ</w:t>
      </w:r>
    </w:p>
    <w:p>
      <w:r>
        <w:rPr>
          <w:b/>
        </w:rPr>
        <w:t xml:space="preserve">[57:52] </w:t>
      </w:r>
      <w:r>
        <w:t>to ek baar Rasool Allah bahar aaye aur foran woh ja ke pani laye aur wuzu karane lage to Rasool Allah sallallahu alaihi wasallam ko pata tha ke unke halaat kaise hain bahut mushkil hain to unhone kaha Rasool Allah sallallahu alaihi wasallam ne ke salni mango kuch mujh se ji main tumhein doon yani to unhone kaha ke mujhe aap ki companionship chahiye jannat mein humm to Rasool Allah sallallahu alaihi wasallam ne farmaya ke o ghair dhalik kuch aur mango yani kuch duniyawi cheez mango</w:t>
      </w:r>
    </w:p>
    <w:p>
      <w:pPr>
        <w:jc w:val="right"/>
      </w:pPr>
      <w:r>
        <w:t>تو ایک بار رسول اللہ باہر ائے اور فورا وہ جا کے پانی لائے اور وضو کرانے لگے تو رسول اللہ صلی اللہ علیہ وسلم کو پتہ تھا کہ ان کے حالات کیسے ہیں بہت مشکل ہیں تو انہوں نے کہا رسول اللہ صلی اللہ علیہ وسلم نے کہ سلنی مانگو کچھ مجھ سے جی میں تمہیں دوں یعنی تو انہوں نے کہا کہ مجھے اپ کی کمپینین شپ چاہیے جنت میں ہمم تو رسول اللہ صلی اللہ علیہ وسلم نے فرمایا کہ او غیر ذالی کچھ اور مانگو یعنی کچھ دنیاوی چیز مانگو</w:t>
      </w:r>
    </w:p>
    <w:p>
      <w:r>
        <w:rPr>
          <w:b/>
        </w:rPr>
        <w:t xml:space="preserve">[58:22] </w:t>
      </w:r>
      <w:r>
        <w:t>you need wealth you need a house you need a wife kuch aisi cheez mango to unhone kaha nahi bas mujhe aap ka saath chahiye jannat mein humm to Rasool Allah sallallahu alaihi wasallam ne farmaya ke achha yeh tumne badi bhari baat mangi hai thoda sajde mein izafa karo</w:t>
      </w:r>
    </w:p>
    <w:p>
      <w:pPr>
        <w:jc w:val="right"/>
      </w:pPr>
      <w:r>
        <w:t>یو نیڈ ویلتھ یو نیڈ ا ہاؤس یو نیڈ ا وائف کچھ ایسی چیز مانگو تو انہوں نے کہا نہیں بس مجھے اپ کا ساتھ چاہیے جنت میں ہمم تو رسول اللہ صلی اللہ علیہ وسلم نے فرمایا کہ اچھا یہ تم نے بڑی بھاری بات مانگی ہے تھوڑا سجدے میں اضافہ کرو</w:t>
      </w:r>
    </w:p>
    <w:p>
      <w:r>
        <w:rPr>
          <w:b/>
        </w:rPr>
        <w:t xml:space="preserve">[58:38] </w:t>
      </w:r>
      <w:r>
        <w:t>ji to yeh kuch duaen thin mashallah jo kar sakte hain aur aakhir mein main dua karta hoon</w:t>
      </w:r>
    </w:p>
    <w:p>
      <w:pPr>
        <w:jc w:val="right"/>
      </w:pPr>
      <w:r>
        <w:t>جی تو یہ کچھ دعائیں تھیں ماشاءاللہ جو کر سکتے ہیں اور اخر میں میں دعا کرتا ہوں</w:t>
      </w:r>
    </w:p>
    <w:p>
      <w:r>
        <w:rPr>
          <w:b/>
        </w:rPr>
        <w:t xml:space="preserve">[58:45] </w:t>
      </w:r>
      <w:r>
        <w:t>ke a allah hum ko dawat aur apni dawat aur marifat aur apni azmat mein jeene wale insan</w:t>
      </w:r>
    </w:p>
    <w:p>
      <w:pPr>
        <w:jc w:val="right"/>
      </w:pPr>
      <w:r>
        <w:t>کہ اے اللہ ہم کو دعوت اور اپنی دعوت اور معرفت اور اپنی عظمت میں جینے والے انسان</w:t>
      </w:r>
    </w:p>
    <w:p>
      <w:r>
        <w:rPr>
          <w:b/>
        </w:rPr>
        <w:t xml:space="preserve">[58:53] </w:t>
      </w:r>
      <w:r>
        <w:t>banaye aur jo hamare aamal hain is ramzan mein khas taur se aur baad mein bhi woh qubool</w:t>
      </w:r>
    </w:p>
    <w:p>
      <w:pPr>
        <w:jc w:val="right"/>
      </w:pPr>
      <w:r>
        <w:t>بنائے اور جو ہمارے اعمال ہیں اس رمضان میں خاص طور سے اور بعد میں بھی وہ قبول</w:t>
      </w:r>
    </w:p>
    <w:p>
      <w:r>
        <w:rPr>
          <w:b/>
        </w:rPr>
        <w:t xml:space="preserve">[58:59] </w:t>
      </w:r>
      <w:r>
        <w:t>farma aur hum hum hum hum tamam logon ko jannat mein husn rifaqat achi companionship jaise quran</w:t>
      </w:r>
    </w:p>
    <w:p>
      <w:pPr>
        <w:jc w:val="right"/>
      </w:pPr>
      <w:r>
        <w:t>فرما اور ہم ہم ہم ہم تمام لوگوں کو جنت میں حسن رفاقت اچھی کمپینین شپ جیسے قران</w:t>
      </w:r>
    </w:p>
    <w:p>
      <w:r>
        <w:rPr>
          <w:b/>
        </w:rPr>
        <w:t xml:space="preserve">[59:09] </w:t>
      </w:r>
      <w:r>
        <w:t>mein aata hai olaika ma al nabiyyin was siddiqin was shuhada was salihin wa hasuna ulaika ra</w:t>
      </w:r>
    </w:p>
    <w:p>
      <w:pPr>
        <w:jc w:val="right"/>
      </w:pPr>
      <w:r>
        <w:t>میں اتا ہے اولائکما النبیین وصدیقین وشہداء وصالحین وحسن اولائک ر</w:t>
      </w:r>
    </w:p>
    <w:p>
      <w:r>
        <w:rPr>
          <w:b/>
        </w:rPr>
        <w:t xml:space="preserve">[59:14] </w:t>
      </w:r>
      <w:r>
        <w:t>fiqah to allah taala is tarah ke nek bando mein hamara saath de aur ah</w:t>
      </w:r>
    </w:p>
    <w:p>
      <w:pPr>
        <w:jc w:val="right"/>
      </w:pPr>
      <w:r>
        <w:t>فیقہ تو اللہ تعالی اس طرح کے نیک بندوں میں ہمارا ساتھ دے اور اہ</w:t>
      </w:r>
    </w:p>
    <w:p>
      <w:r>
        <w:rPr>
          <w:b/>
        </w:rPr>
        <w:t xml:space="preserve">[59:21] </w:t>
      </w:r>
      <w:r>
        <w:t>ah ah behtar tareeqe se jo hum paigham pahunchana chahte hain jo mission hai usko tofeeq de</w:t>
      </w:r>
    </w:p>
    <w:p>
      <w:pPr>
        <w:jc w:val="right"/>
      </w:pPr>
      <w:r>
        <w:t>اہ اہ بہتر طریقے سے جو ہم پیغام پہنچانا چاہتے ہیں جو مشن ہے اس کو توفیق دے</w:t>
      </w:r>
    </w:p>
    <w:p>
      <w:r>
        <w:rPr>
          <w:b/>
        </w:rPr>
        <w:t xml:space="preserve">[59:28] </w:t>
      </w:r>
      <w:r>
        <w:t>ke hum isko aur achhe tareeqe se pahuncha saken aur jo mission ke sathi hain un mein</w:t>
      </w:r>
    </w:p>
    <w:p>
      <w:pPr>
        <w:jc w:val="right"/>
      </w:pPr>
      <w:r>
        <w:t>کہ ہم اس کو اور اچھے طریقے سے پہنچا سکیں اور جو مشن کے ساتھی ہیں ان میں</w:t>
      </w:r>
    </w:p>
    <w:p>
      <w:r>
        <w:rPr>
          <w:b/>
        </w:rPr>
        <w:t xml:space="preserve">[59:33] </w:t>
      </w:r>
      <w:r>
        <w:t>team spirit paida ho aur jo kaam ka ki importance hai woh samjhen aur usko achhi tarah</w:t>
      </w:r>
    </w:p>
    <w:p>
      <w:pPr>
        <w:jc w:val="right"/>
      </w:pPr>
      <w:r>
        <w:t>ٹیم سپرٹ پیدا ہو اور جو کام کا کی امپورٹنس ہے وہ سمجھیں اور اس کو اچھی طرح</w:t>
      </w:r>
    </w:p>
    <w:p>
      <w:r>
        <w:rPr>
          <w:b/>
        </w:rPr>
        <w:t xml:space="preserve">[59:40] </w:t>
      </w:r>
      <w:r>
        <w:t>se kar saken aur aakhir mein maulana ke liye bhi dua karte hain ke allah taala maulana ke</w:t>
      </w:r>
    </w:p>
    <w:p>
      <w:pPr>
        <w:jc w:val="right"/>
      </w:pPr>
      <w:r>
        <w:t>سے کر سکیں اور اخر میں مولانا کے لیے بھی دعا کرتے ہیں کہ اللہ تعالی مولانا کے</w:t>
      </w:r>
    </w:p>
    <w:p>
      <w:r>
        <w:rPr>
          <w:b/>
        </w:rPr>
        <w:t xml:space="preserve">[59:45] </w:t>
      </w:r>
      <w:r>
        <w:t>darajat ko buland kare aur unki khidmat ko hum samjhen aur is jo role hai us ko</w:t>
      </w:r>
    </w:p>
    <w:p>
      <w:pPr>
        <w:jc w:val="right"/>
      </w:pPr>
      <w:r>
        <w:t>درجات کو بلند کرے اور ان کی خدمات کو ہم سمجھیں اور اس جو رول ہے اس کو</w:t>
      </w:r>
    </w:p>
    <w:p>
      <w:r>
        <w:rPr>
          <w:b/>
        </w:rPr>
        <w:t xml:space="preserve">[59:52] </w:t>
      </w:r>
      <w:r>
        <w:t>ada karne ki tofeeq ata farma</w:t>
      </w:r>
    </w:p>
    <w:p>
      <w:pPr>
        <w:jc w:val="right"/>
      </w:pPr>
      <w:r>
        <w:t>ادا کرنے کی توفیق عطا فرم</w:t>
      </w:r>
    </w:p>
    <w:p>
      <w:r>
        <w:rPr>
          <w:b/>
        </w:rPr>
        <w:t xml:space="preserve">[59:55] </w:t>
      </w:r>
      <w:r>
        <w:t>aye wa sallallahu taala ala khairi khalqihi Muhammadin wa ala aalihi wa ashabihi ajmaeen bi rahmatika ya rahmanur rahim jazak Allah doctor sahib jazak Allah apa thank you for doing a very good session today ah in fact kuch countries mein aaj se hi das aakhri das din shuru ho jayenge balki yahan bhi aur Indian subcontinent mein bhi kal se ji haan ji das din aaj se hi ho jayenge aaj se hi ho jayenge aaj ki raat tha aaj ki raat so</w:t>
      </w:r>
    </w:p>
    <w:p>
      <w:pPr>
        <w:jc w:val="right"/>
      </w:pPr>
      <w:r>
        <w:t>ائے وصلی اللہ تعالی علی خیر خلقہ محمد وعلی الہ واصحابہ اجمعین برحمتک یا رحمن الرحیم جزاک اللہ ڈاکٹر صاحب جزاک اللہ اپا تھینک یو فار ڈوئنگ ا ویری گڈ سیشن ٹوڈے اہ ان فیکٹ کچھ کنٹریز میں اج سے ہی دس اخری دس دن شروع ہو جائیں گے بلکہ یہاں بھی اور انڈین سب کانٹیننٹ میں بھی کل سے جی ہاں جی دس دن اج سے ہی ہو جائیں گے اج سے ہی ہو جائیں گے اج کی رات تھا اج کی رات سو</w:t>
      </w:r>
    </w:p>
    <w:p>
      <w:r>
        <w:rPr>
          <w:b/>
        </w:rPr>
        <w:t xml:space="preserve">[1:00:20] </w:t>
      </w:r>
      <w:r>
        <w:t>ah ah i pray that may these ten days be a source of mercy forgiveness and reward from Allah for all of us so we land today session be back next Sunday 10:30 AM thank you.</w:t>
      </w:r>
    </w:p>
    <w:p>
      <w:pPr>
        <w:jc w:val="right"/>
      </w:pPr>
      <w:r>
        <w:t>اہ ائی پری دیٹ می دیز ٹین ڈیز بی ا سورس اف مرسی فورگیونس اینڈ ریوارڈ فرام اللہ فار ال اف اس سو وی لینڈ ٹوڈے سیشن بی بیک نیکسٹ سنڈے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