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Love of God January 21, 2024</w:t>
      </w:r>
    </w:p>
    <w:p>
      <w:r>
        <w:t>https://youtu.be/KpTkEkHstYY</w:t>
      </w:r>
    </w:p>
    <w:p>
      <w:r>
        <w:rPr>
          <w:b/>
        </w:rPr>
        <w:t xml:space="preserve">[00:11] </w:t>
      </w:r>
      <w:r>
        <w:t>Assalamualaikum. Today we will have a conversation with Professor Fareeda Khan on the subject "What is Love of God".</w:t>
      </w:r>
    </w:p>
    <w:p>
      <w:pPr>
        <w:jc w:val="right"/>
      </w:pPr>
      <w:r>
        <w:t>السلامعلیکم۔ ٹوڈےویویلہیو کانورسی شنودپروفیسرفریدہخان م آن دا سبجیکٹ "واٹاز لو آف گاڈ"۔</w:t>
      </w:r>
    </w:p>
    <w:p>
      <w:r>
        <w:rPr>
          <w:b/>
        </w:rPr>
        <w:t xml:space="preserve">[00:20] </w:t>
      </w:r>
      <w:r>
        <w:t>Everything that we receive in this world is a blessing of God. The more we think about it, the more our love for God increases.</w:t>
      </w:r>
    </w:p>
    <w:p>
      <w:pPr>
        <w:jc w:val="right"/>
      </w:pPr>
      <w:r>
        <w:t>ایوریتھنگدیٹوی ریسیوان دس ورلڈاز اےبلیسنگآفگاڈ۔ دا مورویتھنکاباؤٹاٹ ،دا موراور لو فار گاڈ انکریز۔</w:t>
      </w:r>
    </w:p>
    <w:p>
      <w:r>
        <w:rPr>
          <w:b/>
        </w:rPr>
        <w:t xml:space="preserve">[00:30] </w:t>
      </w:r>
      <w:r>
        <w:t>In chapter two of the Quran it says: "Those who believe love God the most".</w:t>
      </w:r>
    </w:p>
    <w:p>
      <w:pPr>
        <w:jc w:val="right"/>
      </w:pPr>
      <w:r>
        <w:t>انچیپٹرٹوآفداقرآن اٹسیز: "دوزہو بیلیو لو گاڈ دا موسٹ"۔</w:t>
      </w:r>
    </w:p>
    <w:p>
      <w:r>
        <w:rPr>
          <w:b/>
        </w:rPr>
        <w:t xml:space="preserve">[00:37] </w:t>
      </w:r>
      <w:r>
        <w:t>to chaliye aaj isi mauzu par charcha karte hain Fareeda apa ke sath. Assalamualaikum apa, kaise hain aap? Wa alaikum assalam. Sab khairiyat hai, aap bhi theek hain? Ji Alhamdulillah.</w:t>
      </w:r>
    </w:p>
    <w:p>
      <w:pPr>
        <w:jc w:val="right"/>
      </w:pPr>
      <w:r>
        <w:t>توچلیےآجاسی موضوعپرچرچاکرتے ہیں فریدہآپاکےساتھ ۔ السلامعلیکمآپا،کیسےہیںآپ؟وعلیکمالسلام ۔ سب خیریتہے،آپبھیٹھیکہیں؟جی الحمدللہ۔</w:t>
      </w:r>
    </w:p>
    <w:p>
      <w:r>
        <w:rPr>
          <w:b/>
        </w:rPr>
        <w:t xml:space="preserve">[00:46] </w:t>
      </w:r>
      <w:r>
        <w:t>Apa, sab se pehla sawal to mera yahi hai, topic ke upar ke "What is love of God" is ke bare mein aap hum sab ko bataein.</w:t>
      </w:r>
    </w:p>
    <w:p>
      <w:pPr>
        <w:jc w:val="right"/>
      </w:pPr>
      <w:r>
        <w:t>آپا،سبسے پہلاسوال تومیرایہیہے، ٹاپککےاوپر کہ "واٹازلو آفگاڈ" اسکےبارےمیںآپ ہمسبکوبت ائیں۔</w:t>
      </w:r>
    </w:p>
    <w:p>
      <w:r>
        <w:rPr>
          <w:b/>
        </w:rPr>
        <w:t xml:space="preserve">[00:57] </w:t>
      </w:r>
      <w:r>
        <w:t>Bhai jo aap ne farmaya na: "Wallazeena aamano ashadd hubba lillah". Matlab aamano, jo log iman late hain, jo momineen.</w:t>
      </w:r>
    </w:p>
    <w:p>
      <w:pPr>
        <w:jc w:val="right"/>
      </w:pPr>
      <w:r>
        <w:t>بھئیجوآپنےفرمایا نا: "والذ ین آمنواأش د حبا لله" ۔مطلب آمنوا،جولوگ ایمان لاتےہیں،جو مومنہیں۔</w:t>
      </w:r>
    </w:p>
    <w:p>
      <w:r>
        <w:rPr>
          <w:b/>
        </w:rPr>
        <w:t xml:space="preserve">[01:07] </w:t>
      </w:r>
      <w:r>
        <w:t>Ek hain Muslim, jo de har matlab de are Muslims by birth. Ek hain jo believers hain. Isi liye Quran mein bar bar believers ka lafz istemal kiya gaya hai.</w:t>
      </w:r>
    </w:p>
    <w:p>
      <w:pPr>
        <w:jc w:val="right"/>
      </w:pPr>
      <w:r>
        <w:t>ایک ہیں مسلم،جو دےہرمطلب دےآرمسلم ز بائی برتھ۔ ایکہیںجو بیلیورزہیں۔ اسیلیے قرآنمیں باربار بیلیورز کالفظاستعمال کیا گیاہے۔</w:t>
      </w:r>
    </w:p>
    <w:p>
      <w:r>
        <w:rPr>
          <w:b/>
        </w:rPr>
        <w:t xml:space="preserve">[01:18] </w:t>
      </w:r>
      <w:r>
        <w:t>To woh Allah se bohat zyada mohabbat karte hain.</w:t>
      </w:r>
    </w:p>
    <w:p>
      <w:pPr>
        <w:jc w:val="right"/>
      </w:pPr>
      <w:r>
        <w:t>تو وہ اللہ سے بہت زیادہ محبتکرتے ہیں۔</w:t>
      </w:r>
    </w:p>
    <w:p>
      <w:r>
        <w:rPr>
          <w:b/>
        </w:rPr>
        <w:t xml:space="preserve">[01:22] </w:t>
      </w:r>
      <w:r>
        <w:t>Kyun ke Allah jo hai wohi munim hai, wohi benefactor hai, usi creator hai, razzaq hai. Sab kuch Allah ka diya hua hai.</w:t>
      </w:r>
    </w:p>
    <w:p>
      <w:pPr>
        <w:jc w:val="right"/>
      </w:pPr>
      <w:r>
        <w:t>کیونکہ اللہ جو ہے وہی من یمہے،وہی بینیفیکٹرہے، اسی کری ٹرہے، رازقہے۔ سبکچھ اللہ کادیا ہواہے۔</w:t>
      </w:r>
    </w:p>
    <w:p>
      <w:r>
        <w:rPr>
          <w:b/>
        </w:rPr>
        <w:t xml:space="preserve">[01:32] </w:t>
      </w:r>
      <w:r>
        <w:t>To hamein is ki bohat zyada, us se jisko Mola ne kaha hai, strong affection us se hona chahiye hamein. To us ke liye bar bar aaya hai hadith mein bhi aur Quran mein bhi ke hum Khuda ka zikr karein, Khuda ko yaad karein.</w:t>
      </w:r>
    </w:p>
    <w:p>
      <w:pPr>
        <w:jc w:val="right"/>
      </w:pPr>
      <w:r>
        <w:t>تو ہمیں اسکی بہت زیادہ ، اسسے جسکو مول انانےکہاہے، اسٹرانگ اف یکشن اسسےہوناچاہیےہمیں۔ تو اسکےلیے باربار آیاہے حدیثمیںبھیاور قرآنمیںبھی کہہم خداکا ذکرکریں،خداکویادکریں۔</w:t>
      </w:r>
    </w:p>
    <w:p>
      <w:r>
        <w:rPr>
          <w:b/>
        </w:rPr>
        <w:t xml:space="preserve">[01:49] </w:t>
      </w:r>
      <w:r>
        <w:t>To Quran mein aaya hai: "Ya ayyuhal lazeena aamano zikrul laaha zikran katheera". Ae iman walo! Allah ko bohat zyada yaad karo.</w:t>
      </w:r>
    </w:p>
    <w:p>
      <w:pPr>
        <w:jc w:val="right"/>
      </w:pPr>
      <w:r>
        <w:t>تو قرآنمیںآیاہے:"یا ایہاالذین آمنوااذکروااللہ ذکرا کثیرا"۔ اےایمانوالو!اللہ کو بہت زیادہ یادکرو۔</w:t>
      </w:r>
    </w:p>
    <w:p>
      <w:r>
        <w:rPr>
          <w:b/>
        </w:rPr>
        <w:t xml:space="preserve">[01:59] </w:t>
      </w:r>
      <w:r>
        <w:t>To bohat zyada yaad karne ka matlab kya hai? Matlab ke hum ko sochna padega, kyun ke God is invisible. To hamein soch soch kar Khuda ki nematton ko yaad karna padta hai, kyun ke bohat sari cheezein aisi hain jo hum take for granted karte hain na.</w:t>
      </w:r>
    </w:p>
    <w:p>
      <w:pPr>
        <w:jc w:val="right"/>
      </w:pPr>
      <w:r>
        <w:t>تو بہت زیادہ یادکرنے کامطلبکیا ہے؟ مطلبکہہم کو سوچناپڑےگا،کیونکہ گاڈاز انویزی بل۔ توہمیں سوچسوچکرخداکینعمتوںکو یادکرناپڑتاہے،کیونکہبہت ساری چ یزیںایسیہیں جو ہم ٹیکفار گرانٹڈکرتےہیںنا۔</w:t>
      </w:r>
    </w:p>
    <w:p>
      <w:r>
        <w:rPr>
          <w:b/>
        </w:rPr>
        <w:t xml:space="preserve">[02:17] </w:t>
      </w:r>
      <w:r>
        <w:t>Har cheez hamein rozana mil rahi hai.</w:t>
      </w:r>
    </w:p>
    <w:p>
      <w:pPr>
        <w:jc w:val="right"/>
      </w:pPr>
      <w:r>
        <w:t>ہرچیزہمیںروز انہملرہیہے۔</w:t>
      </w:r>
    </w:p>
    <w:p>
      <w:r>
        <w:rPr>
          <w:b/>
        </w:rPr>
        <w:t xml:space="preserve">[02:19] </w:t>
      </w:r>
      <w:r>
        <w:t>Jo cheez bhi asal mein woh Khuda ki nemat hai, lekin hum ko hum ko cause and effect ke tehat mil rahi hai. Khana hai, peena hai, baqi tamam zaroorat ka samana hai.</w:t>
      </w:r>
    </w:p>
    <w:p>
      <w:pPr>
        <w:jc w:val="right"/>
      </w:pPr>
      <w:r>
        <w:t>جو چیزبھی اصلمیںوہخداکینعمتہے،لیکن ہمکو ہمکو کازاینڈایفیکٹکےتحت ملرہیہے۔ کھاناہے، پیناہے، باقیتمام ضرورت کا سامانہے۔</w:t>
      </w:r>
    </w:p>
    <w:p>
      <w:r>
        <w:rPr>
          <w:b/>
        </w:rPr>
        <w:t xml:space="preserve">[02:30] </w:t>
      </w:r>
      <w:r>
        <w:t>To hum us ko for granted le lete hain. To hamein sochna padega. Soch soch kar ke yeh Khuda ka diya hua hai. To tab hamein Allah ki nemat jo hai, uska sahi maene mein hum shukr ada karenge.</w:t>
      </w:r>
    </w:p>
    <w:p>
      <w:pPr>
        <w:jc w:val="right"/>
      </w:pPr>
      <w:r>
        <w:t>توہم اسکو فار گرانٹڈلےلیتےہیں۔ توہمیںسوچناپڑےگا۔ سوچسوچکرکہیہخداکادیاہواہے۔ تو تب ہمیں اللہ کینعمتجوہے، اسکا صحیحمعنیمیںہمشکراداکریںگے۔</w:t>
      </w:r>
    </w:p>
    <w:p>
      <w:r>
        <w:rPr>
          <w:b/>
        </w:rPr>
        <w:t xml:space="preserve">[02:44] </w:t>
      </w:r>
      <w:r>
        <w:t>To yahi source hai, agar jo mohabbat ilahi hai, uska source yeh yeh hai ke hum poore tareeqe se yeh mehsoos karein ke yeh Khuda ki taraf se hai.</w:t>
      </w:r>
    </w:p>
    <w:p>
      <w:pPr>
        <w:jc w:val="right"/>
      </w:pPr>
      <w:r>
        <w:t>تو یہی سورسہے، اگر جو محبت الہیہے، اسکا سورس یہیہےکہہمپورےطریقےسے یہ محسوس کریںکہیہ خداکیطرف سےہے۔</w:t>
      </w:r>
    </w:p>
    <w:p>
      <w:r>
        <w:rPr>
          <w:b/>
        </w:rPr>
        <w:t xml:space="preserve">[02:56] </w:t>
      </w:r>
      <w:r>
        <w:t>Is mein hamara koi bhi contribution nahi hai. To yeh cheez jo hai na, hamein Khuda ki yaad bar bar hamein dilati rehti hai.</w:t>
      </w:r>
    </w:p>
    <w:p>
      <w:pPr>
        <w:jc w:val="right"/>
      </w:pPr>
      <w:r>
        <w:t>اسمیںہمارا کوئی بھی کنٹریبیوشننہیںہے۔ تو یہ چیزجوہےنا،ہمیں خداکی یاد بار بارہمیںدلاتیرہتیہے۔</w:t>
      </w:r>
    </w:p>
    <w:p>
      <w:r>
        <w:rPr>
          <w:b/>
        </w:rPr>
        <w:t xml:space="preserve">[03:05] </w:t>
      </w:r>
      <w:r>
        <w:t>Aur hamara us waqt tak na jab tak ke hum Khuda hamara supreme concern ban</w:t>
      </w:r>
    </w:p>
    <w:p>
      <w:pPr>
        <w:jc w:val="right"/>
      </w:pPr>
      <w:r>
        <w:t>اور ہمارا اسوقت تک نہجبتک کہہمخداہمارا سپریم کنسرنبنج</w:t>
      </w:r>
    </w:p>
    <w:p>
      <w:r>
        <w:rPr>
          <w:b/>
        </w:rPr>
        <w:t xml:space="preserve">[03:11] </w:t>
      </w:r>
      <w:r>
        <w:t>aie. kyunke log dekhte hain ke hamko doosre doosre zarai se saman mil raha hai, cheezein mil rahi hain. log hamari care karne ke liye hain, hamare maa baap hain.</w:t>
      </w:r>
    </w:p>
    <w:p>
      <w:pPr>
        <w:jc w:val="right"/>
      </w:pPr>
      <w:r>
        <w:t>ائے۔ کیونکہلوگ دیکھتےہیںکہہمکو دوسرےدوسرےذرائعسےسامانملرہاہے،چیزیںملرہیہیں۔ لوگہماری کیئرکرنےکےلیےہیں،ہمارےماںباپہیں۔</w:t>
      </w:r>
    </w:p>
    <w:p>
      <w:r>
        <w:rPr>
          <w:b/>
        </w:rPr>
        <w:t xml:space="preserve">[03:20] </w:t>
      </w:r>
      <w:r>
        <w:t>to hamara attention jo hai na, wo divert ho jati hai. hum samajhte hain ke hamko in cheezon se, maadi cheezon se, hamari sab zaroorat ki cheezein mil rahi hain.</w:t>
      </w:r>
    </w:p>
    <w:p>
      <w:pPr>
        <w:jc w:val="right"/>
      </w:pPr>
      <w:r>
        <w:t>توہمارا اٹینشنجوہےنا،وہڈائیورٹہوجاتیہے۔ ہمسمجھتےہیںکہہمکو ان چیزوںسے ، مادیچیزوںسے ،ہماری سبضرورتکیچیزیںملرہیہیں۔</w:t>
      </w:r>
    </w:p>
    <w:p>
      <w:r>
        <w:rPr>
          <w:b/>
        </w:rPr>
        <w:t xml:space="preserve">[03:31] </w:t>
      </w:r>
      <w:r>
        <w:t>lekin agar hum think karein ke quran mein isi liye thinking ka tadabbur, tafakkur ka bohat zyada zor diya gaya hai.</w:t>
      </w:r>
    </w:p>
    <w:p>
      <w:pPr>
        <w:jc w:val="right"/>
      </w:pPr>
      <w:r>
        <w:t>لیکن اگر ہم تھنککریں کہقرآنمیںاسیلیے تھنکنگ کاتد بر ،تف کرکا بہت زیادہ زوردیاگیاہے۔</w:t>
      </w:r>
    </w:p>
    <w:p>
      <w:r>
        <w:rPr>
          <w:b/>
        </w:rPr>
        <w:t xml:space="preserve">[03:40] </w:t>
      </w:r>
      <w:r>
        <w:t>kyunke think karne se hi sab baatein samajh mein aati hain. to is se hamein khuda ki discovery hoti hai. to khuda ki jab discovery hoti hai, tabhi hum samajh sakte hain ke khuda jo hai, hamara sab kuch khuda hai.</w:t>
      </w:r>
    </w:p>
    <w:p>
      <w:pPr>
        <w:jc w:val="right"/>
      </w:pPr>
      <w:r>
        <w:t>کیونکہ تھنک کرنےسے ہی سبباتیںسمجھمیںآتیہیں۔ تو اسیسےہمیں خداکیڈسکوری ہوتیہے۔ تو خداکیجب ڈسکوریہوتیہے، تبھیہم سمجھسکتےہیں کہ خداجوہے، ہمارا سبکچھخداہے۔</w:t>
      </w:r>
    </w:p>
    <w:p>
      <w:r>
        <w:rPr>
          <w:b/>
        </w:rPr>
        <w:t xml:space="preserve">[03:56] </w:t>
      </w:r>
      <w:r>
        <w:t>khuda qadir mutlaq hai aur insaan aajiz mutlaq hai. insaan ke paas kuch bhi nahin, agar khuda isko na de to hamare paas kuch kuch bhi nahin</w:t>
      </w:r>
    </w:p>
    <w:p>
      <w:pPr>
        <w:jc w:val="right"/>
      </w:pPr>
      <w:r>
        <w:t>خدا قادر مطلقہے اور انسان عاجز مطلقہے۔ انسان کےپاسکچھبھینہیں ،اگر خدااسکو نہدے توہمارےپاس کچھ کچھبھینہیں</w:t>
      </w:r>
    </w:p>
    <w:p>
      <w:r>
        <w:rPr>
          <w:b/>
        </w:rPr>
        <w:t xml:space="preserve">[04:07] </w:t>
      </w:r>
      <w:r>
        <w:t>hai. to hamein is ka ehsaas hona chahiye, izzat ka ehsaas. to tabhi hum khuda se ta'alluq qaim kar paate hain. to is mein bohat sari cheezein hain, kyun log khuda se door ho jaate hain?</w:t>
      </w:r>
    </w:p>
    <w:p>
      <w:pPr>
        <w:jc w:val="right"/>
      </w:pPr>
      <w:r>
        <w:t>ہے۔ تو ہمیں اسکا احساس ہوناچاہیے، عزتکااحساس۔ توتبھیہمخداسے تعلق قائمکرپاتےہیں۔ تو اسمیں بہت ساریچیزیںہیں،کیوںلوگ خداسےدورہوجاتےہیں؟</w:t>
      </w:r>
    </w:p>
    <w:p>
      <w:r>
        <w:rPr>
          <w:b/>
        </w:rPr>
        <w:t xml:space="preserve">[04:20] </w:t>
      </w:r>
      <w:r>
        <w:t>khuda se unka attention divert ho jati hai. to is ki wajah hai conditioning. kyunke jo hai insaan, har insaan ek case hai conditioning ka.</w:t>
      </w:r>
    </w:p>
    <w:p>
      <w:pPr>
        <w:jc w:val="right"/>
      </w:pPr>
      <w:r>
        <w:t>خداسے انکیاٹینشنڈائیورٹہوجاتیہے۔ تو اسکیوجہ ہے کنڈیشننگ۔ کیونکہ جوہے انسان ،ہرانسان ایک کیسہےکنڈیشننگکا ۔</w:t>
      </w:r>
    </w:p>
    <w:p>
      <w:r>
        <w:rPr>
          <w:b/>
        </w:rPr>
        <w:t xml:space="preserve">[04:31] </w:t>
      </w:r>
      <w:r>
        <w:t>isko jo bhi is ka jo mahaul hota hai, society mein, ghar mein, school mein, to wahan se wo conditioned ho jata hai. to conditioned ho jata hai, to wahan isko lagta hai ke yeh sari cheezein hamein doosre doosre logon ke zariye se hamein mil rahi hain.</w:t>
      </w:r>
    </w:p>
    <w:p>
      <w:pPr>
        <w:jc w:val="right"/>
      </w:pPr>
      <w:r>
        <w:t>اسکو جوبھی اسکاجو ماحولہوتاہے، سوسائٹیمیں،گھرمیں، سکولمیں،تو وہاںسےوہکنڈیشنڈہوجاتاہے۔ تو کنڈیشنڈہوجاتا ہے،تووہاںاسکولگتاہےکہیہساریچیزیںہمیں دوسرےدوسرےلوگوںکےذریعےسےہمیںملرہیہیں۔</w:t>
      </w:r>
    </w:p>
    <w:p>
      <w:r>
        <w:rPr>
          <w:b/>
        </w:rPr>
        <w:t xml:space="preserve">[04:47] </w:t>
      </w:r>
      <w:r>
        <w:t>aur is ka jo sara focus ho jata hai, wo is ki family ho jati hai, is ka business ho jata hai. is ka baqi jo is ko pastime hota</w:t>
      </w:r>
    </w:p>
    <w:p>
      <w:pPr>
        <w:jc w:val="right"/>
      </w:pPr>
      <w:r>
        <w:t>اور اسکاجو سارا فوکسہوجاتاہے، وہ اسکی فیملیہوجاتیہے، اسکا بزنسہوجاتا ہے۔ اسکا باقیجو اسکو پاسٹائمہوتا</w:t>
      </w:r>
    </w:p>
    <w:p>
      <w:r>
        <w:rPr>
          <w:b/>
        </w:rPr>
        <w:t xml:space="preserve">[04:58] </w:t>
      </w:r>
      <w:r>
        <w:t>hai, wo is mein entertainment mein guzar deta hai. abhi mujhe kal pata chala ke ek sahib hain, bare business man hain. to wo kisi cheez se koi dilchasp nahin rakhte.</w:t>
      </w:r>
    </w:p>
    <w:p>
      <w:pPr>
        <w:jc w:val="right"/>
      </w:pPr>
      <w:r>
        <w:t>ہے، وہ اسمیں انٹرٹینمنٹمیںگزاردیتاہے۔ ابھیمجھےکل پتہچلا کہایکصاحبہیں،بڑےبزنس مینہیں۔ تو وہکسی چیزسےکوئیدل چسپینہیںرکھتے۔</w:t>
      </w:r>
    </w:p>
    <w:p>
      <w:r>
        <w:rPr>
          <w:b/>
        </w:rPr>
        <w:t xml:space="preserve">[05:08] </w:t>
      </w:r>
      <w:r>
        <w:t>bohat kam sote hain, din raat bas business ke kamon mein lage rehte hain. to is tareeqe se hamara focus jo hai, wo divert ho jata hai. to wo gehra ta'alluq jo hai, khuda se qaim nahin ho pata.</w:t>
      </w:r>
    </w:p>
    <w:p>
      <w:pPr>
        <w:jc w:val="right"/>
      </w:pPr>
      <w:r>
        <w:t>بہت کم سوتےہیں،دن رات بسبزنسکےکاموںمیںلگےرہتےہیں۔ تو اسطریقےسے ہمارا فوکسجوہے،وہڈائیورٹہوجاتاہے۔ تووہ گہرا تعلق جوہے،خداسےقائمنہیںہوپاتا۔</w:t>
      </w:r>
    </w:p>
    <w:p>
      <w:r>
        <w:rPr>
          <w:b/>
        </w:rPr>
        <w:t xml:space="preserve">[05:20] </w:t>
      </w:r>
      <w:r>
        <w:t>ab mazhabi logon ka kya hai ke in ke koi akabir hote hain, in ke guru hote hain. to in se wo sab kuch samajh lete hain ke wo hai ke jo kuch hamein lena hai, le lenge Muhammad se.</w:t>
      </w:r>
    </w:p>
    <w:p>
      <w:pPr>
        <w:jc w:val="right"/>
      </w:pPr>
      <w:r>
        <w:t>اب مذہبیلوگوںکاکیاہےکہانکےکوئی اکابر ہوتےہیں، انکے گرو ہوتےہیں۔ تو انسے وہ سبکچھسمجھلیتےہیں کہ وہ ہے کہ جوکچھہمیںلیناہے، لےلیںگےمحمد سے ۔</w:t>
      </w:r>
    </w:p>
    <w:p>
      <w:r>
        <w:rPr>
          <w:b/>
        </w:rPr>
        <w:t xml:space="preserve">[05:34] </w:t>
      </w:r>
      <w:r>
        <w:t>to yahi taqreeban har religious group ka hai ke in ke jo guru hote hain, wo samajhte hain wo guru ke zariye se in ko sab kuch mil raha hai. to yeh tamam asbab ke parde ko hamein pharna parega.</w:t>
      </w:r>
    </w:p>
    <w:p>
      <w:pPr>
        <w:jc w:val="right"/>
      </w:pPr>
      <w:r>
        <w:t>تو یہی تقریباًہر ریلیجسگروپکاہے کہانکےجوگرو ہوتےہیں،وہسمجھتےہیںوہگرو کےذریعےسے انکو سبکچھملرہاہے۔ تو یہ تمام اسباب کے پردےکوہمیں پھاڑناپڑےگا۔</w:t>
      </w:r>
    </w:p>
    <w:p>
      <w:r>
        <w:rPr>
          <w:b/>
        </w:rPr>
        <w:t xml:space="preserve">[05:47] </w:t>
      </w:r>
      <w:r>
        <w:t>tabhi hum khuda tak pohanch</w:t>
      </w:r>
    </w:p>
    <w:p>
      <w:pPr>
        <w:jc w:val="right"/>
      </w:pPr>
      <w:r>
        <w:t>تبھیہمخداتکپہنچسک</w:t>
      </w:r>
    </w:p>
    <w:p>
      <w:r>
        <w:rPr>
          <w:b/>
        </w:rPr>
        <w:t xml:space="preserve">[05:49] </w:t>
      </w:r>
      <w:r>
        <w:t>sakte hain. yeh sab asbab hain, kyunke yeh duniya jo hai, wo azmaish ki duniya hai. test ke liye hum is duniya mein bheje gaye hain. to Allah taala ne har cheez ko ek veil of cause and effect ke tehat ek aisa chupa rakha hai ke insaan jab tak gehri ghaur o fikr na karega, tab tak is ko yeh sab baatein samajh mein nahin aayengi.</w:t>
      </w:r>
    </w:p>
    <w:p>
      <w:pPr>
        <w:jc w:val="right"/>
      </w:pPr>
      <w:r>
        <w:t>یںگے۔ یہسب اسبابہیں،کیونکہیہدنیا جوہے، وہ آزمائشکیدنیا ہے۔ ٹیسٹ کےلیےہم اسدنیا میں بھیجےگئےہیں۔تواللہ تعالینے ہرچیزکو ایک ویلآفکازاینڈایفیکٹکےتحت ایک ایساچھ پارکھاہے کہ انسانجبتک گہریغوروفکر نہکرےگا، تب تکاسکو یہسبباتیںسمجھمیںنہیںآئیںگی۔</w:t>
      </w:r>
    </w:p>
    <w:p>
      <w:r>
        <w:rPr>
          <w:b/>
        </w:rPr>
        <w:t xml:space="preserve">[06:10] </w:t>
      </w:r>
      <w:r>
        <w:t>to jab insaan khuda ko bohat zyada yaad karta hai, tab is ko jo hai, har cheez se wo har cheez se ek lesson milne lagta hai.</w:t>
      </w:r>
    </w:p>
    <w:p>
      <w:pPr>
        <w:jc w:val="right"/>
      </w:pPr>
      <w:r>
        <w:t>تو جب انسان خداکوبہت زیادہ یاد کرتاہے، تب اسکو جو ہے، ہرچیزسے وہہرچیزسےایک لیسنملنےلگتاہے۔</w:t>
      </w:r>
    </w:p>
    <w:p>
      <w:r>
        <w:rPr>
          <w:b/>
        </w:rPr>
        <w:t xml:space="preserve">[06:19] </w:t>
      </w:r>
      <w:r>
        <w:t>jisko quran mein tasawwur kaha gaya hai. ke har cheez se hamein lesson milne lagta hai. hum dhoop mein baithe hain, jaade mein, hamein garmi mein thandi hawa chal rahi hai, to hum is ko feel kar rahe hain, bohat acha lag raha hai.</w:t>
      </w:r>
    </w:p>
    <w:p>
      <w:pPr>
        <w:jc w:val="right"/>
      </w:pPr>
      <w:r>
        <w:t>جسکوقرآنمیںت وسمکہاگیاہے۔ کہہرچیزسے ہمیںلیسنملنےلگتاہے۔ ہم دھوپمیںبیٹھےہیں،جاڑےمیں، ہمیں گرمیمیںٹھنڈیہوا چلرہیہے،توہماسکوفیل کررہےہیں،بہتاچھالگرہاہے۔</w:t>
      </w:r>
    </w:p>
    <w:p>
      <w:r>
        <w:rPr>
          <w:b/>
        </w:rPr>
        <w:t xml:space="preserve">[06:33] </w:t>
      </w:r>
      <w:r>
        <w:t>to is tareeqe se har waqt hum sochte hain ke khuda hawa chala</w:t>
      </w:r>
    </w:p>
    <w:p>
      <w:pPr>
        <w:jc w:val="right"/>
      </w:pPr>
      <w:r>
        <w:t>تو اسطریقےسےہروقت ہمسوچتےہیںکہخدا ہو ائیںچلا</w:t>
      </w:r>
    </w:p>
    <w:p>
      <w:r>
        <w:rPr>
          <w:b/>
        </w:rPr>
        <w:t xml:space="preserve">[06:37] </w:t>
      </w:r>
      <w:r>
        <w:t>raha hai, khuda suraj nikalta hai, khuda khuda hi barish barshata hai, sab kuch khuda karta hai. to is tareeqe se hamein dheere dheere aisa hota hai ke hamein khuda jo hai, hamari bilkul hamari soch ka part and parcel ban jata hai.</w:t>
      </w:r>
    </w:p>
    <w:p>
      <w:pPr>
        <w:jc w:val="right"/>
      </w:pPr>
      <w:r>
        <w:t>رہاہے،خدا سورج نکالتاہے،خدا خدا ہی بارشبرساتاہے،سبکچھخداکرتاہے۔ تو اسطریقےسےہمیںدھیرےدھیرےایساہوتاہے کہ ہمیں خدا جوہے،ہماری بالکل ہماری سوچکا پارٹاینڈپارسل بنجاتا ہے۔</w:t>
      </w:r>
    </w:p>
    <w:p>
      <w:r>
        <w:rPr>
          <w:b/>
        </w:rPr>
        <w:t xml:space="preserve">[06:53] </w:t>
      </w:r>
      <w:r>
        <w:t>aur hum bohat zyada khuda ko yaad karne lag jaate hain. har cheez mein hum khuda hamein nazar aane lagta hai. matlab yeh wo wahdat al wajood wala nahin hai ke har cheez mein kh</w:t>
      </w:r>
    </w:p>
    <w:p>
      <w:pPr>
        <w:jc w:val="right"/>
      </w:pPr>
      <w:r>
        <w:t>اور ہمبہت زیادہ خداکویادکرنے لگجاتےہیں۔ ہرچیز میںہم خدا ہمیںنظر آنےلگتاہے۔ مطلبیہ وہ وحدت الوجود والانہیںہے کہہرچیز میں خ</w:t>
      </w:r>
    </w:p>
    <w:p>
      <w:r>
        <w:rPr>
          <w:b/>
        </w:rPr>
        <w:t xml:space="preserve">[07:06] </w:t>
      </w:r>
      <w:r>
        <w:t>uda hai, balke is ke reference mein hum khuda ko yaad karte hain. to is tareeqe se har cheez mein hamein khuda ki khudaai jo hai, wo nazar aati hai.</w:t>
      </w:r>
    </w:p>
    <w:p>
      <w:pPr>
        <w:jc w:val="right"/>
      </w:pPr>
      <w:r>
        <w:t>داہے، بلکہ اسکے ریفرنسمیں ہم خداکویادکرتے ہیں۔ تواسطریقےسےہرچیزمیںہمیںخدا کی خدائیجوہے،وہنظر آتیہے۔</w:t>
      </w:r>
    </w:p>
    <w:p>
      <w:r>
        <w:rPr>
          <w:b/>
        </w:rPr>
        <w:t xml:space="preserve">[07:17] </w:t>
      </w:r>
      <w:r>
        <w:t>to isi liye jo hamare bataaye gaye hain, hum ko 99 khuda ke attributes, to wo attributes wohi hain ke in attributes ke zariye se jo ism e hasni bola jata hai, un ke zariye se hum khuda ko yaad karte hain.</w:t>
      </w:r>
    </w:p>
    <w:p>
      <w:pPr>
        <w:jc w:val="right"/>
      </w:pPr>
      <w:r>
        <w:t>تو اسیلیے جوہمارے بت ائےگئےہیں،ہمکو 9 9خداکے ایٹریبیوٹس، تووہایٹریبیوٹسوہیہیں کہان ایٹریبیوٹسکےذریعےسے جو اسم ائےحسنیبولاجاتا ہے،انکےذریعےسےہم خداکویادکرتے ہیں۔</w:t>
      </w:r>
    </w:p>
    <w:p>
      <w:r>
        <w:rPr>
          <w:b/>
        </w:rPr>
        <w:t xml:space="preserve">[07:33] </w:t>
      </w:r>
      <w:r>
        <w:t>ab khuda raziq hai.</w:t>
      </w:r>
    </w:p>
    <w:p>
      <w:pPr>
        <w:jc w:val="right"/>
      </w:pPr>
      <w:r>
        <w:t>ابخدا رازقہے۔</w:t>
      </w:r>
    </w:p>
    <w:p>
      <w:r>
        <w:rPr>
          <w:b/>
        </w:rPr>
        <w:t xml:space="preserve">[07:35] </w:t>
      </w:r>
      <w:r>
        <w:t>ab hum khuda ko yaad karenge jab hum ko koi zaroorat parti hai. to har cheez ke liye kuch naam hain. khuda khaliq hai, khuda hadi hai.</w:t>
      </w:r>
    </w:p>
    <w:p>
      <w:pPr>
        <w:jc w:val="right"/>
      </w:pPr>
      <w:r>
        <w:t>ابہمخداکویادکریںگےجبہمکوکوئیضرورت پڑتیہے۔ تو ہرچیز کےلیے کچھ نام ہیں۔ خدا خالقہے،خدا ہادیہے۔</w:t>
      </w:r>
    </w:p>
    <w:p>
      <w:r>
        <w:rPr>
          <w:b/>
        </w:rPr>
        <w:t xml:space="preserve">[07:46] </w:t>
      </w:r>
      <w:r>
        <w:t>to yahi sab naam le kar ke hum khuda se duaein karte hain. to is mein ek khaas baat yeh hai jo molana ne likha hai, wo yeh hai ke hum ko personalizeization of divine blessings karni hai.</w:t>
      </w:r>
    </w:p>
    <w:p>
      <w:pPr>
        <w:jc w:val="right"/>
      </w:pPr>
      <w:r>
        <w:t>تو یہیسب نام لےکرکےہمخداسے دعائیںکرتےہیں۔ تو اسمیں ایک خاص باتیہہےجو مول انانےلکھاہے، وہیہہےکہ ہمکو پرسن لائزی شن آفڈیوائنبلیسنگزکرنیہے۔</w:t>
      </w:r>
    </w:p>
    <w:p>
      <w:r>
        <w:rPr>
          <w:b/>
        </w:rPr>
        <w:t xml:space="preserve">[08:00] </w:t>
      </w:r>
      <w:r>
        <w:t>iska matlab yeh hai ke agar suraj nikal raha hai, to hum bas yeh na samajh len ke suraj nikal raha hai, sab ke liye nikal raha hai, hum bhi suraj dhoop mein baithe hue hain.</w:t>
      </w:r>
    </w:p>
    <w:p>
      <w:pPr>
        <w:jc w:val="right"/>
      </w:pPr>
      <w:r>
        <w:t>اسکا مطلب یہہےکہاگر سورجنکلرہاہے، توہم بسیہنہسمجھلیںکہسورجنکلرہاہے،سبکےلیےنکلرہاہے، ہمبھیسورج دھوپمیںبیٹھےہوئےہیں۔</w:t>
      </w:r>
    </w:p>
    <w:p>
      <w:r>
        <w:rPr>
          <w:b/>
        </w:rPr>
        <w:t xml:space="preserve">[08:12] </w:t>
      </w:r>
      <w:r>
        <w:t>to balkeh hamein yeh sochen, aisa hum mehsoos mehsoos karen ke suraj ko Allah ta'ala ne hamare liye hi nikala hai. Sab ped jo hain, jo phal de rahe hain, woh Allah ta'ala ne hamare liye yeh ped ka intezam kiya hai.</w:t>
      </w:r>
    </w:p>
    <w:p>
      <w:pPr>
        <w:jc w:val="right"/>
      </w:pPr>
      <w:r>
        <w:t>تو بلکہہمیہسوچیں،ایسا ہم محسوس محسوس کریںکہ سورجکواللہ تعالینےہمارےلیے ہینکالاہے۔ سب پیڑ جوہیں،جوپھلدےرہےہیں،وہاللہتعالینےہمارےلیے یہپیڑ کا انتظامکیا ہے۔</w:t>
      </w:r>
    </w:p>
    <w:p>
      <w:r>
        <w:rPr>
          <w:b/>
        </w:rPr>
        <w:t xml:space="preserve">[08:27] </w:t>
      </w:r>
      <w:r>
        <w:t>ab sari cheezein Allah ne hamare liye ki hain.</w:t>
      </w:r>
    </w:p>
    <w:p>
      <w:pPr>
        <w:jc w:val="right"/>
      </w:pPr>
      <w:r>
        <w:t>اب ساریچیزیں اللہنےہمارےلیے کی ہیں۔</w:t>
      </w:r>
    </w:p>
    <w:p>
      <w:r>
        <w:rPr>
          <w:b/>
        </w:rPr>
        <w:t xml:space="preserve">[08:30] </w:t>
      </w:r>
      <w:r>
        <w:t>kyun ke poori kainat aap jante hain ke custom made universe hai. Ab poori kainat aisa lagta hai, science science daanon ne likha hai ke aisa lagta hai ke yeh insaanon ke hisab se banayi gayi hai.</w:t>
      </w:r>
    </w:p>
    <w:p>
      <w:pPr>
        <w:jc w:val="right"/>
      </w:pPr>
      <w:r>
        <w:t>کیونکہ پوری کائنات آپجانتےہیںکہ کسٹممیڈ یونیورس ہے۔ ابپوریکائنات ایسالگتاہے، سائنس سائنس دانوںنےلکھاہےکہایسالگتاہےکہیہ انسان وںکےحسابسے بنائیگئیہے۔</w:t>
      </w:r>
    </w:p>
    <w:p>
      <w:r>
        <w:rPr>
          <w:b/>
        </w:rPr>
        <w:t xml:space="preserve">[08:42] </w:t>
      </w:r>
      <w:r>
        <w:t>to agar hum yeh sochenge ke Allah ne itna bada kaam hamare liye kiya hai, to phir ek bahut hi bahut hi bada shukr hamare andar paida hota hai, jis ko oshi anke shukr keh sakte hain.</w:t>
      </w:r>
    </w:p>
    <w:p>
      <w:pPr>
        <w:jc w:val="right"/>
      </w:pPr>
      <w:r>
        <w:t>تواگر ہمیہسوچیںگےکہاللہ نے اتنابڑا کام ہمارےلیے کیا ہے، تو پھر ایک بہتہی بہت ہی بڑا شکرہمارےاندر پیدا ہوتاہے، جسکو او شیانکشکر کہہسکتےہیں۔</w:t>
      </w:r>
    </w:p>
    <w:p>
      <w:r>
        <w:rPr>
          <w:b/>
        </w:rPr>
        <w:t xml:space="preserve">[08:58] </w:t>
      </w:r>
      <w:r>
        <w:t>to is tareeqe se hamein har waqt yeh sab sochte rehna hai. Aur Khuda hi mein hamein jeena hai, Khuda hi ko yaad karna hai, jis ko zikr e kaseer kaha gaya hai.</w:t>
      </w:r>
    </w:p>
    <w:p>
      <w:pPr>
        <w:jc w:val="right"/>
      </w:pPr>
      <w:r>
        <w:t>تو اسطریقےسے ہمیں ہروقت یہسب سوچتےرہناہے۔ اور خداہیمیںہمیںجیناہے،خداہی کو کوئییاد کرناہے، جسکو ذکر کثیرکہاگیاہے۔</w:t>
      </w:r>
    </w:p>
    <w:p>
      <w:r>
        <w:rPr>
          <w:b/>
        </w:rPr>
        <w:t xml:space="preserve">[09:12] </w:t>
      </w:r>
      <w:r>
        <w:t>ke har waqt hamein Khuda yaad aata rahe, har mauqe par hamein Khuda yaad aata rahe. Hum koi bhi physical activities hamari koi bhi ho sakti hain, lekin in activities ke dauran hum Khuda ko yaad karte rahen.</w:t>
      </w:r>
    </w:p>
    <w:p>
      <w:pPr>
        <w:jc w:val="right"/>
      </w:pPr>
      <w:r>
        <w:t>کہہروقت ہمیںخدایادآتارہے، ہر موقعپرہمیںخدایادآتارہے۔ ہمکوئیبھی فزیکل ایکٹیویٹیزہماریکوئیبھیہوسکتیہیں، لیکن ان ایکٹیویٹیزکے دوران ہم خداکویادکرتے رہیں۔</w:t>
      </w:r>
    </w:p>
    <w:p>
      <w:r>
        <w:rPr>
          <w:b/>
        </w:rPr>
        <w:t xml:space="preserve">[09:26] </w:t>
      </w:r>
      <w:r>
        <w:t>isi nematon ke hawale se ke Khuda jo hai, woh dikhai nahi deta, woh ek abstract cheez ban jayega. Agar hum Khuda ne jo itni badi creation banayi hai, woh isi liye ke creation ke hawale se hum Khuda ko yaad karen.</w:t>
      </w:r>
    </w:p>
    <w:p>
      <w:pPr>
        <w:jc w:val="right"/>
      </w:pPr>
      <w:r>
        <w:t>اسی نعمتوںکےحوالےسے کہخدا جوہے،وہدکھائینہیںدیتا، وہایکایبسٹریکٹ چیزبنجائےگا۔اگرہم خدانےجواتنیبڑی کریشن بنائیہے، وہ اسیلیے کہ کری شن کےحوال ےسے ہمخداکویادکریں۔</w:t>
      </w:r>
    </w:p>
    <w:p>
      <w:r>
        <w:rPr>
          <w:b/>
        </w:rPr>
        <w:t xml:space="preserve">[09:41] </w:t>
      </w:r>
      <w:r>
        <w:t>to yehi jab hum Khuda mein jeene lagen, to yehi jo hai, yehi marifat hai, yehi jo hai, jannat ki qeemat hai. Ji, ab aap behtar se behtar waazeh kiya aap ne</w:t>
      </w:r>
    </w:p>
    <w:p>
      <w:pPr>
        <w:jc w:val="right"/>
      </w:pPr>
      <w:r>
        <w:t>تویہی جبہمخدامیںجینےلگیں،تویہیجوہے، یہی معرفتہے، یہی جوہے، جنتکیقیمتہے۔ جی، ابآپبہتاچھےسے واضحکیا آپنے</w:t>
      </w:r>
    </w:p>
    <w:p>
      <w:r>
        <w:rPr>
          <w:b/>
        </w:rPr>
        <w:t xml:space="preserve">[09:52] </w:t>
      </w:r>
      <w:r>
        <w:t>mentally, when an individual discovers that God has been benefactor, then a quite naturally, a fountain of love for God wells up in his soul.</w:t>
      </w:r>
    </w:p>
    <w:p>
      <w:pPr>
        <w:jc w:val="right"/>
      </w:pPr>
      <w:r>
        <w:t>۔آئیمینٹرولی،وینا انڈیویج ول ڈسکورزدیٹگاڈازہزبینیفیکٹر ، دین اہاہ کوائٹنیچرلی،افاؤنٹینآف لو فارگاڈ ویلزاپانہزسول۔</w:t>
      </w:r>
    </w:p>
    <w:p>
      <w:r>
        <w:rPr>
          <w:b/>
        </w:rPr>
        <w:t xml:space="preserve">[10:03] </w:t>
      </w:r>
      <w:r>
        <w:t>aap, ek aur cheez jo mujhe ek aur aspect mila, jaise chapter 13 mein aaya hai ke surely in the remembrance of God, hearts find comfort.</w:t>
      </w:r>
    </w:p>
    <w:p>
      <w:pPr>
        <w:jc w:val="right"/>
      </w:pPr>
      <w:r>
        <w:t>آپ ا،ایکاورچیز جو مجھے ایکاور ایسپیکٹجوملا، جیسےچیپٹر 13میں آیاہےکہ شور لیانداریممبرنسآف گاڈ، ہارٹسفائنڈکمفرٹ۔</w:t>
      </w:r>
    </w:p>
    <w:p>
      <w:r>
        <w:rPr>
          <w:b/>
        </w:rPr>
        <w:t xml:space="preserve">[10:14] </w:t>
      </w:r>
      <w:r>
        <w:t>to yahan pe jo heart finding comfort hai, it basically claims the piece of</w:t>
      </w:r>
    </w:p>
    <w:p>
      <w:pPr>
        <w:jc w:val="right"/>
      </w:pPr>
      <w:r>
        <w:t>تویہاںپہ جو ہارٹسفائنڈنگکمفرٹہے،اٹبیسکلیمینز دیٹیوگیٹپیسآف</w:t>
      </w:r>
    </w:p>
    <w:p>
      <w:r>
        <w:rPr>
          <w:b/>
        </w:rPr>
        <w:t xml:space="preserve">[10:19] </w:t>
      </w:r>
      <w:r>
        <w:t>mind. So we can say that it is only love of God that can give a person truly a peace of mind. So this is also a, very important aspect mujhe mila.</w:t>
      </w:r>
    </w:p>
    <w:p>
      <w:pPr>
        <w:jc w:val="right"/>
      </w:pPr>
      <w:r>
        <w:t>مائنڈ۔ سوویکینسےدیٹاٹازاونلی لو آفگاڈ دیٹکینگیوا پرسن ٹرولی اپیسآف مائنڈ۔ تویہبھی ایک آپا،بہتہی امپورٹنٹ ایسپیکٹ مجھےملا۔</w:t>
      </w:r>
    </w:p>
    <w:p>
      <w:r>
        <w:rPr>
          <w:b/>
        </w:rPr>
        <w:t xml:space="preserve">[10:31] </w:t>
      </w:r>
      <w:r>
        <w:t>ah, is se aap, concept of spirituality in Islam basically is based on a principle of God realization, that is marifat.</w:t>
      </w:r>
    </w:p>
    <w:p>
      <w:pPr>
        <w:jc w:val="right"/>
      </w:pPr>
      <w:r>
        <w:t>اہ،اسسے آپ ا،کانسیپٹآفسپریچویلٹیاناسلام بیسکلیازبیسڈانداپرنسپل آف گاڈریلائزی شن،دیٹاز معرفت ۔</w:t>
      </w:r>
    </w:p>
    <w:p>
      <w:r>
        <w:rPr>
          <w:b/>
        </w:rPr>
        <w:t xml:space="preserve">[10:40] </w:t>
      </w:r>
      <w:r>
        <w:t>ah, we can say that a spiritual upheaval of utmost intensity occurs in a person when he discovers God in all his power and glory.</w:t>
      </w:r>
    </w:p>
    <w:p>
      <w:pPr>
        <w:jc w:val="right"/>
      </w:pPr>
      <w:r>
        <w:t>اہ،ویکینسے دیٹا سپریچول اپہیولآف اٹموسٹانٹینسٹی اکرزاناپرسنوینہی ڈسکورزگاڈان ال ہز پاوراینڈگل وری۔</w:t>
      </w:r>
    </w:p>
    <w:p>
      <w:r>
        <w:rPr>
          <w:b/>
        </w:rPr>
        <w:t xml:space="preserve">[10:50] </w:t>
      </w:r>
      <w:r>
        <w:t>to aap, main chahunga ke marifat ke bare mein bhi aap hum sab ko bataein. Marifat Khuda ko pehchanna, ji, Khuda ko daryaft ke darje mein paana, yehi marifat hai.</w:t>
      </w:r>
    </w:p>
    <w:p>
      <w:pPr>
        <w:jc w:val="right"/>
      </w:pPr>
      <w:r>
        <w:t>تو آپ ا،میںچاہوںگاکہمعرفتکےبارےمیںبھیآپ ہمسبکوبت ائیں۔ معرفت خداکو پہچاننا ،جی، خداکو دریا فت کےدرج ےمیں پانا، یہی معرفتہے۔</w:t>
      </w:r>
    </w:p>
    <w:p>
      <w:r>
        <w:rPr>
          <w:b/>
        </w:rPr>
        <w:t xml:space="preserve">[11:03] </w:t>
      </w:r>
      <w:r>
        <w:t>to yehi marifat wala deen hai jo Khuda ke haan acceptable hai.</w:t>
      </w:r>
    </w:p>
    <w:p>
      <w:pPr>
        <w:jc w:val="right"/>
      </w:pPr>
      <w:r>
        <w:t>تو یہی معرفت والا دینہےجوخداکےہاں ایکسیپٹیبلہے۔</w:t>
      </w:r>
    </w:p>
    <w:p>
      <w:r>
        <w:rPr>
          <w:b/>
        </w:rPr>
        <w:t xml:space="preserve">[11:09] </w:t>
      </w:r>
      <w:r>
        <w:t>jo hum namaz roza karte hain, baghair soche samjhe, kisi se bhi aap poochhiye ke namaz mein aap ne kya padha, to us ko pata nahi rehta. Woh us ne yaad kar liya hai, ratta laga liya hai, ratta kar woh apna namaz roza karta rehta hai.</w:t>
      </w:r>
    </w:p>
    <w:p>
      <w:pPr>
        <w:jc w:val="right"/>
      </w:pPr>
      <w:r>
        <w:t>جوہمنمازروزہکرتے ہیں،بغیرسوچےسمجھے، کسی سےبھیآپپوچھیےکہنمازمیںآپنےکیا پڑھا، تو اسکو پتہنہیںرہتا۔وہاسنےیادکرلیاہے،رٹلگالیاہے، رٹکروہ اپنانمازروزہکرتارہتاہے۔</w:t>
      </w:r>
    </w:p>
    <w:p>
      <w:r>
        <w:rPr>
          <w:b/>
        </w:rPr>
        <w:t xml:space="preserve">[11:23] </w:t>
      </w:r>
      <w:r>
        <w:t>to woh us ko samajhna aur fikr karna, hum kya padh rahe hain, Quran ko bhi tarjume ke sath padhna, tafsir ke sath padhna, ghor o fikr karna, is se hum Khuda se ta'alluq qaim hota hai</w:t>
      </w:r>
    </w:p>
    <w:p>
      <w:pPr>
        <w:jc w:val="right"/>
      </w:pPr>
      <w:r>
        <w:t>تو وہ اسکو سمجھنا اور فکر کرنا ،ہمکیا پڑھرہےہیں، قرآنکوبھیترجمےکےساتھپڑھنا،تفسیرکےساتھ پڑھنا، غوروفکرکرنا، اسسے ہم خ داسے تعلق قائمہوتاہے</w:t>
      </w:r>
    </w:p>
    <w:p>
      <w:r>
        <w:rPr>
          <w:b/>
        </w:rPr>
        <w:t xml:space="preserve">[11:38] </w:t>
      </w:r>
      <w:r>
        <w:t>hamein. Kyun ke jab tak hum janenge nahi, hum kar kya rahe hain, tab tak hum is Khuda se ta'alluq hamara qaim nahi ho sakta.</w:t>
      </w:r>
    </w:p>
    <w:p>
      <w:pPr>
        <w:jc w:val="right"/>
      </w:pPr>
      <w:r>
        <w:t>ہمیں۔ کیونکہجب تکہم جانیںگےنہیں،ہم ہمکر کیارہےہیں، تبتکہم اسخداسےتعلقہماراقائمنہیںہوسکتا۔</w:t>
      </w:r>
    </w:p>
    <w:p>
      <w:r>
        <w:rPr>
          <w:b/>
        </w:rPr>
        <w:t xml:space="preserve">[11:46] </w:t>
      </w:r>
      <w:r>
        <w:t>to isi liye Quran mein bahut zyada tadabbur o fikr ka bahut zyada zor diya gaya hai. Kyun ke jo contemplation hai, to is se hum Khuda tak pahunch sakte hain.</w:t>
      </w:r>
    </w:p>
    <w:p>
      <w:pPr>
        <w:jc w:val="right"/>
      </w:pPr>
      <w:r>
        <w:t>تواسیلیے قرآنمیں بہت زیادہ تد بر وتف کرکابہت زیادہ زوردیا گیاہے۔ کیونکہ جو کنٹیمپلیشنہے، تو اسیسےہم خداتکپہنچسکتےہیں۔</w:t>
      </w:r>
    </w:p>
    <w:p>
      <w:r>
        <w:rPr>
          <w:b/>
        </w:rPr>
        <w:t xml:space="preserve">[11:58] </w:t>
      </w:r>
      <w:r>
        <w:t>to humari humari jo hai, is duniya mein hum bheje hi isi liye gaye hain ke hum Khuda se ta'alluq qaim karen, Khuda ki marifat hasil karen.</w:t>
      </w:r>
    </w:p>
    <w:p>
      <w:pPr>
        <w:jc w:val="right"/>
      </w:pPr>
      <w:r>
        <w:t>توہماری ہماری جوہے، اسدنیا میںہمبھیجےہیاسیلیےگئےہیں کہہم خداسے تعلق قائمکریں،خداکی معرفت حاصل کریں۔</w:t>
      </w:r>
    </w:p>
    <w:p>
      <w:r>
        <w:rPr>
          <w:b/>
        </w:rPr>
        <w:t xml:space="preserve">[12:07] </w:t>
      </w:r>
      <w:r>
        <w:t>aur</w:t>
      </w:r>
    </w:p>
    <w:p>
      <w:pPr>
        <w:jc w:val="right"/>
      </w:pPr>
      <w:r>
        <w:t>اور</w:t>
      </w:r>
    </w:p>
    <w:p>
      <w:r>
        <w:rPr>
          <w:b/>
        </w:rPr>
        <w:t xml:space="preserve">[12:08] </w:t>
      </w:r>
      <w:r>
        <w:t>marifat ka badla jannat hai. Jis ko marifat hasil nahi hui, us ko jannat mein entry nahin milegi. To is liye yahan hamein bahut zyada serious hona hai.</w:t>
      </w:r>
    </w:p>
    <w:p>
      <w:pPr>
        <w:jc w:val="right"/>
      </w:pPr>
      <w:r>
        <w:t>معرفت ہیکا بد لہجنتہے۔ جسکو معرفت حاصل نہیں ہوئی ، اسکو جنتمیں انٹریبھینہیںملےگی۔ تواسلیےیہاں ہمیں بہت زیادہ سیریسہوناہے۔</w:t>
      </w:r>
    </w:p>
    <w:p>
      <w:r>
        <w:rPr>
          <w:b/>
        </w:rPr>
        <w:t xml:space="preserve">[12:20] </w:t>
      </w:r>
      <w:r>
        <w:t>to har cheez, har mauqa jo ho, woh hum is mein Khuda ko yaad karen, is reference se Khuda ko yaad karen. Bilkul aise hi Rasool Allah (SAW) aise hi karte the.</w:t>
      </w:r>
    </w:p>
    <w:p>
      <w:pPr>
        <w:jc w:val="right"/>
      </w:pPr>
      <w:r>
        <w:t>تو ہرچیز،ہر موقعجو ہو ، وہ ہم اسمیں خداکو یادکریں،اس ریفرنسسے خداکویادکریں۔بالکل ایسےہی رسولاللہ صلیاللہ صلیاللہ علیہوسلم ایسےہیکرتے تھے۔</w:t>
      </w:r>
    </w:p>
    <w:p>
      <w:r>
        <w:rPr>
          <w:b/>
        </w:rPr>
        <w:t xml:space="preserve">[12:33] </w:t>
      </w:r>
      <w:r>
        <w:t>koi bhi moqa hota to us se aah batate the, kuch na kuch baat bata dete the. aah, khuda ki misaal ke taur par aap ne sabhi logon ne dekha hoga, chidiyon ke jo bachche hote hain, bahut hi helpless hote hain, woh khud se kha bhi nahin sakte hain.</w:t>
      </w:r>
    </w:p>
    <w:p>
      <w:pPr>
        <w:jc w:val="right"/>
      </w:pPr>
      <w:r>
        <w:t>کوئیبھی موقعہوتاتھاتو اسسے اہ بتاتےتھے،کچھنہکچھباتبتادیتے۔ اہ،خداکی مثالکےطورپرآپ نے سبھیلوگوںنےدیکھاہوگا، چڑیوںکےجوبچےہوتےہیں،بہتہی ہیلپلیسہوتےہیں،وہ خود سےکھابھینہیںسکتےہیں۔</w:t>
      </w:r>
    </w:p>
    <w:p>
      <w:r>
        <w:rPr>
          <w:b/>
        </w:rPr>
        <w:t xml:space="preserve">[12:49] </w:t>
      </w:r>
      <w:r>
        <w:t>to chidiya jo hai, maa chidiya jo hai, mother bird, woh la kar keede veede dhoond dhand ke aur la kar aur chidiya ke munh mein daalti hai.</w:t>
      </w:r>
    </w:p>
    <w:p>
      <w:pPr>
        <w:jc w:val="right"/>
      </w:pPr>
      <w:r>
        <w:t>تو چڑیاجوہے، ماںچڑیاجوہے، مدربرڈ،وہ لاکر کیڑےویڑےڈھونڈڈھانڈکے اورلاکےاورچڑیاکےمنہمیںڈالتیہے۔</w:t>
      </w:r>
    </w:p>
    <w:p>
      <w:r>
        <w:rPr>
          <w:b/>
        </w:rPr>
        <w:t xml:space="preserve">[12:58] </w:t>
      </w:r>
      <w:r>
        <w:t>ji, to woh Maulana kehte the, dekho, itna hi insaan, itna hi helpless hai, itna hi ajez hai jitna yeh chidiya ka bachcha hai.</w:t>
      </w:r>
    </w:p>
    <w:p>
      <w:pPr>
        <w:jc w:val="right"/>
      </w:pPr>
      <w:r>
        <w:t>جی،تو وہ مول اناکہتےتھے،دیکھو، اتناہی انسان ،اتناہی ہیلپلیسہے،اتناہی عاجزہےجتنایہ چڑیاکابچہہے۔</w:t>
      </w:r>
    </w:p>
    <w:p>
      <w:r>
        <w:rPr>
          <w:b/>
        </w:rPr>
        <w:t xml:space="preserve">[13:07] </w:t>
      </w:r>
      <w:r>
        <w:t>to Allah taala sab kuch kar rahe hain hamare liye. to humein ab Allah ka shukr nahin ada karenge. woh hamd bhejo Alhamdulillah Rabb al-Alameen hai, woh bhi pehla hi jo verse hai Quran ki, woh yeh hai ke Khuda ka shukr ada karo.</w:t>
      </w:r>
    </w:p>
    <w:p>
      <w:pPr>
        <w:jc w:val="right"/>
      </w:pPr>
      <w:r>
        <w:t>تو اللہ تعالی سبکچھکررہےہیںہمارےلیے۔ تو ہمیںاباللہ کاشکرنہیں اداکریںگے۔ وہحمد بھیجو الحمدل لہ رب العالم ینہے، وہبھی پہلاہی جو ورسہےقرآنکی،وہ یہیہےکہ خداکاشکراداکرو۔</w:t>
      </w:r>
    </w:p>
    <w:p>
      <w:r>
        <w:rPr>
          <w:b/>
        </w:rPr>
        <w:t xml:space="preserve">[13:23] </w:t>
      </w:r>
      <w:r>
        <w:t>matlab Khuda ka shukr jo hai, yahi qeemat hai tamam blessings ki jo hum roz marra har lamhe hum haasil kar rahe hain. to wohi blessing hai ke qeemat hai. agar hum woh qeemat ada na karein to hamari hesiyat ek user par kya ho jayegi.</w:t>
      </w:r>
    </w:p>
    <w:p>
      <w:pPr>
        <w:jc w:val="right"/>
      </w:pPr>
      <w:r>
        <w:t>مطلب خداکاشکر جوہے،یہی قیمتہےتمام بلیسنگزکیجوہم روز مر ہہرلمحےہمحاصل کررہےہیں۔ تو وہی بلیسنگہے کہ قیمتہے۔اگر ہموہقیمت ادانہکریں تو ہماری حیثیت ایکیوزرپرکیہوجائےگی۔</w:t>
      </w:r>
    </w:p>
    <w:p>
      <w:r>
        <w:rPr>
          <w:b/>
        </w:rPr>
        <w:t xml:space="preserve">[13:41] </w:t>
      </w:r>
      <w:r>
        <w:t>to humein har moqa par Khuda ko yaad karna hai aur har moqa par har cheez ko Khuda se relate karke dekhna hai.</w:t>
      </w:r>
    </w:p>
    <w:p>
      <w:pPr>
        <w:jc w:val="right"/>
      </w:pPr>
      <w:r>
        <w:t>تو ہمیںہر موقع پر خداکویادکرناہے اور ہرموقعپر ہرچیزکوخداسےریلیٹکرکےدیکھناہے۔</w:t>
      </w:r>
    </w:p>
    <w:p>
      <w:r>
        <w:rPr>
          <w:b/>
        </w:rPr>
        <w:t xml:space="preserve">[13:50] </w:t>
      </w:r>
      <w:r>
        <w:t>ji, to yahi cheez agar hamare andar tadabbur o tafakkur ka soch, yeh aadat paida ho jaye na, to hum har cheez ko, har waqea ko, har situation mein humko Khuda yaad aayega.</w:t>
      </w:r>
    </w:p>
    <w:p>
      <w:pPr>
        <w:jc w:val="right"/>
      </w:pPr>
      <w:r>
        <w:t>جی، تو یہیچیز اگر ہمارےاندریہتد بروتفکرکا سوچ ،یہ عادت پیدا ہوجائےنا، توہمہر چیزکو،ہر واقع ےکو ،ہر سچویشنمیں ہمکوخدایادآئےگا۔</w:t>
      </w:r>
    </w:p>
    <w:p>
      <w:r>
        <w:rPr>
          <w:b/>
        </w:rPr>
        <w:t xml:space="preserve">[14:04] </w:t>
      </w:r>
      <w:r>
        <w:t>to isi ko to wisdom kaha gaya hai. to wisdom, to wisdom kehte hain learning lesson ke har waqea se hum lesson haasil karein, har waqea humko Khuda ki yaad dilaye.</w:t>
      </w:r>
    </w:p>
    <w:p>
      <w:pPr>
        <w:jc w:val="right"/>
      </w:pPr>
      <w:r>
        <w:t>تو اسیکو ت وسمکہاگیاہے۔ت وسم ، ت وسم کہتےہیں لرننگلیسن کہہر واقع ےسےہم لیسن حاصل کریں،ہرواقعہہمکوخداکییاد دل ائے۔</w:t>
      </w:r>
    </w:p>
    <w:p>
      <w:r>
        <w:rPr>
          <w:b/>
        </w:rPr>
        <w:t xml:space="preserve">[14:17] </w:t>
      </w:r>
      <w:r>
        <w:t>aur yeh itni badi iski ahmiyat hai ke Allah taala ne kaha hai ke tum mujhko yaad rakho, main tumko yaad rakhunga.</w:t>
      </w:r>
    </w:p>
    <w:p>
      <w:pPr>
        <w:jc w:val="right"/>
      </w:pPr>
      <w:r>
        <w:t>اوریہاتنی بڑی اسکی اہمیتہےکہ اللہ تعالینےکہاہے کہتم مجھکویادرکھ و، میںتم کویادرکھ وںگا۔</w:t>
      </w:r>
    </w:p>
    <w:p>
      <w:r>
        <w:rPr>
          <w:b/>
        </w:rPr>
        <w:t xml:space="preserve">[14:26] </w:t>
      </w:r>
      <w:r>
        <w:t>fa-dhkurooni adhkurkum. to Allah taala se contact wohi hota hai jab hum Khuda ko yaad karte hain aur Khuda ka zikr karte</w:t>
      </w:r>
    </w:p>
    <w:p>
      <w:pPr>
        <w:jc w:val="right"/>
      </w:pPr>
      <w:r>
        <w:t>فَاذْكُرُونِيأَذْكُرْكُمْ۔ تو اللہ تعالیسے کنٹیکٹ وہیںہوتاہےجبہمخداکویادکرتے ہیں اور خداکا ذکرکرتے</w:t>
      </w:r>
    </w:p>
    <w:p>
      <w:r>
        <w:rPr>
          <w:b/>
        </w:rPr>
        <w:t xml:space="preserve">[14:36] </w:t>
      </w:r>
      <w:r>
        <w:t>hain. Khuda ka zikr karna Khuda ko bahut zyada mehboob hai. aur agar bahut saare log mil kar zikr karein to bahut farishte aate hain wahan par is halqe mein.</w:t>
      </w:r>
    </w:p>
    <w:p>
      <w:pPr>
        <w:jc w:val="right"/>
      </w:pPr>
      <w:r>
        <w:t>ہیں۔ خدا کاذکر کرنا خداکو بہت زیادہ محبوبہے۔اوراگر بہت سارےلوگ مل کر ذکر کریںتوبہت فرشتےآتےہیں وہاںپر اسحلقےمیں ۔</w:t>
      </w:r>
    </w:p>
    <w:p>
      <w:r>
        <w:rPr>
          <w:b/>
        </w:rPr>
        <w:t xml:space="preserve">[14:48] </w:t>
      </w:r>
      <w:r>
        <w:t>to humein yeh sab Khuda ka charcha karna hai. jaise hum koi hamare maa baap koi cheez humko dete hain, koi khaas cheez to hum bar bar batate hain ke humko falan se mili hai, falan se mili hai. jaise ek Maulana ek bata dete hain na, Sanjay Babu wala.</w:t>
      </w:r>
    </w:p>
    <w:p>
      <w:pPr>
        <w:jc w:val="right"/>
      </w:pPr>
      <w:r>
        <w:t>تو ہمیں یہسب خداکاچرچہکرناہے۔ جیسے ہمہم کوئیہمارے ماںباپ کوئیچیزہمکودیتےہیں،کوئیخاص چیز توہمبارباربتاتےہیںکہہمکوفلاںسےملی ہے، فلاںسےملیہے۔جیسےایک مول اناایک بتادیتےہیںنا، سنجےبابووالا۔</w:t>
      </w:r>
    </w:p>
    <w:p>
      <w:r>
        <w:rPr>
          <w:b/>
        </w:rPr>
        <w:t xml:space="preserve">[15:04] </w:t>
      </w:r>
      <w:r>
        <w:t>ji,</w:t>
      </w:r>
    </w:p>
    <w:p>
      <w:pPr>
        <w:jc w:val="right"/>
      </w:pPr>
      <w:r>
        <w:t>جی،</w:t>
      </w:r>
    </w:p>
    <w:p>
      <w:r>
        <w:rPr>
          <w:b/>
        </w:rPr>
        <w:t xml:space="preserve">[15:05] </w:t>
      </w:r>
      <w:r>
        <w:t>to Sanjay Babu, aah, jab Sanjay Babu to woh kehta tha, ek aadmi tha, usne Congress ke liye bahut kaam kiya tha.</w:t>
      </w:r>
    </w:p>
    <w:p>
      <w:pPr>
        <w:jc w:val="right"/>
      </w:pPr>
      <w:r>
        <w:t>تو سنجےبابو، اہ، جب سنجے بابوتووہکہتاتھا، ایک آدمیتھا،اسنے کانگریسکےلیے بہت کام کیا تھا۔</w:t>
      </w:r>
    </w:p>
    <w:p>
      <w:r>
        <w:rPr>
          <w:b/>
        </w:rPr>
        <w:t xml:space="preserve">[15:14] </w:t>
      </w:r>
      <w:r>
        <w:t>to usko Sanjay Gandhi ne ek, aah, woh bana diya tha, MP bana diya tha. usko flat wagera mila aur bahut sari cheezein milti hain MP ki hesiyat se.</w:t>
      </w:r>
    </w:p>
    <w:p>
      <w:pPr>
        <w:jc w:val="right"/>
      </w:pPr>
      <w:r>
        <w:t>تو اسکو سنجےگاندھینے ایک، اہ،وہ بنادیا تھا، ایمپیبنادیاتھا۔اسکو فلیٹوغیرہملااوربہت ساریچیزیںملتیہیں ایمپیکیحیثیتسے ۔</w:t>
      </w:r>
    </w:p>
    <w:p>
      <w:r>
        <w:rPr>
          <w:b/>
        </w:rPr>
        <w:t xml:space="preserve">[15:26] </w:t>
      </w:r>
      <w:r>
        <w:t>to koi us se milne gaya to woh itna sarshaar tha kyunki woh ek aam aadmi tha, woh khud se woh itna kama ke kuch ban nahin sakta tha.</w:t>
      </w:r>
    </w:p>
    <w:p>
      <w:pPr>
        <w:jc w:val="right"/>
      </w:pPr>
      <w:r>
        <w:t>تو کوئیاسسےملنےگیا تو وہاتنا سر شار تھا کیونکہوہایک عام آدمیتھا، وہ خودسے وہاتناکماکے کچھبنانہیںسکتاتھا۔</w:t>
      </w:r>
    </w:p>
    <w:p>
      <w:r>
        <w:rPr>
          <w:b/>
        </w:rPr>
        <w:t xml:space="preserve">[15:35] </w:t>
      </w:r>
      <w:r>
        <w:t>itna sarshaar tha Sanjay Babu ki, aah, din se ke bar bar kehta tha, yeh Sanjay Babu ki din hai, yeh Sanjay Babu ki din hai.</w:t>
      </w:r>
    </w:p>
    <w:p>
      <w:pPr>
        <w:jc w:val="right"/>
      </w:pPr>
      <w:r>
        <w:t>اتنا سر شار تھا سنجےبابوکی، اہ، دینسے کہ بار بار کہتاتھا، یہ سنجےبابوکیدینہے، یہسنجےبابوکیدینہے۔</w:t>
      </w:r>
    </w:p>
    <w:p>
      <w:r>
        <w:rPr>
          <w:b/>
        </w:rPr>
        <w:t xml:space="preserve">[15:44] </w:t>
      </w:r>
      <w:r>
        <w:t>car ho ya telephone ho ya koi bhi cheez ho. to wohi Maulana ne kaha ke isi tarike se humko kehna hai ke yeh Allah ki din hai, Allah ne humein diya hai.</w:t>
      </w:r>
    </w:p>
    <w:p>
      <w:pPr>
        <w:jc w:val="right"/>
      </w:pPr>
      <w:r>
        <w:t>کار ہویاٹیلیفونہو یا کوئیبھیچیز ہو۔ تو وہی مول انانےکہاکہاسیطریقےسےہمکو کہناہےکہیہاللہ کیدینہے،اللہ نےہمیںدیاہے۔</w:t>
      </w:r>
    </w:p>
    <w:p>
      <w:r>
        <w:rPr>
          <w:b/>
        </w:rPr>
        <w:t xml:space="preserve">[15:55] </w:t>
      </w:r>
      <w:r>
        <w:t>hum to sochne lagte hain ke humne mehnat ki, paisa kamaya aur ja ke bazaar se khareed liya. yeh bilkul galat baat hai. jo kuch hai, woh Khuda ka diya hua hai.</w:t>
      </w:r>
    </w:p>
    <w:p>
      <w:pPr>
        <w:jc w:val="right"/>
      </w:pPr>
      <w:r>
        <w:t>ہمتو سوچنےلگتےہیںکہہمنےمحنتکی،پیسہکم ایا اورجاکے بازارسےخریدلیا۔یہبالکل غلطباتہے۔ جو کچھہے،وہ خدا کادیاہواہے۔</w:t>
      </w:r>
    </w:p>
    <w:p>
      <w:r>
        <w:rPr>
          <w:b/>
        </w:rPr>
        <w:t xml:space="preserve">[16:04] </w:t>
      </w:r>
      <w:r>
        <w:t>aur Khuda dekhein, jab chahe Khuda chheen bhi leta hai. to hum jitna shukr ada karenge,</w:t>
      </w:r>
    </w:p>
    <w:p>
      <w:pPr>
        <w:jc w:val="right"/>
      </w:pPr>
      <w:r>
        <w:t>اور خدادیکھیں،جبچاہےخداچھینبھیلیتاہے۔ توہم جتنا شکراداکریںگے،</w:t>
      </w:r>
    </w:p>
    <w:p>
      <w:r>
        <w:rPr>
          <w:b/>
        </w:rPr>
        <w:t xml:space="preserve">[16:10] </w:t>
      </w:r>
      <w:r>
        <w:t>utna hi zyada humko is duniya mein bhi aur aakhirat mein bhi milega. to yeh jo hai, bahut zaroori hai. yahi aala darje ka imaan hai ke hum bilkul sarshaar ki had tak hum Khuda se mohabbat karein.</w:t>
      </w:r>
    </w:p>
    <w:p>
      <w:pPr>
        <w:jc w:val="right"/>
      </w:pPr>
      <w:r>
        <w:t>ات ناہیزیادہ ہمکواسدنیا میںبھی اور آخرتمیںبھی ملےگا۔ تو یہ جوہے، بہت ضروریہے۔یہی اعلیٰدرجےکاایمانہے کہہم بالکل سرساریکی حدتک ہم خداسے مح بتکریں۔</w:t>
      </w:r>
    </w:p>
    <w:p>
      <w:r>
        <w:rPr>
          <w:b/>
        </w:rPr>
        <w:t xml:space="preserve">[16:27] </w:t>
      </w:r>
      <w:r>
        <w:t>bahut zyada iska humein ehsaas ho ke jo kuch humein mila hua hai, woh humein Khuda se mila hua hai. kyunki hum Khuda ko dekhein, koi koi return Khuda, Khuda ko kuch chahiye nahin.</w:t>
      </w:r>
    </w:p>
    <w:p>
      <w:pPr>
        <w:jc w:val="right"/>
      </w:pPr>
      <w:r>
        <w:t>بہت زیادہ اسکا ہمیںاحساس ہو کہجو کچھہمیںملاہواہے، وہہمیں خداسےملاہواہے۔ کیونکہہم خداکودیکھیں،کوئی کوئی ریٹرن خدا، خداکوکچھچاہیےنہیں ۔</w:t>
      </w:r>
    </w:p>
    <w:p>
      <w:r>
        <w:rPr>
          <w:b/>
        </w:rPr>
        <w:t xml:space="preserve">[16:40] </w:t>
      </w:r>
      <w:r>
        <w:t>Khuda to qadir mutlaq hai, almighty hai. to yahi ek acknowledgement hai jo hum Khuda ko, jo hum Khuda ko de sakte hain.</w:t>
      </w:r>
    </w:p>
    <w:p>
      <w:pPr>
        <w:jc w:val="right"/>
      </w:pPr>
      <w:r>
        <w:t>خداتوقادر مطلقہے، الم ائٹیہے۔ تویہی ایکنالجمنٹہے جو ہم خداکو ،جوہم خداکودےسکتےہیں۔</w:t>
      </w:r>
    </w:p>
    <w:p>
      <w:r>
        <w:rPr>
          <w:b/>
        </w:rPr>
        <w:t xml:space="preserve">[16:50] </w:t>
      </w:r>
      <w:r>
        <w:t>aur isi tarike se hamari jo personality hai, woh dheere dheere woh ek gentle personality ban banti chali jayegi.</w:t>
      </w:r>
    </w:p>
    <w:p>
      <w:pPr>
        <w:jc w:val="right"/>
      </w:pPr>
      <w:r>
        <w:t>اور اسیطریقےسےہماریجو پرسن یل ٹیہے، وہ دھیرےدھیرےوہ ایکجن تی پرسن یلٹیبن بنتیچلیجائےگی۔</w:t>
      </w:r>
    </w:p>
    <w:p>
      <w:r>
        <w:rPr>
          <w:b/>
        </w:rPr>
        <w:t xml:space="preserve">[16:58] </w:t>
      </w:r>
      <w:r>
        <w:t>aur dekhein, jannat ki jo qeemat hai, woh woh yeh hai ke hum apne andar ek heavenly personality ko develop karein. ki</w:t>
      </w:r>
    </w:p>
    <w:p>
      <w:pPr>
        <w:jc w:val="right"/>
      </w:pPr>
      <w:r>
        <w:t>اور دیکھیں،جنت کیجو قیمتہے، وہ وہیہےکہہم اپنے اند ر ایک ہیونلیپرسن یلٹیکوڈیولپکریں۔ کی</w:t>
      </w:r>
    </w:p>
    <w:p>
      <w:r>
        <w:rPr>
          <w:b/>
        </w:rPr>
        <w:t xml:space="preserve">[17:07] </w:t>
      </w:r>
      <w:r>
        <w:t>kyunke jahan jo jawagar agar humne apni personality ko develop nahi kiya, spiritual personality humne nahi banai, to humein jahanum mein jagah nahi milegi.</w:t>
      </w:r>
    </w:p>
    <w:p>
      <w:pPr>
        <w:jc w:val="right"/>
      </w:pPr>
      <w:r>
        <w:t>ونکہ جہاں جو جواگر اگر ہمنے اپنی پرسنیلٹیکو ڈیولپنہیں کیا، ایکسپریچولپرسن یلٹیہمنے نہیں بن ائی، تو ہمیںجنتمیںجگہنہیںملےگی۔</w:t>
      </w:r>
    </w:p>
    <w:p>
      <w:r>
        <w:rPr>
          <w:b/>
        </w:rPr>
        <w:t xml:space="preserve">[17:19] </w:t>
      </w:r>
      <w:r>
        <w:t>to is waja se ye bohat zyada, bohat zyada isko humko seriously sochna chahiye ispar.</w:t>
      </w:r>
    </w:p>
    <w:p>
      <w:pPr>
        <w:jc w:val="right"/>
      </w:pPr>
      <w:r>
        <w:t>تو اسوجہ سے یہبہت زیادہ ،بہت زیادہ اسکوہمکو سیریسلی سوچناچاہیےاسپر ۔</w:t>
      </w:r>
    </w:p>
    <w:p>
      <w:r>
        <w:rPr>
          <w:b/>
        </w:rPr>
        <w:t xml:space="preserve">[17:26] </w:t>
      </w:r>
      <w:r>
        <w:t>ji, apa, ek example aur mujhe yaad aa gaya Maulana ka. Kyunke aapne jis tarike se hawala diya ke we should personalize everything that we see around us and discover God's blessings, wo ek bohat hi heartfelt story thi.</w:t>
      </w:r>
    </w:p>
    <w:p>
      <w:pPr>
        <w:jc w:val="right"/>
      </w:pPr>
      <w:r>
        <w:t>جی، آپا،ایکایگزیمپلاورمجھے یادآگیامول اناکا ۔کیونکہآپنےجسطریقےسےحوالہ دیا کہ ویشوڈپرسن لائز ایوریتھنگ دیٹویسی اراؤنڈاس اینڈڈسکور گاڈزبلیسنگز، وہایکبہتہی ہارٹفیلٹسٹوریتھی۔</w:t>
      </w:r>
    </w:p>
    <w:p>
      <w:r>
        <w:rPr>
          <w:b/>
        </w:rPr>
        <w:t xml:space="preserve">[17:41] </w:t>
      </w:r>
      <w:r>
        <w:t>it was about two people, they were walking by a street and they came across a toy shop. To wahan pe ek insan ruk gaya, wahan pe jo in dono mein se tha, aur wo dekh ke his eyes were filled with pity</w:t>
      </w:r>
    </w:p>
    <w:p>
      <w:pPr>
        <w:jc w:val="right"/>
      </w:pPr>
      <w:r>
        <w:t>اٹوازاباؤٹ ٹوپیپل، دےوارواکنگبائےاسٹریٹ اینڈ دےکیماکراساٹوائےشاپ۔ تووہاںپہ ایکانسان رکگیا،وہاںپہجواندونوںمیںسےتھا، اور وہ دیکھکے ہزآئیز وارفل ڈودٹی</w:t>
      </w:r>
    </w:p>
    <w:p>
      <w:r>
        <w:rPr>
          <w:b/>
        </w:rPr>
        <w:t xml:space="preserve">[17:56] </w:t>
      </w:r>
      <w:r>
        <w:t>ears. So when the person insisted the toy died he gets emotional, so he said that two years ago, I came with my son here and he had chosen a toy.</w:t>
      </w:r>
    </w:p>
    <w:p>
      <w:pPr>
        <w:jc w:val="right"/>
      </w:pPr>
      <w:r>
        <w:t>ئرز۔ سوویندیادرپرسن انسسٹڈدیٹوائیڈیڈہیگیٹسوایموشنل، سو ہیسیڈدیٹ ٹوایئرزایگو ،آئیکیمودمائیسن ہیر اینڈہیہیڈ چوزناٹوئے۔</w:t>
      </w:r>
    </w:p>
    <w:p>
      <w:r>
        <w:rPr>
          <w:b/>
        </w:rPr>
        <w:t xml:space="preserve">[18:07] </w:t>
      </w:r>
      <w:r>
        <w:t>and I told him that since he has to travel towards different city the other day, he said that when you come back, I will give you the toy.</w:t>
      </w:r>
    </w:p>
    <w:p>
      <w:pPr>
        <w:jc w:val="right"/>
      </w:pPr>
      <w:r>
        <w:t>اینڈ آئیٹولڈہمدیٹ سنسہیہیزٹو ٹریولٹواڈفرنٹسٹیدیادرڈے، ہیسیڈدیٹ وینیوکمبیک،آئیویلگیٹیودیٹٹوئے۔</w:t>
      </w:r>
    </w:p>
    <w:p>
      <w:r>
        <w:rPr>
          <w:b/>
        </w:rPr>
        <w:t xml:space="preserve">[18:16] </w:t>
      </w:r>
      <w:r>
        <w:t>but unfortunately, wo gaadi ka accident ho jata hai aur usmein uske bachche ki maut ho jati hai. So</w:t>
      </w:r>
    </w:p>
    <w:p>
      <w:pPr>
        <w:jc w:val="right"/>
      </w:pPr>
      <w:r>
        <w:t>بٹانفارچونیٹلی، وہگاڑیکاایکسیڈنٹہوجاتاہے اور اسمیںاسکےبچےکی موتہوجاتیہے۔ سو</w:t>
      </w:r>
    </w:p>
    <w:p>
      <w:r>
        <w:rPr>
          <w:b/>
        </w:rPr>
        <w:t xml:space="preserve">[18:23] </w:t>
      </w:r>
      <w:r>
        <w:t>so looking at that toy reminded him, it became a point of reference for that person to remember his last son, and he was crying.</w:t>
      </w:r>
    </w:p>
    <w:p>
      <w:pPr>
        <w:jc w:val="right"/>
      </w:pPr>
      <w:r>
        <w:t>سولوکنگایٹدیٹ ٹوئے ریمائنڈڈہم،اٹبیکماپوائنٹافریفر نس فار دیٹپرسن ٹوریممبر ہزلاسٹسن،اینڈہیوازکرائنگ۔</w:t>
      </w:r>
    </w:p>
    <w:p>
      <w:r>
        <w:rPr>
          <w:b/>
        </w:rPr>
        <w:t xml:space="preserve">[18:32] </w:t>
      </w:r>
      <w:r>
        <w:t>to Maulana ne ismein likha hai ke that our own and entire existence reminds us of the creator. I mean, there are so many events that are happening around us, but we do not give much of ponderance to it.</w:t>
      </w:r>
    </w:p>
    <w:p>
      <w:pPr>
        <w:jc w:val="right"/>
      </w:pPr>
      <w:r>
        <w:t>تو مول انانےاسمیںلکھاہےکہ دیٹ اور اون اور انٹائر ایگزسٹنس ریمائنڈزاس افداکری ٹر۔آئیمین،دیرآرسومینیایونٹسدیٹآرہیپننگ اراؤنڈاس ، بٹویڈوناٹ گیومچاف پونڈرنسٹواٹ۔</w:t>
      </w:r>
    </w:p>
    <w:p>
      <w:r>
        <w:rPr>
          <w:b/>
        </w:rPr>
        <w:t xml:space="preserve">[18:47] </w:t>
      </w:r>
      <w:r>
        <w:t>so if we become as serious about God as parents are for their children, then the entire events happening around us, the entire world becomes a reminder of God almighty. To ye bohat ek important sabq tha Maulana ne is writing se ke point of reference bana ke har cheez ko Khuda se link karna bohat hi illustrious story hai.</w:t>
      </w:r>
    </w:p>
    <w:p>
      <w:pPr>
        <w:jc w:val="right"/>
      </w:pPr>
      <w:r>
        <w:t>سو اف وی بیکم ایز سیریس اباؤٹگاڈای ز پیرنٹسآرفاردیرچلڈرن، دیندیانٹائرایونٹسہیپننگاراؤنڈاس،دیانٹائر ورلڈ بیکم زاریمائنڈر اف گاڈالم ائٹی۔تویہ بہت ایک امپورٹنٹسب ق دیاتھا مول انانےاسرائٹنگسےکہ پوائنٹاف ریفرنس بناکے ہرچیزکو خداسے لنککرنا بہت ہیایلسٹریٹیوسٹوریہے۔</w:t>
      </w:r>
    </w:p>
    <w:p>
      <w:r>
        <w:rPr>
          <w:b/>
        </w:rPr>
        <w:t xml:space="preserve">[19:12] </w:t>
      </w:r>
      <w:r>
        <w:t>ji, apa, ek sawal aur yahan pe ye bhi aata hai ke aksar log ye baat poochte bhi hain ke Khuda se mohabbat bhi hai aur Khuda ka khauf bhi hai.</w:t>
      </w:r>
    </w:p>
    <w:p>
      <w:pPr>
        <w:jc w:val="right"/>
      </w:pPr>
      <w:r>
        <w:t>جی، آپ ا،ایک سوال اوریہاںپریہبھیآتاہےکہ اکثر لوگ یہ باتپوچھتےبھیہیں کہ خ داسے مح بتبھیہے اور خداکا خوفبھیہے۔</w:t>
      </w:r>
    </w:p>
    <w:p>
      <w:r>
        <w:rPr>
          <w:b/>
        </w:rPr>
        <w:t xml:space="preserve">[19:24] </w:t>
      </w:r>
      <w:r>
        <w:t>so fear of God and love of God, how can not co exist? Uske bare mein bhi aap hum sab ko bataein. Dekhiye, Khuda ke bohat sare attributes hain.</w:t>
      </w:r>
    </w:p>
    <w:p>
      <w:pPr>
        <w:jc w:val="right"/>
      </w:pPr>
      <w:r>
        <w:t>سو فی ئرافگاڈاینڈلو اف گاڈ، ہاؤکیناٹکو ایگزسٹ؟ اسکےبارےمیںبھیآپ ہمسبکوبت ائیں۔ دیکھیے،خ دا کے بہت سارے ایٹریبیوٹسہیں۔</w:t>
      </w:r>
    </w:p>
    <w:p>
      <w:r>
        <w:rPr>
          <w:b/>
        </w:rPr>
        <w:t xml:space="preserve">[19:38] </w:t>
      </w:r>
      <w:r>
        <w:t>ismein ek bohat hi aham attribute hai ke Khuda aadeel hai. To ab wo jaise maa baap hote hain, apne bachche ki har har ghalti ko maaf karte rehte hain, har ghalti ko maaf karte rehte hain.</w:t>
      </w:r>
    </w:p>
    <w:p>
      <w:pPr>
        <w:jc w:val="right"/>
      </w:pPr>
      <w:r>
        <w:t>اسمیںایکبہت ہی اہم ایٹریبیوٹہے کہخدا عادلہے۔ تو ابوہ جیسےماںباپہوتےہیں،اپنےبچےکیہر ہرغلطیکومعافکرتے رہتےہیں،ہرغلطیکومعافکرتے رہتےہیں۔</w:t>
      </w:r>
    </w:p>
    <w:p>
      <w:r>
        <w:rPr>
          <w:b/>
        </w:rPr>
        <w:t xml:space="preserve">[19:51] </w:t>
      </w:r>
      <w:r>
        <w:t>to Khuda aisa nahi hai, Khuda aadeel bhi hai, maaf karne wala bhi hai, aur Khuda rehman hai, raheem hai. Lekin bohat badi iski attribute hai, Khuda aadeel</w:t>
      </w:r>
    </w:p>
    <w:p>
      <w:pPr>
        <w:jc w:val="right"/>
      </w:pPr>
      <w:r>
        <w:t>تو خ دا ایسانہیں ہے،خدا عادلبھیہے، معافکرنے والابھیہے، اور خدا رحمانہے، رحیمہے۔ لیکن بہت بڑی اسکیایٹریبیوٹہے،خداعاد</w:t>
      </w:r>
    </w:p>
    <w:p>
      <w:r>
        <w:rPr>
          <w:b/>
        </w:rPr>
        <w:t xml:space="preserve">[20:03] </w:t>
      </w:r>
      <w:r>
        <w:t>hai. Ab Khuda aisa nahi karega ke agar usne aisa aise kaam kiye hain poori zindagi aur phir uske baad usne maafi bhi nahi mangi.</w:t>
      </w:r>
    </w:p>
    <w:p>
      <w:pPr>
        <w:jc w:val="right"/>
      </w:pPr>
      <w:r>
        <w:t>لہے۔ ابخداایسانہیںکرےگا کہاگر اسنے ایسا ایسےکام کیےہیںپوریزندگی اور پھراسکےبعد اسنے معافیبھینہیںمانگی۔</w:t>
      </w:r>
    </w:p>
    <w:p>
      <w:r>
        <w:rPr>
          <w:b/>
        </w:rPr>
        <w:t xml:space="preserve">[20:13] </w:t>
      </w:r>
      <w:r>
        <w:t>to rehman wa raheem ka to taqaza ye hai ke Allah ta'ala maaf karein. To Allah ta'ala ne bohat zyada insaan ko mauqa diya hai ke wo apni ghalti ke liye maafi mange aur poori koshish kare ke aindah wo ghalti na kare.</w:t>
      </w:r>
    </w:p>
    <w:p>
      <w:pPr>
        <w:jc w:val="right"/>
      </w:pPr>
      <w:r>
        <w:t>تو رحمان ورحیمکاتو تقاضایہہےکہاللہ تعالیمعافکریں۔ تو اللہ تعالینے بہت زیادہ انسانکو موقعدیاہےکہوہاپنیغلطیکے لیے معافیمانگے اور پوریکوششکرےکہآئندہوہغلطینہکرے۔</w:t>
      </w:r>
    </w:p>
    <w:p>
      <w:r>
        <w:rPr>
          <w:b/>
        </w:rPr>
        <w:t xml:space="preserve">[20:28] </w:t>
      </w:r>
      <w:r>
        <w:t>ab Hazrat Adam se jo ghalti hui thi, wo bhi maafi mangne pe maaf ho gayi.</w:t>
      </w:r>
    </w:p>
    <w:p>
      <w:pPr>
        <w:jc w:val="right"/>
      </w:pPr>
      <w:r>
        <w:t>ابحضرت آدم سےجوغلطیہوئی تھی، وہبھیمعافیمانگنےپرمعافہوگئی ۔</w:t>
      </w:r>
    </w:p>
    <w:p>
      <w:r>
        <w:rPr>
          <w:b/>
        </w:rPr>
        <w:t xml:space="preserve">[20:33] </w:t>
      </w:r>
      <w:r>
        <w:t>to ye hai ke insaan jo hai, har waqt ye isko darr rehta hai ke kaam toh dekhein, har insaan bohat sare aise kaam karta hai ke wo jo hai, wo Khuda ko napasand ho sakte hain.</w:t>
      </w:r>
    </w:p>
    <w:p>
      <w:pPr>
        <w:jc w:val="right"/>
      </w:pPr>
      <w:r>
        <w:t>تو یہ ہےکہ انسان جوہے، ہروقت یہ اسکوڈررہتاہےکہ کامتودیکھیں،ہرانسان بہت سارےایسےکام کرتاہے کہوہ جوہے، وہ خداکوناپسندہوسکتےہیں۔</w:t>
      </w:r>
    </w:p>
    <w:p>
      <w:r>
        <w:rPr>
          <w:b/>
        </w:rPr>
        <w:t xml:space="preserve">[20:46] </w:t>
      </w:r>
      <w:r>
        <w:t>wo darta hai, humne namaz padhi, kya maloom Khuda ne usko qabool kiya hai ke nahi qabool kiya hai. To ye toh Khuda ki qabooliyat par hai na?</w:t>
      </w:r>
    </w:p>
    <w:p>
      <w:pPr>
        <w:jc w:val="right"/>
      </w:pPr>
      <w:r>
        <w:t>وہڈرتاہے،ہمنےنمازپڑھی، کیا معلوم خدانےاسکو قبولکیاہےکہنہیں قبولکیاہے۔ تو یہتو خداکی قب ولیتپر ہےنا؟</w:t>
      </w:r>
    </w:p>
    <w:p>
      <w:r>
        <w:rPr>
          <w:b/>
        </w:rPr>
        <w:t xml:space="preserve">[20:55] </w:t>
      </w:r>
      <w:r>
        <w:t>aisa nahi hai ke humne namaz padh li toh bas namaz ho gayi. To is liye har waqt insaan, aur insaan jo hai, umeed aur khauf ke beech mein rehta</w:t>
      </w:r>
    </w:p>
    <w:p>
      <w:pPr>
        <w:jc w:val="right"/>
      </w:pPr>
      <w:r>
        <w:t>ایسانہیں کہہمنےنمازپڑھلیتوبسنمازہوگئی ۔ تو اس لیے ہروقت انسان، اور انسانجوہے، امید اور خوف کےبیچمیںرہتا</w:t>
      </w:r>
    </w:p>
    <w:p>
      <w:r>
        <w:rPr>
          <w:b/>
        </w:rPr>
        <w:t xml:space="preserve">[21:06] </w:t>
      </w:r>
      <w:r>
        <w:t>hai. Ek toh usko umeed rehti hai ke Allah ta'ala reham rehman hai, raheem hai, hamari gunahon ko maaf farma dega, hamari mehnaton ko qabool farma dega.</w:t>
      </w:r>
    </w:p>
    <w:p>
      <w:pPr>
        <w:jc w:val="right"/>
      </w:pPr>
      <w:r>
        <w:t>ہے۔ ایک تواسکوامید رہتیہے کہ اللہ تعالی ر حمرحمان ہے،رحیمہے، ہماری گناہوںکومعاففرمائےگا، ہماری محنتوںکوقبول فرمائےگا۔</w:t>
      </w:r>
    </w:p>
    <w:p>
      <w:r>
        <w:rPr>
          <w:b/>
        </w:rPr>
        <w:t xml:space="preserve">[21:18] </w:t>
      </w:r>
      <w:r>
        <w:t>to ek taraf toh ye hai, aur doosri taraf jo hai, wo darta hai kyunke insaan accountable hai. Hum kuch bhi is din mein hum kaam kar rahe hain, uska humein Khuda ke haan jawabdehi karni hai.</w:t>
      </w:r>
    </w:p>
    <w:p>
      <w:pPr>
        <w:jc w:val="right"/>
      </w:pPr>
      <w:r>
        <w:t>تو ایکطرف تویہہے، اور دوسریطرف جوہے، وہ ڈرتاہے کیونکہ انسان اکاؤنٹیبل ہے۔ ہم کچھ بھی اسدنیا میںہمکامکررہےہیں، اسکا ہمیں خدا کےہاں جوابدہیکرنیہے۔</w:t>
      </w:r>
    </w:p>
    <w:p>
      <w:r>
        <w:rPr>
          <w:b/>
        </w:rPr>
        <w:t xml:space="preserve">[21:32] </w:t>
      </w:r>
      <w:r>
        <w:t>to is jawab dehi se darta hai insaan.</w:t>
      </w:r>
    </w:p>
    <w:p>
      <w:pPr>
        <w:jc w:val="right"/>
      </w:pPr>
      <w:r>
        <w:t>تو اس جواب دہیسے ڈرتاہےانسان ۔</w:t>
      </w:r>
    </w:p>
    <w:p>
      <w:r>
        <w:rPr>
          <w:b/>
        </w:rPr>
        <w:t xml:space="preserve">[21:36] </w:t>
      </w:r>
      <w:r>
        <w:t>hadees hai ke jiska, jiska investigation hua, wo halak hua. Jab Allah ta'ala maaf kardein, Allah ta'ala hamara jawab, hamari jo hai, ek ek cheez ka hisab na karein, tabhi hum bach sakte hain.</w:t>
      </w:r>
    </w:p>
    <w:p>
      <w:pPr>
        <w:jc w:val="right"/>
      </w:pPr>
      <w:r>
        <w:t>حدیثہےکہجسکا، جس کا انویسٹیگیشنہوا، وہ ہلاکہوا ۔ جباللہ تعالی معافکردیں،اللہ تعالیہمارا جواب، ہماری جوہے، ایکایکچیزکاحساب نہکریں، تبھیہم بچسکتےہیں۔</w:t>
      </w:r>
    </w:p>
    <w:p>
      <w:r>
        <w:rPr>
          <w:b/>
        </w:rPr>
        <w:t xml:space="preserve">[21:51] </w:t>
      </w:r>
      <w:r>
        <w:t>to iski bhi dua karni hai, har cheez ki humein Khuda se dua karni hai ke Allah ta'ala hamara wahan aasan aasani se, hum humara wahan sab kaam ho jaye. Allah ta'ala humein pakadne se, pakad se hum Allah ke bach jayein.</w:t>
      </w:r>
    </w:p>
    <w:p>
      <w:pPr>
        <w:jc w:val="right"/>
      </w:pPr>
      <w:r>
        <w:t>تو اسکیبھیدعاکرنیہے،ہرچیز کیہمیں خداسےدعاکرنیہےکہاللہ تعالیہمارا وہاں آسان آس انیسے،ہم ہماراوہاں سب کامہوجائے۔اللہتعالیہمیں پکڑنےسے ،پکڑسےہماللہ کے بچجائیں۔</w:t>
      </w:r>
    </w:p>
    <w:p>
      <w:r>
        <w:rPr>
          <w:b/>
        </w:rPr>
        <w:t xml:space="preserve">[22:05] </w:t>
      </w:r>
      <w:r>
        <w:t>to</w:t>
      </w:r>
    </w:p>
    <w:p>
      <w:pPr>
        <w:jc w:val="right"/>
      </w:pPr>
      <w:r>
        <w:t>تو</w:t>
      </w:r>
    </w:p>
    <w:p>
      <w:r>
        <w:rPr>
          <w:b/>
        </w:rPr>
        <w:t xml:space="preserve">[22:06] </w:t>
      </w:r>
      <w:r>
        <w:t>yeh sari cheezen hamein dua, dua kerna hai iske liye. kyunke yeh to hoga ke hum wahan Khuda ke samne hazir kiye jayenge, ek ek aadmi hazir kiya jayega.</w:t>
      </w:r>
    </w:p>
    <w:p>
      <w:pPr>
        <w:jc w:val="right"/>
      </w:pPr>
      <w:r>
        <w:t>یہ ساریچیزیںہمیں دعا، دعاکرناہےاسکےلیے۔ کیونکہ یہتو ہوگا کہہم وہاںخداکےسامنے حاضرکیےجائیںگے،ایکایکآدمیحاضرکیاجائےگا۔</w:t>
      </w:r>
    </w:p>
    <w:p>
      <w:r>
        <w:rPr>
          <w:b/>
        </w:rPr>
        <w:t xml:space="preserve">[22:17] </w:t>
      </w:r>
      <w:r>
        <w:t>aur kehte hain ke jab tak ke hum hisab apna de lenge char cheezon ka ke humne apni jo jawani yahan guzari, apna paisa kahan se kamaya, kahan kharch kiya, ilm ka humne</w:t>
      </w:r>
    </w:p>
    <w:p>
      <w:pPr>
        <w:jc w:val="right"/>
      </w:pPr>
      <w:r>
        <w:t>اور کہتےہیںکہجبتک کہہم حساب نہاپنادےلیںگے چارچیزوںکا کہہمنے اپنی جو انیکہاں گزاری، اپناپیسہکہاںسےکم ایا،کہاں خرچکیا ، علم کاہمنے</w:t>
      </w:r>
    </w:p>
    <w:p>
      <w:r>
        <w:rPr>
          <w:b/>
        </w:rPr>
        <w:t xml:space="preserve">[22:32] </w:t>
      </w:r>
      <w:r>
        <w:t>kya kya, ilm humne kis tarike se ilm ka istemal kiya, us tarike se yeh sare sawalat hain jo har ek se pooche jayenge. aur jab tak ke woh uska jawab nahi de de lega, to iske woh wahan se hat nahi sakta.</w:t>
      </w:r>
    </w:p>
    <w:p>
      <w:pPr>
        <w:jc w:val="right"/>
      </w:pPr>
      <w:r>
        <w:t>کیا کیا،علم ہمنے کسطریقےسےعلم کااستعمال کیا ،اسطریقےسے یہسارےسوالاتہیںجوہرایکسےپوچھےجائیںگے۔ اور جب تک کہوہاسکاجوابنہیں دے دےلےگا، تو اسکے وہ وہاںسے ہٹنہیںسکتا۔</w:t>
      </w:r>
    </w:p>
    <w:p>
      <w:r>
        <w:rPr>
          <w:b/>
        </w:rPr>
        <w:t xml:space="preserve">[22:46] </w:t>
      </w:r>
      <w:r>
        <w:t>wahan to aisa hai nahi ke koi chup ke kahin bhaag jayega. wahan to bas jab sab woh Allah ki duniya hai, aur Allah ki marzi ke mutabiq har kaam hoga, to woh wahan se khisak nahi payega jab tak ke in cheezon ka jawab na de dega.</w:t>
      </w:r>
    </w:p>
    <w:p>
      <w:pPr>
        <w:jc w:val="right"/>
      </w:pPr>
      <w:r>
        <w:t>وہاںتوایساہے نہیں کہکوئی چھپکےکہیںبھاگجائےگا۔ وہاںتو بس جب سب وہاللہ کیدنیا ہے، اور اللہ کی مرضیکےمط ابق ہرکامہوگا، تو وہ وہاں سے کھسکنہیںپائےگاجبتک کہانچیزوںکا جواب نہدےدےگا۔</w:t>
      </w:r>
    </w:p>
    <w:p>
      <w:r>
        <w:rPr>
          <w:b/>
        </w:rPr>
        <w:t xml:space="preserve">[23:02] </w:t>
      </w:r>
      <w:r>
        <w:t>to hum logon ko bohat zyada soch samajh kar zindagi guzarni hai. to yeh hai, to isi liye aaya hai Quran mein ke wa lam yakhsha illa Allah.</w:t>
      </w:r>
    </w:p>
    <w:p>
      <w:pPr>
        <w:jc w:val="right"/>
      </w:pPr>
      <w:r>
        <w:t>تو ہم لوگوںکو بہت زیادہ سوچسمجھکر زندگی گزار نیہے۔ تو یہ ہے، تو اسیلیےآیاہےقرآنمیں کہ ولمیک ش الا اللہ۔</w:t>
      </w:r>
    </w:p>
    <w:p>
      <w:r>
        <w:rPr>
          <w:b/>
        </w:rPr>
        <w:t xml:space="preserve">[23:14] </w:t>
      </w:r>
      <w:r>
        <w:t>to momin hain, woh Khuda se darte hain. to Khuda se jab hum darenge na, tabhi hamare andar woh sari kaifiyat paida hongi ke hamare andar sanjeedgi hogi,</w:t>
      </w:r>
    </w:p>
    <w:p>
      <w:pPr>
        <w:jc w:val="right"/>
      </w:pPr>
      <w:r>
        <w:t>تو مومنہیں،وہخداسےڈرتےہیں۔ توخداسےجبہمڈریںگےنا، تبھیہمارےاندر وہساریکیفیات پیدا ہوںگی کہہمارےاندر سنجیدگیہوگی،</w:t>
      </w:r>
    </w:p>
    <w:p>
      <w:r>
        <w:rPr>
          <w:b/>
        </w:rPr>
        <w:t xml:space="preserve">[23:25] </w:t>
      </w:r>
      <w:r>
        <w:t>hamare andar khauf Khuda hoga. to tawazu hogi, ghalti ka hum iqrar karenge, islaah khish karenge. to sab se bari cheez dekhiye, to tawazu hai, modesty, humility.</w:t>
      </w:r>
    </w:p>
    <w:p>
      <w:pPr>
        <w:jc w:val="right"/>
      </w:pPr>
      <w:r>
        <w:t>ہمارےاندر خوف خداہوگا۔تو تواضعہوگی،غلطیکاہماعترافکریںگے، اصلاح خیشکریںگے۔تو سبسےبڑیچیز دیکھیے،تواضعہے، ماڈیسٹی،ہیومیلٹی۔</w:t>
      </w:r>
    </w:p>
    <w:p>
      <w:r>
        <w:rPr>
          <w:b/>
        </w:rPr>
        <w:t xml:space="preserve">[23:39] </w:t>
      </w:r>
      <w:r>
        <w:t>to agar hamare andar sahi ma'ne mein tawazu ho jaye to hum bohat sare gunahon se bach sakte hain.</w:t>
      </w:r>
    </w:p>
    <w:p>
      <w:pPr>
        <w:jc w:val="right"/>
      </w:pPr>
      <w:r>
        <w:t>تواگر ہمارےاندر صحیحمعنیمیں تواضع ہو جائےتوہمبہت سارے گناہوںسےبچسکتےہیں۔</w:t>
      </w:r>
    </w:p>
    <w:p>
      <w:r>
        <w:rPr>
          <w:b/>
        </w:rPr>
        <w:t xml:space="preserve">[23:48] </w:t>
      </w:r>
      <w:r>
        <w:t>to tawazu jab bhi hoga jab hum Khuda se darenge. to yeh jo hai, taqwa par kitna zyada zor diya gaya hai Quran mein.</w:t>
      </w:r>
    </w:p>
    <w:p>
      <w:pPr>
        <w:jc w:val="right"/>
      </w:pPr>
      <w:r>
        <w:t>تو تواضعجبھیہوگاجبہمخداسےڈریںگے۔ تو یہجوہے، تقویٰ پرکتنازیادہ زوردیاگیاہےقرآنمیں ۔</w:t>
      </w:r>
    </w:p>
    <w:p>
      <w:r>
        <w:rPr>
          <w:b/>
        </w:rPr>
        <w:t xml:space="preserve">[23:57] </w:t>
      </w:r>
      <w:r>
        <w:t>to Khuda ki pakad se darna, introspection karna, accountability ka ehsas, yeh sari cheezen hamein bachayengi.</w:t>
      </w:r>
    </w:p>
    <w:p>
      <w:pPr>
        <w:jc w:val="right"/>
      </w:pPr>
      <w:r>
        <w:t>تو خداکی پکڑسےڈرنا، انٹراسپیک شنکرنا، اکاؤنٹیبل ٹیکا احساس، یہ ساریچیزیںہمیں بچائیںگی۔</w:t>
      </w:r>
    </w:p>
    <w:p>
      <w:r>
        <w:rPr>
          <w:b/>
        </w:rPr>
        <w:t xml:space="preserve">[24:06] </w:t>
      </w:r>
      <w:r>
        <w:t>aur iske baad bhi must qul toba istighfar karte rehna. ji, bilkul. apa, bohat achhe se wazeh kiya aapne. jazak</w:t>
      </w:r>
    </w:p>
    <w:p>
      <w:pPr>
        <w:jc w:val="right"/>
      </w:pPr>
      <w:r>
        <w:t>اور اسکےبعد بھی مست قل توبہواستغفارکرتے رہنا۔ جی، بالکل۔آپا،بہت اچھےسے واضحکیاآپنے۔جزاک</w:t>
      </w:r>
    </w:p>
    <w:p>
      <w:r>
        <w:rPr>
          <w:b/>
        </w:rPr>
        <w:t xml:space="preserve">[24:15] </w:t>
      </w:r>
      <w:r>
        <w:t>Allah. Ek apa, hadith bhi hai: wa in Hazrat Umar, ah, ah, got ill, so the prophet went to see him, so he asked Hazrat Umar that how was he feeling. So he said: "I am living an open and fair." So Rasool Allah ne kaha ke when a person lives an unforgivance,</w:t>
      </w:r>
    </w:p>
    <w:p>
      <w:pPr>
        <w:jc w:val="right"/>
      </w:pPr>
      <w:r>
        <w:t>اللہ۔ ایک آپا، حدیثبھیہے: وین حضرتعمر، اہ، اہ، گاٹ ال، سودینپرافٹ وینٹٹوسیہم، سو ہیاسک ڈ حضرتعمر دیٹہاؤازہیفیل نگ۔سوہیسیڈ:"آئیایملیونگانہوپاینڈفیئر۔" تو رسولاللہنےکہا کہ ویناپرسن لیوزان فورگی ونس،</w:t>
      </w:r>
    </w:p>
    <w:p>
      <w:r>
        <w:rPr>
          <w:b/>
        </w:rPr>
        <w:t xml:space="preserve">[24:36] </w:t>
      </w:r>
      <w:r>
        <w:t>the day no, God will pardon him, and, ah, and the hope that he may be given salvation.</w:t>
      </w:r>
    </w:p>
    <w:p>
      <w:pPr>
        <w:jc w:val="right"/>
      </w:pPr>
      <w:r>
        <w:t>دیٹیونو،گاڈویلپارڈنہم، این ڈ ،اہ، اینڈدیہوپ دیٹہی میبیگیون سالویشن۔</w:t>
      </w:r>
    </w:p>
    <w:p>
      <w:r>
        <w:rPr>
          <w:b/>
        </w:rPr>
        <w:t xml:space="preserve">[24:44] </w:t>
      </w:r>
      <w:r>
        <w:t>so then God fulfills his hope and grants him salvation because of his fear. to jaise aapne kaha ke, ah, fear aur hope hai, yeh bhi ek sign of marifat hai.</w:t>
      </w:r>
    </w:p>
    <w:p>
      <w:pPr>
        <w:jc w:val="right"/>
      </w:pPr>
      <w:r>
        <w:t>سو دینگاڈ ف لفلز ہز ہوپ اینڈ گرینڈزہمسالوی شن بیکازافہزفی ئر۔توجیسےآپنےکہاکہ، اہ، فی ئراورہوپہے،یہبھیایکسائناف معرفتہے۔</w:t>
      </w:r>
    </w:p>
    <w:p>
      <w:r>
        <w:rPr>
          <w:b/>
        </w:rPr>
        <w:t xml:space="preserve">[24:55] </w:t>
      </w:r>
      <w:r>
        <w:t>kyunke ek insaan ko lagta hai ke kabhi lagta hai conviction, kabhi usko doubt hota hai, kabhi usko lagta hai ke this is the right path, kabhi usko lagta hai that he is not going straight.</w:t>
      </w:r>
    </w:p>
    <w:p>
      <w:pPr>
        <w:jc w:val="right"/>
      </w:pPr>
      <w:r>
        <w:t>کیونکہایکانسانکولگتاہےکہ کبھیلگتاہےکنوک شن،کبھیاسکو ڈاؤٹہوتاہے،کبھیاسےلگتاہےکہہیازاندارائٹپاتھ ،کبھیاسےلگتاہےدیٹہیازناٹ گوئنگسٹریٹ۔</w:t>
      </w:r>
    </w:p>
    <w:p>
      <w:r>
        <w:rPr>
          <w:b/>
        </w:rPr>
        <w:t xml:space="preserve">[25:05] </w:t>
      </w:r>
      <w:r>
        <w:t>so if this is a sign of high degree of realization, and we should not be very disappointed about that.</w:t>
      </w:r>
    </w:p>
    <w:p>
      <w:pPr>
        <w:jc w:val="right"/>
      </w:pPr>
      <w:r>
        <w:t>سو الاف دساز ا سائنافہائیڈگری اف ریلائزیشن،اینڈویشوڈناٹبی ویریڈساپوائنٹڈوداٹ۔</w:t>
      </w:r>
    </w:p>
    <w:p>
      <w:r>
        <w:rPr>
          <w:b/>
        </w:rPr>
        <w:t xml:space="preserve">[25:13] </w:t>
      </w:r>
      <w:r>
        <w:t>apa, mera agla sawal yeh hai ke what is the price of God's blessing? iske bare mein aap hum sab ko bataein.</w:t>
      </w:r>
    </w:p>
    <w:p>
      <w:pPr>
        <w:jc w:val="right"/>
      </w:pPr>
      <w:r>
        <w:t>آپا،میرااگلاسوال یہہےکہ واٹازدی پرائساف گاڈز بلیسنگ؟اسکےبارےمیں آپہمسبکوبتائیں۔</w:t>
      </w:r>
    </w:p>
    <w:p>
      <w:r>
        <w:rPr>
          <w:b/>
        </w:rPr>
        <w:t xml:space="preserve">[25:23] </w:t>
      </w:r>
      <w:r>
        <w:t>is se pata chalta hai jo pehli ayat hai: Alhamdulillah Rabbil Alameen, shukr hai Rabbil Alameen ka.</w:t>
      </w:r>
    </w:p>
    <w:p>
      <w:pPr>
        <w:jc w:val="right"/>
      </w:pPr>
      <w:r>
        <w:t>اسیسےپتہچلتاہےجو پہلیورثہے : الحمدللہ رب العالم ین، شکرہےربالعالم ینکا ۔</w:t>
      </w:r>
    </w:p>
    <w:p>
      <w:r>
        <w:rPr>
          <w:b/>
        </w:rPr>
        <w:t xml:space="preserve">[25:31] </w:t>
      </w:r>
      <w:r>
        <w:t>to yehi sab se qeemti jo hai, yehi yehi cheez hai ke hum Khuda ka shukr ada karein, Khuda ki hamd karein, Khuda ko yaad karein. kyunke hamare paas Khuda ko dene ke liye aur kuch nahi hai.</w:t>
      </w:r>
    </w:p>
    <w:p>
      <w:pPr>
        <w:jc w:val="right"/>
      </w:pPr>
      <w:r>
        <w:t>تویہی سبسے قیمتیجوہے، یہی یہیچیز ہےکہہمخداکاشکراداکریں،خداکیحمدکریں، خداکو یادکریں۔کیونکہہمارےپاس خداکودینےکےلیے اورکچھنہیں ہے۔</w:t>
      </w:r>
    </w:p>
    <w:p>
      <w:r>
        <w:rPr>
          <w:b/>
        </w:rPr>
        <w:t xml:space="preserve">[25:44] </w:t>
      </w:r>
      <w:r>
        <w:t>ek bar koi ek sahiba aayi thi to unke father ka inteqal ho gaya tha, to woh bohat roti thi. to Maulana ne unko samjhaya ke yeh jo aansu hain, yeh bohat qeemti hain, yeh sirf Allah ke liye</w:t>
      </w:r>
    </w:p>
    <w:p>
      <w:pPr>
        <w:jc w:val="right"/>
      </w:pPr>
      <w:r>
        <w:t>ایک بار کوئی ایک صاحبہ آئیںتھیںتو انکے فادر کاانتقالہوگیاتھا،تووہبہت روتیتھیں۔ تو مول انانےانکوسمجھایا کہیہجو آنسوہیں، یہبہت قیمتیہیں، یہصرف اللہ کےلیے</w:t>
      </w:r>
    </w:p>
    <w:p>
      <w:r>
        <w:rPr>
          <w:b/>
        </w:rPr>
        <w:t xml:space="preserve">[25:57] </w:t>
      </w:r>
      <w:r>
        <w:t>hain. to unko samajh mein aa gaya, phir unhone chhod diya rona. to yehi sab cheezen hain. kyunke jab hum Khuda se bohat hi gehre taur par ibadat karte hain, Khuda se dua karte hain, to hamare aansu nikal aate hain.</w:t>
      </w:r>
    </w:p>
    <w:p>
      <w:pPr>
        <w:jc w:val="right"/>
      </w:pPr>
      <w:r>
        <w:t>ہیں۔ تو انکوسمجھمیںآگیا،پھرانہوںنے چھوڑدیا رونا۔ تویہیسبچیزیںہیں۔ کیونکہجبہم خداسےبہت ہی گہرےطورپر عبادتکرتے ہیں،خداسے دعاکرتےہیں،توہمارےآنسونکلآتےہیں۔</w:t>
      </w:r>
    </w:p>
    <w:p>
      <w:r>
        <w:rPr>
          <w:b/>
        </w:rPr>
        <w:t xml:space="preserve">[26:11] </w:t>
      </w:r>
      <w:r>
        <w:t>to wahi sab cheezen hain jo jinko Khuda qabool karta hai. matlab, utmost sincerity ki zaroorat hai ke hum jo bhi kaam karein, poori sincerity, poori sanjeedgi se karein.</w:t>
      </w:r>
    </w:p>
    <w:p>
      <w:pPr>
        <w:jc w:val="right"/>
      </w:pPr>
      <w:r>
        <w:t>تو وہی سبچیزیںہیںجو جنکوخدا قبول کرتاہے۔مطلب ،ایٹموسٹ سنسی ئرٹیکیضرورتہے کہہمجوبھی کام کریں، پوری سنسیئرٹی،پوری سنجیدگیسے کریں۔</w:t>
      </w:r>
    </w:p>
    <w:p>
      <w:r>
        <w:rPr>
          <w:b/>
        </w:rPr>
        <w:t xml:space="preserve">[26:25] </w:t>
      </w:r>
      <w:r>
        <w:t>to yehi jo hai, sab se zyada zaroorat hai iski ke hum bohat hi achhe tarike se aur poore tarike se iqrar karein.</w:t>
      </w:r>
    </w:p>
    <w:p>
      <w:pPr>
        <w:jc w:val="right"/>
      </w:pPr>
      <w:r>
        <w:t>تو یہی جوہے،سبسےزیادہ ضرورت ہےاسکی کہہمبہت ہیاچھےطریقےسے اورپورےطریقےسے اعت رافکریں۔</w:t>
      </w:r>
    </w:p>
    <w:p>
      <w:r>
        <w:rPr>
          <w:b/>
        </w:rPr>
        <w:t xml:space="preserve">[26:35] </w:t>
      </w:r>
      <w:r>
        <w:t>jo jo sachcha iqrar, jisko hum kehte hain ke woh ye hai ke jo cheezen hamein is duniya mein milti hain, to usko hamein lagta hai ke falan ne diya hai, falan ne diya hai.</w:t>
      </w:r>
    </w:p>
    <w:p>
      <w:pPr>
        <w:jc w:val="right"/>
      </w:pPr>
      <w:r>
        <w:t>جو جو سچا اعت راف،جسکوہمکہتےہیں کہ وہیہےکہ جوچیزیںہمیںاسدنیا میںملتیہیں، تو اسکوہمیںلگتاہےکہ فلاںنےدیاہے،فلاںنےدیاہے۔</w:t>
      </w:r>
    </w:p>
    <w:p>
      <w:r>
        <w:rPr>
          <w:b/>
        </w:rPr>
        <w:t xml:space="preserve">[26:47] </w:t>
      </w:r>
      <w:r>
        <w:t>to yeh bazarmain humain mili hain. to yeh sab jo hai, asbab ke parde ko humain pharna hai.</w:t>
      </w:r>
    </w:p>
    <w:p>
      <w:pPr>
        <w:jc w:val="right"/>
      </w:pPr>
      <w:r>
        <w:t>تو یہ بازارمیںہمیںملی ہیں۔ تو یہسب جوہے، اسباب کے پردےکو ہمیں پھاڑناہے۔</w:t>
      </w:r>
    </w:p>
    <w:p>
      <w:r>
        <w:rPr>
          <w:b/>
        </w:rPr>
        <w:t xml:space="preserve">[26:54] </w:t>
      </w:r>
      <w:r>
        <w:t>humain har cheez jo hai, Khuda ka atiya nazar aaye. jab tak ke Khuda ka atiya nahi nazar ayega, tab tak humain poore tareeqe se Khuda ka shukr nahi ada kar sakte.</w:t>
      </w:r>
    </w:p>
    <w:p>
      <w:pPr>
        <w:jc w:val="right"/>
      </w:pPr>
      <w:r>
        <w:t>ہمیں ہرچیز جوہے، خداکا عطیہنظر آئے۔ جب تک کہخداکاعطیہنہیںنظر آئےگا، تبتکہم پورےطریقےسے خداکا شکرنہیں اداکرسکتے۔</w:t>
      </w:r>
    </w:p>
    <w:p>
      <w:r>
        <w:rPr>
          <w:b/>
        </w:rPr>
        <w:t xml:space="preserve">[27:06] </w:t>
      </w:r>
      <w:r>
        <w:t>aur wohi to Maulana keh dete hain ke hum ko aisa lagna chahiye ke sab kuch, poori dunya, poori kainat Allah ne hamare liye banai hai. tab hum woh gehra shukr ada kar sakte hain.</w:t>
      </w:r>
    </w:p>
    <w:p>
      <w:pPr>
        <w:jc w:val="right"/>
      </w:pPr>
      <w:r>
        <w:t>اور وہیتومولاناکہہدیتےہیںکہہمکو ایسالگناچاہیےکہ سبکچھ،پوریدنیا ،پوری کائنات اللہ نےہمارےلیے بنائیہے۔ تبہم وہ گہراشکراداکرسکتےہیں۔</w:t>
      </w:r>
    </w:p>
    <w:p>
      <w:r>
        <w:rPr>
          <w:b/>
        </w:rPr>
        <w:t xml:space="preserve">[27:17] </w:t>
      </w:r>
      <w:r>
        <w:t>to yeh sab, woh to har waqt sochte rehte thay</w:t>
      </w:r>
    </w:p>
    <w:p>
      <w:pPr>
        <w:jc w:val="right"/>
      </w:pPr>
      <w:r>
        <w:t>تو یہسب ،وہتوہروقتسوچتےرہتےتھے</w:t>
      </w:r>
    </w:p>
    <w:p>
      <w:r>
        <w:rPr>
          <w:b/>
        </w:rPr>
        <w:t xml:space="preserve">[27:20] </w:t>
      </w:r>
      <w:r>
        <w:t>soch soch ke, soch soch ke, koi na koi aisi baat nikalte rehte thay jis ke bar bar naye andaaz se shukr karen.</w:t>
      </w:r>
    </w:p>
    <w:p>
      <w:pPr>
        <w:jc w:val="right"/>
      </w:pPr>
      <w:r>
        <w:t>، سوچسوچکے،سوچسوچکے، کوئینہکوئیایسیبات نکالتےرہتےتھےجس کے بار بار نئےاندازسےشکرکریں۔</w:t>
      </w:r>
    </w:p>
    <w:p>
      <w:r>
        <w:rPr>
          <w:b/>
        </w:rPr>
        <w:t xml:space="preserve">[27:28] </w:t>
      </w:r>
      <w:r>
        <w:t>kyun ke ek hi cheez se aadmi bar bar kitna shukr karega? is liye soch soch ke nayi nayi Khuda ki blessings ko yaad kar ke phir shukr ada karte thay.</w:t>
      </w:r>
    </w:p>
    <w:p>
      <w:pPr>
        <w:jc w:val="right"/>
      </w:pPr>
      <w:r>
        <w:t>کیونکہ ایکہیچیز سےآدمیباربار کتناشکرکرےگا؟اسلیےسوچسوچکے نئینئی خداکیبلیسنگزکویادکر کرکے پھرشکراداکرتے تھے۔</w:t>
      </w:r>
    </w:p>
    <w:p>
      <w:r>
        <w:rPr>
          <w:b/>
        </w:rPr>
        <w:t xml:space="preserve">[27:40] </w:t>
      </w:r>
      <w:r>
        <w:t>to aaj kal to wohi chal gaya, Alhamdulillah. us ko to Maulana keh dete hain, yeh lips</w:t>
      </w:r>
    </w:p>
    <w:p>
      <w:pPr>
        <w:jc w:val="right"/>
      </w:pPr>
      <w:r>
        <w:t>تو آجکل تووہیچلگیا ،الحمدللہ۔ اسکوتومول اناکہہدیتےہیں،یہلپس</w:t>
      </w:r>
    </w:p>
    <w:p>
      <w:r>
        <w:rPr>
          <w:b/>
        </w:rPr>
        <w:t xml:space="preserve">[27:46] </w:t>
      </w:r>
      <w:r>
        <w:t>roos hai. woh to bohat gehra aise humain Khuda ki blessings ko samajhna hai aur Khuda se ta'alluq qaim karna hai.</w:t>
      </w:r>
    </w:p>
    <w:p>
      <w:pPr>
        <w:jc w:val="right"/>
      </w:pPr>
      <w:r>
        <w:t>روسہے۔ وہ تو بہت گہر ائیسےہمیں خداکی بلیسنگزکو سمجھناہے اور خداسے تعلق قائمکرناہے۔</w:t>
      </w:r>
    </w:p>
    <w:p>
      <w:r>
        <w:rPr>
          <w:b/>
        </w:rPr>
        <w:t xml:space="preserve">[27:57] </w:t>
      </w:r>
      <w:r>
        <w:t>to tabhi woh jo hai, Khuda ke, Khuda ke haan koi jab bhi wohi cheez accept hogi jab woh poore dil o jaan se Allah Allah ke liye hmafar karen. us ko dekhiye, Hazrat Adam ke do bete</w:t>
      </w:r>
    </w:p>
    <w:p>
      <w:pPr>
        <w:jc w:val="right"/>
      </w:pPr>
      <w:r>
        <w:t>تو تبھی وہجوہے،خداکے ،خدا کےہاںکوئی جب ھی وہیچیز ایکسیپٹہوگیجبوہ پورے دل وجانسےاللہ اللہ کےلیے ہمافرکریں۔اسکو دیکھیے، حضرت آدم کے دوبیٹے</w:t>
      </w:r>
    </w:p>
    <w:p>
      <w:r>
        <w:rPr>
          <w:b/>
        </w:rPr>
        <w:t xml:space="preserve">[28:12] </w:t>
      </w:r>
      <w:r>
        <w:t>the. ek bete ki qurbani nahi accept hogi kyun ke us ne dil se nahi ki thi, aur ek bete ki qurbani accept ho gayi. to poore dil o jaan se jab hum Khuda ke liye koi kaam karenge, tabhi woh accept hoga.</w:t>
      </w:r>
    </w:p>
    <w:p>
      <w:pPr>
        <w:jc w:val="right"/>
      </w:pPr>
      <w:r>
        <w:t>تھے۔ایک بیٹےکی قربانینہیں ایکسیپٹہوئیکیونکہاسنے دل سےنہیںکی تھی، اور ایکبیٹےکیقربانیایکسیپٹہوگئی۔ تو پورےدل وجانسےجبہمخداکےلیے کوئیکام کریںگے،تبھیوہایکسیپٹہوگا۔</w:t>
      </w:r>
    </w:p>
    <w:p>
      <w:r>
        <w:rPr>
          <w:b/>
        </w:rPr>
        <w:t xml:space="preserve">[28:24] </w:t>
      </w:r>
      <w:r>
        <w:t>to form poora kar dene se woh acceptance nahi hota hai. to to Maulana to yahan tak keh dete hain ke kisi ko bhi koi cheez mili hai, zaroori nahi hai ke har cheez humein milegi, ho bhi nahi sakta.</w:t>
      </w:r>
    </w:p>
    <w:p>
      <w:pPr>
        <w:jc w:val="right"/>
      </w:pPr>
      <w:r>
        <w:t>تو فارم پوراکردینےسےوہایکسیپٹنسنہیںہوتاہے۔ تو تومول اناتویہاںتککہہدیتےہیںکہکسی کوبھیکوئیچیز ملی ہے، ضرورینہیں کہہرچیزہمہیکوملےگی،ہوبھینہیںسکتا۔</w:t>
      </w:r>
    </w:p>
    <w:p>
      <w:r>
        <w:rPr>
          <w:b/>
        </w:rPr>
        <w:t xml:space="preserve">[28:39] </w:t>
      </w:r>
      <w:r>
        <w:t>kisi ko koi cheez mili hai, us ke liye bhi Khuda Khuda yaad aaye ke Khuda ne itni aisi aisi cheezon logon ko di hain, aisi aisi cheezain, aisi aisi nematein Khuda ko di hain. us ke liye bhi Khuda ka shukr ada karo.</w:t>
      </w:r>
    </w:p>
    <w:p>
      <w:pPr>
        <w:jc w:val="right"/>
      </w:pPr>
      <w:r>
        <w:t>کسی کو کوئیچیز ملی ہے، اسکےلیے بھی خدا خدایادآئےکہخدانےاتنی ایسیایسیچیزیں لوگوںکودیہیں، ایسیایسیچیزیں ،ایسیایسینعمتیں خداکودیہیں۔اسکےلیےبھیخداکاشکراداکرو۔</w:t>
      </w:r>
    </w:p>
    <w:p>
      <w:r>
        <w:rPr>
          <w:b/>
        </w:rPr>
        <w:t xml:space="preserve">[28:53] </w:t>
      </w:r>
      <w:r>
        <w:t>yeh nahi ke sirf humein mila hai to hum Khuda ka shukr ada karen. to yeh to any millual hai, balke har waqt talash karte rehna ke Khuda ki kaun si nemate aisi hai jis ke liye hum zyada se zyada Khuda ka shukr ada kar sakte hain.</w:t>
      </w:r>
    </w:p>
    <w:p>
      <w:pPr>
        <w:jc w:val="right"/>
      </w:pPr>
      <w:r>
        <w:t>یہنہیںکہصرفہمیںملاہےتوہمخداکاشکراداکریں۔ تویہتو این یمللیولہے، بلکہ ہروقت تلاشکرتے رہنا کہخدا کیکونسینعمتایسیہےجسکےلیےہم زیادہ سےزیادہ خداکاشکراداکرسکتےہیں۔</w:t>
      </w:r>
    </w:p>
    <w:p>
      <w:r>
        <w:rPr>
          <w:b/>
        </w:rPr>
        <w:t xml:space="preserve">[29:07] </w:t>
      </w:r>
      <w:r>
        <w:t>to is tareeqe se hum jo jo gehra shukr, tabhi ibadat karo. gehra shukr tabhi hamare andar paida hoga jab hum rozana nayi nayi Khuda ki blessings ko discover karte rahen.</w:t>
      </w:r>
    </w:p>
    <w:p>
      <w:pPr>
        <w:jc w:val="right"/>
      </w:pPr>
      <w:r>
        <w:t>تو اس طریقےسےہم جو جو گہراشکر،تبھیعبادتکر۔ گہراشکر تبھیہمارےاندرپیدا ہوگاجبہم روز انہ نئینئی خداکی بلیسنگزکوڈسکورکرتے رہیں۔</w:t>
      </w:r>
    </w:p>
    <w:p>
      <w:r>
        <w:rPr>
          <w:b/>
        </w:rPr>
        <w:t xml:space="preserve">[29:21] </w:t>
      </w:r>
      <w:r>
        <w:t>to shukr hi jo hai, sab se bari ibadat hai. shukr hi se ma'rifat hoti hai. shukr hi jannat ki qeemat hai. to shukr ke baghair sachi Khuda parasti nahi paida ho sakti.</w:t>
      </w:r>
    </w:p>
    <w:p>
      <w:pPr>
        <w:jc w:val="right"/>
      </w:pPr>
      <w:r>
        <w:t>تو شکرہیجوہے، سبسےبڑیعبادتہے۔ شکرہی سے معرفتہوتیہے۔ شکرہی جنتکی قیمتہے۔ توشکرکےبغیر سچیخدا پر ستینہیںپیدا ہوسکتی۔</w:t>
      </w:r>
    </w:p>
    <w:p>
      <w:r>
        <w:rPr>
          <w:b/>
        </w:rPr>
        <w:t xml:space="preserve">[29:34] </w:t>
      </w:r>
      <w:r>
        <w:t>ji, aap a, main kuch comments parhna chahunga agle sawal lene se pehle. yeh comment bheja hai Shah Baloch sahib ne Balochistan se: "Islam ki sachai hum ne Maulana se pai." Muhammad Asif Khan sahib ne Lucknow se likha hai: "It's a very spiritual session.</w:t>
      </w:r>
    </w:p>
    <w:p>
      <w:pPr>
        <w:jc w:val="right"/>
      </w:pPr>
      <w:r>
        <w:t>جی، آپ ا،میںکچھ کمنٹسپڑھناچاہوںگا اگلےسواللینےسےپہلے۔ یہکمنٹبھیجاہے شاہ بلوچ صاحبنے بلوچستانسے:"اسلام کی سچائی ہمنے مول اناسےپائی۔" محمد اصفخان صاحبنےلکھنوسےلکھاہے:"اٹازاویریسپرچولسیشن۔</w:t>
      </w:r>
    </w:p>
    <w:p>
      <w:r>
        <w:rPr>
          <w:b/>
        </w:rPr>
        <w:t xml:space="preserve">[29:55] </w:t>
      </w:r>
      <w:r>
        <w:t>love of God, Allah ki mohabbat se zyada hamare liye koi cheez qeemati nahi ho sak</w:t>
      </w:r>
    </w:p>
    <w:p>
      <w:pPr>
        <w:jc w:val="right"/>
      </w:pPr>
      <w:r>
        <w:t>لو اف گاڈ ،اللہ کیمح بتسےزیادہ ہمارےلیے کوئی چیز قیمتینہیں ہوسک</w:t>
      </w:r>
    </w:p>
    <w:p>
      <w:r>
        <w:rPr>
          <w:b/>
        </w:rPr>
        <w:t xml:space="preserve">[30:01] </w:t>
      </w:r>
      <w:r>
        <w:t>ti." Maulana Iqbal Umer ne Chennai se likha hai: "Love of God, Khuda ki nematon ke zariye mumkin hai kyun ke nemate visible hai, main invisible nahi dekhta." Jazak Allah, aapa, bilkul sahi farmaya.</w:t>
      </w:r>
    </w:p>
    <w:p>
      <w:pPr>
        <w:jc w:val="right"/>
      </w:pPr>
      <w:r>
        <w:t>تی۔" مول انااقبال عمرینےچنئیسےلکھاہے: "لو اف گاڈ،خداکی نعمتوںکے ذریعے ممکن ہے کیونکہ نعمت ویزیبلہے، منیمب دیک ھتانہیں ۔" جز اک اللہ،آپا،بالکل صحیح فرمایا ۔</w:t>
      </w:r>
    </w:p>
    <w:p>
      <w:r>
        <w:rPr>
          <w:b/>
        </w:rPr>
        <w:t xml:space="preserve">[30:15] </w:t>
      </w:r>
      <w:r>
        <w:t>aaj ke jadeed zamanay mein to Khuda ke inaamaat ki fehrist mein bohat zyada izafa ho gaya hai.</w:t>
      </w:r>
    </w:p>
    <w:p>
      <w:pPr>
        <w:jc w:val="right"/>
      </w:pPr>
      <w:r>
        <w:t>آجکے جدید زمانےمیںتو خدا کےانعاماتکی فہرست میں بہت زیادہ اضافہہوگیا ہے۔</w:t>
      </w:r>
    </w:p>
    <w:p>
      <w:r>
        <w:rPr>
          <w:b/>
        </w:rPr>
        <w:t xml:space="preserve">[30:24] </w:t>
      </w:r>
      <w:r>
        <w:t>Rizwan Khurshid sahib ne Lahore se likha hai: "Mashallah, beautiful session." Faheem Umar sahib ne Malaysia se likha hai: "Mashallah, aapa, you explain everything with great truth and simplicity.</w:t>
      </w:r>
    </w:p>
    <w:p>
      <w:pPr>
        <w:jc w:val="right"/>
      </w:pPr>
      <w:r>
        <w:t>رضوان خورشیدصاحبنے لاہورسےلکھاہے: "ماشاءاللہ،بیوٹیفل سیشن۔ "فہیمعمر صاحبنےملیشیاسےلکھاہے:"ماشاءاللہ،آپا،یوایکسپلینایوریتھنگ ودگریٹٹروتھ اینڈ سمپلیسٹی۔</w:t>
      </w:r>
    </w:p>
    <w:p>
      <w:r>
        <w:rPr>
          <w:b/>
        </w:rPr>
        <w:t xml:space="preserve">[30:36] </w:t>
      </w:r>
      <w:r>
        <w:t>"The lake of the missing of Maulana sahib is fulfilled. May Allah reward everyone very</w:t>
      </w:r>
    </w:p>
    <w:p>
      <w:pPr>
        <w:jc w:val="right"/>
      </w:pPr>
      <w:r>
        <w:t>"دا لیک اف دا مس نگاف مول اناصاحباز ف لفلڈ۔ میاللہ ریوارڈ ایوریون ویری</w:t>
      </w:r>
    </w:p>
    <w:p>
      <w:r>
        <w:rPr>
          <w:b/>
        </w:rPr>
        <w:t xml:space="preserve">[30:45] </w:t>
      </w:r>
      <w:r>
        <w:t>well. Miss Fareeda Kamran ne Lahore se likha hai: "Jazak Allah, beautiful narrated, life changing and soul shaking talk to develop personality attachment to Allah." Maulana sahib was a true scholar who developed love of God in our heart and soul.</w:t>
      </w:r>
    </w:p>
    <w:p>
      <w:pPr>
        <w:jc w:val="right"/>
      </w:pPr>
      <w:r>
        <w:t>ویل۔ مسفریدہکامراننے لاہورسےلکھاہے: "جزاک اللہ،بیوٹیفلینیریٹڈ،لائفچینجنگاینڈ سولشیکنگٹاکٹوڈیویلپپرسنلاٹیچمنٹٹواللہ ۔" مول اناصاحبوازاٹروسکالرہوڈویلپڈ لو افگاڈ اناور ہارٹاینڈسول۔</w:t>
      </w:r>
    </w:p>
    <w:p>
      <w:r>
        <w:rPr>
          <w:b/>
        </w:rPr>
        <w:t xml:space="preserve">[31:01] </w:t>
      </w:r>
      <w:r>
        <w:t>May Allah reward him immensely. Asad Pervez sahib, jo is waqt class mein hain, unhon ne likha hai: "Thank you, aapa, for the beautiful learning session.</w:t>
      </w:r>
    </w:p>
    <w:p>
      <w:pPr>
        <w:jc w:val="right"/>
      </w:pPr>
      <w:r>
        <w:t>میاللہ ریوارڈہم ایمنس لی۔ اسدپرویزصاحب، جو اسوقتکلاسمیںہیں، انہوںنےلکھاہے:"تھینکیو،آپا،فاردابیوٹیفل لرننگسی شن۔</w:t>
      </w:r>
    </w:p>
    <w:p>
      <w:r>
        <w:rPr>
          <w:b/>
        </w:rPr>
        <w:t xml:space="preserve">[31:12] </w:t>
      </w:r>
      <w:r>
        <w:t>"</w:t>
      </w:r>
    </w:p>
    <w:p>
      <w:pPr>
        <w:jc w:val="right"/>
      </w:pPr>
      <w:r>
        <w:t>"</w:t>
      </w:r>
    </w:p>
    <w:p>
      <w:r>
        <w:rPr>
          <w:b/>
        </w:rPr>
        <w:t xml:space="preserve">[31:13] </w:t>
      </w:r>
      <w:r>
        <w:t>My question is: "Achha, unka ek sawal bhi hai, aapa. Unhon ne likha hai ke what is the meaning of tadabbur, tafakkur and tasawwur?" Us ka koi example dekh kar aap us ko please samjhaen.</w:t>
      </w:r>
    </w:p>
    <w:p>
      <w:pPr>
        <w:jc w:val="right"/>
      </w:pPr>
      <w:r>
        <w:t>مائیکوئسچناز: "اچھا،انکاایکسوال بھیہے،آپا۔ انہوںنےلکھاہےکہ واٹازدامیننگاف تد بر،تف کر اینڈت وسم؟" اسکاکوئی ایگزیمپل دیکھکرآپ اسکوپلیزسمجھائیں۔</w:t>
      </w:r>
    </w:p>
    <w:p>
      <w:r>
        <w:rPr>
          <w:b/>
        </w:rPr>
        <w:t xml:space="preserve">[31:27] </w:t>
      </w:r>
      <w:r>
        <w:t>tadbur,taf kar, tadabbur,taf kar ek hi cheez hai. bohat ziyada gehrai se ghor o fikr karna. tu is ko kehte hain taking lessons, is se lesson hasil karna.</w:t>
      </w:r>
    </w:p>
    <w:p>
      <w:pPr>
        <w:jc w:val="right"/>
      </w:pPr>
      <w:r>
        <w:t>تد بر،تف کر، تدبر،تف کر ایکہیچیزہے۔ بہت زیادہ گہرائی سےغوروفکرکرنا۔ ت وسمکہتےہیں ٹیکنگ لیسنز، اسسے لیسن حاصل کرنا۔</w:t>
      </w:r>
    </w:p>
    <w:p>
      <w:r>
        <w:rPr>
          <w:b/>
        </w:rPr>
        <w:t xml:space="preserve">[31:39] </w:t>
      </w:r>
      <w:r>
        <w:t>tu dekhiye, koi bhi cheez ek baar aap sarsari taur par casually parhein tu aap ko foran nahi samajh mein aati.</w:t>
      </w:r>
    </w:p>
    <w:p>
      <w:pPr>
        <w:jc w:val="right"/>
      </w:pPr>
      <w:r>
        <w:t>تو دیکھیے،کوئیبھیچیز ایکبار آپ سر سریطورپر کیژولی پڑھیںتوآپکو فوراًنہیںسمجھمیںآتی۔</w:t>
      </w:r>
    </w:p>
    <w:p>
      <w:r>
        <w:rPr>
          <w:b/>
        </w:rPr>
        <w:t xml:space="preserve">[31:48] </w:t>
      </w:r>
      <w:r>
        <w:t>tu aap ko baar baar parhna hota hai, tab koi gehra maane, tabhi samajh mein aata hai. tu yeh yeh tu jo Khuda ki baatein hain, Quran mein, Hadees mein, yeh sab baatein hain, is ko baar baar parhna parega, tab is ke jo hain deeper level samajh mein aate</w:t>
      </w:r>
    </w:p>
    <w:p>
      <w:pPr>
        <w:jc w:val="right"/>
      </w:pPr>
      <w:r>
        <w:t>تو آپکو بار بار پڑھناہوتاہے،تب کوئی گہرا مانے، تبھیسمجھمیںآتاہے۔ تو یہ یہتو جو خداکیباتیںہیں، قرآنمیں،حدیثمیں،یہسبباتیںہیں،اسکوباربار پڑھناپڑےگا، تب اسکےجوہے ڈیپر لیول سمجھمیںآتے</w:t>
      </w:r>
    </w:p>
    <w:p>
      <w:r>
        <w:rPr>
          <w:b/>
        </w:rPr>
        <w:t xml:space="preserve">[32:05] </w:t>
      </w:r>
      <w:r>
        <w:t>hain. tu aur jo tu is ko samjhe, is mein is mein kya hai ke lesson lena kisi bhi cheez se. tu yeh bohat sari cheezein hain jo Sahaba ki zindagi mein bhi paai jaati hain.</w:t>
      </w:r>
    </w:p>
    <w:p>
      <w:pPr>
        <w:jc w:val="right"/>
      </w:pPr>
      <w:r>
        <w:t>ہیں۔ تو اور جو ت وسمہے، اسمیں اسمیںکیا ہےکہلیسنلیناکسی بھیچیزسے ۔ تو یہ بہت ساریچیزیںہیںجو صحابہکیزندگی وںمیںبھیپائیجاتیہیں۔</w:t>
      </w:r>
    </w:p>
    <w:p>
      <w:r>
        <w:rPr>
          <w:b/>
        </w:rPr>
        <w:t xml:space="preserve">[32:17] </w:t>
      </w:r>
      <w:r>
        <w:t>tu har cheez se lesson lena, tu is ko tu is ko kehte hain. misaal ke taur par Maulana kehte thay ke is ki misaal dete thay honey bee ki ke honey bee jaati hai aur ek jungle mein, jungle mein bohat sari chee</w:t>
      </w:r>
    </w:p>
    <w:p>
      <w:pPr>
        <w:jc w:val="right"/>
      </w:pPr>
      <w:r>
        <w:t>تو ہرچیزسے لیسن لینا، تو اسکو ت وسمکہتےہیں۔ مثالکےطور پر مول انا کہتےتھے کہاسکی مثالدیتےتھے ہنیبیکی کہہنیبی جاتیہے اور ایکجنگلمیں ،جنگ لمیںبہت ساریچ</w:t>
      </w:r>
    </w:p>
    <w:p>
      <w:r>
        <w:rPr>
          <w:b/>
        </w:rPr>
        <w:t xml:space="preserve">[32:33] </w:t>
      </w:r>
      <w:r>
        <w:t>zein hain, peir hain, branches hain, tarah tarah ki cheezein hain wahan par, lekin woh seedhe jaati hai phool par aur phool mein bhi seedhe jaati hai.</w:t>
      </w:r>
    </w:p>
    <w:p>
      <w:pPr>
        <w:jc w:val="right"/>
      </w:pPr>
      <w:r>
        <w:t>یزیںہیں، پیڑہیں، برانچزہیں، طرح طرحکیچیزیںہیںوہاںپر ،لیکن وہ سیدھےجاتیہےپھولپر اورپھولمیںبھی سیدھےجاتیہے۔</w:t>
      </w:r>
    </w:p>
    <w:p>
      <w:r>
        <w:rPr>
          <w:b/>
        </w:rPr>
        <w:t xml:space="preserve">[32:42] </w:t>
      </w:r>
      <w:r>
        <w:t>beech mein jo nectar hota hai, woh nectar leti hai aur phir wapas aa jaati hai. tu aur phir ek hi qism ke phool se woh ek ek ek baar mein jab shehad banati hai na, ek hi qism ke phool</w:t>
      </w:r>
    </w:p>
    <w:p>
      <w:pPr>
        <w:jc w:val="right"/>
      </w:pPr>
      <w:r>
        <w:t>بیچمیںجو نیکٹرہوتاہے، وہنیکٹرلیتیہے اور پھر واپسآجاتیہے۔ تو اورپھر ایکہی قسم کےپھول سےوہ ایک ایک ایکبارمیںجبشہدبناتیہےنا، ایکہیقسم کےپ</w:t>
      </w:r>
    </w:p>
    <w:p>
      <w:r>
        <w:rPr>
          <w:b/>
        </w:rPr>
        <w:t xml:space="preserve">[32:55] </w:t>
      </w:r>
      <w:r>
        <w:t>par jaati hai. tu yeh bhi ek tu is ko samjhe ke hum isi tarike se hum apne aap ko focused mind banayein.</w:t>
      </w:r>
    </w:p>
    <w:p>
      <w:pPr>
        <w:jc w:val="right"/>
      </w:pPr>
      <w:r>
        <w:t>ھولپرجاتیہے۔ تو یہ بھی ایک ت وسمہے کہ ہم اسیطریقےسے ہم اپنے آپ کو فوکسڈ مائنڈبنائیں۔</w:t>
      </w:r>
    </w:p>
    <w:p>
      <w:r>
        <w:rPr>
          <w:b/>
        </w:rPr>
        <w:t xml:space="preserve">[33:04] </w:t>
      </w:r>
      <w:r>
        <w:t>jab tak hum apna focused mind nahi banayein ge na, tab tak hum cheezon se koi bhi gehra lesson nahi le sakte. tu isi tarike se baar baar, ek baar is mein ek ek Sahabi ka waqia hai</w:t>
      </w:r>
    </w:p>
    <w:p>
      <w:pPr>
        <w:jc w:val="right"/>
      </w:pPr>
      <w:r>
        <w:t>جبتکہماپنا فوکسڈ مائنڈنہیں بنائیںگےنا، تبتک ہم چیزوںسے کوئیبھی گہرالیسننہیںلےسکتے۔ تو اسیطریقےسے بار بار، ایکبار اسمیں ایک ایک صحابی کا واقع ہہے</w:t>
      </w:r>
    </w:p>
    <w:p>
      <w:r>
        <w:rPr>
          <w:b/>
        </w:rPr>
        <w:t xml:space="preserve">[33:24] </w:t>
      </w:r>
      <w:r>
        <w:t>ke unhone dekha ke ek do bail joat rahay thay koi zameen. tu woh dekha ke ek bail ruk gaya aur ek bail apna chalta raha.</w:t>
      </w:r>
    </w:p>
    <w:p>
      <w:pPr>
        <w:jc w:val="right"/>
      </w:pPr>
      <w:r>
        <w:t>کہانہوںنےدیکھاکہ ایک دو بیل جوت رہےتھےکوئیزمین ۔ تو وہدیکھاکہایکبیل رکگیااورایک بیلاپناچلتارہا۔</w:t>
      </w:r>
    </w:p>
    <w:p>
      <w:r>
        <w:rPr>
          <w:b/>
        </w:rPr>
        <w:t xml:space="preserve">[33:33] </w:t>
      </w:r>
      <w:r>
        <w:t>tu jo ruk gaya, is ko is ne mara malik ne. tu is par unhone kaha ke dekho, isi tarike se humein apni duty poori karni hai. jo bhi duty humein Khaliq ki taraf se mili hai, is ko poora karna hai.</w:t>
      </w:r>
    </w:p>
    <w:p>
      <w:pPr>
        <w:jc w:val="right"/>
      </w:pPr>
      <w:r>
        <w:t>تو جو رکگیا، اسکو اسنے مارامالکنے۔ تو اسپر انہوں نے کہاکہدیکھو، اسیطریقےسےہمیں اپنی ڈیوٹی پوری کرنیہے۔جوبھی ڈیوٹیہمیں خالقکیطرفسے ملی ہے،اسکوپوراکرناہے۔</w:t>
      </w:r>
    </w:p>
    <w:p>
      <w:r>
        <w:rPr>
          <w:b/>
        </w:rPr>
        <w:t xml:space="preserve">[33:47] </w:t>
      </w:r>
      <w:r>
        <w:t>nahi poori karein ge tu maar khayein ge, hum ko saza mile gi. tu</w:t>
      </w:r>
    </w:p>
    <w:p>
      <w:pPr>
        <w:jc w:val="right"/>
      </w:pPr>
      <w:r>
        <w:t>نہیں پوراکریںگےتو مار کھائیںگے، ہمکو سزاملےگی۔ تو</w:t>
      </w:r>
    </w:p>
    <w:p>
      <w:r>
        <w:rPr>
          <w:b/>
        </w:rPr>
        <w:t xml:space="preserve">[33:51] </w:t>
      </w:r>
      <w:r>
        <w:t>yeh na bohat ziyada jab aadmi ka mind open ho jaata hai na, phir woh har cheez se lesson derive kar leta hai.</w:t>
      </w:r>
    </w:p>
    <w:p>
      <w:pPr>
        <w:jc w:val="right"/>
      </w:pPr>
      <w:r>
        <w:t>یہ نا بہت زیادہ جب آدمیکا مائنڈ او یکنڈہوجاتا ہےنا، پھروہ ہرچیز سے لیسنڈرائیوکرلیتاہے۔</w:t>
      </w:r>
    </w:p>
    <w:p>
      <w:r>
        <w:rPr>
          <w:b/>
        </w:rPr>
        <w:t xml:space="preserve">[34:00] </w:t>
      </w:r>
      <w:r>
        <w:t>matlab madi waqeaat se spiritual lesson lena, yeh hai tu is ko sam. ji, aap a, ab helplessness ke bare mein bhi main aapse poochna chahunga.</w:t>
      </w:r>
    </w:p>
    <w:p>
      <w:pPr>
        <w:jc w:val="right"/>
      </w:pPr>
      <w:r>
        <w:t>مطلب مادی واقع اتسے سپرچ وللیسن لینا، یہہے توسم ۔ جی، آپ ا، ابہیلپلیسنس کےبارےمیں بھیمیںآپسےپوچھناچاہوںگا۔</w:t>
      </w:r>
    </w:p>
    <w:p>
      <w:r>
        <w:rPr>
          <w:b/>
        </w:rPr>
        <w:t xml:space="preserve">[34:14] </w:t>
      </w:r>
      <w:r>
        <w:t>Maulana sahib kehte thay: "it's a meeting point of man and God" aur helplessness bohat important hai hamari zindagi mein, hamare spiritual development ke liye. tu is ke bare mein bhi hum sab ko batayein.</w:t>
      </w:r>
    </w:p>
    <w:p>
      <w:pPr>
        <w:jc w:val="right"/>
      </w:pPr>
      <w:r>
        <w:t>مول اناصاحبکہتےتھے:"اٹازامیٹنگپوائنٹ اف مینودگاڈ" اور ہیلپلیسنس بہت امپورٹنٹہےہماریزندگی میں ،ہمارےسپرچولڈیویلپمنٹکےلیے۔تواسکےبارےمیںبھیہمسبکوبتائیں۔</w:t>
      </w:r>
    </w:p>
    <w:p>
      <w:r>
        <w:rPr>
          <w:b/>
        </w:rPr>
        <w:t xml:space="preserve">[34:27] </w:t>
      </w:r>
      <w:r>
        <w:t>Quran mein aaya hai: "wasjud waqtarab" sajda karwa aur qareeb ho jao. tu insaan jo hai, sab se ziyada qareeb Allah Ta'ala se sajde ke mauqe par hota hai.</w:t>
      </w:r>
    </w:p>
    <w:p>
      <w:pPr>
        <w:jc w:val="right"/>
      </w:pPr>
      <w:r>
        <w:t>قرآنمیںآیاہے:"وس جد وقت رب" سجدہکرواورقریبہوجاؤ ۔ تو انسان جوہے، سبسےزیادہ قریب اللہ تعالیسے سجدےکےموقعپرہوتاہے۔</w:t>
      </w:r>
    </w:p>
    <w:p>
      <w:r>
        <w:rPr>
          <w:b/>
        </w:rPr>
        <w:t xml:space="preserve">[34:39] </w:t>
      </w:r>
      <w:r>
        <w:t>tu jo hai azz, jo woh hai, wohi jo hai hum ko Khuda se qareeb karta hai. kyunke Khuda qadir mutlaq hai aur insaan aziz mutlaq hai.</w:t>
      </w:r>
    </w:p>
    <w:p>
      <w:pPr>
        <w:jc w:val="right"/>
      </w:pPr>
      <w:r>
        <w:t>تو جوہے عجز،جوجوہے، وہی جوہےہمکوخداسے قریب کرتاہے۔کیونکہ خ دا قادر مطلقہے اور انسان عاجز مطلقہے۔</w:t>
      </w:r>
    </w:p>
    <w:p>
      <w:r>
        <w:rPr>
          <w:b/>
        </w:rPr>
        <w:t xml:space="preserve">[34:50] </w:t>
      </w:r>
      <w:r>
        <w:t>tu agar hum ne total sense mein hamare andar modesty nahi hai, tu hamara Khuda se ta'alluq nahi ban sakta.</w:t>
      </w:r>
    </w:p>
    <w:p>
      <w:pPr>
        <w:jc w:val="right"/>
      </w:pPr>
      <w:r>
        <w:t>تو اگر ہم نے ٹوٹل سینسمیں ہمارےاندر ماڈیسٹینہیںہے،توہماراخداسے تعلقنہیں بنسکتا۔</w:t>
      </w:r>
    </w:p>
    <w:p>
      <w:r>
        <w:rPr>
          <w:b/>
        </w:rPr>
        <w:t xml:space="preserve">[34:59] </w:t>
      </w:r>
      <w:r>
        <w:t>tu is ka misaal woh woh hai jo jab Adam, jab insaan ka creation hua, tu farishte jo hain, woh Khuda ke hukum ke aage jhuk gaye. kyunke woh modest thay, tu woh Khuda se un ko un ko qurbat hui.</w:t>
      </w:r>
    </w:p>
    <w:p>
      <w:pPr>
        <w:jc w:val="right"/>
      </w:pPr>
      <w:r>
        <w:t>تواسکا مثال وہ وہہےجو جب ان آدم ،جب انسان کا کریشنہوا، تو فرشتےجوہیں،وہ خداکے حکمکےآگےجھکگئے۔کیونکہوہ ماڈسٹتھے، تو وہ خداسے انکو انکو قربتہوئی۔</w:t>
      </w:r>
    </w:p>
    <w:p>
      <w:r>
        <w:rPr>
          <w:b/>
        </w:rPr>
        <w:t xml:space="preserve">[35:18] </w:t>
      </w:r>
      <w:r>
        <w:t>aur jo shaitan tha, woh nahi jhuka, woh Khuda ki rehmat se woh door kar diya gaya.</w:t>
      </w:r>
    </w:p>
    <w:p>
      <w:pPr>
        <w:jc w:val="right"/>
      </w:pPr>
      <w:r>
        <w:t>اور جو شیطانتھا،وہنہیں جھکا،وہ خدا کیرحمتسےوہدورکردیا گیا۔</w:t>
      </w:r>
    </w:p>
    <w:p>
      <w:r>
        <w:rPr>
          <w:b/>
        </w:rPr>
        <w:t xml:space="preserve">[35:24] </w:t>
      </w:r>
      <w:r>
        <w:t>tu insaan ke andar modesty hona, yeh bilkul hi most important cheez hai.</w:t>
      </w:r>
    </w:p>
    <w:p>
      <w:pPr>
        <w:jc w:val="right"/>
      </w:pPr>
      <w:r>
        <w:t>تو انسان کے اند ر ما ڈیسٹیہونا، یہ بالکل ہی موسٹ امپورٹنٹ چیزہے۔</w:t>
      </w:r>
    </w:p>
    <w:p>
      <w:r>
        <w:rPr>
          <w:b/>
        </w:rPr>
        <w:t xml:space="preserve">[35:33] </w:t>
      </w:r>
      <w:r>
        <w:t>is ke baghair woh Khuda se ta'alluq qaim nahi ho sakta. aur isi ka jo hai na, sab se aakhri izhaar jo hai, woh sajda hai.</w:t>
      </w:r>
    </w:p>
    <w:p>
      <w:pPr>
        <w:jc w:val="right"/>
      </w:pPr>
      <w:r>
        <w:t>اسکے بغیر وہخداسے تعلق قائمہینہیںہوسکتا۔ اور اسی کاجوہےنا،سبسے آخری اظہارجوہے،وہ سجدہہے۔</w:t>
      </w:r>
    </w:p>
    <w:p>
      <w:r>
        <w:rPr>
          <w:b/>
        </w:rPr>
        <w:t xml:space="preserve">[35:44] </w:t>
      </w:r>
      <w:r>
        <w:t>tu ek Hadees Qudsi hai ke main toote dil walon ke paas</w:t>
      </w:r>
    </w:p>
    <w:p>
      <w:pPr>
        <w:jc w:val="right"/>
      </w:pPr>
      <w:r>
        <w:t>تو ایک حدیث قد سیہے کہمیں ٹوٹےدل والوںکےپاس</w:t>
      </w:r>
    </w:p>
    <w:p>
      <w:r>
        <w:rPr>
          <w:b/>
        </w:rPr>
        <w:t xml:space="preserve">[35:49] </w:t>
      </w:r>
      <w:r>
        <w:t>hota hoon. tu toote dil walay woh hote hain jo bilkul total sense mein helplessness ki ek tasweer hote hain. tu aisa insaan Khuda se qareeb hota hai.</w:t>
      </w:r>
    </w:p>
    <w:p>
      <w:pPr>
        <w:jc w:val="right"/>
      </w:pPr>
      <w:r>
        <w:t>ہوتاہوں۔ توٹوٹےدلوالے وہیہوتےہیںجوبالکل ٹوٹل سینسمیں ہیلپلیسنسکیایکتصویرہوتےہیں۔ تو ایسا انسان خداسے قریبہوتاہے۔</w:t>
      </w:r>
    </w:p>
    <w:p>
      <w:r>
        <w:rPr>
          <w:b/>
        </w:rPr>
        <w:t xml:space="preserve">[35:59] </w:t>
      </w:r>
      <w:r>
        <w:t>aur balkeh duniya mein jo itne masail aate hain, itne insaan ko takleefein hoti hain, bimariyan hoti hain, yeh sab isi liye hote hain ke woh is ke andar jo helplessness ki spirit paida ho aur woh ziyada se ziyada is ko Khuda se qurbat hasil</w:t>
      </w:r>
    </w:p>
    <w:p>
      <w:pPr>
        <w:jc w:val="right"/>
      </w:pPr>
      <w:r>
        <w:t>اور بلکہ دنیا میںجواتنے مسائل آتےہیں، اتنے انسان کو تکلیفیںہوتیہیں، بیماریاںہوتیہیں، یہسب اسیلیےہوتےہیںکہوہ اسکےاندرجو ہیلپلیسنسکی سپرٹپیدا ہواور وہ زیادہ سےزیادہ اسکوخداسےقربتحاصل</w:t>
      </w:r>
    </w:p>
    <w:p>
      <w:r>
        <w:rPr>
          <w:b/>
        </w:rPr>
        <w:t xml:space="preserve">[36:16] </w:t>
      </w:r>
      <w:r>
        <w:t>ho . tohملog jo hain, wohab kamzor hota hai. insaan bohat jald ghabra jaata hai. lekin bimariyan jo hain, woh hamare liye bohat bari nemat hain kyunke woh hum ko Khuda se qareeb karti hain.</w:t>
      </w:r>
    </w:p>
    <w:p>
      <w:pPr>
        <w:jc w:val="right"/>
      </w:pPr>
      <w:r>
        <w:t>ہو ۔ توہملوگ جوہیں، وہاب کمزورہوتاہے۔انسان بہت جلدگھبراجاتاہے۔ لیکن بیماریاںجوہیں، وہ ہمارےلیےبہت بڑی نعمتہیںکیونکہوہہمکو خداسےقریب کرتیہیں۔</w:t>
      </w:r>
    </w:p>
    <w:p>
      <w:r>
        <w:rPr>
          <w:b/>
        </w:rPr>
        <w:t xml:space="preserve">[36:30] </w:t>
      </w:r>
      <w:r>
        <w:t>toh insaan jo hai, ek bilkul aajiz makhlooq hai aur har lamha woh Khuda ki madad ka mohtaaj hai. toh woh jab bhi Khuda se iski askomad milay gi jab woh bilkul apne aap ko isne surrender kar diya ho</w:t>
      </w:r>
    </w:p>
    <w:p>
      <w:pPr>
        <w:jc w:val="right"/>
      </w:pPr>
      <w:r>
        <w:t>تو انسان جوہے،ایکبالکل عاجزمخلوقہے اور ہرلمحہوہخدا کیمد دکا محتاجہے۔ تووہجبھی خداسے اسکیاسکومد دملےگیجبوہ بالکل اپنےآپکواسنے سرینڈرکردیا ہو</w:t>
      </w:r>
    </w:p>
    <w:p>
      <w:r>
        <w:rPr>
          <w:b/>
        </w:rPr>
        <w:t xml:space="preserve">[36:45] </w:t>
      </w:r>
      <w:r>
        <w:t>. ji, kyunke ek hadith hai na ke Khuda ki jo jo jo Khuda jo hai, woh sab se bara hai. Khuda aur iski buzurgi ki jo chadar koi chhuune chheene ga, toh Khuda isko zaleel kar de ga.</w:t>
      </w:r>
    </w:p>
    <w:p>
      <w:pPr>
        <w:jc w:val="right"/>
      </w:pPr>
      <w:r>
        <w:t>۔ جی، کیونکہ ایک حدیثہےناکہخدا کیجو جو جو جو خدا جوہے،وہ سبسےبڑاہے۔خدا اور اسکی بزر گی کیجو چادرکوئیچھ ونے چھینےگا،توخدااسکو ذلیلکردےگا۔</w:t>
      </w:r>
    </w:p>
    <w:p>
      <w:r>
        <w:rPr>
          <w:b/>
        </w:rPr>
        <w:t xml:space="preserve">[37:01] </w:t>
      </w:r>
      <w:r>
        <w:t>toh Khuda se ta'alluq agar hum ko qaim karna hai, toh hum ko hundred percent modest ban jaana chahiye. tab hi Khuda se ta'alluq qaim hoga.</w:t>
      </w:r>
    </w:p>
    <w:p>
      <w:pPr>
        <w:jc w:val="right"/>
      </w:pPr>
      <w:r>
        <w:t>توخداسے تعلق اگرہمکو قائمکرناہے، تو ہمکو ہنڈرڈپرسنٹ ماڈیسٹبنجاناچاہیے۔ تبھیخداسےتعلق قائمہوگا۔</w:t>
      </w:r>
    </w:p>
    <w:p>
      <w:r>
        <w:rPr>
          <w:b/>
        </w:rPr>
        <w:t xml:space="preserve">[37:10] </w:t>
      </w:r>
      <w:r>
        <w:t>ji,</w:t>
      </w:r>
    </w:p>
    <w:p>
      <w:pPr>
        <w:jc w:val="right"/>
      </w:pPr>
      <w:r>
        <w:t>جی،</w:t>
      </w:r>
    </w:p>
    <w:p>
      <w:r>
        <w:rPr>
          <w:b/>
        </w:rPr>
        <w:t xml:space="preserve">[37:12] </w:t>
      </w:r>
      <w:r>
        <w:t>Maulana sahib kehte the: "What is the price against virtue" modesty pe bohat emphasize karte the. aap , ya aap ne aaj معرفت ke bare mein bataiya: " What is the price of God's blessing?</w:t>
      </w:r>
    </w:p>
    <w:p>
      <w:pPr>
        <w:jc w:val="right"/>
      </w:pPr>
      <w:r>
        <w:t>مول اناصاحبکہتےتھے:"اٹاز ونافدابگسٹ ورچو" ماڈیسٹیپہبہت ایمفس ائزکرتے تھے۔ آپ ا، یا آپنےآج معرفتکےبارےمیںبت ایا:" واٹازداپرائسافگاڈزبلیسنگ؟</w:t>
      </w:r>
    </w:p>
    <w:p>
      <w:r>
        <w:rPr>
          <w:b/>
        </w:rPr>
        <w:t xml:space="preserve">[37:25] </w:t>
      </w:r>
      <w:r>
        <w:t>love of God?" toh ek sawal yahan pe yeh bhi aata hai ke " What is the cause of failure to love God?" is ke bare mein bhi hum sab ko bataein.</w:t>
      </w:r>
    </w:p>
    <w:p>
      <w:pPr>
        <w:jc w:val="right"/>
      </w:pPr>
      <w:r>
        <w:t>لو افگاڈ؟" توایک سوالیہاںپریہبھیآتاہےکہ" واٹازدی کازاف فیل یرٹولو گاڈ؟" اسکےبارےمیںبھیہمسبکوبتائیں۔</w:t>
      </w:r>
    </w:p>
    <w:p>
      <w:r>
        <w:rPr>
          <w:b/>
        </w:rPr>
        <w:t xml:space="preserve">[37:39] </w:t>
      </w:r>
      <w:r>
        <w:t>causes toh bohat hain.</w:t>
      </w:r>
    </w:p>
    <w:p>
      <w:pPr>
        <w:jc w:val="right"/>
      </w:pPr>
      <w:r>
        <w:t>کاززتوبہت ہیں۔</w:t>
      </w:r>
    </w:p>
    <w:p>
      <w:r>
        <w:rPr>
          <w:b/>
        </w:rPr>
        <w:t xml:space="preserve">[37:40] </w:t>
      </w:r>
      <w:r>
        <w:t>ek cause toh yeh hai ke insaan jo hai, is ko lagta hai ke sab kuch humein apni mehnat se mil raha hai.</w:t>
      </w:r>
    </w:p>
    <w:p>
      <w:pPr>
        <w:jc w:val="right"/>
      </w:pPr>
      <w:r>
        <w:t>ایک کازتویہیہےکہ انسان جوہے، اسکو لگتاہے کہ سبکچھ ہمیں اپنی محنتسےملرہاہے۔</w:t>
      </w:r>
    </w:p>
    <w:p>
      <w:r>
        <w:rPr>
          <w:b/>
        </w:rPr>
        <w:t xml:space="preserve">[37:51] </w:t>
      </w:r>
      <w:r>
        <w:t>woh gehrai se koi baat ko samajhta nahi hai. aur doosra yeh ke jo freedom Allah Ta'ala ne diya hai, toh is freedom ki wajah se kya hota hai ke bohat saare masail paida hote hain.</w:t>
      </w:r>
    </w:p>
    <w:p>
      <w:pPr>
        <w:jc w:val="right"/>
      </w:pPr>
      <w:r>
        <w:t>وہ گہرائیسےکوئیبات کوسمجھتانہیںہے۔ اور دوس رایہکہجو فریڈماللہ تعالینےدیاہے، تو اس فریڈمکیوجہ سےکیاہوتاہے کہبہت سارے مسائل پیدا ہوتےہیں۔</w:t>
      </w:r>
    </w:p>
    <w:p>
      <w:r>
        <w:rPr>
          <w:b/>
        </w:rPr>
        <w:t xml:space="preserve">[38:03] </w:t>
      </w:r>
      <w:r>
        <w:t>log ek doosre ko pareshan karte hain, in ka haq maarte hain, in woh in ke oopar zulm karte hain.</w:t>
      </w:r>
    </w:p>
    <w:p>
      <w:pPr>
        <w:jc w:val="right"/>
      </w:pPr>
      <w:r>
        <w:t>لوگ ایکدوسرےکو پریشانکرتے ہیں، انکاحق مارتےہیں، ان وہانکےاوپرظلم کرتےہیں۔</w:t>
      </w:r>
    </w:p>
    <w:p>
      <w:r>
        <w:rPr>
          <w:b/>
        </w:rPr>
        <w:t xml:space="preserve">[38:10] </w:t>
      </w:r>
      <w:r>
        <w:t>toh bar bar log kehte hain na ke duniya mein itni evil kyun hai? agar Khuda hota, Rehman-o-Raheem Khuda hota, toh itni evil kyun hoti ?</w:t>
      </w:r>
    </w:p>
    <w:p>
      <w:pPr>
        <w:jc w:val="right"/>
      </w:pPr>
      <w:r>
        <w:t>تو بار بار لوگکہتےہیںناکہدنیا میںاتنی ایولکیوںہے؟ اگر خداہوتا، رحمنورحیمخداہوتا، تو اتنی ایولکیوںہوتی ؟</w:t>
      </w:r>
    </w:p>
    <w:p>
      <w:r>
        <w:rPr>
          <w:b/>
        </w:rPr>
        <w:t xml:space="preserve">[38:19] </w:t>
      </w:r>
      <w:r>
        <w:t>ji, toh yeh saari cheezein jo hain, in ko is ke dimagh mein confused daalti hain ke yeh duniya jo hai, woh</w:t>
      </w:r>
    </w:p>
    <w:p>
      <w:pPr>
        <w:jc w:val="right"/>
      </w:pPr>
      <w:r>
        <w:t>جی،تویہ ساریچیزیںجوہیں،انکواسکادماغ میں کنفیوژنڈالتیہیں کہیہدنیا جوہے،وہ</w:t>
      </w:r>
    </w:p>
    <w:p>
      <w:r>
        <w:rPr>
          <w:b/>
        </w:rPr>
        <w:t xml:space="preserve">[38:28] </w:t>
      </w:r>
      <w:r>
        <w:t>agar agar aisa Khuda hota toh duniya evil free hoti. lekin woh yeh hai ke sab se pehle toh humein creation plan ko samajhna hai</w:t>
      </w:r>
    </w:p>
    <w:p>
      <w:pPr>
        <w:jc w:val="right"/>
      </w:pPr>
      <w:r>
        <w:t>اگر اگر ایساخداہوتاتودنیا ایول فریہوتی۔ لیکن وہیہےکہسبسے پہلے توہمیں کریشنپلانکوسمجھناہے</w:t>
      </w:r>
    </w:p>
    <w:p>
      <w:r>
        <w:rPr>
          <w:b/>
        </w:rPr>
        <w:t xml:space="preserve">[38:37] </w:t>
      </w:r>
      <w:r>
        <w:t>ke creation plan hi yeh hai ke insaan ko freedom di jaye aur wahan poori poori tarah se test ho ska. toh jo bhi situation insaan ko pesh aati hai, woh sab test hota hai.</w:t>
      </w:r>
    </w:p>
    <w:p>
      <w:pPr>
        <w:jc w:val="right"/>
      </w:pPr>
      <w:r>
        <w:t>کہ کریشنپلانہییہیہے کہ انسانکو فریڈمدیجائے اور وہاں پوری پوریطریقےسے ٹیسٹ ہواسکا۔ تو جو بھی سچوئیشن انسانکو پیش آتیہے، وہ سب ٹیسٹ ہوتاہے۔</w:t>
      </w:r>
    </w:p>
    <w:p>
      <w:r>
        <w:rPr>
          <w:b/>
        </w:rPr>
        <w:t xml:space="preserve">[38:50] </w:t>
      </w:r>
      <w:r>
        <w:t>hum is ko na samajhne ki wajah se hum samajh lete hain ke falan ka zulm hai. woh test hota hai. is mein woh zalim mazloom dono hi test kiye ja rahe hain.</w:t>
      </w:r>
    </w:p>
    <w:p>
      <w:pPr>
        <w:jc w:val="right"/>
      </w:pPr>
      <w:r>
        <w:t>ہماسکو نہ سمجھنےکیوجہسے ہمسمجھلیتےہیںکہفلاںکاظلمہے۔ وہ ٹیسٹ ہوتاہے۔ اسمیں وہ ظالممظلوم دونوںہی ٹیسٹ کیےجارہےہیں۔</w:t>
      </w:r>
    </w:p>
    <w:p>
      <w:r>
        <w:rPr>
          <w:b/>
        </w:rPr>
        <w:t xml:space="preserve">[39:00] </w:t>
      </w:r>
      <w:r>
        <w:t>toh yeh agar hum samjhein toh hum bohat aasani se is waqe ko accept kar sakte hain.</w:t>
      </w:r>
    </w:p>
    <w:p>
      <w:pPr>
        <w:jc w:val="right"/>
      </w:pPr>
      <w:r>
        <w:t>تو یہ اگر ہمسمجھیں تو ہم بہت آس انیسے اس واقعےکو ایکسیپٹکرسکتےہیں۔</w:t>
      </w:r>
    </w:p>
    <w:p>
      <w:r>
        <w:rPr>
          <w:b/>
        </w:rPr>
        <w:t xml:space="preserve">[39:10] </w:t>
      </w:r>
      <w:r>
        <w:t>aur insaan jo hai, shukr nahi karta. doosri cheez yeh hai ke insaan na-shukra hai. aur Iblees ne yeh hi kaha tha ke main tamam logon ko behka doon ga aur tu insaan logon ko na-shukra nahi, in logon ko shukr guzar nahi paaye ga toh siwaye chand logon ke jin ko tu ne chun liya hai.</w:t>
      </w:r>
    </w:p>
    <w:p>
      <w:pPr>
        <w:jc w:val="right"/>
      </w:pPr>
      <w:r>
        <w:t>اور انسان جوہے، شکرنہیںکرتا۔ دوسریچیز یہہےکہانسان ناشکراہے۔ اور ابلیسنےیہیکہاتھا کہمیں تمام لوگوںکو بہ کادوںگا اور تو کسانلوگوںکوناشکرانہیں ،انلوگوںکو شکرگزار نہیںپائےگاتو سوائے چند لوگوںکےجنکوتونے چنلیاہے۔</w:t>
      </w:r>
    </w:p>
    <w:p>
      <w:r>
        <w:rPr>
          <w:b/>
        </w:rPr>
        <w:t xml:space="preserve">[39:30] </w:t>
      </w:r>
      <w:r>
        <w:t>toh is ne jo jo challenge kiya tha Iblees ne, toh woh bilkul sahi saabit hua. kyunke in jo humein nematein Khuda ki taraf se mili hui hain na, is ka humein chircha karna parta hai.</w:t>
      </w:r>
    </w:p>
    <w:p>
      <w:pPr>
        <w:jc w:val="right"/>
      </w:pPr>
      <w:r>
        <w:t>تو اسنے جو جو چیلنجکیا تھااب لیسنے، تو وہ بالکل صحیحثابتہوا۔ کیونکہ ان جو ہمیںنعمتیںخداکیطرف سے ملی ہوئی ہیںنا،اسکاہمیںچرچہکرناپڑتاہے۔</w:t>
      </w:r>
    </w:p>
    <w:p>
      <w:r>
        <w:rPr>
          <w:b/>
        </w:rPr>
        <w:t xml:space="preserve">[39:45] </w:t>
      </w:r>
      <w:r>
        <w:t>ji, hum dekhiye, koi bhi chircha nahi karta. koi cheez mil gayi toh mil gayi . pehle din humein bara achha lagta hai, bari achhi cheez humein mil gayi hai. doosre din hum bhool jaate hain.</w:t>
      </w:r>
    </w:p>
    <w:p>
      <w:pPr>
        <w:jc w:val="right"/>
      </w:pPr>
      <w:r>
        <w:t>جی، ہم دیکھیے،کوئیبھیچرچہنہیں کرتا۔ کوئیچیزملگئی توملگئی ۔ پہلے دنہمیںبڑیاچھیلگتیہے،بڑی اچھیچیزہمیںملگئی ہے۔دوسرےدنہمبھولجاتےہیں۔</w:t>
      </w:r>
    </w:p>
    <w:p>
      <w:r>
        <w:rPr>
          <w:b/>
        </w:rPr>
        <w:t xml:space="preserve">[39:55] </w:t>
      </w:r>
      <w:r>
        <w:t>toh is ka hum bar bar bar bar chircha karein</w:t>
      </w:r>
    </w:p>
    <w:p>
      <w:pPr>
        <w:jc w:val="right"/>
      </w:pPr>
      <w:r>
        <w:t>تو اسکاہم بار بار بار بار چرچہکریں</w:t>
      </w:r>
    </w:p>
    <w:p>
      <w:r>
        <w:rPr>
          <w:b/>
        </w:rPr>
        <w:t xml:space="preserve">[39:59] </w:t>
      </w:r>
      <w:r>
        <w:t>toh tab humein woh woh nemat yaad rehti hai. jab nemat yaad rahe gi, tab hi hum Khuda ka shukr ada karein ge. toh hum ko nemat hi yaad nahi rehti. hum shukr kiya karein ge?</w:t>
      </w:r>
    </w:p>
    <w:p>
      <w:pPr>
        <w:jc w:val="right"/>
      </w:pPr>
      <w:r>
        <w:t>تو تب ہمیںوہ وہ نعمتیادرہتیہے۔ جب نعمتیادرہےگی،تبھیہمخدا کا شکراداکریںگے۔ توہمکونعمتہییادہینہیںرہتی۔ہمشکرکیاکریںگے؟</w:t>
      </w:r>
    </w:p>
    <w:p>
      <w:r>
        <w:rPr>
          <w:b/>
        </w:rPr>
        <w:t xml:space="preserve">[40:09] </w:t>
      </w:r>
      <w:r>
        <w:t>roz hum chahte hain, roz humein bari bari nematein milti rahein. toh roz ineh kahaan se nemat mile gi? jo humein mila hua hai, hamara yeh body hai, hamara digestive system hai, hamara poora jo nizaam hai, woh har cheez pe humein Khuda ka shukr ada</w:t>
      </w:r>
    </w:p>
    <w:p>
      <w:pPr>
        <w:jc w:val="right"/>
      </w:pPr>
      <w:r>
        <w:t>روز ہمچاہتےہیں،روز ہمیں بڑیبڑینعمتیںملتیرہیں۔توروز انہکہاںسےنعمتملےگی؟ جو ہمیں ملاہوا ہے، ہمارایہ باڈیہے، ہمارا ڈائجسٹیوسسٹمہے،ہماراپوراجو نظامہے، وہ ہرچیز پرہمیںخداکاشکرادا</w:t>
      </w:r>
    </w:p>
    <w:p>
      <w:r>
        <w:rPr>
          <w:b/>
        </w:rPr>
        <w:t xml:space="preserve">[40:25] </w:t>
      </w:r>
      <w:r>
        <w:t>karna hai. ab kisi ko aap dekhte hain ke woh ab ek tang mein koi aisi cheez bimari ho jati hai, kisi ko polio ho jata hai, kuch ho jata hai. ab raste chalte dekhte hain toh humein sochna chahiye ke dekhiye, Allah Ta'ala ne humein dono paon diya hai, hum achhe se chal sakte hain.</w:t>
      </w:r>
    </w:p>
    <w:p>
      <w:pPr>
        <w:jc w:val="right"/>
      </w:pPr>
      <w:r>
        <w:t>کرناہے۔ ابکسی کوآپدیکھتےہیںکہوہ ابایک ٹانگمیںکوئی ایسیچیز بیماریہوجاتیہے،کسی کو پولیوہوجاتاہے،کچھہوجاتاہے۔ابراستہچلتےدیکھتےہیں تو ہمیںسوچناچاہیے کہدیکھیے،اللہ تعالینےہمیں دونوں پاؤں دیاہے، ہماچھےسےچلسکتےہیں۔</w:t>
      </w:r>
    </w:p>
    <w:p>
      <w:r>
        <w:rPr>
          <w:b/>
        </w:rPr>
        <w:t xml:space="preserve">[40:42] </w:t>
      </w:r>
      <w:r>
        <w:t>toh jo cheezein humein mili hui hain, isi ka humein rozana shukr ada karna hai. tab hum sahi halat mein Khuda ke shukr guzar bande banen ge.</w:t>
      </w:r>
    </w:p>
    <w:p>
      <w:pPr>
        <w:jc w:val="right"/>
      </w:pPr>
      <w:r>
        <w:t>تو جو چیزیںہمیں ملی ہوئی ہیں، اسی کاہمکوروز انہشکراداکرناہے۔ تب ہم صحیححالتمیں خداکےشکرگزار بندےبنیںگے۔</w:t>
      </w:r>
    </w:p>
    <w:p>
      <w:r>
        <w:rPr>
          <w:b/>
        </w:rPr>
        <w:t xml:space="preserve">[40:53] </w:t>
      </w:r>
      <w:r>
        <w:t>warna hum shukr nahi kar sakte hain. kyunke woh hum bhool jaate hain jo Khuda ki nematein hain, woh hum bhool jaate hain. isi wajah se Shaitan humein behka leta hai.</w:t>
      </w:r>
    </w:p>
    <w:p>
      <w:pPr>
        <w:jc w:val="right"/>
      </w:pPr>
      <w:r>
        <w:t>ورنہہم شکر نہیں کرسکتےہیں۔ کیونکہ وہہمبھولجاتےہیںجو خداکینعمتیںہیں، وہہمبھولجاتےہیں۔اسیوجہ سے شیطانہمیںبہکالیتاہے۔</w:t>
      </w:r>
    </w:p>
    <w:p>
      <w:r>
        <w:rPr>
          <w:b/>
        </w:rPr>
        <w:t xml:space="preserve">[41:04] </w:t>
      </w:r>
      <w:r>
        <w:t>kyunke hum to bhule hue hain na Khuda ki nematon ko. to Shaitan humein behka leta hai. to yahi jo abnormal halaat hote hain, isi mein hamara test hai.</w:t>
      </w:r>
    </w:p>
    <w:p>
      <w:pPr>
        <w:jc w:val="right"/>
      </w:pPr>
      <w:r>
        <w:t>کیونکہہمتو بھولےہوئےہیںناخداکینعمتوںکو ۔تو شیطانہمیںبہ کالیتاہے۔ تو یہیجو ایبنارمل حالات ہوتےہیں،اسیمیں ہمارا ٹیسٹ ہے۔</w:t>
      </w:r>
    </w:p>
    <w:p>
      <w:r>
        <w:rPr>
          <w:b/>
        </w:rPr>
        <w:t xml:space="preserve">[41:15] </w:t>
      </w:r>
      <w:r>
        <w:t>to yeh bhi hum nahi samajhte hain ke hamara yeh jo yeh jo sab agar koi sakht halaat pad gaye, hum bimar pad gaye to foran log kehne lagte hain ke Allah Ta'ala ne humein humein kyun aisi museebat se humein guzara hai?</w:t>
      </w:r>
    </w:p>
    <w:p>
      <w:pPr>
        <w:jc w:val="right"/>
      </w:pPr>
      <w:r>
        <w:t>تویہبھیہمنہیںسمجھتےہیںکہ ہمارا یہجو یہجو سب اگر کوئی سخت حالاتپڑگئے،ہمبیمارپڑگئے تو فوراًلوگکہنےلگتےہیںکہ اللہ تعالینے ہمیںہمیںکیوں ایسیمصیبتسےہمیں گزاراہے؟</w:t>
      </w:r>
    </w:p>
    <w:p>
      <w:r>
        <w:rPr>
          <w:b/>
        </w:rPr>
        <w:t xml:space="preserve">[41:30] </w:t>
      </w:r>
      <w:r>
        <w:t>halanke hum museebat bhi ek blessing hoti hai. kyunke is mein hum bohat zyada Khuda ko yaad karte hain.</w:t>
      </w:r>
    </w:p>
    <w:p>
      <w:pPr>
        <w:jc w:val="right"/>
      </w:pPr>
      <w:r>
        <w:t>حالانکہوہمصیبت بھی ایک بلیسنگہوتیہے۔کیونکہاسمیںہم بہت زیادہ خداکویادکرتے ہیں۔</w:t>
      </w:r>
    </w:p>
    <w:p>
      <w:r>
        <w:rPr>
          <w:b/>
        </w:rPr>
        <w:t xml:space="preserve">[41:37] </w:t>
      </w:r>
      <w:r>
        <w:t>to is agar humko is hum humko bas woh insight chahiye ke hum is lihaz se dekhein aur Khuda ko yaad karne karte rahein.</w:t>
      </w:r>
    </w:p>
    <w:p>
      <w:pPr>
        <w:jc w:val="right"/>
      </w:pPr>
      <w:r>
        <w:t>تو اس اگرہمکو اس ہمہمکوبسوہ انسائٹچاہیے کہہماس لحاظسے دیکھیں اور خداکو یاد کرنے کرتے رہیں۔</w:t>
      </w:r>
    </w:p>
    <w:p>
      <w:r>
        <w:rPr>
          <w:b/>
        </w:rPr>
        <w:t xml:space="preserve">[41:48] </w:t>
      </w:r>
      <w:r>
        <w:t>aur is lihaz se dekhein ke jo kuch bhi Khuda karta hai, woh Khuda ki koi maslehat is mein hoti hai. to hum jab deeply is par sochenge na to maslehat samajh mein aa jati hai.</w:t>
      </w:r>
    </w:p>
    <w:p>
      <w:pPr>
        <w:jc w:val="right"/>
      </w:pPr>
      <w:r>
        <w:t>اور اس لحاظسےدیکھیںکہجوکچھبھی خدا کرتاہے، وہ خداکیکوئی مصلحتاسمیںہوتیہے۔ توہمجب ڈیپلیاسپرسوچیںگےناتو مصلحتسمجھمیںآجاتیہے۔</w:t>
      </w:r>
    </w:p>
    <w:p>
      <w:r>
        <w:rPr>
          <w:b/>
        </w:rPr>
        <w:t xml:space="preserve">[41:59] </w:t>
      </w:r>
      <w:r>
        <w:t>lekin jab sochenge tabhi na. lekin insaan ke andar itna zyada distraction hai ke woh duniya mein laga rehta hai.</w:t>
      </w:r>
    </w:p>
    <w:p>
      <w:pPr>
        <w:jc w:val="right"/>
      </w:pPr>
      <w:r>
        <w:t>لیکن جبسوچیںگےتبھینا۔ لیکن انسان کےاندراتنازیادہ ڈسٹریکشنہے کہوہدنیا میںلگارہتاہے۔</w:t>
      </w:r>
    </w:p>
    <w:p>
      <w:r>
        <w:rPr>
          <w:b/>
        </w:rPr>
        <w:t xml:space="preserve">[42:09] </w:t>
      </w:r>
      <w:r>
        <w:t>bas aish o ishrat mein laga rahega aur entertainment mein laga rahega. to Khuda ki yaad kare, Khuda ki baaton ka charcha kare, tabhi to woh shukr karega. shukr kaise karega agar woh duniya mein laga hua hai to?</w:t>
      </w:r>
    </w:p>
    <w:p>
      <w:pPr>
        <w:jc w:val="right"/>
      </w:pPr>
      <w:r>
        <w:t>بسعیشوعشرتمیںلگارہےگا اور انٹرٹینمنٹمیںلگارہےگا۔ توخدا کی یادکرے،خداکیباتوںکاچرچہکرے، تبھیتووہ شکرکرےگا۔شکرکیسےکرےگااگروہ دنیا میںلگاہواہےتو ؟</w:t>
      </w:r>
    </w:p>
    <w:p>
      <w:r>
        <w:rPr>
          <w:b/>
        </w:rPr>
        <w:t xml:space="preserve">[42:25] </w:t>
      </w:r>
      <w:r>
        <w:t>to humein distraction se apne aap ko bachana padega.</w:t>
      </w:r>
    </w:p>
    <w:p>
      <w:pPr>
        <w:jc w:val="right"/>
      </w:pPr>
      <w:r>
        <w:t>تو ہمیں ڈسٹریکشنسےاپنےآپکوبچاناپ</w:t>
      </w:r>
    </w:p>
    <w:p>
      <w:r>
        <w:rPr>
          <w:b/>
        </w:rPr>
        <w:t xml:space="preserve">[42:28] </w:t>
      </w:r>
      <w:r>
        <w:t>distraction hamari jo wajah hai Khuda ki taraf se, woh hata deti hai. to Maulana bohat zyada distraction ke khilaf the ke har kaam jo zaroori nahi hai, woh distraction hai.</w:t>
      </w:r>
    </w:p>
    <w:p>
      <w:pPr>
        <w:jc w:val="right"/>
      </w:pPr>
      <w:r>
        <w:t>ڑےگا۔ ڈسٹریکشن ہماری جو ت وجہہے خداکیطرف سے،وہہٹادیتیہے۔ تو مول انابہتزیادہ ڈسٹریکشن کے خلاف تھے کہہر کام جو ضرورینہیں ہے، وہ ڈسٹریکشنہے۔</w:t>
      </w:r>
    </w:p>
    <w:p>
      <w:r>
        <w:rPr>
          <w:b/>
        </w:rPr>
        <w:t xml:space="preserve">[42:42] </w:t>
      </w:r>
      <w:r>
        <w:t>to distraction se agar hum bach sakein aur apna ek goal bilkul focused mind hum apna bana lein to hum bohat zyada jo hai ek Khuda ki matlab marzi ke mutabiq ek zindagi guzar sakte hain.</w:t>
      </w:r>
    </w:p>
    <w:p>
      <w:pPr>
        <w:jc w:val="right"/>
      </w:pPr>
      <w:r>
        <w:t>تو ڈسٹریکشن سےاگر ہم بچسکیں اور اپنا ایک گول بالکل فوکسڈ مائنڈہم اپنابنالیںتوہمبہت زیادہ جوہے ایک خداکی مطلب مرضیکےمطابق ایکزندگی گزارسکتےہیں۔</w:t>
      </w:r>
    </w:p>
    <w:p>
      <w:r>
        <w:rPr>
          <w:b/>
        </w:rPr>
        <w:t xml:space="preserve">[42:59] </w:t>
      </w:r>
      <w:r>
        <w:t>aap ne aap ne actually bari important baat kahi ke insaan duniya mein hila hua hai. source of distraction basically is the cause of all the problems.</w:t>
      </w:r>
    </w:p>
    <w:p>
      <w:pPr>
        <w:jc w:val="right"/>
      </w:pPr>
      <w:r>
        <w:t>آپاآپنے ایکچولیبڑیامپورٹنٹباتکہیکہ انسان دنیا میںہیلگاہواہے۔ سورسافڈسٹریکشن بیسکلیازدی کازاف ال دیپرابلمز۔</w:t>
      </w:r>
    </w:p>
    <w:p>
      <w:r>
        <w:rPr>
          <w:b/>
        </w:rPr>
        <w:t xml:space="preserve">[43:08] </w:t>
      </w:r>
      <w:r>
        <w:t>I was reading this book by Ibn Kathir, stories of the prophets. to is mein ek bohat acha mujhe ek Isa Alaihissalam ki saying mili. maine balki note bhi kar li. it's very good.</w:t>
      </w:r>
    </w:p>
    <w:p>
      <w:pPr>
        <w:jc w:val="right"/>
      </w:pPr>
      <w:r>
        <w:t>ائیوازریڈنگ دس بکبائےابن کثیر، سٹوریزافداپرافٹ۔ تواسمیں ایک بہت اچھا مجھےایک عیسیعلیہالسلامکی سینگ ملی۔میںنے بلکہنوٹبھیکرلی۔اٹسویریگڈ۔</w:t>
      </w:r>
    </w:p>
    <w:p>
      <w:r>
        <w:rPr>
          <w:b/>
        </w:rPr>
        <w:t xml:space="preserve">[43:20] </w:t>
      </w:r>
      <w:r>
        <w:t>He says that love of the world is the source of all sin. and then he said fear God wherever you are.</w:t>
      </w:r>
    </w:p>
    <w:p>
      <w:pPr>
        <w:jc w:val="right"/>
      </w:pPr>
      <w:r>
        <w:t>ہیسیزدیٹ لو افدا ورلڈاز دا سورساف ال سن ۔ اینڈ دینہیسیڈفی ئرگاڈ ویئرایوریوآر ۔</w:t>
      </w:r>
    </w:p>
    <w:p>
      <w:r>
        <w:rPr>
          <w:b/>
        </w:rPr>
        <w:t xml:space="preserve">[43:28] </w:t>
      </w:r>
      <w:r>
        <w:t>live in the world like a guest. take make easy your home. teach your eyes to weep and your heart to ponder.</w:t>
      </w:r>
    </w:p>
    <w:p>
      <w:pPr>
        <w:jc w:val="right"/>
      </w:pPr>
      <w:r>
        <w:t>لیواندسورلڈلائکاگیسٹ۔ ٹیک ماسکایزیورہوم۔ ٹیچیورائیزٹو ویپ اینڈیور ہارٹٹوپونڈر۔</w:t>
      </w:r>
    </w:p>
    <w:p>
      <w:r>
        <w:rPr>
          <w:b/>
        </w:rPr>
        <w:t xml:space="preserve">[43:36] </w:t>
      </w:r>
      <w:r>
        <w:t>and do not cry for provisions of tomorrow because that is a sin. then he said that you cannot make views easy your aboard.</w:t>
      </w:r>
    </w:p>
    <w:p>
      <w:pPr>
        <w:jc w:val="right"/>
      </w:pPr>
      <w:r>
        <w:t>اینڈڈوناٹ کریوفار پروویژنزافٹوماروبیکاز دیٹاز اسن۔ دینہیسیڈدیٹ یوکینناٹمیک ویوزایزیور ابورڈ۔</w:t>
      </w:r>
    </w:p>
    <w:p>
      <w:r>
        <w:rPr>
          <w:b/>
        </w:rPr>
        <w:t xml:space="preserve">[43:46] </w:t>
      </w:r>
      <w:r>
        <w:t>just like and similarly you cannot make the world your resting place. so love for world and the hereafter cannot be together in the heart of a believer</w:t>
      </w:r>
    </w:p>
    <w:p>
      <w:pPr>
        <w:jc w:val="right"/>
      </w:pPr>
      <w:r>
        <w:t>جسٹلائک اینڈسمیلرلییوکینناٹمیکدسورلڈایزیور ریسٹنگپلیس۔ سو لو فار ورلڈاینڈداہیرافٹرکینناٹبی ٹوگیدر اندی ہارٹافابیلیور</w:t>
      </w:r>
    </w:p>
    <w:p>
      <w:r>
        <w:rPr>
          <w:b/>
        </w:rPr>
        <w:t xml:space="preserve">[43:57] </w:t>
      </w:r>
      <w:r>
        <w:t>. and just like you know water and fire cannot be together in a vessel. then he said that three things surprise me the most.</w:t>
      </w:r>
    </w:p>
    <w:p>
      <w:pPr>
        <w:jc w:val="right"/>
      </w:pPr>
      <w:r>
        <w:t>۔ اینڈ جسٹلائک یونوواٹر اینڈ فائرکینناٹ بیٹوگیدراناویسل۔ دینہیسیڈدیٹ تھریتھنگز سرپرائز میداموسٹ ۔</w:t>
      </w:r>
    </w:p>
    <w:p>
      <w:r>
        <w:rPr>
          <w:b/>
        </w:rPr>
        <w:t xml:space="preserve">[44:06] </w:t>
      </w:r>
      <w:r>
        <w:t>firstly that a person seeks the world while with death seeks him. he tries to build palaces while grave is aboard. and he he lays out his heart out while fire is before him.</w:t>
      </w:r>
    </w:p>
    <w:p>
      <w:pPr>
        <w:jc w:val="right"/>
      </w:pPr>
      <w:r>
        <w:t>فرسٹلی دیٹاپرسن سیکسداورلڈوائلڈیتھسیکسہم۔ ہی ٹرائیزٹوبلڈپیلسزوائل گریوہز ابورڈ۔ اینڈہی ہی ہیلاؤٹسہزہارٹ آؤٹ وائل فائرازبیفورہم۔</w:t>
      </w:r>
    </w:p>
    <w:p>
      <w:r>
        <w:rPr>
          <w:b/>
        </w:rPr>
        <w:t xml:space="preserve">[44:20] </w:t>
      </w:r>
      <w:r>
        <w:t>so you know what was very very good to operate you know those wisdom, the words of wisdom. he says that do not cry for this world because it is like drinking sea water and it cannot quench your thirst.</w:t>
      </w:r>
    </w:p>
    <w:p>
      <w:pPr>
        <w:jc w:val="right"/>
      </w:pPr>
      <w:r>
        <w:t>سو یونواٹوازویری ویریگڈٹو آپاریڈ یونو داوز ڈم،داورڈزافوزڈم۔ہیسیزدیٹ ڈوناٹکریوفار دس ورلڈ بیکازاٹازلائک ڈرنکنگ سی واٹر اینڈاٹکینناٹ کوئنچیورتھرسٹ۔</w:t>
      </w:r>
    </w:p>
    <w:p>
      <w:r>
        <w:rPr>
          <w:b/>
        </w:rPr>
        <w:t xml:space="preserve">[44:34] </w:t>
      </w:r>
      <w:r>
        <w:t>to yeh bohat hi mujhe zabardast laga. I thought I wanted to share this so everyone. aap yahan pe ek sawal yeh bhi aata hai ke how can we experience God?</w:t>
      </w:r>
    </w:p>
    <w:p>
      <w:pPr>
        <w:jc w:val="right"/>
      </w:pPr>
      <w:r>
        <w:t>تویہبہتہی مجھےزبردست لگا۔ ائیتھاٹائیوانٹڈٹو شیئردسودایوریون۔ آپا یہاںپہایکسوال یہبھیآتاہےکہ ہاؤکینویدینایکسپیرینسگاڈ ؟</w:t>
      </w:r>
    </w:p>
    <w:p>
      <w:r>
        <w:rPr>
          <w:b/>
        </w:rPr>
        <w:t xml:space="preserve">[44:46] </w:t>
      </w:r>
      <w:r>
        <w:t>iske bare mein bhi batayein.</w:t>
      </w:r>
    </w:p>
    <w:p>
      <w:pPr>
        <w:jc w:val="right"/>
      </w:pPr>
      <w:r>
        <w:t>اسکےبارےمیںبھیبتائیں۔</w:t>
      </w:r>
    </w:p>
    <w:p>
      <w:r>
        <w:rPr>
          <w:b/>
        </w:rPr>
        <w:t xml:space="preserve">[44:50] </w:t>
      </w:r>
      <w:r>
        <w:t>jo aap ne bataya hai to ek God ko experience karne ke liye jab hum humko farishton ki madad bhi bohat zyada zaroorat hoti hai.</w:t>
      </w:r>
    </w:p>
    <w:p>
      <w:pPr>
        <w:jc w:val="right"/>
      </w:pPr>
      <w:r>
        <w:t>جوآپنےبت ایاہےتو ایک گاڈکوایکسپیرینسکرنےکےلیے جب ہم ہمکو فرشتوںکیمد دبھیبہت زیادہ ضرورت ہوتیہے۔</w:t>
      </w:r>
    </w:p>
    <w:p>
      <w:r>
        <w:rPr>
          <w:b/>
        </w:rPr>
        <w:t xml:space="preserve">[44:59] </w:t>
      </w:r>
      <w:r>
        <w:t>kyunke farishte humein inspire karte hain. to ab hum agar Khuda ki marzi ke mutabiq is duniya mein zindagi guzarte hain to farishte hamari madad karte hain.</w:t>
      </w:r>
    </w:p>
    <w:p>
      <w:pPr>
        <w:jc w:val="right"/>
      </w:pPr>
      <w:r>
        <w:t>کیونکہفرشتےہمیں انسپائرکرتے ہیں۔ تو ابہماگر خداکیمرضیکےمطابق اسدنیا میںزندگی گزارتےہیں تو فرشتےہماریمددکرتےہیں۔</w:t>
      </w:r>
    </w:p>
    <w:p>
      <w:r>
        <w:rPr>
          <w:b/>
        </w:rPr>
        <w:t xml:space="preserve">[45:09] </w:t>
      </w:r>
      <w:r>
        <w:t>farishte dilon mein baatein daalte hain. ab aap sochiye ke achhi baatein dil mein kahan se aati hain? woh farishte daalte hain. aur buri baatein jo hain woh Shaitan daalte hain.</w:t>
      </w:r>
    </w:p>
    <w:p>
      <w:pPr>
        <w:jc w:val="right"/>
      </w:pPr>
      <w:r>
        <w:t>فرشتےدلوںمیںباتیںڈالتےہیں۔ اب آپسوچیےکہاچھیباتیں دلمیںکہاںسےآتیہیں؟وہفرشتےڈالتےہیں۔ اوربریباتیںجوہیںوہ شیطان ڈالتےہیں۔</w:t>
      </w:r>
    </w:p>
    <w:p>
      <w:r>
        <w:rPr>
          <w:b/>
        </w:rPr>
        <w:t xml:space="preserve">[45:19] </w:t>
      </w:r>
      <w:r>
        <w:t>to ekdnabhi mein ek khwab share karti hoon. maine dekha ke mein apne kamre mein hoon aur darwaze ki taraf munh mera darwaze ki taraf hai.</w:t>
      </w:r>
    </w:p>
    <w:p>
      <w:pPr>
        <w:jc w:val="right"/>
      </w:pPr>
      <w:r>
        <w:t>تو ایکدنابھیمیں ایک خواب شیئرکرتیہوں۔ میںنےدیکھا کہمیں اپنے کمرےمیں ہوں اور دروازےکیطرف منہمیرادروازےکیطرف ہے۔</w:t>
      </w:r>
    </w:p>
    <w:p>
      <w:r>
        <w:rPr>
          <w:b/>
        </w:rPr>
        <w:t xml:space="preserve">[45:30] </w:t>
      </w:r>
      <w:r>
        <w:t>aur mein wahan zameen mein baithi hui hoon aur bilkul saada kapda pehne hue aur ek left side mein ek jeeb hai.</w:t>
      </w:r>
    </w:p>
    <w:p>
      <w:pPr>
        <w:jc w:val="right"/>
      </w:pPr>
      <w:r>
        <w:t>اورمیں وہاں زمین میںبیٹھیہوئیہوں اوربالکل سادہکپڑاپہنےہوئے اور ایک لیفٹسائیڈمیںایک جیبہے۔</w:t>
      </w:r>
    </w:p>
    <w:p>
      <w:r>
        <w:rPr>
          <w:b/>
        </w:rPr>
        <w:t xml:space="preserve">[45:40] </w:t>
      </w:r>
      <w:r>
        <w:t>jeeb mein jo hamara quran hai blue color ka woh woh rakha hua hai aur woh dikh</w:t>
      </w:r>
    </w:p>
    <w:p>
      <w:pPr>
        <w:jc w:val="right"/>
      </w:pPr>
      <w:r>
        <w:t>جیبمیں جوہمارا قرآنہےبلو کلرکا وہ وہ رکھاہواہے اور وہ دکھ</w:t>
      </w:r>
    </w:p>
    <w:p>
      <w:r>
        <w:rPr>
          <w:b/>
        </w:rPr>
        <w:t xml:space="preserve">[45:47] </w:t>
      </w:r>
      <w:r>
        <w:t>raha hai. is blue ring is ka dikh raha hai. saaf dikh raha hai ke yeh quran rakha hua hai. to woh mein sochi sochi thi ke ab kamre mein itni sari cheezein hain, itna samana hai.</w:t>
      </w:r>
    </w:p>
    <w:p>
      <w:pPr>
        <w:jc w:val="right"/>
      </w:pPr>
      <w:r>
        <w:t>رہاہے۔ اس بلورنگاسکادکھرہاہے۔ صافدکھرہاہےکہیہقرآنرکھاہواہے۔ تو وہمیںسوچی سوچتیرہی کہابکمرےمیںاتنیساریچیزیںہیں،اتنا سامانہے۔</w:t>
      </w:r>
    </w:p>
    <w:p>
      <w:r>
        <w:rPr>
          <w:b/>
        </w:rPr>
        <w:t xml:space="preserve">[45:57] </w:t>
      </w:r>
      <w:r>
        <w:t>ab mein darwaze ke paas baithi hoon sirf quran le kar ke. to yeh jo hai insaan sochta nahi hai na ke hamari asal hesiyat kya hai ?</w:t>
      </w:r>
    </w:p>
    <w:p>
      <w:pPr>
        <w:jc w:val="right"/>
      </w:pPr>
      <w:r>
        <w:t>ابمیں دروازےکےپاسبیٹھیہوںصرفقرآنلےکرکے۔ تو یہ جوہے انسان سوچتانہیں ہےنا کہ ہماری اصل حیثیتکیاہے ؟</w:t>
      </w:r>
    </w:p>
    <w:p>
      <w:r>
        <w:rPr>
          <w:b/>
        </w:rPr>
        <w:t xml:space="preserve">[46:08] </w:t>
      </w:r>
      <w:r>
        <w:t>hamara koi bhi waqt aa jayega aur hum chale jayenge aur sirf hamara jo achha amal hai usiko</w:t>
      </w:r>
    </w:p>
    <w:p>
      <w:pPr>
        <w:jc w:val="right"/>
      </w:pPr>
      <w:r>
        <w:t>ہمارا کوئیبھی وقت آجائےگااورہمچلےجائیںگے اورصرف ہماراجواچھا عمل ہے اسیکو</w:t>
      </w:r>
    </w:p>
    <w:p>
      <w:r>
        <w:rPr>
          <w:b/>
        </w:rPr>
        <w:t xml:space="preserve">[46:15] </w:t>
      </w:r>
      <w:r>
        <w:t>le kar jayenge. koi samana jo hamare hum jama karte hain woh koi samana le kar nahi jayenge. to hamein farishton ki company ki zaroorat hoti hai.</w:t>
      </w:r>
    </w:p>
    <w:p>
      <w:pPr>
        <w:jc w:val="right"/>
      </w:pPr>
      <w:r>
        <w:t>لےکرجائیںگے۔کوئی سامان جوہمارےہمجمع کرتےہیں وہکوئی سامانلےکرنہیںجائیںگے۔ تو ہمیں فرشتوںکی کمپنی کی ضرورت ہوتیہے۔</w:t>
      </w:r>
    </w:p>
    <w:p>
      <w:r>
        <w:rPr>
          <w:b/>
        </w:rPr>
        <w:t xml:space="preserve">[46:25] </w:t>
      </w:r>
      <w:r>
        <w:t>wohi hamare dilon mein achhi baatein inspire karte rehte hain. to jo aapne jo baat aayi Hazrat Isa ki woh bahut zabardast baat hai.</w:t>
      </w:r>
    </w:p>
    <w:p>
      <w:pPr>
        <w:jc w:val="right"/>
      </w:pPr>
      <w:r>
        <w:t>وہیہمارےدلوںمیں اچھیباتیں انسپائرکرتے رہتےہیں۔ تو جوآپنے جوبت ایا حضرت عیسیکاوہبہت زبرد ست باتہے۔</w:t>
      </w:r>
    </w:p>
    <w:p>
      <w:r>
        <w:rPr>
          <w:b/>
        </w:rPr>
        <w:t xml:space="preserve">[46:35] </w:t>
      </w:r>
      <w:r>
        <w:t>ji to Khuda ko experience karne ke liye bhi hamein farishton ki madad chahiye.</w:t>
      </w:r>
    </w:p>
    <w:p>
      <w:pPr>
        <w:jc w:val="right"/>
      </w:pPr>
      <w:r>
        <w:t>جی تو خداکوایکسپیرینسکرنے کےلیےبھیہمیں فرشتوںکیمددچاہیے۔</w:t>
      </w:r>
    </w:p>
    <w:p>
      <w:r>
        <w:rPr>
          <w:b/>
        </w:rPr>
        <w:t xml:space="preserve">[46:42] </w:t>
      </w:r>
      <w:r>
        <w:t>kyunki woh jo baatein dimagh mein aati hain woh Maulana ne yeh baat likhi hai ke hamare dimagh mein jo achhi baatein aati hain, spiritual baatein aati hain kahan se aati hain?</w:t>
      </w:r>
    </w:p>
    <w:p>
      <w:pPr>
        <w:jc w:val="right"/>
      </w:pPr>
      <w:r>
        <w:t>کیونکہ وہ جو باتیں دماغمیں آتیہیں وہ مول انانےیہباتلکھیہےکہہمارےدماغمیںجواچھیباتیں آتیہیں، سپریچولباتیںآتیہیںکہاںسےآتیہیں؟</w:t>
      </w:r>
    </w:p>
    <w:p>
      <w:r>
        <w:rPr>
          <w:b/>
        </w:rPr>
        <w:t xml:space="preserve">[46:53] </w:t>
      </w:r>
      <w:r>
        <w:t>woh farishte dimagh mein daalte hain to woh aati hain. to woh bahut zyada is ki zaroorat hai hamein. is ki wajah se hum tab samajh paate hain ke madi waqai mein hum spiritual waqai mein hum dekh payein to woh farishton ki madad se hota hai.</w:t>
      </w:r>
    </w:p>
    <w:p>
      <w:pPr>
        <w:jc w:val="right"/>
      </w:pPr>
      <w:r>
        <w:t>وہ فرشتےدماغمیںڈالتےہیںتووہآتیہیں۔ تو وہ بہت زیادہ اسکیضرورتہےہمیں۔ اسیکیوجہ سےہمتب سم کرپاتےہیں کہ مادی واقع اتمیںہمسپریچول واقع ات ہم دیکھپائیں تووہ فرشتوںکیمد دسےہوتاہے۔</w:t>
      </w:r>
    </w:p>
    <w:p>
      <w:r>
        <w:rPr>
          <w:b/>
        </w:rPr>
        <w:t xml:space="preserve">[47:09] </w:t>
      </w:r>
      <w:r>
        <w:t>ji</w:t>
      </w:r>
    </w:p>
    <w:p>
      <w:pPr>
        <w:jc w:val="right"/>
      </w:pPr>
      <w:r>
        <w:t>جی</w:t>
      </w:r>
    </w:p>
    <w:p>
      <w:r>
        <w:rPr>
          <w:b/>
        </w:rPr>
        <w:t xml:space="preserve">[47:11] </w:t>
      </w:r>
      <w:r>
        <w:t>to is ke liye hamein apna mind ko open karna hoga. jaise jaise scientific discoveries hoti hain to aam aadmi woh discoveries nahi kar sakta na.</w:t>
      </w:r>
    </w:p>
    <w:p>
      <w:pPr>
        <w:jc w:val="right"/>
      </w:pPr>
      <w:r>
        <w:t>تو اسکےلیےہمیںاپنا مائنڈکو او یکن کرناہوگا۔جیسے جیسے سائنٹیفکڈسکوریزہوتیہیں تو عام آدمی وہڈسکوریزنہیںکرسکتانا۔</w:t>
      </w:r>
    </w:p>
    <w:p>
      <w:r>
        <w:rPr>
          <w:b/>
        </w:rPr>
        <w:t xml:space="preserve">[47:22] </w:t>
      </w:r>
      <w:r>
        <w:t>experience nahi karta hai kyunki woh din raat is mein mehnat kar raha hota hai. to woh pakad leta hai koi nai baat, koi nai is mein koi nai cheez dekhta hai to woh pakad leta hai.</w:t>
      </w:r>
    </w:p>
    <w:p>
      <w:pPr>
        <w:jc w:val="right"/>
      </w:pPr>
      <w:r>
        <w:t>ایکسائنسدانہیکرتاہےکیونکہوہ دن رات اسمیں محنتکررہاہوتاہے۔ تو وہ پکڑلیتاہےکوئینئیبات،کوئینئی اسمیں کوئینئیچیزدیکھتاہےتووہپکڑلیتاہے۔</w:t>
      </w:r>
    </w:p>
    <w:p>
      <w:r>
        <w:rPr>
          <w:b/>
        </w:rPr>
        <w:t xml:space="preserve">[47:34] </w:t>
      </w:r>
      <w:r>
        <w:t>aam aadmi nahi pakad sa</w:t>
      </w:r>
    </w:p>
    <w:p>
      <w:pPr>
        <w:jc w:val="right"/>
      </w:pPr>
      <w:r>
        <w:t>عام آدمینہیںپکڑس</w:t>
      </w:r>
    </w:p>
    <w:p>
      <w:r>
        <w:rPr>
          <w:b/>
        </w:rPr>
        <w:t xml:space="preserve">[47:36] </w:t>
      </w:r>
      <w:r>
        <w:t>kta hai. to hamara mind bhi isi tarike se spiritualy open jab hoga tabhi woh pakad payega. to woh jo hai us ko apne mind ko open karna hai.</w:t>
      </w:r>
    </w:p>
    <w:p>
      <w:pPr>
        <w:jc w:val="right"/>
      </w:pPr>
      <w:r>
        <w:t>کتاہے۔ تو ہمارا مائنڈبھیاسیطریقےسے سپریچ ولی او یکن ڈجبہوگاناتبھیوہپکڑپائےگا۔ تو وہ جوہے اسکو اپنے مائنڈکو او یکنکرناہے۔</w:t>
      </w:r>
    </w:p>
    <w:p>
      <w:r>
        <w:rPr>
          <w:b/>
        </w:rPr>
        <w:t xml:space="preserve">[47:49] </w:t>
      </w:r>
      <w:r>
        <w:t>tabhi hum Khuda ko experience kar sakte hain. mein ek Maulana ne ek apni kitab Islam recorded jinhone Manchester mein likhi thi to us mein ek bahut zabardast waqia hai.</w:t>
      </w:r>
    </w:p>
    <w:p>
      <w:pPr>
        <w:jc w:val="right"/>
      </w:pPr>
      <w:r>
        <w:t>تبھیہم خداکو ایکسپیرینسکرسکتےہیں۔ میں ایک مول انانےایک اپنیکتاب اسلام ریڈسکورڈجوانہوںنے مان چسٹرمیںلکھیتھی تواسمیںایکبہت زبرد ست واقع ہہے۔</w:t>
      </w:r>
    </w:p>
    <w:p>
      <w:r>
        <w:rPr>
          <w:b/>
        </w:rPr>
        <w:t xml:space="preserve">[48:02] </w:t>
      </w:r>
      <w:r>
        <w:t>woh is point ko bahut achha illustrate kar raha hai.</w:t>
      </w:r>
    </w:p>
    <w:p>
      <w:pPr>
        <w:jc w:val="right"/>
      </w:pPr>
      <w:r>
        <w:t>وہ اس پوائنٹکوبہت اچھا ایلسٹریٹکررہاہے۔</w:t>
      </w:r>
    </w:p>
    <w:p>
      <w:r>
        <w:rPr>
          <w:b/>
        </w:rPr>
        <w:t xml:space="preserve">[48:07] </w:t>
      </w:r>
      <w:r>
        <w:t>to yeh hai 17 June 1999 mein woh Manchester gaye the to ek wahan par ek Arab the Al Arif Ahmed. to un ke yahan woh thehre the.</w:t>
      </w:r>
    </w:p>
    <w:p>
      <w:pPr>
        <w:jc w:val="right"/>
      </w:pPr>
      <w:r>
        <w:t>تو یہ ہے 17 جون 19 9 9 میں وہمان چسٹرگئےتھے تو ایک وہاںپر ایک عرب تھے العارف احمد ۔تو انکےہاںوہٹھہرےتھے۔</w:t>
      </w:r>
    </w:p>
    <w:p>
      <w:r>
        <w:rPr>
          <w:b/>
        </w:rPr>
        <w:t xml:space="preserve">[48:18] </w:t>
      </w:r>
      <w:r>
        <w:t>to first floor par thehre hue the to un ki ek chhoti bachchi thi paanch saal ki Kantah naam ki. to ek din woh Al Arif wohi bahar kahin gaye hue the</w:t>
      </w:r>
    </w:p>
    <w:p>
      <w:pPr>
        <w:jc w:val="right"/>
      </w:pPr>
      <w:r>
        <w:t>تو فرسٹفلورپرٹھہرےہوئےتھے تو انکیایک چھوٹیبچیتھی پانچسالکی کانتہنامکی۔ توایکدن وہ العارفجوہیںوہ باہرکہیںگئےہوئےتھے</w:t>
      </w:r>
    </w:p>
    <w:p>
      <w:r>
        <w:rPr>
          <w:b/>
        </w:rPr>
        <w:t xml:space="preserve">[48:29] </w:t>
      </w:r>
      <w:r>
        <w:t>to un ki Mrs ne bachchi ko upar bheja ke ja ke Maulana se poocho koi un ko kaam to nahi hai. to us ne bahut hi masoomiyat ke saath aage kaha 'Tari do haajah'.</w:t>
      </w:r>
    </w:p>
    <w:p>
      <w:pPr>
        <w:jc w:val="right"/>
      </w:pPr>
      <w:r>
        <w:t>تو انکی مسزنے ب چیکو اوپربھیجا کہجاکےمول اناسےپوچھو کوئیانکو کام تونہیںہے۔ تو اسنےبہت ہی معصومیتکےساتھ آگےکہا تریدوحاجہ۔</w:t>
      </w:r>
    </w:p>
    <w:p>
      <w:r>
        <w:rPr>
          <w:b/>
        </w:rPr>
        <w:t xml:space="preserve">[48:42] </w:t>
      </w:r>
      <w:r>
        <w:t>to ab us ki zuban se to bahut zyada achha laga hoga ke 'Tari do haajah' ka matlab hai ke aap ko koi aisi cheez ki zaroorat hai.</w:t>
      </w:r>
    </w:p>
    <w:p>
      <w:pPr>
        <w:jc w:val="right"/>
      </w:pPr>
      <w:r>
        <w:t>تو اب اسکی زبان سے توبہت زیادہ اچھالگاہوگا کہ تریدوحاجہکامطلبہے کہ آپکوکوئیاسیچیز کیضرورت ہے۔</w:t>
      </w:r>
    </w:p>
    <w:p>
      <w:r>
        <w:rPr>
          <w:b/>
        </w:rPr>
        <w:t xml:space="preserve">[48:51] </w:t>
      </w:r>
      <w:r>
        <w:t>to woh Maulana wohi ekdum overwhelmed ho gaye.</w:t>
      </w:r>
    </w:p>
    <w:p>
      <w:pPr>
        <w:jc w:val="right"/>
      </w:pPr>
      <w:r>
        <w:t>تو وہ مول اناجوہیںایکدم او ورویلمہوگئے۔</w:t>
      </w:r>
    </w:p>
    <w:p>
      <w:r>
        <w:rPr>
          <w:b/>
        </w:rPr>
        <w:t xml:space="preserve">[48:55] </w:t>
      </w:r>
      <w:r>
        <w:t>woh woh wahi jo hai na convert ho gaya jo tab samajh jisko kehte hain. ek madi waqai jo ek spiritual unit mein convert ho gaya.</w:t>
      </w:r>
    </w:p>
    <w:p>
      <w:pPr>
        <w:jc w:val="right"/>
      </w:pPr>
      <w:r>
        <w:t>وہ وہ وہیجو ہےنا کن ورٹہوگیا جو تب سم جسکوکہتےہیں۔ ایک مادی واقع ہجوایک سپریچولایونٹمیںکنورٹہوگیا۔</w:t>
      </w:r>
    </w:p>
    <w:p>
      <w:r>
        <w:rPr>
          <w:b/>
        </w:rPr>
        <w:t xml:space="preserve">[49:04] </w:t>
      </w:r>
      <w:r>
        <w:t>to woh un ko aisa laga jaise Allah Ta'ala ne koi farishta bheja hai, nanha farishta, aur woh hum se poochne aaya hai ke tum ko kisi cheez ki zaroorat hai.</w:t>
      </w:r>
    </w:p>
    <w:p>
      <w:pPr>
        <w:jc w:val="right"/>
      </w:pPr>
      <w:r>
        <w:t>تو وہ انکوایسالگاجیسے اللہ تعالینےکوئی فرشتہبھیجاہے، ننھافرشتہ، اور وہ ہم سےپوچھنےآیاہےکہتمکو کسی چیزکیضرورت ہے۔</w:t>
      </w:r>
    </w:p>
    <w:p>
      <w:r>
        <w:rPr>
          <w:b/>
        </w:rPr>
        <w:t xml:space="preserve">[49:16] </w:t>
      </w:r>
      <w:r>
        <w:t>phir woh sochne, unko to mind bohat ziyada okay and thana, phir sochne lag gaye.</w:t>
      </w:r>
    </w:p>
    <w:p>
      <w:pPr>
        <w:jc w:val="right"/>
      </w:pPr>
      <w:r>
        <w:t>پھروہ سوچنے،انکوتو مائنڈبہت زیادہ او یکنڈتھانا،پھرسوچنےلگگئے۔</w:t>
      </w:r>
    </w:p>
    <w:p>
      <w:r>
        <w:rPr>
          <w:b/>
        </w:rPr>
        <w:t xml:space="preserve">[49:22] </w:t>
      </w:r>
      <w:r>
        <w:t>phir unko aik hadith yaad aayi ke rab-ul-alameen roz-e-shab aasmaan-e-dunya par aata hai aur pukarta hai: "kya koi hai jo muhtaaj ho aur mujh se maange aur main usko ataa karoon?" to phir us phir woh sochte rahe, sochte rahe. unke jaise andarooni wajood mein aik jaise aik inquilaab aa gaya jis ko aaj fann-e-fanniyat ki istilaah mein brainstorming kehte hain.</w:t>
      </w:r>
    </w:p>
    <w:p>
      <w:pPr>
        <w:jc w:val="right"/>
      </w:pPr>
      <w:r>
        <w:t>پھرانکوایکحدیثیادآئی کہرب العالم ینروز انہ آسمان دنیا پرآتاہے اور پکارتاہے:"کیاکوئیہے جو محتاجہو اور مجھسے مانگےاورمیںاسکوعطاکروں؟" تو پھر اس پھروہسوچتےرہے،سوچتےرہے۔انکے جیسے اند رونی وجود میںایکجیسےایک انقلابآگیا جسکوآج نفسیات کیاصطلاحمیں برین سٹارمنگکہتےہیں۔</w:t>
      </w:r>
    </w:p>
    <w:p>
      <w:r>
        <w:rPr>
          <w:b/>
        </w:rPr>
        <w:t xml:space="preserve">[49:45] </w:t>
      </w:r>
      <w:r>
        <w:t>to unko mehsoos hua ke kainat ki tamaam cheezein mere mind ki screen par maujood hain.</w:t>
      </w:r>
    </w:p>
    <w:p>
      <w:pPr>
        <w:jc w:val="right"/>
      </w:pPr>
      <w:r>
        <w:t>توانکومحسوس ہواکہ کائناتکی تمام چیزیںمیرےمائنڈ کی سکرینپر موجود ہیں۔</w:t>
      </w:r>
    </w:p>
    <w:p>
      <w:r>
        <w:rPr>
          <w:b/>
        </w:rPr>
        <w:t xml:space="preserve">[49:51] </w:t>
      </w:r>
      <w:r>
        <w:t>yeh aik bohat bara roohaani tajruba tha jis ka izhaar insaani alfaaz mein karna mushkil hai. ibtidaa unko aisa laga jaise aik nanha farishta yeh keh raha ho: "ae mere bande! kya tum ko kisi cheez ki zaroorat hai?" phir unko laga ke is maamle mein jaise poori kainat shaamil ho gayi ho aur woh mujh se sawaal pooch rahi ho.</w:t>
      </w:r>
    </w:p>
    <w:p>
      <w:pPr>
        <w:jc w:val="right"/>
      </w:pPr>
      <w:r>
        <w:t>یہایکبہت بڑا روحانی تجربہتھاجسکا اظہار انسانی الفاظمیںکرنا مشکل ہے۔ ابتداء انکوایسالگاجیسےایکننھافرشتہ یہ کہہرہاہے:"اےمیرےبندے!کیاتمکوکسیچیزکیضرورت ہے ؟" پھرانکولگاکہ اسعملمیںجیسےپوری کائنات شامل ہوگئی ہو اور وہمجھسےسوال پوچھرہیہو۔</w:t>
      </w:r>
    </w:p>
    <w:p>
      <w:r>
        <w:rPr>
          <w:b/>
        </w:rPr>
        <w:t xml:space="preserve">[50:12] </w:t>
      </w:r>
      <w:r>
        <w:t>wasee aasman keh raha ho: "kya tum ko kisi panaahgaah ki zaroorat hai? main tum ko panaahgaah muhaiya karoon ga</w:t>
      </w:r>
    </w:p>
    <w:p>
      <w:pPr>
        <w:jc w:val="right"/>
      </w:pPr>
      <w:r>
        <w:t>وسیع آسمان کہہرہاہو:"کیاتم کو کسی پناہگاہکیضرورت ہے ؟ میں تمکو پناہگاہ مہیاکروںگا</w:t>
      </w:r>
    </w:p>
    <w:p>
      <w:r>
        <w:rPr>
          <w:b/>
        </w:rPr>
        <w:t xml:space="preserve">[50:20] </w:t>
      </w:r>
      <w:r>
        <w:t>kyun ke khuda ne mujhe aisa karne ka hukum diya hai." roshan sooraj keh raha ho: "kya tum ko roshni ki zaroorat hai? main roshni dene ke liye haazir hoon." behta darya keh raha ho: "kya tum ko tazkiya ke liye roohaani ghusl, roohaani spiritual baat ki zaroorat hai?</w:t>
      </w:r>
    </w:p>
    <w:p>
      <w:pPr>
        <w:jc w:val="right"/>
      </w:pPr>
      <w:r>
        <w:t>کیونکہ خ دانےمجھے ایسا کرنے کا حکمدیا ہے۔" روشن سورجکہہرہاہے:"کیاتم کوروشنیکیضرورت ہے ؟ میں روشنیدینےکےلیے حاضرہوں۔" بہتا دریا کہہرہاہے :"کہکیاتمکو تزکیہکےلیے روحانی غ سل ،روحانی سپریچولباتکیضرورت ہے ؟</w:t>
      </w:r>
    </w:p>
    <w:p>
      <w:r>
        <w:rPr>
          <w:b/>
        </w:rPr>
        <w:t xml:space="preserve">[50:39] </w:t>
      </w:r>
      <w:r>
        <w:t>main is ke liye haazir hoon." hawa ke jhonke pooch rahe hon: "kya tum khuda ke wonders ko dekhne ke liye kainat ki sair karna chahte ho</w:t>
      </w:r>
    </w:p>
    <w:p>
      <w:pPr>
        <w:jc w:val="right"/>
      </w:pPr>
      <w:r>
        <w:t>میں اسکےلیے حاضرہوں۔" ہوا کےجھونکےپوچھرہےہوں: "کیاتم خداکے ونڈرزکودیکھنےکےلیے کائنات کی سیرکرناچاہتےہو</w:t>
      </w:r>
    </w:p>
    <w:p>
      <w:r>
        <w:rPr>
          <w:b/>
        </w:rPr>
        <w:t xml:space="preserve">[50:49] </w:t>
      </w:r>
      <w:r>
        <w:t>? meri pusht is roohaani safar ke liye maujood hai." darakht sargoshi kar rahe hon: "kya tum hamari tarah ki namo-pazeer jo growth jismein hoti rehti hai musalsal aur misbat shakhsiyat rakhna pasand karoge?</w:t>
      </w:r>
    </w:p>
    <w:p>
      <w:pPr>
        <w:jc w:val="right"/>
      </w:pPr>
      <w:r>
        <w:t>؟ میری پشت اس روحانی سفرکےلیے موجود ہے۔" درخت سرگوشی کررہےہوں:"کیاتم ہماری طرح کی نم وپذیر جو گروتھجسمیںہوتیرہتیہےمسلسل اور مثبت شخص یت رکھناپسندکروگے ؟</w:t>
      </w:r>
    </w:p>
    <w:p>
      <w:r>
        <w:rPr>
          <w:b/>
        </w:rPr>
        <w:t xml:space="preserve">[51:07] </w:t>
      </w:r>
      <w:r>
        <w:t>hum tumhari yeh khwahish ko poora karne ke liye tayyar hain.</w:t>
      </w:r>
    </w:p>
    <w:p>
      <w:pPr>
        <w:jc w:val="right"/>
      </w:pPr>
      <w:r>
        <w:t>ہمتمہاریاس خواہشکوپوراکرنے کےلیے تیار ہیں۔</w:t>
      </w:r>
    </w:p>
    <w:p>
      <w:r>
        <w:rPr>
          <w:b/>
        </w:rPr>
        <w:t xml:space="preserve">[51:11] </w:t>
      </w:r>
      <w:r>
        <w:t>" phir jab yeh scene mere dimaagh mein chal raha tha to main parindon ke chehchahane ko suna jo goya yeh paigham de rahe the: "ae khuda ke bande!</w:t>
      </w:r>
    </w:p>
    <w:p>
      <w:pPr>
        <w:jc w:val="right"/>
      </w:pPr>
      <w:r>
        <w:t>" پھرجبیہ سین میرےدماغمیںچلرہاتھاتومیں پرندوںکے چہچہانےکو سنا جو گویا یہ پیغامدےرہےتھے:"اےخداکےبندے !</w:t>
      </w:r>
    </w:p>
    <w:p>
      <w:r>
        <w:rPr>
          <w:b/>
        </w:rPr>
        <w:t xml:space="preserve">[51:20] </w:t>
      </w:r>
      <w:r>
        <w:t>yahan tumhare liye khushkhabri hai. agar tum mein koi zaroorat hai to khuda ne poori kainat tumhari zarooraton ko poora karne ke liye banayi hai.</w:t>
      </w:r>
    </w:p>
    <w:p>
      <w:pPr>
        <w:jc w:val="right"/>
      </w:pPr>
      <w:r>
        <w:t>یہاںتمہارےلیے خوشخبریہے۔ اگر تم ہیںکوئی ضرورت ہےتوخدانےپوری کائنات تمہاریضرورت وںکو پورا کرنے کےلیے بنائیہے۔</w:t>
      </w:r>
    </w:p>
    <w:p>
      <w:r>
        <w:rPr>
          <w:b/>
        </w:rPr>
        <w:t xml:space="preserve">[51:30] </w:t>
      </w:r>
      <w:r>
        <w:t>khuda ne saari kainat ko din raat tumhari khidmat mein haazir rehne ke liye paida kiya hai.</w:t>
      </w:r>
    </w:p>
    <w:p>
      <w:pPr>
        <w:jc w:val="right"/>
      </w:pPr>
      <w:r>
        <w:t>خدانے ساری کائناتکو دن رات تمہاری خدم تمیں حاضررہنےکےلیے پیدا کیاہے۔</w:t>
      </w:r>
    </w:p>
    <w:p>
      <w:r>
        <w:rPr>
          <w:b/>
        </w:rPr>
        <w:t xml:space="preserve">[51:38] </w:t>
      </w:r>
      <w:r>
        <w:t>yeh sirf imagination ki baat nahi balkeh real sense mein poori kainat aik custom made universe hai." to ahle-e-imaan ko chahiye ke woh apni soch ki is tarah tarbiyat karein ke zindagi ka har tajruba, har waaqea unke liye shukr ka item ban jaaye.</w:t>
      </w:r>
    </w:p>
    <w:p>
      <w:pPr>
        <w:jc w:val="right"/>
      </w:pPr>
      <w:r>
        <w:t>یہ صرف امیجنیشنکیباتنہیں بلکہ ریئل سینسمیں پوری کائنات ایک کسٹم میڈ یونیورس ہے۔" تو اہلایمانکوچاہیےکہوہ اپنی سوچ کیاسطرح تربیتکریں کہ زندگی کاہر تجربہ،ہر واقع ہ انکےلیے شکرکا آئٹمبنجائے۔</w:t>
      </w:r>
    </w:p>
    <w:p>
      <w:r>
        <w:rPr>
          <w:b/>
        </w:rPr>
        <w:t xml:space="preserve">[51:59] </w:t>
      </w:r>
      <w:r>
        <w:t>zabardast waaqea hai, bohat tez zabardast! aap amaa sha Allah! aap</w:t>
      </w:r>
    </w:p>
    <w:p>
      <w:pPr>
        <w:jc w:val="right"/>
      </w:pPr>
      <w:r>
        <w:t>زبرد ست واقعہہے، بہتہیزبردست!آپاماشاءاللہ! آپ</w:t>
      </w:r>
    </w:p>
    <w:p>
      <w:r>
        <w:rPr>
          <w:b/>
        </w:rPr>
        <w:t xml:space="preserve">[52:03] </w:t>
      </w:r>
      <w:r>
        <w:t>a actually kya hai ke in this world we will experience god indirectly, but in the hereafter we will have direct experience, in sha Allah!</w:t>
      </w:r>
    </w:p>
    <w:p>
      <w:pPr>
        <w:jc w:val="right"/>
      </w:pPr>
      <w:r>
        <w:t>ا ایکچولیکیاہےکہ ان دس ورلڈویویلایکسپیرینس گاڈ انڈائریکٹلی، بٹانداہیرافٹرویویلہیوڈائریکٹ ایکسپیرینس، انشاءاللہ!</w:t>
      </w:r>
    </w:p>
    <w:p>
      <w:r>
        <w:rPr>
          <w:b/>
        </w:rPr>
        <w:t xml:space="preserve">[52:12] </w:t>
      </w:r>
      <w:r>
        <w:t>aap ka kuch sawaal hain, jo aaye hain. bohat se log aap ke program ko pasand kar rahe hain. yeh aik sawaal mehboob bhai ne bheja hai Mumbai se, unhone likha hai: "aapa! mera question hai ke kya crisis mein hi hamari asal personality samajh aati hai?</w:t>
      </w:r>
    </w:p>
    <w:p>
      <w:pPr>
        <w:jc w:val="right"/>
      </w:pPr>
      <w:r>
        <w:t>آپاکچھ سوال ہیں ، جو آئےہیں۔بہتسےلوگآپکےپروگرامکوپسندکررہےہیں۔ یہ ایکسوال محبوببھائینےبھیجاہےممبئیسے،انہوںنےلکھاہے: "آپا!میراکوئسچنہےکہکیا کرائسزمیںہیہماری اصل پرسن یلٹی سمجھآتیہے؟</w:t>
      </w:r>
    </w:p>
    <w:p>
      <w:r>
        <w:rPr>
          <w:b/>
        </w:rPr>
        <w:t xml:space="preserve">[52:29] </w:t>
      </w:r>
      <w:r>
        <w:t>normal haalaat mein bhi apni personality ko samajhna kya aap possible hai?" nahi, crisis zaroori hai, shocks zaroori hain kyun ke insaan ke andar har cheez potential form mein hai.</w:t>
      </w:r>
    </w:p>
    <w:p>
      <w:pPr>
        <w:jc w:val="right"/>
      </w:pPr>
      <w:r>
        <w:t>نارمل حالات میں بھی اپنی پرسن یلٹیکو سمجھناکیا پ وسیبل ہے؟" نہیں، کرائسزضروریہے، شاکسضروری ہیں کیونکہ انسان کےاندرہرچیز پوٹینشلفارممیںہے۔</w:t>
      </w:r>
    </w:p>
    <w:p>
      <w:r>
        <w:rPr>
          <w:b/>
        </w:rPr>
        <w:t xml:space="preserve">[52:46] </w:t>
      </w:r>
      <w:r>
        <w:t>to potential jo actualize hota hai, woh shocking experiences hain. lekin shock itna na ho ke insaan khatam ho jaaye,</w:t>
      </w:r>
    </w:p>
    <w:p>
      <w:pPr>
        <w:jc w:val="right"/>
      </w:pPr>
      <w:r>
        <w:t>تو پوٹینشلجو ایکچ ولائزہوتاہے، وہ شاکنگایکسپیرینسزہیں۔ لیکن شاکاتنا نہہوکہانسان ختمہوجائے،</w:t>
      </w:r>
    </w:p>
    <w:p>
      <w:r>
        <w:rPr>
          <w:b/>
        </w:rPr>
        <w:t xml:space="preserve">[52:55] </w:t>
      </w:r>
      <w:r>
        <w:t>itna shock na ho. lekin shocking experiences mein hi insaan ke potential jo hain, woh actualize hote hain. to yeh bohat zaroori hai, crisis situations zaroori hain.</w:t>
      </w:r>
    </w:p>
    <w:p>
      <w:pPr>
        <w:jc w:val="right"/>
      </w:pPr>
      <w:r>
        <w:t>اتنا شاکنہہو۔لیکن شاک نگ ایکسپیرینسزمیںہی انسان کے پوٹینشلجوہیں،وہ ایکچ ولائزہوتےہیں۔ تو یہ بہت ضروریہے، کرائسزسچویشنضروریہے۔</w:t>
      </w:r>
    </w:p>
    <w:p>
      <w:r>
        <w:rPr>
          <w:b/>
        </w:rPr>
        <w:t xml:space="preserve">[53:07] </w:t>
      </w:r>
      <w:r>
        <w:t>isi mein hamare mind jo hain, woh khulta hai. jaise samajh lijiye, mind ko aik dhakka diya jaata hai, woh aik dam khul jaata hai. warna achhi haalat mein jab aadmi rehta hai to woh kuch zyada sochta nahi hai.</w:t>
      </w:r>
    </w:p>
    <w:p>
      <w:pPr>
        <w:jc w:val="right"/>
      </w:pPr>
      <w:r>
        <w:t>اسیمیںہمارے مائنڈجوہے، وہکھلتاہے۔ جیسےسمجھلیجئے،مائنڈکوایکدھکادیاجاتا ہے، وہایکدم کھلجاتاہے۔ ورنہ اچھی حالتمیںجبآدمیرہتاہے تو وہ کچھ زیادہ سوچتانہیں ہے۔</w:t>
      </w:r>
    </w:p>
    <w:p>
      <w:r>
        <w:rPr>
          <w:b/>
        </w:rPr>
        <w:t xml:space="preserve">[53:22] </w:t>
      </w:r>
      <w:r>
        <w:t>to woh jab sochega nahi, sochna padta hai na? baghair soche hue usko kuch bhi baat samajh mein nahi aati hai. to jitne bhi aap bade bade logon ko dekhiye, is sab ko bohat bade bade shock lage hain.</w:t>
      </w:r>
    </w:p>
    <w:p>
      <w:pPr>
        <w:jc w:val="right"/>
      </w:pPr>
      <w:r>
        <w:t>تو وہجب سوچےگانہیں، سوچناپڑتاہےنا؟ بغیر سوچےہوئےاسکوکچھبھیباتسمجھمیںنہیں آتیہے۔ تو جتنےبھیآپ بڑےبڑےلوگوںکو دیکھیے، اسسبکوبہت بڑےبڑے شاکلگےہیں۔</w:t>
      </w:r>
    </w:p>
    <w:p>
      <w:r>
        <w:rPr>
          <w:b/>
        </w:rPr>
        <w:t xml:space="preserve">[53:34] </w:t>
      </w:r>
      <w:r>
        <w:t>to is se bhi yeh cheez ka jo hai, proof hota hai ke shocks zaroori hain. baghair shock ke na duniya ki koi taraqqi hoti hai, na koi spiritual development hota hai.</w:t>
      </w:r>
    </w:p>
    <w:p>
      <w:pPr>
        <w:jc w:val="right"/>
      </w:pPr>
      <w:r>
        <w:t>تواسسےبھی یہ چیز کا جوہے، پروفہوتاہے کہ شاکس ضروریہیں۔ بغیرشاککےنہدنیا کیکوئیتر قی ہوتیہے، نہ کوئی سپریچ ولڈیویلپمنٹہوتاہے۔</w:t>
      </w:r>
    </w:p>
    <w:p>
      <w:r>
        <w:rPr>
          <w:b/>
        </w:rPr>
        <w:t xml:space="preserve">[53:46] </w:t>
      </w:r>
      <w:r>
        <w:t>ji bilkul !</w:t>
      </w:r>
    </w:p>
    <w:p>
      <w:pPr>
        <w:jc w:val="right"/>
      </w:pPr>
      <w:r>
        <w:t>جی بالکل !</w:t>
      </w:r>
    </w:p>
    <w:p>
      <w:r>
        <w:rPr>
          <w:b/>
        </w:rPr>
        <w:t xml:space="preserve">[53:48] </w:t>
      </w:r>
      <w:r>
        <w:t>aap a! yeh sawaal Mr. Asad ne poocha hai aapse. unhone likha hai: "how can a husband and wife live with love and fear of God?" iske baare mein aap bataein.</w:t>
      </w:r>
    </w:p>
    <w:p>
      <w:pPr>
        <w:jc w:val="right"/>
      </w:pPr>
      <w:r>
        <w:t>آپ ا!یہ سوال مسٹر اسدنے پوچھاہےآپسے ۔ انہوںنےلکھاہے:"ہاؤکین ا ہسبینڈ اینڈوائف لیوود لو اینڈفیئرآفگاڈ؟"اسکےبارےمیں آپ بتائیں۔</w:t>
      </w:r>
    </w:p>
    <w:p>
      <w:r>
        <w:rPr>
          <w:b/>
        </w:rPr>
        <w:t xml:space="preserve">[54:06] </w:t>
      </w:r>
      <w:r>
        <w:t>study to karni padegi. study karein ge to khud ba khud baatein samajh mein aayengi. study aur ghaur-o-fikr</w:t>
      </w:r>
    </w:p>
    <w:p>
      <w:pPr>
        <w:jc w:val="right"/>
      </w:pPr>
      <w:r>
        <w:t>سٹڈیتوکرنیپڑےگی۔ سٹڈیکریںگےتوخود بخودباتیںسمجھمیںآئیںگی۔ سٹڈی اور غوروفکر</w:t>
      </w:r>
    </w:p>
    <w:p>
      <w:r>
        <w:rPr>
          <w:b/>
        </w:rPr>
        <w:t xml:space="preserve">[54:14] </w:t>
      </w:r>
      <w:r>
        <w:t>ji! aur aur harchiz ko khuda se relate karna. to yeh to matlab jab aadmi apne ko soch le ke hum count able hain khuda ke aage, to har waqt ek dar sa rehta hai na ke kya Allah taala humein maaf kar denge? hamari duaon ko qabool karenge? hamari namaz rozaon ko qabool karenge? kyunke aisa nahi ke hum ne namaz parh li, roza rakh liya to woh iska jo hai, reward mil gaya.</w:t>
      </w:r>
    </w:p>
    <w:p>
      <w:pPr>
        <w:jc w:val="right"/>
      </w:pPr>
      <w:r>
        <w:t>،جی! اور اور ہرچیز کو خداسےریلیٹکرنا۔ تویہتو مطلب جب آدمیاپنے کوسوچلےکہہماکاؤنٹیبل ہیںخداکےآگے، تو ہروقت ایک ڈرسارہتاہےنا کہکیا اللہ تعالیہمیں معافکردیںگے؟ہماری دعاؤںکوقبولکریںگے؟ہماری نمازروز وںکوقبولکریںگے؟کیونکہ ایسانہیں کہہمنےنمازپڑھلی،روزہرکھلیاتووہ اسکا جوہے، ریوارڈملگیا۔</w:t>
      </w:r>
    </w:p>
    <w:p>
      <w:r>
        <w:rPr>
          <w:b/>
        </w:rPr>
        <w:t xml:space="preserve">[54:41] </w:t>
      </w:r>
      <w:r>
        <w:t>reward jab milega? jab hum Allah is ko qabool kare</w:t>
      </w:r>
    </w:p>
    <w:p>
      <w:pPr>
        <w:jc w:val="right"/>
      </w:pPr>
      <w:r>
        <w:t>ریوارڈجبملےگا؟جبہم اللہ اسکوقبولکرے</w:t>
      </w:r>
    </w:p>
    <w:p>
      <w:r>
        <w:rPr>
          <w:b/>
        </w:rPr>
        <w:t xml:space="preserve">[54:44] </w:t>
      </w:r>
      <w:r>
        <w:t>ga. to yeh cheez hamare andar dar paida karti hai ke hum zyada se zyada sincere ke saath apna kaam karen. aur ab mere khayal mein study karna, aur khaas taur par jab Maulana ka jo lecture hai,</w:t>
      </w:r>
    </w:p>
    <w:p>
      <w:pPr>
        <w:jc w:val="right"/>
      </w:pPr>
      <w:r>
        <w:t>گا۔ تو یہ چیز ہمارےاندر ڈرپیدا کرتیہے کہہم زیادہ سےزیادہ سن سیرٹیکےساتھ اپناکام کریں۔اور ابمیرےخیالمیں سٹڈیکرنا،اورخاص طورپرجب مول اناکاجولٹریچرہے،</w:t>
      </w:r>
    </w:p>
    <w:p>
      <w:r>
        <w:rPr>
          <w:b/>
        </w:rPr>
        <w:t xml:space="preserve">[54:58] </w:t>
      </w:r>
      <w:r>
        <w:t>is ke woh hamare liye kafi hai. yeh baaton ko samajhne ke liye rozana thoda sa time nikalna chahiye, chahe ek safha, do safha.</w:t>
      </w:r>
    </w:p>
    <w:p>
      <w:pPr>
        <w:jc w:val="right"/>
      </w:pPr>
      <w:r>
        <w:t>اسکے وہہ مارےلیے کافیہے۔ یہانباتوںکو سمجھنےکےلیے روز انہتھوڑاسا ٹائمنکالناچاہیے،چاہے ایک صفحہ،دو صفحہ۔</w:t>
      </w:r>
    </w:p>
    <w:p>
      <w:r>
        <w:rPr>
          <w:b/>
        </w:rPr>
        <w:t xml:space="preserve">[55:08] </w:t>
      </w:r>
      <w:r>
        <w:t>mein to kehti hoon, ek paragraph hi parh lein, is mein un ko bohat kuch sochne ke liye mauad mil jayega. aur yeh zaroori hai mehnat karna. dekhein, duniya mein koi bhi imtehan paas karna hota hai to aadmi raat din parhta hai.</w:t>
      </w:r>
    </w:p>
    <w:p>
      <w:pPr>
        <w:jc w:val="right"/>
      </w:pPr>
      <w:r>
        <w:t>میں توکہتیہوں،ایکپیراگرافہیپڑھلیں، اسیمیںانکوبہت کچھ سوچنےکےلیے مو ادملجائےگا۔ اور یہ ضروریہےمحنتکرنا۔دیکھیں،دنیا میں کوئیبھی امتحان پاسکرناہوتاہےتوآدمیدنراتپڑھتاہے۔</w:t>
      </w:r>
    </w:p>
    <w:p>
      <w:r>
        <w:rPr>
          <w:b/>
        </w:rPr>
        <w:t xml:space="preserve">[55:22] </w:t>
      </w:r>
      <w:r>
        <w:t>aur akhirat ka to itna bada imta</w:t>
      </w:r>
    </w:p>
    <w:p>
      <w:pPr>
        <w:jc w:val="right"/>
      </w:pPr>
      <w:r>
        <w:t>اور آخرتکاتواتنابڑاامت</w:t>
      </w:r>
    </w:p>
    <w:p>
      <w:r>
        <w:rPr>
          <w:b/>
        </w:rPr>
        <w:t xml:space="preserve">[55:25] </w:t>
      </w:r>
      <w:r>
        <w:t>han hai, ek eternal life hamare samne hai, jannat hamare samne hai. to ab is ke liye kuch to mehnat karni hi padegi na? to mehnat karenge, tab hi is ka reward milega.</w:t>
      </w:r>
    </w:p>
    <w:p>
      <w:pPr>
        <w:jc w:val="right"/>
      </w:pPr>
      <w:r>
        <w:t>حانہے، ایک ایٹرنللائفہمارےسامنےہے، جنتہمارےسامنے ہے۔ تو اباسکےلیے کچھتومحنتکرنیہیپڑےگینا؟ تو محنتکریںگے،تبھیاسکا ریوارڈملےگا۔</w:t>
      </w:r>
    </w:p>
    <w:p>
      <w:r>
        <w:rPr>
          <w:b/>
        </w:rPr>
        <w:t xml:space="preserve">[55:36] </w:t>
      </w:r>
      <w:r>
        <w:t>ji! aapa! ek aur mujhe bohat zabardast hadith yaad aayi is ki, khaas kar meri depiction mein, ke Prophet ne ek ek martaba farmaya ke Iblis yani Satan he places the throne upon water, and then he sends his companions to create discord.</w:t>
      </w:r>
    </w:p>
    <w:p>
      <w:pPr>
        <w:jc w:val="right"/>
      </w:pPr>
      <w:r>
        <w:t>جی!آپا!ایکاورمجھےبہت زبرد ستحدیث یاد آئی اسکیسمیں، خاص کر میریڈکپلمیں، کہ پرافٹنےایکایکمرتبہفرمایاکہ ابلیسیعنی سیٹن ہی پلیز ڈہزتھروناپوا ٹر، اینڈدین ہی سینٹہزکمپینینزٹو کریٹ ڈسکارڈ۔</w:t>
      </w:r>
    </w:p>
    <w:p>
      <w:r>
        <w:rPr>
          <w:b/>
        </w:rPr>
        <w:t xml:space="preserve">[55:57] </w:t>
      </w:r>
      <w:r>
        <w:t>to aapa! is pe aaya hai ke those who are near to them, the Satan will award the highest rank</w:t>
      </w:r>
    </w:p>
    <w:p>
      <w:pPr>
        <w:jc w:val="right"/>
      </w:pPr>
      <w:r>
        <w:t>تو آپ ا!اسپہآیاہےکہدا ون ہو آر نیئرٹ وہم، داسیٹن وارداہائیسٹ انرینکس</w:t>
      </w:r>
    </w:p>
    <w:p>
      <w:r>
        <w:rPr>
          <w:b/>
        </w:rPr>
        <w:t xml:space="preserve">[56:05] </w:t>
      </w:r>
      <w:r>
        <w:t>. so they went out to create discord. so when they came back, they reported that what they did to Satan. and the one person said that today I created discord between you and two brothers. to he said you have done nothing.</w:t>
      </w:r>
    </w:p>
    <w:p>
      <w:pPr>
        <w:jc w:val="right"/>
      </w:pPr>
      <w:r>
        <w:t>۔ سو دےوینٹآؤٹ ٹوکریٹڈسکارڈ۔ سوویندےکیمبیک،دےرپورٹڈ دیٹواٹدےڈیڈٹوسیٹن۔اینڈدےون پرسن سیڈدیٹآ ج ٹوڈےآئیکریٹڈڈسکارڈبٹوین یونو ٹوبرادرز۔توہیسیڈیوہیوڈننتھنگ۔</w:t>
      </w:r>
    </w:p>
    <w:p>
      <w:r>
        <w:rPr>
          <w:b/>
        </w:rPr>
        <w:t xml:space="preserve">[56:20] </w:t>
      </w:r>
      <w:r>
        <w:t>another person says that I did this and this. to he kept saying, Iblis kept saying that you have done nothing. then one of them said that today I saw the seed of discord between a husband and o</w:t>
      </w:r>
    </w:p>
    <w:p>
      <w:pPr>
        <w:jc w:val="right"/>
      </w:pPr>
      <w:r>
        <w:t>انادرپرسن سیزدیٹآئیڈیڈدساینڈدس۔ توہی کیپٹسی ئنگ،ابلیسکیپٹسیئنگدیٹیوہیوڈننتھنگ۔ دینونآف دیم سیڈدیٹٹوڈےآئی سود ا سیڈآف ڈسکارڈ بٹویناہسبینڈاینڈاو</w:t>
      </w:r>
    </w:p>
    <w:p>
      <w:r>
        <w:rPr>
          <w:b/>
        </w:rPr>
        <w:t xml:space="preserve">[56:33] </w:t>
      </w:r>
      <w:r>
        <w:t>wife. so Satan sat up and he said you have done well. and then he embraced him. so Satan was very happy that he was able to sow the seed of discord between a husband and wife.</w:t>
      </w:r>
    </w:p>
    <w:p>
      <w:pPr>
        <w:jc w:val="right"/>
      </w:pPr>
      <w:r>
        <w:t>ائف۔ سو سیٹنگاٹاپاینڈہیسیڈیوہیوڈنویل۔ اینڈدینہی ایمبریسڈہم۔ سو سیٹن وازویری ہیپیدی ٹ ہیواز ایبل ٹو سوداسیڈآف ڈسکارڈبٹویناہسبینڈاینڈوائف۔</w:t>
      </w:r>
    </w:p>
    <w:p>
      <w:r>
        <w:rPr>
          <w:b/>
        </w:rPr>
        <w:t xml:space="preserve">[56:45] </w:t>
      </w:r>
      <w:r>
        <w:t>and this is very important because families are a part of the society. if there is discord and a discord between husband and wife, then actually it has repercussions in the society, in the country.</w:t>
      </w:r>
    </w:p>
    <w:p>
      <w:pPr>
        <w:jc w:val="right"/>
      </w:pPr>
      <w:r>
        <w:t>اینڈدسازویریامپورٹنٹبیکاز فیملیاز ا پارٹآفدا سوسائٹی۔ اف دیرازڈسکارڈاندا ڈسکارڈبٹوینہسبینڈاینڈوائف، دینایکچولیاٹہیزریپرکشنزاندا سوسائٹی،اندا کنٹری۔</w:t>
      </w:r>
    </w:p>
    <w:p>
      <w:r>
        <w:rPr>
          <w:b/>
        </w:rPr>
        <w:t xml:space="preserve">[56:59] </w:t>
      </w:r>
      <w:r>
        <w:t>Maulana sahib kehte the ke make yourself an int</w:t>
      </w:r>
    </w:p>
    <w:p>
      <w:pPr>
        <w:jc w:val="right"/>
      </w:pPr>
      <w:r>
        <w:t>مولاناصاحبکہتےتھےکہ میکیورسیلفانٹ</w:t>
      </w:r>
    </w:p>
    <w:p>
      <w:r>
        <w:rPr>
          <w:b/>
        </w:rPr>
        <w:t xml:space="preserve">[57:02] </w:t>
      </w:r>
      <w:r>
        <w:t>ellectual partner. that's very important because God has created every man and woman different. you cannot eliminate this difference because God has created different capabilities in a husband and wife.</w:t>
      </w:r>
    </w:p>
    <w:p>
      <w:pPr>
        <w:jc w:val="right"/>
      </w:pPr>
      <w:r>
        <w:t>لیکچولپارٹنر۔دیٹسویریامپورٹنٹ بیکازگاڈہیزکریٹڈ ایوری میناینڈوومن ڈفرنٹ۔ یوکینناٹایلیمینیٹدسڈیفرنسبیکازگاڈہیز کریٹڈ ڈفرنٹکیپیبل ٹیزان ا ہسبینڈاینڈاوائف۔</w:t>
      </w:r>
    </w:p>
    <w:p>
      <w:r>
        <w:rPr>
          <w:b/>
        </w:rPr>
        <w:t xml:space="preserve">[57:14] </w:t>
      </w:r>
      <w:r>
        <w:t>so what is more important is that you learn the art of adjustment. that is very important. aur aapa! sab se important cheez to yeh bhi hai ke agar companionship is duniya mein intellectual companionship hi rahe, Allah ke raste mein rahe, to Allah akhirat mein bhi companion</w:t>
      </w:r>
    </w:p>
    <w:p>
      <w:pPr>
        <w:jc w:val="right"/>
      </w:pPr>
      <w:r>
        <w:t>سوواٹازمورامپورٹنٹازدیٹیو لرن دی آرٹآف ایڈجسٹمنٹ ۔دیٹازویریامپورٹنٹ۔ اورآپا!سبسے امپورٹنٹچیزتویہبھیہےکہاگر کمپینینشپ اس دنیا میں انٹلیکچولکمپینینشپرہی، اللہ کےراستےمیںرہی، تو اللہ آخرتمیںبھیکمپینین</w:t>
      </w:r>
    </w:p>
    <w:p>
      <w:r>
        <w:rPr>
          <w:b/>
        </w:rPr>
        <w:t xml:space="preserve">[57:31] </w:t>
      </w:r>
      <w:r>
        <w:t>banayega. otherwise there is a fear of you know husband and wife also being not in pair in the hereafter. aur hum ne prophets ki history mein dekha hai, sahaba ki history mein dekha hai ke kaiyon ke husband ne support nahi kiya, kisi ki wife ne support nahi kiya.</w:t>
      </w:r>
    </w:p>
    <w:p>
      <w:pPr>
        <w:jc w:val="right"/>
      </w:pPr>
      <w:r>
        <w:t>بنائےگا۔ ادروائزدیرازا فیئرآف یونوہسبینڈاینڈوائفالس وبینگناٹ ان پیئرانداہیرافٹر۔اور ہمنےپرافٹسکیہسٹریمیںدیکھاہے،صحابہکیہسٹریمیںدیکھاہے کہ کئیوںکے ہسبینڈنےسپورٹنہیںکیا،کسیکیوائفنےسپورٹنہیںکیا۔</w:t>
      </w:r>
    </w:p>
    <w:p>
      <w:r>
        <w:rPr>
          <w:b/>
        </w:rPr>
        <w:t xml:space="preserve">[57:46] </w:t>
      </w:r>
      <w:r>
        <w:t>so to have the eternal companionship, it is very important. jaise aap ne kaha, reading karen. and also you know one should learn the art of adjustment with one another. celebrate the differences.</w:t>
      </w:r>
    </w:p>
    <w:p>
      <w:pPr>
        <w:jc w:val="right"/>
      </w:pPr>
      <w:r>
        <w:t>تو ٹو ہیودیایٹرنلکمپینینشپ،اٹازویریامپورٹنٹ۔جیسےآپنےکہا، ریڈنگکریں۔ اینڈالسویونوونشوڈلرندیآرٹآف ایڈجسٹمنٹود وناینڈادر۔سیلیبریٹداڈیفرنسز۔</w:t>
      </w:r>
    </w:p>
    <w:p>
      <w:r>
        <w:rPr>
          <w:b/>
        </w:rPr>
        <w:t xml:space="preserve">[57:58] </w:t>
      </w:r>
      <w:r>
        <w:t>that's very important. differences to dekhiye</w:t>
      </w:r>
    </w:p>
    <w:p>
      <w:pPr>
        <w:jc w:val="right"/>
      </w:pPr>
      <w:r>
        <w:t>دیٹسویریامپورٹنٹ۔ڈیفرنسزتودیکھیے</w:t>
      </w:r>
    </w:p>
    <w:p>
      <w:r>
        <w:rPr>
          <w:b/>
        </w:rPr>
        <w:t xml:space="preserve">[58:00] </w:t>
      </w:r>
      <w:r>
        <w:t>ji! Rasool Allah Sallallahu Alaihi Wasallam aur Hazrat Aisha ke beech mein bhi hota tha, Hazrat Fatima, Hazrat Ali ke beech mein bhi hota tha. differences to honge, everyone thinks differently, lekin woh zyada lambe arse tak nahi chalna chahiye.</w:t>
      </w:r>
    </w:p>
    <w:p>
      <w:pPr>
        <w:jc w:val="right"/>
      </w:pPr>
      <w:r>
        <w:t>،جی !رسول اللہصلیاللہعلیہوسلماورحضرتعائشہکےبیچمیںبھی ہوتاتھا، حضرت فاطمہ،حضرتعلی کےبیچمیںبھیہوتاتھا۔ ڈیفر نسزتو ہوںگے، ایوریون تھنکسڈفرنٹلی، لیکن وہ زیادہ لمبےعرصےتکنہیںچلناچاہیے۔</w:t>
      </w:r>
    </w:p>
    <w:p>
      <w:r>
        <w:rPr>
          <w:b/>
        </w:rPr>
        <w:t xml:space="preserve">[58:15] </w:t>
      </w:r>
      <w:r>
        <w:t>waqt i taur par hona chahiye, aur foran aadmi ko sochna chahiye ke yeh sab differences jo hain, agar hamare andar hum hum ko koi bhi pareshani hui, kisi bhi qism ki, to wahan shaitan aa jata hai.</w:t>
      </w:r>
    </w:p>
    <w:p>
      <w:pPr>
        <w:jc w:val="right"/>
      </w:pPr>
      <w:r>
        <w:t>وق تیطورپرہوناچاہیے،اور فوراً آدمیکوسوچناچاہیے کہ یہ سب ڈیفرنسزجوہیں، اگر ہمارےاندر ہم ہمکوکوئیبھی پریشانیہوئی ،کسیبھی قسم کی، تو وہاں شیطانآجاتاہے۔</w:t>
      </w:r>
    </w:p>
    <w:p>
      <w:r>
        <w:rPr>
          <w:b/>
        </w:rPr>
        <w:t xml:space="preserve">[58:28] </w:t>
      </w:r>
      <w:r>
        <w:t>j</w:t>
      </w:r>
    </w:p>
    <w:p>
      <w:pPr>
        <w:jc w:val="right"/>
      </w:pPr>
      <w:r>
        <w:t>ج</w:t>
      </w:r>
    </w:p>
    <w:p>
      <w:r>
        <w:rPr>
          <w:b/>
        </w:rPr>
        <w:t xml:space="preserve">[58:29] </w:t>
      </w:r>
      <w:r>
        <w:t>i! to foran lahaulwala quwwata illa billahil aliyyil azeem padhein, aur shaitan ko door bhagayein, aur foran woh normal si aa jati hai.</w:t>
      </w:r>
    </w:p>
    <w:p>
      <w:pPr>
        <w:jc w:val="right"/>
      </w:pPr>
      <w:r>
        <w:t>ی! توفوراً لاحولولا قوۃالا باللہ العلی العظیم پڑھیں،اور شیطانکودور بھگائیں، اورفوراً وہ نارملسیآجاتیہے۔</w:t>
      </w:r>
    </w:p>
    <w:p>
      <w:r>
        <w:rPr>
          <w:b/>
        </w:rPr>
        <w:t xml:space="preserve">[58:38] </w:t>
      </w:r>
      <w:r>
        <w:t>ji! aur aapa! nobody is perfect, and I would say that, ah! you know not everyone, and I keep seeing that when you fight with your partner, just remind yourself that Satan is being very happy. so we have to defeat the Satan, and not fight among ourselves. that's very important.</w:t>
      </w:r>
    </w:p>
    <w:p>
      <w:pPr>
        <w:jc w:val="right"/>
      </w:pPr>
      <w:r>
        <w:t>جی! اورآپ ا! نوبڈیازپرفیکٹ،اینڈ آئیوڈسیدیٹ، آہ!یونوٹ وایوریون،اینڈآئیکیپسیئنگدیٹو ینایوریو فائٹودیورپارٹنر، جسٹریمائنڈیورسیلفدیٹسیٹناز بینگویریہیپی۔سوویہیوٹوڈیفیٹداسیٹن، اینڈناٹفائٹ امنگاورسیلف۔دیٹسویریامپورٹنٹ۔</w:t>
      </w:r>
    </w:p>
    <w:p>
      <w:r>
        <w:rPr>
          <w:b/>
        </w:rPr>
        <w:t xml:space="preserve">[58:57] </w:t>
      </w:r>
      <w:r>
        <w:t>aapa! yeh yeh sawal Doctor Qasim ne bheja hai Lucknow se. unhone aapse poocha hai ke is mein Azam kya hai? ah! is se kya murad hai? is ke bare mein aap humein bataein.</w:t>
      </w:r>
    </w:p>
    <w:p>
      <w:pPr>
        <w:jc w:val="right"/>
      </w:pPr>
      <w:r>
        <w:t>آپ ا!یہ یہسوال ڈاکٹر قاسمنےبھیجاہےلکھنوسے ۔ انہوںنےآپسےپوچھاہےکہاسمیں اعظم کیا ہے ؟ آہ!اسسےکیا مرادہے؟اسکےبارےمیں آپہمیںبت ائیں۔</w:t>
      </w:r>
    </w:p>
    <w:p>
      <w:r>
        <w:rPr>
          <w:b/>
        </w:rPr>
        <w:t xml:space="preserve">[59:08] </w:t>
      </w:r>
      <w:r>
        <w:t>aur aap iske baad phir ek aur sawal hai, aah! aaj ke session ko khatm karne ke liye, kyunke hamare kuch bakri lez bhi hain. to pehla sawal to yahi hai, aah! aakhir doosre sawalon mein se ke ismein aazm se kya murad hai?</w:t>
      </w:r>
    </w:p>
    <w:p>
      <w:pPr>
        <w:jc w:val="right"/>
      </w:pPr>
      <w:r>
        <w:t>اور آپ ا!اسکےبعدپھرایکاورسوال ہے، آہ!آجکےسیشنکوختمکرنےکےلیے،کیونکہہماریکچھ بکریلیززبھیہیں۔ تو پہلاسوالتویہیہے، آہ!آخریدوسوالوںمیںسے کہاسمیںاعظمسےکیامرادہے؟</w:t>
      </w:r>
    </w:p>
    <w:p>
      <w:r>
        <w:rPr>
          <w:b/>
        </w:rPr>
        <w:t xml:space="preserve">[59:21] </w:t>
      </w:r>
      <w:r>
        <w:t>log samajhte hain ke Khuda ka koi ek naam hai jo logon ko maloom nahi, isiko discover karna hai. aur is naam se jab Khuda ko hum pukarenge, tab hamari duaen qabool hongi, tabhi hamara Khuda se ta'alluq qaim hoga.</w:t>
      </w:r>
    </w:p>
    <w:p>
      <w:pPr>
        <w:jc w:val="right"/>
      </w:pPr>
      <w:r>
        <w:t>لوگسمجھتےہیں کہ خداکاکوئی ایک نام ہے جو لوگوںکومعلومنہیں ،اسیکوڈسکورکرناہے۔ اور اس نامسے جب خداکوہم پکاریںگے،تبہماری دعائیںقبولہوںگی، تبھیہماراخداسےتعلققائمہوگا۔</w:t>
      </w:r>
    </w:p>
    <w:p>
      <w:r>
        <w:rPr>
          <w:b/>
        </w:rPr>
        <w:t xml:space="preserve">[59:36] </w:t>
      </w:r>
      <w:r>
        <w:t>aisa kuch nahi hai. likha hai Maulana ne ke yeh کیفیت اعظم hai, ismein aazm nahi hai ke asal cheez jo Khuda ke haan important hai, Khuda ki nazar mein woh hamari کیفیت hai</w:t>
      </w:r>
    </w:p>
    <w:p>
      <w:pPr>
        <w:jc w:val="right"/>
      </w:pPr>
      <w:r>
        <w:t>ایساکچھنہیں ہے۔ لکھاہے مول انانےکہیہ کیفیت اعظمہے، اسمیں اعظمنہیںہے کہ اصل چیز جوخداکےہاں امپورٹنٹہے،خداکینظر میںوہہماری کیفیت ہے</w:t>
      </w:r>
    </w:p>
    <w:p>
      <w:r>
        <w:rPr>
          <w:b/>
        </w:rPr>
        <w:t xml:space="preserve">[59:49] </w:t>
      </w:r>
      <w:r>
        <w:t>ke hum kis کیفیت ke saath, kis dil o jaan se Khuda ko pukaar rahe hain. to woh کیفیت bhare hue jo alfaaz hote hain na, woh Khuda ke haan foran qabliyat usko unko milti hai.</w:t>
      </w:r>
    </w:p>
    <w:p>
      <w:pPr>
        <w:jc w:val="right"/>
      </w:pPr>
      <w:r>
        <w:t>کہہم کس کیفیتکےساتھ ،کسدلوجانکےساتھ خداکو پکاررہےہیں۔ تو وہ کیفیت بھرےہوئےجو الفاظہوتےہیں نا، وہ خدا کے ہاں فوراً قب ولیت اسکوانکوملتیہے۔</w:t>
      </w:r>
    </w:p>
    <w:p>
      <w:r>
        <w:rPr>
          <w:b/>
        </w:rPr>
        <w:t xml:space="preserve">[1:00:04] </w:t>
      </w:r>
      <w:r>
        <w:t>to jaise isi liye Khuda ke jo attributes hain, jaise Al-Aadi hai, Rahman, Raheem, Al-Khaliq waghera, Samee</w:t>
      </w:r>
    </w:p>
    <w:p>
      <w:pPr>
        <w:jc w:val="right"/>
      </w:pPr>
      <w:r>
        <w:t>تو جیسے اسیلیےخداکےجو ایٹریبیوٹسہیں، جیسے الحادیہے، الرحمن ، الرحیم، الخالقوغیرہ، سمیع</w:t>
      </w:r>
    </w:p>
    <w:p>
      <w:r>
        <w:rPr>
          <w:b/>
        </w:rPr>
        <w:t xml:space="preserve">[1:00:13] </w:t>
      </w:r>
      <w:r>
        <w:t>, to in yeh sifat se, in sifat ke zariye se hum Khuda se ta'alluq qaim karte hain ke woh jo hai Maulana ne likha hai ke jaise kaha jata tha, ek kahani thi ke kisi pahad ki choti par kuch khazana pehle khazana log daf kar diya karte the.</w:t>
      </w:r>
    </w:p>
    <w:p>
      <w:pPr>
        <w:jc w:val="right"/>
      </w:pPr>
      <w:r>
        <w:t>، تو ان یہ صف اتسے، ان صفات کےذریعےسےہم خداسے تعلق قائمکرتےہیں کہ وہجوہے مول انانےلکھاہےکہ جیسےکہاجاتا تھا، ایک کہانیتھی کہکسی پہاڑ کی چوٹیپر کچھ خزانہ پہلے خزانہلوگ دفنکردیا کرتے تھے۔</w:t>
      </w:r>
    </w:p>
    <w:p>
      <w:r>
        <w:rPr>
          <w:b/>
        </w:rPr>
        <w:t xml:space="preserve">[1:00:34] </w:t>
      </w:r>
      <w:r>
        <w:t>khazana hai to ek sadhu ne bataya ke wahan jaake kehna "khul aye sesame" to woh khul jayega aur khazana tumhein mil jayega.</w:t>
      </w:r>
    </w:p>
    <w:p>
      <w:pPr>
        <w:jc w:val="right"/>
      </w:pPr>
      <w:r>
        <w:t>خزانہہےتوایک سادھونےبتایاکہ وہاں جاکے کہنا"کھل اےسمسم" تووہ کھلجائےگااورخزانہ تم ہیںملجائےگا۔</w:t>
      </w:r>
    </w:p>
    <w:p>
      <w:r>
        <w:rPr>
          <w:b/>
        </w:rPr>
        <w:t xml:space="preserve">[1:00:43] </w:t>
      </w:r>
      <w:r>
        <w:t>ab woh upar choti pe jaate jaate bhool gaya, koi timtim keh raha hai, koi dum dum keh raha hai, magar woh khul nahi raha hai. to aisa kuch nahi hai.</w:t>
      </w:r>
    </w:p>
    <w:p>
      <w:pPr>
        <w:jc w:val="right"/>
      </w:pPr>
      <w:r>
        <w:t>اب وہاوپر چوٹیپہجاتےجاتےبھولگیا، کوئیٹمٹمکہہرہاہے،کوئیدمدمکہہرہاہے،مگروہ کھلنہیںرہاہے۔ تو ایساکچھنہیں ہے۔</w:t>
      </w:r>
    </w:p>
    <w:p>
      <w:r>
        <w:rPr>
          <w:b/>
        </w:rPr>
        <w:t xml:space="preserve">[1:00:52] </w:t>
      </w:r>
      <w:r>
        <w:t>to balkeh hum hamari dua woh hai, inspired dua honi chahiye, qalbi کیفیت ke saath dua honi chahiye, kyunke Khuda woh har waqt tayyar hai.</w:t>
      </w:r>
    </w:p>
    <w:p>
      <w:pPr>
        <w:jc w:val="right"/>
      </w:pPr>
      <w:r>
        <w:t>تو بلکہ ہم ہماری دعاجوہے، انسپائرڈدعاہونیچاہیے، قلبی کیفیات کےساتھ دعاہونیچاہیے،کیونکہخداتوہروقت تیار ہے۔</w:t>
      </w:r>
    </w:p>
    <w:p>
      <w:r>
        <w:rPr>
          <w:b/>
        </w:rPr>
        <w:t xml:space="preserve">[1:01:04] </w:t>
      </w:r>
      <w:r>
        <w:t>Khuda kehta hai ke kaun hai jo mujhse maange aur main usko doon</w:t>
      </w:r>
    </w:p>
    <w:p>
      <w:pPr>
        <w:jc w:val="right"/>
      </w:pPr>
      <w:r>
        <w:t>خداکہتاہےکہکونہے جو مجھسے مانگےاورمیںاسکودوں</w:t>
      </w:r>
    </w:p>
    <w:p>
      <w:r>
        <w:rPr>
          <w:b/>
        </w:rPr>
        <w:t xml:space="preserve">[1:01:08] </w:t>
      </w:r>
      <w:r>
        <w:t>? to bas woh hamari dua bilkul spiritual dua honi chahiye, aansuon ke saath hamari dua hona chahiye, tab woh dua woh hai, woh qabool hoti hai.</w:t>
      </w:r>
    </w:p>
    <w:p>
      <w:pPr>
        <w:jc w:val="right"/>
      </w:pPr>
      <w:r>
        <w:t>؟ تو بس وہ ہماری دعا بالکل سپرٹفل دعاہونیچاہیے،آنسوؤںکےساتھ ہماری دعاہوناچاہیے،تب وہدعاجوہے، وہ قبولہوتیہے۔</w:t>
      </w:r>
    </w:p>
    <w:p>
      <w:r>
        <w:rPr>
          <w:b/>
        </w:rPr>
        <w:t xml:space="preserve">[1:01:19] </w:t>
      </w:r>
      <w:r>
        <w:t>ab log logon ke haan logon ne yeh bhi soch rakha hai ke mas noon duaen, yani Rasool Allah sal Allah alaih wasallam ki jo duaen hain, isiko yaad karke dohrate hain.</w:t>
      </w:r>
    </w:p>
    <w:p>
      <w:pPr>
        <w:jc w:val="right"/>
      </w:pPr>
      <w:r>
        <w:t>ابلوگ لوگوں کےہاں لوگوںنےیہبھیسوچرکھاہے کہ مس نون دعائیں،یعنیرسولاللہ صلیاللہعلیہوسلم کیجو دعائیںہیں، اسیکویادکرکے دہراتےہیں۔</w:t>
      </w:r>
    </w:p>
    <w:p>
      <w:r>
        <w:rPr>
          <w:b/>
        </w:rPr>
        <w:t xml:space="preserve">[1:01:30] </w:t>
      </w:r>
      <w:r>
        <w:t>ab Rasool Allah sal Allah alaih wasallam ki jo duaen hain, woh to kisi khaas khaas occasion par, kuch khaas khaas کیفیت aapke andar paida hui, us کیفیت mein aapne dua maangi.</w:t>
      </w:r>
    </w:p>
    <w:p>
      <w:pPr>
        <w:jc w:val="right"/>
      </w:pPr>
      <w:r>
        <w:t>اب رسولاللہ صلیاللہعلیہوسلمکیجودعائیںہیں، وہتوکسی خاص خاص او کیژنپر، کچھخاص خاص کیفیات آپکےاندر پیدا ہوئی،اسکیفیتمیںآپنےدعامانگی ۔</w:t>
      </w:r>
    </w:p>
    <w:p>
      <w:r>
        <w:rPr>
          <w:b/>
        </w:rPr>
        <w:t xml:space="preserve">[1:01:41] </w:t>
      </w:r>
      <w:r>
        <w:t>to woh کیفیت, bereft of کیفیت dua woh hai, woh uski koi qeemat nahi hoti hai. to hum hamare andar jo کیفیت paida ho, aur hum apni madri zabaan mein un کیفیت ke saath dua kar sakte hain, aur woh tabhi woh</w:t>
      </w:r>
    </w:p>
    <w:p>
      <w:pPr>
        <w:jc w:val="right"/>
      </w:pPr>
      <w:r>
        <w:t>تووہ کیفیت، بریفٹآفکیفیت دعاجوہے، وہ اسکیکوئیقیمتنہیںہوتیہے۔ تو ہم ہمارےاندر جو کیفیتپیدا ہو، اور ہم اپنی مادری زبان میں ان کیفیات کےساتھ دعاکرسکتےہیں،اور وہ تبھیوہ</w:t>
      </w:r>
    </w:p>
    <w:p>
      <w:r>
        <w:rPr>
          <w:b/>
        </w:rPr>
        <w:t xml:space="preserve">[1:01:59] </w:t>
      </w:r>
      <w:r>
        <w:t>qabool hogi. dua woh hai, Maulana ne likha hai ke dua dil ke jazbaat ka naam hai. to isi liye aap jante hain ke har paighambar jo hai, apni qaum ki is mein bheja gaya,</w:t>
      </w:r>
    </w:p>
    <w:p>
      <w:pPr>
        <w:jc w:val="right"/>
      </w:pPr>
      <w:r>
        <w:t>قبولہوگی۔دعاجوہے، مول انانےلکھاہےکہدعا دل کے جذبات کانام ہے۔ تو اسیلیےآپ جانتےہیںکہہر پیغمبرجوہے، اپنی قوم کی اسمیں بھیجاگیا،</w:t>
      </w:r>
    </w:p>
    <w:p>
      <w:r>
        <w:rPr>
          <w:b/>
        </w:rPr>
        <w:t xml:space="preserve">[1:02:12] </w:t>
      </w:r>
      <w:r>
        <w:t>apni qaum ki zabaan mein bheja gaya. agar log samajhte hain ke bas Arabi zabaan jo hai, wohi aakhir mein jo hai, wohi sabki zabaan hogi, aisa nahi hai.</w:t>
      </w:r>
    </w:p>
    <w:p>
      <w:pPr>
        <w:jc w:val="right"/>
      </w:pPr>
      <w:r>
        <w:t>اپنی قومکیزبان میںبھیجاگیا۔ اگر لوگسمجھتےہیںکہبس عربیزبان جوہے،وہی آخرتمیں جوہے،وہیسبکیزبان ہوگی،ایسانہیں ہے۔</w:t>
      </w:r>
    </w:p>
    <w:p>
      <w:r>
        <w:rPr>
          <w:b/>
        </w:rPr>
        <w:t xml:space="preserve">[1:02:24] </w:t>
      </w:r>
      <w:r>
        <w:t>woh to Arabon ki zabaan Arabi thi, is liye Arabi mein Quran aaya</w:t>
      </w:r>
    </w:p>
    <w:p>
      <w:pPr>
        <w:jc w:val="right"/>
      </w:pPr>
      <w:r>
        <w:t>وہتو عربوںکیزبان عربیتھی،اسلیے عربیمیںقرآنآیا</w:t>
      </w:r>
    </w:p>
    <w:p>
      <w:r>
        <w:rPr>
          <w:b/>
        </w:rPr>
        <w:t xml:space="preserve">[1:02:28] </w:t>
      </w:r>
      <w:r>
        <w:t>. to is tarike se yeh jo alfaaz hain, ism e Hasni, woh point of reference ka kaam karte hain. jaise matlab humko rizq ki zaroorat hai, rizq ke liye humein dua karna hai, to Ar-Razzak keh ke hum dua karein, lekin poore dil se, poore dil o jaan se, poori tarike se, in all sincerity, hum jab Khuda ke liye, Khuda ke se dua karenge, tab woh qabool</w:t>
      </w:r>
    </w:p>
    <w:p>
      <w:pPr>
        <w:jc w:val="right"/>
      </w:pPr>
      <w:r>
        <w:t>۔ تو اسطریقےسے یہ جو الفاظ ہیں، اسم ائےحس نی، وہ پوائنٹآف ریفرنسکاکام کرتے ہیں۔ جیسےمطلب ہمکو رزق کی ضرورت ہے،رزقکےلیےہمیںدعاکرناہے،تو الرزاق کہہکےہمدعاکریں، لیکن پورے دل سے،پورے دل وجانسے،پوریطریقےسے، ان ال سنس یرٹی، ہمجبخداکےلیے ،خدا کے سے دعاکریںگے،تب وہ قبول</w:t>
      </w:r>
    </w:p>
    <w:p>
      <w:r>
        <w:rPr>
          <w:b/>
        </w:rPr>
        <w:t xml:space="preserve">[1:02:55] </w:t>
      </w:r>
      <w:r>
        <w:t>hogi. to is par bahut hi detail mein Maulana ne likha hai kitaab mein. aap, aaj ka aakhri sawal, aah, if you invest in Islam, aap, realize that the main goal of an individual is discovery of God, but it is not so simple, you know, to make God, you know, our sole concern, because it, it, it is tantamount to bringing a completely revolution in one's life</w:t>
      </w:r>
    </w:p>
    <w:p>
      <w:pPr>
        <w:jc w:val="right"/>
      </w:pPr>
      <w:r>
        <w:t>ہوگی۔ تو اسپربہت ہی ڈیٹیلمیں مول انانےلکھاہےکتاب میں ۔ آپا،آجکا آخریسوال، آہ،اف ویوینویسٹڈی اسلام ،آپ ا، ویریلائز دیٹ دا مینگولآفاینیانڈیویجول از ڈسکوریآفگاڈ، بٹاٹازناٹسو سمپل، یونو،ٹومیک گاڈز، یونو،اورسول کنسرن،بیکازاٹ،اٹ،اٹاز ٹینٹماؤنٹٹوبرنگنگا کمپلیٹریولیوشن ان ونزلائف</w:t>
      </w:r>
    </w:p>
    <w:p>
      <w:r>
        <w:rPr>
          <w:b/>
        </w:rPr>
        <w:t xml:space="preserve">[1:03:22] </w:t>
      </w:r>
      <w:r>
        <w:t>. to aap, sawal yeh hai ke hum Rabbani shakhsiyat kaise develop karein, iske bare mein aap hum sab ko bataein. bahut yeh sabse mushkil kaam hai.</w:t>
      </w:r>
    </w:p>
    <w:p>
      <w:pPr>
        <w:jc w:val="right"/>
      </w:pPr>
      <w:r>
        <w:t>۔ تو آپ ا،سوال یہیہےکہہم ربانی شخص یت کیسےڈیویلپکریں، اسکےبارےمیںآپ ہمسبکوبتائیں۔ بہت یہ سبسےمشکل کام ہے۔</w:t>
      </w:r>
    </w:p>
    <w:p>
      <w:r>
        <w:rPr>
          <w:b/>
        </w:rPr>
        <w:t xml:space="preserve">[1:03:34] </w:t>
      </w:r>
      <w:r>
        <w:t>Quran mein hai: "Qad aflaha man zakka wa qad khaba man dassa". jis ne apni apni personality ko, apni shakhsiyat ko paak kiya, usi isike liye jannat hai.</w:t>
      </w:r>
    </w:p>
    <w:p>
      <w:pPr>
        <w:jc w:val="right"/>
      </w:pPr>
      <w:r>
        <w:t>قرآنمیںہے: "قد افلح من زکا وقد خوابمن د سا"۔ جس نے اپنی اپنی پرسن یلٹیکو،اپنیشخص یتکو پاک کیا، اسی اسیکےلیے جنتہے۔</w:t>
      </w:r>
    </w:p>
    <w:p>
      <w:r>
        <w:rPr>
          <w:b/>
        </w:rPr>
        <w:t xml:space="preserve">[1:03:48] </w:t>
      </w:r>
      <w:r>
        <w:t>to jannat zakka shakhsiyat ke liye hai.</w:t>
      </w:r>
    </w:p>
    <w:p>
      <w:pPr>
        <w:jc w:val="right"/>
      </w:pPr>
      <w:r>
        <w:t>تو جنت مز کا شخص یت کےلیےہے۔</w:t>
      </w:r>
    </w:p>
    <w:p>
      <w:r>
        <w:rPr>
          <w:b/>
        </w:rPr>
        <w:t xml:space="preserve">[1:03:51] </w:t>
      </w:r>
      <w:r>
        <w:t>to ab is duniya mein jab insaan aata hai to tarah tarah ke, tarah tarah ki evils hain. yahan par, yahan par Shaitan hai, yahan par bure log hain, yahan par madi interest hain.</w:t>
      </w:r>
    </w:p>
    <w:p>
      <w:pPr>
        <w:jc w:val="right"/>
      </w:pPr>
      <w:r>
        <w:t>تو اب اس دنیا میں جب انسان آتاہےتو طرح طرح کے، طرح طرح کی ایولہیں۔یہاںپر ،یہاںپر شیطان ہے،یہاںپر برےلوگ ہیں،یہاںپر مادی انٹرسٹہے۔</w:t>
      </w:r>
    </w:p>
    <w:p>
      <w:r>
        <w:rPr>
          <w:b/>
        </w:rPr>
        <w:t xml:space="preserve">[1:04:04] </w:t>
      </w:r>
      <w:r>
        <w:t>to har cheez insaan ko bhatkati rehti hai. insaan influence mein aajata hai. bahut jald insaan jab society mein jata hai to usse influence hojata hai.</w:t>
      </w:r>
    </w:p>
    <w:p>
      <w:pPr>
        <w:jc w:val="right"/>
      </w:pPr>
      <w:r>
        <w:t>تو ہرچیز انسانکو بہ کاتیرہتیہے۔ انسان انفلوئنسمیںآجاتاہے۔ بہت جلد انسان جب سوسائٹیمیںجاتا ہے تو اسسےانفلوئنسہوجاتا ہے۔</w:t>
      </w:r>
    </w:p>
    <w:p>
      <w:r>
        <w:rPr>
          <w:b/>
        </w:rPr>
        <w:t xml:space="preserve">[1:04:16] </w:t>
      </w:r>
      <w:r>
        <w:t>to yeh saari cheezon ko usko bahut zyada gehrai se usko samajhna hai aur usko bahut zyada is duniya ko isko jeena hai. sirf ek jaise ke ek theherne ki jagah, jaise platform hota hai.</w:t>
      </w:r>
    </w:p>
    <w:p>
      <w:pPr>
        <w:jc w:val="right"/>
      </w:pPr>
      <w:r>
        <w:t>تو یہ ساریچیزوں کو اسکوبہت زیادہ گہر ائیسےاسکو سمجھناہے اور اسکو بہت زیادہ اس دنیا کو اسکولیناہے۔صرف ایک جیسےکہایک ٹھہرنےکیجگہ ، جیسے پلیٹفارمہوتاہے۔</w:t>
      </w:r>
    </w:p>
    <w:p>
      <w:r>
        <w:rPr>
          <w:b/>
        </w:rPr>
        <w:t xml:space="preserve">[1:04:35] </w:t>
      </w:r>
      <w:r>
        <w:t>humko maloom hai ke jab hamari train aaye gi to hum wahan chale jayen gay. yeh platform hamara waqti waqti abooda hai. to</w:t>
      </w:r>
    </w:p>
    <w:p>
      <w:pPr>
        <w:jc w:val="right"/>
      </w:pPr>
      <w:r>
        <w:t>ہمکو معلومہےکہجبہماری ٹرینآئےگیتوہم وہاںچلےجائیںگے۔یہپلیٹفارمہمارا وق تی وق تی ابوڈہے۔ تو</w:t>
      </w:r>
    </w:p>
    <w:p>
      <w:r>
        <w:rPr>
          <w:b/>
        </w:rPr>
        <w:t xml:space="preserve">[1:04:43] </w:t>
      </w:r>
      <w:r>
        <w:t>is dunya ko humko need based hamari activities honi chahiye is dunya mein aur hamara asal concern woh hai woh akhirat ho jaye.</w:t>
      </w:r>
    </w:p>
    <w:p>
      <w:pPr>
        <w:jc w:val="right"/>
      </w:pPr>
      <w:r>
        <w:t>اسدنیا کوہمکو نیڈ بیسڈ ہماری ایکٹیویٹیزہونیچاہیےاسدنیا میں اور ہمارا اصل کنسرنجوہے وہ آخرتہوجائے۔</w:t>
      </w:r>
    </w:p>
    <w:p>
      <w:r>
        <w:rPr>
          <w:b/>
        </w:rPr>
        <w:t xml:space="preserve">[1:04:53] </w:t>
      </w:r>
      <w:r>
        <w:t>kyun ke jab hum hamara asal concern akhirat hoga, tab hi hum pure tareeqay se ek God oriented life guzar guzar sakenge.</w:t>
      </w:r>
    </w:p>
    <w:p>
      <w:pPr>
        <w:jc w:val="right"/>
      </w:pPr>
      <w:r>
        <w:t>کیونکہجب ہم ہمارااصل کنسرنآخرتہوگا، تبھی ہم پ ورےطریقےسے ایک گاڈاور ینٹڈلائف گزار گزار سکیںگے۔</w:t>
      </w:r>
    </w:p>
    <w:p>
      <w:r>
        <w:rPr>
          <w:b/>
        </w:rPr>
        <w:t xml:space="preserve">[1:05:06] </w:t>
      </w:r>
      <w:r>
        <w:t>to ab mein misaal ke taur par ek bata rahi hoon, jaise zyada woh hota hai, stress hota hai, tension hota hai, to log comedy waghera dekhte rehte hain.</w:t>
      </w:r>
    </w:p>
    <w:p>
      <w:pPr>
        <w:jc w:val="right"/>
      </w:pPr>
      <w:r>
        <w:t>تو اب میں مثالکےطورپرایکبتارہیہوں،جیسے زیادہ وہہوتاہے، اسٹریسہوتاہے، ٹینشنہوتاہے،تولوگ کامیڈیوغیرہدیکھتےرہتےہیں۔</w:t>
      </w:r>
    </w:p>
    <w:p>
      <w:r>
        <w:rPr>
          <w:b/>
        </w:rPr>
        <w:t xml:space="preserve">[1:05:18] </w:t>
      </w:r>
      <w:r>
        <w:t>to mujh se bhi kehte hain ke aap dekhiye, mein kehti hoon nahi dekhoongi to mere kamre mein farishtay nahi aayen gay. jeeto apne mahol ko pak karna chahiye taak</w:t>
      </w:r>
    </w:p>
    <w:p>
      <w:pPr>
        <w:jc w:val="right"/>
      </w:pPr>
      <w:r>
        <w:t>تو مجھسےبھیکہتےہیں کہآپ دیکھیے، میں کہتیہوںنہیں دیکھوںگیتو میرےکمرےمیںفرشتےنہیںآئیںگے۔ جیتو اپنے ماحولکو پاک کرناچاہیے تاک</w:t>
      </w:r>
    </w:p>
    <w:p>
      <w:r>
        <w:rPr>
          <w:b/>
        </w:rPr>
        <w:t xml:space="preserve">[1:05:31] </w:t>
      </w:r>
      <w:r>
        <w:t>ha wahan farishtay aayen aur farishtay hi hamein inspire karte hain. hamare andar jitni bhi achhi baatein hongi, woh farishtay hamein hamare andar daalte hain.</w:t>
      </w:r>
    </w:p>
    <w:p>
      <w:pPr>
        <w:jc w:val="right"/>
      </w:pPr>
      <w:r>
        <w:t>ہ وہاں فرشتےآئیں اور فرشتےہیہمیںانسپائرکرتے ہیں۔ ہمارےاندر جتنیبھیاچھیباتیںہوںگی، وہ فرشتےہمیں ہمارےاندر ڈالتےہیں۔</w:t>
      </w:r>
    </w:p>
    <w:p>
      <w:r>
        <w:rPr>
          <w:b/>
        </w:rPr>
        <w:t xml:space="preserve">[1:05:42] </w:t>
      </w:r>
      <w:r>
        <w:t>agar hum galat galat activities mein lage rahenge to farishtay nahi aayen gay. to phir us waqt hamare liye apni apni personality ko tazkiya karne mein hamein bohat mushkil hogi.</w:t>
      </w:r>
    </w:p>
    <w:p>
      <w:pPr>
        <w:jc w:val="right"/>
      </w:pPr>
      <w:r>
        <w:t>اگر ہم غلطغلط ایکٹیویٹیزمیںلگےرہیںگے تو فرشتےنہیں آئیںگے۔ تو پھر اس وقت ہمارےلیے اپنی اپنی پرسن یلٹیکو کاتزکیہکرنے میںہمیں بہت مشکلہوگی۔</w:t>
      </w:r>
    </w:p>
    <w:p>
      <w:r>
        <w:rPr>
          <w:b/>
        </w:rPr>
        <w:t xml:space="preserve">[1:05:57] </w:t>
      </w:r>
      <w:r>
        <w:t>kyun ke jab tak ke hum divine ethics ko adopt na karein, tab tak hum apni personality ko tazkiya nahi kar sakte.</w:t>
      </w:r>
    </w:p>
    <w:p>
      <w:pPr>
        <w:jc w:val="right"/>
      </w:pPr>
      <w:r>
        <w:t>کیونکہ جب تک کہہم ڈیوائن ایتھکسکو اڈاپٹنہکریں، تب تکہم اپنی پرسن یلٹیکو کاتزکیہنہیںکرسکتے۔</w:t>
      </w:r>
    </w:p>
    <w:p>
      <w:r>
        <w:rPr>
          <w:b/>
        </w:rPr>
        <w:t xml:space="preserve">[1:06:06] </w:t>
      </w:r>
      <w:r>
        <w:t>aur personality ka tazkiya jaise hum hamare andar tarah tarah ke manfi khayalat logon ke bare mein aate rehte hain, aisa to kisi ke sath bhi nahi hai ke tamam log jo hain hamari marzi ke mutabiq kaam karein.</w:t>
      </w:r>
    </w:p>
    <w:p>
      <w:pPr>
        <w:jc w:val="right"/>
      </w:pPr>
      <w:r>
        <w:t>اور پرسنیلٹیکاتزکیہجیسےہم ہمارےاندر طرح طرح کےمنفیخیالات لوگوںکےبارےمیں آتےہیرہتےہیں، ایساتو کسی کےساتھ بھینہیں ہےکہتمام لوگ جوہیں ہماری مرضیکےمطابق کامکریں۔</w:t>
      </w:r>
    </w:p>
    <w:p>
      <w:r>
        <w:rPr>
          <w:b/>
        </w:rPr>
        <w:t xml:space="preserve">[1:06:18] </w:t>
      </w:r>
      <w:r>
        <w:t>to hum hamare andar negativity aa jati hai. isi liye Maulana bohat zyada negativity ke khilaf bolte thay.</w:t>
      </w:r>
    </w:p>
    <w:p>
      <w:pPr>
        <w:jc w:val="right"/>
      </w:pPr>
      <w:r>
        <w:t>تو ہم ہمارےاندر نیگیٹیوٹیآجاتیہے۔ اسیلیےمول انا بہت زیادہ نیگیٹیوٹیکےخلاف بولتےتھے۔</w:t>
      </w:r>
    </w:p>
    <w:p>
      <w:r>
        <w:rPr>
          <w:b/>
        </w:rPr>
        <w:t xml:space="preserve">[1:06:26] </w:t>
      </w:r>
      <w:r>
        <w:t>to negativity se hamein apne aap ko pak karna hai. agar hum chahte hain ke hamari shakhsiyat jo hai woh ek mazka shakhsiyat bane, manfi jazbat se khali khali ho.</w:t>
      </w:r>
    </w:p>
    <w:p>
      <w:pPr>
        <w:jc w:val="right"/>
      </w:pPr>
      <w:r>
        <w:t>تو نیگیٹیوٹیسےہمیںاپنےآپکو پاک کرناہے۔ اگر ہم چاہتےہیںکہہماری شخص یت جوہےوہ ایک مز کاشخصیت بنے، منفیجذباتسے خالی خالیہو ۔</w:t>
      </w:r>
    </w:p>
    <w:p>
      <w:r>
        <w:rPr>
          <w:b/>
        </w:rPr>
        <w:t xml:space="preserve">[1:06:39] </w:t>
      </w:r>
      <w:r>
        <w:t>jaise aap ne dekha hoga chidiya ko, ab chidiya chehchahati rehti hai apni branch pe. kisi bhi baithe ke aap subah is pe click mariye, woh doosri branch pe ja ke chehcha</w:t>
      </w:r>
    </w:p>
    <w:p>
      <w:pPr>
        <w:jc w:val="right"/>
      </w:pPr>
      <w:r>
        <w:t>جیسےآپنےدیکھاہوگا چڑیاکو ، ابچڑیا چہچہاتیرہتیہےاپنی برانچپہ۔کسیبھیبیٹھکے آپ صبحاسپہکنکریماریے، وہ دوسری برانچپہجاکےچہچہ</w:t>
      </w:r>
    </w:p>
    <w:p>
      <w:r>
        <w:rPr>
          <w:b/>
        </w:rPr>
        <w:t xml:space="preserve">[1:06:53] </w:t>
      </w:r>
      <w:r>
        <w:t>ane lage gi. to kehte hain ke hamare dil jo hain woh chidiya ke dil ki manind hone chahiye ke hamare sath koi kuch bura bhala kar de to hum usi waqt usko maaf kar dein, baat ko khatam kar dein. baat ko agar rakhein ge to hamare andar negativity ki parwarish paayegi.</w:t>
      </w:r>
    </w:p>
    <w:p>
      <w:pPr>
        <w:jc w:val="right"/>
      </w:pPr>
      <w:r>
        <w:t>انےلگےگی۔ توکہتےہیںکہہمارے دل جوہیںوہچڑیاکےدل کیمانندہونےچاہیے کہہمارےساتھ کوئیکچھبرابھیکردےتوہماسیوقت اسکومعافکردیں، باتکوختمکردیں۔باتکواگر رکھ یںگے تو ہمارےاندر نیگیٹیوٹی کیپرورشپائےگی۔</w:t>
      </w:r>
    </w:p>
    <w:p>
      <w:r>
        <w:rPr>
          <w:b/>
        </w:rPr>
        <w:t xml:space="preserve">[1:07:08] </w:t>
      </w:r>
      <w:r>
        <w:t>aur negativity ki parwarish paana woh aisa hi hai jo ek hadith mein aaya hai ke dilon mein zang lag jata hai.</w:t>
      </w:r>
    </w:p>
    <w:p>
      <w:pPr>
        <w:jc w:val="right"/>
      </w:pPr>
      <w:r>
        <w:t>اور نیگیٹیوٹیکی پرورشپانا وہایساہیہےجوایکحدیثمیںآیاہے کہ دل وںمیں زنگلگجاتاہے۔</w:t>
      </w:r>
    </w:p>
    <w:p>
      <w:r>
        <w:rPr>
          <w:b/>
        </w:rPr>
        <w:t xml:space="preserve">[1:07:16] </w:t>
      </w:r>
      <w:r>
        <w:t>ek jaise bar bar ek nafrat hai aur negativity hai, har buri cheezein, buri aadatein hain to hamare dilon par dhabba daalte hain. dil par to hadith hai ke dheere dheere poora dil siyah ho jata hai.</w:t>
      </w:r>
    </w:p>
    <w:p>
      <w:pPr>
        <w:jc w:val="right"/>
      </w:pPr>
      <w:r>
        <w:t>ایک جیسےبار بار ایک نفرتہے اور نیگیٹیوٹیہے، ہر بری چیز یں،بریعادتیںہیں توہمارےدلوںپر دھبہڈالتےہیں۔دلپر تو حدیثہےکہ دھیرےدھیرےپورادل سیاہہوجاتاہے۔</w:t>
      </w:r>
    </w:p>
    <w:p>
      <w:r>
        <w:rPr>
          <w:b/>
        </w:rPr>
        <w:t xml:space="preserve">[1:07:31] </w:t>
      </w:r>
      <w:r>
        <w:t>woh sambhal kar sense mein hai. to wohi usiko Maulana ne kaha hai conditioning. conditioning ho jati hai. phir jab hum itna zyada hamare andar negativity parwarish pa leti hai to phir hamein negati baatein achhi lagti hain.</w:t>
      </w:r>
    </w:p>
    <w:p>
      <w:pPr>
        <w:jc w:val="right"/>
      </w:pPr>
      <w:r>
        <w:t>وہسمبالک سینسمیںہے۔ تو وہی اسیکو مول انانےکہاہےکنڈیشننگ۔ کنڈیشننگہوجاتیہے۔پھرجب ہم اتنازیادہ ہمارےاندرنیگیٹیوٹیپرورشپالیتیہےتوپھرہمیں نیگیٹیوباتہیاچھیلگتیہے۔</w:t>
      </w:r>
    </w:p>
    <w:p>
      <w:r>
        <w:rPr>
          <w:b/>
        </w:rPr>
        <w:t xml:space="preserve">[1:07:46] </w:t>
      </w:r>
      <w:r>
        <w:t>aap ne bohat se logon ko dekha hoga ke bas negati baatein unhein achhi lagti hain. aur koi bhi aspect hota hai, us mein achhi baat bhi hoti hai, minus point bhi hota hai, plus point bhi hota hai.</w:t>
      </w:r>
    </w:p>
    <w:p>
      <w:pPr>
        <w:jc w:val="right"/>
      </w:pPr>
      <w:r>
        <w:t>آپنےبہت سےلوگوںکودیکھاہوگا کہبسنیگیٹیوباتیںانہیںاچھیلگتیہیں۔ اورکوئیبھی ایسپیکٹہوتاہے،اسمیںاچھیباتبھیہوتیہے، مائنسپوائنٹبھیہوتاہے،پلسپوائنٹبھیہوتاہے۔</w:t>
      </w:r>
    </w:p>
    <w:p>
      <w:r>
        <w:rPr>
          <w:b/>
        </w:rPr>
        <w:t xml:space="preserve">[1:07:57] </w:t>
      </w:r>
      <w:r>
        <w:t>to lekin inko minus point hi inko achha lagta hai kyun ke inki personality negati woh ho gayi hai. to</w:t>
      </w:r>
    </w:p>
    <w:p>
      <w:pPr>
        <w:jc w:val="right"/>
      </w:pPr>
      <w:r>
        <w:t>تو لیکن انکو مائنسپوائنٹہی انکواچھالگتاہے کیونکہ انکی پرسن یلٹینیگیٹیوہوگئی ہے۔ تو</w:t>
      </w:r>
    </w:p>
    <w:p>
      <w:r>
        <w:rPr>
          <w:b/>
        </w:rPr>
        <w:t xml:space="preserve">[1:08:04] </w:t>
      </w:r>
      <w:r>
        <w:t>yeh sab cheezein hamein bohat zyada realize karne ki zaroorat hai, bohat zyada awakening ki zaroorat hai. kyun ke agar hum yeh sab nahi karenge to hum bohat bara khatra mol le rahe hain, woh hai jannat se mehroomi ka khatra.</w:t>
      </w:r>
    </w:p>
    <w:p>
      <w:pPr>
        <w:jc w:val="right"/>
      </w:pPr>
      <w:r>
        <w:t>یہ سبچیزیںہمیںبہت زیادہ ریلائزکرنے کیضرورتہے،بہتزیادہ او یکننگکیضرورتہے۔ کیونکہ اگر ہم یہسبنہیںکریںگے تو ہم ہم بہت بڑا خطرہ مول لےرہےہیں، وہہے جنتسے محرومیکاخطرہ۔</w:t>
      </w:r>
    </w:p>
    <w:p>
      <w:r>
        <w:rPr>
          <w:b/>
        </w:rPr>
        <w:t xml:space="preserve">[1:08:21] </w:t>
      </w:r>
      <w:r>
        <w:t>aur jannat dekhiye, musalman samajhte hain ke ke woh sifarish kar denge unke jo akabir hain, to woh sifarish kar denge, Rasool Allah sifarish kar denge.</w:t>
      </w:r>
    </w:p>
    <w:p>
      <w:pPr>
        <w:jc w:val="right"/>
      </w:pPr>
      <w:r>
        <w:t>اورجنتدیکھیے، مس لمان سمجھتےہیں کہکہ وہ سفارشکردیںگےانکے جو اک ابر ہیں، تووہ سفارشکردیںگے،رسولاللہ سفارشکردیںگے۔</w:t>
      </w:r>
    </w:p>
    <w:p>
      <w:r>
        <w:rPr>
          <w:b/>
        </w:rPr>
        <w:t xml:space="preserve">[1:08:32] </w:t>
      </w:r>
      <w:r>
        <w:t>jannat kisi ko sifarish se nahi mile gi kyun ke khud Rasool Allah sallallahu alaihi wasallam ne kaha hai jannat sirf Khuda ki rehmat se mile gi, na ke kisi ki sifarish se.</w:t>
      </w:r>
    </w:p>
    <w:p>
      <w:pPr>
        <w:jc w:val="right"/>
      </w:pPr>
      <w:r>
        <w:t>جنتکسی کوسفارشسےنہیں ملےگی کیونکہخود رسول اللہ صلیاللہعلیہوسلمنےکہاہے جنتصرف خداکیرحمتسےملےگی، نہکہکسی کیسفارشسے ۔</w:t>
      </w:r>
    </w:p>
    <w:p>
      <w:r>
        <w:rPr>
          <w:b/>
        </w:rPr>
        <w:t xml:space="preserve">[1:08:43] </w:t>
      </w:r>
      <w:r>
        <w:t>to kyun ke jannat jo hai itni zyada refined society hai ke jab tak ke hum apne aap ko ab apne aap ko purify nahi karenge, tab tak hum jannat mein dakhil hone ki qeemat ada nahi karenge. to hum jannat mein kaise dakhil honge?</w:t>
      </w:r>
    </w:p>
    <w:p>
      <w:pPr>
        <w:jc w:val="right"/>
      </w:pPr>
      <w:r>
        <w:t>توکیونکہ جنتجوہےاتنی زیادہ ریفائنڈ سوسائٹیہے کہجب تکہماپنے آپکو اب اپنےآپکو پیوریفائینہیںکریںگے، تبتکہم جنتمیں داخلہونے کی ق یمت ادانہیںکریںگے۔توہمجنتمیںکیسےداخلہوںگے؟</w:t>
      </w:r>
    </w:p>
    <w:p>
      <w:r>
        <w:rPr>
          <w:b/>
        </w:rPr>
        <w:t xml:space="preserve">[1:09:02] </w:t>
      </w:r>
      <w:r>
        <w:t>to is wajah se woh hamein bohat zyada dunya mein hamein bohat zyada sanjeedgi ke sath zindagi guzarni hai.</w:t>
      </w:r>
    </w:p>
    <w:p>
      <w:pPr>
        <w:jc w:val="right"/>
      </w:pPr>
      <w:r>
        <w:t>تو اسوجہ سے وہ ہمیںبہت زیادہ دنیا میںہمیںبہتزیادہ سنجیدگیکےساتھ زندگی گزار نیہے۔</w:t>
      </w:r>
    </w:p>
    <w:p>
      <w:r>
        <w:rPr>
          <w:b/>
        </w:rPr>
        <w:t xml:space="preserve">[1:09:11] </w:t>
      </w:r>
      <w:r>
        <w:t>matlab jannat mein kaha gaya hai ke wahan salam salam ka mahol hoga. matlab sab log ek doosre ko wish karenge, greeting karenge, salam salam ki, peace peace</w:t>
      </w:r>
    </w:p>
    <w:p>
      <w:pPr>
        <w:jc w:val="right"/>
      </w:pPr>
      <w:r>
        <w:t>مطلبجنتمیںکہاگیاہےکہوہاںسلام سلام کاماحولہوگا۔ مطلب سبلوگ ایکدوسرےکو وشکریںگے، گریٹنگ کریںگے،سلام سلامکی،پیسپیس</w:t>
      </w:r>
    </w:p>
    <w:p>
      <w:r>
        <w:rPr>
          <w:b/>
        </w:rPr>
        <w:t xml:space="preserve">[1:09:21] </w:t>
      </w:r>
      <w:r>
        <w:t>. to ab aise mahol mein woh kaise ek aisa aadmi ja sakta hai jo zindagi mein is ne false uthak culture chala rakha ho, jang chher rakhi ho, mustaqill inko,</w:t>
      </w:r>
    </w:p>
    <w:p>
      <w:pPr>
        <w:jc w:val="right"/>
      </w:pPr>
      <w:r>
        <w:t>۔ تو ابایسےماحولمیں وہکیسے ایکایساآدمیجاسکتاہےجو زندگی میں اسنے فالسوٹکاکلچرچلارکھاہو،جنگ چھیڑرکھیہو،مست قل انکو،</w:t>
      </w:r>
    </w:p>
    <w:p>
      <w:r>
        <w:rPr>
          <w:b/>
        </w:rPr>
        <w:t xml:space="preserve">[1:09:34] </w:t>
      </w:r>
      <w:r>
        <w:t>matlab hatred, int qam, ekaisa inkakilchurkhlaho? to jannatki society mein woh to mis fit ho jayenge na, woh andar dakhil nahin ho payenge.</w:t>
      </w:r>
    </w:p>
    <w:p>
      <w:pPr>
        <w:jc w:val="right"/>
      </w:pPr>
      <w:r>
        <w:t>مط لب ہیٹریڈ، انت قام، ایکایسا انکاکلچرچلارکھاہو؟ تو جنتکی سوسائٹیمیںوہتو مس فٹہوجائیںگےنا، وہاندرداخل ہینہیںہوپائیںگے۔</w:t>
      </w:r>
    </w:p>
    <w:p>
      <w:r>
        <w:rPr>
          <w:b/>
        </w:rPr>
        <w:t xml:space="preserve">[1:09:48] </w:t>
      </w:r>
      <w:r>
        <w:t>to jannat ke bare mein kaha gaya hai ke fi maq das kun and amlak muqtadir, woh baithe honge sachi baithak mein qadir wale badshah ke paas.</w:t>
      </w:r>
    </w:p>
    <w:p>
      <w:pPr>
        <w:jc w:val="right"/>
      </w:pPr>
      <w:r>
        <w:t>تو جنتکےبارےمیں کہاگیاہےکہ فی مق د س کن انداملک مقتدر، وہ بیٹھےہوںگے سچی بیٹھکمیں قد رتوالے بادشاہکےپاس۔</w:t>
      </w:r>
    </w:p>
    <w:p>
      <w:r>
        <w:rPr>
          <w:b/>
        </w:rPr>
        <w:t xml:space="preserve">[1:09:59] </w:t>
      </w:r>
      <w:r>
        <w:t>to jab Khuda ek sacha Khuda hai, uski baithak sachi baithak hai, to aap samajh sakte hain ke kaise woh jo negative log wahan kaise jagah payenge.</w:t>
      </w:r>
    </w:p>
    <w:p>
      <w:pPr>
        <w:jc w:val="right"/>
      </w:pPr>
      <w:r>
        <w:t>تو جب خدا ایک سچاخداہے، اسکیبیٹھکسچیبیٹھکہے، تو آپ سمجھسکتےہیںکہ کیسے وہ جو نیگیٹیو لوگ وہاں کیسےجگہپائیںگے۔</w:t>
      </w:r>
    </w:p>
    <w:p>
      <w:r>
        <w:rPr>
          <w:b/>
        </w:rPr>
        <w:t xml:space="preserve">[1:10:12] </w:t>
      </w:r>
      <w:r>
        <w:t>ji ji, jazak Allah apa for doing a wonderful session today, and faith as faith in God, you know, for a man has to discover God to the extent of loving him more than anything else. yeh aaj behta achhe se apa aapne</w:t>
      </w:r>
    </w:p>
    <w:p>
      <w:pPr>
        <w:jc w:val="right"/>
      </w:pPr>
      <w:r>
        <w:t>جی جی، جزاکاللہ آپا فار ڈوئنگاونڈرفلسیشنٹوڈے، اینڈفیتھاناز فیتھانگاڈ، یونو،فارامینازٹوڈسکورگاڈٹودیایکسٹینٹآف لوونگہمموردیناینیتھنگایلس۔یہآج بہتاچھےسےآپاآپنے</w:t>
      </w:r>
    </w:p>
    <w:p>
      <w:r>
        <w:rPr>
          <w:b/>
        </w:rPr>
        <w:t xml:space="preserve">[1:10:27] </w:t>
      </w:r>
      <w:r>
        <w:t>hum sab ke liye wazeh kiya. thank you so much. we will wait for your next session. ah, before your and today's session, there are two important book releases of Maulana Wahiduddin Khan sahib.</w:t>
      </w:r>
    </w:p>
    <w:p>
      <w:pPr>
        <w:jc w:val="right"/>
      </w:pPr>
      <w:r>
        <w:t>ہمسب کےلیےواضحکیا۔ تھینکیوسومچ۔ ویویلویٹفاریورنیکسٹسیشن۔ اہ،بیفورویاینڈٹوڈےسیشن،دیرآرٹوامپورٹنٹ بکریلیزز آف مول اناوحیدالدینخان صاحب۔</w:t>
      </w:r>
    </w:p>
    <w:p>
      <w:r>
        <w:rPr>
          <w:b/>
        </w:rPr>
        <w:t xml:space="preserve">[1:10:38] </w:t>
      </w:r>
      <w:r>
        <w:t>ah, one book is in English translation and the other is in Tamil. ah, the Tamil translation is of Quranic wisdom of Maulana Wahiduddin Khan</w:t>
      </w:r>
    </w:p>
    <w:p>
      <w:pPr>
        <w:jc w:val="right"/>
      </w:pPr>
      <w:r>
        <w:t>اہ، ونبکاز ان انگل ش ٹرانسلیشناینڈدیادرازان تمل ۔ اہ، دی ت مل ٹرانسلی شن از آف قرآنک وزڈمآفمولاناوحیدالدینخان</w:t>
      </w:r>
    </w:p>
    <w:p>
      <w:r>
        <w:rPr>
          <w:b/>
        </w:rPr>
        <w:t xml:space="preserve">[1:10:51] </w:t>
      </w:r>
      <w:r>
        <w:t>sahib. this translation has been done by Mr. M. Abdul Qadir Muhammad Ali, and the name the Tamil name is Qayim-e-Naim.</w:t>
      </w:r>
    </w:p>
    <w:p>
      <w:pPr>
        <w:jc w:val="right"/>
      </w:pPr>
      <w:r>
        <w:t>صاحب۔ دسٹرانسلیشن ہیزبین ڈن بائے مسٹرمد اون ک ٹی محمد علی ، اینڈ دا نیمدی تملنیماز کوئینیا نینم۔</w:t>
      </w:r>
    </w:p>
    <w:p>
      <w:r>
        <w:rPr>
          <w:b/>
        </w:rPr>
        <w:t xml:space="preserve">[1:11:05] </w:t>
      </w:r>
      <w:r>
        <w:t>this book has been edited by Syed Faiz sahib and Kolundhi sahib. Mr. Ali has also translated Maulana Wahiduddin Khan sahib's God Rises in Tamil language.</w:t>
      </w:r>
    </w:p>
    <w:p>
      <w:pPr>
        <w:jc w:val="right"/>
      </w:pPr>
      <w:r>
        <w:t>دسبکہیزبینایڈیٹڈبائے سید فیض صاحباینڈ کولوندیمصاحب۔ مسٹرعلی ہیزالسوٹرانسلیٹڈ مول اناوحیدالدینخان صاحبب ک گاڈ رائز ز ان تمل لینگویج۔</w:t>
      </w:r>
    </w:p>
    <w:p>
      <w:r>
        <w:rPr>
          <w:b/>
        </w:rPr>
        <w:t xml:space="preserve">[1:11:20] </w:t>
      </w:r>
      <w:r>
        <w:t>he was a retired engineer from BSNL Bangalore. he has translated ten literary books which have been published by Vasanth Publishers.</w:t>
      </w:r>
    </w:p>
    <w:p>
      <w:pPr>
        <w:jc w:val="right"/>
      </w:pPr>
      <w:r>
        <w:t>ہیوازاریٹائرڈ انجینئرفر ام بیایساینایل بینگلور۔ ہی زٹرانسلیٹڈ ٹینلٹریچربکس وچہیزبین پبلشڈ بائے ویلنون پبلشرز۔</w:t>
      </w:r>
    </w:p>
    <w:p>
      <w:r>
        <w:rPr>
          <w:b/>
        </w:rPr>
        <w:t xml:space="preserve">[1:11:33] </w:t>
      </w:r>
      <w:r>
        <w:t>his translator note, Mr. Ali wrote, that he expressed that this book transformed my thought process and fostered a positive personality than my</w:t>
      </w:r>
    </w:p>
    <w:p>
      <w:pPr>
        <w:jc w:val="right"/>
      </w:pPr>
      <w:r>
        <w:t>انہزٹرانسلیٹر نوٹ، مسٹر علی روٹ ،دیٹ ہیزایکسپریسدیٹدسبکہیز ٹرانسفارم مائیتھاٹ پروسیس اینڈ فاسٹرڈ اپوزیٹیوپرسنیلٹیودانمائیس</w:t>
      </w:r>
    </w:p>
    <w:p>
      <w:r>
        <w:rPr>
          <w:b/>
        </w:rPr>
        <w:t xml:space="preserve">[1:11:46] </w:t>
      </w:r>
      <w:r>
        <w:t>self. it will also guide others on how to outline their thinking with the teachings of the Quran. so, I will request Dr. Thameem Khan sahib to launch this Tamil translation of Quranic wisdom.</w:t>
      </w:r>
    </w:p>
    <w:p>
      <w:pPr>
        <w:jc w:val="right"/>
      </w:pPr>
      <w:r>
        <w:t>یلف۔ اٹویلالسو گائیڈ ادر زان ہاؤٹوالائن دیرتھنکنگ ودداٹیچنگزآفداقرآن۔سو،آئیویلریکویسٹ ڈاکٹرثانستان خانصاحبٹولانچ دس تمل ٹرانسلیشن آف قرآنکوزڈم۔</w:t>
      </w:r>
    </w:p>
    <w:p>
      <w:r>
        <w:rPr>
          <w:b/>
        </w:rPr>
        <w:t xml:space="preserve">[1:12:04] </w:t>
      </w:r>
      <w:r>
        <w:t>bismillah rahman rahim. rabishrah li sadri wayassirli amri wahlul uqdatan min lisani yafqahu qawli.</w:t>
      </w:r>
    </w:p>
    <w:p>
      <w:pPr>
        <w:jc w:val="right"/>
      </w:pPr>
      <w:r>
        <w:t>بسماللہ الرحمن الرحیم ۔ رباشرحلیصدری و یسرلیامری واحلالعقدۃ منلسانی یفقہقولی۔</w:t>
      </w:r>
    </w:p>
    <w:p>
      <w:r>
        <w:rPr>
          <w:b/>
        </w:rPr>
        <w:t xml:space="preserve">[1:12:12] </w:t>
      </w:r>
      <w:r>
        <w:t>mujhe behad khushi hai is kitab ka Quranic wisdom ka Tamil translation launch karte hue, aur jo Chennai C.P.I. team hai,</w:t>
      </w:r>
    </w:p>
    <w:p>
      <w:pPr>
        <w:jc w:val="right"/>
      </w:pPr>
      <w:r>
        <w:t>مجھے بےحد خوشیہے اس کتاب کا قرآنکوز ڈم کا تمل ٹرانسلیشنلانچکرتے ہوئے، اور جو چنئی سیپیایسٹیم ہے،</w:t>
      </w:r>
    </w:p>
    <w:p>
      <w:r>
        <w:rPr>
          <w:b/>
        </w:rPr>
        <w:t xml:space="preserve">[1:12:30] </w:t>
      </w:r>
      <w:r>
        <w:t>woh bahut hi فعال andaaz mein Maulana ki kitabon ka translation kar rahe hain. Allah ta'ala unko ajr-e-azeem de.</w:t>
      </w:r>
    </w:p>
    <w:p>
      <w:pPr>
        <w:jc w:val="right"/>
      </w:pPr>
      <w:r>
        <w:t>وہ بہت ہی فعال اندازمیں مول انا کی کتاب وںکا ٹرانسلیشنکررہےہیں۔اللہتعالیانکواجرعظیمدے۔</w:t>
      </w:r>
    </w:p>
    <w:p>
      <w:r>
        <w:rPr>
          <w:b/>
        </w:rPr>
        <w:t xml:space="preserve">[1:12:39] </w:t>
      </w:r>
      <w:r>
        <w:t>yeh kitab behad aham kitab hai, aur Maulana ne sirf do kitaben aisi hain jo Maulana ne English mein likhi hain.</w:t>
      </w:r>
    </w:p>
    <w:p>
      <w:pPr>
        <w:jc w:val="right"/>
      </w:pPr>
      <w:r>
        <w:t>یہ کتاب بےحد اہم کتاب ہے، اور مول انانے صرف دو کتاب یں ایسی ہیںجو مول انانےانگل شمیںلکھیہیں۔</w:t>
      </w:r>
    </w:p>
    <w:p>
      <w:r>
        <w:rPr>
          <w:b/>
        </w:rPr>
        <w:t xml:space="preserve">[1:12:48] </w:t>
      </w:r>
      <w:r>
        <w:t>yani yeh kisi Urdu kitab ka translation nahin hai, balkeh Maulana ne dictate karaya tha. yeh yeh articles chhape the ek akhbar mein, Sunday Guardian, to iska collect</w:t>
      </w:r>
    </w:p>
    <w:p>
      <w:pPr>
        <w:jc w:val="right"/>
      </w:pPr>
      <w:r>
        <w:t>یعنییہکسی ارد وکتاب کا ٹرانسلیشننہیںہے، بل کہ مول انانےڈکٹیٹ کر ایاتھا۔ یہ یہ آرٹیکلز چھپےتھے ایک اخبارمیں، سنڈےگارڈین، تو اسکا کلیک</w:t>
      </w:r>
    </w:p>
    <w:p>
      <w:r>
        <w:rPr>
          <w:b/>
        </w:rPr>
        <w:t xml:space="preserve">[1:13:02] </w:t>
      </w:r>
      <w:r>
        <w:t>tion hai. phir yeh ek kitab ki surat mein shaya hui, aur bahut hi aham kitab hai is lihaz se ke aap isko keh sakte hain ke Quran and daily life.</w:t>
      </w:r>
    </w:p>
    <w:p>
      <w:pPr>
        <w:jc w:val="right"/>
      </w:pPr>
      <w:r>
        <w:t>شنہے۔ پھریہایک کتاب کیصورت میں شائعہوئی،اوربہتہیاہم کتاب ہےاسلحاظسے کہ آپ اسکوکہہسکتےہیں کہ قرآنانڈیلیلائف۔</w:t>
      </w:r>
    </w:p>
    <w:p>
      <w:r>
        <w:rPr>
          <w:b/>
        </w:rPr>
        <w:t xml:space="preserve">[1:13:13] </w:t>
      </w:r>
      <w:r>
        <w:t>yani jo hum roz marra ki hamari zindagi hai, ismein hum Quran se kaise guidance hasil karein, iske liye bahut hi umda kitab hai. aur chhote chhote mazameen hain, jaise ismein ek mazmoon hai Surah Yusuf ke bare mein, the best</w:t>
      </w:r>
    </w:p>
    <w:p>
      <w:pPr>
        <w:jc w:val="right"/>
      </w:pPr>
      <w:r>
        <w:t>یعنیجو ہم روز مرہکیہماریزندگی ہے، اسمیںہم قرآنسے کیسے گائیڈنسحاصل کریں،اسکےلیےبہتہی عمدہکتاب ہے۔اور چھوٹےچھوٹےمضامینہیں، جیسےاسمیں ایک مضمونہے سورہیوسفکےبارےمیں، دابیسٹسٹ</w:t>
      </w:r>
    </w:p>
    <w:p>
      <w:r>
        <w:rPr>
          <w:b/>
        </w:rPr>
        <w:t xml:space="preserve">[1:13:31] </w:t>
      </w:r>
      <w:r>
        <w:t>discovery, aur ismein Maulana ne bataya hai ke kaise Hazrat Yusuf alaihissalam kitne difficult halaat ke saath guzre, jail jana pada, aur kya kya saare waqiyat hue.</w:t>
      </w:r>
    </w:p>
    <w:p>
      <w:pPr>
        <w:jc w:val="right"/>
      </w:pPr>
      <w:r>
        <w:t>وری، اور اسمیںمول انانے بتایا ہے کہ کیسے حضرت یوسفعلیہالسلام کتنےڈیفیکلٹ حالات کےساتھ گزرے ، جیلجاناپڑا،اور کیا کیا سارے واقع اتہوئے۔</w:t>
      </w:r>
    </w:p>
    <w:p>
      <w:r>
        <w:rPr>
          <w:b/>
        </w:rPr>
        <w:t xml:space="preserve">[1:13:44] </w:t>
      </w:r>
      <w:r>
        <w:t>iske bawajood unhone sabr ka jo tareeqa istemal kiya, sabr kiya, aur isi wajah se phir Allah ta'ala ne unhein kamyabi ata</w:t>
      </w:r>
    </w:p>
    <w:p>
      <w:pPr>
        <w:jc w:val="right"/>
      </w:pPr>
      <w:r>
        <w:t>اسکےباوجود انہوں نے صبر کا جو طریقہ استعمال کیا ، صبرکیا،اور اسیکیوجہ سےپھراللہ تعالینےانہیں کامی ابی عطا</w:t>
      </w:r>
    </w:p>
    <w:p>
      <w:r>
        <w:rPr>
          <w:b/>
        </w:rPr>
        <w:t xml:space="preserve">[1:13:56] </w:t>
      </w:r>
      <w:r>
        <w:t>ki. to main chahunga ke yeh kitab, isko log promote karein, aur isko failayein. inshallah, bahut umda kitab hai.</w:t>
      </w:r>
    </w:p>
    <w:p>
      <w:pPr>
        <w:jc w:val="right"/>
      </w:pPr>
      <w:r>
        <w:t>کی۔ تو میں چاہوںگاکہ یہ کتاب ، اسکو لوگ پروموٹکریں،اور اسکو پھیلائیں۔انشاءاللہ، بہت عمدہکتاب ہے۔</w:t>
      </w:r>
    </w:p>
    <w:p>
      <w:r>
        <w:rPr>
          <w:b/>
        </w:rPr>
        <w:t xml:space="preserve">[1:14:07] </w:t>
      </w:r>
      <w:r>
        <w:t>jazak Allah</w:t>
      </w:r>
    </w:p>
    <w:p>
      <w:pPr>
        <w:jc w:val="right"/>
      </w:pPr>
      <w:r>
        <w:t>جزاک اللہ</w:t>
      </w:r>
    </w:p>
    <w:p>
      <w:r>
        <w:rPr>
          <w:b/>
        </w:rPr>
        <w:t xml:space="preserve">[1:14:10] </w:t>
      </w:r>
      <w:r>
        <w:t>Doctor sahib. aapne jo jaise abhi kaha ke ek matlab Quran and daily life, mere ko Hazrat Aisha ka ek ek unki ek riwayat yaad yaad aayi ke ek tabi'i the jo unke paas gaye, to unhone pucha ke "how was the character of Prophet Muhammad?" so she asked him that "have you not read the Quran?" he said "of course, I have read the Quran."</w:t>
      </w:r>
    </w:p>
    <w:p>
      <w:pPr>
        <w:jc w:val="right"/>
      </w:pPr>
      <w:r>
        <w:t>ڈاکٹرصاحب۔آپنے جوجیسےابھیکہاکہایک مطلب قرآنانڈیلیلائف، میرےکو حضرت عائشہکا ایک ایک انکیایکروایت یاد یادآئی کہ ایک تابعیتھےجوانکےپاسگئے،توانہوںنےپوچھاکہ" ہاؤوازداکریکٹرآفپرافٹ محمد ؟" سو شی اسکڈہمدیٹ"ہیویوناٹریڈداقرآن؟"ہیسیڈ"افکورس،آئیہیوریڈداقرآن۔"</w:t>
      </w:r>
    </w:p>
    <w:p>
      <w:r>
        <w:rPr>
          <w:b/>
        </w:rPr>
        <w:t xml:space="preserve">[1:14:32] </w:t>
      </w:r>
      <w:r>
        <w:t>so then she said that his character was the Quran. and Doctor sahib, isse yeh pata chalta hai ke humein apni zindagi kaise lead karni chahiye, by the teachings of the Quran, whatever that we read, we apply it in our daily life. jaise aapne kaha, kyunke log aksar padhte hain, lekin we don't see transformation in their life.</w:t>
      </w:r>
    </w:p>
    <w:p>
      <w:pPr>
        <w:jc w:val="right"/>
      </w:pPr>
      <w:r>
        <w:t>سودینشیسیڈدیٹ ہزکریکٹروازداقرآن۔ این ڈ ڈاکٹرصاحب،اسسےیہپتہچلتاہےکہ ہمیںاپنی زندگی کیسےلیڈکرنیچاہیے، بائےداٹیچنگزآفداقرآن، واٹایوردیٹ وی ریڈ،ویاپلائیاٹاناورڈیلیلائف۔جیسےآپنےکہا، کیونکہ لوگ اکثر پڑھتےہیں،لیکن ویڈونٹسی ٹرانسفارمیشناندیرلائف۔</w:t>
      </w:r>
    </w:p>
    <w:p>
      <w:r>
        <w:rPr>
          <w:b/>
        </w:rPr>
        <w:t xml:space="preserve">[1:14:54] </w:t>
      </w:r>
      <w:r>
        <w:t>so reading of the Quran is actually applying it in your daily life. that is very important.</w:t>
      </w:r>
    </w:p>
    <w:p>
      <w:pPr>
        <w:jc w:val="right"/>
      </w:pPr>
      <w:r>
        <w:t>سو ریڈنگآفداقرآنازایکچولیاپلائنگاٹانیورڈیلیلائف۔ دیٹاز ویریامپورٹنٹ۔</w:t>
      </w:r>
    </w:p>
    <w:p>
      <w:r>
        <w:rPr>
          <w:b/>
        </w:rPr>
        <w:t xml:space="preserve">[1:15:00] </w:t>
      </w:r>
      <w:r>
        <w:t>bilkul sahih, yani Maulana ka bhi yehi tareeqa tha ke woh Quran parhte the, ji, aur phir us pe gehraai se sochte the.</w:t>
      </w:r>
    </w:p>
    <w:p>
      <w:pPr>
        <w:jc w:val="right"/>
      </w:pPr>
      <w:r>
        <w:t>بالکل صحیح،یعنی مول اناکابھییہیطریقہتھاکہوہ قرآن پڑھتےتھے، جی، اورپھراسپہ گہرائیسےسوچتےتھے۔</w:t>
      </w:r>
    </w:p>
    <w:p>
      <w:r>
        <w:rPr>
          <w:b/>
        </w:rPr>
        <w:t xml:space="preserve">[1:15:08] </w:t>
      </w:r>
      <w:r>
        <w:t>ji to Quran ka tareeqa ye nahi hai ke aap isko Arabic mein parh len. Arabic ek foreign language hai, ji, hamari language nahi hai. Ji yani Arabic parhna achhi baat hai, lekin zyada zaroori ye hai ke hum Quran ko apni language mein parhen</w:t>
      </w:r>
    </w:p>
    <w:p>
      <w:pPr>
        <w:jc w:val="right"/>
      </w:pPr>
      <w:r>
        <w:t>جی تو قرآنکاطریقہیہنہیںہےکہآپ اسکو عربیمیںپڑھلیں۔ عربی ایکفارنلینگویجہے، جی،ہماریزبان نہیںہے۔ جی یعنیعربیپڑھنااچھیباتہے، لیکن زیادہ ضروری یہہے کہہم قرآنکو اپنیلینگویجمیںپڑھیں</w:t>
      </w:r>
    </w:p>
    <w:p>
      <w:r>
        <w:rPr>
          <w:b/>
        </w:rPr>
        <w:t xml:space="preserve">[1:15:25] </w:t>
      </w:r>
      <w:r>
        <w:t>, bilkul, aur iski jo gehri baatein hain, is asaas tak pahunchen. Jisko abhi aap ne tadabbur aur tafakkur waghera bataya, to Tazkir-ul-Quran khaas taur se isi cheez ke liye Maulana ne likhi hai ke ek ek piece hai Quran ka, is se hamein kya aisi cheez milti hai jo hum apni zindagi mein apply kar saken.</w:t>
      </w:r>
    </w:p>
    <w:p>
      <w:pPr>
        <w:jc w:val="right"/>
      </w:pPr>
      <w:r>
        <w:t>،بالکل ،اور اسکیجو گہریباتیںہیں، اساستکپہنچیں۔ جسکو ابھیآپنے تد بر اورتوسموغیرہ بتایا، تو تذکر القرآنخاص طورسے اسیچیز کےلیے مول انانےلکھیہےکہایک ایک پیسجہےقرآنکا ، اسسےہمیںکیا ایسی چیز ملتیہےجوہماپنیزندگی میںاپلائیکرسکیں۔</w:t>
      </w:r>
    </w:p>
    <w:p>
      <w:r>
        <w:rPr>
          <w:b/>
        </w:rPr>
        <w:t xml:space="preserve">[1:15:45] </w:t>
      </w:r>
      <w:r>
        <w:t>to aap ne bilkul sahi kaha ke jo woh Sahaba ka qaul tha "Khalq Halla Al-Quran", ji ji, ke Rasool Allah poore Quran ko samajhte the. Woh ji Masha Allah</w:t>
      </w:r>
    </w:p>
    <w:p>
      <w:pPr>
        <w:jc w:val="right"/>
      </w:pPr>
      <w:r>
        <w:t>توآپنےبالکل صحیحکہاہےکہجووہصحابیکاقولتھا"خلق ہالقرآن"،جیجی،کہرسولاللہ پورے قرآن مج سمتھے۔وہ جی ماشاء</w:t>
      </w:r>
    </w:p>
    <w:p>
      <w:r>
        <w:rPr>
          <w:b/>
        </w:rPr>
        <w:t xml:space="preserve">[1:15:55] </w:t>
      </w:r>
      <w:r>
        <w:t>Allah. Doctor sahib, ye ek aur book hai jo aa rahi hai request to launch. Iska title "The Universal Message of Hajj: Unity and Peace".</w:t>
      </w:r>
    </w:p>
    <w:p>
      <w:pPr>
        <w:jc w:val="right"/>
      </w:pPr>
      <w:r>
        <w:t>اللہ۔ ڈاکٹرصاحب،یہ ایکاوربکہے وچآئیریکویسٹیوٹو لانچ۔ دساز ٹائٹل"دایونیورسل میسجآف حج: ایک والٹی،یون ٹی اینڈ پیس"۔</w:t>
      </w:r>
    </w:p>
    <w:p>
      <w:r>
        <w:rPr>
          <w:b/>
        </w:rPr>
        <w:t xml:space="preserve">[1:16:06] </w:t>
      </w:r>
      <w:r>
        <w:t>Is has been translated by Professor Fareeda Khanum, and iska is English translation of Maulana Wahiduddin Khan sahib Urdu booklet "Hajj ka Paigham".</w:t>
      </w:r>
    </w:p>
    <w:p>
      <w:pPr>
        <w:jc w:val="right"/>
      </w:pPr>
      <w:r>
        <w:t>دسہیزبین ٹرانسلیٹڈبائے پروفیسرفریدہخان م، اینڈدساز انگل شٹرانسلیشنآف مول اناوحیدالدینخان صاحب ارد وبکلیٹ" حجکا پیغام"۔</w:t>
      </w:r>
    </w:p>
    <w:p>
      <w:r>
        <w:rPr>
          <w:b/>
        </w:rPr>
        <w:t xml:space="preserve">[1:16:17] </w:t>
      </w:r>
      <w:r>
        <w:t>So I will request Doctor sahib to launch this new book.</w:t>
      </w:r>
    </w:p>
    <w:p>
      <w:pPr>
        <w:jc w:val="right"/>
      </w:pPr>
      <w:r>
        <w:t>سوآئیویلریکویسٹڈاکٹرصاحبٹو لانچدسنیوبک۔</w:t>
      </w:r>
    </w:p>
    <w:p>
      <w:r>
        <w:rPr>
          <w:b/>
        </w:rPr>
        <w:t xml:space="preserve">[1:16:23] </w:t>
      </w:r>
      <w:r>
        <w:t>mujhe behad khushi ho rahi hai is booklet ko launch karte hue "The Universal Message of Hajj", aur ye jaisa Doctor Rahmatullah ne bataya abhi ke Maulana ka ek kitaab chaapa jis ka title tha "Hajj ka Paigham",</w:t>
      </w:r>
    </w:p>
    <w:p>
      <w:pPr>
        <w:jc w:val="right"/>
      </w:pPr>
      <w:r>
        <w:t>مجھے بےحدخوشیہورہیہے اس بکلیٹ کو لانچکرتے ہوئے "دایونیور سل میسج آف حج"، اوریہ جیسا ڈاکٹررجتملوترہنےبتایا ابھیکہمول انا کاایک کتاب چہتھا جسکا ٹائٹلتھا"حج کا پیغام" ،</w:t>
      </w:r>
    </w:p>
    <w:p>
      <w:r>
        <w:rPr>
          <w:b/>
        </w:rPr>
        <w:t xml:space="preserve">[1:16:44] </w:t>
      </w:r>
      <w:r>
        <w:t>aur ye bohat hi ahem kitaab hai is lihaaz se ke aam taur se log jab Hajj karne jaate hain to Hajj ka tareeqa samajhte hain ke hum ehraam kaise pehnein, aur ehraam kitne qism ke hote hain, aur wahan tawaf mein kya duaen karein, aur jab pathar maarein hum Shaitan ko to hum kaun se h</w:t>
      </w:r>
    </w:p>
    <w:p>
      <w:pPr>
        <w:jc w:val="right"/>
      </w:pPr>
      <w:r>
        <w:t>اور یہبہت ہی اہم کتاب ہےاسلحاظسے کہعام طور سے لوگ جب حجکرنے جاتےہیںتو حجکاطریقہسمجھتےہیں کہہم احرامکیسےپہنیں، اور احرامکتنےقسم کےہوتےہیں ، اور وہاں طوافمیںکیا دعائیںکریں، اورجب پتھرماریںہم شیطانکوتوہمکونسےہ</w:t>
      </w:r>
    </w:p>
    <w:p>
      <w:r>
        <w:rPr>
          <w:b/>
        </w:rPr>
        <w:t xml:space="preserve">[1:17:02] </w:t>
      </w:r>
      <w:r>
        <w:t>haath se maaren, falaan falaan. yeh sab cheezen bhi humein hain, lekin jo hajj ka spirit hai, molana ne isko zahir kiya hai is kitab mein ke jo hajj ke jo spirituals hain, chahe woh tawaf ho</w:t>
      </w:r>
    </w:p>
    <w:p>
      <w:pPr>
        <w:jc w:val="right"/>
      </w:pPr>
      <w:r>
        <w:t>اتھسےماریں ،فلاںفلاں۔یہسبچیزیںبھیاہمہیں، لیکن جو حج کیسپرٹہے، مول انانےاسکو ظاہرکیاہے اس کتاب میں کہجو حجکےجو ریچ ولزہیں، چاہےوہ طوافہو</w:t>
      </w:r>
    </w:p>
    <w:p>
      <w:r>
        <w:rPr>
          <w:b/>
        </w:rPr>
        <w:t xml:space="preserve">[1:17:15] </w:t>
      </w:r>
      <w:r>
        <w:t>ya woh sa'i ho ya woh kankri marna ho ya qiyam karna ho arafat mein aur muzdalifa mein waghera,</w:t>
      </w:r>
    </w:p>
    <w:p>
      <w:pPr>
        <w:jc w:val="right"/>
      </w:pPr>
      <w:r>
        <w:t>یا وہ صحیحہو یا وہ کنکریمار ناہویا قیامکرناہو عرفاتمیں اورمزدلفہمیںوغیرہ،</w:t>
      </w:r>
    </w:p>
    <w:p>
      <w:r>
        <w:rPr>
          <w:b/>
        </w:rPr>
        <w:t xml:space="preserve">[1:17:23] </w:t>
      </w:r>
      <w:r>
        <w:t>woh sab iske gehre spiritual lessons hain. hum</w:t>
      </w:r>
    </w:p>
    <w:p>
      <w:pPr>
        <w:jc w:val="right"/>
      </w:pPr>
      <w:r>
        <w:t>وہسب اسکے گہرے سپریچول لیسنز ہیں۔ہم</w:t>
      </w:r>
    </w:p>
    <w:p>
      <w:r>
        <w:rPr>
          <w:b/>
        </w:rPr>
        <w:t xml:space="preserve">[1:17:27] </w:t>
      </w:r>
      <w:r>
        <w:t>agar sochain gehraaiyse ,aur wohasilyehain keh woh wohsab symbol hain.</w:t>
      </w:r>
    </w:p>
    <w:p>
      <w:pPr>
        <w:jc w:val="right"/>
      </w:pPr>
      <w:r>
        <w:t>اگر سوچیں گہرائیسے ،اور وہاسیلیےہیںکہوہ وہسب سمبلزہیں۔</w:t>
      </w:r>
    </w:p>
    <w:p>
      <w:r>
        <w:rPr>
          <w:b/>
        </w:rPr>
        <w:t xml:space="preserve">[1:17:32] </w:t>
      </w:r>
      <w:r>
        <w:t>Hajj, Hajj ke jo saare ye arkaan hain, ye basically symbolic acts hain. To iske peeche kya gehri baat hai, isko hum samjhein aur apni zindagi mein</w:t>
      </w:r>
    </w:p>
    <w:p>
      <w:pPr>
        <w:jc w:val="right"/>
      </w:pPr>
      <w:r>
        <w:t>حج،حجکےجو سارے یہ ارکانہیں، یہ بیسیکلیسمبال ک ایکٹہیں۔ تواسکےپیچھے کیا گہریباتہے، اسکوہمسمجھیںاوراپنیزندگی میں</w:t>
      </w:r>
    </w:p>
    <w:p>
      <w:r>
        <w:rPr>
          <w:b/>
        </w:rPr>
        <w:t xml:space="preserve">[1:17:43] </w:t>
      </w:r>
      <w:r>
        <w:t>apply karein. Maulana ne isko bohat achhi tarah se kitaab,</w:t>
      </w:r>
    </w:p>
    <w:p>
      <w:pPr>
        <w:jc w:val="right"/>
      </w:pPr>
      <w:r>
        <w:t>اپلائیکریں۔مول انانےاسکوبہتاچھیطریقےسےکتاب ،</w:t>
      </w:r>
    </w:p>
    <w:p>
      <w:r>
        <w:rPr>
          <w:b/>
        </w:rPr>
        <w:t xml:space="preserve">[1:17:49] </w:t>
      </w:r>
      <w:r>
        <w:t>Maulana ki jo kitaab hai "Hajj ke Hajj ke upar", Haqeeqat-e-Hajj, is mein bohat achhi tarah se ek ek cheez ko bataya hai ke iske peeche kya symbolic aspect hai aur kya lesson hum derive kar sakte hain.</w:t>
      </w:r>
    </w:p>
    <w:p>
      <w:pPr>
        <w:jc w:val="right"/>
      </w:pPr>
      <w:r>
        <w:t>مول اناکیجو کتاب ہے"حجکےحجکےاوپر"، حقیقت حج،اسمیںبہتاچھیطرحسے ایکایک چیزکو بت ایاہے کہ اسکےپیچھےکیا سمبال کایسپیکٹہے اور کیا لیسنہمڈرائیو کرسکتےہیں۔</w:t>
      </w:r>
    </w:p>
    <w:p>
      <w:r>
        <w:rPr>
          <w:b/>
        </w:rPr>
        <w:t xml:space="preserve">[1:18:05] </w:t>
      </w:r>
      <w:r>
        <w:t>Ji to ye is lihaaz se bohat hi umda kitaab hai aur bohat hi short book hai, booklet hai.</w:t>
      </w:r>
    </w:p>
    <w:p>
      <w:pPr>
        <w:jc w:val="right"/>
      </w:pPr>
      <w:r>
        <w:t>جی تو یہ اسلحاظسےبہتہی عمدہ کتاب ہےاوربہتہی شارٹ بکہے، بکلیٹہے۔</w:t>
      </w:r>
    </w:p>
    <w:p>
      <w:r>
        <w:rPr>
          <w:b/>
        </w:rPr>
        <w:t xml:space="preserve">[1:18:11] </w:t>
      </w:r>
      <w:r>
        <w:t>Aap koi Hajj pe ja raha ho to gift kar sakte hain, aur main ne isko translate kiya, aur inshallah isko promote karenge. Hum inshallah.</w:t>
      </w:r>
    </w:p>
    <w:p>
      <w:pPr>
        <w:jc w:val="right"/>
      </w:pPr>
      <w:r>
        <w:t>آپ کوئی حجپہجارہاہوتوگفٹکرسکتےہیں، اور میں آپ نےاسکوٹرانسلیٹ کیا،اور انشاءاللہاسکو پروموٹکریںگے۔ہم انشاءاللہ۔</w:t>
      </w:r>
    </w:p>
    <w:p>
      <w:r>
        <w:rPr>
          <w:b/>
        </w:rPr>
        <w:t xml:space="preserve">[1:18:22] </w:t>
      </w:r>
      <w:r>
        <w:t>Thank you Doctor sahib for these two important launches. You can download these two books from CPS website www. cps global.</w:t>
      </w:r>
    </w:p>
    <w:p>
      <w:pPr>
        <w:jc w:val="right"/>
      </w:pPr>
      <w:r>
        <w:t>تھینکیوڈاکٹرصاحبفاردیزٹوامپورٹنٹلانچز۔یوکینڈاؤنلوڈدیزٹوبکسفر ام سیپیایسویبسائٹwww. cps global.</w:t>
      </w:r>
    </w:p>
    <w:p>
      <w:r>
        <w:rPr>
          <w:b/>
        </w:rPr>
        <w:t xml:space="preserve">[1:18:31] </w:t>
      </w:r>
      <w:r>
        <w:t>org. So we will end today's session. We will be back next Sunday at 10:30 AM. Thank you.</w:t>
      </w:r>
    </w:p>
    <w:p>
      <w:pPr>
        <w:jc w:val="right"/>
      </w:pPr>
      <w:r>
        <w:t>org۔ سوویویلاینڈٹوڈےسیشن۔ویبی بیکنیکسٹسنڈےایٹ10:30اےایم۔تھینکیو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