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Dr. Saniyasnain Khan December 12, 2021</w:t>
      </w:r>
    </w:p>
    <w:p>
      <w:r>
        <w:t>https://www.youtube.com/watch?v=9Lp76ckNRYE</w:t>
      </w:r>
    </w:p>
    <w:p>
      <w:r>
        <w:rPr>
          <w:b/>
        </w:rPr>
        <w:t xml:space="preserve">[00:12] </w:t>
      </w:r>
      <w:r>
        <w:t>assalam o alaikum, ah, today we will have conversation with a personality who does not need any introduction. he's a person who's always ready to help, and when it comes to God's work, he's very enthusiastic and very passionate.</w:t>
      </w:r>
    </w:p>
    <w:p>
      <w:pPr>
        <w:jc w:val="right"/>
      </w:pPr>
      <w:r>
        <w:t>السلام علیکم، آہ، today we will have conversation with a personality who does not need any introduction. He's a person who's always ready to help, and when it comes to God's work, he's very enthusiastic and very passionate.</w:t>
      </w:r>
    </w:p>
    <w:p>
      <w:r>
        <w:rPr>
          <w:b/>
        </w:rPr>
        <w:t xml:space="preserve">[00:28] </w:t>
      </w:r>
      <w:r>
        <w:t>uh, he's—he's the trustee of CPS</w:t>
      </w:r>
    </w:p>
    <w:p>
      <w:pPr>
        <w:jc w:val="right"/>
      </w:pPr>
      <w:r>
        <w:t>Uh, he's—he's the trustee of CPS</w:t>
      </w:r>
    </w:p>
    <w:p>
      <w:r>
        <w:rPr>
          <w:b/>
        </w:rPr>
        <w:t xml:space="preserve">[00:32] </w:t>
      </w:r>
      <w:r>
        <w:t>international, he's the promoter of good word books, and son of Maulana Wahiduddin Khan. he's none other than Dr. Saneya Snain Khan.</w:t>
      </w:r>
    </w:p>
    <w:p>
      <w:pPr>
        <w:jc w:val="right"/>
      </w:pPr>
      <w:r>
        <w:t>International, he's the promoter of Good Word Books, and son of مولانا وحید الدین خان. He's none other than Dr. Saneya Snain Khan.</w:t>
      </w:r>
    </w:p>
    <w:p>
      <w:r>
        <w:rPr>
          <w:b/>
        </w:rPr>
        <w:t xml:space="preserve">[00:41] </w:t>
      </w:r>
      <w:r>
        <w:t>we all lovingly call him "doctor sahab," so today let's have conversation with him on his journey so far. assalam o alaikum doctor sahab.</w:t>
      </w:r>
    </w:p>
    <w:p>
      <w:pPr>
        <w:jc w:val="right"/>
      </w:pPr>
      <w:r>
        <w:t>We all lovingly call him "Doctor Sahab," so today let's have conversation with him on his journey so far. السلام علیکم ڈاکٹر صاحب۔</w:t>
      </w:r>
    </w:p>
    <w:p>
      <w:r>
        <w:rPr>
          <w:b/>
        </w:rPr>
        <w:t xml:space="preserve">[00:50] </w:t>
      </w:r>
      <w:r>
        <w:t>wa alaikum assalam. kaisay hain aap? alhamdulillah</w:t>
      </w:r>
    </w:p>
    <w:p>
      <w:pPr>
        <w:jc w:val="right"/>
      </w:pPr>
      <w:r>
        <w:t>وعلیکم السلام۔ کیسے ہیں آپ؟ الحمدللہ</w:t>
      </w:r>
    </w:p>
    <w:p>
      <w:r>
        <w:rPr>
          <w:b/>
        </w:rPr>
        <w:t xml:space="preserve">[00:52] </w:t>
      </w:r>
      <w:r>
        <w:t>. doctor sahab, ah, sab se pehla jo sawal hai, ah, woh mera, ah, aap ke naam ko lay kar hi hai, ah, Saneya Snain Khan.</w:t>
      </w:r>
    </w:p>
    <w:p>
      <w:pPr>
        <w:jc w:val="right"/>
      </w:pPr>
      <w:r>
        <w:t>۔ ڈاکٹر صاحب، آہ، سب سے پہلا جو سوال ہے، آہ، وہ میرا، آہ، آپ کے نام کو لے کر ہی ہے، آہ، Saneya Snain Khan۔</w:t>
      </w:r>
    </w:p>
    <w:p>
      <w:r>
        <w:rPr>
          <w:b/>
        </w:rPr>
        <w:t xml:space="preserve">[01:01] </w:t>
      </w:r>
      <w:r>
        <w:t>ah, mujhe yaad hai ke, ah, jab main ne aap ka naam suna tha to mujhe bohat, ah, different laga tha, ah, kyunkay main ne yeh naam pehlay kahin nahin suna tha. to yeh naam kaisay rakha gaya, aur is ke peechay ki kya kahani hai, aap ke naam ke kya maani hain, yeh hum sab janna chahein gay.</w:t>
      </w:r>
    </w:p>
    <w:p>
      <w:pPr>
        <w:jc w:val="right"/>
      </w:pPr>
      <w:r>
        <w:t>آہ، مجھے یاد ہے کہ، آہ، جب میں نے آپ کا نام سنا تھا تو مجھے بہت، آہ، different لگا تھا، آہ، کیونکہ میں نے یہ نام پہلے کہیں نہیں سنا تھا۔ تو یہ نام کیسے رکھا گیا، اور اس کے پیچھے کی کیا کہانی ہے، آپ کے نام کے کیا معنی ہیں، یہ ہم سب جاننا چاہیں گے۔</w:t>
      </w:r>
    </w:p>
    <w:p>
      <w:r>
        <w:rPr>
          <w:b/>
        </w:rPr>
        <w:t xml:space="preserve">[01:18] </w:t>
      </w:r>
      <w:r>
        <w:t>aah</w:t>
      </w:r>
    </w:p>
    <w:p>
      <w:pPr>
        <w:jc w:val="right"/>
      </w:pPr>
      <w:r>
        <w:t>آہ</w:t>
      </w:r>
    </w:p>
    <w:p>
      <w:r>
        <w:rPr>
          <w:b/>
        </w:rPr>
        <w:t xml:space="preserve">[01:19] </w:t>
      </w:r>
      <w:r>
        <w:t>jab mein paida hua to walida ne kaha Maulana se ke koi naam rakhiye bachche ka.</w:t>
      </w:r>
    </w:p>
    <w:p>
      <w:pPr>
        <w:jc w:val="right"/>
      </w:pPr>
      <w:r>
        <w:t>، جب میں پیدا ہوا تو والدہ نے کہا مولانا سے کہ کوئی نام رکھیے بچے کا۔</w:t>
      </w:r>
    </w:p>
    <w:p>
      <w:r>
        <w:rPr>
          <w:b/>
        </w:rPr>
        <w:t xml:space="preserve">[01:33] </w:t>
      </w:r>
      <w:r>
        <w:t>to Maulana ne Zulkarnain tajweez kiya.</w:t>
      </w:r>
    </w:p>
    <w:p>
      <w:pPr>
        <w:jc w:val="right"/>
      </w:pPr>
      <w:r>
        <w:t>تو مولانا نے ذوالقرنین تجویز کیا۔</w:t>
      </w:r>
    </w:p>
    <w:p>
      <w:r>
        <w:rPr>
          <w:b/>
        </w:rPr>
        <w:t xml:space="preserve">[01:40] </w:t>
      </w:r>
      <w:r>
        <w:t>to hamari walida ko pasand nahi aaya Zulkarnain. to phir kuch dinon tak, aah, mera naam hi nahi kuch tha. to kuch dinon ke baad walida ne phir kaha Maulana se ke koi naam nahi hai, bachcha bada ho gaya hai, koi naam rakhiye.</w:t>
      </w:r>
    </w:p>
    <w:p>
      <w:pPr>
        <w:jc w:val="right"/>
      </w:pPr>
      <w:r>
        <w:t>تو ہماری والدہ کو پسند نہیں آیا ذوالقرنین۔ تو پھر کچھ دنوں تک، آہ، میرا نام ہی نہیں کچھ تھا۔ تو کچھ دنوں کے بعد والدہ نے پھر کہا مولانا سے کہ کوئی نام نہیں ہے، بچہ بڑا ہو گیا ہے، کوئی نام رکھیے۔</w:t>
      </w:r>
    </w:p>
    <w:p>
      <w:r>
        <w:rPr>
          <w:b/>
        </w:rPr>
        <w:t xml:space="preserve">[01:58] </w:t>
      </w:r>
      <w:r>
        <w:t>to is din, aah, ya usi waqt Maulana ne Surah Taubah ki tilawat ki thi, to us mein saani asnayni azhuma fil ghaar ki ayat aayi thi.</w:t>
      </w:r>
    </w:p>
    <w:p>
      <w:pPr>
        <w:jc w:val="right"/>
      </w:pPr>
      <w:r>
        <w:t>تو اس دن، آہ، یا اسی وقت مولانا نے سورۃ توبہ کی تلاوت کی تھی، تو اس میں ثانی اسنین اذہما فی الغار کی آیت آئی تھی۔</w:t>
      </w:r>
    </w:p>
    <w:p>
      <w:r>
        <w:rPr>
          <w:b/>
        </w:rPr>
        <w:t xml:space="preserve">[02:14] </w:t>
      </w:r>
      <w:r>
        <w:t>to Maulana ne kaha walida se ke Saani Asnayn rakh do. to walida ko pasand aaya naam. to Saani Asnayn rakh diya mera naam.</w:t>
      </w:r>
    </w:p>
    <w:p>
      <w:pPr>
        <w:jc w:val="right"/>
      </w:pPr>
      <w:r>
        <w:t>تو مولانا نے کہا والدہ سے کہ ثانی اسنین رکھ دو۔ تو والدہ کو پسند آیا نام۔ تو ثانی اسنین رکھ دیا میرا نام۔</w:t>
      </w:r>
    </w:p>
    <w:p>
      <w:r>
        <w:rPr>
          <w:b/>
        </w:rPr>
        <w:t xml:space="preserve">[02:26] </w:t>
      </w:r>
      <w:r>
        <w:t>yeh achha hua ke walida ko pasand nahi aaya Zulkarnain, warna Zulkarnain ke jo literal meaning hain woh do sing wala, one with two horns.</w:t>
      </w:r>
    </w:p>
    <w:p>
      <w:pPr>
        <w:jc w:val="right"/>
      </w:pPr>
      <w:r>
        <w:t>یہ اچھا ہوا کہ والدہ کو پسند نہیں آیا ذوالقرنین، ورنہ ذوالقرنین کے جو literal meaning ہیں وہ دو سینگ والا، one with two horns۔</w:t>
      </w:r>
    </w:p>
    <w:p>
      <w:r>
        <w:rPr>
          <w:b/>
        </w:rPr>
        <w:t xml:space="preserve">[02:36] </w:t>
      </w:r>
      <w:r>
        <w:t>ji. mujh jaisa ek, haan, ek peaceful aadmi us ke do sing bada ajeeb lagta. to Quran mein yeh Surah Taubah mein ayat aayi hai jis mein yeh naam aaya hai jo ke Hazrat Abu Bakr ka laqab tha,</w:t>
      </w:r>
    </w:p>
    <w:p>
      <w:pPr>
        <w:jc w:val="right"/>
      </w:pPr>
      <w:r>
        <w:t>جی۔ مجھ جیسا ایک، ہاں، ایک peaceful آدمی اس کے دو سینگ بڑا عجیب لگتا۔ تو قرآن میں یہ سورۃ توبہ میں آیت آئی ہے جس میں یہ نام آیا ہے جو کہ حضرت ابوبکر کا لقب تھا،</w:t>
      </w:r>
    </w:p>
    <w:p>
      <w:r>
        <w:rPr>
          <w:b/>
        </w:rPr>
        <w:t xml:space="preserve">[02:52] </w:t>
      </w:r>
      <w:r>
        <w:t>nickname tha. chuna ke jab ghaar mein thay Prophet Muhammad sallallahu alaihi wasallam, aah, chhupay hue thay, dushman un ke peechay thay, to us waqt Hazrat Abu Bakr bhi saath mein thay.</w:t>
      </w:r>
    </w:p>
    <w:p>
      <w:pPr>
        <w:jc w:val="right"/>
      </w:pPr>
      <w:r>
        <w:t>nickname تھا۔ چونکہ جب غار میں تھے Prophet محمد صلی اللہ علیہ وسلم، آہ، چھپے ہوئے تھے، دشمن ان کے پیچھے تھے، تو اس وقت حضرت ابوبکر بھی ساتھ میں تھے۔</w:t>
      </w:r>
    </w:p>
    <w:p>
      <w:r>
        <w:rPr>
          <w:b/>
        </w:rPr>
        <w:t xml:space="preserve">[03:10] </w:t>
      </w:r>
      <w:r>
        <w:t>to jab dushman qareeb aa gaye talwar le ke bilkul, aah, us ke paas, ghaar ke paas, to, aah,</w:t>
      </w:r>
    </w:p>
    <w:p>
      <w:pPr>
        <w:jc w:val="right"/>
      </w:pPr>
      <w:r>
        <w:t>تو جب دشمن قریب آ گئے تلوار لے کے بالکل، آہ، اس کے پاس، غار کے پاس، تو، آہ،</w:t>
      </w:r>
    </w:p>
    <w:p>
      <w:r>
        <w:rPr>
          <w:b/>
        </w:rPr>
        <w:t xml:space="preserve">[03:25] </w:t>
      </w:r>
      <w:r>
        <w:t>Hazrat Abu Bakr dar gaye bohat. chuna ke un ki, aah, sarsarahat chalne ki aane lagi wahan tak.</w:t>
      </w:r>
    </w:p>
    <w:p>
      <w:pPr>
        <w:jc w:val="right"/>
      </w:pPr>
      <w:r>
        <w:t>حضرت ابوبکر ڈر گئے بہت۔ چونکہ ان کی، آہ، سرسراہٹ چلنے کی آنے لگی وہاں تک۔</w:t>
      </w:r>
    </w:p>
    <w:p>
      <w:r>
        <w:rPr>
          <w:b/>
        </w:rPr>
        <w:t xml:space="preserve">[03:37] </w:t>
      </w:r>
      <w:r>
        <w:t>to Hazrat Abu Bakr ne kaha ke yeh log to yahan bhi aa gaye. yaani yeh dushman hain, yeh hamare paas aa gaye bilkul.</w:t>
      </w:r>
    </w:p>
    <w:p>
      <w:pPr>
        <w:jc w:val="right"/>
      </w:pPr>
      <w:r>
        <w:t>تو حضرت ابوبکر نے کہا کہ یہ لوگ تو یہاں بھی آ گئے۔ یعنی یہ دشمن ہیں، یہ ہمارے پاس آ گئے بالکل۔</w:t>
      </w:r>
    </w:p>
    <w:p>
      <w:r>
        <w:rPr>
          <w:b/>
        </w:rPr>
        <w:t xml:space="preserve">[03:47] </w:t>
      </w:r>
      <w:r>
        <w:t>Hazrat Abu Bakr ne kaha ke agar unhon ne apne pair ki taraf dekha to hamein dekh len ge. chuna ke woh ghaar aisi thi, aisi hai ke neechay se woh khuli hui hai.</w:t>
      </w:r>
    </w:p>
    <w:p>
      <w:pPr>
        <w:jc w:val="right"/>
      </w:pPr>
      <w:r>
        <w:t>حضرت ابوبکر نے کہا کہ اگر انہوں نے اپنے پیر کی طرف دیکھا تو ہمیں دیکھ لیں گے۔ چونکہ وہ غار ایسی تھی، ایسی ہے کہ نیچے سے وہ کھلی ہوئی ہے۔</w:t>
      </w:r>
    </w:p>
    <w:p>
      <w:r>
        <w:rPr>
          <w:b/>
        </w:rPr>
        <w:t xml:space="preserve">[03:59] </w:t>
      </w:r>
      <w:r>
        <w:t>hmm. to agar koi andar ho us ke to neechay se us ke pair dikhai den ge. ji. to is, is ki wajah se Hazrat Abu Bakr ne kaha ke agar unhon ne apne pair ki taraf dekha to woh hamein dekh len ge.</w:t>
      </w:r>
    </w:p>
    <w:p>
      <w:pPr>
        <w:jc w:val="right"/>
      </w:pPr>
      <w:r>
        <w:t>ہمم۔ تو اگر کوئی اندر ہو اس کے تو نیچے سے اس کے پیر دکھائی دیں گے۔ جی۔ تو اس، اس کی وجہ سے حضرت ابوبکر نے کہا کہ اگر انہوں نے اپنے پیر کی طرف دیکھا تو وہ ہمیں دیکھ لیں گے۔</w:t>
      </w:r>
    </w:p>
    <w:p>
      <w:r>
        <w:rPr>
          <w:b/>
        </w:rPr>
        <w:t xml:space="preserve">[04:13] </w:t>
      </w:r>
      <w:r>
        <w:t>to Rasool Allah sallallahu alaihi wasallam ne us waqt kaha bohat hi itminan ke sath, ma Allah</w:t>
      </w:r>
    </w:p>
    <w:p>
      <w:pPr>
        <w:jc w:val="right"/>
      </w:pPr>
      <w:r>
        <w:t>تو رسول اللہ صلی اللہ علیہ وسلم نے اس وقت کہا بہت ہی اطمینان کے ساتھ، ما اللہ</w:t>
      </w:r>
    </w:p>
    <w:p>
      <w:r>
        <w:rPr>
          <w:b/>
        </w:rPr>
        <w:t xml:space="preserve">[04:24] </w:t>
      </w:r>
      <w:r>
        <w:t>ke aye Abu Bakr tum un do ke baray mein kya guman rakhte ho, hmm, jis ka teesra Allah ho? hmm. ji.</w:t>
      </w:r>
    </w:p>
    <w:p>
      <w:pPr>
        <w:jc w:val="right"/>
      </w:pPr>
      <w:r>
        <w:t>کہ اے ابوبکر تم ان دو کے بارے میں کیا گمان رکھتے ہو، ہمم، جس کا تیسرا اللہ ہو؟ ہمم۔ جی۔</w:t>
      </w:r>
    </w:p>
    <w:p>
      <w:r>
        <w:rPr>
          <w:b/>
        </w:rPr>
        <w:t xml:space="preserve">[04:32] </w:t>
      </w:r>
      <w:r>
        <w:t>to yeh trust Khuda ke upar yaqeen ke Allah taala har mauqe pe hamara, hamara madadgar hai, hamara karsaz hai, yeh milta hai is ayat se aur yaqeen milta hai.</w:t>
      </w:r>
    </w:p>
    <w:p>
      <w:pPr>
        <w:jc w:val="right"/>
      </w:pPr>
      <w:r>
        <w:t>تو یہ trust خدا کے اوپر یقین کہ اللہ تعالی ہر موقع پہ ہمارا، ہمارا مددگار ہے، ہمارا کارساز ہے، یہ ملتا ہے اس آیت سے اور یقین ملتا ہے۔</w:t>
      </w:r>
    </w:p>
    <w:p>
      <w:r>
        <w:rPr>
          <w:b/>
        </w:rPr>
        <w:t xml:space="preserve">[04:46] </w:t>
      </w:r>
      <w:r>
        <w:t>ji.</w:t>
      </w:r>
    </w:p>
    <w:p>
      <w:pPr>
        <w:jc w:val="right"/>
      </w:pPr>
      <w:r>
        <w:t>جی۔</w:t>
      </w:r>
    </w:p>
    <w:p>
      <w:r>
        <w:rPr>
          <w:b/>
        </w:rPr>
        <w:t xml:space="preserve">[04:48] </w:t>
      </w:r>
      <w:r>
        <w:t>yeh waqai Doctor Sahab yeh bohat hi yeh jo incident hai, aah, yeh bohat hi inspire karne wala incident hai aur jaise aap ne kaha ke, aah, conviction ka level batata hai ke hum sab logon ke andar kaisa conviction hona chahiye agar hum aisi situation mein bhi aa jayen ke hamari jaan par banaein.</w:t>
      </w:r>
    </w:p>
    <w:p>
      <w:pPr>
        <w:jc w:val="right"/>
      </w:pPr>
      <w:r>
        <w:t>یہ واقعی ڈاکٹر صاحب یہ بہت ہی یہ جو incident ہے، آہ، یہ بہت ہی inspire کرنے والا incident ہے اور جیسے آپ نے کہا کہ، آہ، conviction کا level بتاتا ہے کہ ہم سب لوگوں کے اندر کیسا conviction ہونا چاہیے اگر ہم ایسی situation میں بھی آ جائیں کہ ہماری جان پر بنائیں۔</w:t>
      </w:r>
    </w:p>
    <w:p>
      <w:r>
        <w:rPr>
          <w:b/>
        </w:rPr>
        <w:t xml:space="preserve">[05:06] </w:t>
      </w:r>
      <w:r>
        <w:t>aur doosri cheez Doctor Sahab mein samajhta hoon ke yeh, aah, aah, is se hamein yeh bhi pata chalta hai ke kitni mushkilat se, aah, jo hai, aah, Prophet aur Sahabi guzre, aah, aur kaise Islam establish hua.</w:t>
      </w:r>
    </w:p>
    <w:p>
      <w:pPr>
        <w:jc w:val="right"/>
      </w:pPr>
      <w:r>
        <w:t>اور دوسری چیز ڈاکٹر صاحب میں سمجھتا ہوں کہ یہ، آہ، آہ، اس سے ہمیں یہ بھی پتہ چلتا ہے کہ کتنی مشکلات سے، آہ، جو ہے، آہ، Prophet اور صحابی گزرے، آہ، اور کیسے اسلام establish ہوا۔</w:t>
      </w:r>
    </w:p>
    <w:p>
      <w:r>
        <w:rPr>
          <w:b/>
        </w:rPr>
        <w:t xml:space="preserve">[05:20] </w:t>
      </w:r>
      <w:r>
        <w:t>aah, Sahabiyon ka yeh alam hota tha ke agar kuch bhi mission se talluq koi baat hoti thi to ek dam se ready ho jatay thay. aah, mein ek baat parh parh raha tha Hazrat Aisha se riwayat hai, aah, ke unhon ne bataya yahi incident ko le ke, aah, ke Prophet hamesha, aah, Hazrat Abu Bakr se din mein do dafa milnay atay thay subah aur sham ko.</w:t>
      </w:r>
    </w:p>
    <w:p>
      <w:pPr>
        <w:jc w:val="right"/>
      </w:pPr>
      <w:r>
        <w:t>آہ، صحابیوں کا یہ عالم ہوتا تھا کہ اگر کچھ بھی mission سے تعلق کوئی بات ہوتی تھی تو ایک دم سے ready ہو جاتے تھے۔ آہ، میں ایک بات پڑھ پڑھ رہا تھا حضرت عائشہ سے روایت ہے، آہ، کہ انہوں نے بتایا یہی incident کو لے کے، آہ، کہ Prophet ہمیشہ، آہ، حضرت ابوبکر سے دن میں دو دفعہ ملنے آتے تھے صبح اور شام کو۔</w:t>
      </w:r>
    </w:p>
    <w:p>
      <w:r>
        <w:rPr>
          <w:b/>
        </w:rPr>
        <w:t xml:space="preserve">[05:42] </w:t>
      </w:r>
      <w:r>
        <w:t>aah, par ek din woh dopahar mein aaye to un ko jab dekha to Hazrat Abu Bakr ne kaha, aah, ke zaroor koi bohat hi urgent matter hai.</w:t>
      </w:r>
    </w:p>
    <w:p>
      <w:pPr>
        <w:jc w:val="right"/>
      </w:pPr>
      <w:r>
        <w:t>آہ، پر ایک دن وہ دوپہر میں آئے تو ان کو جب دیکھا تو حضرت ابوبکر نے کہا، آہ، کہ ضرور کوئی بہت ہیurgent matter ہے۔</w:t>
      </w:r>
    </w:p>
    <w:p>
      <w:r>
        <w:rPr>
          <w:b/>
        </w:rPr>
        <w:t xml:space="preserve">[05:52] </w:t>
      </w:r>
      <w:r>
        <w:t>aur phir Prophet ne bataya ke, aah, unhein Allah ki taraf se yeh permission mili hai ke woh hijrat karein. to Hazrat Aisha ne kaha ke, aah, is se pehlay mein nahi janti thi ke khushi ke aansu kya hotay hain lekin jab mein ne Hazrat Abu Bakr ko dekha ke woh yeh jaise hi unhon ne yeh khabar suni ke kaise woh khushi ke aansu se ro uthay tab unhon ne un ko pata chala ke khushi ke aansu kya hotay hain.</w:t>
      </w:r>
    </w:p>
    <w:p>
      <w:pPr>
        <w:jc w:val="right"/>
      </w:pPr>
      <w:r>
        <w:t>اور پھر Prophet نے بتایا کہ، آہ، انہیں اللہ کی طرف سے یہ permission ملی ہے کہ وہ ہجرت کریں۔ تو حضرت عائشہ نے کہا کہ، آہ، اس سے پہلے میں نہیں جانتی تھی کہ خوشی کے آنسو کیا ہوتے ہیں لیکن جب میں نے حضرت ابوبکر کو دیکھا کہ وہ یہ جیسے ہی انہوں نے یہ خبر سنی کہ کیسے وہ خوشی کے آنسو سے رو اٹھے تب انہوں نے ان کو پتہ چلا کہ خوشی کے آنسو کیا ہوتے ہیں۔</w:t>
      </w:r>
    </w:p>
    <w:p>
      <w:r>
        <w:rPr>
          <w:b/>
        </w:rPr>
        <w:t xml:space="preserve">[06:18] </w:t>
      </w:r>
      <w:r>
        <w:t>to yeh jazba ya yaqeen, aah, yeh sab hum hum ko yeh seekh milti hai, aah, yeh, aah, is incident se. aah, Masha Allah.</w:t>
      </w:r>
    </w:p>
    <w:p>
      <w:pPr>
        <w:jc w:val="right"/>
      </w:pPr>
      <w:r>
        <w:t>تو یہ جذبہ یا یقین، آہ، یہ سب ہم ہم کو یہ سیکھ ملتی ہے، آہ، یہ، آہ، اس incident سے۔ آہ، ماشاءاللہ۔</w:t>
      </w:r>
    </w:p>
    <w:p>
      <w:r>
        <w:rPr>
          <w:b/>
        </w:rPr>
        <w:t xml:space="preserve">[06:27] </w:t>
      </w:r>
      <w:r>
        <w:t>aah, Doctor Sahab aap ke bachpan ki taraf rukh karte hain, aah, ke bachpan ke baray mein kuch bataiye aur kya kabhi aisa, aah, incident bhi hai ke Maulana Wahiduddin Khan Sahab ne, aah, aap ko daanta ya scold kiya?</w:t>
      </w:r>
    </w:p>
    <w:p>
      <w:pPr>
        <w:jc w:val="right"/>
      </w:pPr>
      <w:r>
        <w:t>آہ، ڈاکٹر صاحب آپ کے بچپن کی طرف رخ کرتے ہیں، آہ، کہ بچپن کے بارے میں کچھ بتائیے اور کیا کبھی ایسا، آہ، incident بھی ہے کہ مولانا وحید الدین خان صاحب نے، آہ، آپ کو ڈانٹا یا scold کیا؟</w:t>
      </w:r>
    </w:p>
    <w:p>
      <w:r>
        <w:rPr>
          <w:b/>
        </w:rPr>
        <w:t xml:space="preserve">[06:43] </w:t>
      </w:r>
      <w:r>
        <w:t>aah,</w:t>
      </w:r>
    </w:p>
    <w:p>
      <w:pPr>
        <w:jc w:val="right"/>
      </w:pPr>
      <w:r>
        <w:t>آہ،</w:t>
      </w:r>
    </w:p>
    <w:p>
      <w:r>
        <w:rPr>
          <w:b/>
        </w:rPr>
        <w:t xml:space="preserve">[06:45] </w:t>
      </w:r>
      <w:r>
        <w:t>maulana bohat hi, aah, sakht, aah, tha tha un ka nature. aah, aur, aah, bachon ko matlab koi laad piyar, tampering nahi karte thay.</w:t>
      </w:r>
    </w:p>
    <w:p>
      <w:pPr>
        <w:jc w:val="right"/>
      </w:pPr>
      <w:r>
        <w:t>مولانا بہت ہی، آہ، سخت، آہ، تھا تھا ان کا nature۔ آہ، اور، آہ، بچوں کو مطلب کوئی لاڈ پیار، tampering نہیں کرتے تھے۔</w:t>
      </w:r>
    </w:p>
    <w:p>
      <w:r>
        <w:rPr>
          <w:b/>
        </w:rPr>
        <w:t xml:space="preserve">[06:58] </w:t>
      </w:r>
      <w:r>
        <w:t>un ki soch yeh thi ke bachon ki demand ya un ki khwahishat ya jo bhi woh mujh se bol dein us ko poora karna munasib nahi hai.</w:t>
      </w:r>
    </w:p>
    <w:p>
      <w:pPr>
        <w:jc w:val="right"/>
      </w:pPr>
      <w:r>
        <w:t>ان کی سوچ یہ تھی کہ بچوں کی demand یا ان کی خواہشات یا جو بھی وہ مجھ سے بول دیں اس کو پورا کرنا مناسب نہیں ہے۔</w:t>
      </w:r>
    </w:p>
    <w:p>
      <w:r>
        <w:rPr>
          <w:b/>
        </w:rPr>
        <w:t xml:space="preserve">[07:08] </w:t>
      </w:r>
      <w:r>
        <w:t>ji. is zamane mein khair woh daur bhi nahi tha. hmm. aah, gaon mein kuch khaas cheezein bhi nahi theen. aah, mujhe yaad hai ke bohat se bohat jo cheez milti thi wahan woh kabhi kabhi aik ice cream milti thi.</w:t>
      </w:r>
    </w:p>
    <w:p>
      <w:pPr>
        <w:jc w:val="right"/>
      </w:pPr>
      <w:r>
        <w:t>جی۔ اس زمانے میں خیر وہ دور بھی نہیں تھا۔ ہمم۔ آہ، گاؤں میں کچھ خاص چیزیں بھی نہیں تھیں۔ آہ، مجھے یاد ہے کہ بہت سے بہت جو چیز ملتی تھی وہاں وہ کبھی کبھی ایک آئس کریم ملتی تھی۔</w:t>
      </w:r>
    </w:p>
    <w:p>
      <w:r>
        <w:rPr>
          <w:b/>
        </w:rPr>
        <w:t xml:space="preserve">[07:20] </w:t>
      </w:r>
      <w:r>
        <w:t>achha. woh ice cream bhi aisi hoti thi ke woh barf mein pani aur kuch cheeni ghol ke thora doodh daal ke woh ice cream banate thay.</w:t>
      </w:r>
    </w:p>
    <w:p>
      <w:pPr>
        <w:jc w:val="right"/>
      </w:pPr>
      <w:r>
        <w:t>اچھا۔ وہ آئس کریم بھی ایسی ہوتی تھی کہ وہ برف میں پانی اور کچھ چینی گھول کے تھوڑا دودھ ڈال کے وہ آئس کریم بناتے تھے۔</w:t>
      </w:r>
    </w:p>
    <w:p>
      <w:r>
        <w:rPr>
          <w:b/>
        </w:rPr>
        <w:t xml:space="preserve">[07:31] </w:t>
      </w:r>
      <w:r>
        <w:t>to hamare haan wahan kuch tha hi nahi tampering ke liye bhi. to maulana asal mein jo hamari dadi theen chounke hamare dada ki death ho gayi thi jab, aah, maulana panch saal ke thay.</w:t>
      </w:r>
    </w:p>
    <w:p>
      <w:pPr>
        <w:jc w:val="right"/>
      </w:pPr>
      <w:r>
        <w:t>تو ہمارے ہاں وہاں کچھ تھا ہی نہیں tampering کے لیے بھی۔ تو مولانا اصل میں جو ہماری دادی تھیں چونکہ ہمارے دادا کی death ہو گئی تھی جب، آہ، مولانا پانچ سال کے تھے۔</w:t>
      </w:r>
    </w:p>
    <w:p>
      <w:r>
        <w:rPr>
          <w:b/>
        </w:rPr>
        <w:t xml:space="preserve">[07:44] </w:t>
      </w:r>
      <w:r>
        <w:t>hmm. to is ki wajah se dadi ne pala. hmm. to dadi bohat hi, aah, she was iron lady.</w:t>
      </w:r>
    </w:p>
    <w:p>
      <w:pPr>
        <w:jc w:val="right"/>
      </w:pPr>
      <w:r>
        <w:t>ہمم۔ تو اس کی وجہ سے دادی نے پالا۔ ہمم۔ تو دادی بہت ہی، آہ، she was ائرن lady۔</w:t>
      </w:r>
    </w:p>
    <w:p>
      <w:r>
        <w:rPr>
          <w:b/>
        </w:rPr>
        <w:t xml:space="preserve">[07:54] </w:t>
      </w:r>
      <w:r>
        <w:t>unhon ne bohat hi sakhti se pala bachon ko bilkul, aah, bigar nahi sakay. ji. is ki wajah se aap dekhein ke maulana kitne discipline thay. hmm.</w:t>
      </w:r>
    </w:p>
    <w:p>
      <w:pPr>
        <w:jc w:val="right"/>
      </w:pPr>
      <w:r>
        <w:t>انہوں نے بہت ہی سختی سے پالا بچوں کو بالکل، آہ، بگڑ نہیں سکے۔ جی۔ اس کی وجہ سے آپ دیکھیں کہ مولانا کتنے discipline تھے۔ ہمم۔</w:t>
      </w:r>
    </w:p>
    <w:p>
      <w:r>
        <w:rPr>
          <w:b/>
        </w:rPr>
        <w:t xml:space="preserve">[08:03] </w:t>
      </w:r>
      <w:r>
        <w:t>to wohi asar maulana ke, aah, andar bhi aaya. hmm. aur unhon ne bhi bohat hi discipline rakha ghar mein. hmm. bohat hi sakhti se hum logon ko hamari tarbiyat ki.</w:t>
      </w:r>
    </w:p>
    <w:p>
      <w:pPr>
        <w:jc w:val="right"/>
      </w:pPr>
      <w:r>
        <w:t>تو وہی اثر مولانا کے، آہ، اندر بھی آیا۔ ہمم۔ اور انہوں نے بھی بہت ہی discipline رکھا گھر میں۔ ہمم۔ بہت ہی سختی سے ہم لوگوں کو ہماری تربیت کی۔</w:t>
      </w:r>
    </w:p>
    <w:p>
      <w:r>
        <w:rPr>
          <w:b/>
        </w:rPr>
        <w:t xml:space="preserve">[08:14] </w:t>
      </w:r>
      <w:r>
        <w:t>hmm. to zahir hai jo parents, aah, ka mizaj hota hai jo jis tarah se woh rehte hain to bachon par bhi wohi asar aata hai.</w:t>
      </w:r>
    </w:p>
    <w:p>
      <w:pPr>
        <w:jc w:val="right"/>
      </w:pPr>
      <w:r>
        <w:t>ہمم۔ تو ظاہر ہے جو parents، آہ، کا مزاج ہوتا ہے جو جس طرح سے وہ رہتے ہیں تو بچوں پر بھی وہی اثر آتا ہے۔</w:t>
      </w:r>
    </w:p>
    <w:p>
      <w:r>
        <w:rPr>
          <w:b/>
        </w:rPr>
        <w:t xml:space="preserve">[08:24] </w:t>
      </w:r>
      <w:r>
        <w:t>to wohi hum sab pe bhi asar aaya. aisa koi waqia yaad nahi ke maulana ne mujhe daanta waghera. aah, chounke hamari aik behan ki death ho gayi thi.</w:t>
      </w:r>
    </w:p>
    <w:p>
      <w:pPr>
        <w:jc w:val="right"/>
      </w:pPr>
      <w:r>
        <w:t>تو وہی ہم سب پہ بھی اثر آیا۔ ایسا کوئی واقعہ یاد نہیں کہ مولانا نے مجھے ڈانٹا وغیرہ۔ آہ، چونکہ ہماری ایک بہن کی death ہو گئی تھی۔</w:t>
      </w:r>
    </w:p>
    <w:p>
      <w:r>
        <w:rPr>
          <w:b/>
        </w:rPr>
        <w:t xml:space="preserve">[08:36] </w:t>
      </w:r>
      <w:r>
        <w:t>ji. jo mujh se bari thi. hmm. aur doctor muslima se choti. hmm. bint ul islam naam tha. to us un ki death ke baad mein shayad paida hua ya thora pehle paida hua tha.</w:t>
      </w:r>
    </w:p>
    <w:p>
      <w:pPr>
        <w:jc w:val="right"/>
      </w:pPr>
      <w:r>
        <w:t>جی۔ جو مجھ سے بڑی تھی۔ ہمم۔ اور ڈاکٹر مسلمہ سے چھوٹی۔ ہمم۔ بنت الاسلام نام تھا۔ تو اس ان کی death کے بعد میں شاید پیدا ہوا یا تھوڑا پہلے پیدا ہوا تھا۔</w:t>
      </w:r>
    </w:p>
    <w:p>
      <w:r>
        <w:rPr>
          <w:b/>
        </w:rPr>
        <w:t xml:space="preserve">[08:48] </w:t>
      </w:r>
      <w:r>
        <w:t>to is ke baad maulana kafi naram ho gaye. ji. is ki wajah se phir unhon ne thora sakhti kam kar di to is ka mujhe</w:t>
      </w:r>
    </w:p>
    <w:p>
      <w:pPr>
        <w:jc w:val="right"/>
      </w:pPr>
      <w:r>
        <w:t>تو اس کے بعد مولانا کافی نرم ہو گئے۔ جی۔ اس کی وجہ سے پھر انہوں نے تھوڑا سختی کم کر دی تو اس کا مجھے</w:t>
      </w:r>
    </w:p>
    <w:p>
      <w:r>
        <w:rPr>
          <w:b/>
        </w:rPr>
        <w:t xml:space="preserve">[08:56] </w:t>
      </w:r>
      <w:r>
        <w:t>faida hua. ji. to kabhi tampering, aah, kabhi bhi nahi hui? tampering to yaad nahi mujhe koi. ji. mere khayal se shayad tampering word maulana ki dictionary mein hi nahi tha.</w:t>
      </w:r>
    </w:p>
    <w:p>
      <w:pPr>
        <w:jc w:val="right"/>
      </w:pPr>
      <w:r>
        <w:t>فائدہ ہوا۔ جی۔ تو کبھی tampering، آہ، کبھی بھی نہیں ہوئی؟ tampering تو یاد نہیں مجھے کوئی۔ جی۔ میرے خیال سے شاید tampering word مولانا کی dictionary میں ہی نہیں تھا۔</w:t>
      </w:r>
    </w:p>
    <w:p>
      <w:r>
        <w:rPr>
          <w:b/>
        </w:rPr>
        <w:t xml:space="preserve">[09:07] </w:t>
      </w:r>
      <w:r>
        <w:t>haan us waqt kahan tampering hum ne to ab suna yeh lafz.</w:t>
      </w:r>
    </w:p>
    <w:p>
      <w:pPr>
        <w:jc w:val="right"/>
      </w:pPr>
      <w:r>
        <w:t>ہاں اس وقت کہاں tampering ہم نے تو اب سنا یہ لفظ۔</w:t>
      </w:r>
    </w:p>
    <w:p>
      <w:r>
        <w:rPr>
          <w:b/>
        </w:rPr>
        <w:t xml:space="preserve">[09:10] </w:t>
      </w:r>
      <w:r>
        <w:t>ji. aah, aah, doctor sahib aik incident mujhe bhi yaad aa raha hai aap aik bar yeh zikr kar rahe thay ke kaise maulana apne kandhe mein, aah, aap ko rakh kar bitha kar, aah, jagah jagah jatay thay to woh us ke baray mein bataiye hum sab janna chahein ge woh kya incident</w:t>
      </w:r>
    </w:p>
    <w:p>
      <w:pPr>
        <w:jc w:val="right"/>
      </w:pPr>
      <w:r>
        <w:t>جی۔ آہ، آہ، ڈاکٹر صاحب ایک incident مجھے بھی یاد آ رہا ہے آپ ایک بار یہ ذکر کر رہے تھے کہ کیسے مولانا اپنے کندھے میں، آہ، آپ کو رکھ کر بٹھا کر، آہ، جگہ جگہ جاتے تھے تو وہ اس کے بارے میں بتائیے ہم سب جاننا چاہیں گے وہ کیا incident</w:t>
      </w:r>
    </w:p>
    <w:p>
      <w:r>
        <w:rPr>
          <w:b/>
        </w:rPr>
        <w:t xml:space="preserve">[09:27] </w:t>
      </w:r>
      <w:r>
        <w:t>hai? nahi aisa nahi hai ke kandhe pe bitha ke le jatay thay mujhe jagah jagah. hmm. ji. darasal aisa tha ke jo hamara gaon tha remote village.</w:t>
      </w:r>
    </w:p>
    <w:p>
      <w:pPr>
        <w:jc w:val="right"/>
      </w:pPr>
      <w:r>
        <w:t>ہے؟ نہیں ایسا نہیں ہے کہ کندھے پہ بٹھا کے لے جاتے تھے مجھے جگہ جگہ۔ ہمم۔ جی۔ دراصل ایسا تھا کہ جو ہمارا گاؤں تھا remote village۔</w:t>
      </w:r>
    </w:p>
    <w:p>
      <w:r>
        <w:rPr>
          <w:b/>
        </w:rPr>
        <w:t xml:space="preserve">[09:37] </w:t>
      </w:r>
      <w:r>
        <w:t>hmm. to wahan se maulana ko doosre shehar mein jana hota tha ya doosre pass ke village mein jana hota tha. jaise aik shehar tha saraye ameer jahan maulana ne education bhi hasil ki thi.</w:t>
      </w:r>
    </w:p>
    <w:p>
      <w:pPr>
        <w:jc w:val="right"/>
      </w:pPr>
      <w:r>
        <w:t>ہمم۔ تو وہاں سے مولانا کو دوسرے شہر میں جانا ہوتا تھا یا دوسرے پاس کے village میں جانا ہوتا تھا۔ جیسے ایک شہر تھا سرائے امیر جہاں مولانا نے education بھی حاصل کی تھی۔</w:t>
      </w:r>
    </w:p>
    <w:p>
      <w:r>
        <w:rPr>
          <w:b/>
        </w:rPr>
        <w:t xml:space="preserve">[09:50] </w:t>
      </w:r>
      <w:r>
        <w:t>aik shehar tha sanjar pur wahan thora si market hoti thi post office tha is tarah ki cheezein theen hamare haan to kuch tha nahi. to woh jatay thay to aik adhh bar mujhe bhi sath le gaye mein do saal ka raha hounga shayad ya teen saal ka.</w:t>
      </w:r>
    </w:p>
    <w:p>
      <w:pPr>
        <w:jc w:val="right"/>
      </w:pPr>
      <w:r>
        <w:t>ایک شہر تھا سنجر پور وہاں تھوڑا سی market ہوتی تھی post office تھا اس طرح کی چیزیں تھیں ہمارے ہاں تو کچھ تھا نہیں۔ تو وہ جاتے تھے تو ایک آدھ بار مجھے بھی ساتھ لے گئے میں دو سال کا رہا ہوں گا شاید یا تین سال کا۔</w:t>
      </w:r>
    </w:p>
    <w:p>
      <w:r>
        <w:rPr>
          <w:b/>
        </w:rPr>
        <w:t xml:space="preserve">[10:05] </w:t>
      </w:r>
      <w:r>
        <w:t>to wahan aik river parti hai rastay mein shayad tons river naam hai is ka. to aik jagah se bohat shallow ho jati hai woh taqreeban knee deep water hota hai.</w:t>
      </w:r>
    </w:p>
    <w:p>
      <w:pPr>
        <w:jc w:val="right"/>
      </w:pPr>
      <w:r>
        <w:t>تو وہاں ایک river پڑتی ہے راستے میں شاید ٹونس river نام ہے اس کا۔ تو ایک جگہ سے بہت shallow ہو جاتی ہے وہ تقریباً knee deep water ہوتا ہے۔</w:t>
      </w:r>
    </w:p>
    <w:p>
      <w:r>
        <w:rPr>
          <w:b/>
        </w:rPr>
        <w:t xml:space="preserve">[10:17] </w:t>
      </w:r>
      <w:r>
        <w:t>ji. to wahan se log cross karte hain usay paidal. to jab woh cross karte thay river to mujhe kandhe pe bitha letay thay.</w:t>
      </w:r>
    </w:p>
    <w:p>
      <w:pPr>
        <w:jc w:val="right"/>
      </w:pPr>
      <w:r>
        <w:t>جی۔ تو وہاں سے لوگ cross کرتے ہیں اسے پیدل۔ تو جب وہ cross کرتے تھے river تو مجھے کندھے پہ بٹھا لیتے تھے۔</w:t>
      </w:r>
    </w:p>
    <w:p>
      <w:r>
        <w:rPr>
          <w:b/>
        </w:rPr>
        <w:t xml:space="preserve">[10:26] </w:t>
      </w:r>
      <w:r>
        <w:t>achha. aise pakar lete thay. ji. aur to phir river cross kar ke utartay thay mujhe aur wahan jo shells waghera nahi paray hotay hain. ji ji ji.</w:t>
      </w:r>
    </w:p>
    <w:p>
      <w:pPr>
        <w:jc w:val="right"/>
      </w:pPr>
      <w:r>
        <w:t>اچھا۔ ایسے پکڑ لیتے تھے۔ جی۔ اور تو پھر river cross کر کے اتارتے تھے مجھے اور وہاں جو shells وغیرہ نہیں پڑے ہوتے ہیں۔ جی جی جی۔</w:t>
      </w:r>
    </w:p>
    <w:p>
      <w:r>
        <w:rPr>
          <w:b/>
        </w:rPr>
        <w:t xml:space="preserve">[10:34] </w:t>
      </w:r>
      <w:r>
        <w:t>darya ke paas kuch. ji. woh chun ke</w:t>
      </w:r>
    </w:p>
    <w:p>
      <w:pPr>
        <w:jc w:val="right"/>
      </w:pPr>
      <w:r>
        <w:t>دریا کے پاس کچھ۔ جی۔ وہ چن کے</w:t>
      </w:r>
    </w:p>
    <w:p>
      <w:r>
        <w:rPr>
          <w:b/>
        </w:rPr>
        <w:t xml:space="preserve">[10:37] </w:t>
      </w:r>
      <w:r>
        <w:t>detay thay mujhe. kya umar rahi hogi doctor sahib aap ki tab? khair do teen saal. do teen saal. achha. okay. to woh chun ke detay thay woh aik tarah se hamara khilona hota tha us zamane mein.</w:t>
      </w:r>
    </w:p>
    <w:p>
      <w:pPr>
        <w:jc w:val="right"/>
      </w:pPr>
      <w:r>
        <w:t>دیتے تھے مجھے۔ کیا عمر رہی ہوگی ڈاکٹر صاحب آپ کی تب؟ خیر دو تین سال۔ دو تین سال۔ اچھا۔ اوکے۔ تو وہ چن کے دیتے تھے وہ ایک طریقے سے ہمارا کھلونا ہوتا تھا اس زمانے میں۔</w:t>
      </w:r>
    </w:p>
    <w:p>
      <w:r>
        <w:rPr>
          <w:b/>
        </w:rPr>
        <w:t xml:space="preserve">[10:46] </w:t>
      </w:r>
      <w:r>
        <w:t>ji mashallah. aur doctor sahib koi bachpan ke din jab aap ne namaz, aah, un ke sath mil kar ada karein kuch koi aisa incident yaad aata hai aap ko?</w:t>
      </w:r>
    </w:p>
    <w:p>
      <w:pPr>
        <w:jc w:val="right"/>
      </w:pPr>
      <w:r>
        <w:t>جی ماشاءاللہ۔ اور ڈاکٹر صاحب کوئی بچپن کے دن جب آپ نے نماز، آہ، ان کے ساتھ مل کر ادا کریں کچھ کوئی ایسا incident یاد آتا ہے آپ کو؟</w:t>
      </w:r>
    </w:p>
    <w:p>
      <w:r>
        <w:rPr>
          <w:b/>
        </w:rPr>
        <w:t xml:space="preserve">[10:57] </w:t>
      </w:r>
      <w:r>
        <w:t>asal mein hamara jo ghar tha aur us ke aage ek sadak thi aur sadak ke doosri taraf masjid thi. woh bhi hamare ghar ka hissa tha. to masjid bhi hamari thi abhi bhi hai woh masjid.</w:t>
      </w:r>
    </w:p>
    <w:p>
      <w:pPr>
        <w:jc w:val="right"/>
      </w:pPr>
      <w:r>
        <w:t>اصل میں ہمارا جو گھر تھا اور اس کے آگے ایک سڑک تھی اور سڑک کے دوسری طرف مسجد تھی۔ وہ بھی ہمارے گھر کا حصہ تھا۔ تو مسجد بھی ہماری تھی ابھی بھی ہے وہ مسجد۔</w:t>
      </w:r>
    </w:p>
    <w:p>
      <w:r>
        <w:rPr>
          <w:b/>
        </w:rPr>
        <w:t xml:space="preserve">[11:08] </w:t>
      </w:r>
      <w:r>
        <w:t>to Maulana jaya karte thay wahan namaz parhne. aah, fajar ki namaz to mujhe le aate thay halankay main do teen saal ka tha. yeh isi waqt ki baat hai.</w:t>
      </w:r>
    </w:p>
    <w:p>
      <w:pPr>
        <w:jc w:val="right"/>
      </w:pPr>
      <w:r>
        <w:t>تو مولانا جایا کرتے تھے وہاں نماز پڑھنے۔ آہ، فجر کی نماز تو مجھے لے آتے تھے حالانکہ میں دو تین سال کا تھا۔ یہ اسی وقت کی بات ہے۔</w:t>
      </w:r>
    </w:p>
    <w:p>
      <w:r>
        <w:rPr>
          <w:b/>
        </w:rPr>
        <w:t xml:space="preserve">[11:17] </w:t>
      </w:r>
      <w:r>
        <w:t>hmm. to main to sota rehta tha aur baitha rehta tha aur Maulana namaz parhte thay na koi muqtadi na koi imam na koi muazzin akele hi namaz parhte thay.</w:t>
      </w:r>
    </w:p>
    <w:p>
      <w:pPr>
        <w:jc w:val="right"/>
      </w:pPr>
      <w:r>
        <w:t>ہمم۔ تو میں تو سوتا رہتا تھا اور بیٹھا رہتا تھا اور مولانا نماز پڑھتے تھے نہ کوئی مقتدی نہ کوئی امام نہ کوئی موذن اکیلے ہی نماز پڑھتے تھے۔</w:t>
      </w:r>
    </w:p>
    <w:p>
      <w:r>
        <w:rPr>
          <w:b/>
        </w:rPr>
        <w:t xml:space="preserve">[11:28] </w:t>
      </w:r>
      <w:r>
        <w:t>to jab namaz parh lete thay main oongta rehta tha aise baith ke. ji. to phir baad mein woh meri gardan pakarte thay aur do baar sajda karat</w:t>
      </w:r>
    </w:p>
    <w:p>
      <w:pPr>
        <w:jc w:val="right"/>
      </w:pPr>
      <w:r>
        <w:t>تو جب نماز پڑھ لیتے تھے میں اونگتا رہتا تھا ایسے بیٹھ کے۔ جی۔ تو پھر بعد میں وہ میری گردن پکڑتے تھے اور دو بار سجدہ کرات</w:t>
      </w:r>
    </w:p>
    <w:p>
      <w:r>
        <w:rPr>
          <w:b/>
        </w:rPr>
        <w:t xml:space="preserve">[11:37] </w:t>
      </w:r>
      <w:r>
        <w:t>e thay aisay. achha mashallah. Allahu Akbar aik baar aur Allahu Akbar. to bas yahi mujhe yaad hai jo Maulana ne mujhe namaz ke liye kaha ya aah is ke baad kabhi kuch kaha nahin.</w:t>
      </w:r>
    </w:p>
    <w:p>
      <w:pPr>
        <w:jc w:val="right"/>
      </w:pPr>
      <w:r>
        <w:t>ے تھے ایسے۔ اچھا ماشاءاللہ۔ اللہ اکبر ایک بار اور اللہ اکبر۔ تو بس یہی مجھے یاد ہے جو مولانا نے مجھے نماز کے لیے کہا یا آہ اس کے بعد کبھی کچھ کہا نہیں۔</w:t>
      </w:r>
    </w:p>
    <w:p>
      <w:r>
        <w:rPr>
          <w:b/>
        </w:rPr>
        <w:t xml:space="preserve">[11:49] </w:t>
      </w:r>
      <w:r>
        <w:t>ji. to yeh aik cheez yaad reh gayi mujhe. aur phir chunaanchay aah aah jab main taqreeban chaar saal ka tha teen chaar saal ka to Maulana Lucknow gaye.</w:t>
      </w:r>
    </w:p>
    <w:p>
      <w:pPr>
        <w:jc w:val="right"/>
      </w:pPr>
      <w:r>
        <w:t>جی۔ تو یہ ایک چیز یاد رہ گئی مجھے۔ اور پھر چونکہ آہ آہ جب میں تقریباً چار سال کا تھا تین چار سال کا تو مولانا لکھنؤ گئے۔</w:t>
      </w:r>
    </w:p>
    <w:p>
      <w:r>
        <w:rPr>
          <w:b/>
        </w:rPr>
        <w:t xml:space="preserve">[12:06] </w:t>
      </w:r>
      <w:r>
        <w:t>to Lucknow, aah aah mein, aah wahan par jo Nadva hai us mein Maulana, aah kaam karte thay research ka aur jo students kuch hotay thay woh aate thay milne.</w:t>
      </w:r>
    </w:p>
    <w:p>
      <w:pPr>
        <w:jc w:val="right"/>
      </w:pPr>
      <w:r>
        <w:t>تو لکھنؤ، آہ آہ میں، آہ وہاں پر جو ندوہ ہے اس میں مولانا، آہ کام کرتے تھے research کا اور جو students کچھ ہوتے تھے وہ آتے تھے ملنے۔</w:t>
      </w:r>
    </w:p>
    <w:p>
      <w:r>
        <w:rPr>
          <w:b/>
        </w:rPr>
        <w:t xml:space="preserve">[12:25] </w:t>
      </w:r>
      <w:r>
        <w:t>to aah mujhe ziyada kuch yaad nahin hai Nadva ka ki baatein chunaanchay teen chaar saal nineteen sixty four ki baat hai yeh. ji.</w:t>
      </w:r>
    </w:p>
    <w:p>
      <w:pPr>
        <w:jc w:val="right"/>
      </w:pPr>
      <w:r>
        <w:t>تو آہ مجھے زیادہ کچھ یاد نہیں ہے ندوہ کا کی باتیں چونکہ تین چار سال nineteen sixty four کی بات ہے یہ۔ جی۔</w:t>
      </w:r>
    </w:p>
    <w:p>
      <w:r>
        <w:rPr>
          <w:b/>
        </w:rPr>
        <w:t xml:space="preserve">[12:35] </w:t>
      </w:r>
      <w:r>
        <w:t>aah to wahan par aah aik baar bas yeh cheez yaad reh gayi ke nineteen sixty four mein jab Jawahar Lal Nehru ki death hui to Nadva jo hai woh bilkul Gomti nadi ke paas hai.</w:t>
      </w:r>
    </w:p>
    <w:p>
      <w:pPr>
        <w:jc w:val="right"/>
      </w:pPr>
      <w:r>
        <w:t>آہ تو وہاں پر آہ ایک بار بس یہ چیز یاد رہ گئی کہ nineteen sixty four میں جب جواہر لال نہرو کی death ہوئی تو ندوہ جو ہے وہ بالکل گومتی ندی کے پاس ہے۔</w:t>
      </w:r>
    </w:p>
    <w:p>
      <w:r>
        <w:rPr>
          <w:b/>
        </w:rPr>
        <w:t xml:space="preserve">[12:52] </w:t>
      </w:r>
      <w:r>
        <w:t>to un ki jo ashes theen woh bahai gayeen daryaon mein. to Gomti mein bhi bahai gayee theen. to mujhe yaad hai ke helicopter aaya tha to us zamane mein helicopter bohat bari cheez hoti thi.</w:t>
      </w:r>
    </w:p>
    <w:p>
      <w:pPr>
        <w:jc w:val="right"/>
      </w:pPr>
      <w:r>
        <w:t>تو ان کی جو ashes تھیں وہ بہائی گئیں دریاؤں میں۔ تو گومتی میں بھی بہائی گئی تھیں۔ تو مجھے یاد ہے کہ ہیلی کاپٹر آیا تھا تو اس زمانے میں ہیلی کاپٹر بہت بڑی چیز ہوتی تھی۔</w:t>
      </w:r>
    </w:p>
    <w:p>
      <w:r>
        <w:rPr>
          <w:b/>
        </w:rPr>
        <w:t xml:space="preserve">[13:02] </w:t>
      </w:r>
      <w:r>
        <w:t>hmm. to woh phool waghera us ne darya mein giraye. to yeh bas mujhe yaad reh gaya wahan ki aur baqi aah aik aadh saal hi shayad do saal rahe wahan.</w:t>
      </w:r>
    </w:p>
    <w:p>
      <w:pPr>
        <w:jc w:val="right"/>
      </w:pPr>
      <w:r>
        <w:t>ہمم۔ تو وہ پھول وغیرہ اس نے دریا میں گرائے۔ تو یہ بس مجھے یاد رہ گیا وہاں کی اور باقی آہ ایک آدھ سال ہی شاید دو سال رہے وہاں۔</w:t>
      </w:r>
    </w:p>
    <w:p>
      <w:r>
        <w:rPr>
          <w:b/>
        </w:rPr>
        <w:t xml:space="preserve">[13:14] </w:t>
      </w:r>
      <w:r>
        <w:t>pehlay to main Maulana ke sath hi raha phir walida aa gayeen aur apa bhi aa gayeen. to woh bohat period bohat ziyada is mein baatein yaad nahin mujhe us waqt.</w:t>
      </w:r>
    </w:p>
    <w:p>
      <w:pPr>
        <w:jc w:val="right"/>
      </w:pPr>
      <w:r>
        <w:t>پہلے تو میں مولانا کے ساتھ ہی رہا پھر والدہ آ گئیں اور آپا بھی آ گئیں۔ تو وہ بہت period بہت زیادہ اس میں باتیں یاد نہیں مجھے اس وقت۔</w:t>
      </w:r>
    </w:p>
    <w:p>
      <w:r>
        <w:rPr>
          <w:b/>
        </w:rPr>
        <w:t xml:space="preserve">[13:27] </w:t>
      </w:r>
      <w:r>
        <w:t>ji. chunaanchay bohat hi chota tha main us waqt. aah</w:t>
      </w:r>
    </w:p>
    <w:p>
      <w:pPr>
        <w:jc w:val="right"/>
      </w:pPr>
      <w:r>
        <w:t>جی۔ چونکہ بہت ہی چھوٹا تھا میں اس وقت۔ آہ</w:t>
      </w:r>
    </w:p>
    <w:p>
      <w:r>
        <w:rPr>
          <w:b/>
        </w:rPr>
        <w:t xml:space="preserve">[13:32] </w:t>
      </w:r>
      <w:r>
        <w:t>Doctor sahib Maulana ke sath sab ka yahi experience raha ke koi bhi Maulana se milta tha to un ka aisa advice hota tha ke jo aik life long advice ban jata tha.</w:t>
      </w:r>
    </w:p>
    <w:p>
      <w:pPr>
        <w:jc w:val="right"/>
      </w:pPr>
      <w:r>
        <w:t>ڈاکٹر صاحب مولانا کے ساتھ سب کا یہی experience رہا کہ کوئی بھی مولانا سے ملتا تھا تو ان کا ایسا advice ہوتا تھا کہ جو ایک life long advice بن جاتا تھا۔</w:t>
      </w:r>
    </w:p>
    <w:p>
      <w:r>
        <w:rPr>
          <w:b/>
        </w:rPr>
        <w:t xml:space="preserve">[13:43] </w:t>
      </w:r>
      <w:r>
        <w:t>ji. to zahir si baat hai ke aap aap ko to bohat advice diye honge unhon nay koi aisa advice jo aap hum sab logon ke sath share karna chahein aah jo hamare liye bhi aik life long advice ban jaye.</w:t>
      </w:r>
    </w:p>
    <w:p>
      <w:pPr>
        <w:jc w:val="right"/>
      </w:pPr>
      <w:r>
        <w:t>جی۔ تو ظاہر سی بات ہے کہ آپ آپ کو تو بہت advice دیے ہوں گے انہوں نے کوئی ایسا advice جو آپ ہم سب لوگوں کے ساتھ share کرنا چاہیں آہ جو ہمارے لیے بھی ایک life long advice بن جائے۔</w:t>
      </w:r>
    </w:p>
    <w:p>
      <w:r>
        <w:rPr>
          <w:b/>
        </w:rPr>
        <w:t xml:space="preserve">[13:58] </w:t>
      </w:r>
      <w:r>
        <w:t>Early jo learning mujhe sab se aham hui early stages mein woh yeh ke aah Maulana was a very hard working person.</w:t>
      </w:r>
    </w:p>
    <w:p>
      <w:pPr>
        <w:jc w:val="right"/>
      </w:pPr>
      <w:r>
        <w:t>Early جو learning مجھے سب سے اہم ہوئی early stages میں وہ یہ کہ آہ مولانا was اے very hard working person۔</w:t>
      </w:r>
    </w:p>
    <w:p>
      <w:r>
        <w:rPr>
          <w:b/>
        </w:rPr>
        <w:t xml:space="preserve">[14:11] </w:t>
      </w:r>
      <w:r>
        <w:t>ji. bohat matlab subah fajar ke waqt se le ke raat ko isha tak kaam hi karte rehte thay. aur un ka kaam tha parhna aur likhna.</w:t>
      </w:r>
    </w:p>
    <w:p>
      <w:pPr>
        <w:jc w:val="right"/>
      </w:pPr>
      <w:r>
        <w:t>جی۔ بہت مطلب صبح فجر کے وقت سے لے کے رات کو عشاء تک کام ہی کرتے رہتے تھے۔ اور ان کا کام تھا پڑھنا اور لکھنا۔</w:t>
      </w:r>
    </w:p>
    <w:p>
      <w:r>
        <w:rPr>
          <w:b/>
        </w:rPr>
        <w:t xml:space="preserve">[14:22] </w:t>
      </w:r>
      <w:r>
        <w:t>bas kitabon mein gharaq rehte thay. chunaanchay mujhe lagta hai Maulana nay bohat hi early stage mein early ages mein jab woh bohat hi chotay thay shayad twenty years ke aas paas us waqt un ko yeh realize ho gaya ke woh likh sakte hain.</w:t>
      </w:r>
    </w:p>
    <w:p>
      <w:pPr>
        <w:jc w:val="right"/>
      </w:pPr>
      <w:r>
        <w:t>بس کتابوں میں غرق رہتے تھے۔ چونکہ مجھے لگتا ہے مولانا نے بہت ہی early stage میں early ages میں جب وہ بہت ہی چھوٹے تھے شاید twenty years کے آس پاس اس وقت ان کو یہ realize ہو گیا کہ وہ لکھ سکتے ہیں۔</w:t>
      </w:r>
    </w:p>
    <w:p>
      <w:r>
        <w:rPr>
          <w:b/>
        </w:rPr>
        <w:t xml:space="preserve">[14:45] </w:t>
      </w:r>
      <w:r>
        <w:t>hmm. He can write and analyze. hmm. jo Maulana ki analysis ki power hai woh aap parhte hain kitabon mein jo cheez humein aam aadmi ko nazar nahin aati woh Maulana is ko dekhte hain aur analyze karte hain.</w:t>
      </w:r>
    </w:p>
    <w:p>
      <w:pPr>
        <w:jc w:val="right"/>
      </w:pPr>
      <w:r>
        <w:t>ہمم۔ He can write and analyze۔ ہمم۔ جو مولانا کی analysis کی power ہے وہ آپ پڑھتے ہیں کتابوں میں جو چیز ہمیں عام آدمی کو نظر نہیں آتی وہ مولانا اس کو دیکھتے ہیں اور analyze کرتے ہیں۔</w:t>
      </w:r>
    </w:p>
    <w:p>
      <w:r>
        <w:rPr>
          <w:b/>
        </w:rPr>
        <w:t xml:space="preserve">[14:58] </w:t>
      </w:r>
      <w:r>
        <w:t>hmm. to jab unhon nay yeh realize kiya ke he can write and he can analyze to woh is pe lag gaye. hmm. woh kaam unhon nay poori tarah se is kaam pe lag gaye aur likhna aur parhna likhna aur parhna aur koi kaam nahin kiya.</w:t>
      </w:r>
    </w:p>
    <w:p>
      <w:pPr>
        <w:jc w:val="right"/>
      </w:pPr>
      <w:r>
        <w:t>ہمم۔ تو جب انہوں نے یہ realize کیا کہ he can write and he can analyze تو وہ اس پہ لگ گئے۔ ہمم۔ وہ کام انہوں نے پوری طرح سے اس کام پہ لگ گئے اور لکھنا اور پڑھنا لکھنا اور پڑھنا اور کوئی کام نہیں کیا۔</w:t>
      </w:r>
    </w:p>
    <w:p>
      <w:r>
        <w:rPr>
          <w:b/>
        </w:rPr>
        <w:t xml:space="preserve">[15:15] </w:t>
      </w:r>
      <w:r>
        <w:t>ji. chunaanchay har insaan aah ko Allah taala nay koi khaas salahiyat di hai. hmm. aah to is ko woh discover karna chahiye.</w:t>
      </w:r>
    </w:p>
    <w:p>
      <w:pPr>
        <w:jc w:val="right"/>
      </w:pPr>
      <w:r>
        <w:t>جی۔ چونکہ ہر انسان آہ کو اللہ تعالی نے کوئی خاص صلاحیت دی ہے۔ ہمم۔ آہ تو اس کو وہ discover کرنا چاہیے۔</w:t>
      </w:r>
    </w:p>
    <w:p>
      <w:r>
        <w:rPr>
          <w:b/>
        </w:rPr>
        <w:t xml:space="preserve">[15:27] </w:t>
      </w:r>
      <w:r>
        <w:t>hmm. Ke Allah ne kaun si khaas ah quality salahiyat us ko di hai jab woh is ko</w:t>
      </w:r>
    </w:p>
    <w:p>
      <w:pPr>
        <w:jc w:val="right"/>
      </w:pPr>
      <w:r>
        <w:t>ہمم۔ کہ اللہ نے کون سی خاص آہ quality صلاحیت اس کو دی ہے جب وہ اس کو</w:t>
      </w:r>
    </w:p>
    <w:p>
      <w:r>
        <w:rPr>
          <w:b/>
        </w:rPr>
        <w:t xml:space="preserve">[15:36] </w:t>
      </w:r>
      <w:r>
        <w:t>discover kar le to is ko chahiye ke woh ah is pe lag jaye jam jaye aur tabhi</w:t>
      </w:r>
    </w:p>
    <w:p>
      <w:pPr>
        <w:jc w:val="right"/>
      </w:pPr>
      <w:r>
        <w:t>discover کر لے تو اس کو چاہیے کہ وہ آہ اس پہ لگ جائے جم جائے اور تبھی</w:t>
      </w:r>
    </w:p>
    <w:p>
      <w:r>
        <w:rPr>
          <w:b/>
        </w:rPr>
        <w:t xml:space="preserve">[15:44] </w:t>
      </w:r>
      <w:r>
        <w:t>is ko success hasil hogi worldly ah aitbaar se bhi aur aakhirat ke aitbaar se to mein mein</w:t>
      </w:r>
    </w:p>
    <w:p>
      <w:pPr>
        <w:jc w:val="right"/>
      </w:pPr>
      <w:r>
        <w:t>اس کو success حاصل ہوگی worldly آہ اعتبار سے بھی اور آخرت کے اعتبار سے تو میں میں</w:t>
      </w:r>
    </w:p>
    <w:p>
      <w:r>
        <w:rPr>
          <w:b/>
        </w:rPr>
        <w:t xml:space="preserve">[15:52] </w:t>
      </w:r>
      <w:r>
        <w:t>samajhta hoon ke yeh jo maine note kiya ke Maulana bas likhte padhte the aur jo log</w:t>
      </w:r>
    </w:p>
    <w:p>
      <w:pPr>
        <w:jc w:val="right"/>
      </w:pPr>
      <w:r>
        <w:t>سمجھتا ہوں کہ یہ جو میں نے نوٹ کیا کہ مولانا بس لکھتے پڑھتے تھے اور جو لوگ</w:t>
      </w:r>
    </w:p>
    <w:p>
      <w:r>
        <w:rPr>
          <w:b/>
        </w:rPr>
        <w:t xml:space="preserve">[15:58] </w:t>
      </w:r>
      <w:r>
        <w:t>aate the un ke haan chuki mein aksar baithta tha jab log aate the to maine dekha</w:t>
      </w:r>
    </w:p>
    <w:p>
      <w:pPr>
        <w:jc w:val="right"/>
      </w:pPr>
      <w:r>
        <w:t>آتے تھے ان کے ہاں چونکہ میں اکثر بیٹھتا تھا جب لوگ آتے تھے تو میں نے دیکھا</w:t>
      </w:r>
    </w:p>
    <w:p>
      <w:r>
        <w:rPr>
          <w:b/>
        </w:rPr>
        <w:t xml:space="preserve">[16:05] </w:t>
      </w:r>
      <w:r>
        <w:t>ke baat bhi woh yahi karte the likhne padhne wali Qur'an ki hadees ki ya koi aur baat</w:t>
      </w:r>
    </w:p>
    <w:p>
      <w:pPr>
        <w:jc w:val="right"/>
      </w:pPr>
      <w:r>
        <w:t>کہ بات بھی وہ یہی کرتے تھے لکھنے پڑھنے والی قرآن کی حدیث کی یا کوئی اور بات</w:t>
      </w:r>
    </w:p>
    <w:p>
      <w:r>
        <w:rPr>
          <w:b/>
        </w:rPr>
        <w:t xml:space="preserve">[16:11] </w:t>
      </w:r>
      <w:r>
        <w:t>koi political baat</w:t>
      </w:r>
    </w:p>
    <w:p>
      <w:pPr>
        <w:jc w:val="right"/>
      </w:pPr>
      <w:r>
        <w:t>کوئی political بات</w:t>
      </w:r>
    </w:p>
    <w:p>
      <w:r>
        <w:rPr>
          <w:b/>
        </w:rPr>
        <w:t xml:space="preserve">[16:13] </w:t>
      </w:r>
      <w:r>
        <w:t>koi aah idhar udhar ki baat koi shair o shayari. hmm. koi joke yeh sab nay intehai sanjeeda guftagu hoti thi aur is se dono ko faida hota tha.</w:t>
      </w:r>
    </w:p>
    <w:p>
      <w:pPr>
        <w:jc w:val="right"/>
      </w:pPr>
      <w:r>
        <w:t>کوئی آہ ادھر ادھر کی بات کوئی شعر و شاعری۔ ہمم۔ کوئی جوک یہ سب نے انتہائی سنجیدہ گفتگو ہوتی تھی اور اس سے دونوں کو فائدہ ہوتا تھا۔</w:t>
      </w:r>
    </w:p>
    <w:p>
      <w:r>
        <w:rPr>
          <w:b/>
        </w:rPr>
        <w:t xml:space="preserve">[16:27] </w:t>
      </w:r>
      <w:r>
        <w:t>aah aur hamesha un ka zehan bas aah gehri soch mein gharaq rehta tha. hmm. koi faltu baat nahin jo bhi log aah aisay kabhi aaye jo idhar udhar ki baat karte thay to Maulana miltay nahin thay un se baad mein.</w:t>
      </w:r>
    </w:p>
    <w:p>
      <w:pPr>
        <w:jc w:val="right"/>
      </w:pPr>
      <w:r>
        <w:t>آہ اور ہمیشہ ان کا ذہن بس آہ گہری سوچ میں غرق رہتا تھا۔ ہمم۔ کوئی فالتو بات نہیں جو بھی لوگ آہ ایسے کبھی آئے جو ادھر ادھر کی بات کرتے تھے تو مولانا ملتے نہیں تھے ان سے بعد میں۔</w:t>
      </w:r>
    </w:p>
    <w:p>
      <w:r>
        <w:rPr>
          <w:b/>
        </w:rPr>
        <w:t xml:space="preserve">[16:43] </w:t>
      </w:r>
      <w:r>
        <w:t>ji. to yeh hamesha un ka un ka tareeqa raha ke hamesha sanjeedgi. hmm. aur sincerity. hmm. aur jo maqsad hai jab unhon nay discover kar liya to usi maqsad usi mission mein apni zindagi ko lagati thi.</w:t>
      </w:r>
    </w:p>
    <w:p>
      <w:pPr>
        <w:jc w:val="right"/>
      </w:pPr>
      <w:r>
        <w:t>جی۔ تو یہ ہمیشہ ان کا ان کا طریقہ رہا کہ ہمیشہ سنجیدگی۔ ہمم۔ اور sincerity۔ ہمم۔ اور جو مقصد ہے جب انہوں نے discover کر لیا تو اسی مقصد اسی mission میں اپنی زندگی کو لگاتی تھی۔</w:t>
      </w:r>
    </w:p>
    <w:p>
      <w:r>
        <w:rPr>
          <w:b/>
        </w:rPr>
        <w:t xml:space="preserve">[16:58] </w:t>
      </w:r>
      <w:r>
        <w:t>ji. aur aah shayad doctor sahib aah isi liye woh itna zyada unhon ne likha jaise aap ne bataya ke sanjidgi ke sath unhon ne zindagi bitai sincerity ke sath aur likhte rehte the ke aaj do sau se zyada kitaben.</w:t>
      </w:r>
    </w:p>
    <w:p>
      <w:pPr>
        <w:jc w:val="right"/>
      </w:pPr>
      <w:r>
        <w:t>جی۔ اور آہ شاید ڈاکٹر صاحب آہ اسی لیے وہ اتنا زیادہ انہوں نے لکھا جیسے آپ نے بتایا کہ سنجیدگی کے ساتھ انہوں نے زندگی بتائی sincerity کے ساتھ اور لکھتے رہتے تھے کہ آج دو سو سے زیادہ کتابیں۔</w:t>
      </w:r>
    </w:p>
    <w:p>
      <w:r>
        <w:rPr>
          <w:b/>
        </w:rPr>
        <w:t xml:space="preserve">[17:13] </w:t>
      </w:r>
      <w:r>
        <w:t>ji. jo hain aah un ki hain aur translation ka kaam musalsal ab chal raha hai. ji. to yeh isi liye ho paya kyunke woh itna zyada likhte the.</w:t>
      </w:r>
    </w:p>
    <w:p>
      <w:pPr>
        <w:jc w:val="right"/>
      </w:pPr>
      <w:r>
        <w:t>جی۔ جو ہیں آہ ان کی ہیں اور translation کا کام مسلسل اب چل رہا ہے۔ جی۔ تو یہ اسی لیے ہو پایا کیونکہ وہ اتنا زیادہ لکھتے تھے۔</w:t>
      </w:r>
    </w:p>
    <w:p>
      <w:r>
        <w:rPr>
          <w:b/>
        </w:rPr>
        <w:t xml:space="preserve">[17:23] </w:t>
      </w:r>
      <w:r>
        <w:t>mujhe aur mujhe aik baat aur yaad aa rahi hai main aap ki baat. ji ji ji kaat raha hoon ke aik baar kya hua hum jab yahan aaye Nizamuddin mein eighty five ki baat hai.</w:t>
      </w:r>
    </w:p>
    <w:p>
      <w:pPr>
        <w:jc w:val="right"/>
      </w:pPr>
      <w:r>
        <w:t>مجھے اور مجھے ایک بات اور یاد آ رہی ہے میں آپ کی بات۔ جی جی جی کاٹ رہا ہوں کہ ایک بار کیا ہوا ہم جب یہاں آئے نظام الدین میں eighty five کی بات ہے۔</w:t>
      </w:r>
    </w:p>
    <w:p>
      <w:r>
        <w:rPr>
          <w:b/>
        </w:rPr>
        <w:t xml:space="preserve">[17:34] </w:t>
      </w:r>
      <w:r>
        <w:t>hmm. ke aik sahib aaye mere paas encyclopedia britannica le ke. ji. aah thirty volume set.</w:t>
      </w:r>
    </w:p>
    <w:p>
      <w:pPr>
        <w:jc w:val="right"/>
      </w:pPr>
      <w:r>
        <w:t>ہمم۔ کہ ایک صاحب آئے میرے پاس encyclopedia britannica لے کے۔ جی۔ آہ تھرٹی volume set۔</w:t>
      </w:r>
    </w:p>
    <w:p>
      <w:r>
        <w:rPr>
          <w:b/>
        </w:rPr>
        <w:t xml:space="preserve">[17:43] </w:t>
      </w:r>
      <w:r>
        <w:t>hmm. aur aah unhon ne woh bechne ke liye aaye the. hmm. to aah unhon ne kaha yeh thirty thousand ka hai.</w:t>
      </w:r>
    </w:p>
    <w:p>
      <w:pPr>
        <w:jc w:val="right"/>
      </w:pPr>
      <w:r>
        <w:t>ہمم۔ اور آہ انہوں نے وہ بیچنے کے لیے آئے تھے۔ ہمم۔ تو آہ انہوں نے کہا یہ تھرٹی thousand کا ہے۔</w:t>
      </w:r>
    </w:p>
    <w:p>
      <w:r>
        <w:rPr>
          <w:b/>
        </w:rPr>
        <w:t xml:space="preserve">[17:53] </w:t>
      </w:r>
      <w:r>
        <w:t>hmm. aur unhon ne kaha main is ko chhod ke jata hoon aap ke paas. aah aik haftay ke liye ya chand dinon ke liye phir aaunga agar aap aah is ko pasand karenge to le lijiyega warna main wapas le lunga.</w:t>
      </w:r>
    </w:p>
    <w:p>
      <w:pPr>
        <w:jc w:val="right"/>
      </w:pPr>
      <w:r>
        <w:t>ہمم۔ اور انہوں نے کہا میں اس کو چھوڑ کے جاتا ہوں آپ کے پاس۔ آہ ایک ہفتے کے لیے یا چند دنوں کے لیے پھر آؤں گا اگر آپ آہ اس کو پسند کریں گے تو لے لیجیے گا ورنہ میں واپس لے لوں گا۔</w:t>
      </w:r>
    </w:p>
    <w:p>
      <w:r>
        <w:rPr>
          <w:b/>
        </w:rPr>
        <w:t xml:space="preserve">[18:07] </w:t>
      </w:r>
      <w:r>
        <w:t>to main ne Maulana ko dikhaya ke yeh encyclopedia britannica. ji. koi sahib la ke de gaye hain aap ko pasand hai to hum le len usay to Maulana ne usay khola dekha parha aik do din tak to unhon ne kaha theek hai is ko tum khareed lo.</w:t>
      </w:r>
    </w:p>
    <w:p>
      <w:pPr>
        <w:jc w:val="right"/>
      </w:pPr>
      <w:r>
        <w:t>تو میں نے مولانا کو دکھایا کہ یہ encyclopedia britannica۔ جی۔ کوئی صاحب لا کے دے گئے ہیں آپ کو پسند ہے تو ہم لے لیں اسے تو مولانا نے اسے کھولا دیکھا پڑھا ایک دو دن تک تو انہوں نے کہا ٹھیک ہے اس کو تم خرید لو۔</w:t>
      </w:r>
    </w:p>
    <w:p>
      <w:r>
        <w:rPr>
          <w:b/>
        </w:rPr>
        <w:t xml:space="preserve">[18:25] </w:t>
      </w:r>
      <w:r>
        <w:t>hmm. mera khayal hai zindagi mein kabhi koi cheez unhon ne mujh se kahin nahi khareedne ke liye sirf encyclopedia halanke us zamane mein eighty five mein thirty thousand was a big money.</w:t>
      </w:r>
    </w:p>
    <w:p>
      <w:pPr>
        <w:jc w:val="right"/>
      </w:pPr>
      <w:r>
        <w:t>ہمم۔ میرا خیال ہے زندگی میں کبھی کوئی چیز انہوں نے مجھ سے کہیں نہیں خریدنے کے لیے صرف encyclopedia حالانکہ اس زمانے میں eighty five میں تھرٹی thousand was اے big money۔</w:t>
      </w:r>
    </w:p>
    <w:p>
      <w:r>
        <w:rPr>
          <w:b/>
        </w:rPr>
        <w:t xml:space="preserve">[18:35] </w:t>
      </w:r>
      <w:r>
        <w:t>yar definitely. haan lekin unhon ne is ko kaha ke theek hai le lo aur agar aaj jayen aap wahan par un ke room mein woh rakhi hui hai.</w:t>
      </w:r>
    </w:p>
    <w:p>
      <w:pPr>
        <w:jc w:val="right"/>
      </w:pPr>
      <w:r>
        <w:t>یار definitely۔ ہاں لیکن انہوں نے اس کو کہا کہ ٹھیک ہے لے لو اور اگر آج جائیں آپ وہاں پر ان کے room میں وہ رکھی ہوئی ہے۔</w:t>
      </w:r>
    </w:p>
    <w:p>
      <w:r>
        <w:rPr>
          <w:b/>
        </w:rPr>
        <w:t xml:space="preserve">[18:43] </w:t>
      </w:r>
      <w:r>
        <w:t>sari series hai. sari series hai aap kholiye koi page to us pe Maulana ki hath se kuch likha hua hoga taqreeban har page unhon ne parha. ji. har subject ko unhon ne parha to un ka bas shauq yahi tha.</w:t>
      </w:r>
    </w:p>
    <w:p>
      <w:pPr>
        <w:jc w:val="right"/>
      </w:pPr>
      <w:r>
        <w:t>ساری سیریز ہے۔ ساری سیریز ہے آپ کھولیے کوئی page تو اس پہ مولانا کی ہاتھ سے کچھ لکھا ہوا ہوگا تقریباً ہر page انہوں نے پڑھا۔ جی۔ ہر سبجیکٹ کو انہوں نے پڑھا تو ان کا بس شوق یہی تھا۔</w:t>
      </w:r>
    </w:p>
    <w:p>
      <w:r>
        <w:rPr>
          <w:b/>
        </w:rPr>
        <w:t xml:space="preserve">[18:54] </w:t>
      </w:r>
      <w:r>
        <w:t>ji. parhna aur likhna parhna aur likhna aur sab se herat angez baat yeh bhi hai doctor sahib ke aah main ne khud woh pages flip kiye hain kyunke kai baar Maulana kehte the ke aap yeh nikaliye aur to woh un ko yaad bhi hai ke kahan pe kya likha hua hai.</w:t>
      </w:r>
    </w:p>
    <w:p>
      <w:pPr>
        <w:jc w:val="right"/>
      </w:pPr>
      <w:r>
        <w:t>جی۔ پڑھنا اور لکھنا پڑھنا اور لکھنا اور سب سے حیرت انگیز بات یہ بھی ہے ڈاکٹر صاحب کہ آہ میں نے خود وہ pages flip کیے ہیں کیونکہ کئی بار مولانا کہتے تھے کہ آپ یہ نکالیے اور تو وہ ان کو یاد بھی ہے کہ کہاں پہ کیا لکھا ہوا ہے۔</w:t>
      </w:r>
    </w:p>
    <w:p>
      <w:r>
        <w:rPr>
          <w:b/>
        </w:rPr>
        <w:t xml:space="preserve">[19:09] </w:t>
      </w:r>
      <w:r>
        <w:t>ji. aur kahan pe woh cheez jo woh dhoondhna cha rahe hain woh mile gi. zabardast memory thi Maulana ki. ji. aur doosri cheez yeh hai ke jaise aap ne bataya ke aah woh likhte rahe aur sanjidgi ke sath unhon ne zindagi guzari aur doosri cheez yeh hai ke hamesha un ka jo attitude tha woh well wishing wala attitude tha wahi unhon ne hum sab ko bhi sikhaya.</w:t>
      </w:r>
    </w:p>
    <w:p>
      <w:pPr>
        <w:jc w:val="right"/>
      </w:pPr>
      <w:r>
        <w:t>جی۔ اور کہاں پہ وہ چیز جو وہ ڈھونڈنا چاہ رہے ہیں وہ ملے گی۔ زبردست memory تھی مولانا کی۔ جی۔ اور دوسری چیز یہ ہے کہ جیسے آپ نے بتایا کہ آہ وہ لکھتے رہے اور سنجیدگی کے ساتھ انہوں نے زندگی گزاری اور دوسری چیز یہ ہے کہ ہمیشہ ان کا جو attitude تھا وہ well wishing والا attitude تھا وہی انہوں نے ہم سب کو بھی سکھایا۔</w:t>
      </w:r>
    </w:p>
    <w:p>
      <w:r>
        <w:rPr>
          <w:b/>
        </w:rPr>
        <w:t xml:space="preserve">[19:29] </w:t>
      </w:r>
      <w:r>
        <w:t>bilkul. to un ka woh aah mujhe bohat acha lagta tha jumla ke jo de us ka bhi bhala aur jo na de aah us ka bhi bhala. ji.</w:t>
      </w:r>
    </w:p>
    <w:p>
      <w:pPr>
        <w:jc w:val="right"/>
      </w:pPr>
      <w:r>
        <w:t>بالکل۔ تو ان کا وہ آہ مجھے بہت اچھا لگتا تھا جملہ کہ جو دے اس کا بھی بھلا اور جو نہ دے آہ اس کا بھی بھلا۔ جی۔</w:t>
      </w:r>
    </w:p>
    <w:p>
      <w:r>
        <w:rPr>
          <w:b/>
        </w:rPr>
        <w:t xml:space="preserve">[19:37] </w:t>
      </w:r>
      <w:r>
        <w:t>to it's sort of reflects on how a daai should be. hmm. ke aik daai ko hamesha is dunya mein aik giver member ki hesiyat se aah rehna chahiye jaise aik peR hota hai.</w:t>
      </w:r>
    </w:p>
    <w:p>
      <w:pPr>
        <w:jc w:val="right"/>
      </w:pPr>
      <w:r>
        <w:t>تو it's sort of reflects on how a داعی should be۔ ہمم۔ کہ ایک داعی کو ہمیشہ اس دنیا میں ایک giver member کی حیثیت سے آہ رہنا چاہیے جیسے ایک پیڑ ہوتا ہے۔</w:t>
      </w:r>
    </w:p>
    <w:p>
      <w:r>
        <w:rPr>
          <w:b/>
        </w:rPr>
        <w:t xml:space="preserve">[19:49] </w:t>
      </w:r>
      <w:r>
        <w:t>bilkul. aah peR ka bohat acha example batate the woh aah ke peR sirf dena janta hai. aah and that is how you know we should lead our life.</w:t>
      </w:r>
    </w:p>
    <w:p>
      <w:pPr>
        <w:jc w:val="right"/>
      </w:pPr>
      <w:r>
        <w:t>بالکل۔ آہ پیڑ کا بڑا اچھا example بتاتے تھے وہ آہ کہ پیڑ صرف دینا جانتا ہے۔ آہ and that is how you know we should lead our life۔</w:t>
      </w:r>
    </w:p>
    <w:p>
      <w:r>
        <w:rPr>
          <w:b/>
        </w:rPr>
        <w:t xml:space="preserve">[19:57] </w:t>
      </w:r>
      <w:r>
        <w:t>bilkul. aah doctor sahib aah aagay barhte hain. aah I personally doctor sahib I remember I I have known you for last twenty one years and aah I have also had the opportunity to travel with you to main ne aik cheez jo observe kari hai ke aap ko ghussa nahi aata hai to is ke peechay kya secret form</w:t>
      </w:r>
    </w:p>
    <w:p>
      <w:pPr>
        <w:jc w:val="right"/>
      </w:pPr>
      <w:r>
        <w:t>بالکل۔ آہ ڈاکٹر صاحب آہ آگے بڑھتے ہیں۔ آہ آئی personally ڈاکٹر صاحب آئی remember آئی آئی have known you for last twenty one years and آہ آئی have also had the opportunity to travel with you تو میں نے ایک چیز جو observe کری ہے کہ آپ کو غصہ نہیں آتا ہے تو اس کے پیچھے کیا secret form</w:t>
      </w:r>
    </w:p>
    <w:p>
      <w:r>
        <w:rPr>
          <w:b/>
        </w:rPr>
        <w:t xml:space="preserve">[20:18] </w:t>
      </w:r>
      <w:r>
        <w:t>ula hai aah mere ko bhi ghussa aata hai aur maine aksar dekha hai logon ko ke</w:t>
      </w:r>
    </w:p>
    <w:p>
      <w:pPr>
        <w:jc w:val="right"/>
      </w:pPr>
      <w:r>
        <w:t>ula ہے آہ میرے کو بھی غصہ آتا ہے اور میں نے اکثر دیکھا ہے لوگوں کو کہ</w:t>
      </w:r>
    </w:p>
    <w:p>
      <w:r>
        <w:rPr>
          <w:b/>
        </w:rPr>
        <w:t xml:space="preserve">[20:22] </w:t>
      </w:r>
      <w:r>
        <w:t>koi agar aisi situation aa jaye to immediate reaction aah zaroor aata hai lekin aap ko maine</w:t>
      </w:r>
    </w:p>
    <w:p>
      <w:pPr>
        <w:jc w:val="right"/>
      </w:pPr>
      <w:r>
        <w:t>کوئی اگر ایسی situation آ جائے تو immediate reaction آہ ضرور آتا ہے لیکن آپ کو میں نے</w:t>
      </w:r>
    </w:p>
    <w:p>
      <w:r>
        <w:rPr>
          <w:b/>
        </w:rPr>
        <w:t xml:space="preserve">[20:27] </w:t>
      </w:r>
      <w:r>
        <w:t>kai baar aah kaafi mushkil situations mein bhi observe karaya hai aah lekin aap ne kabhi ghussa nahi</w:t>
      </w:r>
    </w:p>
    <w:p>
      <w:pPr>
        <w:jc w:val="right"/>
      </w:pPr>
      <w:r>
        <w:t>کئی بار آہ کافی مشکل situations میں بھی observe کرا ہے آہ لیکن آپ نے کبھی غصہ نہیں</w:t>
      </w:r>
    </w:p>
    <w:p>
      <w:r>
        <w:rPr>
          <w:b/>
        </w:rPr>
        <w:t xml:space="preserve">[20:34] </w:t>
      </w:r>
      <w:r>
        <w:t>dikhaya to iska raaz hum sab janna chahenge</w:t>
      </w:r>
    </w:p>
    <w:p>
      <w:pPr>
        <w:jc w:val="right"/>
      </w:pPr>
      <w:r>
        <w:t>دکھایا تو اس کا راز ہم سب جاننا چاہیں گے</w:t>
      </w:r>
    </w:p>
    <w:p>
      <w:r>
        <w:rPr>
          <w:b/>
        </w:rPr>
        <w:t xml:space="preserve">[20:39] </w:t>
      </w:r>
      <w:r>
        <w:t>nahi aisa nahi hai ke ghussa nahi aata ghussa to har kisi ko aata hai jo shakhs bhi</w:t>
      </w:r>
    </w:p>
    <w:p>
      <w:pPr>
        <w:jc w:val="right"/>
      </w:pPr>
      <w:r>
        <w:t>نہیں ایسا نہیں ہے کہ غصہ نہیں آتا غصہ تو ہر کسی کو آتا ہے جو شخص بھی</w:t>
      </w:r>
    </w:p>
    <w:p>
      <w:r>
        <w:rPr>
          <w:b/>
        </w:rPr>
        <w:t xml:space="preserve">[20:45] </w:t>
      </w:r>
      <w:r>
        <w:t>is karah arz pe is zameen pe paida hua hai use ghussa aata hai prophets ko aaya karta</w:t>
      </w:r>
    </w:p>
    <w:p>
      <w:pPr>
        <w:jc w:val="right"/>
      </w:pPr>
      <w:r>
        <w:t>اس کرہ ارض پہ اس زمین پہ پیدا ہوا ہے اسے غصہ آتا ہے prophets کو آیا کرتا</w:t>
      </w:r>
    </w:p>
    <w:p>
      <w:r>
        <w:rPr>
          <w:b/>
        </w:rPr>
        <w:t xml:space="preserve">[20:50] </w:t>
      </w:r>
      <w:r>
        <w:t>tha to hum log to aam aadmi hain</w:t>
      </w:r>
    </w:p>
    <w:p>
      <w:pPr>
        <w:jc w:val="right"/>
      </w:pPr>
      <w:r>
        <w:t>تھا تو ہم لوگ تو عام آدمی ہیں</w:t>
      </w:r>
    </w:p>
    <w:p>
      <w:r>
        <w:rPr>
          <w:b/>
        </w:rPr>
        <w:t xml:space="preserve">[20:54] </w:t>
      </w:r>
      <w:r>
        <w:t>aah quran mein</w:t>
      </w:r>
    </w:p>
    <w:p>
      <w:pPr>
        <w:jc w:val="right"/>
      </w:pPr>
      <w:r>
        <w:t>آہ قرآن میں</w:t>
      </w:r>
    </w:p>
    <w:p>
      <w:r>
        <w:rPr>
          <w:b/>
        </w:rPr>
        <w:t xml:space="preserve">[20:57] </w:t>
      </w:r>
      <w:r>
        <w:t>musa alaihissalam ke bare mein musa alaihissalam bohat ghussa tha unke andar apne bhai ko</w:t>
      </w:r>
    </w:p>
    <w:p>
      <w:pPr>
        <w:jc w:val="right"/>
      </w:pPr>
      <w:r>
        <w:t>موسیٰ علیہ السلام کے بارے میں موسیٰ علیہ السلام بہت غصہ تھا ان کے اندر اپنے بھائی کو</w:t>
      </w:r>
    </w:p>
    <w:p>
      <w:r>
        <w:rPr>
          <w:b/>
        </w:rPr>
        <w:t xml:space="preserve">[21:02] </w:t>
      </w:r>
      <w:r>
        <w:t>hi ek din</w:t>
      </w:r>
    </w:p>
    <w:p>
      <w:pPr>
        <w:jc w:val="right"/>
      </w:pPr>
      <w:r>
        <w:t>ہی ایک دن</w:t>
      </w:r>
    </w:p>
    <w:p>
      <w:r>
        <w:rPr>
          <w:b/>
        </w:rPr>
        <w:t xml:space="preserve">[21:03] </w:t>
      </w:r>
      <w:r>
        <w:t>wo aah jo bhai halanke wo aah paighambar the aur bade the he was elder brother ji aah</w:t>
      </w:r>
    </w:p>
    <w:p>
      <w:pPr>
        <w:jc w:val="right"/>
      </w:pPr>
      <w:r>
        <w:t>وہ آہ جو بھائی حالانکہ وہ آہ پیغمبر تھے اور بڑے تھے he was elder brother جی آہ</w:t>
      </w:r>
    </w:p>
    <w:p>
      <w:r>
        <w:rPr>
          <w:b/>
        </w:rPr>
        <w:t xml:space="preserve">[21:12] </w:t>
      </w:r>
      <w:r>
        <w:t>haroon alaihissalam to ek baar haroon alaihissalam se ghussa ho gaye aur baal aur daadhi pakad</w:t>
      </w:r>
    </w:p>
    <w:p>
      <w:pPr>
        <w:jc w:val="right"/>
      </w:pPr>
      <w:r>
        <w:t>ہارون علیہ السلام تو ایک بار ہارون علیہ السلام سے غصہ ہو گئے اور بال اور داڑھی پکڑ</w:t>
      </w:r>
    </w:p>
    <w:p>
      <w:r>
        <w:rPr>
          <w:b/>
        </w:rPr>
        <w:t xml:space="preserve">[21:18] </w:t>
      </w:r>
      <w:r>
        <w:t>ke kheenchne lage ji quran mein aaya hai ke la humm</w:t>
      </w:r>
    </w:p>
    <w:p>
      <w:pPr>
        <w:jc w:val="right"/>
      </w:pPr>
      <w:r>
        <w:t>کے کھینچنے لگے جی قرآن میں آیا ہے کہ لا ہمم</w:t>
      </w:r>
    </w:p>
    <w:p>
      <w:r>
        <w:rPr>
          <w:b/>
        </w:rPr>
        <w:t xml:space="preserve">[21:24] </w:t>
      </w:r>
      <w:r>
        <w:t>ke aye mere maa ke bete mera baal aur meri daadhi mat kheecho pakad ke to ghussa to</w:t>
      </w:r>
    </w:p>
    <w:p>
      <w:pPr>
        <w:jc w:val="right"/>
      </w:pPr>
      <w:r>
        <w:t>کہ اے میرے ماں کے بیٹے میرا بال اور میری داڑھی مت کھینچو پکڑ کے تو غصہ تو</w:t>
      </w:r>
    </w:p>
    <w:p>
      <w:r>
        <w:rPr>
          <w:b/>
        </w:rPr>
        <w:t xml:space="preserve">[21:32] </w:t>
      </w:r>
      <w:r>
        <w:t>har kisi ko aata hai balkeh rasool Allah sallallahu alaihi wasallam ko ke bohat sari baatein aati</w:t>
      </w:r>
    </w:p>
    <w:p>
      <w:pPr>
        <w:jc w:val="right"/>
      </w:pPr>
      <w:r>
        <w:t>ہر کسی کو آتا ہے بلکہ رسول اللہ صلی اللہ علیہ وسلم کو کہ بہت ساری باتیں آتی</w:t>
      </w:r>
    </w:p>
    <w:p>
      <w:r>
        <w:rPr>
          <w:b/>
        </w:rPr>
        <w:t xml:space="preserve">[21:37] </w:t>
      </w:r>
      <w:r>
        <w:t>hain kitabon mein ke unhein ghussa aata tha</w:t>
      </w:r>
    </w:p>
    <w:p>
      <w:pPr>
        <w:jc w:val="right"/>
      </w:pPr>
      <w:r>
        <w:t>ہیں کتابوں میں کہ انہیں غصہ آتا تھا</w:t>
      </w:r>
    </w:p>
    <w:p>
      <w:r>
        <w:rPr>
          <w:b/>
        </w:rPr>
        <w:t xml:space="preserve">[21:40] </w:t>
      </w:r>
      <w:r>
        <w:t>yani chehra laal ho gaya humm aise halaat hote the ji ek baar rasool Allah sallallahu</w:t>
      </w:r>
    </w:p>
    <w:p>
      <w:pPr>
        <w:jc w:val="right"/>
      </w:pPr>
      <w:r>
        <w:t>یعنی اس چہرہ لال ہو گیا ہمم ایسے حالات ہوتے تھے جی ایک بار رسول اللہ صلی اللہ</w:t>
      </w:r>
    </w:p>
    <w:p>
      <w:r>
        <w:rPr>
          <w:b/>
        </w:rPr>
        <w:t xml:space="preserve">[21:47] </w:t>
      </w:r>
      <w:r>
        <w:t>alaihi wasallam baithe</w:t>
      </w:r>
    </w:p>
    <w:p>
      <w:pPr>
        <w:jc w:val="right"/>
      </w:pPr>
      <w:r>
        <w:t>علیہ وسلم بیٹھے</w:t>
      </w:r>
    </w:p>
    <w:p>
      <w:r>
        <w:rPr>
          <w:b/>
        </w:rPr>
        <w:t xml:space="preserve">[21:48] </w:t>
      </w:r>
      <w:r>
        <w:t>hue the aur Sahaba baithe hue the baat cheet ho rahi thi to kuch baat kahi Rasool Allah صلی اللہ علیہ وسلم ne prophet Muhammad ne koi baat kahi to us ke jawab mein aik Sahabi ne kaha mashallah washeet wa washeet</w:t>
      </w:r>
    </w:p>
    <w:p>
      <w:pPr>
        <w:jc w:val="right"/>
      </w:pPr>
      <w:r>
        <w:t>ہوئے تھے اور صحابہ بیٹھے ہوئے تھے بات چیت ہو رہی تھی تو کچھ بات کہی رسول اللہ صلی اللہ علیہ وسلم نے prophet محمد نے کوئی بات کہی تو اس کے جواب میں ایک صحابی نے کہا ماشاءاللہ وشیت وماشیت</w:t>
      </w:r>
    </w:p>
    <w:p>
      <w:r>
        <w:rPr>
          <w:b/>
        </w:rPr>
        <w:t xml:space="preserve">[22:15] </w:t>
      </w:r>
      <w:r>
        <w:t>yani jo Allah chahega wo hoga aur jo aap chahenge wo hoga</w:t>
      </w:r>
    </w:p>
    <w:p>
      <w:pPr>
        <w:jc w:val="right"/>
      </w:pPr>
      <w:r>
        <w:t>یعنی جو اللہ چاہے گا وہ ہوگا اور جو آپ چاہیں گے وہ ہوگا</w:t>
      </w:r>
    </w:p>
    <w:p>
      <w:r>
        <w:rPr>
          <w:b/>
        </w:rPr>
        <w:t xml:space="preserve">[22:23] </w:t>
      </w:r>
      <w:r>
        <w:t>تو یہ جملہ سن کے Prophet بہت ہی غصہ ہو گئے</w:t>
      </w:r>
    </w:p>
    <w:p>
      <w:pPr>
        <w:jc w:val="right"/>
      </w:pPr>
      <w:r>
        <w:t>تو یہ جملہ سن کے prophet بہت ہی غصہ ہو گئے</w:t>
      </w:r>
    </w:p>
    <w:p>
      <w:r>
        <w:rPr>
          <w:b/>
        </w:rPr>
        <w:t xml:space="preserve">[22:27] </w:t>
      </w:r>
      <w:r>
        <w:t>bole ke tum ne mujhe aur Allah ko barabar kar diya humm tum sirf yeh kaho mashallah wahdahu</w:t>
      </w:r>
    </w:p>
    <w:p>
      <w:pPr>
        <w:jc w:val="right"/>
      </w:pPr>
      <w:r>
        <w:t>بولے کہ تم نے مجھے اور اللہ کو برابر کر دیا ہمم تم صرف یہ کہو ماشاءاللہ وحدہ</w:t>
      </w:r>
    </w:p>
    <w:p>
      <w:r>
        <w:rPr>
          <w:b/>
        </w:rPr>
        <w:t xml:space="preserve">[22:35] </w:t>
      </w:r>
      <w:r>
        <w:t>humm sirf wohi hoga jo Allah chahega ji</w:t>
      </w:r>
    </w:p>
    <w:p>
      <w:pPr>
        <w:jc w:val="right"/>
      </w:pPr>
      <w:r>
        <w:t>ہمم صرف وہی ہوگا جو اللہ چاہے گا جی</w:t>
      </w:r>
    </w:p>
    <w:p>
      <w:r>
        <w:rPr>
          <w:b/>
        </w:rPr>
        <w:t xml:space="preserve">[22:39] </w:t>
      </w:r>
      <w:r>
        <w:t>to ghussa to behal har insaan ke andar aata hai aur yeh ek bohat hi natural si cheez</w:t>
      </w:r>
    </w:p>
    <w:p>
      <w:pPr>
        <w:jc w:val="right"/>
      </w:pPr>
      <w:r>
        <w:t>تو غصہ تو بہرحال ہر انسان کے اندر آتا ہے اور یہ ایک بہت ہی natural سی چیز</w:t>
      </w:r>
    </w:p>
    <w:p>
      <w:r>
        <w:rPr>
          <w:b/>
        </w:rPr>
        <w:t xml:space="preserve">[22:46] </w:t>
      </w:r>
      <w:r>
        <w:t>hai aur Maulana ne is pe bohat likha hai</w:t>
      </w:r>
    </w:p>
    <w:p>
      <w:pPr>
        <w:jc w:val="right"/>
      </w:pPr>
      <w:r>
        <w:t>ہے اور مولانا نے اس پہ بہت لکھا ہے</w:t>
      </w:r>
    </w:p>
    <w:p>
      <w:r>
        <w:rPr>
          <w:b/>
        </w:rPr>
        <w:t xml:space="preserve">[22:51] </w:t>
      </w:r>
      <w:r>
        <w:t>Maulana ne likha hai aur lectures mein yeh bataya hai ke jab insaan ghussa hota hai</w:t>
      </w:r>
    </w:p>
    <w:p>
      <w:pPr>
        <w:jc w:val="right"/>
      </w:pPr>
      <w:r>
        <w:t>مولانا نے لکھا ہے اور lectures میں یہ بتایا ہے کہ جب انسان غصہ ہوتا ہے</w:t>
      </w:r>
    </w:p>
    <w:p>
      <w:r>
        <w:rPr>
          <w:b/>
        </w:rPr>
        <w:t xml:space="preserve">[22:58] </w:t>
      </w:r>
      <w:r>
        <w:t>to uska mind jo hota hai is mind is</w:t>
      </w:r>
    </w:p>
    <w:p>
      <w:pPr>
        <w:jc w:val="right"/>
      </w:pPr>
      <w:r>
        <w:t>تو اس کا mind جو ہوتا ہے is mind is</w:t>
      </w:r>
    </w:p>
    <w:p>
      <w:r>
        <w:rPr>
          <w:b/>
        </w:rPr>
        <w:t xml:space="preserve">[23:01] </w:t>
      </w:r>
      <w:r>
        <w:t>at very heightened state hmm bohat hi khaas mauqa hota hai woh aur jo brain hai woh bohat</w:t>
      </w:r>
    </w:p>
    <w:p>
      <w:pPr>
        <w:jc w:val="right"/>
      </w:pPr>
      <w:r>
        <w:t>at very heightened state ہمم بہت ہی خاص موقع ہوتا ہے وہ اور جو brain ہے وہ بہت</w:t>
      </w:r>
    </w:p>
    <w:p>
      <w:r>
        <w:rPr>
          <w:b/>
        </w:rPr>
        <w:t xml:space="preserve">[23:09] </w:t>
      </w:r>
      <w:r>
        <w:t>hi aah zabardast qisam ki energy produce karta hai ji ji to aik tareeqa to yeh hai ke</w:t>
      </w:r>
    </w:p>
    <w:p>
      <w:pPr>
        <w:jc w:val="right"/>
      </w:pPr>
      <w:r>
        <w:t>ہی آہ زبردست قسم کی energy produce کرتا ہے جی جی تو ایک طریقہ تو یہ ہے کہ</w:t>
      </w:r>
    </w:p>
    <w:p>
      <w:r>
        <w:rPr>
          <w:b/>
        </w:rPr>
        <w:t xml:space="preserve">[23:15] </w:t>
      </w:r>
      <w:r>
        <w:t>aap aah kisi ke oopar ghussa ho jayen usko daantne lagen doosra tareeqa yeh hai ke woh</w:t>
      </w:r>
    </w:p>
    <w:p>
      <w:pPr>
        <w:jc w:val="right"/>
      </w:pPr>
      <w:r>
        <w:t>آپ آہ کسی کے اوپر غصہ ہو جائیں اس کو ڈانٹنے لگیں دوسرا طریقہ یہ ہے کہ وہ</w:t>
      </w:r>
    </w:p>
    <w:p>
      <w:r>
        <w:rPr>
          <w:b/>
        </w:rPr>
        <w:t xml:space="preserve">[23:21] </w:t>
      </w:r>
      <w:r>
        <w:t>jo energy produce hui hai usko aap aik positive direction mein channelize karen</w:t>
      </w:r>
    </w:p>
    <w:p>
      <w:pPr>
        <w:jc w:val="right"/>
      </w:pPr>
      <w:r>
        <w:t>جو energy produce ہوئی ہے اس کو آپ ایک positive direction میں channelize کریں</w:t>
      </w:r>
    </w:p>
    <w:p>
      <w:r>
        <w:rPr>
          <w:b/>
        </w:rPr>
        <w:t xml:space="preserve">[23:29] </w:t>
      </w:r>
      <w:r>
        <w:t>to Maulana ne is pe bohat likha hai aur bohat bataya hai Quran mein bhi yeh baat aati</w:t>
      </w:r>
    </w:p>
    <w:p>
      <w:pPr>
        <w:jc w:val="right"/>
      </w:pPr>
      <w:r>
        <w:t>تو مولانا نے اس پہ بہت لکھا ہے اور بہت بتایا ہے قرآن میں بھی یہ بات آتی</w:t>
      </w:r>
    </w:p>
    <w:p>
      <w:r>
        <w:rPr>
          <w:b/>
        </w:rPr>
        <w:t xml:space="preserve">[23:34] </w:t>
      </w:r>
      <w:r>
        <w:t>hai wal kazimeen al ghayz wa aafina an nas</w:t>
      </w:r>
    </w:p>
    <w:p>
      <w:pPr>
        <w:jc w:val="right"/>
      </w:pPr>
      <w:r>
        <w:t>ہے والکاظمین الغیض وعافین الناس</w:t>
      </w:r>
    </w:p>
    <w:p>
      <w:r>
        <w:rPr>
          <w:b/>
        </w:rPr>
        <w:t xml:space="preserve">[23:41] </w:t>
      </w:r>
      <w:r>
        <w:t>yani momin ki believer ki ke baray mein bataya gaya hai ke</w:t>
      </w:r>
    </w:p>
    <w:p>
      <w:pPr>
        <w:jc w:val="right"/>
      </w:pPr>
      <w:r>
        <w:t>یعنی مومن کی believer کی کے بارے میں بتایا گیا ہے کہ</w:t>
      </w:r>
    </w:p>
    <w:p>
      <w:r>
        <w:rPr>
          <w:b/>
        </w:rPr>
        <w:t xml:space="preserve">[23:47] </w:t>
      </w:r>
      <w:r>
        <w:t>wo log ghussa ko pee janay walay hain aur logon ko maaf kar denay walay hain ji to</w:t>
      </w:r>
    </w:p>
    <w:p>
      <w:pPr>
        <w:jc w:val="right"/>
      </w:pPr>
      <w:r>
        <w:t>وہ لوگ غصہ کو پی جانے والے ہیں اور لوگوں کو معاف کر دینے والے ہیں جی تو</w:t>
      </w:r>
    </w:p>
    <w:p>
      <w:r>
        <w:rPr>
          <w:b/>
        </w:rPr>
        <w:t xml:space="preserve">[23:53] </w:t>
      </w:r>
      <w:r>
        <w:t>yeh aah tareeqa hai ke aah jab ghussa aaye to insaan thanday tareeqay se sochen aur aah</w:t>
      </w:r>
    </w:p>
    <w:p>
      <w:pPr>
        <w:jc w:val="right"/>
      </w:pPr>
      <w:r>
        <w:t>یہ آہ طریقہ ہے کہ آہ جب غصہ آئے تو انسان ٹھنڈے طریقے سے سوچے اور آہ</w:t>
      </w:r>
    </w:p>
    <w:p>
      <w:r>
        <w:rPr>
          <w:b/>
        </w:rPr>
        <w:t xml:space="preserve">[24:03] </w:t>
      </w:r>
      <w:r>
        <w:t>ab jaise misaal ke taur pe Hazrat Muhammad sallallahu alaihi wasallam ki ki zindagi se aap len</w:t>
      </w:r>
    </w:p>
    <w:p>
      <w:pPr>
        <w:jc w:val="right"/>
      </w:pPr>
      <w:r>
        <w:t>اب جیسے مثال کے طور پہ حضرت محمد صلی اللہ علیہ وسلم کی کی زندگی سے آپ لیں</w:t>
      </w:r>
    </w:p>
    <w:p>
      <w:r>
        <w:rPr>
          <w:b/>
        </w:rPr>
        <w:t xml:space="preserve">[24:09] </w:t>
      </w:r>
      <w:r>
        <w:t>ji jab Makkah mein thay</w:t>
      </w:r>
    </w:p>
    <w:p>
      <w:pPr>
        <w:jc w:val="right"/>
      </w:pPr>
      <w:r>
        <w:t>جی جب مکہ میں تھے</w:t>
      </w:r>
    </w:p>
    <w:p>
      <w:r>
        <w:rPr>
          <w:b/>
        </w:rPr>
        <w:t xml:space="preserve">[24:13] </w:t>
      </w:r>
      <w:r>
        <w:t>to rozana subah Kaba jaya karte thay</w:t>
      </w:r>
    </w:p>
    <w:p>
      <w:pPr>
        <w:jc w:val="right"/>
      </w:pPr>
      <w:r>
        <w:t>تو روزانہ صبح کعبہ جایا کرتے تھے</w:t>
      </w:r>
    </w:p>
    <w:p>
      <w:r>
        <w:rPr>
          <w:b/>
        </w:rPr>
        <w:t xml:space="preserve">[24:18] </w:t>
      </w:r>
      <w:r>
        <w:t>wahan ke logon ko chunke Kaba mein gathering hoti thi log aate thay to wahan</w:t>
      </w:r>
    </w:p>
    <w:p>
      <w:pPr>
        <w:jc w:val="right"/>
      </w:pPr>
      <w:r>
        <w:t>وہاں کے لوگوں کو چونکہ کعبہ میں gathering ہوتی تھی لوگ آتے تھے تو وہاں</w:t>
      </w:r>
    </w:p>
    <w:p>
      <w:r>
        <w:rPr>
          <w:b/>
        </w:rPr>
        <w:t xml:space="preserve">[24:24] </w:t>
      </w:r>
      <w:r>
        <w:t>logon ko deen ki baat batate thay achi baaten batate thay Quran parh ke sunate thay Islam ke</w:t>
      </w:r>
    </w:p>
    <w:p>
      <w:pPr>
        <w:jc w:val="right"/>
      </w:pPr>
      <w:r>
        <w:t>لوگوں کو دین کی بات بتاتے تھے اچھی باتیں بتاتے تھے قرآن پڑھ کے سناتے تھے اسلام کے</w:t>
      </w:r>
    </w:p>
    <w:p>
      <w:r>
        <w:rPr>
          <w:b/>
        </w:rPr>
        <w:t xml:space="preserve">[24:30] </w:t>
      </w:r>
      <w:r>
        <w:t>baray mein batate thay lekin jo aah</w:t>
      </w:r>
    </w:p>
    <w:p>
      <w:pPr>
        <w:jc w:val="right"/>
      </w:pPr>
      <w:r>
        <w:t>بارے میں بتاتے تھے لیکن جو آہ</w:t>
      </w:r>
    </w:p>
    <w:p>
      <w:r>
        <w:rPr>
          <w:b/>
        </w:rPr>
        <w:t xml:space="preserve">[24:33] </w:t>
      </w:r>
      <w:r>
        <w:t>Makkah ke sardar thay Quraish woh against thay prophet ke to tarah tarah se satate thay pathar marte</w:t>
      </w:r>
    </w:p>
    <w:p>
      <w:pPr>
        <w:jc w:val="right"/>
      </w:pPr>
      <w:r>
        <w:t>مکہ کے سردار تھے قریش وہ against تھے prophet کے تو طرح طرح سے ستاتے تھے پتھر مارتے</w:t>
      </w:r>
    </w:p>
    <w:p>
      <w:r>
        <w:rPr>
          <w:b/>
        </w:rPr>
        <w:t xml:space="preserve">[24:40] </w:t>
      </w:r>
      <w:r>
        <w:t>thay aur tarah tarah se takleef dete thay bari kitabon mein bari ajeeb ajeeb baaten aati hain jo</w:t>
      </w:r>
    </w:p>
    <w:p>
      <w:pPr>
        <w:jc w:val="right"/>
      </w:pPr>
      <w:r>
        <w:t>تھے اور طرح طرح سے تکلیف دیتے تھے بڑی کتابوں میں بڑی عجیب عجیب باتیں آتی ہیں جو</w:t>
      </w:r>
    </w:p>
    <w:p>
      <w:r>
        <w:rPr>
          <w:b/>
        </w:rPr>
        <w:t xml:space="preserve">[24:48] </w:t>
      </w:r>
      <w:r>
        <w:t>sun ke yaqeen nahi hota kis tareeqay se sataya gaya to jab wapas pohanchte thay ghar to khoon</w:t>
      </w:r>
    </w:p>
    <w:p>
      <w:pPr>
        <w:jc w:val="right"/>
      </w:pPr>
      <w:r>
        <w:t>سن کے یقین نہیں ہوتا کس طریقے سے ستایا گیا تو جب واپس پہنچتے تھے گھر تو خون</w:t>
      </w:r>
    </w:p>
    <w:p>
      <w:r>
        <w:rPr>
          <w:b/>
        </w:rPr>
        <w:t xml:space="preserve">[24:55] </w:t>
      </w:r>
      <w:r>
        <w:t>beh raha hota tha hmm to baith ke ghar mein marham patti karte thay</w:t>
      </w:r>
    </w:p>
    <w:p>
      <w:pPr>
        <w:jc w:val="right"/>
      </w:pPr>
      <w:r>
        <w:t>بہہ رہا ہوتا تھا ہمم تو بیٹھ کے گھر میں مرہم پٹی کرتے تھے</w:t>
      </w:r>
    </w:p>
    <w:p>
      <w:r>
        <w:rPr>
          <w:b/>
        </w:rPr>
        <w:t xml:space="preserve">[25:14] </w:t>
      </w:r>
      <w:r>
        <w:t>to Fatima jo choti beti thi woh ronay lagti thi Fatima Razi Allahu Anha ronay lagti thi choti thi us waqt to un se kehte thay ke ro mat beti tumharay father ka talluq is se hai us ko sahara detay thay ji to kya ghussa nahi aata hoga prophet ko us waqt</w:t>
      </w:r>
    </w:p>
    <w:p>
      <w:pPr>
        <w:jc w:val="right"/>
      </w:pPr>
      <w:r>
        <w:t>تو فاطمہ جو چھوٹی بیٹی تھی وہ رونے لگتی تھی فاطمہ رضی اللہ عنہا رونے لگتی تھی چھوٹی تھی اس وقت تو ان سے کہتے تھے کہ رو مت بیٹی تمہارے father کا تعلق اس سے ہے اس کو سہارا دیتے تھے جی تو کیا غصہ نہیں آتا ہوگا prophet کو اس وقت</w:t>
      </w:r>
    </w:p>
    <w:p>
      <w:r>
        <w:rPr>
          <w:b/>
        </w:rPr>
        <w:t xml:space="preserve">[25:42] </w:t>
      </w:r>
      <w:r>
        <w:t>lekin us waqt bhi positive rehte thay woh aur Taif ka mamla to uski misaal hi nahi</w:t>
      </w:r>
    </w:p>
    <w:p>
      <w:pPr>
        <w:jc w:val="right"/>
      </w:pPr>
      <w:r>
        <w:t>لیکن اس وقت بھی positive رہتے تھے وہ اور طائف کا معاملہ تو اس کی مثال ہی نہیں</w:t>
      </w:r>
    </w:p>
    <w:p>
      <w:r>
        <w:rPr>
          <w:b/>
        </w:rPr>
        <w:t xml:space="preserve">[25:47] </w:t>
      </w:r>
      <w:r>
        <w:t>milti ji bilkul ke jab Taif mein gaye aap hmm itne mushkil safar kiya Taif aik pahari ilaaqa</w:t>
      </w:r>
    </w:p>
    <w:p>
      <w:pPr>
        <w:jc w:val="right"/>
      </w:pPr>
      <w:r>
        <w:t>ملتی جی بالکل کہ جب طائف میں گئے آپ ہمم اتنے مشکل سفر کیا طائف ایک پہاڑی علاقہ</w:t>
      </w:r>
    </w:p>
    <w:p>
      <w:r>
        <w:rPr>
          <w:b/>
        </w:rPr>
        <w:t xml:space="preserve">[25:55] </w:t>
      </w:r>
      <w:r>
        <w:t>hai Makkah se Makkah ke paas aur is aah umeed se ke wahan koi log support karenge</w:t>
      </w:r>
    </w:p>
    <w:p>
      <w:pPr>
        <w:jc w:val="right"/>
      </w:pPr>
      <w:r>
        <w:t>ہے مکہ سے مکہ کے پاس اور اس آہ امید سے کہ وہاں کوئی لوگ support کریں گے</w:t>
      </w:r>
    </w:p>
    <w:p>
      <w:r>
        <w:rPr>
          <w:b/>
        </w:rPr>
        <w:t xml:space="preserve">[26:04] </w:t>
      </w:r>
      <w:r>
        <w:t>aur wahan logon ne jo bartao kiya</w:t>
      </w:r>
    </w:p>
    <w:p>
      <w:pPr>
        <w:jc w:val="right"/>
      </w:pPr>
      <w:r>
        <w:t>اور وہاں لوگوں نے جو برتاؤ کیا</w:t>
      </w:r>
    </w:p>
    <w:p>
      <w:r>
        <w:rPr>
          <w:b/>
        </w:rPr>
        <w:t xml:space="preserve">[26:09] </w:t>
      </w:r>
      <w:r>
        <w:t>jis tarah se takleef pohanchai pathar logon ne maare wahan aur kaha ke tum foran nikal jao hamare</w:t>
      </w:r>
    </w:p>
    <w:p>
      <w:pPr>
        <w:jc w:val="right"/>
      </w:pPr>
      <w:r>
        <w:t>جس طرح سے تکلیف پہنچائی پتھر لوگوں نے مارے وہاں اور کہا کہ تم فوراً نکل جاؤ ہمارے</w:t>
      </w:r>
    </w:p>
    <w:p>
      <w:r>
        <w:rPr>
          <w:b/>
        </w:rPr>
        <w:t xml:space="preserve">[26:18] </w:t>
      </w:r>
      <w:r>
        <w:t>shehar se aur bilkul nidaal ho gaye</w:t>
      </w:r>
    </w:p>
    <w:p>
      <w:pPr>
        <w:jc w:val="right"/>
      </w:pPr>
      <w:r>
        <w:t>شہر سے اور بالکل نڈھال ہو گئے</w:t>
      </w:r>
    </w:p>
    <w:p>
      <w:r>
        <w:rPr>
          <w:b/>
        </w:rPr>
        <w:t xml:space="preserve">[26:24] </w:t>
      </w:r>
      <w:r>
        <w:t>to jab bahar nikle</w:t>
      </w:r>
    </w:p>
    <w:p>
      <w:pPr>
        <w:jc w:val="right"/>
      </w:pPr>
      <w:r>
        <w:t>تو جب باہر نکلے</w:t>
      </w:r>
    </w:p>
    <w:p>
      <w:r>
        <w:rPr>
          <w:b/>
        </w:rPr>
        <w:t xml:space="preserve">[26:27] </w:t>
      </w:r>
      <w:r>
        <w:t>taif</w:t>
      </w:r>
    </w:p>
    <w:p>
      <w:pPr>
        <w:jc w:val="right"/>
      </w:pPr>
      <w:r>
        <w:t>طائف</w:t>
      </w:r>
    </w:p>
    <w:p>
      <w:r>
        <w:rPr>
          <w:b/>
        </w:rPr>
        <w:t xml:space="preserve">[26:28] </w:t>
      </w:r>
      <w:r>
        <w:t>ke to wahan ek chabutra sa tha to wahan baithe</w:t>
      </w:r>
    </w:p>
    <w:p>
      <w:pPr>
        <w:jc w:val="right"/>
      </w:pPr>
      <w:r>
        <w:t>کے تو وہاں ایک چبوترا سا تھا تو وہاں بیٹھے</w:t>
      </w:r>
    </w:p>
    <w:p>
      <w:r>
        <w:rPr>
          <w:b/>
        </w:rPr>
        <w:t xml:space="preserve">[26:32] </w:t>
      </w:r>
      <w:r>
        <w:t>ke chala nahi ja raha tha to wahan pe baithne nahi diya taif walon ne ji aur aage</w:t>
      </w:r>
    </w:p>
    <w:p>
      <w:pPr>
        <w:jc w:val="right"/>
      </w:pPr>
      <w:r>
        <w:t>کہ چلا نہیں جا رہا تھا تو وہاں پہ بیٹھنے نہیں دیا طائف والوں نے جی اور آگے</w:t>
      </w:r>
    </w:p>
    <w:p>
      <w:r>
        <w:rPr>
          <w:b/>
        </w:rPr>
        <w:t xml:space="preserve">[26:38] </w:t>
      </w:r>
      <w:r>
        <w:t>phir badi mushkil se gaye to wahan par ek bagh tha</w:t>
      </w:r>
    </w:p>
    <w:p>
      <w:pPr>
        <w:jc w:val="right"/>
      </w:pPr>
      <w:r>
        <w:t>پھر بڑی مشکل سے گئے تو وہاں پر ایک باغ تھا</w:t>
      </w:r>
    </w:p>
    <w:p>
      <w:r>
        <w:rPr>
          <w:b/>
        </w:rPr>
        <w:t xml:space="preserve">[26:44] </w:t>
      </w:r>
      <w:r>
        <w:t>aah angur ka bagh wahan angur ke bagh mein ja ke apne zakhm ki</w:t>
      </w:r>
    </w:p>
    <w:p>
      <w:pPr>
        <w:jc w:val="right"/>
      </w:pPr>
      <w:r>
        <w:t>آہ انگور کا باغ وہاں انگور کے باغ میں جا کے اپنے زخموں کی</w:t>
      </w:r>
    </w:p>
    <w:p>
      <w:r>
        <w:rPr>
          <w:b/>
        </w:rPr>
        <w:t xml:space="preserve">[26:53] </w:t>
      </w:r>
      <w:r>
        <w:t>marham patti ki kitabon mein aata hai ke itna khoon baha humm body se ke joote mein ja</w:t>
      </w:r>
    </w:p>
    <w:p>
      <w:pPr>
        <w:jc w:val="right"/>
      </w:pPr>
      <w:r>
        <w:t>مرہم پٹی کی کتابوں میں آتا ہے کہ اتنا خون بہا ہمم body سے کہ جوتے میں جا</w:t>
      </w:r>
    </w:p>
    <w:p>
      <w:r>
        <w:rPr>
          <w:b/>
        </w:rPr>
        <w:t xml:space="preserve">[26:58] </w:t>
      </w:r>
      <w:r>
        <w:t>ke jama ho gaya jama ho gaya to aap samajh sakte hain kitni takleef mein rahe honge</w:t>
      </w:r>
    </w:p>
    <w:p>
      <w:pPr>
        <w:jc w:val="right"/>
      </w:pPr>
      <w:r>
        <w:t>کے جمع ہو گیا جمع ہو گیا تو آپ سمجھ سکتے ہیں کتنی تکلیف میں رہے ہوں گے</w:t>
      </w:r>
    </w:p>
    <w:p>
      <w:r>
        <w:rPr>
          <w:b/>
        </w:rPr>
        <w:t xml:space="preserve">[27:03] </w:t>
      </w:r>
      <w:r>
        <w:t>ji to wahan wazu kiya zaid r.a. aap ke sath the to wazu karne ke baad</w:t>
      </w:r>
    </w:p>
    <w:p>
      <w:pPr>
        <w:jc w:val="right"/>
      </w:pPr>
      <w:r>
        <w:t>جی تو وہاں وضو کیا زید رضی اللہ عنہ آپ کے ساتھ تھے تو وضو کرنے کے بعد</w:t>
      </w:r>
    </w:p>
    <w:p>
      <w:r>
        <w:rPr>
          <w:b/>
        </w:rPr>
        <w:t xml:space="preserve">[27:11] </w:t>
      </w:r>
      <w:r>
        <w:t>namaz padhi aur</w:t>
      </w:r>
    </w:p>
    <w:p>
      <w:pPr>
        <w:jc w:val="right"/>
      </w:pPr>
      <w:r>
        <w:t>نماز پڑھی اور</w:t>
      </w:r>
    </w:p>
    <w:p>
      <w:r>
        <w:rPr>
          <w:b/>
        </w:rPr>
        <w:t xml:space="preserve">[27:15] </w:t>
      </w:r>
      <w:r>
        <w:t>namaz ke baad jo dua ki hai rasool Allah ne allah-humma ilayka ashku</w:t>
      </w:r>
    </w:p>
    <w:p>
      <w:pPr>
        <w:jc w:val="right"/>
      </w:pPr>
      <w:r>
        <w:t>نماز کے بعد جو دعا کی ہے رسول اللہ نے اللہم الیک اشکو</w:t>
      </w:r>
    </w:p>
    <w:p>
      <w:r>
        <w:rPr>
          <w:b/>
        </w:rPr>
        <w:t xml:space="preserve">[27:22] </w:t>
      </w:r>
      <w:r>
        <w:t>dua fuqwati ke aye Allah main shikayat karta hoon apni kamzori ki</w:t>
      </w:r>
    </w:p>
    <w:p>
      <w:pPr>
        <w:jc w:val="right"/>
      </w:pPr>
      <w:r>
        <w:t>دعا فقوتی کہ اے اللہ میں شکایت کرتا ہوں اپنی کمزوری کی</w:t>
      </w:r>
    </w:p>
    <w:p>
      <w:r>
        <w:rPr>
          <w:b/>
        </w:rPr>
        <w:t xml:space="preserve">[27:31] </w:t>
      </w:r>
      <w:r>
        <w:t>wa qullat hiyalti aur apne resources ki kami ki wa hawani ala nas ke logon ke</w:t>
      </w:r>
    </w:p>
    <w:p>
      <w:pPr>
        <w:jc w:val="right"/>
      </w:pPr>
      <w:r>
        <w:t>وقلت حیلتی اور اپنے resources کی کمی کی و حوانی علی الناس کہ لوگوں کے</w:t>
      </w:r>
    </w:p>
    <w:p>
      <w:r>
        <w:rPr>
          <w:b/>
        </w:rPr>
        <w:t xml:space="preserve">[27:41] </w:t>
      </w:r>
      <w:r>
        <w:t>nazron mein apni humiliation ki badi zabardast duaen hain dua hai woh bahut lambi dua hai ji</w:t>
      </w:r>
    </w:p>
    <w:p>
      <w:pPr>
        <w:jc w:val="right"/>
      </w:pPr>
      <w:r>
        <w:t>نظروں میں اپنی humiliation کی بڑی زبردست دعائیں ہیں دعا ہے وہ بہت لمبی دعا ہے جی</w:t>
      </w:r>
    </w:p>
    <w:p>
      <w:r>
        <w:rPr>
          <w:b/>
        </w:rPr>
        <w:t xml:space="preserve">[27:49] </w:t>
      </w:r>
      <w:r>
        <w:t>anta arham-ur-rahimeen</w:t>
      </w:r>
    </w:p>
    <w:p>
      <w:pPr>
        <w:jc w:val="right"/>
      </w:pPr>
      <w:r>
        <w:t>انت ارحم الراحمین</w:t>
      </w:r>
    </w:p>
    <w:p>
      <w:r>
        <w:rPr>
          <w:b/>
        </w:rPr>
        <w:t xml:space="preserve">[27:52] </w:t>
      </w:r>
      <w:r>
        <w:t>to reham karne walon mein se sab se zyada reham hai</w:t>
      </w:r>
    </w:p>
    <w:p>
      <w:pPr>
        <w:jc w:val="right"/>
      </w:pPr>
      <w:r>
        <w:t>تو رحم کرنے والوں میں سے سب سے زیادہ رحم ہے</w:t>
      </w:r>
    </w:p>
    <w:p>
      <w:r>
        <w:rPr>
          <w:b/>
        </w:rPr>
        <w:t xml:space="preserve">[27:55] </w:t>
      </w:r>
      <w:r>
        <w:t>wa anta aah</w:t>
      </w:r>
    </w:p>
    <w:p>
      <w:pPr>
        <w:jc w:val="right"/>
      </w:pPr>
      <w:r>
        <w:t>و انت آہ</w:t>
      </w:r>
    </w:p>
    <w:p>
      <w:r>
        <w:rPr>
          <w:b/>
        </w:rPr>
        <w:t xml:space="preserve">[27:59] </w:t>
      </w:r>
      <w:r>
        <w:t>aah is</w:t>
      </w:r>
    </w:p>
    <w:p>
      <w:pPr>
        <w:jc w:val="right"/>
      </w:pPr>
      <w:r>
        <w:t>آہ اس</w:t>
      </w:r>
    </w:p>
    <w:p>
      <w:r>
        <w:rPr>
          <w:b/>
        </w:rPr>
        <w:t xml:space="preserve">[28:00] </w:t>
      </w:r>
      <w:r>
        <w:t>tarah ki duaen ki bari gehri to farishte aa gaye us waqt</w:t>
      </w:r>
    </w:p>
    <w:p>
      <w:pPr>
        <w:jc w:val="right"/>
      </w:pPr>
      <w:r>
        <w:t>طرح کی دعائیں کی بڑی گہری تو فرشتے آگئے اس وقت</w:t>
      </w:r>
    </w:p>
    <w:p>
      <w:r>
        <w:rPr>
          <w:b/>
        </w:rPr>
        <w:t xml:space="preserve">[28:09] </w:t>
      </w:r>
      <w:r>
        <w:t>to un mein se ek farishta tha</w:t>
      </w:r>
    </w:p>
    <w:p>
      <w:pPr>
        <w:jc w:val="right"/>
      </w:pPr>
      <w:r>
        <w:t>تو ان میں سے ایک فرشتہ تھا</w:t>
      </w:r>
    </w:p>
    <w:p>
      <w:r>
        <w:rPr>
          <w:b/>
        </w:rPr>
        <w:t xml:space="preserve">[28:12] </w:t>
      </w:r>
      <w:r>
        <w:t>aah pahadon ka farishta</w:t>
      </w:r>
    </w:p>
    <w:p>
      <w:pPr>
        <w:jc w:val="right"/>
      </w:pPr>
      <w:r>
        <w:t>آہ پہاڑوں کا فرشتہ</w:t>
      </w:r>
    </w:p>
    <w:p>
      <w:r>
        <w:rPr>
          <w:b/>
        </w:rPr>
        <w:t xml:space="preserve">[28:16] </w:t>
      </w:r>
      <w:r>
        <w:t>us ne kaha ke aap agar ijazat dein to main taif walon ko is tarah se kuchal doon</w:t>
      </w:r>
    </w:p>
    <w:p>
      <w:pPr>
        <w:jc w:val="right"/>
      </w:pPr>
      <w:r>
        <w:t>اس نے کہا کہ آپ اگر اجازت دیں تو میں طائف والوں کو اس طرح سے کچل دوں</w:t>
      </w:r>
    </w:p>
    <w:p>
      <w:r>
        <w:rPr>
          <w:b/>
        </w:rPr>
        <w:t xml:space="preserve">[28:24] </w:t>
      </w:r>
      <w:r>
        <w:t>jaise chakki ke do baat hote hain chuki taif do pahadiyon ke beech mein hai beech mein hai</w:t>
      </w:r>
    </w:p>
    <w:p>
      <w:pPr>
        <w:jc w:val="right"/>
      </w:pPr>
      <w:r>
        <w:t>جیسے چکی کے دو باٹ ہوتے ہیں چونکہ طائف دو پہاڑیوں کے بیچ میں ہے بیچ میں ہے</w:t>
      </w:r>
    </w:p>
    <w:p>
      <w:r>
        <w:rPr>
          <w:b/>
        </w:rPr>
        <w:t xml:space="preserve">[28:30] </w:t>
      </w:r>
      <w:r>
        <w:t>ji to jab rasool Allah ne yeh suna</w:t>
      </w:r>
    </w:p>
    <w:p>
      <w:pPr>
        <w:jc w:val="right"/>
      </w:pPr>
      <w:r>
        <w:t>جی تو جب رسول اللہ نے یہ سنا</w:t>
      </w:r>
    </w:p>
    <w:p>
      <w:r>
        <w:rPr>
          <w:b/>
        </w:rPr>
        <w:t xml:space="preserve">[28:35] </w:t>
      </w:r>
      <w:r>
        <w:t>to hath uthaye aasman ke upar aur kaha la ya rabbi la ya rabbi nahi aye mere rab</w:t>
      </w:r>
    </w:p>
    <w:p>
      <w:pPr>
        <w:jc w:val="right"/>
      </w:pPr>
      <w:r>
        <w:t>تو ہاتھ اٹھائے آسمان کے اوپر اور کہا لا یا ربی لا یا ربی نہیں اے میرے رب</w:t>
      </w:r>
    </w:p>
    <w:p>
      <w:r>
        <w:rPr>
          <w:b/>
        </w:rPr>
        <w:t xml:space="preserve">[28:42] </w:t>
      </w:r>
      <w:r>
        <w:t>mujhe umeed hai ke</w:t>
      </w:r>
    </w:p>
    <w:p>
      <w:pPr>
        <w:jc w:val="right"/>
      </w:pPr>
      <w:r>
        <w:t>مجھے امید ہے کہ</w:t>
      </w:r>
    </w:p>
    <w:p>
      <w:r>
        <w:rPr>
          <w:b/>
        </w:rPr>
        <w:t xml:space="preserve">[28:46] </w:t>
      </w:r>
      <w:r>
        <w:t>un ki agli generations teri baat ko sune gi aur</w:t>
      </w:r>
    </w:p>
    <w:p>
      <w:pPr>
        <w:jc w:val="right"/>
      </w:pPr>
      <w:r>
        <w:t>ان کی اگلی generations تیری بات کو سنے گی اور</w:t>
      </w:r>
    </w:p>
    <w:p>
      <w:r>
        <w:rPr>
          <w:b/>
        </w:rPr>
        <w:t xml:space="preserve">[28:51] </w:t>
      </w:r>
      <w:r>
        <w:t>tere paigham ko samjhe gi aur is</w:t>
      </w:r>
    </w:p>
    <w:p>
      <w:pPr>
        <w:jc w:val="right"/>
      </w:pPr>
      <w:r>
        <w:t>تیرے پیغام کو سمجھے گی اور اس</w:t>
      </w:r>
    </w:p>
    <w:p>
      <w:r>
        <w:rPr>
          <w:b/>
        </w:rPr>
        <w:t xml:space="preserve">[28:54] </w:t>
      </w:r>
      <w:r>
        <w:t>ko phailaye gi to is waqt bhi zahir hai rasool Allah salallaho alaihi wasallam ko itni takleef</w:t>
      </w:r>
    </w:p>
    <w:p>
      <w:pPr>
        <w:jc w:val="right"/>
      </w:pPr>
      <w:r>
        <w:t>کو پھیلائے گی تو اس وقت بھی ظاہر ہے رسول اللہ صلی اللہ علیہ وسلم کو اتنی تکلیف</w:t>
      </w:r>
    </w:p>
    <w:p>
      <w:r>
        <w:rPr>
          <w:b/>
        </w:rPr>
        <w:t xml:space="preserve">[28:59] </w:t>
      </w:r>
      <w:r>
        <w:t>mein yaqeenan ghussa aaya hoga aur jab farishta aa gaya to kehte hain ke haan haan bilkul foran kuchal</w:t>
      </w:r>
    </w:p>
    <w:p>
      <w:pPr>
        <w:jc w:val="right"/>
      </w:pPr>
      <w:r>
        <w:t>میں یقینا غصہ آیا ہوگا اور جب فرشتہ آگیا تو کہتے ہیں کہ ہاں ہاں بالکل فوراً کچل</w:t>
      </w:r>
    </w:p>
    <w:p>
      <w:r>
        <w:rPr>
          <w:b/>
        </w:rPr>
        <w:t xml:space="preserve">[29:07] </w:t>
      </w:r>
      <w:r>
        <w:t>do lekin yahi baat hai ek practical jo quran mein aaya wal kazimeen al ghiz wa afina an nas ke ghusse ko</w:t>
      </w:r>
    </w:p>
    <w:p>
      <w:pPr>
        <w:jc w:val="right"/>
      </w:pPr>
      <w:r>
        <w:t>دو لیکن یہی بات ہے ایک practical جو قرآن میں آیا والکاظمین الغیض وعافین الناس کہ غصے کو</w:t>
      </w:r>
    </w:p>
    <w:p>
      <w:r>
        <w:rPr>
          <w:b/>
        </w:rPr>
        <w:t xml:space="preserve">[29:16] </w:t>
      </w:r>
      <w:r>
        <w:t>pee jane wale aur logon ko maaf kar dene wale aur isi ko Maulana ne kaha ke positive</w:t>
      </w:r>
    </w:p>
    <w:p>
      <w:pPr>
        <w:jc w:val="right"/>
      </w:pPr>
      <w:r>
        <w:t>پی جانے والے اور لوگوں کو معاف کر دینے والے اور اسی کو مولانا نے کہا کہ positive</w:t>
      </w:r>
    </w:p>
    <w:p>
      <w:r>
        <w:rPr>
          <w:b/>
        </w:rPr>
        <w:t xml:space="preserve">[29:22] </w:t>
      </w:r>
      <w:r>
        <w:t>direction mein jo Maulana ne is ke liye term use ki hai anger energy anger energy to is</w:t>
      </w:r>
    </w:p>
    <w:p>
      <w:pPr>
        <w:jc w:val="right"/>
      </w:pPr>
      <w:r>
        <w:t>direction میں جو مولانا نے اس کے لیے term use کی ہے anger energy anger energy تو اس</w:t>
      </w:r>
    </w:p>
    <w:p>
      <w:r>
        <w:rPr>
          <w:b/>
        </w:rPr>
        <w:t xml:space="preserve">[29:29] </w:t>
      </w:r>
      <w:r>
        <w:t>anger energy ko positive direction mein aap ne turn diya to rasool Allah ki yeh jo sunnat hai</w:t>
      </w:r>
    </w:p>
    <w:p>
      <w:pPr>
        <w:jc w:val="right"/>
      </w:pPr>
      <w:r>
        <w:t>anger energy کو positive direction میں آپ نے turn دیا تو رسول اللہ کی یہ جو سنت ہے</w:t>
      </w:r>
    </w:p>
    <w:p>
      <w:r>
        <w:rPr>
          <w:b/>
        </w:rPr>
        <w:t xml:space="preserve">[29:36] </w:t>
      </w:r>
      <w:r>
        <w:t>yeh bhi Allah taala ka fazal hai ke Allah taala ne sirf kitab</w:t>
      </w:r>
    </w:p>
    <w:p>
      <w:pPr>
        <w:jc w:val="right"/>
      </w:pPr>
      <w:r>
        <w:t>یہ بھی اللہ تعالی کا فضل ہے کہ اللہ تعالی نے صرف کتاب</w:t>
      </w:r>
    </w:p>
    <w:p>
      <w:r>
        <w:rPr>
          <w:b/>
        </w:rPr>
        <w:t xml:space="preserve">[29:39] </w:t>
      </w:r>
      <w:r>
        <w:t>nahi utari hmm kitab ke sath prophet bhi bheja ta ke woh demonstrate kare dikhaye zaroori hota hai yeh</w:t>
      </w:r>
    </w:p>
    <w:p>
      <w:pPr>
        <w:jc w:val="right"/>
      </w:pPr>
      <w:r>
        <w:t>نہیں اتاری ہمم کتاب کے ساتھ prophet بھی بھیجا تاکہ وہ demonstrate کرے دکھائے ضروری ہوتا ہے یہ</w:t>
      </w:r>
    </w:p>
    <w:p>
      <w:r>
        <w:rPr>
          <w:b/>
        </w:rPr>
        <w:t xml:space="preserve">[29:47] </w:t>
      </w:r>
      <w:r>
        <w:t>ke sirf parhna kafi nahi hai demonstration bhi zaroori hai to yeh jo ayat aayi ke ghusse ko</w:t>
      </w:r>
    </w:p>
    <w:p>
      <w:pPr>
        <w:jc w:val="right"/>
      </w:pPr>
      <w:r>
        <w:t>کہ صرف پڑھنا کافی نہیں ہے demonstration بھی ضروری ہے تو یہ جو آیت آئی کہ غصے کو</w:t>
      </w:r>
    </w:p>
    <w:p>
      <w:r>
        <w:rPr>
          <w:b/>
        </w:rPr>
        <w:t xml:space="preserve">[29:54] </w:t>
      </w:r>
      <w:r>
        <w:t>pee jane wale aur logon ko maaf kar dene wale is ka zabardast example hai yeh ji balke</w:t>
      </w:r>
    </w:p>
    <w:p>
      <w:pPr>
        <w:jc w:val="right"/>
      </w:pPr>
      <w:r>
        <w:t>پی جانے والے اور لوگوں کو معاف کر دینے والے اس کا زبردست example ہے یہ جی بلکہ</w:t>
      </w:r>
    </w:p>
    <w:p>
      <w:r>
        <w:rPr>
          <w:b/>
        </w:rPr>
        <w:t xml:space="preserve">[30:00] </w:t>
      </w:r>
      <w:r>
        <w:t>dua karne lage in logon ke liye duaen</w:t>
      </w:r>
    </w:p>
    <w:p>
      <w:pPr>
        <w:jc w:val="right"/>
      </w:pPr>
      <w:r>
        <w:t>دعا کرنے لگے ان لوگوں کے لیے دعائیں</w:t>
      </w:r>
    </w:p>
    <w:p>
      <w:r>
        <w:rPr>
          <w:b/>
        </w:rPr>
        <w:t xml:space="preserve">[30:04] </w:t>
      </w:r>
      <w:r>
        <w:t>keen ji to mera maan mera mamla bhi kuch aisa hai ke mein thoda sa slow kaam karta</w:t>
      </w:r>
    </w:p>
    <w:p>
      <w:pPr>
        <w:jc w:val="right"/>
      </w:pPr>
      <w:r>
        <w:t>کیں جی تو میرا ماں میرا معاملہ بھی کچھ ایسا ہے کہ میں تھوڑا سا slow کام کرتا</w:t>
      </w:r>
    </w:p>
    <w:p>
      <w:r>
        <w:rPr>
          <w:b/>
        </w:rPr>
        <w:t xml:space="preserve">[30:10] </w:t>
      </w:r>
      <w:r>
        <w:t>hoon to jab ghussa aata hai to woh bhi slow hota hai tab tak ghussa thanda ho jata</w:t>
      </w:r>
    </w:p>
    <w:p>
      <w:pPr>
        <w:jc w:val="right"/>
      </w:pPr>
      <w:r>
        <w:t>ہوں تو جب غصہ آتا ہے تو وہ بھی slow ہوتا ہے تب تک غصہ ٹھنڈا ہو جاتا</w:t>
      </w:r>
    </w:p>
    <w:p>
      <w:r>
        <w:rPr>
          <w:b/>
        </w:rPr>
        <w:t xml:space="preserve">[30:16] </w:t>
      </w:r>
      <w:r>
        <w:t>hai ji to warna aur koi baat nahi hai to yeh kehna sahi hoga ke anger energy ko</w:t>
      </w:r>
    </w:p>
    <w:p>
      <w:pPr>
        <w:jc w:val="right"/>
      </w:pPr>
      <w:r>
        <w:t>ہے جی تو ورنہ اور کوئی بات نہیں ہے تو یہ کہنا صحیح ہوگا کہ anger energy کو</w:t>
      </w:r>
    </w:p>
    <w:p>
      <w:r>
        <w:rPr>
          <w:b/>
        </w:rPr>
        <w:t xml:space="preserve">[30:22] </w:t>
      </w:r>
      <w:r>
        <w:t>aap channelize karne</w:t>
      </w:r>
    </w:p>
    <w:p>
      <w:pPr>
        <w:jc w:val="right"/>
      </w:pPr>
      <w:r>
        <w:t>آپ channelize کرنے</w:t>
      </w:r>
    </w:p>
    <w:p>
      <w:r>
        <w:rPr>
          <w:b/>
        </w:rPr>
        <w:t xml:space="preserve">[30:24] </w:t>
      </w:r>
      <w:r>
        <w:t>ka formula aap jaan chuke hain aur isi ko phir aap achhe se manage karte hain woh formula</w:t>
      </w:r>
    </w:p>
    <w:p>
      <w:pPr>
        <w:jc w:val="right"/>
      </w:pPr>
      <w:r>
        <w:t>کا formula آپ جان چکے ہیں اور اسی کو پھر آپ اچھے سے manage کرتے ہیں وہ formula</w:t>
      </w:r>
    </w:p>
    <w:p>
      <w:r>
        <w:rPr>
          <w:b/>
        </w:rPr>
        <w:t xml:space="preserve">[30:30] </w:t>
      </w:r>
      <w:r>
        <w:t>to khair jo hai woh theek hai lekin mere khayal se yeh mere nature ki wajah se hai</w:t>
      </w:r>
    </w:p>
    <w:p>
      <w:pPr>
        <w:jc w:val="right"/>
      </w:pPr>
      <w:r>
        <w:t>تو خیر جو ہے وہ ٹھیک ہے لیکن میرے خیال سے یہ میرے nature کی وجہ سے ہے</w:t>
      </w:r>
    </w:p>
    <w:p>
      <w:r>
        <w:rPr>
          <w:b/>
        </w:rPr>
        <w:t xml:space="preserve">[30:35] </w:t>
      </w:r>
      <w:r>
        <w:t>aur yeh baat hamari jo walida theen ji shayad un se mili hai chounke un ka mizaj bhi</w:t>
      </w:r>
    </w:p>
    <w:p>
      <w:pPr>
        <w:jc w:val="right"/>
      </w:pPr>
      <w:r>
        <w:t>اور یہ بات ہماری جو والدہ تھیں جی شاید ان سے ملی ہے چونکہ ان کا مزاج بھی</w:t>
      </w:r>
    </w:p>
    <w:p>
      <w:r>
        <w:rPr>
          <w:b/>
        </w:rPr>
        <w:t xml:space="preserve">[30:41] </w:t>
      </w:r>
      <w:r>
        <w:t>bahut hi aisa hi tha hmm woh bahut kam bolti theen bahut hi kisi ke bare mein kabhi</w:t>
      </w:r>
    </w:p>
    <w:p>
      <w:pPr>
        <w:jc w:val="right"/>
      </w:pPr>
      <w:r>
        <w:t>بہت ہی ایسا ہی تھا ہمم وہ بہت کم بولتی تھیں بہت ہی کسی کے بارے میں کبھی</w:t>
      </w:r>
    </w:p>
    <w:p>
      <w:r>
        <w:rPr>
          <w:b/>
        </w:rPr>
        <w:t xml:space="preserve">[30:47] </w:t>
      </w:r>
      <w:r>
        <w:t>ko koi negative baat maine suni nahi un ke kaan un ki zuban se ji agar koi kehti</w:t>
      </w:r>
    </w:p>
    <w:p>
      <w:pPr>
        <w:jc w:val="right"/>
      </w:pPr>
      <w:r>
        <w:t>کوئی negative بات میں نے سنی نہیں ان کے کان ان کی زبان سے جی اگر کوئی کہتی</w:t>
      </w:r>
    </w:p>
    <w:p>
      <w:r>
        <w:rPr>
          <w:b/>
        </w:rPr>
        <w:t xml:space="preserve">[30:52] </w:t>
      </w:r>
      <w:r>
        <w:t>theen ke Allah bhala kare us ka dua deti theen sab ko aap to mile hain ji walida</w:t>
      </w:r>
    </w:p>
    <w:p>
      <w:pPr>
        <w:jc w:val="right"/>
      </w:pPr>
      <w:r>
        <w:t>تھیں کہ اللہ بھلا کرے اس کا دعا دیتی تھیں سب کو آپ تو ملے ہیں جی والدہ</w:t>
      </w:r>
    </w:p>
    <w:p>
      <w:r>
        <w:rPr>
          <w:b/>
        </w:rPr>
        <w:t xml:space="preserve">[30:57] </w:t>
      </w:r>
      <w:r>
        <w:t>se bhi ji ji ji woh bahut hi kam bolti theen aur aur koi faltu baat nahi koi</w:t>
      </w:r>
    </w:p>
    <w:p>
      <w:pPr>
        <w:jc w:val="right"/>
      </w:pPr>
      <w:r>
        <w:t>سے بھی جی جی جی وہ بہت ہی کم بولتی تھیں اور اور کوئی فالتو بات نہیں کوئی</w:t>
      </w:r>
    </w:p>
    <w:p>
      <w:r>
        <w:rPr>
          <w:b/>
        </w:rPr>
        <w:t xml:space="preserve">[31:02] </w:t>
      </w:r>
      <w:r>
        <w:t>kisi ki idhar udhar ki baat nahi bas sirf ah ah namaz padhti theen aur ah kisi ke</w:t>
      </w:r>
    </w:p>
    <w:p>
      <w:pPr>
        <w:jc w:val="right"/>
      </w:pPr>
      <w:r>
        <w:t>کسی کی ادھر ادھر کی بات نہیں بس صرف آہ آہ نماز پڑھتی تھیں اور آہ کسی کے</w:t>
      </w:r>
    </w:p>
    <w:p>
      <w:r>
        <w:rPr>
          <w:b/>
        </w:rPr>
        <w:t xml:space="preserve">[31:09] </w:t>
      </w:r>
      <w:r>
        <w:t>bare</w:t>
      </w:r>
    </w:p>
    <w:p>
      <w:pPr>
        <w:jc w:val="right"/>
      </w:pPr>
      <w:r>
        <w:t>بارے</w:t>
      </w:r>
    </w:p>
    <w:p>
      <w:r>
        <w:rPr>
          <w:b/>
        </w:rPr>
        <w:t xml:space="preserve">[31:09] </w:t>
      </w:r>
      <w:r>
        <w:t>mein agar bolna hai to achi baat bolti theen ji to thora bohat un ka lagta hai kuch</w:t>
      </w:r>
    </w:p>
    <w:p>
      <w:pPr>
        <w:jc w:val="right"/>
      </w:pPr>
      <w:r>
        <w:t>میں اگر بولنا ہے تو اچھی بات بولتی تھیں جی تو تھوڑا بہت ان کا لگتا ہے کچھ</w:t>
      </w:r>
    </w:p>
    <w:p>
      <w:r>
        <w:rPr>
          <w:b/>
        </w:rPr>
        <w:t xml:space="preserve">[31:14] </w:t>
      </w:r>
      <w:r>
        <w:t>asar ji mere andar aya hai ye nahi aap ne bohat aah achha example bataya taif ka</w:t>
      </w:r>
    </w:p>
    <w:p>
      <w:pPr>
        <w:jc w:val="right"/>
      </w:pPr>
      <w:r>
        <w:t>اثر جی میرے اندر آیا ہے یہ نہیں آپ نے بہت آہ آہ اچھا example بتایا طائف کا</w:t>
      </w:r>
    </w:p>
    <w:p>
      <w:r>
        <w:rPr>
          <w:b/>
        </w:rPr>
        <w:t xml:space="preserve">[31:20] </w:t>
      </w:r>
      <w:r>
        <w:t>bhi doctor sahab aur maulana kaise is ko anger energy ki term maulana ne di hai aah mujhe</w:t>
      </w:r>
    </w:p>
    <w:p>
      <w:pPr>
        <w:jc w:val="right"/>
      </w:pPr>
      <w:r>
        <w:t>بھی ڈاکٹر صاحب اور مولانا کیسے اس کو anger energy کی term مولانا نے دی ہے آہ مجھے</w:t>
      </w:r>
    </w:p>
    <w:p>
      <w:r>
        <w:rPr>
          <w:b/>
        </w:rPr>
        <w:t xml:space="preserve">[31:25] </w:t>
      </w:r>
      <w:r>
        <w:t>bhi yaad ata hai ke maulana kehte thay ke aah ghusay ka sab se bara nuqsan ye hota</w:t>
      </w:r>
    </w:p>
    <w:p>
      <w:pPr>
        <w:jc w:val="right"/>
      </w:pPr>
      <w:r>
        <w:t>بھی یاد آتا ہے کہ مولانا کہتے تھے کہ آہ غصہ کا سب سے بڑا نقصان یہ ہوتا</w:t>
      </w:r>
    </w:p>
    <w:p>
      <w:r>
        <w:rPr>
          <w:b/>
        </w:rPr>
        <w:t xml:space="preserve">[31:30] </w:t>
      </w:r>
      <w:r>
        <w:t>ہے کہ انسان کے اندر right thinking جو ہے وہ ختم ہو جاتی ہے جی تو you can say</w:t>
      </w:r>
    </w:p>
    <w:p>
      <w:pPr>
        <w:jc w:val="right"/>
      </w:pPr>
      <w:r>
        <w:t>ہے کہ انسان کے اندرright thinking جو ہے وہ ختم ہو جاتی ہے جی تو you can say</w:t>
      </w:r>
    </w:p>
    <w:p>
      <w:r>
        <w:rPr>
          <w:b/>
        </w:rPr>
        <w:t xml:space="preserve">[31:35] </w:t>
      </w:r>
      <w:r>
        <w:t>that the entry point of anger is the exit point of right thinking. True. Aur zindagi mein hum hamari</w:t>
      </w:r>
    </w:p>
    <w:p>
      <w:pPr>
        <w:jc w:val="right"/>
      </w:pPr>
      <w:r>
        <w:t>that the entry point of anger is the exit point ofright thinking true اور زندگی میں ہم ہماری</w:t>
      </w:r>
    </w:p>
    <w:p>
      <w:r>
        <w:rPr>
          <w:b/>
        </w:rPr>
        <w:t xml:space="preserve">[31:44] </w:t>
      </w:r>
      <w:r>
        <w:t>zindagi mein bohat crucial moments atay hain aur is time pe right decision lena bohat aham aah hota hai</w:t>
      </w:r>
    </w:p>
    <w:p>
      <w:pPr>
        <w:jc w:val="right"/>
      </w:pPr>
      <w:r>
        <w:t>زندگی میں بہت crucial moments آتے ہیں اور اس ٹائم پہright decision لینا بہت اہم آہ ہوتا ہے</w:t>
      </w:r>
    </w:p>
    <w:p>
      <w:r>
        <w:rPr>
          <w:b/>
        </w:rPr>
        <w:t xml:space="preserve">[31:52] </w:t>
      </w:r>
      <w:r>
        <w:t>sehi to agar hum reason ke sath aah aah</w:t>
      </w:r>
    </w:p>
    <w:p>
      <w:pPr>
        <w:jc w:val="right"/>
      </w:pPr>
      <w:r>
        <w:t>صحیح تو اگر ہم reason کے ساتھ آہ آہ</w:t>
      </w:r>
    </w:p>
    <w:p>
      <w:r>
        <w:rPr>
          <w:b/>
        </w:rPr>
        <w:t xml:space="preserve">[31:55] </w:t>
      </w:r>
      <w:r>
        <w:t>cheezon ko manage karein bajaye is ke ke emotion aah ko use karein aah to phir aah tabhi hum kamyab zindagi bata sakte hain aah nahi to hum zindagi mein hamesha fail hote rahenge aah jazak Allah doctor sahib yeh bohat aah achhi baaten bataen aap ne aah ab yeh bhi bataiye doctor sahib ke spirituality ki taraf rohaniyat ki taraf aah kaise aap ka rukh pada</w:t>
      </w:r>
    </w:p>
    <w:p>
      <w:pPr>
        <w:jc w:val="right"/>
      </w:pPr>
      <w:r>
        <w:t>چیزوں کو manage کریں بجائے اس کے کہ emotion آہ کو use کریں آہ تو پھر آہ تبھی ہم کامیاب زندگی بتا سکتے ہیں آہ نہیں تو ہم زندگی میں ہمیشہ fail ہوتے رہیں گے آہ جزاک اللہ ڈاکٹر صاحب یہ بہت آہ اچھی باتیں بتائیں آپ نے آہ اب یہ بھی بتائیے ڈاکٹر صاحب کہ spirituality کی طرف روحانیت کی طرف آہ کیسے آپ کا رخ پڑا</w:t>
      </w:r>
    </w:p>
    <w:p>
      <w:r>
        <w:rPr>
          <w:b/>
        </w:rPr>
        <w:t xml:space="preserve">[32:20] </w:t>
      </w:r>
      <w:r>
        <w:t>aah kaise interest develop hua aap ki life mein</w:t>
      </w:r>
    </w:p>
    <w:p>
      <w:pPr>
        <w:jc w:val="right"/>
      </w:pPr>
      <w:r>
        <w:t>آہ کیسے interest develop ہوا آپ کی life میں</w:t>
      </w:r>
    </w:p>
    <w:p>
      <w:r>
        <w:rPr>
          <w:b/>
        </w:rPr>
        <w:t xml:space="preserve">[32:26] </w:t>
      </w:r>
      <w:r>
        <w:t>aah ab ghar ka jo mahol tha ji shuru se</w:t>
      </w:r>
    </w:p>
    <w:p>
      <w:pPr>
        <w:jc w:val="right"/>
      </w:pPr>
      <w:r>
        <w:t>آہ اب گھر کا جو ماحول تھا جی شروع سے</w:t>
      </w:r>
    </w:p>
    <w:p>
      <w:r>
        <w:rPr>
          <w:b/>
        </w:rPr>
        <w:t xml:space="preserve">[32:30] </w:t>
      </w:r>
      <w:r>
        <w:t>wo aise hi tha likhne parhne ka</w:t>
      </w:r>
    </w:p>
    <w:p>
      <w:pPr>
        <w:jc w:val="right"/>
      </w:pPr>
      <w:r>
        <w:t>وہ ایسے ہی تھا لکھنے پڑھنے کا</w:t>
      </w:r>
    </w:p>
    <w:p>
      <w:r>
        <w:rPr>
          <w:b/>
        </w:rPr>
        <w:t xml:space="preserve">[32:34] </w:t>
      </w:r>
      <w:r>
        <w:t>jab mein das saal ka tha das barah saal ka tab maulana aljameeyat balke is se pehle saat</w:t>
      </w:r>
    </w:p>
    <w:p>
      <w:pPr>
        <w:jc w:val="right"/>
      </w:pPr>
      <w:r>
        <w:t>جب میں دس سال کا تھا دس بارہ سال کا تب مولانا الجمعیت بلکہ اس سے پہلے سات</w:t>
      </w:r>
    </w:p>
    <w:p>
      <w:r>
        <w:rPr>
          <w:b/>
        </w:rPr>
        <w:t xml:space="preserve">[32:39] </w:t>
      </w:r>
      <w:r>
        <w:t>aath saal ka tha to aljameeyat aah jo ek aah weekly magazine tha ji us ko edit karte</w:t>
      </w:r>
    </w:p>
    <w:p>
      <w:pPr>
        <w:jc w:val="right"/>
      </w:pPr>
      <w:r>
        <w:t>آٹھ سال کا تھا تو الجمعیت آہ جو ایک آہ weekly میگزین تھا جی اس کو edit کرتے</w:t>
      </w:r>
    </w:p>
    <w:p>
      <w:r>
        <w:rPr>
          <w:b/>
        </w:rPr>
        <w:t xml:space="preserve">[32:48] </w:t>
      </w:r>
      <w:r>
        <w:t>thay to us waqt to mein zyada parhne ke is age mein nahi tha thora bohat parta tha</w:t>
      </w:r>
    </w:p>
    <w:p>
      <w:pPr>
        <w:jc w:val="right"/>
      </w:pPr>
      <w:r>
        <w:t>تھے تو اس وقت تو میں زیادہ پڑھنے کے اس age میں نہیں تھا تھوڑا بہت پڑھتا تھا</w:t>
      </w:r>
    </w:p>
    <w:p>
      <w:r>
        <w:rPr>
          <w:b/>
        </w:rPr>
        <w:t xml:space="preserve">[32:56] </w:t>
      </w:r>
      <w:r>
        <w:t>چند لائنیں پھر جب الرسالہ نکلا I was I was about fifteen year old</w:t>
      </w:r>
    </w:p>
    <w:p>
      <w:pPr>
        <w:jc w:val="right"/>
      </w:pPr>
      <w:r>
        <w:t>چند لائنیں پھر جب الرسالہ نکلا آئی was آئی was about fifteen year old</w:t>
      </w:r>
    </w:p>
    <w:p>
      <w:r>
        <w:rPr>
          <w:b/>
        </w:rPr>
        <w:t xml:space="preserve">[33:06] </w:t>
      </w:r>
      <w:r>
        <w:t>mere khayal hai mein tenth class mein tha us waqt ninth mein ya tenth mein to tab mein</w:t>
      </w:r>
    </w:p>
    <w:p>
      <w:pPr>
        <w:jc w:val="right"/>
      </w:pPr>
      <w:r>
        <w:t>میرے خیال ہے میں ٹینتھ کلاس میں تھا اس وقت نائنتھ میں یا ٹینتھ میں تو تب میں</w:t>
      </w:r>
    </w:p>
    <w:p>
      <w:r>
        <w:rPr>
          <w:b/>
        </w:rPr>
        <w:t xml:space="preserve">[33:13] </w:t>
      </w:r>
      <w:r>
        <w:t>thora parhne laga</w:t>
      </w:r>
    </w:p>
    <w:p>
      <w:pPr>
        <w:jc w:val="right"/>
      </w:pPr>
      <w:r>
        <w:t>تھوڑا پڑھنے لگا</w:t>
      </w:r>
    </w:p>
    <w:p>
      <w:r>
        <w:rPr>
          <w:b/>
        </w:rPr>
        <w:t xml:space="preserve">[33:16] </w:t>
      </w:r>
      <w:r>
        <w:t>to mein aah mujhe achha lagta tha alrisala ki baatein alrisala ke jo mazameen thay parta tha to</w:t>
      </w:r>
    </w:p>
    <w:p>
      <w:pPr>
        <w:jc w:val="right"/>
      </w:pPr>
      <w:r>
        <w:t>تو میں آہ مجھے اچھا لگتا تھا الرسالہ کی باتیں الرسالہ کے جو مضامین تھے پڑھتا تھا تو</w:t>
      </w:r>
    </w:p>
    <w:p>
      <w:r>
        <w:rPr>
          <w:b/>
        </w:rPr>
        <w:t xml:space="preserve">[33:25] </w:t>
      </w:r>
      <w:r>
        <w:t>mein samajhta tha ke ye bohat achha risala hai naam bhi risala tha is ka</w:t>
      </w:r>
    </w:p>
    <w:p>
      <w:pPr>
        <w:jc w:val="right"/>
      </w:pPr>
      <w:r>
        <w:t>میں سمجھتا تھا کہ یہ بہت اچھا رسالہ ہے نام بھی رسالہ تھا اس کا</w:t>
      </w:r>
    </w:p>
    <w:p>
      <w:r>
        <w:rPr>
          <w:b/>
        </w:rPr>
        <w:t xml:space="preserve">[33:31] </w:t>
      </w:r>
      <w:r>
        <w:t>to mein samajhta tha ke ye ek bohat achha magazine hai is mein achhi baatein hain logon ko</w:t>
      </w:r>
    </w:p>
    <w:p>
      <w:pPr>
        <w:jc w:val="right"/>
      </w:pPr>
      <w:r>
        <w:t>تو میں سمجھتا تھا کہ یہ ایک بہت اچھا میگزین ہے اس میں اچھی باتیں ہیں لوگوں کو</w:t>
      </w:r>
    </w:p>
    <w:p>
      <w:r>
        <w:rPr>
          <w:b/>
        </w:rPr>
        <w:t xml:space="preserve">[33:36] </w:t>
      </w:r>
      <w:r>
        <w:t>is se faida hoga</w:t>
      </w:r>
    </w:p>
    <w:p>
      <w:pPr>
        <w:jc w:val="right"/>
      </w:pPr>
      <w:r>
        <w:t>اس سے فائدہ ہوگا</w:t>
      </w:r>
    </w:p>
    <w:p>
      <w:r>
        <w:rPr>
          <w:b/>
        </w:rPr>
        <w:t xml:space="preserve">[33:39] </w:t>
      </w:r>
      <w:r>
        <w:t>jaise aur magazines hain alasnat ek magazine nikalta tha noor batool ji beesween sadi right to mein ye</w:t>
      </w:r>
    </w:p>
    <w:p>
      <w:pPr>
        <w:jc w:val="right"/>
      </w:pPr>
      <w:r>
        <w:t>جیسے اور میگزینز ہیں الاسنات ایک میگزین نکلتا تھا نور بتول جی بیسویں صدی رائٹ تو میں یہ</w:t>
      </w:r>
    </w:p>
    <w:p>
      <w:r>
        <w:rPr>
          <w:b/>
        </w:rPr>
        <w:t xml:space="preserve">[33:47] </w:t>
      </w:r>
      <w:r>
        <w:t>samajhta tha ke ye bhi ek magazine hai jaise aur bhi magazines hotay hain is</w:t>
      </w:r>
    </w:p>
    <w:p>
      <w:pPr>
        <w:jc w:val="right"/>
      </w:pPr>
      <w:r>
        <w:t>سمجھتا تھا کہ یہ بھی ایک میگزین ہے جیسے اور بھی میگزینز ہوتے ہیں اس</w:t>
      </w:r>
    </w:p>
    <w:p>
      <w:r>
        <w:rPr>
          <w:b/>
        </w:rPr>
        <w:t xml:space="preserve">[33:51] </w:t>
      </w:r>
      <w:r>
        <w:t>mein achhi baatein hain logon ko is se faida hoga lekin mujhe andaza nahi tha us waqt ke</w:t>
      </w:r>
    </w:p>
    <w:p>
      <w:pPr>
        <w:jc w:val="right"/>
      </w:pPr>
      <w:r>
        <w:t>میں اچھی باتیں ہیں لوگوں کو اس سے فائدہ ہوگا لیکن مجھے اندازہ نہیں تھا اس وقت کہ</w:t>
      </w:r>
    </w:p>
    <w:p>
      <w:r>
        <w:rPr>
          <w:b/>
        </w:rPr>
        <w:t xml:space="preserve">[33:57] </w:t>
      </w:r>
      <w:r>
        <w:t>ek waqt ye ek choti si chota sa magazine ek mission ki shakal ikhtiyar humm karega</w:t>
      </w:r>
    </w:p>
    <w:p>
      <w:pPr>
        <w:jc w:val="right"/>
      </w:pPr>
      <w:r>
        <w:t>ایک وقت یہ ایک چھوٹی سی چھوٹا سا میگزین ایک مشن کی شکل اختیار ہمم کرے گا</w:t>
      </w:r>
    </w:p>
    <w:p>
      <w:r>
        <w:rPr>
          <w:b/>
        </w:rPr>
        <w:t xml:space="preserve">[34:05] </w:t>
      </w:r>
      <w:r>
        <w:t>to jo real change mere andar aya wo darasal cps ke form hone ke baad aya</w:t>
      </w:r>
    </w:p>
    <w:p>
      <w:pPr>
        <w:jc w:val="right"/>
      </w:pPr>
      <w:r>
        <w:t>تو جو ریئل چینج میرے اندر آیا وہ دراصل سی پی ایس کے فارم ہونے کے بعد آیا</w:t>
      </w:r>
    </w:p>
    <w:p>
      <w:r>
        <w:rPr>
          <w:b/>
        </w:rPr>
        <w:t xml:space="preserve">[34:12] </w:t>
      </w:r>
      <w:r>
        <w:t>جی آپ آئے مولانا کے پاس اور آپ نے سی پی ایس آہ کی شروعات کی and you</w:t>
      </w:r>
    </w:p>
    <w:p>
      <w:pPr>
        <w:jc w:val="right"/>
      </w:pPr>
      <w:r>
        <w:t>جی آپ آئے مولانا کے پاس اور آپ نے سی پی ایس آہ کی شروعات کی اینڈ یو</w:t>
      </w:r>
    </w:p>
    <w:p>
      <w:r>
        <w:rPr>
          <w:b/>
        </w:rPr>
        <w:t xml:space="preserve">[34:21] </w:t>
      </w:r>
      <w:r>
        <w:t>took the leading role in this. Sab ne mil ke kiya. Doctor sahab, ji, lekin aap ka role</w:t>
      </w:r>
    </w:p>
    <w:p>
      <w:pPr>
        <w:jc w:val="right"/>
      </w:pPr>
      <w:r>
        <w:t>ٹوک دا لیڈنگ رول ان دس سب نے مل کے کیا ڈاکٹر صاحب جی لیکن آپ کا رول</w:t>
      </w:r>
    </w:p>
    <w:p>
      <w:r>
        <w:rPr>
          <w:b/>
        </w:rPr>
        <w:t xml:space="preserve">[34:27] </w:t>
      </w:r>
      <w:r>
        <w:t>sab se aham tha</w:t>
      </w:r>
    </w:p>
    <w:p>
      <w:pPr>
        <w:jc w:val="right"/>
      </w:pPr>
      <w:r>
        <w:t>سب سے اہم تھا</w:t>
      </w:r>
    </w:p>
    <w:p>
      <w:r>
        <w:rPr>
          <w:b/>
        </w:rPr>
        <w:t xml:space="preserve">[34:29] </w:t>
      </w:r>
      <w:r>
        <w:t>aur log bhi aaye jaise stuti malhotra priya malik khalid ansari ji ji doctor</w:t>
      </w:r>
    </w:p>
    <w:p>
      <w:pPr>
        <w:jc w:val="right"/>
      </w:pPr>
      <w:r>
        <w:t>اور لوگ بھی آئے جیسے ستوتی مروترا پریہ ملک خالد انصاری جی جی ڈاکٹر</w:t>
      </w:r>
    </w:p>
    <w:p>
      <w:r>
        <w:rPr>
          <w:b/>
        </w:rPr>
        <w:t xml:space="preserve">[34:37] </w:t>
      </w:r>
      <w:r>
        <w:t>naghma siddiqui nadeem kapoor ji to yeh aah paanch chah log aane lage sunday ko classes shuru ho</w:t>
      </w:r>
    </w:p>
    <w:p>
      <w:pPr>
        <w:jc w:val="right"/>
      </w:pPr>
      <w:r>
        <w:t>نغمہ صدیقی نبدیب کپور جی تو یہ آہ پانچ چھ لوگ آنے لگے سنڈے کو کلاسز شروع ہو</w:t>
      </w:r>
    </w:p>
    <w:p>
      <w:r>
        <w:rPr>
          <w:b/>
        </w:rPr>
        <w:t xml:space="preserve">[34:45] </w:t>
      </w:r>
      <w:r>
        <w:t>aah ki aap ne to main bhi is mein baith jaya karta tha ji to halankey main ne</w:t>
      </w:r>
    </w:p>
    <w:p>
      <w:pPr>
        <w:jc w:val="right"/>
      </w:pPr>
      <w:r>
        <w:t>آہ کی آپ نے تو میں بھی اس میں بیٹھ جایا کرتا تھا جی تو حالانکہ میں نے</w:t>
      </w:r>
    </w:p>
    <w:p>
      <w:r>
        <w:rPr>
          <w:b/>
        </w:rPr>
        <w:t xml:space="preserve">[34:52] </w:t>
      </w:r>
      <w:r>
        <w:t>maulana ki kitabein bhi padhi thi bahut zyada to nahin lekin risala padhta tha kitabein to lekin jab</w:t>
      </w:r>
    </w:p>
    <w:p>
      <w:pPr>
        <w:jc w:val="right"/>
      </w:pPr>
      <w:r>
        <w:t>مولانا کی کتابیں بھی پڑھی تھیں بہت زیادہ تو نہیں لیکن رسالہ پڑھتا تھا کتابیں تو لیکن جب</w:t>
      </w:r>
    </w:p>
    <w:p>
      <w:r>
        <w:rPr>
          <w:b/>
        </w:rPr>
        <w:t xml:space="preserve">[34:59] </w:t>
      </w:r>
      <w:r>
        <w:t>wo lectures mein main baitha aur maulana ne baatein bataein humein aur repeat karte they kaafi repetition hum</w:t>
      </w:r>
    </w:p>
    <w:p>
      <w:pPr>
        <w:jc w:val="right"/>
      </w:pPr>
      <w:r>
        <w:t>وہ لیکچرز میں میں بیٹھا اور مولانا نے باتیں بتائیں ہمیں اور ریپیٹ کرتے تھے کافی ریپیٹیشن ہم</w:t>
      </w:r>
    </w:p>
    <w:p>
      <w:r>
        <w:rPr>
          <w:b/>
        </w:rPr>
        <w:t xml:space="preserve">[35:09] </w:t>
      </w:r>
      <w:r>
        <w:t>se bhi repeat karate they question answers bhi hota tha discussion bhi hota tha to baatein aur zyada</w:t>
      </w:r>
    </w:p>
    <w:p>
      <w:pPr>
        <w:jc w:val="right"/>
      </w:pPr>
      <w:r>
        <w:t>سے بھی ریپیٹ کراتے تھے کوئسچن انسرز بھی ہوتا تھا ڈسکشن بھی ہوتا تھا تو باتیں اور زیادہ</w:t>
      </w:r>
    </w:p>
    <w:p>
      <w:r>
        <w:rPr>
          <w:b/>
        </w:rPr>
        <w:t xml:space="preserve">[35:15] </w:t>
      </w:r>
      <w:r>
        <w:t>wazeh huin right humare bachche bhi aa gaye is mein sadia sofia maria raziya apa</w:t>
      </w:r>
    </w:p>
    <w:p>
      <w:pPr>
        <w:jc w:val="right"/>
      </w:pPr>
      <w:r>
        <w:t>واضح ہوئیں رائٹ ہمارے بچے بھی آگئے اس میں سعدیہ صوفیہ ماریہ رازیہ آپا</w:t>
      </w:r>
    </w:p>
    <w:p>
      <w:r>
        <w:rPr>
          <w:b/>
        </w:rPr>
        <w:t xml:space="preserve">[35:22] </w:t>
      </w:r>
      <w:r>
        <w:t>doctor farida khanam tum thi hi pehle se aur apa ka jo sab se bada contribution hai ke</w:t>
      </w:r>
    </w:p>
    <w:p>
      <w:pPr>
        <w:jc w:val="right"/>
      </w:pPr>
      <w:r>
        <w:t>ڈاکٹر فریدہ خانم تم تھیں ہی پہلے سے اور آپا کا جو سب سے بڑا کنٹریبیوشن ہے کہ</w:t>
      </w:r>
    </w:p>
    <w:p>
      <w:r>
        <w:rPr>
          <w:b/>
        </w:rPr>
        <w:t xml:space="preserve">[35:28] </w:t>
      </w:r>
      <w:r>
        <w:t>unhone aah translations shuru kar diye english mein bahut pehle se eighties mein hi shuru kar diya</w:t>
      </w:r>
    </w:p>
    <w:p>
      <w:pPr>
        <w:jc w:val="right"/>
      </w:pPr>
      <w:r>
        <w:t>انہوں نے آہ ٹرانسلیشنز شروع کر دیے انگلش میں بہت پہلے سے ایٹیز میں ہی شروع کر دیا</w:t>
      </w:r>
    </w:p>
    <w:p>
      <w:r>
        <w:rPr>
          <w:b/>
        </w:rPr>
        <w:t xml:space="preserve">[35:35] </w:t>
      </w:r>
      <w:r>
        <w:t>tha abhi tak jaari hai abhi tak alhamdulillah jaari hai to is se kya hua ke ab jaise</w:t>
      </w:r>
    </w:p>
    <w:p>
      <w:pPr>
        <w:jc w:val="right"/>
      </w:pPr>
      <w:r>
        <w:t>تھا ابھی تک جاری ہے ابھی تک الحمدللہ جاری ہے تو اس سے کیا ہوا کہ اب جیسے</w:t>
      </w:r>
    </w:p>
    <w:p>
      <w:r>
        <w:rPr>
          <w:b/>
        </w:rPr>
        <w:t xml:space="preserve">[35:40] </w:t>
      </w:r>
      <w:r>
        <w:t>aap aaye ya nadeem kapoor to unko hum kya urdu mein aati nahin aap ko to is</w:t>
      </w:r>
    </w:p>
    <w:p>
      <w:pPr>
        <w:jc w:val="right"/>
      </w:pPr>
      <w:r>
        <w:t>آپ آئے یا نبدیب کپور تو ان کو ہم کیا اردو میں آتی نہیں آپ کو تو اس</w:t>
      </w:r>
    </w:p>
    <w:p>
      <w:r>
        <w:rPr>
          <w:b/>
        </w:rPr>
        <w:t xml:space="preserve">[35:46] </w:t>
      </w:r>
      <w:r>
        <w:t>waqt ab to alhamdulillah aap urdu padhte hain to aap jaise logon ke liye english mein material humare</w:t>
      </w:r>
    </w:p>
    <w:p>
      <w:pPr>
        <w:jc w:val="right"/>
      </w:pPr>
      <w:r>
        <w:t>وقت اب تو الحمدللہ آپ اردو پڑھتے ہیں تو آپ جیسے لوگوں کے لیے انگلش میں مٹیریل ہمارے</w:t>
      </w:r>
    </w:p>
    <w:p>
      <w:r>
        <w:rPr>
          <w:b/>
        </w:rPr>
        <w:t xml:space="preserve">[35:52] </w:t>
      </w:r>
      <w:r>
        <w:t>paas maujood tha ji to aap ne padha ji aur is ko saraha samajh mein aaya aap ko</w:t>
      </w:r>
    </w:p>
    <w:p>
      <w:pPr>
        <w:jc w:val="right"/>
      </w:pPr>
      <w:r>
        <w:t>پاس موجود تھا جی تو آپ نے پڑھا جی اور اس کو سراہا سمجھ میں آیا آپ کو</w:t>
      </w:r>
    </w:p>
    <w:p>
      <w:r>
        <w:rPr>
          <w:b/>
        </w:rPr>
        <w:t xml:space="preserve">[35:58] </w:t>
      </w:r>
      <w:r>
        <w:t>mission to ahista ahista yeh silsila shuru hua lectures hote rahe kai saal tak to phir yeh silsila</w:t>
      </w:r>
    </w:p>
    <w:p>
      <w:pPr>
        <w:jc w:val="right"/>
      </w:pPr>
      <w:r>
        <w:t>مشن تو آہستہ آہستہ یہ سلسلہ شروع ہوا لیکچرز ہوتے رہے کئی سال تک تو پھر یہ سلسلہ</w:t>
      </w:r>
    </w:p>
    <w:p>
      <w:r>
        <w:rPr>
          <w:b/>
        </w:rPr>
        <w:t xml:space="preserve">[36:06] </w:t>
      </w:r>
      <w:r>
        <w:t>chala phir aah</w:t>
      </w:r>
    </w:p>
    <w:p>
      <w:pPr>
        <w:jc w:val="right"/>
      </w:pPr>
      <w:r>
        <w:t>چلا پھر آہ</w:t>
      </w:r>
    </w:p>
    <w:p>
      <w:r>
        <w:rPr>
          <w:b/>
        </w:rPr>
        <w:t xml:space="preserve">[36:08] </w:t>
      </w:r>
      <w:r>
        <w:t>stuti malhotra ne ek bahut achhi cheez yeh ki ke you stream agar aap ko yaad hoga ji</w:t>
      </w:r>
    </w:p>
    <w:p>
      <w:pPr>
        <w:jc w:val="right"/>
      </w:pPr>
      <w:r>
        <w:t>ستوتی ملوثرا نے ایک بہت اچھی چیز یہ کی کہ یو اسٹریم اگر آپ کو یاد ہوگا جی</w:t>
      </w:r>
    </w:p>
    <w:p>
      <w:r>
        <w:rPr>
          <w:b/>
        </w:rPr>
        <w:t xml:space="preserve">[36:13] </w:t>
      </w:r>
      <w:r>
        <w:t>ji ji to shuru kar diya ji is se kya hua ke log</w:t>
      </w:r>
    </w:p>
    <w:p>
      <w:pPr>
        <w:jc w:val="right"/>
      </w:pPr>
      <w:r>
        <w:t>جی جی تو شروع کر دیا جی اس سے کیا ہوا کہ لوگ</w:t>
      </w:r>
    </w:p>
    <w:p>
      <w:r>
        <w:rPr>
          <w:b/>
        </w:rPr>
        <w:t xml:space="preserve">[36:19] </w:t>
      </w:r>
      <w:r>
        <w:t>doosri jagah se jud gaye ji ji aah india mein jahan par bhi log hain jo maulana ko</w:t>
      </w:r>
    </w:p>
    <w:p>
      <w:pPr>
        <w:jc w:val="right"/>
      </w:pPr>
      <w:r>
        <w:t>دوسری جگہ سے جڑ گئے جی جی آہ انڈیا میں جہاں پر بھی لوگ ہیں جو مولانا کو</w:t>
      </w:r>
    </w:p>
    <w:p>
      <w:r>
        <w:rPr>
          <w:b/>
        </w:rPr>
        <w:t xml:space="preserve">[36:25] </w:t>
      </w:r>
      <w:r>
        <w:t>phir ki writings ko pasand karte hain aur</w:t>
      </w:r>
    </w:p>
    <w:p>
      <w:pPr>
        <w:jc w:val="right"/>
      </w:pPr>
      <w:r>
        <w:t>پھر کی رائٹنگز کو پسند کرتے ہیں اور</w:t>
      </w:r>
    </w:p>
    <w:p>
      <w:r>
        <w:rPr>
          <w:b/>
        </w:rPr>
        <w:t xml:space="preserve">[36:30] </w:t>
      </w:r>
      <w:r>
        <w:t>aah alrisala ke readers hain followers hain wo sab ahista ahista judne lage aur aah doctor naghma siddiqui</w:t>
      </w:r>
    </w:p>
    <w:p>
      <w:pPr>
        <w:jc w:val="right"/>
      </w:pPr>
      <w:r>
        <w:t>آہ الرسالہ کے ریڈرز ہیں فالوورز ہیں وہ سب آہستہ آہستہ جڑنے لگے اور آہ ڈاکٹر نغمہ صدیقی</w:t>
      </w:r>
    </w:p>
    <w:p>
      <w:r>
        <w:rPr>
          <w:b/>
        </w:rPr>
        <w:t xml:space="preserve">[36:39] </w:t>
      </w:r>
      <w:r>
        <w:t>ne maulana ki jo writings hain hmm sara aah jo poora aah literature hai is ko archive karne</w:t>
      </w:r>
    </w:p>
    <w:p>
      <w:pPr>
        <w:jc w:val="right"/>
      </w:pPr>
      <w:r>
        <w:t>نے مولانا کی جو رائٹنگز ہیں ہمم سارا آہ جو پورا آہ لٹریچر ہے اس کو آرکائیو کرنی</w:t>
      </w:r>
    </w:p>
    <w:p>
      <w:r>
        <w:rPr>
          <w:b/>
        </w:rPr>
        <w:t xml:space="preserve">[36:49] </w:t>
      </w:r>
      <w:r>
        <w:t>shuru kar di</w:t>
      </w:r>
    </w:p>
    <w:p>
      <w:pPr>
        <w:jc w:val="right"/>
      </w:pPr>
      <w:r>
        <w:t>شروع کر دی</w:t>
      </w:r>
    </w:p>
    <w:p>
      <w:r>
        <w:rPr>
          <w:b/>
        </w:rPr>
        <w:t xml:space="preserve">[36:51] </w:t>
      </w:r>
      <w:r>
        <w:t>aur is tareeqe se aah</w:t>
      </w:r>
    </w:p>
    <w:p>
      <w:pPr>
        <w:jc w:val="right"/>
      </w:pPr>
      <w:r>
        <w:t>اور اس طریقے سے آہ</w:t>
      </w:r>
    </w:p>
    <w:p>
      <w:r>
        <w:rPr>
          <w:b/>
        </w:rPr>
        <w:t xml:space="preserve">[36:55] </w:t>
      </w:r>
      <w:r>
        <w:t>kaam badhne laga hmm aur aah ab translations shuru ho gaye</w:t>
      </w:r>
    </w:p>
    <w:p>
      <w:pPr>
        <w:jc w:val="right"/>
      </w:pPr>
      <w:r>
        <w:t>کام بڑھنے لگا ہمم اور آہ اب ٹرانسلیشنز شروع ہوگئے</w:t>
      </w:r>
    </w:p>
    <w:p>
      <w:r>
        <w:rPr>
          <w:b/>
        </w:rPr>
        <w:t xml:space="preserve">[37:02] </w:t>
      </w:r>
      <w:r>
        <w:t>jo bhi aah</w:t>
      </w:r>
    </w:p>
    <w:p>
      <w:pPr>
        <w:jc w:val="right"/>
      </w:pPr>
      <w:r>
        <w:t>جو بھی آہ</w:t>
      </w:r>
    </w:p>
    <w:p>
      <w:r>
        <w:rPr>
          <w:b/>
        </w:rPr>
        <w:t xml:space="preserve">[37:06] </w:t>
      </w:r>
      <w:r>
        <w:t>kitaben hain is ko translate karna phir sadia ne facebook ka page banaya ji phir instagram ka</w:t>
      </w:r>
    </w:p>
    <w:p>
      <w:pPr>
        <w:jc w:val="right"/>
      </w:pPr>
      <w:r>
        <w:t>کتابیں ہیں اس کو ٹرانسلیٹ کرنا پھر سعدیہ نے فیس بک کا پیج بنایا جی پھر انسٹاگرام کا</w:t>
      </w:r>
    </w:p>
    <w:p>
      <w:r>
        <w:rPr>
          <w:b/>
        </w:rPr>
        <w:t xml:space="preserve">[37:14] </w:t>
      </w:r>
      <w:r>
        <w:t>page banaya phir whatsapp ka group banaya to aur bhi zyada jo ah cheezen thin pohnchne lagen</w:t>
      </w:r>
    </w:p>
    <w:p>
      <w:pPr>
        <w:jc w:val="right"/>
      </w:pPr>
      <w:r>
        <w:t>پیج بنایا پھر واٹس ایپ کا گروپ بنایا تو اور بھی زیادہ جو آہ چیزیں تھیں پہنچنے لگیں</w:t>
      </w:r>
    </w:p>
    <w:p>
      <w:r>
        <w:rPr>
          <w:b/>
        </w:rPr>
        <w:t xml:space="preserve">[37:21] </w:t>
      </w:r>
      <w:r>
        <w:t>pohnchne lagen ji pohnchne lagen ji aur ah suhaib aur maink ne bari creatively</w:t>
      </w:r>
    </w:p>
    <w:p>
      <w:pPr>
        <w:jc w:val="right"/>
      </w:pPr>
      <w:r>
        <w:t>پہنچنے لگیں جی پہنچنے لگیں جی اور آہ صہیب اور مینک نے بڑی کریٹیولی</w:t>
      </w:r>
    </w:p>
    <w:p>
      <w:r>
        <w:rPr>
          <w:b/>
        </w:rPr>
        <w:t xml:space="preserve">[37:28] </w:t>
      </w:r>
      <w:r>
        <w:t>jo content ko develop kiya aur phailaya ji aur jo aap ki team hai cps ki</w:t>
      </w:r>
    </w:p>
    <w:p>
      <w:pPr>
        <w:jc w:val="right"/>
      </w:pPr>
      <w:r>
        <w:t>جو کنٹینٹ کو ڈیویلپ کیا اور پھیلایا جی اور جو آپ کی ٹیم ہے سی پی ایس کی</w:t>
      </w:r>
    </w:p>
    <w:p>
      <w:r>
        <w:rPr>
          <w:b/>
        </w:rPr>
        <w:t xml:space="preserve">[37:33] </w:t>
      </w:r>
      <w:r>
        <w:t>khas tor se ah Maulana Farhad sahib unhon un ka bara contribution hai ji chounke unhon ne Maulana</w:t>
      </w:r>
    </w:p>
    <w:p>
      <w:pPr>
        <w:jc w:val="right"/>
      </w:pPr>
      <w:r>
        <w:t>خاص طور سے آہ مولانا فرہاد صاحب انہوں ان کا بڑا کنٹریبیوشن ہے جی چونکہ انہوں نے مولانا</w:t>
      </w:r>
    </w:p>
    <w:p>
      <w:r>
        <w:rPr>
          <w:b/>
        </w:rPr>
        <w:t xml:space="preserve">[37:41] </w:t>
      </w:r>
      <w:r>
        <w:t>ki</w:t>
      </w:r>
    </w:p>
    <w:p>
      <w:pPr>
        <w:jc w:val="right"/>
      </w:pPr>
      <w:r>
        <w:t>کی</w:t>
      </w:r>
    </w:p>
    <w:p>
      <w:r>
        <w:rPr>
          <w:b/>
        </w:rPr>
        <w:t xml:space="preserve">[37:41] </w:t>
      </w:r>
      <w:r>
        <w:t>sab kitaben parh rakhi hain aur jo bhi references ki zaroorat hoti thi foran nikalte the ji aur</w:t>
      </w:r>
    </w:p>
    <w:p>
      <w:pPr>
        <w:jc w:val="right"/>
      </w:pPr>
      <w:r>
        <w:t>سب کتابیں پڑھ رکھی ہیں اور جو بھی ریفرنسز کی ضرورت ہوتی تھی فوراً نکالتے تھے جی اور</w:t>
      </w:r>
    </w:p>
    <w:p>
      <w:r>
        <w:rPr>
          <w:b/>
        </w:rPr>
        <w:t xml:space="preserve">[37:48] </w:t>
      </w:r>
      <w:r>
        <w:t>baqi bhi jo log hain ji imran hain aur rajesh hain aur abdulsamad hain ehsan hain yeh sab</w:t>
      </w:r>
    </w:p>
    <w:p>
      <w:pPr>
        <w:jc w:val="right"/>
      </w:pPr>
      <w:r>
        <w:t>باقی بھی جو لوگ ہیں جی عمران ہیں اور راجیش ہیں اور عبدالصمد ہیں احسان ہیں یہ سب</w:t>
      </w:r>
    </w:p>
    <w:p>
      <w:r>
        <w:rPr>
          <w:b/>
        </w:rPr>
        <w:t xml:space="preserve">[37:55] </w:t>
      </w:r>
      <w:r>
        <w:t>log bohat hi achhi team hai aur</w:t>
      </w:r>
    </w:p>
    <w:p>
      <w:pPr>
        <w:jc w:val="right"/>
      </w:pPr>
      <w:r>
        <w:t>لوگ بہت ہی اچھی ٹیم ہے اور</w:t>
      </w:r>
    </w:p>
    <w:p>
      <w:r>
        <w:rPr>
          <w:b/>
        </w:rPr>
        <w:t xml:space="preserve">[38:00] </w:t>
      </w:r>
      <w:r>
        <w:t>baad mein ab ammar aa gaye hain woh bhi bohat hi achha asset hain he is a good asset</w:t>
      </w:r>
    </w:p>
    <w:p>
      <w:pPr>
        <w:jc w:val="right"/>
      </w:pPr>
      <w:r>
        <w:t>بعد میں اب عمار آگئے ہیں وہ بھی بہت ہی اچھا ایسٹ ہیں ہی از اے گڈ ایسٹ</w:t>
      </w:r>
    </w:p>
    <w:p>
      <w:r>
        <w:rPr>
          <w:b/>
        </w:rPr>
        <w:t xml:space="preserve">[38:05] </w:t>
      </w:r>
      <w:r>
        <w:t>aur phir Alhamdulillah kya hua ke khurram sahib aa gaye ji aur khurram sahib ke aanay se yeh hua</w:t>
      </w:r>
    </w:p>
    <w:p>
      <w:pPr>
        <w:jc w:val="right"/>
      </w:pPr>
      <w:r>
        <w:t>اور پھر الحمدللہ کیا ہوا کہ خرم صاحب آگئے جی اور خرم صاحب کے آنے سے یہ ہوا</w:t>
      </w:r>
    </w:p>
    <w:p>
      <w:r>
        <w:rPr>
          <w:b/>
        </w:rPr>
        <w:t xml:space="preserve">[38:11] </w:t>
      </w:r>
      <w:r>
        <w:t>ke sara jo chounke pilot the har shahar mein jate the to wahan team banate the to bari</w:t>
      </w:r>
    </w:p>
    <w:p>
      <w:pPr>
        <w:jc w:val="right"/>
      </w:pPr>
      <w:r>
        <w:t>کہ سارا جو چونکہ پائلٹ تھے ہر شہر میں جاتے تھے تو وہاں ٹیم بناتے تھے تو بڑی</w:t>
      </w:r>
    </w:p>
    <w:p>
      <w:r>
        <w:rPr>
          <w:b/>
        </w:rPr>
        <w:t xml:space="preserve">[38:18] </w:t>
      </w:r>
      <w:r>
        <w:t>achhi teams ban gayi ji yani jo readers the al risala ke jo phailay hue the har jagah poore</w:t>
      </w:r>
    </w:p>
    <w:p>
      <w:pPr>
        <w:jc w:val="right"/>
      </w:pPr>
      <w:r>
        <w:t>اچھی ٹیمز بن گئی جی یعنی جو ریڈرز تھے الرسالہ کے جو پھیلے ہوئے تھے ہر جگہ پورے</w:t>
      </w:r>
    </w:p>
    <w:p>
      <w:r>
        <w:rPr>
          <w:b/>
        </w:rPr>
        <w:t xml:space="preserve">[38:23] </w:t>
      </w:r>
      <w:r>
        <w:t>india mein aur bahar bhi woh jud gaye aur ek team bombay</w:t>
      </w:r>
    </w:p>
    <w:p>
      <w:pPr>
        <w:jc w:val="right"/>
      </w:pPr>
      <w:r>
        <w:t>انڈیا میں اور باہر بھی وہ جڑ گئے اور ایک ٹیم بمبے</w:t>
      </w:r>
    </w:p>
    <w:p>
      <w:r>
        <w:rPr>
          <w:b/>
        </w:rPr>
        <w:t xml:space="preserve">[38:27] </w:t>
      </w:r>
      <w:r>
        <w:t>ki team ban gayi kolkata ki team ban gayi jammu ki team ban gayi srinagar ki team</w:t>
      </w:r>
    </w:p>
    <w:p>
      <w:pPr>
        <w:jc w:val="right"/>
      </w:pPr>
      <w:r>
        <w:t>کی ٹیم بن گئی کلکتہ کی ٹیم بن گئی جموں کی ٹیم بن گئی سری نگر کی ٹیم</w:t>
      </w:r>
    </w:p>
    <w:p>
      <w:r>
        <w:rPr>
          <w:b/>
        </w:rPr>
        <w:t xml:space="preserve">[38:31] </w:t>
      </w:r>
      <w:r>
        <w:t>ban gayi ji aur sari teams bohat hi فعال انداز mein aur united انداز mein kaam karne lagi</w:t>
      </w:r>
    </w:p>
    <w:p>
      <w:pPr>
        <w:jc w:val="right"/>
      </w:pPr>
      <w:r>
        <w:t>بن گئی جی اور ساری ٹیمز بہت ہی فعال انداز میں اور یونائٹڈ انداز میں کام کرنے لگی</w:t>
      </w:r>
    </w:p>
    <w:p>
      <w:r>
        <w:rPr>
          <w:b/>
        </w:rPr>
        <w:t xml:space="preserve">[38:38] </w:t>
      </w:r>
      <w:r>
        <w:t>hmm to khurram sahib ke aanay se yeh bohat faida hua to is tarike se kaam barhne laga</w:t>
      </w:r>
    </w:p>
    <w:p>
      <w:pPr>
        <w:jc w:val="right"/>
      </w:pPr>
      <w:r>
        <w:t>ہمم تو خرم صاحب کے آنے سے یہ بہت فائدہ ہوا تو اس طریقے سے کام بڑھنے لگا</w:t>
      </w:r>
    </w:p>
    <w:p>
      <w:r>
        <w:rPr>
          <w:b/>
        </w:rPr>
        <w:t xml:space="preserve">[38:45] </w:t>
      </w:r>
      <w:r>
        <w:t>aur ah kafi had tak ah logon tak baat pohnchne lagi phir jo translation hua quran ka hmm</w:t>
      </w:r>
    </w:p>
    <w:p>
      <w:pPr>
        <w:jc w:val="right"/>
      </w:pPr>
      <w:r>
        <w:t>اور آہ کافی حد تک آہ لوگوں تک بات پہنچنے لگی پھر جو ٹرانسلیشن ہوا قرآن کا ہمم</w:t>
      </w:r>
    </w:p>
    <w:p>
      <w:r>
        <w:rPr>
          <w:b/>
        </w:rPr>
        <w:t xml:space="preserve">[38:53] </w:t>
      </w:r>
      <w:r>
        <w:t>jo apa ne kiya Maulana ki help se ji woh ek bohat hi bari cheez hui mission ke</w:t>
      </w:r>
    </w:p>
    <w:p>
      <w:pPr>
        <w:jc w:val="right"/>
      </w:pPr>
      <w:r>
        <w:t>جو آپا نے کیا مولانا کی ہیلپ سے جی وہ ایک بہت ہی بڑی چیز ہوئی مشن کے</w:t>
      </w:r>
    </w:p>
    <w:p>
      <w:r>
        <w:rPr>
          <w:b/>
        </w:rPr>
        <w:t xml:space="preserve">[38:59] </w:t>
      </w:r>
      <w:r>
        <w:t>liye chounke Maulana ne kaha ke quran ko flood kar do hmm to team jo thi poori dunya</w:t>
      </w:r>
    </w:p>
    <w:p>
      <w:pPr>
        <w:jc w:val="right"/>
      </w:pPr>
      <w:r>
        <w:t>لیے چونکہ مولانا نے کہا کہ قرآن کو فلڈ کر دو ہمم تو ٹیم جو تھی پوری دنیا</w:t>
      </w:r>
    </w:p>
    <w:p>
      <w:r>
        <w:rPr>
          <w:b/>
        </w:rPr>
        <w:t xml:space="preserve">[39:06] </w:t>
      </w:r>
      <w:r>
        <w:t>mein aur india mein US mein khwaja kaleemuddin sahib aur jo log the sab</w:t>
      </w:r>
    </w:p>
    <w:p>
      <w:pPr>
        <w:jc w:val="right"/>
      </w:pPr>
      <w:r>
        <w:t>میں اور انڈیا میں یو ایس میں خواجہ کلیم الدین صاحب اور جو لوگ تھے سب</w:t>
      </w:r>
    </w:p>
    <w:p>
      <w:r>
        <w:rPr>
          <w:b/>
        </w:rPr>
        <w:t xml:space="preserve">[39:13] </w:t>
      </w:r>
      <w:r>
        <w:t>ne yeh yeh un ko bohat hi ek bara maqsad mil gaya maqsad mil gaya ji ji ji</w:t>
      </w:r>
    </w:p>
    <w:p>
      <w:pPr>
        <w:jc w:val="right"/>
      </w:pPr>
      <w:r>
        <w:t>نے یہ یہ ان کو بہت ہی ایک بڑا مقصد مل گیا مقصد مل گیا جی جی جی</w:t>
      </w:r>
    </w:p>
    <w:p>
      <w:r>
        <w:rPr>
          <w:b/>
        </w:rPr>
        <w:t xml:space="preserve">[39:18] </w:t>
      </w:r>
      <w:r>
        <w:t>ji haan to woh maqsad ah ko le ke log aage barhe aur quran ah ko phailana shuru</w:t>
      </w:r>
    </w:p>
    <w:p>
      <w:pPr>
        <w:jc w:val="right"/>
      </w:pPr>
      <w:r>
        <w:t>جی ہاں تو وہ مقصد آہ کو لے کے لوگ آگے بڑھے اور قرآن آہ کو پھیلانا شروع</w:t>
      </w:r>
    </w:p>
    <w:p>
      <w:r>
        <w:rPr>
          <w:b/>
        </w:rPr>
        <w:t xml:space="preserve">[39:24] </w:t>
      </w:r>
      <w:r>
        <w:t>kar diya to yahi ek safar tha jis mein main bhi shamil tha ji aur isi se ah</w:t>
      </w:r>
    </w:p>
    <w:p>
      <w:pPr>
        <w:jc w:val="right"/>
      </w:pPr>
      <w:r>
        <w:t>کر دیا تو یہی ایک سفر تھا جس میں میں بھی شامل تھا جی اور اسی سے آہ</w:t>
      </w:r>
    </w:p>
    <w:p>
      <w:r>
        <w:rPr>
          <w:b/>
        </w:rPr>
        <w:t xml:space="preserve">[39:32] </w:t>
      </w:r>
      <w:r>
        <w:t>change aaya ji isi se ek ah ah jo mizaj mein tabdili aayi to Alhamdulillah is se bohat</w:t>
      </w:r>
    </w:p>
    <w:p>
      <w:pPr>
        <w:jc w:val="right"/>
      </w:pPr>
      <w:r>
        <w:t>چینج آیا جی اسی سے ایک آہ آہ جو مزاج میں تبدیلی آئی تو الحمدللہ اس سے بہت</w:t>
      </w:r>
    </w:p>
    <w:p>
      <w:r>
        <w:rPr>
          <w:b/>
        </w:rPr>
        <w:t xml:space="preserve">[39:42] </w:t>
      </w:r>
      <w:r>
        <w:t>faida hua ji ah si pi es team ke banne se chounke Maulana ke jo lectures hote the</w:t>
      </w:r>
    </w:p>
    <w:p>
      <w:pPr>
        <w:jc w:val="right"/>
      </w:pPr>
      <w:r>
        <w:t>فائدہ ہوا جی آہ سی پی ایس ٹیم کے بننے سے چونکہ مولانا کے جو لیکچرز ہوتے تھے</w:t>
      </w:r>
    </w:p>
    <w:p>
      <w:r>
        <w:rPr>
          <w:b/>
        </w:rPr>
        <w:t xml:space="preserve">[39:49] </w:t>
      </w:r>
      <w:r>
        <w:t>wo is ka bara asar hota hai hmm ab aap dekhiye ke rasool Allah sal Allah alaihi wasallam</w:t>
      </w:r>
    </w:p>
    <w:p>
      <w:pPr>
        <w:jc w:val="right"/>
      </w:pPr>
      <w:r>
        <w:t>وہ اس کا بڑا اثر ہوتا ہے ہمم اب آپ دیکھیے کہ رسول اللہ صلی اللہ علیہ وسلم</w:t>
      </w:r>
    </w:p>
    <w:p>
      <w:r>
        <w:rPr>
          <w:b/>
        </w:rPr>
        <w:t xml:space="preserve">[39:55] </w:t>
      </w:r>
      <w:r>
        <w:t>ke jo ashab the sahaba</w:t>
      </w:r>
    </w:p>
    <w:p>
      <w:pPr>
        <w:jc w:val="right"/>
      </w:pPr>
      <w:r>
        <w:t>کے جو اصحاب تھے صحابہ</w:t>
      </w:r>
    </w:p>
    <w:p>
      <w:r>
        <w:rPr>
          <w:b/>
        </w:rPr>
        <w:t xml:space="preserve">[39:58] </w:t>
      </w:r>
      <w:r>
        <w:t>ah</w:t>
      </w:r>
    </w:p>
    <w:p>
      <w:pPr>
        <w:jc w:val="right"/>
      </w:pPr>
      <w:r>
        <w:t>آہ</w:t>
      </w:r>
    </w:p>
    <w:p>
      <w:r>
        <w:rPr>
          <w:b/>
        </w:rPr>
        <w:t xml:space="preserve">[39:59] </w:t>
      </w:r>
      <w:r>
        <w:t>un ka jo ah soch ka aur iman ka level tha is ke baad ki generations mein nahi</w:t>
      </w:r>
    </w:p>
    <w:p>
      <w:pPr>
        <w:jc w:val="right"/>
      </w:pPr>
      <w:r>
        <w:t>ان کا جو آہ سوچ کا اور ایمان کا لیول تھا اس کے بعد کی جنریشنز میں نہیں</w:t>
      </w:r>
    </w:p>
    <w:p>
      <w:r>
        <w:rPr>
          <w:b/>
        </w:rPr>
        <w:t xml:space="preserve">[40:05] </w:t>
      </w:r>
      <w:r>
        <w:t>tha wo kam hota chala gaya hmm to wo wahi cheez thi ke Maulana samne hain wo bol</w:t>
      </w:r>
    </w:p>
    <w:p>
      <w:pPr>
        <w:jc w:val="right"/>
      </w:pPr>
      <w:r>
        <w:t>تھا وہ کم ہوتا چلا گیا ہمم تو وہ وہی چیز تھی کہ مولانا سامنے ہیں وہ بول</w:t>
      </w:r>
    </w:p>
    <w:p>
      <w:r>
        <w:rPr>
          <w:b/>
        </w:rPr>
        <w:t xml:space="preserve">[40:11] </w:t>
      </w:r>
      <w:r>
        <w:t>rahe hain wo bata rahe hain aur hum sun rahe hain aur hum questions kar rahe hain aur</w:t>
      </w:r>
    </w:p>
    <w:p>
      <w:pPr>
        <w:jc w:val="right"/>
      </w:pPr>
      <w:r>
        <w:t>رہے ہیں وہ بتا رہے ہیں اور ہم سن رہے ہیں اور ہم کوئسچنز کر رہے ہیں اور</w:t>
      </w:r>
    </w:p>
    <w:p>
      <w:r>
        <w:rPr>
          <w:b/>
        </w:rPr>
        <w:t xml:space="preserve">[40:15] </w:t>
      </w:r>
      <w:r>
        <w:t>jawab de rahe hain hum bhi repeat kar rahe hain aur main to khud likhta tha agar aap</w:t>
      </w:r>
    </w:p>
    <w:p>
      <w:pPr>
        <w:jc w:val="right"/>
      </w:pPr>
      <w:r>
        <w:t>جواب دے رہے ہیں ہم بھی ریپیٹ کر رہے ہیں اور میں تو خود لکھتا تھا اگر آپ</w:t>
      </w:r>
    </w:p>
    <w:p>
      <w:r>
        <w:rPr>
          <w:b/>
        </w:rPr>
        <w:t xml:space="preserve">[40:19] </w:t>
      </w:r>
      <w:r>
        <w:t>ko yaad hai to mere pas taqreeban sare lectures maine khud diary mein likhe hue hain main</w:t>
      </w:r>
    </w:p>
    <w:p>
      <w:pPr>
        <w:jc w:val="right"/>
      </w:pPr>
      <w:r>
        <w:t>کو یاد ہے تو میرے پاس تقریبا سارے لیکچرز میں نے خود ڈائری میں لکھے ہوئے ہیں میں</w:t>
      </w:r>
    </w:p>
    <w:p>
      <w:r>
        <w:rPr>
          <w:b/>
        </w:rPr>
        <w:t xml:space="preserve">[40:24] </w:t>
      </w:r>
      <w:r>
        <w:t>taqreeban 15 bees diaries mere pas hain Maulana ki taraf se hidayat bhi hoti thi ke aap diary</w:t>
      </w:r>
    </w:p>
    <w:p>
      <w:pPr>
        <w:jc w:val="right"/>
      </w:pPr>
      <w:r>
        <w:t>تقریبا 15 بیس ڈائریز میرے پاس ہیں مولانا کی طرف سے ہدایت بھی ہوتی تھی کہ آپ ڈائری</w:t>
      </w:r>
    </w:p>
    <w:p>
      <w:r>
        <w:rPr>
          <w:b/>
        </w:rPr>
        <w:t xml:space="preserve">[40:29] </w:t>
      </w:r>
      <w:r>
        <w:t>layen aur likhen note banayen ji to sab log diary le ke bethte the ji to wo sab</w:t>
      </w:r>
    </w:p>
    <w:p>
      <w:pPr>
        <w:jc w:val="right"/>
      </w:pPr>
      <w:r>
        <w:t>لائیں اور لکھیں نوٹ بنائیں جی تو سب لوگ ڈائری لے کے بیٹھتے تھے جی تو وہ سب</w:t>
      </w:r>
    </w:p>
    <w:p>
      <w:r>
        <w:rPr>
          <w:b/>
        </w:rPr>
        <w:t xml:space="preserve">[40:33] </w:t>
      </w:r>
      <w:r>
        <w:t>bahut hi consciousnessly ye sare kaam hone lage ji to is se alhamdulillah spiritual development kafi jo hai</w:t>
      </w:r>
    </w:p>
    <w:p>
      <w:pPr>
        <w:jc w:val="right"/>
      </w:pPr>
      <w:r>
        <w:t>بہت ہی کانشیسلی یہ سارے کام ہونے لگے جی تو اس سے الحمدللہ سپرچول ڈیویلپمنٹ کافی جو ہے</w:t>
      </w:r>
    </w:p>
    <w:p>
      <w:r>
        <w:rPr>
          <w:b/>
        </w:rPr>
        <w:t xml:space="preserve">[40:40] </w:t>
      </w:r>
      <w:r>
        <w:t>ah Maulana ki ah maine ek cheez aur observe kari doctor sahib</w:t>
      </w:r>
    </w:p>
    <w:p>
      <w:pPr>
        <w:jc w:val="right"/>
      </w:pPr>
      <w:r>
        <w:t>آہ مولانا کی آہ میں نے ایک چیز اور ابزرو کری ڈاکٹر صاحب</w:t>
      </w:r>
    </w:p>
    <w:p>
      <w:r>
        <w:rPr>
          <w:b/>
        </w:rPr>
        <w:t xml:space="preserve">[40:44] </w:t>
      </w:r>
      <w:r>
        <w:t>ki generally agar aap koi spiritual field mein hon to ek hi definition denge Maulana ke pas jitni bar aap un se spirituality ke bare mein poochein to nayi nayi definition se naye naye tareeqe se samjhate the to ek bar yeh mujhe ek dum yaad aa raha hai aap jaise bata rahe the ke maine Maulana se poocha ke Maulana Maulana sahib what is spirit</w:t>
      </w:r>
    </w:p>
    <w:p>
      <w:pPr>
        <w:jc w:val="right"/>
      </w:pPr>
      <w:r>
        <w:t>کی جنرلی اگر آپ کوئی سپرچول فیلڈ میں ہوں تو ایک ہی ڈیفینیشن دیں گے مولانا کے پاس جتنی بار آپ ان سے سپرچویلٹی کے بارے میں پوچھیں تو نئی نئی ڈیفینیشن سے نئے نئے طریقے سے سمجھاتے تھے تو ایک بار یہ مجھے ایک دم یاد آ رہا ہے آپ جیسے بتا رہے تھے کہ میں نے مولانا سے پوچھا کہ مولانا مولانا صاحب واٹ از سپرچ</w:t>
      </w:r>
    </w:p>
    <w:p>
      <w:r>
        <w:rPr>
          <w:b/>
        </w:rPr>
        <w:t xml:space="preserve">[41:05] </w:t>
      </w:r>
      <w:r>
        <w:t>uality to unhon ne bada achha jumla bola unhon ne bola ke spirituality means finding nectar in the jungle of thorns</w:t>
      </w:r>
    </w:p>
    <w:p>
      <w:pPr>
        <w:jc w:val="right"/>
      </w:pPr>
      <w:r>
        <w:t>ویلٹی تو انہوں نے بڑا اچھا جملہ بولا انہوں نے بولا کہ سپرچویلٹی مینز فائنڈنگ نیکٹر ان دی جنگل اف تھونز</w:t>
      </w:r>
    </w:p>
    <w:p>
      <w:r>
        <w:rPr>
          <w:b/>
        </w:rPr>
        <w:t xml:space="preserve">[41:12] </w:t>
      </w:r>
      <w:r>
        <w:t>zabardast to mujhe bahut hi ah zyada aur zabardast baat lagi ji full of meaning ke wo abhi</w:t>
      </w:r>
    </w:p>
    <w:p>
      <w:pPr>
        <w:jc w:val="right"/>
      </w:pPr>
      <w:r>
        <w:t>زبردست تو مجھے بہت ہی آہ زیادہ اور زبردست بات لگی جی فل اف میننگ کہ وہ ابھی</w:t>
      </w:r>
    </w:p>
    <w:p>
      <w:r>
        <w:rPr>
          <w:b/>
        </w:rPr>
        <w:t xml:space="preserve">[41:18] </w:t>
      </w:r>
      <w:r>
        <w:t>tak mere zehen mein ah baith gayi ji ah to Maulana yahi kehte the ke ah everybody</w:t>
      </w:r>
    </w:p>
    <w:p>
      <w:pPr>
        <w:jc w:val="right"/>
      </w:pPr>
      <w:r>
        <w:t>تک میرے ذہن میں آہ بیٹھ گئی جی آہ تو مولانا یہی کہتے تھے کہ آہ ایوری باڈی</w:t>
      </w:r>
    </w:p>
    <w:p>
      <w:r>
        <w:rPr>
          <w:b/>
        </w:rPr>
        <w:t xml:space="preserve">[41:25] </w:t>
      </w:r>
      <w:r>
        <w:t>In today's world, is become an earning animal. So physically, we have all become giant.</w:t>
      </w:r>
    </w:p>
    <w:p>
      <w:pPr>
        <w:jc w:val="right"/>
      </w:pPr>
      <w:r>
        <w:t>ان ٹوڈے ورلڈ از بیکم ا ارننگ اینیمل تو فزیکلی تو ہم لوگ سب جائنٹ ہو گئے ہیں</w:t>
      </w:r>
    </w:p>
    <w:p>
      <w:r>
        <w:rPr>
          <w:b/>
        </w:rPr>
        <w:t xml:space="preserve">[41:30] </w:t>
      </w:r>
      <w:r>
        <w:t>lekin ah kyunke sab is materialism ki daud mein bhaag rahe hain ah intellectually aur spiritually hum log</w:t>
      </w:r>
    </w:p>
    <w:p>
      <w:pPr>
        <w:jc w:val="right"/>
      </w:pPr>
      <w:r>
        <w:t>لیکن آہ کیونکہ سب اس مٹیریلزم کی دوڑ میں بھاگ رہے ہیں آہ انٹلیکچولی اور سپرچولی ہم لوگ</w:t>
      </w:r>
    </w:p>
    <w:p>
      <w:r>
        <w:rPr>
          <w:b/>
        </w:rPr>
        <w:t xml:space="preserve">[41:38] </w:t>
      </w:r>
      <w:r>
        <w:t>dwarf ho gaye hain aur isi wajah se aaj jo itni zyada ah problems masail khare ho rahe</w:t>
      </w:r>
    </w:p>
    <w:p>
      <w:pPr>
        <w:jc w:val="right"/>
      </w:pPr>
      <w:r>
        <w:t>ڈوارف ہو گئے ہیں اور اسی وجہ سے آج جو اتنی زیادہ آہ پرابلمز مسائل کھڑے ہو رہے</w:t>
      </w:r>
    </w:p>
    <w:p>
      <w:r>
        <w:rPr>
          <w:b/>
        </w:rPr>
        <w:t xml:space="preserve">[41:44] </w:t>
      </w:r>
      <w:r>
        <w:t>hain tension stress ah aur jo heart diseases hain ye sari isi lifestyle aur earnings ki taraf</w:t>
      </w:r>
    </w:p>
    <w:p>
      <w:pPr>
        <w:jc w:val="right"/>
      </w:pPr>
      <w:r>
        <w:t>ہیں ٹینشن سٹریس آہ اور جو ہارٹ ڈیزیزز ہیں یہ ساری اسی لائف سٹائل اور ارننگز کی طرف</w:t>
      </w:r>
    </w:p>
    <w:p>
      <w:r>
        <w:rPr>
          <w:b/>
        </w:rPr>
        <w:t xml:space="preserve">[41:53] </w:t>
      </w:r>
      <w:r>
        <w:t>daudna materialism ki taraf daudna is ki wajah se hai ji aur jo spiritual development</w:t>
      </w:r>
    </w:p>
    <w:p>
      <w:pPr>
        <w:jc w:val="right"/>
      </w:pPr>
      <w:r>
        <w:t>دوڑنا مٹیریلزم کی طرف دوڑنا اس کی وجہ سے ہے جی اور جو سپرچول ڈیویلپمنٹ</w:t>
      </w:r>
    </w:p>
    <w:p>
      <w:r>
        <w:rPr>
          <w:b/>
        </w:rPr>
        <w:t xml:space="preserve">[41:57] </w:t>
      </w:r>
      <w:r>
        <w:t>ہے وہ کہتے تھے کہ آہ آہ that gives you the strength to face any kind of loss</w:t>
      </w:r>
    </w:p>
    <w:p>
      <w:pPr>
        <w:jc w:val="right"/>
      </w:pPr>
      <w:r>
        <w:t>ہے وہ کہتے تھے کہ آہ آہ دیٹ گیوز یو دی سٹرینتھ ٹو فیس اینی کائنڈ اف لاس</w:t>
      </w:r>
    </w:p>
    <w:p>
      <w:r>
        <w:rPr>
          <w:b/>
        </w:rPr>
        <w:t xml:space="preserve">[42:03] </w:t>
      </w:r>
      <w:r>
        <w:t>kyunke jo insan spiritual hoga us ko koi aur cheez itne zyada ah hurt nahi karegi ya</w:t>
      </w:r>
    </w:p>
    <w:p>
      <w:pPr>
        <w:jc w:val="right"/>
      </w:pPr>
      <w:r>
        <w:t>کیونکہ جو انسان سپرچول ہوگا اس کو کوئی اور چیز اتنے زیادہ آہ ہرٹ نہیں کرے گی یا</w:t>
      </w:r>
    </w:p>
    <w:p>
      <w:r>
        <w:rPr>
          <w:b/>
        </w:rPr>
        <w:t xml:space="preserve">[42:10] </w:t>
      </w:r>
      <w:r>
        <w:t>bemani lagegi kyunke us ke pas spiritual treasure hai ah to is liye ye spirituality jo</w:t>
      </w:r>
    </w:p>
    <w:p>
      <w:pPr>
        <w:jc w:val="right"/>
      </w:pPr>
      <w:r>
        <w:t>بے معنی لگے گی کیونکہ اس کے پاس سپرچول ٹریژر ہے آہ تو اس لیے یہ سپرچویلٹی جو</w:t>
      </w:r>
    </w:p>
    <w:p>
      <w:r>
        <w:rPr>
          <w:b/>
        </w:rPr>
        <w:t xml:space="preserve">[42:16] </w:t>
      </w:r>
      <w:r>
        <w:t>hai ye waqai bilkul ek insan ko balance deti hai haan ah jo kharab ho chuka hai aaj</w:t>
      </w:r>
    </w:p>
    <w:p>
      <w:pPr>
        <w:jc w:val="right"/>
      </w:pPr>
      <w:r>
        <w:t>ہے یہ واقعی بالکل ایک انسان کو بیلنس دیتی ہے ہاں آہ جو خراب ہو چکا ہے آج</w:t>
      </w:r>
    </w:p>
    <w:p>
      <w:r>
        <w:rPr>
          <w:b/>
        </w:rPr>
        <w:t xml:space="preserve">[42:22] </w:t>
      </w:r>
      <w:r>
        <w:t>ki aaj ke mahol mein ye sahi hai ah ke ah aadmi ko earn bhi karna hai ji</w:t>
      </w:r>
    </w:p>
    <w:p>
      <w:pPr>
        <w:jc w:val="right"/>
      </w:pPr>
      <w:r>
        <w:t>کی آج کے ماحول میں یہ صحیح ہے آہ کہ آہ آدمی کو ارن بھی کرنا ہے جی</w:t>
      </w:r>
    </w:p>
    <w:p>
      <w:r>
        <w:rPr>
          <w:b/>
        </w:rPr>
        <w:t xml:space="preserve">[42:29] </w:t>
      </w:r>
      <w:r>
        <w:t>zahre hai us ki zarooriyat hain ah lekin us ko chahiye ke ah apna goal spirituality ko banaye</w:t>
      </w:r>
    </w:p>
    <w:p>
      <w:pPr>
        <w:jc w:val="right"/>
      </w:pPr>
      <w:r>
        <w:t>ظاہر ہے اس کی ضروریات ہیں آہ لیکن اس کو چاہیے کہ آہ اپنا گول سپرچویلٹی کو بنائے</w:t>
      </w:r>
    </w:p>
    <w:p>
      <w:r>
        <w:rPr>
          <w:b/>
        </w:rPr>
        <w:t xml:space="preserve">[42:37] </w:t>
      </w:r>
      <w:r>
        <w:t>hmm aur jo earning hai jo business hai us ko zaroorat ki had tak rakhe hmm</w:t>
      </w:r>
    </w:p>
    <w:p>
      <w:pPr>
        <w:jc w:val="right"/>
      </w:pPr>
      <w:r>
        <w:t>ہمم اور جو ارننگ ہے جو بزنس ہے اس کو ضرورت کی حد تک رکھے ہمم</w:t>
      </w:r>
    </w:p>
    <w:p>
      <w:r>
        <w:rPr>
          <w:b/>
        </w:rPr>
        <w:t xml:space="preserve">[42:43] </w:t>
      </w:r>
      <w:r>
        <w:t>aaj ke daur mein agar koi kahe ke main earning nahin karunga hundred percent is mein lagoon</w:t>
      </w:r>
    </w:p>
    <w:p>
      <w:pPr>
        <w:jc w:val="right"/>
      </w:pPr>
      <w:r>
        <w:t>آج کے دور میں اگر کوئی کہے کہ میں ارننگ نہیں کروں گا ہنڈرڈ پرسنٹ اس میں لگوں</w:t>
      </w:r>
    </w:p>
    <w:p>
      <w:r>
        <w:rPr>
          <w:b/>
        </w:rPr>
        <w:t xml:space="preserve">[42:49] </w:t>
      </w:r>
      <w:r>
        <w:t>ga to woh possible nahin hai ji lekin woh us ko apna mission aur goal zindagi ka banaye</w:t>
      </w:r>
    </w:p>
    <w:p>
      <w:pPr>
        <w:jc w:val="right"/>
      </w:pPr>
      <w:r>
        <w:t>گا تو وہ پوسیبل نہیں ہے جی لیکن وہ اس کو اپنا مشن اور گول زندگی کا بنائیں</w:t>
      </w:r>
    </w:p>
    <w:p>
      <w:r>
        <w:rPr>
          <w:b/>
        </w:rPr>
        <w:t xml:space="preserve">[42:57] </w:t>
      </w:r>
      <w:r>
        <w:t>banana padega dawati maqsad ko aur jo earning hai jo bhi business hai jo job hai us</w:t>
      </w:r>
    </w:p>
    <w:p>
      <w:pPr>
        <w:jc w:val="right"/>
      </w:pPr>
      <w:r>
        <w:t>بنانا پڑے گا دعوتی مقصد کو اور جو ارننگ ہے جو بھی بزنس ہے جو جاب ہے اس</w:t>
      </w:r>
    </w:p>
    <w:p>
      <w:r>
        <w:rPr>
          <w:b/>
        </w:rPr>
        <w:t xml:space="preserve">[43:03] </w:t>
      </w:r>
      <w:r>
        <w:t>ko need based humm karna padega tabhi yeh mumkin hai ke woh apne andar spiritual development kar</w:t>
      </w:r>
    </w:p>
    <w:p>
      <w:pPr>
        <w:jc w:val="right"/>
      </w:pPr>
      <w:r>
        <w:t>کو نیڈ بیسڈ ہمم کرنا پڑے گا تبھی یہ ممکن ہے کہ وہ اپنے اندر سپرچول ڈیویلپمنٹ کر</w:t>
      </w:r>
    </w:p>
    <w:p>
      <w:r>
        <w:rPr>
          <w:b/>
        </w:rPr>
        <w:t xml:space="preserve">[43:10] </w:t>
      </w:r>
      <w:r>
        <w:t>sake tabhi Maulana sahib kehte the ke ah one man two mission ji to aap dono cheezein kijiye</w:t>
      </w:r>
    </w:p>
    <w:p>
      <w:pPr>
        <w:jc w:val="right"/>
      </w:pPr>
      <w:r>
        <w:t>سکے تبھی مولانا صاحب کہتے تھے کہ آہ ون مین ٹو مشن جی تو آپ دونوں چیزیں کیجئے</w:t>
      </w:r>
    </w:p>
    <w:p>
      <w:r>
        <w:rPr>
          <w:b/>
        </w:rPr>
        <w:t xml:space="preserve">[43:16] </w:t>
      </w:r>
      <w:r>
        <w:t>balance rahega doctor sahib ek sawal aur main aap se poochna chahunga ke you are also</w:t>
      </w:r>
    </w:p>
    <w:p>
      <w:pPr>
        <w:jc w:val="right"/>
      </w:pPr>
      <w:r>
        <w:t>بیلنس رہے گا ڈاکٹر صاحب ایک سوال اور میں آپ سے پوچھنا چاہوں گا کہ یو آر السو</w:t>
      </w:r>
    </w:p>
    <w:p>
      <w:r>
        <w:rPr>
          <w:b/>
        </w:rPr>
        <w:t xml:space="preserve">[43:22] </w:t>
      </w:r>
      <w:r>
        <w:t>a successful ah writer of children books ah mujhe yaad hai ke Hindustan Times</w:t>
      </w:r>
    </w:p>
    <w:p>
      <w:pPr>
        <w:jc w:val="right"/>
      </w:pPr>
      <w:r>
        <w:t>ا سکسیس فل آہ رائٹر اف چلڈرن بکس آہ مجھے یاد ہے کہ ہندوستان ٹائمز</w:t>
      </w:r>
    </w:p>
    <w:p>
      <w:r>
        <w:rPr>
          <w:b/>
        </w:rPr>
        <w:t xml:space="preserve">[43:28] </w:t>
      </w:r>
      <w:r>
        <w:t>mein ek bari aap ke ooper article carry hua tha aur unhon ne kaha tha ke ah his</w:t>
      </w:r>
    </w:p>
    <w:p>
      <w:pPr>
        <w:jc w:val="right"/>
      </w:pPr>
      <w:r>
        <w:t>میں ایک باری آپ کے اوپر ارٹیکل کیری ہوا تھا اور انہوں نے کہا تھا کہ آہ ہز</w:t>
      </w:r>
    </w:p>
    <w:p>
      <w:r>
        <w:rPr>
          <w:b/>
        </w:rPr>
        <w:t xml:space="preserve">[43:33] </w:t>
      </w:r>
      <w:r>
        <w:t>Books are like the Harry Potter books of Islam, meaning that they are very popular and they</w:t>
      </w:r>
    </w:p>
    <w:p>
      <w:pPr>
        <w:jc w:val="right"/>
      </w:pPr>
      <w:r>
        <w:t>بکس ار لائک دی ہیری پوٹر بکس اف اسلام آہ میننگ دیٹ دے ار ویری پاپولر اینڈ دے</w:t>
      </w:r>
    </w:p>
    <w:p>
      <w:r>
        <w:rPr>
          <w:b/>
        </w:rPr>
        <w:t xml:space="preserve">[43:40] </w:t>
      </w:r>
      <w:r>
        <w:t>are full of ah you know meaningless lessons ah maine khud aap ki ah kitabein dekhi bhi</w:t>
      </w:r>
    </w:p>
    <w:p>
      <w:pPr>
        <w:jc w:val="right"/>
      </w:pPr>
      <w:r>
        <w:t>ار فل اف آہ یو نو میننگ لیسنز آہ میں نے خود آپ کی آہ کتابیں دیکھی بھی</w:t>
      </w:r>
    </w:p>
    <w:p>
      <w:r>
        <w:rPr>
          <w:b/>
        </w:rPr>
        <w:t xml:space="preserve">[43:45] </w:t>
      </w:r>
      <w:r>
        <w:t>hain aur padhi bhi hain bohat achi illustrations hain aur chhote chhote ah chapters mein aap ne bare</w:t>
      </w:r>
    </w:p>
    <w:p>
      <w:pPr>
        <w:jc w:val="right"/>
      </w:pPr>
      <w:r>
        <w:t>ہیں اور پڑھی بھی ہیں بہت اچھی السٹریشنز ہیں اور چھوٹے چھوٹے آہ چیپٹرز میں آپ نے بڑے</w:t>
      </w:r>
    </w:p>
    <w:p>
      <w:r>
        <w:rPr>
          <w:b/>
        </w:rPr>
        <w:t xml:space="preserve">[43:53] </w:t>
      </w:r>
      <w:r>
        <w:t>بڑے لیسنز دیے ہیں آہ تو پلیز ٹیل اس something about آہ how did you آہ you know</w:t>
      </w:r>
    </w:p>
    <w:p>
      <w:pPr>
        <w:jc w:val="right"/>
      </w:pPr>
      <w:r>
        <w:t>بڑے لیسنز دیے ہیں آہ تو پلیز ٹیل اس سمتھنگ اباؤٹ آہ ہاؤ ڈیڈ یو آہ یو نو</w:t>
      </w:r>
    </w:p>
    <w:p>
      <w:r>
        <w:rPr>
          <w:b/>
        </w:rPr>
        <w:t xml:space="preserve">[43:58] </w:t>
      </w:r>
      <w:r>
        <w:t>become a author of children books is ke bare mein bataiye yeh bari lambi story hai ji darasal</w:t>
      </w:r>
    </w:p>
    <w:p>
      <w:pPr>
        <w:jc w:val="right"/>
      </w:pPr>
      <w:r>
        <w:t>بیکم ا اتھر اف چلڈرن بکس اس کے بارے میں بتائیے یہ بڑی لمبی سٹوری ہے جی دراصل</w:t>
      </w:r>
    </w:p>
    <w:p>
      <w:r>
        <w:rPr>
          <w:b/>
        </w:rPr>
        <w:t xml:space="preserve">[44:06] </w:t>
      </w:r>
      <w:r>
        <w:t>ah jab ah mere bachche hone lage ji Maria Sadia Sofia</w:t>
      </w:r>
    </w:p>
    <w:p>
      <w:pPr>
        <w:jc w:val="right"/>
      </w:pPr>
      <w:r>
        <w:t>آہ جب آہ میرے بچے ہونے لگے جی ماریہ سعدیہ صوفیہ</w:t>
      </w:r>
    </w:p>
    <w:p>
      <w:r>
        <w:rPr>
          <w:b/>
        </w:rPr>
        <w:t xml:space="preserve">[44:13] </w:t>
      </w:r>
      <w:r>
        <w:t>bare hone lage</w:t>
      </w:r>
    </w:p>
    <w:p>
      <w:pPr>
        <w:jc w:val="right"/>
      </w:pPr>
      <w:r>
        <w:t>بڑے ہونے لگے</w:t>
      </w:r>
    </w:p>
    <w:p>
      <w:r>
        <w:rPr>
          <w:b/>
        </w:rPr>
        <w:t xml:space="preserve">[44:14] </w:t>
      </w:r>
      <w:r>
        <w:t>teen saal char saal paanch saal ke to main ne socha ke unhein kuch achi kitabein di jayen</w:t>
      </w:r>
    </w:p>
    <w:p>
      <w:pPr>
        <w:jc w:val="right"/>
      </w:pPr>
      <w:r>
        <w:t>تین سال چار سال پانچ سال کے تو میں نے سوچا کہ انہیں کچھ اچھی کتابیں دی جائیں</w:t>
      </w:r>
    </w:p>
    <w:p>
      <w:r>
        <w:rPr>
          <w:b/>
        </w:rPr>
        <w:t xml:space="preserve">[44:19] </w:t>
      </w:r>
      <w:r>
        <w:t>ji English ab woh log English hi padh sakte the to main ne dekha kuch khaas India mein</w:t>
      </w:r>
    </w:p>
    <w:p>
      <w:pPr>
        <w:jc w:val="right"/>
      </w:pPr>
      <w:r>
        <w:t>جی انگلش اب وہ لوگ انگلش ہی پڑھ سکتے تھے تو میں نے دیکھا کچھ خاص انڈیا میں</w:t>
      </w:r>
    </w:p>
    <w:p>
      <w:r>
        <w:rPr>
          <w:b/>
        </w:rPr>
        <w:t xml:space="preserve">[44:26] </w:t>
      </w:r>
      <w:r>
        <w:t>koi kitab mili nahin mujhe humm ke jo yani achi ho us ki language bhi us mein koi</w:t>
      </w:r>
    </w:p>
    <w:p>
      <w:pPr>
        <w:jc w:val="right"/>
      </w:pPr>
      <w:r>
        <w:t>کوئی کتاب ملی نہیں مجھے ہمم کہ جو یعنی اچھی ہو اس کی لینگویج بھی اس میں کوئی</w:t>
      </w:r>
    </w:p>
    <w:p>
      <w:r>
        <w:rPr>
          <w:b/>
        </w:rPr>
        <w:t xml:space="preserve">[44:32] </w:t>
      </w:r>
      <w:r>
        <w:t>message bhi ho aur presentation bhi acha ho to us zamane mein main aksar Maulana ke sath bahar</w:t>
      </w:r>
    </w:p>
    <w:p>
      <w:pPr>
        <w:jc w:val="right"/>
      </w:pPr>
      <w:r>
        <w:t>میسج بھی ہو اور پریزنٹیشن بھی اچھا ہو تو اس زمانے میں میں اکثر مولانا کے ساتھ باہر</w:t>
      </w:r>
    </w:p>
    <w:p>
      <w:r>
        <w:rPr>
          <w:b/>
        </w:rPr>
        <w:t xml:space="preserve">[44:39] </w:t>
      </w:r>
      <w:r>
        <w:t>jaya karta tha</w:t>
      </w:r>
    </w:p>
    <w:p>
      <w:pPr>
        <w:jc w:val="right"/>
      </w:pPr>
      <w:r>
        <w:t>جایا کرتا تھا</w:t>
      </w:r>
    </w:p>
    <w:p>
      <w:r>
        <w:rPr>
          <w:b/>
        </w:rPr>
        <w:t xml:space="preserve">[44:42] </w:t>
      </w:r>
      <w:r>
        <w:t>kafi travelling hoti thi Maulana ki ji conferences mein Europe jate the America jate the</w:t>
      </w:r>
    </w:p>
    <w:p>
      <w:pPr>
        <w:jc w:val="right"/>
      </w:pPr>
      <w:r>
        <w:t>کافی ٹریولنگ ہوتی تھی مولانا کی جی کانفرنسز میں یورپ جاتے تھے امریکہ جاتے تھے</w:t>
      </w:r>
    </w:p>
    <w:p>
      <w:r>
        <w:rPr>
          <w:b/>
        </w:rPr>
        <w:t xml:space="preserve">[44:49] </w:t>
      </w:r>
      <w:r>
        <w:t>to London mein main kuch book shops pe gaya</w:t>
      </w:r>
    </w:p>
    <w:p>
      <w:pPr>
        <w:jc w:val="right"/>
      </w:pPr>
      <w:r>
        <w:t>تو لندن میں میں کچھ بک شاپس پہ گیا</w:t>
      </w:r>
    </w:p>
    <w:p>
      <w:r>
        <w:rPr>
          <w:b/>
        </w:rPr>
        <w:t xml:space="preserve">[44:55] </w:t>
      </w:r>
      <w:r>
        <w:t>to dekha main ne kuch kitabein wahan Islamic bachchon ke liye</w:t>
      </w:r>
    </w:p>
    <w:p>
      <w:pPr>
        <w:jc w:val="right"/>
      </w:pPr>
      <w:r>
        <w:t>تو دیکھا میں نے کچھ کتابیں وہاں اسلامک بچوں کے لیے</w:t>
      </w:r>
    </w:p>
    <w:p>
      <w:r>
        <w:rPr>
          <w:b/>
        </w:rPr>
        <w:t xml:space="preserve">[45:01] </w:t>
      </w:r>
      <w:r>
        <w:t>jaise</w:t>
      </w:r>
    </w:p>
    <w:p>
      <w:pPr>
        <w:jc w:val="right"/>
      </w:pPr>
      <w:r>
        <w:t>جیسے</w:t>
      </w:r>
    </w:p>
    <w:p>
      <w:r>
        <w:rPr>
          <w:b/>
        </w:rPr>
        <w:t xml:space="preserve">[45:01] </w:t>
      </w:r>
      <w:r>
        <w:t>TaHa publishers aur Islamic Foundation Leicester phir main Leicester gaya TaHa publishers se mila ja ke to dekha</w:t>
      </w:r>
    </w:p>
    <w:p>
      <w:pPr>
        <w:jc w:val="right"/>
      </w:pPr>
      <w:r>
        <w:t>طاہ پبلشرز اور اسلامک فاؤنڈیشن لیسٹر پھر میں لیسٹر گیا طاہ پبلشرز سے ملا جا کے تو دیکھا</w:t>
      </w:r>
    </w:p>
    <w:p>
      <w:r>
        <w:rPr>
          <w:b/>
        </w:rPr>
        <w:t xml:space="preserve">[45:10] </w:t>
      </w:r>
      <w:r>
        <w:t>main ne in logon ki kitabein kaise woh bachchon ki books banate hain ji to mujhe is se</w:t>
      </w:r>
    </w:p>
    <w:p>
      <w:pPr>
        <w:jc w:val="right"/>
      </w:pPr>
      <w:r>
        <w:t>میں نے ان لوگوں کی کتابیں کیسے وہ بچوں کی بکس بناتے ہیں جی تو مجھے اس سے</w:t>
      </w:r>
    </w:p>
    <w:p>
      <w:r>
        <w:rPr>
          <w:b/>
        </w:rPr>
        <w:t xml:space="preserve">[45:15] </w:t>
      </w:r>
      <w:r>
        <w:t>thoda interest paida hua balkay ek aur baat main bataunga jo main main bachpan mein jab main</w:t>
      </w:r>
    </w:p>
    <w:p>
      <w:pPr>
        <w:jc w:val="right"/>
      </w:pPr>
      <w:r>
        <w:t>تھوڑا انٹرسٹ پیدا ہوا بلکہ ایک اور بات میں بتاؤں گا جو میں میں بچپن میں جب میں</w:t>
      </w:r>
    </w:p>
    <w:p>
      <w:r>
        <w:rPr>
          <w:b/>
        </w:rPr>
        <w:t xml:space="preserve">[45:24] </w:t>
      </w:r>
      <w:r>
        <w:t>das barah saal ka tha to Maulana mujhe bohat sari kitabein dete the hard bound paanch chhe okay</w:t>
      </w:r>
    </w:p>
    <w:p>
      <w:pPr>
        <w:jc w:val="right"/>
      </w:pPr>
      <w:r>
        <w:t>دس بارہ سال کا تھا تو مولانا مجھے بہت ساری کتابیں دیتے تھے ہارڈ باؤنڈ پانچ چھ اوکے</w:t>
      </w:r>
    </w:p>
    <w:p>
      <w:r>
        <w:rPr>
          <w:b/>
        </w:rPr>
        <w:t xml:space="preserve">[45:31] </w:t>
      </w:r>
      <w:r>
        <w:t>ke yeh le jao ji aur Dilli Public Library mein is ko return kar dena is ko re</w:t>
      </w:r>
    </w:p>
    <w:p>
      <w:pPr>
        <w:jc w:val="right"/>
      </w:pPr>
      <w:r>
        <w:t>کہ یہ لے جاؤ جی اور ڈلی پبلک لائبریری میں اس کو ریٹرن کر دینا اس کو ری</w:t>
      </w:r>
    </w:p>
    <w:p>
      <w:r>
        <w:rPr>
          <w:b/>
        </w:rPr>
        <w:t xml:space="preserve">[45:36] </w:t>
      </w:r>
      <w:r>
        <w:t>issue kara dena acha to main jata tha Gali Qasim Jahan se Belli Maran se Chandni Chowk hote</w:t>
      </w:r>
    </w:p>
    <w:p>
      <w:pPr>
        <w:jc w:val="right"/>
      </w:pPr>
      <w:r>
        <w:t>ایشو کرا دینا اچھا تو میں جاتا تھا گلی قاسم جہان سے بللی ماران سے چادنی چوک ہوتے</w:t>
      </w:r>
    </w:p>
    <w:p>
      <w:r>
        <w:rPr>
          <w:b/>
        </w:rPr>
        <w:t xml:space="preserve">[45:41] </w:t>
      </w:r>
      <w:r>
        <w:t>huye Railway Station ki taraf Inshallah Company Bagh se ji paidal das pandrah minute to jab</w:t>
      </w:r>
    </w:p>
    <w:p>
      <w:pPr>
        <w:jc w:val="right"/>
      </w:pPr>
      <w:r>
        <w:t>ہوئے ریلوے اسٹیشن کی طرف انشاءاللہ کمپنی باغ سے جی پیدل دس پندرہ منٹ تو جب</w:t>
      </w:r>
    </w:p>
    <w:p>
      <w:r>
        <w:rPr>
          <w:b/>
        </w:rPr>
        <w:t xml:space="preserve">[45:47] </w:t>
      </w:r>
      <w:r>
        <w:t>hum jab main enter karta tha Public Library mein Dilli Public Library bilkul Old Delhi Station ke samne</w:t>
      </w:r>
    </w:p>
    <w:p>
      <w:pPr>
        <w:jc w:val="right"/>
      </w:pPr>
      <w:r>
        <w:t>ہم جب میں انٹر کرتا تھا پبلک لائبریری میں ڈلی پبلک لائبریری بالکل اولڈ ڈیلی اسٹیشن کے سامنے</w:t>
      </w:r>
    </w:p>
    <w:p>
      <w:r>
        <w:rPr>
          <w:b/>
        </w:rPr>
        <w:t xml:space="preserve">[45:54] </w:t>
      </w:r>
      <w:r>
        <w:t>hai abhi bhi hai woh ji to jab main enter karta tha to left pe to library thi</w:t>
      </w:r>
    </w:p>
    <w:p>
      <w:pPr>
        <w:jc w:val="right"/>
      </w:pPr>
      <w:r>
        <w:t>ہے ابھی بھی ہے وہ جی تو جب میں انٹر کرتا تھا تو لیفٹ پہ تو لائبریری تھی</w:t>
      </w:r>
    </w:p>
    <w:p>
      <w:r>
        <w:rPr>
          <w:b/>
        </w:rPr>
        <w:t xml:space="preserve">[46:00] </w:t>
      </w:r>
      <w:r>
        <w:t>right side mein agar chale jayen shayad abhi bhi ho to wahan ek chhoti si library thi jis</w:t>
      </w:r>
    </w:p>
    <w:p>
      <w:pPr>
        <w:jc w:val="right"/>
      </w:pPr>
      <w:r>
        <w:t>رائٹ سائیڈ میں اگر چلے جائیں شاید ابھی بھی ہو تو وہاں ایک چھوٹی سی لائبریری تھی جس</w:t>
      </w:r>
    </w:p>
    <w:p>
      <w:r>
        <w:rPr>
          <w:b/>
        </w:rPr>
        <w:t xml:space="preserve">[46:06] </w:t>
      </w:r>
      <w:r>
        <w:t>ka naam tha Childrens Library okay ji to main wahan ja ke baithta tha woh kitabon ko palta</w:t>
      </w:r>
    </w:p>
    <w:p>
      <w:pPr>
        <w:jc w:val="right"/>
      </w:pPr>
      <w:r>
        <w:t>کا نام تھا چلڈرنز لائبریری اوکے جی تو میں وہاں جا کے بیٹھتا تھا وہ کتابوں کو پلٹتا</w:t>
      </w:r>
    </w:p>
    <w:p>
      <w:r>
        <w:rPr>
          <w:b/>
        </w:rPr>
        <w:t xml:space="preserve">[46:12] </w:t>
      </w:r>
      <w:r>
        <w:t>tha ulta tha to mujhe achhi lagti thi kitabein mostly woh America ki hoti theen is zamane mein</w:t>
      </w:r>
    </w:p>
    <w:p>
      <w:pPr>
        <w:jc w:val="right"/>
      </w:pPr>
      <w:r>
        <w:t>تھا الٹتا تھا تو مجھے اچھی لگتی تھی کتابیں موسٹلی وہ امریکہ کی ہوتی تھیں اس زمانے میں</w:t>
      </w:r>
    </w:p>
    <w:p>
      <w:r>
        <w:rPr>
          <w:b/>
        </w:rPr>
        <w:t xml:space="preserve">[46:19] </w:t>
      </w:r>
      <w:r>
        <w:t>kitabein yahan shayad aisi nahi hoti hui to mujhe bari dilchaspi thi hmm in kitabon se wahan thodi</w:t>
      </w:r>
    </w:p>
    <w:p>
      <w:pPr>
        <w:jc w:val="right"/>
      </w:pPr>
      <w:r>
        <w:t>کتابیں یہاں شاید ایسی نہیں ہوتی ہوئی تو مجھے بڑی دلچسپی تھی ہمم ان کتابوں سے وہاں تھوڑی</w:t>
      </w:r>
    </w:p>
    <w:p>
      <w:r>
        <w:rPr>
          <w:b/>
        </w:rPr>
        <w:t xml:space="preserve">[46:25] </w:t>
      </w:r>
      <w:r>
        <w:t>der baith ke dekhta tha aise hi ult palt ke to shayad us waqt se mere zehen mein</w:t>
      </w:r>
    </w:p>
    <w:p>
      <w:pPr>
        <w:jc w:val="right"/>
      </w:pPr>
      <w:r>
        <w:t>دیر بیٹھ کے دیکھتا تھا ایسے ہی الٹ پلٹ کے تو شاید اس وقت سے میرے ذہن میں</w:t>
      </w:r>
    </w:p>
    <w:p>
      <w:r>
        <w:rPr>
          <w:b/>
        </w:rPr>
        <w:t xml:space="preserve">[46:31] </w:t>
      </w:r>
      <w:r>
        <w:t>yeh baat aa gayi ke bachchon</w:t>
      </w:r>
    </w:p>
    <w:p>
      <w:pPr>
        <w:jc w:val="right"/>
      </w:pPr>
      <w:r>
        <w:t>یہ بات اگئی کہ بچوں</w:t>
      </w:r>
    </w:p>
    <w:p>
      <w:r>
        <w:rPr>
          <w:b/>
        </w:rPr>
        <w:t xml:space="preserve">[46:32] </w:t>
      </w:r>
      <w:r>
        <w:t>ki kitabein honi chahiye</w:t>
      </w:r>
    </w:p>
    <w:p>
      <w:pPr>
        <w:jc w:val="right"/>
      </w:pPr>
      <w:r>
        <w:t>کی کتابیں ہونی چاہیے</w:t>
      </w:r>
    </w:p>
    <w:p>
      <w:r>
        <w:rPr>
          <w:b/>
        </w:rPr>
        <w:t xml:space="preserve">[46:35] </w:t>
      </w:r>
      <w:r>
        <w:t>phir aisa hua ke ek sahab aah aah Rafiq Lodiya aaye mere paas hmm America se un ke</w:t>
      </w:r>
    </w:p>
    <w:p>
      <w:pPr>
        <w:jc w:val="right"/>
      </w:pPr>
      <w:r>
        <w:t>پھر ایسا ہوا کہ ایک صاحب آہ آہ رفیع کلودیا ائے میرے پاس ہمم امریکہ سے ان کے</w:t>
      </w:r>
    </w:p>
    <w:p>
      <w:r>
        <w:rPr>
          <w:b/>
        </w:rPr>
        <w:t xml:space="preserve">[46:44] </w:t>
      </w:r>
      <w:r>
        <w:t>father aah Noor Muhammad Lodiya Maulana ke bohat hi early followers mein aaye hain unhone bohat kitabein</w:t>
      </w:r>
    </w:p>
    <w:p>
      <w:pPr>
        <w:jc w:val="right"/>
      </w:pPr>
      <w:r>
        <w:t>فادر آہ نور محمد لودیا مولانا کے بہت ہی ارلی فالوورز میں ائے ہیں انہوں نے بہت کتابیں</w:t>
      </w:r>
    </w:p>
    <w:p>
      <w:r>
        <w:rPr>
          <w:b/>
        </w:rPr>
        <w:t xml:space="preserve">[46:52] </w:t>
      </w:r>
      <w:r>
        <w:t>distribute karayin Pakistan mein aur America mein aur India mein bhi woh bohat Maulana ko mante the to</w:t>
      </w:r>
    </w:p>
    <w:p>
      <w:pPr>
        <w:jc w:val="right"/>
      </w:pPr>
      <w:r>
        <w:t>ڈسٹریبیوٹ کرائیں پاکستان میں اور امریکہ میں اور انڈیا میں بھی وہ بہت مولانا کو مانتے تھے تو</w:t>
      </w:r>
    </w:p>
    <w:p>
      <w:r>
        <w:rPr>
          <w:b/>
        </w:rPr>
        <w:t xml:space="preserve">[47:00] </w:t>
      </w:r>
      <w:r>
        <w:t>unhone woh Rafiq Lodiya jab India aa rahe the to un ke father ne kaha tum jao</w:t>
      </w:r>
    </w:p>
    <w:p>
      <w:pPr>
        <w:jc w:val="right"/>
      </w:pPr>
      <w:r>
        <w:t>انہوں نے وہ رفیق لودیا جب انڈیا ا رہے تھے تو ان کے فادر نے کہا تم جاؤ</w:t>
      </w:r>
    </w:p>
    <w:p>
      <w:r>
        <w:rPr>
          <w:b/>
        </w:rPr>
        <w:t xml:space="preserve">[47:04] </w:t>
      </w:r>
      <w:r>
        <w:t>Maulana se milne ji to woh aaye milne Maulana se to mere paas bhi pehle mere paas hi</w:t>
      </w:r>
    </w:p>
    <w:p>
      <w:pPr>
        <w:jc w:val="right"/>
      </w:pPr>
      <w:r>
        <w:t>مولانا سے ملنے جی تو وہ ائے ملنے مولانا سے تو میرے پاس بھی پہلے میرے پاس ہی</w:t>
      </w:r>
    </w:p>
    <w:p>
      <w:r>
        <w:rPr>
          <w:b/>
        </w:rPr>
        <w:t xml:space="preserve">[47:10] </w:t>
      </w:r>
      <w:r>
        <w:t>aaye to main ne milwaya Maulana se phir unhone mujh se bhi kafi der baat cheet ki</w:t>
      </w:r>
    </w:p>
    <w:p>
      <w:pPr>
        <w:jc w:val="right"/>
      </w:pPr>
      <w:r>
        <w:t>ائے تو میں نے ملوایا مولانا سے پھر انہوں نے مجھ سے بھی کافی دیر بات چیت کی</w:t>
      </w:r>
    </w:p>
    <w:p>
      <w:r>
        <w:rPr>
          <w:b/>
        </w:rPr>
        <w:t xml:space="preserve">[47:17] </w:t>
      </w:r>
      <w:r>
        <w:t>to unhon</w:t>
      </w:r>
    </w:p>
    <w:p>
      <w:pPr>
        <w:jc w:val="right"/>
      </w:pPr>
      <w:r>
        <w:t>تو انہوں</w:t>
      </w:r>
    </w:p>
    <w:p>
      <w:r>
        <w:rPr>
          <w:b/>
        </w:rPr>
        <w:t xml:space="preserve">[47:18] </w:t>
      </w:r>
      <w:r>
        <w:t>ne aur mujhe inspire kiya ke tum</w:t>
      </w:r>
    </w:p>
    <w:p>
      <w:pPr>
        <w:jc w:val="right"/>
      </w:pPr>
      <w:r>
        <w:t>نے اور مجھے انسپائر کیا کہ تم</w:t>
      </w:r>
    </w:p>
    <w:p>
      <w:r>
        <w:rPr>
          <w:b/>
        </w:rPr>
        <w:t xml:space="preserve">[47:21] </w:t>
      </w:r>
      <w:r>
        <w:t>childrens book karo hamare paas yani is</w:t>
      </w:r>
    </w:p>
    <w:p>
      <w:pPr>
        <w:jc w:val="right"/>
      </w:pPr>
      <w:r>
        <w:t>چلڈرنز بک کرو ہمارے پاس یعنی اس</w:t>
      </w:r>
    </w:p>
    <w:p>
      <w:r>
        <w:rPr>
          <w:b/>
        </w:rPr>
        <w:t xml:space="preserve">[47:27] </w:t>
      </w:r>
      <w:r>
        <w:t>is tarah ki kitabein nahi hain is ki bohat zaroorat hai un ke bhi bachche chhote the is</w:t>
      </w:r>
    </w:p>
    <w:p>
      <w:pPr>
        <w:jc w:val="right"/>
      </w:pPr>
      <w:r>
        <w:t>اس طرح کی کتابیں نہیں ہیں اس کی بہت ضرورت ہے ان کے بھی بچے چھوٹے تھے اس</w:t>
      </w:r>
    </w:p>
    <w:p>
      <w:r>
        <w:rPr>
          <w:b/>
        </w:rPr>
        <w:t xml:space="preserve">[47:32] </w:t>
      </w:r>
      <w:r>
        <w:t>waqt to phir woh wapas chale gaye US ji aur wahan se roz aana mujhe ek packet</w:t>
      </w:r>
    </w:p>
    <w:p>
      <w:pPr>
        <w:jc w:val="right"/>
      </w:pPr>
      <w:r>
        <w:t>وقت تو پھر وہ واپس چلے گئے یو ایس جی اور وہاں سے روز انا مجھے ایک پیکٹ</w:t>
      </w:r>
    </w:p>
    <w:p>
      <w:r>
        <w:rPr>
          <w:b/>
        </w:rPr>
        <w:t xml:space="preserve">[47:42] </w:t>
      </w:r>
      <w:r>
        <w:t>bhej dete acha is mein bachchon ki kitabein ji general subjects ki har tarah ki to is se</w:t>
      </w:r>
    </w:p>
    <w:p>
      <w:pPr>
        <w:jc w:val="right"/>
      </w:pPr>
      <w:r>
        <w:t>بھیج دیتے اچھا اس میں بچوں کی کتابیں جی جنرل سبجیکٹس کی ہر طرح کی تو اس سے</w:t>
      </w:r>
    </w:p>
    <w:p>
      <w:r>
        <w:rPr>
          <w:b/>
        </w:rPr>
        <w:t xml:space="preserve">[47:49] </w:t>
      </w:r>
      <w:r>
        <w:t>میں دیکھ دیکھ کے بڑا انسپائر ہوتا تھا that set the tone ہاں تو پھر وہ میں گیا</w:t>
      </w:r>
    </w:p>
    <w:p>
      <w:pPr>
        <w:jc w:val="right"/>
      </w:pPr>
      <w:r>
        <w:t>میں دیکھ دیکھ کے بڑا انسپائر ہوتا تھا دیٹ سیٹ دا ٹون ہاں تو پھر وہ میں گیا</w:t>
      </w:r>
    </w:p>
    <w:p>
      <w:r>
        <w:rPr>
          <w:b/>
        </w:rPr>
        <w:t xml:space="preserve">[47:54] </w:t>
      </w:r>
      <w:r>
        <w:t>wohan US Atlanta in se milne aik baar to woh mujhe le gaye aik bohat bari book</w:t>
      </w:r>
    </w:p>
    <w:p>
      <w:pPr>
        <w:jc w:val="right"/>
      </w:pPr>
      <w:r>
        <w:t>وہاں یو ایس اٹلانٹا ان سے ملنے ایک بار تو وہ مجھے لے گئے ایک بہت بڑی بک</w:t>
      </w:r>
    </w:p>
    <w:p>
      <w:r>
        <w:rPr>
          <w:b/>
        </w:rPr>
        <w:t xml:space="preserve">[48:01] </w:t>
      </w:r>
      <w:r>
        <w:t>store mein humm jis ka naam tha da</w:t>
      </w:r>
    </w:p>
    <w:p>
      <w:pPr>
        <w:jc w:val="right"/>
      </w:pPr>
      <w:r>
        <w:t>سٹور میں ہمم جس کا نام تھا دا</w:t>
      </w:r>
    </w:p>
    <w:p>
      <w:r>
        <w:rPr>
          <w:b/>
        </w:rPr>
        <w:t xml:space="preserve">[48:04] </w:t>
      </w:r>
      <w:r>
        <w:t>family book store okay masso book store is hall se 20 times bigger</w:t>
      </w:r>
    </w:p>
    <w:p>
      <w:pPr>
        <w:jc w:val="right"/>
      </w:pPr>
      <w:r>
        <w:t>فیملی بک سٹور اوکے میسو بک سٹور اس ہال سے 20 ٹائمز بگر</w:t>
      </w:r>
    </w:p>
    <w:p>
      <w:r>
        <w:rPr>
          <w:b/>
        </w:rPr>
        <w:t xml:space="preserve">[48:11] </w:t>
      </w:r>
      <w:r>
        <w:t>to mein ne dekha ke woh asal mein Christian book store tha ji aur mein ne dekha ke</w:t>
      </w:r>
    </w:p>
    <w:p>
      <w:pPr>
        <w:jc w:val="right"/>
      </w:pPr>
      <w:r>
        <w:t>تو میں نے دیکھا کہ وہ اصل میں کرسچن بک سٹور تھا جی اور میں نے دیکھا کہ</w:t>
      </w:r>
    </w:p>
    <w:p>
      <w:r>
        <w:rPr>
          <w:b/>
        </w:rPr>
        <w:t xml:space="preserve">[48:18] </w:t>
      </w:r>
      <w:r>
        <w:t>aik poori dewaar jo hai us pe sirf Bibles hain ji tarah tarah se produce hui hui Bible</w:t>
      </w:r>
    </w:p>
    <w:p>
      <w:pPr>
        <w:jc w:val="right"/>
      </w:pPr>
      <w:r>
        <w:t>ایک پوری دیوار جو ہے اس پہ صرف بائبلز ہیں جی طرح طرح سے پروڈیوس ہوئی ہوئی بائبل</w:t>
      </w:r>
    </w:p>
    <w:p>
      <w:r>
        <w:rPr>
          <w:b/>
        </w:rPr>
        <w:t xml:space="preserve">[48:25] </w:t>
      </w:r>
      <w:r>
        <w:t>choti bari different bindings different sizes different presentation aur bachon ke liye Bible aur tarah tarah ki cheezein</w:t>
      </w:r>
    </w:p>
    <w:p>
      <w:pPr>
        <w:jc w:val="right"/>
      </w:pPr>
      <w:r>
        <w:t>چھوٹی بڑی ڈفرنٹ بائنڈنگز ڈفرنٹ سائزز ڈفرنٹ پریزنٹیشن اور بچوں کے لیے بائبل اور طرح طرح کی چیزیں</w:t>
      </w:r>
    </w:p>
    <w:p>
      <w:r>
        <w:rPr>
          <w:b/>
        </w:rPr>
        <w:t xml:space="preserve">[48:35] </w:t>
      </w:r>
      <w:r>
        <w:t>to wahan bohat inspire hua mein aur bachon ki kitabein bhi dekhein mein ne Christian</w:t>
      </w:r>
    </w:p>
    <w:p>
      <w:pPr>
        <w:jc w:val="right"/>
      </w:pPr>
      <w:r>
        <w:t>تو وہاں بہت انسپائر ہوا میں اور بچوں کی کتابیں بھی دیکھیں میں نے کرسچن</w:t>
      </w:r>
    </w:p>
    <w:p>
      <w:r>
        <w:rPr>
          <w:b/>
        </w:rPr>
        <w:t xml:space="preserve">[48:41] </w:t>
      </w:r>
      <w:r>
        <w:t>stories waghera Bible stories to phir mein ne socha ke is pe hum bhi thori koshish karte hain</w:t>
      </w:r>
    </w:p>
    <w:p>
      <w:pPr>
        <w:jc w:val="right"/>
      </w:pPr>
      <w:r>
        <w:t>سٹوریز وغیرہ بائبل سٹوریز تو پھر میں نے سوچا کہ اس پہ ہم بھی تھوڑی کوشش کرتے ہیں</w:t>
      </w:r>
    </w:p>
    <w:p>
      <w:r>
        <w:rPr>
          <w:b/>
        </w:rPr>
        <w:t xml:space="preserve">[48:48] </w:t>
      </w:r>
      <w:r>
        <w:t>kya umar rahi</w:t>
      </w:r>
    </w:p>
    <w:p>
      <w:pPr>
        <w:jc w:val="right"/>
      </w:pPr>
      <w:r>
        <w:t>کیا عمر رہی</w:t>
      </w:r>
    </w:p>
    <w:p>
      <w:r>
        <w:rPr>
          <w:b/>
        </w:rPr>
        <w:t xml:space="preserve">[48:49] </w:t>
      </w:r>
      <w:r>
        <w:t>hogi doctor sahib aap ki tab</w:t>
      </w:r>
    </w:p>
    <w:p>
      <w:pPr>
        <w:jc w:val="right"/>
      </w:pPr>
      <w:r>
        <w:t>ہوگی ڈاکٹر صاحب اپ کی تب</w:t>
      </w:r>
    </w:p>
    <w:p>
      <w:r>
        <w:rPr>
          <w:b/>
        </w:rPr>
        <w:t xml:space="preserve">[48:51] </w:t>
      </w:r>
      <w:r>
        <w:t>ab umar yani bachay hamare ap paanch saat saal ke thay to i must be 40 or 35</w:t>
      </w:r>
    </w:p>
    <w:p>
      <w:pPr>
        <w:jc w:val="right"/>
      </w:pPr>
      <w:r>
        <w:t>اب عمر یعنی بچے ہمارے اپ پانچ سات سال کے تھے تو ائی مسٹ بی 40 اور 35</w:t>
      </w:r>
    </w:p>
    <w:p>
      <w:r>
        <w:rPr>
          <w:b/>
        </w:rPr>
        <w:t xml:space="preserve">[48:57] </w:t>
      </w:r>
      <w:r>
        <w:t>haan 40 around okay about 40 35 40 ke beech mein ji to ah phir mein ne aik</w:t>
      </w:r>
    </w:p>
    <w:p>
      <w:pPr>
        <w:jc w:val="right"/>
      </w:pPr>
      <w:r>
        <w:t>ہاں 40 اراؤنڈ اوکے اباؤٹ 40 35 40 کے بیچ میں جی تو اہ پھر میں نے ایک</w:t>
      </w:r>
    </w:p>
    <w:p>
      <w:r>
        <w:rPr>
          <w:b/>
        </w:rPr>
        <w:t xml:space="preserve">[49:05] </w:t>
      </w:r>
      <w:r>
        <w:t>kitab likhi experiment ke tor pe</w:t>
      </w:r>
    </w:p>
    <w:p>
      <w:pPr>
        <w:jc w:val="right"/>
      </w:pPr>
      <w:r>
        <w:t>کتاب لکھی ایکسپیریمنٹ کے طور پہ</w:t>
      </w:r>
    </w:p>
    <w:p>
      <w:r>
        <w:rPr>
          <w:b/>
        </w:rPr>
        <w:t xml:space="preserve">[49:09] </w:t>
      </w:r>
      <w:r>
        <w:t>the life begins okay Quran Quran stories for little hearts humm aur aik artist theen uchla anand</w:t>
      </w:r>
    </w:p>
    <w:p>
      <w:pPr>
        <w:jc w:val="right"/>
      </w:pPr>
      <w:r>
        <w:t>دا لائف بگنز اوکے قران قران سٹوریز فار لٹل ہارٹس ہمم اور ایک ارٹسٹ تھیں اچھلا انند</w:t>
      </w:r>
    </w:p>
    <w:p>
      <w:r>
        <w:rPr>
          <w:b/>
        </w:rPr>
        <w:t xml:space="preserve">[49:20] </w:t>
      </w:r>
      <w:r>
        <w:t>ah Gurgaon mein un un ke paas gaya unhon ne is ko illustrate kar diya to woh illustrations</w:t>
      </w:r>
    </w:p>
    <w:p>
      <w:pPr>
        <w:jc w:val="right"/>
      </w:pPr>
      <w:r>
        <w:t>اہ گڑگاؤں میں ان ان کے پاس گیا انہوں نے اس کو ایلسٹریٹ کر دیا تو وہ ایلسٹریشنز</w:t>
      </w:r>
    </w:p>
    <w:p>
      <w:r>
        <w:rPr>
          <w:b/>
        </w:rPr>
        <w:t xml:space="preserve">[49:27] </w:t>
      </w:r>
      <w:r>
        <w:t>mein laya un ke paas se</w:t>
      </w:r>
    </w:p>
    <w:p>
      <w:pPr>
        <w:jc w:val="right"/>
      </w:pPr>
      <w:r>
        <w:t>میں لایا ان کے پاس سے</w:t>
      </w:r>
    </w:p>
    <w:p>
      <w:r>
        <w:rPr>
          <w:b/>
        </w:rPr>
        <w:t xml:space="preserve">[49:31] </w:t>
      </w:r>
      <w:r>
        <w:t>to phir jab mein ne dekha ke mein ne kaha ke yeh mein ne koi ajeeb sa</w:t>
      </w:r>
    </w:p>
    <w:p>
      <w:pPr>
        <w:jc w:val="right"/>
      </w:pPr>
      <w:r>
        <w:t>تو پھر جب میں نے دیکھا کہ میں نے کہا کہ یہ میں نے کوئی عجیب سا</w:t>
      </w:r>
    </w:p>
    <w:p>
      <w:r>
        <w:rPr>
          <w:b/>
        </w:rPr>
        <w:t xml:space="preserve">[49:36] </w:t>
      </w:r>
      <w:r>
        <w:t>bekar sa kaam shuru kar diya hai yeh chhapoon ya na chhapoon ji mein ne thora confuse raha</w:t>
      </w:r>
    </w:p>
    <w:p>
      <w:pPr>
        <w:jc w:val="right"/>
      </w:pPr>
      <w:r>
        <w:t>بیکار سا کام شروع کر دیا ہے یہ چھاپوں یا نہ چھاپوں جی میں نے تھوڑا کنفیوز رہا</w:t>
      </w:r>
    </w:p>
    <w:p>
      <w:r>
        <w:rPr>
          <w:b/>
        </w:rPr>
        <w:t xml:space="preserve">[49:42] </w:t>
      </w:r>
      <w:r>
        <w:t>is mein ke mein us ko phir mein ne socha ke ab un ko illustrator ko kuch paise</w:t>
      </w:r>
    </w:p>
    <w:p>
      <w:pPr>
        <w:jc w:val="right"/>
      </w:pPr>
      <w:r>
        <w:t>اس میں کہ میں اس کو پھر میں نے سوچا کہ اب ان کو ایلسٹریٹر کو کچھ پیسے</w:t>
      </w:r>
    </w:p>
    <w:p>
      <w:r>
        <w:rPr>
          <w:b/>
        </w:rPr>
        <w:t xml:space="preserve">[49:47] </w:t>
      </w:r>
      <w:r>
        <w:t>bhi de diye hain humm to ab us ko use karte hi hain ji to khair woh kitab</w:t>
      </w:r>
    </w:p>
    <w:p>
      <w:pPr>
        <w:jc w:val="right"/>
      </w:pPr>
      <w:r>
        <w:t>بھی دے دیے ہیں ہمم تو اب اس کو یوز کرتے ہی ہیں جی تو خیر وہ کتاب</w:t>
      </w:r>
    </w:p>
    <w:p>
      <w:r>
        <w:rPr>
          <w:b/>
        </w:rPr>
        <w:t xml:space="preserve">[49:51] </w:t>
      </w:r>
      <w:r>
        <w:t>mein ne publish ki ji life begins ji patli si kitab thi hardly 20 30 pages</w:t>
      </w:r>
    </w:p>
    <w:p>
      <w:pPr>
        <w:jc w:val="right"/>
      </w:pPr>
      <w:r>
        <w:t>میں نے پبلش کی جی لائف بگنز جی پتلی سی کتاب تھی ہارڈلی 20 30 پیجز</w:t>
      </w:r>
    </w:p>
    <w:p>
      <w:r>
        <w:rPr>
          <w:b/>
        </w:rPr>
        <w:t xml:space="preserve">[50:00] </w:t>
      </w:r>
      <w:r>
        <w:t>to woh jab chhap gayi to mein ne apne dealers aur logon ko bheji ji to sab ne</w:t>
      </w:r>
    </w:p>
    <w:p>
      <w:pPr>
        <w:jc w:val="right"/>
      </w:pPr>
      <w:r>
        <w:t>تو وہ جب چھپ گئی تو میں نے اپنے ڈیلرز اور لوگوں کو بھیجی جی تو سب نے</w:t>
      </w:r>
    </w:p>
    <w:p>
      <w:r>
        <w:rPr>
          <w:b/>
        </w:rPr>
        <w:t xml:space="preserve">[50:05] </w:t>
      </w:r>
      <w:r>
        <w:t>appreciate kiya ke yeh to bohat acha hai is ko aur banao to batra sahib bhi mein mere</w:t>
      </w:r>
    </w:p>
    <w:p>
      <w:pPr>
        <w:jc w:val="right"/>
      </w:pPr>
      <w:r>
        <w:t>ایپریشیٹ کیا کہ یہ تو بہت اچھا ہے اس کو اور بناؤ تو بطرا صاحب بھی میں میرے</w:t>
      </w:r>
    </w:p>
    <w:p>
      <w:r>
        <w:rPr>
          <w:b/>
        </w:rPr>
        <w:t xml:space="preserve">[50:12] </w:t>
      </w:r>
      <w:r>
        <w:t>saath is waqt kafi rehte thay ah unhon ne bhi appreciate kiya balkay Maulana ke paas aaye milne</w:t>
      </w:r>
    </w:p>
    <w:p>
      <w:pPr>
        <w:jc w:val="right"/>
      </w:pPr>
      <w:r>
        <w:t>ساتھ اس وقت کافی رہتے تھے اہ انہوں نے بھی ایپریشیٹ کیا بلکہ مولانا کے پاس ائے ملنے</w:t>
      </w:r>
    </w:p>
    <w:p>
      <w:r>
        <w:rPr>
          <w:b/>
        </w:rPr>
        <w:t xml:space="preserve">[50:19] </w:t>
      </w:r>
      <w:r>
        <w:t>khaas isi ke liye ke jo kitaboon kitab ka</w:t>
      </w:r>
    </w:p>
    <w:p>
      <w:pPr>
        <w:jc w:val="right"/>
      </w:pPr>
      <w:r>
        <w:t>خاص اسی کے لیے کہ جو کتابوں کتاب کا</w:t>
      </w:r>
    </w:p>
    <w:p>
      <w:r>
        <w:rPr>
          <w:b/>
        </w:rPr>
        <w:t xml:space="preserve">[50:21] </w:t>
      </w:r>
      <w:r>
        <w:t>kaam shuru kiya hai aap ke bete ne bachon ka yeh bohat acha hai acha aur bara appreciate</w:t>
      </w:r>
    </w:p>
    <w:p>
      <w:pPr>
        <w:jc w:val="right"/>
      </w:pPr>
      <w:r>
        <w:t>کام شروع کیا ہے اپ کے بیٹے نے بچوں کا یہ بہت اچھا ہے اچھا اور بڑا ایپریشیٹ</w:t>
      </w:r>
    </w:p>
    <w:p>
      <w:r>
        <w:rPr>
          <w:b/>
        </w:rPr>
        <w:t xml:space="preserve">[50:26] </w:t>
      </w:r>
      <w:r>
        <w:t>kya unhon ne bohat ziyada appreciate kiya to is se bhi himmat mili phir woh mujhe le gaye</w:t>
      </w:r>
    </w:p>
    <w:p>
      <w:pPr>
        <w:jc w:val="right"/>
      </w:pPr>
      <w:r>
        <w:t>کیا انہوں نے بہت زیادہ ایپریشیٹ کیا تو اس سے بھی ہمت ملی پھر وہ مجھے لے گئے</w:t>
      </w:r>
    </w:p>
    <w:p>
      <w:r>
        <w:rPr>
          <w:b/>
        </w:rPr>
        <w:t xml:space="preserve">[50:31] </w:t>
      </w:r>
      <w:r>
        <w:t>UBS publishers distributors hmm kaafi baray distributors thay chawla sahib ke paas is ke owner to</w:t>
      </w:r>
    </w:p>
    <w:p>
      <w:pPr>
        <w:jc w:val="right"/>
      </w:pPr>
      <w:r>
        <w:t>یو بی ایس پبلشرز ڈسٹریبیوٹرز ہمم کافی بڑے ڈسٹریبیوٹرز تھے چاولہ صاحب کے پاس اس کے اونر تو</w:t>
      </w:r>
    </w:p>
    <w:p>
      <w:r>
        <w:rPr>
          <w:b/>
        </w:rPr>
        <w:t xml:space="preserve">[50:38] </w:t>
      </w:r>
      <w:r>
        <w:t>chawla sahib ne jab dekha to unhon ne bhi kaha ke bhai is ki poori series banao series</w:t>
      </w:r>
    </w:p>
    <w:p>
      <w:pPr>
        <w:jc w:val="right"/>
      </w:pPr>
      <w:r>
        <w:t>چاولہ صاحب نے جب دیکھا تو انہوں نے بھی کہا کہ بھئی اس کی پوری سیریز بناؤ سیریز</w:t>
      </w:r>
    </w:p>
    <w:p>
      <w:r>
        <w:rPr>
          <w:b/>
        </w:rPr>
        <w:t xml:space="preserve">[50:42] </w:t>
      </w:r>
      <w:r>
        <w:t>banao acha haan mein loon ga ise to life begins se murad hua writing begins haan is ke</w:t>
      </w:r>
    </w:p>
    <w:p>
      <w:pPr>
        <w:jc w:val="right"/>
      </w:pPr>
      <w:r>
        <w:t>بناؤ اچھا ہاں میں لوں گا اسے تو لائف بگنز سے مراد ہوا رائٹنگ بگنز ہاں اس کے</w:t>
      </w:r>
    </w:p>
    <w:p>
      <w:r>
        <w:rPr>
          <w:b/>
        </w:rPr>
        <w:t xml:space="preserve">[50:49] </w:t>
      </w:r>
      <w:r>
        <w:t>baad there was no looking back to phir mein ne is mein taqreeban 30 40 kitabein is series</w:t>
      </w:r>
    </w:p>
    <w:p>
      <w:pPr>
        <w:jc w:val="right"/>
      </w:pPr>
      <w:r>
        <w:t>بعد دیر واز نو لوکنگ بیک تو پھر میں نے اس میں تقریبا 30 40 کتابیں اس سیریز</w:t>
      </w:r>
    </w:p>
    <w:p>
      <w:r>
        <w:rPr>
          <w:b/>
        </w:rPr>
        <w:t xml:space="preserve">[50:54] </w:t>
      </w:r>
      <w:r>
        <w:t>mein banai aur tarah tarah ke phir woh shuru ho gaya silsila to alhamdulillah yeh kaam thora sa</w:t>
      </w:r>
    </w:p>
    <w:p>
      <w:pPr>
        <w:jc w:val="right"/>
      </w:pPr>
      <w:r>
        <w:t>میں بنائیں اور طرح طرح کے پھر وہ شروع ہو گیا سلسلہ تو الحمدللہ یہ کام تھوڑا سا</w:t>
      </w:r>
    </w:p>
    <w:p>
      <w:r>
        <w:rPr>
          <w:b/>
        </w:rPr>
        <w:t xml:space="preserve">[50:58] </w:t>
      </w:r>
      <w:r>
        <w:t>barha aur is se aik faida yeh hua ke substantial income bhi honay lagi aur isi se phir</w:t>
      </w:r>
    </w:p>
    <w:p>
      <w:pPr>
        <w:jc w:val="right"/>
      </w:pPr>
      <w:r>
        <w:t>بڑھا اور اس سے ایک فائدہ یہ ہوا کہ سبسٹینشل انکم بھی ہونے لگی اور اسی سے پھر</w:t>
      </w:r>
    </w:p>
    <w:p>
      <w:r>
        <w:rPr>
          <w:b/>
        </w:rPr>
        <w:t xml:space="preserve">[51:04] </w:t>
      </w:r>
      <w:r>
        <w:t>hum daawa work karnay lagay ke jo bhi income good</w:t>
      </w:r>
    </w:p>
    <w:p>
      <w:pPr>
        <w:jc w:val="right"/>
      </w:pPr>
      <w:r>
        <w:t>ہم دعوی ورک کرنے لگے کہ جو بھی انکم گڈ</w:t>
      </w:r>
    </w:p>
    <w:p>
      <w:r>
        <w:rPr>
          <w:b/>
        </w:rPr>
        <w:t xml:space="preserve">[51:06] </w:t>
      </w:r>
      <w:r>
        <w:t>word ki hoti hai we put major portion of this in daawa work alhamdulillah ji in fact doctor</w:t>
      </w:r>
    </w:p>
    <w:p>
      <w:pPr>
        <w:jc w:val="right"/>
      </w:pPr>
      <w:r>
        <w:t>ورڈ کی ہوتی ہے وی پٹ میجر پورشن اف دس ان دعوی ورک الحمدللہ جی ان فیکٹ ڈاکٹر</w:t>
      </w:r>
    </w:p>
    <w:p>
      <w:r>
        <w:rPr>
          <w:b/>
        </w:rPr>
        <w:t xml:space="preserve">[51:13] </w:t>
      </w:r>
      <w:r>
        <w:t>sahib mein to yeh kahoon ga ke woh bachon ke liye to banai aap ne lekin barhon ko</w:t>
      </w:r>
    </w:p>
    <w:p>
      <w:pPr>
        <w:jc w:val="right"/>
      </w:pPr>
      <w:r>
        <w:t>صاحب میں تو یہ کہوں گا کہ وہ بچوں کے لیے تو بنائی اپ نے لیکن بڑوں کو</w:t>
      </w:r>
    </w:p>
    <w:p>
      <w:r>
        <w:rPr>
          <w:b/>
        </w:rPr>
        <w:t xml:space="preserve">[51:17] </w:t>
      </w:r>
      <w:r>
        <w:t>bhi achi lagti hai woh illustrations bohat achi hain ji aur storyline aur jis tareeqay se ah</w:t>
      </w:r>
    </w:p>
    <w:p>
      <w:pPr>
        <w:jc w:val="right"/>
      </w:pPr>
      <w:r>
        <w:t>بھی اچھی لگتی ہے وہ ایلسٹریشنز بہت اچھی ہیں جی اور سٹوری لائن اور جس طریقے سے اہ</w:t>
      </w:r>
    </w:p>
    <w:p>
      <w:r>
        <w:rPr>
          <w:b/>
        </w:rPr>
        <w:t xml:space="preserve">[51:23] </w:t>
      </w:r>
      <w:r>
        <w:t>jo lesson aap dena chah rahay hain ji woh bohat hi beautiful andaaz mein koi bhi age</w:t>
      </w:r>
    </w:p>
    <w:p>
      <w:pPr>
        <w:jc w:val="right"/>
      </w:pPr>
      <w:r>
        <w:t>جو لیسن اپ دینا چاہ رہے ہیں جی وہ بہت ہی بیوٹی فل انداز میں کوئی بھی ایج</w:t>
      </w:r>
    </w:p>
    <w:p>
      <w:r>
        <w:rPr>
          <w:b/>
        </w:rPr>
        <w:t xml:space="preserve">[51:28] </w:t>
      </w:r>
      <w:r>
        <w:t>group mein is ko pasand karein ge ji ji and i think isi liye ah woh bohat jaldi</w:t>
      </w:r>
    </w:p>
    <w:p>
      <w:pPr>
        <w:jc w:val="right"/>
      </w:pPr>
      <w:r>
        <w:t>گروپ میں اس کو پسند کریں گے جی جی اینڈ ائی تھنک اسی لیے اہ وہ بہت جلدی</w:t>
      </w:r>
    </w:p>
    <w:p>
      <w:r>
        <w:rPr>
          <w:b/>
        </w:rPr>
        <w:t xml:space="preserve">[51:33] </w:t>
      </w:r>
      <w:r>
        <w:t>jald hi popular ho gayeen poori duniya mein haan alhamdulillah woh kaafi languages mein agayeen ab to ji</w:t>
      </w:r>
    </w:p>
    <w:p>
      <w:pPr>
        <w:jc w:val="right"/>
      </w:pPr>
      <w:r>
        <w:t>جلد ہی پاپولر ہو گئیں پوری دنیا میں ہاں الحمدللہ وہ کافی لینگویجز میں اگئیں اب تو جی</w:t>
      </w:r>
    </w:p>
    <w:p>
      <w:r>
        <w:rPr>
          <w:b/>
        </w:rPr>
        <w:t xml:space="preserve">[51:39] </w:t>
      </w:r>
      <w:r>
        <w:t>French German Italian Dutch Danish Arabic Urdu taqreeban das barah languages mein publish honay lagi ji doctor sahib</w:t>
      </w:r>
    </w:p>
    <w:p>
      <w:pPr>
        <w:jc w:val="right"/>
      </w:pPr>
      <w:r>
        <w:t>فرینچ جرمن اٹالین ڈچ ڈینش عربی اردو تقریبا دس بارہ لینگویجز میں پبلش ہونے لگی جی ڈاکٹر صاحب</w:t>
      </w:r>
    </w:p>
    <w:p>
      <w:r>
        <w:rPr>
          <w:b/>
        </w:rPr>
        <w:t xml:space="preserve">[51:48] </w:t>
      </w:r>
      <w:r>
        <w:t>you also mention about that you know that you started</w:t>
      </w:r>
    </w:p>
    <w:p>
      <w:pPr>
        <w:jc w:val="right"/>
      </w:pPr>
      <w:r>
        <w:t>یو السو مینشن اباؤٹ دیٹ یو نو دیٹ یو سٹارٹڈ</w:t>
      </w:r>
    </w:p>
    <w:p>
      <w:r>
        <w:rPr>
          <w:b/>
        </w:rPr>
        <w:t xml:space="preserve">[51:52] </w:t>
      </w:r>
      <w:r>
        <w:t>contributing in a big way you know to the daawa mission ah and that brings me to another important question ah that you undertook a task ah a very important task of good word books and cps international which is publishing and distribution of the quran world wide ah so any experience that you would like to share with all of us</w:t>
      </w:r>
    </w:p>
    <w:p>
      <w:pPr>
        <w:jc w:val="right"/>
      </w:pPr>
      <w:r>
        <w:t>کنٹریبیوٹنگ ان ا بگ وے یو نو ٹو دا دعوت مشن اہ اینڈ دیٹ برنگز می ٹو انادر امپورٹنٹ کوئسچن اہ دیٹ یو انڈرٹوک ا ٹاسک اہ ا ویری امپورٹنٹ ٹاسک اف گڈ ورڈ بکس اینڈ سی پی ایس انٹرنیشنل وچ از پبلشنگ اینڈ ڈسٹریبیوشن اف دا قران ورلڈ وائیڈ اہ سو اینی ایکسپیرینس دیٹ یو وڈ لائک ٹو شیئر ود ال اف اس</w:t>
      </w:r>
    </w:p>
    <w:p>
      <w:r>
        <w:rPr>
          <w:b/>
        </w:rPr>
        <w:t xml:space="preserve">[52:15] </w:t>
      </w:r>
      <w:r>
        <w:t>ah jab aap ne initial phase mein Quran distribution ko west mein introduce kiya ah kaisay woh distribution</w:t>
      </w:r>
    </w:p>
    <w:p>
      <w:pPr>
        <w:jc w:val="right"/>
      </w:pPr>
      <w:r>
        <w:t>اہ جب اپ نے انیشل فیز میں قران ڈسٹریبیوشن کو ویسٹ میں انٹروڈیوس کیا اہ کیسے وہ ڈسٹریبیوشن</w:t>
      </w:r>
    </w:p>
    <w:p>
      <w:r>
        <w:rPr>
          <w:b/>
        </w:rPr>
        <w:t xml:space="preserve">[52:23] </w:t>
      </w:r>
      <w:r>
        <w:t>phaila is ke baray mein kuch baatein agar aap ke zehan mein hain to aap please share kijiye</w:t>
      </w:r>
    </w:p>
    <w:p>
      <w:pPr>
        <w:jc w:val="right"/>
      </w:pPr>
      <w:r>
        <w:t>پھیلا اس کے بارے میں کچھ باتیں اگر اپ کے ذہن میں ہیں تو اپ پلیز شیئر کیجئے</w:t>
      </w:r>
    </w:p>
    <w:p>
      <w:r>
        <w:rPr>
          <w:b/>
        </w:rPr>
        <w:t xml:space="preserve">[52:28] </w:t>
      </w:r>
      <w:r>
        <w:t>hum sab ke sath</w:t>
      </w:r>
    </w:p>
    <w:p>
      <w:pPr>
        <w:jc w:val="right"/>
      </w:pPr>
      <w:r>
        <w:t>ہم سب کے ساتھ</w:t>
      </w:r>
    </w:p>
    <w:p>
      <w:r>
        <w:rPr>
          <w:b/>
        </w:rPr>
        <w:t xml:space="preserve">[52:31] </w:t>
      </w:r>
      <w:r>
        <w:t>Quran jab hamara apna publish hua ah English translation</w:t>
      </w:r>
    </w:p>
    <w:p>
      <w:pPr>
        <w:jc w:val="right"/>
      </w:pPr>
      <w:r>
        <w:t>قران جب ہمارا اپنا پبلش ہوا اہ انگلش ٹرانسلیشن</w:t>
      </w:r>
    </w:p>
    <w:p>
      <w:r>
        <w:rPr>
          <w:b/>
        </w:rPr>
        <w:t xml:space="preserve">[52:36] </w:t>
      </w:r>
      <w:r>
        <w:t>is se pehle bhi mein ne thora kaam shuru kiya tha ji ah aik sahib hain America mein</w:t>
      </w:r>
    </w:p>
    <w:p>
      <w:pPr>
        <w:jc w:val="right"/>
      </w:pPr>
      <w:r>
        <w:t>اس سے پہلے بھی میں نے تھوڑا کام شروع کیا تھا جی اہ ایک صاحب ہیں امریکہ میں</w:t>
      </w:r>
    </w:p>
    <w:p>
      <w:r>
        <w:rPr>
          <w:b/>
        </w:rPr>
        <w:t xml:space="preserve">[52:43] </w:t>
      </w:r>
      <w:r>
        <w:t>Khalafan sahib inho ne Ali Khalafan ji un ka aik adara hai jis ka naam hai</w:t>
      </w:r>
    </w:p>
    <w:p>
      <w:pPr>
        <w:jc w:val="right"/>
      </w:pPr>
      <w:r>
        <w:t>خلفان صاحب انو علی خلفان جی ان کا ایک ادارہ ہے جس کا نام ہے</w:t>
      </w:r>
    </w:p>
    <w:p>
      <w:r>
        <w:rPr>
          <w:b/>
        </w:rPr>
        <w:t xml:space="preserve">[52:52] </w:t>
      </w:r>
      <w:r>
        <w:t>tahreek tarseel Quran hmm to un se mein milta tha woh book fairs mein atay thay aur distribute</w:t>
      </w:r>
    </w:p>
    <w:p>
      <w:pPr>
        <w:jc w:val="right"/>
      </w:pPr>
      <w:r>
        <w:t>تحریک ترسیل قران ہمم تو ان سے میں ملتا تھا وہ بک فیئرز میں اتے تھے اور ڈسٹریبیوٹ</w:t>
      </w:r>
    </w:p>
    <w:p>
      <w:r>
        <w:rPr>
          <w:b/>
        </w:rPr>
        <w:t xml:space="preserve">[52:59] </w:t>
      </w:r>
      <w:r>
        <w:t>karte thay Quran bohat</w:t>
      </w:r>
    </w:p>
    <w:p>
      <w:pPr>
        <w:jc w:val="right"/>
      </w:pPr>
      <w:r>
        <w:t>کرتے تھے قران بہت</w:t>
      </w:r>
    </w:p>
    <w:p>
      <w:r>
        <w:rPr>
          <w:b/>
        </w:rPr>
        <w:t xml:space="preserve">[53:01] </w:t>
      </w:r>
      <w:r>
        <w:t>hi jazba hai un ke andar halankay he was 80 or 75 at that time ab to aur</w:t>
      </w:r>
    </w:p>
    <w:p>
      <w:pPr>
        <w:jc w:val="right"/>
      </w:pPr>
      <w:r>
        <w:t>ہی جذبہ ہے ان کے اندر حالانکہ ہی واز 80 اور 75 ایٹ دیٹ ٹائم اب تو اور</w:t>
      </w:r>
    </w:p>
    <w:p>
      <w:r>
        <w:rPr>
          <w:b/>
        </w:rPr>
        <w:t xml:space="preserve">[53:07] </w:t>
      </w:r>
      <w:r>
        <w:t>old ho gaye honge to lekin woh baray baray carton utha ke late thay aur london book</w:t>
      </w:r>
    </w:p>
    <w:p>
      <w:pPr>
        <w:jc w:val="right"/>
      </w:pPr>
      <w:r>
        <w:t>اولڈ ہو گئے ہوں گے تو لیکن وہ بڑے بڑے کارٹن اٹھا کے لاتے تھے اور لندن بک</w:t>
      </w:r>
    </w:p>
    <w:p>
      <w:r>
        <w:rPr>
          <w:b/>
        </w:rPr>
        <w:t xml:space="preserve">[53:14] </w:t>
      </w:r>
      <w:r>
        <w:t>fair mein aur frankfurt book fair mein har jagah woh quran diya karte thay to mujhe yeh kaam</w:t>
      </w:r>
    </w:p>
    <w:p>
      <w:pPr>
        <w:jc w:val="right"/>
      </w:pPr>
      <w:r>
        <w:t>فیئر میں اور فرینکفرٹ بک فیئر میں ہر جگہ وہ قران دیا کرتے تھے تو مجھے یہ کام</w:t>
      </w:r>
    </w:p>
    <w:p>
      <w:r>
        <w:rPr>
          <w:b/>
        </w:rPr>
        <w:t xml:space="preserve">[53:19] </w:t>
      </w:r>
      <w:r>
        <w:t>bohat acha laga ke yeh yeh tareeqa bohat acha hai phir mein hotels mein jata tha jab kisi</w:t>
      </w:r>
    </w:p>
    <w:p>
      <w:pPr>
        <w:jc w:val="right"/>
      </w:pPr>
      <w:r>
        <w:t>بہت اچھا لگا کہ یہ یہ طریقہ بہت اچھا ہے پھر میں ہوٹلز میں جاتا تھا جب کسی</w:t>
      </w:r>
    </w:p>
    <w:p>
      <w:r>
        <w:rPr>
          <w:b/>
        </w:rPr>
        <w:t xml:space="preserve">[53:26] </w:t>
      </w:r>
      <w:r>
        <w:t>hotel mein gaya to woh drawer khola to bible wahan milti thi ji ji to maine socha</w:t>
      </w:r>
    </w:p>
    <w:p>
      <w:pPr>
        <w:jc w:val="right"/>
      </w:pPr>
      <w:r>
        <w:t>ہوٹل میں گیا تو وہ ڈراور کھولا تو بائبل وہاں ملتی تھی جی جی تو میں نے سوچا</w:t>
      </w:r>
    </w:p>
    <w:p>
      <w:r>
        <w:rPr>
          <w:b/>
        </w:rPr>
        <w:t xml:space="preserve">[53:31] </w:t>
      </w:r>
      <w:r>
        <w:t>ke aise quran bhi hona chahiye</w:t>
      </w:r>
    </w:p>
    <w:p>
      <w:pPr>
        <w:jc w:val="right"/>
      </w:pPr>
      <w:r>
        <w:t>کہ ایسے قران بھی ہونا چاہیے</w:t>
      </w:r>
    </w:p>
    <w:p>
      <w:r>
        <w:rPr>
          <w:b/>
        </w:rPr>
        <w:t xml:space="preserve">[53:34] </w:t>
      </w:r>
      <w:r>
        <w:t>aur ek sahib canada mein hain asif ali mehr ali okay to woh hamare distributor thay to unhon</w:t>
      </w:r>
    </w:p>
    <w:p>
      <w:pPr>
        <w:jc w:val="right"/>
      </w:pPr>
      <w:r>
        <w:t>اور ایک صاحب کینیڈا میں ہیں اصف علی مہر علی اوکے تو وہ ہمارے ڈسٹریبیوٹر تھے تو انہوں</w:t>
      </w:r>
    </w:p>
    <w:p>
      <w:r>
        <w:rPr>
          <w:b/>
        </w:rPr>
        <w:t xml:space="preserve">[53:43] </w:t>
      </w:r>
      <w:r>
        <w:t>ne mujhse kaha ke tum quran publish</w:t>
      </w:r>
    </w:p>
    <w:p>
      <w:pPr>
        <w:jc w:val="right"/>
      </w:pPr>
      <w:r>
        <w:t>نے مجھ سے کہا کہ تم قران پبلش</w:t>
      </w:r>
    </w:p>
    <w:p>
      <w:r>
        <w:rPr>
          <w:b/>
        </w:rPr>
        <w:t xml:space="preserve">[53:46] </w:t>
      </w:r>
      <w:r>
        <w:t>karo aur cost price pe rakho usko profit mat lo humm pehli bar unhon ne yeh idea</w:t>
      </w:r>
    </w:p>
    <w:p>
      <w:pPr>
        <w:jc w:val="right"/>
      </w:pPr>
      <w:r>
        <w:t>کرو اور کاسٹ پرائس پہ رکھو اس کو پرافٹ مت لو ہمم پہلی بار انہوں نے یہ ائیڈیا</w:t>
      </w:r>
    </w:p>
    <w:p>
      <w:r>
        <w:rPr>
          <w:b/>
        </w:rPr>
        <w:t xml:space="preserve">[53:53] </w:t>
      </w:r>
      <w:r>
        <w:t>diya mujhe to maine abdullah yusuf ali pickthall ka quran publish kiya aur unko kafi quantity</w:t>
      </w:r>
    </w:p>
    <w:p>
      <w:pPr>
        <w:jc w:val="right"/>
      </w:pPr>
      <w:r>
        <w:t>دیا مجھے تو میں نے عبداللہ یوسف علی پکتھول کا قران پبلش کیا اور ان کو کافی کوانٹٹی</w:t>
      </w:r>
    </w:p>
    <w:p>
      <w:r>
        <w:rPr>
          <w:b/>
        </w:rPr>
        <w:t xml:space="preserve">[54:00] </w:t>
      </w:r>
      <w:r>
        <w:t>di bhi ah bilkul non profit basis pe ji unhon ne apni book store bhi jo rakh kholi</w:t>
      </w:r>
    </w:p>
    <w:p>
      <w:pPr>
        <w:jc w:val="right"/>
      </w:pPr>
      <w:r>
        <w:t>دی بھی اہ بالکل نان پرافٹ بیسز پہ جی انہوں نے اپنی بک سٹور بھی جو رکھ کھولی</w:t>
      </w:r>
    </w:p>
    <w:p>
      <w:r>
        <w:rPr>
          <w:b/>
        </w:rPr>
        <w:t xml:space="preserve">[54:06] </w:t>
      </w:r>
      <w:r>
        <w:t>hai toronto mein uska naam bhi non profit book store acha log aate hain wahan se kitab</w:t>
      </w:r>
    </w:p>
    <w:p>
      <w:pPr>
        <w:jc w:val="right"/>
      </w:pPr>
      <w:r>
        <w:t>ہے ٹورانٹو میں اس کا نام بھی نان پرافٹ بک سٹور اچھا لوگ اتے ہیں وہاں سے کتاب</w:t>
      </w:r>
    </w:p>
    <w:p>
      <w:r>
        <w:rPr>
          <w:b/>
        </w:rPr>
        <w:t xml:space="preserve">[54:10] </w:t>
      </w:r>
      <w:r>
        <w:t>le jate hain aur woh koi profit nahi lete uska to yeh tareeqa</w:t>
      </w:r>
    </w:p>
    <w:p>
      <w:pPr>
        <w:jc w:val="right"/>
      </w:pPr>
      <w:r>
        <w:t>لے جاتے ہیں اور وہ کوئی پرافٹ نہیں لیتے اس کا تو یہ طریقہ</w:t>
      </w:r>
    </w:p>
    <w:p>
      <w:r>
        <w:rPr>
          <w:b/>
        </w:rPr>
        <w:t xml:space="preserve">[54:17] </w:t>
      </w:r>
      <w:r>
        <w:t>is se pehle ka hai jab hamara translation aaya to jab hamara apna translation aa gaya appa ne</w:t>
      </w:r>
    </w:p>
    <w:p>
      <w:pPr>
        <w:jc w:val="right"/>
      </w:pPr>
      <w:r>
        <w:t>اس سے پہلے کا ہے جب ہمارا ٹرانسلیشن ایا تو جب ہمارا اپنا ٹرانسلیشن ا گیا اپا نے</w:t>
      </w:r>
    </w:p>
    <w:p>
      <w:r>
        <w:rPr>
          <w:b/>
        </w:rPr>
        <w:t xml:space="preserve">[54:23] </w:t>
      </w:r>
      <w:r>
        <w:t>jo translate kiya maulana ki help se to woh to bohat hi acha tha yani uski language</w:t>
      </w:r>
    </w:p>
    <w:p>
      <w:pPr>
        <w:jc w:val="right"/>
      </w:pPr>
      <w:r>
        <w:t>جو ٹرانسلیٹ کیا مولانا کی ہیلپ سے تو وہ تو بہت ہی اچھا تھا یعنی اس کی لینگویج</w:t>
      </w:r>
    </w:p>
    <w:p>
      <w:r>
        <w:rPr>
          <w:b/>
        </w:rPr>
        <w:t xml:space="preserve">[54:30] </w:t>
      </w:r>
      <w:r>
        <w:t>aur uska andaaz</w:t>
      </w:r>
    </w:p>
    <w:p>
      <w:pPr>
        <w:jc w:val="right"/>
      </w:pPr>
      <w:r>
        <w:t>اور اس کا انداز</w:t>
      </w:r>
    </w:p>
    <w:p>
      <w:r>
        <w:rPr>
          <w:b/>
        </w:rPr>
        <w:t xml:space="preserve">[54:31] </w:t>
      </w:r>
      <w:r>
        <w:t>aur us mein jo baatein bhi theen bohat hi achi theen humm to woh phir humne socha</w:t>
      </w:r>
    </w:p>
    <w:p>
      <w:pPr>
        <w:jc w:val="right"/>
      </w:pPr>
      <w:r>
        <w:t>اور اس میں جو باتیں بھی تھیں بہت ہی اچھی تھیں ہمم تو وہ پھر ہم نے سوچا</w:t>
      </w:r>
    </w:p>
    <w:p>
      <w:r>
        <w:rPr>
          <w:b/>
        </w:rPr>
        <w:t xml:space="preserve">[54:36] </w:t>
      </w:r>
      <w:r>
        <w:t>ke isko ah distribute kiya jaye to us waqt team bhi ban chuki thi cps</w:t>
      </w:r>
    </w:p>
    <w:p>
      <w:pPr>
        <w:jc w:val="right"/>
      </w:pPr>
      <w:r>
        <w:t>کہ اس کو اہ ڈسٹریبیوٹ کیا جائے تو اس وقت ٹیم بھی بن چکی تھی سی پی ایس</w:t>
      </w:r>
    </w:p>
    <w:p>
      <w:r>
        <w:rPr>
          <w:b/>
        </w:rPr>
        <w:t xml:space="preserve">[54:42] </w:t>
      </w:r>
      <w:r>
        <w:t>ki kafi teams aur khas tor se khawaja kaleemuddin sahib US mein haroon shaikh sahib in</w:t>
      </w:r>
    </w:p>
    <w:p>
      <w:pPr>
        <w:jc w:val="right"/>
      </w:pPr>
      <w:r>
        <w:t>کی کافی ٹیمز اور خاص طور سے خواجہ کلیم الدین صاحب یو ایس میں ہارون شیخ صاحب ان</w:t>
      </w:r>
    </w:p>
    <w:p>
      <w:r>
        <w:rPr>
          <w:b/>
        </w:rPr>
        <w:t xml:space="preserve">[54:49] </w:t>
      </w:r>
      <w:r>
        <w:t>logon ne bohat hi barh charh ke hissa liya humm aur kaleem sahib ne US mein ah</w:t>
      </w:r>
    </w:p>
    <w:p>
      <w:pPr>
        <w:jc w:val="right"/>
      </w:pPr>
      <w:r>
        <w:t>لوگوں نے بہت ہی بڑھ چڑھ کے حصہ لیا ہمم اور کلیم صاحب نے یو ایس میں اہ</w:t>
      </w:r>
    </w:p>
    <w:p>
      <w:r>
        <w:rPr>
          <w:b/>
        </w:rPr>
        <w:t xml:space="preserve">[54:55] </w:t>
      </w:r>
      <w:r>
        <w:t>quran ko phailaya aur brazil mein phailaya haroon shaikh sahib ne africa humm aur kai countries mein quran</w:t>
      </w:r>
    </w:p>
    <w:p>
      <w:pPr>
        <w:jc w:val="right"/>
      </w:pPr>
      <w:r>
        <w:t>قران کو پھیلایا اور برازیل میں پھیلایا ہارون شیخ صاحب نے افریقہ ہمم اور کئی کنٹریز میں قران</w:t>
      </w:r>
    </w:p>
    <w:p>
      <w:r>
        <w:rPr>
          <w:b/>
        </w:rPr>
        <w:t xml:space="preserve">[55:03] </w:t>
      </w:r>
      <w:r>
        <w:t>ko phailaya ji phir translation hone lage phir mein turkey gaya tha kisi aur kaam se</w:t>
      </w:r>
    </w:p>
    <w:p>
      <w:pPr>
        <w:jc w:val="right"/>
      </w:pPr>
      <w:r>
        <w:t>کو پھیلایا جی پھر ٹرانسلیشن ہونے لگے پھر میں ٹرکی گیا تھا کسی اور کام سے</w:t>
      </w:r>
    </w:p>
    <w:p>
      <w:r>
        <w:rPr>
          <w:b/>
        </w:rPr>
        <w:t xml:space="preserve">[55:12] </w:t>
      </w:r>
      <w:r>
        <w:t>to wahan jo blue mosque hai wahan jana hua humm</w:t>
      </w:r>
    </w:p>
    <w:p>
      <w:pPr>
        <w:jc w:val="right"/>
      </w:pPr>
      <w:r>
        <w:t>تو وہاں جو بلو ماسک ہے وہاں جانا ہوا ہمم</w:t>
      </w:r>
    </w:p>
    <w:p>
      <w:r>
        <w:rPr>
          <w:b/>
        </w:rPr>
        <w:t xml:space="preserve">[55:18] </w:t>
      </w:r>
      <w:r>
        <w:t>to maine dekha ke bohat zyada tourist aa rahe hain wahan hazaron ki tadad mein bhare hue</w:t>
      </w:r>
    </w:p>
    <w:p>
      <w:pPr>
        <w:jc w:val="right"/>
      </w:pPr>
      <w:r>
        <w:t>تو میں نے دیکھا کہ بہت زیادہ ٹورسٹ ا رہے ہیں وہاں ہزاروں کی تعداد میں بھرے ہوئے</w:t>
      </w:r>
    </w:p>
    <w:p>
      <w:r>
        <w:rPr>
          <w:b/>
        </w:rPr>
        <w:t xml:space="preserve">[55:23] </w:t>
      </w:r>
      <w:r>
        <w:t>hain tourist ab jab tourist bahar niklte thay</w:t>
      </w:r>
    </w:p>
    <w:p>
      <w:pPr>
        <w:jc w:val="right"/>
      </w:pPr>
      <w:r>
        <w:t>ہیں ٹورسٹ اب جب ٹورسٹ باہر نکلتے تھے</w:t>
      </w:r>
    </w:p>
    <w:p>
      <w:r>
        <w:rPr>
          <w:b/>
        </w:rPr>
        <w:t xml:space="preserve">[55:28] </w:t>
      </w:r>
      <w:r>
        <w:t>ah bahar ah ek gate se ji masjid ke to wahan ek sahib baithe hue thay table tha</w:t>
      </w:r>
    </w:p>
    <w:p>
      <w:pPr>
        <w:jc w:val="right"/>
      </w:pPr>
      <w:r>
        <w:t>اہ باہر اہ ایک گیٹ سے جی مسجد کے تو وہاں ایک صاحب بیٹھے ہوئے تھے ٹیبل تھا</w:t>
      </w:r>
    </w:p>
    <w:p>
      <w:r>
        <w:rPr>
          <w:b/>
        </w:rPr>
        <w:t xml:space="preserve">[55:35] </w:t>
      </w:r>
      <w:r>
        <w:t>un ke paas aur kuch reecits theen hamm aur woh kehte thay donation for the mosque hamm to</w:t>
      </w:r>
    </w:p>
    <w:p>
      <w:pPr>
        <w:jc w:val="right"/>
      </w:pPr>
      <w:r>
        <w:t>ان کے پاس اور کچھ ریسیٹس تھیں ہمم اور وہ کہتے تھے ڈونیشن فار دی ماسک ہمم تو</w:t>
      </w:r>
    </w:p>
    <w:p>
      <w:r>
        <w:rPr>
          <w:b/>
        </w:rPr>
        <w:t xml:space="preserve">[55:42] </w:t>
      </w:r>
      <w:r>
        <w:t>mujhe bara ajeeb laga ke yeh madu aa raha hai hamm hum is ko kuch de nahi rahay</w:t>
      </w:r>
    </w:p>
    <w:p>
      <w:pPr>
        <w:jc w:val="right"/>
      </w:pPr>
      <w:r>
        <w:t>مجھے بڑا عجیب لگا کہ یہ مدعو ا رہا ہے ہمم ہم اس کو کچھ دے نہیں رہے</w:t>
      </w:r>
    </w:p>
    <w:p>
      <w:r>
        <w:rPr>
          <w:b/>
        </w:rPr>
        <w:t xml:space="preserve">[55:47] </w:t>
      </w:r>
      <w:r>
        <w:t>hain is se mang rahay hain hamm to mujhe bohat hi ajeeb laga yeh ji to mein aik</w:t>
      </w:r>
    </w:p>
    <w:p>
      <w:pPr>
        <w:jc w:val="right"/>
      </w:pPr>
      <w:r>
        <w:t>ہیں اس سے مانگ رہے ہیں ہمم تو مجھے بہت ہی عجیب لگا یہ جی تو میں ایک</w:t>
      </w:r>
    </w:p>
    <w:p>
      <w:r>
        <w:rPr>
          <w:b/>
        </w:rPr>
        <w:t xml:space="preserve">[55:52] </w:t>
      </w:r>
      <w:r>
        <w:t>mere dost thay wahan un se kaha ke hum yahan quran distribute karna chahte hain</w:t>
      </w:r>
    </w:p>
    <w:p>
      <w:pPr>
        <w:jc w:val="right"/>
      </w:pPr>
      <w:r>
        <w:t>میرے دوست تھے وہاں ان سے کہا کہ ہم یہاں قران ڈسٹریبیوٹ کرنا چاہتے ہیں</w:t>
      </w:r>
    </w:p>
    <w:p>
      <w:r>
        <w:rPr>
          <w:b/>
        </w:rPr>
        <w:t xml:space="preserve">[55:57] </w:t>
      </w:r>
      <w:r>
        <w:t>to unhon ne ah kaha theek hai chalte hain mufti se milte hain choonke wahan hamein</w:t>
      </w:r>
    </w:p>
    <w:p>
      <w:pPr>
        <w:jc w:val="right"/>
      </w:pPr>
      <w:r>
        <w:t>تو انہوں نے اہ کہا ٹھیک ہے چلتے ہیں مفتی سے ملتے ہیں چونکہ وہاں ہمیں</w:t>
      </w:r>
    </w:p>
    <w:p>
      <w:r>
        <w:rPr>
          <w:b/>
        </w:rPr>
        <w:t xml:space="preserve">[56:04] </w:t>
      </w:r>
      <w:r>
        <w:t>permission chahiye to mufti ka matlab hai aik tareeqay se religious minister minister okay to wahan gaye hum</w:t>
      </w:r>
    </w:p>
    <w:p>
      <w:pPr>
        <w:jc w:val="right"/>
      </w:pPr>
      <w:r>
        <w:t>پرمیشن چاہیے تو مفتی کا مطلب ہے ایک طریقے سے ریلیجس منسٹر منسٹر اوکے تو وہاں گئے ہم</w:t>
      </w:r>
    </w:p>
    <w:p>
      <w:r>
        <w:rPr>
          <w:b/>
        </w:rPr>
        <w:t xml:space="preserve">[56:12] </w:t>
      </w:r>
      <w:r>
        <w:t>bohat bara office mufti se mile mufti khair bara achhay tareeqay se mila to mufti ne kaha ke</w:t>
      </w:r>
    </w:p>
    <w:p>
      <w:pPr>
        <w:jc w:val="right"/>
      </w:pPr>
      <w:r>
        <w:t>بہت بڑا افس مفتی سے ملے مفتی خیر بڑا اچھے طریقے سے ملا تو مفتی نے کہا کہ</w:t>
      </w:r>
    </w:p>
    <w:p>
      <w:r>
        <w:rPr>
          <w:b/>
        </w:rPr>
        <w:t xml:space="preserve">[56:18] </w:t>
      </w:r>
      <w:r>
        <w:t>bhai hamare paas apna quran hai ah woh hum distribute karte hain unhon ne dikhaya bohat bara arabi</w:t>
      </w:r>
    </w:p>
    <w:p>
      <w:pPr>
        <w:jc w:val="right"/>
      </w:pPr>
      <w:r>
        <w:t>بھئی ہمارے پاس اپنا قران ہے اہ وہ ہم ڈسٹریبیوٹ کرتے ہیں انہوں نے دکھایا بہت بڑا عربی</w:t>
      </w:r>
    </w:p>
    <w:p>
      <w:r>
        <w:rPr>
          <w:b/>
        </w:rPr>
        <w:t xml:space="preserve">[56:25] </w:t>
      </w:r>
      <w:r>
        <w:t>ke sath to khair woh hum thoray disappoint ho ke aa gaye choonke koi distribution to hota</w:t>
      </w:r>
    </w:p>
    <w:p>
      <w:pPr>
        <w:jc w:val="right"/>
      </w:pPr>
      <w:r>
        <w:t>کے ساتھ تو خیر وہ ہم تھوڑے ڈس اپوائنٹ ہو کے ا گئے چونکہ کوئی ڈسٹریبیوشن تو ہوتا</w:t>
      </w:r>
    </w:p>
    <w:p>
      <w:r>
        <w:rPr>
          <w:b/>
        </w:rPr>
        <w:t xml:space="preserve">[56:30] </w:t>
      </w:r>
      <w:r>
        <w:t>nahi wahan to kai bar jata raha mein har bar jata blue mosque aur koshish karta to ittefaq</w:t>
      </w:r>
    </w:p>
    <w:p>
      <w:pPr>
        <w:jc w:val="right"/>
      </w:pPr>
      <w:r>
        <w:t>نہیں وہاں تو کئی بار جاتا رہا میں ہر بار جاتا بلو ماسک اور کوشش کرتا تو اتفاق</w:t>
      </w:r>
    </w:p>
    <w:p>
      <w:r>
        <w:rPr>
          <w:b/>
        </w:rPr>
        <w:t xml:space="preserve">[56:40] </w:t>
      </w:r>
      <w:r>
        <w:t>se aik sahib mein mile mujhe jin ka naam hai sabghatullah jo imam hain wahan un ko</w:t>
      </w:r>
    </w:p>
    <w:p>
      <w:pPr>
        <w:jc w:val="right"/>
      </w:pPr>
      <w:r>
        <w:t>سے ایک صاحب میں ملے مجھے جن کا نام ہے صبغۃ اللہ جو امام ہیں وہاں ان کو</w:t>
      </w:r>
    </w:p>
    <w:p>
      <w:r>
        <w:rPr>
          <w:b/>
        </w:rPr>
        <w:t xml:space="preserve">[56:46] </w:t>
      </w:r>
      <w:r>
        <w:t>interest paida hua unhon ne kaha theek hai aap bhejiye</w:t>
      </w:r>
    </w:p>
    <w:p>
      <w:pPr>
        <w:jc w:val="right"/>
      </w:pPr>
      <w:r>
        <w:t>انٹرسٹ پیدا ہوا انہوں نے کہا ٹھیک ہے اپ بھیجیے</w:t>
      </w:r>
    </w:p>
    <w:p>
      <w:r>
        <w:rPr>
          <w:b/>
        </w:rPr>
        <w:t xml:space="preserve">[56:51] </w:t>
      </w:r>
      <w:r>
        <w:t>to</w:t>
      </w:r>
    </w:p>
    <w:p>
      <w:pPr>
        <w:jc w:val="right"/>
      </w:pPr>
      <w:r>
        <w:t>تو</w:t>
      </w:r>
    </w:p>
    <w:p>
      <w:r>
        <w:rPr>
          <w:b/>
        </w:rPr>
        <w:t xml:space="preserve">[56:51] </w:t>
      </w:r>
      <w:r>
        <w:t>hum ne wahan print karana shuru kiya aur ab taqreeban das barah languages mein wahan quran print hota</w:t>
      </w:r>
    </w:p>
    <w:p>
      <w:pPr>
        <w:jc w:val="right"/>
      </w:pPr>
      <w:r>
        <w:t>ہم نے وہاں پرنٹ کرانا شروع کیا اور اب تقریبا دس بارہ لینگویجز میں وہاں قران پرنٹ ہوتا</w:t>
      </w:r>
    </w:p>
    <w:p>
      <w:r>
        <w:rPr>
          <w:b/>
        </w:rPr>
        <w:t xml:space="preserve">[56:57] </w:t>
      </w:r>
      <w:r>
        <w:t>hai mashallah aur woh ah khaas tor se jo log aate hain wahan tourist sari dunya se aate</w:t>
      </w:r>
    </w:p>
    <w:p>
      <w:pPr>
        <w:jc w:val="right"/>
      </w:pPr>
      <w:r>
        <w:t>ہے ماشاءاللہ اور وہ اہ خاص طور سے جو لوگ اتے ہیں وہاں ٹورسٹ ساری دنیا سے اتے</w:t>
      </w:r>
    </w:p>
    <w:p>
      <w:r>
        <w:rPr>
          <w:b/>
        </w:rPr>
        <w:t xml:space="preserve">[57:05] </w:t>
      </w:r>
      <w:r>
        <w:t>hain india se bhi jatay hain lekin ziyada tar tourist european countries ke hotay hain aur ah eastern</w:t>
      </w:r>
    </w:p>
    <w:p>
      <w:pPr>
        <w:jc w:val="right"/>
      </w:pPr>
      <w:r>
        <w:t>ہیں انڈیا سے بھی جاتے ہیں لیکن زیادہ تر ٹورسٹ یورپین کنٹریز کے ہوتے ہیں اور اہ ایسٹرن</w:t>
      </w:r>
    </w:p>
    <w:p>
      <w:r>
        <w:rPr>
          <w:b/>
        </w:rPr>
        <w:t xml:space="preserve">[57:14] </w:t>
      </w:r>
      <w:r>
        <w:t>europe ke ji poland hai aur ukraine hai ah aur sari jo yeh eastern europe country european countries</w:t>
      </w:r>
    </w:p>
    <w:p>
      <w:pPr>
        <w:jc w:val="right"/>
      </w:pPr>
      <w:r>
        <w:t>یورپ کے جی پولینڈ ہے اور یوکرین ہے اہ اور ساری جو یہ ایسٹرن یورپ کنٹری یورپین کنٹریز</w:t>
      </w:r>
    </w:p>
    <w:p>
      <w:r>
        <w:rPr>
          <w:b/>
        </w:rPr>
        <w:t xml:space="preserve">[57:23] </w:t>
      </w:r>
      <w:r>
        <w:t>hain to hamare paas taqreeban sari translations hain ukrainian mein hai ah polish mein hai ah aur abhi</w:t>
      </w:r>
    </w:p>
    <w:p>
      <w:pPr>
        <w:jc w:val="right"/>
      </w:pPr>
      <w:r>
        <w:t>ہیں تو ہمارے پاس تقریبا سارے ٹرانسلیشنز ہیں یوکرینین میں ہے اہ پولش میں ہے اہ اور ابھی</w:t>
      </w:r>
    </w:p>
    <w:p>
      <w:r>
        <w:rPr>
          <w:b/>
        </w:rPr>
        <w:t xml:space="preserve">[57:31] </w:t>
      </w:r>
      <w:r>
        <w:t>recently aik do czech republic czech language mein hai to</w:t>
      </w:r>
    </w:p>
    <w:p>
      <w:pPr>
        <w:jc w:val="right"/>
      </w:pPr>
      <w:r>
        <w:t>ریسنٹلی ایک دو چیک ریپبلک چیک لینگویج میں ہے تو</w:t>
      </w:r>
    </w:p>
    <w:p>
      <w:r>
        <w:rPr>
          <w:b/>
        </w:rPr>
        <w:t xml:space="preserve">[57:36] </w:t>
      </w:r>
      <w:r>
        <w:t>kitnay translations abhi ho chukay hain taqreeban ab taqreeban 30 plus hain 30 plus ji mashallah jis mein</w:t>
      </w:r>
    </w:p>
    <w:p>
      <w:pPr>
        <w:jc w:val="right"/>
      </w:pPr>
      <w:r>
        <w:t>کتنے ٹرانسلیشنز ابھی ہو چکے ہیں تقریبا اب تقریبا 30 پلس ہیں 30 پلس جی ماشاءاللہ جس میں</w:t>
      </w:r>
    </w:p>
    <w:p>
      <w:r>
        <w:rPr>
          <w:b/>
        </w:rPr>
        <w:t xml:space="preserve">[57:43] </w:t>
      </w:r>
      <w:r>
        <w:t>european kafi hain aur kuch ah african hain ji aur abhi translations chal rahay hain jaise abhi recently</w:t>
      </w:r>
    </w:p>
    <w:p>
      <w:pPr>
        <w:jc w:val="right"/>
      </w:pPr>
      <w:r>
        <w:t>یورپین کافی ہیں اور کچھ اہ افریکن ہیں جی اور ابھی ٹرانسلیشنز چل رہے ہیں جیسے ابھی ریسنٹلی</w:t>
      </w:r>
    </w:p>
    <w:p>
      <w:r>
        <w:rPr>
          <w:b/>
        </w:rPr>
        <w:t xml:space="preserve">[57:52] </w:t>
      </w:r>
      <w:r>
        <w:t>haroon sheikh sahib ne ah swahili translate karaya hai jo ab printing ke stage mein hai woh swahili</w:t>
      </w:r>
    </w:p>
    <w:p>
      <w:pPr>
        <w:jc w:val="right"/>
      </w:pPr>
      <w:r>
        <w:t>ہارون شیخ صاحب نے اہ سواحلی ٹرانسلیٹ کرایا ہے جو اب پرنٹنگ کے سٹیج میں ہے وہ سواحلی</w:t>
      </w:r>
    </w:p>
    <w:p>
      <w:r>
        <w:rPr>
          <w:b/>
        </w:rPr>
        <w:t xml:space="preserve">[57:59] </w:t>
      </w:r>
      <w:r>
        <w:t>language bohat bara region cover karti hai africa ka bohat sari countries mein boli jati hai to is</w:t>
      </w:r>
    </w:p>
    <w:p>
      <w:pPr>
        <w:jc w:val="right"/>
      </w:pPr>
      <w:r>
        <w:t>لینگویج بہت بڑا ریجن کور کرتی ہے افریقہ کا بہت ساری کنٹریز میں بولی جاتی ہے تو اس</w:t>
      </w:r>
    </w:p>
    <w:p>
      <w:r>
        <w:rPr>
          <w:b/>
        </w:rPr>
        <w:t xml:space="preserve">[58:04] </w:t>
      </w:r>
      <w:r>
        <w:t>tarah se aik aik kar ke inshallah jo major languages hain is mein translation ka kaam turkey mein</w:t>
      </w:r>
    </w:p>
    <w:p>
      <w:pPr>
        <w:jc w:val="right"/>
      </w:pPr>
      <w:r>
        <w:t>طرح سے ایک ایک کر کے انشاءاللہ جو میجر لینگویجز ہیں اس میں ٹرانسلیشن کا کام ٹرکی میں</w:t>
      </w:r>
    </w:p>
    <w:p>
      <w:r>
        <w:rPr>
          <w:b/>
        </w:rPr>
        <w:t xml:space="preserve">[58:09] </w:t>
      </w:r>
      <w:r>
        <w:t>doctor sahib aur bhi mosque mein rakha ja raha hai haan mujhe yaad hai maulana maulana ke sath</w:t>
      </w:r>
    </w:p>
    <w:p>
      <w:pPr>
        <w:jc w:val="right"/>
      </w:pPr>
      <w:r>
        <w:t>ڈاکٹر صاحب اور بھی ماسک میں رکھا جا رہا ہے ہاں مجھے یاد ہے مولانا مولانا کے ساتھ</w:t>
      </w:r>
    </w:p>
    <w:p>
      <w:r>
        <w:rPr>
          <w:b/>
        </w:rPr>
        <w:t xml:space="preserve">[58:15] </w:t>
      </w:r>
      <w:r>
        <w:t>mein aur fareeda apa bhi thay aik program mein gaye thay ji ji to hum log rustam pashah</w:t>
      </w:r>
    </w:p>
    <w:p>
      <w:pPr>
        <w:jc w:val="right"/>
      </w:pPr>
      <w:r>
        <w:t>میں اور فریدہ اپا بھی تھے ایک پروگرام میں گئے تھے جی جی تو ہم لوگ رستم پاشاہ</w:t>
      </w:r>
    </w:p>
    <w:p>
      <w:r>
        <w:rPr>
          <w:b/>
        </w:rPr>
        <w:t xml:space="preserve">[58:19] </w:t>
      </w:r>
      <w:r>
        <w:t>mask gaye thay haan to wahan pe kafi</w:t>
      </w:r>
    </w:p>
    <w:p>
      <w:pPr>
        <w:jc w:val="right"/>
      </w:pPr>
      <w:r>
        <w:t>ماسک گئے تھے ہاں تو وہاں پہ کافی</w:t>
      </w:r>
    </w:p>
    <w:p>
      <w:r>
        <w:rPr>
          <w:b/>
        </w:rPr>
        <w:t xml:space="preserve">[58:22] </w:t>
      </w:r>
      <w:r>
        <w:t>foreigners jo hain aik bohat hi pyara sa chota sa bag tha is mein quran rakhi ja rahi</w:t>
      </w:r>
    </w:p>
    <w:p>
      <w:pPr>
        <w:jc w:val="right"/>
      </w:pPr>
      <w:r>
        <w:t>فارنرز جو ہیں ایک بہت ہی پیارا سا چھوٹا سا بیگ تھا اس میں قران رکھی جا رہی</w:t>
      </w:r>
    </w:p>
    <w:p>
      <w:r>
        <w:rPr>
          <w:b/>
        </w:rPr>
        <w:t xml:space="preserve">[58:27] </w:t>
      </w:r>
      <w:r>
        <w:t>thi is mein se woh ah le ke ja rahe thay ji to maulana ne photo bhi khinchwai</w:t>
      </w:r>
    </w:p>
    <w:p>
      <w:pPr>
        <w:jc w:val="right"/>
      </w:pPr>
      <w:r>
        <w:t>تھی اس میں سے وہ اہ لے کے جا رہے تھے جی تو مولانا نے فوٹو بھی کھنچوائی</w:t>
      </w:r>
    </w:p>
    <w:p>
      <w:r>
        <w:rPr>
          <w:b/>
        </w:rPr>
        <w:t xml:space="preserve">[58:30] </w:t>
      </w:r>
      <w:r>
        <w:t>thi fareeda apa ke sath hum ke sath ji ji woh asal mein bohat khush hue thay is</w:t>
      </w:r>
    </w:p>
    <w:p>
      <w:pPr>
        <w:jc w:val="right"/>
      </w:pPr>
      <w:r>
        <w:t>تھی فریدہ اپا کے ساتھ ہم کے ساتھ جی جی وہ اصل میں بہت خوش ہوئے تھے اس</w:t>
      </w:r>
    </w:p>
    <w:p>
      <w:r>
        <w:rPr>
          <w:b/>
        </w:rPr>
        <w:t xml:space="preserve">[58:35] </w:t>
      </w:r>
      <w:r>
        <w:t>door ki baat hai jab blue mask mein shuru nahi hua tha acha pehle rustam pashah mask mein</w:t>
      </w:r>
    </w:p>
    <w:p>
      <w:pPr>
        <w:jc w:val="right"/>
      </w:pPr>
      <w:r>
        <w:t>دور کی بات ہے جب بلو ماسک میں شروع نہیں ہوا تھا اچھا پہلے رستم پاشاہ ماسک میں</w:t>
      </w:r>
    </w:p>
    <w:p>
      <w:r>
        <w:rPr>
          <w:b/>
        </w:rPr>
        <w:t xml:space="preserve">[58:40] </w:t>
      </w:r>
      <w:r>
        <w:t>to mujhe aik sahib mile thay jo ke aik ah suleman naam tha un ka ji ah ghaliban</w:t>
      </w:r>
    </w:p>
    <w:p>
      <w:pPr>
        <w:jc w:val="right"/>
      </w:pPr>
      <w:r>
        <w:t>تو مجھے ایک صاحب ملے تھے جو کہ ایک اہ سلیمان نام تھا ان کا جی اہ غالبا</w:t>
      </w:r>
    </w:p>
    <w:p>
      <w:r>
        <w:rPr>
          <w:b/>
        </w:rPr>
        <w:t xml:space="preserve">[58:47] </w:t>
      </w:r>
      <w:r>
        <w:t>ah jo ke aik ah tourist guide thay hmm to unhon ne kaha ke aik masjid hai is</w:t>
      </w:r>
    </w:p>
    <w:p>
      <w:pPr>
        <w:jc w:val="right"/>
      </w:pPr>
      <w:r>
        <w:t>اہ جو کہ ایک اہ ٹورسٹ گائیڈ تھے ہمم تو انہوں نے کہا کہ ایک مسجد ہے اس</w:t>
      </w:r>
    </w:p>
    <w:p>
      <w:r>
        <w:rPr>
          <w:b/>
        </w:rPr>
        <w:t xml:space="preserve">[58:53] </w:t>
      </w:r>
      <w:r>
        <w:t>ka imam jo hai bohat acha hai chalo is se milte hain ji to hum wahan gaye imam</w:t>
      </w:r>
    </w:p>
    <w:p>
      <w:pPr>
        <w:jc w:val="right"/>
      </w:pPr>
      <w:r>
        <w:t>کا امام جو ہے بہت اچھا ہے چلو اس سے ملتے ہیں جی تو ہم وہاں گئے امام</w:t>
      </w:r>
    </w:p>
    <w:p>
      <w:r>
        <w:rPr>
          <w:b/>
        </w:rPr>
        <w:t xml:space="preserve">[58:58] </w:t>
      </w:r>
      <w:r>
        <w:t>waqai bohat achay thay woh unhon ne kaha theek hai ap kariye hum bhejein ap bhejiye hum distribution</w:t>
      </w:r>
    </w:p>
    <w:p>
      <w:pPr>
        <w:jc w:val="right"/>
      </w:pPr>
      <w:r>
        <w:t>واقعی بہت اچھے تھے وہ انہوں نے کہا ٹھیک ہے اپ کریے ہم بھیجیں اپ بھیجیے ہم ڈسٹریبیوشن</w:t>
      </w:r>
    </w:p>
    <w:p>
      <w:r>
        <w:rPr>
          <w:b/>
        </w:rPr>
        <w:t xml:space="preserve">[59:03] </w:t>
      </w:r>
      <w:r>
        <w:t>karein ge phir unhon ne khud print karaya wahan ji kai bar aur woh</w:t>
      </w:r>
    </w:p>
    <w:p>
      <w:pPr>
        <w:jc w:val="right"/>
      </w:pPr>
      <w:r>
        <w:t>کریں گے پھر انہوں نے خود پرنٹ کرایا وہاں جی کئی بار اور وہ</w:t>
      </w:r>
    </w:p>
    <w:p>
      <w:r>
        <w:rPr>
          <w:b/>
        </w:rPr>
        <w:t xml:space="preserve">[59:08] </w:t>
      </w:r>
      <w:r>
        <w:t>silsila bhi chal raha hai abhi bhi aur ah blue mask ke baad jo blue mask se bhi</w:t>
      </w:r>
    </w:p>
    <w:p>
      <w:pPr>
        <w:jc w:val="right"/>
      </w:pPr>
      <w:r>
        <w:t>سلسلہ بھی چل رہا ہے ابھی بھی اور اہ بلو ماسک کے بعد جو بلو ماسک سے بھی</w:t>
      </w:r>
    </w:p>
    <w:p>
      <w:r>
        <w:rPr>
          <w:b/>
        </w:rPr>
        <w:t xml:space="preserve">[59:13] </w:t>
      </w:r>
      <w:r>
        <w:t>bari masjid hai wahan sulemania mask ji is mein bhi ho raha hai aur abhi recently haya sofia</w:t>
      </w:r>
    </w:p>
    <w:p>
      <w:pPr>
        <w:jc w:val="right"/>
      </w:pPr>
      <w:r>
        <w:t>بڑی مسجد ہے وہاں سلیمانیہ ماسک جی اس میں بھی ہو رہا ہے اور ابھی ریسنٹلی حیا صوفیہ</w:t>
      </w:r>
    </w:p>
    <w:p>
      <w:r>
        <w:rPr>
          <w:b/>
        </w:rPr>
        <w:t xml:space="preserve">[59:19] </w:t>
      </w:r>
      <w:r>
        <w:t>mein bhi shuru ho gaya hai mashallah aur teesri jo achi baat hui hai woh abhi jo wahan</w:t>
      </w:r>
    </w:p>
    <w:p>
      <w:pPr>
        <w:jc w:val="right"/>
      </w:pPr>
      <w:r>
        <w:t>میں بھی شروع ہو گیا ہے ماشاءاللہ اور تیسری جو اچھی بات ہوئی ہے وہ ابھی جو وہاں</w:t>
      </w:r>
    </w:p>
    <w:p>
      <w:r>
        <w:rPr>
          <w:b/>
        </w:rPr>
        <w:t xml:space="preserve">[59:24] </w:t>
      </w:r>
      <w:r>
        <w:t>unhon ne aik bohat hi bari masjid banai hai jo wich is da biggest mask in turkey ah</w:t>
      </w:r>
    </w:p>
    <w:p>
      <w:pPr>
        <w:jc w:val="right"/>
      </w:pPr>
      <w:r>
        <w:t>انہوں نے ایک بہت ہی بڑی مسجد بنائی ہے جو وچ از دا بگسٹ ماسک ان ٹرکی اہ</w:t>
      </w:r>
    </w:p>
    <w:p>
      <w:r>
        <w:rPr>
          <w:b/>
        </w:rPr>
        <w:t xml:space="preserve">[59:30] </w:t>
      </w:r>
      <w:r>
        <w:t>aur bohat bara attraction hai tourist ka is ka naam kuch aisa hai mein sahi pronounciate shayad nahi</w:t>
      </w:r>
    </w:p>
    <w:p>
      <w:pPr>
        <w:jc w:val="right"/>
      </w:pPr>
      <w:r>
        <w:t>اور بہت بڑا اٹریکشن ہے ٹورسٹ کا اس کا نام کچھ ایسا ہے میں صحیح پروناؤنسیٹ شاید نہیں</w:t>
      </w:r>
    </w:p>
    <w:p>
      <w:r>
        <w:rPr>
          <w:b/>
        </w:rPr>
        <w:t xml:space="preserve">[59:37] </w:t>
      </w:r>
      <w:r>
        <w:t>kar pa raha hoon kamilia mask okay to woh mesu mask hai hmm is mein bhi alhamdulillah ijazat</w:t>
      </w:r>
    </w:p>
    <w:p>
      <w:pPr>
        <w:jc w:val="right"/>
      </w:pPr>
      <w:r>
        <w:t>کر پا رہا ہوں کمیلیا ماسک اوکے تو وہ میسو ماسک ہے ہمم اس میں بھی الحمدللہ اجازت</w:t>
      </w:r>
    </w:p>
    <w:p>
      <w:r>
        <w:rPr>
          <w:b/>
        </w:rPr>
        <w:t xml:space="preserve">[59:43] </w:t>
      </w:r>
      <w:r>
        <w:t>mil gayi hai karne ki to ab kaam aur badhega wahan mashallah aur is ke sath sath</w:t>
      </w:r>
    </w:p>
    <w:p>
      <w:pPr>
        <w:jc w:val="right"/>
      </w:pPr>
      <w:r>
        <w:t>مل گئی ہے کرنے کی تو اب کام اور بڑھے گا وہاں ماشاءاللہ اور اس کے ساتھ ساتھ</w:t>
      </w:r>
    </w:p>
    <w:p>
      <w:r>
        <w:rPr>
          <w:b/>
        </w:rPr>
        <w:t xml:space="preserve">[59:47] </w:t>
      </w:r>
      <w:r>
        <w:t>jaise ap to khud gaye hain azrael jrooslem al aqsa masjid mein ji wahan</w:t>
      </w:r>
    </w:p>
    <w:p>
      <w:pPr>
        <w:jc w:val="right"/>
      </w:pPr>
      <w:r>
        <w:t>جیسے اپ تو خود گئے ہیں عزرائیل جروشلم الاقصی مسجد میں جی وہاں</w:t>
      </w:r>
    </w:p>
    <w:p>
      <w:r>
        <w:rPr>
          <w:b/>
        </w:rPr>
        <w:t xml:space="preserve">[59:53] </w:t>
      </w:r>
      <w:r>
        <w:t>peh to team bohat ziyada wahan bohat achi team hai bohat achi team hai chounke woh sare palestinians</w:t>
      </w:r>
    </w:p>
    <w:p>
      <w:pPr>
        <w:jc w:val="right"/>
      </w:pPr>
      <w:r>
        <w:t>پہ تو ٹیم بہت زیادہ وہاں بہت اچھی ٹیم ہے بہت اچھی ٹیم ہے چونکہ وہ سارے پیلسٹینینز</w:t>
      </w:r>
    </w:p>
    <w:p>
      <w:r>
        <w:rPr>
          <w:b/>
        </w:rPr>
        <w:t xml:space="preserve">[59:57] </w:t>
      </w:r>
      <w:r>
        <w:t>jo azrael mein rehte hain woh bare jazba hain un ke andar ji aur woh woh kar rahe</w:t>
      </w:r>
    </w:p>
    <w:p>
      <w:pPr>
        <w:jc w:val="right"/>
      </w:pPr>
      <w:r>
        <w:t>جو عزرائیل میں رہتے ہیں وہ بڑے جذبہ ہیں ان کے اندر جی اور وہ وہ کر رہے</w:t>
      </w:r>
    </w:p>
    <w:p>
      <w:r>
        <w:rPr>
          <w:b/>
        </w:rPr>
        <w:t xml:space="preserve">[1:00:03] </w:t>
      </w:r>
      <w:r>
        <w:t>hain wahan al aqsa masjid ke andar tourists allowed hain aik khas waqt hai aur wahan tourist atay hain</w:t>
      </w:r>
    </w:p>
    <w:p>
      <w:pPr>
        <w:jc w:val="right"/>
      </w:pPr>
      <w:r>
        <w:t>ہیں وہاں الاقصی مسجد کے اندر ٹورسٹس الاؤڈ ہیں ایک خاص وقت ہے اور وہاں ٹورسٹ اتے ہیں</w:t>
      </w:r>
    </w:p>
    <w:p>
      <w:r>
        <w:rPr>
          <w:b/>
        </w:rPr>
        <w:t xml:space="preserve">[1:00:09] </w:t>
      </w:r>
      <w:r>
        <w:t>woh un ko dete hain quran aur al aqsa ke masjid ke pas poora jo aap ne dekha hai</w:t>
      </w:r>
    </w:p>
    <w:p>
      <w:pPr>
        <w:jc w:val="right"/>
      </w:pPr>
      <w:r>
        <w:t>وہ ان کو دیتے ہیں قران اور الاقصی کے مسجد کے پاس پورا جو اپ نے دیکھا ہے</w:t>
      </w:r>
    </w:p>
    <w:p>
      <w:r>
        <w:rPr>
          <w:b/>
        </w:rPr>
        <w:t xml:space="preserve">[1:00:14] </w:t>
      </w:r>
      <w:r>
        <w:t>woh east jo jrooslem mein galiyan hain bilkul wahan pe purani teen hazar saal purani aisa lagta hai</w:t>
      </w:r>
    </w:p>
    <w:p>
      <w:pPr>
        <w:jc w:val="right"/>
      </w:pPr>
      <w:r>
        <w:t>وہ ایسٹ جو جروشلم میں گلیاں ہیں بالکل وہاں پہ پرانی تین ہزار سال پرانی ایسا لگتا ہے</w:t>
      </w:r>
    </w:p>
    <w:p>
      <w:r>
        <w:rPr>
          <w:b/>
        </w:rPr>
        <w:t xml:space="preserve">[1:00:21] </w:t>
      </w:r>
      <w:r>
        <w:t>ke purane zamane mein aa gaye ji ji bilkul bara acha hai woh unhon ne preserve kar rakha</w:t>
      </w:r>
    </w:p>
    <w:p>
      <w:pPr>
        <w:jc w:val="right"/>
      </w:pPr>
      <w:r>
        <w:t>کہ پرانے زمانے میں ا گئے جی جی بالکل بڑا اچھا ہے وہ انہوں نے پریزرو کر رکھا</w:t>
      </w:r>
    </w:p>
    <w:p>
      <w:r>
        <w:rPr>
          <w:b/>
        </w:rPr>
        <w:t xml:space="preserve">[1:00:26] </w:t>
      </w:r>
      <w:r>
        <w:t>hai poora area to wahan bohat sari jaghein hain churches hain masjids hain synagouges hain sab jagah woh</w:t>
      </w:r>
    </w:p>
    <w:p>
      <w:pPr>
        <w:jc w:val="right"/>
      </w:pPr>
      <w:r>
        <w:t>ہے پورا ایریا تو وہاں بہت ساری جگہیں ہیں چرچز ہیں ماسکس ہیں سینیگاگز ہیں سب جگہ وہ</w:t>
      </w:r>
    </w:p>
    <w:p>
      <w:r>
        <w:rPr>
          <w:b/>
        </w:rPr>
        <w:t xml:space="preserve">[1:00:33] </w:t>
      </w:r>
      <w:r>
        <w:t>distribute hota hai aur kai aur shehron mein bhi distribution hota hai to yeh do jagah alhamdulillah bohat</w:t>
      </w:r>
    </w:p>
    <w:p>
      <w:pPr>
        <w:jc w:val="right"/>
      </w:pPr>
      <w:r>
        <w:t>ڈسٹریبیوٹ ہوتا ہے اور کئی اور شہروں میں بھی ڈسٹریبیوشن ہوتا ہے تو یہ دو جگہ الحمدللہ بہت</w:t>
      </w:r>
    </w:p>
    <w:p>
      <w:r>
        <w:rPr>
          <w:b/>
        </w:rPr>
        <w:t xml:space="preserve">[1:00:38] </w:t>
      </w:r>
      <w:r>
        <w:t>acchi</w:t>
      </w:r>
    </w:p>
    <w:p>
      <w:pPr>
        <w:jc w:val="right"/>
      </w:pPr>
      <w:r>
        <w:t>اچھی</w:t>
      </w:r>
    </w:p>
    <w:p>
      <w:r>
        <w:rPr>
          <w:b/>
        </w:rPr>
        <w:t xml:space="preserve">[1:00:38] </w:t>
      </w:r>
      <w:r>
        <w:t>hai jahan par ek major distribution hota hai quran ka ah doctor sahib maulana sahib ki jitni bhi</w:t>
      </w:r>
    </w:p>
    <w:p>
      <w:pPr>
        <w:jc w:val="right"/>
      </w:pPr>
      <w:r>
        <w:t>ہے جہاں پر ایک میجر ڈسٹریبیوشن ہوتا ہے قران کا اہ ڈاکٹر صاحب مولانا صاحب کی جتنی بھی</w:t>
      </w:r>
    </w:p>
    <w:p>
      <w:r>
        <w:rPr>
          <w:b/>
        </w:rPr>
        <w:t xml:space="preserve">[1:00:46] </w:t>
      </w:r>
      <w:r>
        <w:t>kitabein hain ah sab mein ah wisdom bhari hui hai ji aur har kitab bohat achi hai lekin</w:t>
      </w:r>
    </w:p>
    <w:p>
      <w:pPr>
        <w:jc w:val="right"/>
      </w:pPr>
      <w:r>
        <w:t>کتابیں ہیں اہ سب میں اہ وزڈم بھری ہوئی ہے جی اور ہر کتاب بہت اچھی ہے لیکن</w:t>
      </w:r>
    </w:p>
    <w:p>
      <w:r>
        <w:rPr>
          <w:b/>
        </w:rPr>
        <w:t xml:space="preserve">[1:00:52] </w:t>
      </w:r>
      <w:r>
        <w:t>phir bhi main aap se poochna chahunga ke aap ki kon si favorite book rahi hai ya</w:t>
      </w:r>
    </w:p>
    <w:p>
      <w:pPr>
        <w:jc w:val="right"/>
      </w:pPr>
      <w:r>
        <w:t>پھر بھی میں اپ سے پوچھنا چاہوں گا کہ اپ کی کون سی فیورٹ بک رہی ہے یا</w:t>
      </w:r>
    </w:p>
    <w:p>
      <w:r>
        <w:rPr>
          <w:b/>
        </w:rPr>
        <w:t xml:space="preserve">[1:00:58] </w:t>
      </w:r>
      <w:r>
        <w:t>kuch titles ke naam jo aap share karna chahenge hum sab ke sath</w:t>
      </w:r>
    </w:p>
    <w:p>
      <w:pPr>
        <w:jc w:val="right"/>
      </w:pPr>
      <w:r>
        <w:t>کچھ ٹائٹلز کے نام جو اپ شیئر کرنا چاہیں گے ہم سب کے ساتھ</w:t>
      </w:r>
    </w:p>
    <w:p>
      <w:r>
        <w:rPr>
          <w:b/>
        </w:rPr>
        <w:t xml:space="preserve">[1:01:03] </w:t>
      </w:r>
      <w:r>
        <w:t>waise to i know its difficult but still haan dekha jaye to maulana ki sari kitabein ah jaise</w:t>
      </w:r>
    </w:p>
    <w:p>
      <w:pPr>
        <w:jc w:val="right"/>
      </w:pPr>
      <w:r>
        <w:t>ویسے تو ائی نو اٹس ڈیفیکلٹ بٹ سٹل ہاں دیکھا جائے تو مولانا کی ساری کتابیں اہ جیسے</w:t>
      </w:r>
    </w:p>
    <w:p>
      <w:r>
        <w:rPr>
          <w:b/>
        </w:rPr>
        <w:t xml:space="preserve">[1:01:09] </w:t>
      </w:r>
      <w:r>
        <w:t>aap ne kaha wisdom se bhari hui hain lekin mujhe personally tazkirul quran sab se zyada pasand hai</w:t>
      </w:r>
    </w:p>
    <w:p>
      <w:pPr>
        <w:jc w:val="right"/>
      </w:pPr>
      <w:r>
        <w:t>اپ نے کہا وزڈم سے بھری ہوئی ہیں لیکن مجھے پرسنلی تذکر القران سب سے زیادہ پسند ہے</w:t>
      </w:r>
    </w:p>
    <w:p>
      <w:r>
        <w:rPr>
          <w:b/>
        </w:rPr>
        <w:t xml:space="preserve">[1:01:16] </w:t>
      </w:r>
      <w:r>
        <w:t>okay ji chuna ke ah aam taur se jo tafaseer hoti hain ah</w:t>
      </w:r>
    </w:p>
    <w:p>
      <w:pPr>
        <w:jc w:val="right"/>
      </w:pPr>
      <w:r>
        <w:t>اوکے جی چونکہ اہ عام طور سے جو تفسیریں ہوتی ہیں اہ</w:t>
      </w:r>
    </w:p>
    <w:p>
      <w:r>
        <w:rPr>
          <w:b/>
        </w:rPr>
        <w:t xml:space="preserve">[1:01:24] </w:t>
      </w:r>
      <w:r>
        <w:t>koi</w:t>
      </w:r>
    </w:p>
    <w:p>
      <w:pPr>
        <w:jc w:val="right"/>
      </w:pPr>
      <w:r>
        <w:t>کوئی</w:t>
      </w:r>
    </w:p>
    <w:p>
      <w:r>
        <w:rPr>
          <w:b/>
        </w:rPr>
        <w:t xml:space="preserve">[1:01:24] </w:t>
      </w:r>
      <w:r>
        <w:t>bhi tafseer aap utha ke dekhiye to bari فنی andaaz ki hoti hain فنی ya technical ka matlab</w:t>
      </w:r>
    </w:p>
    <w:p>
      <w:pPr>
        <w:jc w:val="right"/>
      </w:pPr>
      <w:r>
        <w:t>بھی تفسیر اپ اٹھا کے دیکھیے تو بڑی فنی انداز کی ہوتی ہیں فنی یا ٹیکنیکل کا مطلب</w:t>
      </w:r>
    </w:p>
    <w:p>
      <w:r>
        <w:rPr>
          <w:b/>
        </w:rPr>
        <w:t xml:space="preserve">[1:01:29] </w:t>
      </w:r>
      <w:r>
        <w:t>yeh hua ke is mein ek lafz hoga us lafz ke different meanings bataye jayenge aur us</w:t>
      </w:r>
    </w:p>
    <w:p>
      <w:pPr>
        <w:jc w:val="right"/>
      </w:pPr>
      <w:r>
        <w:t>یہ ہوا کہ اس میں ایک لفظ ہوگا اس لفظ کے ڈفرنٹ میننگز بتائے جائیں گے اور اس</w:t>
      </w:r>
    </w:p>
    <w:p>
      <w:r>
        <w:rPr>
          <w:b/>
        </w:rPr>
        <w:t xml:space="preserve">[1:01:36] </w:t>
      </w:r>
      <w:r>
        <w:t>ah ah sahabi ne yeh meaning bataya us ne yeh meaning bataya to woh sara discussion hota hai</w:t>
      </w:r>
    </w:p>
    <w:p>
      <w:pPr>
        <w:jc w:val="right"/>
      </w:pPr>
      <w:r>
        <w:t>اہ اہ صحابی نے یہ میننگ بتایا اس نے یہ میننگ بتایا تو وہ سارا ڈسکشن ہوتا ہے</w:t>
      </w:r>
    </w:p>
    <w:p>
      <w:r>
        <w:rPr>
          <w:b/>
        </w:rPr>
        <w:t xml:space="preserve">[1:01:43] </w:t>
      </w:r>
      <w:r>
        <w:t>ek scholarly andaaz ka jo kisi scholar ke matlab ka to ho sakta hai jo quran pe research</w:t>
      </w:r>
    </w:p>
    <w:p>
      <w:pPr>
        <w:jc w:val="right"/>
      </w:pPr>
      <w:r>
        <w:t>ایک سکالرلی انداز کا جو کسی سکالر کے مطلب کا تو ہو سکتا ہے جو قران پہ ریسرچ</w:t>
      </w:r>
    </w:p>
    <w:p>
      <w:r>
        <w:rPr>
          <w:b/>
        </w:rPr>
        <w:t xml:space="preserve">[1:01:48] </w:t>
      </w:r>
      <w:r>
        <w:t>kar raha ho quran ke arabi pe research kar raha ho to us ke liye to bohat acha</w:t>
      </w:r>
    </w:p>
    <w:p>
      <w:pPr>
        <w:jc w:val="right"/>
      </w:pPr>
      <w:r>
        <w:t>کر رہا ہو قران کے عربی پہ ریسرچ کر رہا ہو تو اس کے لیے تو بہت اچھا</w:t>
      </w:r>
    </w:p>
    <w:p>
      <w:r>
        <w:rPr>
          <w:b/>
        </w:rPr>
        <w:t xml:space="preserve">[1:01:53] </w:t>
      </w:r>
      <w:r>
        <w:t>hai lekin ek aam qari hum jaise ke ek ek ek aam ah reader jo hai us ko</w:t>
      </w:r>
    </w:p>
    <w:p>
      <w:pPr>
        <w:jc w:val="right"/>
      </w:pPr>
      <w:r>
        <w:t>ہے لیکن ایک عام قاری ہم جیسے کہ ایک ایک ایک عام اہ ریڈر جو ہے اس کو</w:t>
      </w:r>
    </w:p>
    <w:p>
      <w:r>
        <w:rPr>
          <w:b/>
        </w:rPr>
        <w:t xml:space="preserve">[1:01:59] </w:t>
      </w:r>
      <w:r>
        <w:t>kuch milta nahi hai woh bas ah padh ke usay kuch hath nahi aata</w:t>
      </w:r>
    </w:p>
    <w:p>
      <w:pPr>
        <w:jc w:val="right"/>
      </w:pPr>
      <w:r>
        <w:t>کچھ ملتا نہیں ہے وہ بس اہ پڑھ کے اسے کچھ ہاتھ نہیں اتا</w:t>
      </w:r>
    </w:p>
    <w:p>
      <w:r>
        <w:rPr>
          <w:b/>
        </w:rPr>
        <w:t xml:space="preserve">[1:02:05] </w:t>
      </w:r>
      <w:r>
        <w:t>aap koi bhi tafseer uthaiye taqreeban sab aisi hoti hain chand ko chhod ke</w:t>
      </w:r>
    </w:p>
    <w:p>
      <w:pPr>
        <w:jc w:val="right"/>
      </w:pPr>
      <w:r>
        <w:t>اپ کوئی بھی تفسیر اٹھائیے تقریبا سب ایسی ہوتی ہیں چند کو چھوڑ کے</w:t>
      </w:r>
    </w:p>
    <w:p>
      <w:r>
        <w:rPr>
          <w:b/>
        </w:rPr>
        <w:t xml:space="preserve">[1:02:10] </w:t>
      </w:r>
      <w:r>
        <w:t>to tazkirul quran ka jo ek khaas imtiyazi pehlu hai woh yeh hai ke quran ka koi bhi</w:t>
      </w:r>
    </w:p>
    <w:p>
      <w:pPr>
        <w:jc w:val="right"/>
      </w:pPr>
      <w:r>
        <w:t>تو تذکر القران کا جو ایک خاص امتیازی پہلو ہے وہ یہ ہے کہ قران کا کوئی بھی</w:t>
      </w:r>
    </w:p>
    <w:p>
      <w:r>
        <w:rPr>
          <w:b/>
        </w:rPr>
        <w:t xml:space="preserve">[1:02:16] </w:t>
      </w:r>
      <w:r>
        <w:t>hissa humm maulana lete hain aur us ka jo spiritual content hai us ko ubharte hain</w:t>
      </w:r>
    </w:p>
    <w:p>
      <w:pPr>
        <w:jc w:val="right"/>
      </w:pPr>
      <w:r>
        <w:t>حصہ ہمم مولانا لیتے ہیں اور اس کا جو سپریچول کنٹینٹ ہے اس کو ابھارتے ہیں</w:t>
      </w:r>
    </w:p>
    <w:p>
      <w:r>
        <w:rPr>
          <w:b/>
        </w:rPr>
        <w:t xml:space="preserve">[1:02:25] </w:t>
      </w:r>
      <w:r>
        <w:t>ji yahi tazkirul quran ki bohat hi intehai imtiyazi cheez hai to maine tazkirul quran kai bar</w:t>
      </w:r>
    </w:p>
    <w:p>
      <w:pPr>
        <w:jc w:val="right"/>
      </w:pPr>
      <w:r>
        <w:t>جی یہی تذکر القران کی بہت ہی انتہائی امتیازی چیز ہے تو میں نے تذکر القران کئی بار</w:t>
      </w:r>
    </w:p>
    <w:p>
      <w:r>
        <w:rPr>
          <w:b/>
        </w:rPr>
        <w:t xml:space="preserve">[1:02:32] </w:t>
      </w:r>
      <w:r>
        <w:t>padhi hai mujhe behad pasand hai aap surah fatiha hi padhiye humm aap kabhi koi bhi tafseer</w:t>
      </w:r>
    </w:p>
    <w:p>
      <w:pPr>
        <w:jc w:val="right"/>
      </w:pPr>
      <w:r>
        <w:t>پڑھی ہے مجھے بے حد پسند ہے اپ سورہ فاتحہ ہی پڑھیے ہمم اپ کبھی کوئی بھی تفسیر</w:t>
      </w:r>
    </w:p>
    <w:p>
      <w:r>
        <w:rPr>
          <w:b/>
        </w:rPr>
        <w:t xml:space="preserve">[1:02:38] </w:t>
      </w:r>
      <w:r>
        <w:t>uthaiye aur compare kariye ke surah fatiha ki tafseer is mufassir ne kya ki hai aur maulana ne</w:t>
      </w:r>
    </w:p>
    <w:p>
      <w:pPr>
        <w:jc w:val="right"/>
      </w:pPr>
      <w:r>
        <w:t>اٹھائیے اور کمپیئر کریے کہ سورہ فاتحہ کی تفسیر اس مفسر نے کیا کی ہے اور مولانا نے</w:t>
      </w:r>
    </w:p>
    <w:p>
      <w:r>
        <w:rPr>
          <w:b/>
        </w:rPr>
        <w:t xml:space="preserve">[1:02:45] </w:t>
      </w:r>
      <w:r>
        <w:t>kya ki hai humm to maulana ne to aisi tafseer ki hai surah fatiha ki poora darya samo</w:t>
      </w:r>
    </w:p>
    <w:p>
      <w:pPr>
        <w:jc w:val="right"/>
      </w:pPr>
      <w:r>
        <w:t>کیا کی ہے ہمم تو مولانا نے تو ایسی تفسیر کی ہے سورہ فاتحہ کی پورا دریا سمو</w:t>
      </w:r>
    </w:p>
    <w:p>
      <w:r>
        <w:rPr>
          <w:b/>
        </w:rPr>
        <w:t xml:space="preserve">[1:02:51] </w:t>
      </w:r>
      <w:r>
        <w:t>diya hai is ke andar aur is qadar zabardast hai woh sari</w:t>
      </w:r>
    </w:p>
    <w:p>
      <w:pPr>
        <w:jc w:val="right"/>
      </w:pPr>
      <w:r>
        <w:t>دیا ہے اس کے اندر اور اس قدر زبردست ہے وہ ساری</w:t>
      </w:r>
    </w:p>
    <w:p>
      <w:r>
        <w:rPr>
          <w:b/>
        </w:rPr>
        <w:t xml:space="preserve">[1:02:56] </w:t>
      </w:r>
      <w:r>
        <w:t>tazkir ul quran mein yahi khasiyat hai ke jo spiritual message hai quran ka chunchke quran ke bare mein</w:t>
      </w:r>
    </w:p>
    <w:p>
      <w:pPr>
        <w:jc w:val="right"/>
      </w:pPr>
      <w:r>
        <w:t>تذکر القران میں یہی خاصیت ہے کہ جو سپریچول میسج ہے قران کا چونکہ قران کے بارے میں</w:t>
      </w:r>
    </w:p>
    <w:p>
      <w:r>
        <w:rPr>
          <w:b/>
        </w:rPr>
        <w:t xml:space="preserve">[1:03:04] </w:t>
      </w:r>
      <w:r>
        <w:t>hadith mein aata hai</w:t>
      </w:r>
    </w:p>
    <w:p>
      <w:pPr>
        <w:jc w:val="right"/>
      </w:pPr>
      <w:r>
        <w:t>حدیث میں اتا ہے</w:t>
      </w:r>
    </w:p>
    <w:p>
      <w:r>
        <w:rPr>
          <w:b/>
        </w:rPr>
        <w:t xml:space="preserve">[1:03:07] </w:t>
      </w:r>
      <w:r>
        <w:t>la tanqazi ajaibuhu ke is ke wonders kabhi khatam nahi honge ji aur hadith mein aata hai</w:t>
      </w:r>
    </w:p>
    <w:p>
      <w:pPr>
        <w:jc w:val="right"/>
      </w:pPr>
      <w:r>
        <w:t>لا تنقضی عجائبہ کہ اس کے ونڈرز کبھی ختم نہیں ہوں گے جی اور حدیث میں اتا ہے</w:t>
      </w:r>
    </w:p>
    <w:p>
      <w:r>
        <w:rPr>
          <w:b/>
        </w:rPr>
        <w:t xml:space="preserve">[1:03:13] </w:t>
      </w:r>
      <w:r>
        <w:t>ke likli aayat minha zahr o batn ke har aayat mein ek zahiri hissa hai ek outer hmm pehlu</w:t>
      </w:r>
    </w:p>
    <w:p>
      <w:pPr>
        <w:jc w:val="right"/>
      </w:pPr>
      <w:r>
        <w:t>کہ لکلی ایت منہا زہر وبطن کہ ہر ایت میں ایک ظاہری حصہ ہے ایک اؤٹر ہمم پہلو</w:t>
      </w:r>
    </w:p>
    <w:p>
      <w:r>
        <w:rPr>
          <w:b/>
        </w:rPr>
        <w:t xml:space="preserve">[1:03:21] </w:t>
      </w:r>
      <w:r>
        <w:t>hai aur ek inner pehlu hai ji asal jo pehlu hai woh inner pehlu hai hmm outer to</w:t>
      </w:r>
    </w:p>
    <w:p>
      <w:pPr>
        <w:jc w:val="right"/>
      </w:pPr>
      <w:r>
        <w:t>ہے اور ایک انر پہلو ہے جی اصل جو پہلو ہے وہ انر پہلو ہے ہمم اؤٹر تو</w:t>
      </w:r>
    </w:p>
    <w:p>
      <w:r>
        <w:rPr>
          <w:b/>
        </w:rPr>
        <w:t xml:space="preserve">[1:03:27] </w:t>
      </w:r>
      <w:r>
        <w:t>sirf lines hain hmm to quran ek choti kitab hai lekin is ke andar jo maaniyat ka jo</w:t>
      </w:r>
    </w:p>
    <w:p>
      <w:pPr>
        <w:jc w:val="right"/>
      </w:pPr>
      <w:r>
        <w:t>صرف لائنیں ہیں ہمم تو قران ایک چھوٹی کتاب ہے لیکن اس کے اندر جو معنویت کا جو</w:t>
      </w:r>
    </w:p>
    <w:p>
      <w:r>
        <w:rPr>
          <w:b/>
        </w:rPr>
        <w:t xml:space="preserve">[1:03:34] </w:t>
      </w:r>
      <w:r>
        <w:t>ek samandar hai hmm is tak pahunchna zaroori hai tabhi aap jo quran ke gehre meaning tak pahunch</w:t>
      </w:r>
    </w:p>
    <w:p>
      <w:pPr>
        <w:jc w:val="right"/>
      </w:pPr>
      <w:r>
        <w:t>ایک سمندر ہے ہمم اس تک پہنچنا ضروری ہے تبھی اپ جو قران کے گہرے میننگ تک پہنچ</w:t>
      </w:r>
    </w:p>
    <w:p>
      <w:r>
        <w:rPr>
          <w:b/>
        </w:rPr>
        <w:t xml:space="preserve">[1:03:41] </w:t>
      </w:r>
      <w:r>
        <w:t>sakenge</w:t>
      </w:r>
    </w:p>
    <w:p>
      <w:pPr>
        <w:jc w:val="right"/>
      </w:pPr>
      <w:r>
        <w:t>سکیں گے</w:t>
      </w:r>
    </w:p>
    <w:p>
      <w:r>
        <w:rPr>
          <w:b/>
        </w:rPr>
        <w:t xml:space="preserve">[1:03:41] </w:t>
      </w:r>
      <w:r>
        <w:t>aur wohi real meaning hai ji warna quran ek bahut hi choti kitab hai agar dekha jaye bible</w:t>
      </w:r>
    </w:p>
    <w:p>
      <w:pPr>
        <w:jc w:val="right"/>
      </w:pPr>
      <w:r>
        <w:t>اور وہی ریئل میننگ ہے جی ورنہ قران ایک بہت ہی چھوٹی کتاب ہے اگر دیکھا جائے بائبل</w:t>
      </w:r>
    </w:p>
    <w:p>
      <w:r>
        <w:rPr>
          <w:b/>
        </w:rPr>
        <w:t xml:space="preserve">[1:03:47] </w:t>
      </w:r>
      <w:r>
        <w:t>se compare kiya jaye i think its one sixth of the bible to quran choti kitab hai lekin</w:t>
      </w:r>
    </w:p>
    <w:p>
      <w:pPr>
        <w:jc w:val="right"/>
      </w:pPr>
      <w:r>
        <w:t>سے کمپیئر کیا جائے ائی تھنک اٹس ون سکس اف دا بائبل تو قران چھوٹی کتاب ہے لیکن</w:t>
      </w:r>
    </w:p>
    <w:p>
      <w:r>
        <w:rPr>
          <w:b/>
        </w:rPr>
        <w:t xml:space="preserve">[1:03:54] </w:t>
      </w:r>
      <w:r>
        <w:t>jab insan is pe ghor karta hai jaise aap ne kaha ke marifat ka nectar hmm to jab</w:t>
      </w:r>
    </w:p>
    <w:p>
      <w:pPr>
        <w:jc w:val="right"/>
      </w:pPr>
      <w:r>
        <w:t>جب انسان اس پہ غور کرتا ہے جیسے اپ نے کہا کہ معرفت کا نیکٹر ہمم تو جب</w:t>
      </w:r>
    </w:p>
    <w:p>
      <w:r>
        <w:rPr>
          <w:b/>
        </w:rPr>
        <w:t xml:space="preserve">[1:04:00] </w:t>
      </w:r>
      <w:r>
        <w:t>ghor karta hai to woh nectar marifat ka woh daryaft kar pata hai to tazkir ul quran parhne se</w:t>
      </w:r>
    </w:p>
    <w:p>
      <w:pPr>
        <w:jc w:val="right"/>
      </w:pPr>
      <w:r>
        <w:t>غور کرتا ہے تو وہ نیکٹر معرفت کا وہ دریافت کر پاتا ہے تو تذکر القران پڑھنے سے</w:t>
      </w:r>
    </w:p>
    <w:p>
      <w:r>
        <w:rPr>
          <w:b/>
        </w:rPr>
        <w:t xml:space="preserve">[1:04:07] </w:t>
      </w:r>
      <w:r>
        <w:t>yeh yeh insan ko</w:t>
      </w:r>
    </w:p>
    <w:p>
      <w:pPr>
        <w:jc w:val="right"/>
      </w:pPr>
      <w:r>
        <w:t>یہ یہ انسان کو</w:t>
      </w:r>
    </w:p>
    <w:p>
      <w:r>
        <w:rPr>
          <w:b/>
        </w:rPr>
        <w:t xml:space="preserve">[1:04:13] </w:t>
      </w:r>
      <w:r>
        <w:t>pata chalta hai ke quran ka real message kya hai hmm inner message kya hai jo deeper message</w:t>
      </w:r>
    </w:p>
    <w:p>
      <w:pPr>
        <w:jc w:val="right"/>
      </w:pPr>
      <w:r>
        <w:t>پتہ چلتا ہے کہ قران کا ریئل میسج کیا ہے ہمم انر میسج کیا ہے جو ڈیپر میسج</w:t>
      </w:r>
    </w:p>
    <w:p>
      <w:r>
        <w:rPr>
          <w:b/>
        </w:rPr>
        <w:t xml:space="preserve">[1:04:19] </w:t>
      </w:r>
      <w:r>
        <w:t>kya hai ji tabhi woh is ka faida hai warna woh koi gehra faida nahi hai ji to</w:t>
      </w:r>
    </w:p>
    <w:p>
      <w:pPr>
        <w:jc w:val="right"/>
      </w:pPr>
      <w:r>
        <w:t>کیا ہے جی تبھی وہ اس کا فائدہ ہے ورنہ وہ کوئی گہرا فائدہ نہیں ہے جی تو</w:t>
      </w:r>
    </w:p>
    <w:p>
      <w:r>
        <w:rPr>
          <w:b/>
        </w:rPr>
        <w:t xml:space="preserve">[1:04:25] </w:t>
      </w:r>
      <w:r>
        <w:t>tazkir ul quran to</w:t>
      </w:r>
    </w:p>
    <w:p>
      <w:pPr>
        <w:jc w:val="right"/>
      </w:pPr>
      <w:r>
        <w:t>تذکر القران تو</w:t>
      </w:r>
    </w:p>
    <w:p>
      <w:r>
        <w:rPr>
          <w:b/>
        </w:rPr>
        <w:t xml:space="preserve">[1:04:27] </w:t>
      </w:r>
      <w:r>
        <w:t>tafseer hai aur kitabon mein kitab marifat hmm jo mein abhi parh hi raha hoon poori nahi hui</w:t>
      </w:r>
    </w:p>
    <w:p>
      <w:pPr>
        <w:jc w:val="right"/>
      </w:pPr>
      <w:r>
        <w:t>تفسیر ہے اور کتابوں میں کتاب معرفت ہمم جو میں ابھی پڑھ ہی رہا ہوں پوری نہیں ہوئی</w:t>
      </w:r>
    </w:p>
    <w:p>
      <w:r>
        <w:rPr>
          <w:b/>
        </w:rPr>
        <w:t xml:space="preserve">[1:04:33] </w:t>
      </w:r>
      <w:r>
        <w:t>hai woh mujhe behad pasand hai kitab ji is mein jis tarike se marifat ko Maulana ne</w:t>
      </w:r>
    </w:p>
    <w:p>
      <w:pPr>
        <w:jc w:val="right"/>
      </w:pPr>
      <w:r>
        <w:t>ہے وہ مجھے بے حد پسند ہے کتاب جی اس میں جس طریقے سے معرفت کو مولانا نے</w:t>
      </w:r>
    </w:p>
    <w:p>
      <w:r>
        <w:rPr>
          <w:b/>
        </w:rPr>
        <w:t xml:space="preserve">[1:04:37] </w:t>
      </w:r>
      <w:r>
        <w:t>explain kiya hai aur aur ek ek article bilkul ah yani bahut hi masterpiece hai is mein</w:t>
      </w:r>
    </w:p>
    <w:p>
      <w:pPr>
        <w:jc w:val="right"/>
      </w:pPr>
      <w:r>
        <w:t>ایکسپلین کیا ہے اور اور ایک ایک ارٹیکل بالکل اہ یعنی بہت ہی ماسٹر پیس ہے اس میں</w:t>
      </w:r>
    </w:p>
    <w:p>
      <w:r>
        <w:rPr>
          <w:b/>
        </w:rPr>
        <w:t xml:space="preserve">[1:04:46] </w:t>
      </w:r>
      <w:r>
        <w:t>woh angrezi translation bhi aap ne kiya hai discovering god is ka doosra part bhi aa gaya hai</w:t>
      </w:r>
    </w:p>
    <w:p>
      <w:pPr>
        <w:jc w:val="right"/>
      </w:pPr>
      <w:r>
        <w:t>وہ انگریزی ٹرانسلیشن بھی اپ نے کیا ہے ڈسکورنگ گاڈ اس کا دوسرا پارٹ بھی ا گیا ہے</w:t>
      </w:r>
    </w:p>
    <w:p>
      <w:r>
        <w:rPr>
          <w:b/>
        </w:rPr>
        <w:t xml:space="preserve">[1:04:52] </w:t>
      </w:r>
      <w:r>
        <w:t>to woh bahut hi aham tareen kitab hai waise Maulana ki kitab jo maroof zyada hui hai woh</w:t>
      </w:r>
    </w:p>
    <w:p>
      <w:pPr>
        <w:jc w:val="right"/>
      </w:pPr>
      <w:r>
        <w:t>تو وہ بہت ہی اہم ترین کتاب ہے ویسے مولانا کی کتاب جو معروف زیادہ ہوئی ہے وہ</w:t>
      </w:r>
    </w:p>
    <w:p>
      <w:r>
        <w:rPr>
          <w:b/>
        </w:rPr>
        <w:t xml:space="preserve">[1:04:59] </w:t>
      </w:r>
      <w:r>
        <w:t>god arises hai chunchke woh arabi mein bhai sahab ne translate ki thi ahl e islam ya tahaddud ke</w:t>
      </w:r>
    </w:p>
    <w:p>
      <w:pPr>
        <w:jc w:val="right"/>
      </w:pPr>
      <w:r>
        <w:t>گاڈ ارائزز ہے چونکہ وہ عربی میں بھائی صاحب نے ٹرانسلیٹ کی تھی اہل اسلام یا تحدہ کے</w:t>
      </w:r>
    </w:p>
    <w:p>
      <w:r>
        <w:rPr>
          <w:b/>
        </w:rPr>
        <w:t xml:space="preserve">[1:05:03] </w:t>
      </w:r>
      <w:r>
        <w:t>naam se to woh us waqt bahut hi zabardast tarike se phaili aur kai universities mein ah dakhil</w:t>
      </w:r>
    </w:p>
    <w:p>
      <w:pPr>
        <w:jc w:val="right"/>
      </w:pPr>
      <w:r>
        <w:t>نام سے تو وہ اس وقت بہت ہی زبردست طریقے سے پھیلی اور کئی یونیورسٹیز میں اہ داخل</w:t>
      </w:r>
    </w:p>
    <w:p>
      <w:r>
        <w:rPr>
          <w:b/>
        </w:rPr>
        <w:t xml:space="preserve">[1:05:13] </w:t>
      </w:r>
      <w:r>
        <w:t>nisaab rahi syllabus mein rahi ji aaj bhi jo arabs hain khas taur se jo old arabs hain</w:t>
      </w:r>
    </w:p>
    <w:p>
      <w:pPr>
        <w:jc w:val="right"/>
      </w:pPr>
      <w:r>
        <w:t>نصاب رہی سلیبس میں رہی جی اج بھی جو عربز ہیں خاص طور سے جو اولڈ عربز ہیں</w:t>
      </w:r>
    </w:p>
    <w:p>
      <w:r>
        <w:rPr>
          <w:b/>
        </w:rPr>
        <w:t xml:space="preserve">[1:05:19] </w:t>
      </w:r>
      <w:r>
        <w:t>joying generation hai woh zyada</w:t>
      </w:r>
    </w:p>
    <w:p>
      <w:pPr>
        <w:jc w:val="right"/>
      </w:pPr>
      <w:r>
        <w:t>جوینگ جنریشن ہے وہ زیادہ</w:t>
      </w:r>
    </w:p>
    <w:p>
      <w:r>
        <w:rPr>
          <w:b/>
        </w:rPr>
        <w:t xml:space="preserve">[1:05:21] </w:t>
      </w:r>
      <w:r>
        <w:t>nahi janti isko lekin jo 40 plus ke hain woh taqreeban saare arabz aap baat karenge</w:t>
      </w:r>
    </w:p>
    <w:p>
      <w:pPr>
        <w:jc w:val="right"/>
      </w:pPr>
      <w:r>
        <w:t>نہیں جانتی اس کو لیکن جو 40 پلس کے ہیں وہ تقریبا سارے عربز اپ بات کریں گے</w:t>
      </w:r>
    </w:p>
    <w:p>
      <w:r>
        <w:rPr>
          <w:b/>
        </w:rPr>
        <w:t xml:space="preserve">[1:05:27] </w:t>
      </w:r>
      <w:r>
        <w:t>toh woh kahenge haan ahl-e-islam ya tahaddah humne padhi hai toh woh kitab ek alag</w:t>
      </w:r>
    </w:p>
    <w:p>
      <w:pPr>
        <w:jc w:val="right"/>
      </w:pPr>
      <w:r>
        <w:t>تو وہ کہیں گے ہاں اہل اسلام یا تحدہ ہم نے پڑھی ہے تو وہ کتاب ایک الگ</w:t>
      </w:r>
    </w:p>
    <w:p>
      <w:r>
        <w:rPr>
          <w:b/>
        </w:rPr>
        <w:t xml:space="preserve">[1:05:31] </w:t>
      </w:r>
      <w:r>
        <w:t>tarah ki hai scientific andaaz ki lekin jo marifat wali kitab hai mujhe isse bahut dilchaspi hai</w:t>
      </w:r>
    </w:p>
    <w:p>
      <w:pPr>
        <w:jc w:val="right"/>
      </w:pPr>
      <w:r>
        <w:t>طرح کی ہے سائنٹیفک انداز کی لیکن جو معرفت والی کتاب ہے مجھے اس سے بہت دلچسپی ہے</w:t>
      </w:r>
    </w:p>
    <w:p>
      <w:r>
        <w:rPr>
          <w:b/>
        </w:rPr>
        <w:t xml:space="preserve">[1:05:37] </w:t>
      </w:r>
      <w:r>
        <w:t>aur woh yeh hai kitab marifat ah sabse pehli kitab doctor sahab jo maine padhi thi</w:t>
      </w:r>
    </w:p>
    <w:p>
      <w:pPr>
        <w:jc w:val="right"/>
      </w:pPr>
      <w:r>
        <w:t>اور وہ یہ ہے کتاب معرفت اہ سب سے پہلی کتاب ڈاکٹر صاحب جو میں نے پڑھی تھی</w:t>
      </w:r>
    </w:p>
    <w:p>
      <w:r>
        <w:rPr>
          <w:b/>
        </w:rPr>
        <w:t xml:space="preserve">[1:05:43] </w:t>
      </w:r>
      <w:r>
        <w:t>woh god arises hi thi achha Maulana se milne ke baad ah aur phir main kahin jagah jahan</w:t>
      </w:r>
    </w:p>
    <w:p>
      <w:pPr>
        <w:jc w:val="right"/>
      </w:pPr>
      <w:r>
        <w:t>وہ گاڈ ارائزز ہی تھی اچھا مولانا سے ملنے کے بعد اہ اور پھر میں کہیں جگہ جہاں</w:t>
      </w:r>
    </w:p>
    <w:p>
      <w:r>
        <w:rPr>
          <w:b/>
        </w:rPr>
        <w:t xml:space="preserve">[1:05:48] </w:t>
      </w:r>
      <w:r>
        <w:t>phanstha tha toh main Maulana se jaake poochta tha ke aap ne yahan pe aise likha hai</w:t>
      </w:r>
    </w:p>
    <w:p>
      <w:pPr>
        <w:jc w:val="right"/>
      </w:pPr>
      <w:r>
        <w:t>پھنستا تھا تو میں مولانا سے جا کے پوچھتا تھا کہ اپ نے یہاں پہ ایسے لکھا ہے</w:t>
      </w:r>
    </w:p>
    <w:p>
      <w:r>
        <w:rPr>
          <w:b/>
        </w:rPr>
        <w:t xml:space="preserve">[1:05:52] </w:t>
      </w:r>
      <w:r>
        <w:t>isko thoda sa explain kijiye toh Maulana mujhe batate the ah aur Maulana</w:t>
      </w:r>
    </w:p>
    <w:p>
      <w:pPr>
        <w:jc w:val="right"/>
      </w:pPr>
      <w:r>
        <w:t>اس کو تھوڑا سا ایکسپلین کیجئے تو مولانا مجھے بتاتے تھے اہ اور مولانا</w:t>
      </w:r>
    </w:p>
    <w:p>
      <w:r>
        <w:rPr>
          <w:b/>
        </w:rPr>
        <w:t xml:space="preserve">[1:05:58] </w:t>
      </w:r>
      <w:r>
        <w:t>ki saari kitabein jaise maine kaha ke wisdom se bhari rehti thi mujhe ek ek dum ek</w:t>
      </w:r>
    </w:p>
    <w:p>
      <w:pPr>
        <w:jc w:val="right"/>
      </w:pPr>
      <w:r>
        <w:t>کی ساری کتابیں جیسے میں نے کہا کہ وزڈم سے بھری رہتی تھی مجھے ایک ایک دم ایک</w:t>
      </w:r>
    </w:p>
    <w:p>
      <w:r>
        <w:rPr>
          <w:b/>
        </w:rPr>
        <w:t xml:space="preserve">[1:06:03] </w:t>
      </w:r>
      <w:r>
        <w:t>incident yaad aaya aap aap ko bhi shayad yaad aajayega ke jab Maulana prophet of peace pe</w:t>
      </w:r>
    </w:p>
    <w:p>
      <w:pPr>
        <w:jc w:val="right"/>
      </w:pPr>
      <w:r>
        <w:t>انسیڈنٹ یاد ایا اپ اپ کو بھی شاید یاد اجائے گا کہ جب مولانا پرافٹ اف پیس پہ</w:t>
      </w:r>
    </w:p>
    <w:p>
      <w:r>
        <w:rPr>
          <w:b/>
        </w:rPr>
        <w:t xml:space="preserve">[1:06:09] </w:t>
      </w:r>
      <w:r>
        <w:t>kaam kar rahe the ji toh prophet of peace jo hai woh ah penguin ah books ne chhapi</w:t>
      </w:r>
    </w:p>
    <w:p>
      <w:pPr>
        <w:jc w:val="right"/>
      </w:pPr>
      <w:r>
        <w:t>کام کر رہے تھے جی تو پرافٹ اف پیس جو ہے وہ اہ پینگون اہ بکس نے چھاپی</w:t>
      </w:r>
    </w:p>
    <w:p>
      <w:r>
        <w:rPr>
          <w:b/>
        </w:rPr>
        <w:t xml:space="preserve">[1:06:15] </w:t>
      </w:r>
      <w:r>
        <w:t>thi toh jo yahan ke jo India ki jo main editor thi miss Ranjana Sen ah unke</w:t>
      </w:r>
    </w:p>
    <w:p>
      <w:pPr>
        <w:jc w:val="right"/>
      </w:pPr>
      <w:r>
        <w:t>تھی تو جو یہاں کے جو انڈیا کی جو مین ایڈیٹر تھی مس رنجنا سین اہ ان کے</w:t>
      </w:r>
    </w:p>
    <w:p>
      <w:r>
        <w:rPr>
          <w:b/>
        </w:rPr>
        <w:t xml:space="preserve">[1:06:20] </w:t>
      </w:r>
      <w:r>
        <w:t>jo husband the woh Pakistan mein posted the ah embassy se unka kuch ta'alluq tha toh unho</w:t>
      </w:r>
    </w:p>
    <w:p>
      <w:pPr>
        <w:jc w:val="right"/>
      </w:pPr>
      <w:r>
        <w:t>جو ہسبینڈ تھے وہ پاکستان میں پوسٹڈ تھے اہ ایمبیسی سے ان کا کچھ تعلق تھا تو انہوں</w:t>
      </w:r>
    </w:p>
    <w:p>
      <w:r>
        <w:rPr>
          <w:b/>
        </w:rPr>
        <w:t xml:space="preserve">[1:06:28] </w:t>
      </w:r>
      <w:r>
        <w:t>نے مینوسکرپٹ پڑھی تو انہوں نے کہا کہ اہ مولانا بک Prophet of Peace when I went through</w:t>
      </w:r>
    </w:p>
    <w:p>
      <w:pPr>
        <w:jc w:val="right"/>
      </w:pPr>
      <w:r>
        <w:t>نے مینوسکرپٹ پڑھی تو انہوں نے کہا کہ اہ مولانا بک پرافٹ اف پیس وین ائی وینٹ تھرو</w:t>
      </w:r>
    </w:p>
    <w:p>
      <w:r>
        <w:rPr>
          <w:b/>
        </w:rPr>
        <w:t xml:space="preserve">[1:06:34] </w:t>
      </w:r>
      <w:r>
        <w:t>The manuscript, it was like, you know, I was listening to a sermon. I I couldn't stop.</w:t>
      </w:r>
    </w:p>
    <w:p>
      <w:pPr>
        <w:jc w:val="right"/>
      </w:pPr>
      <w:r>
        <w:t>دا مینوسکرپٹ اٹ واز لائک یو نو ائی واز لسننگ ٹو ا سرمن اہ ائی ائی کونٹ سٹاپ</w:t>
      </w:r>
    </w:p>
    <w:p>
      <w:r>
        <w:rPr>
          <w:b/>
        </w:rPr>
        <w:t xml:space="preserve">[1:06:40] </w:t>
      </w:r>
      <w:r>
        <w:t>ah and I finish it in one go toh unho ne ek bahut</w:t>
      </w:r>
    </w:p>
    <w:p>
      <w:pPr>
        <w:jc w:val="right"/>
      </w:pPr>
      <w:r>
        <w:t>اہ اینڈ ائی فنش اٹ ان ون گو تو انہوں نے ایک بہت</w:t>
      </w:r>
    </w:p>
    <w:p>
      <w:r>
        <w:rPr>
          <w:b/>
        </w:rPr>
        <w:t xml:space="preserve">[1:06:43] </w:t>
      </w:r>
      <w:r>
        <w:t>acchi baat kahi thi unho ne kaha ke jab main Pakistan mein tha toh meri mulaqat Javed Gandhi</w:t>
      </w:r>
    </w:p>
    <w:p>
      <w:pPr>
        <w:jc w:val="right"/>
      </w:pPr>
      <w:r>
        <w:t>اچھی بات کہی تھی انہوں نے کہا کہ جب میں پاکستان میں تھا تو میری ملاقات جاوید گاندھی</w:t>
      </w:r>
    </w:p>
    <w:p>
      <w:r>
        <w:rPr>
          <w:b/>
        </w:rPr>
        <w:t xml:space="preserve">[1:06:48] </w:t>
      </w:r>
      <w:r>
        <w:t>sahab se hui toh Javed Gandhi sahab ko jab pata chala ke bhai mera wapas transfer India ho</w:t>
      </w:r>
    </w:p>
    <w:p>
      <w:pPr>
        <w:jc w:val="right"/>
      </w:pPr>
      <w:r>
        <w:t>صاحب سے ہوئی تو جاوید گاندھی صاحب کو جب پتہ چلا کہ بھئی میرا واپس ٹرانسفر انڈیا ہو</w:t>
      </w:r>
    </w:p>
    <w:p>
      <w:r>
        <w:rPr>
          <w:b/>
        </w:rPr>
        <w:t xml:space="preserve">[1:06:54] </w:t>
      </w:r>
      <w:r>
        <w:t>raha hai toh unho ne unko kaha ke bhai India mein toh do hi cheezein dekhne wali</w:t>
      </w:r>
    </w:p>
    <w:p>
      <w:pPr>
        <w:jc w:val="right"/>
      </w:pPr>
      <w:r>
        <w:t>رہا ہے تو انہوں نے ان کو کہا کہ بھئی انڈیا میں تو دو ہی چیزیں دیکھنے والی</w:t>
      </w:r>
    </w:p>
    <w:p>
      <w:r>
        <w:rPr>
          <w:b/>
        </w:rPr>
        <w:t xml:space="preserve">[1:06:58] </w:t>
      </w:r>
      <w:r>
        <w:t>hain ek hai Taj Mahal aur doosre Maulana Wahiduddin Khan sahab ah toh woh jab yahan pe</w:t>
      </w:r>
    </w:p>
    <w:p>
      <w:pPr>
        <w:jc w:val="right"/>
      </w:pPr>
      <w:r>
        <w:t>ہیں ایک ہے تاج محل اور دوسرے مولانا وحید الدین خان صاحب اہ تو وہ جب یہاں پہ</w:t>
      </w:r>
    </w:p>
    <w:p>
      <w:r>
        <w:rPr>
          <w:b/>
        </w:rPr>
        <w:t xml:space="preserve">[1:07:04] </w:t>
      </w:r>
      <w:r>
        <w:t>unko pata chala ke unki wife ah yeh prophet of peace project se associated hai toh</w:t>
      </w:r>
    </w:p>
    <w:p>
      <w:pPr>
        <w:jc w:val="right"/>
      </w:pPr>
      <w:r>
        <w:t>ان کو پتہ چلا کہ ان کی وائف اہ یہ پرافٹ اف پیس پروجیکٹ سے ایسوسیٹڈ ہے تو</w:t>
      </w:r>
    </w:p>
    <w:p>
      <w:r>
        <w:rPr>
          <w:b/>
        </w:rPr>
        <w:t xml:space="preserve">[1:07:09] </w:t>
      </w:r>
      <w:r>
        <w:t>woh milne bhi aaye the ji aap ko yaad hoga yaad hai ji toh woh bahut hi ek</w:t>
      </w:r>
    </w:p>
    <w:p>
      <w:pPr>
        <w:jc w:val="right"/>
      </w:pPr>
      <w:r>
        <w:t>وہ ملنے بھی ائے تھے جی اپ کو یاد ہوگا یاد ہے جی تو وہ بہت ہی ایک</w:t>
      </w:r>
    </w:p>
    <w:p>
      <w:r>
        <w:rPr>
          <w:b/>
        </w:rPr>
        <w:t xml:space="preserve">[1:07:12] </w:t>
      </w:r>
      <w:r>
        <w:t>interesting incident tha mujhe ek dum yaad aaya sahi ah doctor sahab ab aakhri phase of talk ki</w:t>
      </w:r>
    </w:p>
    <w:p>
      <w:pPr>
        <w:jc w:val="right"/>
      </w:pPr>
      <w:r>
        <w:t>انٹرسٹنگ انسیڈنٹ تھا مجھے ایک دم یاد ایا صحیح اہ ڈاکٹر صاحب اب اخری فیز اف ٹاک کی</w:t>
      </w:r>
    </w:p>
    <w:p>
      <w:r>
        <w:rPr>
          <w:b/>
        </w:rPr>
        <w:t xml:space="preserve">[1:07:19] </w:t>
      </w:r>
      <w:r>
        <w:t>taraf rukh karte hain ji ah Maulana Wahiduddin Khan sahab ko is saal ah Bharat ka jo</w:t>
      </w:r>
    </w:p>
    <w:p>
      <w:pPr>
        <w:jc w:val="right"/>
      </w:pPr>
      <w:r>
        <w:t>طرف رخ کرتے ہیں جی اہ مولانا وحید الدین خان صاحب کو اس سال اہ بھارت کا جو</w:t>
      </w:r>
    </w:p>
    <w:p>
      <w:r>
        <w:rPr>
          <w:b/>
        </w:rPr>
        <w:t xml:space="preserve">[1:07:27] </w:t>
      </w:r>
      <w:r>
        <w:t>second civilian highest</w:t>
      </w:r>
    </w:p>
    <w:p>
      <w:pPr>
        <w:jc w:val="right"/>
      </w:pPr>
      <w:r>
        <w:t>سیکنڈ سویلین ہائیسٹ</w:t>
      </w:r>
    </w:p>
    <w:p>
      <w:r>
        <w:rPr>
          <w:b/>
        </w:rPr>
        <w:t xml:space="preserve">[1:07:28] </w:t>
      </w:r>
      <w:r>
        <w:t>civilian award hai padma vibhushan is se nawaza gaya aur aap ne khud ninth november 2021 last month president house mein rashtrapati bhawan mein ja ke woh award ko receive kiya to koi experience aap is se le ke aap hum sab ke sath share karna chahenge</w:t>
      </w:r>
    </w:p>
    <w:p>
      <w:pPr>
        <w:jc w:val="right"/>
      </w:pPr>
      <w:r>
        <w:t>سویلین ایوارڈ ہے پدم وبوشن اس سے نوازا گیا اور اپ نے خود نائنتھ نومبر 2021 لاسٹ منتھ پریزیڈنٹ ہاؤس میں راشپتی بھون میں جا کے وہ ایوارڈ کو ریسیو کیا تو کوئی ایکسپیرینس اپ اس سے لے کے اپ ہم سب کے ساتھ شیئر کرنا چاہیں گے</w:t>
      </w:r>
    </w:p>
    <w:p>
      <w:r>
        <w:rPr>
          <w:b/>
        </w:rPr>
        <w:t xml:space="preserve">[1:07:49] </w:t>
      </w:r>
      <w:r>
        <w:t>ji haan yeh bohat hi khushi ki baat thi hum sab ke liye ji ah team ke liye jo bhi log molana ke thoughts se ah mutarif hain molana ki baaton ko pasand karte hain ji ah readers hain molana ki kitabon ke un ke liye bohat hi khushi ka mauqa tha chounke ah molana ki writings ne lakhon logon ko inspire kiya hai molana ki writings peace ke upar</w:t>
      </w:r>
    </w:p>
    <w:p>
      <w:pPr>
        <w:jc w:val="right"/>
      </w:pPr>
      <w:r>
        <w:t>جی ہاں یہ بہت ہی خوشی کی بات تھی ہم سب کے لیے جی اہ ٹیم کے لیے جو بھی لوگ مولانا کے تھاٹس سے اہ متعارف ہیں مولانا کی باتوں کو پسند کرتے ہیں جی اہ ریڈرز ہیں مولانا کی کتابوں کے ان کے لیے بہت ہی خوشی کا موقع تھا چونکہ اہ مولانا کی رائٹنگز نے لاکھوں لوگوں کو انسپائر کیا ہے مولانا کی رائٹنگز پیس کے اوپر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