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Abrahamic Mission October 28, 2012 Maulana Wahiduddin Khan</w:t>
      </w:r>
    </w:p>
    <w:p>
      <w:r>
        <w:t>https://www.youtube.com/watch?v=_lPI1oLa-00</w:t>
      </w:r>
    </w:p>
    <w:p>
      <w:r>
        <w:rPr>
          <w:b/>
        </w:rPr>
        <w:t xml:space="preserve">[00:14] </w:t>
      </w:r>
      <w:r>
        <w:t>waise la amri, wa al luqtata min lisani yafqahu qawli.</w:t>
      </w:r>
    </w:p>
    <w:p>
      <w:pPr>
        <w:jc w:val="right"/>
      </w:pPr>
      <w:r>
        <w:t>ویسے لے امری، وَهْلُ الْلُقْطَةَ مِنْ لِسَانِي يَفْقَهُ قَولِي.</w:t>
      </w:r>
    </w:p>
    <w:p>
      <w:r>
        <w:rPr>
          <w:b/>
        </w:rPr>
        <w:t xml:space="preserve">[00:26] </w:t>
      </w:r>
      <w:r>
        <w:t>aaj ka topic hai</w:t>
      </w:r>
    </w:p>
    <w:p>
      <w:pPr>
        <w:jc w:val="right"/>
      </w:pPr>
      <w:r>
        <w:t>آج کا ٹاپک ہے</w:t>
      </w:r>
    </w:p>
    <w:p>
      <w:r>
        <w:rPr>
          <w:b/>
        </w:rPr>
        <w:t xml:space="preserve">[00:30] </w:t>
      </w:r>
      <w:r>
        <w:t>revival of ibrahimi mission yani hazrat ibrahim ke mission ka ahya.</w:t>
      </w:r>
    </w:p>
    <w:p>
      <w:pPr>
        <w:jc w:val="right"/>
      </w:pPr>
      <w:r>
        <w:t>"Revival of Ibrahimi Mission" یعنی حضرت ابراہیم کے مشن کا احیاء۔</w:t>
      </w:r>
    </w:p>
    <w:p>
      <w:r>
        <w:rPr>
          <w:b/>
        </w:rPr>
        <w:t xml:space="preserve">[00:44] </w:t>
      </w:r>
      <w:r>
        <w:t>yeh topic maine liya hai is talluq se ke kal hamare haan aur sare india mein</w:t>
      </w:r>
    </w:p>
    <w:p>
      <w:pPr>
        <w:jc w:val="right"/>
      </w:pPr>
      <w:r>
        <w:t>یہ ٹاپک میں نے لیا ہے اس تعلق سے کہ کل ہمارے ہاں اور سارے انڈیا میں</w:t>
      </w:r>
    </w:p>
    <w:p>
      <w:r>
        <w:rPr>
          <w:b/>
        </w:rPr>
        <w:t xml:space="preserve">[00:58] </w:t>
      </w:r>
      <w:r>
        <w:t>eid al adha ka din tha.</w:t>
      </w:r>
    </w:p>
    <w:p>
      <w:pPr>
        <w:jc w:val="right"/>
      </w:pPr>
      <w:r>
        <w:t>عیدالاضحیٰ کا دن تھا۔</w:t>
      </w:r>
    </w:p>
    <w:p>
      <w:r>
        <w:rPr>
          <w:b/>
        </w:rPr>
        <w:t xml:space="preserve">[01:04] </w:t>
      </w:r>
      <w:r>
        <w:t>eid al adha ki ahmiyat kya hai?</w:t>
      </w:r>
    </w:p>
    <w:p>
      <w:pPr>
        <w:jc w:val="right"/>
      </w:pPr>
      <w:r>
        <w:t>عیدالاضحیٰ کی اہمیت کیا ہے؟</w:t>
      </w:r>
    </w:p>
    <w:p>
      <w:r>
        <w:rPr>
          <w:b/>
        </w:rPr>
        <w:t xml:space="preserve">[01:10] </w:t>
      </w:r>
      <w:r>
        <w:t>dekhiye, eid al adha darasal</w:t>
      </w:r>
    </w:p>
    <w:p>
      <w:pPr>
        <w:jc w:val="right"/>
      </w:pPr>
      <w:r>
        <w:t>دیکھئے، عیدالاضحیٰ دراصل</w:t>
      </w:r>
    </w:p>
    <w:p>
      <w:r>
        <w:rPr>
          <w:b/>
        </w:rPr>
        <w:t xml:space="preserve">[01:18] </w:t>
      </w:r>
      <w:r>
        <w:t>hajj ka extended chapter hai.</w:t>
      </w:r>
    </w:p>
    <w:p>
      <w:pPr>
        <w:jc w:val="right"/>
      </w:pPr>
      <w:r>
        <w:t>حج کا ایکسٹینڈڈ چیپٹر ہے۔</w:t>
      </w:r>
    </w:p>
    <w:p>
      <w:r>
        <w:rPr>
          <w:b/>
        </w:rPr>
        <w:t xml:space="preserve">[01:25] </w:t>
      </w:r>
      <w:r>
        <w:t>aap jante hain ke inhi dino mein jab ke hum eid al adha manate hain, inhi dino mein makkah mein hajj ki international ibadat hoti hai.</w:t>
      </w:r>
    </w:p>
    <w:p>
      <w:pPr>
        <w:jc w:val="right"/>
      </w:pPr>
      <w:r>
        <w:t>آپ جانتے ہیں کہ انہی دنوں میں جب کہ ہم عیدالاضحیٰ مناتے ہیں، انہی دنوں میں مکہ میں حج کی انٹرنیشنل عبادت ہوتی ہے۔</w:t>
      </w:r>
    </w:p>
    <w:p>
      <w:r>
        <w:rPr>
          <w:b/>
        </w:rPr>
        <w:t xml:space="preserve">[01:38] </w:t>
      </w:r>
      <w:r>
        <w:t>inhi dino mein to is se andaza hota hai ke dono ke darmiyan bohat gehra taluq hai.</w:t>
      </w:r>
    </w:p>
    <w:p>
      <w:pPr>
        <w:jc w:val="right"/>
      </w:pPr>
      <w:r>
        <w:t>انہی دنوں میں تو اس سے اندازہ ہوتا ہے کہ دونوں کے درمیان بہت گہرا تعلق ہے۔</w:t>
      </w:r>
    </w:p>
    <w:p>
      <w:r>
        <w:rPr>
          <w:b/>
        </w:rPr>
        <w:t xml:space="preserve">[01:47] </w:t>
      </w:r>
      <w:r>
        <w:t>woh taluq yahi hai ke jo ibadat makkah mein ki jati hai, sare log jama ho kar wahan ibadat karte hain to isi din sari duniya ke musalman har jagah is ka</w:t>
      </w:r>
    </w:p>
    <w:p>
      <w:pPr>
        <w:jc w:val="right"/>
      </w:pPr>
      <w:r>
        <w:t>وہ تعلق یہی ہے کہ جو عبادت مکہ میں کی جاتی ہے، سارے لوگ جمع ہو کر وہاں عبادت کرتے ہیں تو اسی دن ساری دنیا کے مسلمان ہر جگہ اس کا</w:t>
      </w:r>
    </w:p>
    <w:p>
      <w:r>
        <w:rPr>
          <w:b/>
        </w:rPr>
        <w:t xml:space="preserve">[02:10] </w:t>
      </w:r>
      <w:r>
        <w:t>partial sense mein is ko dohrate hain.</w:t>
      </w:r>
    </w:p>
    <w:p>
      <w:pPr>
        <w:jc w:val="right"/>
      </w:pPr>
      <w:r>
        <w:t>پارشیل سینس میں اس کو دہراتے ہیں۔</w:t>
      </w:r>
    </w:p>
    <w:p>
      <w:r>
        <w:rPr>
          <w:b/>
        </w:rPr>
        <w:t xml:space="preserve">[02:18] </w:t>
      </w:r>
      <w:r>
        <w:t>partial sense mein is se andaza hota hai ke hajj ki ibadat kitni zyada ahim hai.</w:t>
      </w:r>
    </w:p>
    <w:p>
      <w:pPr>
        <w:jc w:val="right"/>
      </w:pPr>
      <w:r>
        <w:t>پارشیل سینس میں اس سے اندازہ ہوتا ہے کہ حج کی عبادت کتنی زیادہ اہم ہے۔</w:t>
      </w:r>
    </w:p>
    <w:p>
      <w:r>
        <w:rPr>
          <w:b/>
        </w:rPr>
        <w:t xml:space="preserve">[02:26] </w:t>
      </w:r>
      <w:r>
        <w:t>kitni zyada ahim hai. is liye zaroori hai ke hum hajj ke baray mein samjhein ke hajj kya hai? hajj ka maqsad kya hai?</w:t>
      </w:r>
    </w:p>
    <w:p>
      <w:pPr>
        <w:jc w:val="right"/>
      </w:pPr>
      <w:r>
        <w:t>کتنی زیادہ اہم ہے۔ اس لیے ضروری ہے کہ ہم حج کے بارے میں سمجھیں کہ حج کیا ہے؟ حج کا مقصد کیا ہے؟</w:t>
      </w:r>
    </w:p>
    <w:p>
      <w:r>
        <w:rPr>
          <w:b/>
        </w:rPr>
        <w:t xml:space="preserve">[02:41] </w:t>
      </w:r>
      <w:r>
        <w:t>dekhiye, aap ne reporton par dekha hoga ke is saal hajj ke liye jo log jama hue,</w:t>
      </w:r>
    </w:p>
    <w:p>
      <w:pPr>
        <w:jc w:val="right"/>
      </w:pPr>
      <w:r>
        <w:t>دیکھئے، آپ نے رپورٹوں پر دیکھا ہوگا کہ اس سال حج کے لیے جو لوگ جمع ہوئے،</w:t>
      </w:r>
    </w:p>
    <w:p>
      <w:r>
        <w:rPr>
          <w:b/>
        </w:rPr>
        <w:t xml:space="preserve">[02:50] </w:t>
      </w:r>
      <w:r>
        <w:t>woh taqreeban chaalees lakh musalman thay. yaani bahar walay local mila kar.</w:t>
      </w:r>
    </w:p>
    <w:p>
      <w:pPr>
        <w:jc w:val="right"/>
      </w:pPr>
      <w:r>
        <w:t>وہ تقریباً چالیس لاکھ مسلمان تھے۔ یعنی باہر والے لوکل ملا کر۔</w:t>
      </w:r>
    </w:p>
    <w:p>
      <w:r>
        <w:rPr>
          <w:b/>
        </w:rPr>
        <w:t xml:space="preserve">[03:01] </w:t>
      </w:r>
      <w:r>
        <w:t>reporton mein bataya gaya hai ke dunya ke 198 mulkon ke log wahan thay. aap jantay hain ke United Nations mein jo mulk member hain,</w:t>
      </w:r>
    </w:p>
    <w:p>
      <w:pPr>
        <w:jc w:val="right"/>
      </w:pPr>
      <w:r>
        <w:t>رپورٹوں میں بتایا گیا ہے کہ دنیا کے 198 ملکوں کے لوگ وہاں تھے۔ آپ جانتے ہیں کہ United Nations میں جو ملک ممبر ہیں،</w:t>
      </w:r>
    </w:p>
    <w:p>
      <w:r>
        <w:rPr>
          <w:b/>
        </w:rPr>
        <w:t xml:space="preserve">[03:16] </w:t>
      </w:r>
      <w:r>
        <w:t>unki tadad yahi hai. yaani 198 mulk member hain United Nations ke.</w:t>
      </w:r>
    </w:p>
    <w:p>
      <w:pPr>
        <w:jc w:val="right"/>
      </w:pPr>
      <w:r>
        <w:t>ان کی تعداد یہی ہے۔ یعنی 198 ملک ممبر ہیں United Nations کے۔</w:t>
      </w:r>
    </w:p>
    <w:p>
      <w:r>
        <w:rPr>
          <w:b/>
        </w:rPr>
        <w:t xml:space="preserve">[03:25] </w:t>
      </w:r>
      <w:r>
        <w:t>to goya ke saaray hi musalman wahan ekhatta hue.</w:t>
      </w:r>
    </w:p>
    <w:p>
      <w:pPr>
        <w:jc w:val="right"/>
      </w:pPr>
      <w:r>
        <w:t>تو گویا کہ سارے ہی مسلمان وہاں اکٹھا ہوئے۔</w:t>
      </w:r>
    </w:p>
    <w:p>
      <w:r>
        <w:rPr>
          <w:b/>
        </w:rPr>
        <w:t xml:space="preserve">[03:32] </w:t>
      </w:r>
      <w:r>
        <w:t>sab ka wahan par representation tha. aur isi ki taqleed mein saari dunya ke musalman same din partial sense mein is jamaat mein shareek hue.</w:t>
      </w:r>
    </w:p>
    <w:p>
      <w:pPr>
        <w:jc w:val="right"/>
      </w:pPr>
      <w:r>
        <w:t>سب کا وہاں پر ریپریزنٹیشن تھا۔ اور اسی کی تقلید میں ساری دنیا کے مسلمان سیم دن پارشیل سینس میں اس جماعت میں شریک ہوئے۔</w:t>
      </w:r>
    </w:p>
    <w:p>
      <w:r>
        <w:rPr>
          <w:b/>
        </w:rPr>
        <w:t xml:space="preserve">[03:53] </w:t>
      </w:r>
      <w:r>
        <w:t>is ka matlab kya hai? is ka matlab yeh hai ke saari dunya ke musalmanon ne Hajj mein shirkat ki.</w:t>
      </w:r>
    </w:p>
    <w:p>
      <w:pPr>
        <w:jc w:val="right"/>
      </w:pPr>
      <w:r>
        <w:t>اس کا مطلب کیا ہے؟ اس کا مطلب یہ ہے کہ ساری دنیا کے مسلمانوں نے حج میں شرکت کی۔</w:t>
      </w:r>
    </w:p>
    <w:p>
      <w:r>
        <w:rPr>
          <w:b/>
        </w:rPr>
        <w:t xml:space="preserve">[04:03] </w:t>
      </w:r>
      <w:r>
        <w:t>kisi ne direct, kisi ne indirect. kaisi ajeeb baat hai.</w:t>
      </w:r>
    </w:p>
    <w:p>
      <w:pPr>
        <w:jc w:val="right"/>
      </w:pPr>
      <w:r>
        <w:t>کسی نے ڈائریکٹ، کسی نے ان ڈائریکٹ۔ کیسی عجیب بات ہے۔</w:t>
      </w:r>
    </w:p>
    <w:p>
      <w:r>
        <w:rPr>
          <w:b/>
        </w:rPr>
        <w:t xml:space="preserve">[04:11] </w:t>
      </w:r>
      <w:r>
        <w:t>aur phir jantay hain ke ab hum ek aisay daur mein hain jab ke dunya mein communication ka zamana aa chuka hai.</w:t>
      </w:r>
    </w:p>
    <w:p>
      <w:pPr>
        <w:jc w:val="right"/>
      </w:pPr>
      <w:r>
        <w:t>اور پھر جانتے ہیں کہ اب ہم ایک ایسے دور میں ہیں جب کہ دنیا میں کمیونیکیشن کا زمانہ آ چکا ہے۔</w:t>
      </w:r>
    </w:p>
    <w:p>
      <w:r>
        <w:rPr>
          <w:b/>
        </w:rPr>
        <w:t xml:space="preserve">[04:22] </w:t>
      </w:r>
      <w:r>
        <w:t>chanaanchah jaisa ke aap jantay hain, Hajj ke saaray مراسم tele-vised kiye gaye. saari dunya ke musalmanon ne TV par dekha ke kis tarah log Hajj kar rahay hain.</w:t>
      </w:r>
    </w:p>
    <w:p>
      <w:pPr>
        <w:jc w:val="right"/>
      </w:pPr>
      <w:r>
        <w:t>چنانچہ جیسا کہ آپ جانتے ہیں، حج کے سارے مراسم ٹیلی وائز کیے گئے۔ ساری دنیا کے مسلمانوں نے ٹی وی پر دیکھا کہ کس طرح لوگ حج کر رہے ہیں۔</w:t>
      </w:r>
    </w:p>
    <w:p>
      <w:r>
        <w:rPr>
          <w:b/>
        </w:rPr>
        <w:t xml:space="preserve">[04:42] </w:t>
      </w:r>
      <w:r>
        <w:t>goya ke saari dunya ke musalman har aitbaar se Hajj mein shareek ho gaye.</w:t>
      </w:r>
    </w:p>
    <w:p>
      <w:pPr>
        <w:jc w:val="right"/>
      </w:pPr>
      <w:r>
        <w:t>گویا کہ ساری دنیا کے مسلمان ہر اعتبار سے حج میں شریک ہو گئے۔</w:t>
      </w:r>
    </w:p>
    <w:p>
      <w:r>
        <w:rPr>
          <w:b/>
        </w:rPr>
        <w:t xml:space="preserve">[04:52] </w:t>
      </w:r>
      <w:r>
        <w:t>ab ghor kijiye ke itni bari ibaadat,</w:t>
      </w:r>
    </w:p>
    <w:p>
      <w:pPr>
        <w:jc w:val="right"/>
      </w:pPr>
      <w:r>
        <w:t>اب غور کیجئے کہ اتنی بڑی عبادت،</w:t>
      </w:r>
    </w:p>
    <w:p>
      <w:r>
        <w:rPr>
          <w:b/>
        </w:rPr>
        <w:t xml:space="preserve">[04:57] </w:t>
      </w:r>
      <w:r>
        <w:t>itni bari ibaadat ka kya purpose hai? is ka kya maqsad hai? yeh jaanna chahiye. aur kya woh haasil ho raha hai?</w:t>
      </w:r>
    </w:p>
    <w:p>
      <w:pPr>
        <w:jc w:val="right"/>
      </w:pPr>
      <w:r>
        <w:t>اتنی بڑی عبادت کا کیا پرپز ہے؟ اس کا کیا مقصد ہے؟ یہ جاننا چاہیے۔ اور کیا وہ حاصل ہو رہا ہے؟</w:t>
      </w:r>
    </w:p>
    <w:p>
      <w:r>
        <w:rPr>
          <w:b/>
        </w:rPr>
        <w:t xml:space="preserve">[05:10] </w:t>
      </w:r>
      <w:r>
        <w:t>pehlay zamanay mein is tarah almi satah par Hajj nahi ada kiya ja sakta tha. lekin maujooda zamanay mein jo taraqqi hui hain, yeh jab communication jo aaya hai aur safar aasan ho gaya,</w:t>
      </w:r>
    </w:p>
    <w:p>
      <w:pPr>
        <w:jc w:val="right"/>
      </w:pPr>
      <w:r>
        <w:t>پہلے زمانے میں اس طرح عالمی سطح پر حج نہیں ادا کیا جا سکتا تھا۔ لیکن موجودہ زمانے میں جو ترقیہ ہوئی ہیں، یہ جب کمیونیکیشن جو آیا ہے اور سفر آسان ہو گیا،</w:t>
      </w:r>
    </w:p>
    <w:p>
      <w:r>
        <w:rPr>
          <w:b/>
        </w:rPr>
        <w:t xml:space="preserve">[05:27] </w:t>
      </w:r>
      <w:r>
        <w:t>jab log oonton par safar karte thay to kitna kam log Hajj mein shareek hote thay. ab log hawa jahazon par safar karte hain, TV par dekhte hain aur saari dunya ke musalman isi time, inhi dinon mein Hajj ke مراسم</w:t>
      </w:r>
    </w:p>
    <w:p>
      <w:pPr>
        <w:jc w:val="right"/>
      </w:pPr>
      <w:r>
        <w:t>جب لوگ اونٹوں پر سفر کرتے تھے تو کتنا کم لوگ حج میں شریک ہوتے تھے۔ اب لوگ ہوا جہازوں پر سفر کرتے ہیں، ٹی وی پر دیکھتے ہیں اور ساری دنیا کے مسلمان اسی ٹائم، انہی دنوں میں حج کے مراسم</w:t>
      </w:r>
    </w:p>
    <w:p>
      <w:r>
        <w:rPr>
          <w:b/>
        </w:rPr>
        <w:t xml:space="preserve">[05:52] </w:t>
      </w:r>
      <w:r>
        <w:t>juzwi tor par ada karte hain. to jis Hajj ke liye Allah taala ne itna ziyada ehtimam kiya ho, zaroori hai ke is ka koi bohat bara maqsad ho.</w:t>
      </w:r>
    </w:p>
    <w:p>
      <w:pPr>
        <w:jc w:val="right"/>
      </w:pPr>
      <w:r>
        <w:t>جزوی طور پر ادا کرتے ہیں۔ تو جس حج کے لیے اللہ تعالیٰ نے اتنا زیادہ اہتمام کیا ہو، ضروری ہے کہ اس کا کوئی بہت بڑا مقصد ہو۔</w:t>
      </w:r>
    </w:p>
    <w:p>
      <w:r>
        <w:rPr>
          <w:b/>
        </w:rPr>
        <w:t xml:space="preserve">[06:06] </w:t>
      </w:r>
      <w:r>
        <w:t>bohat bara maqsad.</w:t>
      </w:r>
    </w:p>
    <w:p>
      <w:pPr>
        <w:jc w:val="right"/>
      </w:pPr>
      <w:r>
        <w:t>بہت بڑا مقصد۔</w:t>
      </w:r>
    </w:p>
    <w:p>
      <w:r>
        <w:rPr>
          <w:b/>
        </w:rPr>
        <w:t xml:space="preserve">[06:09] </w:t>
      </w:r>
      <w:r>
        <w:t>yeh maqsad kya hai?</w:t>
      </w:r>
    </w:p>
    <w:p>
      <w:pPr>
        <w:jc w:val="right"/>
      </w:pPr>
      <w:r>
        <w:t>یہ مقصد کیا ہے؟</w:t>
      </w:r>
    </w:p>
    <w:p>
      <w:r>
        <w:rPr>
          <w:b/>
        </w:rPr>
        <w:t xml:space="preserve">[06:13] </w:t>
      </w:r>
      <w:r>
        <w:t>Hadees mein aata hai ke</w:t>
      </w:r>
    </w:p>
    <w:p>
      <w:pPr>
        <w:jc w:val="right"/>
      </w:pPr>
      <w:r>
        <w:t>حدیث میں آتا ہے کہ</w:t>
      </w:r>
    </w:p>
    <w:p>
      <w:r>
        <w:rPr>
          <w:b/>
        </w:rPr>
        <w:t xml:space="preserve">[06:17] </w:t>
      </w:r>
      <w:r>
        <w:t>Sahaba ne poocha Rasool Allah Sal Allahu Alaihi Wasallam se</w:t>
      </w:r>
    </w:p>
    <w:p>
      <w:pPr>
        <w:jc w:val="right"/>
      </w:pPr>
      <w:r>
        <w:t>صحابہ نے پوچھا رسول اللہ صلی اللہ علیہ وسلم سے</w:t>
      </w:r>
    </w:p>
    <w:p>
      <w:r>
        <w:rPr>
          <w:b/>
        </w:rPr>
        <w:t xml:space="preserve">[06:22] </w:t>
      </w:r>
      <w:r>
        <w:t>qurbani ke baray mein ke qurbaniyan kya hain? aap ne farmaya ke sunnat-e-abikum Ibrahim, tumharay baap Ibrahim ki sunnat.</w:t>
      </w:r>
    </w:p>
    <w:p>
      <w:pPr>
        <w:jc w:val="right"/>
      </w:pPr>
      <w:r>
        <w:t>قربانی کے بارے میں کہ قربانیاں کیا ہیں؟ آپ نے فرمایا کہ سنت ابیکم ابراہیم، تمہارے باپ ابراہیم کی سنت۔</w:t>
      </w:r>
    </w:p>
    <w:p>
      <w:r>
        <w:rPr>
          <w:b/>
        </w:rPr>
        <w:t xml:space="preserve">[06:37] </w:t>
      </w:r>
      <w:r>
        <w:t>to aap ghor kijiye ke kya sirf janwar ko zabah karna yahi sunnat hai?</w:t>
      </w:r>
    </w:p>
    <w:p>
      <w:pPr>
        <w:jc w:val="right"/>
      </w:pPr>
      <w:r>
        <w:t>تو آپ غور کیجئے کہ کیا صرف جانور کو ذبح کرنا یہی سنت ہے؟</w:t>
      </w:r>
    </w:p>
    <w:p>
      <w:r>
        <w:rPr>
          <w:b/>
        </w:rPr>
        <w:t xml:space="preserve">[06:47] </w:t>
      </w:r>
      <w:r>
        <w:t>yaani janwar ko ek khaas din aap zabah kar dein to yahi peghambar ki sunnat ho gayi? is ki itna ehtimam hai?</w:t>
      </w:r>
    </w:p>
    <w:p>
      <w:pPr>
        <w:jc w:val="right"/>
      </w:pPr>
      <w:r>
        <w:t>یعنی جانور کو ایک خاص دن آپ ذبح کر دیں تو یہی پیغمبر کی سنت ہو گئی؟ اس کی اتنا اہتمام ہے؟</w:t>
      </w:r>
    </w:p>
    <w:p>
      <w:r>
        <w:rPr>
          <w:b/>
        </w:rPr>
        <w:t xml:space="preserve">[06:59] </w:t>
      </w:r>
      <w:r>
        <w:t>yeh Hajj ko under-estimate karna hai. Hajj ko under-estimate karna hai ke ab yeh samjhein ke ek janwar le kar is ko zabah kar diya to aap ne Hazrat Ibrahim ki sunnat par qaim ho gaye.</w:t>
      </w:r>
    </w:p>
    <w:p>
      <w:pPr>
        <w:jc w:val="right"/>
      </w:pPr>
      <w:r>
        <w:t>یہ حج کو انڈر اسٹیمیٹ کرنا ہے۔ حج کو انڈر اسٹیمیٹ کرنا ہے کہ اب یہ سمجھیں کہ ایک جانور لے کر اس کو ذبح کر دیا تو آپ نے حضرت ابراہیم کی سنت پر قائم ہو گئے۔</w:t>
      </w:r>
    </w:p>
    <w:p>
      <w:r>
        <w:rPr>
          <w:b/>
        </w:rPr>
        <w:t xml:space="preserve">[07:17] </w:t>
      </w:r>
      <w:r>
        <w:t>yeh Hajj ka under-estimation hai.</w:t>
      </w:r>
    </w:p>
    <w:p>
      <w:pPr>
        <w:jc w:val="right"/>
      </w:pPr>
      <w:r>
        <w:t>یہ حج کا انڈر اسٹیمیشن ہے۔</w:t>
      </w:r>
    </w:p>
    <w:p>
      <w:r>
        <w:rPr>
          <w:b/>
        </w:rPr>
        <w:t xml:space="preserve">[07:23] </w:t>
      </w:r>
      <w:r>
        <w:t>ab aap ek ayat ko le kar sochiye to baat ziyada wazeh ho jati hai. dekhiye, Quran mein Surah Hajj hai, Al-Hajj, jo ke jo ke Quran ki Surah number baees hai.</w:t>
      </w:r>
    </w:p>
    <w:p>
      <w:pPr>
        <w:jc w:val="right"/>
      </w:pPr>
      <w:r>
        <w:t>اب آپ ایک آیت کو لے کر سوچئے تو بات زیادہ واضح ہو جاتی ہے۔ دیکھئے، قرآن میں سورہ حج ہے، الحج، جو کہ جو کہ قرآن کی سورہ نمبر بائیس ہے۔</w:t>
      </w:r>
    </w:p>
    <w:p>
      <w:r>
        <w:rPr>
          <w:b/>
        </w:rPr>
        <w:t xml:space="preserve">[07:40] </w:t>
      </w:r>
      <w:r>
        <w:t>is mein hai ke wajaahedu fillahi haqqe jahadhe wa ajtabakum wa ma jaoala alaikum fid deeni min harajim milata abikum ibraheema huwa sammakumul muslimeena min qablu wa fi haza liyakoonu rasoolu shaheedan alaikum wa takoonu shuhadaa alannas.</w:t>
      </w:r>
    </w:p>
    <w:p>
      <w:pPr>
        <w:jc w:val="right"/>
      </w:pPr>
      <w:r>
        <w:t>اس میں ہے کہ وَجَاهِدُوا فِي اللَّهِ حَقَّ جَهَادِهِ وَاَجْتَبَاكُمْ وَمَا جَوَلَ عَلَيْكُمْ فِي الدِّينِ مِنْ حَرَجٍ مِلَّةَ أَبِيكُمْ إِبْرَاهِيمَ هُوَ سَمَّاكُمُ الْمُسْلِمِينَ مِنْ قَبْلُ وَفِي هَذَا لِيَكُونُوا رَسُولُ شَهِيدًا عَلَيْكُمْ وَتَكُونُوا شُهَدَاءً عَلَى النَّاسِ۔</w:t>
      </w:r>
    </w:p>
    <w:p>
      <w:r>
        <w:rPr>
          <w:b/>
        </w:rPr>
        <w:t xml:space="preserve">[08:08] </w:t>
      </w:r>
      <w:r>
        <w:t>is aayat mein bataya gaya hai ke</w:t>
      </w:r>
    </w:p>
    <w:p>
      <w:pPr>
        <w:jc w:val="right"/>
      </w:pPr>
      <w:r>
        <w:t>اس آیت میں بتایا گیا ہے کہ</w:t>
      </w:r>
    </w:p>
    <w:p>
      <w:r>
        <w:rPr>
          <w:b/>
        </w:rPr>
        <w:t xml:space="preserve">[08:12] </w:t>
      </w:r>
      <w:r>
        <w:t>allah ke liye jihad karo, jaisa ke jihad kiya hazrat ibrahim ne.</w:t>
      </w:r>
    </w:p>
    <w:p>
      <w:pPr>
        <w:jc w:val="right"/>
      </w:pPr>
      <w:r>
        <w:t>اللہ کے لیے جہاد کرو، جیسا کہ جہاد کیا حضرت ابراہیم نے۔</w:t>
      </w:r>
    </w:p>
    <w:p>
      <w:r>
        <w:rPr>
          <w:b/>
        </w:rPr>
        <w:t xml:space="preserve">[08:23] </w:t>
      </w:r>
      <w:r>
        <w:t>allah ke liye jihad karo, jaisa ke jihad kiya hazrat ibrahim ne. isi ke liye allah taala ne tum ko muntakhib kar liya hai.</w:t>
      </w:r>
    </w:p>
    <w:p>
      <w:pPr>
        <w:jc w:val="right"/>
      </w:pPr>
      <w:r>
        <w:t>اللہ کے لیے جہاد کرو، جیسا کہ جہاد کیا حضرت ابراہیم نے۔ اسی کے لیے اللہ تعالیٰ نے تم کو منتخب کر لیا ہے۔</w:t>
      </w:r>
    </w:p>
    <w:p>
      <w:r>
        <w:rPr>
          <w:b/>
        </w:rPr>
        <w:t xml:space="preserve">[08:33] </w:t>
      </w:r>
      <w:r>
        <w:t>ab bataein ke hazrat ibrahim ne kaun sa jihad kiya? is ka koi saboot nahi hai ke hazrat ibrahim ne kabhi talwar chalai, kabhi kisi ko mara, kisi ke khilaf jang chheri.</w:t>
      </w:r>
    </w:p>
    <w:p>
      <w:pPr>
        <w:jc w:val="right"/>
      </w:pPr>
      <w:r>
        <w:t>اب بتائیں کہ حضرت ابراہیم نے کون سا جہاد کیا؟ اس کا کوئی ثبوت نہیں ہے کہ حضرت ابراہیم نے کبھی تلوار چلائی، کبھی کسی کو مارا، کسی کے خلاف جنگ چھڑی۔</w:t>
      </w:r>
    </w:p>
    <w:p>
      <w:r>
        <w:rPr>
          <w:b/>
        </w:rPr>
        <w:t xml:space="preserve">[08:46] </w:t>
      </w:r>
      <w:r>
        <w:t>aisa koi saboot nahi hai.</w:t>
      </w:r>
    </w:p>
    <w:p>
      <w:pPr>
        <w:jc w:val="right"/>
      </w:pPr>
      <w:r>
        <w:t>ایسا کوئی ثبوت نہیں ہے۔</w:t>
      </w:r>
    </w:p>
    <w:p>
      <w:r>
        <w:rPr>
          <w:b/>
        </w:rPr>
        <w:t xml:space="preserve">[08:50] </w:t>
      </w:r>
      <w:r>
        <w:t>to yahan par jihad se murad wahi amal hoga jo hazrat ibrahim ne amalan ada kiya tha. woh kya tha? woh sirf ek tha, ab woh hai dawat ilallah.</w:t>
      </w:r>
    </w:p>
    <w:p>
      <w:pPr>
        <w:jc w:val="right"/>
      </w:pPr>
      <w:r>
        <w:t>تو یہاں پر جہاد سے مراد وہی عمل ہوگا جو حضرت ابراہیم نے عملاً ادا کیا تھا۔ وہ کیا تھا؟ وہ صرف ایک تھا، اب وہ ہے دعوت الی اللہ۔</w:t>
      </w:r>
    </w:p>
    <w:p>
      <w:r>
        <w:rPr>
          <w:b/>
        </w:rPr>
        <w:t xml:space="preserve">[09:06] </w:t>
      </w:r>
      <w:r>
        <w:t>hazrat ibrahim ne dawat ka kaam kiya pehle iraq mein. iraq mein ek qadeem shehar tha jis ka naam tha ur, U-R.</w:t>
      </w:r>
    </w:p>
    <w:p>
      <w:pPr>
        <w:jc w:val="right"/>
      </w:pPr>
      <w:r>
        <w:t>حضرت ابراہیم نے دعوت کا کام کیا پہلے عراق میں۔ عراق میں ایک قدیم شہر تھا جس کا نام تھا اُر، U-R۔</w:t>
      </w:r>
    </w:p>
    <w:p>
      <w:r>
        <w:rPr>
          <w:b/>
        </w:rPr>
        <w:t xml:space="preserve">[09:19] </w:t>
      </w:r>
      <w:r>
        <w:t>yeh shehar zameen ke neeche dab gaya tha aur woh khodai kar ke maloom ho gaya hai.</w:t>
      </w:r>
    </w:p>
    <w:p>
      <w:pPr>
        <w:jc w:val="right"/>
      </w:pPr>
      <w:r>
        <w:t>یہ شہر زمین کے نیچے دب گیا تھا اور وہ کھدائی کر کے معلوم ہو گیا ہے۔</w:t>
      </w:r>
    </w:p>
    <w:p>
      <w:r>
        <w:rPr>
          <w:b/>
        </w:rPr>
        <w:t xml:space="preserve">[09:30] </w:t>
      </w:r>
      <w:r>
        <w:t>aap is ko internet par dekh sakte hain. to yahan par aap ne dawat ilallah ka kaam kiya. wahan ke logon ne aap ki baat ko nahi mana to aap iraq se nikle.</w:t>
      </w:r>
    </w:p>
    <w:p>
      <w:pPr>
        <w:jc w:val="right"/>
      </w:pPr>
      <w:r>
        <w:t>آپ اس کو انٹرنیٹ پر دیکھ سکتے ہیں۔ تو یہاں پر آپ نے دعوت الی اللہ کا کام کیا۔ وہاں کے لوگوں نے آپ کی بات کو نہیں مانا تو آپ عراق سے نکلے۔</w:t>
      </w:r>
    </w:p>
    <w:p>
      <w:r>
        <w:rPr>
          <w:b/>
        </w:rPr>
        <w:t xml:space="preserve">[09:46] </w:t>
      </w:r>
      <w:r>
        <w:t>aap misr gaye, aap falasteen gaye, aap sham aaye. aakhir mein aap ne makkah ke maqam par jahan us waqt desert tha,</w:t>
      </w:r>
    </w:p>
    <w:p>
      <w:pPr>
        <w:jc w:val="right"/>
      </w:pPr>
      <w:r>
        <w:t>آپ مصر گئے، آپ فلسطین گئے، آپ شام آئے۔ آخر میں آپ نے مکہ کے مقام پر جہاں اس وقت ڈیزرٹ تھا،</w:t>
      </w:r>
    </w:p>
    <w:p>
      <w:r>
        <w:rPr>
          <w:b/>
        </w:rPr>
        <w:t xml:space="preserve">[10:00] </w:t>
      </w:r>
      <w:r>
        <w:t>apni biwi hajra aur ismail ko basaya. kis liye? ke aap ne dekha ke us waqt ke log jo hain, conditioned ho gaye hain shirk mein, ghairullah ki ibadat mein.</w:t>
      </w:r>
    </w:p>
    <w:p>
      <w:pPr>
        <w:jc w:val="right"/>
      </w:pPr>
      <w:r>
        <w:t>اپنی بیوی ہاجرہ اور اسماعیل کو بسایا۔ کس لئے؟ کہ آپ نے دیکھا کہ اس وقت کے لوگ جو ہیں، کنڈیشنڈ ہو گئے ہیں شرک میں، غیر اللہ کی عبادت میں۔</w:t>
      </w:r>
    </w:p>
    <w:p>
      <w:r>
        <w:rPr>
          <w:b/>
        </w:rPr>
        <w:t xml:space="preserve">[10:16] </w:t>
      </w:r>
      <w:r>
        <w:t>to aap ne allah ke hukum se ek nai planning ki. woh planning kya thi?</w:t>
      </w:r>
    </w:p>
    <w:p>
      <w:pPr>
        <w:jc w:val="right"/>
      </w:pPr>
      <w:r>
        <w:t>تو آپ نے اللہ کے حکم سے ایک نئی پلاننگ کی۔ وہ پلاننگ کیا تھی؟</w:t>
      </w:r>
    </w:p>
    <w:p>
      <w:r>
        <w:rPr>
          <w:b/>
        </w:rPr>
        <w:t xml:space="preserve">[10:28] </w:t>
      </w:r>
      <w:r>
        <w:t>ek nai generation banana jo conditioning se pak ho. hazrat ibrahim ne dekha ke iraq ke log, misr ke log, sham ke log, falasteen ke log, har jagah ke log shirk culture mein aakhri had tak conditioned ho gaye hain.</w:t>
      </w:r>
    </w:p>
    <w:p>
      <w:pPr>
        <w:jc w:val="right"/>
      </w:pPr>
      <w:r>
        <w:t>ایک نئی جنریشن بنانا جو کنڈیشننگ سے پاک ہو۔ حضرت ابراہیم نے دیکھا کہ عراق کے لوگ، مصر کے لوگ، شام کے لوگ، فلسطین کے لوگ، ہر جگہ کے لوگ شرک کلچر میں آخری حد تک کنڈیشنڈ ہو گئے ہیں۔</w:t>
      </w:r>
    </w:p>
    <w:p>
      <w:r>
        <w:rPr>
          <w:b/>
        </w:rPr>
        <w:t xml:space="preserve">[10:50] </w:t>
      </w:r>
      <w:r>
        <w:t>unki samajh mein baat aati nahi hai due to their conditioning. to yeh allah ka ishara hua ke tum ek nai generation banao.</w:t>
      </w:r>
    </w:p>
    <w:p>
      <w:pPr>
        <w:jc w:val="right"/>
      </w:pPr>
      <w:r>
        <w:t>ان کی سمجھ میں بات آتی نہیں ہے due to their conditioning۔ تو یہ اللہ کا اشارہ ہوا کہ تم ایک نئی جنریشن بناؤ۔</w:t>
      </w:r>
    </w:p>
    <w:p>
      <w:r>
        <w:rPr>
          <w:b/>
        </w:rPr>
        <w:t xml:space="preserve">[11:02] </w:t>
      </w:r>
      <w:r>
        <w:t>insani abadiyon se door, shehron se door, mushrikana culture se door. to is ka intekhab hua ke desert mein aap basaein apni aria ko aur apne farzand ko.</w:t>
      </w:r>
    </w:p>
    <w:p>
      <w:pPr>
        <w:jc w:val="right"/>
      </w:pPr>
      <w:r>
        <w:t>انسانی آبادیوں سے دور، شہروں سے دور، مشرکانہ کلچر سے دور۔ تو اس کا انتخاب ہوا کہ ڈیزرٹ میں آپ بسائیں اپنی آریہ کو اور اپنے فرزند کو۔</w:t>
      </w:r>
    </w:p>
    <w:p>
      <w:r>
        <w:rPr>
          <w:b/>
        </w:rPr>
        <w:t xml:space="preserve">[11:23] </w:t>
      </w:r>
      <w:r>
        <w:t>to jo qissa jo aap jante hain, mashhoor hai ke aap ne khwab dekha ke apne bete ko zabah kar raha hoon.</w:t>
      </w:r>
    </w:p>
    <w:p>
      <w:pPr>
        <w:jc w:val="right"/>
      </w:pPr>
      <w:r>
        <w:t>تو جو قصہ جو آپ جانتے ہیں، مشہور ہے کہ آپ نے خواب دیکھا کہ اپنے بیٹے کو ذبح کر رہا ہوں۔</w:t>
      </w:r>
    </w:p>
    <w:p>
      <w:r>
        <w:rPr>
          <w:b/>
        </w:rPr>
        <w:t xml:space="preserve">[11:33] </w:t>
      </w:r>
      <w:r>
        <w:t>to woh bete ko zabah karne ke liye tayyar ho gaye. lekin phir aakhir waqt mein, aain waqt par farishta aaya.</w:t>
      </w:r>
    </w:p>
    <w:p>
      <w:pPr>
        <w:jc w:val="right"/>
      </w:pPr>
      <w:r>
        <w:t>تو وہ بیٹے کو ذبح کرنے کے لیے تیار ہو گئے۔ لیکن پھر آخر وقت میں، آئین وقت پر فرشتہ آیا۔</w:t>
      </w:r>
    </w:p>
    <w:p>
      <w:r>
        <w:rPr>
          <w:b/>
        </w:rPr>
        <w:t xml:space="preserve">[11:42] </w:t>
      </w:r>
      <w:r>
        <w:t>us ne kaha ke nahi, aap mere bete ko zabah kijiye, bete ko nahi. to quran mein hai ke wa fadaynahu bizibhin azeem.</w:t>
      </w:r>
    </w:p>
    <w:p>
      <w:pPr>
        <w:jc w:val="right"/>
      </w:pPr>
      <w:r>
        <w:t>اس نے کہا کہ نہیں، آپ میرے بیٹے کو ذبح کیجئے، بیٹے کو نہیں۔ تو قرآن میں ہے کہ وَفَدَنَاهُ بِذِبْعٍ عَظِيمٍ۔</w:t>
      </w:r>
    </w:p>
    <w:p>
      <w:r>
        <w:rPr>
          <w:b/>
        </w:rPr>
        <w:t xml:space="preserve">[11:55] </w:t>
      </w:r>
      <w:r>
        <w:t>yahan zibhe azeem se murad beda nahi hai, janwar nahi hai, hazrat ismail hain. azeem zibhe azeem ka matlab hai great sacrifice yani greater than the animal sacrifice.</w:t>
      </w:r>
    </w:p>
    <w:p>
      <w:pPr>
        <w:jc w:val="right"/>
      </w:pPr>
      <w:r>
        <w:t>یہاں ذبحِ عظیم سے مراد بیڑا نہیں ہے، جانور نہیں ہے، حضرت اسماعیل ہیں۔ عظیم ذبحِ عظیم کا مطلب ہے great sacrifice یعنی greater than the animal sacrifice۔</w:t>
      </w:r>
    </w:p>
    <w:p>
      <w:r>
        <w:rPr>
          <w:b/>
        </w:rPr>
        <w:t xml:space="preserve">[12:15] </w:t>
      </w:r>
      <w:r>
        <w:t>ek hai animal ki qurbani, woh ek saada qurbani hai, mamooli qurbani hai, ordinary qurbani hai. to allah ka matlab hua ke ek greater qurbani ki jaye.</w:t>
      </w:r>
    </w:p>
    <w:p>
      <w:pPr>
        <w:jc w:val="right"/>
      </w:pPr>
      <w:r>
        <w:t>ایک ہے animal کی قربانی، وہ ایک سادہ قربانی ہے، معمولی قربانی ہے، ordinary قربانی ہے۔ تو اللہ کا مطلب ہوا کہ ایک greater قربانی کی جائے۔</w:t>
      </w:r>
    </w:p>
    <w:p>
      <w:r>
        <w:rPr>
          <w:b/>
        </w:rPr>
        <w:t xml:space="preserve">[12:28] </w:t>
      </w:r>
      <w:r>
        <w:t>woh kya tha? apne bete ko tum dedicate karo is mission ke liye ke ek nai generation banai jaye desert mein jahan nature ke siwa kuch bhi na ho.</w:t>
      </w:r>
    </w:p>
    <w:p>
      <w:pPr>
        <w:jc w:val="right"/>
      </w:pPr>
      <w:r>
        <w:t>وہ کیا تھا؟ اپنے بیٹے کو تم dedicate کرو اس مشن کے لیے کہ ایک نئی جنریشن بنائی جائے ڈیزرٹ میں جہاں nature کے سوا کچھ بھی نہ ہو۔</w:t>
      </w:r>
    </w:p>
    <w:p>
      <w:r>
        <w:rPr>
          <w:b/>
        </w:rPr>
        <w:t xml:space="preserve">[12:44] </w:t>
      </w:r>
      <w:r>
        <w:t>woh desert door door tak wahan kuch bhi nahi tha, na insani abadi thi, na koi na koi wahan par agriculture tha, kuch bhi nahi tha.</w:t>
      </w:r>
    </w:p>
    <w:p>
      <w:pPr>
        <w:jc w:val="right"/>
      </w:pPr>
      <w:r>
        <w:t>وہ ڈیزرٹ دور دور تک وہاں کچھ بھی نہیں تھا، نہ انسانی آبادی تھی، نہ کوئی نہ کوئی وہاں پر agriculture تھا، کچھ بھی نہیں تھا۔</w:t>
      </w:r>
    </w:p>
    <w:p>
      <w:r>
        <w:rPr>
          <w:b/>
        </w:rPr>
        <w:t xml:space="preserve">[12:58] </w:t>
      </w:r>
      <w:r>
        <w:t>to wahan par nature ke siwa aur kuch bhi nahi tha, sirf nature hi nature charon taraf tha. wahan par ek nasal banai gayi jis mein tawallud aur tanasul ke zariye ek poori nasal banne mein dhai hazar saal lage.</w:t>
      </w:r>
    </w:p>
    <w:p>
      <w:pPr>
        <w:jc w:val="right"/>
      </w:pPr>
      <w:r>
        <w:t>تو وہاں پر nature کے سوا اور کچھ بھی نہیں تھا، صرف nature ہی nature چاروں طرف تھا۔ وہاں پر ایک نسل بنائی گئی جس میں توالد اور تناسل کے ذریعے ایک پوری نسل بننے میں ڈھائی ہزار سال لگ گئے۔</w:t>
      </w:r>
    </w:p>
    <w:p>
      <w:r>
        <w:rPr>
          <w:b/>
        </w:rPr>
        <w:t xml:space="preserve">[13:19] </w:t>
      </w:r>
      <w:r>
        <w:t>yeh thi dawah planning yani hazrat ibrahim ne pehle dawah work kiya bohat dinon tak kyunke hazrat ibrahim ko allah taala ne bohat lambi umar di thi, sau saal se zyada jiye aap.</w:t>
      </w:r>
    </w:p>
    <w:p>
      <w:pPr>
        <w:jc w:val="right"/>
      </w:pPr>
      <w:r>
        <w:t>یہ تھی دعویٰ planning یعنی حضرت ابراہیم نے پہلے دعویٰ work کیا بہت دنوں تک کیونکہ حضرت ابراہیم کو اللہ تعالیٰ نے بہت لمبی عمر دی تھی، سو سال سے زیادہ جیے آپ۔</w:t>
      </w:r>
    </w:p>
    <w:p>
      <w:r>
        <w:rPr>
          <w:b/>
        </w:rPr>
        <w:t xml:space="preserve">[13:36] </w:t>
      </w:r>
      <w:r>
        <w:t>to pehle daawa work kiya lekin logon ne jab aap ki awaaz par labbaik nahin kaha to aap ne dawat ke kaam ko chhod nahin diya.</w:t>
      </w:r>
    </w:p>
    <w:p>
      <w:pPr>
        <w:jc w:val="right"/>
      </w:pPr>
      <w:r>
        <w:t>تو پہلے دعویٰ work کیا لیکن لوگوں نے جب آپ کی آواز پر لبیک نہیں کہا تو آپ نے دعوت کے کام کو چھوڑ نہیں دیا۔</w:t>
      </w:r>
    </w:p>
    <w:p>
      <w:r>
        <w:rPr>
          <w:b/>
        </w:rPr>
        <w:t xml:space="preserve">[13:48] </w:t>
      </w:r>
      <w:r>
        <w:t>khaas baat sochne ki yeh hai ke hazrat ibrahim ne dawat ke kaam ko chhod nahin diya ke log wahan hi mein jaayen, nahin maante to na maanen.</w:t>
      </w:r>
    </w:p>
    <w:p>
      <w:pPr>
        <w:jc w:val="right"/>
      </w:pPr>
      <w:r>
        <w:t>خاص بات سوچنے کی یہ ہے کہ حضرت ابراہیم نے دعوت کے کام کو چھوڑ نہیں دیا کہ لوگ وہاں ہی میں جائیں، نہیں مانتے تو نہ مانیں۔</w:t>
      </w:r>
    </w:p>
    <w:p>
      <w:r>
        <w:rPr>
          <w:b/>
        </w:rPr>
        <w:t xml:space="preserve">[13:58] </w:t>
      </w:r>
      <w:r>
        <w:t>nahin, aap ne dawat ke kaam ki replanning ki. replanning</w:t>
      </w:r>
    </w:p>
    <w:p>
      <w:pPr>
        <w:jc w:val="right"/>
      </w:pPr>
      <w:r>
        <w:t>نہیں، آپ نے دعوت کے کام کی replanning کی۔ replanning</w:t>
      </w:r>
    </w:p>
    <w:p>
      <w:r>
        <w:rPr>
          <w:b/>
        </w:rPr>
        <w:t xml:space="preserve">[14:09] </w:t>
      </w:r>
      <w:r>
        <w:t>yaani is ko kahenge creative daawa. creative daawa woh yeh hai ke ek nayi nasal banao aur patient chalo.</w:t>
      </w:r>
    </w:p>
    <w:p>
      <w:pPr>
        <w:jc w:val="right"/>
      </w:pPr>
      <w:r>
        <w:t>یعنی اس کو کہیں گے creative دعویٰ۔ creative دعویٰ وہ یہ ہے کہ ایک نئی نسل بناؤ اور patient چلو۔</w:t>
      </w:r>
    </w:p>
    <w:p>
      <w:r>
        <w:rPr>
          <w:b/>
        </w:rPr>
        <w:t xml:space="preserve">[14:21] </w:t>
      </w:r>
      <w:r>
        <w:t>jin insaanon ko doosre maon aur baapon ne paida kiya hai, un mein agar nahin mil rahe hain labbaik kehne wale to tum khud ek nasal banao.</w:t>
      </w:r>
    </w:p>
    <w:p>
      <w:pPr>
        <w:jc w:val="right"/>
      </w:pPr>
      <w:r>
        <w:t>جن انسانوں کو دوسرے ماؤں اور باپوں نے پیدا کیا ہے، ان میں اگر نہیں مل رہے ہیں لبیک کہنے والے تو تم خود ایک نسل بناؤ۔</w:t>
      </w:r>
    </w:p>
    <w:p>
      <w:r>
        <w:rPr>
          <w:b/>
        </w:rPr>
        <w:t xml:space="preserve">[14:33] </w:t>
      </w:r>
      <w:r>
        <w:t>patient chalo yaani paida shuda insaan chalne ke bajaaye aur patient chalo. kaisi ajeeb thi yeh planning.</w:t>
      </w:r>
    </w:p>
    <w:p>
      <w:pPr>
        <w:jc w:val="right"/>
      </w:pPr>
      <w:r>
        <w:t>patient چلو یعنی پیدا شدہ انسان چلنے کے بجائے اور patient چلو۔ کیسی عجیب تھی یہ planning۔</w:t>
      </w:r>
    </w:p>
    <w:p>
      <w:r>
        <w:rPr>
          <w:b/>
        </w:rPr>
        <w:t xml:space="preserve">[14:43] </w:t>
      </w:r>
      <w:r>
        <w:t>patient chalo</w:t>
      </w:r>
    </w:p>
    <w:p>
      <w:pPr>
        <w:jc w:val="right"/>
      </w:pPr>
      <w:r>
        <w:t>patient چلو</w:t>
      </w:r>
    </w:p>
    <w:p>
      <w:r>
        <w:rPr>
          <w:b/>
        </w:rPr>
        <w:t xml:space="preserve">[14:47] </w:t>
      </w:r>
      <w:r>
        <w:t>yaani aise insaan banao, bane hue insaanon mein agar respawn nahin mil raha hai to tum patient jaao, patient jaao, patient jaao, naye rang ke insaan paida karo.</w:t>
      </w:r>
    </w:p>
    <w:p>
      <w:pPr>
        <w:jc w:val="right"/>
      </w:pPr>
      <w:r>
        <w:t>یعنی ایسے انسان بناؤ، بنے ہوئے انسانوں میں اگر respawn نہیں مل رہا ہے تو تم patient جاؤ، patient جاؤ، patient جاؤ، نئے رنگ کے انسان پیدا کرو۔</w:t>
      </w:r>
    </w:p>
    <w:p>
      <w:r>
        <w:rPr>
          <w:b/>
        </w:rPr>
        <w:t xml:space="preserve">[15:03] </w:t>
      </w:r>
      <w:r>
        <w:t>yeh thi hazrat ibrahim ki planning jo unhon ne makkah ke paas desert mein ki.</w:t>
      </w:r>
    </w:p>
    <w:p>
      <w:pPr>
        <w:jc w:val="right"/>
      </w:pPr>
      <w:r>
        <w:t>یہ تھی حضرت ابراہیم کی planning جو انہوں نے مکہ کے پاس ڈیزرٹ میں کی۔</w:t>
      </w:r>
    </w:p>
    <w:p>
      <w:r>
        <w:rPr>
          <w:b/>
        </w:rPr>
        <w:t xml:space="preserve">[15:12] </w:t>
      </w:r>
      <w:r>
        <w:t>isi mein se, isi nasal mein se paida hue woh saare log jin ko hum ashaab-e-rasool kehte hain. khud rasool Allah sal-lal-lahu alaihi wasallam se hi paida hue.</w:t>
      </w:r>
    </w:p>
    <w:p>
      <w:pPr>
        <w:jc w:val="right"/>
      </w:pPr>
      <w:r>
        <w:t>اسی میں سے، اسی نسل میں سے پیدا ہوئے وہ سارے لوگ جن کو ہم اصحاب رسول کہتے ہیں۔ خود رسول اللہ صلی اللہ علیہ وسلم سے ہی پیدا ہوئے۔</w:t>
      </w:r>
    </w:p>
    <w:p>
      <w:r>
        <w:rPr>
          <w:b/>
        </w:rPr>
        <w:t xml:space="preserve">[15:24] </w:t>
      </w:r>
      <w:r>
        <w:t>to yeh log jo the, un mein yeh conditioning se paak the. yeh wajah hai ke bahut jald unhon ne sachchai ko samajh liya.</w:t>
      </w:r>
    </w:p>
    <w:p>
      <w:pPr>
        <w:jc w:val="right"/>
      </w:pPr>
      <w:r>
        <w:t>تو یہ لوگ جو تھے، ان میں یہ conditioning سے پاک تھے۔ یہ وجہ ہے کہ بہت جلد انہوں نے سچائی کو سمجھ لیا۔</w:t>
      </w:r>
    </w:p>
    <w:p>
      <w:r>
        <w:rPr>
          <w:b/>
        </w:rPr>
        <w:t xml:space="preserve">[15:35] </w:t>
      </w:r>
      <w:r>
        <w:t>ek bada group bana. kaha jaata hai ke aap ke saahibiyon ki tadaad jab aap ki wafat hui taqreeban do lakh thi.</w:t>
      </w:r>
    </w:p>
    <w:p>
      <w:pPr>
        <w:jc w:val="right"/>
      </w:pPr>
      <w:r>
        <w:t>ایک بڑا گروپ بنا۔ کہا جاتا ہے کہ آپ کے ساتھیوں کی تعداد جب آپ کی وفات ہوئی تقریباً دو لاکھ تھی۔</w:t>
      </w:r>
    </w:p>
    <w:p>
      <w:r>
        <w:rPr>
          <w:b/>
        </w:rPr>
        <w:t xml:space="preserve">[15:48] </w:t>
      </w:r>
      <w:r>
        <w:t>yeh hai qissa. to rasool Allah sal-lal-lahu alaihi wasallam ne jo hajj kiya tha, us ko hum kehte hain hajjat-ul-wida.</w:t>
      </w:r>
    </w:p>
    <w:p>
      <w:pPr>
        <w:jc w:val="right"/>
      </w:pPr>
      <w:r>
        <w:t>یہ ہے قصہ۔ تو رسول اللہ صلی اللہ علیہ وسلم نے جو حج کیا تھا، اس کو ہم کہتے ہیں حجۃ الوداع۔</w:t>
      </w:r>
    </w:p>
    <w:p>
      <w:r>
        <w:rPr>
          <w:b/>
        </w:rPr>
        <w:t xml:space="preserve">[15:59] </w:t>
      </w:r>
      <w:r>
        <w:t>aap ne apni wafat se taqreeban do mahine pehle, is mauqe par aap ne woh saare maraasim jo ada kiye, isi ko aaj bhi log ada karte hain.</w:t>
      </w:r>
    </w:p>
    <w:p>
      <w:pPr>
        <w:jc w:val="right"/>
      </w:pPr>
      <w:r>
        <w:t>آپ نے اپنی وفات سے تقریباً دو مہینے پہلے، اس موقع پر آپ نے وہ سارے مراسم جو ادا کیے، اسی کو آج بھی لوگ ادا کرتے ہیں۔</w:t>
      </w:r>
    </w:p>
    <w:p>
      <w:r>
        <w:rPr>
          <w:b/>
        </w:rPr>
        <w:t xml:space="preserve">[16:11] </w:t>
      </w:r>
      <w:r>
        <w:t>isi ko partial sense mein hum eid-ul-azha ke mauqe par ada karte hain.</w:t>
      </w:r>
    </w:p>
    <w:p>
      <w:pPr>
        <w:jc w:val="right"/>
      </w:pPr>
      <w:r>
        <w:t>اسی کو partial sense میں ہم عید الاضحیٰ کے موقع پر ادا کرتے ہیں۔</w:t>
      </w:r>
    </w:p>
    <w:p>
      <w:r>
        <w:rPr>
          <w:b/>
        </w:rPr>
        <w:t xml:space="preserve">[16:18] </w:t>
      </w:r>
      <w:r>
        <w:t>to woh kya tha? woh kya tha?</w:t>
      </w:r>
    </w:p>
    <w:p>
      <w:pPr>
        <w:jc w:val="right"/>
      </w:pPr>
      <w:r>
        <w:t>تو وہ کیا تھا؟ وہ کیا تھا؟</w:t>
      </w:r>
    </w:p>
    <w:p>
      <w:r>
        <w:rPr>
          <w:b/>
        </w:rPr>
        <w:t xml:space="preserve">[16:26] </w:t>
      </w:r>
      <w:r>
        <w:t>dekhiye, rasool Allah sal-lal-lahu alaihi wasallam ne tawaf kiya, sa'ee ki, shaitan ko kankariyan maari waghera waghera hote hue aap arafat mein waqoof kiya.</w:t>
      </w:r>
    </w:p>
    <w:p>
      <w:pPr>
        <w:jc w:val="right"/>
      </w:pPr>
      <w:r>
        <w:t>دیکھئے، رسول اللہ صلی اللہ علیہ وسلم نے طواف کیا، سائے کی، شیطان کو کنکریاں ماریں وغیرہ وغیرہ ہوتے ہوئے آپ عرفات میں وقوف کیا۔</w:t>
      </w:r>
    </w:p>
    <w:p>
      <w:r>
        <w:rPr>
          <w:b/>
        </w:rPr>
        <w:t xml:space="preserve">[16:39] </w:t>
      </w:r>
      <w:r>
        <w:t>aap ne jis ko hajj ka rukn-e-aazam maana jaata hai. hadith mein aata hai ke al-hajju arafah yaani arafah mein agar aap ne qiyam kar liya to aap ka hajj ho gaya.</w:t>
      </w:r>
    </w:p>
    <w:p>
      <w:pPr>
        <w:jc w:val="right"/>
      </w:pPr>
      <w:r>
        <w:t>آپ نے جس کو حج کا رکن اعظم مانا جاتا ہے۔ حدیث میں آتا ہے کہ الحج عرفہ یعنی عرفہ میں اگر آپ نے قیام کر لیا تو آپ کا حج ہو گیا۔</w:t>
      </w:r>
    </w:p>
    <w:p>
      <w:r>
        <w:rPr>
          <w:b/>
        </w:rPr>
        <w:t xml:space="preserve">[16:54] </w:t>
      </w:r>
      <w:r>
        <w:t>to is ka culmination hota hai arafah mein qiyam. poora hajj ka jo maraasim hai, us ka culmination hai arafah mein qiyam.</w:t>
      </w:r>
    </w:p>
    <w:p>
      <w:pPr>
        <w:jc w:val="right"/>
      </w:pPr>
      <w:r>
        <w:t>تو اس کا culmination ہوتا ہے عرفہ میں قیام۔ پورا حج کا جو مراسم ہے، اس کا culmination ہے عرفہ میں قیام۔</w:t>
      </w:r>
    </w:p>
    <w:p>
      <w:r>
        <w:rPr>
          <w:b/>
        </w:rPr>
        <w:t xml:space="preserve">[17:04] </w:t>
      </w:r>
      <w:r>
        <w:t>isi liye hai ke al-hajju arafah. ab dekhiye ke aap ne yeh sab jo kiya to kya yeh sirf yeh kuch rituals the?</w:t>
      </w:r>
    </w:p>
    <w:p>
      <w:pPr>
        <w:jc w:val="right"/>
      </w:pPr>
      <w:r>
        <w:t>اسی لیے ہے کہ الحج عرفہ۔ اب دیکھئے کہ آپ نے یہ سب جو کیا تو کیا یہ صرف یہ کچھ rituals تھے؟</w:t>
      </w:r>
    </w:p>
    <w:p>
      <w:r>
        <w:rPr>
          <w:b/>
        </w:rPr>
        <w:t xml:space="preserve">[17:20] </w:t>
      </w:r>
      <w:r>
        <w:t>koi rasmein thin? nahin, yeh aap ne ek illustrate kiya is baat ko ke Allah ke sachche maanne wale ko kya karna hai.</w:t>
      </w:r>
    </w:p>
    <w:p>
      <w:pPr>
        <w:jc w:val="right"/>
      </w:pPr>
      <w:r>
        <w:t>کوئی رسمیں تھیں؟ نہیں، یہ آپ نے ایک illustrate کیا اس بات کو کہ اللہ کے سچے ماننے والے کو کیا کرنا ہے۔</w:t>
      </w:r>
    </w:p>
    <w:p>
      <w:r>
        <w:rPr>
          <w:b/>
        </w:rPr>
        <w:t xml:space="preserve">[17:37] </w:t>
      </w:r>
      <w:r>
        <w:t>us ko Allah ke gird tawaf karna hai, Allah ke mission ke liye daudna hai, Allah ke liye qurbaaniyan dena hai, Allah ke liye sona hai, Allah ke liye jaagna hai, Allah ke liye theharna hai, Allah ke liye safar karna hai.</w:t>
      </w:r>
    </w:p>
    <w:p>
      <w:pPr>
        <w:jc w:val="right"/>
      </w:pPr>
      <w:r>
        <w:t>اس کو اللہ کے گرد طواف کرنا ہے، اللہ کے مشن کے لیے دوڑنا ہے، اللہ کے لیے قربانیاں دینا ہے، اللہ کے لیے سونا ہے، اللہ کے لیے جاگنا ہے، اللہ کے لیے ٹھہرنا ہے، اللہ کے لیے سفر کرنا ہے۔</w:t>
      </w:r>
    </w:p>
    <w:p>
      <w:r>
        <w:rPr>
          <w:b/>
        </w:rPr>
        <w:t xml:space="preserve">[17:52] </w:t>
      </w:r>
      <w:r>
        <w:t>yaani dawat-e-ilallah ke liye. yeh saari sar-garmiyaan dawat-e-ilallah ke liye. ek saahib ne likha hai, ek mufassir ne ke hajj</w:t>
      </w:r>
    </w:p>
    <w:p>
      <w:pPr>
        <w:jc w:val="right"/>
      </w:pPr>
      <w:r>
        <w:t>یعنی دعوت اللہ کے لیے۔ یہ ساری سرگرمیاں دعوت اللہ کے لیے۔ ایک صاحب نے لکھا ہے، ایک مفسر نے کہ حج</w:t>
      </w:r>
    </w:p>
    <w:p>
      <w:r>
        <w:rPr>
          <w:b/>
        </w:rPr>
        <w:t xml:space="preserve">[18:08] </w:t>
      </w:r>
      <w:r>
        <w:t>jihad ki mashq hai. magar yeh baat sahi nahin hai. hajj dawat-e-ilallah ki mashq hai. dawat-e-ilallah ki mashq hai jihad.</w:t>
      </w:r>
    </w:p>
    <w:p>
      <w:pPr>
        <w:jc w:val="right"/>
      </w:pPr>
      <w:r>
        <w:t>جہاد کی مشق ہے۔ مگر یہ بات صحیح نہیں ہے۔ حج دعوت اللہ کی مشق ہے۔ دعوت اللہ کی مشق ہے جہاد۔</w:t>
      </w:r>
    </w:p>
    <w:p>
      <w:r>
        <w:rPr>
          <w:b/>
        </w:rPr>
        <w:t xml:space="preserve">[18:19] </w:t>
      </w:r>
      <w:r>
        <w:t>saari jo kaarrawaiyan hoti hain, haqeeqatan woh ajzaa hain ek daai ke. phir aap dekhiye, arafat ke maidan mein rasool Allah aaye, saare sahaba aaye to wahan par ek pahaadi hai jis ko kehte hain jabal-e-rahmat.</w:t>
      </w:r>
    </w:p>
    <w:p>
      <w:pPr>
        <w:jc w:val="right"/>
      </w:pPr>
      <w:r>
        <w:t>ساری جو کارروائیاں ہوتی ہیں، حقیقتاً وہ اجزاء ہیں ایک داعی کے۔ پھر آپ دیکھئے، عرفات کے میدان میں رسول اللہ آئے، سارے صحابہ آئے تو وہاں پر ایک پہاڑی ہے جس کو کہتے ہیں جبل رحمت۔</w:t>
      </w:r>
    </w:p>
    <w:p>
      <w:r>
        <w:rPr>
          <w:b/>
        </w:rPr>
        <w:t xml:space="preserve">[18:40] </w:t>
      </w:r>
      <w:r>
        <w:t>wahan par khare ho kar aap ne ek khutba diya. dekhiye, itne saare logon mein ek lakh chobis hazar wahan par thay maujood.</w:t>
      </w:r>
    </w:p>
    <w:p>
      <w:pPr>
        <w:jc w:val="right"/>
      </w:pPr>
      <w:r>
        <w:t>وہاں پر کھڑے ہو کر آپ نے ایک خطبہ دیا۔ دیکھئے، اتنے سارے لوگوں میں ایک لاکھ چوبیس ہزار وہاں پر تھے موجود۔</w:t>
      </w:r>
    </w:p>
    <w:p>
      <w:r>
        <w:rPr>
          <w:b/>
        </w:rPr>
        <w:t xml:space="preserve">[18:50] </w:t>
      </w:r>
      <w:r>
        <w:t>sab tak aap ki awaz nahi pahunch sakti thi. to is ki shakal yeh hui. kaha jata hai ke abbas jo aap ke chacha thay, woh jahez soot thay.</w:t>
      </w:r>
    </w:p>
    <w:p>
      <w:pPr>
        <w:jc w:val="right"/>
      </w:pPr>
      <w:r>
        <w:t>سب تک آپ کی آواز نہیں پہنچ سکتی تھی۔ تو اس کی شکل یہ ہوئی۔ کہا جاتا ہے کہ عباس جو آپ کے چچا تھے، وہ جہیز سوت تھے۔</w:t>
      </w:r>
    </w:p>
    <w:p>
      <w:r>
        <w:rPr>
          <w:b/>
        </w:rPr>
        <w:t xml:space="preserve">[19:04] </w:t>
      </w:r>
      <w:r>
        <w:t>yani un ki awaz bohat buland hoti thi. to wahan shakal yeh thi ke rasool Allah bolte thay, phir hazrat abbas is ko zyada buland awaz se bolte thay taake logon tak baat pahunche.</w:t>
      </w:r>
    </w:p>
    <w:p>
      <w:pPr>
        <w:jc w:val="right"/>
      </w:pPr>
      <w:r>
        <w:t>یعنی ان کی آواز بہت بلند ہوتی تھی۔ تو وہاں شکل یہ تھی کہ رسول اللہ بولتے تھے، پھر حضرت عباس اس کو زیادہ بلند آواز سے بولتے تھے تاکہ لوگوں تک بات پہنچے۔</w:t>
      </w:r>
    </w:p>
    <w:p>
      <w:r>
        <w:rPr>
          <w:b/>
        </w:rPr>
        <w:t xml:space="preserve">[19:19] </w:t>
      </w:r>
      <w:r>
        <w:t>is tarah hua yeh sab. is Hajjat al-Wida mein rasool Allah ne jo baatein kahi theen, us se logon ne ek bohat bara lafz daryaft kiya hai ke woh hai huqooq insani ka manshoor.</w:t>
      </w:r>
    </w:p>
    <w:p>
      <w:pPr>
        <w:jc w:val="right"/>
      </w:pPr>
      <w:r>
        <w:t>اس طرح ہوا یہ سب۔ اس حجۃ الوداع میں رسول اللہ نے جو باتیں کہی تھیں، اس سے لوگوں نے ایک بہت بڑا لفظ دریافت کیا ہے کہ وہ ہے حقوق انسانی کا منشور۔</w:t>
      </w:r>
    </w:p>
    <w:p>
      <w:r>
        <w:rPr>
          <w:b/>
        </w:rPr>
        <w:t xml:space="preserve">[19:31] </w:t>
      </w:r>
      <w:r>
        <w:t>mein is se ittefaq nahi karta. huqooq insani ka manshoor to ek bohat choti cheez hai. nahi, woh dawat Allah ki planning thi.</w:t>
      </w:r>
    </w:p>
    <w:p>
      <w:pPr>
        <w:jc w:val="right"/>
      </w:pPr>
      <w:r>
        <w:t>میں اس سے اتفاق نہیں کرتا۔ حقوق انسانی کا منشور تو ایک بہت چھوٹی چیز ہے۔ نہیں، وہ دعوت اللہ کی planning تھی۔</w:t>
      </w:r>
    </w:p>
    <w:p>
      <w:r>
        <w:rPr>
          <w:b/>
        </w:rPr>
        <w:t xml:space="preserve">[19:44] </w:t>
      </w:r>
      <w:r>
        <w:t>abadi zindagi. huqooq insani ka manshoor kya hai? manshoor ka matlab hota hai declaration yani declaration of human rights.</w:t>
      </w:r>
    </w:p>
    <w:p>
      <w:pPr>
        <w:jc w:val="right"/>
      </w:pPr>
      <w:r>
        <w:t>ابدی زندگی۔ حقوق انسانی کا منشور کیا ہے؟ منشور کا مطلب ہوتا ہے declaration یعنی declaration of human rights۔</w:t>
      </w:r>
    </w:p>
    <w:p>
      <w:r>
        <w:rPr>
          <w:b/>
        </w:rPr>
        <w:t xml:space="preserve">[19:57] </w:t>
      </w:r>
      <w:r>
        <w:t>huqooq insani ka manshoor kya hai? dunya ki zindagi mein jo insan ke rights hain, us ka ailan.</w:t>
      </w:r>
    </w:p>
    <w:p>
      <w:pPr>
        <w:jc w:val="right"/>
      </w:pPr>
      <w:r>
        <w:t>حقوق انسانی کا منشور کیا ہے؟ دنیا کی زندگی میں جو انسان کے rights ہیں، اس کا اعلان۔</w:t>
      </w:r>
    </w:p>
    <w:p>
      <w:r>
        <w:rPr>
          <w:b/>
        </w:rPr>
        <w:t xml:space="preserve">[20:10] </w:t>
      </w:r>
      <w:r>
        <w:t>yeh to bohat choti cheez hai. rasool Allah aleh-e-salam se ayat hai ke insan ko abadi kamyabi ka rasta dikhaen.</w:t>
      </w:r>
    </w:p>
    <w:p>
      <w:pPr>
        <w:jc w:val="right"/>
      </w:pPr>
      <w:r>
        <w:t>یہ تو بہت چھوٹی چیز ہے۔ رسول اللہ علیہ وسلم سے آیت ہے کہ انسان کو ابدی کامیابی کا راستہ دکھائیں۔</w:t>
      </w:r>
    </w:p>
    <w:p>
      <w:r>
        <w:rPr>
          <w:b/>
        </w:rPr>
        <w:t xml:space="preserve">[20:20] </w:t>
      </w:r>
      <w:r>
        <w:t>aap jante hain ke insan ki zindagi dunya mein shuru hoti hai lekin phir us ko eternity tak jari rehti hai. abadi taur par.</w:t>
      </w:r>
    </w:p>
    <w:p>
      <w:pPr>
        <w:jc w:val="right"/>
      </w:pPr>
      <w:r>
        <w:t>آپ جانتے ہیں کہ انسان کی زندگی دنیا میں شروع ہوتی ہے لیکن پھر اس کو eternity تک جاری رہتی ہے۔ ابدی طور پر۔</w:t>
      </w:r>
    </w:p>
    <w:p>
      <w:r>
        <w:rPr>
          <w:b/>
        </w:rPr>
        <w:t xml:space="preserve">[20:31] </w:t>
      </w:r>
      <w:r>
        <w:t>to is poori zindagi mein guide karne ke liye rasool Allah aaye thay. to Hajjat al-Wida ka jo khutba hai, woh mere nazdeek is ka yeh sahi taabeer nahi ke huqooq insaan ka manshoor tha woh.</w:t>
      </w:r>
    </w:p>
    <w:p>
      <w:pPr>
        <w:jc w:val="right"/>
      </w:pPr>
      <w:r>
        <w:t>تو اس پوری زندگی میں guide کرنے کے لیے رسول اللہ آئے تھے۔ تو حجۃ الوداع کا جو خطبہ ہے، وہ میرے نزدیک اس کا یہ صحیح تعبیر نہیں کہ حقوق انسان کا منشور تھا وہ۔</w:t>
      </w:r>
    </w:p>
    <w:p>
      <w:r>
        <w:rPr>
          <w:b/>
        </w:rPr>
        <w:t xml:space="preserve">[20:49] </w:t>
      </w:r>
      <w:r>
        <w:t>nahi, is mein jo baatein hain ke woh ek daur ka khataama aur doosre daur ka aaghaz is ka ailan kiya aap ne.</w:t>
      </w:r>
    </w:p>
    <w:p>
      <w:pPr>
        <w:jc w:val="right"/>
      </w:pPr>
      <w:r>
        <w:t>نہیں، اس میں جو باتیں ہیں کہ وہ ایک دور کا خاتمہ اور دوسرے دور کا آغاز اس کا اعلان کیا آپ نے۔</w:t>
      </w:r>
    </w:p>
    <w:p>
      <w:r>
        <w:rPr>
          <w:b/>
        </w:rPr>
        <w:t xml:space="preserve">[20:59] </w:t>
      </w:r>
      <w:r>
        <w:t>yani woh daur jo ladai bhai par chalta tha, jo maal ki chhan jhap par chalta tha, us mein yahi sab baatein hain.</w:t>
      </w:r>
    </w:p>
    <w:p>
      <w:pPr>
        <w:jc w:val="right"/>
      </w:pPr>
      <w:r>
        <w:t>یعنی وہ دور جو لڑائی بھائی پر چلتا تھا، جو مال کی چھن جھپٹ پر چلتا تھا، اس میں یہی سب باتیں ہیں۔</w:t>
      </w:r>
    </w:p>
    <w:p>
      <w:r>
        <w:rPr>
          <w:b/>
        </w:rPr>
        <w:t xml:space="preserve">[21:09] </w:t>
      </w:r>
      <w:r>
        <w:t>to yeh jo hota tha qabaili daur mein, aap ne ailan kiya ke aaj se sab cheezein khatam. ab ek naya daur shuru hoga.</w:t>
      </w:r>
    </w:p>
    <w:p>
      <w:pPr>
        <w:jc w:val="right"/>
      </w:pPr>
      <w:r>
        <w:t>تو یہ جو ہوتا تھا قبائلی دور میں، آپ نے اعلان کیا کہ آج سے سب چیزیں ختم۔ اب ایک نیا دور شروع ہوگا۔</w:t>
      </w:r>
    </w:p>
    <w:p>
      <w:r>
        <w:rPr>
          <w:b/>
        </w:rPr>
        <w:t xml:space="preserve">[21:19] </w:t>
      </w:r>
      <w:r>
        <w:t>woh daur hoga Khuda rakhi daur, aakhirat rakhi daur, God oriented daur.</w:t>
      </w:r>
    </w:p>
    <w:p>
      <w:pPr>
        <w:jc w:val="right"/>
      </w:pPr>
      <w:r>
        <w:t>وہ دور ہوگا خدا رخی دور، آخرت رخی دور، God oriented دور۔</w:t>
      </w:r>
    </w:p>
    <w:p>
      <w:r>
        <w:rPr>
          <w:b/>
        </w:rPr>
        <w:t xml:space="preserve">[21:29] </w:t>
      </w:r>
      <w:r>
        <w:t>yeh daur hoga. aur jo ahl-e-iman hain, hamesha ke liye is ke messenger banenge, dawat Allah ka kaam karenge.</w:t>
      </w:r>
    </w:p>
    <w:p>
      <w:pPr>
        <w:jc w:val="right"/>
      </w:pPr>
      <w:r>
        <w:t>یہ دور ہوگا۔ اور جو اہل ایمان ہیں، ہمیشہ کے لیے اس کے messenger بنیں گے، دعوت اللہ کا کام کریں گے۔</w:t>
      </w:r>
    </w:p>
    <w:p>
      <w:r>
        <w:rPr>
          <w:b/>
        </w:rPr>
        <w:t xml:space="preserve">[21:41] </w:t>
      </w:r>
      <w:r>
        <w:t>ab pehle jo baatein aap ne farmayi theen is mauqe par,</w:t>
      </w:r>
    </w:p>
    <w:p>
      <w:pPr>
        <w:jc w:val="right"/>
      </w:pPr>
      <w:r>
        <w:t>اب پہلے جو باتیں آپ نے فرمائی تھیں اس موقع پر،</w:t>
      </w:r>
    </w:p>
    <w:p>
      <w:r>
        <w:rPr>
          <w:b/>
        </w:rPr>
        <w:t xml:space="preserve">[21:47] </w:t>
      </w:r>
      <w:r>
        <w:t>to is mein yeh hai ke aap ne khitab karte hue kaha,</w:t>
      </w:r>
    </w:p>
    <w:p>
      <w:pPr>
        <w:jc w:val="right"/>
      </w:pPr>
      <w:r>
        <w:t>تو اس میں یہ ہے کہ آپ نے خطاب کرتے ہوئے کہا،</w:t>
      </w:r>
    </w:p>
    <w:p>
      <w:r>
        <w:rPr>
          <w:b/>
        </w:rPr>
        <w:t xml:space="preserve">[21:55] </w:t>
      </w:r>
      <w:r>
        <w:t>kaha jata hai ke is waqt ek lakh chobis hazar sahaba wahan maujood thay.</w:t>
      </w:r>
    </w:p>
    <w:p>
      <w:pPr>
        <w:jc w:val="right"/>
      </w:pPr>
      <w:r>
        <w:t>کہا جاتا ہے کہ اس وقت ایک لاکھ چوبیس ہزار صحابہ وہاں موجود تھے۔</w:t>
      </w:r>
    </w:p>
    <w:p>
      <w:r>
        <w:rPr>
          <w:b/>
        </w:rPr>
        <w:t xml:space="preserve">[22:02] </w:t>
      </w:r>
      <w:r>
        <w:t>kul tadad agarche do lakh thi lekin bohat se log jo boorhe thay, bachche thay, aurtein theen, wahan nahi pahunche thay.</w:t>
      </w:r>
    </w:p>
    <w:p>
      <w:pPr>
        <w:jc w:val="right"/>
      </w:pPr>
      <w:r>
        <w:t>کل تعداد اگرچہ دو لاکھ تھی لیکن بہت سے لوگ جو بوڑھے تھے، بچے تھے، عورتیں تھیں، وہاں نہیں پہنچے تھے۔</w:t>
      </w:r>
    </w:p>
    <w:p>
      <w:r>
        <w:rPr>
          <w:b/>
        </w:rPr>
        <w:t xml:space="preserve">[22:11] </w:t>
      </w:r>
      <w:r>
        <w:t>is lihaaz se ek lakh chobis hazar thay woh log. to aap ne kaha is waqt, yani aap ki awaz goonji wahan par, aap ki zabaan se phir abbas ki zabaan se, wahan ki fazaon mein.</w:t>
      </w:r>
    </w:p>
    <w:p>
      <w:pPr>
        <w:jc w:val="right"/>
      </w:pPr>
      <w:r>
        <w:t>اس لحاظ سے ایک لاکھ چوبیس ہزار تھے وہ لوگ۔ تو آپ نے کہا اس وقت، یعنی آپ کی آواز گونجی وہاں پر، آپ کی زبان سے پھر عباس کی زبان سے، وہاں کی فضاؤں میں۔</w:t>
      </w:r>
    </w:p>
    <w:p>
      <w:r>
        <w:rPr>
          <w:b/>
        </w:rPr>
        <w:t xml:space="preserve">[22:32] </w:t>
      </w:r>
      <w:r>
        <w:t>Eha nas. innal-laha wasil rehmatan lil-nas kafatan fa-addu anni.</w:t>
      </w:r>
    </w:p>
    <w:p>
      <w:pPr>
        <w:jc w:val="right"/>
      </w:pPr>
      <w:r>
        <w:t>ایہا الناس۔ ان اللہ واصل رحمت للناس کافتا فعدو عنی۔</w:t>
      </w:r>
    </w:p>
    <w:p>
      <w:r>
        <w:rPr>
          <w:b/>
        </w:rPr>
        <w:t xml:space="preserve">[22:41] </w:t>
      </w:r>
      <w:r>
        <w:t>ae logon! Allah ne mujh ko sari dunya ke liye rehmat bana kar bheja hai. to yeh paigham tum saare insanon tak pahuncha do.</w:t>
      </w:r>
    </w:p>
    <w:p>
      <w:pPr>
        <w:jc w:val="right"/>
      </w:pPr>
      <w:r>
        <w:t>اے لوگوں! اللہ نے مجھ کو ساری دنیا کے لیے رحمت بنا کر بھیجا ہے۔ تو یہ پیغام تم سارے انسانوں تک پہنچا دو۔</w:t>
      </w:r>
    </w:p>
    <w:p>
      <w:r>
        <w:rPr>
          <w:b/>
        </w:rPr>
        <w:t xml:space="preserve">[22:56] </w:t>
      </w:r>
      <w:r>
        <w:t>yeh awaz aap ne kahi aur ek lakh chobis hazar insanon ne suni. ab aap ghor paaiye ke rasool Allah sallal-lahu alai-hi wa sallam to qayamat tak ke nabi hain aur yeh bhi hai ke Quran mein aaya hai ke li-yakuna lil-alamin nadhira.</w:t>
      </w:r>
    </w:p>
    <w:p>
      <w:pPr>
        <w:jc w:val="right"/>
      </w:pPr>
      <w:r>
        <w:t>یہ آواز آپ نے کہی اور ایک لاکھ چوبیس ہزار انسانوں نے سنی۔ اب آپ غور پائیے کہ رسول اللہ صلی اللہ علیہ وسلم تو قیامت تک کے نبی ہیں اور یہ بھی ہے کہ قرآن میں آیا ہے کہ لیکون للعالمین الذیرا۔</w:t>
      </w:r>
    </w:p>
    <w:p>
      <w:r>
        <w:rPr>
          <w:b/>
        </w:rPr>
        <w:t xml:space="preserve">[23:18] </w:t>
      </w:r>
      <w:r>
        <w:t>saare insanon ke liye woh warner bane, azaab ke noor bane. to kya rasool Allah ki awaz bas wahin par khatam ho gayi?</w:t>
      </w:r>
    </w:p>
    <w:p>
      <w:pPr>
        <w:jc w:val="right"/>
      </w:pPr>
      <w:r>
        <w:t>سارے انسانوں کے لیے وہ وارڈر بنے، اعضاء کے نوڑے بنے۔ تو کیا رسول اللہ کی آواز بس وہیں پر ختم ہو گئی؟</w:t>
      </w:r>
    </w:p>
    <w:p>
      <w:r>
        <w:rPr>
          <w:b/>
        </w:rPr>
        <w:t xml:space="preserve">[23:30] </w:t>
      </w:r>
      <w:r>
        <w:t>haji jo aate hain wahan labbaik labbaik kehte hue hazir hote hain wahan par. is ka matlab kya hota hai?</w:t>
      </w:r>
    </w:p>
    <w:p>
      <w:pPr>
        <w:jc w:val="right"/>
      </w:pPr>
      <w:r>
        <w:t>حاجی جو آتے ہیں وہاں لبیک لبیک کہتے ہوئے حاضر ہوتے ہیں وہاں پر۔ اس کا مطلب کیا ہوتا ہے؟</w:t>
      </w:r>
    </w:p>
    <w:p>
      <w:r>
        <w:rPr>
          <w:b/>
        </w:rPr>
        <w:t xml:space="preserve">[23:39] </w:t>
      </w:r>
      <w:r>
        <w:t>is ko samjhiye.</w:t>
      </w:r>
    </w:p>
    <w:p>
      <w:pPr>
        <w:jc w:val="right"/>
      </w:pPr>
      <w:r>
        <w:t>اس کو سمجھئے۔</w:t>
      </w:r>
    </w:p>
    <w:p>
      <w:r>
        <w:rPr>
          <w:b/>
        </w:rPr>
        <w:t xml:space="preserve">[23:43] </w:t>
      </w:r>
      <w:r>
        <w:t>yani wahan par tamam haji yeh kehte hue woh pohnchte hain ke labbaik allahumma labbaik, labbaik allahumma labbaik.</w:t>
      </w:r>
    </w:p>
    <w:p>
      <w:pPr>
        <w:jc w:val="right"/>
      </w:pPr>
      <w:r>
        <w:t>یعنی وہاں پر تمام حاجی یہ کہتے ہوئے وہ پہنچتے ہیں کہ لبیک اللہم لبیک، لبیک اللہم لبیک۔</w:t>
      </w:r>
    </w:p>
    <w:p>
      <w:r>
        <w:rPr>
          <w:b/>
        </w:rPr>
        <w:t xml:space="preserve">[23:52] </w:t>
      </w:r>
      <w:r>
        <w:t>ae allah! mein hazir hoon.</w:t>
      </w:r>
    </w:p>
    <w:p>
      <w:pPr>
        <w:jc w:val="right"/>
      </w:pPr>
      <w:r>
        <w:t>اے اللہ! میں حاضر ہوں۔</w:t>
      </w:r>
    </w:p>
    <w:p>
      <w:r>
        <w:rPr>
          <w:b/>
        </w:rPr>
        <w:t xml:space="preserve">[23:58] </w:t>
      </w:r>
      <w:r>
        <w:t>ae allah! mein hazir hoon. to hazir kis baat ke liye? hazir kis baat ke liye? is baat ke liye ke allah ke peghambar ne jo mission diya tha,</w:t>
      </w:r>
    </w:p>
    <w:p>
      <w:pPr>
        <w:jc w:val="right"/>
      </w:pPr>
      <w:r>
        <w:t>اے اللہ! میں حاضر ہوں۔ تو حاضر کس بات کے لیے؟ حاضر کس بات کے لیے؟ اس بات کے لیے کہ اللہ کے پیغمبر نے جو مشن دیا تھا،</w:t>
      </w:r>
    </w:p>
    <w:p>
      <w:r>
        <w:rPr>
          <w:b/>
        </w:rPr>
        <w:t xml:space="preserve">[24:12] </w:t>
      </w:r>
      <w:r>
        <w:t>woh mission khatam nahi ho gaya. in ek lakh chobees hazar insanon par haji yeh kehta hai ke ae allah!</w:t>
      </w:r>
    </w:p>
    <w:p>
      <w:pPr>
        <w:jc w:val="right"/>
      </w:pPr>
      <w:r>
        <w:t>وہ مشن ختم نہیں ہو گیا۔ ان ایک لاکھ چوبیس ہزار انسانوں پر حاجی یہ کہتا ہے کہ اے اللہ!</w:t>
      </w:r>
    </w:p>
    <w:p>
      <w:r>
        <w:rPr>
          <w:b/>
        </w:rPr>
        <w:t xml:space="preserve">[24:26] </w:t>
      </w:r>
      <w:r>
        <w:t>mein hazir hoon ke mein dobara yahan ahad karoon ya parhez loon ke is mission ko mein aage badhaunga. mushrika nahi hai.</w:t>
      </w:r>
    </w:p>
    <w:p>
      <w:pPr>
        <w:jc w:val="right"/>
      </w:pPr>
      <w:r>
        <w:t>میں حاضر ہوں کہ میں دوبارہ یہاں عہد کروں یا پرہیز لوں کہ اس مشن کو میں آگے بڑھاؤں گا۔ مشرکہ نہیں ہے۔</w:t>
      </w:r>
    </w:p>
    <w:p>
      <w:r>
        <w:rPr>
          <w:b/>
        </w:rPr>
        <w:t xml:space="preserve">[24:39] </w:t>
      </w:r>
      <w:r>
        <w:t>is ka tasalsul jari hai, woh continue hai. yeh hai matlab labbaik allahumma labbaik ka.</w:t>
      </w:r>
    </w:p>
    <w:p>
      <w:pPr>
        <w:jc w:val="right"/>
      </w:pPr>
      <w:r>
        <w:t>اس کا تسلسل جاری ہے، وہ کنٹینیو ہے۔ یہ ہے مطلب لبیک اللہم لبیک کا۔</w:t>
      </w:r>
    </w:p>
    <w:p>
      <w:r>
        <w:rPr>
          <w:b/>
        </w:rPr>
        <w:t xml:space="preserve">[24:52] </w:t>
      </w:r>
      <w:r>
        <w:t>to haj mein jo log jate hain, woh miras ada karne nahi aate</w:t>
      </w:r>
    </w:p>
    <w:p>
      <w:pPr>
        <w:jc w:val="right"/>
      </w:pPr>
      <w:r>
        <w:t>تو حج میں جو لوگ جاتے ہیں، وہ میراث ادا کرنے نہیں آتے</w:t>
      </w:r>
    </w:p>
    <w:p>
      <w:r>
        <w:rPr>
          <w:b/>
        </w:rPr>
        <w:t xml:space="preserve">[25:01] </w:t>
      </w:r>
      <w:r>
        <w:t>balkeh arafat ke maidan mein jama ho kar goya ke dobara rasool ki awaz khud sunne ke liye jate.</w:t>
      </w:r>
    </w:p>
    <w:p>
      <w:pPr>
        <w:jc w:val="right"/>
      </w:pPr>
      <w:r>
        <w:t>بلکہ عرفات کے میدان میں جمع ہو کر گویا کہ دوبارہ رسول کی آواز خود سننے کے لیے جاتے۔</w:t>
      </w:r>
    </w:p>
    <w:p>
      <w:r>
        <w:rPr>
          <w:b/>
        </w:rPr>
        <w:t xml:space="preserve">[25:13] </w:t>
      </w:r>
      <w:r>
        <w:t>mein jab yeh baatein soch raha hoon to aisa lagta hai ke woh awaz goonjti hui mujh tak pohnch rahi hai. rasool allah jo awaz bole the, woh faza mein goonjti hui mujh tak pohnch rahi hai aur yeh keh rahi hai ke yeh mission seventh century ad mein khatam nahi ho gaya,</w:t>
      </w:r>
    </w:p>
    <w:p>
      <w:pPr>
        <w:jc w:val="right"/>
      </w:pPr>
      <w:r>
        <w:t>میں جب یہ باتیں سوچ رہا ہوں تو ایسا لگتا ہے کہ وہ آواز گونجتی ہوئی مجھ تک پہنچ رہی ہے۔ رسول اللہ جو آواز بولے تھے، وہ فضا میں گونجتی ہوئی مجھ تک پہنچ رہی ہے اور یہ کہہ رہی ہے کہ یہ مشن سیونتھ سینچری اے ڈی میں ختم نہیں ہو گیا،</w:t>
      </w:r>
    </w:p>
    <w:p>
      <w:r>
        <w:rPr>
          <w:b/>
        </w:rPr>
        <w:t xml:space="preserve">[25:38] </w:t>
      </w:r>
      <w:r>
        <w:t>is ko pohnchna hai twenty first century tak.</w:t>
      </w:r>
    </w:p>
    <w:p>
      <w:pPr>
        <w:jc w:val="right"/>
      </w:pPr>
      <w:r>
        <w:t>اس کو پہنچنا ہے ٹونٹی فرسٹ سینچری تک۔</w:t>
      </w:r>
    </w:p>
    <w:p>
      <w:r>
        <w:rPr>
          <w:b/>
        </w:rPr>
        <w:t xml:space="preserve">[25:44] </w:t>
      </w:r>
      <w:r>
        <w:t>to jab haji wahan jata hai to haqeeqatan woh ek pledge day le ke aata hai. pledge! aisa kyun nahi hota ke haji lotte hain to woh mission zinda kyun nahi hota?</w:t>
      </w:r>
    </w:p>
    <w:p>
      <w:pPr>
        <w:jc w:val="right"/>
      </w:pPr>
      <w:r>
        <w:t>تو جب حاجی وہاں جاتا ہے تو حقیقتاً وہ ایک پلیج ڈیلی لے کے آتا ہے۔ پلیج! ایسا کیوں نہیں ہوتا کہ حاجی لوٹتے ہیں تو وہ مشن زندہ کیوں نہیں ہوتا؟</w:t>
      </w:r>
    </w:p>
    <w:p>
      <w:r>
        <w:rPr>
          <w:b/>
        </w:rPr>
        <w:t xml:space="preserve">[26:01] </w:t>
      </w:r>
      <w:r>
        <w:t>ibrahimi mission zinda kyun nahi hota? is liye ke without preparation jate hain woh. woh prepared mind ke sath wahan nahi jate.</w:t>
      </w:r>
    </w:p>
    <w:p>
      <w:pPr>
        <w:jc w:val="right"/>
      </w:pPr>
      <w:r>
        <w:t>ابراہیمی مشن زندہ کیوں نہیں ہوتا؟ اس لیے کہ ودا آؤٹ پریپریشن جاتے ہیں وہ۔ وہ پریپیرڈ مائنڈ کے ساتھ وہاں نہیں جاتے۔</w:t>
      </w:r>
    </w:p>
    <w:p>
      <w:r>
        <w:rPr>
          <w:b/>
        </w:rPr>
        <w:t xml:space="preserve">[26:13] </w:t>
      </w:r>
      <w:r>
        <w:t>without preparation</w:t>
      </w:r>
    </w:p>
    <w:p>
      <w:pPr>
        <w:jc w:val="right"/>
      </w:pPr>
      <w:r>
        <w:t>ودا آؤٹ پریپریشن</w:t>
      </w:r>
    </w:p>
    <w:p>
      <w:r>
        <w:rPr>
          <w:b/>
        </w:rPr>
        <w:t xml:space="preserve">[26:18] </w:t>
      </w:r>
      <w:r>
        <w:t>hajiyon ko zaroorat hai ke bataya jaye ke tum jo ja rahe ho to kis liye ja rahe ho. un ko yeh ayat batayi jaye quran majeed ki jo surah al-haj mein hai ke jahidu fi allah haq jihadi.</w:t>
      </w:r>
    </w:p>
    <w:p>
      <w:pPr>
        <w:jc w:val="right"/>
      </w:pPr>
      <w:r>
        <w:t>حاجیوں کو ضرورت ہے کہ بتایا جائے کہ تم جو جا رہے ہو تو کس لیے جا رہے ہو۔ ان کو یہ آیت بتائی جائے قرآن مجید کی جو سورہ الحج میں ہے کہ جاہدو فی اللہ حق جہادی۔</w:t>
      </w:r>
    </w:p>
    <w:p>
      <w:r>
        <w:rPr>
          <w:b/>
        </w:rPr>
        <w:t xml:space="preserve">[26:32] </w:t>
      </w:r>
      <w:r>
        <w:t>ke jihad ka matlab kya hai yahan? aage ke jo alfaaz hain woh yeh hain ke lakon rasool shaheedan alaikum wa takunu shuhada al-nas.</w:t>
      </w:r>
    </w:p>
    <w:p>
      <w:pPr>
        <w:jc w:val="right"/>
      </w:pPr>
      <w:r>
        <w:t>کہ جہاد کا مطلب کیا ہے یہاں؟ آگے کے جو الفاظ ہیں وہ یہ ہیں کہ لیکون الرسول شہیدا علیکم وتکون شہداء الناس۔</w:t>
      </w:r>
    </w:p>
    <w:p>
      <w:r>
        <w:rPr>
          <w:b/>
        </w:rPr>
        <w:t xml:space="preserve">[26:43] </w:t>
      </w:r>
      <w:r>
        <w:t>ek aur jagah yeh ayat aayi hai, is mein yeh lafz hain ke wa qad ja'alnakum ummatan wasatan litakunu shuhada al-nas wa yakuna al-rasool alaikum shaheedan.</w:t>
      </w:r>
    </w:p>
    <w:p>
      <w:pPr>
        <w:jc w:val="right"/>
      </w:pPr>
      <w:r>
        <w:t>ایک اور جگہ یہ آیت آئی ہے، اس میں یہ لفظ ہیں کہ وقضائے کا جالنا کو امت وسط لتکون شہداء الناس ویکون رسول علیکم شہیدا۔</w:t>
      </w:r>
    </w:p>
    <w:p>
      <w:r>
        <w:rPr>
          <w:b/>
        </w:rPr>
        <w:t xml:space="preserve">[26:55] </w:t>
      </w:r>
      <w:r>
        <w:t>dekhiye wasat ke maani hote hain beech. beech! to peghambar jo tha woh middle man bana.</w:t>
      </w:r>
    </w:p>
    <w:p>
      <w:pPr>
        <w:jc w:val="right"/>
      </w:pPr>
      <w:r>
        <w:t>دیکھئے وسط کے معنی ہوتے ہیں بیچ۔ بیچ! تو پیغمبر جو تھا وہ مڈل مین بنا۔</w:t>
      </w:r>
    </w:p>
    <w:p>
      <w:r>
        <w:rPr>
          <w:b/>
        </w:rPr>
        <w:t xml:space="preserve">[27:07] </w:t>
      </w:r>
      <w:r>
        <w:t>allah ke aur insanon ke darmiyan. allah aur insanon ke darmiyan peghambar middle man tha ke allah se jo paigham mila, us ko insanon tak pohnchaya.</w:t>
      </w:r>
    </w:p>
    <w:p>
      <w:pPr>
        <w:jc w:val="right"/>
      </w:pPr>
      <w:r>
        <w:t>اللہ کے اور انسانوں کے درمیان۔ اللہ اور انسانوں کے درمیان پیغمبر مڈل مین تھا کہ اللہ سے جو پیغام ملا، اس کو انسانوں تک پہنچایا۔</w:t>
      </w:r>
    </w:p>
    <w:p>
      <w:r>
        <w:rPr>
          <w:b/>
        </w:rPr>
        <w:t xml:space="preserve">[27:18] </w:t>
      </w:r>
      <w:r>
        <w:t>ab yeh ummat middle ummat hai</w:t>
      </w:r>
    </w:p>
    <w:p>
      <w:pPr>
        <w:jc w:val="right"/>
      </w:pPr>
      <w:r>
        <w:t>اب یہ امت مڈل امت ہے</w:t>
      </w:r>
    </w:p>
    <w:p>
      <w:r>
        <w:rPr>
          <w:b/>
        </w:rPr>
        <w:t xml:space="preserve">[27:23] </w:t>
      </w:r>
      <w:r>
        <w:t>ke rasool se jo mila, us ko insanon tak pohnchana hai.</w:t>
      </w:r>
    </w:p>
    <w:p>
      <w:pPr>
        <w:jc w:val="right"/>
      </w:pPr>
      <w:r>
        <w:t>کہ رسول سے جو ملا، اس کو انسانوں تک پہنچانا ہے۔</w:t>
      </w:r>
    </w:p>
    <w:p>
      <w:r>
        <w:rPr>
          <w:b/>
        </w:rPr>
        <w:t xml:space="preserve">[27:29] </w:t>
      </w:r>
      <w:r>
        <w:t>ab ayat ke is juz ko le kar sochiye aap lakon rasool shaheedan alaikum wa takunu shuhada al-nas. tab aap ke samne aayega ke yahan jihad ka matlab kya hai?</w:t>
      </w:r>
    </w:p>
    <w:p>
      <w:pPr>
        <w:jc w:val="right"/>
      </w:pPr>
      <w:r>
        <w:t>اب آیت کے اس جز کو لے کر سوچیے آپ لیکون رسول شہیدا علیکم وتکون شہداء الناس۔ تب آپ کے سامنے آئے گا کہ یہاں جہاد کا مطلب کیا ہے؟</w:t>
      </w:r>
    </w:p>
    <w:p>
      <w:r>
        <w:rPr>
          <w:b/>
        </w:rPr>
        <w:t xml:space="preserve">[27:41] </w:t>
      </w:r>
      <w:r>
        <w:t>jihad ka matlab na to ladna bhadna hai, na qital karna hai. yeh sab nahi hai. jihad ka matlab agla lafz wazeh kar raha hai.</w:t>
      </w:r>
    </w:p>
    <w:p>
      <w:pPr>
        <w:jc w:val="right"/>
      </w:pPr>
      <w:r>
        <w:t>جہاد کا مطلب نہ تو لڑنا بھڑنا ہے، نہ قتال کرنا ہے۔ یہ سب نہیں ہے۔ جہاد کا مطلب اگلا لفظ واضح کر رہا ہے۔</w:t>
      </w:r>
    </w:p>
    <w:p>
      <w:r>
        <w:rPr>
          <w:b/>
        </w:rPr>
        <w:t xml:space="preserve">[27:56] </w:t>
      </w:r>
      <w:r>
        <w:t>jihad ka matlab jihad shahadat hai yahan par. lakon rasool shaheedan alaikum wa takunu shuhada al-nas. jihad se murad jihad shahadat hai, jihad dawat hai, jihad tabligh hai.</w:t>
      </w:r>
    </w:p>
    <w:p>
      <w:pPr>
        <w:jc w:val="right"/>
      </w:pPr>
      <w:r>
        <w:t>جہاد کا مطلب جہاد شہادت ہے یہاں پر۔ لیکون رسول شہیدا علیکم وتکون شہداء الناس۔ جہاد سے مراد جہاد شہادت ہے، جہاد دعوت ہے، جہاد تبلیغ ہے۔</w:t>
      </w:r>
    </w:p>
    <w:p>
      <w:r>
        <w:rPr>
          <w:b/>
        </w:rPr>
        <w:t xml:space="preserve">[28:14] </w:t>
      </w:r>
      <w:r>
        <w:t>khud ayat ke alfaaz yeh mutayyan kar rahe hain ke yahan jihad se matlab kya hai? dekhiye jihad ka maani hai juddo jehad, utmost struggle.</w:t>
      </w:r>
    </w:p>
    <w:p>
      <w:pPr>
        <w:jc w:val="right"/>
      </w:pPr>
      <w:r>
        <w:t>خود آیت کے الفاظ یہ متعین کر رہے ہیں کہ یہاں جہاد سے مطلب کیا ہے؟ دیکھئے جہاد کا معنی ہے جدوجہد، ایٹ موسٹ اسٹرگل۔</w:t>
      </w:r>
    </w:p>
    <w:p>
      <w:r>
        <w:rPr>
          <w:b/>
        </w:rPr>
        <w:t xml:space="preserve">[28:24] </w:t>
      </w:r>
      <w:r>
        <w:t>yeh hai jihad. to goya ke dawat ke liye, shahadat ke liye, tablegh ke liye tum apni sari taqat laga do.</w:t>
      </w:r>
    </w:p>
    <w:p>
      <w:pPr>
        <w:jc w:val="right"/>
      </w:pPr>
      <w:r>
        <w:t>یہ ہے جہاد۔ تو گویا کہ دعوت کے لیے، شہادت کے لیے، تبلیغ کے لیے تم اپنی ساری طاقت لگا دو۔</w:t>
      </w:r>
    </w:p>
    <w:p>
      <w:r>
        <w:rPr>
          <w:b/>
        </w:rPr>
        <w:t xml:space="preserve">[28:38] </w:t>
      </w:r>
      <w:r>
        <w:t>koi insan bekhabar na rahe Allah ke paigham se. to yeh hai woh, yeh hai woh</w:t>
      </w:r>
    </w:p>
    <w:p>
      <w:pPr>
        <w:jc w:val="right"/>
      </w:pPr>
      <w:r>
        <w:t>کوئی انسان بے خبر نہ رہے اللہ کے پیغام سے۔ تو یہ ہے وہ، یہ ہے وہ</w:t>
      </w:r>
    </w:p>
    <w:p>
      <w:r>
        <w:rPr>
          <w:b/>
        </w:rPr>
        <w:t xml:space="preserve">[28:53] </w:t>
      </w:r>
      <w:r>
        <w:t>mission jis ke, jis ke, jis ka paigham dene ke liye haji wahan jata hai.</w:t>
      </w:r>
    </w:p>
    <w:p>
      <w:pPr>
        <w:jc w:val="right"/>
      </w:pPr>
      <w:r>
        <w:t>مشن جس کے، جس کے، جس کا پیغام دینے کے لیے حاجی وہاں جاتا ہے۔</w:t>
      </w:r>
    </w:p>
    <w:p>
      <w:r>
        <w:rPr>
          <w:b/>
        </w:rPr>
        <w:t xml:space="preserve">[29:03] </w:t>
      </w:r>
      <w:r>
        <w:t>mein akhbar mein parh raha tha ke wahan par jo imam-e-haram hain, jo wahan mufti-e-azam hain, un ki taqreeren hain. to is mein unhon ne zor diya ittehad par ke sare dunya ke musalman muttahid ho jayen.</w:t>
      </w:r>
    </w:p>
    <w:p>
      <w:pPr>
        <w:jc w:val="right"/>
      </w:pPr>
      <w:r>
        <w:t>میں اخبار میں پڑھ رہا تھا کہ وہاں پر جو امام حرم ہیں، جو وہاں مفتی اعظم ہیں، ان کی تقریریں ہیں۔ تو اس میں انہوں نے زور دیا اتحاد پر کہ سارے دنیا کے مسلمان متحد ہو جائیں۔</w:t>
      </w:r>
    </w:p>
    <w:p>
      <w:r>
        <w:rPr>
          <w:b/>
        </w:rPr>
        <w:t xml:space="preserve">[29:19] </w:t>
      </w:r>
      <w:r>
        <w:t>dekhiye ittehad ki baat mein apne bachpan se sunta aya hoon. har jalse mein, har hajj mein, har mauqe par ittehad, ittehad, ittehad.</w:t>
      </w:r>
    </w:p>
    <w:p>
      <w:pPr>
        <w:jc w:val="right"/>
      </w:pPr>
      <w:r>
        <w:t>دیکھئے اتحاد کی بات میں اپنے بچپن سے سنتا آیا ہوں۔ ہر جلسے میں، ہر حج میں، ہر موقع پر اتحاد، اتحاد، اتحاد۔</w:t>
      </w:r>
    </w:p>
    <w:p>
      <w:r>
        <w:rPr>
          <w:b/>
        </w:rPr>
        <w:t xml:space="preserve">[29:30] </w:t>
      </w:r>
      <w:r>
        <w:t>lekin aaj tak musalmanon mein ittehad nahi aya. yeh baat har hajj mein wahan jo imam taqreer karta hai, jo khutba deta hai, us mein yeh baat kahi jati hai ke sab log muttahid ho jao.</w:t>
      </w:r>
    </w:p>
    <w:p>
      <w:pPr>
        <w:jc w:val="right"/>
      </w:pPr>
      <w:r>
        <w:t>لیکن آج تک مسلمانوں میں اتحاد نہیں آیا۔ یہ بات ہر حج میں وہاں جو امام تقریر کرتا ہے، جو خطبہ دیتا ہے، اس میں یہ بات کہی جاتی ہے کہ سب لوگ متحد ہو جاؤ۔</w:t>
      </w:r>
    </w:p>
    <w:p>
      <w:r>
        <w:rPr>
          <w:b/>
        </w:rPr>
        <w:t xml:space="preserve">[29:47] </w:t>
      </w:r>
      <w:r>
        <w:t>to ittehad kyun nahi? kyun musalman muttahid nahi? is ki wajah kya hai?</w:t>
      </w:r>
    </w:p>
    <w:p>
      <w:pPr>
        <w:jc w:val="right"/>
      </w:pPr>
      <w:r>
        <w:t>تو اتحاد کیوں نہیں؟ کیوں مسلمان متحد نہیں؟ اس کی وجہ کیا ہے؟</w:t>
      </w:r>
    </w:p>
    <w:p>
      <w:r>
        <w:rPr>
          <w:b/>
        </w:rPr>
        <w:t xml:space="preserve">[29:57] </w:t>
      </w:r>
      <w:r>
        <w:t>dekhiye ittehad wahan sermon se nahi ata. aap sermon dete hain to ittehad paida ho jaye. It is quite impossible.</w:t>
      </w:r>
    </w:p>
    <w:p>
      <w:pPr>
        <w:jc w:val="right"/>
      </w:pPr>
      <w:r>
        <w:t>دیکھئے اتحاد وہاں سرمن سے نہیں آتا۔ آپ سرمن دیتے ہیں تو اتحاد پیدا ہو جائے۔ It is quite impossible۔</w:t>
      </w:r>
    </w:p>
    <w:p>
      <w:r>
        <w:rPr>
          <w:b/>
        </w:rPr>
        <w:t xml:space="preserve">[30:08] </w:t>
      </w:r>
      <w:r>
        <w:t>aap ko musalmanon ko ek mission dena hoga. mission!</w:t>
      </w:r>
    </w:p>
    <w:p>
      <w:pPr>
        <w:jc w:val="right"/>
      </w:pPr>
      <w:r>
        <w:t>آپ کو مسلمانوں کو ایک مشن دینا ہوگا۔ مشن!</w:t>
      </w:r>
    </w:p>
    <w:p>
      <w:r>
        <w:rPr>
          <w:b/>
        </w:rPr>
        <w:t xml:space="preserve">[30:15] </w:t>
      </w:r>
      <w:r>
        <w:t>yeh mission hai jo logon ko muttahid karta hai. sermon nahi. woh sermon jo aap haram-e-Makkah mein dein, haram-e-Madinah mein dein ya kahin bhi dein, aap hamare paak par khare ho kar dein, Jibreel rehmat par khare ho kar dein.</w:t>
      </w:r>
    </w:p>
    <w:p>
      <w:pPr>
        <w:jc w:val="right"/>
      </w:pPr>
      <w:r>
        <w:t>یہ مشن ہے جو لوگوں کو متحد کرتا ہے۔ سرمن نہیں۔ وہ سرمن جو آپ حرم مکہ میں دیں، حرم مدینہ میں دیں یا کہیں بھی دیں، آپ ہمارے پاک پر کھڑے ہو کر دیں، جبریل رحمت پر کھڑے ہو کر دیں۔</w:t>
      </w:r>
    </w:p>
    <w:p>
      <w:r>
        <w:rPr>
          <w:b/>
        </w:rPr>
        <w:t xml:space="preserve">[30:34] </w:t>
      </w:r>
      <w:r>
        <w:t>agar aap ittehad, ittehad, ittehad kahenge to ittehad nahi ata is se.</w:t>
      </w:r>
    </w:p>
    <w:p>
      <w:pPr>
        <w:jc w:val="right"/>
      </w:pPr>
      <w:r>
        <w:t>اگر آپ اتحاد، اتحاد، اتحاد کہیں گے تو اتحاد نہیں آتا اس سے۔</w:t>
      </w:r>
    </w:p>
    <w:p>
      <w:r>
        <w:rPr>
          <w:b/>
        </w:rPr>
        <w:t xml:space="preserve">[30:41] </w:t>
      </w:r>
      <w:r>
        <w:t>aap ko ek mission dena hoga. mission! tab log muttahid ho kar woh mission mein lagen ge.</w:t>
      </w:r>
    </w:p>
    <w:p>
      <w:pPr>
        <w:jc w:val="right"/>
      </w:pPr>
      <w:r>
        <w:t>آپ کو ایک مشن دینا ہوگا۔ مشن! تب لوگ متحد ہو کر وہ مشن میں لگیں گے۔</w:t>
      </w:r>
    </w:p>
    <w:p>
      <w:r>
        <w:rPr>
          <w:b/>
        </w:rPr>
        <w:t xml:space="preserve">[30:49] </w:t>
      </w:r>
      <w:r>
        <w:t>woh mission kya hai? woh mission hai dawat. dawat-e-Allah. yani sare insanon ko Allah ke creation plan se agah karna, jaisa ke paighambar-e-Islam ne agah kiya.</w:t>
      </w:r>
    </w:p>
    <w:p>
      <w:pPr>
        <w:jc w:val="right"/>
      </w:pPr>
      <w:r>
        <w:t>وہ مشن کیا ہے؟ وہ مشن ہے دعوت۔ دعوت اللہ۔ یعنی سارے انسانوں کو اللہ کے کریشن پلان سے آگاہ کرنا، جیسا کہ پیغمبر اسلام نے آگاہ کیا۔</w:t>
      </w:r>
    </w:p>
    <w:p>
      <w:r>
        <w:rPr>
          <w:b/>
        </w:rPr>
        <w:t xml:space="preserve">[31:06] </w:t>
      </w:r>
      <w:r>
        <w:t>yeh mission! aur yeh batana padega ke isi mission par tum ko jannat milne wali hai. sirf janwar zabah kar diya to us par jannat nahi milegi.</w:t>
      </w:r>
    </w:p>
    <w:p>
      <w:pPr>
        <w:jc w:val="right"/>
      </w:pPr>
      <w:r>
        <w:t>یہ مشن! اور یہ بتانا پڑے گا کہ اسی مشن پر تم کو جنت ملنے والی ہے۔ صرف جانور ذبح کر دیا تو اس پر جنت نہیں ملے گی۔</w:t>
      </w:r>
    </w:p>
    <w:p>
      <w:r>
        <w:rPr>
          <w:b/>
        </w:rPr>
        <w:t xml:space="preserve">[31:16] </w:t>
      </w:r>
      <w:r>
        <w:t>yeh kehna padega ke aap ne wahan ja kar janwar zabah kar diya to aap ko jannat mil gayi. yeh impossible hai.</w:t>
      </w:r>
    </w:p>
    <w:p>
      <w:pPr>
        <w:jc w:val="right"/>
      </w:pPr>
      <w:r>
        <w:t>یہ کہنا پڑے گا کہ آپ نے وہاں جا کر جانور ذبح کر دیا تو آپ جنت مل گئی۔ یہ امپاسبل ہے۔</w:t>
      </w:r>
    </w:p>
    <w:p>
      <w:r>
        <w:rPr>
          <w:b/>
        </w:rPr>
        <w:t xml:space="preserve">[31:24] </w:t>
      </w:r>
      <w:r>
        <w:t>yeh namumkin hai.</w:t>
      </w:r>
    </w:p>
    <w:p>
      <w:pPr>
        <w:jc w:val="right"/>
      </w:pPr>
      <w:r>
        <w:t>یہ ناممکن ہے۔</w:t>
      </w:r>
    </w:p>
    <w:p>
      <w:r>
        <w:rPr>
          <w:b/>
        </w:rPr>
        <w:t xml:space="preserve">[31:28] </w:t>
      </w:r>
      <w:r>
        <w:t>jannat milegi Rasool Allah ke mission ko poora karne par. yani dawat-e-Allah ke liye jahad karne par.</w:t>
      </w:r>
    </w:p>
    <w:p>
      <w:pPr>
        <w:jc w:val="right"/>
      </w:pPr>
      <w:r>
        <w:t>جنت ملے گی رسول اللہ کے مشن کو پورا کرنے پر۔ یعنی دعوت اللہ کے لیے جدوجہد کرنے پر۔</w:t>
      </w:r>
    </w:p>
    <w:p>
      <w:r>
        <w:rPr>
          <w:b/>
        </w:rPr>
        <w:t xml:space="preserve">[31:39] </w:t>
      </w:r>
      <w:r>
        <w:t>woh nijat milne wale nahi hain. to jab tak aap mission ka tasawwur na dein, us mission ko logon ke mind mein inculcate na kar dein, tab tak yaad rakhiye kabhi ittehad paida nahi ho sakta hai.</w:t>
      </w:r>
    </w:p>
    <w:p>
      <w:pPr>
        <w:jc w:val="right"/>
      </w:pPr>
      <w:r>
        <w:t>وہ نجات ملنے والے نہیں ہیں۔ تو جب تک آپ مشن کا تصور نہ دیں، اس مشن کو لوگوں کے مائنڈ میں انکلکیٹ نہ کر دیں، تب تک یاد رکھیے کبھی اتحاد پیدا نہیں ہو سکتا ہے۔</w:t>
      </w:r>
    </w:p>
    <w:p>
      <w:r>
        <w:rPr>
          <w:b/>
        </w:rPr>
        <w:t xml:space="preserve">[32:00] </w:t>
      </w:r>
      <w:r>
        <w:t>tab tak ittehad paida nahi ho sakta hai. wahan par aap ko yeh kehna hai ke dekho yahan par 198 countries ko jo ikattha hai, jo nahi hai, woh bhi modern communication jo hai, us ke zariye se hamari awaz sun rahe hain.</w:t>
      </w:r>
    </w:p>
    <w:p>
      <w:pPr>
        <w:jc w:val="right"/>
      </w:pPr>
      <w:r>
        <w:t>تب تک اتحاد پیدا نہیں ہو سکتا ہے۔ وہاں پر آپ کو یہ کہنا ہے کہ دیکھو یہاں پر 198 کنٹریز کو جو اکٹھا ہے، جو نہیں ہے، وہ بھی ماڈرن کمیونیکیشن جو ہے، اس کے ذریعے سے ہماری آواز سن رہے ہیں۔</w:t>
      </w:r>
    </w:p>
    <w:p>
      <w:r>
        <w:rPr>
          <w:b/>
        </w:rPr>
        <w:t xml:space="preserve">[32:19] </w:t>
      </w:r>
      <w:r>
        <w:t>yani sari dunya ke log sun rahe hain is awaz ko jo ek jagah se buland ho rahi hai. to Allah taala ne yeh communication ka zamana kyun paida kiya?</w:t>
      </w:r>
    </w:p>
    <w:p>
      <w:pPr>
        <w:jc w:val="right"/>
      </w:pPr>
      <w:r>
        <w:t>یعنی ساری دنیا کے لوگ سن رہے ہیں اس آواز کو جو ایک جگہ سے بلند ہو رہی ہے۔ تو اللہ تعالیٰ نے یہ کمیونیکیشن کا زمانہ کیوں پیدا کیا؟</w:t>
      </w:r>
    </w:p>
    <w:p>
      <w:r>
        <w:rPr>
          <w:b/>
        </w:rPr>
        <w:t xml:space="preserve">[32:33] </w:t>
      </w:r>
      <w:r>
        <w:t>What is the purpose of this age of communication? woh hai ke paighambar-e-Islam ke mission ko international level par pahunchaya jaye.</w:t>
      </w:r>
    </w:p>
    <w:p>
      <w:pPr>
        <w:jc w:val="right"/>
      </w:pPr>
      <w:r>
        <w:t>What is the purpose of this age of communication؟ وہ ہے کہ پیغمبر اسلام کے مشن کو انٹرنیشنل لیول پر پہنچایا جائے۔</w:t>
      </w:r>
    </w:p>
    <w:p>
      <w:r>
        <w:rPr>
          <w:b/>
        </w:rPr>
        <w:t xml:space="preserve">[32:47] </w:t>
      </w:r>
      <w:r>
        <w:t>Rasool Allah ke mission ko internationalize karne ke liye hai yeh. yeh sab diya jaye.</w:t>
      </w:r>
    </w:p>
    <w:p>
      <w:pPr>
        <w:jc w:val="right"/>
      </w:pPr>
      <w:r>
        <w:t>رسول اللہ کے مشن کو انٹرنیشنلائز کرنے کے لیے ہے یہ۔ یہ سب دیا جائے۔</w:t>
      </w:r>
    </w:p>
    <w:p>
      <w:r>
        <w:rPr>
          <w:b/>
        </w:rPr>
        <w:t xml:space="preserve">[32:57] </w:t>
      </w:r>
      <w:r>
        <w:t>to jab is tarah se prepared mind ho kar ke jayenge log hajj karne,</w:t>
      </w:r>
    </w:p>
    <w:p>
      <w:pPr>
        <w:jc w:val="right"/>
      </w:pPr>
      <w:r>
        <w:t>تو جب اس طرح سے پریپیرڈ مائنڈ ہو کر کے جائیں گے لوگ حج کرنے،</w:t>
      </w:r>
    </w:p>
    <w:p>
      <w:r>
        <w:rPr>
          <w:b/>
        </w:rPr>
        <w:t xml:space="preserve">[33:04] </w:t>
      </w:r>
      <w:r>
        <w:t>yani haji prepared mind ho, wahan par jo aadmi bol raha hai, jo khutba de raha hai, woh khud bohat zyada bashaoor ho, us ko pata ho ke kya mujhe kehna hai, kya baat, kaun si baat logon ke mind ko address karegi,</w:t>
      </w:r>
    </w:p>
    <w:p>
      <w:pPr>
        <w:jc w:val="right"/>
      </w:pPr>
      <w:r>
        <w:t>یعنی حاجی پریپیرڈ مائنڈ ہو، وہاں پر جو آدمی بول رہا ہے، جو خطبہ دے رہا ہے، وہ خود بہت زیادہ باشعور ہو، اس کو پتہ ہو کہ کیا مجھے کہنا ہے، کیا بات، کون سی بات لوگوں کے مائنڈ کو ایڈریس کرے گی،</w:t>
      </w:r>
    </w:p>
    <w:p>
      <w:r>
        <w:rPr>
          <w:b/>
        </w:rPr>
        <w:t xml:space="preserve">[33:24] </w:t>
      </w:r>
      <w:r>
        <w:t>kaun si baat logon ko mission ka tasawwur degi.</w:t>
      </w:r>
    </w:p>
    <w:p>
      <w:pPr>
        <w:jc w:val="right"/>
      </w:pPr>
      <w:r>
        <w:t>کون سی بات لوگوں کو مشن کا تصور دے گی۔</w:t>
      </w:r>
    </w:p>
    <w:p>
      <w:r>
        <w:rPr>
          <w:b/>
        </w:rPr>
        <w:t xml:space="preserve">[33:31] </w:t>
      </w:r>
      <w:r>
        <w:t>tab ja kar ke mumkin hai ke ittehad paida ho, mission ka tasawwur paida ho, aur log is mission ke liye jis ke liye labbaik labbaik keh kar ke laut te hain, us par woh</w:t>
      </w:r>
    </w:p>
    <w:p>
      <w:pPr>
        <w:jc w:val="right"/>
      </w:pPr>
      <w:r>
        <w:t>تب جا کر کے ممکن ہے کہ اتحاد پیدا ہو، مشن کا تصور پیدا ہو، اور لوگ اس مشن کے لیے جس کے لیے لبیک لبیک کہہ کر کے لوٹتے ہیں، اس پر وہ</w:t>
      </w:r>
    </w:p>
    <w:p>
      <w:r>
        <w:rPr>
          <w:b/>
        </w:rPr>
        <w:t xml:space="preserve">[33:48] </w:t>
      </w:r>
      <w:r>
        <w:t>amal karna shuru kar dein. Sarman se nahi ho sakta hai. Kabhi bhi na hua hai na ho sakta hai.</w:t>
      </w:r>
    </w:p>
    <w:p>
      <w:pPr>
        <w:jc w:val="right"/>
      </w:pPr>
      <w:r>
        <w:t>عمل کرنا شروع کر دیں۔ سرمن سے نہیں ہو سکتا ہے۔ کبھی بھی نہ ہوا ہے نہ ناج ہو سکتا ہے۔</w:t>
      </w:r>
    </w:p>
    <w:p>
      <w:r>
        <w:rPr>
          <w:b/>
        </w:rPr>
        <w:t xml:space="preserve">[34:01] </w:t>
      </w:r>
      <w:r>
        <w:t>nazdeek yeh hai ke hamein guide banne ke liye creative hona parega. Creative! Creative matlab kya hai? Naye naye ideas nikalna, nayi nayi baatein sochna,</w:t>
      </w:r>
    </w:p>
    <w:p>
      <w:pPr>
        <w:jc w:val="right"/>
      </w:pPr>
      <w:r>
        <w:t>نزدیک یہ ہے کہ ہمیں گائیڈ بننے کے لیے کریٹیو ہونا پڑے گا۔ کریٹیو! کریٹیو مطلب کیا ہے؟ نئے نئے آئیڈیاز نکالنا، نئی نئی باتیں سوچنا،</w:t>
      </w:r>
    </w:p>
    <w:p>
      <w:r>
        <w:rPr>
          <w:b/>
        </w:rPr>
        <w:t xml:space="preserve">[34:16] </w:t>
      </w:r>
      <w:r>
        <w:t>ek tareeqe se kaam na banaya, doosra kaam karna. Aap dekhiye Abdul Rehman ne kya kiya? Abdul Rehman ne Iraq ka jo us waqt ki capital city tha, jo tha, us waqt woh Iraq ka, Iraq ka naam us waqt Babel hua karta tha.</w:t>
      </w:r>
    </w:p>
    <w:p>
      <w:pPr>
        <w:jc w:val="right"/>
      </w:pPr>
      <w:r>
        <w:t>ایک طریقے سے کام نہ بنایا، دوسرا کام کرنا۔ آپ دیکھئے عبدالرحمن نے کیا کیا؟ عبدالرحمن نے عراق کا جو اس وقت کیپیٹل سٹی تھا، پور جو تھا، اس وقت وہ عراق کا، عراق کا نام اس وقت بابل ہوا کرتا تھا۔</w:t>
      </w:r>
    </w:p>
    <w:p>
      <w:r>
        <w:rPr>
          <w:b/>
        </w:rPr>
        <w:t xml:space="preserve">[34:38] </w:t>
      </w:r>
      <w:r>
        <w:t>to wahan par aap ne dawat ki. Wahan par logon ki taraf se response nahi mila. To aap atraf ke mulkon mein gaye, yani Misr gaye,</w:t>
      </w:r>
    </w:p>
    <w:p>
      <w:pPr>
        <w:jc w:val="right"/>
      </w:pPr>
      <w:r>
        <w:t>تو وہاں پر آپ نے دعوت کی۔ وہاں پر لوگوں کی طرف سے رسپانس نہیں ملا۔ تو آپ اطراف کے ملکوں میں گئے، یعنی مصر گئے،</w:t>
      </w:r>
    </w:p>
    <w:p>
      <w:r>
        <w:rPr>
          <w:b/>
        </w:rPr>
        <w:t xml:space="preserve">[34:53] </w:t>
      </w:r>
      <w:r>
        <w:t>Falasteen gaye, Shaam gaye. Yani aap ghor kijiye ke Asia aur Africa ke darmiyan woh safar karte rahe.</w:t>
      </w:r>
    </w:p>
    <w:p>
      <w:pPr>
        <w:jc w:val="right"/>
      </w:pPr>
      <w:r>
        <w:t>فلسطین گئے، شام گئے۔ یعنی آپ غور کیجئے کہ ایشیا اور افریقہ کے درمیان وہ سفر کرتے رہے۔</w:t>
      </w:r>
    </w:p>
    <w:p>
      <w:r>
        <w:rPr>
          <w:b/>
        </w:rPr>
        <w:t xml:space="preserve">[35:05] </w:t>
      </w:r>
      <w:r>
        <w:t>Yani Misr hai, Africa mein, Shaam hai, Asia mein. To is ka matlab hai ke Abdul Rehman ne ek ek alam mein safar kiya, dhoondne ke liye kahan insaan milte hain.</w:t>
      </w:r>
    </w:p>
    <w:p>
      <w:pPr>
        <w:jc w:val="right"/>
      </w:pPr>
      <w:r>
        <w:t>یعنی مصر ہے، افریقہ میں، شام ہے، ایشیا میں۔ تو اس کا مطلب ہے کہ عبدالرحمن نے ایک ایک عالم میں سفر کیا، ڈھونڈنے کے لیے کہاں انسان ملتے ہیں۔</w:t>
      </w:r>
    </w:p>
    <w:p>
      <w:r>
        <w:rPr>
          <w:b/>
        </w:rPr>
        <w:t xml:space="preserve">[35:22] </w:t>
      </w:r>
      <w:r>
        <w:t>Jab aap ne dekha ke insaan due to their conditioning milne wale hain nahi, itne pakhteh ho chuke hain apni conditioning mein jo chali aa rahi hai hazaron saal se,</w:t>
      </w:r>
    </w:p>
    <w:p>
      <w:pPr>
        <w:jc w:val="right"/>
      </w:pPr>
      <w:r>
        <w:t>جب آپ نے دیکھا کہ انسان due to their conditioning ملنے والے ہیں نہیں، اتنے پختہ ہو چکے ہیں اپنی conditioning میں جو چلی آ رہی ہے ہزاروں سال سے،</w:t>
      </w:r>
    </w:p>
    <w:p>
      <w:r>
        <w:rPr>
          <w:b/>
        </w:rPr>
        <w:t xml:space="preserve">[35:38] </w:t>
      </w:r>
      <w:r>
        <w:t>nasl dar nasl</w:t>
      </w:r>
    </w:p>
    <w:p>
      <w:pPr>
        <w:jc w:val="right"/>
      </w:pPr>
      <w:r>
        <w:t>نسل در نسل</w:t>
      </w:r>
    </w:p>
    <w:p>
      <w:r>
        <w:rPr>
          <w:b/>
        </w:rPr>
        <w:t xml:space="preserve">[35:42] </w:t>
      </w:r>
      <w:r>
        <w:t>ke Hazrat Ibrahim ki baat un ke samajh mein nahi aayegi. Woh jo Hazrat Ibrahim ka jumla aaya hai Quran mein, Rabb innahun nazilan katheera, is ka matlab yahi hai ke yeh log poori tarah conditioned ho chuke hain.</w:t>
      </w:r>
    </w:p>
    <w:p>
      <w:pPr>
        <w:jc w:val="right"/>
      </w:pPr>
      <w:r>
        <w:t>کہ حضرت ابراہیم کی بات ان کے سمجھ میں نہیں آئے گی۔ وہ جو حضرت ابراہیم کا جملہ آیا ہے قرآن میں، رب انہن نازلن کثیرا، اس کا مطلب یہی ہے کہ یہ لوگ پوری طرح conditioned ہو چکے ہیں۔</w:t>
      </w:r>
    </w:p>
    <w:p>
      <w:r>
        <w:rPr>
          <w:b/>
        </w:rPr>
        <w:t xml:space="preserve">[36:00] </w:t>
      </w:r>
      <w:r>
        <w:t>Rabb innahun nazilan katheera, is ka matlab yahi hai ke Khuda yeh log poori tarah conditioned ho chuke hain. Tab Allah ne Hazrat Ibrahim ko naya rasta bataya,</w:t>
      </w:r>
    </w:p>
    <w:p>
      <w:pPr>
        <w:jc w:val="right"/>
      </w:pPr>
      <w:r>
        <w:t>رب انہن نازلن کثیرا، اس کا مطلب یہی ہے کہ خدا یہ لوگ پوری طرح conditioned ہو چکے ہیں۔ تب اللہ نے حضرت ابراہیم کو نیا راستہ بتایا،</w:t>
      </w:r>
    </w:p>
    <w:p>
      <w:r>
        <w:rPr>
          <w:b/>
        </w:rPr>
        <w:t xml:space="preserve">[36:14] </w:t>
      </w:r>
      <w:r>
        <w:t>wohi ke nayi nasl banao, na maeeshat ho jao, na un ke khilaf ladai karo, na talwarein nikalo, na un ki gardanein kaato, nayi planning karo.</w:t>
      </w:r>
    </w:p>
    <w:p>
      <w:pPr>
        <w:jc w:val="right"/>
      </w:pPr>
      <w:r>
        <w:t>وہی کہ نئی نسل بناؤ، نہ معیشت ہو جاؤ، نہ ان کے خلاف لڑائی کرو، نہ تلواریں نکالو، نہ ان کی گردنیں کاٹو، نئی پلاننگ کرو۔</w:t>
      </w:r>
    </w:p>
    <w:p>
      <w:r>
        <w:rPr>
          <w:b/>
        </w:rPr>
        <w:t xml:space="preserve">[36:29] </w:t>
      </w:r>
      <w:r>
        <w:t>To yeh bhi sunnat Ibrahim hai ke dawat ka kaam hum jab karein to hamein creative banna parega.</w:t>
      </w:r>
    </w:p>
    <w:p>
      <w:pPr>
        <w:jc w:val="right"/>
      </w:pPr>
      <w:r>
        <w:t>تو یہ بھی سنت ابراہیم ہے کہ دعوت کا کام ہم جب کریں تو ہمیں کریٹیو بننا پڑے گا۔</w:t>
      </w:r>
    </w:p>
    <w:p>
      <w:r>
        <w:rPr>
          <w:b/>
        </w:rPr>
        <w:t xml:space="preserve">[36:40] </w:t>
      </w:r>
      <w:r>
        <w:t>Ek tareeqe se nahi to doosre tareeqe se, doosre tareeqe se, teesre tareeqe se.</w:t>
      </w:r>
    </w:p>
    <w:p>
      <w:pPr>
        <w:jc w:val="right"/>
      </w:pPr>
      <w:r>
        <w:t>ایک طریقے سے نہیں تو دوسرے طریقے سے، دوسرے طریقے سے، تیسرے طریقے سے۔</w:t>
      </w:r>
    </w:p>
    <w:p>
      <w:r>
        <w:rPr>
          <w:b/>
        </w:rPr>
        <w:t xml:space="preserve">[36:48] </w:t>
      </w:r>
      <w:r>
        <w:t>Ab to Allah taala ne saari sooraten paida kar di hain. Ab Quran ek mehfooz kitaab ban chuka hai, printing press aur rawani mein chhap chuka hai.</w:t>
      </w:r>
    </w:p>
    <w:p>
      <w:pPr>
        <w:jc w:val="right"/>
      </w:pPr>
      <w:r>
        <w:t>اب تو اللہ تعالیٰ نے ساری صورتیں پیدا کر دی ہیں۔ اب قرآن ایک محفوظ کتاب بن چکا ہے، پرنٹنگ پرس اور روانی میں چھپ چکا ہے۔</w:t>
      </w:r>
    </w:p>
    <w:p>
      <w:r>
        <w:rPr>
          <w:b/>
        </w:rPr>
        <w:t xml:space="preserve">[37:01] </w:t>
      </w:r>
      <w:r>
        <w:t>Duniya bhar mein communication ka zamana aa chuka hai. To aap Quran ko distribute karein.</w:t>
      </w:r>
    </w:p>
    <w:p>
      <w:pPr>
        <w:jc w:val="right"/>
      </w:pPr>
      <w:r>
        <w:t>دنیا بھر میں کمیونیکیشن کا زمانہ آ چکا ہے۔ تو آپ قرآن کو ڈسٹریبیوٹ کریں۔</w:t>
      </w:r>
    </w:p>
    <w:p>
      <w:r>
        <w:rPr>
          <w:b/>
        </w:rPr>
        <w:t xml:space="preserve">[37:11] </w:t>
      </w:r>
      <w:r>
        <w:t>Main samajhta hoon ke sab se bara, yani sunnat azam hai us waqt Hazrat Ibrahim ki.</w:t>
      </w:r>
    </w:p>
    <w:p>
      <w:pPr>
        <w:jc w:val="right"/>
      </w:pPr>
      <w:r>
        <w:t>میں سمجھتا ہوں کہ سب سے بڑا، یعنی سنت اعظم ہے اس وقت حضرت ابراہیم کی۔</w:t>
      </w:r>
    </w:p>
    <w:p>
      <w:r>
        <w:rPr>
          <w:b/>
        </w:rPr>
        <w:t xml:space="preserve">[37:19] </w:t>
      </w:r>
      <w:r>
        <w:t>Quran ki ek ahmiyat abhi haal mein mere samajh mein aayi. Aap ko maloom hai ke Delhi mein ek naujawan, jis ki umar sirf 24 saal thi, us ne suicide kar liya.</w:t>
      </w:r>
    </w:p>
    <w:p>
      <w:pPr>
        <w:jc w:val="right"/>
      </w:pPr>
      <w:r>
        <w:t>قرآن کی ایک اہمیت ابھی حال میں میرے سمجھ میں آئی۔ آپ کو معلوم ہے کہ دلی میں ایک نوجوان، جس کی عمر صرف 24 سال تھی، اس نے سوشائیڈ کر لیا۔</w:t>
      </w:r>
    </w:p>
    <w:p>
      <w:r>
        <w:rPr>
          <w:b/>
        </w:rPr>
        <w:t xml:space="preserve">[37:34] </w:t>
      </w:r>
      <w:r>
        <w:t>Delhi ki ek multi-story building mein aathveen manzil par us ka office tha. Wahan chhalang laga kar apne ko halak kar liya us ne.</w:t>
      </w:r>
    </w:p>
    <w:p>
      <w:pPr>
        <w:jc w:val="right"/>
      </w:pPr>
      <w:r>
        <w:t>دلی کی ایک ملٹی سٹوری بلڈنگ میں آٹھویں منزل پر اس کا آفس تھا۔ وہاں چھلانگ لگا کر اپنے کو ہلاک کر لیا اس نے۔</w:t>
      </w:r>
    </w:p>
    <w:p>
      <w:r>
        <w:rPr>
          <w:b/>
        </w:rPr>
        <w:t xml:space="preserve">[37:48] </w:t>
      </w:r>
      <w:r>
        <w:t>To us ke marne ke baad jo suicide note nikla, us mein likha tha us ne ke mujhe sachai ki talash thi.</w:t>
      </w:r>
    </w:p>
    <w:p>
      <w:pPr>
        <w:jc w:val="right"/>
      </w:pPr>
      <w:r>
        <w:t>تو اس کے مرنے کے بعد جو سوشائیڈ نوٹ نکلا، اس میں لکھا تھا اس نے کہ مجھے سچائی کی تلاش تھی۔</w:t>
      </w:r>
    </w:p>
    <w:p>
      <w:r>
        <w:rPr>
          <w:b/>
        </w:rPr>
        <w:t xml:space="preserve">[38:01] </w:t>
      </w:r>
      <w:r>
        <w:t>Main ne kitabon mein padha to mujhe nabli sachai mili nahi. Ab main ja raha hoon ke maut ke is baad jo duniya hai, wahan shayad mujhe sachai mil jaye.</w:t>
      </w:r>
    </w:p>
    <w:p>
      <w:pPr>
        <w:jc w:val="right"/>
      </w:pPr>
      <w:r>
        <w:t>میں نے کتابوں میں پڑھا تو مجھے نبلی سچائی ملی نہیں۔ اب میں جا رہا ہوں کہ موت کے اس بعد جو دنیا ہے، وہاں شاید مجھے سچائی مل جائے۔</w:t>
      </w:r>
    </w:p>
    <w:p>
      <w:r>
        <w:rPr>
          <w:b/>
        </w:rPr>
        <w:t xml:space="preserve">[38:12] </w:t>
      </w:r>
      <w:r>
        <w:t>Woh Delhi mein ek kamre mein rehta tha. Us ka jo roommate tha, us ne kaha ke aaj kal woh philosophy ki kitabein padhta tha.</w:t>
      </w:r>
    </w:p>
    <w:p>
      <w:pPr>
        <w:jc w:val="right"/>
      </w:pPr>
      <w:r>
        <w:t>وہ دلی میں ایک کمرے میں رہتا تھا۔ اس کا جو روم میٹ تھا، اس نے کہا کہ آج کل وہ فلاسفی کی کتابیں پڑھتا تھا۔</w:t>
      </w:r>
    </w:p>
    <w:p>
      <w:r>
        <w:rPr>
          <w:b/>
        </w:rPr>
        <w:t xml:space="preserve">[38:22] </w:t>
      </w:r>
      <w:r>
        <w:t>Bahut philosophy ki kitabein.</w:t>
      </w:r>
    </w:p>
    <w:p>
      <w:pPr>
        <w:jc w:val="right"/>
      </w:pPr>
      <w:r>
        <w:t>بہت فلاسفی کی کتابیں۔</w:t>
      </w:r>
    </w:p>
    <w:p>
      <w:r>
        <w:rPr>
          <w:b/>
        </w:rPr>
        <w:t xml:space="preserve">[38:28] </w:t>
      </w:r>
      <w:r>
        <w:t>To philosophy kya hai? Philosophy to confusion hota hai. Is mein philosophy mein Philosophy is a knowledge of confusion jo bhi philosophy padhta hai, woh aap dekh lein tajurba kar ke, woh confusion mein jeeta hai.</w:t>
      </w:r>
    </w:p>
    <w:p>
      <w:pPr>
        <w:jc w:val="right"/>
      </w:pPr>
      <w:r>
        <w:t>تو فلاسفی کیا ہے؟ فلاسفی تو کنفیوژن ہوتا ہے۔ اس میں فلاسفی میں Philosophy is a knowledge of confusion جو بھی فلاسفی پڑھتا ہے، وہ آپ دیکھ لیں تجربہ کر کے، وہ کنفیوژن میں جیتا ہے۔</w:t>
      </w:r>
    </w:p>
    <w:p>
      <w:r>
        <w:rPr>
          <w:b/>
        </w:rPr>
        <w:t xml:space="preserve">[38:51] </w:t>
      </w:r>
      <w:r>
        <w:t>Philosophy mein kabhi bhi mujhe nahi mila koi aadmi aisa jo confusion ke siwa us ne kuch paya ho.</w:t>
      </w:r>
    </w:p>
    <w:p>
      <w:pPr>
        <w:jc w:val="right"/>
      </w:pPr>
      <w:r>
        <w:t>فلاسفی میں کبھی بھی مجھے نہیں ملا کوئی آدمی ایسا جو کنفیوژن کے سوا اس نے کچھ پایا ہو۔</w:t>
      </w:r>
    </w:p>
    <w:p>
      <w:r>
        <w:rPr>
          <w:b/>
        </w:rPr>
        <w:t xml:space="preserve">[39:01] </w:t>
      </w:r>
      <w:r>
        <w:t>to philosophy mein dhoondh raha tha woh sachai, is mein hai confusion. to dekhein, aik hi kitaab hai is aasman neeche jis mein sachai poore maanon mein batai gayi hai aur is mein clarity par aksala hai.</w:t>
      </w:r>
    </w:p>
    <w:p>
      <w:pPr>
        <w:jc w:val="right"/>
      </w:pPr>
      <w:r>
        <w:t>تو فلاسفی میں ڈھونڈ رہا تھا وہ سچائی، اس میں ہے کنفیوژن۔ تو دیکھیں، ایک ہی کتاب ہے اس آسمان نیچے جس میں سچائی پورے معنوں میں بتائی گئی ہے اور اس میں کلیرٹی پار اکسلا ہے۔</w:t>
      </w:r>
    </w:p>
    <w:p>
      <w:r>
        <w:rPr>
          <w:b/>
        </w:rPr>
        <w:t xml:space="preserve">[39:19] </w:t>
      </w:r>
      <w:r>
        <w:t>clarity is ke andar par aksala hai aur woh hai quran. quran mein khud yeh aayat hai ke wa laqad yassarnal qurana lidhikri faa'alim muddekkir yahan yassarna ke lafzi tarjuma to hai ke hum ne aasan bana diya.</w:t>
      </w:r>
    </w:p>
    <w:p>
      <w:pPr>
        <w:jc w:val="right"/>
      </w:pPr>
      <w:r>
        <w:t>کلیرٹی اس کے اندر پار اکسلا ہے اور وہ ہے قرآن۔ قرآن میں خود یہ آیت ہے کہ وَلْقَدْ يَسَّرْنَا الْقُرْآنَ لِلذِكْرِ فَاعْلٍ مُدَّكِرٍ یہاں یسرنا کے لفظی ترجمہ تو ہے کہ ہم نے آسان بنا دیا۔</w:t>
      </w:r>
    </w:p>
    <w:p>
      <w:r>
        <w:rPr>
          <w:b/>
        </w:rPr>
        <w:t xml:space="preserve">[39:39] </w:t>
      </w:r>
      <w:r>
        <w:t>dekhein, aasan ka matlab kya hai? woh yahi matlab hai ke is mein clarity bohat ziyada hai. parhte jao, samajhte jao, parhte jao, samajhte jao.</w:t>
      </w:r>
    </w:p>
    <w:p>
      <w:pPr>
        <w:jc w:val="right"/>
      </w:pPr>
      <w:r>
        <w:t>دیکھیں، آسان کا مطلب کیا ہے؟ وہ یہی مطلب ہے کہ اس میں کلیرٹی بہت زیادہ ہے۔ پڑھتے جاؤ، سمجھتے جاؤ، پڑھتے جاؤ، سمجھتے جاؤ۔</w:t>
      </w:r>
    </w:p>
    <w:p>
      <w:r>
        <w:rPr>
          <w:b/>
        </w:rPr>
        <w:t xml:space="preserve">[39:51] </w:t>
      </w:r>
      <w:r>
        <w:t>to guro patel ka jo waqia hai, mein samajhta hoon ke woh sari dunya ka waqia hai. har insaan jo hai sachai ka talib hai kyunke insaan ke nature mein pursuit sachai ki interwoven hai.</w:t>
      </w:r>
    </w:p>
    <w:p>
      <w:pPr>
        <w:jc w:val="right"/>
      </w:pPr>
      <w:r>
        <w:t>تو گوڑو پٹیل کا جو واقعہ ہے، میں سمجھتا ہوں کہ وہ ساری دنیا کا واقعہ ہے۔ ہر انسان جو ہے سچائی کا طالب ہے کیونکہ انسان کے نیچر میں پرسوچ سچائی کی انٹر وومن ہے۔</w:t>
      </w:r>
    </w:p>
    <w:p>
      <w:r>
        <w:rPr>
          <w:b/>
        </w:rPr>
        <w:t xml:space="preserve">[40:12] </w:t>
      </w:r>
      <w:r>
        <w:t>har insaan by birth chahta hai ke is ko sachai milay. to kaha potential sense mein har aadmi seeker hai, seeker.</w:t>
      </w:r>
    </w:p>
    <w:p>
      <w:pPr>
        <w:jc w:val="right"/>
      </w:pPr>
      <w:r>
        <w:t>ہر انسان بائی برتھ چاہتا ہے کہ اس کو سچائی ملے۔ تو کہا پوٹینشل سینس میں ہر آدمی سیکر ہے، سیکر۔</w:t>
      </w:r>
    </w:p>
    <w:p>
      <w:r>
        <w:rPr>
          <w:b/>
        </w:rPr>
        <w:t xml:space="preserve">[40:24] </w:t>
      </w:r>
      <w:r>
        <w:t>to woh parhta hai hi sab cheezein idhar udhar lekin is ko milta nahi. nateeja hai ke woh first jaise jeeta hai, first jaise marta hai.</w:t>
      </w:r>
    </w:p>
    <w:p>
      <w:pPr>
        <w:jc w:val="right"/>
      </w:pPr>
      <w:r>
        <w:t>تو وہ پڑھتا ہے ہی سب چیزیں ادھر ادھر لیکن اس کو ملتا نہیں۔ نتیجہ ہے کہ وہ فرسٹ جیسے جیتا ہے، فرسٹ جیسے مرتا ہے۔</w:t>
      </w:r>
    </w:p>
    <w:p>
      <w:r>
        <w:rPr>
          <w:b/>
        </w:rPr>
        <w:t xml:space="preserve">[40:35] </w:t>
      </w:r>
      <w:r>
        <w:t>ab aisi halat mein dekhein, jo aik hi kitaab jis mein guidance hai, jis mein sachai ko bataya gaya hai, woh quran hai aur quran ke haamil musalman hain.</w:t>
      </w:r>
    </w:p>
    <w:p>
      <w:pPr>
        <w:jc w:val="right"/>
      </w:pPr>
      <w:r>
        <w:t>اب ایسی حالت میں دیکھیں، جو ایک ہی کتاب جس میں گائیڈنس ہے، جس میں سچائی کو بتایا گیا ہے، وہ قرآن ہے اور قرآن کے حامل مسلمان ہیں۔</w:t>
      </w:r>
    </w:p>
    <w:p>
      <w:r>
        <w:rPr>
          <w:b/>
        </w:rPr>
        <w:t xml:space="preserve">[40:49] </w:t>
      </w:r>
      <w:r>
        <w:t>ab bataein ke aisi halat mein kya farz hai musalmanon ka? ke janwar zabah kar dein, bas ho gaya farz ada un ka. shadiyon mein bare bare kharcha karte, dhoom machayein, is se kaam ban gaya un ka.</w:t>
      </w:r>
    </w:p>
    <w:p>
      <w:pPr>
        <w:jc w:val="right"/>
      </w:pPr>
      <w:r>
        <w:t>اب بتائیں کہ ایسی حالت میں کیا فرض ہے مسلمانوں کا؟ کہ جانور ذبح کر دیں، بس ہو گیا فرض ادا ان کا۔ شادیوں میں بڑے بڑے خرچہ کرتے، دھوم مچائیں، اس سے کام بن گیا ان کا۔</w:t>
      </w:r>
    </w:p>
    <w:p>
      <w:r>
        <w:rPr>
          <w:b/>
        </w:rPr>
        <w:t xml:space="preserve">[41:06] </w:t>
      </w:r>
      <w:r>
        <w:t>yaqeen kijiye, farz se bhi ziyada bara farz hai musalmanon ke upar ke woh quran ko tamam insanon tak pohnchayein, har zaban mein tarjuma tayyar karein, har zaban mein is ko chhapein aur is ko sari dunya mein distribute karein.</w:t>
      </w:r>
    </w:p>
    <w:p>
      <w:pPr>
        <w:jc w:val="right"/>
      </w:pPr>
      <w:r>
        <w:t>یقین کیجئے، فرض سے بھی زیادہ بڑا فرض ہے مسلمانوں کے اوپر کہ وہ قرآن کو تمام انسانوں تک پہنچائیں، ہر زبان میں ترجمہ تیار کریں، ہر زبان میں اس کو چھاپیں اور اس کو ساری دنیا میں ڈسٹریبیوٹ کریں۔</w:t>
      </w:r>
    </w:p>
    <w:p>
      <w:r>
        <w:rPr>
          <w:b/>
        </w:rPr>
        <w:t xml:space="preserve">[41:23] </w:t>
      </w:r>
      <w:r>
        <w:t>musalmanon ka har paisa is waqt tak jaiz nahi hai un ko istemal karna jab tak woh dawat ke kaam mein is ko istemal na kar chuke hon.</w:t>
      </w:r>
    </w:p>
    <w:p>
      <w:pPr>
        <w:jc w:val="right"/>
      </w:pPr>
      <w:r>
        <w:t>مسلمانوں کا ہر پیسہ اس وقت تک جائز نہیں ہے ان کو استعمال کرنا جب تک وہ دعوت کے کام میں اس کو استعمال نہ کر چکے ہوں۔</w:t>
      </w:r>
    </w:p>
    <w:p>
      <w:r>
        <w:rPr>
          <w:b/>
        </w:rPr>
        <w:t xml:space="preserve">[41:40] </w:t>
      </w:r>
      <w:r>
        <w:t>dawat ke kaam mein agar aap ka paisa nahi lag raha hai to aap apna paisa apne liye istemal kar lein, apni family ke liye. to yaqeen kijiye ke woh jaiz hi nahi hai.</w:t>
      </w:r>
    </w:p>
    <w:p>
      <w:pPr>
        <w:jc w:val="right"/>
      </w:pPr>
      <w:r>
        <w:t>دعوت کے کام میں اگر آپ کا پیسہ نہیں لگ رہا ہے تو آپ اپنا پیسہ اپنے لئے استعمال کر لیں، اپنی فیملی کے لئے۔ تو یقین کیجئے کہ وہ جائز ہی نہیں ہے۔</w:t>
      </w:r>
    </w:p>
    <w:p>
      <w:r>
        <w:rPr>
          <w:b/>
        </w:rPr>
        <w:t xml:space="preserve">[41:52] </w:t>
      </w:r>
      <w:r>
        <w:t>jab aap dawat ke liye kharch kar chuke hon, tab ja kar ke family ke liye kharch karna jaiz hoga.</w:t>
      </w:r>
    </w:p>
    <w:p>
      <w:pPr>
        <w:jc w:val="right"/>
      </w:pPr>
      <w:r>
        <w:t>جب آپ دعوت کے لئے خرچ کر چکے ہوں، تب جا کر کے فیملی کے لئے خرچ کرنا جائز ہوگا۔</w:t>
      </w:r>
    </w:p>
    <w:p>
      <w:r>
        <w:rPr>
          <w:b/>
        </w:rPr>
        <w:t xml:space="preserve">[42:02] </w:t>
      </w:r>
      <w:r>
        <w:t>yeh bohat ajeeb baat hai, bohat ajeeb baat hai. isi liye quran mein hai ke yas'aloonaka maadha yunfiqoon qul afwan log pochte hain ke hum kya kharch karein?</w:t>
      </w:r>
    </w:p>
    <w:p>
      <w:pPr>
        <w:jc w:val="right"/>
      </w:pPr>
      <w:r>
        <w:t>یہ بہت عجیب بات ہے، بہت عجیب بات ہے۔ اسی لئے قرآن میں ہے کہ يَسْأَلُونَ كَمَا ذَا يُنْفِقُونَ قُلْ عَفْوًا لوگ پوچھتے ہیں کہ ہم کیا خرچ کریں؟</w:t>
      </w:r>
    </w:p>
    <w:p>
      <w:r>
        <w:rPr>
          <w:b/>
        </w:rPr>
        <w:t xml:space="preserve">[42:21] </w:t>
      </w:r>
      <w:r>
        <w:t>to farmaaya ke jo kuch bhi tumhari real need se ziyada ho. afw ka matlab hota hai real need,</w:t>
      </w:r>
    </w:p>
    <w:p>
      <w:pPr>
        <w:jc w:val="right"/>
      </w:pPr>
      <w:r>
        <w:t>تو فرمایا کہ جو کچھ بھی تمہاری ریئل نیڈ سے زیادہ ہو۔ عفو کا مطلب ہوتا ہے ریئل نیڈ،</w:t>
      </w:r>
    </w:p>
    <w:p>
      <w:r>
        <w:rPr>
          <w:b/>
        </w:rPr>
        <w:t xml:space="preserve">[42:34] </w:t>
      </w:r>
      <w:r>
        <w:t>haqeeqi zaroorat.</w:t>
      </w:r>
    </w:p>
    <w:p>
      <w:pPr>
        <w:jc w:val="right"/>
      </w:pPr>
      <w:r>
        <w:t>حقیقی ضرورت۔</w:t>
      </w:r>
    </w:p>
    <w:p>
      <w:r>
        <w:rPr>
          <w:b/>
        </w:rPr>
        <w:t xml:space="preserve">[42:38] </w:t>
      </w:r>
      <w:r>
        <w:t>yahan aap bata rahi hain ke aap ki kamai mein aap ka hissa sirf baqadr zaroorat hai, jo real need hai us ke baqadr aap ka hissa hai.</w:t>
      </w:r>
    </w:p>
    <w:p>
      <w:pPr>
        <w:jc w:val="right"/>
      </w:pPr>
      <w:r>
        <w:t>یہاں آپ بتا رہی ہیں کہ آپ کی کمائی میں آپ کا حصہ صرف بقدر ضرورت ہے، جو ریئل نیڈ ہے اس کے بقدر آپ کا حصہ ہے۔</w:t>
      </w:r>
    </w:p>
    <w:p>
      <w:r>
        <w:rPr>
          <w:b/>
        </w:rPr>
        <w:t xml:space="preserve">[42:53] </w:t>
      </w:r>
      <w:r>
        <w:t>baqi sab dawat hai Allah ke liye, baqi sab shaad aur naaz ke liye.</w:t>
      </w:r>
    </w:p>
    <w:p>
      <w:pPr>
        <w:jc w:val="right"/>
      </w:pPr>
      <w:r>
        <w:t>باقی سب دعوت ہے اللہ کے لئے، باقی سب شاد اور ناز کے لئے۔</w:t>
      </w:r>
    </w:p>
    <w:p>
      <w:r>
        <w:rPr>
          <w:b/>
        </w:rPr>
        <w:t xml:space="preserve">[43:02] </w:t>
      </w:r>
      <w:r>
        <w:t>yeh sabak lene ke liye aadmi jata hai hajj karne, magar us waqt hai ke loot te nahi log. kyun?</w:t>
      </w:r>
    </w:p>
    <w:p>
      <w:pPr>
        <w:jc w:val="right"/>
      </w:pPr>
      <w:r>
        <w:t>یہ سبق لینے کے لئے آدمی جاتا ہے حج کرنے، مگر اس وقت ہے کہ لوٹتے نہیں لوگ۔ کیوں؟</w:t>
      </w:r>
    </w:p>
    <w:p>
      <w:r>
        <w:rPr>
          <w:b/>
        </w:rPr>
        <w:t xml:space="preserve">[43:11] </w:t>
      </w:r>
      <w:r>
        <w:t>chunki woh prepared mind nahi hote, aisi chalate hain maslay masail yaad kar ke, bas maslay masail yaad karte hue jate hain aur maslay masail yaad karte hue wapas aa jate hain.</w:t>
      </w:r>
    </w:p>
    <w:p>
      <w:pPr>
        <w:jc w:val="right"/>
      </w:pPr>
      <w:r>
        <w:t>چونکہ وہ پریپیرڈ مائنڈ نہیں ہوتے، ایسی چلاتے ہیں مسئلے مسائل یاد کر کے، بس مسئلے مسائل یاد کرتے ہوئے جاتے ہیں اور مسئلے مسائل یاد کرتے ہوئے واپس آ جاتے ہیں۔</w:t>
      </w:r>
    </w:p>
    <w:p>
      <w:r>
        <w:rPr>
          <w:b/>
        </w:rPr>
        <w:t xml:space="preserve">[43:25] </w:t>
      </w:r>
      <w:r>
        <w:t>aur wahan jo taqreerein hoti hain, jo khutbe diye jate hain, us mein bhi baat clear tor par nahi batate woh log.</w:t>
      </w:r>
    </w:p>
    <w:p>
      <w:pPr>
        <w:jc w:val="right"/>
      </w:pPr>
      <w:r>
        <w:t>اور وہاں جو تقریریں ہوتی ہیں، جو خطبے دیے جاتے ہیں، اس میں بھی بات کلیئر طور پر نہیں بتاتے وہ لوگ۔</w:t>
      </w:r>
    </w:p>
    <w:p>
      <w:r>
        <w:rPr>
          <w:b/>
        </w:rPr>
        <w:t xml:space="preserve">[43:35] </w:t>
      </w:r>
      <w:r>
        <w:t>mein samajhta hoon yeh baat</w:t>
      </w:r>
    </w:p>
    <w:p>
      <w:pPr>
        <w:jc w:val="right"/>
      </w:pPr>
      <w:r>
        <w:t>میں سمجھتا ہوں یہ بات</w:t>
      </w:r>
    </w:p>
    <w:p>
      <w:r>
        <w:rPr>
          <w:b/>
        </w:rPr>
        <w:t xml:space="preserve">[43:39] </w:t>
      </w:r>
      <w:r>
        <w:t>sari dunya mein boli jani chahiye, haram se bhi aur har jagah ke aye musalmano! tum par farz hai ke tum quran ko sari dunya tak pohnchao.</w:t>
      </w:r>
    </w:p>
    <w:p>
      <w:pPr>
        <w:jc w:val="right"/>
      </w:pPr>
      <w:r>
        <w:t>ساری دنیا میں بولی جانی چاہیے، حرم سے بھی اور ہر جگہ کہ اے مسلمانوں! تم پر فرض ہے کہ تم قرآن کو ساری دنیا تک پہنچاؤ۔</w:t>
      </w:r>
    </w:p>
    <w:p>
      <w:r>
        <w:rPr>
          <w:b/>
        </w:rPr>
        <w:t xml:space="preserve">[43:50] </w:t>
      </w:r>
      <w:r>
        <w:t>tumhara paisa quran ke liye hai, tumhara waqt quran ke liye hai, tumhari energy quran ke liye. kyun?</w:t>
      </w:r>
    </w:p>
    <w:p>
      <w:pPr>
        <w:jc w:val="right"/>
      </w:pPr>
      <w:r>
        <w:t>تمہارا پیسہ قرآن کے لئے ہے، تمہارا وقت قرآن کے لئے ہے، تمہاری انرجی قرآن کے لئے۔ کیوں؟</w:t>
      </w:r>
    </w:p>
    <w:p>
      <w:r>
        <w:rPr>
          <w:b/>
        </w:rPr>
        <w:t xml:space="preserve">[43:59] </w:t>
      </w:r>
      <w:r>
        <w:t>dekhiye, yeh maamla saada nahi hai.</w:t>
      </w:r>
    </w:p>
    <w:p>
      <w:pPr>
        <w:jc w:val="right"/>
      </w:pPr>
      <w:r>
        <w:t>دیکھئے، یہ معاملہ سادہ نہیں ہے۔</w:t>
      </w:r>
    </w:p>
    <w:p>
      <w:r>
        <w:rPr>
          <w:b/>
        </w:rPr>
        <w:t xml:space="preserve">[44:05] </w:t>
      </w:r>
      <w:r>
        <w:t>rasool Allah sal Allah alayhi wasallam ne jab hajj kiya tha aur aap ne wahan par jo khutba diya tha, dabr rehmat par, tamam sahaba ki mojoodgi mein,</w:t>
      </w:r>
    </w:p>
    <w:p>
      <w:pPr>
        <w:jc w:val="right"/>
      </w:pPr>
      <w:r>
        <w:t>رسول اللہ صلی اللہ علیہ وسلم نے جب حج کیا تھا اور آپ نے وہاں پر جو خطبہ دیا تھا، دبر رحمت پر، تمام صحابہ کی موجودگی میں،</w:t>
      </w:r>
    </w:p>
    <w:p>
      <w:r>
        <w:rPr>
          <w:b/>
        </w:rPr>
        <w:t xml:space="preserve">[44:20] </w:t>
      </w:r>
      <w:r>
        <w:t>to khutba dene ke baad aap ne farmaya tha ala hay balaghtu ayaha albalaghtu</w:t>
      </w:r>
    </w:p>
    <w:p>
      <w:pPr>
        <w:jc w:val="right"/>
      </w:pPr>
      <w:r>
        <w:t>تو خطبہ دینے کے بعد آپ نے فرمایا تھا أَلَا هَايَ بَلَّغْتُ أَيَاٰهَا الْبَلَّغْتُ</w:t>
      </w:r>
    </w:p>
    <w:p>
      <w:r>
        <w:rPr>
          <w:b/>
        </w:rPr>
        <w:t xml:space="preserve">[44:32] </w:t>
      </w:r>
      <w:r>
        <w:t>kya maine pahuncha diya? kya maine pahuncha diya?</w:t>
      </w:r>
    </w:p>
    <w:p>
      <w:pPr>
        <w:jc w:val="right"/>
      </w:pPr>
      <w:r>
        <w:t>کیا میں نے پہنچا دیا؟ کیا میں نے پہنچا دیا؟</w:t>
      </w:r>
    </w:p>
    <w:p>
      <w:r>
        <w:rPr>
          <w:b/>
        </w:rPr>
        <w:t xml:space="preserve">[44:39] </w:t>
      </w:r>
      <w:r>
        <w:t>to jo log wahan hazir the, unhone kaha haan, aye Khuda ke Rasool! aap ne pahuncha diya.</w:t>
      </w:r>
    </w:p>
    <w:p>
      <w:pPr>
        <w:jc w:val="right"/>
      </w:pPr>
      <w:r>
        <w:t>تو جو لوگ وہاں حاضر تھے، انہوں نے کہا ہاں، اے خدا کے رسول! آپ نے پہنچا دیا۔</w:t>
      </w:r>
    </w:p>
    <w:p>
      <w:r>
        <w:rPr>
          <w:b/>
        </w:rPr>
        <w:t xml:space="preserve">[44:47] </w:t>
      </w:r>
      <w:r>
        <w:t>Rasool Allah ne aa kar kya farmaya? ke aye Allah gawara!</w:t>
      </w:r>
    </w:p>
    <w:p>
      <w:pPr>
        <w:jc w:val="right"/>
      </w:pPr>
      <w:r>
        <w:t>رسول اللہ نے آ کر کیا فرمایا؟ کہ اے اللہ گوارا!</w:t>
      </w:r>
    </w:p>
    <w:p>
      <w:r>
        <w:rPr>
          <w:b/>
        </w:rPr>
        <w:t xml:space="preserve">[44:51] </w:t>
      </w:r>
      <w:r>
        <w:t>aye Allah gawara! aye Allah gawara!</w:t>
      </w:r>
    </w:p>
    <w:p>
      <w:pPr>
        <w:jc w:val="right"/>
      </w:pPr>
      <w:r>
        <w:t>اے اللہ گوارا! اے اللہ گوارا!</w:t>
      </w:r>
    </w:p>
    <w:p>
      <w:r>
        <w:rPr>
          <w:b/>
        </w:rPr>
        <w:t xml:space="preserve">[44:58] </w:t>
      </w:r>
      <w:r>
        <w:t>yeh baat bari khatm nahi hogi.</w:t>
      </w:r>
    </w:p>
    <w:p>
      <w:pPr>
        <w:jc w:val="right"/>
      </w:pPr>
      <w:r>
        <w:t>یہ بات باری ختم نہیں ہوگی۔</w:t>
      </w:r>
    </w:p>
    <w:p>
      <w:r>
        <w:rPr>
          <w:b/>
        </w:rPr>
        <w:t xml:space="preserve">[45:02] </w:t>
      </w:r>
      <w:r>
        <w:t>tamam musalmanon par farz hai ke yeh is sunnat ko dohraen, tamam insanon ke samne Allah ke bargah mein pahunchaen</w:t>
      </w:r>
    </w:p>
    <w:p>
      <w:pPr>
        <w:jc w:val="right"/>
      </w:pPr>
      <w:r>
        <w:t>تمام مسلمانوں پر فرض ہے کہ یہ اس سنت کو دہرائیں، تمام انسانوں کے سامنے اللہ کے بارگاہ میں پہنچائیں</w:t>
      </w:r>
    </w:p>
    <w:p>
      <w:r>
        <w:rPr>
          <w:b/>
        </w:rPr>
        <w:t xml:space="preserve">[45:14] </w:t>
      </w:r>
      <w:r>
        <w:t>aur pahuncha kar yeh, yani lafzon mein chahe na kahein, lekin bila bole hue yeh waqia phir d</w:t>
      </w:r>
    </w:p>
    <w:p>
      <w:pPr>
        <w:jc w:val="right"/>
      </w:pPr>
      <w:r>
        <w:t>اور پہنچا کر یہ، یعنی لفظوں میں چاہے نہ کہیں، لیکن بلا بولے ہوئے یہ واقعہ پھر 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