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Paradise in Islam May 27, 2012 Maulana Wahiduddin Khan</w:t>
      </w:r>
    </w:p>
    <w:p>
      <w:r>
        <w:t>https://www.youtube.com/watch?v=vrXgNg6BLnE</w:t>
      </w:r>
    </w:p>
    <w:p>
      <w:r>
        <w:rPr>
          <w:b/>
        </w:rPr>
        <w:t xml:space="preserve">[00:13]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[00:27] </w:t>
      </w:r>
      <w:r>
        <w:t>aaj ka topic hai: "the concept of paradise", jannat ka tasawwur Islam mein.</w:t>
      </w:r>
    </w:p>
    <w:p>
      <w:pPr>
        <w:jc w:val="right"/>
      </w:pPr>
      <w:r>
        <w:t>آج کا ٹاپک ہے: "دا کانسیپٹ آف پیراڈائز"، جنت کا تصور اسلام میں۔</w:t>
      </w:r>
    </w:p>
    <w:p>
      <w:r>
        <w:rPr>
          <w:b/>
        </w:rPr>
        <w:t xml:space="preserve">[00:43] </w:t>
      </w:r>
      <w:r>
        <w:t>asal baat ko shuru karne se pehle main apna ek experience batana chahunga. main bohat din se ek sawal ka jawab chahta tha.</w:t>
      </w:r>
    </w:p>
    <w:p>
      <w:pPr>
        <w:jc w:val="right"/>
      </w:pPr>
      <w:r>
        <w:t>اصل بات کو شروع کرنے سے پہلے میں اپنا ایک ایکسپیرینس بتانا چاہوں گا۔ میں بہت دن سے ایک سوال کا جواب چاہتا تھا۔</w:t>
      </w:r>
    </w:p>
    <w:p>
      <w:r>
        <w:rPr>
          <w:b/>
        </w:rPr>
        <w:t xml:space="preserve">[01:02] </w:t>
      </w:r>
      <w:r>
        <w:t>main dekhta tha, poori zindagi mein maine dekha ke logon ka sab se bara concern unke bete hote hain. shayad maine koi exception nahi paya is mamle mein, apne siwa.</w:t>
      </w:r>
    </w:p>
    <w:p>
      <w:pPr>
        <w:jc w:val="right"/>
      </w:pPr>
      <w:r>
        <w:t>میں دیکھتا تھا، پوری زندگی میں میں نے دیکھا کہ لوگوں کا سب سے بڑا کنسرن ان کے بیٹے ہوتے ہیں۔ شاید میں نے کوئی ایکسیپشن نہیں پایا اس معاملے میں، اپنے سوا۔</w:t>
      </w:r>
    </w:p>
    <w:p>
      <w:r>
        <w:rPr>
          <w:b/>
        </w:rPr>
        <w:t xml:space="preserve">[01:20] </w:t>
      </w:r>
      <w:r>
        <w:t>maine Allah ke fazl se kabhi bhi aisa nahi kiya.</w:t>
      </w:r>
    </w:p>
    <w:p>
      <w:pPr>
        <w:jc w:val="right"/>
      </w:pPr>
      <w:r>
        <w:t>میں نے اللہ کے فضل سے کبھی بھی ایسا نہیں کیا۔</w:t>
      </w:r>
    </w:p>
    <w:p>
      <w:r>
        <w:rPr>
          <w:b/>
        </w:rPr>
        <w:t xml:space="preserve">[01:25] </w:t>
      </w:r>
      <w:r>
        <w:t>lekin dunya mein jahan bhi gaya, jahan bhi raha, is lambi umar mein maine dekha ke har aadmi ka sab se bara concern uska beta hai.</w:t>
      </w:r>
    </w:p>
    <w:p>
      <w:pPr>
        <w:jc w:val="right"/>
      </w:pPr>
      <w:r>
        <w:t>لیکن دنیا میں جہاں بھی گیا، جہاں بھی رہا، اس لمبی عمر میں میں نے دیکھا کہ ہر آدمی کا سب سے بڑا کنسرن اس کا بیٹا ہے۔</w:t>
      </w:r>
    </w:p>
    <w:p>
      <w:r>
        <w:rPr>
          <w:b/>
        </w:rPr>
        <w:t xml:space="preserve">[01:37] </w:t>
      </w:r>
      <w:r>
        <w:t>uska main samajh nahi pata tha aisa kyun hai.</w:t>
      </w:r>
    </w:p>
    <w:p>
      <w:pPr>
        <w:jc w:val="right"/>
      </w:pPr>
      <w:r>
        <w:t>اس کا میں سمجھ نہیں پاتا تھا ایسا کیوں ہے۔</w:t>
      </w:r>
    </w:p>
    <w:p>
      <w:r>
        <w:rPr>
          <w:b/>
        </w:rPr>
        <w:t xml:space="preserve">[01:43] </w:t>
      </w:r>
      <w:r>
        <w:t>to maine haal mein ek aadmi ka article padha, ek English magazine mein. us mein usne ek lafz istemal kiya tha.</w:t>
      </w:r>
    </w:p>
    <w:p>
      <w:pPr>
        <w:jc w:val="right"/>
      </w:pPr>
      <w:r>
        <w:t>تو میں نے حال میں ایک آدمی کا آرٹیکل پڑھا، ایک انگلش میگزین میں۔ اس میں اس نے ایک لفظ استعمال کیا تھا۔</w:t>
      </w:r>
    </w:p>
    <w:p>
      <w:r>
        <w:rPr>
          <w:b/>
        </w:rPr>
        <w:t xml:space="preserve">[01:54] </w:t>
      </w:r>
      <w:r>
        <w:t>us se baat clear ho gayi. usne likha tha ke har baap, har baap apne bete ko apna extension samajhta hai.</w:t>
      </w:r>
    </w:p>
    <w:p>
      <w:pPr>
        <w:jc w:val="right"/>
      </w:pPr>
      <w:r>
        <w:t>اس سے بات کلیئر ہو گئی۔ اس نے لکھا تھا کہ ہر باپ، ہر باپ اپنے بیٹے کو اپنا ایکسٹینشن سمجھتا ہے۔</w:t>
      </w:r>
    </w:p>
    <w:p>
      <w:r>
        <w:rPr>
          <w:b/>
        </w:rPr>
        <w:t xml:space="preserve">[02:07] </w:t>
      </w:r>
      <w:r>
        <w:t>tausee. har baap apne bete ko apna extension samajhta hai. to is par maine ek add kiya, add bhi kiya maine, ke har baap, chahe woh ek wealthy ho ya ghareeb ho,</w:t>
      </w:r>
    </w:p>
    <w:p>
      <w:pPr>
        <w:jc w:val="right"/>
      </w:pPr>
      <w:r>
        <w:t>توسیع۔ ہر باپ اپنے بیٹے کو اپنا ایکسٹینشن سمجھتا ہے۔ تو اس پر میں نے ایک ایڈ کیا، ایڈ بھی کیا میں نے، کہ ہر باپ، چاہے وہ ایک بیلدی ہو یا غریب ہو،</w:t>
      </w:r>
    </w:p>
    <w:p>
      <w:r>
        <w:rPr>
          <w:b/>
        </w:rPr>
        <w:t xml:space="preserve">[02:25] </w:t>
      </w:r>
      <w:r>
        <w:t>woh koi prime minister ho ya koi aam aadmi ho, sab ke sab sense of unfulfillment mein jeete hain.</w:t>
      </w:r>
    </w:p>
    <w:p>
      <w:pPr>
        <w:jc w:val="right"/>
      </w:pPr>
      <w:r>
        <w:t>وہ کوئی پرائم منسٹر ہو یا کوئی عام آدمی ہو، سب کے سب سینس آف انفلفلمنٹ میں جیتے ہیں۔</w:t>
      </w:r>
    </w:p>
    <w:p>
      <w:r>
        <w:rPr>
          <w:b/>
        </w:rPr>
        <w:t xml:space="preserve">[02:37] </w:t>
      </w:r>
      <w:r>
        <w:t>na paane ke ehsas mein. sense of unfulfillment.</w:t>
      </w:r>
    </w:p>
    <w:p>
      <w:pPr>
        <w:jc w:val="right"/>
      </w:pPr>
      <w:r>
        <w:t>نہ پانے کے احساس میں۔ سینس آف انفلفلمنٹ۔</w:t>
      </w:r>
    </w:p>
    <w:p>
      <w:r>
        <w:rPr>
          <w:b/>
        </w:rPr>
        <w:t xml:space="preserve">[02:46] </w:t>
      </w:r>
      <w:r>
        <w:t>yeh koi, is mein koi exception nahi hai. maine ek bar internet par nikala: super achievers ka end kaise hua.</w:t>
      </w:r>
    </w:p>
    <w:p>
      <w:pPr>
        <w:jc w:val="right"/>
      </w:pPr>
      <w:r>
        <w:t>یہ کوئی، اس میں کوئی ایکسیپشن نہیں ہے۔ میں نے ایک بار انٹرنیٹ پر نکالا: سپر اچیورز کا اینڈ کیسے ہوا۔</w:t>
      </w:r>
    </w:p>
    <w:p>
      <w:r>
        <w:rPr>
          <w:b/>
        </w:rPr>
        <w:t xml:space="preserve">[02:57] </w:t>
      </w:r>
      <w:r>
        <w:t>to Sadia ne nikala internet se 402 aadmiyon ka case. super achievers, dunya bhar ke.</w:t>
      </w:r>
    </w:p>
    <w:p>
      <w:pPr>
        <w:jc w:val="right"/>
      </w:pPr>
      <w:r>
        <w:t>تو سعدیہ نے نکالا انٹرنیٹ سے 402 آدمیوں کا کیس۔ سپر اچیورز، دنیا بھر کے۔</w:t>
      </w:r>
    </w:p>
    <w:p>
      <w:r>
        <w:rPr>
          <w:b/>
        </w:rPr>
        <w:t xml:space="preserve">[03:10] </w:t>
      </w:r>
      <w:r>
        <w:t>yani mukhtalif countries ke, including developed countries. 402 super achievers. to sab ka end jo hua tha, despair mein hua tha.</w:t>
      </w:r>
    </w:p>
    <w:p>
      <w:pPr>
        <w:jc w:val="right"/>
      </w:pPr>
      <w:r>
        <w:t>یعنی مختلف کنٹریز کے، انکلوڈنگ ڈیولپ کنٹریز۔ 402 سپر اچیورز۔ تو سب کا اینڈ جو ہوا تھا، ڈسپیئر میں ہوا تھا۔</w:t>
      </w:r>
    </w:p>
    <w:p>
      <w:r>
        <w:rPr>
          <w:b/>
        </w:rPr>
        <w:t xml:space="preserve">[03:22] </w:t>
      </w:r>
      <w:r>
        <w:t>woh list mere paas maujood hai, aap check kar sakte hain. to dono ko milakar meri samajh mein baat aayi.</w:t>
      </w:r>
    </w:p>
    <w:p>
      <w:pPr>
        <w:jc w:val="right"/>
      </w:pPr>
      <w:r>
        <w:t>وہ لسٹ میرے پاس موجود ہے، آپ چیک کر سکتے ہیں۔ تو دونوں کو ملا کر میری سمجھ میں بات آئی۔</w:t>
      </w:r>
    </w:p>
    <w:p>
      <w:r>
        <w:rPr>
          <w:b/>
        </w:rPr>
        <w:t xml:space="preserve">[03:33] </w:t>
      </w:r>
      <w:r>
        <w:t>har aadmi apne mind mein ek ideal liye hue hota hai. jab woh paida hota hai, everyone is born with a high ideal in his mind.</w:t>
      </w:r>
    </w:p>
    <w:p>
      <w:pPr>
        <w:jc w:val="right"/>
      </w:pPr>
      <w:r>
        <w:t>ہر آدمی اپنے مائنڈ میں ایک آئیڈیل لیے ہوئے ہوتا ہے۔ جب وہ پیدا ہوتا ہے، ایوری ون از بورن ود اے ہائی آئیڈیل ان ہز مائنڈ۔</w:t>
      </w:r>
    </w:p>
    <w:p>
      <w:r>
        <w:rPr>
          <w:b/>
        </w:rPr>
        <w:t xml:space="preserve">[03:47] </w:t>
      </w:r>
      <w:r>
        <w:t>to woh is ko paana chahta hai.</w:t>
      </w:r>
    </w:p>
    <w:p>
      <w:pPr>
        <w:jc w:val="right"/>
      </w:pPr>
      <w:r>
        <w:t>تو وہ اس کو پانا چاہتا ہے۔</w:t>
      </w:r>
    </w:p>
    <w:p>
      <w:r>
        <w:rPr>
          <w:b/>
        </w:rPr>
        <w:t xml:space="preserve">[03:53] </w:t>
      </w:r>
      <w:r>
        <w:t>jaise mein apne bare mein kahoon, bohat hi aik ridiculous baat maloom hoti hai, ridiculous. bachpan mein jab mein sirf urdu zabaan jaanta tha, baad ko mein ne arabi zabaan aur angrezi zabaan seekhi.</w:t>
      </w:r>
    </w:p>
    <w:p>
      <w:pPr>
        <w:jc w:val="right"/>
      </w:pPr>
      <w:r>
        <w:t>جیسے میں اپنے بارے میں کہوں، بہت ہی ایک ریڈیکولس بات معلوم ہوتی ہے، ریڈیکولس۔ بچپن میں جب میں صرف اردو زبان جانتا تھا، بعد کو میں نے عربی زبان اور انگریزی زبان سیکھی۔</w:t>
      </w:r>
    </w:p>
    <w:p>
      <w:r>
        <w:rPr>
          <w:b/>
        </w:rPr>
        <w:t xml:space="preserve">[04:08] </w:t>
      </w:r>
      <w:r>
        <w:t>to is zamane mein hamare haan aik kitaab chalti thi, us ko kehte hain "Alif Laila". Arabian Nights, English mein chapi hai woh, Arabian Nights ke naam se.</w:t>
      </w:r>
    </w:p>
    <w:p>
      <w:pPr>
        <w:jc w:val="right"/>
      </w:pPr>
      <w:r>
        <w:t>تو اس زمانے میں ہمارے ہاں ایک کتاب چلتی تھی، اس کو کہتے ہیں "الف لیلیٰ"۔ عربین نائٹس، انگلش میں چھپی ہے وہ، عربین نائٹس کے نام سے۔</w:t>
      </w:r>
    </w:p>
    <w:p>
      <w:r>
        <w:rPr>
          <w:b/>
        </w:rPr>
        <w:t xml:space="preserve">[04:20] </w:t>
      </w:r>
      <w:r>
        <w:t>arabi mein hai woh "Alif Lailah wa Lailah". to us mein ajeeb ghareeb aik romantic life ka tasawwur hai.</w:t>
      </w:r>
    </w:p>
    <w:p>
      <w:pPr>
        <w:jc w:val="right"/>
      </w:pPr>
      <w:r>
        <w:t>عربی میں ہے وہ "الف لیلۃ ولیلۃ"۔ تو اس میں عجیب غریب ایک رومینٹک لائف کا تصور ہے۔</w:t>
      </w:r>
    </w:p>
    <w:p>
      <w:r>
        <w:rPr>
          <w:b/>
        </w:rPr>
        <w:t xml:space="preserve">[04:31] </w:t>
      </w:r>
      <w:r>
        <w:t>bohat hi ajeeb ghareeb romantic life. to mein sochta tha ke mujhe bhi kabhi aisi romantic life mil jaye gi. haalankeh is mein jo character bataya tha, un ko bhi nahi mili.</w:t>
      </w:r>
    </w:p>
    <w:p>
      <w:pPr>
        <w:jc w:val="right"/>
      </w:pPr>
      <w:r>
        <w:t>بہت ہی عجیب غریب رومینٹک لائف۔ تو میں سوچتا تھا کہ مجھے بھی کبھی ایسی رومینٹک لائف مل جائے گی۔ حالانکہ اس میں جو کریکٹر بتایا تھا، ان کو بھی نہیں ملی۔</w:t>
      </w:r>
    </w:p>
    <w:p>
      <w:r>
        <w:rPr>
          <w:b/>
        </w:rPr>
        <w:t xml:space="preserve">[04:43] </w:t>
      </w:r>
      <w:r>
        <w:t>woh to badshahon ki baatein hain, bare bare logon ki baatein hain. lekin un ko bhi fulfillment kabhi zindagi mein nahi mila. lekin mein ne apne mind mein bana liya yeh idea.</w:t>
      </w:r>
    </w:p>
    <w:p>
      <w:pPr>
        <w:jc w:val="right"/>
      </w:pPr>
      <w:r>
        <w:t>وہ تو بادشاہوں کی باتیں ہیں، بڑے بڑے لوگوں کی باتیں ہیں۔ لیکن ان کو بھی فلفلمنٹ کبھی زندگی میں نہیں ملا۔ لیکن میں نے اپنے مائنڈ میں بنا لیا یہ آئیڈیا۔</w:t>
      </w:r>
    </w:p>
    <w:p>
      <w:r>
        <w:rPr>
          <w:b/>
        </w:rPr>
        <w:t xml:space="preserve">[04:56] </w:t>
      </w:r>
      <w:r>
        <w:t>to saare insaan, saare insaan jeete hain aik bohat hi aik high ideal ko le kar ke.</w:t>
      </w:r>
    </w:p>
    <w:p>
      <w:pPr>
        <w:jc w:val="right"/>
      </w:pPr>
      <w:r>
        <w:t>تو سارے انسان، سارے انسان جیتے ہیں ایک بہت ہی ایک ہائی آئیڈیل کو لے کر کے۔</w:t>
      </w:r>
    </w:p>
    <w:p>
      <w:r>
        <w:rPr>
          <w:b/>
        </w:rPr>
        <w:t xml:space="preserve">[05:08] </w:t>
      </w:r>
      <w:r>
        <w:t>woh chahte hain ke woh paayein, phir woh un ko milta nahi. to phir woh kya karte hain? phir woh apni saari energy divert kar dete hain bete ki taraf.</w:t>
      </w:r>
    </w:p>
    <w:p>
      <w:pPr>
        <w:jc w:val="right"/>
      </w:pPr>
      <w:r>
        <w:t>وہ چاہتے ہیں کہ وہ پائیں، پھر وہ ان کو ملتا نہیں۔ تو پھر وہ کیا کرتے ہیں؟ پھر وہ اپنی ساری انرجی ڈائیورٹ کر دیتے ہیں بیٹے کی طرف۔</w:t>
      </w:r>
    </w:p>
    <w:p>
      <w:r>
        <w:rPr>
          <w:b/>
        </w:rPr>
        <w:t xml:space="preserve">[05:19] </w:t>
      </w:r>
      <w:r>
        <w:t>ke jo mujh ko nahi mila, woh bete ko mil jaye. to us ne likha tha yeh baat ke har baap apne bete ko apna extension samajhta hai.</w:t>
      </w:r>
    </w:p>
    <w:p>
      <w:pPr>
        <w:jc w:val="right"/>
      </w:pPr>
      <w:r>
        <w:t>کہ جو مجھ کو نہیں ملا، وہ بیٹے کو مل جائے۔ تو اس نے لکھا تھا یہ بات کہ ہر باپ اپنے بیٹے کو اپنا ایکسٹینشن سمجھتا ہے۔</w:t>
      </w:r>
    </w:p>
    <w:p>
      <w:r>
        <w:rPr>
          <w:b/>
        </w:rPr>
        <w:t xml:space="preserve">[05:31] </w:t>
      </w:r>
      <w:r>
        <w:t>to us par mein ne yeh add kiya ke kyun bete ko sole concern banaye rehte hain sab log? sole concern. kyun?</w:t>
      </w:r>
    </w:p>
    <w:p>
      <w:pPr>
        <w:jc w:val="right"/>
      </w:pPr>
      <w:r>
        <w:t>تو اس پر میں نے یہ ایڈ کیا کہ کیوں بیٹے کو سول کنسرن بنائے رہتے ہیں سب لوگ؟ سول کنسرن۔ کیوں؟</w:t>
      </w:r>
    </w:p>
    <w:p>
      <w:r>
        <w:rPr>
          <w:b/>
        </w:rPr>
        <w:t xml:space="preserve">[05:41] </w:t>
      </w:r>
      <w:r>
        <w:t>ke jo cheez mein na pa saka, woh mera beta, mera beta paaye. yeh kahani saare insanon ki hai.</w:t>
      </w:r>
    </w:p>
    <w:p>
      <w:pPr>
        <w:jc w:val="right"/>
      </w:pPr>
      <w:r>
        <w:t>کہ جو چیز میں نہ پا سکا، وہ میرا بیٹا، میرا بیٹا پالے۔ یہ کہانی سارے انسانوں کی ہے۔</w:t>
      </w:r>
    </w:p>
    <w:p>
      <w:r>
        <w:rPr>
          <w:b/>
        </w:rPr>
        <w:t xml:space="preserve">[05:50] </w:t>
      </w:r>
      <w:r>
        <w:t>saare insaan apne bete ke qabristan mein dafan ho rahe hain.</w:t>
      </w:r>
    </w:p>
    <w:p>
      <w:pPr>
        <w:jc w:val="right"/>
      </w:pPr>
      <w:r>
        <w:t>سارے انسان اپنے بیٹے کے قبرستان میں دفن ہو رہے ہیں۔</w:t>
      </w:r>
    </w:p>
    <w:p>
      <w:r>
        <w:rPr>
          <w:b/>
        </w:rPr>
        <w:t xml:space="preserve">[05:58] </w:t>
      </w:r>
      <w:r>
        <w:t>bete hi ka extension hai family. jis ko bhi dekhiye, woh family ke graveyard mein dafan ho raha hai. aaj kal jo aap sunte hain corruption ke qisse India mein, saare corruption ka source bete hain.</w:t>
      </w:r>
    </w:p>
    <w:p>
      <w:pPr>
        <w:jc w:val="right"/>
      </w:pPr>
      <w:r>
        <w:t>بیٹے ہی کا ایکسٹینشن ہے فیملی۔ جس کو بھی دیکھیے، وہ فیملی کے گریو یارڈ میں دفن ہو رہا ہے۔ آج کل جو آپ سنتے ہیں کرپشن کے قصے انڈیا میں، سارے کرپشن کا سورس بیٹے ہیں۔</w:t>
      </w:r>
    </w:p>
    <w:p>
      <w:r>
        <w:rPr>
          <w:b/>
        </w:rPr>
        <w:t xml:space="preserve">[06:15] </w:t>
      </w:r>
      <w:r>
        <w:t>us ko bhi mein ne tehqeeq kiya. ab aik aadmi minister ban gaya, parliament ka member ban gaya. woh koi bare uhde pahunch gaya.</w:t>
      </w:r>
    </w:p>
    <w:p>
      <w:pPr>
        <w:jc w:val="right"/>
      </w:pPr>
      <w:r>
        <w:t>اس کو بھی میں نے تحقیق کیا۔ اب ایک آدمی منسٹر بن گیا، پارلیمنٹ کا ممبر بن گیا۔ وہ کوئی بڑے عہدے پہنچ گیا۔</w:t>
      </w:r>
    </w:p>
    <w:p>
      <w:r>
        <w:rPr>
          <w:b/>
        </w:rPr>
        <w:t xml:space="preserve">[06:24] </w:t>
      </w:r>
      <w:r>
        <w:t>ab kya hai? beta kehta hai ke aap to yeh ho gaye, woh ho gaye. humein kya mila? to saare jitne bhi corruption ke jo sabab hain, sirf yeh bete hain.</w:t>
      </w:r>
    </w:p>
    <w:p>
      <w:pPr>
        <w:jc w:val="right"/>
      </w:pPr>
      <w:r>
        <w:t>اب کیا ہے؟ بیٹا کہتا ہے کہ آپ تو یہ ہو گئے، وہ ہو گئے۔ ہمیں کیا ملا؟ تو سارے جتنے بھی کرپشن کے جو سبب ہیں، صرف یہ بیٹے ہیں۔</w:t>
      </w:r>
    </w:p>
    <w:p>
      <w:r>
        <w:rPr>
          <w:b/>
        </w:rPr>
        <w:t xml:space="preserve">[06:38] </w:t>
      </w:r>
      <w:r>
        <w:t>ab apne bete ke liye jo log paise kamate hain, ghalat tareeqe se, un pe mulk ko diwaliya bana sakte hain apne bete ke liye.</w:t>
      </w:r>
    </w:p>
    <w:p>
      <w:pPr>
        <w:jc w:val="right"/>
      </w:pPr>
      <w:r>
        <w:t>اب اپنے بیٹے کے لیے جو لوگ پیسے کماتے ہیں، غلط طریقے سے، ان پہ ملک کو دیوالیہ بنا سکتے ہیں اپنے بیٹے کے لیے۔</w:t>
      </w:r>
    </w:p>
    <w:p>
      <w:r>
        <w:rPr>
          <w:b/>
        </w:rPr>
        <w:t xml:space="preserve">[06:49] </w:t>
      </w:r>
      <w:r>
        <w:t>isi ka naam hai. jo aaj kal jo corruption ke qisse sunte hain aap, sab ka asal jo jar jo hai beta, beta parasti. woh beta parasti hai.</w:t>
      </w:r>
    </w:p>
    <w:p>
      <w:pPr>
        <w:jc w:val="right"/>
      </w:pPr>
      <w:r>
        <w:t>اسی کا نام ہے۔ جو آج کل جو کرپشن کے قصے سنتے ہیں آپ، سب کا اصل جو جڑ جو ہے بیٹے، بیٹا پرستی۔ وہ بیٹا پرستی ہے۔</w:t>
      </w:r>
    </w:p>
    <w:p>
      <w:r>
        <w:rPr>
          <w:b/>
        </w:rPr>
        <w:t xml:space="preserve">[07:02] </w:t>
      </w:r>
      <w:r>
        <w:t>is mein dekhiye, is ko sochte hue phir mujhe aik bohat hi, yaani bohat hi hila dene wali hadees yaad aati hai.</w:t>
      </w:r>
    </w:p>
    <w:p>
      <w:pPr>
        <w:jc w:val="right"/>
      </w:pPr>
      <w:r>
        <w:t>اس میں دیکھیے، اس کو سوچتے ہوئے پھر مجھے ایک بہت ہی، یعنی بہت ہی ہلا دینے والی حدیث یاد آتی ہے۔</w:t>
      </w:r>
    </w:p>
    <w:p>
      <w:r>
        <w:rPr>
          <w:b/>
        </w:rPr>
        <w:t xml:space="preserve">[07:13] </w:t>
      </w:r>
      <w:r>
        <w:t>bohat hila dene wali. ke aadmi isi hadees ko le kar agar woh parhe ghaur se to us ki zindagi badal jaye.</w:t>
      </w:r>
    </w:p>
    <w:p>
      <w:pPr>
        <w:jc w:val="right"/>
      </w:pPr>
      <w:r>
        <w:t>بہت ہلا دینے والی۔ کہ آدمی اسی حدیث کو لے کر اگر وہ پڑھے غور سے تو اس کی زندگی بدل جائے۔</w:t>
      </w:r>
    </w:p>
    <w:p>
      <w:r>
        <w:rPr>
          <w:b/>
        </w:rPr>
        <w:t xml:space="preserve">[07:25] </w:t>
      </w:r>
      <w:r>
        <w:t>woh hadees yeh hai: "Inna min aswa' al-nas manzilatan yawm al-qiyamah alladhi athhaba akhiyatah bidunya ghayri".</w:t>
      </w:r>
    </w:p>
    <w:p>
      <w:pPr>
        <w:jc w:val="right"/>
      </w:pPr>
      <w:r>
        <w:t>وہ حدیث یہ ہے: "إن من أسوأ الناس منزلة يوم القيامة الذي أذهب آخرته بدنيا غيري"۔</w:t>
      </w:r>
    </w:p>
    <w:p>
      <w:r>
        <w:rPr>
          <w:b/>
        </w:rPr>
        <w:t xml:space="preserve">[07:43] </w:t>
      </w:r>
      <w:r>
        <w:t>"Inna min aswa' al-nas manzilatan yawm al-qiyamah alladhi athhaba akhiyatah bidunya ghayri".</w:t>
      </w:r>
    </w:p>
    <w:p>
      <w:pPr>
        <w:jc w:val="right"/>
      </w:pPr>
      <w:r>
        <w:t>"إن من أسوأ الناس منزلة يوم القيامة الذي أذهب آخرته بدنيا غيري"۔</w:t>
      </w:r>
    </w:p>
    <w:p>
      <w:r>
        <w:rPr>
          <w:b/>
        </w:rPr>
        <w:t xml:space="preserve">[07:52] </w:t>
      </w:r>
      <w:r>
        <w:t>is ka matlab yeh hai</w:t>
      </w:r>
    </w:p>
    <w:p>
      <w:pPr>
        <w:jc w:val="right"/>
      </w:pPr>
      <w:r>
        <w:t>اس کا مطلب یہ ہے</w:t>
      </w:r>
    </w:p>
    <w:p>
      <w:r>
        <w:rPr>
          <w:b/>
        </w:rPr>
        <w:t xml:space="preserve">[07:56] </w:t>
      </w:r>
      <w:r>
        <w:t>ke akhirat mein sab se bura anjaam is insaan ka hoga jo doosre ki duniya banane ke liye apni akhirat ko kho de.</w:t>
      </w:r>
    </w:p>
    <w:p>
      <w:pPr>
        <w:jc w:val="right"/>
      </w:pPr>
      <w:r>
        <w:t>کہ آخرت میں سب سے برا انجام اس انسان کا ہوگا جو دوسرے کی دنیا بنانے کے لیے اپنی آخرت کو کھو دے۔</w:t>
      </w:r>
    </w:p>
    <w:p>
      <w:r>
        <w:rPr>
          <w:b/>
        </w:rPr>
        <w:t xml:space="preserve">[08:11] </w:t>
      </w:r>
      <w:r>
        <w:t>badi ajeeb hadees hai.</w:t>
      </w:r>
    </w:p>
    <w:p>
      <w:pPr>
        <w:jc w:val="right"/>
      </w:pPr>
      <w:r>
        <w:t>بڑی عجیب حدیث ہے۔</w:t>
      </w:r>
    </w:p>
    <w:p>
      <w:r>
        <w:rPr>
          <w:b/>
        </w:rPr>
        <w:t xml:space="preserve">[08:16] </w:t>
      </w:r>
      <w:r>
        <w:t>akhirat mein sab se bura anjaam is insaan ka hoga jo doosre ki duniya banane ke liye apni akhirat kho diye.</w:t>
      </w:r>
    </w:p>
    <w:p>
      <w:pPr>
        <w:jc w:val="right"/>
      </w:pPr>
      <w:r>
        <w:t>آخرت میں سب سے برا انجام اس انسان کا ہوگا جو دوسرے کی دنیا بنانے کے لیے اپنی آخرت کھو دیے۔</w:t>
      </w:r>
    </w:p>
    <w:p>
      <w:r>
        <w:rPr>
          <w:b/>
        </w:rPr>
        <w:t xml:space="preserve">[08:26] </w:t>
      </w:r>
      <w:r>
        <w:t>ab is par maine ghore kiya. koi aadmi apne padosi ki dunya banane ke liye to kuch karta nahin.</w:t>
      </w:r>
    </w:p>
    <w:p>
      <w:pPr>
        <w:jc w:val="right"/>
      </w:pPr>
      <w:r>
        <w:t>اب اس پر میں نے غور کیا۔ کوئی آدمی اپنے پڑوسی کی دنیا بنانے کے لیے تو کچھ کرتا نہیں۔</w:t>
      </w:r>
    </w:p>
    <w:p>
      <w:r>
        <w:rPr>
          <w:b/>
        </w:rPr>
        <w:t xml:space="preserve">[08:36] </w:t>
      </w:r>
      <w:r>
        <w:t>misalan dilli mein main chalis saal se hoon, main dekhta hoon ke log daud thop karte hain apne bachchon ke achhe school mein dakhle ke liye.</w:t>
      </w:r>
    </w:p>
    <w:p>
      <w:pPr>
        <w:jc w:val="right"/>
      </w:pPr>
      <w:r>
        <w:t>مثلاً دلی میں میں چالیس سال سے ہوں، میں دیکھتا ہوں کہ لوگ دوڑ تھوپ کرتے ہیں اپنے بچوں کے اچھے اسکول میں داخلے کے لیے۔</w:t>
      </w:r>
    </w:p>
    <w:p>
      <w:r>
        <w:rPr>
          <w:b/>
        </w:rPr>
        <w:t xml:space="preserve">[08:46] </w:t>
      </w:r>
      <w:r>
        <w:t>be darakht pathar lutate hain. maine kabhi nahin dekha ke logon ka dil yeh zehar ho ke awwal darje ke school hum qaim karein taake hamari qaum ke bachche ise padhein.</w:t>
      </w:r>
    </w:p>
    <w:p>
      <w:pPr>
        <w:jc w:val="right"/>
      </w:pPr>
      <w:r>
        <w:t>بے درخت پتھر لٹاتے ہیں۔ میں نے کبھی نہیں دیکھا کہ لوگوں کا دل یہ زہر ہو کہ اول درجے کے اسکول ہم قائم کریں تاکہ ہماری قوم کے بچے اسے پڑھیں۔</w:t>
      </w:r>
    </w:p>
    <w:p>
      <w:r>
        <w:rPr>
          <w:b/>
        </w:rPr>
        <w:t xml:space="preserve">[08:58] </w:t>
      </w:r>
      <w:r>
        <w:t>yaani apne bachche ke liye to luta jata hai apna paisa. qaum ke bachchon ke liye ek aala school banayein, uska jazba kisi mein nahin aata.</w:t>
      </w:r>
    </w:p>
    <w:p>
      <w:pPr>
        <w:jc w:val="right"/>
      </w:pPr>
      <w:r>
        <w:t>یعنی اپنے بچے کے لیے تو لٹا جاتا ہے اپنا پیسہ۔ قوم کے بچوں کے لیے ایک اعلیٰ اسکول بنائیں، اس کا جذبہ کسی میں نہیں آتا۔</w:t>
      </w:r>
    </w:p>
    <w:p>
      <w:r>
        <w:rPr>
          <w:b/>
        </w:rPr>
        <w:t xml:space="preserve">[09:07] </w:t>
      </w:r>
      <w:r>
        <w:t>ab is hadith ko aap ghor kijiye. koi aisa nahin milega aap ko jo padosiyon ke liye mar mite, jo qaum ke liye mar mite.</w:t>
      </w:r>
    </w:p>
    <w:p>
      <w:pPr>
        <w:jc w:val="right"/>
      </w:pPr>
      <w:r>
        <w:t>اب اس حدیث کو آپ غور کیجیے۔ کوئی ایسا نہیں ملے گا آپ کو جو پڑوسیوں کے لیے مر مٹے، جو قوم کے لیے مر مٹے۔</w:t>
      </w:r>
    </w:p>
    <w:p>
      <w:r>
        <w:rPr>
          <w:b/>
        </w:rPr>
        <w:t xml:space="preserve">[09:19] </w:t>
      </w:r>
      <w:r>
        <w:t>abhi mere paas ek interview ke liye kuch log aaye the media ke. to maine kaha is desh mein sirf ek hi aadmi desh bhakt hai.</w:t>
      </w:r>
    </w:p>
    <w:p>
      <w:pPr>
        <w:jc w:val="right"/>
      </w:pPr>
      <w:r>
        <w:t>ابھی میرے پاس ایک انٹرویو کے لیے کچھ لوگ آئے تھے میڈیا کے۔ تو میں نے کہا اس દેશ میں صرف ایک ہی آدمی دیش بھکت ہے۔</w:t>
      </w:r>
    </w:p>
    <w:p>
      <w:r>
        <w:rPr>
          <w:b/>
        </w:rPr>
        <w:t xml:space="preserve">[09:33] </w:t>
      </w:r>
      <w:r>
        <w:t>koi bhi desh bhakt nahin. baatein karte hain desh bhakti ke log. maine kaha main saaf taur par kehta hoon ke is india mein koi desh bhakt nahin hai siwaye mere.</w:t>
      </w:r>
    </w:p>
    <w:p>
      <w:pPr>
        <w:jc w:val="right"/>
      </w:pPr>
      <w:r>
        <w:t>کوئی بھی دیش بھکت نہیں۔ باتیں کرتے ہیں دیش بھکتی کے لوگ۔ میں نے کہا میں صاف طور پر کہتا ہوں کہ اس انڈیا میں کوئی دیش بھکت نہیں ہے سوائے میرے۔</w:t>
      </w:r>
    </w:p>
    <w:p>
      <w:r>
        <w:rPr>
          <w:b/>
        </w:rPr>
        <w:t xml:space="preserve">[09:43] </w:t>
      </w:r>
      <w:r>
        <w:t>main akela desh bhakt hoon is dunya mein. kyunke har aadmi beta poojan mein laga hua hai. har politician, har minister, har ohdedaar, har afsar beta poojan mein.</w:t>
      </w:r>
    </w:p>
    <w:p>
      <w:pPr>
        <w:jc w:val="right"/>
      </w:pPr>
      <w:r>
        <w:t>میں اکیلا دیش بھکت ہوں اس دنیا میں۔ کیونکہ ہر آدمی بیٹا پوجن میں لگا ہوا ہے۔ ہر پولیٹیشن، ہر منسٹر، ہر عہدے دار، ہر افسر بیٹا پوجن میں۔</w:t>
      </w:r>
    </w:p>
    <w:p>
      <w:r>
        <w:rPr>
          <w:b/>
        </w:rPr>
        <w:t xml:space="preserve">[09:59] </w:t>
      </w:r>
      <w:r>
        <w:t>kisi bhi tarah se paisa kamakar ke bete ko do.</w:t>
      </w:r>
    </w:p>
    <w:p>
      <w:pPr>
        <w:jc w:val="right"/>
      </w:pPr>
      <w:r>
        <w:t>کسی بھی طریقے سے پیسہ کما کر کے بیٹے کو دو۔</w:t>
      </w:r>
    </w:p>
    <w:p>
      <w:r>
        <w:rPr>
          <w:b/>
        </w:rPr>
        <w:t xml:space="preserve">[10:05] </w:t>
      </w:r>
      <w:r>
        <w:t>bete ki dunya banane ke liye. is mein mere ilm ke mutabiq kisi ka exception nahin hai. koi direct taur par karta hai, koi indirect taur par karta hai.</w:t>
      </w:r>
    </w:p>
    <w:p>
      <w:pPr>
        <w:jc w:val="right"/>
      </w:pPr>
      <w:r>
        <w:t>بیٹے کی دنیا بنانے کے لیے۔ اس میں میرے علم کے مطابق کسی کا ایکسیپشن نہیں ہے۔ کوئی ڈائریکٹ طور پر کرتا ہے، کوئی ان ڈائریکٹ طور پر کرتا ہے۔</w:t>
      </w:r>
    </w:p>
    <w:p>
      <w:r>
        <w:rPr>
          <w:b/>
        </w:rPr>
        <w:t xml:space="preserve">[10:18] </w:t>
      </w:r>
      <w:r>
        <w:t>yaani rozana aap dekhte hain corruption ke itne qisse. ke pure pure mulk ko unhone diwaliya bana diya hai. lekin kis ke liye?</w:t>
      </w:r>
    </w:p>
    <w:p>
      <w:pPr>
        <w:jc w:val="right"/>
      </w:pPr>
      <w:r>
        <w:t>یعنی روزانہ آپ دیکھتے ہیں کرپشن کے اتنے قصے۔ کہ پورے پورے ملک کو انہوں نے دیوالیہ بنا دیا ہے۔ لیکن کس کے لیے؟</w:t>
      </w:r>
    </w:p>
    <w:p>
      <w:r>
        <w:rPr>
          <w:b/>
        </w:rPr>
        <w:t xml:space="preserve">[10:27] </w:t>
      </w:r>
      <w:r>
        <w:t>bete ke liye. beta hai, beti, beta hai, beti bas. to yeh hadith jo hai bahut zyada gehrai ke sath ghor karna chahiye.</w:t>
      </w:r>
    </w:p>
    <w:p>
      <w:pPr>
        <w:jc w:val="right"/>
      </w:pPr>
      <w:r>
        <w:t>بیٹے کے لیے۔ بیٹا ہے، بیٹی، بیٹا ہے، بیٹی بس۔ تو یہ حدیث جو ہے بہت زیادہ گہرائی کے ساتھ غور کرنا چاہیے۔</w:t>
      </w:r>
    </w:p>
    <w:p>
      <w:r>
        <w:rPr>
          <w:b/>
        </w:rPr>
        <w:t xml:space="preserve">[10:41] </w:t>
      </w:r>
      <w:r>
        <w:t>ab is par mazeed ghor kijiye aap. yeh saada baat nahin yaad rakhiye. yeh saada baat nahin hai. aap sochiye ke insaan apne bete ko apne extension samajhta hai.</w:t>
      </w:r>
    </w:p>
    <w:p>
      <w:pPr>
        <w:jc w:val="right"/>
      </w:pPr>
      <w:r>
        <w:t>اب اس پر مزید غور کیجیے آپ۔ یہ سادہ بات نہیں یاد رکھیے۔ یہ سادہ بات نہیں ہے۔ آپ سوچیے کہ انسان اپنے بیٹے کو اپنے ایکسٹینشن سمجھتا ہے۔</w:t>
      </w:r>
    </w:p>
    <w:p>
      <w:r>
        <w:rPr>
          <w:b/>
        </w:rPr>
        <w:t xml:space="preserve">[10:58] </w:t>
      </w:r>
      <w:r>
        <w:t>bete ki shakal mein jo extension hai uska hai. is ke liye to sab kuch luta raha hai. lekin ek aur bhi to mamla hai ke aakhirat mera extension hai.</w:t>
      </w:r>
    </w:p>
    <w:p>
      <w:pPr>
        <w:jc w:val="right"/>
      </w:pPr>
      <w:r>
        <w:t>بیٹے کی شکل میں جو ایکسٹینشن ہے اس کا ہے۔ اس کے لیے تو سب کچھ لٹا رہا ہے۔ لیکن ایک اور بھی تو معاملہ ہے کہ آخرت میرا ایکسٹینشن ہے۔</w:t>
      </w:r>
    </w:p>
    <w:p>
      <w:r>
        <w:rPr>
          <w:b/>
        </w:rPr>
        <w:t xml:space="preserve">[11:15] </w:t>
      </w:r>
      <w:r>
        <w:t>yaani marne ke baad jo jis dunya mein main jaunga, mera real extension to wahi hai. is ke liye kisi ko fikr nahin.</w:t>
      </w:r>
    </w:p>
    <w:p>
      <w:pPr>
        <w:jc w:val="right"/>
      </w:pPr>
      <w:r>
        <w:t>یعنی مرنے کے بعد جو جس دنیا میں میں جاؤں گا، میرا ریئل ایکسٹینشن تو وہی ہے۔ اس کے لیے کسی کو فکر نہیں۔</w:t>
      </w:r>
    </w:p>
    <w:p>
      <w:r>
        <w:rPr>
          <w:b/>
        </w:rPr>
        <w:t xml:space="preserve">[11:26] </w:t>
      </w:r>
      <w:r>
        <w:t>aadmi ka apna extension woh hai jo aakhirat mein hoga. marne ke baad jo doosri zindagi milti hai aadmi ko, maut ke baad doosri zindagi.</w:t>
      </w:r>
    </w:p>
    <w:p>
      <w:pPr>
        <w:jc w:val="right"/>
      </w:pPr>
      <w:r>
        <w:t>آدمی کا اپنا ایکسٹینشن وہ ہے جو آخرت میں ہوگا۔ مرنے کے بعد جو دوسری زندگی ملتی ہے آدمی کو، موت کے بعد دوسری زندگی۔</w:t>
      </w:r>
    </w:p>
    <w:p>
      <w:r>
        <w:rPr>
          <w:b/>
        </w:rPr>
        <w:t xml:space="preserve">[11:36] </w:t>
      </w:r>
      <w:r>
        <w:t>woh is ka real extension hai. yeh beta to imaginary extension hai. khayali. ab ghor kijiye ke insaan khud apne real extension ke liye kuch kyun nahin karta?</w:t>
      </w:r>
    </w:p>
    <w:p>
      <w:pPr>
        <w:jc w:val="right"/>
      </w:pPr>
      <w:r>
        <w:t>وہ اس کا ریئل ایکسٹینشن ہے۔ یہ بیٹا تو امیجنری ایکسٹینشن ہے۔ خیالی۔ اب غور کیجیے کہ انسان خود اپنے ریئل ایکسٹینشن کے لیے کچھ کیوں نہیں کرتا؟</w:t>
      </w:r>
    </w:p>
    <w:p>
      <w:r>
        <w:rPr>
          <w:b/>
        </w:rPr>
        <w:t xml:space="preserve">[11:53] </w:t>
      </w:r>
      <w:r>
        <w:t>aap kahin bhi chale jaiye, kisi ke andar jannat ka shauk nahin. kisi ke andar jahannum ka dar nahin. kisi ke andar Allah se mohabbat nahin.</w:t>
      </w:r>
    </w:p>
    <w:p>
      <w:pPr>
        <w:jc w:val="right"/>
      </w:pPr>
      <w:r>
        <w:t>آپ کہیں بھی چلے جائیے، کسی کے اندر جنت کا شوق نہیں۔ کسی کے اندر جہنم کا ڈر نہیں۔ کسی کے اندر اللہ سے محبت نہیں۔</w:t>
      </w:r>
    </w:p>
    <w:p>
      <w:r>
        <w:rPr>
          <w:b/>
        </w:rPr>
        <w:t xml:space="preserve">[12:05] </w:t>
      </w:r>
      <w:r>
        <w:t>kuch doosri dunya mein jeete hain log. Quran mein do bahut hi zabardast alfaaz hain.</w:t>
      </w:r>
    </w:p>
    <w:p>
      <w:pPr>
        <w:jc w:val="right"/>
      </w:pPr>
      <w:r>
        <w:t>کچھ دوسری دنیا میں جیتے ہیں لوگ۔ قرآن میں دو بہت ہی زبردست الفاظ ہیں۔</w:t>
      </w:r>
    </w:p>
    <w:p>
      <w:r>
        <w:rPr>
          <w:b/>
        </w:rPr>
        <w:t xml:space="preserve">[12:18] </w:t>
      </w:r>
      <w:r>
        <w:t>"ashaddu hubban lillahi" aur doosra hai "lam yakhsha illa Allah".</w:t>
      </w:r>
    </w:p>
    <w:p>
      <w:pPr>
        <w:jc w:val="right"/>
      </w:pPr>
      <w:r>
        <w:t>"أَشَدُّ حُبًّا لِلّٰهِ" اور دوسرا ہے "لَمْ يَخْشَ إِلَّا اللّٰهِ"۔</w:t>
      </w:r>
    </w:p>
    <w:p>
      <w:r>
        <w:rPr>
          <w:b/>
        </w:rPr>
        <w:t xml:space="preserve">[12:27] </w:t>
      </w:r>
      <w:r>
        <w:t>yaani Allah se kamil mohabbat. aur Allah se kamil dar. sari mohabbat Allah ke liye, sara khauf Allah ke liye.</w:t>
      </w:r>
    </w:p>
    <w:p>
      <w:pPr>
        <w:jc w:val="right"/>
      </w:pPr>
      <w:r>
        <w:t>یعنی اللہ سے کامل محبت۔ اور اللہ سے کامل ڈر۔ ساری محبت اللہ کے لیے، سارا خوف اللہ کے لیے۔</w:t>
      </w:r>
    </w:p>
    <w:p>
      <w:r>
        <w:rPr>
          <w:b/>
        </w:rPr>
        <w:t xml:space="preserve">[12:38] </w:t>
      </w:r>
      <w:r>
        <w:t>yeh kyun? Allah hi ke haath mein jannat hai. agar Allah jannat na de to mujhe jannat milne wali nahin.</w:t>
      </w:r>
    </w:p>
    <w:p>
      <w:pPr>
        <w:jc w:val="right"/>
      </w:pPr>
      <w:r>
        <w:t>یہ کیوں؟ اللہ ہی کے ہاتھ میں جنت ہے۔ اگر اللہ جنت نہ دے تو مجھے جنت ملنے والی نہیں۔</w:t>
      </w:r>
    </w:p>
    <w:p>
      <w:r>
        <w:rPr>
          <w:b/>
        </w:rPr>
        <w:t xml:space="preserve">[12:47] </w:t>
      </w:r>
      <w:r>
        <w:t>yaani mera jo real extension hai is ka mamla Allah ke haath pe hai. is par ghor kijiye. bahut hi, bahut hi zyada serious mamla hai zindagi ka.</w:t>
      </w:r>
    </w:p>
    <w:p>
      <w:pPr>
        <w:jc w:val="right"/>
      </w:pPr>
      <w:r>
        <w:t>یعنی میرا جو ریئل ایکسٹینشن ہے اس کا معاملہ اللہ کے ہاتھ پہ ہے۔ اس پر غور کیجیے۔ بہت ہی، بہت ہی زیادہ سیریس معاملہ ہے زندگی کا۔</w:t>
      </w:r>
    </w:p>
    <w:p>
      <w:r>
        <w:rPr>
          <w:b/>
        </w:rPr>
        <w:t xml:space="preserve">[13:02] </w:t>
      </w:r>
      <w:r>
        <w:t>yaani bete ki shakal mein jo aap apna extension dekh rahe hain, wahan to khoob apni, apni paisa, apni energies lagai gayi hain.</w:t>
      </w:r>
    </w:p>
    <w:p>
      <w:pPr>
        <w:jc w:val="right"/>
      </w:pPr>
      <w:r>
        <w:t>یعنی بیٹے کی شکل میں جو آپ اپنا ایکسٹینشن دیکھ رہے ہیں، وہاں تو خوب اپنی، اپنی پیسہ، اپنی انرجیز لگائی گئی ہیں۔</w:t>
      </w:r>
    </w:p>
    <w:p>
      <w:r>
        <w:rPr>
          <w:b/>
        </w:rPr>
        <w:t xml:space="preserve">[13:13] </w:t>
      </w:r>
      <w:r>
        <w:t>lekin aakhirat ki shakal mein jo khud aap ka jo hai, aap ka apna jo extension hai, wahan ki kisi ko fikr nahin. agar fikr hoti to is ka shauk hota, Allah se mohabbat hoti, Allah se dar hota.</w:t>
      </w:r>
    </w:p>
    <w:p>
      <w:pPr>
        <w:jc w:val="right"/>
      </w:pPr>
      <w:r>
        <w:t>لیکن آخرت کی شکل میں جو خود آپ کا جو ہے، آپ کا اپنا جو ایکسٹینشن ہے، وہاں کی کسی کو فکر نہیں۔ اگر فکر ہوتی تو اس کا شوق ہوتا، اللہ سے محبت ہوتی، اللہ سے ڈر ہوتا۔</w:t>
      </w:r>
    </w:p>
    <w:p>
      <w:r>
        <w:rPr>
          <w:b/>
        </w:rPr>
        <w:t xml:space="preserve">[13:29] </w:t>
      </w:r>
      <w:r>
        <w:t>is ka charchaa hota majlisoun mein. yeh kaheen bhi nahin hota. meri itni lambi umar ho gayi, mein ne kaheen bhi yaad rakhiye, masjid mein, madrasay mein, kaheen bhi nahin charchaa suna is ka.</w:t>
      </w:r>
    </w:p>
    <w:p>
      <w:pPr>
        <w:jc w:val="right"/>
      </w:pPr>
      <w:r>
        <w:t>اس کا چرچہ ہوتا مجلسوں میں۔ یہ کہیں بھی نہیں ہوتا۔ میری اتنی لمبی عمر ہو گئی، میں نے کہیں بھی یاد رکھیے، مسجد میں، مدرسے میں، کہیں بھی نہیں چرچہ سنا اس کا۔</w:t>
      </w:r>
    </w:p>
    <w:p>
      <w:r>
        <w:rPr>
          <w:b/>
        </w:rPr>
        <w:t xml:space="preserve">[13:44] </w:t>
      </w:r>
      <w:r>
        <w:t>mujhe yaad aata hai ke haan, ram vila ground mein aik martaba aik jalsah tha. aik molana sahib wahan aaye hue thay. aik book stall par mein baitha hua tha.</w:t>
      </w:r>
    </w:p>
    <w:p>
      <w:pPr>
        <w:jc w:val="right"/>
      </w:pPr>
      <w:r>
        <w:t>مجھے یاد آتا ہے کہ ہاں، رام ویلا گراؤنڈ میں ایک مرتبہ ایک جلسہ تھا۔ ایک مولانا صاحب وہاں آئے ہوئے تھے۔ ایک بک اسٹال پر میں بیٹھا ہوا تھا۔</w:t>
      </w:r>
    </w:p>
    <w:p>
      <w:r>
        <w:rPr>
          <w:b/>
        </w:rPr>
        <w:t xml:space="preserve">[13:56] </w:t>
      </w:r>
      <w:r>
        <w:t>woh aalim thay. aik, aik mashhoor muslim tanzeem se wabasta thay woh.</w:t>
      </w:r>
    </w:p>
    <w:p>
      <w:pPr>
        <w:jc w:val="right"/>
      </w:pPr>
      <w:r>
        <w:t>وہ عالم تھے۔ ایک، ایک مشہور مسلم تنظیم سے وابستہ تھے وہ۔</w:t>
      </w:r>
    </w:p>
    <w:p>
      <w:r>
        <w:rPr>
          <w:b/>
        </w:rPr>
        <w:t xml:space="preserve">[14:06] </w:t>
      </w:r>
      <w:r>
        <w:t>toh mein ne kaha ke pata nahin maut ke baad kya hoga, aakhirat mein hamara kya anjaam hoga. is tarah ki baat mein ne ki.</w:t>
      </w:r>
    </w:p>
    <w:p>
      <w:pPr>
        <w:jc w:val="right"/>
      </w:pPr>
      <w:r>
        <w:t>تو میں نے کہا کہ پتہ نہیں موت کے بعد کیا ہوگا، آخرت میں ہمارا کیا انجام ہوگا۔ اس طرح کی بات میں نے کی۔</w:t>
      </w:r>
    </w:p>
    <w:p>
      <w:r>
        <w:rPr>
          <w:b/>
        </w:rPr>
        <w:t xml:space="preserve">[14:17] </w:t>
      </w:r>
      <w:r>
        <w:t>matlab mera woh extension jo aakhirat mein hone wala hai, wahan mein kya apne aap ko kaisa paunga? toh mere saath woh baithe hue thay, uth kar gaye yeh kehte hue: "aap yeh sab sochiye, hamara muamla toh pakka hai.</w:t>
      </w:r>
    </w:p>
    <w:p>
      <w:pPr>
        <w:jc w:val="right"/>
      </w:pPr>
      <w:r>
        <w:t>مطلب میرا وہ ایکسٹینشن جو آخرت میں ہونے والا ہے، وہاں میں کیا اپنے آپ کو کیسا پاؤں گا؟ تو میرے ساتھ وہ بیٹھے ہوئے تھے، اٹھ کر گئے یہ کہتے ہوئے: "آپ یہ سب سوچیے، ہمارا معاملہ تو پکا ہے۔</w:t>
      </w:r>
    </w:p>
    <w:p>
      <w:r>
        <w:rPr>
          <w:b/>
        </w:rPr>
        <w:t xml:space="preserve">[14:32] </w:t>
      </w:r>
      <w:r>
        <w:t>hamari jannat toh pakki hai." yeh keh ke chalay gaye. hamara rasta isi jannat mein ja raha hai. woh daadhi walay thay, namaz roze walay thay.</w:t>
      </w:r>
    </w:p>
    <w:p>
      <w:pPr>
        <w:jc w:val="right"/>
      </w:pPr>
      <w:r>
        <w:t>ہماری جنت تو پکی ہے۔" یہ کہہ کے چلے گئے۔ ہمارا راستہ اسی جنت میں جا رہا ہے۔ وہ داڑھی والے تھے، نماز روزے والے تھے۔</w:t>
      </w:r>
    </w:p>
    <w:p>
      <w:r>
        <w:rPr>
          <w:b/>
        </w:rPr>
        <w:t xml:space="preserve">[14:46] </w:t>
      </w:r>
      <w:r>
        <w:t>ho sakta hai abhi bhi woh zinda hon. aik mashhoor muslim tanzeem ke aam member thay woh. yeh keh ke chalay gaye ke aap yeh sab sochiye.</w:t>
      </w:r>
    </w:p>
    <w:p>
      <w:pPr>
        <w:jc w:val="right"/>
      </w:pPr>
      <w:r>
        <w:t>ہو سکتا ہے ابھی بھی وہ زندہ ہوں۔ ایک مشہور مسلم تنظیم کے عام ممبر تھے وہ۔ یہ کہہ کے چلے گئے کہ آپ یہ سب سوچیے۔</w:t>
      </w:r>
    </w:p>
    <w:p>
      <w:r>
        <w:rPr>
          <w:b/>
        </w:rPr>
        <w:t xml:space="preserve">[14:56] </w:t>
      </w:r>
      <w:r>
        <w:t>hamara rasta siyah cheezah jannat ka ja raha hai. is ke maani kya hain? aur inhi ke baray mein mujhe pata hai ke wohi apne bete, beton ko america pohnchanay ke liye itnay be taab thay ke kisi bhi tareeqay se america pohnch jaye woh mera beta.</w:t>
      </w:r>
    </w:p>
    <w:p>
      <w:pPr>
        <w:jc w:val="right"/>
      </w:pPr>
      <w:r>
        <w:t>ہمارا راستہ سیاہ چیزہ جنت کا جا رہا ہے۔ اس کے معنی کیا ہیں؟ اور انہی کے بارے میں مجھے پتہ ہے کہ وہی اپنے بیٹے، بیٹوں کو امریکہ پہنچانے کے لیے اتنے بے تاب تھے کہ کسی بھی طریقے سے امریکہ پہنچ جائے وہ میرا بیٹا۔</w:t>
      </w:r>
    </w:p>
    <w:p>
      <w:r>
        <w:rPr>
          <w:b/>
        </w:rPr>
        <w:t xml:space="preserve">[15:15] </w:t>
      </w:r>
      <w:r>
        <w:t>toh bete ki shakal mein jo is ka extension hai, us ke liye bohat pareshan hai. us ki taleem, us ko america mein settle, settle karna, us ki achi shadi, us ke liye acha ghar.</w:t>
      </w:r>
    </w:p>
    <w:p>
      <w:pPr>
        <w:jc w:val="right"/>
      </w:pPr>
      <w:r>
        <w:t>تو بیٹے کی شکل میں جو اس کا ایکسٹینشن ہے، اس کے لیے بہت پریشان ہے۔ اس کی تعلیم، اس کو امریکہ میں سیٹل، سیٹل کرنا، اس کی اچھی شادی، اس کے لیے اچھا گھر۔</w:t>
      </w:r>
    </w:p>
    <w:p>
      <w:r>
        <w:rPr>
          <w:b/>
        </w:rPr>
        <w:t xml:space="preserve">[15:27] </w:t>
      </w:r>
      <w:r>
        <w:t>lekin khud apna extension jo aakhirat mein hone wala hai, us ki koi fikr nahin. koi is ka koi tasawwur nahin.</w:t>
      </w:r>
    </w:p>
    <w:p>
      <w:pPr>
        <w:jc w:val="right"/>
      </w:pPr>
      <w:r>
        <w:t>لیکن خود اپنا ایکسٹینشن جو آخرت میں ہونے والا ہے، اس کی کوئی فکر نہیں۔ کوئی اس کا کوئی تصور نہیں۔</w:t>
      </w:r>
    </w:p>
    <w:p>
      <w:r>
        <w:rPr>
          <w:b/>
        </w:rPr>
        <w:t xml:space="preserve">[15:41] </w:t>
      </w:r>
      <w:r>
        <w:t>is par mazeed mein ne socha. mazeed socha toh meri samajh mein baat aayi ke sachi baat hai jannat, jannat ka koi bara concept hai nahin logon ke mind mein.</w:t>
      </w:r>
    </w:p>
    <w:p>
      <w:pPr>
        <w:jc w:val="right"/>
      </w:pPr>
      <w:r>
        <w:t>اس پر مزید میں نے سوچا۔ مزید سوچا تو میری سمجھ میں بات آئی کہ سچی بات ہے جنت، جنت کا کوئی بڑا کانسیپٹ ہے نہیں لوگوں کے مائنڈ میں۔</w:t>
      </w:r>
    </w:p>
    <w:p>
      <w:r>
        <w:rPr>
          <w:b/>
        </w:rPr>
        <w:t xml:space="preserve">[15:54] </w:t>
      </w:r>
      <w:r>
        <w:t>aik bohat hi bhambham qism ka hai. weak type ka hai. bas naam lete hain jannat ka. ke ho gayi toh hogi bhi.</w:t>
      </w:r>
    </w:p>
    <w:p>
      <w:pPr>
        <w:jc w:val="right"/>
      </w:pPr>
      <w:r>
        <w:t>ایک بہت ہی بمبھم قسم کا ہے۔ ویک ٹائپ کا ہے۔ بس نام لیتے ہیں جنت کا۔ کہ ہو گئی تو ہوگی بھی۔</w:t>
      </w:r>
    </w:p>
    <w:p>
      <w:r>
        <w:rPr>
          <w:b/>
        </w:rPr>
        <w:t xml:space="preserve">[16:04] </w:t>
      </w:r>
      <w:r>
        <w:t>toh rasool Allah aayenge wahan, danday sab ko bhaga denge. kahenge chalo jannat mein chalo. yaani jannat ka jo aur jannat aur jahannum ka jo sahaba karam ke andar jo hota tha, jannat aur jahannum ka,</w:t>
      </w:r>
    </w:p>
    <w:p>
      <w:pPr>
        <w:jc w:val="right"/>
      </w:pPr>
      <w:r>
        <w:t>تو رسول اللہ آئیں گے وہاں، ڈنڈے سب کو بھگا دیں گے۔ کہیں گے چلو جنت میں چلو۔ یعنی جنت کا جو اور جنت اور جہنم کا جو صحابہ کرام کے اندر جو ہوتا تھا، جنت اور جہنم کا،</w:t>
      </w:r>
    </w:p>
    <w:p>
      <w:r>
        <w:rPr>
          <w:b/>
        </w:rPr>
        <w:t xml:space="preserve">[16:20] </w:t>
      </w:r>
      <w:r>
        <w:t>aik bohat is yaani isi isi mein jeetay thay isi. woh nahin hai. aik bohat hi yaani aik reduced form mein koi concept hai woh un ke mind mein hai.</w:t>
      </w:r>
    </w:p>
    <w:p>
      <w:pPr>
        <w:jc w:val="right"/>
      </w:pPr>
      <w:r>
        <w:t>ایک بہت اس یعنی اسی اسی میں جیتے تھے اسی۔ وہ نہیں ہے۔ ایک بہت ہی یعنی ایک ریڈیوسڈ فارم میں کوئی کانسیپٹ ہے وہ ان کے مائنڈ میں ہے۔</w:t>
      </w:r>
    </w:p>
    <w:p>
      <w:r>
        <w:rPr>
          <w:b/>
        </w:rPr>
        <w:t xml:space="preserve">[16:33] </w:t>
      </w:r>
      <w:r>
        <w:t>agar log</w:t>
      </w:r>
    </w:p>
    <w:p>
      <w:pPr>
        <w:jc w:val="right"/>
      </w:pPr>
      <w:r>
        <w:t>اگر لوگ</w:t>
      </w:r>
    </w:p>
    <w:p>
      <w:r>
        <w:rPr>
          <w:b/>
        </w:rPr>
        <w:t xml:space="preserve">[16:37] </w:t>
      </w:r>
      <w:r>
        <w:t>jaise mein aik misaal deta hoon. abhi kal parson aik saath se mulaqat hui. toh unhon ne kaha ke pehle mere haan log bohat milnay aatay thay, bheer lagi rehti thi.</w:t>
      </w:r>
    </w:p>
    <w:p>
      <w:pPr>
        <w:jc w:val="right"/>
      </w:pPr>
      <w:r>
        <w:t>جیسے میں ایک مثال دیتا ہوں۔ ابھی کل پرسوں ایک ساتھ سے ملاقات ہوئی۔ تو انہوں نے کہا کہ پہلے میرے ہاں لوگ بہت ملنے آتے تھے، بھیڑ لگی رہتی تھی۔</w:t>
      </w:r>
    </w:p>
    <w:p>
      <w:r>
        <w:rPr>
          <w:b/>
        </w:rPr>
        <w:t xml:space="preserve">[16:50] </w:t>
      </w:r>
      <w:r>
        <w:t>chah pani hota tha. ab koi milnay nahin aata. aik bohat ajeeb qissa yeh hai. yeh sab ka haal hai. wohi aik aadmi ka nahin.</w:t>
      </w:r>
    </w:p>
    <w:p>
      <w:pPr>
        <w:jc w:val="right"/>
      </w:pPr>
      <w:r>
        <w:t>چاہ پانی ہوتا تھا۔ اب کوئی ملنے نہیں آتا۔ ایک بہت عجیب قصہ یہ ہے۔ یہ سب کا حال ہے۔ وہی ایک آدمی کا نہیں۔</w:t>
      </w:r>
    </w:p>
    <w:p>
      <w:r>
        <w:rPr>
          <w:b/>
        </w:rPr>
        <w:t xml:space="preserve">[17:02] </w:t>
      </w:r>
      <w:r>
        <w:t>toh mein ne socha ke aisa kyun hai? pehle bheer lagti thi un ke haan. ab koi aata nahin. asal wajah kya hai? jab se multinationals walay aaye hain, india economy ko unhon ne bilkul revolutionize kar diya hai.</w:t>
      </w:r>
    </w:p>
    <w:p>
      <w:pPr>
        <w:jc w:val="right"/>
      </w:pPr>
      <w:r>
        <w:t>تو میں نے سوچا کہ ایسا کیوں ہے؟ پہلے بھیڑ لگتی تھی ان کے ہاں۔ اب کوئی آتا نہیں۔ اصل وجہ کیا ہے؟ جب سے ملٹی نیشنلز والے آئے ہیں، انڈیا اکانومی کو انہوں نے بالکل ریولوشنائز کر دیا ہے۔</w:t>
      </w:r>
    </w:p>
    <w:p>
      <w:r>
        <w:rPr>
          <w:b/>
        </w:rPr>
        <w:t xml:space="preserve">[17:17] </w:t>
      </w:r>
      <w:r>
        <w:t>har aadmi ke liye kamane ka moqa khol diya. pehle jo india mein state control yaani economy chal rahi thi, chalti thi.</w:t>
      </w:r>
    </w:p>
    <w:p>
      <w:pPr>
        <w:jc w:val="right"/>
      </w:pPr>
      <w:r>
        <w:t>ہر آدمی کے لیے کمانے کا موقع کھول دیا۔ پہلے جو انڈیا میں اسٹیٹ کنٹرول یعنی اکانومی چل رہی تھی، چلتی تھی۔</w:t>
      </w:r>
    </w:p>
    <w:p>
      <w:r>
        <w:rPr>
          <w:b/>
        </w:rPr>
        <w:t xml:space="preserve">[17:28] </w:t>
      </w:r>
      <w:r>
        <w:t>ab fifty percent kam az kam de control kar diya unhon ne. mukammal toh nahin. toh paisay ka darya bahar aaya. baray baray tankhwahin logon ko mil rahi hain.</w:t>
      </w:r>
    </w:p>
    <w:p>
      <w:pPr>
        <w:jc w:val="right"/>
      </w:pPr>
      <w:r>
        <w:t>اب ففٹی پرسنٹ کم از کم ڈی کنٹرول کر دیا انہوں نے۔ مکمل تو نہیں۔ تو پیسے کا دریا باہر آیا۔ بڑے بڑے تنخواہیں لوگوں کو مل رہی ہیں۔</w:t>
      </w:r>
    </w:p>
    <w:p>
      <w:r>
        <w:rPr>
          <w:b/>
        </w:rPr>
        <w:t xml:space="preserve">[17:39] </w:t>
      </w:r>
      <w:r>
        <w:t>sab dorr rahe hain isi ki taraf. ab kisi ko fursat nahin hai ke aap ko khat likhe. kisi ko fursat nahin hai ke aap ki majlisoun mein aa ke baithe, chaye pani kare.</w:t>
      </w:r>
    </w:p>
    <w:p>
      <w:pPr>
        <w:jc w:val="right"/>
      </w:pPr>
      <w:r>
        <w:t>سب دوڑ رہے ہیں اسی کی طرف۔ اب کسی کو فرصت نہیں ہے کہ آپ کو خط لکھے۔ کسی کو فرصت نہیں ہے کہ آپ کی مجلسوں میں آ کے بیٹھے، چائے پانی کرے۔</w:t>
      </w:r>
    </w:p>
    <w:p>
      <w:r>
        <w:rPr>
          <w:b/>
        </w:rPr>
        <w:t xml:space="preserve">[17:50] </w:t>
      </w:r>
      <w:r>
        <w:t>bas paisa, paisa, paisa. toh kyun paisay ka dahana khul gaya? paisay ki importance maloom ho gayi. hamare bachay bachpan mein kisi ko shoq nahin tha ke angrezi parhay.</w:t>
      </w:r>
    </w:p>
    <w:p>
      <w:pPr>
        <w:jc w:val="right"/>
      </w:pPr>
      <w:r>
        <w:t>بس پیسہ، پیسہ، پیسہ۔ تو کیوں پیسے کا دہانہ کھل گیا؟ پیسے کی امپورٹنس معلوم ہو گئی۔ ہمارے بچے بچپن میں کسی کو شوق نہیں تھا کہ انگریزی پڑھے۔</w:t>
      </w:r>
    </w:p>
    <w:p>
      <w:r>
        <w:rPr>
          <w:b/>
        </w:rPr>
        <w:t xml:space="preserve">[18:04] </w:t>
      </w:r>
      <w:r>
        <w:t>koi angrezi ka shoq nahin tha. ab dhoom macha rakhi hai logon ne. har aadmi apne bete ko angrezi parhwa raha hai. aik martaba mein gaya aik aik imam sahib se milnay ke liye aik masjid mein.</w:t>
      </w:r>
    </w:p>
    <w:p>
      <w:pPr>
        <w:jc w:val="right"/>
      </w:pPr>
      <w:r>
        <w:t>کوئی انگریزی کا شوق نہیں تھا۔ اب دھوم مچا رکھی ہے لوگوں نے۔ ہر آدمی اپنے بیٹے کو انگریزی پڑھوا رہا ہے۔ ایک مرتبہ میں گیا ایک ایک امام صاحب سے ملنے کے لیے ایک مسجد میں۔</w:t>
      </w:r>
    </w:p>
    <w:p>
      <w:r>
        <w:rPr>
          <w:b/>
        </w:rPr>
        <w:t xml:space="preserve">[18:17] </w:t>
      </w:r>
      <w:r>
        <w:t>woh masjid bhi thi, madrasa bhi tha. wahan mein baitha hua tha un ka. toh un ka beta nikla aik bag liye hue. aur tezi se chala gaya.</w:t>
      </w:r>
    </w:p>
    <w:p>
      <w:pPr>
        <w:jc w:val="right"/>
      </w:pPr>
      <w:r>
        <w:t>وہ مسجد بھی تھی، مدرسہ بھی تھا۔ وہاں میں بیٹھا ہوا تھا ان کا۔ تو ان کا بیٹا نکلا ایک بیگ لیے ہوئے۔ اور تیزی سے چلا گیا۔</w:t>
      </w:r>
    </w:p>
    <w:p>
      <w:r>
        <w:rPr>
          <w:b/>
        </w:rPr>
        <w:t xml:space="preserve">[18:27] </w:t>
      </w:r>
      <w:r>
        <w:t>mein ne kaha bhai kahan ja raha hai yeh bachcha? kaha school ja raha hai. sab school achay school ki talash mein hain.</w:t>
      </w:r>
    </w:p>
    <w:p>
      <w:pPr>
        <w:jc w:val="right"/>
      </w:pPr>
      <w:r>
        <w:t>میں نے کہا بھئی کہاں جا رہا ہے یہ بچہ؟ کہا اسکول جا رہا ہے۔ سب اسکول اچھے اسکول کی تلاش میں ہیں۔</w:t>
      </w:r>
    </w:p>
    <w:p>
      <w:r>
        <w:rPr>
          <w:b/>
        </w:rPr>
        <w:t xml:space="preserve">[18:35] </w:t>
      </w:r>
      <w:r>
        <w:t>sab bachchon ko padhwa rahe hain angrezi.</w:t>
      </w:r>
    </w:p>
    <w:p>
      <w:pPr>
        <w:jc w:val="right"/>
      </w:pPr>
      <w:r>
        <w:t>سب بچوں کو پڑھوا رہے ہیں انگریزی۔</w:t>
      </w:r>
    </w:p>
    <w:p>
      <w:r>
        <w:rPr>
          <w:b/>
        </w:rPr>
        <w:t xml:space="preserve">[18:41] </w:t>
      </w:r>
      <w:r>
        <w:t>abhi ek hindu leader se meri mulaqat hui. jo hindi india ki zaban bane aur hindi ka parchar ho. hindi, hindi har taraf ho jaye.</w:t>
      </w:r>
    </w:p>
    <w:p>
      <w:pPr>
        <w:jc w:val="right"/>
      </w:pPr>
      <w:r>
        <w:t>ابھی ایک ہندو لیڈر سے میری ملاقات ہوئی۔ جو ہندی انڈیا کی زبان بنے اور ہندی کا پرچار ہو۔ ہندی، ہندی ہر طرف ہو جائے۔</w:t>
      </w:r>
    </w:p>
    <w:p>
      <w:r>
        <w:rPr>
          <w:b/>
        </w:rPr>
        <w:t xml:space="preserve">[18:52] </w:t>
      </w:r>
      <w:r>
        <w:t>is ke is ke woh wakeel rahe hain. poori zindagi is mein bitai unhon ne. maine un se poocha ke aap ke aap ke bete pote kya padhte hain?</w:t>
      </w:r>
    </w:p>
    <w:p>
      <w:pPr>
        <w:jc w:val="right"/>
      </w:pPr>
      <w:r>
        <w:t>اس کے اس کے وہ وکیل رہے ہیں۔ پوری زندگی اس میں بتائی انہوں نے۔ میں نے ان سے پوچھا کہ آپ کے آپ کے بیٹے پوتے کیا پڑھتے ہیں؟</w:t>
      </w:r>
    </w:p>
    <w:p>
      <w:r>
        <w:rPr>
          <w:b/>
        </w:rPr>
        <w:t xml:space="preserve">[19:01] </w:t>
      </w:r>
      <w:r>
        <w:t>kaha angrezi padhte hain.</w:t>
      </w:r>
    </w:p>
    <w:p>
      <w:pPr>
        <w:jc w:val="right"/>
      </w:pPr>
      <w:r>
        <w:t>کہا انگریزی پڑھتے ہیں۔</w:t>
      </w:r>
    </w:p>
    <w:p>
      <w:r>
        <w:rPr>
          <w:b/>
        </w:rPr>
        <w:t xml:space="preserve">[19:05] </w:t>
      </w:r>
      <w:r>
        <w:t>khud apni zindagi bitai unhon ne hindi ke liye. un ke bete pote angrezi padhte hain. kyun? yeh saada baat nahi hai. har ek ne yeh jana ke future to english mein hai.</w:t>
      </w:r>
    </w:p>
    <w:p>
      <w:pPr>
        <w:jc w:val="right"/>
      </w:pPr>
      <w:r>
        <w:t>خود اپنی زندگی بتائی انہوں نے ہندی کے لیے۔ ان کے بیٹے پوتے انگریزی پڑھتے ہیں۔ کیوں؟ یہ سادہ بات نہیں ہے۔ ہر ایک نے یہ جانا کہ فیوچر تو انگلش میں ہے۔</w:t>
      </w:r>
    </w:p>
    <w:p>
      <w:r>
        <w:rPr>
          <w:b/>
        </w:rPr>
        <w:t xml:space="preserve">[19:17] </w:t>
      </w:r>
      <w:r>
        <w:t>hindi mein koi future nahi hai. bade bade tarqiyan, bade bade salary, bade bade makanat, bade bade carain, bade bade uhde sab in logon ke liye hain jo english mein jin ke andar salahiyat ho, qabliyat ho.</w:t>
      </w:r>
    </w:p>
    <w:p>
      <w:pPr>
        <w:jc w:val="right"/>
      </w:pPr>
      <w:r>
        <w:t>ہندی میں کوئی فیوچر نہیں ہے۔ بڑے بڑے ترقیاں، بڑے بڑے سیلری، بڑے بڑے مکانات، بڑے بڑے کاریں، بڑے بڑے عہدے سب ان لوگوں کے لیے ہیں جو انگلش میں جن کے اندر صلاحیت ہو، قابلیت ہو۔</w:t>
      </w:r>
    </w:p>
    <w:p>
      <w:r>
        <w:rPr>
          <w:b/>
        </w:rPr>
        <w:t xml:space="preserve">[19:33] </w:t>
      </w:r>
      <w:r>
        <w:t>to sab daud rahe hain english, angrezi taleem ke liye. chahe molvi hon, chahe mister hon. haan hindu hon, musalman hon.</w:t>
      </w:r>
    </w:p>
    <w:p>
      <w:pPr>
        <w:jc w:val="right"/>
      </w:pPr>
      <w:r>
        <w:t>تو سب دوڑ رہے ہیں انگلش، انگریزی تعلیم کے لیے۔ چاہے مولوی ہوں، چاہے مسٹر ہوں۔ ہاں ہندو ہوں، مسلمان ہوں۔</w:t>
      </w:r>
    </w:p>
    <w:p>
      <w:r>
        <w:rPr>
          <w:b/>
        </w:rPr>
        <w:t xml:space="preserve">[19:44] </w:t>
      </w:r>
      <w:r>
        <w:t>sab woh log jo kattar the, jo urdu ki baatein karte the. musalmanon mein urdu ki baatein karne wale, hinduo mein hindi ki baatein karne wale, sab ke bete pote daud rahe hain angrezi taleem ki taraf.</w:t>
      </w:r>
    </w:p>
    <w:p>
      <w:pPr>
        <w:jc w:val="right"/>
      </w:pPr>
      <w:r>
        <w:t>سب وہ لوگ جو کٹر تھے، جو اردو کی باتیں کرتے تھے۔ مسلمانوں میں اردو کی باتیں کرنے والے، ہندوؤں میں ہندی کی باتیں کرنے والے، سب کے بیٹے پوتے دوڑ رہے ہیں انگریزی تعلیم کی طرف۔</w:t>
      </w:r>
    </w:p>
    <w:p>
      <w:r>
        <w:rPr>
          <w:b/>
        </w:rPr>
        <w:t xml:space="preserve">[19:57] </w:t>
      </w:r>
      <w:r>
        <w:t>main naam bana masailon ko jaanta hoon. aise musalmanon ko jo bas urdu, urdu, urdu karte the. lekin un ke bete pote english padh rahe hain.</w:t>
      </w:r>
    </w:p>
    <w:p>
      <w:pPr>
        <w:jc w:val="right"/>
      </w:pPr>
      <w:r>
        <w:t>میں نام بنا مسئلوں کو جانتا ہوں۔ ایسے مسلمانوں کو جو بس اردو، اردو، اردو کرتے تھے۔ لیکن ان کے بیٹے پوتے انگلش پڑھ رہے ہیں۔</w:t>
      </w:r>
    </w:p>
    <w:p>
      <w:r>
        <w:rPr>
          <w:b/>
        </w:rPr>
        <w:t xml:space="preserve">[20:06] </w:t>
      </w:r>
      <w:r>
        <w:t>aise hinduo ko jaanta hoon jo hindi, hindi karte the. un ke bete pote daud rahe hain english education ki taraf. kyun? unhon ne un ko pata chal gaya ke english mein tarqiyan hain.</w:t>
      </w:r>
    </w:p>
    <w:p>
      <w:pPr>
        <w:jc w:val="right"/>
      </w:pPr>
      <w:r>
        <w:t>ایسے ہندوؤں کو جانتا ہوں جو ہندی، ہندی کرتے تھے۔ ان کے بیٹے پوتے دوڑ رہے ہیں انگلش ایجوکیشن کی طرف۔ کیوں؟ انہوں نے ان کو پتہ چل گیا کہ انگلش میں ترقیاں ہیں۔</w:t>
      </w:r>
    </w:p>
    <w:p>
      <w:r>
        <w:rPr>
          <w:b/>
        </w:rPr>
        <w:t xml:space="preserve">[20:19] </w:t>
      </w:r>
      <w:r>
        <w:t>english mein bade bade job hain, english mein bade bade cheezain milengi un ko. is andaaz se aap ne jannat ko discover nahi kiya.</w:t>
      </w:r>
    </w:p>
    <w:p>
      <w:pPr>
        <w:jc w:val="right"/>
      </w:pPr>
      <w:r>
        <w:t>انگلش میں بڑے بڑے جاب ہیں، انگلش میں بڑے بڑے چیزیں ملیں گی ان کو۔ اس انداز سے آپ نے جنت کو ڈسکور نہیں کیا۔</w:t>
      </w:r>
    </w:p>
    <w:p>
      <w:r>
        <w:rPr>
          <w:b/>
        </w:rPr>
        <w:t xml:space="preserve">[20:31] </w:t>
      </w:r>
      <w:r>
        <w:t>main kisi aise musalman ko nahi jaanta jis ne is andaaz se jannat ko discover kiya ho. aur jannat ek hai, kuch kuch hoor waghera hongi wahan, kuch kuch meway waghera honge.</w:t>
      </w:r>
    </w:p>
    <w:p>
      <w:pPr>
        <w:jc w:val="right"/>
      </w:pPr>
      <w:r>
        <w:t>میں کسی ایسے مسلمان کو نہیں جانتا جس نے اس انداز سے جنت کو ڈسکور کیا ہو۔ اور جنت ایک ہے، کچھ کچھ حور وغیرہ ہوں گی وہاں، کچھ کچھ میوے وغیرہ ہوں گے۔</w:t>
      </w:r>
    </w:p>
    <w:p>
      <w:r>
        <w:rPr>
          <w:b/>
        </w:rPr>
        <w:t xml:space="preserve">[20:48] </w:t>
      </w:r>
      <w:r>
        <w:t>to ek sahib jo germany mein rehte hain, unhon ne kaha ke wahan meri mulaqat hui ek sahib, ek german lady se. to woh christian thin woh.</w:t>
      </w:r>
    </w:p>
    <w:p>
      <w:pPr>
        <w:jc w:val="right"/>
      </w:pPr>
      <w:r>
        <w:t>تو ایک صاحب جو جرمنی میں رہتے ہیں، انہوں نے کہا کہ وہاں میری ملاقات ہوئی ایک صاحب، ایک جرمن لیڈی سے۔ تو وہ کرسچن تھیں وہ۔</w:t>
      </w:r>
    </w:p>
    <w:p>
      <w:r>
        <w:rPr>
          <w:b/>
        </w:rPr>
        <w:t xml:space="preserve">[20:58] </w:t>
      </w:r>
      <w:r>
        <w:t>unhon ne kaha ke ab kya jannat ka hai? hum ko sab kuch yahi mila hua hai. jin cheezon ka wada aap karte hain jannat mein, woh to hum ko yahi mila hua hai.</w:t>
      </w:r>
    </w:p>
    <w:p>
      <w:pPr>
        <w:jc w:val="right"/>
      </w:pPr>
      <w:r>
        <w:t>انہوں نے کہا کہ اب کیا جنت کا ہے؟ ہم کو سب کچھ یہی ملا ہوا ہے۔ جن چیزوں کا وعدہ آپ کرتے ہیں جنت میں، وہ تو ہم کو یہی ملا ہوا ہے۔</w:t>
      </w:r>
    </w:p>
    <w:p>
      <w:r>
        <w:rPr>
          <w:b/>
        </w:rPr>
        <w:t xml:space="preserve">[21:11] </w:t>
      </w:r>
      <w:r>
        <w:t>to jannat ek badi cheez ke taur par aap ke zehan mein nahi hai. is liye woh aap ka concern bhi nahi hai.</w:t>
      </w:r>
    </w:p>
    <w:p>
      <w:pPr>
        <w:jc w:val="right"/>
      </w:pPr>
      <w:r>
        <w:t>تو جنت ایک بڑی چیز کے طور پر آپ کے ذہن میں نہیں ہے۔ اس لیے وہ آپ کا کنسرن بھی نہیں ہے۔</w:t>
      </w:r>
    </w:p>
    <w:p>
      <w:r>
        <w:rPr>
          <w:b/>
        </w:rPr>
        <w:t xml:space="preserve">[21:22] </w:t>
      </w:r>
      <w:r>
        <w:t>apne extension ko aap jannat mein jab dekhna chahein, tab aap ko jannat ka shauq ayega. idhar to kuch tasawwur hi nahi hai.</w:t>
      </w:r>
    </w:p>
    <w:p>
      <w:pPr>
        <w:jc w:val="right"/>
      </w:pPr>
      <w:r>
        <w:t>اپنے ایکسٹینشن کو آپ جنت میں جب دیکھنا چاہیں، تب آپ کو جنت کا شوق آئے گا۔ ادھر تو کچھ تصور ہی نہیں ہے۔</w:t>
      </w:r>
    </w:p>
    <w:p>
      <w:r>
        <w:rPr>
          <w:b/>
        </w:rPr>
        <w:t xml:space="preserve">[21:31] </w:t>
      </w:r>
      <w:r>
        <w:t>sirf samajhte hain ke mera beta wahi mera extension hai. mujh ko tarqqi nahi, us ko to ho jaye.</w:t>
      </w:r>
    </w:p>
    <w:p>
      <w:pPr>
        <w:jc w:val="right"/>
      </w:pPr>
      <w:r>
        <w:t>صرف سمجھتے ہیں کہ میرا بیٹا وہی میرا ایکسٹینشن ہے۔ مجھ کو ترقی نہیں، اس کو تو ہو جائے۔</w:t>
      </w:r>
    </w:p>
    <w:p>
      <w:r>
        <w:rPr>
          <w:b/>
        </w:rPr>
        <w:t xml:space="preserve">[21:41] </w:t>
      </w:r>
      <w:r>
        <w:t>main ek ek bar ek bade shehar mein gaya ek sahib ke haan. to miyan biwi jo hai, ek ek bada sa flat tha. akele miyan biwi rehte the.</w:t>
      </w:r>
    </w:p>
    <w:p>
      <w:pPr>
        <w:jc w:val="right"/>
      </w:pPr>
      <w:r>
        <w:t>میں ایک ایک بار ایک بڑے شہر میں گیا ایک صاحب کے ہاں۔ تو میاں بیوی جو ہے، ایک ایک بڑا سا فلیٹ تھا۔ اکیلے میاں بیوی رہتے تھے۔</w:t>
      </w:r>
    </w:p>
    <w:p>
      <w:r>
        <w:rPr>
          <w:b/>
        </w:rPr>
        <w:t xml:space="preserve">[21:52] </w:t>
      </w:r>
      <w:r>
        <w:t>un ka ek beta tha, ek beti. woh america dono gaye hue the. phir to maine poocha ke aap log akele rehte hain? kaisa lagta hai aap logon ko?</w:t>
      </w:r>
    </w:p>
    <w:p>
      <w:pPr>
        <w:jc w:val="right"/>
      </w:pPr>
      <w:r>
        <w:t>ان کا ایک بیٹا تھا، ایک بیٹی۔ وہ امریکہ دونوں گئے ہوئے تھے۔ پھر تو میں نے پوچھا کہ آپ لوگ اکیلے رہتے ہیں؟ کیسا لگتا ہے آپ لوگوں کو؟</w:t>
      </w:r>
    </w:p>
    <w:p>
      <w:r>
        <w:rPr>
          <w:b/>
        </w:rPr>
        <w:t xml:space="preserve">[22:02] </w:t>
      </w:r>
      <w:r>
        <w:t>unhon ne kaha ke yeh soch kar khush aate hain ke hamare bete wahan khush hain. yeh soch kar khush aate hain ke hamare bete america mein khush hain.</w:t>
      </w:r>
    </w:p>
    <w:p>
      <w:pPr>
        <w:jc w:val="right"/>
      </w:pPr>
      <w:r>
        <w:t>انہوں نے کہا کہ یہ سوچ کر خوش آتے ہیں کہ ہمارے بیٹے وہاں خوش ہیں۔ یہ سوچ کر خوش آتے ہیں کہ ہمارے بیٹے امریکہ میں خوش ہیں۔</w:t>
      </w:r>
    </w:p>
    <w:p>
      <w:r>
        <w:rPr>
          <w:b/>
        </w:rPr>
        <w:t xml:space="preserve">[22:11] </w:t>
      </w:r>
      <w:r>
        <w:t>bhai yeh koi zindagi hai? to jannat ka koi tasawwur nahi hai.</w:t>
      </w:r>
    </w:p>
    <w:p>
      <w:pPr>
        <w:jc w:val="right"/>
      </w:pPr>
      <w:r>
        <w:t>بھئی یہ کوئی زندگی ہے؟ تو جنت کا کوئی تصور نہیں ہے۔</w:t>
      </w:r>
    </w:p>
    <w:p>
      <w:r>
        <w:rPr>
          <w:b/>
        </w:rPr>
        <w:t xml:space="preserve">[22:20] </w:t>
      </w:r>
      <w:r>
        <w:t>ab dekhiye, main aap ko quran ki ek ayat dena chahta hoon. la ta'lamu nafsun ma... yeh kaun keh raha hai?</w:t>
      </w:r>
    </w:p>
    <w:p>
      <w:pPr>
        <w:jc w:val="right"/>
      </w:pPr>
      <w:r>
        <w:t>اب دیکھیے، میں آپ کو قرآن کی ایک آیت دینا چاہتا ہوں۔ لا تعلم نفس من کل یہ کون کہہ رہا ہے؟</w:t>
      </w:r>
    </w:p>
    <w:p>
      <w:r>
        <w:rPr>
          <w:b/>
        </w:rPr>
        <w:t xml:space="preserve">[22:31] </w:t>
      </w:r>
      <w:r>
        <w:t>khawandand zuljalal keh raha hai jis ne sari kainat ko banaya hai. jo suraj ko chamkata hai.</w:t>
      </w:r>
    </w:p>
    <w:p>
      <w:pPr>
        <w:jc w:val="right"/>
      </w:pPr>
      <w:r>
        <w:t>خداوند ذوالجلال کہہ رہا ہے جس نے ساری کائنات کو بنایا ہے۔ جو سورج کو چمکاتا ہے۔</w:t>
      </w:r>
    </w:p>
    <w:p>
      <w:r>
        <w:rPr>
          <w:b/>
        </w:rPr>
        <w:t xml:space="preserve">[22:41] </w:t>
      </w:r>
      <w:r>
        <w:t>itni badi duniya is ne banai hai. surah haam as-sajdah number 41. la ta'lamu nafsun ma</w:t>
      </w:r>
    </w:p>
    <w:p>
      <w:pPr>
        <w:jc w:val="right"/>
      </w:pPr>
      <w:r>
        <w:t>اتنی بڑی دنیا اس نے بنائی ہے۔ سورہ ہام السجدہ نمبر 41۔ لا تعلم نفس من</w:t>
      </w:r>
    </w:p>
    <w:p>
      <w:r>
        <w:rPr>
          <w:b/>
        </w:rPr>
        <w:t xml:space="preserve">[22:54] </w:t>
      </w:r>
      <w:r>
        <w:t>yani khuda khuda keh raha hai.</w:t>
      </w:r>
    </w:p>
    <w:p>
      <w:pPr>
        <w:jc w:val="right"/>
      </w:pPr>
      <w:r>
        <w:t>یعنی خدا خدا کہہ رہا ہے۔</w:t>
      </w:r>
    </w:p>
    <w:p>
      <w:r>
        <w:rPr>
          <w:b/>
        </w:rPr>
        <w:t xml:space="preserve">[23:00] </w:t>
      </w:r>
      <w:r>
        <w:t>aadmi nahin jaanta is ke liye kya aankhon ki thandak rakhi hai hum ne jannat mein.</w:t>
      </w:r>
    </w:p>
    <w:p>
      <w:pPr>
        <w:jc w:val="right"/>
      </w:pPr>
      <w:r>
        <w:t>آدمی نہیں جانتا اس کے لیے کیا اکھوں کی ٹھنڈک رکھی ہے ہم نے جنت میں۔</w:t>
      </w:r>
    </w:p>
    <w:p>
      <w:r>
        <w:rPr>
          <w:b/>
        </w:rPr>
        <w:t xml:space="preserve">[23:09] </w:t>
      </w:r>
      <w:r>
        <w:t>yeh hai koi shehanshah kahe ke tum ko kya pata hai ke tum ke liye maine kya flat bana rakha hai. to shehanshahon ka muamla nahin balke khud Khuda hai.</w:t>
      </w:r>
    </w:p>
    <w:p>
      <w:pPr>
        <w:jc w:val="right"/>
      </w:pPr>
      <w:r>
        <w:t>یہ ہے کوئی شہنشاہ کہے کہ تم کو کیا پتہ ہے کہ تم کے لیے میں نے کیا فلیٹ بنا رکھا ہے۔ تو شہنشاہوں کا معاملہ نہیں بلکہ خود خدا ہے۔</w:t>
      </w:r>
    </w:p>
    <w:p>
      <w:r>
        <w:rPr>
          <w:b/>
        </w:rPr>
        <w:t xml:space="preserve">[23:22] </w:t>
      </w:r>
      <w:r>
        <w:t>Khawand-e-Zuljalal yeh keh raha hai ke jo kuch tum soch paate ho, jo kuch tum khwahish kar paate ho, un sab se bhi bohat ziyada cheezein wahan hongi jannat mein.</w:t>
      </w:r>
    </w:p>
    <w:p>
      <w:pPr>
        <w:jc w:val="right"/>
      </w:pPr>
      <w:r>
        <w:t>خداوند ذوالجلال یہ کہہ رہا ہے کہ جو کچھ تم سوچ پاتے ہو، جو کچھ تم خواہش کر پاتے ہو، ان سب سے بھی بہت زیادہ چیزیں وہاں ہوں گی جنت میں۔</w:t>
      </w:r>
    </w:p>
    <w:p>
      <w:r>
        <w:rPr>
          <w:b/>
        </w:rPr>
        <w:t xml:space="preserve">[23:37] </w:t>
      </w:r>
      <w:r>
        <w:t>hadees mein aata hai ke la ain raat wala uzr samat wala khatar ala qalb bashar. jannat woh jagah hai jis ko na kisi aankh ne dekha, na kisi kaan ne suna, na kisi dil par khayal guzra.</w:t>
      </w:r>
    </w:p>
    <w:p>
      <w:pPr>
        <w:jc w:val="right"/>
      </w:pPr>
      <w:r>
        <w:t>حدیث میں آتا ہے کہ لا عین رات ولا عذر سمعت ولا خطر علی قلب بشر۔ جنت وہ جگہ ہے جس کو نہ کسی آنکھ نے دیکھا، نہ کسی کان نے سنا، نہ کسی دل پر خیال گزرا۔</w:t>
      </w:r>
    </w:p>
    <w:p>
      <w:r>
        <w:rPr>
          <w:b/>
        </w:rPr>
        <w:t xml:space="preserve">[23:54] </w:t>
      </w:r>
      <w:r>
        <w:t>to is par main sochta raha, sochta raha ke aakhir kyun jannat itni bari qeemti cheez hai? kya khaas baat hai jannat mein ke itni bari qeemti hai woh?</w:t>
      </w:r>
    </w:p>
    <w:p>
      <w:pPr>
        <w:jc w:val="right"/>
      </w:pPr>
      <w:r>
        <w:t>تو اس پر میں سوچتا رہا، سوچتا رہا کہ آخر کیوں جنت اتنی بڑی قیمتی چیز ہے؟ کیا خاص بات ہے جنت میں کہ اتنی بڑی قیمتی ہے وہ؟</w:t>
      </w:r>
    </w:p>
    <w:p>
      <w:r>
        <w:rPr>
          <w:b/>
        </w:rPr>
        <w:t xml:space="preserve">[24:08] </w:t>
      </w:r>
      <w:r>
        <w:t>to chaar cheezein meri samajh mein aayin. jannat chaar cheezon ka maqam hai, yeh meri samajh mein aaya.</w:t>
      </w:r>
    </w:p>
    <w:p>
      <w:pPr>
        <w:jc w:val="right"/>
      </w:pPr>
      <w:r>
        <w:t>تو چار چیزیں میری سمجھ میں آئیں۔ جنت چار چیزوں کا مقام ہے، یہ میری سمجھ میں آیا۔</w:t>
      </w:r>
    </w:p>
    <w:p>
      <w:r>
        <w:rPr>
          <w:b/>
        </w:rPr>
        <w:t xml:space="preserve">[24:16] </w:t>
      </w:r>
      <w:r>
        <w:t>dekhein, sab se bari baat to yeh hai ke jannat woh jagah hai jahan aap Khawandi kainat ko dekhenge. aap ghor kijiye, kaisa ajeeb hai woh Khuda jis ne itni bari duniya bana dali.</w:t>
      </w:r>
    </w:p>
    <w:p>
      <w:pPr>
        <w:jc w:val="right"/>
      </w:pPr>
      <w:r>
        <w:t>دیکھیں، سب سے بڑی بات تو یہ ہے کہ جنت وہ جگہ ہے جہاں آپ خداوندی کائنات کو دیکھیں گے۔ آپ غور کیجئے، کیسا عجیب ہے وہ خدا جس نے اتنی بڑی دنیا بنا ڈالی۔</w:t>
      </w:r>
    </w:p>
    <w:p>
      <w:r>
        <w:rPr>
          <w:b/>
        </w:rPr>
        <w:t xml:space="preserve">[24:33] </w:t>
      </w:r>
      <w:r>
        <w:t>yeh duniya ko chala raha hai. ghor kijiye, kaisi ajeeb hai yeh duniya jis mein khushbu hai, jis mein meaning hai, jis mein wisdom hai,</w:t>
      </w:r>
    </w:p>
    <w:p>
      <w:pPr>
        <w:jc w:val="right"/>
      </w:pPr>
      <w:r>
        <w:t>یہ دنیا کو چلا رہا ہے۔ غور کیجئے، کیسی عجیب ہے یہ دنیا جس میں خوشبو ہے، جس میں میننگ ہے، جس میں وزڈم ہے،</w:t>
      </w:r>
    </w:p>
    <w:p>
      <w:r>
        <w:rPr>
          <w:b/>
        </w:rPr>
        <w:t xml:space="preserve">[24:47] </w:t>
      </w:r>
      <w:r>
        <w:t>jis mein har cheez ideals par kaam kar rahi hai. yeh itni bari hai, itni bari hai ke aaj tak hum is ko naap nahin sake.</w:t>
      </w:r>
    </w:p>
    <w:p>
      <w:pPr>
        <w:jc w:val="right"/>
      </w:pPr>
      <w:r>
        <w:t>جس میں ہر چیز آئیڈیلز پر کام کر رہی ہے۔ یہ اتنی بڑی ہے، اتنی بڑی ہے کہ آج تک ہم اس کو ناپ نہیں سکے۔</w:t>
      </w:r>
    </w:p>
    <w:p>
      <w:r>
        <w:rPr>
          <w:b/>
        </w:rPr>
        <w:t xml:space="preserve">[24:58] </w:t>
      </w:r>
      <w:r>
        <w:t>koi microscope na dekh paya, na koi telescope is ko dekh paya. to jis Khuda ne aisi duniya banai.</w:t>
      </w:r>
    </w:p>
    <w:p>
      <w:pPr>
        <w:jc w:val="right"/>
      </w:pPr>
      <w:r>
        <w:t>کوئی مائیکروسکوپ نہ دیکھ پایا، نہ کوئی ٹیلیسکوپ اس کو دیکھ پایا۔ تو جس خدا نے ایسی دنیا بنائی۔</w:t>
      </w:r>
    </w:p>
    <w:p>
      <w:r>
        <w:rPr>
          <w:b/>
        </w:rPr>
        <w:t xml:space="preserve">[25:09] </w:t>
      </w:r>
      <w:r>
        <w:t>aap phir ghor kijiye, main aksar sochta hoon ke Khuda Adam se wajood mein laya cheezon ko.</w:t>
      </w:r>
    </w:p>
    <w:p>
      <w:pPr>
        <w:jc w:val="right"/>
      </w:pPr>
      <w:r>
        <w:t>آپ پھر غور کیجئے، میں اکثر سوچتا ہوں کہ خدا آدم سے وجود میں لایا چیزوں کو۔</w:t>
      </w:r>
    </w:p>
    <w:p>
      <w:r>
        <w:rPr>
          <w:b/>
        </w:rPr>
        <w:t xml:space="preserve">[25:19] </w:t>
      </w:r>
      <w:r>
        <w:t>kaisi ajeeb hogi woh hasti? kaisi ajeeb hogi? yaani duniya thi nahin aur duniya banai. phool thay nahin aur phool banaya.</w:t>
      </w:r>
    </w:p>
    <w:p>
      <w:pPr>
        <w:jc w:val="right"/>
      </w:pPr>
      <w:r>
        <w:t>کیسی عجیب ہوگی وہ ہستی؟ کیسی عجیب ہوگی؟ یعنی دنیا تھی نہیں اور دنیا بنائی۔ پھول تھے نہیں اور پھول بنایا۔</w:t>
      </w:r>
    </w:p>
    <w:p>
      <w:r>
        <w:rPr>
          <w:b/>
        </w:rPr>
        <w:t xml:space="preserve">[25:30] </w:t>
      </w:r>
      <w:r>
        <w:t>pani thay nahin, tha nahin, pani banaya. pahaar aur zameen aur aur drakht aur jitni bhi cheezein aap jaante hain, ek waqt tha ke kuch nahin tha.</w:t>
      </w:r>
    </w:p>
    <w:p>
      <w:pPr>
        <w:jc w:val="right"/>
      </w:pPr>
      <w:r>
        <w:t>پانی تھے نہیں، تھا نہیں، پانی بنایا۔ پہاڑ اور زمین اور اور درخت اور جتنی بھی چیزیں آپ جانتے ہیں، ایک وقت تھا کہ کچھ نہیں تھا۔</w:t>
      </w:r>
    </w:p>
    <w:p>
      <w:r>
        <w:rPr>
          <w:b/>
        </w:rPr>
        <w:t xml:space="preserve">[25:45] </w:t>
      </w:r>
      <w:r>
        <w:t>aur phir Khuda ne is ko in ko wajood diya. to kaisa ajeeb qudrat wala Khuda hoga? hum ab to ek zarre ko jo</w:t>
      </w:r>
    </w:p>
    <w:p>
      <w:pPr>
        <w:jc w:val="right"/>
      </w:pPr>
      <w:r>
        <w:t>اور پھر خدا نے اس کو ان کو وجود دیا۔ تو کیسا عجیب قدرت والا خدا ہوگا؟ ہم اب تو ایک ذرے کو جو</w:t>
      </w:r>
    </w:p>
    <w:p>
      <w:r>
        <w:rPr>
          <w:b/>
        </w:rPr>
        <w:t xml:space="preserve">[25:56] </w:t>
      </w:r>
      <w:r>
        <w:t>ek scientist ne likha hai ke saare insaan mil kar bhi universe mein ek particle ko na to barha sakte hain, na ghata sakte hain.</w:t>
      </w:r>
    </w:p>
    <w:p>
      <w:pPr>
        <w:jc w:val="right"/>
      </w:pPr>
      <w:r>
        <w:t>ایک سائنس دان نے لکھا ہے کہ سارے انسان مل کر بھی یونیورس میں ایک پارٹیکل کو نہ تو بڑھا سکتے ہیں، نہ گھٹا سکتے ہیں۔</w:t>
      </w:r>
    </w:p>
    <w:p>
      <w:r>
        <w:rPr>
          <w:b/>
        </w:rPr>
        <w:t xml:space="preserve">[26:07] </w:t>
      </w:r>
      <w:r>
        <w:t>hamare paas yeh taqat nahin hai ke beshumar particle hain, un ki koi ginti nahin. lekin hum na to ek particle ko control kar sakte hain, na ek particle ko hum barha sakte hain.</w:t>
      </w:r>
    </w:p>
    <w:p>
      <w:pPr>
        <w:jc w:val="right"/>
      </w:pPr>
      <w:r>
        <w:t>ہمارے پاس یہ طاقت نہیں ہے کہ بے شمار پارٹیکل ہیں، ان کی کوئی گنتی نہیں۔ لیکن ہم نہ تو ایک پارٹیکل کو کپ کر سکتے ہیں، نہ ایک پارٹیکل کو ہمیں بڑھا سکتے ہیں۔</w:t>
      </w:r>
    </w:p>
    <w:p>
      <w:r>
        <w:rPr>
          <w:b/>
        </w:rPr>
        <w:t xml:space="preserve">[26:22] </w:t>
      </w:r>
      <w:r>
        <w:t>kitna ajeeb hai helplessness hamara aur kitni bari qudrat hai Allah Ta'ala ki. is Khuda ko dekhna, is Khuda se milna, is Khuda ki sohbat.</w:t>
      </w:r>
    </w:p>
    <w:p>
      <w:pPr>
        <w:jc w:val="right"/>
      </w:pPr>
      <w:r>
        <w:t>کتنا عجیب ہے ہیلپ ہیلپ لیسنس ہمارا اور کتنی بڑی قدرت ہے اللہ تعالیٰ کی۔ اس خدا کو دیکھنا، اس خدا سے ملنا، اس خدا کی صحبت۔</w:t>
      </w:r>
    </w:p>
    <w:p>
      <w:r>
        <w:rPr>
          <w:b/>
        </w:rPr>
        <w:t xml:space="preserve">[26:40] </w:t>
      </w:r>
      <w:r>
        <w:t>quran mein hai ke fi maqsad inda malik muqtadir.</w:t>
      </w:r>
    </w:p>
    <w:p>
      <w:pPr>
        <w:jc w:val="right"/>
      </w:pPr>
      <w:r>
        <w:t>قرآن میں ہے کہ فی مقصد عند ملک مقتدر۔</w:t>
      </w:r>
    </w:p>
    <w:p>
      <w:r>
        <w:rPr>
          <w:b/>
        </w:rPr>
        <w:t xml:space="preserve">[26:48] </w:t>
      </w:r>
      <w:r>
        <w:t>kaisi ajeeb cheez hai yeh? fi maqsad inda malik muqtadir. yaani jannat wale, yaani Khuda-e-Zuljalal ki sohbat mein honge.</w:t>
      </w:r>
    </w:p>
    <w:p>
      <w:pPr>
        <w:jc w:val="right"/>
      </w:pPr>
      <w:r>
        <w:t>کیسی عجیب چیز ہے یہ؟ فی مقصد عند ملک مقتدر۔ یعنی جنت والے، یعنی خدائے ذوالجلال کی صحبت میں ہوں گے۔</w:t>
      </w:r>
    </w:p>
    <w:p>
      <w:r>
        <w:rPr>
          <w:b/>
        </w:rPr>
        <w:t xml:space="preserve">[27:01] </w:t>
      </w:r>
      <w:r>
        <w:t>apni sachai ki seat par baithe hue hain. un ki wahan seat hogi. is seat par un ko baithe hue milega. aur woh seat kahan hogi?</w:t>
      </w:r>
    </w:p>
    <w:p>
      <w:pPr>
        <w:jc w:val="right"/>
      </w:pPr>
      <w:r>
        <w:t>اپنی سچائی کی سیٹ پر بیٹھے ہوئے ہیں۔ ان کی وہاں سیٹ ہوگی۔ اس سیٹ پر ان کو بیٹھے ہوئے ملے گا۔ اور وہ سیٹ کہاں ہوگی؟</w:t>
      </w:r>
    </w:p>
    <w:p>
      <w:r>
        <w:rPr>
          <w:b/>
        </w:rPr>
        <w:t xml:space="preserve">[27:11] </w:t>
      </w:r>
      <w:r>
        <w:t>Khawand-e-Zuljalal ki majlis mein hogi. woh aap ghor kijiye, kaisi ajeeb hai.</w:t>
      </w:r>
    </w:p>
    <w:p>
      <w:pPr>
        <w:jc w:val="right"/>
      </w:pPr>
      <w:r>
        <w:t>خداوند ذوالجلال کی مجلس میں ہوگی۔ وہ آپ غور کیجئے، کیسی عجیب ہے۔</w:t>
      </w:r>
    </w:p>
    <w:p>
      <w:r>
        <w:rPr>
          <w:b/>
        </w:rPr>
        <w:t xml:space="preserve">[27:21] </w:t>
      </w:r>
      <w:r>
        <w:t>jis Khuda ne pleasure paida kiya, pleasure. main aksar sochta hoon ke pleasure kaisi ajeeb o ghareeb cheez hai. pleasure ek creation hai. pleasure.</w:t>
      </w:r>
    </w:p>
    <w:p>
      <w:pPr>
        <w:jc w:val="right"/>
      </w:pPr>
      <w:r>
        <w:t>جس خدا نے پلیژر پیدا کیا، پلیژر۔ میں اکثر سوچتا ہوں کہ پلیژر کیسی عجیب و غریب چیز ہے۔ پلیژر ایک کریشن ہے۔ پلیژر۔</w:t>
      </w:r>
    </w:p>
    <w:p>
      <w:r>
        <w:rPr>
          <w:b/>
        </w:rPr>
        <w:t xml:space="preserve">[27:31] </w:t>
      </w:r>
      <w:r>
        <w:t>khushi ek creation hai. lazzat ek creation hai. beauty ek creation hai. to jis ne paida kiya is ko, woh kaisi ajeeb hasti hogi.</w:t>
      </w:r>
    </w:p>
    <w:p>
      <w:pPr>
        <w:jc w:val="right"/>
      </w:pPr>
      <w:r>
        <w:t>خوشی ایک کریشن ہے۔ لذت ایک کریشن ہے۔ بیوٹی ایک کریشن ہے۔ تو جس نے پیدا کیا اس کو، وہ کیسی عجیب ہستی ہوگی۔</w:t>
      </w:r>
    </w:p>
    <w:p>
      <w:r>
        <w:rPr>
          <w:b/>
        </w:rPr>
        <w:t xml:space="preserve">[27:48] </w:t>
      </w:r>
      <w:r>
        <w:t>is hasti ko dekhna, is hasti ke saath to baithna, is se conversation.</w:t>
      </w:r>
    </w:p>
    <w:p>
      <w:pPr>
        <w:jc w:val="right"/>
      </w:pPr>
      <w:r>
        <w:t>اس ہستی کو دیکھنا، اس ہستی کے ساتھ تو بیٹھنا، اس سے کنورسیشن۔</w:t>
      </w:r>
    </w:p>
    <w:p>
      <w:r>
        <w:rPr>
          <w:b/>
        </w:rPr>
        <w:t xml:space="preserve">[27:58] </w:t>
      </w:r>
      <w:r>
        <w:t>yeh sab kuch sabit hai hadees se. jannat ka super item jo hai, super item. woh kya hogi? Khawand-e-Zuljalal se mulaqat.</w:t>
      </w:r>
    </w:p>
    <w:p>
      <w:pPr>
        <w:jc w:val="right"/>
      </w:pPr>
      <w:r>
        <w:t>یہ سب کچھ ثابت ہے حدیث سے۔ جنت کا سپر آئٹم جو ہے، سپر آئٹم۔ وہ کیا ہوگی؟ خداوند ذوالجلال سے ملاقات۔</w:t>
      </w:r>
    </w:p>
    <w:p>
      <w:r>
        <w:rPr>
          <w:b/>
        </w:rPr>
        <w:t xml:space="preserve">[28:10] </w:t>
      </w:r>
      <w:r>
        <w:t>sahaba ne poocha rasoolullah se ke kya hum jannat mein allah ko dekhenge? to aap ne farmaya ke haan, jis tarah suraj chand ko tum dekhte ho, waise hi dekho ge.</w:t>
      </w:r>
    </w:p>
    <w:p>
      <w:pPr>
        <w:jc w:val="right"/>
      </w:pPr>
      <w:r>
        <w:t>صحابہ نے پوچھا رسول اللہ سے کہ کیا ہم جنت میں اللہ کو دیکھیں گے؟ تو آپ نے فرمایا کہ ہاں، جس طرح سورج چاند کو تم دیکھتے ہو، ویسے ہی دیکھو گے۔</w:t>
      </w:r>
    </w:p>
    <w:p>
      <w:r>
        <w:rPr>
          <w:b/>
        </w:rPr>
        <w:t xml:space="preserve">[28:24] </w:t>
      </w:r>
      <w:r>
        <w:t>aap ghor kijiye ke agar jannat mein ja kar bhi aap khalique jannat ko na dekh saken, khalique kainaat ko na dekh saken, apne khalique ko na dekh saken,</w:t>
      </w:r>
    </w:p>
    <w:p>
      <w:pPr>
        <w:jc w:val="right"/>
      </w:pPr>
      <w:r>
        <w:t>آپ غور کیجئے کہ اگر جنت میں جا کر بھی آپ خالق جنت کو نہ دیکھ سکیں، خالق کائنات کو نہ دیکھ سکیں، اپنے خالق کو نہ دیکھ سکیں،</w:t>
      </w:r>
    </w:p>
    <w:p>
      <w:r>
        <w:rPr>
          <w:b/>
        </w:rPr>
        <w:t xml:space="preserve">[28:37] </w:t>
      </w:r>
      <w:r>
        <w:t>to woh jannat kya hogi?</w:t>
      </w:r>
    </w:p>
    <w:p>
      <w:pPr>
        <w:jc w:val="right"/>
      </w:pPr>
      <w:r>
        <w:t>تو وہ جنت کیا ہوگی؟</w:t>
      </w:r>
    </w:p>
    <w:p>
      <w:r>
        <w:rPr>
          <w:b/>
        </w:rPr>
        <w:t xml:space="preserve">[28:44] </w:t>
      </w:r>
      <w:r>
        <w:t>to jannat ka jo super item hai.</w:t>
      </w:r>
    </w:p>
    <w:p>
      <w:pPr>
        <w:jc w:val="right"/>
      </w:pPr>
      <w:r>
        <w:t>تو جنت کا جو سپر آئٹم ہے۔</w:t>
      </w:r>
    </w:p>
    <w:p>
      <w:r>
        <w:rPr>
          <w:b/>
        </w:rPr>
        <w:t xml:space="preserve">[28:50] </w:t>
      </w:r>
      <w:r>
        <w:t>ek martaba mein yahan gaya. ek ek bahut bade guru aaye hue the. ek ek bahut bada ashram tha.</w:t>
      </w:r>
    </w:p>
    <w:p>
      <w:pPr>
        <w:jc w:val="right"/>
      </w:pPr>
      <w:r>
        <w:t>ایک مرتبہ میں یہاں گیا۔ ایک ایک بہت بڑے گرو آئے ہوئے تھے۔ ایک ایک بہت بڑا آشرم تھا۔</w:t>
      </w:r>
    </w:p>
    <w:p>
      <w:r>
        <w:rPr>
          <w:b/>
        </w:rPr>
        <w:t xml:space="preserve">[29:00] </w:t>
      </w:r>
      <w:r>
        <w:t>ek bahut bade guru aaye the. to mujhe unhone bulaya tha milne ke liye. to itni bheed thi ke hamari gaadi guzarne ka rasta nahi tha.</w:t>
      </w:r>
    </w:p>
    <w:p>
      <w:pPr>
        <w:jc w:val="right"/>
      </w:pPr>
      <w:r>
        <w:t>ایک بہت بڑے گرو آئے تھے۔ تو مجھے انہوں نے بلایا تھا ملنے کے لیے۔ تو اتنی بھیڑ تھی کہ ہماری گاڑی گزرنے کا راستہ نہیں تھا۔</w:t>
      </w:r>
    </w:p>
    <w:p>
      <w:r>
        <w:rPr>
          <w:b/>
        </w:rPr>
        <w:t xml:space="preserve">[29:09] </w:t>
      </w:r>
      <w:r>
        <w:t>har taraf. to maine apne saathi se kaha ke poochhen un se ke yeh bheed kyun lagai hui hain yahan? to jante hain kya kaha unhone?</w:t>
      </w:r>
    </w:p>
    <w:p>
      <w:pPr>
        <w:jc w:val="right"/>
      </w:pPr>
      <w:r>
        <w:t>ہر طرف۔ تو میں نے اپنے ساتھی سے کہا کہ پوچھیں ان سے کہ یہ بھیڑ کیوں لگائی ہوئی ہیں یہاں؟ تو جانتے ہیں کیا کہا انہوں نے؟</w:t>
      </w:r>
    </w:p>
    <w:p>
      <w:r>
        <w:rPr>
          <w:b/>
        </w:rPr>
        <w:t xml:space="preserve">[29:19] </w:t>
      </w:r>
      <w:r>
        <w:t>guru ji ka darshan ke liye. sirf ek darshan un ko mil jaye. to dekh len khali un ko.</w:t>
      </w:r>
    </w:p>
    <w:p>
      <w:pPr>
        <w:jc w:val="right"/>
      </w:pPr>
      <w:r>
        <w:t>گرو جی کا درشن کے لیے۔ صرف ایک درشن ان کو مل جائے۔ تو دیکھ لیں خالی ان کو۔</w:t>
      </w:r>
    </w:p>
    <w:p>
      <w:r>
        <w:rPr>
          <w:b/>
        </w:rPr>
        <w:t xml:space="preserve">[29:30] </w:t>
      </w:r>
      <w:r>
        <w:t>sab sab charon taraf.</w:t>
      </w:r>
    </w:p>
    <w:p>
      <w:pPr>
        <w:jc w:val="right"/>
      </w:pPr>
      <w:r>
        <w:t>سب سب چاروں طرف۔</w:t>
      </w:r>
    </w:p>
    <w:p>
      <w:r>
        <w:rPr>
          <w:b/>
        </w:rPr>
        <w:t xml:space="preserve">[29:35] </w:t>
      </w:r>
      <w:r>
        <w:t>to hamari gaadi musibaton se guzar kar jahan thehre the guru ji, wahan pahunch paya. to har taraf jidhar dekhen aadmiyon ki bheed, jidhar dekhen aadmiyon ki bheed.</w:t>
      </w:r>
    </w:p>
    <w:p>
      <w:pPr>
        <w:jc w:val="right"/>
      </w:pPr>
      <w:r>
        <w:t>تو ہماری گاڑی مصیبتوں سے گزر کر جہاں ٹھہرے تھے گرو جی، وہاں پہنچ پایا۔ تو ہر طرف جدھر دیکھیں آدمیوں کی بھیڑ، جدھر دیکھیں آدمیوں کی بھیڑ۔</w:t>
      </w:r>
    </w:p>
    <w:p>
      <w:r>
        <w:rPr>
          <w:b/>
        </w:rPr>
        <w:t xml:space="preserve">[29:47] </w:t>
      </w:r>
      <w:r>
        <w:t>koi idhar jhaank raha hai, koi idhar jhaank raha hai, kidhar kidhar guru ji dekhne ko mil jaye. to maine apne saathi se kaha ke poochhen un se kyun baithe hue hain yeh log? maine kaha guru ji ke darshan ke liye.</w:t>
      </w:r>
    </w:p>
    <w:p>
      <w:pPr>
        <w:jc w:val="right"/>
      </w:pPr>
      <w:r>
        <w:t>کوئی ادھر جھانک رہا ہے، کوئی ادھر جھانک رہا ہے، کدھر کدھر گرو جی دیکھنے کو مل جائے۔ تو میں نے اپنے ساتھی سے کہا کہ پوچھیں ان سے کیوں بیٹھے ہوئے ہیں یہ لوگ؟ میں نے کہا گرو جی کے درشن کے لیے۔</w:t>
      </w:r>
    </w:p>
    <w:p>
      <w:r>
        <w:rPr>
          <w:b/>
        </w:rPr>
        <w:t xml:space="preserve">[29:59] </w:t>
      </w:r>
      <w:r>
        <w:t>aap bataiye ke guru ji ka darshan itna qeemti hai. to khudawand zuljalal ka darshan kitna qeemti hoga? guru ji to kuch bhi nahi is ke muqable mein.</w:t>
      </w:r>
    </w:p>
    <w:p>
      <w:pPr>
        <w:jc w:val="right"/>
      </w:pPr>
      <w:r>
        <w:t>آپ بتائیے کہ گرو جی کا درشن اتنا قیمتی ہے۔ تو خداوند ذوالجلال کا درشن کتنا قیمتی ہوگا؟ گرو جی تو کچھ بھی نہیں اس کے مقابلے میں۔</w:t>
      </w:r>
    </w:p>
    <w:p>
      <w:r>
        <w:rPr>
          <w:b/>
        </w:rPr>
        <w:t xml:space="preserve">[30:12] </w:t>
      </w:r>
      <w:r>
        <w:t>khuda ke muqable mein guru ji to kuch bhi nahi. to jannat ka super item hoga yeh ke aap khuda ko dekhenge. woh khuda jis ne takhleeq kiya.</w:t>
      </w:r>
    </w:p>
    <w:p>
      <w:pPr>
        <w:jc w:val="right"/>
      </w:pPr>
      <w:r>
        <w:t>خدا کے مقابلے میں گرو جی تو کچھ بھی نہیں۔ تو جنت کا سپر آئٹم ہوگا یہ کہ آپ خدا کو دیکھیں گے۔ وہ خدا جس نے تخلیق کیا۔</w:t>
      </w:r>
    </w:p>
    <w:p>
      <w:r>
        <w:rPr>
          <w:b/>
        </w:rPr>
        <w:t xml:space="preserve">[30:27] </w:t>
      </w:r>
      <w:r>
        <w:t>galaxies ko, solar system ko, samundaron ko, pahadon ko, jangalon ko, haiwanat ko, insaan ko, hawaon ko.</w:t>
      </w:r>
    </w:p>
    <w:p>
      <w:pPr>
        <w:jc w:val="right"/>
      </w:pPr>
      <w:r>
        <w:t>گلیکسیز کو، سولر سسٹم کو، سمندروں کو، پہاڑوں کو، جنگلوں کو، حیوانات کو، انسان کو، ہواؤں کو۔</w:t>
      </w:r>
    </w:p>
    <w:p>
      <w:r>
        <w:rPr>
          <w:b/>
        </w:rPr>
        <w:t xml:space="preserve">[30:41] </w:t>
      </w:r>
      <w:r>
        <w:t>jis ne life support system qaim kiya.</w:t>
      </w:r>
    </w:p>
    <w:p>
      <w:pPr>
        <w:jc w:val="right"/>
      </w:pPr>
      <w:r>
        <w:t>جس نے لائف سپورٹ سسٹم قائم کیا۔</w:t>
      </w:r>
    </w:p>
    <w:p>
      <w:r>
        <w:rPr>
          <w:b/>
        </w:rPr>
        <w:t xml:space="preserve">[30:47] </w:t>
      </w:r>
      <w:r>
        <w:t>us ke baghair dunya mein reh nahi sakte the.</w:t>
      </w:r>
    </w:p>
    <w:p>
      <w:pPr>
        <w:jc w:val="right"/>
      </w:pPr>
      <w:r>
        <w:t>اس کے بغیر دنیا میں رہ نہیں سکتے تھے۔</w:t>
      </w:r>
    </w:p>
    <w:p>
      <w:r>
        <w:rPr>
          <w:b/>
        </w:rPr>
        <w:t xml:space="preserve">[30:54] </w:t>
      </w:r>
      <w:r>
        <w:t>to aakhri aadmi ko yeh.</w:t>
      </w:r>
    </w:p>
    <w:p>
      <w:pPr>
        <w:jc w:val="right"/>
      </w:pPr>
      <w:r>
        <w:t>تو آخری آدمی کو یہ۔</w:t>
      </w:r>
    </w:p>
    <w:p>
      <w:r>
        <w:rPr>
          <w:b/>
        </w:rPr>
        <w:t xml:space="preserve">[31:00] </w:t>
      </w:r>
      <w:r>
        <w:t>ek martaba maine ek qissa shayad yahan bataya hoga ke woh jab dubai gaya to dubai mein ek aadmi aaya us se milne ke liye, woh musalman tha woh.</w:t>
      </w:r>
    </w:p>
    <w:p>
      <w:pPr>
        <w:jc w:val="right"/>
      </w:pPr>
      <w:r>
        <w:t>ایک مرتبہ میں نے ایک قصہ شاید یہاں بتایا ہوگا کہ وہ جب دبئی گیا تو دبئی میں ایک آدمی آیا اس سے ملنے کے لیے، وہ مسلمان تھا وہ۔</w:t>
      </w:r>
    </w:p>
    <w:p>
      <w:r>
        <w:rPr>
          <w:b/>
        </w:rPr>
        <w:t xml:space="preserve">[31:09] </w:t>
      </w:r>
      <w:r>
        <w:t>lekin us ne kaha ke main khuda ko to manta hoon, main jannat meri samajh mein nahi aati. woh paise wala aadmi tha woh. paise wala. dubai mein.</w:t>
      </w:r>
    </w:p>
    <w:p>
      <w:pPr>
        <w:jc w:val="right"/>
      </w:pPr>
      <w:r>
        <w:t>لیکن اس نے کہا کہ میں خدا کو تو مانتا ہوں، میں جنت میری سمجھ میں نہیں آتی۔ وہ پیسے والا آدمی تھا وہ۔ پیسے والا۔ دبئی میں۔</w:t>
      </w:r>
    </w:p>
    <w:p>
      <w:r>
        <w:rPr>
          <w:b/>
        </w:rPr>
        <w:t xml:space="preserve">[31:21] </w:t>
      </w:r>
      <w:r>
        <w:t>to khuda ko manta hoon, jannat kya, jannat kya, samajh mein nahi aata tha us ko. to maine us ko woh ayat sunai ke jab firaun ki biwi ko firaun ne jab qatl ka hukum de diya.</w:t>
      </w:r>
    </w:p>
    <w:p>
      <w:pPr>
        <w:jc w:val="right"/>
      </w:pPr>
      <w:r>
        <w:t>تو خدا کو مانتا ہوں، جنت کیا، جنت کیا، سمجھ میں نہیں آتا تھا اس کو۔ تو میں نے اس کو وہ آیت سنائی کہ جب فرعون کی بیوی کو فرعون نے جب قتل کا حکم دے دیا۔</w:t>
      </w:r>
    </w:p>
    <w:p>
      <w:r>
        <w:rPr>
          <w:b/>
        </w:rPr>
        <w:t xml:space="preserve">[31:42] </w:t>
      </w:r>
      <w:r>
        <w:t>kyun ke woh moosa pe imaan layi thi. us waqt us ne dua ki, khuda ya mujhe jannat apne paros mein ek ghar de de.</w:t>
      </w:r>
    </w:p>
    <w:p>
      <w:pPr>
        <w:jc w:val="right"/>
      </w:pPr>
      <w:r>
        <w:t>کیونکہ وہ موسیٰ پہ ایمان لائی تھی۔ اس وقت اس نے دعا کی، خدایا مجھے جنت اپنے پڑوس میں ایک گھر دے دے۔</w:t>
      </w:r>
    </w:p>
    <w:p>
      <w:r>
        <w:rPr>
          <w:b/>
        </w:rPr>
        <w:t xml:space="preserve">[31:54] </w:t>
      </w:r>
      <w:r>
        <w:t>khuda to mujhe apne paros mein, apne neighborhood mein ek ghar de de. to maine kaha ke jannat khuda ka neighborhood hai. achaanak un ke samne aa gaya, unhone kaha ke main ab ab main maan gaya ke khuda ka neighborhood mein rehna to is se bari to koi cheez hi nahi.</w:t>
      </w:r>
    </w:p>
    <w:p>
      <w:pPr>
        <w:jc w:val="right"/>
      </w:pPr>
      <w:r>
        <w:t>خدا تو مجھے اپنے پڑوس میں، اپنے نیبرہڈ میں ایک گھر دے دے۔ تو میں نے کہا کہ جنت خدا کا نیبرہڈ ہے۔ اچانک ان کے سامنے آ گیا، انہوں نے کہا کہ میں اب اب میں مان گیا کہ خدا کا نیبرہڈ میں رہنا تو اس سے بڑی تو کوئی چیز ہی نہیں۔</w:t>
      </w:r>
    </w:p>
    <w:p>
      <w:r>
        <w:rPr>
          <w:b/>
        </w:rPr>
        <w:t xml:space="preserve">[32:14] </w:t>
      </w:r>
      <w:r>
        <w:t>khuda ka neighborhood mein rehna, khuda ka paros mein rehna, is se bari kya cheez hoti hai? foran maan gaye woh. to yahan dekhiye, jannat ka jo super item hai, super item hai,</w:t>
      </w:r>
    </w:p>
    <w:p>
      <w:pPr>
        <w:jc w:val="right"/>
      </w:pPr>
      <w:r>
        <w:t>خدا کا نیبرہڈ میں رہنا، خدا کا پڑوس میں رہنا، اس سے بڑی کیا چیز ہوتی ہے؟ فوراً مان گئے وہ۔ تو یہاں دیکھیے، جنت کا جو سپر آئٹم ہے، سپر آئٹم ہے،</w:t>
      </w:r>
    </w:p>
    <w:p>
      <w:r>
        <w:rPr>
          <w:b/>
        </w:rPr>
        <w:t xml:space="preserve">[32:27] </w:t>
      </w:r>
      <w:r>
        <w:t>woh khud allah taala hai.</w:t>
      </w:r>
    </w:p>
    <w:p>
      <w:pPr>
        <w:jc w:val="right"/>
      </w:pPr>
      <w:r>
        <w:t>وہ خود اللہ تعالیٰ ہے۔</w:t>
      </w:r>
    </w:p>
    <w:p>
      <w:r>
        <w:rPr>
          <w:b/>
        </w:rPr>
        <w:t xml:space="preserve">[32:37] </w:t>
      </w:r>
      <w:r>
        <w:t>ek ek cheez ko sochiye, ek ek cheez ko ke yeh yeh yeh glass hai, kaise pathar sheesha ban gaya? kaise gasen liquid pani mein tabdeel ho gayeen?</w:t>
      </w:r>
    </w:p>
    <w:p>
      <w:pPr>
        <w:jc w:val="right"/>
      </w:pPr>
      <w:r>
        <w:t>ایک ایک چیز کو سوچیے، ایک ایک چیز کو کہ یہ یہ یہ گلاس ہے، کیسے پتھر شیشہ بن گیا؟ کیسے گیسیں لیکوڈ پانی میں تبدیل ہو گئیں؟</w:t>
      </w:r>
    </w:p>
    <w:p>
      <w:r>
        <w:rPr>
          <w:b/>
        </w:rPr>
        <w:t xml:space="preserve">[32:51] </w:t>
      </w:r>
      <w:r>
        <w:t>kaise hua? kis ne kiya? aise billion trillion item. to aap ko ek ajib gharib ehsas hoga, woh kaun hasti hai jis ne banaya hai sab cheezen?</w:t>
      </w:r>
    </w:p>
    <w:p>
      <w:pPr>
        <w:jc w:val="right"/>
      </w:pPr>
      <w:r>
        <w:t>کیسے ہوا؟ کس نے کیا؟ ایسے بلین ٹریلین آئٹم۔ تو آپ کو ایک عجیب غریب احساس ہوگا، وہ کون ہستی ہے جس نے بنایا ہے سب چیزیں؟</w:t>
      </w:r>
    </w:p>
    <w:p>
      <w:r>
        <w:rPr>
          <w:b/>
        </w:rPr>
        <w:t xml:space="preserve">[33:07] </w:t>
      </w:r>
      <w:r>
        <w:t>abhi to aap apne bete ko dekh kar khush hote hain, kya khubsurat beta mil raha hai. main samajhta hoon ke kufr se badtar hai ke bete ki khubsurti aap ko intehai dikhai de aur khaliq Khuda ki khubsurti na dikhai de.</w:t>
      </w:r>
    </w:p>
    <w:p>
      <w:pPr>
        <w:jc w:val="right"/>
      </w:pPr>
      <w:r>
        <w:t>ابھی تو آپ اپنے بیٹے کو دیکھ کر خوش ہوتے ہیں، کیا خوبصورت بیٹا مل رہا ہے۔ میں سمجھتا ہوں کہ کفر سے بدتر ہے کہ بیٹے کی خوبصورتی آپ کو انتہائی دکھائی دے اور خالق خدا کی خوبصورتی نہ دکھائی دے۔</w:t>
      </w:r>
    </w:p>
    <w:p>
      <w:r>
        <w:rPr>
          <w:b/>
        </w:rPr>
        <w:t xml:space="preserve">[33:22] </w:t>
      </w:r>
      <w:r>
        <w:t>bilashuba woh log kufr se zyada bura kaam kar rahe hain jo apne bete ki khubsurti mein bohat magan hote hain. yeh nahi sochte ke woh kaun Khuda hoga jis ne aisa khubsurat beta paida kar diya.</w:t>
      </w:r>
    </w:p>
    <w:p>
      <w:pPr>
        <w:jc w:val="right"/>
      </w:pPr>
      <w:r>
        <w:t>بلاشبہ وہ لوگ کفر سے زیادہ برا کام کر رہے ہیں جو اپنے بیٹے کی خوبصورتی میں بہت مگن ہوتے ہیں۔ یہ نہیں سوچتے کہ وہ کون خدا ہوگا جس نے ایسا خوبصورت بیٹا پیدا کر دیا۔</w:t>
      </w:r>
    </w:p>
    <w:p>
      <w:r>
        <w:rPr>
          <w:b/>
        </w:rPr>
        <w:t xml:space="preserve">[33:36] </w:t>
      </w:r>
      <w:r>
        <w:t>yeh kufr se badtar hai. lekin sab isi wajah se jee rahe hain. jitne log main ne dekhe hain, jitni maein apne bete ko dekh kar khush hoti hain, woh mama aaj aaj tak nahi dekhi.</w:t>
      </w:r>
    </w:p>
    <w:p>
      <w:pPr>
        <w:jc w:val="right"/>
      </w:pPr>
      <w:r>
        <w:t>یہ کفر سے بدتر ہے۔ لیکن سب اسی وجہ سے جی رہے ہیں۔ جتنے لوگ میں نے دیکھے ہیں، جتنی مائیں اپنے بیٹے کو دیکھ کر خوش ہوتی ہیں، وہ ماما آج آج تک نہیں دیکھی۔</w:t>
      </w:r>
    </w:p>
    <w:p>
      <w:r>
        <w:rPr>
          <w:b/>
        </w:rPr>
        <w:t xml:space="preserve">[33:48] </w:t>
      </w:r>
      <w:r>
        <w:t>main ne maa yeh socha hai ke woh Khuda kaisa ajib Khuda hoga jis ne aisa khubsurat beta bana diya.</w:t>
      </w:r>
    </w:p>
    <w:p>
      <w:pPr>
        <w:jc w:val="right"/>
      </w:pPr>
      <w:r>
        <w:t>میں نے ماں یہ سوچا ہے کہ وہ خدا کیسا عجیب خدا ہوگا جس نے ایسا خوبصورت بیٹا بنا دیا۔</w:t>
      </w:r>
    </w:p>
    <w:p>
      <w:r>
        <w:rPr>
          <w:b/>
        </w:rPr>
        <w:t xml:space="preserve">[33:57] </w:t>
      </w:r>
      <w:r>
        <w:t>to ab log na Khuda ko jante, na jannat jante, is liye yeh haal in ka hai.</w:t>
      </w:r>
    </w:p>
    <w:p>
      <w:pPr>
        <w:jc w:val="right"/>
      </w:pPr>
      <w:r>
        <w:t>تو اب لوگ نہ خدا کو جانتے، نہ جنت جانتے، اس لیے یہ حال ان کا ہے۔</w:t>
      </w:r>
    </w:p>
    <w:p>
      <w:r>
        <w:rPr>
          <w:b/>
        </w:rPr>
        <w:t xml:space="preserve">[34:07] </w:t>
      </w:r>
      <w:r>
        <w:t>agar aap Khuda ko daryaft kar lein aur yeh daryaft kar lein ke jannat ka super item Khuda ka didar hoga, to aap sar ta pa jannat ke mushtaq ban jayen.</w:t>
      </w:r>
    </w:p>
    <w:p>
      <w:pPr>
        <w:jc w:val="right"/>
      </w:pPr>
      <w:r>
        <w:t>اگر آپ خدا کو دریافت کر لیں اور یہ دریافت کر لیں کہ جنت کا سپر آئٹم خدا کا دیدار ہوگا، تو آپ سر تاپا جنت کے مشتاق بن جائیں۔</w:t>
      </w:r>
    </w:p>
    <w:p>
      <w:r>
        <w:rPr>
          <w:b/>
        </w:rPr>
        <w:t xml:space="preserve">[34:25] </w:t>
      </w:r>
      <w:r>
        <w:t>phir doosri cheez dekhiye, jannat mein jo milegi, farishton ki sohbat. kaise ajib hain farishte jo sar ta pa noor hain, jo sar ta pa positivity hain, un ko koi negative item un ke andar nahi.</w:t>
      </w:r>
    </w:p>
    <w:p>
      <w:pPr>
        <w:jc w:val="right"/>
      </w:pPr>
      <w:r>
        <w:t>پھر دوسری چیز دیکھیے، جنت میں جو ملے گی، فرشتوں کی صحبت۔ کیسے عجیب ہیں فرشتے جو سر تاپا نور ہیں، جو سر تاپا پوزیٹیوٹی ہیں، ان کو کوئی نیگیٹیو آئٹم ان کے اندر نہیں۔</w:t>
      </w:r>
    </w:p>
    <w:p>
      <w:r>
        <w:rPr>
          <w:b/>
        </w:rPr>
        <w:t xml:space="preserve">[34:40] </w:t>
      </w:r>
      <w:r>
        <w:t>sari duniya ka nizam woh chala rahe hain. yeh duniya ka jo nizam chal raha hai, woh farishte hi to chala rahe hain. woh hadith mein aata hai ke ke zameen mein itni yeh is ko kehte hain baalisht,</w:t>
      </w:r>
    </w:p>
    <w:p>
      <w:pPr>
        <w:jc w:val="right"/>
      </w:pPr>
      <w:r>
        <w:t>ساری دنیا کا نظام وہ چلا رہے ہیں۔ یہ دنیا کا جو نظام چل رہا ہے، وہ فرشتے ہی تو چلا رہے ہیں۔ وہ حدیث میں آتا ہے کہ کہ زمین میں اتنی یہ اس کو کہتے ہیں بالشت،</w:t>
      </w:r>
    </w:p>
    <w:p>
      <w:r>
        <w:rPr>
          <w:b/>
        </w:rPr>
        <w:t xml:space="preserve">[34:58] </w:t>
      </w:r>
      <w:r>
        <w:t>itni jagah bhi kahin nahi hai jahan ke ek ek farishta maujood na ho. is mein yeh hai ke wada jab hatta apni peshani zameen pe rakhi hui hai, lekin yeh tamseel ki zuban hai.</w:t>
      </w:r>
    </w:p>
    <w:p>
      <w:pPr>
        <w:jc w:val="right"/>
      </w:pPr>
      <w:r>
        <w:t>اتنی جگہ بھی کہیں نہیں ہے جہاں کہ ایک ایک فرشتہ موجود نہ ہو۔ اس میں یہ ہے کہ وعدہ جب ہتہ اپنی پیشانی زمین پہ رکھی ہوئی ہے، لیکن یہ تمثیل کی زبان ہے۔</w:t>
      </w:r>
    </w:p>
    <w:p>
      <w:r>
        <w:rPr>
          <w:b/>
        </w:rPr>
        <w:t xml:space="preserve">[35:10] </w:t>
      </w:r>
      <w:r>
        <w:t>yeh kya matlab nahi ke sab farishte jitne farishte hain, zameen ko bhare hue hain sajde se? nahi, nahi, woh mutharrik hain, woh fa'al hain, woh active hain, zameen ko chala rahe hain.</w:t>
      </w:r>
    </w:p>
    <w:p>
      <w:pPr>
        <w:jc w:val="right"/>
      </w:pPr>
      <w:r>
        <w:t>یہ کیا مطلب نہیں کہ سب فرشتہ جتنے فرشتے ہیں، زمین کو بھرے ہوئے ہیں سجدے سے؟ نہیں، نہیں، وہ متحرک ہیں، وہ فعال ہیں، وہ ایکٹیو ہیں، زمین کو چلا رہے ہیں۔</w:t>
      </w:r>
    </w:p>
    <w:p>
      <w:r>
        <w:rPr>
          <w:b/>
        </w:rPr>
        <w:t xml:space="preserve">[35:23] </w:t>
      </w:r>
      <w:r>
        <w:t>main bol raha hoon to abhi farishte ki madad se bol raha hoon, aap sun rahe hain to abhi farishte ki madad sun raha hai.</w:t>
      </w:r>
    </w:p>
    <w:p>
      <w:pPr>
        <w:jc w:val="right"/>
      </w:pPr>
      <w:r>
        <w:t>میں بول رہا ہوں تو ابھی فرشتے کی مدد سے بول رہا ہوں، آپ سن رہے ہیں تو ابھی فرشتے کی مدد سن رہا ہے۔</w:t>
      </w:r>
    </w:p>
    <w:p>
      <w:r>
        <w:rPr>
          <w:b/>
        </w:rPr>
        <w:t xml:space="preserve">[35:31] </w:t>
      </w:r>
      <w:r>
        <w:t>ek scientist ka main ne parha ke woh kaam kar raha tha apni laboratory mein, us ki bachi aa gayi. us bachi se baaten karne laga woh, woh munkir Khuda tha, woh Khuda ko nahi manta tha.</w:t>
      </w:r>
    </w:p>
    <w:p>
      <w:pPr>
        <w:jc w:val="right"/>
      </w:pPr>
      <w:r>
        <w:t>ایک سائنٹسٹ کا میں نے پڑھا کہ وہ کام کر رہا تھا اپنی لیبارٹری میں، اس کی بچی آ گئی۔ اس بچی سے باتیں کرنے لگا وہ، وہ منکر خدا تھا، وہ خدا کو نہیں مانتا تھا۔</w:t>
      </w:r>
    </w:p>
    <w:p>
      <w:r>
        <w:rPr>
          <w:b/>
        </w:rPr>
        <w:t xml:space="preserve">[35:45] </w:t>
      </w:r>
      <w:r>
        <w:t>woh achaanak us ke aaya dimagh mein ke kaise main bolta hoon, kaise yeh bachi sun rahi hai.</w:t>
      </w:r>
    </w:p>
    <w:p>
      <w:pPr>
        <w:jc w:val="right"/>
      </w:pPr>
      <w:r>
        <w:t>وہ اچانک اس کے آیا دماغ میں کہ کیسے میں بولتا ہوں، کیسے یہ بچی سن رہی ہے۔</w:t>
      </w:r>
    </w:p>
    <w:p>
      <w:r>
        <w:rPr>
          <w:b/>
        </w:rPr>
        <w:t xml:space="preserve">[35:56] </w:t>
      </w:r>
      <w:r>
        <w:t>yani bolne ka jo poora nizam hai, kaise ke 30 sari cheezen amal mein aati hain, tab speech us ka naam hota hai. aur phir sunne ka jo kaan ka mamla hai, itna zabardast nizam hai kaan ka, koi sunta hai aadmi</w:t>
      </w:r>
    </w:p>
    <w:p>
      <w:pPr>
        <w:jc w:val="right"/>
      </w:pPr>
      <w:r>
        <w:t>یعنی بولنے کا جو پورا نظام ہے، کیسے کہ 30 ساری چیزیں عمل میں آتی ہیں، تب اسپیچ اس کا نام ہوتا ہے۔ اور پھر سننے کا جو کان کا معاملہ ہے، اتنا زبردست نظام ہے کان کا، کوئی سنتا ہے آدمی</w:t>
      </w:r>
    </w:p>
    <w:p>
      <w:r>
        <w:rPr>
          <w:b/>
        </w:rPr>
        <w:t xml:space="preserve">[36:15] </w:t>
      </w:r>
      <w:r>
        <w:t>to bolne ka jo system insaan ke andar hai, woh sochne laga. woh sunne ka jo system insaan ke andar hai, woh sochne laga. woh to achaanak us ne likha hai apni life mein ke achaanak main ne sochna band kar diya kyunke mujhe mehsoos hua ke main Khuda ke qareeb pahunch raha hoon.</w:t>
      </w:r>
    </w:p>
    <w:p>
      <w:pPr>
        <w:jc w:val="right"/>
      </w:pPr>
      <w:r>
        <w:t>تو بولنے کا جو سسٹم انسان کے اندر ہے، وہ سوچنے لگا۔ وہ سننے کا جو سسٹم انسان کے اندر ہے، وہ سوچنے لگا۔ وہ تو اچانک اس نے لکھا ہے اپنی لائف میں کہ اچانک میں نے سوچنا بند کر دیا کیونکہ مجھے محسوس ہوا کہ میں خدا کے قریب پہنچ رہا ہوں۔</w:t>
      </w:r>
    </w:p>
    <w:p>
      <w:r>
        <w:rPr>
          <w:b/>
        </w:rPr>
        <w:t xml:space="preserve">[36:40] </w:t>
      </w:r>
      <w:r>
        <w:t>sochna main ne band kar diya kyunke mujhe aisa laga ke main Khuda ke qareeb pahunch gaya hoon. kyunke Khuda agar Khuda na ho to ek kaun banaya aisa?</w:t>
      </w:r>
    </w:p>
    <w:p>
      <w:pPr>
        <w:jc w:val="right"/>
      </w:pPr>
      <w:r>
        <w:t>سوچنا میں نے بند کر دیا کیونکہ مجھے ایسا لگا کہ میں خدا کے قریب پہنچ گیا ہوں۔ کیونکہ خدا اگر خدا نہ ہو تو ایک کون بنایا ایسا؟</w:t>
      </w:r>
    </w:p>
    <w:p>
      <w:r>
        <w:rPr>
          <w:b/>
        </w:rPr>
        <w:t xml:space="preserve">[36:51] </w:t>
      </w:r>
      <w:r>
        <w:t>Khuda na ho to kaun aisa insaan ko yeh sifat de ke woh bole aur woh soche, woh sune?</w:t>
      </w:r>
    </w:p>
    <w:p>
      <w:pPr>
        <w:jc w:val="right"/>
      </w:pPr>
      <w:r>
        <w:t>خدا نہ ہو تو کون ایسا انسان کو یہ صفت دے کہ وہ بولے اور وہ سوچے، وہ سنے؟</w:t>
      </w:r>
    </w:p>
    <w:p>
      <w:r>
        <w:rPr>
          <w:b/>
        </w:rPr>
        <w:t xml:space="preserve">[37:03] </w:t>
      </w:r>
      <w:r>
        <w:t>yeh kaun kar raha hai? yeh sab farishton ke zariye ho raha hai. hamare aap mein to koi taqat nahi hai, sare nizam farishte chala rahe hain.</w:t>
      </w:r>
    </w:p>
    <w:p>
      <w:pPr>
        <w:jc w:val="right"/>
      </w:pPr>
      <w:r>
        <w:t>یہ کون کر رہا ہے؟ یہ سب فرشتوں کے ذریعے ہو رہا ہے۔ ہمارے آپ میں تو کوئی طاقت نہیں ہے، سارے نظام فرشتے چلا رہے ہیں۔</w:t>
      </w:r>
    </w:p>
    <w:p>
      <w:r>
        <w:rPr>
          <w:b/>
        </w:rPr>
        <w:t xml:space="preserve">[37:12] </w:t>
      </w:r>
      <w:r>
        <w:t>woh barishen barsate hain, woh solar system ko perfect tareeqe se jari rakhte hain. sare galaxies ka nizam wahi chala rahe hain.</w:t>
      </w:r>
    </w:p>
    <w:p>
      <w:pPr>
        <w:jc w:val="right"/>
      </w:pPr>
      <w:r>
        <w:t>وہ بارشیں برساتے ہیں، وہ سولر سسٹم کو پرفیکٹ طریقے سے جاری رکھتے ہیں۔ سارے گلیکسیز کا نظام وہی چلا رہے ہیں۔</w:t>
      </w:r>
    </w:p>
    <w:p>
      <w:r>
        <w:rPr>
          <w:b/>
        </w:rPr>
        <w:t xml:space="preserve">[37:23] </w:t>
      </w:r>
      <w:r>
        <w:t>oxygen ki supply inhi ke zariye se hoti hai. kheton mein ghalla ugta hai to us ke liye wahan mutharrik hain farishte. sara nizam maloom farishte chala rahe hain, apne aap nahi chal raha hai, khud hi khud nahi chal raha hai.</w:t>
      </w:r>
    </w:p>
    <w:p>
      <w:pPr>
        <w:jc w:val="right"/>
      </w:pPr>
      <w:r>
        <w:t>اکسیجن کی سپلائی انہی کے ذریعے سے ہوتی ہے۔ کھیتوں میں غلہ اگتا ہے تو اس کے لیے وہاں متحرک ہیں فرشتے۔ سارا نظام معلوم فرشتے چلا رہے ہیں، اپنے آپ نہیں چل رہا ہے، خود ہی خود نہیں چل رہا ہے۔</w:t>
      </w:r>
    </w:p>
    <w:p>
      <w:r>
        <w:rPr>
          <w:b/>
        </w:rPr>
        <w:t xml:space="preserve">[37:38] </w:t>
      </w:r>
      <w:r>
        <w:t>woh to yeh in farishton ke se milna, un se baaten karna, un ki sohbat mein rehna, jo noor se banaye gaye hain, kaisa ajib tajruba hoga.</w:t>
      </w:r>
    </w:p>
    <w:p>
      <w:pPr>
        <w:jc w:val="right"/>
      </w:pPr>
      <w:r>
        <w:t>وہ تو یہ ان فرشتوں کے سے ملنا، ان سے باتیں کرنا، ان کی صحبت میں رہنا، جو نور سے بنائے گئے ہیں، کیسا عجیب تجربہ ہوگا۔</w:t>
      </w:r>
    </w:p>
    <w:p>
      <w:r>
        <w:rPr>
          <w:b/>
        </w:rPr>
        <w:t xml:space="preserve">[37:52] </w:t>
      </w:r>
      <w:r>
        <w:t>woh ghore kijiye</w:t>
      </w:r>
    </w:p>
    <w:p>
      <w:pPr>
        <w:jc w:val="right"/>
      </w:pPr>
      <w:r>
        <w:t>وہ غور کیجئے</w:t>
      </w:r>
    </w:p>
    <w:p>
      <w:r>
        <w:rPr>
          <w:b/>
        </w:rPr>
        <w:t xml:space="preserve">[37:57] </w:t>
      </w:r>
      <w:r>
        <w:t>jin farishton ke zariye duniya mein aisa hota hai ke phool jaisi cheez ugti hai, is mein khushbu hoti hai, is mein shehad hoti hai, darakhton se oxygen nikalta hai.</w:t>
      </w:r>
    </w:p>
    <w:p>
      <w:pPr>
        <w:jc w:val="right"/>
      </w:pPr>
      <w:r>
        <w:t>جن فرشتوں کے ذریعے دنیا میں ایسا ہوتا ہے کہ پھول جیسی چیز اگتی ہے، اس میں خوشبو ہوتی ہے، اس میں شہد ہوتی ہے، درختوں سے اکسیجن نکلتا ہے۔</w:t>
      </w:r>
    </w:p>
    <w:p>
      <w:r>
        <w:rPr>
          <w:b/>
        </w:rPr>
        <w:t xml:space="preserve">[38:09] </w:t>
      </w:r>
      <w:r>
        <w:t>yani beshumar billion trillion cheezen. to woh farishte jo yeh sab loom chala rahe hain,</w:t>
      </w:r>
    </w:p>
    <w:p>
      <w:pPr>
        <w:jc w:val="right"/>
      </w:pPr>
      <w:r>
        <w:t>یعنی بے شمار بلین ٹریلین چیزیں۔ تو وہ فرشتے جو یہ سب لوم چلا رہے ہیں،</w:t>
      </w:r>
    </w:p>
    <w:p>
      <w:r>
        <w:rPr>
          <w:b/>
        </w:rPr>
        <w:t xml:space="preserve">[38:22] </w:t>
      </w:r>
      <w:r>
        <w:t>kaisa ajeeb hoga?</w:t>
      </w:r>
    </w:p>
    <w:p>
      <w:pPr>
        <w:jc w:val="right"/>
      </w:pPr>
      <w:r>
        <w:t>کیسا عجیب ہوگا؟</w:t>
      </w:r>
    </w:p>
    <w:p>
      <w:r>
        <w:rPr>
          <w:b/>
        </w:rPr>
        <w:t xml:space="preserve">[38:27] </w:t>
      </w:r>
      <w:r>
        <w:t>kaisa ajeeb hoga in ko dekhna, in ke sath baithna, in ka tajrube mein share karna? to jannat ka doosra item hoga farishton ki sohbat, farishton se mulaqat, farishton ke sath zindagi guzarna.</w:t>
      </w:r>
    </w:p>
    <w:p>
      <w:pPr>
        <w:jc w:val="right"/>
      </w:pPr>
      <w:r>
        <w:t>کیسا عجیب ہوگا ان کو دیکھنا، ان کے ساتھ بیٹھنا، ان کا تجربے میں شیئر کرنا؟ تو جنت کا دوسرا آئٹم ہوگا فرشتوں کی صحبت، فرشتوں سے ملاقات، فرشتوں کے ساتھ زندگی گزارنا۔</w:t>
      </w:r>
    </w:p>
    <w:p>
      <w:r>
        <w:rPr>
          <w:b/>
        </w:rPr>
        <w:t xml:space="preserve">[38:47] </w:t>
      </w:r>
      <w:r>
        <w:t>jannat ka jo teesra item hoga,</w:t>
      </w:r>
    </w:p>
    <w:p>
      <w:pPr>
        <w:jc w:val="right"/>
      </w:pPr>
      <w:r>
        <w:t>جنت کا جو تیسرا آئٹم ہوگا،</w:t>
      </w:r>
    </w:p>
    <w:p>
      <w:r>
        <w:rPr>
          <w:b/>
        </w:rPr>
        <w:t xml:space="preserve">[38:52] </w:t>
      </w:r>
      <w:r>
        <w:t>wo sare yani sari tareekh jo hai, insan jo sari yani history hai mankind ki, adam se le kar ab tak ki, Allah in mein se chune ga.</w:t>
      </w:r>
    </w:p>
    <w:p>
      <w:pPr>
        <w:jc w:val="right"/>
      </w:pPr>
      <w:r>
        <w:t>وہ سارے یعنی ساری تاریخ جو ہے، انسان جو ساری یعنی ہسٹری ہے مین کائنڈ کی، آدم سے لے کر اب تک کی، اللہ ان میں سے چنے گا۔</w:t>
      </w:r>
    </w:p>
    <w:p>
      <w:r>
        <w:rPr>
          <w:b/>
        </w:rPr>
        <w:t xml:space="preserve">[39:07] </w:t>
      </w:r>
      <w:r>
        <w:t>bible mein hai, Hazrat Masih ne kaha ke ashrar chhaad diye jayenge, yani bure log chhaad diye jayenge. to poori human history se Allah taala select karenge in logon ko jinhone sabit kiya ke wo jannati, un ke andar kirdaar hai, jannati soch hai,</w:t>
      </w:r>
    </w:p>
    <w:p>
      <w:pPr>
        <w:jc w:val="right"/>
      </w:pPr>
      <w:r>
        <w:t>بائبل میں ہے، حضرت مسیح نے کہا کہ اشرار چھاڑ دیے جائیں گے، یعنی برے لوگ چھاڑ دیے جائیں گے۔ تو پوری ہیومن ہسٹری سے اللہ تعالی سلیکٹ کریں گے ان لوگوں کو جنہوں نے ثابت کیا کہ وہ جنتی، ان کے اندر کردار ہے، جنتی سوچ ہے،</w:t>
      </w:r>
    </w:p>
    <w:p>
      <w:r>
        <w:rPr>
          <w:b/>
        </w:rPr>
        <w:t xml:space="preserve">[39:25] </w:t>
      </w:r>
      <w:r>
        <w:t>wo jannati un ke andar behavior hai, jannati personality hai. aise individuals chune jayenge.</w:t>
      </w:r>
    </w:p>
    <w:p>
      <w:pPr>
        <w:jc w:val="right"/>
      </w:pPr>
      <w:r>
        <w:t>وہ جنتی ان کے اندر بیہیویئر ہے، جنتی پرسنیلٹی ہے۔ ایسے انڈیویجولز چنے جائیں گے۔</w:t>
      </w:r>
    </w:p>
    <w:p>
      <w:r>
        <w:rPr>
          <w:b/>
        </w:rPr>
        <w:t xml:space="preserve">[39:35] </w:t>
      </w:r>
      <w:r>
        <w:t>aap ghor kijiye ke poori human history se alag alag jo aise phool the jo insan phool ki tarah duniya mein rahe, jangl mein phool ban kar rahe, yeh to ek jangl hai, duniya jangl hai jahan kaate hain.</w:t>
      </w:r>
    </w:p>
    <w:p>
      <w:pPr>
        <w:jc w:val="right"/>
      </w:pPr>
      <w:r>
        <w:t>آپ غور کیجئے کہ پوری ہیومن ہسٹری سے الگ الگ جو ایسے پھول تھے جو انسان پھول کی طرح دنیا میں رہے، جنگل میں پھول بن کر رہے، یہ تو ایک جنگل ہے، دنیا جنگل ہے جہاں کاٹے ہیں۔</w:t>
      </w:r>
    </w:p>
    <w:p>
      <w:r>
        <w:rPr>
          <w:b/>
        </w:rPr>
        <w:t xml:space="preserve">[39:55] </w:t>
      </w:r>
      <w:r>
        <w:t>is jangl mein phool ban kar rahe, khushboo ban kar rahe,</w:t>
      </w:r>
    </w:p>
    <w:p>
      <w:pPr>
        <w:jc w:val="right"/>
      </w:pPr>
      <w:r>
        <w:t>اس جنگل میں پھول بن کر رہے، خوشبو بن کر رہے،</w:t>
      </w:r>
    </w:p>
    <w:p>
      <w:r>
        <w:rPr>
          <w:b/>
        </w:rPr>
        <w:t xml:space="preserve">[40:02] </w:t>
      </w:r>
      <w:r>
        <w:t>in ko Allah taala chunenge, chun chun kar, chun chun kar in ko ekatha kiya jayega.</w:t>
      </w:r>
    </w:p>
    <w:p>
      <w:pPr>
        <w:jc w:val="right"/>
      </w:pPr>
      <w:r>
        <w:t>ان کو اللہ تعالی چنیں گے، چن چن کر، چن چن کر ان کو اکٹھا کیا جائے گا۔</w:t>
      </w:r>
    </w:p>
    <w:p>
      <w:r>
        <w:rPr>
          <w:b/>
        </w:rPr>
        <w:t xml:space="preserve">[40:11] </w:t>
      </w:r>
      <w:r>
        <w:t>quran mein hai: "qalaika ma an nabiyyeena was siddiqeena was shuhadaa was saliheen". yani ek lafz mein yeh chune hue phool, yeh chune hue insan, selected personalities.</w:t>
      </w:r>
    </w:p>
    <w:p>
      <w:pPr>
        <w:jc w:val="right"/>
      </w:pPr>
      <w:r>
        <w:t>قرآن میں ہے: "قلائکما النبیین وصدیقین وسوداء والصالحین"۔ یعنی ایک لفظ میں یہ چنے ہوئے پھول، یہ چنے ہوئے انسان، سلیکٹڈ پرسنیلٹیز۔</w:t>
      </w:r>
    </w:p>
    <w:p>
      <w:r>
        <w:rPr>
          <w:b/>
        </w:rPr>
        <w:t xml:space="preserve">[40:24] </w:t>
      </w:r>
      <w:r>
        <w:t>aap ghor kijiye, kaisa ajeeb hoga in logon ke sath rehna.</w:t>
      </w:r>
    </w:p>
    <w:p>
      <w:pPr>
        <w:jc w:val="right"/>
      </w:pPr>
      <w:r>
        <w:t>آپ غور کیجئے، کیسا عجیب ہوگا ان لوگوں کے ساتھ رہنا۔</w:t>
      </w:r>
    </w:p>
    <w:p>
      <w:r>
        <w:rPr>
          <w:b/>
        </w:rPr>
        <w:t xml:space="preserve">[40:32] </w:t>
      </w:r>
      <w:r>
        <w:t>zauq ek shayar the dilli ke, unhone she'r kaha tha ke: "ae zauq, kisi hamd mein derine ka, ae zauq, kisi hamd mein derine ka milna behtar hai mulaqat ya maseeh o khizr se".</w:t>
      </w:r>
    </w:p>
    <w:p>
      <w:pPr>
        <w:jc w:val="right"/>
      </w:pPr>
      <w:r>
        <w:t>ذوق ایک شاعر تھے دلی کے، انہوں نے شعر کہا تھا کہ: "اے ذوق، کسی حمد میں دیرینے کا، اے ذوق، کسی حمد میں دیرینے کا ملنا بہتر ہے ملاقات یا مسیحہ و خضر سے"۔</w:t>
      </w:r>
    </w:p>
    <w:p>
      <w:r>
        <w:rPr>
          <w:b/>
        </w:rPr>
        <w:t xml:space="preserve">[40:47] </w:t>
      </w:r>
      <w:r>
        <w:t>to ek hamd mein derina se milna un ko aisa lagta tha jab poori tareekh bashri ke sare achhe log ekatha kiye jayen. sare wo log jinke andar positive thinking thi, jo insan se mohabbat karne wale the,</w:t>
      </w:r>
    </w:p>
    <w:p>
      <w:pPr>
        <w:jc w:val="right"/>
      </w:pPr>
      <w:r>
        <w:t>تو ایک حمد میں دیرینہ سے ملنا ان کو ایسا لگتا تھا جب پوری تاریخ بشری کے سارے اچھے لوگ اکٹھا کیے جائیں۔ سارے وہ لوگ جن کے اندر پازیٹیو تھنکنگ تھی، جو انسان سے محبت کرنے والے تھے،</w:t>
      </w:r>
    </w:p>
    <w:p>
      <w:r>
        <w:rPr>
          <w:b/>
        </w:rPr>
        <w:t xml:space="preserve">[41:04] </w:t>
      </w:r>
      <w:r>
        <w:t>jo Allah ki yaad mein jeene wale the,</w:t>
      </w:r>
    </w:p>
    <w:p>
      <w:pPr>
        <w:jc w:val="right"/>
      </w:pPr>
      <w:r>
        <w:t>جو اللہ کی یاد میں جینے والے تھے،</w:t>
      </w:r>
    </w:p>
    <w:p>
      <w:r>
        <w:rPr>
          <w:b/>
        </w:rPr>
        <w:t xml:space="preserve">[41:08] </w:t>
      </w:r>
      <w:r>
        <w:t>jo duniya mein nafeh ban kar rahe, giver ban kar rahe, jinhone duniya ko diya, jinhone duniya se nafrat nahi ki, jinhone duniya mein itraf kiya,</w:t>
      </w:r>
    </w:p>
    <w:p>
      <w:pPr>
        <w:jc w:val="right"/>
      </w:pPr>
      <w:r>
        <w:t>جو دنیا میں نافع بن کر رہے، گیور بن کر رہے، جنہوں نے دنیا کو دیا، جنہوں نے دنیا سے نفرت نہیں کی، جنہوں نے دنیا میں اعتراف کیا،</w:t>
      </w:r>
    </w:p>
    <w:p>
      <w:r>
        <w:rPr>
          <w:b/>
        </w:rPr>
        <w:t xml:space="preserve">[41:24] </w:t>
      </w:r>
      <w:r>
        <w:t>logon logon ka acknowledge kiya, jo sachi qism ki sar'germi mein mashgool nahi hue, jinke andar high thinking thi, high character, high thinking, yeh sab thi jinke andar you human values par jinhone zindagi guzari,</w:t>
      </w:r>
    </w:p>
    <w:p>
      <w:pPr>
        <w:jc w:val="right"/>
      </w:pPr>
      <w:r>
        <w:t>لوگوں لوگوں کا اکنالج کیا، جو سچی قسم کی سرگرمی میں مشغول نہیں ہوئے، جن کے اندر ہائی تھنکنگ تھی، ہائی کریکٹر، ہائی تھنکنگ، یہ سب تھی جن کے اندر یو ہیومن ویلیوز پر جنہوں نے زندگی گزاری،</w:t>
      </w:r>
    </w:p>
    <w:p>
      <w:r>
        <w:rPr>
          <w:b/>
        </w:rPr>
        <w:t xml:space="preserve">[41:45] </w:t>
      </w:r>
      <w:r>
        <w:t>wo sab ekatha kiye jayenge, chun chun kar ke, kyunke bikhre hue hain. wo aisa koi samaj kabhi nahi bana, aisa kabhi society kabhi nahi bani, lekin individual level par aise jagah aise log bikhre hue the poori tareekh mein.</w:t>
      </w:r>
    </w:p>
    <w:p>
      <w:pPr>
        <w:jc w:val="right"/>
      </w:pPr>
      <w:r>
        <w:t>وہ سب اکٹھا کیے جائیں گے، چن چن کر کے، کیونکہ بکھرے ہوئے ہیں۔ وہ ایسا کوئی سماج کبھی نہیں بنا، ایسا کبھی سوسائٹی کبھی نہیں بنی، لیکن انڈیویجول لیول پر ایسے جگہ ایسے لوگ بکھرے ہوئے تھے پوری تاریخ میں۔</w:t>
      </w:r>
    </w:p>
    <w:p>
      <w:r>
        <w:rPr>
          <w:b/>
        </w:rPr>
        <w:t xml:space="preserve">[42:01] </w:t>
      </w:r>
      <w:r>
        <w:t>in sab ko Khuda chhan lega, phir in ko ekatha karega jannat mein. aap ghor kijiye, kaise ajeeb log ho gaye,</w:t>
      </w:r>
    </w:p>
    <w:p>
      <w:pPr>
        <w:jc w:val="right"/>
      </w:pPr>
      <w:r>
        <w:t>ان سب کو خدا چن لے گا، پھر ان کو اکٹھا کرے گا جنت میں۔ آپ غور کیجئے، کیسے عجیب لوگ ہو گئے،</w:t>
      </w:r>
    </w:p>
    <w:p>
      <w:r>
        <w:rPr>
          <w:b/>
        </w:rPr>
        <w:t xml:space="preserve">[42:10] </w:t>
      </w:r>
      <w:r>
        <w:t>aise jaise phoolon ke sath rehna.</w:t>
      </w:r>
    </w:p>
    <w:p>
      <w:pPr>
        <w:jc w:val="right"/>
      </w:pPr>
      <w:r>
        <w:t>ایسے جیسے پھولوں کے ساتھ رہنا۔</w:t>
      </w:r>
    </w:p>
    <w:p>
      <w:r>
        <w:rPr>
          <w:b/>
        </w:rPr>
        <w:t xml:space="preserve">[42:14] </w:t>
      </w:r>
      <w:r>
        <w:t>aap ghor kijiye, phoolon ke sath aap ko rehna ho to kaisa ajeeb rehna hoga. wo</w:t>
      </w:r>
    </w:p>
    <w:p>
      <w:pPr>
        <w:jc w:val="right"/>
      </w:pPr>
      <w:r>
        <w:t>آپ غور کیجئے، پھولوں کے ساتھ آپ کو رہنا ہو تو کیسا عجیب رہنا ہوگا۔ وہ</w:t>
      </w:r>
    </w:p>
    <w:p>
      <w:r>
        <w:rPr>
          <w:b/>
        </w:rPr>
        <w:t xml:space="preserve">[42:21] </w:t>
      </w:r>
      <w:r>
        <w:t>ek hai kaanton ke sath, ab hum kaanton ke sath rehte hain, hum jangl mein rehte hain, lekin jab sare phool chhan liye jayen aur sirf phoolon ki ek duniya ho, wahan rehna kaisa achha lagega?</w:t>
      </w:r>
    </w:p>
    <w:p>
      <w:pPr>
        <w:jc w:val="right"/>
      </w:pPr>
      <w:r>
        <w:t>ایک ہے کاٹوں کے ساتھ، اب ہم کاٹوں کے ساتھ رہتے ہیں، ہم جنگل میں رہتے ہیں، لیکن جب سارے پھول چن لیے جائیں اور صرف پھولوں کی ایک دنیا ہو، وہاں رہنا کیسا اچھا لگے گا؟</w:t>
      </w:r>
    </w:p>
    <w:p>
      <w:r>
        <w:rPr>
          <w:b/>
        </w:rPr>
        <w:t xml:space="preserve">[42:36] </w:t>
      </w:r>
      <w:r>
        <w:t>to phool jaise insano ko chhan kar ke Allah taala ekatha kar denge jannat mein,</w:t>
      </w:r>
    </w:p>
    <w:p>
      <w:pPr>
        <w:jc w:val="right"/>
      </w:pPr>
      <w:r>
        <w:t>تو پھول جیسے انسانوں کو چن کر کے اللہ تعالی اکٹھا کر دیں گے جنت میں،</w:t>
      </w:r>
    </w:p>
    <w:p>
      <w:r>
        <w:rPr>
          <w:b/>
        </w:rPr>
        <w:t xml:space="preserve">[42:43] </w:t>
      </w:r>
      <w:r>
        <w:t>kaisa ajeeb hoga un ke sath rehna.</w:t>
      </w:r>
    </w:p>
    <w:p>
      <w:pPr>
        <w:jc w:val="right"/>
      </w:pPr>
      <w:r>
        <w:t>کیسا عجیب ہوگا ان کے ساتھ رہنا۔</w:t>
      </w:r>
    </w:p>
    <w:p>
      <w:r>
        <w:rPr>
          <w:b/>
        </w:rPr>
        <w:t xml:space="preserve">[42:47] </w:t>
      </w:r>
      <w:r>
        <w:t>isi ko kaha gaya ke: "qalaika ma an nabiyyeena was siddiqeena was shuhadaa was saliheen". yahan char lafz hain, lekin char lafz ke ek mein kahunga phool jaise insan.</w:t>
      </w:r>
    </w:p>
    <w:p>
      <w:pPr>
        <w:jc w:val="right"/>
      </w:pPr>
      <w:r>
        <w:t>اسی کو کہا گیا کہ: "قلائکما النبیین وصدیقین وشہداء والصالحین"۔ یہاں چار لفظ ہیں، لیکن چار لفظ کے ایک میں کہوں گا پھول جیسے انسان۔</w:t>
      </w:r>
    </w:p>
    <w:p>
      <w:r>
        <w:rPr>
          <w:b/>
        </w:rPr>
        <w:t xml:space="preserve">[42:58] </w:t>
      </w:r>
      <w:r>
        <w:t>phir chautha item jo jannat ka hai, wo hai fulfillment. dekhen, hum is duniya mein paida hue hain, sirf hum sense of pleasure le kar paida hote hain.</w:t>
      </w:r>
    </w:p>
    <w:p>
      <w:pPr>
        <w:jc w:val="right"/>
      </w:pPr>
      <w:r>
        <w:t>پھر چوتھا آئٹم جو جنت کا ہے، وہ ہے فلفلمنٹ۔ دیکھیں، ہم اس دنیا میں پیدا ہوئے ہیں، صرف ہم سینس آف پلیژر لے کر پیدا ہوتے ہیں۔</w:t>
      </w:r>
    </w:p>
    <w:p>
      <w:r>
        <w:rPr>
          <w:b/>
        </w:rPr>
        <w:t xml:space="preserve">[43:12] </w:t>
      </w:r>
      <w:r>
        <w:t>aik ajeeb ghareeb cheez hai sense of pleasure. aap ghore kijiye, kisi pathar ke andar sirf pleasure nahi, kisi hathi ke andar nahi, kisi kisi sher ke andar nahi, kisi chidiya ke andar nahi, kisi machhli ke andar nahi,</w:t>
      </w:r>
    </w:p>
    <w:p>
      <w:pPr>
        <w:jc w:val="right"/>
      </w:pPr>
      <w:r>
        <w:t>ایک عجیب غریب چیز ہے سینس آف پلیژر۔ آپ غور کیجئے، کسی پتھر کے اندر صرف پلیژر نہیں، کسی ہاتھی کے اندر نہیں، کسی کسی شیر کے اندر نہیں، کسی چڑیا کے اندر نہیں، کسی مچھلی کے اندر نہیں،</w:t>
      </w:r>
    </w:p>
    <w:p>
      <w:r>
        <w:rPr>
          <w:b/>
        </w:rPr>
        <w:t xml:space="preserve">[43:31] </w:t>
      </w:r>
      <w:r>
        <w:t>samandar ke andar nahi, pahad ke andar nahi, kisi sitare ko nahi maloom sense of pleasure. is cheez se mahzooz hona ke is cheez mein lazzat lena, yeh sirf insan ki sifat hai,</w:t>
      </w:r>
    </w:p>
    <w:p>
      <w:pPr>
        <w:jc w:val="right"/>
      </w:pPr>
      <w:r>
        <w:t>سمندر کے اندر نہیں، پہاڑ کے اندر نہیں، کسی ستارے کو نہیں معلوم سینس آف پلیژر۔ اس چیز سے محظوظ ہونا کہ اس چیز میں لذت لینا، یہ صرف انسان کی صفت ہے،</w:t>
      </w:r>
    </w:p>
    <w:p>
      <w:r>
        <w:rPr>
          <w:b/>
        </w:rPr>
        <w:t xml:space="preserve">[43:46] </w:t>
      </w:r>
      <w:r>
        <w:t>sense of pleasure. lekin hum mein se har shakhs janta hai, is dunya mein hum apne sense of pleasure ko taskeen nahi de paate, yaani fulfillment se mahroom rehte hue mar jaate hain.</w:t>
      </w:r>
    </w:p>
    <w:p>
      <w:pPr>
        <w:jc w:val="right"/>
      </w:pPr>
      <w:r>
        <w:t>سینس آف پلیژر۔ لیکن ہم میں سے ہر شخص جانتا ہے، اس دنیا میں ہم اپنے سینس آف پلیژر کو تسکین نہیں دے پاتے، یعنی فلفلمنٹ سے محروم رہتے ہوئے مر جاتے ہیں۔</w:t>
      </w:r>
    </w:p>
    <w:p>
      <w:r>
        <w:rPr>
          <w:b/>
        </w:rPr>
        <w:t xml:space="preserve">[44:03] </w:t>
      </w:r>
      <w:r>
        <w:t>yaani is dunya mein Allah taala ne insan ko sense of pleasure zaroor diya hai, lekin us ke us ke takmeel ke saman nahi. yaani aik perfectionist insan imperfect world mein jeeta hai.</w:t>
      </w:r>
    </w:p>
    <w:p>
      <w:pPr>
        <w:jc w:val="right"/>
      </w:pPr>
      <w:r>
        <w:t>یعنی اس دنیا میں اللہ تعالی نے انسان کو سینس آف پلیژر ضرور دیا ہے، لیکن اس کے اس کے تکمیل کے سامان نہیں۔ یعنی ایک پرفیکشنسٹ انسان امپرفیکٹ ورلڈ میں جیتا ہے۔</w:t>
      </w:r>
    </w:p>
    <w:p>
      <w:r>
        <w:rPr>
          <w:b/>
        </w:rPr>
        <w:t xml:space="preserve">[44:16] </w:t>
      </w:r>
      <w:r>
        <w:t>quran mein hai ke: "laqad khalaqna insan fi qubr". qubr patharon ke liye koi qubr nahi hai, haiwanat ke liye koi qubr nahi hai.</w:t>
      </w:r>
    </w:p>
    <w:p>
      <w:pPr>
        <w:jc w:val="right"/>
      </w:pPr>
      <w:r>
        <w:t>قرآن میں ہے کہ: "لقد خلقنا الانسان فی قبر"۔ قبر پتھروں کے لیے کوئی قبر نہیں ہے، حیوانات کے لیے کوئی قبر نہیں ہے۔</w:t>
      </w:r>
    </w:p>
    <w:p>
      <w:r>
        <w:rPr>
          <w:b/>
        </w:rPr>
        <w:t xml:space="preserve">[44:29] </w:t>
      </w:r>
      <w:r>
        <w:t>qubr to insan ke liye hai, yeh hamari sensitivity hai jo is ko qubr bana deti hai. qubr ka matlab hai, yaani hardship, mushkilat, problem.</w:t>
      </w:r>
    </w:p>
    <w:p>
      <w:pPr>
        <w:jc w:val="right"/>
      </w:pPr>
      <w:r>
        <w:t>قبر تو انسان کے لیے ہے، یہ ہماری سینسٹیوٹی ہے جو اس کو قبر بنا دیتی ہے۔ قبر کا مطلب ہے، یعنی ہارڈ شپ، مشکلات، پرابلم۔</w:t>
      </w:r>
    </w:p>
    <w:p>
      <w:r>
        <w:rPr>
          <w:b/>
        </w:rPr>
        <w:t xml:space="preserve">[44:44] </w:t>
      </w:r>
      <w:r>
        <w:t>to hum har insan paidaishi taur par idealist hai, perfectionist hai, sense of pleasure is ke andar bhara hua hai.</w:t>
      </w:r>
    </w:p>
    <w:p>
      <w:pPr>
        <w:jc w:val="right"/>
      </w:pPr>
      <w:r>
        <w:t>تو ہم ہر انسان پیدائشی طور پر آئیڈیلسٹ ہے، پرفیکشنسٹ ہے، سینس آف پلیژر اس کے اندر بھرا ہوا ہے۔</w:t>
      </w:r>
    </w:p>
    <w:p>
      <w:r>
        <w:rPr>
          <w:b/>
        </w:rPr>
        <w:t xml:space="preserve">[44:53] </w:t>
      </w:r>
      <w:r>
        <w:t>wo chahta hai fulfillment, lekin wo nahi ho pata, kyunke dunya mein cheezein jo hain, limited taur par hain.</w:t>
      </w:r>
    </w:p>
    <w:p>
      <w:pPr>
        <w:jc w:val="right"/>
      </w:pPr>
      <w:r>
        <w:t>وہ چاہتا ہے فلفلمنٹ، لیکن وہ نہیں ہو پاتا، کیونکہ دنیا میں چیزیں جو ہیں، لمیٹڈ طور پر ہیں۔</w:t>
      </w:r>
    </w:p>
    <w:p>
      <w:r>
        <w:rPr>
          <w:b/>
        </w:rPr>
        <w:t xml:space="preserve">[45:04] </w:t>
      </w:r>
      <w:r>
        <w:t>phir hamari zindagi kya hai? hum boodhe hote hain, accident hota hai, bimar hote hain, aakhir mein mar jaate hain.</w:t>
      </w:r>
    </w:p>
    <w:p>
      <w:pPr>
        <w:jc w:val="right"/>
      </w:pPr>
      <w:r>
        <w:t>پھر ہماری زندگی کیا ہے؟ ہم بوڑھے ہوتے ہیں، ایکسیڈنٹ ہوتا ہے، بیمار ہوتے ہیں، آخر میں مر جاتے ہیں۔</w:t>
      </w:r>
    </w:p>
    <w:p>
      <w:r>
        <w:rPr>
          <w:b/>
        </w:rPr>
        <w:t xml:space="preserve">[45:15] </w:t>
      </w:r>
      <w:r>
        <w:t>abhi mere paas aik sahab telephone aaya, sare qariyon ka, unhone kaha ke: "meri umar ab 80 saal zyada ho chuke hain, mere sare organ jo hain, wo jawab de rahe hain, sirf sare organ.</w:t>
      </w:r>
    </w:p>
    <w:p>
      <w:pPr>
        <w:jc w:val="right"/>
      </w:pPr>
      <w:r>
        <w:t>ابھی میرے پاس ایک صاحب ٹیلی فون آیا، سارے قاریوں کا، انہوں نے کہا کہ: "میری عمر اب 80 سال زیادہ ہو چکے ہیں، میرے سارے ارگن جو ہیں، وہ جواب دے رہے ہیں، صرف سارے ارگن۔</w:t>
      </w:r>
    </w:p>
    <w:p>
      <w:r>
        <w:rPr>
          <w:b/>
        </w:rPr>
        <w:t xml:space="preserve">[45:30] </w:t>
      </w:r>
      <w:r>
        <w:t>ab kisi cheez mein lazzat nahi, kisi cheez mein khushi nahi. ab pada rehta hoon bistar par, maut ka intezar karte rehta hoon, to mere liye dua kijiye".</w:t>
      </w:r>
    </w:p>
    <w:p>
      <w:pPr>
        <w:jc w:val="right"/>
      </w:pPr>
      <w:r>
        <w:t>اب کسی چیز میں لذت نہیں، کسی چیز میں خوشی نہیں۔ اب پڑا رہتا ہوں بستر پر، موت کا انتظار کرتے رہتا ہوں، تو میرے لیے دعا کیجئے"۔</w:t>
      </w:r>
    </w:p>
    <w:p>
      <w:r>
        <w:rPr>
          <w:b/>
        </w:rPr>
        <w:t xml:space="preserve">[45:42] </w:t>
      </w:r>
      <w:r>
        <w:t>to har insan ka yahi haal hai.</w:t>
      </w:r>
    </w:p>
    <w:p>
      <w:pPr>
        <w:jc w:val="right"/>
      </w:pPr>
      <w:r>
        <w:t>تو ہر انسان کا یہی حال ہے۔</w:t>
      </w:r>
    </w:p>
    <w:p>
      <w:r>
        <w:rPr>
          <w:b/>
        </w:rPr>
        <w:t xml:space="preserve">[45:47] </w:t>
      </w:r>
      <w:r>
        <w:t>yaani aadmi paida hota hai chahat aur fulfillment ki talash mein ke is ke sense of pleasure jo hai, is mein taskeen mile is ko, lekin mar jata hai baghair is ke ke is ko fulfillment mila ho.</w:t>
      </w:r>
    </w:p>
    <w:p>
      <w:pPr>
        <w:jc w:val="right"/>
      </w:pPr>
      <w:r>
        <w:t>یعنی آدمی پیدا ہوتا ہے چاہت اور فلفلمنٹ کی تلاش میں کہ اس کے سینس آف پلیژر جو ہے، اس میں تسکین ملے اس کو، لیکن مر جاتا ہے بغیر اس کے کہ اس کو فلفلمنٹ ملا ہو۔</w:t>
      </w:r>
    </w:p>
    <w:p>
      <w:r>
        <w:rPr>
          <w:b/>
        </w:rPr>
        <w:t xml:space="preserve">[46:07] </w:t>
      </w:r>
      <w:r>
        <w:t>to kaise ajeeb khatma yeh hai? yeh kaisa ajeeb khatma hai?</w:t>
      </w:r>
    </w:p>
    <w:p>
      <w:pPr>
        <w:jc w:val="right"/>
      </w:pPr>
      <w:r>
        <w:t>تو کیسے عجیب خاتمہ یہ ہے؟ یہ کیسا عجیب خاتمہ ہے؟</w:t>
      </w:r>
    </w:p>
    <w:p>
      <w:r>
        <w:rPr>
          <w:b/>
        </w:rPr>
        <w:t xml:space="preserve">[46:12] </w:t>
      </w:r>
      <w:r>
        <w:t>to jannat is ka jawab hai. yeh sare jo hamare senses hain, sare jo hamari khwahishein hain, hamare sath jo desires hain, wo apni aala shakal mein in ko fulfillment milega.</w:t>
      </w:r>
    </w:p>
    <w:p>
      <w:pPr>
        <w:jc w:val="right"/>
      </w:pPr>
      <w:r>
        <w:t>تو جنت اس کا جواب ہے۔ یہ سارے جو ہمارے سینسز ہیں، سارے جو ہماری خواہشیں ہیں، ہمارے ساتھ جو ڈیزائر ہیں، وہ اپنی اعلیٰ شکل میں ان کو فلفلمنٹ ملے گا۔</w:t>
      </w:r>
    </w:p>
    <w:p>
      <w:r>
        <w:rPr>
          <w:b/>
        </w:rPr>
        <w:t xml:space="preserve">[46:24] </w:t>
      </w:r>
      <w:r>
        <w:t>jahan wo hai jannat, har qism ka wahan, yaani har qism ka, yaani comfort, har qism ki luxury, har qism ke khane peene ka saman, jo bhi insan ki desires hain.</w:t>
      </w:r>
    </w:p>
    <w:p>
      <w:pPr>
        <w:jc w:val="right"/>
      </w:pPr>
      <w:r>
        <w:t>جہاں وہ ہے جنت، ہر قسم کا وہاں، یعنی ہر قسم کا، یعنی کمفرٹ، ہر قسم کی لگزری، ہر قسم کے کھانے پینے کا سامان، جو بھی انسان کی ڈیزائر ہیں۔</w:t>
      </w:r>
    </w:p>
    <w:p>
      <w:r>
        <w:rPr>
          <w:b/>
        </w:rPr>
        <w:t xml:space="preserve">[46:39] </w:t>
      </w:r>
      <w:r>
        <w:t>dekhein, do aayatein hain, is par ghore kijiye aap. dunya ke bare mein hai: "waatakum min kull ma saaltumoo". yeh dunya ke bare mein hai: "waatakum min kull ma saaltumoo".</w:t>
      </w:r>
    </w:p>
    <w:p>
      <w:pPr>
        <w:jc w:val="right"/>
      </w:pPr>
      <w:r>
        <w:t>دیکھیں، دو آیتیں ہیں، اس پر غور کیجئے آپ۔ دنیا کے بارے میں ہے: "واتاکم من کل ما سالتمو"۔ یہ دنیا کے بارے میں ہے: "واتاکم من کل ما سالتمو"۔</w:t>
      </w:r>
    </w:p>
    <w:p>
      <w:r>
        <w:rPr>
          <w:b/>
        </w:rPr>
        <w:t xml:space="preserve">[46:53] </w:t>
      </w:r>
      <w:r>
        <w:t>aaqirat ke bare mein hai: "walakum fiha ma tashtahi nafsakum". yaani dunya mein baqadar zarorat, jannat mein baqadar ishtaha.</w:t>
      </w:r>
    </w:p>
    <w:p>
      <w:pPr>
        <w:jc w:val="right"/>
      </w:pPr>
      <w:r>
        <w:t>آخرت کے بارے میں ہے: "ولکم فیہا ما تستحی نفسکم"۔ یعنی دنیا میں بقدر ضرورت، جنت میں بقدر اشتہا۔</w:t>
      </w:r>
    </w:p>
    <w:p>
      <w:r>
        <w:rPr>
          <w:b/>
        </w:rPr>
        <w:t xml:space="preserve">[47:05] </w:t>
      </w:r>
      <w:r>
        <w:t>kaisi ajeeb baat hai?</w:t>
      </w:r>
    </w:p>
    <w:p>
      <w:pPr>
        <w:jc w:val="right"/>
      </w:pPr>
      <w:r>
        <w:t>کیسی عجیب بات ہے؟</w:t>
      </w:r>
    </w:p>
    <w:p>
      <w:r>
        <w:rPr>
          <w:b/>
        </w:rPr>
        <w:t xml:space="preserve">[47:08] </w:t>
      </w:r>
      <w:r>
        <w:t>kaisi ajeeb baat hai? yeh dunya mein hamare yahi muqaddar hai ke hum hamari zaroriyat poori ho saken, ishtaha nahi poori ho sakti, desire nahi poori ho sakti.</w:t>
      </w:r>
    </w:p>
    <w:p>
      <w:pPr>
        <w:jc w:val="right"/>
      </w:pPr>
      <w:r>
        <w:t>کیسی عجیب بات ہے؟ یہ دنیا میں ہمارے یہی مقدر ہے کہ ہم ہماری ضرورتیں پوری ہو سکیں، اشتہا نہیں پوری ہو سکتی، ڈیزائر نہیں پوری ہو سکتی۔</w:t>
      </w:r>
    </w:p>
    <w:p>
      <w:r>
        <w:rPr>
          <w:b/>
        </w:rPr>
        <w:t xml:space="preserve">[47:22] </w:t>
      </w:r>
      <w:r>
        <w:t>wo impossible hai. koi bhi khwahish jo aap ke andar ho, is ki takmeel possible nahi hai is dunya mein. to dunya ke bare mein farmaya ke: "waatakum min kull ma saaltumoo".</w:t>
      </w:r>
    </w:p>
    <w:p>
      <w:pPr>
        <w:jc w:val="right"/>
      </w:pPr>
      <w:r>
        <w:t>وہ امپاسیبل ہے۔ کوئی بھی خواہش جو آپ کے اندر ہو، اس کی تکمیل پاسیبل نہیں ہے اس دنیا میں۔ تو دنیا کے بارے میں فرمایا کہ: "واتاکم من کل ما سالتمو"۔</w:t>
      </w:r>
    </w:p>
    <w:p>
      <w:r>
        <w:rPr>
          <w:b/>
        </w:rPr>
        <w:t xml:space="preserve">[47:38] </w:t>
      </w:r>
      <w:r>
        <w:t>aaqirat ke bare mein farmaya ke: "walakum fiha ma tashtahi nafsakum". yaani dunya mein hum ne tumhari zarorat ki tamam cheezein de deen, oxygen chahiye to oxygen de diya, pani chahiye to pani de diya,</w:t>
      </w:r>
    </w:p>
    <w:p>
      <w:pPr>
        <w:jc w:val="right"/>
      </w:pPr>
      <w:r>
        <w:t>آخرت کے بارے میں فرمایا کہ: "ولکم فیہا ما تشتی نفسکم"۔ یعنی دنیا میں ہم نے تمہاری ضرورت کی تمام چیزیں دے دیں، اکسیجن چاہیے تو اکسیجن دے دیا، پانی چاہیے تو پانی دے دیا،</w:t>
      </w:r>
    </w:p>
    <w:p>
      <w:r>
        <w:rPr>
          <w:b/>
        </w:rPr>
        <w:t xml:space="preserve">[47:51] </w:t>
      </w:r>
      <w:r>
        <w:t>food chahiye to food de diya, lekin jo pleasure hai, jo khushi hai, wo to sirf jannat mein milegi.</w:t>
      </w:r>
    </w:p>
    <w:p>
      <w:pPr>
        <w:jc w:val="right"/>
      </w:pPr>
      <w:r>
        <w:t>فوڈ چاہیے تو فوڈ دے دیا، لیکن جو پلیژر ہے، جو خوشی ہے، وہ تو صرف جنت میں ملے گی۔</w:t>
      </w:r>
    </w:p>
    <w:p>
      <w:r>
        <w:rPr>
          <w:b/>
        </w:rPr>
        <w:t xml:space="preserve">[48:01] </w:t>
      </w:r>
      <w:r>
        <w:t>aap ghore kijiye, jo unlimited taur par aap ko, yaani aap ko jitni aap ki khwahishein poori hone ho saken, to kitna ajeeb hoga wo jagah.</w:t>
      </w:r>
    </w:p>
    <w:p>
      <w:pPr>
        <w:jc w:val="right"/>
      </w:pPr>
      <w:r>
        <w:t>آپ غور کیجئے، جو ان لمیٹڈ طور پر آپ کو، یعنی آپ کو جتنی آپ کی خواہشیں پوری ہونے ہو سکیں، تو کتنا عجیب ہوگا وہ جگہ۔</w:t>
      </w:r>
    </w:p>
    <w:p>
      <w:r>
        <w:rPr>
          <w:b/>
        </w:rPr>
        <w:t xml:space="preserve">[48:14] </w:t>
      </w:r>
      <w:r>
        <w:t>unlimited taur par</w:t>
      </w:r>
    </w:p>
    <w:p>
      <w:pPr>
        <w:jc w:val="right"/>
      </w:pPr>
      <w:r>
        <w:t>ان لمیٹڈ طور پر</w:t>
      </w:r>
    </w:p>
    <w:p>
      <w:r>
        <w:rPr>
          <w:b/>
        </w:rPr>
        <w:t xml:space="preserve">[48:18] </w:t>
      </w:r>
      <w:r>
        <w:t>kitna ajeeb hogi woh jagah. to jannat ka yeh chautha item hai ke wahan aap ki jitne jitne khwahishein hain, jitni tamannaein hain, jitne aap ke aala jazbaat hain, un sab ko taskeen ka saaman milega.</w:t>
      </w:r>
    </w:p>
    <w:p>
      <w:pPr>
        <w:jc w:val="right"/>
      </w:pPr>
      <w:r>
        <w:t>کتنا عجیب ہوگی وہ جگہ۔ تو جنت کا یہ چوتھا آئٹم ہے کہ وہاں آپ کی جتنے جتنے خواہشیں ہیں، جتنی تمنائیں ہیں، جتنے آپ کے اعلیٰ جذبات ہیں، ان سب کو تسکین کا سامان ملے گا۔</w:t>
      </w:r>
    </w:p>
    <w:p>
      <w:r>
        <w:rPr>
          <w:b/>
        </w:rPr>
        <w:t xml:space="preserve">[48:33] </w:t>
      </w:r>
      <w:r>
        <w:t>wohan</w:t>
      </w:r>
    </w:p>
    <w:p>
      <w:pPr>
        <w:jc w:val="right"/>
      </w:pPr>
      <w:r>
        <w:t>وہاں</w:t>
      </w:r>
    </w:p>
    <w:p>
      <w:r>
        <w:rPr>
          <w:b/>
        </w:rPr>
        <w:t xml:space="preserve">[48:36] </w:t>
      </w:r>
      <w:r>
        <w:t>abhi mein gaya tha turkey. turkey mein jis hotel mein mujhe thehraya tha, unhon ne woh bosphorus ke kinare tha. bosphorus jo hai, ek jis ko kehte hain abnaaye, yaani do samundaron ko milane wali patti.</w:t>
      </w:r>
    </w:p>
    <w:p>
      <w:pPr>
        <w:jc w:val="right"/>
      </w:pPr>
      <w:r>
        <w:t>ابھی میں گیا تھا ترکی۔ ترکی میں جس ہوٹل میں مجھے ٹھہرایا تھا، انہوں نے وہ باسفورس کے کنارے تھا۔ باسفورس جو ہے، ایک جس کو کہتے ہیں آبنائے، یعنی دو سمندروں کو ملانے والی پٹی۔</w:t>
      </w:r>
    </w:p>
    <w:p>
      <w:r>
        <w:rPr>
          <w:b/>
        </w:rPr>
        <w:t xml:space="preserve">[48:53] </w:t>
      </w:r>
      <w:r>
        <w:t>ek marmara samandar aur doosri taraf woh black samandar, black sea aur marmara sea, us ko milati hai.</w:t>
      </w:r>
    </w:p>
    <w:p>
      <w:pPr>
        <w:jc w:val="right"/>
      </w:pPr>
      <w:r>
        <w:t>ایک مرمرہ سمندر اور دوسری طرف وہ بلیک سمندر، بلیک سی اور مرمرہ سی، اس کو ملاتی ہے۔</w:t>
      </w:r>
    </w:p>
    <w:p>
      <w:r>
        <w:rPr>
          <w:b/>
        </w:rPr>
        <w:t xml:space="preserve">[49:03] </w:t>
      </w:r>
      <w:r>
        <w:t>woh wahan par hamara jo hum ko jo suite diya tha, unhon ne us suite ka jo pichla hissa tha, woh sara poora sheesha laga hua aur us ke samne sara dikhai deta tha.</w:t>
      </w:r>
    </w:p>
    <w:p>
      <w:pPr>
        <w:jc w:val="right"/>
      </w:pPr>
      <w:r>
        <w:t>وہ وہاں پر ہمارا جو ہم کو جو سوئٹ دیا تھا، انہوں نے اس سوئٹ کا جو پچھلا حصہ تھا، وہ سارا پورا شیشہ لگا ہوا اور اس کے سامنے سارا دکھائی دیتا تھا۔</w:t>
      </w:r>
    </w:p>
    <w:p>
      <w:r>
        <w:rPr>
          <w:b/>
        </w:rPr>
        <w:t xml:space="preserve">[49:16] </w:t>
      </w:r>
      <w:r>
        <w:t>bosphorus bohat hi beautiful manzar tha, bohat hi beautiful manzar tha. aap ghor kijiye, yaani samandar ka mahol, chidiyan ur rahi hain, upar upar woh hain,</w:t>
      </w:r>
    </w:p>
    <w:p>
      <w:pPr>
        <w:jc w:val="right"/>
      </w:pPr>
      <w:r>
        <w:t>باسفورس بہت ہی بیوٹی فل منظر تھا، بہت ہی بیوٹی فل منظر تھا۔ آپ غور کیجئے، یعنی سمندر کا ماحول، چڑیاں اڑ رہی ہیں، اوپر اوپر وہ ہیں،</w:t>
      </w:r>
    </w:p>
    <w:p>
      <w:r>
        <w:rPr>
          <w:b/>
        </w:rPr>
        <w:t xml:space="preserve">[49:29] </w:t>
      </w:r>
      <w:r>
        <w:t>cloud hai, suraj chamak raha hai, yaani ek ek cheez jo hai, darakhton ki hariyali hai. to ek ajeeb, us ne mein baitha rehta tha, baitha rehta tha.</w:t>
      </w:r>
    </w:p>
    <w:p>
      <w:pPr>
        <w:jc w:val="right"/>
      </w:pPr>
      <w:r>
        <w:t>کلاؤڈ ہے، سورج چمک رہا ہے، یعنی ایک ایک چیز جو ہے، درختوں کی ہریالی ہے۔ تو ایک عجیب، اس نے میں بیٹھا رہتا تھا، بیٹھا رہتا تھا۔</w:t>
      </w:r>
    </w:p>
    <w:p>
      <w:r>
        <w:rPr>
          <w:b/>
        </w:rPr>
        <w:t xml:space="preserve">[49:43] </w:t>
      </w:r>
      <w:r>
        <w:t>to chaar din aisa guzra, yaani is baith kar ke dekhta rehta tha, lekin phir akhtahat aa gayi, boredom aa gaya, kyunke kuch aur chahiye.</w:t>
      </w:r>
    </w:p>
    <w:p>
      <w:pPr>
        <w:jc w:val="right"/>
      </w:pPr>
      <w:r>
        <w:t>تو چار دن ایسا گزرا، یعنی اس بیٹھ کر کے دیکھتا رہتا تھا، لیکن پھر اکتاہٹ آ گئی، بورڈم آ گیا، کیونکہ کچھ اور چاہیے۔</w:t>
      </w:r>
    </w:p>
    <w:p>
      <w:r>
        <w:rPr>
          <w:b/>
        </w:rPr>
        <w:t xml:space="preserve">[49:54] </w:t>
      </w:r>
      <w:r>
        <w:t>yaad rakhiye, insaan jo hai, ajeeb o ghareeb makhlooq hai. is cheez se pleasure lene ke liye aap ko kuch kuch aur cheezein chahiye. woh cheezein na mili hui hon to aap pleasure nahi le sakte.</w:t>
      </w:r>
    </w:p>
    <w:p>
      <w:pPr>
        <w:jc w:val="right"/>
      </w:pPr>
      <w:r>
        <w:t>یاد رکھیے، انسان جو ہے، عجیب و غریب مخلوق ہے۔ اس چیز سے پلیژر لینے کے لیے آپ کو کچھ کچھ اور چیزیں چاہیے۔ وہ چیزیں نہ ملی ہوئی ہوں تو آپ پلیژر نہیں لے سکتے۔</w:t>
      </w:r>
    </w:p>
    <w:p>
      <w:r>
        <w:rPr>
          <w:b/>
        </w:rPr>
        <w:t xml:space="preserve">[50:08] </w:t>
      </w:r>
      <w:r>
        <w:t>har pleasure yaad rakhiye, adhoora hai jab tak is ke doosre item aap ko haasil na hon. yeh bohat ajeeb cheez hai.</w:t>
      </w:r>
    </w:p>
    <w:p>
      <w:pPr>
        <w:jc w:val="right"/>
      </w:pPr>
      <w:r>
        <w:t>ہر پلیژر یاد رکھیے، ادھورا ہے جب تک اس کے دوسرے آئٹم آپ کو حاصل نہ ہوں۔ یہ بہت عجیب چیز ہے۔</w:t>
      </w:r>
    </w:p>
    <w:p>
      <w:r>
        <w:rPr>
          <w:b/>
        </w:rPr>
        <w:t xml:space="preserve">[50:17] </w:t>
      </w:r>
      <w:r>
        <w:t>insaan ki kisi ek cheez mein aap ko poori khushi nahi mil sakti. is ke sath aur bohat sa cheezein darkaar hoti hain.</w:t>
      </w:r>
    </w:p>
    <w:p>
      <w:pPr>
        <w:jc w:val="right"/>
      </w:pPr>
      <w:r>
        <w:t>انسان کی کسی ایک چیز میں آپ کو پوری خوشی نہیں مل سکتی۔ اس کے ساتھ اور بہت سا چیزیں درکار ہوتی ہیں۔</w:t>
      </w:r>
    </w:p>
    <w:p>
      <w:r>
        <w:rPr>
          <w:b/>
        </w:rPr>
        <w:t xml:space="preserve">[50:28] </w:t>
      </w:r>
      <w:r>
        <w:t>sab mil kar ke tab aap khush hote hain. plus yeh bhi ke aap ko thakaan na aaye, aap ko bimari na ho, aap ko koi accident na ho waghera waghera.</w:t>
      </w:r>
    </w:p>
    <w:p>
      <w:pPr>
        <w:jc w:val="right"/>
      </w:pPr>
      <w:r>
        <w:t>سب مل کر کے تب آپ خوش ہوتے ہیں۔ پلس یہ بھی کہ آپ کو تھکان نہ آئے، آپ کو بیماری نہ ہو، آپ کو کوئی ایکسیڈنٹ نہ ہو وغیرہ وغیرہ۔</w:t>
      </w:r>
    </w:p>
    <w:p>
      <w:r>
        <w:rPr>
          <w:b/>
        </w:rPr>
        <w:t xml:space="preserve">[50:43] </w:t>
      </w:r>
      <w:r>
        <w:t>to zahir hai ke yeh sab jama nahi ho sakta is duniya mein. to bosphorus ke kinare woh ka jo manzar tha, bohat hi mujhe acha lagta tha, lekin chand din ke baad mein bore hone laga wahan,</w:t>
      </w:r>
    </w:p>
    <w:p>
      <w:pPr>
        <w:jc w:val="right"/>
      </w:pPr>
      <w:r>
        <w:t>تو ظاہر ہے کہ یہ سب جمع نہیں ہو سکتا اس دنیا میں۔ تو باسفورس کے کنارے وہ کا جو منظر تھا، بہت ہی مجھے اچھا لگتا تھا، لیکن چند دن کے بعد میں بور ہونے لگا وہاں،</w:t>
      </w:r>
    </w:p>
    <w:p>
      <w:r>
        <w:rPr>
          <w:b/>
        </w:rPr>
        <w:t xml:space="preserve">[50:57] </w:t>
      </w:r>
      <w:r>
        <w:t>kyunke aur sab cheezein jo darkaar thin, woh maujood nahi thin wahan par, na kisi ke liye kabhi maujood hoti hain.</w:t>
      </w:r>
    </w:p>
    <w:p>
      <w:pPr>
        <w:jc w:val="right"/>
      </w:pPr>
      <w:r>
        <w:t>کیونکہ اور سب چیزیں جو درکار تھیں، وہ موجود نہیں تھیں وہاں پر، نہ کسی کے لیے کبھی موجود ہوتی ہیں۔</w:t>
      </w:r>
    </w:p>
    <w:p>
      <w:r>
        <w:rPr>
          <w:b/>
        </w:rPr>
        <w:t xml:space="preserve">[51:08] </w:t>
      </w:r>
      <w:r>
        <w:t>to yeh mein is liye keh raha hoon ke jannat mein sari hi cheezein maujood hongi. saare asbaab khushi ke, saare asbaab masarrat ke, saare asbaab fulfillment ke, saare asbaab sukoon ke, yaani jitne bhi aap ke senses hain, un sab ko taskeen ka aala tareen saaman maujood hoga wahan par.</w:t>
      </w:r>
    </w:p>
    <w:p>
      <w:pPr>
        <w:jc w:val="right"/>
      </w:pPr>
      <w:r>
        <w:t>تو یہ میں اس لیے کہہ رہا ہوں کہ جنت میں ساری ہی چیزیں موجود ہوں گی۔ سارے اسباب خوشی کے، سارے اسباب مسرت کے، سارے اسباب فلفلمنٹ کے، سارے اسباب سکون کے، یعنی جتنے بھی آپ کے سینسز ہیں، ان سب کو تسکین کا اعلیٰ ترین سامان موجود ہوگا وہاں پر۔</w:t>
      </w:r>
    </w:p>
    <w:p>
      <w:r>
        <w:rPr>
          <w:b/>
        </w:rPr>
        <w:t xml:space="preserve">[51:33] </w:t>
      </w:r>
      <w:r>
        <w:t>to yeh chautha item hoga. in sab ke majmooe ko le kar sochiye, aap kaisi ajeeb cheez hogi jannat.</w:t>
      </w:r>
    </w:p>
    <w:p>
      <w:pPr>
        <w:jc w:val="right"/>
      </w:pPr>
      <w:r>
        <w:t>تو یہ چوتھا آئٹم ہوگا۔ ان سب کے مجموعے کو لے کر سوچیے، آپ کیسی عجیب چیز ہوگی جنت۔</w:t>
      </w:r>
    </w:p>
    <w:p>
      <w:r>
        <w:rPr>
          <w:b/>
        </w:rPr>
        <w:t xml:space="preserve">[51:44] </w:t>
      </w:r>
      <w:r>
        <w:t>to quran mein hai ke: "limas lihaza falya'maloon". "limas lihaza falya'maloon" yeh hai woh cheez jis ke liye amal ka amal karne wale amal karein.</w:t>
      </w:r>
    </w:p>
    <w:p>
      <w:pPr>
        <w:jc w:val="right"/>
      </w:pPr>
      <w:r>
        <w:t>تو قرآن میں ہے کہ: "لمس لہذا فلیعملون"۔ "لمس لہذا فلیعملون" یہ ہے وہ چیز جس کے لیے عمل کا عمل کرنے والے عمل کریں۔</w:t>
      </w:r>
    </w:p>
    <w:p>
      <w:r>
        <w:rPr>
          <w:b/>
        </w:rPr>
        <w:t xml:space="preserve">[51:59] </w:t>
      </w:r>
      <w:r>
        <w:t>"limas lihaza falya'maloon" yeh hai woh cheez jis ke liye amal karne wale amal karein. yaani agar mein lafz "badar" ka lafz "badar" kahoon ke kahoon ke yeh hai woh cheez jahan tum apna extension talash karo,</w:t>
      </w:r>
    </w:p>
    <w:p>
      <w:pPr>
        <w:jc w:val="right"/>
      </w:pPr>
      <w:r>
        <w:t>"لمس لہذا فلیعملون" یہ ہے وہ چیز جس کے لیے عمل کرنے والے عمل کریں۔ یعنی اگر میں لفظ "بدر" کا لفظ "بدر" کہوں کہ کہوں کہ یہ ہے وہ چیز جہاں تم اپنا ایکسٹینشن تلاش کرو،</w:t>
      </w:r>
    </w:p>
    <w:p>
      <w:r>
        <w:rPr>
          <w:b/>
        </w:rPr>
        <w:t xml:space="preserve">[52:18] </w:t>
      </w:r>
      <w:r>
        <w:t>kaisi ajeeb cheez hai yeh. yaani yeh hai woh maqam jahan tum apna extension talash karo. tum samjhe hue bachche ho ke apne extension woh to qudrat hai, kuch bhi nahi.</w:t>
      </w:r>
    </w:p>
    <w:p>
      <w:pPr>
        <w:jc w:val="right"/>
      </w:pPr>
      <w:r>
        <w:t>کیسی عجیب چیز ہے یہ۔ یعنی یہ ہے وہ مقام جہاں تم اپنا ایکسٹینشن تلاش کرو۔ تم سمجھے ہوئے بچے ہو کہ اپنے ایکسٹینشن وہ تو قدرت ہے، کچھ بھی نہیں۔</w:t>
      </w:r>
    </w:p>
    <w:p>
      <w:r>
        <w:rPr>
          <w:b/>
        </w:rPr>
        <w:t xml:space="preserve">[52:30] </w:t>
      </w:r>
      <w:r>
        <w:t>tumhara jo asal extension hai, woh hai jannat. wahan talash karo, wahan tumhein state mile.</w:t>
      </w:r>
    </w:p>
    <w:p>
      <w:pPr>
        <w:jc w:val="right"/>
      </w:pPr>
      <w:r>
        <w:t>تمہارا جو اصل ایکسٹینشن ہے، وہ ہے جنت۔ وہاں تلاش کرو، وہاں تمہیں سٹیٹ ملے۔</w:t>
      </w:r>
    </w:p>
    <w:p>
      <w:r>
        <w:rPr>
          <w:b/>
        </w:rPr>
        <w:t xml:space="preserve">[52:41] </w:t>
      </w:r>
      <w:r>
        <w:t>to chunke logon ko pata nahi ke jannat kya cheez hai, logon ko jannat ka ki discovery nahi hui, jannat ka idraak nahi hua, jannat ko unhon ne realize nahi kiya,</w:t>
      </w:r>
    </w:p>
    <w:p>
      <w:pPr>
        <w:jc w:val="right"/>
      </w:pPr>
      <w:r>
        <w:t>تو چونکہ لوگوں کو پتہ نہیں کہ جنت کیا چیز ہے، لوگوں کو جنت کا کی ڈسکوری نہیں ہوئی، جنت کا ادراک نہیں ہوا، جنت کو انہوں نے ریلائز نہیں کیا،</w:t>
      </w:r>
    </w:p>
    <w:p>
      <w:r>
        <w:rPr>
          <w:b/>
        </w:rPr>
        <w:t xml:space="preserve">[52:54] </w:t>
      </w:r>
      <w:r>
        <w:t>jannat ko visualize nahi kar sake, is liye jannat mein apna extension bhi woh nahi dhoondhte. woh jannat mein apni seat bhi woh talash nahi kar rahe hain.</w:t>
      </w:r>
    </w:p>
    <w:p>
      <w:pPr>
        <w:jc w:val="right"/>
      </w:pPr>
      <w:r>
        <w:t>جنت کو ویژولائز نہیں کر سکے، اس لیے جنت میں اپنا ایکسٹینشن بھی وہ نہیں ڈھونڈتے۔ وہ جنت میں اپنی سیٹ بھی وہ تلاش نہیں کر رہے ہیں۔</w:t>
      </w:r>
    </w:p>
    <w:p>
      <w:r>
        <w:rPr>
          <w:b/>
        </w:rPr>
        <w:t xml:space="preserve">[53:11] </w:t>
      </w:r>
      <w:r>
        <w:t>kaisi</w:t>
      </w:r>
    </w:p>
    <w:p>
      <w:pPr>
        <w:jc w:val="right"/>
      </w:pPr>
      <w:r>
        <w:t>کیسی</w:t>
      </w:r>
    </w:p>
    <w:p>
      <w:r>
        <w:rPr>
          <w:b/>
        </w:rPr>
        <w:t xml:space="preserve">[53:12] </w:t>
      </w:r>
      <w:r>
        <w:t>ajeeb maloomi hai. ab aap dobara is hadees ko yaad kijiye: "inna min aswa'il nasi manzila yawmal qiyamati alladhi azhaba akhiratahu bidunya".</w:t>
      </w:r>
    </w:p>
    <w:p>
      <w:pPr>
        <w:jc w:val="right"/>
      </w:pPr>
      <w:r>
        <w:t>عجیب معلومی ہے۔ اب آپ دوبارہ اس حدیث کو یاد کیجئے: "إن من أسوأ الناس منزلة يوم القیامة الذي أذهب آخرته بدنیا"۔</w:t>
      </w:r>
    </w:p>
    <w:p>
      <w:r>
        <w:rPr>
          <w:b/>
        </w:rPr>
        <w:t xml:space="preserve">[53:26] </w:t>
      </w:r>
      <w:r>
        <w:t>sab se zyada ghaate wala, sab se bara jo insaan, sab se hasrat wala insaan woh hoga akhirat mein jisko yeh duniya mili magar us ne apne liye kuch nahi kiya, doosre ke liye apna ganwa diya, apna waqt ko.</w:t>
      </w:r>
    </w:p>
    <w:p>
      <w:pPr>
        <w:jc w:val="right"/>
      </w:pPr>
      <w:r>
        <w:t>سب سے زیادہ گھاٹے والا، سب سے بڑا جو انسان، سب سے حسرت والا انسان وہ ہوگا آخرت میں جس کو یہ دنیا ملی مگر اس نے اپنے لیے کچھ نہیں کیا، دوسرے کے لیے اپنا گنوا دیا، اپنا وقت کو۔</w:t>
      </w:r>
    </w:p>
    <w:p>
      <w:r>
        <w:rPr>
          <w:b/>
        </w:rPr>
        <w:t xml:space="preserve">[53:51] </w:t>
      </w:r>
      <w:r>
        <w:t>yani apni apni jannat mein apni seat lene ki koshish kuch nahi kiya is ne. doosre ko isi dunya ki seat mil jaye, us ke liye sari mehnat karta raha woh,</w:t>
      </w:r>
    </w:p>
    <w:p>
      <w:pPr>
        <w:jc w:val="right"/>
      </w:pPr>
      <w:r>
        <w:t>یعنی اپنی اپنی جنت میں اپنی سیٹ لینے کی کوشش کچھ نہیں کیا اس نے۔ دوسرے کو اسی دنیا کی سیٹ مل جائے، اس کے لیے ساری محنت کرتا رہا وہ،</w:t>
      </w:r>
    </w:p>
    <w:p>
      <w:r>
        <w:rPr>
          <w:b/>
        </w:rPr>
        <w:t xml:space="preserve">[54:05] </w:t>
      </w:r>
      <w:r>
        <w:t>apni family ke liye, apne bete ke liye, apne doston ke liye, ya bohat se waqt apni qom ke liye. to doosron ko dunya mein ek seat mil jaye, us ke liye to bharpoor laga laga raha woh,</w:t>
      </w:r>
    </w:p>
    <w:p>
      <w:pPr>
        <w:jc w:val="right"/>
      </w:pPr>
      <w:r>
        <w:t>اپنی فیملی کے لیے، اپنے بیٹے کے لیے، اپنے دوستوں کے لیے، یا بہت سے وقت اپنی قوم کے لیے۔ تو دوسروں کو دنیا میں ایک سیٹ مل جائے، اس کے لیے تو بھرپور لگا لگا رہا وہ،</w:t>
      </w:r>
    </w:p>
    <w:p>
      <w:r>
        <w:rPr>
          <w:b/>
        </w:rPr>
        <w:t xml:space="preserve">[54:18] </w:t>
      </w:r>
      <w:r>
        <w:t>aur khud mujh ko jannat mein seat mile jo eternal jagah ho jis mein kabhi bhi enter nahi aayega.</w:t>
      </w:r>
    </w:p>
    <w:p>
      <w:pPr>
        <w:jc w:val="right"/>
      </w:pPr>
      <w:r>
        <w:t>اور خود مجھ کو جنت میں سیٹ ملے جو ایٹرنل جگہ ہو جس میں کبھی بھی انٹر نہیں آئے گا۔</w:t>
      </w:r>
    </w:p>
    <w:p>
      <w:r>
        <w:rPr>
          <w:b/>
        </w:rPr>
        <w:t xml:space="preserve">[54:29] </w:t>
      </w:r>
      <w:r>
        <w:t>dunya mein koi cheez eternal nahi, koi cheez permanent nahi. jannat mein har cheez permanent hai. wahan na bemari hogi, na accident hoga.</w:t>
      </w:r>
    </w:p>
    <w:p>
      <w:pPr>
        <w:jc w:val="right"/>
      </w:pPr>
      <w:r>
        <w:t>دنیا میں کوئی چیز ایٹرنل نہیں، کوئی چیز پرماننٹ نہیں۔ جنت میں ہر چیز پرماننٹ ہے۔ وہاں نہ بیماری ہوگی، نہ ایکسیڈنٹ ہوگا۔</w:t>
      </w:r>
    </w:p>
    <w:p>
      <w:r>
        <w:rPr>
          <w:b/>
        </w:rPr>
        <w:t xml:space="preserve">[54:44] </w:t>
      </w:r>
      <w:r>
        <w:t>ek hadith mein kaha gaya hai ke maut laayi jayegi ek janwar ki shakal mein, us ko zabah kar diya jayega.</w:t>
      </w:r>
    </w:p>
    <w:p>
      <w:pPr>
        <w:jc w:val="right"/>
      </w:pPr>
      <w:r>
        <w:t>ایک حدیث میں کہا گیا ہے کہ موت لائی جائے گی ایک جانور کی شکل میں، اس کو ذبح کر دیا جائے گا۔</w:t>
      </w:r>
    </w:p>
    <w:p>
      <w:r>
        <w:rPr>
          <w:b/>
        </w:rPr>
        <w:t xml:space="preserve">[54:55] </w:t>
      </w:r>
      <w:r>
        <w:t>aaj se tum ko maut nahi aayegi. dekhiye, tamseel ki zabaan hai, yani woh maut maut ke ke wajood hi ko mita diya jayega.</w:t>
      </w:r>
    </w:p>
    <w:p>
      <w:pPr>
        <w:jc w:val="right"/>
      </w:pPr>
      <w:r>
        <w:t>آج سے تم کو موت نہیں آئے گی۔ دیکھیے، تمثیل کی زبان ہے، یعنی وہ موت موت کے کے وجود ہی کو مٹا دیا جائے گا۔</w:t>
      </w:r>
    </w:p>
    <w:p>
      <w:r>
        <w:rPr>
          <w:b/>
        </w:rPr>
        <w:t xml:space="preserve">[55:07] </w:t>
      </w:r>
      <w:r>
        <w:t>ab sirf zindagi hai. aise ek hadith hai</w:t>
      </w:r>
    </w:p>
    <w:p>
      <w:pPr>
        <w:jc w:val="right"/>
      </w:pPr>
      <w:r>
        <w:t>اب صرف زندگی ہے۔ ایسے ایک حدیث ہے</w:t>
      </w:r>
    </w:p>
    <w:p>
      <w:r>
        <w:rPr>
          <w:b/>
        </w:rPr>
        <w:t xml:space="preserve">[55:15] </w:t>
      </w:r>
      <w:r>
        <w:t>ke is hadith mein aata hai ke Allah taala baar baar jannat walon ke samne zahir ho gaye.</w:t>
      </w:r>
    </w:p>
    <w:p>
      <w:pPr>
        <w:jc w:val="right"/>
      </w:pPr>
      <w:r>
        <w:t>کہ اس حدیث میں آتا ہے کہ اللہ تعالی بار بار جنت والوں کے سامنے ظاہر ہو گئے۔</w:t>
      </w:r>
    </w:p>
    <w:p>
      <w:r>
        <w:rPr>
          <w:b/>
        </w:rPr>
        <w:t xml:space="preserve">[55:24] </w:t>
      </w:r>
      <w:r>
        <w:t>to is mein ek hadith mein aata hai ke Allah taala zahir ho kar kahenge</w:t>
      </w:r>
    </w:p>
    <w:p>
      <w:pPr>
        <w:jc w:val="right"/>
      </w:pPr>
      <w:r>
        <w:t>تو اس میں ایک حدیث میں آتا ہے کہ اللہ تعالی ظاہر ہو کر کہیں گے</w:t>
      </w:r>
    </w:p>
    <w:p>
      <w:r>
        <w:rPr>
          <w:b/>
        </w:rPr>
        <w:t xml:space="preserve">[55:33] </w:t>
      </w:r>
      <w:r>
        <w:t>ke: "Ae ahl-e-jannat!</w:t>
      </w:r>
    </w:p>
    <w:p>
      <w:pPr>
        <w:jc w:val="right"/>
      </w:pPr>
      <w:r>
        <w:t>کہ: "اے اہل جنت!</w:t>
      </w:r>
    </w:p>
    <w:p>
      <w:r>
        <w:rPr>
          <w:b/>
        </w:rPr>
        <w:t xml:space="preserve">[55:42] </w:t>
      </w:r>
      <w:r>
        <w:t>main tum se raazi ho gaya aur main kabhi tum se naraz nahi hounga." aap zahir ghaur kijiye ke jo qadir-e-mutlaq, jo malik-e-kul hai, woh yeh keh de to kaisi ajeeb.</w:t>
      </w:r>
    </w:p>
    <w:p>
      <w:pPr>
        <w:jc w:val="right"/>
      </w:pPr>
      <w:r>
        <w:t>میں تم سے راضی ہو گیا اور میں کبھی تم سے ناراض نہیں ہوں گا۔" آپ ظاہر غور کیجئے کہ جو قادر مطلق، جو مالک کل ہے، وہ یہ کہہ دے تو کیسی عجیب۔</w:t>
      </w:r>
    </w:p>
    <w:p>
      <w:r>
        <w:rPr>
          <w:b/>
        </w:rPr>
        <w:t xml:space="preserve">[55:57] </w:t>
      </w:r>
      <w:r>
        <w:t>kyun ke hum to yeh teesri cheez bhi hamare qabze mein nahi. koi Khuda de to milegi nahi, to nahi milegi. to agar Khuda yeh ailaan kar de ke: "Ae jannat walon!</w:t>
      </w:r>
    </w:p>
    <w:p>
      <w:pPr>
        <w:jc w:val="right"/>
      </w:pPr>
      <w:r>
        <w:t>کیونکہ ہم تو یہ تیسری چیز بھی ہمارے قبضے میں نہیں۔ کوئی خدا دے تو ملے گی نہیں، تو نہیں ملے گی۔ تو اگر خدا یہ اعلان کر دے کہ: "اے جنت والوں!</w:t>
      </w:r>
    </w:p>
    <w:p>
      <w:r>
        <w:rPr>
          <w:b/>
        </w:rPr>
        <w:t xml:space="preserve">[56:11] </w:t>
      </w:r>
      <w:r>
        <w:t>aaj se main ne tum ko yeh assurance de diya ke main tum se kabhi ghussa nahi hounga, kabhi naraz nahi hounga. ab tum jannat mein raho, kabhi bhi tum ko meri naraz narazgi ka koi masla tumhare liye paida nahi hone wala." to kaisi ajeeb eternal khushi milegi.</w:t>
      </w:r>
    </w:p>
    <w:p>
      <w:pPr>
        <w:jc w:val="right"/>
      </w:pPr>
      <w:r>
        <w:t>آج سے میں نے تم کو یہ اشورنس دے دیا کہ میں تم سے کبھی غصہ نہیں ہوں گا، کبھی ناراض نہیں ہوں گا۔ اب تم جنت میں رہو، کبھی بھی تم کو میری ناراض ناراضگی کا کوئی مسئلہ تمہارے لیے نہیں پیدا ہونے والا۔" تو کیسی عجیب ایٹرنل خوشی ملے گی۔</w:t>
      </w:r>
    </w:p>
    <w:p>
      <w:r>
        <w:rPr>
          <w:b/>
        </w:rPr>
        <w:t xml:space="preserve">[56:32] </w:t>
      </w:r>
      <w:r>
        <w:t>yaad rakhiye, kaisi ajeeb eternal khushi.</w:t>
      </w:r>
    </w:p>
    <w:p>
      <w:pPr>
        <w:jc w:val="right"/>
      </w:pPr>
      <w:r>
        <w:t>یاد رکھیے، کیسی عجیب ایٹرنل خوشی۔</w:t>
      </w:r>
    </w:p>
    <w:p>
      <w:r>
        <w:rPr>
          <w:b/>
        </w:rPr>
        <w:t xml:space="preserve">[56:40] </w:t>
      </w:r>
      <w:r>
        <w:t>jab main is hadith ko sochta hoon ke Allah taala ailaan kar de ke: "Ae bandon! main tum se raazi ho gaya, ab main kabhi tum se naraz hone wala nahi hoon." to kaisa ajeeb assurance ho gaya.</w:t>
      </w:r>
    </w:p>
    <w:p>
      <w:pPr>
        <w:jc w:val="right"/>
      </w:pPr>
      <w:r>
        <w:t>جب میں اس حدیث کو سوچتا ہوں کہ اللہ تعالی اعلان کر دے کہ: "اے بندوں! میں تم سے راضی ہو گیا، اب میں کبھی تم سے ناراض ہونے والا نہیں ہوں۔" تو کیسا عجیب اشورنس ہو گئی۔</w:t>
      </w:r>
    </w:p>
    <w:p>
      <w:r>
        <w:rPr>
          <w:b/>
        </w:rPr>
        <w:t xml:space="preserve">[56:58] </w:t>
      </w:r>
      <w:r>
        <w:t>kaisa ajeeb assurance ho gaya.</w:t>
      </w:r>
    </w:p>
    <w:p>
      <w:pPr>
        <w:jc w:val="right"/>
      </w:pPr>
      <w:r>
        <w:t>کیسا عجیب اشورنس ہو گئی۔</w:t>
      </w:r>
    </w:p>
    <w:p>
      <w:r>
        <w:rPr>
          <w:b/>
        </w:rPr>
        <w:t xml:space="preserve">[57:05] </w:t>
      </w:r>
      <w:r>
        <w:t>to yeh hai woh jannat jis ke liye farmaya ke: "limaa li hadha fal ya'maloon" ke yeh hai woh cheez jis ke liye daudne wale daudein, kaam karne wale kaam karein, mehnat karne wale mehnat karein, talash karne wale talash karein.</w:t>
      </w:r>
    </w:p>
    <w:p>
      <w:pPr>
        <w:jc w:val="right"/>
      </w:pPr>
      <w:r>
        <w:t>تو یہ ہے وہ جنت جس کے لیے فرمایا کہ: "لمس لہذا فلیعملون" کہ یہ ہے وہ چیز جس کے لیے دوڑنے والے دوڑیں، کام کرنے والے کام کریں، محنت کرنے والے محنت کریں، تلاش کرنے والے تلاش کریں۔</w:t>
      </w:r>
    </w:p>
    <w:p>
      <w:r>
        <w:rPr>
          <w:b/>
        </w:rPr>
        <w:t xml:space="preserve">[57:23] </w:t>
      </w:r>
      <w:r>
        <w:t>"limaa li hadha fal ya'maloon" lekin logon ko jannat ka tasawwur hi nahi kuch hai.</w:t>
      </w:r>
    </w:p>
    <w:p>
      <w:pPr>
        <w:jc w:val="right"/>
      </w:pPr>
      <w:r>
        <w:t>"لمس لہذا فلیعملون" لیکن لوگوں کو جنت کا تصور ہی نہیں کچھ ہے۔</w:t>
      </w:r>
    </w:p>
    <w:p>
      <w:r>
        <w:rPr>
          <w:b/>
        </w:rPr>
        <w:t xml:space="preserve">[57:30] </w:t>
      </w:r>
      <w:r>
        <w:t>jannat ka koi un ke mind mein koi bara idea hi nahi hai. is liye woh jannat ka shauq bhi un ke andar nahi aata.</w:t>
      </w:r>
    </w:p>
    <w:p>
      <w:pPr>
        <w:jc w:val="right"/>
      </w:pPr>
      <w:r>
        <w:t>جنت کا کوئی ان کے مائنڈ میں کوئی بڑا آئیڈیا ہی نہیں ہے۔ اس لیے وہ جنت کا شوق بھی ان کے اندر نہیں آتا۔</w:t>
      </w:r>
    </w:p>
    <w:p>
      <w:r>
        <w:rPr>
          <w:b/>
        </w:rPr>
        <w:t xml:space="preserve">[57:41] </w:t>
      </w:r>
      <w:r>
        <w:t>to main kahunga ke aap log Quran ko padhiye. Quran mein jannat ko is tarah se bata diya gaya ke jaise bilkul aankhon ke samne dekhne lage hain. aap jannat ke naqshe Quran mein baar baar bataye gaye hain.</w:t>
      </w:r>
    </w:p>
    <w:p>
      <w:pPr>
        <w:jc w:val="right"/>
      </w:pPr>
      <w:r>
        <w:t>تو میں کہوں گا کہ آپ لوگ قرآن کو پڑھیے۔ قرآن میں جنت کو اس طرح سے بتا دیا گیا کہ جیسے بالکل آنکھوں کے سامنے دیکھنے لگے ہیں۔ آپ جنت کے نقشے قرآن میں بار بار بتائے گئے ہیں۔</w:t>
      </w:r>
    </w:p>
    <w:p>
      <w:r>
        <w:rPr>
          <w:b/>
        </w:rPr>
        <w:t xml:space="preserve">[57:54] </w:t>
      </w:r>
      <w:r>
        <w:t>sirf Quran ko padhna hi kaafi hai ke jannat ka shauq aap ke andar paida ho jaye. lekin Quran ko padhta kaun hai? Quran ko log tilawat karte hain, padhte nahi hain.</w:t>
      </w:r>
    </w:p>
    <w:p>
      <w:pPr>
        <w:jc w:val="right"/>
      </w:pPr>
      <w:r>
        <w:t>صرف قرآن کو پڑھنا ہی کافی ہے کہ جنت کا شوق آپ کے اندر پیدا ہو جائے۔ لیکن قرآن کو پڑھتا کون ہے؟ قرآن کو لوگ تلاوت کرتے ہیں، پڑھتے نہیں ہیں۔</w:t>
      </w:r>
    </w:p>
    <w:p>
      <w:r>
        <w:rPr>
          <w:b/>
        </w:rPr>
        <w:t xml:space="preserve">[58:06] </w:t>
      </w:r>
      <w:r>
        <w:t>bila samjhe mujhe tilawat hai. main dua karta hoon ke Allah taala mujh ko aur aap ko sahi sachai ki tofeeq de.</w:t>
      </w:r>
    </w:p>
    <w:p>
      <w:pPr>
        <w:jc w:val="right"/>
      </w:pPr>
      <w:r>
        <w:t>بلا سمجھے مجھے تلاوت ہے۔ میں دعا کرتا ہوں کہ اللہ تعالی مجھ کو اور آپ کو صحیح سچائی کی توفیق دے۔</w:t>
      </w:r>
    </w:p>
    <w:p>
      <w:r>
        <w:rPr>
          <w:b/>
        </w:rPr>
        <w:t xml:space="preserve">[58:17] </w:t>
      </w:r>
      <w:r>
        <w:t>humein jannat mein jagah ata farmaye. aqoolu qawli haza wastaghfirullaha lakum walil jameyeen.</w:t>
      </w:r>
    </w:p>
    <w:p>
      <w:pPr>
        <w:jc w:val="right"/>
      </w:pPr>
      <w:r>
        <w:t>ہمیں جنت میں جگہ عطا فرمائے۔ اقول قولی واستغفراللہ لیلکم اجمعین۔</w:t>
      </w:r>
    </w:p>
    <w:p>
      <w:r>
        <w:rPr>
          <w:b/>
        </w:rPr>
        <w:t xml:space="preserve">[58:37] </w:t>
      </w:r>
      <w:r>
        <w:t>hai Mr Abdul Latif sahib ka, unhone likha hai ke Allah taala ne kyun bohat se aise insanon ko paida kiya hai jo apni be-shu'uri ki wajah se jahannum ka rasta apnaye hue hain aur apni nijat ki fikr bilkul nahi karte.</w:t>
      </w:r>
    </w:p>
    <w:p>
      <w:pPr>
        <w:jc w:val="right"/>
      </w:pPr>
      <w:r>
        <w:t>ہے مسٹر عبداللطیف صاحب کا، انہوں نے لکھا ہے کہ اللہ تعالی نے کیوں بہت سے ایسے انسانوں کو پیدا کیا ہے جو اپنی بے شعوری کی وجہ سے جہنم کا راستہ اپنائے ہوئے ہیں اور اپنی نجات کی فکر بالکل نہیں کرتے۔</w:t>
      </w:r>
    </w:p>
    <w:p>
      <w:r>
        <w:rPr>
          <w:b/>
        </w:rPr>
        <w:t xml:space="preserve">[58:55] </w:t>
      </w:r>
      <w:r>
        <w:t>insaniyat ka thatha marta hua samandar hai jo aakhirat ko na mante hue ya aakhirat se ghafil ho kar zindagi basar kar rahe hain.</w:t>
      </w:r>
    </w:p>
    <w:p>
      <w:pPr>
        <w:jc w:val="right"/>
      </w:pPr>
      <w:r>
        <w:t>انسانیت کا ٹھاٹا مارتا ہوا سمندر ہے جو آخرت کو نہ مانتے ہوئے یا آخرت سے غافل ہو کر زندگی بسر کر رہے ہیں۔</w:t>
      </w:r>
    </w:p>
    <w:p>
      <w:r>
        <w:rPr>
          <w:b/>
        </w:rPr>
        <w:t xml:space="preserve">[59:07] </w:t>
      </w:r>
      <w:r>
        <w:t>kya allah taala chand afraad ke selection ki wajah se itne bahut se afraad ko paida kiya hai jo jo ghaflat ki zindagi guzar kar, jo ghaflat ki zindagi guzar kar jahannum ka rasta apnaye hue hain?</w:t>
      </w:r>
    </w:p>
    <w:p>
      <w:pPr>
        <w:jc w:val="right"/>
      </w:pPr>
      <w:r>
        <w:t>کیا اللہ تعالی چند افراد کے سلیکشن کی وجہ سے اتنے بہت سے افرادوں کو پیدا کیا ہے جو جو غفلت کی زندگی گزار کر، جو غفلت کی زندگی گزار کر جہنم کا راستہ اپنائے ہوئے ہیں؟</w:t>
      </w:r>
    </w:p>
    <w:p>
      <w:r>
        <w:rPr>
          <w:b/>
        </w:rPr>
        <w:t xml:space="preserve">[59:26] </w:t>
      </w:r>
      <w:r>
        <w:t>dekhiye, yeh soch jo hai, maaf kijiyega, yeh shaitani soch hai.</w:t>
      </w:r>
    </w:p>
    <w:p>
      <w:pPr>
        <w:jc w:val="right"/>
      </w:pPr>
      <w:r>
        <w:t>دیکھیے، یہ سوچ جو ہے، معاف کیجئے گا، یہ شیطانی سوچ ہے۔</w:t>
      </w:r>
    </w:p>
    <w:p>
      <w:r>
        <w:rPr>
          <w:b/>
        </w:rPr>
        <w:t xml:space="preserve">[59:35] </w:t>
      </w:r>
      <w:r>
        <w:t>yeh shaitan chahta hai ke aap ke andar shukr-e-khudawandi paida na ho. yaani aap ko khud allah taala ne jo diya hai, us par jo shukr paida hona chahiye.</w:t>
      </w:r>
    </w:p>
    <w:p>
      <w:pPr>
        <w:jc w:val="right"/>
      </w:pPr>
      <w:r>
        <w:t>یہ شیطان چاہتا ہے کہ آپ کے اندر شکر خداوندی پیدا نہ ہو۔ یعنی آپ کو خود اللہ تعالی نے جو دیا ہے، اس پر جو شکر پیدا ہونا چاہیے۔</w:t>
      </w:r>
    </w:p>
    <w:p>
      <w:r>
        <w:rPr>
          <w:b/>
        </w:rPr>
        <w:t xml:space="preserve">[59:47] </w:t>
      </w:r>
      <w:r>
        <w:t>insaan shaitan chahta hai is ko ghata de. woh toh focus us ne kahan daal diya? doosron ke upar.</w:t>
      </w:r>
    </w:p>
    <w:p>
      <w:pPr>
        <w:jc w:val="right"/>
      </w:pPr>
      <w:r>
        <w:t>انسان شیطان چاہتا ہے اس کو گھٹا دے۔ وہ تو فوکس اس نے کہاں ڈال دیا؟ دوسروں کے اوپر۔</w:t>
      </w:r>
    </w:p>
    <w:p>
      <w:r>
        <w:rPr>
          <w:b/>
        </w:rPr>
        <w:t xml:space="preserve">[59:58] </w:t>
      </w:r>
      <w:r>
        <w:t>ek saahib mere paas aaye, yahi sawal hi unhon ne kiya. woh khud bahut achhe uhde par the, shandaar car mein baith kar mere paas aaye the.</w:t>
      </w:r>
    </w:p>
    <w:p>
      <w:pPr>
        <w:jc w:val="right"/>
      </w:pPr>
      <w:r>
        <w:t>ایک صاحب میرے پاس آئے، یہی سوال ہی انہوں نے کیا۔ وہ خود بہت اچھے عہدے پر تھے، شاندار کار میں بیٹھ کر میرے پاس آئے تھے۔</w:t>
      </w:r>
    </w:p>
    <w:p>
      <w:r>
        <w:rPr>
          <w:b/>
        </w:rPr>
        <w:t xml:space="preserve">[1:00:07] </w:t>
      </w:r>
      <w:r>
        <w:t>yahi sawal kiya unhon ne. toh main ne kaha ke jo soch aap ki aakhirat ke baare mein hai, wahi duniya mein ke baare mein hai kya? kya aap is dard mein ghul rahe hain ke beshumar log jo hain, jhuggi jhopriyon mein rehte hain, beshumar log paidal chalte hain, beshumar log mamooli kapde pehente hain?</w:t>
      </w:r>
    </w:p>
    <w:p>
      <w:pPr>
        <w:jc w:val="right"/>
      </w:pPr>
      <w:r>
        <w:t>یہی سوال کیا انہوں نے۔ تو میں نے کہا کہ جو سوچ آپ کی آخرت کے بارے میں ہے، وہی دنیا میں کے بارے میں ہے کیا؟ کیا آپ اس درد میں گھل رہے ہیں کہ بے شمار لوگ جو ہیں، جھگی جھوپڑیوں میں رہتے ہیں، بے شمار لوگ پیدل چلتے ہیں، بے شمار لوگ معمولی کپڑے پہنتے ہیں؟</w:t>
      </w:r>
    </w:p>
    <w:p>
      <w:r>
        <w:rPr>
          <w:b/>
        </w:rPr>
        <w:t xml:space="preserve">[1:00:26] </w:t>
      </w:r>
      <w:r>
        <w:t>aap ko yeh sab kuch bahut aala haasil hai. toh yeh kyun nahi sochte aap? yahan toh aap ko mauqa mila toh aap loot loot liya, aap mauqe ko aap ne aur khoob is ko istemaal kar rahe hain.</w:t>
      </w:r>
    </w:p>
    <w:p>
      <w:pPr>
        <w:jc w:val="right"/>
      </w:pPr>
      <w:r>
        <w:t>آپ کو یہ سب کچھ بہت اعلیٰ حاصل ہے۔ تو یہ کیوں نہیں سوچتے آپ؟ یہاں تو آپ کو موقع ملا تو آپ لوٹ لوٹ لیا، آپ موقع کو آپ نے اور خوب اس کو استعمال کر رہے ہیں۔</w:t>
      </w:r>
    </w:p>
    <w:p>
      <w:r>
        <w:rPr>
          <w:b/>
        </w:rPr>
        <w:t xml:space="preserve">[1:00:38] </w:t>
      </w:r>
      <w:r>
        <w:t>aakhirat ke baare mein yeh sab baatein sochte hain. yaad rakhiye, har woh soch jo aap ke andar allah ke shaoor ko ghataaye, woh shaitani soch hai.</w:t>
      </w:r>
    </w:p>
    <w:p>
      <w:pPr>
        <w:jc w:val="right"/>
      </w:pPr>
      <w:r>
        <w:t>آخرت کے بارے میں یہ سب باتیں سوچتے ہیں۔ یاد رکھیے، ہر وہ سوچ جو آپ کے اندر اللہ کے شعور کو گھٹائے، وہ شیطانی سوچ ہے۔</w:t>
      </w:r>
    </w:p>
    <w:p>
      <w:r>
        <w:rPr>
          <w:b/>
        </w:rPr>
        <w:t xml:space="preserve">[1:00:52] </w:t>
      </w:r>
      <w:r>
        <w:t>aap focus us par kijiye ke allah ne aap ko tofeeq di ke aap ko sachai mili. aap jannat wale amal kar ke jannat mein dakhle ke mustahiq thehrein.</w:t>
      </w:r>
    </w:p>
    <w:p>
      <w:pPr>
        <w:jc w:val="right"/>
      </w:pPr>
      <w:r>
        <w:t>آپ فوکس اس پر کیجئے کہ اللہ نے آپ کو توفیق دی کہ آپ کو سچائی ملے۔ آپ جنت والے عمل کر کے جنت میں داخلے کے مستحق ٹھہریں۔</w:t>
      </w:r>
    </w:p>
    <w:p>
      <w:r>
        <w:rPr>
          <w:b/>
        </w:rPr>
        <w:t xml:space="preserve">[1:01:02] </w:t>
      </w:r>
      <w:r>
        <w:t>yeh sochiye, us par focus kijiye. yahan tak doosron ka maamla hai, us ke liye hai dawat, dawat, dawat. apne mile hue par shukr aur doosron ke baare mein dawat, bas us par focus kijiye.</w:t>
      </w:r>
    </w:p>
    <w:p>
      <w:pPr>
        <w:jc w:val="right"/>
      </w:pPr>
      <w:r>
        <w:t>یہ سوچیے، اس پر فوکس کیجئے۔ یہاں تک دوسروں کا معاملہ ہے، اس کے لیے ہے دعوت، دعوت، دعوت۔ اپنے ملے ہوئے پر شکر اور دوسروں کے بارے میں دعوت، بس اس پر فوکس کیجئے۔</w:t>
      </w:r>
    </w:p>
    <w:p>
      <w:r>
        <w:rPr>
          <w:b/>
        </w:rPr>
        <w:t xml:space="preserve">[1:01:17] </w:t>
      </w:r>
      <w:r>
        <w:t>baqi har soch ko shaitani soch samjhiye.</w:t>
      </w:r>
    </w:p>
    <w:p>
      <w:pPr>
        <w:jc w:val="right"/>
      </w:pPr>
      <w:r>
        <w:t>باقی ہر سوچ کو شیطانی سوچ سمجھئے۔</w:t>
      </w:r>
    </w:p>
    <w:p>
      <w:r>
        <w:rPr>
          <w:b/>
        </w:rPr>
        <w:t xml:space="preserve">[1:01:24] </w:t>
      </w:r>
      <w:r>
        <w:t>hamara agla sawal bhi karachi pakistan se hai, miss saira lateef ka. unhon ne likha hai ke kya maut ke baad insaan jannat ya jahannum mein foran dakhil ho jata hai ya use qayamat ke din ka intezar karna padega aur hisab o kitaab ke baad jannat ya jahannum mein dakhil hoga?</w:t>
      </w:r>
    </w:p>
    <w:p>
      <w:pPr>
        <w:jc w:val="right"/>
      </w:pPr>
      <w:r>
        <w:t>ہمارا اگلا سوال بھی کراچی پاکستان سے ہے، مس سائرہ لطیف کا۔ انہوں نے لکھا ہے کہ کیا موت کے بعد انسان جنت یا جہنم میں فوراً داخل ہو جاتا ہے یا اسے قیامت کے دن کا انتظار کرنا پڑے گا اور حساب و کتاب کے بعد جنت یا جہنم میں داخل ہوگا؟</w:t>
      </w:r>
    </w:p>
    <w:p>
      <w:r>
        <w:rPr>
          <w:b/>
        </w:rPr>
        <w:t xml:space="preserve">[1:01:45] </w:t>
      </w:r>
      <w:r>
        <w:t>us ke baare mein bataein. dekhiye, yeh sab bhi mere nazdeek shaitani soch hai. yaani kyun log drift kar ke aisi baatein sochne lagte hain jis se na un ka imaan badhe, na un ka yaqeen badhe?</w:t>
      </w:r>
    </w:p>
    <w:p>
      <w:pPr>
        <w:jc w:val="right"/>
      </w:pPr>
      <w:r>
        <w:t>اس کے بارے میں بتائیں۔ دیکھیں، یہ سب بھی میرے نزدیک شیطانی سوچ ہے۔ یعنی کیوں لوگ ڈرفٹ کر کے ایسی باتیں سوچنے لگتے ہیں جس سے نہ ان کا ایمان بڑھے، نہ ان کا یقین بڑھے؟</w:t>
      </w:r>
    </w:p>
    <w:p>
      <w:r>
        <w:rPr>
          <w:b/>
        </w:rPr>
        <w:t xml:space="preserve">[1:02:00] </w:t>
      </w:r>
      <w:r>
        <w:t>yeh saara focus apne upar kyun nahi dete? aksar yeh baatein log poochte hain mujh se. ek saahib mere paas aaye, muradabad se. aap kehte kya hain ke main muradabad se aap se sirf ek sawal poochne ke liye aaya hoon.</w:t>
      </w:r>
    </w:p>
    <w:p>
      <w:pPr>
        <w:jc w:val="right"/>
      </w:pPr>
      <w:r>
        <w:t>یہ سارا فوکس اپنے اوپر کیوں نہیں دیتے؟ اکثر یہ باتیں لوگ پوچھتے ہیں مجھ سے۔ ایک صاحب میرے پاس آئے، مراد آباد سے۔ آپ کہتے کیا ہیں کہ میں مراد آباد سے آپ سے صرف ایک سوال پوچھنے کے لیے آیا ہوں۔</w:t>
      </w:r>
    </w:p>
    <w:p>
      <w:r>
        <w:rPr>
          <w:b/>
        </w:rPr>
        <w:t xml:space="preserve">[1:02:15] </w:t>
      </w:r>
      <w:r>
        <w:t>woh yeh ke do aadmi hain jin ko ke jannat ka nahi faisla hua, jahannum ka faisla hua.</w:t>
      </w:r>
    </w:p>
    <w:p>
      <w:pPr>
        <w:jc w:val="right"/>
      </w:pPr>
      <w:r>
        <w:t>وہ یہ کہ دو آدمی ہیں جن کو کہ جنت کا نہیں فیصلہ ہوا، جہنم کا فیصلہ ہوا۔</w:t>
      </w:r>
    </w:p>
    <w:p>
      <w:r>
        <w:rPr>
          <w:b/>
        </w:rPr>
        <w:t xml:space="preserve">[1:02:24] </w:t>
      </w:r>
      <w:r>
        <w:t>un mein se ek aadmi paida hua das hazaar saal pehle, ek aadmi paida hua aaj. toh kaha ke us aadmi, woh aadmi das hazaar saal se jahannum mein jal raha hai.</w:t>
      </w:r>
    </w:p>
    <w:p>
      <w:pPr>
        <w:jc w:val="right"/>
      </w:pPr>
      <w:r>
        <w:t>ان میں سے ایک آدمی پیدا ہوا دس ہزار سال پہلے، ایک آدمی پیدا ہوا آج۔ تو کہا کہ اس آدمی، وہ آدمی دس ہزار سال سے جہنم میں جل رہا ہے۔</w:t>
      </w:r>
    </w:p>
    <w:p>
      <w:r>
        <w:rPr>
          <w:b/>
        </w:rPr>
        <w:t xml:space="preserve">[1:02:35] </w:t>
      </w:r>
      <w:r>
        <w:t>ek aadmi ka aaj se shuru hoga. toh ek hi amal ke liye ek ko zyada kyun, ek ko kam kyun? main ne kaha astaghfirullah, isi ke liye aap muradabad se dil le aaye hain.</w:t>
      </w:r>
    </w:p>
    <w:p>
      <w:pPr>
        <w:jc w:val="right"/>
      </w:pPr>
      <w:r>
        <w:t>ایک آدمی کا آج سے شروع ہوگا۔ تو ایک ہی عمل کے لیے ایک کو زیادہ کیوں، ایک کو کم کیوں؟ میں نے کہا استغفراللہ، اسی کے لیے آپ مراد آباد سے دل لے آئے ہیں۔</w:t>
      </w:r>
    </w:p>
    <w:p>
      <w:r>
        <w:rPr>
          <w:b/>
        </w:rPr>
        <w:t xml:space="preserve">[1:02:50] </w:t>
      </w:r>
      <w:r>
        <w:t>dekhiye, main aap ko naseehat karta hoon, aap sab saathiyon ko ke kabhi bhi is soch mein mat padhiye. pehle sochne se pehle soch lijiye ke is mein kya mere imaan ka faida hai?</w:t>
      </w:r>
    </w:p>
    <w:p>
      <w:pPr>
        <w:jc w:val="right"/>
      </w:pPr>
      <w:r>
        <w:t>دیکھیے، میں آپ کو نصیحت کرتا ہوں، آپ سب ساتھیوں کو کہ کبھی بھی اس سوچ میں مت پڑھیے۔ پہلے سوچنے سے پہلے سوچ لیجئے کہ اس میں کیا میرے ایمان کا فائدہ ہے؟</w:t>
      </w:r>
    </w:p>
    <w:p>
      <w:r>
        <w:rPr>
          <w:b/>
        </w:rPr>
        <w:t xml:space="preserve">[1:03:02] </w:t>
      </w:r>
      <w:r>
        <w:t>kya is se mera shukr badhta hai? kya is se mera taalluq billah badhta hai? kya is se meri ibaadat mein khushu' badhta hai?</w:t>
      </w:r>
    </w:p>
    <w:p>
      <w:pPr>
        <w:jc w:val="right"/>
      </w:pPr>
      <w:r>
        <w:t>کیا اس سے میرا شکر بڑھتا ہے؟ کیا اس سے میرا تعلق باللہ بڑھتا ہے؟ کیا اس سے میری عبادت میں خشوع بڑھتا ہے؟</w:t>
      </w:r>
    </w:p>
    <w:p>
      <w:r>
        <w:rPr>
          <w:b/>
        </w:rPr>
        <w:t xml:space="preserve">[1:03:12] </w:t>
      </w:r>
      <w:r>
        <w:t>yeh sab sochiye. toh jis soch mein yeh baatein mil rahi hon, us ko samjhiye ke woh achhi soch hai. woh log shaitani soch samajh kar ke aoozubillah minash shaitanir rajeem padh dijiye.</w:t>
      </w:r>
    </w:p>
    <w:p>
      <w:pPr>
        <w:jc w:val="right"/>
      </w:pPr>
      <w:r>
        <w:t>یہ سب سوچیے۔ تو جس سوچ میں یہ باتیں مل رہی ہوں، اس کو سمجھئے کہ وہ اچھی سوچ ہے۔ وہ لوگ شیطانی سوچ سمجھ کر کہ اعوذ باللہ من الشیطان الرجیم پڑھ دیجئے۔</w:t>
      </w:r>
    </w:p>
    <w:p>
      <w:r>
        <w:rPr>
          <w:b/>
        </w:rPr>
        <w:t xml:space="preserve">[1:03:24] </w:t>
      </w:r>
      <w:r>
        <w:t>aisi har soch ko main bilkul shaitani soch samajhta hoon. aksar log isi mein phanse rehte hain. aksar log aadmiyon ko chahiye ke apne baare mein shukr, doosre ke baare mein dawat,</w:t>
      </w:r>
    </w:p>
    <w:p>
      <w:pPr>
        <w:jc w:val="right"/>
      </w:pPr>
      <w:r>
        <w:t>ایسی ہر سوچ کو میں بالکل شیطانی سوچ سمجھتا ہوں۔ اکثر لوگ اسی میں پھنسے رہتے ہیں۔ اکثر لوگ آدمیوں کو چاہیے کہ اپنے بارے میں شکر، دوسرے کے بارے میں دعوت،</w:t>
      </w:r>
    </w:p>
    <w:p>
      <w:r>
        <w:rPr>
          <w:b/>
        </w:rPr>
        <w:t xml:space="preserve">[1:03:39] </w:t>
      </w:r>
      <w:r>
        <w:t>yeh formula pakdein. apne baare mein shukr, doosre ke baare mein dawat, bas.</w:t>
      </w:r>
    </w:p>
    <w:p>
      <w:pPr>
        <w:jc w:val="right"/>
      </w:pPr>
      <w:r>
        <w:t>یہ فارمولا پکڑیں۔ اپنے بارے میں شکر، دوسرے کے بارے میں دعوت، بس۔</w:t>
      </w:r>
    </w:p>
    <w:p>
      <w:r>
        <w:rPr>
          <w:b/>
        </w:rPr>
        <w:t xml:space="preserve">[1:03:45] </w:t>
      </w:r>
      <w:r>
        <w:t>aur har doosri cheez, soch jo hai, woh shaitani soch hai. hamara agla sawal dilli se hai, shahnawaz zafar sahab ka hai.</w:t>
      </w:r>
    </w:p>
    <w:p>
      <w:pPr>
        <w:jc w:val="right"/>
      </w:pPr>
      <w:r>
        <w:t>اور ہر دوسری چیز، سوچ جو ہے، وہ شیطانی سوچ ہے۔ ہمارا اگلا سوال دلی سے ہے، شاہنواز ظفر صاحب کا ہے۔</w:t>
      </w:r>
    </w:p>
    <w:p>
      <w:r>
        <w:rPr>
          <w:b/>
        </w:rPr>
        <w:t xml:space="preserve">[1:03:54] </w:t>
      </w:r>
      <w:r>
        <w:t>unhon ne likha hai: "I have read your book 'islam daur jadeed ka khaliq' which is one of your amazing books. It is true that scientific development started after advent of islam.</w:t>
      </w:r>
    </w:p>
    <w:p>
      <w:pPr>
        <w:jc w:val="right"/>
      </w:pPr>
      <w:r>
        <w:t>انہوں نے لکھا ہے: "I have read your book 'اسلام دور جدید کا خالق' which is one of your amazing books. It is true that scientific development started after advent of Islam.</w:t>
      </w:r>
    </w:p>
    <w:p>
      <w:r>
        <w:rPr>
          <w:b/>
        </w:rPr>
        <w:t xml:space="preserve">[1:04:08] </w:t>
      </w:r>
      <w:r>
        <w:t>due to scientific way of thinking, people started realizing the reality of nature and in this way the concept of shirk started reducing."</w:t>
      </w:r>
    </w:p>
    <w:p>
      <w:pPr>
        <w:jc w:val="right"/>
      </w:pPr>
      <w:r>
        <w:t>Due to scientific way of thinking, people started realizing the reality of nature and in this way the concept of shirk started reducing.</w:t>
      </w:r>
    </w:p>
    <w:p>
      <w:r>
        <w:rPr>
          <w:b/>
        </w:rPr>
        <w:t xml:space="preserve">[1:04:18] </w:t>
      </w:r>
      <w:r>
        <w:t>And today we see the people of developed countries which are very scientific and practical and are hardly connected with any shirk.</w:t>
      </w:r>
    </w:p>
    <w:p>
      <w:pPr>
        <w:jc w:val="right"/>
      </w:pPr>
      <w:r>
        <w:t>And today we see the people of developed countries which are very scientific and practical and are hardly connected with any shirk.</w:t>
      </w:r>
    </w:p>
    <w:p>
      <w:r>
        <w:rPr>
          <w:b/>
        </w:rPr>
        <w:t xml:space="preserve">[1:04:27] </w:t>
      </w:r>
      <w:r>
        <w:t>But today India is one of those few countries where shirk still exists in the form of idol worshipping. What is the reason that shirk like this still exists in India in spite of remarkable scientific development?</w:t>
      </w:r>
    </w:p>
    <w:p>
      <w:pPr>
        <w:jc w:val="right"/>
      </w:pPr>
      <w:r>
        <w:t>But today India is one of those few countries where shirk still exists in the form of idol worshipping. What is the reason that shirk like this still exists in India in spite of remarkable scientific development?</w:t>
      </w:r>
    </w:p>
    <w:p>
      <w:r>
        <w:rPr>
          <w:b/>
        </w:rPr>
        <w:t xml:space="preserve">[1:04:45] </w:t>
      </w:r>
      <w:r>
        <w:t>Can you please explain this in brief? dekhiye, India ka shirk koi zinda shirk nahi hai. woh to ek suppression ke darje ka hai. iska koi bhi society par koi bhi effect nahi hai.</w:t>
      </w:r>
    </w:p>
    <w:p>
      <w:pPr>
        <w:jc w:val="right"/>
      </w:pPr>
      <w:r>
        <w:t>Can you please explain this in brief؟" دیکھیے، انڈیا کا شرک کوئی زندہ شرک نہیں ہے۔ وہ تو ایک سپریسیشن کے درجے کا ہے۔ اس کا کوئی بھی سوسائٹی پر کوئی بھی ایفیکٹ نہیں ہے۔</w:t>
      </w:r>
    </w:p>
    <w:p>
      <w:r>
        <w:rPr>
          <w:b/>
        </w:rPr>
        <w:t xml:space="preserve">[1:04:59] </w:t>
      </w:r>
      <w:r>
        <w:t>na acha na bura. kuch log suppressions aqide ki bana par koi bulton ko pooj lete hain ke is se hamein barkat mile gi.</w:t>
      </w:r>
    </w:p>
    <w:p>
      <w:pPr>
        <w:jc w:val="right"/>
      </w:pPr>
      <w:r>
        <w:t>نہ اچھا نہ برا۔ کچھ لوگ سپریسیشنز عقیدے کی بنا پر کوئی بتوں کو پوج لیتے ہیں کہ اس سے ہمیں برکت ملے گی۔</w:t>
      </w:r>
    </w:p>
    <w:p>
      <w:r>
        <w:rPr>
          <w:b/>
        </w:rPr>
        <w:t xml:space="preserve">[1:05:11] </w:t>
      </w:r>
      <w:r>
        <w:t>qadeem zamane ka shirk jo tha, woh ek zinda shirk tha. woh poora culture bana hua tha. isi se logon ki zindagi mein ke faisle kiye jate the.</w:t>
      </w:r>
    </w:p>
    <w:p>
      <w:pPr>
        <w:jc w:val="right"/>
      </w:pPr>
      <w:r>
        <w:t>قدیم زمانے کا شرک جو تھا، وہ ایک زندہ شرک تھا۔ وہ پورا کلچر بنا ہوا تھا۔ اسی سے لوگوں کی زندگیوں میں کے فیصلے کیے جاتے تھے۔</w:t>
      </w:r>
    </w:p>
    <w:p>
      <w:r>
        <w:rPr>
          <w:b/>
        </w:rPr>
        <w:t xml:space="preserve">[1:05:20] </w:t>
      </w:r>
      <w:r>
        <w:t>hukumat to hukumat tak tak is ka asar tha. is shirk ko khatam kar diya Allah taala ne. ab jo shirk hai, woh to dead shirk hai.</w:t>
      </w:r>
    </w:p>
    <w:p>
      <w:pPr>
        <w:jc w:val="right"/>
      </w:pPr>
      <w:r>
        <w:t>حکومت تو حکومت تک تک اس کا اثر تھا۔ اس شرک کو ختم کر دیا اللہ تعالی نے۔ اب جو شرک ہے، وہ تو ڈیڈ شرک ہے۔</w:t>
      </w:r>
    </w:p>
    <w:p>
      <w:r>
        <w:rPr>
          <w:b/>
        </w:rPr>
        <w:t xml:space="preserve">[1:05:28] </w:t>
      </w:r>
      <w:r>
        <w:t>dead.</w:t>
      </w:r>
    </w:p>
    <w:p>
      <w:pPr>
        <w:jc w:val="right"/>
      </w:pPr>
      <w:r>
        <w:t>ڈیڈ۔</w:t>
      </w:r>
    </w:p>
    <w:p>
      <w:r>
        <w:rPr>
          <w:b/>
        </w:rPr>
        <w:t xml:space="preserve">[1:05:30] </w:t>
      </w:r>
      <w:r>
        <w:t>aap jayen kisi bhi ke ghar, jayen jis ke ghar mein but rakhe hote hain, aap ek din rahey un ke haan. dekhiye, woh but jo hai, ek minute ke liye kabhi ja kar ke woh aise kar len ge, is ke sath un ke zindagi mein koi is ka dakhal nahi.</w:t>
      </w:r>
    </w:p>
    <w:p>
      <w:pPr>
        <w:jc w:val="right"/>
      </w:pPr>
      <w:r>
        <w:t>آپ جائیں کسی بھی کے گھر، جائی جس کے گھر میں بت رکھے ہوتے ہیں، آپ ایک دن رہیے ان کے ہاں۔ دیکھیے، وہ بت جو ہے، ایک منٹ کے لیے کبھی جا کر کے وہ ایسے کر لیں گے، اس کے ساتھ ان کے زندگی میں کوئی اس کا دخل نہیں۔</w:t>
      </w:r>
    </w:p>
    <w:p>
      <w:r>
        <w:rPr>
          <w:b/>
        </w:rPr>
        <w:t xml:space="preserve">[1:05:44] </w:t>
      </w:r>
      <w:r>
        <w:t>kyun ke dead shirk hai. woh pehle jo shirk tha, woh alive shirk tha. is se is record bana hua tha. aaj ka shirk dead shirk hai. woh record kab banega?</w:t>
      </w:r>
    </w:p>
    <w:p>
      <w:pPr>
        <w:jc w:val="right"/>
      </w:pPr>
      <w:r>
        <w:t>کیونکہ ڈیڈ شرک ہے۔ وہ پہلے جو شرک تھا، وہ الائیو شرک تھا۔ اس سے اس ریکارڈ بنا ہوا تھا۔ آج کا شرک ڈیڈ شرک ہے۔ وہ ریکارڈ کب بنے گا؟</w:t>
      </w:r>
    </w:p>
    <w:p>
      <w:r>
        <w:rPr>
          <w:b/>
        </w:rPr>
        <w:t xml:space="preserve">[1:05:53] </w:t>
      </w:r>
      <w:r>
        <w:t>woh kuch bhi nahi hai. but to Allah taala ne khatam kar diya is ko.</w:t>
      </w:r>
    </w:p>
    <w:p>
      <w:pPr>
        <w:jc w:val="right"/>
      </w:pPr>
      <w:r>
        <w:t>وہ کچھ بھی نہیں ہے۔ بت تو اللہ تعالی نے ختم کر دیا اس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