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Concept of Kufr and Kafir December 5, 2021 Prof. Farida Khanam</w:t>
      </w:r>
    </w:p>
    <w:p>
      <w:r>
        <w:t>https://www.youtube.com/watch?v=XPYxcw_Ft70</w:t>
      </w:r>
    </w:p>
    <w:p>
      <w:r>
        <w:rPr>
          <w:b/>
        </w:rPr>
        <w:t xml:space="preserve">[00:12] </w:t>
      </w:r>
      <w:r>
        <w:t>bismillah-hir-rehman-nir-rahim.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assalam-o-alaikum-wa-rahmatullah.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[00:18] </w:t>
      </w:r>
      <w:r>
        <w:t>aaj hamara topic hai kufr aur kafir ka masla.</w:t>
      </w:r>
    </w:p>
    <w:p>
      <w:pPr>
        <w:jc w:val="right"/>
      </w:pPr>
      <w:r>
        <w:t>آج ہمارا ٹاپک ہے کفر اور کافر کا مسئلہ۔</w:t>
      </w:r>
    </w:p>
    <w:p>
      <w:r>
        <w:rPr>
          <w:b/>
        </w:rPr>
        <w:t xml:space="preserve">[00:23] </w:t>
      </w:r>
      <w:r>
        <w:t>yeh alfaaz bohat hi zyada</w:t>
      </w:r>
    </w:p>
    <w:p>
      <w:pPr>
        <w:jc w:val="right"/>
      </w:pPr>
      <w:r>
        <w:t>یہ الفاظ بہت ہی زیادہ</w:t>
      </w:r>
    </w:p>
    <w:p>
      <w:r>
        <w:rPr>
          <w:b/>
        </w:rPr>
        <w:t xml:space="preserve">[00:27] </w:t>
      </w:r>
      <w:r>
        <w:t>logon ko pareshan kiye hue hain, na sirf ghair muslim is se bezaar hain balkeh muslim bhi, jo</w:t>
      </w:r>
    </w:p>
    <w:p>
      <w:pPr>
        <w:jc w:val="right"/>
      </w:pPr>
      <w:r>
        <w:t>لوگوں کو پریشان کیے ہوئے ہیں، نہ صرف غیر مسلم اس سے بیزار ہیں بلکہ مسلمان بھی، جو</w:t>
      </w:r>
    </w:p>
    <w:p>
      <w:r>
        <w:rPr>
          <w:b/>
        </w:rPr>
        <w:t xml:space="preserve">[00:33] </w:t>
      </w:r>
      <w:r>
        <w:t>educated muslims hain, un ko bhi is se bohat zyada pareshani hai kyun ke hamara poora soch ka</w:t>
      </w:r>
    </w:p>
    <w:p>
      <w:pPr>
        <w:jc w:val="right"/>
      </w:pPr>
      <w:r>
        <w:t>ایجوکیٹڈ مسلمز ہیں، ان کو بھی اس سے بہت زیادہ پریشانی ہے کیونکہ ہمارا پورا سوچ کا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